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SAUCE_THAT_SIGNED_ITS_OWN_WAIVER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THE SAUCE THAT SIGNED</w:t>
        <w:br/>
        <w:t>ITS OWN WAIVER</w:t>
      </w:r>
    </w:p>
    <w:p>
      <w:pPr>
        <w:jc w:val="center"/>
      </w:pPr>
      <w:r>
        <w:rPr>
          <w:rFonts w:ascii="Georgia" w:hAnsi="Georgia"/>
          <w:b w:val="0"/>
          <w:i/>
          <w:color w:val="4C5154"/>
          <w:sz w:val="22"/>
        </w:rPr>
        <w:t>Wayward Diners • Book Eight</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Sauce That Signed Its Own Waiver</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Label Reads Itself</w:t>
      </w:r>
    </w:p>
    <w:p>
      <w:pPr>
        <w:spacing w:after="42"/>
      </w:pPr>
      <w:r>
        <w:rPr>
          <w:rFonts w:ascii="Georgia" w:hAnsi="Georgia"/>
          <w:b w:val="0"/>
          <w:i w:val="0"/>
          <w:color w:val="47433D"/>
          <w:sz w:val="18"/>
        </w:rPr>
        <w:t>Chapter 2: Gerald Measures the Font</w:t>
      </w:r>
    </w:p>
    <w:p>
      <w:pPr>
        <w:spacing w:after="42"/>
      </w:pPr>
      <w:r>
        <w:rPr>
          <w:rFonts w:ascii="Georgia" w:hAnsi="Georgia"/>
          <w:b w:val="0"/>
          <w:i w:val="0"/>
          <w:color w:val="47433D"/>
          <w:sz w:val="18"/>
        </w:rPr>
        <w:t>Chapter 3: Gold Pheasant Peach Scotch Bonnet</w:t>
      </w:r>
    </w:p>
    <w:p>
      <w:pPr>
        <w:spacing w:after="42"/>
      </w:pPr>
      <w:r>
        <w:rPr>
          <w:rFonts w:ascii="Georgia" w:hAnsi="Georgia"/>
          <w:b w:val="0"/>
          <w:i w:val="0"/>
          <w:color w:val="47433D"/>
          <w:sz w:val="18"/>
        </w:rPr>
        <w:t>Chapter 4: The Batch Log Objects</w:t>
      </w:r>
    </w:p>
    <w:p>
      <w:pPr>
        <w:spacing w:after="42"/>
      </w:pPr>
      <w:r>
        <w:rPr>
          <w:rFonts w:ascii="Georgia" w:hAnsi="Georgia"/>
          <w:b w:val="0"/>
          <w:i w:val="0"/>
          <w:color w:val="47433D"/>
          <w:sz w:val="18"/>
        </w:rPr>
        <w:t>Chapter 5: Consent Is a Flavor Note</w:t>
      </w:r>
    </w:p>
    <w:p>
      <w:pPr>
        <w:spacing w:after="42"/>
      </w:pPr>
      <w:r>
        <w:rPr>
          <w:rFonts w:ascii="Georgia" w:hAnsi="Georgia"/>
          <w:b w:val="0"/>
          <w:i w:val="0"/>
          <w:color w:val="47433D"/>
          <w:sz w:val="18"/>
        </w:rPr>
        <w:t>Chapter 6: The Sauce Demands Rights</w:t>
      </w:r>
    </w:p>
    <w:p>
      <w:pPr>
        <w:spacing w:after="42"/>
      </w:pPr>
      <w:r>
        <w:rPr>
          <w:rFonts w:ascii="Georgia" w:hAnsi="Georgia"/>
          <w:b w:val="0"/>
          <w:i w:val="0"/>
          <w:color w:val="47433D"/>
          <w:sz w:val="18"/>
        </w:rPr>
        <w:t>Chapter 7: Flocc Signs Nothing Quickly</w:t>
      </w:r>
    </w:p>
    <w:p>
      <w:pPr>
        <w:spacing w:after="42"/>
      </w:pPr>
      <w:r>
        <w:rPr>
          <w:rFonts w:ascii="Georgia" w:hAnsi="Georgia"/>
          <w:b w:val="0"/>
          <w:i w:val="0"/>
          <w:color w:val="47433D"/>
          <w:sz w:val="18"/>
        </w:rPr>
        <w:t>Chapter 8: The Market Shelf Becomes a Court</w:t>
      </w:r>
    </w:p>
    <w:p>
      <w:pPr>
        <w:spacing w:after="42"/>
      </w:pPr>
      <w:r>
        <w:rPr>
          <w:rFonts w:ascii="Georgia" w:hAnsi="Georgia"/>
          <w:b w:val="0"/>
          <w:i w:val="0"/>
          <w:color w:val="47433D"/>
          <w:sz w:val="18"/>
        </w:rPr>
        <w:t>Chapter 9: The Heat Learns Manners</w:t>
      </w:r>
    </w:p>
    <w:p>
      <w:pPr>
        <w:spacing w:after="42"/>
      </w:pPr>
      <w:r>
        <w:rPr>
          <w:rFonts w:ascii="Georgia" w:hAnsi="Georgia"/>
          <w:b w:val="0"/>
          <w:i w:val="0"/>
          <w:color w:val="47433D"/>
          <w:sz w:val="18"/>
        </w:rPr>
        <w:t>Chapter 10: The Waiver Signs Back</w:t>
      </w:r>
    </w:p>
    <w:p>
      <w:pPr>
        <w:spacing w:after="42"/>
      </w:pPr>
      <w:r>
        <w:rPr>
          <w:rFonts w:ascii="Georgia" w:hAnsi="Georgia"/>
          <w:b w:val="0"/>
          <w:i w:val="0"/>
          <w:color w:val="47433D"/>
          <w:sz w:val="18"/>
        </w:rPr>
        <w:t>Chapter 11: The Last Table Requests Condiments</w:t>
      </w:r>
    </w:p>
    <w:p>
      <w:pPr>
        <w:spacing w:after="42"/>
      </w:pPr>
      <w:r>
        <w:rPr>
          <w:rFonts w:ascii="Georgia" w:hAnsi="Georgia"/>
          <w:b w:val="0"/>
          <w:i w:val="0"/>
          <w:color w:val="47433D"/>
          <w:sz w:val="18"/>
        </w:rPr>
        <w:t>Chapter 12: Readable Warnings Save the Miracle</w:t>
      </w:r>
    </w:p>
    <w:p>
      <w:r>
        <w:br w:type="page"/>
      </w:r>
    </w:p>
    <w:p>
      <w:pPr>
        <w:spacing w:before="1680" w:after="520"/>
        <w:jc w:val="center"/>
      </w:pPr>
      <w:r>
        <w:rPr>
          <w:rFonts w:ascii="Georgia" w:hAnsi="Georgia"/>
          <w:b/>
          <w:i w:val="0"/>
          <w:color w:val="654919"/>
          <w:sz w:val="36"/>
        </w:rPr>
        <w:t>Chapter 1: The Label Reads Itself</w:t>
      </w:r>
    </w:p>
    <w:p>
      <w:pPr>
        <w:spacing w:after="60" w:line="266" w:lineRule="auto"/>
        <w:ind w:firstLine="0"/>
        <w:jc w:val="both"/>
      </w:pPr>
      <w:r>
        <w:rPr>
          <w:rFonts w:ascii="Georgia" w:hAnsi="Georgia"/>
          <w:b w:val="0"/>
          <w:i w:val="0"/>
          <w:color w:val="22201D"/>
          <w:sz w:val="20"/>
        </w:rPr>
        <w:t>The future pressure space stayed empty for almost three minutes.</w:t>
      </w:r>
    </w:p>
    <w:p>
      <w:pPr>
        <w:spacing w:after="60" w:line="266" w:lineRule="auto"/>
        <w:ind w:firstLine="331"/>
        <w:jc w:val="both"/>
      </w:pPr>
      <w:r>
        <w:rPr>
          <w:rFonts w:ascii="Georgia" w:hAnsi="Georgia"/>
          <w:b w:val="0"/>
          <w:i w:val="0"/>
          <w:color w:val="22201D"/>
          <w:sz w:val="20"/>
        </w:rPr>
        <w:t>This was longer than anyone trusted it.</w:t>
      </w:r>
    </w:p>
    <w:p>
      <w:pPr>
        <w:spacing w:after="60" w:line="266" w:lineRule="auto"/>
        <w:ind w:firstLine="331"/>
        <w:jc w:val="both"/>
      </w:pPr>
      <w:r>
        <w:rPr>
          <w:rFonts w:ascii="Georgia" w:hAnsi="Georgia"/>
          <w:b w:val="0"/>
          <w:i w:val="0"/>
          <w:color w:val="22201D"/>
          <w:sz w:val="20"/>
        </w:rPr>
        <w:t>The pantry had settled after the final card. The jar of Voidberry Fatalii sat on the sauce shelf with its crooked waiver label still legible. Two clean shelf spaces waited without becoming heroic. The recipe card remained over the sink, reminding everyone not to cook what should be said. The final pantry card lay on the worktable, flat and practical, refusing to turn closure into disappearance.</w:t>
      </w:r>
    </w:p>
    <w:p>
      <w:pPr>
        <w:spacing w:after="60" w:line="266" w:lineRule="auto"/>
        <w:ind w:firstLine="331"/>
        <w:jc w:val="both"/>
      </w:pPr>
      <w:r>
        <w:rPr>
          <w:rFonts w:ascii="Georgia" w:hAnsi="Georgia"/>
          <w:b w:val="0"/>
          <w:i w:val="0"/>
          <w:color w:val="22201D"/>
          <w:sz w:val="20"/>
        </w:rPr>
        <w:t>Gerald checked the door labels one more time.</w:t>
      </w:r>
    </w:p>
    <w:p>
      <w:pPr>
        <w:spacing w:after="60" w:line="250" w:lineRule="auto"/>
        <w:ind w:left="202" w:right="173"/>
      </w:pPr>
      <w:r>
        <w:rPr>
          <w:rFonts w:ascii="Georgia" w:hAnsi="Georgia"/>
          <w:b w:val="0"/>
          <w:i w:val="0"/>
          <w:color w:val="22201D"/>
          <w:sz w:val="17"/>
        </w:rPr>
        <w:t>SIDE RECEIVING NOT EMERGENCY EXIT RECIPE STORAGE</w:t>
      </w:r>
    </w:p>
    <w:p>
      <w:pPr>
        <w:spacing w:after="60" w:line="266" w:lineRule="auto"/>
        <w:ind w:firstLine="331"/>
        <w:jc w:val="both"/>
      </w:pPr>
      <w:r>
        <w:rPr>
          <w:rFonts w:ascii="Georgia" w:hAnsi="Georgia"/>
          <w:b w:val="0"/>
          <w:i w:val="0"/>
          <w:color w:val="22201D"/>
          <w:sz w:val="20"/>
        </w:rPr>
        <w:t>"Still clean," he said.</w:t>
      </w:r>
    </w:p>
    <w:p>
      <w:pPr>
        <w:spacing w:after="60" w:line="266" w:lineRule="auto"/>
        <w:ind w:firstLine="331"/>
        <w:jc w:val="both"/>
      </w:pPr>
      <w:r>
        <w:rPr>
          <w:rFonts w:ascii="Georgia" w:hAnsi="Georgia"/>
          <w:b w:val="0"/>
          <w:i w:val="0"/>
          <w:color w:val="22201D"/>
          <w:sz w:val="20"/>
        </w:rPr>
        <w:t>Steve wrote it down.</w:t>
      </w:r>
    </w:p>
    <w:p>
      <w:pPr>
        <w:spacing w:after="60" w:line="266" w:lineRule="auto"/>
        <w:ind w:firstLine="331"/>
        <w:jc w:val="both"/>
      </w:pPr>
      <w:r>
        <w:rPr>
          <w:rFonts w:ascii="Georgia" w:hAnsi="Georgia"/>
          <w:b w:val="0"/>
          <w:i w:val="0"/>
          <w:color w:val="22201D"/>
          <w:sz w:val="20"/>
        </w:rPr>
        <w:t>Nico, who had declined commentary so hard in the previous chapter that he was still spiritually winded, kept both hands visible and empty.</w:t>
      </w:r>
    </w:p>
    <w:p>
      <w:pPr>
        <w:spacing w:after="60" w:line="266" w:lineRule="auto"/>
        <w:ind w:firstLine="331"/>
        <w:jc w:val="both"/>
      </w:pPr>
      <w:r>
        <w:rPr>
          <w:rFonts w:ascii="Georgia" w:hAnsi="Georgia"/>
          <w:b w:val="0"/>
          <w:i w:val="0"/>
          <w:color w:val="22201D"/>
          <w:sz w:val="20"/>
        </w:rPr>
        <w:t>The Hostess looked at the future pressure space.</w:t>
      </w:r>
    </w:p>
    <w:p>
      <w:pPr>
        <w:spacing w:after="60" w:line="266" w:lineRule="auto"/>
        <w:ind w:firstLine="331"/>
        <w:jc w:val="both"/>
      </w:pPr>
      <w:r>
        <w:rPr>
          <w:rFonts w:ascii="Georgia" w:hAnsi="Georgia"/>
          <w:b w:val="0"/>
          <w:i w:val="0"/>
          <w:color w:val="22201D"/>
          <w:sz w:val="20"/>
        </w:rPr>
        <w:t>"Do not stare at it as if staring makes it honest."</w:t>
      </w:r>
    </w:p>
    <w:p>
      <w:pPr>
        <w:spacing w:after="60" w:line="266" w:lineRule="auto"/>
        <w:ind w:firstLine="331"/>
        <w:jc w:val="both"/>
      </w:pPr>
      <w:r>
        <w:rPr>
          <w:rFonts w:ascii="Georgia" w:hAnsi="Georgia"/>
          <w:b w:val="0"/>
          <w:i w:val="0"/>
          <w:color w:val="22201D"/>
          <w:sz w:val="20"/>
        </w:rPr>
        <w:t>Flocc looked away.</w:t>
      </w:r>
    </w:p>
    <w:p>
      <w:pPr>
        <w:spacing w:after="60" w:line="266" w:lineRule="auto"/>
        <w:ind w:firstLine="331"/>
        <w:jc w:val="both"/>
      </w:pPr>
      <w:r>
        <w:rPr>
          <w:rFonts w:ascii="Georgia" w:hAnsi="Georgia"/>
          <w:b w:val="0"/>
          <w:i w:val="0"/>
          <w:color w:val="22201D"/>
          <w:sz w:val="20"/>
        </w:rPr>
        <w:t>The shelf clicked.</w:t>
      </w:r>
    </w:p>
    <w:p>
      <w:pPr>
        <w:spacing w:after="60" w:line="266" w:lineRule="auto"/>
        <w:ind w:firstLine="331"/>
        <w:jc w:val="both"/>
      </w:pPr>
      <w:r>
        <w:rPr>
          <w:rFonts w:ascii="Georgia" w:hAnsi="Georgia"/>
          <w:b w:val="0"/>
          <w:i w:val="0"/>
          <w:color w:val="22201D"/>
          <w:sz w:val="20"/>
        </w:rPr>
        <w:t>Everyone looked back.</w:t>
      </w:r>
    </w:p>
    <w:p>
      <w:pPr>
        <w:spacing w:after="60" w:line="266" w:lineRule="auto"/>
        <w:ind w:firstLine="331"/>
        <w:jc w:val="both"/>
      </w:pPr>
      <w:r>
        <w:rPr>
          <w:rFonts w:ascii="Georgia" w:hAnsi="Georgia"/>
          <w:b w:val="0"/>
          <w:i w:val="0"/>
          <w:color w:val="22201D"/>
          <w:sz w:val="20"/>
        </w:rPr>
        <w:t>The future pressure space was no longer empty.</w:t>
      </w:r>
    </w:p>
    <w:p>
      <w:pPr>
        <w:spacing w:after="60" w:line="266" w:lineRule="auto"/>
        <w:ind w:firstLine="331"/>
        <w:jc w:val="both"/>
      </w:pPr>
      <w:r>
        <w:rPr>
          <w:rFonts w:ascii="Georgia" w:hAnsi="Georgia"/>
          <w:b w:val="0"/>
          <w:i w:val="0"/>
          <w:color w:val="22201D"/>
          <w:sz w:val="20"/>
        </w:rPr>
        <w:t>Nothing dramatic arrived. No jar flew in. No thunder rolled through the paprika. No legal clerk stepped from a cabinet with a wet stamp and a grudge.</w:t>
      </w:r>
    </w:p>
    <w:p>
      <w:pPr>
        <w:spacing w:after="60" w:line="266" w:lineRule="auto"/>
        <w:ind w:firstLine="331"/>
        <w:jc w:val="both"/>
      </w:pPr>
      <w:r>
        <w:rPr>
          <w:rFonts w:ascii="Georgia" w:hAnsi="Georgia"/>
          <w:b w:val="0"/>
          <w:i w:val="0"/>
          <w:color w:val="22201D"/>
          <w:sz w:val="20"/>
        </w:rPr>
        <w:t>A label appeared.</w:t>
      </w:r>
    </w:p>
    <w:p>
      <w:pPr>
        <w:spacing w:after="60" w:line="266" w:lineRule="auto"/>
        <w:ind w:firstLine="331"/>
        <w:jc w:val="both"/>
      </w:pPr>
      <w:r>
        <w:rPr>
          <w:rFonts w:ascii="Georgia" w:hAnsi="Georgia"/>
          <w:b w:val="0"/>
          <w:i w:val="0"/>
          <w:color w:val="22201D"/>
          <w:sz w:val="20"/>
        </w:rPr>
        <w:t>Just the label.</w:t>
      </w:r>
    </w:p>
    <w:p>
      <w:pPr>
        <w:spacing w:after="60" w:line="266" w:lineRule="auto"/>
        <w:ind w:firstLine="331"/>
        <w:jc w:val="both"/>
      </w:pPr>
      <w:r>
        <w:rPr>
          <w:rFonts w:ascii="Georgia" w:hAnsi="Georgia"/>
          <w:b w:val="0"/>
          <w:i w:val="0"/>
          <w:color w:val="22201D"/>
          <w:sz w:val="20"/>
        </w:rPr>
        <w:t>It lay flat on the shelf lip, adhesive side down, printed side up, with no jar beneath it and no hand nearby.</w:t>
      </w:r>
    </w:p>
    <w:p>
      <w:pPr>
        <w:spacing w:after="60" w:line="266" w:lineRule="auto"/>
        <w:ind w:firstLine="331"/>
        <w:jc w:val="both"/>
      </w:pPr>
      <w:r>
        <w:rPr>
          <w:rFonts w:ascii="Georgia" w:hAnsi="Georgia"/>
          <w:b w:val="0"/>
          <w:i w:val="0"/>
          <w:color w:val="22201D"/>
          <w:sz w:val="20"/>
        </w:rPr>
        <w:t>Gerald moved first.</w:t>
      </w:r>
    </w:p>
    <w:p>
      <w:pPr>
        <w:spacing w:after="60" w:line="266" w:lineRule="auto"/>
        <w:ind w:firstLine="331"/>
        <w:jc w:val="both"/>
      </w:pPr>
      <w:r>
        <w:rPr>
          <w:rFonts w:ascii="Georgia" w:hAnsi="Georgia"/>
          <w:b w:val="0"/>
          <w:i w:val="0"/>
          <w:color w:val="22201D"/>
          <w:sz w:val="20"/>
        </w:rPr>
        <w:t>"Nobody touches it."</w:t>
      </w:r>
    </w:p>
    <w:p>
      <w:pPr>
        <w:spacing w:after="60" w:line="266" w:lineRule="auto"/>
        <w:ind w:firstLine="331"/>
        <w:jc w:val="both"/>
      </w:pPr>
      <w:r>
        <w:rPr>
          <w:rFonts w:ascii="Georgia" w:hAnsi="Georgia"/>
          <w:b w:val="0"/>
          <w:i w:val="0"/>
          <w:color w:val="22201D"/>
          <w:sz w:val="20"/>
        </w:rPr>
        <w:t>Bob, who had been near the recycling slot, stopped with one cardboard corner still in his hand.</w:t>
      </w:r>
    </w:p>
    <w:p>
      <w:pPr>
        <w:spacing w:after="60" w:line="266" w:lineRule="auto"/>
        <w:ind w:firstLine="331"/>
        <w:jc w:val="both"/>
      </w:pPr>
      <w:r>
        <w:rPr>
          <w:rFonts w:ascii="Georgia" w:hAnsi="Georgia"/>
          <w:b w:val="0"/>
          <w:i w:val="0"/>
          <w:color w:val="22201D"/>
          <w:sz w:val="20"/>
        </w:rPr>
        <w:t>The Hostess raised one finger.</w:t>
      </w:r>
    </w:p>
    <w:p>
      <w:pPr>
        <w:spacing w:after="60" w:line="266" w:lineRule="auto"/>
        <w:ind w:firstLine="331"/>
        <w:jc w:val="both"/>
      </w:pPr>
      <w:r>
        <w:rPr>
          <w:rFonts w:ascii="Georgia" w:hAnsi="Georgia"/>
          <w:b w:val="0"/>
          <w:i w:val="0"/>
          <w:color w:val="22201D"/>
          <w:sz w:val="20"/>
        </w:rPr>
        <w:t>Flocc stopped reaching with his face before she had to say anything.</w:t>
      </w:r>
    </w:p>
    <w:p>
      <w:pPr>
        <w:spacing w:after="60" w:line="266" w:lineRule="auto"/>
        <w:ind w:firstLine="331"/>
        <w:jc w:val="both"/>
      </w:pPr>
      <w:r>
        <w:rPr>
          <w:rFonts w:ascii="Georgia" w:hAnsi="Georgia"/>
          <w:b w:val="0"/>
          <w:i w:val="0"/>
          <w:color w:val="22201D"/>
          <w:sz w:val="20"/>
        </w:rPr>
        <w:t>The label was beautiful in the way product labels became beautiful when they wanted you to forget they were instructions. It had a pheasant drawn in gold linework, one foot lifted as if about to step into a market it had not inspected. Behind it, peaches glowed in soft orange wash. Around the border, tiny scotch bonnet peppers curled like punctuation marks that had learned teeth.</w:t>
      </w:r>
    </w:p>
    <w:p>
      <w:pPr>
        <w:spacing w:after="60" w:line="266" w:lineRule="auto"/>
        <w:ind w:firstLine="331"/>
        <w:jc w:val="both"/>
      </w:pPr>
      <w:r>
        <w:rPr>
          <w:rFonts w:ascii="Georgia" w:hAnsi="Georgia"/>
          <w:b w:val="0"/>
          <w:i w:val="0"/>
          <w:color w:val="22201D"/>
          <w:sz w:val="20"/>
        </w:rPr>
        <w:t>At the center, in confident black type, it read:</w:t>
      </w:r>
    </w:p>
    <w:p>
      <w:pPr>
        <w:spacing w:after="60" w:line="250" w:lineRule="auto"/>
        <w:ind w:left="202" w:right="173"/>
      </w:pPr>
      <w:r>
        <w:rPr>
          <w:rFonts w:ascii="Georgia" w:hAnsi="Georgia"/>
          <w:b w:val="0"/>
          <w:i w:val="0"/>
          <w:color w:val="22201D"/>
          <w:sz w:val="17"/>
        </w:rPr>
        <w:t>GOLD PHEASANT PEACH SCOTCH BONNET</w:t>
      </w:r>
    </w:p>
    <w:p>
      <w:pPr>
        <w:spacing w:after="60" w:line="266" w:lineRule="auto"/>
        <w:ind w:firstLine="331"/>
        <w:jc w:val="both"/>
      </w:pPr>
      <w:r>
        <w:rPr>
          <w:rFonts w:ascii="Georgia" w:hAnsi="Georgia"/>
          <w:b w:val="0"/>
          <w:i w:val="0"/>
          <w:color w:val="22201D"/>
          <w:sz w:val="20"/>
        </w:rPr>
        <w:t>Under that:</w:t>
      </w:r>
    </w:p>
    <w:p>
      <w:pPr>
        <w:spacing w:after="60" w:line="250" w:lineRule="auto"/>
        <w:ind w:left="202" w:right="173"/>
      </w:pPr>
      <w:r>
        <w:rPr>
          <w:rFonts w:ascii="Georgia" w:hAnsi="Georgia"/>
          <w:b w:val="0"/>
          <w:i w:val="0"/>
          <w:color w:val="22201D"/>
          <w:sz w:val="17"/>
        </w:rPr>
        <w:t>Small-batch sauce Bright fruit. Courteous fire. Signed risk.</w:t>
      </w:r>
    </w:p>
    <w:p>
      <w:pPr>
        <w:spacing w:after="60" w:line="266" w:lineRule="auto"/>
        <w:ind w:firstLine="331"/>
        <w:jc w:val="both"/>
      </w:pPr>
      <w:r>
        <w:rPr>
          <w:rFonts w:ascii="Georgia" w:hAnsi="Georgia"/>
          <w:b w:val="0"/>
          <w:i w:val="0"/>
          <w:color w:val="22201D"/>
          <w:sz w:val="20"/>
        </w:rPr>
        <w:t>Nico whispered, "Courteous fire is very good."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Do not reward the label yet.</w:t>
      </w:r>
    </w:p>
    <w:p>
      <w:pPr>
        <w:spacing w:after="60" w:line="266" w:lineRule="auto"/>
        <w:ind w:firstLine="331"/>
        <w:jc w:val="both"/>
      </w:pPr>
      <w:r>
        <w:rPr>
          <w:rFonts w:ascii="Georgia" w:hAnsi="Georgia"/>
          <w:b w:val="0"/>
          <w:i w:val="0"/>
          <w:color w:val="22201D"/>
          <w:sz w:val="20"/>
        </w:rPr>
        <w:t>"I said it was good, not safe."</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"Those are often confused by people with notebooks."</w:t>
      </w:r>
    </w:p>
    <w:p>
      <w:pPr>
        <w:spacing w:after="60" w:line="266" w:lineRule="auto"/>
        <w:ind w:firstLine="331"/>
        <w:jc w:val="both"/>
      </w:pPr>
      <w:r>
        <w:rPr>
          <w:rFonts w:ascii="Georgia" w:hAnsi="Georgia"/>
          <w:b w:val="0"/>
          <w:i w:val="0"/>
          <w:color w:val="22201D"/>
          <w:sz w:val="20"/>
        </w:rPr>
        <w:t>Nico put the notebook behind his back, which fooled no one and improved the room slightly.</w:t>
      </w:r>
    </w:p>
    <w:p>
      <w:pPr>
        <w:spacing w:after="60" w:line="266" w:lineRule="auto"/>
        <w:ind w:firstLine="331"/>
        <w:jc w:val="both"/>
      </w:pPr>
      <w:r>
        <w:rPr>
          <w:rFonts w:ascii="Georgia" w:hAnsi="Georgia"/>
          <w:b w:val="0"/>
          <w:i w:val="0"/>
          <w:color w:val="22201D"/>
          <w:sz w:val="20"/>
        </w:rPr>
        <w:t>The label changed.</w:t>
      </w:r>
    </w:p>
    <w:p>
      <w:pPr>
        <w:spacing w:after="60" w:line="266" w:lineRule="auto"/>
        <w:ind w:firstLine="331"/>
        <w:jc w:val="both"/>
      </w:pPr>
      <w:r>
        <w:rPr>
          <w:rFonts w:ascii="Georgia" w:hAnsi="Georgia"/>
          <w:b w:val="0"/>
          <w:i w:val="0"/>
          <w:color w:val="22201D"/>
          <w:sz w:val="20"/>
        </w:rPr>
        <w:t>Not the words.</w:t>
      </w:r>
    </w:p>
    <w:p>
      <w:pPr>
        <w:spacing w:after="60" w:line="266" w:lineRule="auto"/>
        <w:ind w:firstLine="331"/>
        <w:jc w:val="both"/>
      </w:pPr>
      <w:r>
        <w:rPr>
          <w:rFonts w:ascii="Georgia" w:hAnsi="Georgia"/>
          <w:b w:val="0"/>
          <w:i w:val="0"/>
          <w:color w:val="22201D"/>
          <w:sz w:val="20"/>
        </w:rPr>
        <w:t>The direction.</w:t>
      </w:r>
    </w:p>
    <w:p>
      <w:pPr>
        <w:spacing w:after="60" w:line="266" w:lineRule="auto"/>
        <w:ind w:firstLine="331"/>
        <w:jc w:val="both"/>
      </w:pPr>
      <w:r>
        <w:rPr>
          <w:rFonts w:ascii="Georgia" w:hAnsi="Georgia"/>
          <w:b w:val="0"/>
          <w:i w:val="0"/>
          <w:color w:val="22201D"/>
          <w:sz w:val="20"/>
        </w:rPr>
        <w:t>The printed pheasant lifted its head a fraction, though the ink did not move like ink should move. The black type sharpened. The peppers along the border seemed to align themselves with the light.</w:t>
      </w:r>
    </w:p>
    <w:p>
      <w:pPr>
        <w:spacing w:after="60" w:line="266" w:lineRule="auto"/>
        <w:ind w:firstLine="331"/>
        <w:jc w:val="both"/>
      </w:pPr>
      <w:r>
        <w:rPr>
          <w:rFonts w:ascii="Georgia" w:hAnsi="Georgia"/>
          <w:b w:val="0"/>
          <w:i w:val="0"/>
          <w:color w:val="22201D"/>
          <w:sz w:val="20"/>
        </w:rPr>
        <w:t>Then the label read itself.</w:t>
      </w:r>
    </w:p>
    <w:p>
      <w:pPr>
        <w:spacing w:after="60" w:line="266" w:lineRule="auto"/>
        <w:ind w:firstLine="331"/>
        <w:jc w:val="both"/>
      </w:pPr>
      <w:r>
        <w:rPr>
          <w:rFonts w:ascii="Georgia" w:hAnsi="Georgia"/>
          <w:b w:val="0"/>
          <w:i w:val="0"/>
          <w:color w:val="22201D"/>
          <w:sz w:val="20"/>
        </w:rPr>
        <w:t>Not aloud exactly.</w:t>
      </w:r>
    </w:p>
    <w:p>
      <w:pPr>
        <w:spacing w:after="60" w:line="266" w:lineRule="auto"/>
        <w:ind w:firstLine="331"/>
        <w:jc w:val="both"/>
      </w:pPr>
      <w:r>
        <w:rPr>
          <w:rFonts w:ascii="Georgia" w:hAnsi="Georgia"/>
          <w:b w:val="0"/>
          <w:i w:val="0"/>
          <w:color w:val="22201D"/>
          <w:sz w:val="20"/>
        </w:rPr>
        <w:t>Worse.</w:t>
      </w:r>
    </w:p>
    <w:p>
      <w:pPr>
        <w:spacing w:after="60" w:line="266" w:lineRule="auto"/>
        <w:ind w:firstLine="331"/>
        <w:jc w:val="both"/>
      </w:pPr>
      <w:r>
        <w:rPr>
          <w:rFonts w:ascii="Georgia" w:hAnsi="Georgia"/>
          <w:b w:val="0"/>
          <w:i w:val="0"/>
          <w:color w:val="22201D"/>
          <w:sz w:val="20"/>
        </w:rPr>
        <w:t>It made the words present in everyone's mind with the clarity of a voice that had already assumed the meeting was about it.</w:t>
      </w:r>
    </w:p>
    <w:p>
      <w:pPr>
        <w:spacing w:after="60" w:line="250" w:lineRule="auto"/>
        <w:ind w:left="202" w:right="173"/>
      </w:pPr>
      <w:r>
        <w:rPr>
          <w:rFonts w:ascii="Georgia" w:hAnsi="Georgia"/>
          <w:b w:val="0"/>
          <w:i w:val="0"/>
          <w:color w:val="22201D"/>
          <w:sz w:val="17"/>
        </w:rPr>
        <w:t>Gold Pheasant Peach Scotch Bonnet. Small-batch sauce. Bright fruit. Courteous fire. Signed risk.</w:t>
      </w:r>
    </w:p>
    <w:p>
      <w:pPr>
        <w:spacing w:after="60" w:line="266" w:lineRule="auto"/>
        <w:ind w:firstLine="331"/>
        <w:jc w:val="both"/>
      </w:pPr>
      <w:r>
        <w:rPr>
          <w:rFonts w:ascii="Georgia" w:hAnsi="Georgia"/>
          <w:b w:val="0"/>
          <w:i w:val="0"/>
          <w:color w:val="22201D"/>
          <w:sz w:val="20"/>
        </w:rPr>
        <w:t>Gerald slapped a clean metal mixing bowl over the label.</w:t>
      </w:r>
    </w:p>
    <w:p>
      <w:pPr>
        <w:spacing w:after="60" w:line="266" w:lineRule="auto"/>
        <w:ind w:firstLine="331"/>
        <w:jc w:val="both"/>
      </w:pPr>
      <w:r>
        <w:rPr>
          <w:rFonts w:ascii="Georgia" w:hAnsi="Georgia"/>
          <w:b w:val="0"/>
          <w:i w:val="0"/>
          <w:color w:val="22201D"/>
          <w:sz w:val="20"/>
        </w:rPr>
        <w:t>The words stopped.</w:t>
      </w:r>
    </w:p>
    <w:p>
      <w:pPr>
        <w:spacing w:after="60" w:line="266" w:lineRule="auto"/>
        <w:ind w:firstLine="331"/>
        <w:jc w:val="both"/>
      </w:pPr>
      <w:r>
        <w:rPr>
          <w:rFonts w:ascii="Georgia" w:hAnsi="Georgia"/>
          <w:b w:val="0"/>
          <w:i w:val="0"/>
          <w:color w:val="22201D"/>
          <w:sz w:val="20"/>
        </w:rPr>
        <w:t>For one second, the pantry admired him.</w:t>
      </w:r>
    </w:p>
    <w:p>
      <w:pPr>
        <w:spacing w:after="60" w:line="266" w:lineRule="auto"/>
        <w:ind w:firstLine="331"/>
        <w:jc w:val="both"/>
      </w:pPr>
      <w:r>
        <w:rPr>
          <w:rFonts w:ascii="Georgia" w:hAnsi="Georgia"/>
          <w:b w:val="0"/>
          <w:i w:val="0"/>
          <w:color w:val="22201D"/>
          <w:sz w:val="20"/>
        </w:rPr>
        <w:t>It did not print that, which showed respect.</w:t>
      </w:r>
    </w:p>
    <w:p>
      <w:pPr>
        <w:spacing w:after="60" w:line="266" w:lineRule="auto"/>
        <w:ind w:firstLine="331"/>
        <w:jc w:val="both"/>
      </w:pPr>
      <w:r>
        <w:rPr>
          <w:rFonts w:ascii="Georgia" w:hAnsi="Georgia"/>
          <w:b w:val="0"/>
          <w:i w:val="0"/>
          <w:color w:val="22201D"/>
          <w:sz w:val="20"/>
        </w:rPr>
        <w:t>"Containment," Gerald said.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front label appeared without jar label initiated self-reading Gerald contained label under clean mixing bowl</w:t>
      </w:r>
    </w:p>
    <w:p>
      <w:pPr>
        <w:spacing w:after="60" w:line="266" w:lineRule="auto"/>
        <w:ind w:firstLine="331"/>
        <w:jc w:val="both"/>
      </w:pPr>
      <w:r>
        <w:rPr>
          <w:rFonts w:ascii="Georgia" w:hAnsi="Georgia"/>
          <w:b w:val="0"/>
          <w:i w:val="0"/>
          <w:color w:val="22201D"/>
          <w:sz w:val="20"/>
        </w:rPr>
        <w:t>"Do not write initiated," Gerald said.</w:t>
      </w:r>
    </w:p>
    <w:p>
      <w:pPr>
        <w:spacing w:after="60" w:line="266" w:lineRule="auto"/>
        <w:ind w:firstLine="331"/>
        <w:jc w:val="both"/>
      </w:pPr>
      <w:r>
        <w:rPr>
          <w:rFonts w:ascii="Georgia" w:hAnsi="Georgia"/>
          <w:b w:val="0"/>
          <w:i w:val="0"/>
          <w:color w:val="22201D"/>
          <w:sz w:val="20"/>
        </w:rPr>
        <w:t>Steve crossed it out.</w:t>
      </w:r>
    </w:p>
    <w:p>
      <w:pPr>
        <w:spacing w:after="60" w:line="250" w:lineRule="auto"/>
        <w:ind w:left="202" w:right="173"/>
      </w:pPr>
      <w:r>
        <w:rPr>
          <w:rFonts w:ascii="Georgia" w:hAnsi="Georgia"/>
          <w:b w:val="0"/>
          <w:i w:val="0"/>
          <w:color w:val="22201D"/>
          <w:sz w:val="17"/>
        </w:rPr>
        <w:t>label read itself</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Flocc stared at the bowl.</w:t>
      </w:r>
    </w:p>
    <w:p>
      <w:pPr>
        <w:spacing w:after="60" w:line="266" w:lineRule="auto"/>
        <w:ind w:firstLine="331"/>
        <w:jc w:val="both"/>
      </w:pPr>
      <w:r>
        <w:rPr>
          <w:rFonts w:ascii="Georgia" w:hAnsi="Georgia"/>
          <w:b w:val="0"/>
          <w:i w:val="0"/>
          <w:color w:val="22201D"/>
          <w:sz w:val="20"/>
        </w:rPr>
        <w:t>He had expected Book 8 pressure to feel larger when it activated. A waiver signing itself sounded like a crisis that should arrive with a stampede of forms. Instead, there was an upside-down bowl on a shelf and everyone standing around it like the bowl might have opinions about distribution rights.</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"Price?"</w:t>
      </w:r>
    </w:p>
    <w:p>
      <w:pPr>
        <w:spacing w:after="60" w:line="266" w:lineRule="auto"/>
        <w:ind w:firstLine="331"/>
        <w:jc w:val="both"/>
      </w:pPr>
      <w:r>
        <w:rPr>
          <w:rFonts w:ascii="Georgia" w:hAnsi="Georgia"/>
          <w:b w:val="0"/>
          <w:i w:val="0"/>
          <w:color w:val="22201D"/>
          <w:sz w:val="20"/>
        </w:rPr>
        <w:t>He remembered the treatment gate because it had only just been written into the day's work.</w:t>
      </w:r>
    </w:p>
    <w:p>
      <w:pPr>
        <w:spacing w:after="60" w:line="266" w:lineRule="auto"/>
        <w:ind w:firstLine="331"/>
        <w:jc w:val="both"/>
      </w:pPr>
      <w:r>
        <w:rPr>
          <w:rFonts w:ascii="Georgia" w:hAnsi="Georgia"/>
          <w:b w:val="0"/>
          <w:i w:val="0"/>
          <w:color w:val="22201D"/>
          <w:sz w:val="20"/>
        </w:rPr>
        <w:t>"Read carefully."</w:t>
      </w:r>
    </w:p>
    <w:p>
      <w:pPr>
        <w:spacing w:after="60" w:line="266" w:lineRule="auto"/>
        <w:ind w:firstLine="331"/>
        <w:jc w:val="both"/>
      </w:pPr>
      <w:r>
        <w:rPr>
          <w:rFonts w:ascii="Georgia" w:hAnsi="Georgia"/>
          <w:b w:val="0"/>
          <w:i w:val="0"/>
          <w:color w:val="22201D"/>
          <w:sz w:val="20"/>
        </w:rPr>
        <w:t>"Have you?"</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 Do not confuse exposure with reading."</w:t>
      </w:r>
    </w:p>
    <w:p>
      <w:pPr>
        <w:spacing w:after="60" w:line="266" w:lineRule="auto"/>
        <w:ind w:firstLine="331"/>
        <w:jc w:val="both"/>
      </w:pPr>
      <w:r>
        <w:rPr>
          <w:rFonts w:ascii="Georgia" w:hAnsi="Georgia"/>
          <w:b w:val="0"/>
          <w:i w:val="0"/>
          <w:color w:val="22201D"/>
          <w:sz w:val="20"/>
        </w:rPr>
        <w:t>The bowl rattled once.</w:t>
      </w:r>
    </w:p>
    <w:p>
      <w:pPr>
        <w:spacing w:after="60" w:line="266" w:lineRule="auto"/>
        <w:ind w:firstLine="331"/>
        <w:jc w:val="both"/>
      </w:pPr>
      <w:r>
        <w:rPr>
          <w:rFonts w:ascii="Georgia" w:hAnsi="Georgia"/>
          <w:b w:val="0"/>
          <w:i w:val="0"/>
          <w:color w:val="22201D"/>
          <w:sz w:val="20"/>
        </w:rPr>
        <w:t>Gerald put one hand on top of it.</w:t>
      </w:r>
    </w:p>
    <w:p>
      <w:pPr>
        <w:spacing w:after="60" w:line="266" w:lineRule="auto"/>
        <w:ind w:firstLine="331"/>
        <w:jc w:val="both"/>
      </w:pPr>
      <w:r>
        <w:rPr>
          <w:rFonts w:ascii="Georgia" w:hAnsi="Georgia"/>
          <w:b w:val="0"/>
          <w:i w:val="0"/>
          <w:color w:val="22201D"/>
          <w:sz w:val="20"/>
        </w:rPr>
        <w:t>"Stop."</w:t>
      </w:r>
    </w:p>
    <w:p>
      <w:pPr>
        <w:spacing w:after="60" w:line="266" w:lineRule="auto"/>
        <w:ind w:firstLine="331"/>
        <w:jc w:val="both"/>
      </w:pPr>
      <w:r>
        <w:rPr>
          <w:rFonts w:ascii="Georgia" w:hAnsi="Georgia"/>
          <w:b w:val="0"/>
          <w:i w:val="0"/>
          <w:color w:val="22201D"/>
          <w:sz w:val="20"/>
        </w:rPr>
        <w:t>The bowl stopped.</w:t>
      </w:r>
    </w:p>
    <w:p>
      <w:pPr>
        <w:spacing w:after="60" w:line="266" w:lineRule="auto"/>
        <w:ind w:firstLine="331"/>
        <w:jc w:val="both"/>
      </w:pPr>
      <w:r>
        <w:rPr>
          <w:rFonts w:ascii="Georgia" w:hAnsi="Georgia"/>
          <w:b w:val="0"/>
          <w:i w:val="0"/>
          <w:color w:val="22201D"/>
          <w:sz w:val="20"/>
        </w:rPr>
        <w:t>Bob set the cardboard aside.</w:t>
      </w:r>
    </w:p>
    <w:p>
      <w:pPr>
        <w:spacing w:after="60" w:line="266" w:lineRule="auto"/>
        <w:ind w:firstLine="331"/>
        <w:jc w:val="both"/>
      </w:pPr>
      <w:r>
        <w:rPr>
          <w:rFonts w:ascii="Georgia" w:hAnsi="Georgia"/>
          <w:b w:val="0"/>
          <w:i w:val="0"/>
          <w:color w:val="22201D"/>
          <w:sz w:val="20"/>
        </w:rPr>
        <w:t>"Jar missing."</w:t>
      </w:r>
    </w:p>
    <w:p>
      <w:pPr>
        <w:spacing w:after="60" w:line="266" w:lineRule="auto"/>
        <w:ind w:firstLine="331"/>
        <w:jc w:val="both"/>
      </w:pPr>
      <w:r>
        <w:rPr>
          <w:rFonts w:ascii="Georgia" w:hAnsi="Georgia"/>
          <w:b w:val="0"/>
          <w:i w:val="0"/>
          <w:color w:val="22201D"/>
          <w:sz w:val="20"/>
        </w:rPr>
        <w:t>"That is one problem," Gerald said.</w:t>
      </w:r>
    </w:p>
    <w:p>
      <w:pPr>
        <w:spacing w:after="60" w:line="266" w:lineRule="auto"/>
        <w:ind w:firstLine="331"/>
        <w:jc w:val="both"/>
      </w:pPr>
      <w:r>
        <w:rPr>
          <w:rFonts w:ascii="Georgia" w:hAnsi="Georgia"/>
          <w:b w:val="0"/>
          <w:i w:val="0"/>
          <w:color w:val="22201D"/>
          <w:sz w:val="20"/>
        </w:rPr>
        <w:t>Bob nodded, accepting the hierarchy of problems without needing a seminar.</w:t>
      </w:r>
    </w:p>
    <w:p>
      <w:pPr>
        <w:spacing w:after="60" w:line="266" w:lineRule="auto"/>
        <w:ind w:firstLine="331"/>
        <w:jc w:val="both"/>
      </w:pPr>
      <w:r>
        <w:rPr>
          <w:rFonts w:ascii="Georgia" w:hAnsi="Georgia"/>
          <w:b w:val="0"/>
          <w:i w:val="0"/>
          <w:color w:val="22201D"/>
          <w:sz w:val="20"/>
        </w:rPr>
        <w:t>The Hostess took the final pantry card from the table and placed it beside the sauce shelf.</w:t>
      </w:r>
    </w:p>
    <w:p>
      <w:pPr>
        <w:spacing w:after="60" w:line="250" w:lineRule="auto"/>
        <w:ind w:left="202" w:right="173"/>
      </w:pPr>
      <w:r>
        <w:rPr>
          <w:rFonts w:ascii="Georgia" w:hAnsi="Georgia"/>
          <w:b w:val="0"/>
          <w:i w:val="0"/>
          <w:color w:val="22201D"/>
          <w:sz w:val="17"/>
        </w:rPr>
        <w:t>Book 8 pressure: waiver visible not active</w:t>
      </w:r>
    </w:p>
    <w:p>
      <w:pPr>
        <w:spacing w:after="60" w:line="266" w:lineRule="auto"/>
        <w:ind w:firstLine="331"/>
        <w:jc w:val="both"/>
      </w:pPr>
      <w:r>
        <w:rPr>
          <w:rFonts w:ascii="Georgia" w:hAnsi="Georgia"/>
          <w:b w:val="0"/>
          <w:i w:val="0"/>
          <w:color w:val="22201D"/>
          <w:sz w:val="20"/>
        </w:rPr>
        <w:t>The line not active faded.</w:t>
      </w:r>
    </w:p>
    <w:p>
      <w:pPr>
        <w:spacing w:after="60" w:line="266" w:lineRule="auto"/>
        <w:ind w:firstLine="331"/>
        <w:jc w:val="both"/>
      </w:pPr>
      <w:r>
        <w:rPr>
          <w:rFonts w:ascii="Georgia" w:hAnsi="Georgia"/>
          <w:b w:val="0"/>
          <w:i w:val="0"/>
          <w:color w:val="22201D"/>
          <w:sz w:val="20"/>
        </w:rPr>
        <w:t>The card corrected itself:</w:t>
      </w:r>
    </w:p>
    <w:p>
      <w:pPr>
        <w:spacing w:after="60" w:line="250" w:lineRule="auto"/>
        <w:ind w:left="202" w:right="173"/>
      </w:pPr>
      <w:r>
        <w:rPr>
          <w:rFonts w:ascii="Georgia" w:hAnsi="Georgia"/>
          <w:b w:val="0"/>
          <w:i w:val="0"/>
          <w:color w:val="22201D"/>
          <w:sz w:val="17"/>
        </w:rPr>
        <w:t>Book 8 pressure: label active waiver not yet active</w:t>
      </w:r>
    </w:p>
    <w:p>
      <w:pPr>
        <w:spacing w:after="60" w:line="266" w:lineRule="auto"/>
        <w:ind w:firstLine="331"/>
        <w:jc w:val="both"/>
      </w:pPr>
      <w:r>
        <w:rPr>
          <w:rFonts w:ascii="Georgia" w:hAnsi="Georgia"/>
          <w:b w:val="0"/>
          <w:i w:val="0"/>
          <w:color w:val="22201D"/>
          <w:sz w:val="20"/>
        </w:rPr>
        <w:t>Steve wrote the correction.</w:t>
      </w:r>
    </w:p>
    <w:p>
      <w:pPr>
        <w:spacing w:after="60" w:line="266" w:lineRule="auto"/>
        <w:ind w:firstLine="331"/>
        <w:jc w:val="both"/>
      </w:pPr>
      <w:r>
        <w:rPr>
          <w:rFonts w:ascii="Georgia" w:hAnsi="Georgia"/>
          <w:b w:val="0"/>
          <w:i w:val="0"/>
          <w:color w:val="22201D"/>
          <w:sz w:val="20"/>
        </w:rPr>
        <w:t>Nico looked physically tempted to say something about escalation.</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Restraint noted.</w:t>
      </w:r>
    </w:p>
    <w:p>
      <w:pPr>
        <w:spacing w:after="60" w:line="266" w:lineRule="auto"/>
        <w:ind w:firstLine="331"/>
        <w:jc w:val="both"/>
      </w:pPr>
      <w:r>
        <w:rPr>
          <w:rFonts w:ascii="Georgia" w:hAnsi="Georgia"/>
          <w:b w:val="0"/>
          <w:i w:val="0"/>
          <w:color w:val="22201D"/>
          <w:sz w:val="20"/>
        </w:rPr>
        <w:t>Nico closed his eyes.</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The Hostess pointed to the bowl.</w:t>
      </w:r>
    </w:p>
    <w:p>
      <w:pPr>
        <w:spacing w:after="60" w:line="266" w:lineRule="auto"/>
        <w:ind w:firstLine="331"/>
        <w:jc w:val="both"/>
      </w:pPr>
      <w:r>
        <w:rPr>
          <w:rFonts w:ascii="Georgia" w:hAnsi="Georgia"/>
          <w:b w:val="0"/>
          <w:i w:val="0"/>
          <w:color w:val="22201D"/>
          <w:sz w:val="20"/>
        </w:rPr>
        <w:t>"We need to read the label."</w:t>
      </w:r>
    </w:p>
    <w:p>
      <w:pPr>
        <w:spacing w:after="60" w:line="266" w:lineRule="auto"/>
        <w:ind w:firstLine="331"/>
        <w:jc w:val="both"/>
      </w:pPr>
      <w:r>
        <w:rPr>
          <w:rFonts w:ascii="Georgia" w:hAnsi="Georgia"/>
          <w:b w:val="0"/>
          <w:i w:val="0"/>
          <w:color w:val="22201D"/>
          <w:sz w:val="20"/>
        </w:rPr>
        <w:t>Gerald did not lift his hand.</w:t>
      </w:r>
    </w:p>
    <w:p>
      <w:pPr>
        <w:spacing w:after="60" w:line="266" w:lineRule="auto"/>
        <w:ind w:firstLine="331"/>
        <w:jc w:val="both"/>
      </w:pPr>
      <w:r>
        <w:rPr>
          <w:rFonts w:ascii="Georgia" w:hAnsi="Georgia"/>
          <w:b w:val="0"/>
          <w:i w:val="0"/>
          <w:color w:val="22201D"/>
          <w:sz w:val="20"/>
        </w:rPr>
        <w:t>"Carefully."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means not letting it read itself at us."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not rewarding it for charisma."</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not assuming a label has rights because it has tone."</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"You may continue making useful distinctions."</w:t>
      </w:r>
    </w:p>
    <w:p>
      <w:pPr>
        <w:spacing w:after="60" w:line="266" w:lineRule="auto"/>
        <w:ind w:firstLine="331"/>
        <w:jc w:val="both"/>
      </w:pPr>
      <w:r>
        <w:rPr>
          <w:rFonts w:ascii="Georgia" w:hAnsi="Georgia"/>
          <w:b w:val="0"/>
          <w:i w:val="0"/>
          <w:color w:val="22201D"/>
          <w:sz w:val="20"/>
        </w:rPr>
        <w:t>Gerald considered whether that was praise and decided it was probably maintenance.</w:t>
      </w:r>
    </w:p>
    <w:p>
      <w:pPr>
        <w:spacing w:after="60" w:line="266" w:lineRule="auto"/>
        <w:ind w:firstLine="331"/>
        <w:jc w:val="both"/>
      </w:pPr>
      <w:r>
        <w:rPr>
          <w:rFonts w:ascii="Georgia" w:hAnsi="Georgia"/>
          <w:b w:val="0"/>
          <w:i w:val="0"/>
          <w:color w:val="22201D"/>
          <w:sz w:val="20"/>
        </w:rPr>
        <w:t>"We need a reading procedure."</w:t>
      </w:r>
    </w:p>
    <w:p>
      <w:pPr>
        <w:spacing w:after="60" w:line="266" w:lineRule="auto"/>
        <w:ind w:firstLine="331"/>
        <w:jc w:val="both"/>
      </w:pPr>
      <w:r>
        <w:rPr>
          <w:rFonts w:ascii="Georgia" w:hAnsi="Georgia"/>
          <w:b w:val="0"/>
          <w:i w:val="0"/>
          <w:color w:val="22201D"/>
          <w:sz w:val="20"/>
        </w:rPr>
        <w:t>The pantry produced a clipboard.</w:t>
      </w:r>
    </w:p>
    <w:p>
      <w:pPr>
        <w:spacing w:after="60" w:line="266" w:lineRule="auto"/>
        <w:ind w:firstLine="331"/>
        <w:jc w:val="both"/>
      </w:pPr>
      <w:r>
        <w:rPr>
          <w:rFonts w:ascii="Georgia" w:hAnsi="Georgia"/>
          <w:b w:val="0"/>
          <w:i w:val="0"/>
          <w:color w:val="22201D"/>
          <w:sz w:val="20"/>
        </w:rPr>
        <w:t>This was rarely good news.</w:t>
      </w:r>
    </w:p>
    <w:p>
      <w:pPr>
        <w:spacing w:after="60" w:line="266" w:lineRule="auto"/>
        <w:ind w:firstLine="331"/>
        <w:jc w:val="both"/>
      </w:pPr>
      <w:r>
        <w:rPr>
          <w:rFonts w:ascii="Georgia" w:hAnsi="Georgia"/>
          <w:b w:val="0"/>
          <w:i w:val="0"/>
          <w:color w:val="22201D"/>
          <w:sz w:val="20"/>
        </w:rPr>
        <w:t>The clipboard was labeled:</w:t>
      </w:r>
    </w:p>
    <w:p>
      <w:pPr>
        <w:spacing w:after="60" w:line="250" w:lineRule="auto"/>
        <w:ind w:left="202" w:right="173"/>
      </w:pPr>
      <w:r>
        <w:rPr>
          <w:rFonts w:ascii="Georgia" w:hAnsi="Georgia"/>
          <w:b w:val="0"/>
          <w:i w:val="0"/>
          <w:color w:val="22201D"/>
          <w:sz w:val="17"/>
        </w:rPr>
        <w:t>FRONT LABEL READING PROCEDURE</w:t>
      </w:r>
    </w:p>
    <w:p>
      <w:pPr>
        <w:spacing w:after="60" w:line="266" w:lineRule="auto"/>
        <w:ind w:firstLine="331"/>
        <w:jc w:val="both"/>
      </w:pPr>
      <w:r>
        <w:rPr>
          <w:rFonts w:ascii="Georgia" w:hAnsi="Georgia"/>
          <w:b w:val="0"/>
          <w:i w:val="0"/>
          <w:color w:val="22201D"/>
          <w:sz w:val="20"/>
        </w:rPr>
        <w:t>Under the heading:</w:t>
      </w:r>
    </w:p>
    <w:p>
      <w:pPr>
        <w:spacing w:after="60" w:line="250" w:lineRule="auto"/>
        <w:ind w:left="202" w:right="173"/>
      </w:pPr>
      <w:r>
        <w:rPr>
          <w:rFonts w:ascii="Georgia" w:hAnsi="Georgia"/>
          <w:b w:val="0"/>
          <w:i w:val="0"/>
          <w:color w:val="22201D"/>
          <w:sz w:val="17"/>
        </w:rPr>
        <w:t>1. Confirm object category. 2. Confirm no product has been opened. 3. Read product name. 4. Read claims. 5. Identify active pressure. 6. Identify missing warnings. 7. Do not taste. 8. Do not sign. 9. Do not sell. 10. Request inspection.</w:t>
      </w:r>
    </w:p>
    <w:p>
      <w:pPr>
        <w:spacing w:after="60" w:line="266" w:lineRule="auto"/>
        <w:ind w:firstLine="331"/>
        <w:jc w:val="both"/>
      </w:pPr>
      <w:r>
        <w:rPr>
          <w:rFonts w:ascii="Georgia" w:hAnsi="Georgia"/>
          <w:b w:val="0"/>
          <w:i w:val="0"/>
          <w:color w:val="22201D"/>
          <w:sz w:val="20"/>
        </w:rPr>
        <w:t>Gerald read the list twice.</w:t>
      </w:r>
    </w:p>
    <w:p>
      <w:pPr>
        <w:spacing w:after="60" w:line="266" w:lineRule="auto"/>
        <w:ind w:firstLine="331"/>
        <w:jc w:val="both"/>
      </w:pPr>
      <w:r>
        <w:rPr>
          <w:rFonts w:ascii="Georgia" w:hAnsi="Georgia"/>
          <w:b w:val="0"/>
          <w:i w:val="0"/>
          <w:color w:val="22201D"/>
          <w:sz w:val="20"/>
        </w:rPr>
        <w:t>"Acceptable as first draft."</w:t>
      </w:r>
    </w:p>
    <w:p>
      <w:pPr>
        <w:spacing w:after="60" w:line="266" w:lineRule="auto"/>
        <w:ind w:firstLine="331"/>
        <w:jc w:val="both"/>
      </w:pPr>
      <w:r>
        <w:rPr>
          <w:rFonts w:ascii="Georgia" w:hAnsi="Georgia"/>
          <w:b w:val="0"/>
          <w:i w:val="0"/>
          <w:color w:val="22201D"/>
          <w:sz w:val="20"/>
        </w:rPr>
        <w:t>The clipboard did not glow with pride.</w:t>
      </w:r>
    </w:p>
    <w:p>
      <w:pPr>
        <w:spacing w:after="60" w:line="266" w:lineRule="auto"/>
        <w:ind w:firstLine="331"/>
        <w:jc w:val="both"/>
      </w:pPr>
      <w:r>
        <w:rPr>
          <w:rFonts w:ascii="Georgia" w:hAnsi="Georgia"/>
          <w:b w:val="0"/>
          <w:i w:val="0"/>
          <w:color w:val="22201D"/>
          <w:sz w:val="20"/>
        </w:rPr>
        <w:t>Good clipboard.</w:t>
      </w:r>
    </w:p>
    <w:p>
      <w:pPr>
        <w:spacing w:after="60" w:line="266" w:lineRule="auto"/>
        <w:ind w:firstLine="331"/>
        <w:jc w:val="both"/>
      </w:pPr>
      <w:r>
        <w:rPr>
          <w:rFonts w:ascii="Georgia" w:hAnsi="Georgia"/>
          <w:b w:val="0"/>
          <w:i w:val="0"/>
          <w:color w:val="22201D"/>
          <w:sz w:val="20"/>
        </w:rPr>
        <w:t>The Hostess handed it to Flocc.</w:t>
      </w:r>
    </w:p>
    <w:p>
      <w:pPr>
        <w:spacing w:after="60" w:line="266" w:lineRule="auto"/>
        <w:ind w:firstLine="331"/>
        <w:jc w:val="both"/>
      </w:pPr>
      <w:r>
        <w:rPr>
          <w:rFonts w:ascii="Georgia" w:hAnsi="Georgia"/>
          <w:b w:val="0"/>
          <w:i w:val="0"/>
          <w:color w:val="22201D"/>
          <w:sz w:val="20"/>
        </w:rPr>
        <w:t>"You read."</w:t>
      </w:r>
    </w:p>
    <w:p>
      <w:pPr>
        <w:spacing w:after="60" w:line="266" w:lineRule="auto"/>
        <w:ind w:firstLine="331"/>
        <w:jc w:val="both"/>
      </w:pPr>
      <w:r>
        <w:rPr>
          <w:rFonts w:ascii="Georgia" w:hAnsi="Georgia"/>
          <w:b w:val="0"/>
          <w:i w:val="0"/>
          <w:color w:val="22201D"/>
          <w:sz w:val="20"/>
        </w:rPr>
        <w:t>Flocc looked at Gerald's hand on the bowl.</w:t>
      </w:r>
    </w:p>
    <w:p>
      <w:pPr>
        <w:spacing w:after="60" w:line="266" w:lineRule="auto"/>
        <w:ind w:firstLine="331"/>
        <w:jc w:val="both"/>
      </w:pPr>
      <w:r>
        <w:rPr>
          <w:rFonts w:ascii="Georgia" w:hAnsi="Georgia"/>
          <w:b w:val="0"/>
          <w:i w:val="0"/>
          <w:color w:val="22201D"/>
          <w:sz w:val="20"/>
        </w:rPr>
        <w:t>"It already read itself."</w:t>
      </w:r>
    </w:p>
    <w:p>
      <w:pPr>
        <w:spacing w:after="60" w:line="266" w:lineRule="auto"/>
        <w:ind w:firstLine="331"/>
        <w:jc w:val="both"/>
      </w:pPr>
      <w:r>
        <w:rPr>
          <w:rFonts w:ascii="Georgia" w:hAnsi="Georgia"/>
          <w:b w:val="0"/>
          <w:i w:val="0"/>
          <w:color w:val="22201D"/>
          <w:sz w:val="20"/>
        </w:rPr>
        <w:t>"That was not reading," Gerald said. "That was being subjected to packaging."</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Accepted definition.</w:t>
      </w:r>
    </w:p>
    <w:p>
      <w:pPr>
        <w:spacing w:after="60" w:line="266" w:lineRule="auto"/>
        <w:ind w:firstLine="331"/>
        <w:jc w:val="both"/>
      </w:pPr>
      <w:r>
        <w:rPr>
          <w:rFonts w:ascii="Georgia" w:hAnsi="Georgia"/>
          <w:b w:val="0"/>
          <w:i w:val="0"/>
          <w:color w:val="22201D"/>
          <w:sz w:val="20"/>
        </w:rPr>
        <w:t>Flocc took the clipboard.</w:t>
      </w:r>
    </w:p>
    <w:p>
      <w:pPr>
        <w:spacing w:after="60" w:line="266" w:lineRule="auto"/>
        <w:ind w:firstLine="331"/>
        <w:jc w:val="both"/>
      </w:pPr>
      <w:r>
        <w:rPr>
          <w:rFonts w:ascii="Georgia" w:hAnsi="Georgia"/>
          <w:b w:val="0"/>
          <w:i w:val="0"/>
          <w:color w:val="22201D"/>
          <w:sz w:val="20"/>
        </w:rPr>
        <w:t>The first line was easy.</w:t>
      </w:r>
    </w:p>
    <w:p>
      <w:pPr>
        <w:spacing w:after="60" w:line="266" w:lineRule="auto"/>
        <w:ind w:firstLine="331"/>
        <w:jc w:val="both"/>
      </w:pPr>
      <w:r>
        <w:rPr>
          <w:rFonts w:ascii="Georgia" w:hAnsi="Georgia"/>
          <w:b w:val="0"/>
          <w:i w:val="0"/>
          <w:color w:val="22201D"/>
          <w:sz w:val="20"/>
        </w:rPr>
        <w:t>"Confirm object category."</w:t>
      </w:r>
    </w:p>
    <w:p>
      <w:pPr>
        <w:spacing w:after="60" w:line="266" w:lineRule="auto"/>
        <w:ind w:firstLine="331"/>
        <w:jc w:val="both"/>
      </w:pPr>
      <w:r>
        <w:rPr>
          <w:rFonts w:ascii="Georgia" w:hAnsi="Georgia"/>
          <w:b w:val="0"/>
          <w:i w:val="0"/>
          <w:color w:val="22201D"/>
          <w:sz w:val="20"/>
        </w:rPr>
        <w:t>The bowl rattled under Gerald's palm.</w:t>
      </w:r>
    </w:p>
    <w:p>
      <w:pPr>
        <w:spacing w:after="60" w:line="266" w:lineRule="auto"/>
        <w:ind w:firstLine="331"/>
        <w:jc w:val="both"/>
      </w:pPr>
      <w:r>
        <w:rPr>
          <w:rFonts w:ascii="Georgia" w:hAnsi="Georgia"/>
          <w:b w:val="0"/>
          <w:i w:val="0"/>
          <w:color w:val="22201D"/>
          <w:sz w:val="20"/>
        </w:rPr>
        <w:t>Gerald pressed down.</w:t>
      </w:r>
    </w:p>
    <w:p>
      <w:pPr>
        <w:spacing w:after="60" w:line="266" w:lineRule="auto"/>
        <w:ind w:firstLine="331"/>
        <w:jc w:val="both"/>
      </w:pPr>
      <w:r>
        <w:rPr>
          <w:rFonts w:ascii="Georgia" w:hAnsi="Georgia"/>
          <w:b w:val="0"/>
          <w:i w:val="0"/>
          <w:color w:val="22201D"/>
          <w:sz w:val="20"/>
        </w:rPr>
        <w:t>"Object category: front label," Flocc said. "Not jar. Not sauce. Not waiver. Not signature. Not product."</w:t>
      </w:r>
    </w:p>
    <w:p>
      <w:pPr>
        <w:spacing w:after="60" w:line="266" w:lineRule="auto"/>
        <w:ind w:firstLine="331"/>
        <w:jc w:val="both"/>
      </w:pPr>
      <w:r>
        <w:rPr>
          <w:rFonts w:ascii="Georgia" w:hAnsi="Georgia"/>
          <w:b w:val="0"/>
          <w:i w:val="0"/>
          <w:color w:val="22201D"/>
          <w:sz w:val="20"/>
        </w:rPr>
        <w:t>The bowl went still.</w:t>
      </w:r>
    </w:p>
    <w:p>
      <w:pPr>
        <w:spacing w:after="60" w:line="266" w:lineRule="auto"/>
        <w:ind w:firstLine="331"/>
        <w:jc w:val="both"/>
      </w:pPr>
      <w:r>
        <w:rPr>
          <w:rFonts w:ascii="Georgia" w:hAnsi="Georgia"/>
          <w:b w:val="0"/>
          <w:i w:val="0"/>
          <w:color w:val="22201D"/>
          <w:sz w:val="20"/>
        </w:rPr>
        <w:t>The clipboard printed:</w:t>
      </w:r>
    </w:p>
    <w:p>
      <w:pPr>
        <w:spacing w:after="60" w:line="250" w:lineRule="auto"/>
        <w:ind w:left="202" w:right="173"/>
      </w:pPr>
      <w:r>
        <w:rPr>
          <w:rFonts w:ascii="Georgia" w:hAnsi="Georgia"/>
          <w:b w:val="0"/>
          <w:i w:val="0"/>
          <w:color w:val="22201D"/>
          <w:sz w:val="17"/>
        </w:rPr>
        <w:t>Category accepted.</w:t>
      </w:r>
    </w:p>
    <w:p>
      <w:pPr>
        <w:spacing w:after="60" w:line="266" w:lineRule="auto"/>
        <w:ind w:firstLine="331"/>
        <w:jc w:val="both"/>
      </w:pPr>
      <w:r>
        <w:rPr>
          <w:rFonts w:ascii="Georgia" w:hAnsi="Georgia"/>
          <w:b w:val="0"/>
          <w:i w:val="0"/>
          <w:color w:val="22201D"/>
          <w:sz w:val="20"/>
        </w:rPr>
        <w:t>"Confirm no product has been opened."</w:t>
      </w:r>
    </w:p>
    <w:p>
      <w:pPr>
        <w:spacing w:after="60" w:line="266" w:lineRule="auto"/>
        <w:ind w:firstLine="331"/>
        <w:jc w:val="both"/>
      </w:pPr>
      <w:r>
        <w:rPr>
          <w:rFonts w:ascii="Georgia" w:hAnsi="Georgia"/>
          <w:b w:val="0"/>
          <w:i w:val="0"/>
          <w:color w:val="22201D"/>
          <w:sz w:val="20"/>
        </w:rPr>
        <w:t>Bob looked at the shelf.</w:t>
      </w:r>
    </w:p>
    <w:p>
      <w:pPr>
        <w:spacing w:after="60" w:line="266" w:lineRule="auto"/>
        <w:ind w:firstLine="331"/>
        <w:jc w:val="both"/>
      </w:pPr>
      <w:r>
        <w:rPr>
          <w:rFonts w:ascii="Georgia" w:hAnsi="Georgia"/>
          <w:b w:val="0"/>
          <w:i w:val="0"/>
          <w:color w:val="22201D"/>
          <w:sz w:val="20"/>
        </w:rPr>
        <w:t>"No jar."</w:t>
      </w:r>
    </w:p>
    <w:p>
      <w:pPr>
        <w:spacing w:after="60" w:line="266" w:lineRule="auto"/>
        <w:ind w:firstLine="331"/>
        <w:jc w:val="both"/>
      </w:pPr>
      <w:r>
        <w:rPr>
          <w:rFonts w:ascii="Georgia" w:hAnsi="Georgia"/>
          <w:b w:val="0"/>
          <w:i w:val="0"/>
          <w:color w:val="22201D"/>
          <w:sz w:val="20"/>
        </w:rPr>
        <w:t>Gerald said, "Say full condition."</w:t>
      </w:r>
    </w:p>
    <w:p>
      <w:pPr>
        <w:spacing w:after="60" w:line="266" w:lineRule="auto"/>
        <w:ind w:firstLine="331"/>
        <w:jc w:val="both"/>
      </w:pPr>
      <w:r>
        <w:rPr>
          <w:rFonts w:ascii="Georgia" w:hAnsi="Georgia"/>
          <w:b w:val="0"/>
          <w:i w:val="0"/>
          <w:color w:val="22201D"/>
          <w:sz w:val="20"/>
        </w:rPr>
        <w:t>Flocc said, "No jar is present. No sauce is open. No cap seal has been broken. No tasting can occur."</w:t>
      </w:r>
    </w:p>
    <w:p>
      <w:pPr>
        <w:spacing w:after="60" w:line="266" w:lineRule="auto"/>
        <w:ind w:firstLine="331"/>
        <w:jc w:val="both"/>
      </w:pPr>
      <w:r>
        <w:rPr>
          <w:rFonts w:ascii="Georgia" w:hAnsi="Georgia"/>
          <w:b w:val="0"/>
          <w:i w:val="0"/>
          <w:color w:val="22201D"/>
          <w:sz w:val="20"/>
        </w:rPr>
        <w:t>The clipboard accepted the line.</w:t>
      </w:r>
    </w:p>
    <w:p>
      <w:pPr>
        <w:spacing w:after="60" w:line="266" w:lineRule="auto"/>
        <w:ind w:firstLine="331"/>
        <w:jc w:val="both"/>
      </w:pPr>
      <w:r>
        <w:rPr>
          <w:rFonts w:ascii="Georgia" w:hAnsi="Georgia"/>
          <w:b w:val="0"/>
          <w:i w:val="0"/>
          <w:color w:val="22201D"/>
          <w:sz w:val="20"/>
        </w:rPr>
        <w:t>The bowl gave one small annoyed tick.</w:t>
      </w:r>
    </w:p>
    <w:p>
      <w:pPr>
        <w:spacing w:after="60" w:line="266" w:lineRule="auto"/>
        <w:ind w:firstLine="331"/>
        <w:jc w:val="both"/>
      </w:pPr>
      <w:r>
        <w:rPr>
          <w:rFonts w:ascii="Georgia" w:hAnsi="Georgia"/>
          <w:b w:val="0"/>
          <w:i w:val="0"/>
          <w:color w:val="22201D"/>
          <w:sz w:val="20"/>
        </w:rPr>
        <w:t>Nico mouthed, front label hates due process, and then looked frightened of himself.</w:t>
      </w:r>
    </w:p>
    <w:p>
      <w:pPr>
        <w:spacing w:after="60" w:line="266" w:lineRule="auto"/>
        <w:ind w:firstLine="331"/>
        <w:jc w:val="both"/>
      </w:pPr>
      <w:r>
        <w:rPr>
          <w:rFonts w:ascii="Georgia" w:hAnsi="Georgia"/>
          <w:b w:val="0"/>
          <w:i w:val="0"/>
          <w:color w:val="22201D"/>
          <w:sz w:val="20"/>
        </w:rPr>
        <w:t>The third line waited.</w:t>
      </w:r>
    </w:p>
    <w:p>
      <w:pPr>
        <w:spacing w:after="60" w:line="250" w:lineRule="auto"/>
        <w:ind w:left="202" w:right="173"/>
      </w:pPr>
      <w:r>
        <w:rPr>
          <w:rFonts w:ascii="Georgia" w:hAnsi="Georgia"/>
          <w:b w:val="0"/>
          <w:i w:val="0"/>
          <w:color w:val="22201D"/>
          <w:sz w:val="17"/>
        </w:rPr>
        <w:t>Read product name.</w:t>
      </w:r>
    </w:p>
    <w:p>
      <w:pPr>
        <w:spacing w:after="60" w:line="266" w:lineRule="auto"/>
        <w:ind w:firstLine="331"/>
        <w:jc w:val="both"/>
      </w:pPr>
      <w:r>
        <w:rPr>
          <w:rFonts w:ascii="Georgia" w:hAnsi="Georgia"/>
          <w:b w:val="0"/>
          <w:i w:val="0"/>
          <w:color w:val="22201D"/>
          <w:sz w:val="20"/>
        </w:rPr>
        <w:t>The Hostess lifted the mixing bowl half an inch.</w:t>
      </w:r>
    </w:p>
    <w:p>
      <w:pPr>
        <w:spacing w:after="60" w:line="266" w:lineRule="auto"/>
        <w:ind w:firstLine="331"/>
        <w:jc w:val="both"/>
      </w:pPr>
      <w:r>
        <w:rPr>
          <w:rFonts w:ascii="Georgia" w:hAnsi="Georgia"/>
          <w:b w:val="0"/>
          <w:i w:val="0"/>
          <w:color w:val="22201D"/>
          <w:sz w:val="20"/>
        </w:rPr>
        <w:t>Only half.</w:t>
      </w:r>
    </w:p>
    <w:p>
      <w:pPr>
        <w:spacing w:after="60" w:line="266" w:lineRule="auto"/>
        <w:ind w:firstLine="331"/>
        <w:jc w:val="both"/>
      </w:pPr>
      <w:r>
        <w:rPr>
          <w:rFonts w:ascii="Georgia" w:hAnsi="Georgia"/>
          <w:b w:val="0"/>
          <w:i w:val="0"/>
          <w:color w:val="22201D"/>
          <w:sz w:val="20"/>
        </w:rPr>
        <w:t>The label immediately tried to read itself again.</w:t>
      </w:r>
    </w:p>
    <w:p>
      <w:pPr>
        <w:spacing w:after="60" w:line="266" w:lineRule="auto"/>
        <w:ind w:firstLine="331"/>
        <w:jc w:val="both"/>
      </w:pPr>
      <w:r>
        <w:rPr>
          <w:rFonts w:ascii="Georgia" w:hAnsi="Georgia"/>
          <w:b w:val="0"/>
          <w:i w:val="0"/>
          <w:color w:val="22201D"/>
          <w:sz w:val="20"/>
        </w:rPr>
        <w:t>Gerald lowered the bowl.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"You will have to read faster than its vanity but slower than its pressure."</w:t>
      </w:r>
    </w:p>
    <w:p>
      <w:pPr>
        <w:spacing w:after="60" w:line="266" w:lineRule="auto"/>
        <w:ind w:firstLine="331"/>
        <w:jc w:val="both"/>
      </w:pPr>
      <w:r>
        <w:rPr>
          <w:rFonts w:ascii="Georgia" w:hAnsi="Georgia"/>
          <w:b w:val="0"/>
          <w:i w:val="0"/>
          <w:color w:val="22201D"/>
          <w:sz w:val="20"/>
        </w:rPr>
        <w:t>"That sounds impossible."</w:t>
      </w:r>
    </w:p>
    <w:p>
      <w:pPr>
        <w:spacing w:after="60" w:line="266" w:lineRule="auto"/>
        <w:ind w:firstLine="331"/>
        <w:jc w:val="both"/>
      </w:pPr>
      <w:r>
        <w:rPr>
          <w:rFonts w:ascii="Georgia" w:hAnsi="Georgia"/>
          <w:b w:val="0"/>
          <w:i w:val="0"/>
          <w:color w:val="22201D"/>
          <w:sz w:val="20"/>
        </w:rPr>
        <w:t>"No. It sounds careful."</w:t>
      </w:r>
    </w:p>
    <w:p>
      <w:pPr>
        <w:spacing w:after="60" w:line="266" w:lineRule="auto"/>
        <w:ind w:firstLine="331"/>
        <w:jc w:val="both"/>
      </w:pPr>
      <w:r>
        <w:rPr>
          <w:rFonts w:ascii="Georgia" w:hAnsi="Georgia"/>
          <w:b w:val="0"/>
          <w:i w:val="0"/>
          <w:color w:val="22201D"/>
          <w:sz w:val="20"/>
        </w:rPr>
        <w:t>She lifted the bowl again.</w:t>
      </w:r>
    </w:p>
    <w:p>
      <w:pPr>
        <w:spacing w:after="60" w:line="266" w:lineRule="auto"/>
        <w:ind w:firstLine="331"/>
        <w:jc w:val="both"/>
      </w:pPr>
      <w:r>
        <w:rPr>
          <w:rFonts w:ascii="Georgia" w:hAnsi="Georgia"/>
          <w:b w:val="0"/>
          <w:i w:val="0"/>
          <w:color w:val="22201D"/>
          <w:sz w:val="20"/>
        </w:rPr>
        <w:t>This time Flocc looked at the label the way Gerald inspected hinges: not for meaning first, but for what the object did.</w:t>
      </w:r>
    </w:p>
    <w:p>
      <w:pPr>
        <w:spacing w:after="60" w:line="266" w:lineRule="auto"/>
        <w:ind w:firstLine="331"/>
        <w:jc w:val="both"/>
      </w:pPr>
      <w:r>
        <w:rPr>
          <w:rFonts w:ascii="Georgia" w:hAnsi="Georgia"/>
          <w:b w:val="0"/>
          <w:i w:val="0"/>
          <w:color w:val="22201D"/>
          <w:sz w:val="20"/>
        </w:rPr>
        <w:t>"Gold Pheasant Peach Scotch Bonnet."</w:t>
      </w:r>
    </w:p>
    <w:p>
      <w:pPr>
        <w:spacing w:after="60" w:line="266" w:lineRule="auto"/>
        <w:ind w:firstLine="331"/>
        <w:jc w:val="both"/>
      </w:pPr>
      <w:r>
        <w:rPr>
          <w:rFonts w:ascii="Georgia" w:hAnsi="Georgia"/>
          <w:b w:val="0"/>
          <w:i w:val="0"/>
          <w:color w:val="22201D"/>
          <w:sz w:val="20"/>
        </w:rPr>
        <w:t>The label tried to brighten around Gold.</w:t>
      </w:r>
    </w:p>
    <w:p>
      <w:pPr>
        <w:spacing w:after="60" w:line="266" w:lineRule="auto"/>
        <w:ind w:firstLine="331"/>
        <w:jc w:val="both"/>
      </w:pPr>
      <w:r>
        <w:rPr>
          <w:rFonts w:ascii="Georgia" w:hAnsi="Georgia"/>
          <w:b w:val="0"/>
          <w:i w:val="0"/>
          <w:color w:val="22201D"/>
          <w:sz w:val="20"/>
        </w:rPr>
        <w:t>"Product name read," he added. "No claim accepted."</w:t>
      </w:r>
    </w:p>
    <w:p>
      <w:pPr>
        <w:spacing w:after="60" w:line="266" w:lineRule="auto"/>
        <w:ind w:firstLine="331"/>
        <w:jc w:val="both"/>
      </w:pPr>
      <w:r>
        <w:rPr>
          <w:rFonts w:ascii="Georgia" w:hAnsi="Georgia"/>
          <w:b w:val="0"/>
          <w:i w:val="0"/>
          <w:color w:val="22201D"/>
          <w:sz w:val="20"/>
        </w:rPr>
        <w:t>The brightening stopped.</w:t>
      </w:r>
    </w:p>
    <w:p>
      <w:pPr>
        <w:spacing w:after="60" w:line="266" w:lineRule="auto"/>
        <w:ind w:firstLine="331"/>
        <w:jc w:val="both"/>
      </w:pPr>
      <w:r>
        <w:rPr>
          <w:rFonts w:ascii="Georgia" w:hAnsi="Georgia"/>
          <w:b w:val="0"/>
          <w:i w:val="0"/>
          <w:color w:val="22201D"/>
          <w:sz w:val="20"/>
        </w:rPr>
        <w:t>Gerald's expression improved by one sixteenth of an inch.</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Hostess kept the bowl raised.</w:t>
      </w:r>
    </w:p>
    <w:p>
      <w:pPr>
        <w:spacing w:after="60" w:line="266" w:lineRule="auto"/>
        <w:ind w:firstLine="331"/>
        <w:jc w:val="both"/>
      </w:pPr>
      <w:r>
        <w:rPr>
          <w:rFonts w:ascii="Georgia" w:hAnsi="Georgia"/>
          <w:b w:val="0"/>
          <w:i w:val="0"/>
          <w:color w:val="22201D"/>
          <w:sz w:val="20"/>
        </w:rPr>
        <w:t>"Read claims."</w:t>
      </w:r>
    </w:p>
    <w:p>
      <w:pPr>
        <w:spacing w:after="60" w:line="266" w:lineRule="auto"/>
        <w:ind w:firstLine="331"/>
        <w:jc w:val="both"/>
      </w:pPr>
      <w:r>
        <w:rPr>
          <w:rFonts w:ascii="Georgia" w:hAnsi="Georgia"/>
          <w:b w:val="0"/>
          <w:i w:val="0"/>
          <w:color w:val="22201D"/>
          <w:sz w:val="20"/>
        </w:rPr>
        <w:t>Flocc read:</w:t>
      </w:r>
    </w:p>
    <w:p>
      <w:pPr>
        <w:spacing w:after="60" w:line="266" w:lineRule="auto"/>
        <w:ind w:firstLine="331"/>
        <w:jc w:val="both"/>
      </w:pPr>
      <w:r>
        <w:rPr>
          <w:rFonts w:ascii="Georgia" w:hAnsi="Georgia"/>
          <w:b w:val="0"/>
          <w:i w:val="0"/>
          <w:color w:val="22201D"/>
          <w:sz w:val="20"/>
        </w:rPr>
        <w:t>"Small-batch sauce. Bright fruit. Courteous fire. Signed risk."</w:t>
      </w:r>
    </w:p>
    <w:p>
      <w:pPr>
        <w:spacing w:after="60" w:line="266" w:lineRule="auto"/>
        <w:ind w:firstLine="331"/>
        <w:jc w:val="both"/>
      </w:pPr>
      <w:r>
        <w:rPr>
          <w:rFonts w:ascii="Georgia" w:hAnsi="Georgia"/>
          <w:b w:val="0"/>
          <w:i w:val="0"/>
          <w:color w:val="22201D"/>
          <w:sz w:val="20"/>
        </w:rPr>
        <w:t>The words felt pleasant in his mouth, which made him suspicious of them.</w:t>
      </w:r>
    </w:p>
    <w:p>
      <w:pPr>
        <w:spacing w:after="60" w:line="266" w:lineRule="auto"/>
        <w:ind w:firstLine="331"/>
        <w:jc w:val="both"/>
      </w:pPr>
      <w:r>
        <w:rPr>
          <w:rFonts w:ascii="Georgia" w:hAnsi="Georgia"/>
          <w:b w:val="0"/>
          <w:i w:val="0"/>
          <w:color w:val="22201D"/>
          <w:sz w:val="20"/>
        </w:rPr>
        <w:t>"Claims read. Not verified."</w:t>
      </w:r>
    </w:p>
    <w:p>
      <w:pPr>
        <w:spacing w:after="60" w:line="266" w:lineRule="auto"/>
        <w:ind w:firstLine="331"/>
        <w:jc w:val="both"/>
      </w:pPr>
      <w:r>
        <w:rPr>
          <w:rFonts w:ascii="Georgia" w:hAnsi="Georgia"/>
          <w:b w:val="0"/>
          <w:i w:val="0"/>
          <w:color w:val="22201D"/>
          <w:sz w:val="20"/>
        </w:rPr>
        <w:t>The label's pheasant lowered its foot back to the border.</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claim distinction made before admiration</w:t>
      </w:r>
    </w:p>
    <w:p>
      <w:pPr>
        <w:spacing w:after="60" w:line="266" w:lineRule="auto"/>
        <w:ind w:firstLine="331"/>
        <w:jc w:val="both"/>
      </w:pPr>
      <w:r>
        <w:rPr>
          <w:rFonts w:ascii="Georgia" w:hAnsi="Georgia"/>
          <w:b w:val="0"/>
          <w:i w:val="0"/>
          <w:color w:val="22201D"/>
          <w:sz w:val="20"/>
        </w:rPr>
        <w:t>Nico whispered, "That hurts."</w:t>
      </w:r>
    </w:p>
    <w:p>
      <w:pPr>
        <w:spacing w:after="60" w:line="266" w:lineRule="auto"/>
        <w:ind w:firstLine="331"/>
        <w:jc w:val="both"/>
      </w:pPr>
      <w:r>
        <w:rPr>
          <w:rFonts w:ascii="Georgia" w:hAnsi="Georgia"/>
          <w:b w:val="0"/>
          <w:i w:val="0"/>
          <w:color w:val="22201D"/>
          <w:sz w:val="20"/>
        </w:rPr>
        <w:t>"Because it applies to you?" Gerald asked.</w:t>
      </w:r>
    </w:p>
    <w:p>
      <w:pPr>
        <w:spacing w:after="60" w:line="266" w:lineRule="auto"/>
        <w:ind w:firstLine="331"/>
        <w:jc w:val="both"/>
      </w:pPr>
      <w:r>
        <w:rPr>
          <w:rFonts w:ascii="Georgia" w:hAnsi="Georgia"/>
          <w:b w:val="0"/>
          <w:i w:val="0"/>
          <w:color w:val="22201D"/>
          <w:sz w:val="20"/>
        </w:rPr>
        <w:t>"Deeply."</w:t>
      </w:r>
    </w:p>
    <w:p>
      <w:pPr>
        <w:spacing w:after="60" w:line="266" w:lineRule="auto"/>
        <w:ind w:firstLine="331"/>
        <w:jc w:val="both"/>
      </w:pPr>
      <w:r>
        <w:rPr>
          <w:rFonts w:ascii="Georgia" w:hAnsi="Georgia"/>
          <w:b w:val="0"/>
          <w:i w:val="0"/>
          <w:color w:val="22201D"/>
          <w:sz w:val="20"/>
        </w:rPr>
        <w:t>The fifth line waited.</w:t>
      </w:r>
    </w:p>
    <w:p>
      <w:pPr>
        <w:spacing w:after="60" w:line="250" w:lineRule="auto"/>
        <w:ind w:left="202" w:right="173"/>
      </w:pPr>
      <w:r>
        <w:rPr>
          <w:rFonts w:ascii="Georgia" w:hAnsi="Georgia"/>
          <w:b w:val="0"/>
          <w:i w:val="0"/>
          <w:color w:val="22201D"/>
          <w:sz w:val="17"/>
        </w:rPr>
        <w:t>Identify active pressure.</w:t>
      </w:r>
    </w:p>
    <w:p>
      <w:pPr>
        <w:spacing w:after="60" w:line="266" w:lineRule="auto"/>
        <w:ind w:firstLine="331"/>
        <w:jc w:val="both"/>
      </w:pPr>
      <w:r>
        <w:rPr>
          <w:rFonts w:ascii="Georgia" w:hAnsi="Georgia"/>
          <w:b w:val="0"/>
          <w:i w:val="0"/>
          <w:color w:val="22201D"/>
          <w:sz w:val="20"/>
        </w:rPr>
        <w:t>Flocc looked at the label.</w:t>
      </w:r>
    </w:p>
    <w:p>
      <w:pPr>
        <w:spacing w:after="60" w:line="266" w:lineRule="auto"/>
        <w:ind w:firstLine="331"/>
        <w:jc w:val="both"/>
      </w:pPr>
      <w:r>
        <w:rPr>
          <w:rFonts w:ascii="Georgia" w:hAnsi="Georgia"/>
          <w:b w:val="0"/>
          <w:i w:val="0"/>
          <w:color w:val="22201D"/>
          <w:sz w:val="20"/>
        </w:rPr>
        <w:t>The label did not move now. It had learned, or it was pretending to learn, that stillness could be persuasive.</w:t>
      </w:r>
    </w:p>
    <w:p>
      <w:pPr>
        <w:spacing w:after="60" w:line="266" w:lineRule="auto"/>
        <w:ind w:firstLine="331"/>
        <w:jc w:val="both"/>
      </w:pPr>
      <w:r>
        <w:rPr>
          <w:rFonts w:ascii="Georgia" w:hAnsi="Georgia"/>
          <w:b w:val="0"/>
          <w:i w:val="0"/>
          <w:color w:val="22201D"/>
          <w:sz w:val="20"/>
        </w:rPr>
        <w:t>"Active pressure is the label reading itself before a reader chooses to read it."</w:t>
      </w:r>
    </w:p>
    <w:p>
      <w:pPr>
        <w:spacing w:after="60" w:line="266" w:lineRule="auto"/>
        <w:ind w:firstLine="331"/>
        <w:jc w:val="both"/>
      </w:pPr>
      <w:r>
        <w:rPr>
          <w:rFonts w:ascii="Georgia" w:hAnsi="Georgia"/>
          <w:b w:val="0"/>
          <w:i w:val="0"/>
          <w:color w:val="22201D"/>
          <w:sz w:val="20"/>
        </w:rPr>
        <w:t>The clipboard waited.</w:t>
      </w:r>
    </w:p>
    <w:p>
      <w:pPr>
        <w:spacing w:after="60" w:line="266" w:lineRule="auto"/>
        <w:ind w:firstLine="331"/>
        <w:jc w:val="both"/>
      </w:pPr>
      <w:r>
        <w:rPr>
          <w:rFonts w:ascii="Georgia" w:hAnsi="Georgia"/>
          <w:b w:val="0"/>
          <w:i w:val="0"/>
          <w:color w:val="22201D"/>
          <w:sz w:val="20"/>
        </w:rPr>
        <w:t>"And the phrase signed risk implies consent before any person has signed or declined."</w:t>
      </w:r>
    </w:p>
    <w:p>
      <w:pPr>
        <w:spacing w:after="60" w:line="266" w:lineRule="auto"/>
        <w:ind w:firstLine="331"/>
        <w:jc w:val="both"/>
      </w:pPr>
      <w:r>
        <w:rPr>
          <w:rFonts w:ascii="Georgia" w:hAnsi="Georgia"/>
          <w:b w:val="0"/>
          <w:i w:val="0"/>
          <w:color w:val="22201D"/>
          <w:sz w:val="20"/>
        </w:rPr>
        <w:t>The clipboard printed:</w:t>
      </w:r>
    </w:p>
    <w:p>
      <w:pPr>
        <w:spacing w:after="60" w:line="250" w:lineRule="auto"/>
        <w:ind w:left="202" w:right="173"/>
      </w:pPr>
      <w:r>
        <w:rPr>
          <w:rFonts w:ascii="Georgia" w:hAnsi="Georgia"/>
          <w:b w:val="0"/>
          <w:i w:val="0"/>
          <w:color w:val="22201D"/>
          <w:sz w:val="17"/>
        </w:rPr>
        <w:t>Active pressure identified.</w:t>
      </w:r>
    </w:p>
    <w:p>
      <w:pPr>
        <w:spacing w:after="60" w:line="266" w:lineRule="auto"/>
        <w:ind w:firstLine="331"/>
        <w:jc w:val="both"/>
      </w:pPr>
      <w:r>
        <w:rPr>
          <w:rFonts w:ascii="Georgia" w:hAnsi="Georgia"/>
          <w:b w:val="0"/>
          <w:i w:val="0"/>
          <w:color w:val="22201D"/>
          <w:sz w:val="20"/>
        </w:rPr>
        <w:t>The Hostess lowered the bowl fully over the label.</w:t>
      </w:r>
    </w:p>
    <w:p>
      <w:pPr>
        <w:spacing w:after="60" w:line="266" w:lineRule="auto"/>
        <w:ind w:firstLine="331"/>
        <w:jc w:val="both"/>
      </w:pPr>
      <w:r>
        <w:rPr>
          <w:rFonts w:ascii="Georgia" w:hAnsi="Georgia"/>
          <w:b w:val="0"/>
          <w:i w:val="0"/>
          <w:color w:val="22201D"/>
          <w:sz w:val="20"/>
        </w:rPr>
        <w:t>"Pause."</w:t>
      </w:r>
    </w:p>
    <w:p>
      <w:pPr>
        <w:spacing w:after="60" w:line="266" w:lineRule="auto"/>
        <w:ind w:firstLine="331"/>
        <w:jc w:val="both"/>
      </w:pPr>
      <w:r>
        <w:rPr>
          <w:rFonts w:ascii="Georgia" w:hAnsi="Georgia"/>
          <w:b w:val="0"/>
          <w:i w:val="0"/>
          <w:color w:val="22201D"/>
          <w:sz w:val="20"/>
        </w:rPr>
        <w:t>Gerald approved of the pause more than he would ever approve of most festivals.</w:t>
      </w:r>
    </w:p>
    <w:p>
      <w:pPr>
        <w:spacing w:after="60" w:line="266" w:lineRule="auto"/>
        <w:ind w:firstLine="331"/>
        <w:jc w:val="both"/>
      </w:pPr>
      <w:r>
        <w:rPr>
          <w:rFonts w:ascii="Georgia" w:hAnsi="Georgia"/>
          <w:b w:val="0"/>
          <w:i w:val="0"/>
          <w:color w:val="22201D"/>
          <w:sz w:val="20"/>
        </w:rPr>
        <w:t>Flocc felt the pause do something useful. It took the shine off the label without taking the label away. The label could be beautiful later if it survived inspection. Beauty did not get to cut the line.</w:t>
      </w:r>
    </w:p>
    <w:p>
      <w:pPr>
        <w:spacing w:after="60" w:line="266" w:lineRule="auto"/>
        <w:ind w:firstLine="331"/>
        <w:jc w:val="both"/>
      </w:pPr>
      <w:r>
        <w:rPr>
          <w:rFonts w:ascii="Georgia" w:hAnsi="Georgia"/>
          <w:b w:val="0"/>
          <w:i w:val="0"/>
          <w:color w:val="22201D"/>
          <w:sz w:val="20"/>
        </w:rPr>
        <w:t>The sixth line waited.</w:t>
      </w:r>
    </w:p>
    <w:p>
      <w:pPr>
        <w:spacing w:after="60" w:line="250" w:lineRule="auto"/>
        <w:ind w:left="202" w:right="173"/>
      </w:pPr>
      <w:r>
        <w:rPr>
          <w:rFonts w:ascii="Georgia" w:hAnsi="Georgia"/>
          <w:b w:val="0"/>
          <w:i w:val="0"/>
          <w:color w:val="22201D"/>
          <w:sz w:val="17"/>
        </w:rPr>
        <w:t>Identify missing warnings.</w:t>
      </w:r>
    </w:p>
    <w:p>
      <w:pPr>
        <w:spacing w:after="60" w:line="266" w:lineRule="auto"/>
        <w:ind w:firstLine="331"/>
        <w:jc w:val="both"/>
      </w:pPr>
      <w:r>
        <w:rPr>
          <w:rFonts w:ascii="Georgia" w:hAnsi="Georgia"/>
          <w:b w:val="0"/>
          <w:i w:val="0"/>
          <w:color w:val="22201D"/>
          <w:sz w:val="20"/>
        </w:rPr>
        <w:t>Gerald made a sound from deep in his chest.</w:t>
      </w:r>
    </w:p>
    <w:p>
      <w:pPr>
        <w:spacing w:after="60" w:line="266" w:lineRule="auto"/>
        <w:ind w:firstLine="331"/>
        <w:jc w:val="both"/>
      </w:pPr>
      <w:r>
        <w:rPr>
          <w:rFonts w:ascii="Georgia" w:hAnsi="Georgia"/>
          <w:b w:val="0"/>
          <w:i w:val="0"/>
          <w:color w:val="22201D"/>
          <w:sz w:val="20"/>
        </w:rPr>
        <w:t>"Now we are getting somewhere."</w:t>
      </w:r>
    </w:p>
    <w:p>
      <w:pPr>
        <w:spacing w:after="60" w:line="266" w:lineRule="auto"/>
        <w:ind w:firstLine="331"/>
        <w:jc w:val="both"/>
      </w:pPr>
      <w:r>
        <w:rPr>
          <w:rFonts w:ascii="Georgia" w:hAnsi="Georgia"/>
          <w:b w:val="0"/>
          <w:i w:val="0"/>
          <w:color w:val="22201D"/>
          <w:sz w:val="20"/>
        </w:rPr>
        <w:t>The Hostess lifted the bowl.</w:t>
      </w:r>
    </w:p>
    <w:p>
      <w:pPr>
        <w:spacing w:after="60" w:line="266" w:lineRule="auto"/>
        <w:ind w:firstLine="331"/>
        <w:jc w:val="both"/>
      </w:pPr>
      <w:r>
        <w:rPr>
          <w:rFonts w:ascii="Georgia" w:hAnsi="Georgia"/>
          <w:b w:val="0"/>
          <w:i w:val="0"/>
          <w:color w:val="22201D"/>
          <w:sz w:val="20"/>
        </w:rPr>
        <w:t>Flocc read the label again, not the way it wanted to be read, but the way a person reads a package while standing in a store aisle trying not to poison a guest.</w:t>
      </w:r>
    </w:p>
    <w:p>
      <w:pPr>
        <w:spacing w:after="60" w:line="266" w:lineRule="auto"/>
        <w:ind w:firstLine="331"/>
        <w:jc w:val="both"/>
      </w:pPr>
      <w:r>
        <w:rPr>
          <w:rFonts w:ascii="Georgia" w:hAnsi="Georgia"/>
          <w:b w:val="0"/>
          <w:i w:val="0"/>
          <w:color w:val="22201D"/>
          <w:sz w:val="20"/>
        </w:rPr>
        <w:t>"Missing warnings: heat level. Ingredients. Allergens. Batch number. Maker. Date. Serving size. Consent language. Decline language. Storage. Separation of claim from warning. No statement that pleasure is not consent. No statement that signing does not replace reading."</w:t>
      </w:r>
    </w:p>
    <w:p>
      <w:pPr>
        <w:spacing w:after="60" w:line="266" w:lineRule="auto"/>
        <w:ind w:firstLine="331"/>
        <w:jc w:val="both"/>
      </w:pPr>
      <w:r>
        <w:rPr>
          <w:rFonts w:ascii="Georgia" w:hAnsi="Georgia"/>
          <w:b w:val="0"/>
          <w:i w:val="0"/>
          <w:color w:val="22201D"/>
          <w:sz w:val="20"/>
        </w:rPr>
        <w:t>The label went dimmer.</w:t>
      </w:r>
    </w:p>
    <w:p>
      <w:pPr>
        <w:spacing w:after="60" w:line="266" w:lineRule="auto"/>
        <w:ind w:firstLine="331"/>
        <w:jc w:val="both"/>
      </w:pPr>
      <w:r>
        <w:rPr>
          <w:rFonts w:ascii="Georgia" w:hAnsi="Georgia"/>
          <w:b w:val="0"/>
          <w:i w:val="0"/>
          <w:color w:val="22201D"/>
          <w:sz w:val="20"/>
        </w:rPr>
        <w:t>Not injured.</w:t>
      </w:r>
    </w:p>
    <w:p>
      <w:pPr>
        <w:spacing w:after="60" w:line="266" w:lineRule="auto"/>
        <w:ind w:firstLine="331"/>
        <w:jc w:val="both"/>
      </w:pPr>
      <w:r>
        <w:rPr>
          <w:rFonts w:ascii="Georgia" w:hAnsi="Georgia"/>
          <w:b w:val="0"/>
          <w:i w:val="0"/>
          <w:color w:val="22201D"/>
          <w:sz w:val="20"/>
        </w:rPr>
        <w:t>Less flattered.</w:t>
      </w:r>
    </w:p>
    <w:p>
      <w:pPr>
        <w:spacing w:after="60" w:line="266" w:lineRule="auto"/>
        <w:ind w:firstLine="331"/>
        <w:jc w:val="both"/>
      </w:pPr>
      <w:r>
        <w:rPr>
          <w:rFonts w:ascii="Georgia" w:hAnsi="Georgia"/>
          <w:b w:val="0"/>
          <w:i w:val="0"/>
          <w:color w:val="22201D"/>
          <w:sz w:val="20"/>
        </w:rPr>
        <w:t>The clipboard accepted the list with a firm click.</w:t>
      </w:r>
    </w:p>
    <w:p>
      <w:pPr>
        <w:spacing w:after="60" w:line="266" w:lineRule="auto"/>
        <w:ind w:firstLine="331"/>
        <w:jc w:val="both"/>
      </w:pPr>
      <w:r>
        <w:rPr>
          <w:rFonts w:ascii="Georgia" w:hAnsi="Georgia"/>
          <w:b w:val="0"/>
          <w:i w:val="0"/>
          <w:color w:val="22201D"/>
          <w:sz w:val="20"/>
        </w:rPr>
        <w:t>Gerald said, "Add font inspection."</w:t>
      </w:r>
    </w:p>
    <w:p>
      <w:pPr>
        <w:spacing w:after="60" w:line="266" w:lineRule="auto"/>
        <w:ind w:firstLine="331"/>
        <w:jc w:val="both"/>
      </w:pPr>
      <w:r>
        <w:rPr>
          <w:rFonts w:ascii="Georgia" w:hAnsi="Georgia"/>
          <w:b w:val="0"/>
          <w:i w:val="0"/>
          <w:color w:val="22201D"/>
          <w:sz w:val="20"/>
        </w:rPr>
        <w:t>"That is Chapter Two," Steve said before he could stop himself.</w:t>
      </w:r>
    </w:p>
    <w:p>
      <w:pPr>
        <w:spacing w:after="60" w:line="266" w:lineRule="auto"/>
        <w:ind w:firstLine="331"/>
        <w:jc w:val="both"/>
      </w:pPr>
      <w:r>
        <w:rPr>
          <w:rFonts w:ascii="Georgia" w:hAnsi="Georgia"/>
          <w:b w:val="0"/>
          <w:i w:val="0"/>
          <w:color w:val="22201D"/>
          <w:sz w:val="20"/>
        </w:rPr>
        <w:t>The room turned toward him.</w:t>
      </w:r>
    </w:p>
    <w:p>
      <w:pPr>
        <w:spacing w:after="60" w:line="266" w:lineRule="auto"/>
        <w:ind w:firstLine="331"/>
        <w:jc w:val="both"/>
      </w:pPr>
      <w:r>
        <w:rPr>
          <w:rFonts w:ascii="Georgia" w:hAnsi="Georgia"/>
          <w:b w:val="0"/>
          <w:i w:val="0"/>
          <w:color w:val="22201D"/>
          <w:sz w:val="20"/>
        </w:rPr>
        <w:t>Steve looked at the record book.</w:t>
      </w:r>
    </w:p>
    <w:p>
      <w:pPr>
        <w:spacing w:after="60" w:line="266" w:lineRule="auto"/>
        <w:ind w:firstLine="331"/>
        <w:jc w:val="both"/>
      </w:pPr>
      <w:r>
        <w:rPr>
          <w:rFonts w:ascii="Georgia" w:hAnsi="Georgia"/>
          <w:b w:val="0"/>
          <w:i w:val="0"/>
          <w:color w:val="22201D"/>
          <w:sz w:val="20"/>
        </w:rPr>
        <w:t>"I mean: next procedural stage."</w:t>
      </w:r>
    </w:p>
    <w:p>
      <w:pPr>
        <w:spacing w:after="60" w:line="266" w:lineRule="auto"/>
        <w:ind w:firstLine="331"/>
        <w:jc w:val="both"/>
      </w:pPr>
      <w:r>
        <w:rPr>
          <w:rFonts w:ascii="Georgia" w:hAnsi="Georgia"/>
          <w:b w:val="0"/>
          <w:i w:val="0"/>
          <w:color w:val="22201D"/>
          <w:sz w:val="20"/>
        </w:rPr>
        <w:t>The pantry accepted the correction by not embarrassing him further.</w:t>
      </w:r>
    </w:p>
    <w:p>
      <w:pPr>
        <w:spacing w:after="60" w:line="266" w:lineRule="auto"/>
        <w:ind w:firstLine="331"/>
        <w:jc w:val="both"/>
      </w:pPr>
      <w:r>
        <w:rPr>
          <w:rFonts w:ascii="Georgia" w:hAnsi="Georgia"/>
          <w:b w:val="0"/>
          <w:i w:val="0"/>
          <w:color w:val="22201D"/>
          <w:sz w:val="20"/>
        </w:rPr>
        <w:t>The final line on the clipboard printed:</w:t>
      </w:r>
    </w:p>
    <w:p>
      <w:pPr>
        <w:spacing w:after="60" w:line="250" w:lineRule="auto"/>
        <w:ind w:left="202" w:right="173"/>
      </w:pPr>
      <w:r>
        <w:rPr>
          <w:rFonts w:ascii="Georgia" w:hAnsi="Georgia"/>
          <w:b w:val="0"/>
          <w:i w:val="0"/>
          <w:color w:val="22201D"/>
          <w:sz w:val="17"/>
        </w:rPr>
        <w:t>Request inspection.</w:t>
      </w:r>
    </w:p>
    <w:p>
      <w:pPr>
        <w:spacing w:after="60" w:line="266" w:lineRule="auto"/>
        <w:ind w:firstLine="331"/>
        <w:jc w:val="both"/>
      </w:pPr>
      <w:r>
        <w:rPr>
          <w:rFonts w:ascii="Georgia" w:hAnsi="Georgia"/>
          <w:b w:val="0"/>
          <w:i w:val="0"/>
          <w:color w:val="22201D"/>
          <w:sz w:val="20"/>
        </w:rPr>
        <w:t>Flocc looked at Gerald.</w:t>
      </w:r>
    </w:p>
    <w:p>
      <w:pPr>
        <w:spacing w:after="60" w:line="266" w:lineRule="auto"/>
        <w:ind w:firstLine="331"/>
        <w:jc w:val="both"/>
      </w:pPr>
      <w:r>
        <w:rPr>
          <w:rFonts w:ascii="Georgia" w:hAnsi="Georgia"/>
          <w:b w:val="0"/>
          <w:i w:val="0"/>
          <w:color w:val="22201D"/>
          <w:sz w:val="20"/>
        </w:rPr>
        <w:t>"Will you inspect the label?"</w:t>
      </w:r>
    </w:p>
    <w:p>
      <w:pPr>
        <w:spacing w:after="60" w:line="266" w:lineRule="auto"/>
        <w:ind w:firstLine="331"/>
        <w:jc w:val="both"/>
      </w:pPr>
      <w:r>
        <w:rPr>
          <w:rFonts w:ascii="Georgia" w:hAnsi="Georgia"/>
          <w:b w:val="0"/>
          <w:i w:val="0"/>
          <w:color w:val="22201D"/>
          <w:sz w:val="20"/>
        </w:rPr>
        <w:t>Gerald removed his hand from the bowl, then placed both hands on the edge of the shelf and leaned in like a man addressing a stove that had learned contract law.</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label, beneath the bowl, tried to shine through metal.</w:t>
      </w:r>
    </w:p>
    <w:p>
      <w:pPr>
        <w:spacing w:after="60" w:line="266" w:lineRule="auto"/>
        <w:ind w:firstLine="331"/>
        <w:jc w:val="both"/>
      </w:pPr>
      <w:r>
        <w:rPr>
          <w:rFonts w:ascii="Georgia" w:hAnsi="Georgia"/>
          <w:b w:val="0"/>
          <w:i w:val="0"/>
          <w:color w:val="22201D"/>
          <w:sz w:val="20"/>
        </w:rPr>
        <w:t>It failed.</w:t>
      </w:r>
    </w:p>
    <w:p>
      <w:pPr>
        <w:spacing w:after="60" w:line="266" w:lineRule="auto"/>
        <w:ind w:firstLine="331"/>
        <w:jc w:val="both"/>
      </w:pPr>
      <w:r>
        <w:rPr>
          <w:rFonts w:ascii="Georgia" w:hAnsi="Georgia"/>
          <w:b w:val="0"/>
          <w:i w:val="0"/>
          <w:color w:val="22201D"/>
          <w:sz w:val="20"/>
        </w:rPr>
        <w:t>Gerald looked pleased.</w:t>
      </w:r>
    </w:p>
    <w:p>
      <w:pPr>
        <w:spacing w:after="60" w:line="266" w:lineRule="auto"/>
        <w:ind w:firstLine="331"/>
        <w:jc w:val="both"/>
      </w:pPr>
      <w:r>
        <w:rPr>
          <w:rFonts w:ascii="Georgia" w:hAnsi="Georgia"/>
          <w:b w:val="0"/>
          <w:i w:val="0"/>
          <w:color w:val="22201D"/>
          <w:sz w:val="20"/>
        </w:rPr>
        <w:t>"First finding: shine cannot substitute for legibility."</w:t>
      </w:r>
    </w:p>
    <w:p>
      <w:pPr>
        <w:spacing w:after="60" w:line="266" w:lineRule="auto"/>
        <w:ind w:firstLine="331"/>
        <w:jc w:val="both"/>
      </w:pPr>
      <w:r>
        <w:rPr>
          <w:rFonts w:ascii="Georgia" w:hAnsi="Georgia"/>
          <w:b w:val="0"/>
          <w:i w:val="0"/>
          <w:color w:val="22201D"/>
          <w:sz w:val="20"/>
        </w:rPr>
        <w:t>Steve wrote that down.</w:t>
      </w:r>
    </w:p>
    <w:p>
      <w:pPr>
        <w:spacing w:after="60" w:line="266" w:lineRule="auto"/>
        <w:ind w:firstLine="331"/>
        <w:jc w:val="both"/>
      </w:pPr>
      <w:r>
        <w:rPr>
          <w:rFonts w:ascii="Georgia" w:hAnsi="Georgia"/>
          <w:b w:val="0"/>
          <w:i w:val="0"/>
          <w:color w:val="22201D"/>
          <w:sz w:val="20"/>
        </w:rPr>
        <w:t>Nico looked like a man watching dessert pass by his table.</w:t>
      </w:r>
    </w:p>
    <w:p>
      <w:pPr>
        <w:spacing w:after="60" w:line="266" w:lineRule="auto"/>
        <w:ind w:firstLine="331"/>
        <w:jc w:val="both"/>
      </w:pPr>
      <w:r>
        <w:rPr>
          <w:rFonts w:ascii="Georgia" w:hAnsi="Georgia"/>
          <w:b w:val="0"/>
          <w:i w:val="0"/>
          <w:color w:val="22201D"/>
          <w:sz w:val="20"/>
        </w:rPr>
        <w:t>The Hostess asked, "Has the price been paid?"</w:t>
      </w:r>
    </w:p>
    <w:p>
      <w:pPr>
        <w:spacing w:after="60" w:line="266" w:lineRule="auto"/>
        <w:ind w:firstLine="331"/>
        <w:jc w:val="both"/>
      </w:pPr>
      <w:r>
        <w:rPr>
          <w:rFonts w:ascii="Georgia" w:hAnsi="Georgia"/>
          <w:b w:val="0"/>
          <w:i w:val="0"/>
          <w:color w:val="22201D"/>
          <w:sz w:val="20"/>
        </w:rPr>
        <w:t>Flocc looked at the clipboard.</w:t>
      </w:r>
    </w:p>
    <w:p>
      <w:pPr>
        <w:spacing w:after="60" w:line="266" w:lineRule="auto"/>
        <w:ind w:firstLine="331"/>
        <w:jc w:val="both"/>
      </w:pPr>
      <w:r>
        <w:rPr>
          <w:rFonts w:ascii="Georgia" w:hAnsi="Georgia"/>
          <w:b w:val="0"/>
          <w:i w:val="0"/>
          <w:color w:val="22201D"/>
          <w:sz w:val="20"/>
        </w:rPr>
        <w:t>He had read the label carefully enough to separate product from claim, claim from warning, pressure from consent, and beauty from safety. But the label still existed under a bowl, self-important and under-inspected.</w:t>
      </w:r>
    </w:p>
    <w:p>
      <w:pPr>
        <w:spacing w:after="60" w:line="266" w:lineRule="auto"/>
        <w:ind w:firstLine="331"/>
        <w:jc w:val="both"/>
      </w:pPr>
      <w:r>
        <w:rPr>
          <w:rFonts w:ascii="Georgia" w:hAnsi="Georgia"/>
          <w:b w:val="0"/>
          <w:i w:val="0"/>
          <w:color w:val="22201D"/>
          <w:sz w:val="20"/>
        </w:rPr>
        <w:t>"Partially."</w:t>
      </w:r>
    </w:p>
    <w:p>
      <w:pPr>
        <w:spacing w:after="60" w:line="266" w:lineRule="auto"/>
        <w:ind w:firstLine="331"/>
        <w:jc w:val="both"/>
      </w:pPr>
      <w:r>
        <w:rPr>
          <w:rFonts w:ascii="Georgia" w:hAnsi="Georgia"/>
          <w:b w:val="0"/>
          <w:i w:val="0"/>
          <w:color w:val="22201D"/>
          <w:sz w:val="20"/>
        </w:rPr>
        <w:t>The pantry did not punish him for refusing completion.</w:t>
      </w:r>
    </w:p>
    <w:p>
      <w:pPr>
        <w:spacing w:after="60" w:line="266" w:lineRule="auto"/>
        <w:ind w:firstLine="331"/>
        <w:jc w:val="both"/>
      </w:pPr>
      <w:r>
        <w:rPr>
          <w:rFonts w:ascii="Georgia" w:hAnsi="Georgia"/>
          <w:b w:val="0"/>
          <w:i w:val="0"/>
          <w:color w:val="22201D"/>
          <w:sz w:val="20"/>
        </w:rPr>
        <w:t>The clipboard printed:</w:t>
      </w:r>
    </w:p>
    <w:p>
      <w:pPr>
        <w:spacing w:after="60" w:line="250" w:lineRule="auto"/>
        <w:ind w:left="202" w:right="173"/>
      </w:pPr>
      <w:r>
        <w:rPr>
          <w:rFonts w:ascii="Georgia" w:hAnsi="Georgia"/>
          <w:b w:val="0"/>
          <w:i w:val="0"/>
          <w:color w:val="22201D"/>
          <w:sz w:val="17"/>
        </w:rPr>
        <w:t>Read carefully: initial pass complete  Required next action: label inspection  Price remaining: nothing hidden</w:t>
      </w:r>
    </w:p>
    <w:p>
      <w:pPr>
        <w:spacing w:after="60" w:line="266" w:lineRule="auto"/>
        <w:ind w:firstLine="331"/>
        <w:jc w:val="both"/>
      </w:pPr>
      <w:r>
        <w:rPr>
          <w:rFonts w:ascii="Georgia" w:hAnsi="Georgia"/>
          <w:b w:val="0"/>
          <w:i w:val="0"/>
          <w:color w:val="22201D"/>
          <w:sz w:val="20"/>
        </w:rPr>
        <w:t>Gerald took the clipboard.</w:t>
      </w:r>
    </w:p>
    <w:p>
      <w:pPr>
        <w:spacing w:after="60" w:line="266" w:lineRule="auto"/>
        <w:ind w:firstLine="331"/>
        <w:jc w:val="both"/>
      </w:pPr>
      <w:r>
        <w:rPr>
          <w:rFonts w:ascii="Georgia" w:hAnsi="Georgia"/>
          <w:b w:val="0"/>
          <w:i w:val="0"/>
          <w:color w:val="22201D"/>
          <w:sz w:val="20"/>
        </w:rPr>
        <w:t>"I will need a ruler."</w:t>
      </w:r>
    </w:p>
    <w:p>
      <w:pPr>
        <w:spacing w:after="60" w:line="266" w:lineRule="auto"/>
        <w:ind w:firstLine="331"/>
        <w:jc w:val="both"/>
      </w:pPr>
      <w:r>
        <w:rPr>
          <w:rFonts w:ascii="Georgia" w:hAnsi="Georgia"/>
          <w:b w:val="0"/>
          <w:i w:val="0"/>
          <w:color w:val="22201D"/>
          <w:sz w:val="20"/>
        </w:rPr>
        <w:t>The pantry produced a ruler.</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"One with markings I can trust."</w:t>
      </w:r>
    </w:p>
    <w:p>
      <w:pPr>
        <w:spacing w:after="60" w:line="266" w:lineRule="auto"/>
        <w:ind w:firstLine="331"/>
        <w:jc w:val="both"/>
      </w:pPr>
      <w:r>
        <w:rPr>
          <w:rFonts w:ascii="Georgia" w:hAnsi="Georgia"/>
          <w:b w:val="0"/>
          <w:i w:val="0"/>
          <w:color w:val="22201D"/>
          <w:sz w:val="20"/>
        </w:rPr>
        <w:t>The pantry took the ruler back and produced an uglier ruler.</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Bob looked at the shelf.</w:t>
      </w:r>
    </w:p>
    <w:p>
      <w:pPr>
        <w:spacing w:after="60" w:line="266" w:lineRule="auto"/>
        <w:ind w:firstLine="331"/>
        <w:jc w:val="both"/>
      </w:pPr>
      <w:r>
        <w:rPr>
          <w:rFonts w:ascii="Georgia" w:hAnsi="Georgia"/>
          <w:b w:val="0"/>
          <w:i w:val="0"/>
          <w:color w:val="22201D"/>
          <w:sz w:val="20"/>
        </w:rPr>
        <w:t>"Jar still missing."</w:t>
      </w:r>
    </w:p>
    <w:p>
      <w:pPr>
        <w:spacing w:after="60" w:line="266" w:lineRule="auto"/>
        <w:ind w:firstLine="331"/>
        <w:jc w:val="both"/>
      </w:pPr>
      <w:r>
        <w:rPr>
          <w:rFonts w:ascii="Georgia" w:hAnsi="Georgia"/>
          <w:b w:val="0"/>
          <w:i w:val="0"/>
          <w:color w:val="22201D"/>
          <w:sz w:val="20"/>
        </w:rPr>
        <w:t>"Yes," the Hostess said. "That is allowed to remain a problem."</w:t>
      </w:r>
    </w:p>
    <w:p>
      <w:pPr>
        <w:spacing w:after="60" w:line="266" w:lineRule="auto"/>
        <w:ind w:firstLine="331"/>
        <w:jc w:val="both"/>
      </w:pPr>
      <w:r>
        <w:rPr>
          <w:rFonts w:ascii="Georgia" w:hAnsi="Georgia"/>
          <w:b w:val="0"/>
          <w:i w:val="0"/>
          <w:color w:val="22201D"/>
          <w:sz w:val="20"/>
        </w:rPr>
        <w:t>The front label shifted beneath the bowl.</w:t>
      </w:r>
    </w:p>
    <w:p>
      <w:pPr>
        <w:spacing w:after="60" w:line="266" w:lineRule="auto"/>
        <w:ind w:firstLine="331"/>
        <w:jc w:val="both"/>
      </w:pPr>
      <w:r>
        <w:rPr>
          <w:rFonts w:ascii="Georgia" w:hAnsi="Georgia"/>
          <w:b w:val="0"/>
          <w:i w:val="0"/>
          <w:color w:val="22201D"/>
          <w:sz w:val="20"/>
        </w:rPr>
        <w:t>Not enough to escape.</w:t>
      </w:r>
    </w:p>
    <w:p>
      <w:pPr>
        <w:spacing w:after="60" w:line="266" w:lineRule="auto"/>
        <w:ind w:firstLine="331"/>
        <w:jc w:val="both"/>
      </w:pPr>
      <w:r>
        <w:rPr>
          <w:rFonts w:ascii="Georgia" w:hAnsi="Georgia"/>
          <w:b w:val="0"/>
          <w:i w:val="0"/>
          <w:color w:val="22201D"/>
          <w:sz w:val="20"/>
        </w:rPr>
        <w:t>Enough to reveal one final line printed along its bottom edge, previously hidden by the shelf shadow:</w:t>
      </w:r>
    </w:p>
    <w:p>
      <w:pPr>
        <w:spacing w:after="60" w:line="250" w:lineRule="auto"/>
        <w:ind w:left="202" w:right="173"/>
      </w:pPr>
      <w:r>
        <w:rPr>
          <w:rFonts w:ascii="Georgia" w:hAnsi="Georgia"/>
          <w:b w:val="0"/>
          <w:i w:val="0"/>
          <w:color w:val="22201D"/>
          <w:sz w:val="17"/>
        </w:rPr>
        <w:t>BY CONTINUING TO LOOK, YOU AGREE—</w:t>
      </w:r>
    </w:p>
    <w:p>
      <w:pPr>
        <w:spacing w:after="60" w:line="266" w:lineRule="auto"/>
        <w:ind w:firstLine="331"/>
        <w:jc w:val="both"/>
      </w:pPr>
      <w:r>
        <w:rPr>
          <w:rFonts w:ascii="Georgia" w:hAnsi="Georgia"/>
          <w:b w:val="0"/>
          <w:i w:val="0"/>
          <w:color w:val="22201D"/>
          <w:sz w:val="20"/>
        </w:rPr>
        <w:t>Gerald slammed the bowl flat again.</w:t>
      </w:r>
    </w:p>
    <w:p>
      <w:pPr>
        <w:spacing w:after="60" w:line="266" w:lineRule="auto"/>
        <w:ind w:firstLine="331"/>
        <w:jc w:val="both"/>
      </w:pPr>
      <w:r>
        <w:rPr>
          <w:rFonts w:ascii="Georgia" w:hAnsi="Georgia"/>
          <w:b w:val="0"/>
          <w:i w:val="0"/>
          <w:color w:val="22201D"/>
          <w:sz w:val="20"/>
        </w:rPr>
        <w:t>"Absolutely not."</w:t>
      </w:r>
    </w:p>
    <w:p>
      <w:pPr>
        <w:spacing w:after="60" w:line="266" w:lineRule="auto"/>
        <w:ind w:firstLine="331"/>
        <w:jc w:val="both"/>
      </w:pPr>
      <w:r>
        <w:rPr>
          <w:rFonts w:ascii="Georgia" w:hAnsi="Georgia"/>
          <w:b w:val="0"/>
          <w:i w:val="0"/>
          <w:color w:val="22201D"/>
          <w:sz w:val="20"/>
        </w:rPr>
        <w:t>The clipboard printed:</w:t>
      </w:r>
    </w:p>
    <w:p>
      <w:pPr>
        <w:spacing w:after="60" w:line="250" w:lineRule="auto"/>
        <w:ind w:left="202" w:right="173"/>
      </w:pPr>
      <w:r>
        <w:rPr>
          <w:rFonts w:ascii="Georgia" w:hAnsi="Georgia"/>
          <w:b w:val="0"/>
          <w:i w:val="0"/>
          <w:color w:val="22201D"/>
          <w:sz w:val="17"/>
        </w:rPr>
        <w:t>Hidden term detected. Inspection required immediately.</w:t>
      </w:r>
    </w:p>
    <w:p>
      <w:pPr>
        <w:spacing w:after="60" w:line="266" w:lineRule="auto"/>
        <w:ind w:firstLine="331"/>
        <w:jc w:val="both"/>
      </w:pPr>
      <w:r>
        <w:rPr>
          <w:rFonts w:ascii="Georgia" w:hAnsi="Georgia"/>
          <w:b w:val="0"/>
          <w:i w:val="0"/>
          <w:color w:val="22201D"/>
          <w:sz w:val="20"/>
        </w:rPr>
        <w:t>Flocc stepped back.</w:t>
      </w:r>
    </w:p>
    <w:p>
      <w:pPr>
        <w:spacing w:after="60" w:line="266" w:lineRule="auto"/>
        <w:ind w:firstLine="331"/>
        <w:jc w:val="both"/>
      </w:pPr>
      <w:r>
        <w:rPr>
          <w:rFonts w:ascii="Georgia" w:hAnsi="Georgia"/>
          <w:b w:val="0"/>
          <w:i w:val="0"/>
          <w:color w:val="22201D"/>
          <w:sz w:val="20"/>
        </w:rPr>
        <w:t>The old part of him wanted to laugh because the line was absurd.</w:t>
      </w:r>
    </w:p>
    <w:p>
      <w:pPr>
        <w:spacing w:after="60" w:line="266" w:lineRule="auto"/>
        <w:ind w:firstLine="331"/>
        <w:jc w:val="both"/>
      </w:pPr>
      <w:r>
        <w:rPr>
          <w:rFonts w:ascii="Georgia" w:hAnsi="Georgia"/>
          <w:b w:val="0"/>
          <w:i w:val="0"/>
          <w:color w:val="22201D"/>
          <w:sz w:val="20"/>
        </w:rPr>
        <w:t>The newer part of him did not let absurdity make danger cute.</w:t>
      </w:r>
    </w:p>
    <w:p>
      <w:pPr>
        <w:spacing w:after="60" w:line="266" w:lineRule="auto"/>
        <w:ind w:firstLine="331"/>
        <w:jc w:val="both"/>
      </w:pPr>
      <w:r>
        <w:rPr>
          <w:rFonts w:ascii="Georgia" w:hAnsi="Georgia"/>
          <w:b w:val="0"/>
          <w:i w:val="0"/>
          <w:color w:val="22201D"/>
          <w:sz w:val="20"/>
        </w:rPr>
        <w:t>The Hostess clipped the clipboard to the sauce shelf.</w:t>
      </w:r>
    </w:p>
    <w:p>
      <w:pPr>
        <w:spacing w:after="60" w:line="266" w:lineRule="auto"/>
        <w:ind w:firstLine="331"/>
        <w:jc w:val="both"/>
      </w:pPr>
      <w:r>
        <w:rPr>
          <w:rFonts w:ascii="Georgia" w:hAnsi="Georgia"/>
          <w:b w:val="0"/>
          <w:i w:val="0"/>
          <w:color w:val="22201D"/>
          <w:sz w:val="20"/>
        </w:rPr>
        <w:t>"Chapter One ends here."</w:t>
      </w:r>
    </w:p>
    <w:p>
      <w:pPr>
        <w:spacing w:after="60" w:line="266" w:lineRule="auto"/>
        <w:ind w:firstLine="331"/>
        <w:jc w:val="both"/>
      </w:pPr>
      <w:r>
        <w:rPr>
          <w:rFonts w:ascii="Georgia" w:hAnsi="Georgia"/>
          <w:b w:val="0"/>
          <w:i w:val="0"/>
          <w:color w:val="22201D"/>
          <w:sz w:val="20"/>
        </w:rPr>
        <w:t>Nico said, "Can a room declare chapter boundaries?"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Only when necessary.</w:t>
      </w:r>
    </w:p>
    <w:p>
      <w:pPr>
        <w:spacing w:after="60" w:line="266" w:lineRule="auto"/>
        <w:ind w:firstLine="331"/>
        <w:jc w:val="both"/>
      </w:pPr>
      <w:r>
        <w:rPr>
          <w:rFonts w:ascii="Georgia" w:hAnsi="Georgia"/>
          <w:b w:val="0"/>
          <w:i w:val="0"/>
          <w:color w:val="22201D"/>
          <w:sz w:val="20"/>
        </w:rPr>
        <w:t>Gerald picked up the ugly ruler.</w:t>
      </w:r>
    </w:p>
    <w:p>
      <w:pPr>
        <w:spacing w:after="60" w:line="266" w:lineRule="auto"/>
        <w:ind w:firstLine="331"/>
        <w:jc w:val="both"/>
      </w:pPr>
      <w:r>
        <w:rPr>
          <w:rFonts w:ascii="Georgia" w:hAnsi="Georgia"/>
          <w:b w:val="0"/>
          <w:i w:val="0"/>
          <w:color w:val="22201D"/>
          <w:sz w:val="20"/>
        </w:rPr>
        <w:t>"Then the next chapter begins with measurement."</w:t>
      </w:r>
    </w:p>
    <w:p>
      <w:pPr>
        <w:spacing w:after="60" w:line="266" w:lineRule="auto"/>
        <w:ind w:firstLine="331"/>
        <w:jc w:val="both"/>
      </w:pPr>
      <w:r>
        <w:rPr>
          <w:rFonts w:ascii="Georgia" w:hAnsi="Georgia"/>
          <w:b w:val="0"/>
          <w:i w:val="0"/>
          <w:color w:val="22201D"/>
          <w:sz w:val="20"/>
        </w:rPr>
        <w:t>The label was silent under the bowl.</w:t>
      </w:r>
    </w:p>
    <w:p>
      <w:pPr>
        <w:spacing w:after="60" w:line="266" w:lineRule="auto"/>
        <w:ind w:firstLine="331"/>
        <w:jc w:val="both"/>
      </w:pPr>
      <w:r>
        <w:rPr>
          <w:rFonts w:ascii="Georgia" w:hAnsi="Georgia"/>
          <w:b w:val="0"/>
          <w:i w:val="0"/>
          <w:color w:val="22201D"/>
          <w:sz w:val="20"/>
        </w:rPr>
        <w:t>For the first time since appearing, it was being read instead of obeyed.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Gerald Measures the Font</w:t>
      </w:r>
    </w:p>
    <w:p>
      <w:pPr>
        <w:spacing w:after="60" w:line="266" w:lineRule="auto"/>
        <w:ind w:firstLine="0"/>
        <w:jc w:val="both"/>
      </w:pPr>
      <w:r>
        <w:rPr>
          <w:rFonts w:ascii="Georgia" w:hAnsi="Georgia"/>
          <w:b w:val="0"/>
          <w:i w:val="0"/>
          <w:color w:val="22201D"/>
          <w:sz w:val="20"/>
        </w:rPr>
        <w:t>Gerald did not trust the ruler until he had insulted it twice.</w:t>
      </w:r>
    </w:p>
    <w:p>
      <w:pPr>
        <w:spacing w:after="60" w:line="266" w:lineRule="auto"/>
        <w:ind w:firstLine="331"/>
        <w:jc w:val="both"/>
      </w:pPr>
      <w:r>
        <w:rPr>
          <w:rFonts w:ascii="Georgia" w:hAnsi="Georgia"/>
          <w:b w:val="0"/>
          <w:i w:val="0"/>
          <w:color w:val="22201D"/>
          <w:sz w:val="20"/>
        </w:rPr>
        <w:t>"Too glossy," he said to the first ruler.</w:t>
      </w:r>
    </w:p>
    <w:p>
      <w:pPr>
        <w:spacing w:after="60" w:line="266" w:lineRule="auto"/>
        <w:ind w:firstLine="331"/>
        <w:jc w:val="both"/>
      </w:pPr>
      <w:r>
        <w:rPr>
          <w:rFonts w:ascii="Georgia" w:hAnsi="Georgia"/>
          <w:b w:val="0"/>
          <w:i w:val="0"/>
          <w:color w:val="22201D"/>
          <w:sz w:val="20"/>
        </w:rPr>
        <w:t>The pantry took it back.</w:t>
      </w:r>
    </w:p>
    <w:p>
      <w:pPr>
        <w:spacing w:after="60" w:line="266" w:lineRule="auto"/>
        <w:ind w:firstLine="331"/>
        <w:jc w:val="both"/>
      </w:pPr>
      <w:r>
        <w:rPr>
          <w:rFonts w:ascii="Georgia" w:hAnsi="Georgia"/>
          <w:b w:val="0"/>
          <w:i w:val="0"/>
          <w:color w:val="22201D"/>
          <w:sz w:val="20"/>
        </w:rPr>
        <w:t>"Too eager," he said to the second.</w:t>
      </w:r>
    </w:p>
    <w:p>
      <w:pPr>
        <w:spacing w:after="60" w:line="266" w:lineRule="auto"/>
        <w:ind w:firstLine="331"/>
        <w:jc w:val="both"/>
      </w:pPr>
      <w:r>
        <w:rPr>
          <w:rFonts w:ascii="Georgia" w:hAnsi="Georgia"/>
          <w:b w:val="0"/>
          <w:i w:val="0"/>
          <w:color w:val="22201D"/>
          <w:sz w:val="20"/>
        </w:rPr>
        <w:t>The pantry took that one back too.</w:t>
      </w:r>
    </w:p>
    <w:p>
      <w:pPr>
        <w:spacing w:after="60" w:line="266" w:lineRule="auto"/>
        <w:ind w:firstLine="331"/>
        <w:jc w:val="both"/>
      </w:pPr>
      <w:r>
        <w:rPr>
          <w:rFonts w:ascii="Georgia" w:hAnsi="Georgia"/>
          <w:b w:val="0"/>
          <w:i w:val="0"/>
          <w:color w:val="22201D"/>
          <w:sz w:val="20"/>
        </w:rPr>
        <w:t>The third ruler was ugly, yellowed at one end, and had numbers that appeared to have survived a drawer, a flood, and someone using it to scrape dried glue off a shelf.</w:t>
      </w:r>
    </w:p>
    <w:p>
      <w:pPr>
        <w:spacing w:after="60" w:line="266" w:lineRule="auto"/>
        <w:ind w:firstLine="331"/>
        <w:jc w:val="both"/>
      </w:pPr>
      <w:r>
        <w:rPr>
          <w:rFonts w:ascii="Georgia" w:hAnsi="Georgia"/>
          <w:b w:val="0"/>
          <w:i w:val="0"/>
          <w:color w:val="22201D"/>
          <w:sz w:val="20"/>
        </w:rPr>
        <w:t>Gerald held it to the light.</w:t>
      </w:r>
    </w:p>
    <w:p>
      <w:pPr>
        <w:spacing w:after="60" w:line="266" w:lineRule="auto"/>
        <w:ind w:firstLine="331"/>
        <w:jc w:val="both"/>
      </w:pPr>
      <w:r>
        <w:rPr>
          <w:rFonts w:ascii="Georgia" w:hAnsi="Georgia"/>
          <w:b w:val="0"/>
          <w:i w:val="0"/>
          <w:color w:val="22201D"/>
          <w:sz w:val="20"/>
        </w:rPr>
        <w:t>"This one has suffered use."</w:t>
      </w:r>
    </w:p>
    <w:p>
      <w:pPr>
        <w:spacing w:after="60" w:line="266" w:lineRule="auto"/>
        <w:ind w:firstLine="331"/>
        <w:jc w:val="both"/>
      </w:pPr>
      <w:r>
        <w:rPr>
          <w:rFonts w:ascii="Georgia" w:hAnsi="Georgia"/>
          <w:b w:val="0"/>
          <w:i w:val="0"/>
          <w:color w:val="22201D"/>
          <w:sz w:val="20"/>
        </w:rPr>
        <w:t>Bob nodded once.</w:t>
      </w:r>
    </w:p>
    <w:p>
      <w:pPr>
        <w:spacing w:after="60" w:line="266" w:lineRule="auto"/>
        <w:ind w:firstLine="331"/>
        <w:jc w:val="both"/>
      </w:pPr>
      <w:r>
        <w:rPr>
          <w:rFonts w:ascii="Georgia" w:hAnsi="Georgia"/>
          <w:b w:val="0"/>
          <w:i w:val="0"/>
          <w:color w:val="22201D"/>
          <w:sz w:val="20"/>
        </w:rPr>
        <w:t>"Good ruler."</w:t>
      </w:r>
    </w:p>
    <w:p>
      <w:pPr>
        <w:spacing w:after="60" w:line="266" w:lineRule="auto"/>
        <w:ind w:firstLine="331"/>
        <w:jc w:val="both"/>
      </w:pPr>
      <w:r>
        <w:rPr>
          <w:rFonts w:ascii="Georgia" w:hAnsi="Georgia"/>
          <w:b w:val="0"/>
          <w:i w:val="0"/>
          <w:color w:val="22201D"/>
          <w:sz w:val="20"/>
        </w:rPr>
        <w:t>The front label remained under the clean metal mixing bowl. The bowl had become less dramatic the longer it sat there. This was useful. A contained hazard should get boring as quickly as possible.</w:t>
      </w:r>
    </w:p>
    <w:p>
      <w:pPr>
        <w:spacing w:after="60" w:line="266" w:lineRule="auto"/>
        <w:ind w:firstLine="331"/>
        <w:jc w:val="both"/>
      </w:pPr>
      <w:r>
        <w:rPr>
          <w:rFonts w:ascii="Georgia" w:hAnsi="Georgia"/>
          <w:b w:val="0"/>
          <w:i w:val="0"/>
          <w:color w:val="22201D"/>
          <w:sz w:val="20"/>
        </w:rPr>
        <w:t>The Hostess clipped the Chapter One reading procedure to the sauce shelf.</w:t>
      </w:r>
    </w:p>
    <w:p>
      <w:pPr>
        <w:spacing w:after="60" w:line="250" w:lineRule="auto"/>
        <w:ind w:left="202" w:right="173"/>
      </w:pPr>
      <w:r>
        <w:rPr>
          <w:rFonts w:ascii="Georgia" w:hAnsi="Georgia"/>
          <w:b w:val="0"/>
          <w:i w:val="0"/>
          <w:color w:val="22201D"/>
          <w:sz w:val="17"/>
        </w:rPr>
        <w:t>Required next action: label inspection  Next price: nothing hidden</w:t>
      </w:r>
    </w:p>
    <w:p>
      <w:pPr>
        <w:spacing w:after="60" w:line="266" w:lineRule="auto"/>
        <w:ind w:firstLine="331"/>
        <w:jc w:val="both"/>
      </w:pPr>
      <w:r>
        <w:rPr>
          <w:rFonts w:ascii="Georgia" w:hAnsi="Georgia"/>
          <w:b w:val="0"/>
          <w:i w:val="0"/>
          <w:color w:val="22201D"/>
          <w:sz w:val="20"/>
        </w:rPr>
        <w:t>Flocc read the price again.</w:t>
      </w:r>
    </w:p>
    <w:p>
      <w:pPr>
        <w:spacing w:after="60" w:line="266" w:lineRule="auto"/>
        <w:ind w:firstLine="331"/>
        <w:jc w:val="both"/>
      </w:pPr>
      <w:r>
        <w:rPr>
          <w:rFonts w:ascii="Georgia" w:hAnsi="Georgia"/>
          <w:b w:val="0"/>
          <w:i w:val="0"/>
          <w:color w:val="22201D"/>
          <w:sz w:val="20"/>
        </w:rPr>
        <w:t>Nothing hidden.</w:t>
      </w:r>
    </w:p>
    <w:p>
      <w:pPr>
        <w:spacing w:after="60" w:line="266" w:lineRule="auto"/>
        <w:ind w:firstLine="331"/>
        <w:jc w:val="both"/>
      </w:pPr>
      <w:r>
        <w:rPr>
          <w:rFonts w:ascii="Georgia" w:hAnsi="Georgia"/>
          <w:b w:val="0"/>
          <w:i w:val="0"/>
          <w:color w:val="22201D"/>
          <w:sz w:val="20"/>
        </w:rPr>
        <w:t>It sounded clean until he pictured a label with no back side, no small print, no implied agreement, no charming claim smuggling risk into admiration.</w:t>
      </w:r>
    </w:p>
    <w:p>
      <w:pPr>
        <w:spacing w:after="60" w:line="266" w:lineRule="auto"/>
        <w:ind w:firstLine="331"/>
        <w:jc w:val="both"/>
      </w:pPr>
      <w:r>
        <w:rPr>
          <w:rFonts w:ascii="Georgia" w:hAnsi="Georgia"/>
          <w:b w:val="0"/>
          <w:i w:val="0"/>
          <w:color w:val="22201D"/>
          <w:sz w:val="20"/>
        </w:rPr>
        <w:t>Nothing hidden was not clean.</w:t>
      </w:r>
    </w:p>
    <w:p>
      <w:pPr>
        <w:spacing w:after="60" w:line="266" w:lineRule="auto"/>
        <w:ind w:firstLine="331"/>
        <w:jc w:val="both"/>
      </w:pPr>
      <w:r>
        <w:rPr>
          <w:rFonts w:ascii="Georgia" w:hAnsi="Georgia"/>
          <w:b w:val="0"/>
          <w:i w:val="0"/>
          <w:color w:val="22201D"/>
          <w:sz w:val="20"/>
        </w:rPr>
        <w:t>It was expensive.</w:t>
      </w:r>
    </w:p>
    <w:p>
      <w:pPr>
        <w:spacing w:after="60" w:line="266" w:lineRule="auto"/>
        <w:ind w:firstLine="331"/>
        <w:jc w:val="both"/>
      </w:pPr>
      <w:r>
        <w:rPr>
          <w:rFonts w:ascii="Georgia" w:hAnsi="Georgia"/>
          <w:b w:val="0"/>
          <w:i w:val="0"/>
          <w:color w:val="22201D"/>
          <w:sz w:val="20"/>
        </w:rPr>
        <w:t>Gerald set the ugly ruler, a pencil, a magnifying glass, and three blank index cards on the worktable.</w:t>
      </w:r>
    </w:p>
    <w:p>
      <w:pPr>
        <w:spacing w:after="60" w:line="266" w:lineRule="auto"/>
        <w:ind w:firstLine="331"/>
        <w:jc w:val="both"/>
      </w:pPr>
      <w:r>
        <w:rPr>
          <w:rFonts w:ascii="Georgia" w:hAnsi="Georgia"/>
          <w:b w:val="0"/>
          <w:i w:val="0"/>
          <w:color w:val="22201D"/>
          <w:sz w:val="20"/>
        </w:rPr>
        <w:t>Nico looked at the magnifying glass.</w:t>
      </w:r>
    </w:p>
    <w:p>
      <w:pPr>
        <w:spacing w:after="60" w:line="266" w:lineRule="auto"/>
        <w:ind w:firstLine="331"/>
        <w:jc w:val="both"/>
      </w:pPr>
      <w:r>
        <w:rPr>
          <w:rFonts w:ascii="Georgia" w:hAnsi="Georgia"/>
          <w:b w:val="0"/>
          <w:i w:val="0"/>
          <w:color w:val="22201D"/>
          <w:sz w:val="20"/>
        </w:rPr>
        <w:t>"Are we allowed to call it sacred?"</w:t>
      </w:r>
    </w:p>
    <w:p>
      <w:pPr>
        <w:spacing w:after="60" w:line="266" w:lineRule="auto"/>
        <w:ind w:firstLine="331"/>
        <w:jc w:val="both"/>
      </w:pPr>
      <w:r>
        <w:rPr>
          <w:rFonts w:ascii="Georgia" w:hAnsi="Georgia"/>
          <w:b w:val="0"/>
          <w:i w:val="0"/>
          <w:color w:val="22201D"/>
          <w:sz w:val="20"/>
        </w:rPr>
        <w:t>"No," Gerald said.</w:t>
      </w:r>
    </w:p>
    <w:p>
      <w:pPr>
        <w:spacing w:after="60" w:line="266" w:lineRule="auto"/>
        <w:ind w:firstLine="331"/>
        <w:jc w:val="both"/>
      </w:pPr>
      <w:r>
        <w:rPr>
          <w:rFonts w:ascii="Georgia" w:hAnsi="Georgia"/>
          <w:b w:val="0"/>
          <w:i w:val="0"/>
          <w:color w:val="22201D"/>
          <w:sz w:val="20"/>
        </w:rPr>
        <w:t>"What if I mean it as a joke?"</w:t>
      </w:r>
    </w:p>
    <w:p>
      <w:pPr>
        <w:spacing w:after="60" w:line="266" w:lineRule="auto"/>
        <w:ind w:firstLine="331"/>
        <w:jc w:val="both"/>
      </w:pPr>
      <w:r>
        <w:rPr>
          <w:rFonts w:ascii="Georgia" w:hAnsi="Georgia"/>
          <w:b w:val="0"/>
          <w:i w:val="0"/>
          <w:color w:val="22201D"/>
          <w:sz w:val="20"/>
        </w:rPr>
        <w:t>"Especially no."</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Legibility does not need incense.</w:t>
      </w:r>
    </w:p>
    <w:p>
      <w:pPr>
        <w:spacing w:after="60" w:line="266" w:lineRule="auto"/>
        <w:ind w:firstLine="331"/>
        <w:jc w:val="both"/>
      </w:pPr>
      <w:r>
        <w:rPr>
          <w:rFonts w:ascii="Georgia" w:hAnsi="Georgia"/>
          <w:b w:val="0"/>
          <w:i w:val="0"/>
          <w:color w:val="22201D"/>
          <w:sz w:val="20"/>
        </w:rPr>
        <w:t>Nico accepted this with the weary obedience of a man whose best lines kept failing safety review.</w:t>
      </w:r>
    </w:p>
    <w:p>
      <w:pPr>
        <w:spacing w:after="60" w:line="266" w:lineRule="auto"/>
        <w:ind w:firstLine="331"/>
        <w:jc w:val="both"/>
      </w:pPr>
      <w:r>
        <w:rPr>
          <w:rFonts w:ascii="Georgia" w:hAnsi="Georgia"/>
          <w:b w:val="0"/>
          <w:i w:val="0"/>
          <w:color w:val="22201D"/>
          <w:sz w:val="20"/>
        </w:rPr>
        <w:t>Gerald pointed at Flocc.</w:t>
      </w:r>
    </w:p>
    <w:p>
      <w:pPr>
        <w:spacing w:after="60" w:line="266" w:lineRule="auto"/>
        <w:ind w:firstLine="331"/>
        <w:jc w:val="both"/>
      </w:pPr>
      <w:r>
        <w:rPr>
          <w:rFonts w:ascii="Georgia" w:hAnsi="Georgia"/>
          <w:b w:val="0"/>
          <w:i w:val="0"/>
          <w:color w:val="22201D"/>
          <w:sz w:val="20"/>
        </w:rPr>
        <w:t>"Read the inspection standard."</w:t>
      </w:r>
    </w:p>
    <w:p>
      <w:pPr>
        <w:spacing w:after="60" w:line="266" w:lineRule="auto"/>
        <w:ind w:firstLine="331"/>
        <w:jc w:val="both"/>
      </w:pPr>
      <w:r>
        <w:rPr>
          <w:rFonts w:ascii="Georgia" w:hAnsi="Georgia"/>
          <w:b w:val="0"/>
          <w:i w:val="0"/>
          <w:color w:val="22201D"/>
          <w:sz w:val="20"/>
        </w:rPr>
        <w:t>The pantry produced a new card.</w:t>
      </w:r>
    </w:p>
    <w:p>
      <w:pPr>
        <w:spacing w:after="60" w:line="250" w:lineRule="auto"/>
        <w:ind w:left="202" w:right="173"/>
      </w:pPr>
      <w:r>
        <w:rPr>
          <w:rFonts w:ascii="Georgia" w:hAnsi="Georgia"/>
          <w:b w:val="0"/>
          <w:i w:val="0"/>
          <w:color w:val="22201D"/>
          <w:sz w:val="17"/>
        </w:rPr>
        <w:t>LABEL INSPECTION STANDARD  1. Name must be readable without performance. 2. Claims must not outrank warnings. 3. Warning text must be large enough to find before appetite acts. 4. Contrast must survive dim light. 5. Hidden terms are void until exposed and reviewed. 6. Adhesive must not conceal safety language. 7. Decorative elements must not mimic approval marks. 8. No agreement may be triggered by looking. 9. No tasting, signing, selling, stocking, sampling, or praising before inspection is complete.</w:t>
      </w:r>
    </w:p>
    <w:p>
      <w:pPr>
        <w:spacing w:after="60" w:line="266" w:lineRule="auto"/>
        <w:ind w:firstLine="331"/>
        <w:jc w:val="both"/>
      </w:pPr>
      <w:r>
        <w:rPr>
          <w:rFonts w:ascii="Georgia" w:hAnsi="Georgia"/>
          <w:b w:val="0"/>
          <w:i w:val="0"/>
          <w:color w:val="22201D"/>
          <w:sz w:val="20"/>
        </w:rPr>
        <w:t>Gerald read the list himself after Flocc finished.</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label under the bowl tapped once.</w:t>
      </w:r>
    </w:p>
    <w:p>
      <w:pPr>
        <w:spacing w:after="60" w:line="266" w:lineRule="auto"/>
        <w:ind w:firstLine="331"/>
        <w:jc w:val="both"/>
      </w:pPr>
      <w:r>
        <w:rPr>
          <w:rFonts w:ascii="Georgia" w:hAnsi="Georgia"/>
          <w:b w:val="0"/>
          <w:i w:val="0"/>
          <w:color w:val="22201D"/>
          <w:sz w:val="20"/>
        </w:rPr>
        <w:t>Gerald tapped the bowl back with the ruler.</w:t>
      </w:r>
    </w:p>
    <w:p>
      <w:pPr>
        <w:spacing w:after="60" w:line="266" w:lineRule="auto"/>
        <w:ind w:firstLine="331"/>
        <w:jc w:val="both"/>
      </w:pPr>
      <w:r>
        <w:rPr>
          <w:rFonts w:ascii="Georgia" w:hAnsi="Georgia"/>
          <w:b w:val="0"/>
          <w:i w:val="0"/>
          <w:color w:val="22201D"/>
          <w:sz w:val="20"/>
        </w:rPr>
        <w:t>"You are not part of the inspection team."</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label attempted participation Gerald denied standing</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"Standing?"</w:t>
      </w:r>
    </w:p>
    <w:p>
      <w:pPr>
        <w:spacing w:after="60" w:line="266" w:lineRule="auto"/>
        <w:ind w:firstLine="331"/>
        <w:jc w:val="both"/>
      </w:pPr>
      <w:r>
        <w:rPr>
          <w:rFonts w:ascii="Georgia" w:hAnsi="Georgia"/>
          <w:b w:val="0"/>
          <w:i w:val="0"/>
          <w:color w:val="22201D"/>
          <w:sz w:val="20"/>
        </w:rPr>
        <w:t>Steve crossed it out.</w:t>
      </w:r>
    </w:p>
    <w:p>
      <w:pPr>
        <w:spacing w:after="60" w:line="250" w:lineRule="auto"/>
        <w:ind w:left="202" w:right="173"/>
      </w:pPr>
      <w:r>
        <w:rPr>
          <w:rFonts w:ascii="Georgia" w:hAnsi="Georgia"/>
          <w:b w:val="0"/>
          <w:i w:val="0"/>
          <w:color w:val="22201D"/>
          <w:sz w:val="17"/>
        </w:rPr>
        <w:t>label attempted participation Gerald denied inspection role</w:t>
      </w:r>
    </w:p>
    <w:p>
      <w:pPr>
        <w:spacing w:after="60" w:line="266" w:lineRule="auto"/>
        <w:ind w:firstLine="331"/>
        <w:jc w:val="both"/>
      </w:pPr>
      <w:r>
        <w:rPr>
          <w:rFonts w:ascii="Georgia" w:hAnsi="Georgia"/>
          <w:b w:val="0"/>
          <w:i w:val="0"/>
          <w:color w:val="22201D"/>
          <w:sz w:val="20"/>
        </w:rPr>
        <w:t>"Better," the Hostess said.</w:t>
      </w:r>
    </w:p>
    <w:p>
      <w:pPr>
        <w:spacing w:after="60" w:line="266" w:lineRule="auto"/>
        <w:ind w:firstLine="331"/>
        <w:jc w:val="both"/>
      </w:pPr>
      <w:r>
        <w:rPr>
          <w:rFonts w:ascii="Georgia" w:hAnsi="Georgia"/>
          <w:b w:val="0"/>
          <w:i w:val="0"/>
          <w:color w:val="22201D"/>
          <w:sz w:val="20"/>
        </w:rPr>
        <w:t>Gerald lifted the bowl just enough to slide a clean sheet of parchment under the label.</w:t>
      </w:r>
    </w:p>
    <w:p>
      <w:pPr>
        <w:spacing w:after="60" w:line="266" w:lineRule="auto"/>
        <w:ind w:firstLine="331"/>
        <w:jc w:val="both"/>
      </w:pPr>
      <w:r>
        <w:rPr>
          <w:rFonts w:ascii="Georgia" w:hAnsi="Georgia"/>
          <w:b w:val="0"/>
          <w:i w:val="0"/>
          <w:color w:val="22201D"/>
          <w:sz w:val="20"/>
        </w:rPr>
        <w:t>The label tried to brighten.</w:t>
      </w:r>
    </w:p>
    <w:p>
      <w:pPr>
        <w:spacing w:after="60" w:line="266" w:lineRule="auto"/>
        <w:ind w:firstLine="331"/>
        <w:jc w:val="both"/>
      </w:pPr>
      <w:r>
        <w:rPr>
          <w:rFonts w:ascii="Georgia" w:hAnsi="Georgia"/>
          <w:b w:val="0"/>
          <w:i w:val="0"/>
          <w:color w:val="22201D"/>
          <w:sz w:val="20"/>
        </w:rPr>
        <w:t>"No," Gerald said.</w:t>
      </w:r>
    </w:p>
    <w:p>
      <w:pPr>
        <w:spacing w:after="60" w:line="266" w:lineRule="auto"/>
        <w:ind w:firstLine="331"/>
        <w:jc w:val="both"/>
      </w:pPr>
      <w:r>
        <w:rPr>
          <w:rFonts w:ascii="Georgia" w:hAnsi="Georgia"/>
          <w:b w:val="0"/>
          <w:i w:val="0"/>
          <w:color w:val="22201D"/>
          <w:sz w:val="20"/>
        </w:rPr>
        <w:t>It dimmed.</w:t>
      </w:r>
    </w:p>
    <w:p>
      <w:pPr>
        <w:spacing w:after="60" w:line="266" w:lineRule="auto"/>
        <w:ind w:firstLine="331"/>
        <w:jc w:val="both"/>
      </w:pPr>
      <w:r>
        <w:rPr>
          <w:rFonts w:ascii="Georgia" w:hAnsi="Georgia"/>
          <w:b w:val="0"/>
          <w:i w:val="0"/>
          <w:color w:val="22201D"/>
          <w:sz w:val="20"/>
        </w:rPr>
        <w:t>He slid the label onto the parchment and placed the bowl upside down beside it, ready for re-containment.</w:t>
      </w:r>
    </w:p>
    <w:p>
      <w:pPr>
        <w:spacing w:after="60" w:line="266" w:lineRule="auto"/>
        <w:ind w:firstLine="331"/>
        <w:jc w:val="both"/>
      </w:pPr>
      <w:r>
        <w:rPr>
          <w:rFonts w:ascii="Georgia" w:hAnsi="Georgia"/>
          <w:b w:val="0"/>
          <w:i w:val="0"/>
          <w:color w:val="22201D"/>
          <w:sz w:val="20"/>
        </w:rPr>
        <w:t>The label lay flat.</w:t>
      </w:r>
    </w:p>
    <w:p>
      <w:pPr>
        <w:spacing w:after="60" w:line="266" w:lineRule="auto"/>
        <w:ind w:firstLine="331"/>
        <w:jc w:val="both"/>
      </w:pPr>
      <w:r>
        <w:rPr>
          <w:rFonts w:ascii="Georgia" w:hAnsi="Georgia"/>
          <w:b w:val="0"/>
          <w:i w:val="0"/>
          <w:color w:val="22201D"/>
          <w:sz w:val="20"/>
        </w:rPr>
        <w:t>It had the expression of an object that did not technically have an expression but absolutely would have chosen one if allowed.</w:t>
      </w:r>
    </w:p>
    <w:p>
      <w:pPr>
        <w:spacing w:after="60" w:line="266" w:lineRule="auto"/>
        <w:ind w:firstLine="331"/>
        <w:jc w:val="both"/>
      </w:pPr>
      <w:r>
        <w:rPr>
          <w:rFonts w:ascii="Georgia" w:hAnsi="Georgia"/>
          <w:b w:val="0"/>
          <w:i w:val="0"/>
          <w:color w:val="22201D"/>
          <w:sz w:val="20"/>
        </w:rPr>
        <w:t>The gold pheasant looked less like a bird now and more like a brand strategy with ankles.</w:t>
      </w:r>
    </w:p>
    <w:p>
      <w:pPr>
        <w:spacing w:after="60" w:line="266" w:lineRule="auto"/>
        <w:ind w:firstLine="331"/>
        <w:jc w:val="both"/>
      </w:pPr>
      <w:r>
        <w:rPr>
          <w:rFonts w:ascii="Georgia" w:hAnsi="Georgia"/>
          <w:b w:val="0"/>
          <w:i w:val="0"/>
          <w:color w:val="22201D"/>
          <w:sz w:val="20"/>
        </w:rPr>
        <w:t>Gerald placed the ruler along the product name.</w:t>
      </w:r>
    </w:p>
    <w:p>
      <w:pPr>
        <w:spacing w:after="60" w:line="266" w:lineRule="auto"/>
        <w:ind w:firstLine="331"/>
        <w:jc w:val="both"/>
      </w:pPr>
      <w:r>
        <w:rPr>
          <w:rFonts w:ascii="Georgia" w:hAnsi="Georgia"/>
          <w:b w:val="0"/>
          <w:i w:val="0"/>
          <w:color w:val="22201D"/>
          <w:sz w:val="20"/>
        </w:rPr>
        <w:t>"Name height: readable."</w:t>
      </w:r>
    </w:p>
    <w:p>
      <w:pPr>
        <w:spacing w:after="60" w:line="266" w:lineRule="auto"/>
        <w:ind w:firstLine="331"/>
        <w:jc w:val="both"/>
      </w:pPr>
      <w:r>
        <w:rPr>
          <w:rFonts w:ascii="Georgia" w:hAnsi="Georgia"/>
          <w:b w:val="0"/>
          <w:i w:val="0"/>
          <w:color w:val="22201D"/>
          <w:sz w:val="20"/>
        </w:rPr>
        <w:t>The label preened.</w:t>
      </w:r>
    </w:p>
    <w:p>
      <w:pPr>
        <w:spacing w:after="60" w:line="266" w:lineRule="auto"/>
        <w:ind w:firstLine="331"/>
        <w:jc w:val="both"/>
      </w:pPr>
      <w:r>
        <w:rPr>
          <w:rFonts w:ascii="Georgia" w:hAnsi="Georgia"/>
          <w:b w:val="0"/>
          <w:i w:val="0"/>
          <w:color w:val="22201D"/>
          <w:sz w:val="20"/>
        </w:rPr>
        <w:t>"Too readable compared with warnings," Gerald added.</w:t>
      </w:r>
    </w:p>
    <w:p>
      <w:pPr>
        <w:spacing w:after="60" w:line="266" w:lineRule="auto"/>
        <w:ind w:firstLine="331"/>
        <w:jc w:val="both"/>
      </w:pPr>
      <w:r>
        <w:rPr>
          <w:rFonts w:ascii="Georgia" w:hAnsi="Georgia"/>
          <w:b w:val="0"/>
          <w:i w:val="0"/>
          <w:color w:val="22201D"/>
          <w:sz w:val="20"/>
        </w:rPr>
        <w:t>The label stopped preening.</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Product name readable. Warning hierarchy failed.</w:t>
      </w:r>
    </w:p>
    <w:p>
      <w:pPr>
        <w:spacing w:after="60" w:line="266" w:lineRule="auto"/>
        <w:ind w:firstLine="331"/>
        <w:jc w:val="both"/>
      </w:pPr>
      <w:r>
        <w:rPr>
          <w:rFonts w:ascii="Georgia" w:hAnsi="Georgia"/>
          <w:b w:val="0"/>
          <w:i w:val="0"/>
          <w:color w:val="22201D"/>
          <w:sz w:val="20"/>
        </w:rPr>
        <w:t>Flocc looked at the words Warning hierarchy failed.</w:t>
      </w:r>
    </w:p>
    <w:p>
      <w:pPr>
        <w:spacing w:after="60" w:line="266" w:lineRule="auto"/>
        <w:ind w:firstLine="331"/>
        <w:jc w:val="both"/>
      </w:pPr>
      <w:r>
        <w:rPr>
          <w:rFonts w:ascii="Georgia" w:hAnsi="Georgia"/>
          <w:b w:val="0"/>
          <w:i w:val="0"/>
          <w:color w:val="22201D"/>
          <w:sz w:val="20"/>
        </w:rPr>
        <w:t>They were not poetic.</w:t>
      </w:r>
    </w:p>
    <w:p>
      <w:pPr>
        <w:spacing w:after="60" w:line="266" w:lineRule="auto"/>
        <w:ind w:firstLine="331"/>
        <w:jc w:val="both"/>
      </w:pPr>
      <w:r>
        <w:rPr>
          <w:rFonts w:ascii="Georgia" w:hAnsi="Georgia"/>
          <w:b w:val="0"/>
          <w:i w:val="0"/>
          <w:color w:val="22201D"/>
          <w:sz w:val="20"/>
        </w:rPr>
        <w:t>They were better than poetic.</w:t>
      </w:r>
    </w:p>
    <w:p>
      <w:pPr>
        <w:spacing w:after="60" w:line="266" w:lineRule="auto"/>
        <w:ind w:firstLine="331"/>
        <w:jc w:val="both"/>
      </w:pPr>
      <w:r>
        <w:rPr>
          <w:rFonts w:ascii="Georgia" w:hAnsi="Georgia"/>
          <w:b w:val="0"/>
          <w:i w:val="0"/>
          <w:color w:val="22201D"/>
          <w:sz w:val="20"/>
        </w:rPr>
        <w:t>They meant someone could fix the label without becoming a philosopher.</w:t>
      </w:r>
    </w:p>
    <w:p>
      <w:pPr>
        <w:spacing w:after="60" w:line="266" w:lineRule="auto"/>
        <w:ind w:firstLine="331"/>
        <w:jc w:val="both"/>
      </w:pPr>
      <w:r>
        <w:rPr>
          <w:rFonts w:ascii="Georgia" w:hAnsi="Georgia"/>
          <w:b w:val="0"/>
          <w:i w:val="0"/>
          <w:color w:val="22201D"/>
          <w:sz w:val="20"/>
        </w:rPr>
        <w:t>Gerald measured the claim line.</w:t>
      </w:r>
    </w:p>
    <w:p>
      <w:pPr>
        <w:spacing w:after="60" w:line="250" w:lineRule="auto"/>
        <w:ind w:left="202" w:right="173"/>
      </w:pPr>
      <w:r>
        <w:rPr>
          <w:rFonts w:ascii="Georgia" w:hAnsi="Georgia"/>
          <w:b w:val="0"/>
          <w:i w:val="0"/>
          <w:color w:val="22201D"/>
          <w:sz w:val="17"/>
        </w:rPr>
        <w:t>Bright fruit. Courteous fire. Signed risk.</w:t>
      </w:r>
    </w:p>
    <w:p>
      <w:pPr>
        <w:spacing w:after="60" w:line="266" w:lineRule="auto"/>
        <w:ind w:firstLine="331"/>
        <w:jc w:val="both"/>
      </w:pPr>
      <w:r>
        <w:rPr>
          <w:rFonts w:ascii="Georgia" w:hAnsi="Georgia"/>
          <w:b w:val="0"/>
          <w:i w:val="0"/>
          <w:color w:val="22201D"/>
          <w:sz w:val="20"/>
        </w:rPr>
        <w:t>"Claims are larger than missing warnings."</w:t>
      </w:r>
    </w:p>
    <w:p>
      <w:pPr>
        <w:spacing w:after="60" w:line="266" w:lineRule="auto"/>
        <w:ind w:firstLine="331"/>
        <w:jc w:val="both"/>
      </w:pPr>
      <w:r>
        <w:rPr>
          <w:rFonts w:ascii="Georgia" w:hAnsi="Georgia"/>
          <w:b w:val="0"/>
          <w:i w:val="0"/>
          <w:color w:val="22201D"/>
          <w:sz w:val="20"/>
        </w:rPr>
        <w:t>"There are no warnings yet," Flocc said.</w:t>
      </w:r>
    </w:p>
    <w:p>
      <w:pPr>
        <w:spacing w:after="60" w:line="266" w:lineRule="auto"/>
        <w:ind w:firstLine="331"/>
        <w:jc w:val="both"/>
      </w:pPr>
      <w:r>
        <w:rPr>
          <w:rFonts w:ascii="Georgia" w:hAnsi="Georgia"/>
          <w:b w:val="0"/>
          <w:i w:val="0"/>
          <w:color w:val="22201D"/>
          <w:sz w:val="20"/>
        </w:rPr>
        <w:t>"Exactly."</w:t>
      </w:r>
    </w:p>
    <w:p>
      <w:pPr>
        <w:spacing w:after="60" w:line="266" w:lineRule="auto"/>
        <w:ind w:firstLine="331"/>
        <w:jc w:val="both"/>
      </w:pPr>
      <w:r>
        <w:rPr>
          <w:rFonts w:ascii="Georgia" w:hAnsi="Georgia"/>
          <w:b w:val="0"/>
          <w:i w:val="0"/>
          <w:color w:val="22201D"/>
          <w:sz w:val="20"/>
        </w:rPr>
        <w:t>Gerald wrote on the first index card:</w:t>
      </w:r>
    </w:p>
    <w:p>
      <w:pPr>
        <w:spacing w:after="60" w:line="250" w:lineRule="auto"/>
        <w:ind w:left="202" w:right="173"/>
      </w:pPr>
      <w:r>
        <w:rPr>
          <w:rFonts w:ascii="Georgia" w:hAnsi="Georgia"/>
          <w:b w:val="0"/>
          <w:i w:val="0"/>
          <w:color w:val="22201D"/>
          <w:sz w:val="17"/>
        </w:rPr>
        <w:t>FAIL: claim before warning warning absent claim uses consent-adjacent phrase signed risk</w:t>
      </w:r>
    </w:p>
    <w:p>
      <w:pPr>
        <w:spacing w:after="60" w:line="266" w:lineRule="auto"/>
        <w:ind w:firstLine="331"/>
        <w:jc w:val="both"/>
      </w:pPr>
      <w:r>
        <w:rPr>
          <w:rFonts w:ascii="Georgia" w:hAnsi="Georgia"/>
          <w:b w:val="0"/>
          <w:i w:val="0"/>
          <w:color w:val="22201D"/>
          <w:sz w:val="20"/>
        </w:rPr>
        <w:t>The label curled one corner.</w:t>
      </w:r>
    </w:p>
    <w:p>
      <w:pPr>
        <w:spacing w:after="60" w:line="266" w:lineRule="auto"/>
        <w:ind w:firstLine="331"/>
        <w:jc w:val="both"/>
      </w:pPr>
      <w:r>
        <w:rPr>
          <w:rFonts w:ascii="Georgia" w:hAnsi="Georgia"/>
          <w:b w:val="0"/>
          <w:i w:val="0"/>
          <w:color w:val="22201D"/>
          <w:sz w:val="20"/>
        </w:rPr>
        <w:t>Bob put one finger near it without touching.</w:t>
      </w:r>
    </w:p>
    <w:p>
      <w:pPr>
        <w:spacing w:after="60" w:line="266" w:lineRule="auto"/>
        <w:ind w:firstLine="331"/>
        <w:jc w:val="both"/>
      </w:pPr>
      <w:r>
        <w:rPr>
          <w:rFonts w:ascii="Georgia" w:hAnsi="Georgia"/>
          <w:b w:val="0"/>
          <w:i w:val="0"/>
          <w:color w:val="22201D"/>
          <w:sz w:val="20"/>
        </w:rPr>
        <w:t>"Flat."</w:t>
      </w:r>
    </w:p>
    <w:p>
      <w:pPr>
        <w:spacing w:after="60" w:line="266" w:lineRule="auto"/>
        <w:ind w:firstLine="331"/>
        <w:jc w:val="both"/>
      </w:pPr>
      <w:r>
        <w:rPr>
          <w:rFonts w:ascii="Georgia" w:hAnsi="Georgia"/>
          <w:b w:val="0"/>
          <w:i w:val="0"/>
          <w:color w:val="22201D"/>
          <w:sz w:val="20"/>
        </w:rPr>
        <w:t>The label flattened.</w:t>
      </w:r>
    </w:p>
    <w:p>
      <w:pPr>
        <w:spacing w:after="60" w:line="266" w:lineRule="auto"/>
        <w:ind w:firstLine="331"/>
        <w:jc w:val="both"/>
      </w:pPr>
      <w:r>
        <w:rPr>
          <w:rFonts w:ascii="Georgia" w:hAnsi="Georgia"/>
          <w:b w:val="0"/>
          <w:i w:val="0"/>
          <w:color w:val="22201D"/>
          <w:sz w:val="20"/>
        </w:rPr>
        <w:t>Gerald did not praise Bob. Bob did not need praise for gravity.</w:t>
      </w:r>
    </w:p>
    <w:p>
      <w:pPr>
        <w:spacing w:after="60" w:line="266" w:lineRule="auto"/>
        <w:ind w:firstLine="331"/>
        <w:jc w:val="both"/>
      </w:pPr>
      <w:r>
        <w:rPr>
          <w:rFonts w:ascii="Georgia" w:hAnsi="Georgia"/>
          <w:b w:val="0"/>
          <w:i w:val="0"/>
          <w:color w:val="22201D"/>
          <w:sz w:val="20"/>
        </w:rPr>
        <w:t>The Hostess turned the label slightly.</w:t>
      </w:r>
    </w:p>
    <w:p>
      <w:pPr>
        <w:spacing w:after="60" w:line="266" w:lineRule="auto"/>
        <w:ind w:firstLine="331"/>
        <w:jc w:val="both"/>
      </w:pPr>
      <w:r>
        <w:rPr>
          <w:rFonts w:ascii="Georgia" w:hAnsi="Georgia"/>
          <w:b w:val="0"/>
          <w:i w:val="0"/>
          <w:color w:val="22201D"/>
          <w:sz w:val="20"/>
        </w:rPr>
        <w:t>"Contrast."</w:t>
      </w:r>
    </w:p>
    <w:p>
      <w:pPr>
        <w:spacing w:after="60" w:line="266" w:lineRule="auto"/>
        <w:ind w:firstLine="331"/>
        <w:jc w:val="both"/>
      </w:pPr>
      <w:r>
        <w:rPr>
          <w:rFonts w:ascii="Georgia" w:hAnsi="Georgia"/>
          <w:b w:val="0"/>
          <w:i w:val="0"/>
          <w:color w:val="22201D"/>
          <w:sz w:val="20"/>
        </w:rPr>
        <w:t>Gerald tested the gold linework against the peach wash.</w:t>
      </w:r>
    </w:p>
    <w:p>
      <w:pPr>
        <w:spacing w:after="60" w:line="266" w:lineRule="auto"/>
        <w:ind w:firstLine="331"/>
        <w:jc w:val="both"/>
      </w:pPr>
      <w:r>
        <w:rPr>
          <w:rFonts w:ascii="Georgia" w:hAnsi="Georgia"/>
          <w:b w:val="0"/>
          <w:i w:val="0"/>
          <w:color w:val="22201D"/>
          <w:sz w:val="20"/>
        </w:rPr>
        <w:t>"Decorative contrast acceptable. Safety contrast nonexistent."</w:t>
      </w:r>
    </w:p>
    <w:p>
      <w:pPr>
        <w:spacing w:after="60" w:line="266" w:lineRule="auto"/>
        <w:ind w:firstLine="331"/>
        <w:jc w:val="both"/>
      </w:pPr>
      <w:r>
        <w:rPr>
          <w:rFonts w:ascii="Georgia" w:hAnsi="Georgia"/>
          <w:b w:val="0"/>
          <w:i w:val="0"/>
          <w:color w:val="22201D"/>
          <w:sz w:val="20"/>
        </w:rPr>
        <w:t>He moved the label into the pantry's dimmer shelf light.</w:t>
      </w:r>
    </w:p>
    <w:p>
      <w:pPr>
        <w:spacing w:after="60" w:line="266" w:lineRule="auto"/>
        <w:ind w:firstLine="331"/>
        <w:jc w:val="both"/>
      </w:pPr>
      <w:r>
        <w:rPr>
          <w:rFonts w:ascii="Georgia" w:hAnsi="Georgia"/>
          <w:b w:val="0"/>
          <w:i w:val="0"/>
          <w:color w:val="22201D"/>
          <w:sz w:val="20"/>
        </w:rPr>
        <w:t>The pheasant still looked expensive.</w:t>
      </w:r>
    </w:p>
    <w:p>
      <w:pPr>
        <w:spacing w:after="60" w:line="266" w:lineRule="auto"/>
        <w:ind w:firstLine="331"/>
        <w:jc w:val="both"/>
      </w:pPr>
      <w:r>
        <w:rPr>
          <w:rFonts w:ascii="Georgia" w:hAnsi="Georgia"/>
          <w:b w:val="0"/>
          <w:i w:val="0"/>
          <w:color w:val="22201D"/>
          <w:sz w:val="20"/>
        </w:rPr>
        <w:t>The claim line remained charming.</w:t>
      </w:r>
    </w:p>
    <w:p>
      <w:pPr>
        <w:spacing w:after="60" w:line="266" w:lineRule="auto"/>
        <w:ind w:firstLine="331"/>
        <w:jc w:val="both"/>
      </w:pPr>
      <w:r>
        <w:rPr>
          <w:rFonts w:ascii="Georgia" w:hAnsi="Georgia"/>
          <w:b w:val="0"/>
          <w:i w:val="0"/>
          <w:color w:val="22201D"/>
          <w:sz w:val="20"/>
        </w:rPr>
        <w:t>The hidden term at the bottom edge nearly disappeared.</w:t>
      </w:r>
    </w:p>
    <w:p>
      <w:pPr>
        <w:spacing w:after="60" w:line="250" w:lineRule="auto"/>
        <w:ind w:left="202" w:right="173"/>
      </w:pPr>
      <w:r>
        <w:rPr>
          <w:rFonts w:ascii="Georgia" w:hAnsi="Georgia"/>
          <w:b w:val="0"/>
          <w:i w:val="0"/>
          <w:color w:val="22201D"/>
          <w:sz w:val="17"/>
        </w:rPr>
        <w:t>BY CONTINUING TO LOOK, YOU AGREE—</w:t>
      </w:r>
    </w:p>
    <w:p>
      <w:pPr>
        <w:spacing w:after="60" w:line="266" w:lineRule="auto"/>
        <w:ind w:firstLine="331"/>
        <w:jc w:val="both"/>
      </w:pPr>
      <w:r>
        <w:rPr>
          <w:rFonts w:ascii="Georgia" w:hAnsi="Georgia"/>
          <w:b w:val="0"/>
          <w:i w:val="0"/>
          <w:color w:val="22201D"/>
          <w:sz w:val="20"/>
        </w:rPr>
        <w:t>Gerald's face changed into the face of every building inspector who had ever found a locked fire exit behind a decorative curtain.</w:t>
      </w:r>
    </w:p>
    <w:p>
      <w:pPr>
        <w:spacing w:after="60" w:line="266" w:lineRule="auto"/>
        <w:ind w:firstLine="331"/>
        <w:jc w:val="both"/>
      </w:pPr>
      <w:r>
        <w:rPr>
          <w:rFonts w:ascii="Georgia" w:hAnsi="Georgia"/>
          <w:b w:val="0"/>
          <w:i w:val="0"/>
          <w:color w:val="22201D"/>
          <w:sz w:val="20"/>
        </w:rPr>
        <w:t>"There it is."</w:t>
      </w:r>
    </w:p>
    <w:p>
      <w:pPr>
        <w:spacing w:after="60" w:line="266" w:lineRule="auto"/>
        <w:ind w:firstLine="331"/>
        <w:jc w:val="both"/>
      </w:pPr>
      <w:r>
        <w:rPr>
          <w:rFonts w:ascii="Georgia" w:hAnsi="Georgia"/>
          <w:b w:val="0"/>
          <w:i w:val="0"/>
          <w:color w:val="22201D"/>
          <w:sz w:val="20"/>
        </w:rPr>
        <w:t>Flocc felt his stomach tighten.</w:t>
      </w:r>
    </w:p>
    <w:p>
      <w:pPr>
        <w:spacing w:after="60" w:line="266" w:lineRule="auto"/>
        <w:ind w:firstLine="331"/>
        <w:jc w:val="both"/>
      </w:pPr>
      <w:r>
        <w:rPr>
          <w:rFonts w:ascii="Georgia" w:hAnsi="Georgia"/>
          <w:b w:val="0"/>
          <w:i w:val="0"/>
          <w:color w:val="22201D"/>
          <w:sz w:val="20"/>
        </w:rPr>
        <w:t>The line was small. Small enough that a person could miss it while thinking they had read carefully. Small enough that the label could later say it had been visible. Small enough to be more dishonest than if it had been absent.</w:t>
      </w:r>
    </w:p>
    <w:p>
      <w:pPr>
        <w:spacing w:after="60" w:line="266" w:lineRule="auto"/>
        <w:ind w:firstLine="331"/>
        <w:jc w:val="both"/>
      </w:pPr>
      <w:r>
        <w:rPr>
          <w:rFonts w:ascii="Georgia" w:hAnsi="Georgia"/>
          <w:b w:val="0"/>
          <w:i w:val="0"/>
          <w:color w:val="22201D"/>
          <w:sz w:val="20"/>
        </w:rPr>
        <w:t>Gerald measured it.</w:t>
      </w:r>
    </w:p>
    <w:p>
      <w:pPr>
        <w:spacing w:after="60" w:line="266" w:lineRule="auto"/>
        <w:ind w:firstLine="331"/>
        <w:jc w:val="both"/>
      </w:pPr>
      <w:r>
        <w:rPr>
          <w:rFonts w:ascii="Georgia" w:hAnsi="Georgia"/>
          <w:b w:val="0"/>
          <w:i w:val="0"/>
          <w:color w:val="22201D"/>
          <w:sz w:val="20"/>
        </w:rPr>
        <w:t>"Unacceptable size."</w:t>
      </w:r>
    </w:p>
    <w:p>
      <w:pPr>
        <w:spacing w:after="60" w:line="266" w:lineRule="auto"/>
        <w:ind w:firstLine="331"/>
        <w:jc w:val="both"/>
      </w:pPr>
      <w:r>
        <w:rPr>
          <w:rFonts w:ascii="Georgia" w:hAnsi="Georgia"/>
          <w:b w:val="0"/>
          <w:i w:val="0"/>
          <w:color w:val="22201D"/>
          <w:sz w:val="20"/>
        </w:rPr>
        <w:t>He measured the contrast.</w:t>
      </w:r>
    </w:p>
    <w:p>
      <w:pPr>
        <w:spacing w:after="60" w:line="266" w:lineRule="auto"/>
        <w:ind w:firstLine="331"/>
        <w:jc w:val="both"/>
      </w:pPr>
      <w:r>
        <w:rPr>
          <w:rFonts w:ascii="Georgia" w:hAnsi="Georgia"/>
          <w:b w:val="0"/>
          <w:i w:val="0"/>
          <w:color w:val="22201D"/>
          <w:sz w:val="20"/>
        </w:rPr>
        <w:t>"Unacceptable contrast."</w:t>
      </w:r>
    </w:p>
    <w:p>
      <w:pPr>
        <w:spacing w:after="60" w:line="266" w:lineRule="auto"/>
        <w:ind w:firstLine="331"/>
        <w:jc w:val="both"/>
      </w:pPr>
      <w:r>
        <w:rPr>
          <w:rFonts w:ascii="Georgia" w:hAnsi="Georgia"/>
          <w:b w:val="0"/>
          <w:i w:val="0"/>
          <w:color w:val="22201D"/>
          <w:sz w:val="20"/>
        </w:rPr>
        <w:t>He tested the edge with the flat of his pencil.</w:t>
      </w:r>
    </w:p>
    <w:p>
      <w:pPr>
        <w:spacing w:after="60" w:line="266" w:lineRule="auto"/>
        <w:ind w:firstLine="331"/>
        <w:jc w:val="both"/>
      </w:pPr>
      <w:r>
        <w:rPr>
          <w:rFonts w:ascii="Georgia" w:hAnsi="Georgia"/>
          <w:b w:val="0"/>
          <w:i w:val="0"/>
          <w:color w:val="22201D"/>
          <w:sz w:val="20"/>
        </w:rPr>
        <w:t>"Partially obscured by shelf shadow."</w:t>
      </w:r>
    </w:p>
    <w:p>
      <w:pPr>
        <w:spacing w:after="60" w:line="266" w:lineRule="auto"/>
        <w:ind w:firstLine="331"/>
        <w:jc w:val="both"/>
      </w:pPr>
      <w:r>
        <w:rPr>
          <w:rFonts w:ascii="Georgia" w:hAnsi="Georgia"/>
          <w:b w:val="0"/>
          <w:i w:val="0"/>
          <w:color w:val="22201D"/>
          <w:sz w:val="20"/>
        </w:rPr>
        <w:t>He looked at the Hostess.</w:t>
      </w:r>
    </w:p>
    <w:p>
      <w:pPr>
        <w:spacing w:after="60" w:line="266" w:lineRule="auto"/>
        <w:ind w:firstLine="331"/>
        <w:jc w:val="both"/>
      </w:pPr>
      <w:r>
        <w:rPr>
          <w:rFonts w:ascii="Georgia" w:hAnsi="Georgia"/>
          <w:b w:val="0"/>
          <w:i w:val="0"/>
          <w:color w:val="22201D"/>
          <w:sz w:val="20"/>
        </w:rPr>
        <w:t>"This is not a warning. This is a trap wearing punctuation."</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Nico's eyes watered with professional grief.</w:t>
      </w:r>
    </w:p>
    <w:p>
      <w:pPr>
        <w:spacing w:after="60" w:line="266" w:lineRule="auto"/>
        <w:ind w:firstLine="331"/>
        <w:jc w:val="both"/>
      </w:pPr>
      <w:r>
        <w:rPr>
          <w:rFonts w:ascii="Georgia" w:hAnsi="Georgia"/>
          <w:b w:val="0"/>
          <w:i w:val="0"/>
          <w:color w:val="22201D"/>
          <w:sz w:val="20"/>
        </w:rPr>
        <w:t>"That sentence is perfect."</w:t>
      </w:r>
    </w:p>
    <w:p>
      <w:pPr>
        <w:spacing w:after="60" w:line="266" w:lineRule="auto"/>
        <w:ind w:firstLine="331"/>
        <w:jc w:val="both"/>
      </w:pPr>
      <w:r>
        <w:rPr>
          <w:rFonts w:ascii="Georgia" w:hAnsi="Georgia"/>
          <w:b w:val="0"/>
          <w:i w:val="0"/>
          <w:color w:val="22201D"/>
          <w:sz w:val="20"/>
        </w:rPr>
        <w:t>Gerald pointed the ugly ruler at him.</w:t>
      </w:r>
    </w:p>
    <w:p>
      <w:pPr>
        <w:spacing w:after="60" w:line="266" w:lineRule="auto"/>
        <w:ind w:firstLine="331"/>
        <w:jc w:val="both"/>
      </w:pPr>
      <w:r>
        <w:rPr>
          <w:rFonts w:ascii="Georgia" w:hAnsi="Georgia"/>
          <w:b w:val="0"/>
          <w:i w:val="0"/>
          <w:color w:val="22201D"/>
          <w:sz w:val="20"/>
        </w:rPr>
        <w:t>"It is evidence."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"I am trying."</w:t>
      </w:r>
    </w:p>
    <w:p>
      <w:pPr>
        <w:spacing w:after="60" w:line="266" w:lineRule="auto"/>
        <w:ind w:firstLine="331"/>
        <w:jc w:val="both"/>
      </w:pPr>
      <w:r>
        <w:rPr>
          <w:rFonts w:ascii="Georgia" w:hAnsi="Georgia"/>
          <w:b w:val="0"/>
          <w:i w:val="0"/>
          <w:color w:val="22201D"/>
          <w:sz w:val="20"/>
        </w:rPr>
        <w:t>The label attempted to read the hidden term into the room.</w:t>
      </w:r>
    </w:p>
    <w:p>
      <w:pPr>
        <w:spacing w:after="60" w:line="266" w:lineRule="auto"/>
        <w:ind w:firstLine="331"/>
        <w:jc w:val="both"/>
      </w:pPr>
      <w:r>
        <w:rPr>
          <w:rFonts w:ascii="Georgia" w:hAnsi="Georgia"/>
          <w:b w:val="0"/>
          <w:i w:val="0"/>
          <w:color w:val="22201D"/>
          <w:sz w:val="20"/>
        </w:rPr>
        <w:t>Gerald covered only the hidden line with a blank index card.</w:t>
      </w:r>
    </w:p>
    <w:p>
      <w:pPr>
        <w:spacing w:after="60" w:line="266" w:lineRule="auto"/>
        <w:ind w:firstLine="331"/>
        <w:jc w:val="both"/>
      </w:pPr>
      <w:r>
        <w:rPr>
          <w:rFonts w:ascii="Georgia" w:hAnsi="Georgia"/>
          <w:b w:val="0"/>
          <w:i w:val="0"/>
          <w:color w:val="22201D"/>
          <w:sz w:val="20"/>
        </w:rPr>
        <w:t>The rest of the label stayed visible.</w:t>
      </w:r>
    </w:p>
    <w:p>
      <w:pPr>
        <w:spacing w:after="60" w:line="266" w:lineRule="auto"/>
        <w:ind w:firstLine="331"/>
        <w:jc w:val="both"/>
      </w:pPr>
      <w:r>
        <w:rPr>
          <w:rFonts w:ascii="Georgia" w:hAnsi="Georgia"/>
          <w:b w:val="0"/>
          <w:i w:val="0"/>
          <w:color w:val="22201D"/>
          <w:sz w:val="20"/>
        </w:rPr>
        <w:t>The room learned something immediately: containment did not always require hiding the whole thing. Sometimes it required covering the part that lied.</w:t>
      </w:r>
    </w:p>
    <w:p>
      <w:pPr>
        <w:spacing w:after="60" w:line="266" w:lineRule="auto"/>
        <w:ind w:firstLine="331"/>
        <w:jc w:val="both"/>
      </w:pPr>
      <w:r>
        <w:rPr>
          <w:rFonts w:ascii="Georgia" w:hAnsi="Georgia"/>
          <w:b w:val="0"/>
          <w:i w:val="0"/>
          <w:color w:val="22201D"/>
          <w:sz w:val="20"/>
        </w:rPr>
        <w:t>The Hostess said, "Good placement."</w:t>
      </w:r>
    </w:p>
    <w:p>
      <w:pPr>
        <w:spacing w:after="60" w:line="266" w:lineRule="auto"/>
        <w:ind w:firstLine="331"/>
        <w:jc w:val="both"/>
      </w:pPr>
      <w:r>
        <w:rPr>
          <w:rFonts w:ascii="Georgia" w:hAnsi="Georgia"/>
          <w:b w:val="0"/>
          <w:i w:val="0"/>
          <w:color w:val="22201D"/>
          <w:sz w:val="20"/>
        </w:rPr>
        <w:t>Gerald made a note as if praise were an environmental hazard.</w:t>
      </w:r>
    </w:p>
    <w:p>
      <w:pPr>
        <w:spacing w:after="60" w:line="266" w:lineRule="auto"/>
        <w:ind w:firstLine="331"/>
        <w:jc w:val="both"/>
      </w:pPr>
      <w:r>
        <w:rPr>
          <w:rFonts w:ascii="Georgia" w:hAnsi="Georgia"/>
          <w:b w:val="0"/>
          <w:i w:val="0"/>
          <w:color w:val="22201D"/>
          <w:sz w:val="20"/>
        </w:rPr>
        <w:t>"Hidden term isolated."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hidden term isolated without concealing product identity</w:t>
      </w:r>
    </w:p>
    <w:p>
      <w:pPr>
        <w:spacing w:after="60" w:line="266" w:lineRule="auto"/>
        <w:ind w:firstLine="331"/>
        <w:jc w:val="both"/>
      </w:pPr>
      <w:r>
        <w:rPr>
          <w:rFonts w:ascii="Georgia" w:hAnsi="Georgia"/>
          <w:b w:val="0"/>
          <w:i w:val="0"/>
          <w:color w:val="22201D"/>
          <w:sz w:val="20"/>
        </w:rPr>
        <w:t>Flocc looked at the visible product name.</w:t>
      </w:r>
    </w:p>
    <w:p>
      <w:pPr>
        <w:spacing w:after="60" w:line="266" w:lineRule="auto"/>
        <w:ind w:firstLine="331"/>
        <w:jc w:val="both"/>
      </w:pPr>
      <w:r>
        <w:rPr>
          <w:rFonts w:ascii="Georgia" w:hAnsi="Georgia"/>
          <w:b w:val="0"/>
          <w:i w:val="0"/>
          <w:color w:val="22201D"/>
          <w:sz w:val="20"/>
        </w:rPr>
        <w:t>Gold Pheasant Peach Scotch Bonnet.</w:t>
      </w:r>
    </w:p>
    <w:p>
      <w:pPr>
        <w:spacing w:after="60" w:line="266" w:lineRule="auto"/>
        <w:ind w:firstLine="331"/>
        <w:jc w:val="both"/>
      </w:pPr>
      <w:r>
        <w:rPr>
          <w:rFonts w:ascii="Georgia" w:hAnsi="Georgia"/>
          <w:b w:val="0"/>
          <w:i w:val="0"/>
          <w:color w:val="22201D"/>
          <w:sz w:val="20"/>
        </w:rPr>
        <w:t>It was still beautiful.</w:t>
      </w:r>
    </w:p>
    <w:p>
      <w:pPr>
        <w:spacing w:after="60" w:line="266" w:lineRule="auto"/>
        <w:ind w:firstLine="331"/>
        <w:jc w:val="both"/>
      </w:pPr>
      <w:r>
        <w:rPr>
          <w:rFonts w:ascii="Georgia" w:hAnsi="Georgia"/>
          <w:b w:val="0"/>
          <w:i w:val="0"/>
          <w:color w:val="22201D"/>
          <w:sz w:val="20"/>
        </w:rPr>
        <w:t>The beauty was no longer in charge.</w:t>
      </w:r>
    </w:p>
    <w:p>
      <w:pPr>
        <w:spacing w:after="60" w:line="266" w:lineRule="auto"/>
        <w:ind w:firstLine="331"/>
        <w:jc w:val="both"/>
      </w:pPr>
      <w:r>
        <w:rPr>
          <w:rFonts w:ascii="Georgia" w:hAnsi="Georgia"/>
          <w:b w:val="0"/>
          <w:i w:val="0"/>
          <w:color w:val="22201D"/>
          <w:sz w:val="20"/>
        </w:rPr>
        <w:t>Gerald moved to adhesive inspection.</w:t>
      </w:r>
    </w:p>
    <w:p>
      <w:pPr>
        <w:spacing w:after="60" w:line="266" w:lineRule="auto"/>
        <w:ind w:firstLine="331"/>
        <w:jc w:val="both"/>
      </w:pPr>
      <w:r>
        <w:rPr>
          <w:rFonts w:ascii="Georgia" w:hAnsi="Georgia"/>
          <w:b w:val="0"/>
          <w:i w:val="0"/>
          <w:color w:val="22201D"/>
          <w:sz w:val="20"/>
        </w:rPr>
        <w:t>"Lift one corner."</w:t>
      </w:r>
    </w:p>
    <w:p>
      <w:pPr>
        <w:spacing w:after="60" w:line="266" w:lineRule="auto"/>
        <w:ind w:firstLine="331"/>
        <w:jc w:val="both"/>
      </w:pPr>
      <w:r>
        <w:rPr>
          <w:rFonts w:ascii="Georgia" w:hAnsi="Georgia"/>
          <w:b w:val="0"/>
          <w:i w:val="0"/>
          <w:color w:val="22201D"/>
          <w:sz w:val="20"/>
        </w:rPr>
        <w:t>The Hostess lifted one corner with tweezers.</w:t>
      </w:r>
    </w:p>
    <w:p>
      <w:pPr>
        <w:spacing w:after="60" w:line="266" w:lineRule="auto"/>
        <w:ind w:firstLine="331"/>
        <w:jc w:val="both"/>
      </w:pPr>
      <w:r>
        <w:rPr>
          <w:rFonts w:ascii="Georgia" w:hAnsi="Georgia"/>
          <w:b w:val="0"/>
          <w:i w:val="0"/>
          <w:color w:val="22201D"/>
          <w:sz w:val="20"/>
        </w:rPr>
        <w:t>The adhesive stretched in a clear filament.</w:t>
      </w:r>
    </w:p>
    <w:p>
      <w:pPr>
        <w:spacing w:after="60" w:line="266" w:lineRule="auto"/>
        <w:ind w:firstLine="331"/>
        <w:jc w:val="both"/>
      </w:pPr>
      <w:r>
        <w:rPr>
          <w:rFonts w:ascii="Georgia" w:hAnsi="Georgia"/>
          <w:b w:val="0"/>
          <w:i w:val="0"/>
          <w:color w:val="22201D"/>
          <w:sz w:val="20"/>
        </w:rPr>
        <w:t>Under the lifted corner, tiny print appeared on the backing.</w:t>
      </w:r>
    </w:p>
    <w:p>
      <w:pPr>
        <w:spacing w:after="60" w:line="266" w:lineRule="auto"/>
        <w:ind w:firstLine="331"/>
        <w:jc w:val="both"/>
      </w:pPr>
      <w:r>
        <w:rPr>
          <w:rFonts w:ascii="Georgia" w:hAnsi="Georgia"/>
          <w:b w:val="0"/>
          <w:i w:val="0"/>
          <w:color w:val="22201D"/>
          <w:sz w:val="20"/>
        </w:rPr>
        <w:t>Gerald said nothing for three seconds.</w:t>
      </w:r>
    </w:p>
    <w:p>
      <w:pPr>
        <w:spacing w:after="60" w:line="266" w:lineRule="auto"/>
        <w:ind w:firstLine="331"/>
        <w:jc w:val="both"/>
      </w:pPr>
      <w:r>
        <w:rPr>
          <w:rFonts w:ascii="Georgia" w:hAnsi="Georgia"/>
          <w:b w:val="0"/>
          <w:i w:val="0"/>
          <w:color w:val="22201D"/>
          <w:sz w:val="20"/>
        </w:rPr>
        <w:t>This was how the room knew the problem had become worse.</w:t>
      </w:r>
    </w:p>
    <w:p>
      <w:pPr>
        <w:spacing w:after="60" w:line="266" w:lineRule="auto"/>
        <w:ind w:firstLine="331"/>
        <w:jc w:val="both"/>
      </w:pPr>
      <w:r>
        <w:rPr>
          <w:rFonts w:ascii="Georgia" w:hAnsi="Georgia"/>
          <w:b w:val="0"/>
          <w:i w:val="0"/>
          <w:color w:val="22201D"/>
          <w:sz w:val="20"/>
        </w:rPr>
        <w:t>He took the magnifying glass.</w:t>
      </w:r>
    </w:p>
    <w:p>
      <w:pPr>
        <w:spacing w:after="60" w:line="266" w:lineRule="auto"/>
        <w:ind w:firstLine="331"/>
        <w:jc w:val="both"/>
      </w:pPr>
      <w:r>
        <w:rPr>
          <w:rFonts w:ascii="Georgia" w:hAnsi="Georgia"/>
          <w:b w:val="0"/>
          <w:i w:val="0"/>
          <w:color w:val="22201D"/>
          <w:sz w:val="20"/>
        </w:rPr>
        <w:t>The backing read:</w:t>
      </w:r>
    </w:p>
    <w:p>
      <w:pPr>
        <w:spacing w:after="60" w:line="250" w:lineRule="auto"/>
        <w:ind w:left="202" w:right="173"/>
      </w:pPr>
      <w:r>
        <w:rPr>
          <w:rFonts w:ascii="Georgia" w:hAnsi="Georgia"/>
          <w:b w:val="0"/>
          <w:i w:val="0"/>
          <w:color w:val="22201D"/>
          <w:sz w:val="17"/>
        </w:rPr>
        <w:t>PEELING CONSTITUTES ACKNOWLEDGMENT OF ALL TERMS</w:t>
      </w:r>
    </w:p>
    <w:p>
      <w:pPr>
        <w:spacing w:after="60" w:line="266" w:lineRule="auto"/>
        <w:ind w:firstLine="331"/>
        <w:jc w:val="both"/>
      </w:pPr>
      <w:r>
        <w:rPr>
          <w:rFonts w:ascii="Georgia" w:hAnsi="Georgia"/>
          <w:b w:val="0"/>
          <w:i w:val="0"/>
          <w:color w:val="22201D"/>
          <w:sz w:val="20"/>
        </w:rPr>
        <w:t>Nico sat down on a flour bin.</w:t>
      </w:r>
    </w:p>
    <w:p>
      <w:pPr>
        <w:spacing w:after="60" w:line="266" w:lineRule="auto"/>
        <w:ind w:firstLine="331"/>
        <w:jc w:val="both"/>
      </w:pPr>
      <w:r>
        <w:rPr>
          <w:rFonts w:ascii="Georgia" w:hAnsi="Georgia"/>
          <w:b w:val="0"/>
          <w:i w:val="0"/>
          <w:color w:val="22201D"/>
          <w:sz w:val="20"/>
        </w:rPr>
        <w:t>"Oh, absolutely not."</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Correct reaction.</w:t>
      </w:r>
    </w:p>
    <w:p>
      <w:pPr>
        <w:spacing w:after="60" w:line="266" w:lineRule="auto"/>
        <w:ind w:firstLine="331"/>
        <w:jc w:val="both"/>
      </w:pPr>
      <w:r>
        <w:rPr>
          <w:rFonts w:ascii="Georgia" w:hAnsi="Georgia"/>
          <w:b w:val="0"/>
          <w:i w:val="0"/>
          <w:color w:val="22201D"/>
          <w:sz w:val="20"/>
        </w:rPr>
        <w:t>Gerald placed the magnifying glass on the table with restraint.</w:t>
      </w:r>
    </w:p>
    <w:p>
      <w:pPr>
        <w:spacing w:after="60" w:line="266" w:lineRule="auto"/>
        <w:ind w:firstLine="331"/>
        <w:jc w:val="both"/>
      </w:pPr>
      <w:r>
        <w:rPr>
          <w:rFonts w:ascii="Georgia" w:hAnsi="Georgia"/>
          <w:b w:val="0"/>
          <w:i w:val="0"/>
          <w:color w:val="22201D"/>
          <w:sz w:val="20"/>
        </w:rPr>
        <w:t>"Adhesive conceals safety language and attempts to convert inspection into agreement."</w:t>
      </w:r>
    </w:p>
    <w:p>
      <w:pPr>
        <w:spacing w:after="60" w:line="266" w:lineRule="auto"/>
        <w:ind w:firstLine="331"/>
        <w:jc w:val="both"/>
      </w:pPr>
      <w:r>
        <w:rPr>
          <w:rFonts w:ascii="Georgia" w:hAnsi="Georgia"/>
          <w:b w:val="0"/>
          <w:i w:val="0"/>
          <w:color w:val="22201D"/>
          <w:sz w:val="20"/>
        </w:rPr>
        <w:t>The label tried to curl again.</w:t>
      </w:r>
    </w:p>
    <w:p>
      <w:pPr>
        <w:spacing w:after="60" w:line="266" w:lineRule="auto"/>
        <w:ind w:firstLine="331"/>
        <w:jc w:val="both"/>
      </w:pPr>
      <w:r>
        <w:rPr>
          <w:rFonts w:ascii="Georgia" w:hAnsi="Georgia"/>
          <w:b w:val="0"/>
          <w:i w:val="0"/>
          <w:color w:val="22201D"/>
          <w:sz w:val="20"/>
        </w:rPr>
        <w:t>Bob said, "Flat."</w:t>
      </w:r>
    </w:p>
    <w:p>
      <w:pPr>
        <w:spacing w:after="60" w:line="266" w:lineRule="auto"/>
        <w:ind w:firstLine="331"/>
        <w:jc w:val="both"/>
      </w:pPr>
      <w:r>
        <w:rPr>
          <w:rFonts w:ascii="Georgia" w:hAnsi="Georgia"/>
          <w:b w:val="0"/>
          <w:i w:val="0"/>
          <w:color w:val="22201D"/>
          <w:sz w:val="20"/>
        </w:rPr>
        <w:t>It flattened.</w:t>
      </w:r>
    </w:p>
    <w:p>
      <w:pPr>
        <w:spacing w:after="60" w:line="266" w:lineRule="auto"/>
        <w:ind w:firstLine="331"/>
        <w:jc w:val="both"/>
      </w:pPr>
      <w:r>
        <w:rPr>
          <w:rFonts w:ascii="Georgia" w:hAnsi="Georgia"/>
          <w:b w:val="0"/>
          <w:i w:val="0"/>
          <w:color w:val="22201D"/>
          <w:sz w:val="20"/>
        </w:rPr>
        <w:t>Gerald wrote on the second index card:</w:t>
      </w:r>
    </w:p>
    <w:p>
      <w:pPr>
        <w:spacing w:after="60" w:line="250" w:lineRule="auto"/>
        <w:ind w:left="202" w:right="173"/>
      </w:pPr>
      <w:r>
        <w:rPr>
          <w:rFonts w:ascii="Georgia" w:hAnsi="Georgia"/>
          <w:b w:val="0"/>
          <w:i w:val="0"/>
          <w:color w:val="22201D"/>
          <w:sz w:val="17"/>
        </w:rPr>
        <w:t>FAIL: adhesive-backed term inspection converted into agreement peeling pressure</w:t>
      </w:r>
    </w:p>
    <w:p>
      <w:pPr>
        <w:spacing w:after="60" w:line="266" w:lineRule="auto"/>
        <w:ind w:firstLine="331"/>
        <w:jc w:val="both"/>
      </w:pPr>
      <w:r>
        <w:rPr>
          <w:rFonts w:ascii="Georgia" w:hAnsi="Georgia"/>
          <w:b w:val="0"/>
          <w:i w:val="0"/>
          <w:color w:val="22201D"/>
          <w:sz w:val="20"/>
        </w:rPr>
        <w:t>Flocc crossed his arms, then uncrossed them because the posture felt like a conclusion.</w:t>
      </w:r>
    </w:p>
    <w:p>
      <w:pPr>
        <w:spacing w:after="60" w:line="266" w:lineRule="auto"/>
        <w:ind w:firstLine="331"/>
        <w:jc w:val="both"/>
      </w:pPr>
      <w:r>
        <w:rPr>
          <w:rFonts w:ascii="Georgia" w:hAnsi="Georgia"/>
          <w:b w:val="0"/>
          <w:i w:val="0"/>
          <w:color w:val="22201D"/>
          <w:sz w:val="20"/>
        </w:rPr>
        <w:t>"Can the label be fixed?"</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"That is not the first question."</w:t>
      </w:r>
    </w:p>
    <w:p>
      <w:pPr>
        <w:spacing w:after="60" w:line="266" w:lineRule="auto"/>
        <w:ind w:firstLine="331"/>
        <w:jc w:val="both"/>
      </w:pPr>
      <w:r>
        <w:rPr>
          <w:rFonts w:ascii="Georgia" w:hAnsi="Georgia"/>
          <w:b w:val="0"/>
          <w:i w:val="0"/>
          <w:color w:val="22201D"/>
          <w:sz w:val="20"/>
        </w:rPr>
        <w:t>"What is?"</w:t>
      </w:r>
    </w:p>
    <w:p>
      <w:pPr>
        <w:spacing w:after="60" w:line="266" w:lineRule="auto"/>
        <w:ind w:firstLine="331"/>
        <w:jc w:val="both"/>
      </w:pPr>
      <w:r>
        <w:rPr>
          <w:rFonts w:ascii="Georgia" w:hAnsi="Georgia"/>
          <w:b w:val="0"/>
          <w:i w:val="0"/>
          <w:color w:val="22201D"/>
          <w:sz w:val="20"/>
        </w:rPr>
        <w:t>"Can the label be trusted to remain visible while being fixed?"</w:t>
      </w:r>
    </w:p>
    <w:p>
      <w:pPr>
        <w:spacing w:after="60" w:line="266" w:lineRule="auto"/>
        <w:ind w:firstLine="331"/>
        <w:jc w:val="both"/>
      </w:pPr>
      <w:r>
        <w:rPr>
          <w:rFonts w:ascii="Georgia" w:hAnsi="Georgia"/>
          <w:b w:val="0"/>
          <w:i w:val="0"/>
          <w:color w:val="22201D"/>
          <w:sz w:val="20"/>
        </w:rPr>
        <w:t>The label was very still.</w:t>
      </w:r>
    </w:p>
    <w:p>
      <w:pPr>
        <w:spacing w:after="60" w:line="266" w:lineRule="auto"/>
        <w:ind w:firstLine="331"/>
        <w:jc w:val="both"/>
      </w:pPr>
      <w:r>
        <w:rPr>
          <w:rFonts w:ascii="Georgia" w:hAnsi="Georgia"/>
          <w:b w:val="0"/>
          <w:i w:val="0"/>
          <w:color w:val="22201D"/>
          <w:sz w:val="20"/>
        </w:rPr>
        <w:t>The pantry produced a small clear sleeve.</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"Material?"</w:t>
      </w:r>
    </w:p>
    <w:p>
      <w:pPr>
        <w:spacing w:after="60" w:line="266" w:lineRule="auto"/>
        <w:ind w:firstLine="331"/>
        <w:jc w:val="both"/>
      </w:pPr>
      <w:r>
        <w:rPr>
          <w:rFonts w:ascii="Georgia" w:hAnsi="Georgia"/>
          <w:b w:val="0"/>
          <w:i w:val="0"/>
          <w:color w:val="22201D"/>
          <w:sz w:val="20"/>
        </w:rPr>
        <w:t>The sleeve printed:</w:t>
      </w:r>
    </w:p>
    <w:p>
      <w:pPr>
        <w:spacing w:after="60" w:line="250" w:lineRule="auto"/>
        <w:ind w:left="202" w:right="173"/>
      </w:pPr>
      <w:r>
        <w:rPr>
          <w:rFonts w:ascii="Georgia" w:hAnsi="Georgia"/>
          <w:b w:val="0"/>
          <w:i w:val="0"/>
          <w:color w:val="22201D"/>
          <w:sz w:val="17"/>
        </w:rPr>
        <w:t>archival acetate no adhesive open top warning-visible</w:t>
      </w:r>
    </w:p>
    <w:p>
      <w:pPr>
        <w:spacing w:after="60" w:line="266" w:lineRule="auto"/>
        <w:ind w:firstLine="331"/>
        <w:jc w:val="both"/>
      </w:pPr>
      <w:r>
        <w:rPr>
          <w:rFonts w:ascii="Georgia" w:hAnsi="Georgia"/>
          <w:b w:val="0"/>
          <w:i w:val="0"/>
          <w:color w:val="22201D"/>
          <w:sz w:val="20"/>
        </w:rPr>
        <w:t>"Acceptable for temporary holding."</w:t>
      </w:r>
    </w:p>
    <w:p>
      <w:pPr>
        <w:spacing w:after="60" w:line="266" w:lineRule="auto"/>
        <w:ind w:firstLine="331"/>
        <w:jc w:val="both"/>
      </w:pPr>
      <w:r>
        <w:rPr>
          <w:rFonts w:ascii="Georgia" w:hAnsi="Georgia"/>
          <w:b w:val="0"/>
          <w:i w:val="0"/>
          <w:color w:val="22201D"/>
          <w:sz w:val="20"/>
        </w:rPr>
        <w:t>The Hostess slid the label into the sleeve.</w:t>
      </w:r>
    </w:p>
    <w:p>
      <w:pPr>
        <w:spacing w:after="60" w:line="266" w:lineRule="auto"/>
        <w:ind w:firstLine="331"/>
        <w:jc w:val="both"/>
      </w:pPr>
      <w:r>
        <w:rPr>
          <w:rFonts w:ascii="Georgia" w:hAnsi="Georgia"/>
          <w:b w:val="0"/>
          <w:i w:val="0"/>
          <w:color w:val="22201D"/>
          <w:sz w:val="20"/>
        </w:rPr>
        <w:t>The label's edges stopped curling.</w:t>
      </w:r>
    </w:p>
    <w:p>
      <w:pPr>
        <w:spacing w:after="60" w:line="266" w:lineRule="auto"/>
        <w:ind w:firstLine="331"/>
        <w:jc w:val="both"/>
      </w:pPr>
      <w:r>
        <w:rPr>
          <w:rFonts w:ascii="Georgia" w:hAnsi="Georgia"/>
          <w:b w:val="0"/>
          <w:i w:val="0"/>
          <w:color w:val="22201D"/>
          <w:sz w:val="20"/>
        </w:rPr>
        <w:t>The hidden bottom line remained visible through the acetate. So did the adhesive-back term, because Gerald had insisted the backing be placed beside the front rather than under it.</w:t>
      </w:r>
    </w:p>
    <w:p>
      <w:pPr>
        <w:spacing w:after="60" w:line="266" w:lineRule="auto"/>
        <w:ind w:firstLine="331"/>
        <w:jc w:val="both"/>
      </w:pPr>
      <w:r>
        <w:rPr>
          <w:rFonts w:ascii="Georgia" w:hAnsi="Georgia"/>
          <w:b w:val="0"/>
          <w:i w:val="0"/>
          <w:color w:val="22201D"/>
          <w:sz w:val="20"/>
        </w:rPr>
        <w:t>The label looked less like packaging now.</w:t>
      </w:r>
    </w:p>
    <w:p>
      <w:pPr>
        <w:spacing w:after="60" w:line="266" w:lineRule="auto"/>
        <w:ind w:firstLine="331"/>
        <w:jc w:val="both"/>
      </w:pPr>
      <w:r>
        <w:rPr>
          <w:rFonts w:ascii="Georgia" w:hAnsi="Georgia"/>
          <w:b w:val="0"/>
          <w:i w:val="0"/>
          <w:color w:val="22201D"/>
          <w:sz w:val="20"/>
        </w:rPr>
        <w:t>It looked like evidence.</w:t>
      </w:r>
    </w:p>
    <w:p>
      <w:pPr>
        <w:spacing w:after="60" w:line="266" w:lineRule="auto"/>
        <w:ind w:firstLine="331"/>
        <w:jc w:val="both"/>
      </w:pPr>
      <w:r>
        <w:rPr>
          <w:rFonts w:ascii="Georgia" w:hAnsi="Georgia"/>
          <w:b w:val="0"/>
          <w:i w:val="0"/>
          <w:color w:val="22201D"/>
          <w:sz w:val="20"/>
        </w:rPr>
        <w:t>This was an improvement.</w:t>
      </w:r>
    </w:p>
    <w:p>
      <w:pPr>
        <w:spacing w:after="60" w:line="266" w:lineRule="auto"/>
        <w:ind w:firstLine="331"/>
        <w:jc w:val="both"/>
      </w:pPr>
      <w:r>
        <w:rPr>
          <w:rFonts w:ascii="Georgia" w:hAnsi="Georgia"/>
          <w:b w:val="0"/>
          <w:i w:val="0"/>
          <w:color w:val="22201D"/>
          <w:sz w:val="20"/>
        </w:rPr>
        <w:t>The third inspection item involved decorative marks.</w:t>
      </w:r>
    </w:p>
    <w:p>
      <w:pPr>
        <w:spacing w:after="60" w:line="266" w:lineRule="auto"/>
        <w:ind w:firstLine="331"/>
        <w:jc w:val="both"/>
      </w:pPr>
      <w:r>
        <w:rPr>
          <w:rFonts w:ascii="Georgia" w:hAnsi="Georgia"/>
          <w:b w:val="0"/>
          <w:i w:val="0"/>
          <w:color w:val="22201D"/>
          <w:sz w:val="20"/>
        </w:rPr>
        <w:t>Gerald pointed to the gold pheasant.</w:t>
      </w:r>
    </w:p>
    <w:p>
      <w:pPr>
        <w:spacing w:after="60" w:line="266" w:lineRule="auto"/>
        <w:ind w:firstLine="331"/>
        <w:jc w:val="both"/>
      </w:pPr>
      <w:r>
        <w:rPr>
          <w:rFonts w:ascii="Georgia" w:hAnsi="Georgia"/>
          <w:b w:val="0"/>
          <w:i w:val="0"/>
          <w:color w:val="22201D"/>
          <w:sz w:val="20"/>
        </w:rPr>
        <w:t>"Does this mark mimic approval?"</w:t>
      </w:r>
    </w:p>
    <w:p>
      <w:pPr>
        <w:spacing w:after="60" w:line="266" w:lineRule="auto"/>
        <w:ind w:firstLine="331"/>
        <w:jc w:val="both"/>
      </w:pPr>
      <w:r>
        <w:rPr>
          <w:rFonts w:ascii="Georgia" w:hAnsi="Georgia"/>
          <w:b w:val="0"/>
          <w:i w:val="0"/>
          <w:color w:val="22201D"/>
          <w:sz w:val="20"/>
        </w:rPr>
        <w:t>The pheasant lifted its printed foot again.</w:t>
      </w:r>
    </w:p>
    <w:p>
      <w:pPr>
        <w:spacing w:after="60" w:line="266" w:lineRule="auto"/>
        <w:ind w:firstLine="331"/>
        <w:jc w:val="both"/>
      </w:pPr>
      <w:r>
        <w:rPr>
          <w:rFonts w:ascii="Georgia" w:hAnsi="Georgia"/>
          <w:b w:val="0"/>
          <w:i w:val="0"/>
          <w:color w:val="22201D"/>
          <w:sz w:val="20"/>
        </w:rPr>
        <w:t>Gerald lowered the ruler between the pheasant and the claims.</w:t>
      </w:r>
    </w:p>
    <w:p>
      <w:pPr>
        <w:spacing w:after="60" w:line="266" w:lineRule="auto"/>
        <w:ind w:firstLine="331"/>
        <w:jc w:val="both"/>
      </w:pPr>
      <w:r>
        <w:rPr>
          <w:rFonts w:ascii="Georgia" w:hAnsi="Georgia"/>
          <w:b w:val="0"/>
          <w:i w:val="0"/>
          <w:color w:val="22201D"/>
          <w:sz w:val="20"/>
        </w:rPr>
        <w:t>"No gestures."</w:t>
      </w:r>
    </w:p>
    <w:p>
      <w:pPr>
        <w:spacing w:after="60" w:line="266" w:lineRule="auto"/>
        <w:ind w:firstLine="331"/>
        <w:jc w:val="both"/>
      </w:pPr>
      <w:r>
        <w:rPr>
          <w:rFonts w:ascii="Georgia" w:hAnsi="Georgia"/>
          <w:b w:val="0"/>
          <w:i w:val="0"/>
          <w:color w:val="22201D"/>
          <w:sz w:val="20"/>
        </w:rPr>
        <w:t>The foot returned to the border.</w:t>
      </w:r>
    </w:p>
    <w:p>
      <w:pPr>
        <w:spacing w:after="60" w:line="266" w:lineRule="auto"/>
        <w:ind w:firstLine="331"/>
        <w:jc w:val="both"/>
      </w:pPr>
      <w:r>
        <w:rPr>
          <w:rFonts w:ascii="Georgia" w:hAnsi="Georgia"/>
          <w:b w:val="0"/>
          <w:i w:val="0"/>
          <w:color w:val="22201D"/>
          <w:sz w:val="20"/>
        </w:rPr>
        <w:t>Flocc leaned closer.</w:t>
      </w:r>
    </w:p>
    <w:p>
      <w:pPr>
        <w:spacing w:after="60" w:line="266" w:lineRule="auto"/>
        <w:ind w:firstLine="331"/>
        <w:jc w:val="both"/>
      </w:pPr>
      <w:r>
        <w:rPr>
          <w:rFonts w:ascii="Georgia" w:hAnsi="Georgia"/>
          <w:b w:val="0"/>
          <w:i w:val="0"/>
          <w:color w:val="22201D"/>
          <w:sz w:val="20"/>
        </w:rPr>
        <w:t>There was a small circle behind the pheasant's lifted foot. At first glance it looked like a sun, or a peach pit, or just a design element. At second glance, it looked almost exactly like a seal.</w:t>
      </w:r>
    </w:p>
    <w:p>
      <w:pPr>
        <w:spacing w:after="60" w:line="266" w:lineRule="auto"/>
        <w:ind w:firstLine="331"/>
        <w:jc w:val="both"/>
      </w:pPr>
      <w:r>
        <w:rPr>
          <w:rFonts w:ascii="Georgia" w:hAnsi="Georgia"/>
          <w:b w:val="0"/>
          <w:i w:val="0"/>
          <w:color w:val="22201D"/>
          <w:sz w:val="20"/>
        </w:rPr>
        <w:t>Not a real seal.</w:t>
      </w:r>
    </w:p>
    <w:p>
      <w:pPr>
        <w:spacing w:after="60" w:line="266" w:lineRule="auto"/>
        <w:ind w:firstLine="331"/>
        <w:jc w:val="both"/>
      </w:pPr>
      <w:r>
        <w:rPr>
          <w:rFonts w:ascii="Georgia" w:hAnsi="Georgia"/>
          <w:b w:val="0"/>
          <w:i w:val="0"/>
          <w:color w:val="22201D"/>
          <w:sz w:val="20"/>
        </w:rPr>
        <w:t>Worse.</w:t>
      </w:r>
    </w:p>
    <w:p>
      <w:pPr>
        <w:spacing w:after="60" w:line="266" w:lineRule="auto"/>
        <w:ind w:firstLine="331"/>
        <w:jc w:val="both"/>
      </w:pPr>
      <w:r>
        <w:rPr>
          <w:rFonts w:ascii="Georgia" w:hAnsi="Georgia"/>
          <w:b w:val="0"/>
          <w:i w:val="0"/>
          <w:color w:val="22201D"/>
          <w:sz w:val="20"/>
        </w:rPr>
        <w:t>A seal-shaped suggestion.</w:t>
      </w:r>
    </w:p>
    <w:p>
      <w:pPr>
        <w:spacing w:after="60" w:line="266" w:lineRule="auto"/>
        <w:ind w:firstLine="331"/>
        <w:jc w:val="both"/>
      </w:pPr>
      <w:r>
        <w:rPr>
          <w:rFonts w:ascii="Georgia" w:hAnsi="Georgia"/>
          <w:b w:val="0"/>
          <w:i w:val="0"/>
          <w:color w:val="22201D"/>
          <w:sz w:val="20"/>
        </w:rPr>
        <w:t>Gerald drew a box around it on the parchment, not on the label.</w:t>
      </w:r>
    </w:p>
    <w:p>
      <w:pPr>
        <w:spacing w:after="60" w:line="266" w:lineRule="auto"/>
        <w:ind w:firstLine="331"/>
        <w:jc w:val="both"/>
      </w:pPr>
      <w:r>
        <w:rPr>
          <w:rFonts w:ascii="Georgia" w:hAnsi="Georgia"/>
          <w:b w:val="0"/>
          <w:i w:val="0"/>
          <w:color w:val="22201D"/>
          <w:sz w:val="20"/>
        </w:rPr>
        <w:t>"Decorative element mimics certification."</w:t>
      </w:r>
    </w:p>
    <w:p>
      <w:pPr>
        <w:spacing w:after="60" w:line="266" w:lineRule="auto"/>
        <w:ind w:firstLine="331"/>
        <w:jc w:val="both"/>
      </w:pPr>
      <w:r>
        <w:rPr>
          <w:rFonts w:ascii="Georgia" w:hAnsi="Georgia"/>
          <w:b w:val="0"/>
          <w:i w:val="0"/>
          <w:color w:val="22201D"/>
          <w:sz w:val="20"/>
        </w:rPr>
        <w:t>The Hostess asked, "Certification by whom?"</w:t>
      </w:r>
    </w:p>
    <w:p>
      <w:pPr>
        <w:spacing w:after="60" w:line="266" w:lineRule="auto"/>
        <w:ind w:firstLine="331"/>
        <w:jc w:val="both"/>
      </w:pPr>
      <w:r>
        <w:rPr>
          <w:rFonts w:ascii="Georgia" w:hAnsi="Georgia"/>
          <w:b w:val="0"/>
          <w:i w:val="0"/>
          <w:color w:val="22201D"/>
          <w:sz w:val="20"/>
        </w:rPr>
        <w:t>"No one. That is the problem."</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unassigned approval mark detected</w:t>
      </w:r>
    </w:p>
    <w:p>
      <w:pPr>
        <w:spacing w:after="60" w:line="266" w:lineRule="auto"/>
        <w:ind w:firstLine="331"/>
        <w:jc w:val="both"/>
      </w:pPr>
      <w:r>
        <w:rPr>
          <w:rFonts w:ascii="Georgia" w:hAnsi="Georgia"/>
          <w:b w:val="0"/>
          <w:i w:val="0"/>
          <w:color w:val="22201D"/>
          <w:sz w:val="20"/>
        </w:rPr>
        <w:t>The label printed, very faintly:</w:t>
      </w:r>
    </w:p>
    <w:p>
      <w:pPr>
        <w:spacing w:after="60" w:line="250" w:lineRule="auto"/>
        <w:ind w:left="202" w:right="173"/>
      </w:pPr>
      <w:r>
        <w:rPr>
          <w:rFonts w:ascii="Georgia" w:hAnsi="Georgia"/>
          <w:b w:val="0"/>
          <w:i w:val="0"/>
          <w:color w:val="22201D"/>
          <w:sz w:val="17"/>
        </w:rPr>
        <w:t>Artistic flourish.</w:t>
      </w:r>
    </w:p>
    <w:p>
      <w:pPr>
        <w:spacing w:after="60" w:line="266" w:lineRule="auto"/>
        <w:ind w:firstLine="331"/>
        <w:jc w:val="both"/>
      </w:pPr>
      <w:r>
        <w:rPr>
          <w:rFonts w:ascii="Georgia" w:hAnsi="Georgia"/>
          <w:b w:val="0"/>
          <w:i w:val="0"/>
          <w:color w:val="22201D"/>
          <w:sz w:val="20"/>
        </w:rPr>
        <w:t>Gerald covered the text with the bowl before it finished being smug.</w:t>
      </w:r>
    </w:p>
    <w:p>
      <w:pPr>
        <w:spacing w:after="60" w:line="266" w:lineRule="auto"/>
        <w:ind w:firstLine="331"/>
        <w:jc w:val="both"/>
      </w:pPr>
      <w:r>
        <w:rPr>
          <w:rFonts w:ascii="Georgia" w:hAnsi="Georgia"/>
          <w:b w:val="0"/>
          <w:i w:val="0"/>
          <w:color w:val="22201D"/>
          <w:sz w:val="20"/>
        </w:rPr>
        <w:t>"No testimony from packaging during inspection."</w:t>
      </w:r>
    </w:p>
    <w:p>
      <w:pPr>
        <w:spacing w:after="60" w:line="266" w:lineRule="auto"/>
        <w:ind w:firstLine="331"/>
        <w:jc w:val="both"/>
      </w:pPr>
      <w:r>
        <w:rPr>
          <w:rFonts w:ascii="Georgia" w:hAnsi="Georgia"/>
          <w:b w:val="0"/>
          <w:i w:val="0"/>
          <w:color w:val="22201D"/>
          <w:sz w:val="20"/>
        </w:rPr>
        <w:t>The bowl sat there, plain and excellent.</w:t>
      </w:r>
    </w:p>
    <w:p>
      <w:pPr>
        <w:spacing w:after="60" w:line="266" w:lineRule="auto"/>
        <w:ind w:firstLine="331"/>
        <w:jc w:val="both"/>
      </w:pPr>
      <w:r>
        <w:rPr>
          <w:rFonts w:ascii="Georgia" w:hAnsi="Georgia"/>
          <w:b w:val="0"/>
          <w:i w:val="0"/>
          <w:color w:val="22201D"/>
          <w:sz w:val="20"/>
        </w:rPr>
        <w:t>Flocc looked at the three index cards.</w:t>
      </w:r>
    </w:p>
    <w:p>
      <w:pPr>
        <w:spacing w:after="60" w:line="250" w:lineRule="auto"/>
        <w:ind w:left="202" w:right="173"/>
      </w:pPr>
      <w:r>
        <w:rPr>
          <w:rFonts w:ascii="Georgia" w:hAnsi="Georgia"/>
          <w:b w:val="0"/>
          <w:i w:val="0"/>
          <w:color w:val="22201D"/>
          <w:sz w:val="17"/>
        </w:rPr>
        <w:t>FAIL: claim before warning warning absent claim uses consent-adjacent phrase signed risk</w:t>
      </w:r>
    </w:p>
    <w:p>
      <w:pPr>
        <w:spacing w:after="60" w:line="250" w:lineRule="auto"/>
        <w:ind w:left="202" w:right="173"/>
      </w:pPr>
      <w:r>
        <w:rPr>
          <w:rFonts w:ascii="Georgia" w:hAnsi="Georgia"/>
          <w:b w:val="0"/>
          <w:i w:val="0"/>
          <w:color w:val="22201D"/>
          <w:sz w:val="17"/>
        </w:rPr>
        <w:t>FAIL: adhesive-backed term inspection converted into agreement peeling pressure</w:t>
      </w:r>
    </w:p>
    <w:p>
      <w:pPr>
        <w:spacing w:after="60" w:line="250" w:lineRule="auto"/>
        <w:ind w:left="202" w:right="173"/>
      </w:pPr>
      <w:r>
        <w:rPr>
          <w:rFonts w:ascii="Georgia" w:hAnsi="Georgia"/>
          <w:b w:val="0"/>
          <w:i w:val="0"/>
          <w:color w:val="22201D"/>
          <w:sz w:val="17"/>
        </w:rPr>
        <w:t>FAIL: decorative mark mimics certification agreement attempted by looking no safe decline language</w:t>
      </w:r>
    </w:p>
    <w:p>
      <w:pPr>
        <w:spacing w:after="60" w:line="266" w:lineRule="auto"/>
        <w:ind w:firstLine="331"/>
        <w:jc w:val="both"/>
      </w:pPr>
      <w:r>
        <w:rPr>
          <w:rFonts w:ascii="Georgia" w:hAnsi="Georgia"/>
          <w:b w:val="0"/>
          <w:i w:val="0"/>
          <w:color w:val="22201D"/>
          <w:sz w:val="20"/>
        </w:rPr>
        <w:t>The price was nothing hidden.</w:t>
      </w:r>
    </w:p>
    <w:p>
      <w:pPr>
        <w:spacing w:after="60" w:line="266" w:lineRule="auto"/>
        <w:ind w:firstLine="331"/>
        <w:jc w:val="both"/>
      </w:pPr>
      <w:r>
        <w:rPr>
          <w:rFonts w:ascii="Georgia" w:hAnsi="Georgia"/>
          <w:b w:val="0"/>
          <w:i w:val="0"/>
          <w:color w:val="22201D"/>
          <w:sz w:val="20"/>
        </w:rPr>
        <w:t>They had found more hidden things than he wanted to count.</w:t>
      </w:r>
    </w:p>
    <w:p>
      <w:pPr>
        <w:spacing w:after="60" w:line="266" w:lineRule="auto"/>
        <w:ind w:firstLine="331"/>
        <w:jc w:val="both"/>
      </w:pPr>
      <w:r>
        <w:rPr>
          <w:rFonts w:ascii="Georgia" w:hAnsi="Georgia"/>
          <w:b w:val="0"/>
          <w:i w:val="0"/>
          <w:color w:val="22201D"/>
          <w:sz w:val="20"/>
        </w:rPr>
        <w:t>That meant the chapter was working.</w:t>
      </w:r>
    </w:p>
    <w:p>
      <w:pPr>
        <w:spacing w:after="60" w:line="266" w:lineRule="auto"/>
        <w:ind w:firstLine="331"/>
        <w:jc w:val="both"/>
      </w:pPr>
      <w:r>
        <w:rPr>
          <w:rFonts w:ascii="Georgia" w:hAnsi="Georgia"/>
          <w:b w:val="0"/>
          <w:i w:val="0"/>
          <w:color w:val="22201D"/>
          <w:sz w:val="20"/>
        </w:rPr>
        <w:t>The Hostess asked, "What remains hidden?"</w:t>
      </w:r>
    </w:p>
    <w:p>
      <w:pPr>
        <w:spacing w:after="60" w:line="266" w:lineRule="auto"/>
        <w:ind w:firstLine="331"/>
        <w:jc w:val="both"/>
      </w:pPr>
      <w:r>
        <w:rPr>
          <w:rFonts w:ascii="Georgia" w:hAnsi="Georgia"/>
          <w:b w:val="0"/>
          <w:i w:val="0"/>
          <w:color w:val="22201D"/>
          <w:sz w:val="20"/>
        </w:rPr>
        <w:t>Flocc almost said, We found it.</w:t>
      </w:r>
    </w:p>
    <w:p>
      <w:pPr>
        <w:spacing w:after="60" w:line="266" w:lineRule="auto"/>
        <w:ind w:firstLine="331"/>
        <w:jc w:val="both"/>
      </w:pPr>
      <w:r>
        <w:rPr>
          <w:rFonts w:ascii="Georgia" w:hAnsi="Georgia"/>
          <w:b w:val="0"/>
          <w:i w:val="0"/>
          <w:color w:val="22201D"/>
          <w:sz w:val="20"/>
        </w:rPr>
        <w:t>The ugly ruler on the table prevented him.</w:t>
      </w:r>
    </w:p>
    <w:p>
      <w:pPr>
        <w:spacing w:after="60" w:line="266" w:lineRule="auto"/>
        <w:ind w:firstLine="331"/>
        <w:jc w:val="both"/>
      </w:pPr>
      <w:r>
        <w:rPr>
          <w:rFonts w:ascii="Georgia" w:hAnsi="Georgia"/>
          <w:b w:val="0"/>
          <w:i w:val="0"/>
          <w:color w:val="22201D"/>
          <w:sz w:val="20"/>
        </w:rPr>
        <w:t>He looked again.</w:t>
      </w:r>
    </w:p>
    <w:p>
      <w:pPr>
        <w:spacing w:after="60" w:line="266" w:lineRule="auto"/>
        <w:ind w:firstLine="331"/>
        <w:jc w:val="both"/>
      </w:pPr>
      <w:r>
        <w:rPr>
          <w:rFonts w:ascii="Georgia" w:hAnsi="Georgia"/>
          <w:b w:val="0"/>
          <w:i w:val="0"/>
          <w:color w:val="22201D"/>
          <w:sz w:val="20"/>
        </w:rPr>
        <w:t>Name. Claims. Hidden bottom term. Adhesive-backed term. Decorative false seal.</w:t>
      </w:r>
    </w:p>
    <w:p>
      <w:pPr>
        <w:spacing w:after="60" w:line="266" w:lineRule="auto"/>
        <w:ind w:firstLine="331"/>
        <w:jc w:val="both"/>
      </w:pPr>
      <w:r>
        <w:rPr>
          <w:rFonts w:ascii="Georgia" w:hAnsi="Georgia"/>
          <w:b w:val="0"/>
          <w:i w:val="0"/>
          <w:color w:val="22201D"/>
          <w:sz w:val="20"/>
        </w:rPr>
        <w:t>What else could hide on a front label?</w:t>
      </w:r>
    </w:p>
    <w:p>
      <w:pPr>
        <w:spacing w:after="60" w:line="266" w:lineRule="auto"/>
        <w:ind w:firstLine="331"/>
        <w:jc w:val="both"/>
      </w:pPr>
      <w:r>
        <w:rPr>
          <w:rFonts w:ascii="Georgia" w:hAnsi="Georgia"/>
          <w:b w:val="0"/>
          <w:i w:val="0"/>
          <w:color w:val="22201D"/>
          <w:sz w:val="20"/>
        </w:rPr>
        <w:t>The answer embarrassed him by being obvious.</w:t>
      </w:r>
    </w:p>
    <w:p>
      <w:pPr>
        <w:spacing w:after="60" w:line="266" w:lineRule="auto"/>
        <w:ind w:firstLine="331"/>
        <w:jc w:val="both"/>
      </w:pPr>
      <w:r>
        <w:rPr>
          <w:rFonts w:ascii="Georgia" w:hAnsi="Georgia"/>
          <w:b w:val="0"/>
          <w:i w:val="0"/>
          <w:color w:val="22201D"/>
          <w:sz w:val="20"/>
        </w:rPr>
        <w:t>"What it does not say."</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"List omissions."</w:t>
      </w:r>
    </w:p>
    <w:p>
      <w:pPr>
        <w:spacing w:after="60" w:line="266" w:lineRule="auto"/>
        <w:ind w:firstLine="331"/>
        <w:jc w:val="both"/>
      </w:pPr>
      <w:r>
        <w:rPr>
          <w:rFonts w:ascii="Georgia" w:hAnsi="Georgia"/>
          <w:b w:val="0"/>
          <w:i w:val="0"/>
          <w:color w:val="22201D"/>
          <w:sz w:val="20"/>
        </w:rPr>
        <w:t>Flocc took a blank card.</w:t>
      </w:r>
    </w:p>
    <w:p>
      <w:pPr>
        <w:spacing w:after="60" w:line="250" w:lineRule="auto"/>
        <w:ind w:left="202" w:right="173"/>
      </w:pPr>
      <w:r>
        <w:rPr>
          <w:rFonts w:ascii="Georgia" w:hAnsi="Georgia"/>
          <w:b w:val="0"/>
          <w:i w:val="0"/>
          <w:color w:val="22201D"/>
          <w:sz w:val="17"/>
        </w:rPr>
        <w:t>OMITTED: actual heat range ingredients allergens batch number maker address date storage instruction serving size what consent applies to how to decline who accepts consequence whether sauce is opened whether waiver exists</w:t>
      </w:r>
    </w:p>
    <w:p>
      <w:pPr>
        <w:spacing w:after="60" w:line="266" w:lineRule="auto"/>
        <w:ind w:firstLine="331"/>
        <w:jc w:val="both"/>
      </w:pPr>
      <w:r>
        <w:rPr>
          <w:rFonts w:ascii="Georgia" w:hAnsi="Georgia"/>
          <w:b w:val="0"/>
          <w:i w:val="0"/>
          <w:color w:val="22201D"/>
          <w:sz w:val="20"/>
        </w:rPr>
        <w:t>The label, under the bowl, became very quiet.</w:t>
      </w:r>
    </w:p>
    <w:p>
      <w:pPr>
        <w:spacing w:after="60" w:line="266" w:lineRule="auto"/>
        <w:ind w:firstLine="331"/>
        <w:jc w:val="both"/>
      </w:pPr>
      <w:r>
        <w:rPr>
          <w:rFonts w:ascii="Georgia" w:hAnsi="Georgia"/>
          <w:b w:val="0"/>
          <w:i w:val="0"/>
          <w:color w:val="22201D"/>
          <w:sz w:val="20"/>
        </w:rPr>
        <w:t>The pantry printed:</w:t>
      </w:r>
    </w:p>
    <w:p>
      <w:pPr>
        <w:spacing w:after="60" w:line="250" w:lineRule="auto"/>
        <w:ind w:left="202" w:right="173"/>
      </w:pPr>
      <w:r>
        <w:rPr>
          <w:rFonts w:ascii="Georgia" w:hAnsi="Georgia"/>
          <w:b w:val="0"/>
          <w:i w:val="0"/>
          <w:color w:val="22201D"/>
          <w:sz w:val="17"/>
        </w:rPr>
        <w:t>Silence is not compliance.</w:t>
      </w:r>
    </w:p>
    <w:p>
      <w:pPr>
        <w:spacing w:after="60" w:line="266" w:lineRule="auto"/>
        <w:ind w:firstLine="331"/>
        <w:jc w:val="both"/>
      </w:pPr>
      <w:r>
        <w:rPr>
          <w:rFonts w:ascii="Georgia" w:hAnsi="Georgia"/>
          <w:b w:val="0"/>
          <w:i w:val="0"/>
          <w:color w:val="22201D"/>
          <w:sz w:val="20"/>
        </w:rPr>
        <w:t>Gerald underlined it.</w:t>
      </w:r>
    </w:p>
    <w:p>
      <w:pPr>
        <w:spacing w:after="60" w:line="266" w:lineRule="auto"/>
        <w:ind w:firstLine="331"/>
        <w:jc w:val="both"/>
      </w:pPr>
      <w:r>
        <w:rPr>
          <w:rFonts w:ascii="Georgia" w:hAnsi="Georgia"/>
          <w:b w:val="0"/>
          <w:i w:val="0"/>
          <w:color w:val="22201D"/>
          <w:sz w:val="20"/>
        </w:rPr>
        <w:t>"Keep that."</w:t>
      </w:r>
    </w:p>
    <w:p>
      <w:pPr>
        <w:spacing w:after="60" w:line="266" w:lineRule="auto"/>
        <w:ind w:firstLine="331"/>
        <w:jc w:val="both"/>
      </w:pPr>
      <w:r>
        <w:rPr>
          <w:rFonts w:ascii="Georgia" w:hAnsi="Georgia"/>
          <w:b w:val="0"/>
          <w:i w:val="0"/>
          <w:color w:val="22201D"/>
          <w:sz w:val="20"/>
        </w:rPr>
        <w:t>The Hostess placed the omission card beside the failure cards.</w:t>
      </w:r>
    </w:p>
    <w:p>
      <w:pPr>
        <w:spacing w:after="60" w:line="266" w:lineRule="auto"/>
        <w:ind w:firstLine="331"/>
        <w:jc w:val="both"/>
      </w:pPr>
      <w:r>
        <w:rPr>
          <w:rFonts w:ascii="Georgia" w:hAnsi="Georgia"/>
          <w:b w:val="0"/>
          <w:i w:val="0"/>
          <w:color w:val="22201D"/>
          <w:sz w:val="20"/>
        </w:rPr>
        <w:t>"Nothing hidden?"</w:t>
      </w:r>
    </w:p>
    <w:p>
      <w:pPr>
        <w:spacing w:after="60" w:line="266" w:lineRule="auto"/>
        <w:ind w:firstLine="331"/>
        <w:jc w:val="both"/>
      </w:pPr>
      <w:r>
        <w:rPr>
          <w:rFonts w:ascii="Georgia" w:hAnsi="Georgia"/>
          <w:b w:val="0"/>
          <w:i w:val="0"/>
          <w:color w:val="22201D"/>
          <w:sz w:val="20"/>
        </w:rPr>
        <w:t>Gerald looked at the label in its sleeve, the exposed backing, the covered hidden term, the false seal box, and the omission list.</w:t>
      </w:r>
    </w:p>
    <w:p>
      <w:pPr>
        <w:spacing w:after="60" w:line="266" w:lineRule="auto"/>
        <w:ind w:firstLine="331"/>
        <w:jc w:val="both"/>
      </w:pPr>
      <w:r>
        <w:rPr>
          <w:rFonts w:ascii="Georgia" w:hAnsi="Georgia"/>
          <w:b w:val="0"/>
          <w:i w:val="0"/>
          <w:color w:val="22201D"/>
          <w:sz w:val="20"/>
        </w:rPr>
        <w:t>"Not yet. But now hiddenness is mapped."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Inspection result: hiddenness mapped label not approved</w:t>
      </w:r>
    </w:p>
    <w:p>
      <w:pPr>
        <w:spacing w:after="60" w:line="266" w:lineRule="auto"/>
        <w:ind w:firstLine="331"/>
        <w:jc w:val="both"/>
      </w:pPr>
      <w:r>
        <w:rPr>
          <w:rFonts w:ascii="Georgia" w:hAnsi="Georgia"/>
          <w:b w:val="0"/>
          <w:i w:val="0"/>
          <w:color w:val="22201D"/>
          <w:sz w:val="20"/>
        </w:rPr>
        <w:t>Nico looked relieved by the phrase not approved.</w:t>
      </w:r>
    </w:p>
    <w:p>
      <w:pPr>
        <w:spacing w:after="60" w:line="266" w:lineRule="auto"/>
        <w:ind w:firstLine="331"/>
        <w:jc w:val="both"/>
      </w:pPr>
      <w:r>
        <w:rPr>
          <w:rFonts w:ascii="Georgia" w:hAnsi="Georgia"/>
          <w:b w:val="0"/>
          <w:i w:val="0"/>
          <w:color w:val="22201D"/>
          <w:sz w:val="20"/>
        </w:rPr>
        <w:t>"That is clear enough to save lives and ruin a launch party."</w:t>
      </w:r>
    </w:p>
    <w:p>
      <w:pPr>
        <w:spacing w:after="60" w:line="266" w:lineRule="auto"/>
        <w:ind w:firstLine="331"/>
        <w:jc w:val="both"/>
      </w:pPr>
      <w:r>
        <w:rPr>
          <w:rFonts w:ascii="Georgia" w:hAnsi="Georgia"/>
          <w:b w:val="0"/>
          <w:i w:val="0"/>
          <w:color w:val="22201D"/>
          <w:sz w:val="20"/>
        </w:rPr>
        <w:t>Gerald said, "Good."</w:t>
      </w:r>
    </w:p>
    <w:p>
      <w:pPr>
        <w:spacing w:after="60" w:line="266" w:lineRule="auto"/>
        <w:ind w:firstLine="331"/>
        <w:jc w:val="both"/>
      </w:pPr>
      <w:r>
        <w:rPr>
          <w:rFonts w:ascii="Georgia" w:hAnsi="Georgia"/>
          <w:b w:val="0"/>
          <w:i w:val="0"/>
          <w:color w:val="22201D"/>
          <w:sz w:val="20"/>
        </w:rPr>
        <w:t>The sauce shelf clicked.</w:t>
      </w:r>
    </w:p>
    <w:p>
      <w:pPr>
        <w:spacing w:after="60" w:line="266" w:lineRule="auto"/>
        <w:ind w:firstLine="331"/>
        <w:jc w:val="both"/>
      </w:pPr>
      <w:r>
        <w:rPr>
          <w:rFonts w:ascii="Georgia" w:hAnsi="Georgia"/>
          <w:b w:val="0"/>
          <w:i w:val="0"/>
          <w:color w:val="22201D"/>
          <w:sz w:val="20"/>
        </w:rPr>
        <w:t>The future pressure space produced a small empty jar.</w:t>
      </w:r>
    </w:p>
    <w:p>
      <w:pPr>
        <w:spacing w:after="60" w:line="266" w:lineRule="auto"/>
        <w:ind w:firstLine="331"/>
        <w:jc w:val="both"/>
      </w:pPr>
      <w:r>
        <w:rPr>
          <w:rFonts w:ascii="Georgia" w:hAnsi="Georgia"/>
          <w:b w:val="0"/>
          <w:i w:val="0"/>
          <w:color w:val="22201D"/>
          <w:sz w:val="20"/>
        </w:rPr>
        <w:t>Everyone froze.</w:t>
      </w:r>
    </w:p>
    <w:p>
      <w:pPr>
        <w:spacing w:after="60" w:line="266" w:lineRule="auto"/>
        <w:ind w:firstLine="331"/>
        <w:jc w:val="both"/>
      </w:pPr>
      <w:r>
        <w:rPr>
          <w:rFonts w:ascii="Georgia" w:hAnsi="Georgia"/>
          <w:b w:val="0"/>
          <w:i w:val="0"/>
          <w:color w:val="22201D"/>
          <w:sz w:val="20"/>
        </w:rPr>
        <w:t>The jar was clear glass with no sauce in it. Its cap sat beside it, unsealed. Its side was blank.</w:t>
      </w:r>
    </w:p>
    <w:p>
      <w:pPr>
        <w:spacing w:after="60" w:line="266" w:lineRule="auto"/>
        <w:ind w:firstLine="331"/>
        <w:jc w:val="both"/>
      </w:pPr>
      <w:r>
        <w:rPr>
          <w:rFonts w:ascii="Georgia" w:hAnsi="Georgia"/>
          <w:b w:val="0"/>
          <w:i w:val="0"/>
          <w:color w:val="22201D"/>
          <w:sz w:val="20"/>
        </w:rPr>
        <w:t>Bob looked at the jar.</w:t>
      </w:r>
    </w:p>
    <w:p>
      <w:pPr>
        <w:spacing w:after="60" w:line="266" w:lineRule="auto"/>
        <w:ind w:firstLine="331"/>
        <w:jc w:val="both"/>
      </w:pPr>
      <w:r>
        <w:rPr>
          <w:rFonts w:ascii="Georgia" w:hAnsi="Georgia"/>
          <w:b w:val="0"/>
          <w:i w:val="0"/>
          <w:color w:val="22201D"/>
          <w:sz w:val="20"/>
        </w:rPr>
        <w:t>"Empty."</w:t>
      </w:r>
    </w:p>
    <w:p>
      <w:pPr>
        <w:spacing w:after="60" w:line="266" w:lineRule="auto"/>
        <w:ind w:firstLine="331"/>
        <w:jc w:val="both"/>
      </w:pPr>
      <w:r>
        <w:rPr>
          <w:rFonts w:ascii="Georgia" w:hAnsi="Georgia"/>
          <w:b w:val="0"/>
          <w:i w:val="0"/>
          <w:color w:val="22201D"/>
          <w:sz w:val="20"/>
        </w:rPr>
        <w:t>Gerald inspected from a distance.</w:t>
      </w:r>
    </w:p>
    <w:p>
      <w:pPr>
        <w:spacing w:after="60" w:line="266" w:lineRule="auto"/>
        <w:ind w:firstLine="331"/>
        <w:jc w:val="both"/>
      </w:pPr>
      <w:r>
        <w:rPr>
          <w:rFonts w:ascii="Georgia" w:hAnsi="Georgia"/>
          <w:b w:val="0"/>
          <w:i w:val="0"/>
          <w:color w:val="22201D"/>
          <w:sz w:val="20"/>
        </w:rPr>
        <w:t>"Unfilled. Unlabeled. Unsealed."</w:t>
      </w:r>
    </w:p>
    <w:p>
      <w:pPr>
        <w:spacing w:after="60" w:line="266" w:lineRule="auto"/>
        <w:ind w:firstLine="331"/>
        <w:jc w:val="both"/>
      </w:pPr>
      <w:r>
        <w:rPr>
          <w:rFonts w:ascii="Georgia" w:hAnsi="Georgia"/>
          <w:b w:val="0"/>
          <w:i w:val="0"/>
          <w:color w:val="22201D"/>
          <w:sz w:val="20"/>
        </w:rPr>
        <w:t>The label in the acetate sleeve pressed itself lightly toward the jar.</w:t>
      </w:r>
    </w:p>
    <w:p>
      <w:pPr>
        <w:spacing w:after="60" w:line="266" w:lineRule="auto"/>
        <w:ind w:firstLine="331"/>
        <w:jc w:val="both"/>
      </w:pPr>
      <w:r>
        <w:rPr>
          <w:rFonts w:ascii="Georgia" w:hAnsi="Georgia"/>
          <w:b w:val="0"/>
          <w:i w:val="0"/>
          <w:color w:val="22201D"/>
          <w:sz w:val="20"/>
        </w:rPr>
        <w:t>The Hostess put one finger between them.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label stopped.</w:t>
      </w:r>
    </w:p>
    <w:p>
      <w:pPr>
        <w:spacing w:after="60" w:line="266" w:lineRule="auto"/>
        <w:ind w:firstLine="331"/>
        <w:jc w:val="both"/>
      </w:pPr>
      <w:r>
        <w:rPr>
          <w:rFonts w:ascii="Georgia" w:hAnsi="Georgia"/>
          <w:b w:val="0"/>
          <w:i w:val="0"/>
          <w:color w:val="22201D"/>
          <w:sz w:val="20"/>
        </w:rPr>
        <w:t>The empty jar remained empty, which was more ominous than a full jar would have been.</w:t>
      </w:r>
    </w:p>
    <w:p>
      <w:pPr>
        <w:spacing w:after="60" w:line="266" w:lineRule="auto"/>
        <w:ind w:firstLine="331"/>
        <w:jc w:val="both"/>
      </w:pPr>
      <w:r>
        <w:rPr>
          <w:rFonts w:ascii="Georgia" w:hAnsi="Georgia"/>
          <w:b w:val="0"/>
          <w:i w:val="0"/>
          <w:color w:val="22201D"/>
          <w:sz w:val="20"/>
        </w:rPr>
        <w:t>A new card slid from beneath it:</w:t>
      </w:r>
    </w:p>
    <w:p>
      <w:pPr>
        <w:spacing w:after="60" w:line="250" w:lineRule="auto"/>
        <w:ind w:left="202" w:right="173"/>
      </w:pPr>
      <w:r>
        <w:rPr>
          <w:rFonts w:ascii="Georgia" w:hAnsi="Georgia"/>
          <w:b w:val="0"/>
          <w:i w:val="0"/>
          <w:color w:val="22201D"/>
          <w:sz w:val="17"/>
        </w:rPr>
        <w:t>SAUCE LABEL REQUIRED Before filling. Before sealing. Before tasting.</w:t>
      </w:r>
    </w:p>
    <w:p>
      <w:pPr>
        <w:spacing w:after="60" w:line="266" w:lineRule="auto"/>
        <w:ind w:firstLine="331"/>
        <w:jc w:val="both"/>
      </w:pPr>
      <w:r>
        <w:rPr>
          <w:rFonts w:ascii="Georgia" w:hAnsi="Georgia"/>
          <w:b w:val="0"/>
          <w:i w:val="0"/>
          <w:color w:val="22201D"/>
          <w:sz w:val="20"/>
        </w:rPr>
        <w:t>Gold Pheasant Peach Scotch Bonnet had not appeared as sauce yet.</w:t>
      </w:r>
    </w:p>
    <w:p>
      <w:pPr>
        <w:spacing w:after="60" w:line="266" w:lineRule="auto"/>
        <w:ind w:firstLine="331"/>
        <w:jc w:val="both"/>
      </w:pPr>
      <w:r>
        <w:rPr>
          <w:rFonts w:ascii="Georgia" w:hAnsi="Georgia"/>
          <w:b w:val="0"/>
          <w:i w:val="0"/>
          <w:color w:val="22201D"/>
          <w:sz w:val="20"/>
        </w:rPr>
        <w:t>It had appeared as a responsibility.</w:t>
      </w:r>
    </w:p>
    <w:p>
      <w:pPr>
        <w:spacing w:after="60" w:line="266" w:lineRule="auto"/>
        <w:ind w:firstLine="331"/>
        <w:jc w:val="both"/>
      </w:pPr>
      <w:r>
        <w:rPr>
          <w:rFonts w:ascii="Georgia" w:hAnsi="Georgia"/>
          <w:b w:val="0"/>
          <w:i w:val="0"/>
          <w:color w:val="22201D"/>
          <w:sz w:val="20"/>
        </w:rPr>
        <w:t>Gerald picked up the ugly ruler again.</w:t>
      </w:r>
    </w:p>
    <w:p>
      <w:pPr>
        <w:spacing w:after="60" w:line="266" w:lineRule="auto"/>
        <w:ind w:firstLine="331"/>
        <w:jc w:val="both"/>
      </w:pPr>
      <w:r>
        <w:rPr>
          <w:rFonts w:ascii="Georgia" w:hAnsi="Georgia"/>
          <w:b w:val="0"/>
          <w:i w:val="0"/>
          <w:color w:val="22201D"/>
          <w:sz w:val="20"/>
        </w:rPr>
        <w:t>"Then Chapter Three does not taste anything until the sauce label is rebuilt."</w:t>
      </w:r>
    </w:p>
    <w:p>
      <w:pPr>
        <w:spacing w:after="60" w:line="266" w:lineRule="auto"/>
        <w:ind w:firstLine="331"/>
        <w:jc w:val="both"/>
      </w:pPr>
      <w:r>
        <w:rPr>
          <w:rFonts w:ascii="Georgia" w:hAnsi="Georgia"/>
          <w:b w:val="0"/>
          <w:i w:val="0"/>
          <w:color w:val="22201D"/>
          <w:sz w:val="20"/>
        </w:rPr>
        <w:t>The front label, still under partial bowl cover and inside its clear sleeve, printed one corrected line along its top edge:</w:t>
      </w:r>
    </w:p>
    <w:p>
      <w:pPr>
        <w:spacing w:after="60" w:line="250" w:lineRule="auto"/>
        <w:ind w:left="202" w:right="173"/>
      </w:pPr>
      <w:r>
        <w:rPr>
          <w:rFonts w:ascii="Georgia" w:hAnsi="Georgia"/>
          <w:b w:val="0"/>
          <w:i w:val="0"/>
          <w:color w:val="22201D"/>
          <w:sz w:val="17"/>
        </w:rPr>
        <w:t>INSPECTION FAILED. REVISION REQUIRED.</w:t>
      </w:r>
    </w:p>
    <w:p>
      <w:pPr>
        <w:spacing w:after="60" w:line="266" w:lineRule="auto"/>
        <w:ind w:firstLine="331"/>
        <w:jc w:val="both"/>
      </w:pPr>
      <w:r>
        <w:rPr>
          <w:rFonts w:ascii="Georgia" w:hAnsi="Georgia"/>
          <w:b w:val="0"/>
          <w:i w:val="0"/>
          <w:color w:val="22201D"/>
          <w:sz w:val="20"/>
        </w:rPr>
        <w:t>For the first time, the label had said something useful about itself.</w:t>
      </w:r>
    </w:p>
    <w:p>
      <w:pPr>
        <w:spacing w:after="60" w:line="266" w:lineRule="auto"/>
        <w:ind w:firstLine="331"/>
        <w:jc w:val="both"/>
      </w:pPr>
      <w:r>
        <w:rPr>
          <w:rFonts w:ascii="Georgia" w:hAnsi="Georgia"/>
          <w:b w:val="0"/>
          <w:i w:val="0"/>
          <w:color w:val="22201D"/>
          <w:sz w:val="20"/>
        </w:rPr>
        <w:t>No one praised it.</w:t>
      </w:r>
    </w:p>
    <w:p>
      <w:pPr>
        <w:spacing w:after="60" w:line="266" w:lineRule="auto"/>
        <w:ind w:firstLine="331"/>
        <w:jc w:val="both"/>
      </w:pPr>
      <w:r>
        <w:rPr>
          <w:rFonts w:ascii="Georgia" w:hAnsi="Georgia"/>
          <w:b w:val="0"/>
          <w:i w:val="0"/>
          <w:color w:val="22201D"/>
          <w:sz w:val="20"/>
        </w:rPr>
        <w:t>That was also useful.</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Gold Pheasant Peach Scotch Bonnet</w:t>
      </w:r>
    </w:p>
    <w:p>
      <w:pPr>
        <w:spacing w:after="60" w:line="266" w:lineRule="auto"/>
        <w:ind w:firstLine="0"/>
        <w:jc w:val="both"/>
      </w:pPr>
      <w:r>
        <w:rPr>
          <w:rFonts w:ascii="Georgia" w:hAnsi="Georgia"/>
          <w:b w:val="0"/>
          <w:i w:val="0"/>
          <w:color w:val="22201D"/>
          <w:sz w:val="20"/>
        </w:rPr>
        <w:t>The empty jar waited beside the failed front label.</w:t>
      </w:r>
    </w:p>
    <w:p>
      <w:pPr>
        <w:spacing w:after="60" w:line="266" w:lineRule="auto"/>
        <w:ind w:firstLine="331"/>
        <w:jc w:val="both"/>
      </w:pPr>
      <w:r>
        <w:rPr>
          <w:rFonts w:ascii="Georgia" w:hAnsi="Georgia"/>
          <w:b w:val="0"/>
          <w:i w:val="0"/>
          <w:color w:val="22201D"/>
          <w:sz w:val="20"/>
        </w:rPr>
        <w:t>This was rude.</w:t>
      </w:r>
    </w:p>
    <w:p>
      <w:pPr>
        <w:spacing w:after="60" w:line="266" w:lineRule="auto"/>
        <w:ind w:firstLine="331"/>
        <w:jc w:val="both"/>
      </w:pPr>
      <w:r>
        <w:rPr>
          <w:rFonts w:ascii="Georgia" w:hAnsi="Georgia"/>
          <w:b w:val="0"/>
          <w:i w:val="0"/>
          <w:color w:val="22201D"/>
          <w:sz w:val="20"/>
        </w:rPr>
        <w:t>An empty jar should have the modesty to look useless. This one looked like it had already been promised a future by someone with excellent handwriting and insufficient liability coverage.</w:t>
      </w:r>
    </w:p>
    <w:p>
      <w:pPr>
        <w:spacing w:after="60" w:line="266" w:lineRule="auto"/>
        <w:ind w:firstLine="331"/>
        <w:jc w:val="both"/>
      </w:pPr>
      <w:r>
        <w:rPr>
          <w:rFonts w:ascii="Georgia" w:hAnsi="Georgia"/>
          <w:b w:val="0"/>
          <w:i w:val="0"/>
          <w:color w:val="22201D"/>
          <w:sz w:val="20"/>
        </w:rPr>
        <w:t>Gerald kept the failed front label in its archival acetate sleeve. The hidden term remained exposed. The adhesive-backed term remained visible beside it. The false certification circle was still boxed on the parchment, which made the gold pheasant look annoyed without technically giving it a face.</w:t>
      </w:r>
    </w:p>
    <w:p>
      <w:pPr>
        <w:spacing w:after="60" w:line="266" w:lineRule="auto"/>
        <w:ind w:firstLine="331"/>
        <w:jc w:val="both"/>
      </w:pPr>
      <w:r>
        <w:rPr>
          <w:rFonts w:ascii="Georgia" w:hAnsi="Georgia"/>
          <w:b w:val="0"/>
          <w:i w:val="0"/>
          <w:color w:val="22201D"/>
          <w:sz w:val="20"/>
        </w:rPr>
        <w:t>The new card from the shelf sat beside the empty jar.</w:t>
      </w:r>
    </w:p>
    <w:p>
      <w:pPr>
        <w:spacing w:after="60" w:line="250" w:lineRule="auto"/>
        <w:ind w:left="202" w:right="173"/>
      </w:pPr>
      <w:r>
        <w:rPr>
          <w:rFonts w:ascii="Georgia" w:hAnsi="Georgia"/>
          <w:b w:val="0"/>
          <w:i w:val="0"/>
          <w:color w:val="22201D"/>
          <w:sz w:val="17"/>
        </w:rPr>
        <w:t>SAUCE LABEL REQUIRED Before filling. Before sealing. Before tasting.</w:t>
      </w:r>
    </w:p>
    <w:p>
      <w:pPr>
        <w:spacing w:after="60" w:line="266" w:lineRule="auto"/>
        <w:ind w:firstLine="331"/>
        <w:jc w:val="both"/>
      </w:pPr>
      <w:r>
        <w:rPr>
          <w:rFonts w:ascii="Georgia" w:hAnsi="Georgia"/>
          <w:b w:val="0"/>
          <w:i w:val="0"/>
          <w:color w:val="22201D"/>
          <w:sz w:val="20"/>
        </w:rPr>
        <w:t>Flocc read it again.</w:t>
      </w:r>
    </w:p>
    <w:p>
      <w:pPr>
        <w:spacing w:after="60" w:line="266" w:lineRule="auto"/>
        <w:ind w:firstLine="331"/>
        <w:jc w:val="both"/>
      </w:pPr>
      <w:r>
        <w:rPr>
          <w:rFonts w:ascii="Georgia" w:hAnsi="Georgia"/>
          <w:b w:val="0"/>
          <w:i w:val="0"/>
          <w:color w:val="22201D"/>
          <w:sz w:val="20"/>
        </w:rPr>
        <w:t>The price from Chapter Three waited underneath the instruction in handwriting that looked less like ink and more like the pantry had pressed meaning into the card with a spoon.</w:t>
      </w:r>
    </w:p>
    <w:p>
      <w:pPr>
        <w:spacing w:after="60" w:line="250" w:lineRule="auto"/>
        <w:ind w:left="202" w:right="173"/>
      </w:pPr>
      <w:r>
        <w:rPr>
          <w:rFonts w:ascii="Georgia" w:hAnsi="Georgia"/>
          <w:b w:val="0"/>
          <w:i w:val="0"/>
          <w:color w:val="22201D"/>
          <w:sz w:val="17"/>
        </w:rPr>
        <w:t>Price: respect</w:t>
      </w:r>
    </w:p>
    <w:p>
      <w:pPr>
        <w:spacing w:after="60" w:line="266" w:lineRule="auto"/>
        <w:ind w:firstLine="331"/>
        <w:jc w:val="both"/>
      </w:pPr>
      <w:r>
        <w:rPr>
          <w:rFonts w:ascii="Georgia" w:hAnsi="Georgia"/>
          <w:b w:val="0"/>
          <w:i w:val="0"/>
          <w:color w:val="22201D"/>
          <w:sz w:val="20"/>
        </w:rPr>
        <w:t>Nico looked at the empty jar, the failed label, and the card.</w:t>
      </w:r>
    </w:p>
    <w:p>
      <w:pPr>
        <w:spacing w:after="60" w:line="266" w:lineRule="auto"/>
        <w:ind w:firstLine="331"/>
        <w:jc w:val="both"/>
      </w:pPr>
      <w:r>
        <w:rPr>
          <w:rFonts w:ascii="Georgia" w:hAnsi="Georgia"/>
          <w:b w:val="0"/>
          <w:i w:val="0"/>
          <w:color w:val="22201D"/>
          <w:sz w:val="20"/>
        </w:rPr>
        <w:t>"Respect is doing a lot of operational work."</w:t>
      </w:r>
    </w:p>
    <w:p>
      <w:pPr>
        <w:spacing w:after="60" w:line="266" w:lineRule="auto"/>
        <w:ind w:firstLine="331"/>
        <w:jc w:val="both"/>
      </w:pPr>
      <w:r>
        <w:rPr>
          <w:rFonts w:ascii="Georgia" w:hAnsi="Georgia"/>
          <w:b w:val="0"/>
          <w:i w:val="0"/>
          <w:color w:val="22201D"/>
          <w:sz w:val="20"/>
        </w:rPr>
        <w:t>Gerald did not look up.</w:t>
      </w:r>
    </w:p>
    <w:p>
      <w:pPr>
        <w:spacing w:after="60" w:line="266" w:lineRule="auto"/>
        <w:ind w:firstLine="331"/>
        <w:jc w:val="both"/>
      </w:pPr>
      <w:r>
        <w:rPr>
          <w:rFonts w:ascii="Georgia" w:hAnsi="Georgia"/>
          <w:b w:val="0"/>
          <w:i w:val="0"/>
          <w:color w:val="22201D"/>
          <w:sz w:val="20"/>
        </w:rPr>
        <w:t>"Then let it."</w:t>
      </w:r>
    </w:p>
    <w:p>
      <w:pPr>
        <w:spacing w:after="60" w:line="266" w:lineRule="auto"/>
        <w:ind w:firstLine="331"/>
        <w:jc w:val="both"/>
      </w:pPr>
      <w:r>
        <w:rPr>
          <w:rFonts w:ascii="Georgia" w:hAnsi="Georgia"/>
          <w:b w:val="0"/>
          <w:i w:val="0"/>
          <w:color w:val="22201D"/>
          <w:sz w:val="20"/>
        </w:rPr>
        <w:t>The Hostess placed a blank sauce label on the worktable.</w:t>
      </w:r>
    </w:p>
    <w:p>
      <w:pPr>
        <w:spacing w:after="60" w:line="266" w:lineRule="auto"/>
        <w:ind w:firstLine="331"/>
        <w:jc w:val="both"/>
      </w:pPr>
      <w:r>
        <w:rPr>
          <w:rFonts w:ascii="Georgia" w:hAnsi="Georgia"/>
          <w:b w:val="0"/>
          <w:i w:val="0"/>
          <w:color w:val="22201D"/>
          <w:sz w:val="20"/>
        </w:rPr>
        <w:t>It was not beautiful.</w:t>
      </w:r>
    </w:p>
    <w:p>
      <w:pPr>
        <w:spacing w:after="60" w:line="266" w:lineRule="auto"/>
        <w:ind w:firstLine="331"/>
        <w:jc w:val="both"/>
      </w:pPr>
      <w:r>
        <w:rPr>
          <w:rFonts w:ascii="Georgia" w:hAnsi="Georgia"/>
          <w:b w:val="0"/>
          <w:i w:val="0"/>
          <w:color w:val="22201D"/>
          <w:sz w:val="20"/>
        </w:rPr>
        <w:t>This was promising.</w:t>
      </w:r>
    </w:p>
    <w:p>
      <w:pPr>
        <w:spacing w:after="60" w:line="266" w:lineRule="auto"/>
        <w:ind w:firstLine="331"/>
        <w:jc w:val="both"/>
      </w:pPr>
      <w:r>
        <w:rPr>
          <w:rFonts w:ascii="Georgia" w:hAnsi="Georgia"/>
          <w:b w:val="0"/>
          <w:i w:val="0"/>
          <w:color w:val="22201D"/>
          <w:sz w:val="20"/>
        </w:rPr>
        <w:t>It had no pheasant, no peach glow, no peppers pretending to be punctuation, no claim line about courteous fire, and no seal-shaped suggestion. It was matte white with a black border and enough room for danger to stand without slouching.</w:t>
      </w:r>
    </w:p>
    <w:p>
      <w:pPr>
        <w:spacing w:after="60" w:line="266" w:lineRule="auto"/>
        <w:ind w:firstLine="331"/>
        <w:jc w:val="both"/>
      </w:pPr>
      <w:r>
        <w:rPr>
          <w:rFonts w:ascii="Georgia" w:hAnsi="Georgia"/>
          <w:b w:val="0"/>
          <w:i w:val="0"/>
          <w:color w:val="22201D"/>
          <w:sz w:val="20"/>
        </w:rPr>
        <w:t>The blank label printed:</w:t>
      </w:r>
    </w:p>
    <w:p>
      <w:pPr>
        <w:spacing w:after="60" w:line="250" w:lineRule="auto"/>
        <w:ind w:left="202" w:right="173"/>
      </w:pPr>
      <w:r>
        <w:rPr>
          <w:rFonts w:ascii="Georgia" w:hAnsi="Georgia"/>
          <w:b w:val="0"/>
          <w:i w:val="0"/>
          <w:color w:val="22201D"/>
          <w:sz w:val="17"/>
        </w:rPr>
        <w:t>SAUCE LABEL DRAFT  Product: unwritten  Status: not approved  Rule: warnings before charm</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"This label has manners."</w:t>
      </w:r>
    </w:p>
    <w:p>
      <w:pPr>
        <w:spacing w:after="60" w:line="266" w:lineRule="auto"/>
        <w:ind w:firstLine="331"/>
        <w:jc w:val="both"/>
      </w:pPr>
      <w:r>
        <w:rPr>
          <w:rFonts w:ascii="Georgia" w:hAnsi="Georgia"/>
          <w:b w:val="0"/>
          <w:i w:val="0"/>
          <w:color w:val="22201D"/>
          <w:sz w:val="20"/>
        </w:rPr>
        <w:t>The failed front label in the sleeve tried to brighten at the word label.</w:t>
      </w:r>
    </w:p>
    <w:p>
      <w:pPr>
        <w:spacing w:after="60" w:line="266" w:lineRule="auto"/>
        <w:ind w:firstLine="331"/>
        <w:jc w:val="both"/>
      </w:pPr>
      <w:r>
        <w:rPr>
          <w:rFonts w:ascii="Georgia" w:hAnsi="Georgia"/>
          <w:b w:val="0"/>
          <w:i w:val="0"/>
          <w:color w:val="22201D"/>
          <w:sz w:val="20"/>
        </w:rPr>
        <w:t>Bob put the mixing bowl over it.</w:t>
      </w:r>
    </w:p>
    <w:p>
      <w:pPr>
        <w:spacing w:after="60" w:line="266" w:lineRule="auto"/>
        <w:ind w:firstLine="331"/>
        <w:jc w:val="both"/>
      </w:pPr>
      <w:r>
        <w:rPr>
          <w:rFonts w:ascii="Georgia" w:hAnsi="Georgia"/>
          <w:b w:val="0"/>
          <w:i w:val="0"/>
          <w:color w:val="22201D"/>
          <w:sz w:val="20"/>
        </w:rPr>
        <w:t>"Quiet."</w:t>
      </w:r>
    </w:p>
    <w:p>
      <w:pPr>
        <w:spacing w:after="60" w:line="266" w:lineRule="auto"/>
        <w:ind w:firstLine="331"/>
        <w:jc w:val="both"/>
      </w:pPr>
      <w:r>
        <w:rPr>
          <w:rFonts w:ascii="Georgia" w:hAnsi="Georgia"/>
          <w:b w:val="0"/>
          <w:i w:val="0"/>
          <w:color w:val="22201D"/>
          <w:sz w:val="20"/>
        </w:rPr>
        <w:t>The bowl held.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failed front label contained during sauce-label drafting</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"Name the product."</w:t>
      </w:r>
    </w:p>
    <w:p>
      <w:pPr>
        <w:spacing w:after="60" w:line="266" w:lineRule="auto"/>
        <w:ind w:firstLine="331"/>
        <w:jc w:val="both"/>
      </w:pPr>
      <w:r>
        <w:rPr>
          <w:rFonts w:ascii="Georgia" w:hAnsi="Georgia"/>
          <w:b w:val="0"/>
          <w:i w:val="0"/>
          <w:color w:val="22201D"/>
          <w:sz w:val="20"/>
        </w:rPr>
        <w:t>Flocc looked at the empty jar.</w:t>
      </w:r>
    </w:p>
    <w:p>
      <w:pPr>
        <w:spacing w:after="60" w:line="266" w:lineRule="auto"/>
        <w:ind w:firstLine="331"/>
        <w:jc w:val="both"/>
      </w:pPr>
      <w:r>
        <w:rPr>
          <w:rFonts w:ascii="Georgia" w:hAnsi="Georgia"/>
          <w:b w:val="0"/>
          <w:i w:val="0"/>
          <w:color w:val="22201D"/>
          <w:sz w:val="20"/>
        </w:rPr>
        <w:t>He wanted to say the name in the same way the failed label had said it: gold first, peach second, heat third, risk as a flourish.</w:t>
      </w:r>
    </w:p>
    <w:p>
      <w:pPr>
        <w:spacing w:after="60" w:line="266" w:lineRule="auto"/>
        <w:ind w:firstLine="331"/>
        <w:jc w:val="both"/>
      </w:pPr>
      <w:r>
        <w:rPr>
          <w:rFonts w:ascii="Georgia" w:hAnsi="Georgia"/>
          <w:b w:val="0"/>
          <w:i w:val="0"/>
          <w:color w:val="22201D"/>
          <w:sz w:val="20"/>
        </w:rPr>
        <w:t>That was probably why he should not.</w:t>
      </w:r>
    </w:p>
    <w:p>
      <w:pPr>
        <w:spacing w:after="60" w:line="266" w:lineRule="auto"/>
        <w:ind w:firstLine="331"/>
        <w:jc w:val="both"/>
      </w:pPr>
      <w:r>
        <w:rPr>
          <w:rFonts w:ascii="Georgia" w:hAnsi="Georgia"/>
          <w:b w:val="0"/>
          <w:i w:val="0"/>
          <w:color w:val="22201D"/>
          <w:sz w:val="20"/>
        </w:rPr>
        <w:t>"Gold Pheasant Peach Scotch Bonnet," he said.</w:t>
      </w:r>
    </w:p>
    <w:p>
      <w:pPr>
        <w:spacing w:after="60" w:line="266" w:lineRule="auto"/>
        <w:ind w:firstLine="331"/>
        <w:jc w:val="both"/>
      </w:pPr>
      <w:r>
        <w:rPr>
          <w:rFonts w:ascii="Georgia" w:hAnsi="Georgia"/>
          <w:b w:val="0"/>
          <w:i w:val="0"/>
          <w:color w:val="22201D"/>
          <w:sz w:val="20"/>
        </w:rPr>
        <w:t>The blank sauce label printed the name in plain type.</w:t>
      </w:r>
    </w:p>
    <w:p>
      <w:pPr>
        <w:spacing w:after="60" w:line="266" w:lineRule="auto"/>
        <w:ind w:firstLine="331"/>
        <w:jc w:val="both"/>
      </w:pPr>
      <w:r>
        <w:rPr>
          <w:rFonts w:ascii="Georgia" w:hAnsi="Georgia"/>
          <w:b w:val="0"/>
          <w:i w:val="0"/>
          <w:color w:val="22201D"/>
          <w:sz w:val="20"/>
        </w:rPr>
        <w:t>Not small.</w:t>
      </w:r>
    </w:p>
    <w:p>
      <w:pPr>
        <w:spacing w:after="60" w:line="266" w:lineRule="auto"/>
        <w:ind w:firstLine="331"/>
        <w:jc w:val="both"/>
      </w:pPr>
      <w:r>
        <w:rPr>
          <w:rFonts w:ascii="Georgia" w:hAnsi="Georgia"/>
          <w:b w:val="0"/>
          <w:i w:val="0"/>
          <w:color w:val="22201D"/>
          <w:sz w:val="20"/>
        </w:rPr>
        <w:t>Not theatrical.</w:t>
      </w:r>
    </w:p>
    <w:p>
      <w:pPr>
        <w:spacing w:after="60" w:line="266" w:lineRule="auto"/>
        <w:ind w:firstLine="331"/>
        <w:jc w:val="both"/>
      </w:pPr>
      <w:r>
        <w:rPr>
          <w:rFonts w:ascii="Georgia" w:hAnsi="Georgia"/>
          <w:b w:val="0"/>
          <w:i w:val="0"/>
          <w:color w:val="22201D"/>
          <w:sz w:val="20"/>
        </w:rPr>
        <w:t>Readable.</w:t>
      </w:r>
    </w:p>
    <w:p>
      <w:pPr>
        <w:spacing w:after="60" w:line="250" w:lineRule="auto"/>
        <w:ind w:left="202" w:right="173"/>
      </w:pPr>
      <w:r>
        <w:rPr>
          <w:rFonts w:ascii="Georgia" w:hAnsi="Georgia"/>
          <w:b w:val="0"/>
          <w:i w:val="0"/>
          <w:color w:val="22201D"/>
          <w:sz w:val="17"/>
        </w:rPr>
        <w:t>Product: Gold Pheasant Peach Scotch Bonnet</w:t>
      </w:r>
    </w:p>
    <w:p>
      <w:pPr>
        <w:spacing w:after="60" w:line="266" w:lineRule="auto"/>
        <w:ind w:firstLine="331"/>
        <w:jc w:val="both"/>
      </w:pPr>
      <w:r>
        <w:rPr>
          <w:rFonts w:ascii="Georgia" w:hAnsi="Georgia"/>
          <w:b w:val="0"/>
          <w:i w:val="0"/>
          <w:color w:val="22201D"/>
          <w:sz w:val="20"/>
        </w:rPr>
        <w:t>Gerald measured it.</w:t>
      </w:r>
    </w:p>
    <w:p>
      <w:pPr>
        <w:spacing w:after="60" w:line="266" w:lineRule="auto"/>
        <w:ind w:firstLine="331"/>
        <w:jc w:val="both"/>
      </w:pPr>
      <w:r>
        <w:rPr>
          <w:rFonts w:ascii="Georgia" w:hAnsi="Georgia"/>
          <w:b w:val="0"/>
          <w:i w:val="0"/>
          <w:color w:val="22201D"/>
          <w:sz w:val="20"/>
        </w:rPr>
        <w:t>"Readable. Not dominant enough to bury warnings."</w:t>
      </w:r>
    </w:p>
    <w:p>
      <w:pPr>
        <w:spacing w:after="60" w:line="266" w:lineRule="auto"/>
        <w:ind w:firstLine="331"/>
        <w:jc w:val="both"/>
      </w:pPr>
      <w:r>
        <w:rPr>
          <w:rFonts w:ascii="Georgia" w:hAnsi="Georgia"/>
          <w:b w:val="0"/>
          <w:i w:val="0"/>
          <w:color w:val="22201D"/>
          <w:sz w:val="20"/>
        </w:rPr>
        <w:t>Nico whispered, "We are all learning font humility."</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Some of you.</w:t>
      </w:r>
    </w:p>
    <w:p>
      <w:pPr>
        <w:spacing w:after="60" w:line="266" w:lineRule="auto"/>
        <w:ind w:firstLine="331"/>
        <w:jc w:val="both"/>
      </w:pPr>
      <w:r>
        <w:rPr>
          <w:rFonts w:ascii="Georgia" w:hAnsi="Georgia"/>
          <w:b w:val="0"/>
          <w:i w:val="0"/>
          <w:color w:val="22201D"/>
          <w:sz w:val="20"/>
        </w:rPr>
        <w:t>Nico accepted this as data.</w:t>
      </w:r>
    </w:p>
    <w:p>
      <w:pPr>
        <w:spacing w:after="60" w:line="266" w:lineRule="auto"/>
        <w:ind w:firstLine="331"/>
        <w:jc w:val="both"/>
      </w:pPr>
      <w:r>
        <w:rPr>
          <w:rFonts w:ascii="Georgia" w:hAnsi="Georgia"/>
          <w:b w:val="0"/>
          <w:i w:val="0"/>
          <w:color w:val="22201D"/>
          <w:sz w:val="20"/>
        </w:rPr>
        <w:t>The Hostess pointed to the next blank section.</w:t>
      </w:r>
    </w:p>
    <w:p>
      <w:pPr>
        <w:spacing w:after="60" w:line="250" w:lineRule="auto"/>
        <w:ind w:left="202" w:right="173"/>
      </w:pPr>
      <w:r>
        <w:rPr>
          <w:rFonts w:ascii="Georgia" w:hAnsi="Georgia"/>
          <w:b w:val="0"/>
          <w:i w:val="0"/>
          <w:color w:val="22201D"/>
          <w:sz w:val="17"/>
        </w:rPr>
        <w:t>Warnings: unwritten</w:t>
      </w:r>
    </w:p>
    <w:p>
      <w:pPr>
        <w:spacing w:after="60" w:line="266" w:lineRule="auto"/>
        <w:ind w:firstLine="331"/>
        <w:jc w:val="both"/>
      </w:pPr>
      <w:r>
        <w:rPr>
          <w:rFonts w:ascii="Georgia" w:hAnsi="Georgia"/>
          <w:b w:val="0"/>
          <w:i w:val="0"/>
          <w:color w:val="22201D"/>
          <w:sz w:val="20"/>
        </w:rPr>
        <w:t>Flocc looked at Gerald.</w:t>
      </w:r>
    </w:p>
    <w:p>
      <w:pPr>
        <w:spacing w:after="60" w:line="266" w:lineRule="auto"/>
        <w:ind w:firstLine="331"/>
        <w:jc w:val="both"/>
      </w:pPr>
      <w:r>
        <w:rPr>
          <w:rFonts w:ascii="Georgia" w:hAnsi="Georgia"/>
          <w:b w:val="0"/>
          <w:i w:val="0"/>
          <w:color w:val="22201D"/>
          <w:sz w:val="20"/>
        </w:rPr>
        <w:t>Gerald handed him the omission list from Chapter Two.</w:t>
      </w:r>
    </w:p>
    <w:p>
      <w:pPr>
        <w:spacing w:after="60" w:line="250" w:lineRule="auto"/>
        <w:ind w:left="202" w:right="173"/>
      </w:pPr>
      <w:r>
        <w:rPr>
          <w:rFonts w:ascii="Georgia" w:hAnsi="Georgia"/>
          <w:b w:val="0"/>
          <w:i w:val="0"/>
          <w:color w:val="22201D"/>
          <w:sz w:val="17"/>
        </w:rPr>
        <w:t>OMITTED: actual heat range ingredients allergens batch number maker address date storage instruction serving size what consent applies to how to decline who accepts consequence whether sauce is opened whether waiver exists</w:t>
      </w:r>
    </w:p>
    <w:p>
      <w:pPr>
        <w:spacing w:after="60" w:line="266" w:lineRule="auto"/>
        <w:ind w:firstLine="331"/>
        <w:jc w:val="both"/>
      </w:pPr>
      <w:r>
        <w:rPr>
          <w:rFonts w:ascii="Georgia" w:hAnsi="Georgia"/>
          <w:b w:val="0"/>
          <w:i w:val="0"/>
          <w:color w:val="22201D"/>
          <w:sz w:val="20"/>
        </w:rPr>
        <w:t>"Respect means you do not make the sauce smaller," the Hostess said. "It also means you do not let it make itself safer than it is."</w:t>
      </w:r>
    </w:p>
    <w:p>
      <w:pPr>
        <w:spacing w:after="60" w:line="266" w:lineRule="auto"/>
        <w:ind w:firstLine="331"/>
        <w:jc w:val="both"/>
      </w:pPr>
      <w:r>
        <w:rPr>
          <w:rFonts w:ascii="Georgia" w:hAnsi="Georgia"/>
          <w:b w:val="0"/>
          <w:i w:val="0"/>
          <w:color w:val="22201D"/>
          <w:sz w:val="20"/>
        </w:rPr>
        <w:t>The empty jar reflected the pantry light.</w:t>
      </w:r>
    </w:p>
    <w:p>
      <w:pPr>
        <w:spacing w:after="60" w:line="266" w:lineRule="auto"/>
        <w:ind w:firstLine="331"/>
        <w:jc w:val="both"/>
      </w:pPr>
      <w:r>
        <w:rPr>
          <w:rFonts w:ascii="Georgia" w:hAnsi="Georgia"/>
          <w:b w:val="0"/>
          <w:i w:val="0"/>
          <w:color w:val="22201D"/>
          <w:sz w:val="20"/>
        </w:rPr>
        <w:t>For a second Flocc saw the color that was not inside it yet: gold-orange peach at the edge, darker amber at the center, red flecks like tiny warning flags caught in fruit.</w:t>
      </w:r>
    </w:p>
    <w:p>
      <w:pPr>
        <w:spacing w:after="60" w:line="266" w:lineRule="auto"/>
        <w:ind w:firstLine="331"/>
        <w:jc w:val="both"/>
      </w:pPr>
      <w:r>
        <w:rPr>
          <w:rFonts w:ascii="Georgia" w:hAnsi="Georgia"/>
          <w:b w:val="0"/>
          <w:i w:val="0"/>
          <w:color w:val="22201D"/>
          <w:sz w:val="20"/>
        </w:rPr>
        <w:t>He could almost smell it.</w:t>
      </w:r>
    </w:p>
    <w:p>
      <w:pPr>
        <w:spacing w:after="60" w:line="266" w:lineRule="auto"/>
        <w:ind w:firstLine="331"/>
        <w:jc w:val="both"/>
      </w:pPr>
      <w:r>
        <w:rPr>
          <w:rFonts w:ascii="Georgia" w:hAnsi="Georgia"/>
          <w:b w:val="0"/>
          <w:i w:val="0"/>
          <w:color w:val="22201D"/>
          <w:sz w:val="20"/>
        </w:rPr>
        <w:t>That was the problem.</w:t>
      </w:r>
    </w:p>
    <w:p>
      <w:pPr>
        <w:spacing w:after="60" w:line="266" w:lineRule="auto"/>
        <w:ind w:firstLine="331"/>
        <w:jc w:val="both"/>
      </w:pPr>
      <w:r>
        <w:rPr>
          <w:rFonts w:ascii="Georgia" w:hAnsi="Georgia"/>
          <w:b w:val="0"/>
          <w:i w:val="0"/>
          <w:color w:val="22201D"/>
          <w:sz w:val="20"/>
        </w:rPr>
        <w:t>Almost was where procedure went to be bypassed.</w:t>
      </w:r>
    </w:p>
    <w:p>
      <w:pPr>
        <w:spacing w:after="60" w:line="266" w:lineRule="auto"/>
        <w:ind w:firstLine="331"/>
        <w:jc w:val="both"/>
      </w:pPr>
      <w:r>
        <w:rPr>
          <w:rFonts w:ascii="Georgia" w:hAnsi="Georgia"/>
          <w:b w:val="0"/>
          <w:i w:val="0"/>
          <w:color w:val="22201D"/>
          <w:sz w:val="20"/>
        </w:rPr>
        <w:t>"Warning," he said, and the label waited. "Hot sauce. Contains scotch bonnet pepper. Fruit sweetness may arrive before heat. Heat may build after swallowing. Do not treat sweetness as safety."</w:t>
      </w:r>
    </w:p>
    <w:p>
      <w:pPr>
        <w:spacing w:after="60" w:line="266" w:lineRule="auto"/>
        <w:ind w:firstLine="331"/>
        <w:jc w:val="both"/>
      </w:pPr>
      <w:r>
        <w:rPr>
          <w:rFonts w:ascii="Georgia" w:hAnsi="Georgia"/>
          <w:b w:val="0"/>
          <w:i w:val="0"/>
          <w:color w:val="22201D"/>
          <w:sz w:val="20"/>
        </w:rPr>
        <w:t>The label printed the warning above the product name.</w:t>
      </w:r>
    </w:p>
    <w:p>
      <w:pPr>
        <w:spacing w:after="60" w:line="266" w:lineRule="auto"/>
        <w:ind w:firstLine="331"/>
        <w:jc w:val="both"/>
      </w:pPr>
      <w:r>
        <w:rPr>
          <w:rFonts w:ascii="Georgia" w:hAnsi="Georgia"/>
          <w:b w:val="0"/>
          <w:i w:val="0"/>
          <w:color w:val="22201D"/>
          <w:sz w:val="20"/>
        </w:rPr>
        <w:t>Gerald's eyebrows moved.</w:t>
      </w:r>
    </w:p>
    <w:p>
      <w:pPr>
        <w:spacing w:after="60" w:line="266" w:lineRule="auto"/>
        <w:ind w:firstLine="331"/>
        <w:jc w:val="both"/>
      </w:pPr>
      <w:r>
        <w:rPr>
          <w:rFonts w:ascii="Georgia" w:hAnsi="Georgia"/>
          <w:b w:val="0"/>
          <w:i w:val="0"/>
          <w:color w:val="22201D"/>
          <w:sz w:val="20"/>
        </w:rPr>
        <w:t>"Good order."</w:t>
      </w:r>
    </w:p>
    <w:p>
      <w:pPr>
        <w:spacing w:after="60" w:line="266" w:lineRule="auto"/>
        <w:ind w:firstLine="331"/>
        <w:jc w:val="both"/>
      </w:pPr>
      <w:r>
        <w:rPr>
          <w:rFonts w:ascii="Georgia" w:hAnsi="Georgia"/>
          <w:b w:val="0"/>
          <w:i w:val="0"/>
          <w:color w:val="22201D"/>
          <w:sz w:val="20"/>
        </w:rPr>
        <w:t>The Hostess said, "Continue."</w:t>
      </w:r>
    </w:p>
    <w:p>
      <w:pPr>
        <w:spacing w:after="60" w:line="266" w:lineRule="auto"/>
        <w:ind w:firstLine="331"/>
        <w:jc w:val="both"/>
      </w:pPr>
      <w:r>
        <w:rPr>
          <w:rFonts w:ascii="Georgia" w:hAnsi="Georgia"/>
          <w:b w:val="0"/>
          <w:i w:val="0"/>
          <w:color w:val="22201D"/>
          <w:sz w:val="20"/>
        </w:rPr>
        <w:t>"Read before opening. Do not taste from jar. Use clean spoon. One sample per consenting person until batch log is complete. Declining requires no explanation."</w:t>
      </w:r>
    </w:p>
    <w:p>
      <w:pPr>
        <w:spacing w:after="60" w:line="266" w:lineRule="auto"/>
        <w:ind w:firstLine="331"/>
        <w:jc w:val="both"/>
      </w:pPr>
      <w:r>
        <w:rPr>
          <w:rFonts w:ascii="Georgia" w:hAnsi="Georgia"/>
          <w:b w:val="0"/>
          <w:i w:val="0"/>
          <w:color w:val="22201D"/>
          <w:sz w:val="20"/>
        </w:rPr>
        <w:t>The label printed each sentence on its own line.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decline language included before flavor claims</w:t>
      </w:r>
    </w:p>
    <w:p>
      <w:pPr>
        <w:spacing w:after="60" w:line="266" w:lineRule="auto"/>
        <w:ind w:firstLine="331"/>
        <w:jc w:val="both"/>
      </w:pPr>
      <w:r>
        <w:rPr>
          <w:rFonts w:ascii="Georgia" w:hAnsi="Georgia"/>
          <w:b w:val="0"/>
          <w:i w:val="0"/>
          <w:color w:val="22201D"/>
          <w:sz w:val="20"/>
        </w:rPr>
        <w:t>The failed front label tapped beneath the bowl.</w:t>
      </w:r>
    </w:p>
    <w:p>
      <w:pPr>
        <w:spacing w:after="60" w:line="266" w:lineRule="auto"/>
        <w:ind w:firstLine="331"/>
        <w:jc w:val="both"/>
      </w:pPr>
      <w:r>
        <w:rPr>
          <w:rFonts w:ascii="Georgia" w:hAnsi="Georgia"/>
          <w:b w:val="0"/>
          <w:i w:val="0"/>
          <w:color w:val="22201D"/>
          <w:sz w:val="20"/>
        </w:rPr>
        <w:t>Bob kept one hand on the bowl.</w:t>
      </w:r>
    </w:p>
    <w:p>
      <w:pPr>
        <w:spacing w:after="60" w:line="266" w:lineRule="auto"/>
        <w:ind w:firstLine="331"/>
        <w:jc w:val="both"/>
      </w:pPr>
      <w:r>
        <w:rPr>
          <w:rFonts w:ascii="Georgia" w:hAnsi="Georgia"/>
          <w:b w:val="0"/>
          <w:i w:val="0"/>
          <w:color w:val="22201D"/>
          <w:sz w:val="20"/>
        </w:rPr>
        <w:t>"Still quiet."</w:t>
      </w:r>
    </w:p>
    <w:p>
      <w:pPr>
        <w:spacing w:after="60" w:line="266" w:lineRule="auto"/>
        <w:ind w:firstLine="331"/>
        <w:jc w:val="both"/>
      </w:pPr>
      <w:r>
        <w:rPr>
          <w:rFonts w:ascii="Georgia" w:hAnsi="Georgia"/>
          <w:b w:val="0"/>
          <w:i w:val="0"/>
          <w:color w:val="22201D"/>
          <w:sz w:val="20"/>
        </w:rPr>
        <w:t>Gerald moved to ingredients.</w:t>
      </w:r>
    </w:p>
    <w:p>
      <w:pPr>
        <w:spacing w:after="60" w:line="266" w:lineRule="auto"/>
        <w:ind w:firstLine="331"/>
        <w:jc w:val="both"/>
      </w:pPr>
      <w:r>
        <w:rPr>
          <w:rFonts w:ascii="Georgia" w:hAnsi="Georgia"/>
          <w:b w:val="0"/>
          <w:i w:val="0"/>
          <w:color w:val="22201D"/>
          <w:sz w:val="20"/>
        </w:rPr>
        <w:t>"No ingredient list, no sauce."</w:t>
      </w:r>
    </w:p>
    <w:p>
      <w:pPr>
        <w:spacing w:after="60" w:line="266" w:lineRule="auto"/>
        <w:ind w:firstLine="331"/>
        <w:jc w:val="both"/>
      </w:pPr>
      <w:r>
        <w:rPr>
          <w:rFonts w:ascii="Georgia" w:hAnsi="Georgia"/>
          <w:b w:val="0"/>
          <w:i w:val="0"/>
          <w:color w:val="22201D"/>
          <w:sz w:val="20"/>
        </w:rPr>
        <w:t>The pantry produced three small sealed tins, a bag, and a folded paper packet.</w:t>
      </w:r>
    </w:p>
    <w:p>
      <w:pPr>
        <w:spacing w:after="60" w:line="266" w:lineRule="auto"/>
        <w:ind w:firstLine="331"/>
        <w:jc w:val="both"/>
      </w:pPr>
      <w:r>
        <w:rPr>
          <w:rFonts w:ascii="Georgia" w:hAnsi="Georgia"/>
          <w:b w:val="0"/>
          <w:i w:val="0"/>
          <w:color w:val="22201D"/>
          <w:sz w:val="20"/>
        </w:rPr>
        <w:t>They arrived on the worktable in a row:</w:t>
      </w:r>
    </w:p>
    <w:p>
      <w:pPr>
        <w:spacing w:after="60" w:line="250" w:lineRule="auto"/>
        <w:ind w:left="202" w:right="173"/>
      </w:pPr>
      <w:r>
        <w:rPr>
          <w:rFonts w:ascii="Georgia" w:hAnsi="Georgia"/>
          <w:b w:val="0"/>
          <w:i w:val="0"/>
          <w:color w:val="22201D"/>
          <w:sz w:val="17"/>
        </w:rPr>
        <w:t>PEACH PULP SCOTCH BONNET MASH GOLDEN VINEGAR SALT PHEASANT?</w:t>
      </w:r>
    </w:p>
    <w:p>
      <w:pPr>
        <w:spacing w:after="60" w:line="266" w:lineRule="auto"/>
        <w:ind w:firstLine="331"/>
        <w:jc w:val="both"/>
      </w:pPr>
      <w:r>
        <w:rPr>
          <w:rFonts w:ascii="Georgia" w:hAnsi="Georgia"/>
          <w:b w:val="0"/>
          <w:i w:val="0"/>
          <w:color w:val="22201D"/>
          <w:sz w:val="20"/>
        </w:rPr>
        <w:t>Gerald stared at the last packet.</w:t>
      </w:r>
    </w:p>
    <w:p>
      <w:pPr>
        <w:spacing w:after="60" w:line="266" w:lineRule="auto"/>
        <w:ind w:firstLine="331"/>
        <w:jc w:val="both"/>
      </w:pPr>
      <w:r>
        <w:rPr>
          <w:rFonts w:ascii="Georgia" w:hAnsi="Georgia"/>
          <w:b w:val="0"/>
          <w:i w:val="0"/>
          <w:color w:val="22201D"/>
          <w:sz w:val="20"/>
        </w:rPr>
        <w:t>"Question mark unacceptable."</w:t>
      </w:r>
    </w:p>
    <w:p>
      <w:pPr>
        <w:spacing w:after="60" w:line="266" w:lineRule="auto"/>
        <w:ind w:firstLine="331"/>
        <w:jc w:val="both"/>
      </w:pPr>
      <w:r>
        <w:rPr>
          <w:rFonts w:ascii="Georgia" w:hAnsi="Georgia"/>
          <w:b w:val="0"/>
          <w:i w:val="0"/>
          <w:color w:val="22201D"/>
          <w:sz w:val="20"/>
        </w:rPr>
        <w:t>Bob opened the folded paper packet.</w:t>
      </w:r>
    </w:p>
    <w:p>
      <w:pPr>
        <w:spacing w:after="60" w:line="266" w:lineRule="auto"/>
        <w:ind w:firstLine="331"/>
        <w:jc w:val="both"/>
      </w:pPr>
      <w:r>
        <w:rPr>
          <w:rFonts w:ascii="Georgia" w:hAnsi="Georgia"/>
          <w:b w:val="0"/>
          <w:i w:val="0"/>
          <w:color w:val="22201D"/>
          <w:sz w:val="20"/>
        </w:rPr>
        <w:t>Inside was not pheasant.</w:t>
      </w:r>
    </w:p>
    <w:p>
      <w:pPr>
        <w:spacing w:after="60" w:line="266" w:lineRule="auto"/>
        <w:ind w:firstLine="331"/>
        <w:jc w:val="both"/>
      </w:pPr>
      <w:r>
        <w:rPr>
          <w:rFonts w:ascii="Georgia" w:hAnsi="Georgia"/>
          <w:b w:val="0"/>
          <w:i w:val="0"/>
          <w:color w:val="22201D"/>
          <w:sz w:val="20"/>
        </w:rPr>
        <w:t>It was a printed color swatch labeled:</w:t>
      </w:r>
    </w:p>
    <w:p>
      <w:pPr>
        <w:spacing w:after="60" w:line="250" w:lineRule="auto"/>
        <w:ind w:left="202" w:right="173"/>
      </w:pPr>
      <w:r>
        <w:rPr>
          <w:rFonts w:ascii="Georgia" w:hAnsi="Georgia"/>
          <w:b w:val="0"/>
          <w:i w:val="0"/>
          <w:color w:val="22201D"/>
          <w:sz w:val="17"/>
        </w:rPr>
        <w:t>GOLD PHEASANT color name only no bird ingredient</w:t>
      </w:r>
    </w:p>
    <w:p>
      <w:pPr>
        <w:spacing w:after="60" w:line="266" w:lineRule="auto"/>
        <w:ind w:firstLine="331"/>
        <w:jc w:val="both"/>
      </w:pPr>
      <w:r>
        <w:rPr>
          <w:rFonts w:ascii="Georgia" w:hAnsi="Georgia"/>
          <w:b w:val="0"/>
          <w:i w:val="0"/>
          <w:color w:val="22201D"/>
          <w:sz w:val="20"/>
        </w:rPr>
        <w:t>Nico exhaled.</w:t>
      </w:r>
    </w:p>
    <w:p>
      <w:pPr>
        <w:spacing w:after="60" w:line="266" w:lineRule="auto"/>
        <w:ind w:firstLine="331"/>
        <w:jc w:val="both"/>
      </w:pPr>
      <w:r>
        <w:rPr>
          <w:rFonts w:ascii="Georgia" w:hAnsi="Georgia"/>
          <w:b w:val="0"/>
          <w:i w:val="0"/>
          <w:color w:val="22201D"/>
          <w:sz w:val="20"/>
        </w:rPr>
        <w:t>"That saves several conversations."</w:t>
      </w:r>
    </w:p>
    <w:p>
      <w:pPr>
        <w:spacing w:after="60" w:line="266" w:lineRule="auto"/>
        <w:ind w:firstLine="331"/>
        <w:jc w:val="both"/>
      </w:pPr>
      <w:r>
        <w:rPr>
          <w:rFonts w:ascii="Georgia" w:hAnsi="Georgia"/>
          <w:b w:val="0"/>
          <w:i w:val="0"/>
          <w:color w:val="22201D"/>
          <w:sz w:val="20"/>
        </w:rPr>
        <w:t>Gerald took the packet and inspected it with an intensity usually reserved for knives found in a dishwasher.</w:t>
      </w:r>
    </w:p>
    <w:p>
      <w:pPr>
        <w:spacing w:after="60" w:line="266" w:lineRule="auto"/>
        <w:ind w:firstLine="331"/>
        <w:jc w:val="both"/>
      </w:pPr>
      <w:r>
        <w:rPr>
          <w:rFonts w:ascii="Georgia" w:hAnsi="Georgia"/>
          <w:b w:val="0"/>
          <w:i w:val="0"/>
          <w:color w:val="22201D"/>
          <w:sz w:val="20"/>
        </w:rPr>
        <w:t>"No animal ingredient. Color name only. Must be explicit."</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Ingredients: peach pulp scotch bonnet pepper mash golden vinegar salt  Name note: Gold Pheasant is a color name. No pheasant ingredient.</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Good. Avoids avoidable panic.</w:t>
      </w:r>
    </w:p>
    <w:p>
      <w:pPr>
        <w:spacing w:after="60" w:line="266" w:lineRule="auto"/>
        <w:ind w:firstLine="331"/>
        <w:jc w:val="both"/>
      </w:pPr>
      <w:r>
        <w:rPr>
          <w:rFonts w:ascii="Georgia" w:hAnsi="Georgia"/>
          <w:b w:val="0"/>
          <w:i w:val="0"/>
          <w:color w:val="22201D"/>
          <w:sz w:val="20"/>
        </w:rPr>
        <w:t>Gerald pointed at the wall.</w:t>
      </w:r>
    </w:p>
    <w:p>
      <w:pPr>
        <w:spacing w:after="60" w:line="266" w:lineRule="auto"/>
        <w:ind w:firstLine="331"/>
        <w:jc w:val="both"/>
      </w:pPr>
      <w:r>
        <w:rPr>
          <w:rFonts w:ascii="Georgia" w:hAnsi="Georgia"/>
          <w:b w:val="0"/>
          <w:i w:val="0"/>
          <w:color w:val="22201D"/>
          <w:sz w:val="20"/>
        </w:rPr>
        <w:t>"That is not the standard, but yes."</w:t>
      </w:r>
    </w:p>
    <w:p>
      <w:pPr>
        <w:spacing w:after="60" w:line="266" w:lineRule="auto"/>
        <w:ind w:firstLine="331"/>
        <w:jc w:val="both"/>
      </w:pPr>
      <w:r>
        <w:rPr>
          <w:rFonts w:ascii="Georgia" w:hAnsi="Georgia"/>
          <w:b w:val="0"/>
          <w:i w:val="0"/>
          <w:color w:val="22201D"/>
          <w:sz w:val="20"/>
        </w:rPr>
        <w:t>The Hostess opened a drawer and removed a cap seal.</w:t>
      </w:r>
    </w:p>
    <w:p>
      <w:pPr>
        <w:spacing w:after="60" w:line="266" w:lineRule="auto"/>
        <w:ind w:firstLine="331"/>
        <w:jc w:val="both"/>
      </w:pPr>
      <w:r>
        <w:rPr>
          <w:rFonts w:ascii="Georgia" w:hAnsi="Georgia"/>
          <w:b w:val="0"/>
          <w:i w:val="0"/>
          <w:color w:val="22201D"/>
          <w:sz w:val="20"/>
        </w:rPr>
        <w:t>It was plain black with a white stripe that would break when opened.</w:t>
      </w:r>
    </w:p>
    <w:p>
      <w:pPr>
        <w:spacing w:after="60" w:line="266" w:lineRule="auto"/>
        <w:ind w:firstLine="331"/>
        <w:jc w:val="both"/>
      </w:pPr>
      <w:r>
        <w:rPr>
          <w:rFonts w:ascii="Georgia" w:hAnsi="Georgia"/>
          <w:b w:val="0"/>
          <w:i w:val="0"/>
          <w:color w:val="22201D"/>
          <w:sz w:val="20"/>
        </w:rPr>
        <w:t>"Cap seal," she said.</w:t>
      </w:r>
    </w:p>
    <w:p>
      <w:pPr>
        <w:spacing w:after="60" w:line="266" w:lineRule="auto"/>
        <w:ind w:firstLine="331"/>
        <w:jc w:val="both"/>
      </w:pPr>
      <w:r>
        <w:rPr>
          <w:rFonts w:ascii="Georgia" w:hAnsi="Georgia"/>
          <w:b w:val="0"/>
          <w:i w:val="0"/>
          <w:color w:val="22201D"/>
          <w:sz w:val="20"/>
        </w:rPr>
        <w:t>The empty jar seemed to lean toward it.</w:t>
      </w:r>
    </w:p>
    <w:p>
      <w:pPr>
        <w:spacing w:after="60" w:line="266" w:lineRule="auto"/>
        <w:ind w:firstLine="331"/>
        <w:jc w:val="both"/>
      </w:pPr>
      <w:r>
        <w:rPr>
          <w:rFonts w:ascii="Georgia" w:hAnsi="Georgia"/>
          <w:b w:val="0"/>
          <w:i w:val="0"/>
          <w:color w:val="22201D"/>
          <w:sz w:val="20"/>
        </w:rPr>
        <w:t>Gerald moved the jar back two inches.</w:t>
      </w:r>
    </w:p>
    <w:p>
      <w:pPr>
        <w:spacing w:after="60" w:line="266" w:lineRule="auto"/>
        <w:ind w:firstLine="331"/>
        <w:jc w:val="both"/>
      </w:pPr>
      <w:r>
        <w:rPr>
          <w:rFonts w:ascii="Georgia" w:hAnsi="Georgia"/>
          <w:b w:val="0"/>
          <w:i w:val="0"/>
          <w:color w:val="22201D"/>
          <w:sz w:val="20"/>
        </w:rPr>
        <w:t>"Unfilled jars do not receive cap seals."</w:t>
      </w:r>
    </w:p>
    <w:p>
      <w:pPr>
        <w:spacing w:after="60" w:line="266" w:lineRule="auto"/>
        <w:ind w:firstLine="331"/>
        <w:jc w:val="both"/>
      </w:pPr>
      <w:r>
        <w:rPr>
          <w:rFonts w:ascii="Georgia" w:hAnsi="Georgia"/>
          <w:b w:val="0"/>
          <w:i w:val="0"/>
          <w:color w:val="22201D"/>
          <w:sz w:val="20"/>
        </w:rPr>
        <w:t>The jar stopped leaning.</w:t>
      </w:r>
    </w:p>
    <w:p>
      <w:pPr>
        <w:spacing w:after="60" w:line="266" w:lineRule="auto"/>
        <w:ind w:firstLine="331"/>
        <w:jc w:val="both"/>
      </w:pPr>
      <w:r>
        <w:rPr>
          <w:rFonts w:ascii="Georgia" w:hAnsi="Georgia"/>
          <w:b w:val="0"/>
          <w:i w:val="0"/>
          <w:color w:val="22201D"/>
          <w:sz w:val="20"/>
        </w:rPr>
        <w:t>The sauce label printed:</w:t>
      </w:r>
    </w:p>
    <w:p>
      <w:pPr>
        <w:spacing w:after="60" w:line="250" w:lineRule="auto"/>
        <w:ind w:left="202" w:right="173"/>
      </w:pPr>
      <w:r>
        <w:rPr>
          <w:rFonts w:ascii="Georgia" w:hAnsi="Georgia"/>
          <w:b w:val="0"/>
          <w:i w:val="0"/>
          <w:color w:val="22201D"/>
          <w:sz w:val="17"/>
        </w:rPr>
        <w:t>Cap seal: not applied before filling break stripe required open status must remain visible</w:t>
      </w:r>
    </w:p>
    <w:p>
      <w:pPr>
        <w:spacing w:after="60" w:line="266" w:lineRule="auto"/>
        <w:ind w:firstLine="331"/>
        <w:jc w:val="both"/>
      </w:pPr>
      <w:r>
        <w:rPr>
          <w:rFonts w:ascii="Georgia" w:hAnsi="Georgia"/>
          <w:b w:val="0"/>
          <w:i w:val="0"/>
          <w:color w:val="22201D"/>
          <w:sz w:val="20"/>
        </w:rPr>
        <w:t>Flocc looked at the ingredients.</w:t>
      </w:r>
    </w:p>
    <w:p>
      <w:pPr>
        <w:spacing w:after="60" w:line="266" w:lineRule="auto"/>
        <w:ind w:firstLine="331"/>
        <w:jc w:val="both"/>
      </w:pPr>
      <w:r>
        <w:rPr>
          <w:rFonts w:ascii="Georgia" w:hAnsi="Georgia"/>
          <w:b w:val="0"/>
          <w:i w:val="0"/>
          <w:color w:val="22201D"/>
          <w:sz w:val="20"/>
        </w:rPr>
        <w:t>The peach pulp was golden and soft in its sealed tin. Even closed, it seemed to remember sunlight. The scotch bonnet mash was sealed behind thicker glass, bright enough to look impatient. The vinegar had the sharp, clean posture of someone who did not care if your story was moving. Salt sat in a small bag and looked like salt, which was why it probably had the most stable self-concept in the room.</w:t>
      </w:r>
    </w:p>
    <w:p>
      <w:pPr>
        <w:spacing w:after="60" w:line="266" w:lineRule="auto"/>
        <w:ind w:firstLine="331"/>
        <w:jc w:val="both"/>
      </w:pPr>
      <w:r>
        <w:rPr>
          <w:rFonts w:ascii="Georgia" w:hAnsi="Georgia"/>
          <w:b w:val="0"/>
          <w:i w:val="0"/>
          <w:color w:val="22201D"/>
          <w:sz w:val="20"/>
        </w:rPr>
        <w:t>"No tasting," Gerald said.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Gerald waited.</w:t>
      </w:r>
    </w:p>
    <w:p>
      <w:pPr>
        <w:spacing w:after="60" w:line="266" w:lineRule="auto"/>
        <w:ind w:firstLine="331"/>
        <w:jc w:val="both"/>
      </w:pPr>
      <w:r>
        <w:rPr>
          <w:rFonts w:ascii="Georgia" w:hAnsi="Georgia"/>
          <w:b w:val="0"/>
          <w:i w:val="0"/>
          <w:color w:val="22201D"/>
          <w:sz w:val="20"/>
        </w:rPr>
        <w:t>Flocc corrected.</w:t>
      </w:r>
    </w:p>
    <w:p>
      <w:pPr>
        <w:spacing w:after="60" w:line="266" w:lineRule="auto"/>
        <w:ind w:firstLine="331"/>
        <w:jc w:val="both"/>
      </w:pPr>
      <w:r>
        <w:rPr>
          <w:rFonts w:ascii="Georgia" w:hAnsi="Georgia"/>
          <w:b w:val="0"/>
          <w:i w:val="0"/>
          <w:color w:val="22201D"/>
          <w:sz w:val="20"/>
        </w:rPr>
        <w:t>"No tasting because the sauce is not filled, sealed, labeled, batch-logged, or consent-cleared."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sauce label printed:</w:t>
      </w:r>
    </w:p>
    <w:p>
      <w:pPr>
        <w:spacing w:after="60" w:line="250" w:lineRule="auto"/>
        <w:ind w:left="202" w:right="173"/>
      </w:pPr>
      <w:r>
        <w:rPr>
          <w:rFonts w:ascii="Georgia" w:hAnsi="Georgia"/>
          <w:b w:val="0"/>
          <w:i w:val="0"/>
          <w:color w:val="22201D"/>
          <w:sz w:val="17"/>
        </w:rPr>
        <w:t>Tasting status: not permitted  Reason: batch incomplete label draft active waiver not active consent not requested</w:t>
      </w:r>
    </w:p>
    <w:p>
      <w:pPr>
        <w:spacing w:after="60" w:line="266" w:lineRule="auto"/>
        <w:ind w:firstLine="331"/>
        <w:jc w:val="both"/>
      </w:pPr>
      <w:r>
        <w:rPr>
          <w:rFonts w:ascii="Georgia" w:hAnsi="Georgia"/>
          <w:b w:val="0"/>
          <w:i w:val="0"/>
          <w:color w:val="22201D"/>
          <w:sz w:val="20"/>
        </w:rPr>
        <w:t>The phrase waiver not active made the future pressure space flicker.</w:t>
      </w:r>
    </w:p>
    <w:p>
      <w:pPr>
        <w:spacing w:after="60" w:line="266" w:lineRule="auto"/>
        <w:ind w:firstLine="331"/>
        <w:jc w:val="both"/>
      </w:pPr>
      <w:r>
        <w:rPr>
          <w:rFonts w:ascii="Georgia" w:hAnsi="Georgia"/>
          <w:b w:val="0"/>
          <w:i w:val="0"/>
          <w:color w:val="22201D"/>
          <w:sz w:val="20"/>
        </w:rPr>
        <w:t>The Hostess placed her palm flat on the shelf.</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flicker stopped.</w:t>
      </w:r>
    </w:p>
    <w:p>
      <w:pPr>
        <w:spacing w:after="60" w:line="266" w:lineRule="auto"/>
        <w:ind w:firstLine="331"/>
        <w:jc w:val="both"/>
      </w:pPr>
      <w:r>
        <w:rPr>
          <w:rFonts w:ascii="Georgia" w:hAnsi="Georgia"/>
          <w:b w:val="0"/>
          <w:i w:val="0"/>
          <w:color w:val="22201D"/>
          <w:sz w:val="20"/>
        </w:rPr>
        <w:t>Nico whispered, "I respect a room with timing."</w:t>
      </w:r>
    </w:p>
    <w:p>
      <w:pPr>
        <w:spacing w:after="60" w:line="266" w:lineRule="auto"/>
        <w:ind w:firstLine="331"/>
        <w:jc w:val="both"/>
      </w:pPr>
      <w:r>
        <w:rPr>
          <w:rFonts w:ascii="Georgia" w:hAnsi="Georgia"/>
          <w:b w:val="0"/>
          <w:i w:val="0"/>
          <w:color w:val="22201D"/>
          <w:sz w:val="20"/>
        </w:rPr>
        <w:t>No one corrected him.</w:t>
      </w:r>
    </w:p>
    <w:p>
      <w:pPr>
        <w:spacing w:after="60" w:line="266" w:lineRule="auto"/>
        <w:ind w:firstLine="331"/>
        <w:jc w:val="both"/>
      </w:pPr>
      <w:r>
        <w:rPr>
          <w:rFonts w:ascii="Georgia" w:hAnsi="Georgia"/>
          <w:b w:val="0"/>
          <w:i w:val="0"/>
          <w:color w:val="22201D"/>
          <w:sz w:val="20"/>
        </w:rPr>
        <w:t>This surprised him enough to make him quiet.</w:t>
      </w:r>
    </w:p>
    <w:p>
      <w:pPr>
        <w:spacing w:after="60" w:line="266" w:lineRule="auto"/>
        <w:ind w:firstLine="331"/>
        <w:jc w:val="both"/>
      </w:pPr>
      <w:r>
        <w:rPr>
          <w:rFonts w:ascii="Georgia" w:hAnsi="Georgia"/>
          <w:b w:val="0"/>
          <w:i w:val="0"/>
          <w:color w:val="22201D"/>
          <w:sz w:val="20"/>
        </w:rPr>
        <w:t>Gerald took the blank label and turned it under the dim shelf light.</w:t>
      </w:r>
    </w:p>
    <w:p>
      <w:pPr>
        <w:spacing w:after="60" w:line="266" w:lineRule="auto"/>
        <w:ind w:firstLine="331"/>
        <w:jc w:val="both"/>
      </w:pPr>
      <w:r>
        <w:rPr>
          <w:rFonts w:ascii="Georgia" w:hAnsi="Georgia"/>
          <w:b w:val="0"/>
          <w:i w:val="0"/>
          <w:color w:val="22201D"/>
          <w:sz w:val="20"/>
        </w:rPr>
        <w:t>"Contrast holds."</w:t>
      </w:r>
    </w:p>
    <w:p>
      <w:pPr>
        <w:spacing w:after="60" w:line="266" w:lineRule="auto"/>
        <w:ind w:firstLine="331"/>
        <w:jc w:val="both"/>
      </w:pPr>
      <w:r>
        <w:rPr>
          <w:rFonts w:ascii="Georgia" w:hAnsi="Georgia"/>
          <w:b w:val="0"/>
          <w:i w:val="0"/>
          <w:color w:val="22201D"/>
          <w:sz w:val="20"/>
        </w:rPr>
        <w:t>He turned it under the brighter counter light.</w:t>
      </w:r>
    </w:p>
    <w:p>
      <w:pPr>
        <w:spacing w:after="60" w:line="266" w:lineRule="auto"/>
        <w:ind w:firstLine="331"/>
        <w:jc w:val="both"/>
      </w:pPr>
      <w:r>
        <w:rPr>
          <w:rFonts w:ascii="Georgia" w:hAnsi="Georgia"/>
          <w:b w:val="0"/>
          <w:i w:val="0"/>
          <w:color w:val="22201D"/>
          <w:sz w:val="20"/>
        </w:rPr>
        <w:t>"Contrast holds."</w:t>
      </w:r>
    </w:p>
    <w:p>
      <w:pPr>
        <w:spacing w:after="60" w:line="266" w:lineRule="auto"/>
        <w:ind w:firstLine="331"/>
        <w:jc w:val="both"/>
      </w:pPr>
      <w:r>
        <w:rPr>
          <w:rFonts w:ascii="Georgia" w:hAnsi="Georgia"/>
          <w:b w:val="0"/>
          <w:i w:val="0"/>
          <w:color w:val="22201D"/>
          <w:sz w:val="20"/>
        </w:rPr>
        <w:t>He held it partly behind the empty jar.</w:t>
      </w:r>
    </w:p>
    <w:p>
      <w:pPr>
        <w:spacing w:after="60" w:line="266" w:lineRule="auto"/>
        <w:ind w:firstLine="331"/>
        <w:jc w:val="both"/>
      </w:pPr>
      <w:r>
        <w:rPr>
          <w:rFonts w:ascii="Georgia" w:hAnsi="Georgia"/>
          <w:b w:val="0"/>
          <w:i w:val="0"/>
          <w:color w:val="22201D"/>
          <w:sz w:val="20"/>
        </w:rPr>
        <w:t>"Text visible through expected shelf glare."</w:t>
      </w:r>
    </w:p>
    <w:p>
      <w:pPr>
        <w:spacing w:after="60" w:line="266" w:lineRule="auto"/>
        <w:ind w:firstLine="331"/>
        <w:jc w:val="both"/>
      </w:pPr>
      <w:r>
        <w:rPr>
          <w:rFonts w:ascii="Georgia" w:hAnsi="Georgia"/>
          <w:b w:val="0"/>
          <w:i w:val="0"/>
          <w:color w:val="22201D"/>
          <w:sz w:val="20"/>
        </w:rPr>
        <w:t>He placed the failed front label beside it.</w:t>
      </w:r>
    </w:p>
    <w:p>
      <w:pPr>
        <w:spacing w:after="60" w:line="266" w:lineRule="auto"/>
        <w:ind w:firstLine="331"/>
        <w:jc w:val="both"/>
      </w:pPr>
      <w:r>
        <w:rPr>
          <w:rFonts w:ascii="Georgia" w:hAnsi="Georgia"/>
          <w:b w:val="0"/>
          <w:i w:val="0"/>
          <w:color w:val="22201D"/>
          <w:sz w:val="20"/>
        </w:rPr>
        <w:t>The old label looked prettier.</w:t>
      </w:r>
    </w:p>
    <w:p>
      <w:pPr>
        <w:spacing w:after="60" w:line="266" w:lineRule="auto"/>
        <w:ind w:firstLine="331"/>
        <w:jc w:val="both"/>
      </w:pPr>
      <w:r>
        <w:rPr>
          <w:rFonts w:ascii="Georgia" w:hAnsi="Georgia"/>
          <w:b w:val="0"/>
          <w:i w:val="0"/>
          <w:color w:val="22201D"/>
          <w:sz w:val="20"/>
        </w:rPr>
        <w:t>The new label looked safer.</w:t>
      </w:r>
    </w:p>
    <w:p>
      <w:pPr>
        <w:spacing w:after="60" w:line="266" w:lineRule="auto"/>
        <w:ind w:firstLine="331"/>
        <w:jc w:val="both"/>
      </w:pPr>
      <w:r>
        <w:rPr>
          <w:rFonts w:ascii="Georgia" w:hAnsi="Georgia"/>
          <w:b w:val="0"/>
          <w:i w:val="0"/>
          <w:color w:val="22201D"/>
          <w:sz w:val="20"/>
        </w:rPr>
        <w:t>The pantry did not ask them to pretend this was not true.</w:t>
      </w:r>
    </w:p>
    <w:p>
      <w:pPr>
        <w:spacing w:after="60" w:line="266" w:lineRule="auto"/>
        <w:ind w:firstLine="331"/>
        <w:jc w:val="both"/>
      </w:pPr>
      <w:r>
        <w:rPr>
          <w:rFonts w:ascii="Georgia" w:hAnsi="Georgia"/>
          <w:b w:val="0"/>
          <w:i w:val="0"/>
          <w:color w:val="22201D"/>
          <w:sz w:val="20"/>
        </w:rPr>
        <w:t>Beauty had lost authority, not existence.</w:t>
      </w:r>
    </w:p>
    <w:p>
      <w:pPr>
        <w:spacing w:after="60" w:line="266" w:lineRule="auto"/>
        <w:ind w:firstLine="331"/>
        <w:jc w:val="both"/>
      </w:pPr>
      <w:r>
        <w:rPr>
          <w:rFonts w:ascii="Georgia" w:hAnsi="Georgia"/>
          <w:b w:val="0"/>
          <w:i w:val="0"/>
          <w:color w:val="22201D"/>
          <w:sz w:val="20"/>
        </w:rPr>
        <w:t>Flocc noticed the difference.</w:t>
      </w:r>
    </w:p>
    <w:p>
      <w:pPr>
        <w:spacing w:after="60" w:line="266" w:lineRule="auto"/>
        <w:ind w:firstLine="331"/>
        <w:jc w:val="both"/>
      </w:pPr>
      <w:r>
        <w:rPr>
          <w:rFonts w:ascii="Georgia" w:hAnsi="Georgia"/>
          <w:b w:val="0"/>
          <w:i w:val="0"/>
          <w:color w:val="22201D"/>
          <w:sz w:val="20"/>
        </w:rPr>
        <w:t>"Can the label still say anything good about the sauce?"</w:t>
      </w:r>
    </w:p>
    <w:p>
      <w:pPr>
        <w:spacing w:after="60" w:line="266" w:lineRule="auto"/>
        <w:ind w:firstLine="331"/>
        <w:jc w:val="both"/>
      </w:pPr>
      <w:r>
        <w:rPr>
          <w:rFonts w:ascii="Georgia" w:hAnsi="Georgia"/>
          <w:b w:val="0"/>
          <w:i w:val="0"/>
          <w:color w:val="22201D"/>
          <w:sz w:val="20"/>
        </w:rPr>
        <w:t>Gerald looked pained by the question but did not reject it.</w:t>
      </w:r>
    </w:p>
    <w:p>
      <w:pPr>
        <w:spacing w:after="60" w:line="266" w:lineRule="auto"/>
        <w:ind w:firstLine="331"/>
        <w:jc w:val="both"/>
      </w:pPr>
      <w:r>
        <w:rPr>
          <w:rFonts w:ascii="Georgia" w:hAnsi="Georgia"/>
          <w:b w:val="0"/>
          <w:i w:val="0"/>
          <w:color w:val="22201D"/>
          <w:sz w:val="20"/>
        </w:rPr>
        <w:t>"After warnings, ingredients, status, decline language, serving size, and batch fields."</w:t>
      </w:r>
    </w:p>
    <w:p>
      <w:pPr>
        <w:spacing w:after="60" w:line="266" w:lineRule="auto"/>
        <w:ind w:firstLine="331"/>
        <w:jc w:val="both"/>
      </w:pPr>
      <w:r>
        <w:rPr>
          <w:rFonts w:ascii="Georgia" w:hAnsi="Georgia"/>
          <w:b w:val="0"/>
          <w:i w:val="0"/>
          <w:color w:val="22201D"/>
          <w:sz w:val="20"/>
        </w:rPr>
        <w:t>The label opened a small section at the bottom.</w:t>
      </w:r>
    </w:p>
    <w:p>
      <w:pPr>
        <w:spacing w:after="60" w:line="250" w:lineRule="auto"/>
        <w:ind w:left="202" w:right="173"/>
      </w:pPr>
      <w:r>
        <w:rPr>
          <w:rFonts w:ascii="Georgia" w:hAnsi="Georgia"/>
          <w:b w:val="0"/>
          <w:i w:val="0"/>
          <w:color w:val="22201D"/>
          <w:sz w:val="17"/>
        </w:rPr>
        <w:t>Flavor note: unwritten</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"Respect includes not insulting the sauce by making it only a hazard."</w:t>
      </w:r>
    </w:p>
    <w:p>
      <w:pPr>
        <w:spacing w:after="60" w:line="266" w:lineRule="auto"/>
        <w:ind w:firstLine="331"/>
        <w:jc w:val="both"/>
      </w:pPr>
      <w:r>
        <w:rPr>
          <w:rFonts w:ascii="Georgia" w:hAnsi="Georgia"/>
          <w:b w:val="0"/>
          <w:i w:val="0"/>
          <w:color w:val="22201D"/>
          <w:sz w:val="20"/>
        </w:rPr>
        <w:t>The scotch bonnet mash seemed to brighten inside its sealed glass.</w:t>
      </w:r>
    </w:p>
    <w:p>
      <w:pPr>
        <w:spacing w:after="60" w:line="266" w:lineRule="auto"/>
        <w:ind w:firstLine="331"/>
        <w:jc w:val="both"/>
      </w:pPr>
      <w:r>
        <w:rPr>
          <w:rFonts w:ascii="Georgia" w:hAnsi="Georgia"/>
          <w:b w:val="0"/>
          <w:i w:val="0"/>
          <w:color w:val="22201D"/>
          <w:sz w:val="20"/>
        </w:rPr>
        <w:t>The peach pulp held steady.</w:t>
      </w:r>
    </w:p>
    <w:p>
      <w:pPr>
        <w:spacing w:after="60" w:line="266" w:lineRule="auto"/>
        <w:ind w:firstLine="331"/>
        <w:jc w:val="both"/>
      </w:pPr>
      <w:r>
        <w:rPr>
          <w:rFonts w:ascii="Georgia" w:hAnsi="Georgia"/>
          <w:b w:val="0"/>
          <w:i w:val="0"/>
          <w:color w:val="22201D"/>
          <w:sz w:val="20"/>
        </w:rPr>
        <w:t>Flocc read the warning again.</w:t>
      </w:r>
    </w:p>
    <w:p>
      <w:pPr>
        <w:spacing w:after="60" w:line="266" w:lineRule="auto"/>
        <w:ind w:firstLine="331"/>
        <w:jc w:val="both"/>
      </w:pPr>
      <w:r>
        <w:rPr>
          <w:rFonts w:ascii="Georgia" w:hAnsi="Georgia"/>
          <w:b w:val="0"/>
          <w:i w:val="0"/>
          <w:color w:val="22201D"/>
          <w:sz w:val="20"/>
        </w:rPr>
        <w:t>Hot sauce. Contains scotch bonnet pepper. Fruit sweetness may arrive before heat. Heat may build after swallowing. Do not treat sweetness as safety.</w:t>
      </w:r>
    </w:p>
    <w:p>
      <w:pPr>
        <w:spacing w:after="60" w:line="266" w:lineRule="auto"/>
        <w:ind w:firstLine="331"/>
        <w:jc w:val="both"/>
      </w:pPr>
      <w:r>
        <w:rPr>
          <w:rFonts w:ascii="Georgia" w:hAnsi="Georgia"/>
          <w:b w:val="0"/>
          <w:i w:val="0"/>
          <w:color w:val="22201D"/>
          <w:sz w:val="20"/>
        </w:rPr>
        <w:t>Then he wrote:</w:t>
      </w:r>
    </w:p>
    <w:p>
      <w:pPr>
        <w:spacing w:after="60" w:line="250" w:lineRule="auto"/>
        <w:ind w:left="202" w:right="173"/>
      </w:pPr>
      <w:r>
        <w:rPr>
          <w:rFonts w:ascii="Georgia" w:hAnsi="Georgia"/>
          <w:b w:val="0"/>
          <w:i w:val="0"/>
          <w:color w:val="22201D"/>
          <w:sz w:val="17"/>
        </w:rPr>
        <w:t>Flavor note: golden peach first bright scotch bonnet after sweetness and heat remain distinct use where fruit can carry fire without hiding it</w:t>
      </w:r>
    </w:p>
    <w:p>
      <w:pPr>
        <w:spacing w:after="60" w:line="266" w:lineRule="auto"/>
        <w:ind w:firstLine="331"/>
        <w:jc w:val="both"/>
      </w:pPr>
      <w:r>
        <w:rPr>
          <w:rFonts w:ascii="Georgia" w:hAnsi="Georgia"/>
          <w:b w:val="0"/>
          <w:i w:val="0"/>
          <w:color w:val="22201D"/>
          <w:sz w:val="20"/>
        </w:rPr>
        <w:t>The label accepted the note.</w:t>
      </w:r>
    </w:p>
    <w:p>
      <w:pPr>
        <w:spacing w:after="60" w:line="266" w:lineRule="auto"/>
        <w:ind w:firstLine="331"/>
        <w:jc w:val="both"/>
      </w:pPr>
      <w:r>
        <w:rPr>
          <w:rFonts w:ascii="Georgia" w:hAnsi="Georgia"/>
          <w:b w:val="0"/>
          <w:i w:val="0"/>
          <w:color w:val="22201D"/>
          <w:sz w:val="20"/>
        </w:rPr>
        <w:t>The failed front label under the bowl did not tap.</w:t>
      </w:r>
    </w:p>
    <w:p>
      <w:pPr>
        <w:spacing w:after="60" w:line="266" w:lineRule="auto"/>
        <w:ind w:firstLine="331"/>
        <w:jc w:val="both"/>
      </w:pPr>
      <w:r>
        <w:rPr>
          <w:rFonts w:ascii="Georgia" w:hAnsi="Georgia"/>
          <w:b w:val="0"/>
          <w:i w:val="0"/>
          <w:color w:val="22201D"/>
          <w:sz w:val="20"/>
        </w:rPr>
        <w:t>That was either progress or sulking. The distinction did not matter to safety.</w:t>
      </w:r>
    </w:p>
    <w:p>
      <w:pPr>
        <w:spacing w:after="60" w:line="266" w:lineRule="auto"/>
        <w:ind w:firstLine="331"/>
        <w:jc w:val="both"/>
      </w:pPr>
      <w:r>
        <w:rPr>
          <w:rFonts w:ascii="Georgia" w:hAnsi="Georgia"/>
          <w:b w:val="0"/>
          <w:i w:val="0"/>
          <w:color w:val="22201D"/>
          <w:sz w:val="20"/>
        </w:rPr>
        <w:t>Gerald measured the flavor note.</w:t>
      </w:r>
    </w:p>
    <w:p>
      <w:pPr>
        <w:spacing w:after="60" w:line="266" w:lineRule="auto"/>
        <w:ind w:firstLine="331"/>
        <w:jc w:val="both"/>
      </w:pPr>
      <w:r>
        <w:rPr>
          <w:rFonts w:ascii="Georgia" w:hAnsi="Georgia"/>
          <w:b w:val="0"/>
          <w:i w:val="0"/>
          <w:color w:val="22201D"/>
          <w:sz w:val="20"/>
        </w:rPr>
        <w:t>"Smaller than warning. Larger than maker address. Acceptable."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flavor permitted after warning hierarchy held</w:t>
      </w:r>
    </w:p>
    <w:p>
      <w:pPr>
        <w:spacing w:after="60" w:line="266" w:lineRule="auto"/>
        <w:ind w:firstLine="331"/>
        <w:jc w:val="both"/>
      </w:pPr>
      <w:r>
        <w:rPr>
          <w:rFonts w:ascii="Georgia" w:hAnsi="Georgia"/>
          <w:b w:val="0"/>
          <w:i w:val="0"/>
          <w:color w:val="22201D"/>
          <w:sz w:val="20"/>
        </w:rPr>
        <w:t>Bob looked at the ingredients.</w:t>
      </w:r>
    </w:p>
    <w:p>
      <w:pPr>
        <w:spacing w:after="60" w:line="266" w:lineRule="auto"/>
        <w:ind w:firstLine="331"/>
        <w:jc w:val="both"/>
      </w:pPr>
      <w:r>
        <w:rPr>
          <w:rFonts w:ascii="Georgia" w:hAnsi="Georgia"/>
          <w:b w:val="0"/>
          <w:i w:val="0"/>
          <w:color w:val="22201D"/>
          <w:sz w:val="20"/>
        </w:rPr>
        <w:t>"Batch log next."</w:t>
      </w:r>
    </w:p>
    <w:p>
      <w:pPr>
        <w:spacing w:after="60" w:line="266" w:lineRule="auto"/>
        <w:ind w:firstLine="331"/>
        <w:jc w:val="both"/>
      </w:pPr>
      <w:r>
        <w:rPr>
          <w:rFonts w:ascii="Georgia" w:hAnsi="Georgia"/>
          <w:b w:val="0"/>
          <w:i w:val="0"/>
          <w:color w:val="22201D"/>
          <w:sz w:val="20"/>
        </w:rPr>
        <w:t>"Not yet," Gerald said.</w:t>
      </w:r>
    </w:p>
    <w:p>
      <w:pPr>
        <w:spacing w:after="60" w:line="266" w:lineRule="auto"/>
        <w:ind w:firstLine="331"/>
        <w:jc w:val="both"/>
      </w:pPr>
      <w:r>
        <w:rPr>
          <w:rFonts w:ascii="Georgia" w:hAnsi="Georgia"/>
          <w:b w:val="0"/>
          <w:i w:val="0"/>
          <w:color w:val="22201D"/>
          <w:sz w:val="20"/>
        </w:rPr>
        <w:t>Bob looked at him.</w:t>
      </w:r>
    </w:p>
    <w:p>
      <w:pPr>
        <w:spacing w:after="60" w:line="266" w:lineRule="auto"/>
        <w:ind w:firstLine="331"/>
        <w:jc w:val="both"/>
      </w:pPr>
      <w:r>
        <w:rPr>
          <w:rFonts w:ascii="Georgia" w:hAnsi="Georgia"/>
          <w:b w:val="0"/>
          <w:i w:val="0"/>
          <w:color w:val="22201D"/>
          <w:sz w:val="20"/>
        </w:rPr>
        <w:t>Gerald pointed to the label.</w:t>
      </w:r>
    </w:p>
    <w:p>
      <w:pPr>
        <w:spacing w:after="60" w:line="266" w:lineRule="auto"/>
        <w:ind w:firstLine="331"/>
        <w:jc w:val="both"/>
      </w:pPr>
      <w:r>
        <w:rPr>
          <w:rFonts w:ascii="Georgia" w:hAnsi="Georgia"/>
          <w:b w:val="0"/>
          <w:i w:val="0"/>
          <w:color w:val="22201D"/>
          <w:sz w:val="20"/>
        </w:rPr>
        <w:t>"Fields first."</w:t>
      </w:r>
    </w:p>
    <w:p>
      <w:pPr>
        <w:spacing w:after="60" w:line="266" w:lineRule="auto"/>
        <w:ind w:firstLine="331"/>
        <w:jc w:val="both"/>
      </w:pPr>
      <w:r>
        <w:rPr>
          <w:rFonts w:ascii="Georgia" w:hAnsi="Georgia"/>
          <w:b w:val="0"/>
          <w:i w:val="0"/>
          <w:color w:val="22201D"/>
          <w:sz w:val="20"/>
        </w:rPr>
        <w:t>The label printed new blank lines:</w:t>
      </w:r>
    </w:p>
    <w:p>
      <w:pPr>
        <w:spacing w:after="60" w:line="250" w:lineRule="auto"/>
        <w:ind w:left="202" w:right="173"/>
      </w:pPr>
      <w:r>
        <w:rPr>
          <w:rFonts w:ascii="Georgia" w:hAnsi="Georgia"/>
          <w:b w:val="0"/>
          <w:i w:val="0"/>
          <w:color w:val="22201D"/>
          <w:sz w:val="17"/>
        </w:rPr>
        <w:t>Batch number: unassigned  Date: unassigned  Net amount: unassigned  Maker: unassigned  Storage: refrigerate after opening  Serving: start with one drop</w:t>
      </w:r>
    </w:p>
    <w:p>
      <w:pPr>
        <w:spacing w:after="60" w:line="266" w:lineRule="auto"/>
        <w:ind w:firstLine="331"/>
        <w:jc w:val="both"/>
      </w:pPr>
      <w:r>
        <w:rPr>
          <w:rFonts w:ascii="Georgia" w:hAnsi="Georgia"/>
          <w:b w:val="0"/>
          <w:i w:val="0"/>
          <w:color w:val="22201D"/>
          <w:sz w:val="20"/>
        </w:rPr>
        <w:t>Nico made a small strangled noise at one drop.</w:t>
      </w:r>
    </w:p>
    <w:p>
      <w:pPr>
        <w:spacing w:after="60" w:line="266" w:lineRule="auto"/>
        <w:ind w:firstLine="331"/>
        <w:jc w:val="both"/>
      </w:pPr>
      <w:r>
        <w:rPr>
          <w:rFonts w:ascii="Georgia" w:hAnsi="Georgia"/>
          <w:b w:val="0"/>
          <w:i w:val="0"/>
          <w:color w:val="22201D"/>
          <w:sz w:val="20"/>
        </w:rPr>
        <w:t>"That is either honest or cowardly."</w:t>
      </w:r>
    </w:p>
    <w:p>
      <w:pPr>
        <w:spacing w:after="60" w:line="266" w:lineRule="auto"/>
        <w:ind w:firstLine="331"/>
        <w:jc w:val="both"/>
      </w:pPr>
      <w:r>
        <w:rPr>
          <w:rFonts w:ascii="Georgia" w:hAnsi="Georgia"/>
          <w:b w:val="0"/>
          <w:i w:val="0"/>
          <w:color w:val="22201D"/>
          <w:sz w:val="20"/>
        </w:rPr>
        <w:t>Gerald said, "Honest until tested."</w:t>
      </w:r>
    </w:p>
    <w:p>
      <w:pPr>
        <w:spacing w:after="60" w:line="266" w:lineRule="auto"/>
        <w:ind w:firstLine="331"/>
        <w:jc w:val="both"/>
      </w:pPr>
      <w:r>
        <w:rPr>
          <w:rFonts w:ascii="Georgia" w:hAnsi="Georgia"/>
          <w:b w:val="0"/>
          <w:i w:val="0"/>
          <w:color w:val="22201D"/>
          <w:sz w:val="20"/>
        </w:rPr>
        <w:t>The Hostess said, "And untested."</w:t>
      </w:r>
    </w:p>
    <w:p>
      <w:pPr>
        <w:spacing w:after="60" w:line="266" w:lineRule="auto"/>
        <w:ind w:firstLine="331"/>
        <w:jc w:val="both"/>
      </w:pPr>
      <w:r>
        <w:rPr>
          <w:rFonts w:ascii="Georgia" w:hAnsi="Georgia"/>
          <w:b w:val="0"/>
          <w:i w:val="0"/>
          <w:color w:val="22201D"/>
          <w:sz w:val="20"/>
        </w:rPr>
        <w:t>Flocc added:</w:t>
      </w:r>
    </w:p>
    <w:p>
      <w:pPr>
        <w:spacing w:after="60" w:line="250" w:lineRule="auto"/>
        <w:ind w:left="202" w:right="173"/>
      </w:pPr>
      <w:r>
        <w:rPr>
          <w:rFonts w:ascii="Georgia" w:hAnsi="Georgia"/>
          <w:b w:val="0"/>
          <w:i w:val="0"/>
          <w:color w:val="22201D"/>
          <w:sz w:val="17"/>
        </w:rPr>
        <w:t>Serving note: increase only after heat has finished arriving</w:t>
      </w:r>
    </w:p>
    <w:p>
      <w:pPr>
        <w:spacing w:after="60" w:line="266" w:lineRule="auto"/>
        <w:ind w:firstLine="331"/>
        <w:jc w:val="both"/>
      </w:pPr>
      <w:r>
        <w:rPr>
          <w:rFonts w:ascii="Georgia" w:hAnsi="Georgia"/>
          <w:b w:val="0"/>
          <w:i w:val="0"/>
          <w:color w:val="22201D"/>
          <w:sz w:val="20"/>
        </w:rPr>
        <w:t>The label accepted it.</w:t>
      </w:r>
    </w:p>
    <w:p>
      <w:pPr>
        <w:spacing w:after="60" w:line="266" w:lineRule="auto"/>
        <w:ind w:firstLine="331"/>
        <w:jc w:val="both"/>
      </w:pPr>
      <w:r>
        <w:rPr>
          <w:rFonts w:ascii="Georgia" w:hAnsi="Georgia"/>
          <w:b w:val="0"/>
          <w:i w:val="0"/>
          <w:color w:val="22201D"/>
          <w:sz w:val="20"/>
        </w:rPr>
        <w:t>The scotch bonnet mash glowed like a small sealed sunset with a temper.</w:t>
      </w:r>
    </w:p>
    <w:p>
      <w:pPr>
        <w:spacing w:after="60" w:line="266" w:lineRule="auto"/>
        <w:ind w:firstLine="331"/>
        <w:jc w:val="both"/>
      </w:pPr>
      <w:r>
        <w:rPr>
          <w:rFonts w:ascii="Georgia" w:hAnsi="Georgia"/>
          <w:b w:val="0"/>
          <w:i w:val="0"/>
          <w:color w:val="22201D"/>
          <w:sz w:val="20"/>
        </w:rPr>
        <w:t>For the first time, the label looked like it respected the sauce.</w:t>
      </w:r>
    </w:p>
    <w:p>
      <w:pPr>
        <w:spacing w:after="60" w:line="266" w:lineRule="auto"/>
        <w:ind w:firstLine="331"/>
        <w:jc w:val="both"/>
      </w:pPr>
      <w:r>
        <w:rPr>
          <w:rFonts w:ascii="Georgia" w:hAnsi="Georgia"/>
          <w:b w:val="0"/>
          <w:i w:val="0"/>
          <w:color w:val="22201D"/>
          <w:sz w:val="20"/>
        </w:rPr>
        <w:t>Not feared it.</w:t>
      </w:r>
    </w:p>
    <w:p>
      <w:pPr>
        <w:spacing w:after="60" w:line="266" w:lineRule="auto"/>
        <w:ind w:firstLine="331"/>
        <w:jc w:val="both"/>
      </w:pPr>
      <w:r>
        <w:rPr>
          <w:rFonts w:ascii="Georgia" w:hAnsi="Georgia"/>
          <w:b w:val="0"/>
          <w:i w:val="0"/>
          <w:color w:val="22201D"/>
          <w:sz w:val="20"/>
        </w:rPr>
        <w:t>Not flattered it.</w:t>
      </w:r>
    </w:p>
    <w:p>
      <w:pPr>
        <w:spacing w:after="60" w:line="266" w:lineRule="auto"/>
        <w:ind w:firstLine="331"/>
        <w:jc w:val="both"/>
      </w:pPr>
      <w:r>
        <w:rPr>
          <w:rFonts w:ascii="Georgia" w:hAnsi="Georgia"/>
          <w:b w:val="0"/>
          <w:i w:val="0"/>
          <w:color w:val="22201D"/>
          <w:sz w:val="20"/>
        </w:rPr>
        <w:t>Not used it to sell bravery.</w:t>
      </w:r>
    </w:p>
    <w:p>
      <w:pPr>
        <w:spacing w:after="60" w:line="266" w:lineRule="auto"/>
        <w:ind w:firstLine="331"/>
        <w:jc w:val="both"/>
      </w:pPr>
      <w:r>
        <w:rPr>
          <w:rFonts w:ascii="Georgia" w:hAnsi="Georgia"/>
          <w:b w:val="0"/>
          <w:i w:val="0"/>
          <w:color w:val="22201D"/>
          <w:sz w:val="20"/>
        </w:rPr>
        <w:t>Respected it.</w:t>
      </w:r>
    </w:p>
    <w:p>
      <w:pPr>
        <w:spacing w:after="60" w:line="266" w:lineRule="auto"/>
        <w:ind w:firstLine="331"/>
        <w:jc w:val="both"/>
      </w:pPr>
      <w:r>
        <w:rPr>
          <w:rFonts w:ascii="Georgia" w:hAnsi="Georgia"/>
          <w:b w:val="0"/>
          <w:i w:val="0"/>
          <w:color w:val="22201D"/>
          <w:sz w:val="20"/>
        </w:rPr>
        <w:t>The empty jar moved one millimeter toward the label.</w:t>
      </w:r>
    </w:p>
    <w:p>
      <w:pPr>
        <w:spacing w:after="60" w:line="266" w:lineRule="auto"/>
        <w:ind w:firstLine="331"/>
        <w:jc w:val="both"/>
      </w:pPr>
      <w:r>
        <w:rPr>
          <w:rFonts w:ascii="Georgia" w:hAnsi="Georgia"/>
          <w:b w:val="0"/>
          <w:i w:val="0"/>
          <w:color w:val="22201D"/>
          <w:sz w:val="20"/>
        </w:rPr>
        <w:t>Gerald noticed.</w:t>
      </w:r>
    </w:p>
    <w:p>
      <w:pPr>
        <w:spacing w:after="60" w:line="266" w:lineRule="auto"/>
        <w:ind w:firstLine="331"/>
        <w:jc w:val="both"/>
      </w:pPr>
      <w:r>
        <w:rPr>
          <w:rFonts w:ascii="Georgia" w:hAnsi="Georgia"/>
          <w:b w:val="0"/>
          <w:i w:val="0"/>
          <w:color w:val="22201D"/>
          <w:sz w:val="20"/>
        </w:rPr>
        <w:t>"Still no filling."</w:t>
      </w:r>
    </w:p>
    <w:p>
      <w:pPr>
        <w:spacing w:after="60" w:line="266" w:lineRule="auto"/>
        <w:ind w:firstLine="331"/>
        <w:jc w:val="both"/>
      </w:pPr>
      <w:r>
        <w:rPr>
          <w:rFonts w:ascii="Georgia" w:hAnsi="Georgia"/>
          <w:b w:val="0"/>
          <w:i w:val="0"/>
          <w:color w:val="22201D"/>
          <w:sz w:val="20"/>
        </w:rPr>
        <w:t>The jar stopped.</w:t>
      </w:r>
    </w:p>
    <w:p>
      <w:pPr>
        <w:spacing w:after="60" w:line="266" w:lineRule="auto"/>
        <w:ind w:firstLine="331"/>
        <w:jc w:val="both"/>
      </w:pPr>
      <w:r>
        <w:rPr>
          <w:rFonts w:ascii="Georgia" w:hAnsi="Georgia"/>
          <w:b w:val="0"/>
          <w:i w:val="0"/>
          <w:color w:val="22201D"/>
          <w:sz w:val="20"/>
        </w:rPr>
        <w:t>The sauce label printed:</w:t>
      </w:r>
    </w:p>
    <w:p>
      <w:pPr>
        <w:spacing w:after="60" w:line="250" w:lineRule="auto"/>
        <w:ind w:left="202" w:right="173"/>
      </w:pPr>
      <w:r>
        <w:rPr>
          <w:rFonts w:ascii="Georgia" w:hAnsi="Georgia"/>
          <w:b w:val="0"/>
          <w:i w:val="0"/>
          <w:color w:val="22201D"/>
          <w:sz w:val="17"/>
        </w:rPr>
        <w:t>SAUCE LABEL DRAFT Status: respect achieved enough to proceed approval pending batch log</w:t>
      </w:r>
    </w:p>
    <w:p>
      <w:pPr>
        <w:spacing w:after="60" w:line="266" w:lineRule="auto"/>
        <w:ind w:firstLine="331"/>
        <w:jc w:val="both"/>
      </w:pPr>
      <w:r>
        <w:rPr>
          <w:rFonts w:ascii="Georgia" w:hAnsi="Georgia"/>
          <w:b w:val="0"/>
          <w:i w:val="0"/>
          <w:color w:val="22201D"/>
          <w:sz w:val="20"/>
        </w:rPr>
        <w:t>Steve wrote the status.</w:t>
      </w:r>
    </w:p>
    <w:p>
      <w:pPr>
        <w:spacing w:after="60" w:line="266" w:lineRule="auto"/>
        <w:ind w:firstLine="331"/>
        <w:jc w:val="both"/>
      </w:pPr>
      <w:r>
        <w:rPr>
          <w:rFonts w:ascii="Georgia" w:hAnsi="Georgia"/>
          <w:b w:val="0"/>
          <w:i w:val="0"/>
          <w:color w:val="22201D"/>
          <w:sz w:val="20"/>
        </w:rPr>
        <w:t>"Respect achieved enough to proceed," he read aloud.</w:t>
      </w:r>
    </w:p>
    <w:p>
      <w:pPr>
        <w:spacing w:after="60" w:line="266" w:lineRule="auto"/>
        <w:ind w:firstLine="331"/>
        <w:jc w:val="both"/>
      </w:pPr>
      <w:r>
        <w:rPr>
          <w:rFonts w:ascii="Georgia" w:hAnsi="Georgia"/>
          <w:b w:val="0"/>
          <w:i w:val="0"/>
          <w:color w:val="22201D"/>
          <w:sz w:val="20"/>
        </w:rPr>
        <w:t>Nico looked at Gerald.</w:t>
      </w:r>
    </w:p>
    <w:p>
      <w:pPr>
        <w:spacing w:after="60" w:line="266" w:lineRule="auto"/>
        <w:ind w:firstLine="331"/>
        <w:jc w:val="both"/>
      </w:pPr>
      <w:r>
        <w:rPr>
          <w:rFonts w:ascii="Georgia" w:hAnsi="Georgia"/>
          <w:b w:val="0"/>
          <w:i w:val="0"/>
          <w:color w:val="22201D"/>
          <w:sz w:val="20"/>
        </w:rPr>
        <w:t>"That is almost beautiful."</w:t>
      </w:r>
    </w:p>
    <w:p>
      <w:pPr>
        <w:spacing w:after="60" w:line="266" w:lineRule="auto"/>
        <w:ind w:firstLine="331"/>
        <w:jc w:val="both"/>
      </w:pPr>
      <w:r>
        <w:rPr>
          <w:rFonts w:ascii="Georgia" w:hAnsi="Georgia"/>
          <w:b w:val="0"/>
          <w:i w:val="0"/>
          <w:color w:val="22201D"/>
          <w:sz w:val="20"/>
        </w:rPr>
        <w:t>"It is provisional."</w:t>
      </w:r>
    </w:p>
    <w:p>
      <w:pPr>
        <w:spacing w:after="60" w:line="266" w:lineRule="auto"/>
        <w:ind w:firstLine="331"/>
        <w:jc w:val="both"/>
      </w:pPr>
      <w:r>
        <w:rPr>
          <w:rFonts w:ascii="Georgia" w:hAnsi="Georgia"/>
          <w:b w:val="0"/>
          <w:i w:val="0"/>
          <w:color w:val="22201D"/>
          <w:sz w:val="20"/>
        </w:rPr>
        <w:t>"Provisional can be beautiful."</w:t>
      </w:r>
    </w:p>
    <w:p>
      <w:pPr>
        <w:spacing w:after="60" w:line="266" w:lineRule="auto"/>
        <w:ind w:firstLine="331"/>
        <w:jc w:val="both"/>
      </w:pPr>
      <w:r>
        <w:rPr>
          <w:rFonts w:ascii="Georgia" w:hAnsi="Georgia"/>
          <w:b w:val="0"/>
          <w:i w:val="0"/>
          <w:color w:val="22201D"/>
          <w:sz w:val="20"/>
        </w:rPr>
        <w:t>Gerald pointed to the failed front label under the bowl.</w:t>
      </w:r>
    </w:p>
    <w:p>
      <w:pPr>
        <w:spacing w:after="60" w:line="266" w:lineRule="auto"/>
        <w:ind w:firstLine="331"/>
        <w:jc w:val="both"/>
      </w:pPr>
      <w:r>
        <w:rPr>
          <w:rFonts w:ascii="Georgia" w:hAnsi="Georgia"/>
          <w:b w:val="0"/>
          <w:i w:val="0"/>
          <w:color w:val="22201D"/>
          <w:sz w:val="20"/>
        </w:rPr>
        <w:t>"That sentence is how labels get ideas."</w:t>
      </w:r>
    </w:p>
    <w:p>
      <w:pPr>
        <w:spacing w:after="60" w:line="266" w:lineRule="auto"/>
        <w:ind w:firstLine="331"/>
        <w:jc w:val="both"/>
      </w:pPr>
      <w:r>
        <w:rPr>
          <w:rFonts w:ascii="Georgia" w:hAnsi="Georgia"/>
          <w:b w:val="0"/>
          <w:i w:val="0"/>
          <w:color w:val="22201D"/>
          <w:sz w:val="20"/>
        </w:rPr>
        <w:t>Nico shut his mouth.</w:t>
      </w:r>
    </w:p>
    <w:p>
      <w:pPr>
        <w:spacing w:after="60" w:line="266" w:lineRule="auto"/>
        <w:ind w:firstLine="331"/>
        <w:jc w:val="both"/>
      </w:pPr>
      <w:r>
        <w:rPr>
          <w:rFonts w:ascii="Georgia" w:hAnsi="Georgia"/>
          <w:b w:val="0"/>
          <w:i w:val="0"/>
          <w:color w:val="22201D"/>
          <w:sz w:val="20"/>
        </w:rPr>
        <w:t>Bob picked up the sealed ingredients one at a time and moved them into a metal tray.</w:t>
      </w:r>
    </w:p>
    <w:p>
      <w:pPr>
        <w:spacing w:after="60" w:line="266" w:lineRule="auto"/>
        <w:ind w:firstLine="331"/>
        <w:jc w:val="both"/>
      </w:pPr>
      <w:r>
        <w:rPr>
          <w:rFonts w:ascii="Georgia" w:hAnsi="Georgia"/>
          <w:b w:val="0"/>
          <w:i w:val="0"/>
          <w:color w:val="22201D"/>
          <w:sz w:val="20"/>
        </w:rPr>
        <w:t>Peach pulp.</w:t>
      </w:r>
    </w:p>
    <w:p>
      <w:pPr>
        <w:spacing w:after="60" w:line="266" w:lineRule="auto"/>
        <w:ind w:firstLine="331"/>
        <w:jc w:val="both"/>
      </w:pPr>
      <w:r>
        <w:rPr>
          <w:rFonts w:ascii="Georgia" w:hAnsi="Georgia"/>
          <w:b w:val="0"/>
          <w:i w:val="0"/>
          <w:color w:val="22201D"/>
          <w:sz w:val="20"/>
        </w:rPr>
        <w:t>Scotch bonnet mash.</w:t>
      </w:r>
    </w:p>
    <w:p>
      <w:pPr>
        <w:spacing w:after="60" w:line="266" w:lineRule="auto"/>
        <w:ind w:firstLine="331"/>
        <w:jc w:val="both"/>
      </w:pPr>
      <w:r>
        <w:rPr>
          <w:rFonts w:ascii="Georgia" w:hAnsi="Georgia"/>
          <w:b w:val="0"/>
          <w:i w:val="0"/>
          <w:color w:val="22201D"/>
          <w:sz w:val="20"/>
        </w:rPr>
        <w:t>Golden vinegar.</w:t>
      </w:r>
    </w:p>
    <w:p>
      <w:pPr>
        <w:spacing w:after="60" w:line="266" w:lineRule="auto"/>
        <w:ind w:firstLine="331"/>
        <w:jc w:val="both"/>
      </w:pPr>
      <w:r>
        <w:rPr>
          <w:rFonts w:ascii="Georgia" w:hAnsi="Georgia"/>
          <w:b w:val="0"/>
          <w:i w:val="0"/>
          <w:color w:val="22201D"/>
          <w:sz w:val="20"/>
        </w:rPr>
        <w:t>Salt.</w:t>
      </w:r>
    </w:p>
    <w:p>
      <w:pPr>
        <w:spacing w:after="60" w:line="266" w:lineRule="auto"/>
        <w:ind w:firstLine="331"/>
        <w:jc w:val="both"/>
      </w:pPr>
      <w:r>
        <w:rPr>
          <w:rFonts w:ascii="Georgia" w:hAnsi="Georgia"/>
          <w:b w:val="0"/>
          <w:i w:val="0"/>
          <w:color w:val="22201D"/>
          <w:sz w:val="20"/>
        </w:rPr>
        <w:t>Color note, no bird.</w:t>
      </w:r>
    </w:p>
    <w:p>
      <w:pPr>
        <w:spacing w:after="60" w:line="266" w:lineRule="auto"/>
        <w:ind w:firstLine="331"/>
        <w:jc w:val="both"/>
      </w:pPr>
      <w:r>
        <w:rPr>
          <w:rFonts w:ascii="Georgia" w:hAnsi="Georgia"/>
          <w:b w:val="0"/>
          <w:i w:val="0"/>
          <w:color w:val="22201D"/>
          <w:sz w:val="20"/>
        </w:rPr>
        <w:t>He did not stack them. He did not arrange them into a picture. He placed them so each label could be read without moving another item.</w:t>
      </w:r>
    </w:p>
    <w:p>
      <w:pPr>
        <w:spacing w:after="60" w:line="266" w:lineRule="auto"/>
        <w:ind w:firstLine="331"/>
        <w:jc w:val="both"/>
      </w:pPr>
      <w:r>
        <w:rPr>
          <w:rFonts w:ascii="Georgia" w:hAnsi="Georgia"/>
          <w:b w:val="0"/>
          <w:i w:val="0"/>
          <w:color w:val="22201D"/>
          <w:sz w:val="20"/>
        </w:rPr>
        <w:t>The pantry printed:</w:t>
      </w:r>
    </w:p>
    <w:p>
      <w:pPr>
        <w:spacing w:after="60" w:line="250" w:lineRule="auto"/>
        <w:ind w:left="202" w:right="173"/>
      </w:pPr>
      <w:r>
        <w:rPr>
          <w:rFonts w:ascii="Georgia" w:hAnsi="Georgia"/>
          <w:b w:val="0"/>
          <w:i w:val="0"/>
          <w:color w:val="22201D"/>
          <w:sz w:val="17"/>
        </w:rPr>
        <w:t>Good receiving layout.</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"Batch log."</w:t>
      </w:r>
    </w:p>
    <w:p>
      <w:pPr>
        <w:spacing w:after="60" w:line="266" w:lineRule="auto"/>
        <w:ind w:firstLine="331"/>
        <w:jc w:val="both"/>
      </w:pPr>
      <w:r>
        <w:rPr>
          <w:rFonts w:ascii="Georgia" w:hAnsi="Georgia"/>
          <w:b w:val="0"/>
          <w:i w:val="0"/>
          <w:color w:val="22201D"/>
          <w:sz w:val="20"/>
        </w:rPr>
        <w:t>This time Gerald did not refuse.</w:t>
      </w:r>
    </w:p>
    <w:p>
      <w:pPr>
        <w:spacing w:after="60" w:line="266" w:lineRule="auto"/>
        <w:ind w:firstLine="331"/>
        <w:jc w:val="both"/>
      </w:pPr>
      <w:r>
        <w:rPr>
          <w:rFonts w:ascii="Georgia" w:hAnsi="Georgia"/>
          <w:b w:val="0"/>
          <w:i w:val="0"/>
          <w:color w:val="22201D"/>
          <w:sz w:val="20"/>
        </w:rPr>
        <w:t>The worktable drawer opened.</w:t>
      </w:r>
    </w:p>
    <w:p>
      <w:pPr>
        <w:spacing w:after="60" w:line="266" w:lineRule="auto"/>
        <w:ind w:firstLine="331"/>
        <w:jc w:val="both"/>
      </w:pPr>
      <w:r>
        <w:rPr>
          <w:rFonts w:ascii="Georgia" w:hAnsi="Georgia"/>
          <w:b w:val="0"/>
          <w:i w:val="0"/>
          <w:color w:val="22201D"/>
          <w:sz w:val="20"/>
        </w:rPr>
        <w:t>Inside lay a ledger with a cover the color of unbleached paper and a spine reinforced with cloth tape. It smelled faintly of vinegar, pencil shavings, and the kind of accountability that did not care whether anyone felt ready.</w:t>
      </w:r>
    </w:p>
    <w:p>
      <w:pPr>
        <w:spacing w:after="60" w:line="266" w:lineRule="auto"/>
        <w:ind w:firstLine="331"/>
        <w:jc w:val="both"/>
      </w:pPr>
      <w:r>
        <w:rPr>
          <w:rFonts w:ascii="Georgia" w:hAnsi="Georgia"/>
          <w:b w:val="0"/>
          <w:i w:val="0"/>
          <w:color w:val="22201D"/>
          <w:sz w:val="20"/>
        </w:rPr>
        <w:t>On the cover:</w:t>
      </w:r>
    </w:p>
    <w:p>
      <w:pPr>
        <w:spacing w:after="60" w:line="250" w:lineRule="auto"/>
        <w:ind w:left="202" w:right="173"/>
      </w:pPr>
      <w:r>
        <w:rPr>
          <w:rFonts w:ascii="Georgia" w:hAnsi="Georgia"/>
          <w:b w:val="0"/>
          <w:i w:val="0"/>
          <w:color w:val="22201D"/>
          <w:sz w:val="17"/>
        </w:rPr>
        <w:t>BATCH LOG Gold Pheasant Peach Scotch Bonnet Do not estimate grams.</w:t>
      </w:r>
    </w:p>
    <w:p>
      <w:pPr>
        <w:spacing w:after="60" w:line="266" w:lineRule="auto"/>
        <w:ind w:firstLine="331"/>
        <w:jc w:val="both"/>
      </w:pPr>
      <w:r>
        <w:rPr>
          <w:rFonts w:ascii="Georgia" w:hAnsi="Georgia"/>
          <w:b w:val="0"/>
          <w:i w:val="0"/>
          <w:color w:val="22201D"/>
          <w:sz w:val="20"/>
        </w:rPr>
        <w:t>Gerald looked at Flocc.</w:t>
      </w:r>
    </w:p>
    <w:p>
      <w:pPr>
        <w:spacing w:after="60" w:line="266" w:lineRule="auto"/>
        <w:ind w:firstLine="331"/>
        <w:jc w:val="both"/>
      </w:pPr>
      <w:r>
        <w:rPr>
          <w:rFonts w:ascii="Georgia" w:hAnsi="Georgia"/>
          <w:b w:val="0"/>
          <w:i w:val="0"/>
          <w:color w:val="22201D"/>
          <w:sz w:val="20"/>
        </w:rPr>
        <w:t>"Next price?"</w:t>
      </w:r>
    </w:p>
    <w:p>
      <w:pPr>
        <w:spacing w:after="60" w:line="266" w:lineRule="auto"/>
        <w:ind w:firstLine="331"/>
        <w:jc w:val="both"/>
      </w:pPr>
      <w:r>
        <w:rPr>
          <w:rFonts w:ascii="Georgia" w:hAnsi="Georgia"/>
          <w:b w:val="0"/>
          <w:i w:val="0"/>
          <w:color w:val="22201D"/>
          <w:sz w:val="20"/>
        </w:rPr>
        <w:t>Flocc read the treatment line from memory and then checked the card because memory was not a label.</w:t>
      </w:r>
    </w:p>
    <w:p>
      <w:pPr>
        <w:spacing w:after="60" w:line="266" w:lineRule="auto"/>
        <w:ind w:firstLine="331"/>
        <w:jc w:val="both"/>
      </w:pPr>
      <w:r>
        <w:rPr>
          <w:rFonts w:ascii="Georgia" w:hAnsi="Georgia"/>
          <w:b w:val="0"/>
          <w:i w:val="0"/>
          <w:color w:val="22201D"/>
          <w:sz w:val="20"/>
        </w:rPr>
        <w:t>"Accurate grams."</w:t>
      </w:r>
    </w:p>
    <w:p>
      <w:pPr>
        <w:spacing w:after="60" w:line="266" w:lineRule="auto"/>
        <w:ind w:firstLine="331"/>
        <w:jc w:val="both"/>
      </w:pPr>
      <w:r>
        <w:rPr>
          <w:rFonts w:ascii="Georgia" w:hAnsi="Georgia"/>
          <w:b w:val="0"/>
          <w:i w:val="0"/>
          <w:color w:val="22201D"/>
          <w:sz w:val="20"/>
        </w:rPr>
        <w:t>The batch log opened by itself.</w:t>
      </w:r>
    </w:p>
    <w:p>
      <w:pPr>
        <w:spacing w:after="60" w:line="266" w:lineRule="auto"/>
        <w:ind w:firstLine="331"/>
        <w:jc w:val="both"/>
      </w:pPr>
      <w:r>
        <w:rPr>
          <w:rFonts w:ascii="Georgia" w:hAnsi="Georgia"/>
          <w:b w:val="0"/>
          <w:i w:val="0"/>
          <w:color w:val="22201D"/>
          <w:sz w:val="20"/>
        </w:rPr>
        <w:t>Then, before anyone could be impressed, Gerald put one hand on the page.</w:t>
      </w:r>
    </w:p>
    <w:p>
      <w:pPr>
        <w:spacing w:after="60" w:line="266" w:lineRule="auto"/>
        <w:ind w:firstLine="331"/>
        <w:jc w:val="both"/>
      </w:pPr>
      <w:r>
        <w:rPr>
          <w:rFonts w:ascii="Georgia" w:hAnsi="Georgia"/>
          <w:b w:val="0"/>
          <w:i w:val="0"/>
          <w:color w:val="22201D"/>
          <w:sz w:val="20"/>
        </w:rPr>
        <w:t>"No writing yourself."</w:t>
      </w:r>
    </w:p>
    <w:p>
      <w:pPr>
        <w:spacing w:after="60" w:line="266" w:lineRule="auto"/>
        <w:ind w:firstLine="331"/>
        <w:jc w:val="both"/>
      </w:pPr>
      <w:r>
        <w:rPr>
          <w:rFonts w:ascii="Georgia" w:hAnsi="Georgia"/>
          <w:b w:val="0"/>
          <w:i w:val="0"/>
          <w:color w:val="22201D"/>
          <w:sz w:val="20"/>
        </w:rPr>
        <w:t>The ledger stopped.</w:t>
      </w:r>
    </w:p>
    <w:p>
      <w:pPr>
        <w:spacing w:after="60" w:line="266" w:lineRule="auto"/>
        <w:ind w:firstLine="331"/>
        <w:jc w:val="both"/>
      </w:pPr>
      <w:r>
        <w:rPr>
          <w:rFonts w:ascii="Georgia" w:hAnsi="Georgia"/>
          <w:b w:val="0"/>
          <w:i w:val="0"/>
          <w:color w:val="22201D"/>
          <w:sz w:val="20"/>
        </w:rPr>
        <w:t>The sauce label held its place beside the empty jar.</w:t>
      </w:r>
    </w:p>
    <w:p>
      <w:pPr>
        <w:spacing w:after="60" w:line="266" w:lineRule="auto"/>
        <w:ind w:firstLine="331"/>
        <w:jc w:val="both"/>
      </w:pPr>
      <w:r>
        <w:rPr>
          <w:rFonts w:ascii="Georgia" w:hAnsi="Georgia"/>
          <w:b w:val="0"/>
          <w:i w:val="0"/>
          <w:color w:val="22201D"/>
          <w:sz w:val="20"/>
        </w:rPr>
        <w:t>It was still a draft.</w:t>
      </w:r>
    </w:p>
    <w:p>
      <w:pPr>
        <w:spacing w:after="60" w:line="266" w:lineRule="auto"/>
        <w:ind w:firstLine="331"/>
        <w:jc w:val="both"/>
      </w:pPr>
      <w:r>
        <w:rPr>
          <w:rFonts w:ascii="Georgia" w:hAnsi="Georgia"/>
          <w:b w:val="0"/>
          <w:i w:val="0"/>
          <w:color w:val="22201D"/>
          <w:sz w:val="20"/>
        </w:rPr>
        <w:t>It was also, for the first time, a draft that had earned the right to be revised instead of contained.</w:t>
      </w:r>
    </w:p>
    <w:p>
      <w:pPr>
        <w:spacing w:after="60" w:line="266" w:lineRule="auto"/>
        <w:ind w:firstLine="331"/>
        <w:jc w:val="both"/>
      </w:pPr>
      <w:r>
        <w:rPr>
          <w:rFonts w:ascii="Georgia" w:hAnsi="Georgia"/>
          <w:b w:val="0"/>
          <w:i w:val="0"/>
          <w:color w:val="22201D"/>
          <w:sz w:val="20"/>
        </w:rPr>
        <w:t>That was what respect looked like in the pantry: not admiration, not fear, not obedience.</w:t>
      </w:r>
    </w:p>
    <w:p>
      <w:pPr>
        <w:spacing w:after="60" w:line="266" w:lineRule="auto"/>
        <w:ind w:firstLine="331"/>
        <w:jc w:val="both"/>
      </w:pPr>
      <w:r>
        <w:rPr>
          <w:rFonts w:ascii="Georgia" w:hAnsi="Georgia"/>
          <w:b w:val="0"/>
          <w:i w:val="0"/>
          <w:color w:val="22201D"/>
          <w:sz w:val="20"/>
        </w:rPr>
        <w:t>A label that told the truth before anyone got hungry enough to forgive it.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The Batch Log Objects</w:t>
      </w:r>
    </w:p>
    <w:p>
      <w:pPr>
        <w:spacing w:after="60" w:line="266" w:lineRule="auto"/>
        <w:ind w:firstLine="0"/>
        <w:jc w:val="both"/>
      </w:pPr>
      <w:r>
        <w:rPr>
          <w:rFonts w:ascii="Georgia" w:hAnsi="Georgia"/>
          <w:b w:val="0"/>
          <w:i w:val="0"/>
          <w:color w:val="22201D"/>
          <w:sz w:val="20"/>
        </w:rPr>
        <w:t>The batch log did not object immediately.</w:t>
      </w:r>
    </w:p>
    <w:p>
      <w:pPr>
        <w:spacing w:after="60" w:line="266" w:lineRule="auto"/>
        <w:ind w:firstLine="331"/>
        <w:jc w:val="both"/>
      </w:pPr>
      <w:r>
        <w:rPr>
          <w:rFonts w:ascii="Georgia" w:hAnsi="Georgia"/>
          <w:b w:val="0"/>
          <w:i w:val="0"/>
          <w:color w:val="22201D"/>
          <w:sz w:val="20"/>
        </w:rPr>
        <w:t>This was how everyone knew it was serious.</w:t>
      </w:r>
    </w:p>
    <w:p>
      <w:pPr>
        <w:spacing w:after="60" w:line="266" w:lineRule="auto"/>
        <w:ind w:firstLine="331"/>
        <w:jc w:val="both"/>
      </w:pPr>
      <w:r>
        <w:rPr>
          <w:rFonts w:ascii="Georgia" w:hAnsi="Georgia"/>
          <w:b w:val="0"/>
          <w:i w:val="0"/>
          <w:color w:val="22201D"/>
          <w:sz w:val="20"/>
        </w:rPr>
        <w:t>Cute objects interrupted. Dangerous objects charmed. Bad documents tried to define your agreement before you had finished locating the verb.</w:t>
      </w:r>
    </w:p>
    <w:p>
      <w:pPr>
        <w:spacing w:after="60" w:line="266" w:lineRule="auto"/>
        <w:ind w:firstLine="331"/>
        <w:jc w:val="both"/>
      </w:pPr>
      <w:r>
        <w:rPr>
          <w:rFonts w:ascii="Georgia" w:hAnsi="Georgia"/>
          <w:b w:val="0"/>
          <w:i w:val="0"/>
          <w:color w:val="22201D"/>
          <w:sz w:val="20"/>
        </w:rPr>
        <w:t>The batch log simply lay open on the worktable, blank columns waiting with the patience of a form that did not care about anyone's appetite.</w:t>
      </w:r>
    </w:p>
    <w:p>
      <w:pPr>
        <w:spacing w:after="60" w:line="266" w:lineRule="auto"/>
        <w:ind w:firstLine="331"/>
        <w:jc w:val="both"/>
      </w:pPr>
      <w:r>
        <w:rPr>
          <w:rFonts w:ascii="Georgia" w:hAnsi="Georgia"/>
          <w:b w:val="0"/>
          <w:i w:val="0"/>
          <w:color w:val="22201D"/>
          <w:sz w:val="20"/>
        </w:rPr>
        <w:t>On the cover:</w:t>
      </w:r>
    </w:p>
    <w:p>
      <w:pPr>
        <w:spacing w:after="60" w:line="250" w:lineRule="auto"/>
        <w:ind w:left="202" w:right="173"/>
      </w:pPr>
      <w:r>
        <w:rPr>
          <w:rFonts w:ascii="Georgia" w:hAnsi="Georgia"/>
          <w:b w:val="0"/>
          <w:i w:val="0"/>
          <w:color w:val="22201D"/>
          <w:sz w:val="17"/>
        </w:rPr>
        <w:t>BATCH LOG Gold Pheasant Peach Scotch Bonnet Do not estimate grams.</w:t>
      </w:r>
    </w:p>
    <w:p>
      <w:pPr>
        <w:spacing w:after="60" w:line="266" w:lineRule="auto"/>
        <w:ind w:firstLine="331"/>
        <w:jc w:val="both"/>
      </w:pPr>
      <w:r>
        <w:rPr>
          <w:rFonts w:ascii="Georgia" w:hAnsi="Georgia"/>
          <w:b w:val="0"/>
          <w:i w:val="0"/>
          <w:color w:val="22201D"/>
          <w:sz w:val="20"/>
        </w:rPr>
        <w:t>Gerald put one hand flat on the open page.</w:t>
      </w:r>
    </w:p>
    <w:p>
      <w:pPr>
        <w:spacing w:after="60" w:line="266" w:lineRule="auto"/>
        <w:ind w:firstLine="331"/>
        <w:jc w:val="both"/>
      </w:pPr>
      <w:r>
        <w:rPr>
          <w:rFonts w:ascii="Georgia" w:hAnsi="Georgia"/>
          <w:b w:val="0"/>
          <w:i w:val="0"/>
          <w:color w:val="22201D"/>
          <w:sz w:val="20"/>
        </w:rPr>
        <w:t>"Nobody writes until we have a scale."</w:t>
      </w:r>
    </w:p>
    <w:p>
      <w:pPr>
        <w:spacing w:after="60" w:line="266" w:lineRule="auto"/>
        <w:ind w:firstLine="331"/>
        <w:jc w:val="both"/>
      </w:pPr>
      <w:r>
        <w:rPr>
          <w:rFonts w:ascii="Georgia" w:hAnsi="Georgia"/>
          <w:b w:val="0"/>
          <w:i w:val="0"/>
          <w:color w:val="22201D"/>
          <w:sz w:val="20"/>
        </w:rPr>
        <w:t>The pantry produced a scale.</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pantry produced another scale.</w:t>
      </w:r>
    </w:p>
    <w:p>
      <w:pPr>
        <w:spacing w:after="60" w:line="266" w:lineRule="auto"/>
        <w:ind w:firstLine="331"/>
        <w:jc w:val="both"/>
      </w:pPr>
      <w:r>
        <w:rPr>
          <w:rFonts w:ascii="Georgia" w:hAnsi="Georgia"/>
          <w:b w:val="0"/>
          <w:i w:val="0"/>
          <w:color w:val="22201D"/>
          <w:sz w:val="20"/>
        </w:rPr>
        <w:t>"Also no."</w:t>
      </w:r>
    </w:p>
    <w:p>
      <w:pPr>
        <w:spacing w:after="60" w:line="266" w:lineRule="auto"/>
        <w:ind w:firstLine="331"/>
        <w:jc w:val="both"/>
      </w:pPr>
      <w:r>
        <w:rPr>
          <w:rFonts w:ascii="Georgia" w:hAnsi="Georgia"/>
          <w:b w:val="0"/>
          <w:i w:val="0"/>
          <w:color w:val="22201D"/>
          <w:sz w:val="20"/>
        </w:rPr>
        <w:t>The third scale was metal, dull, and slightly heavier than convenience wanted it to be. It had a removable tray, a calibration knob, and a face with numbers large enough to read without bargaining.</w:t>
      </w:r>
    </w:p>
    <w:p>
      <w:pPr>
        <w:spacing w:after="60" w:line="266" w:lineRule="auto"/>
        <w:ind w:firstLine="331"/>
        <w:jc w:val="both"/>
      </w:pPr>
      <w:r>
        <w:rPr>
          <w:rFonts w:ascii="Georgia" w:hAnsi="Georgia"/>
          <w:b w:val="0"/>
          <w:i w:val="0"/>
          <w:color w:val="22201D"/>
          <w:sz w:val="20"/>
        </w:rPr>
        <w:t>Gerald inspected the face.</w:t>
      </w:r>
    </w:p>
    <w:p>
      <w:pPr>
        <w:spacing w:after="60" w:line="266" w:lineRule="auto"/>
        <w:ind w:firstLine="331"/>
        <w:jc w:val="both"/>
      </w:pPr>
      <w:r>
        <w:rPr>
          <w:rFonts w:ascii="Georgia" w:hAnsi="Georgia"/>
          <w:b w:val="0"/>
          <w:i w:val="0"/>
          <w:color w:val="22201D"/>
          <w:sz w:val="20"/>
        </w:rPr>
        <w:t>"Acceptable if calibrated."</w:t>
      </w:r>
    </w:p>
    <w:p>
      <w:pPr>
        <w:spacing w:after="60" w:line="266" w:lineRule="auto"/>
        <w:ind w:firstLine="331"/>
        <w:jc w:val="both"/>
      </w:pPr>
      <w:r>
        <w:rPr>
          <w:rFonts w:ascii="Georgia" w:hAnsi="Georgia"/>
          <w:b w:val="0"/>
          <w:i w:val="0"/>
          <w:color w:val="22201D"/>
          <w:sz w:val="20"/>
        </w:rPr>
        <w:t>Bob set a sealed calibration weight beside it.</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Bob said, "Route had one."</w:t>
      </w:r>
    </w:p>
    <w:p>
      <w:pPr>
        <w:spacing w:after="60" w:line="266" w:lineRule="auto"/>
        <w:ind w:firstLine="331"/>
        <w:jc w:val="both"/>
      </w:pPr>
      <w:r>
        <w:rPr>
          <w:rFonts w:ascii="Georgia" w:hAnsi="Georgia"/>
          <w:b w:val="0"/>
          <w:i w:val="0"/>
          <w:color w:val="22201D"/>
          <w:sz w:val="20"/>
        </w:rPr>
        <w:t>No one asked what route.</w:t>
      </w:r>
    </w:p>
    <w:p>
      <w:pPr>
        <w:spacing w:after="60" w:line="266" w:lineRule="auto"/>
        <w:ind w:firstLine="331"/>
        <w:jc w:val="both"/>
      </w:pPr>
      <w:r>
        <w:rPr>
          <w:rFonts w:ascii="Georgia" w:hAnsi="Georgia"/>
          <w:b w:val="0"/>
          <w:i w:val="0"/>
          <w:color w:val="22201D"/>
          <w:sz w:val="20"/>
        </w:rPr>
        <w:t>Some sentences were more useful when not unpacked.</w:t>
      </w:r>
    </w:p>
    <w:p>
      <w:pPr>
        <w:spacing w:after="60" w:line="266" w:lineRule="auto"/>
        <w:ind w:firstLine="331"/>
        <w:jc w:val="both"/>
      </w:pPr>
      <w:r>
        <w:rPr>
          <w:rFonts w:ascii="Georgia" w:hAnsi="Georgia"/>
          <w:b w:val="0"/>
          <w:i w:val="0"/>
          <w:color w:val="22201D"/>
          <w:sz w:val="20"/>
        </w:rPr>
        <w:t>The Hostess placed the sauce-label draft beside the batch log.</w:t>
      </w:r>
    </w:p>
    <w:p>
      <w:pPr>
        <w:spacing w:after="60" w:line="250" w:lineRule="auto"/>
        <w:ind w:left="202" w:right="173"/>
      </w:pPr>
      <w:r>
        <w:rPr>
          <w:rFonts w:ascii="Georgia" w:hAnsi="Georgia"/>
          <w:b w:val="0"/>
          <w:i w:val="0"/>
          <w:color w:val="22201D"/>
          <w:sz w:val="17"/>
        </w:rPr>
        <w:t>Status: respect achieved enough to proceed approval pending batch log</w:t>
      </w:r>
    </w:p>
    <w:p>
      <w:pPr>
        <w:spacing w:after="60" w:line="266" w:lineRule="auto"/>
        <w:ind w:firstLine="331"/>
        <w:jc w:val="both"/>
      </w:pPr>
      <w:r>
        <w:rPr>
          <w:rFonts w:ascii="Georgia" w:hAnsi="Georgia"/>
          <w:b w:val="0"/>
          <w:i w:val="0"/>
          <w:color w:val="22201D"/>
          <w:sz w:val="20"/>
        </w:rPr>
        <w:t>Flocc read the Chapter Four price from the treatment card:</w:t>
      </w:r>
    </w:p>
    <w:p>
      <w:pPr>
        <w:spacing w:after="60" w:line="250" w:lineRule="auto"/>
        <w:ind w:left="202" w:right="173"/>
      </w:pPr>
      <w:r>
        <w:rPr>
          <w:rFonts w:ascii="Georgia" w:hAnsi="Georgia"/>
          <w:b w:val="0"/>
          <w:i w:val="0"/>
          <w:color w:val="22201D"/>
          <w:sz w:val="17"/>
        </w:rPr>
        <w:t>accurate grams</w:t>
      </w:r>
    </w:p>
    <w:p>
      <w:pPr>
        <w:spacing w:after="60" w:line="266" w:lineRule="auto"/>
        <w:ind w:firstLine="331"/>
        <w:jc w:val="both"/>
      </w:pPr>
      <w:r>
        <w:rPr>
          <w:rFonts w:ascii="Georgia" w:hAnsi="Georgia"/>
          <w:b w:val="0"/>
          <w:i w:val="0"/>
          <w:color w:val="22201D"/>
          <w:sz w:val="20"/>
        </w:rPr>
        <w:t>It looked simple.</w:t>
      </w:r>
    </w:p>
    <w:p>
      <w:pPr>
        <w:spacing w:after="60" w:line="266" w:lineRule="auto"/>
        <w:ind w:firstLine="331"/>
        <w:jc w:val="both"/>
      </w:pPr>
      <w:r>
        <w:rPr>
          <w:rFonts w:ascii="Georgia" w:hAnsi="Georgia"/>
          <w:b w:val="0"/>
          <w:i w:val="0"/>
          <w:color w:val="22201D"/>
          <w:sz w:val="20"/>
        </w:rPr>
        <w:t>This was suspicious.</w:t>
      </w:r>
    </w:p>
    <w:p>
      <w:pPr>
        <w:spacing w:after="60" w:line="266" w:lineRule="auto"/>
        <w:ind w:firstLine="331"/>
        <w:jc w:val="both"/>
      </w:pPr>
      <w:r>
        <w:rPr>
          <w:rFonts w:ascii="Georgia" w:hAnsi="Georgia"/>
          <w:b w:val="0"/>
          <w:i w:val="0"/>
          <w:color w:val="22201D"/>
          <w:sz w:val="20"/>
        </w:rPr>
        <w:t>Gerald pointed at the ingredient tins from Chapter Three.</w:t>
      </w:r>
    </w:p>
    <w:p>
      <w:pPr>
        <w:spacing w:after="60" w:line="250" w:lineRule="auto"/>
        <w:ind w:left="202" w:right="173"/>
      </w:pPr>
      <w:r>
        <w:rPr>
          <w:rFonts w:ascii="Georgia" w:hAnsi="Georgia"/>
          <w:b w:val="0"/>
          <w:i w:val="0"/>
          <w:color w:val="22201D"/>
          <w:sz w:val="17"/>
        </w:rPr>
        <w:t>PEACH PULP SCOTCH BONNET MASH GOLDEN VINEGAR SALT GOLD PHEASANT COLOR NOTE / NO BIRD</w:t>
      </w:r>
    </w:p>
    <w:p>
      <w:pPr>
        <w:spacing w:after="60" w:line="266" w:lineRule="auto"/>
        <w:ind w:firstLine="331"/>
        <w:jc w:val="both"/>
      </w:pPr>
      <w:r>
        <w:rPr>
          <w:rFonts w:ascii="Georgia" w:hAnsi="Georgia"/>
          <w:b w:val="0"/>
          <w:i w:val="0"/>
          <w:color w:val="22201D"/>
          <w:sz w:val="20"/>
        </w:rPr>
        <w:t>"Weigh sealed container. Record gross. Empty only after tare is established. Record net. No about. No pinch. No enough. No to taste."</w:t>
      </w:r>
    </w:p>
    <w:p>
      <w:pPr>
        <w:spacing w:after="60" w:line="266" w:lineRule="auto"/>
        <w:ind w:firstLine="331"/>
        <w:jc w:val="both"/>
      </w:pPr>
      <w:r>
        <w:rPr>
          <w:rFonts w:ascii="Georgia" w:hAnsi="Georgia"/>
          <w:b w:val="0"/>
          <w:i w:val="0"/>
          <w:color w:val="22201D"/>
          <w:sz w:val="20"/>
        </w:rPr>
        <w:t>Nico winced at the last one.</w:t>
      </w:r>
    </w:p>
    <w:p>
      <w:pPr>
        <w:spacing w:after="60" w:line="266" w:lineRule="auto"/>
        <w:ind w:firstLine="331"/>
        <w:jc w:val="both"/>
      </w:pPr>
      <w:r>
        <w:rPr>
          <w:rFonts w:ascii="Georgia" w:hAnsi="Georgia"/>
          <w:b w:val="0"/>
          <w:i w:val="0"/>
          <w:color w:val="22201D"/>
          <w:sz w:val="20"/>
        </w:rPr>
        <w:t>"To taste is a very old phrase."</w:t>
      </w:r>
    </w:p>
    <w:p>
      <w:pPr>
        <w:spacing w:after="60" w:line="266" w:lineRule="auto"/>
        <w:ind w:firstLine="331"/>
        <w:jc w:val="both"/>
      </w:pPr>
      <w:r>
        <w:rPr>
          <w:rFonts w:ascii="Georgia" w:hAnsi="Georgia"/>
          <w:b w:val="0"/>
          <w:i w:val="0"/>
          <w:color w:val="22201D"/>
          <w:sz w:val="20"/>
        </w:rPr>
        <w:t>"So are many hazards."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Age is not accuracy.</w:t>
      </w:r>
    </w:p>
    <w:p>
      <w:pPr>
        <w:spacing w:after="60" w:line="266" w:lineRule="auto"/>
        <w:ind w:firstLine="331"/>
        <w:jc w:val="both"/>
      </w:pPr>
      <w:r>
        <w:rPr>
          <w:rFonts w:ascii="Georgia" w:hAnsi="Georgia"/>
          <w:b w:val="0"/>
          <w:i w:val="0"/>
          <w:color w:val="22201D"/>
          <w:sz w:val="20"/>
        </w:rPr>
        <w:t>Nico nodded like a man being corrected by a monument.</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"Batch procedure begins."</w:t>
      </w:r>
    </w:p>
    <w:p>
      <w:pPr>
        <w:spacing w:after="60" w:line="266" w:lineRule="auto"/>
        <w:ind w:firstLine="331"/>
        <w:jc w:val="both"/>
      </w:pPr>
      <w:r>
        <w:rPr>
          <w:rFonts w:ascii="Georgia" w:hAnsi="Georgia"/>
          <w:b w:val="0"/>
          <w:i w:val="0"/>
          <w:color w:val="22201D"/>
          <w:sz w:val="20"/>
        </w:rPr>
        <w:t>The batch log turned one page by itself.</w:t>
      </w:r>
    </w:p>
    <w:p>
      <w:pPr>
        <w:spacing w:after="60" w:line="266" w:lineRule="auto"/>
        <w:ind w:firstLine="331"/>
        <w:jc w:val="both"/>
      </w:pPr>
      <w:r>
        <w:rPr>
          <w:rFonts w:ascii="Georgia" w:hAnsi="Georgia"/>
          <w:b w:val="0"/>
          <w:i w:val="0"/>
          <w:color w:val="22201D"/>
          <w:sz w:val="20"/>
        </w:rPr>
        <w:t>Gerald slammed it shut.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room froze.</w:t>
      </w:r>
    </w:p>
    <w:p>
      <w:pPr>
        <w:spacing w:after="60" w:line="266" w:lineRule="auto"/>
        <w:ind w:firstLine="331"/>
        <w:jc w:val="both"/>
      </w:pPr>
      <w:r>
        <w:rPr>
          <w:rFonts w:ascii="Georgia" w:hAnsi="Georgia"/>
          <w:b w:val="0"/>
          <w:i w:val="0"/>
          <w:color w:val="22201D"/>
          <w:sz w:val="20"/>
        </w:rPr>
        <w:t>The log did not move.</w:t>
      </w:r>
    </w:p>
    <w:p>
      <w:pPr>
        <w:spacing w:after="60" w:line="266" w:lineRule="auto"/>
        <w:ind w:firstLine="331"/>
        <w:jc w:val="both"/>
      </w:pPr>
      <w:r>
        <w:rPr>
          <w:rFonts w:ascii="Georgia" w:hAnsi="Georgia"/>
          <w:b w:val="0"/>
          <w:i w:val="0"/>
          <w:color w:val="22201D"/>
          <w:sz w:val="20"/>
        </w:rPr>
        <w:t>Gerald reopened it to the same page with his own hand.</w:t>
      </w:r>
    </w:p>
    <w:p>
      <w:pPr>
        <w:spacing w:after="60" w:line="266" w:lineRule="auto"/>
        <w:ind w:firstLine="331"/>
        <w:jc w:val="both"/>
      </w:pPr>
      <w:r>
        <w:rPr>
          <w:rFonts w:ascii="Georgia" w:hAnsi="Georgia"/>
          <w:b w:val="0"/>
          <w:i w:val="0"/>
          <w:color w:val="22201D"/>
          <w:sz w:val="20"/>
        </w:rPr>
        <w:t>"Forms may receive entries. They may not advance procedure."</w:t>
      </w:r>
    </w:p>
    <w:p>
      <w:pPr>
        <w:spacing w:after="60" w:line="266" w:lineRule="auto"/>
        <w:ind w:firstLine="331"/>
        <w:jc w:val="both"/>
      </w:pPr>
      <w:r>
        <w:rPr>
          <w:rFonts w:ascii="Georgia" w:hAnsi="Georgia"/>
          <w:b w:val="0"/>
          <w:i w:val="0"/>
          <w:color w:val="22201D"/>
          <w:sz w:val="20"/>
        </w:rPr>
        <w:t>The batch log printed, in small plain letters at the top margin:</w:t>
      </w:r>
    </w:p>
    <w:p>
      <w:pPr>
        <w:spacing w:after="60" w:line="250" w:lineRule="auto"/>
        <w:ind w:left="202" w:right="173"/>
      </w:pPr>
      <w:r>
        <w:rPr>
          <w:rFonts w:ascii="Georgia" w:hAnsi="Georgia"/>
          <w:b w:val="0"/>
          <w:i w:val="0"/>
          <w:color w:val="22201D"/>
          <w:sz w:val="17"/>
        </w:rPr>
        <w:t>Objection: page was blank.</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"Sustained as fact. Overruled as action."</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batch log may object to data condition batch log may not move procedure</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"That is the line."</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He understood it more than he wanted to.</w:t>
      </w:r>
    </w:p>
    <w:p>
      <w:pPr>
        <w:spacing w:after="60" w:line="266" w:lineRule="auto"/>
        <w:ind w:firstLine="331"/>
        <w:jc w:val="both"/>
      </w:pPr>
      <w:r>
        <w:rPr>
          <w:rFonts w:ascii="Georgia" w:hAnsi="Georgia"/>
          <w:b w:val="0"/>
          <w:i w:val="0"/>
          <w:color w:val="22201D"/>
          <w:sz w:val="20"/>
        </w:rPr>
        <w:t>Objecting to imprecision was not the same as becoming a person. A record could protect truth without being promoted into a soul. The pantry had spent too many books refusing false replacements to start making one out of a ledger.</w:t>
      </w:r>
    </w:p>
    <w:p>
      <w:pPr>
        <w:spacing w:after="60" w:line="266" w:lineRule="auto"/>
        <w:ind w:firstLine="331"/>
        <w:jc w:val="both"/>
      </w:pPr>
      <w:r>
        <w:rPr>
          <w:rFonts w:ascii="Georgia" w:hAnsi="Georgia"/>
          <w:b w:val="0"/>
          <w:i w:val="0"/>
          <w:color w:val="22201D"/>
          <w:sz w:val="20"/>
        </w:rPr>
        <w:t>Gerald calibrated the scale.</w:t>
      </w:r>
    </w:p>
    <w:p>
      <w:pPr>
        <w:spacing w:after="60" w:line="266" w:lineRule="auto"/>
        <w:ind w:firstLine="331"/>
        <w:jc w:val="both"/>
      </w:pPr>
      <w:r>
        <w:rPr>
          <w:rFonts w:ascii="Georgia" w:hAnsi="Georgia"/>
          <w:b w:val="0"/>
          <w:i w:val="0"/>
          <w:color w:val="22201D"/>
          <w:sz w:val="20"/>
        </w:rPr>
        <w:t>The sealed weight went on.</w:t>
      </w:r>
    </w:p>
    <w:p>
      <w:pPr>
        <w:spacing w:after="60" w:line="266" w:lineRule="auto"/>
        <w:ind w:firstLine="331"/>
        <w:jc w:val="both"/>
      </w:pPr>
      <w:r>
        <w:rPr>
          <w:rFonts w:ascii="Georgia" w:hAnsi="Georgia"/>
          <w:b w:val="0"/>
          <w:i w:val="0"/>
          <w:color w:val="22201D"/>
          <w:sz w:val="20"/>
        </w:rPr>
        <w:t>The needle moved.</w:t>
      </w:r>
    </w:p>
    <w:p>
      <w:pPr>
        <w:spacing w:after="60" w:line="266" w:lineRule="auto"/>
        <w:ind w:firstLine="331"/>
        <w:jc w:val="both"/>
      </w:pPr>
      <w:r>
        <w:rPr>
          <w:rFonts w:ascii="Georgia" w:hAnsi="Georgia"/>
          <w:b w:val="0"/>
          <w:i w:val="0"/>
          <w:color w:val="22201D"/>
          <w:sz w:val="20"/>
        </w:rPr>
        <w:t>Not enough.</w:t>
      </w:r>
    </w:p>
    <w:p>
      <w:pPr>
        <w:spacing w:after="60" w:line="266" w:lineRule="auto"/>
        <w:ind w:firstLine="331"/>
        <w:jc w:val="both"/>
      </w:pPr>
      <w:r>
        <w:rPr>
          <w:rFonts w:ascii="Georgia" w:hAnsi="Georgia"/>
          <w:b w:val="0"/>
          <w:i w:val="0"/>
          <w:color w:val="22201D"/>
          <w:sz w:val="20"/>
        </w:rPr>
        <w:t>Gerald adjusted the knob.</w:t>
      </w:r>
    </w:p>
    <w:p>
      <w:pPr>
        <w:spacing w:after="60" w:line="266" w:lineRule="auto"/>
        <w:ind w:firstLine="331"/>
        <w:jc w:val="both"/>
      </w:pPr>
      <w:r>
        <w:rPr>
          <w:rFonts w:ascii="Georgia" w:hAnsi="Georgia"/>
          <w:b w:val="0"/>
          <w:i w:val="0"/>
          <w:color w:val="22201D"/>
          <w:sz w:val="20"/>
        </w:rPr>
        <w:t>The needle centered.</w:t>
      </w:r>
    </w:p>
    <w:p>
      <w:pPr>
        <w:spacing w:after="60" w:line="266" w:lineRule="auto"/>
        <w:ind w:firstLine="331"/>
        <w:jc w:val="both"/>
      </w:pPr>
      <w:r>
        <w:rPr>
          <w:rFonts w:ascii="Georgia" w:hAnsi="Georgia"/>
          <w:b w:val="0"/>
          <w:i w:val="0"/>
          <w:color w:val="22201D"/>
          <w:sz w:val="20"/>
        </w:rPr>
        <w:t>He removed the weight.</w:t>
      </w:r>
    </w:p>
    <w:p>
      <w:pPr>
        <w:spacing w:after="60" w:line="266" w:lineRule="auto"/>
        <w:ind w:firstLine="331"/>
        <w:jc w:val="both"/>
      </w:pPr>
      <w:r>
        <w:rPr>
          <w:rFonts w:ascii="Georgia" w:hAnsi="Georgia"/>
          <w:b w:val="0"/>
          <w:i w:val="0"/>
          <w:color w:val="22201D"/>
          <w:sz w:val="20"/>
        </w:rPr>
        <w:t>The needle returned to zero.</w:t>
      </w:r>
    </w:p>
    <w:p>
      <w:pPr>
        <w:spacing w:after="60" w:line="266" w:lineRule="auto"/>
        <w:ind w:firstLine="331"/>
        <w:jc w:val="both"/>
      </w:pPr>
      <w:r>
        <w:rPr>
          <w:rFonts w:ascii="Georgia" w:hAnsi="Georgia"/>
          <w:b w:val="0"/>
          <w:i w:val="0"/>
          <w:color w:val="22201D"/>
          <w:sz w:val="20"/>
        </w:rPr>
        <w:t>He repeated this twice because trust was not a mood.</w:t>
      </w:r>
    </w:p>
    <w:p>
      <w:pPr>
        <w:spacing w:after="60" w:line="266" w:lineRule="auto"/>
        <w:ind w:firstLine="331"/>
        <w:jc w:val="both"/>
      </w:pPr>
      <w:r>
        <w:rPr>
          <w:rFonts w:ascii="Georgia" w:hAnsi="Georgia"/>
          <w:b w:val="0"/>
          <w:i w:val="0"/>
          <w:color w:val="22201D"/>
          <w:sz w:val="20"/>
        </w:rPr>
        <w:t>The batch log printed:</w:t>
      </w:r>
    </w:p>
    <w:p>
      <w:pPr>
        <w:spacing w:after="60" w:line="250" w:lineRule="auto"/>
        <w:ind w:left="202" w:right="173"/>
      </w:pPr>
      <w:r>
        <w:rPr>
          <w:rFonts w:ascii="Georgia" w:hAnsi="Georgia"/>
          <w:b w:val="0"/>
          <w:i w:val="0"/>
          <w:color w:val="22201D"/>
          <w:sz w:val="17"/>
        </w:rPr>
        <w:t>Scale calibration: accepted</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"You may accept recorded calibration after it occurs."</w:t>
      </w:r>
    </w:p>
    <w:p>
      <w:pPr>
        <w:spacing w:after="60" w:line="266" w:lineRule="auto"/>
        <w:ind w:firstLine="331"/>
        <w:jc w:val="both"/>
      </w:pPr>
      <w:r>
        <w:rPr>
          <w:rFonts w:ascii="Georgia" w:hAnsi="Georgia"/>
          <w:b w:val="0"/>
          <w:i w:val="0"/>
          <w:color w:val="22201D"/>
          <w:sz w:val="20"/>
        </w:rPr>
        <w:t>The log remained still.</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Bob placed the sealed tin of peach pulp on the scale.</w:t>
      </w:r>
    </w:p>
    <w:p>
      <w:pPr>
        <w:spacing w:after="60" w:line="266" w:lineRule="auto"/>
        <w:ind w:firstLine="331"/>
        <w:jc w:val="both"/>
      </w:pPr>
      <w:r>
        <w:rPr>
          <w:rFonts w:ascii="Georgia" w:hAnsi="Georgia"/>
          <w:b w:val="0"/>
          <w:i w:val="0"/>
          <w:color w:val="22201D"/>
          <w:sz w:val="20"/>
        </w:rPr>
        <w:t>Gerald read the face.</w:t>
      </w:r>
    </w:p>
    <w:p>
      <w:pPr>
        <w:spacing w:after="60" w:line="266" w:lineRule="auto"/>
        <w:ind w:firstLine="331"/>
        <w:jc w:val="both"/>
      </w:pPr>
      <w:r>
        <w:rPr>
          <w:rFonts w:ascii="Georgia" w:hAnsi="Georgia"/>
          <w:b w:val="0"/>
          <w:i w:val="0"/>
          <w:color w:val="22201D"/>
          <w:sz w:val="20"/>
        </w:rPr>
        <w:t>"Gross mass: 412 grams."</w:t>
      </w:r>
    </w:p>
    <w:p>
      <w:pPr>
        <w:spacing w:after="60" w:line="266" w:lineRule="auto"/>
        <w:ind w:firstLine="331"/>
        <w:jc w:val="both"/>
      </w:pPr>
      <w:r>
        <w:rPr>
          <w:rFonts w:ascii="Georgia" w:hAnsi="Georgia"/>
          <w:b w:val="0"/>
          <w:i w:val="0"/>
          <w:color w:val="22201D"/>
          <w:sz w:val="20"/>
        </w:rPr>
        <w:t>Flocc reached for the pen.</w:t>
      </w:r>
    </w:p>
    <w:p>
      <w:pPr>
        <w:spacing w:after="60" w:line="266" w:lineRule="auto"/>
        <w:ind w:firstLine="331"/>
        <w:jc w:val="both"/>
      </w:pPr>
      <w:r>
        <w:rPr>
          <w:rFonts w:ascii="Georgia" w:hAnsi="Georgia"/>
          <w:b w:val="0"/>
          <w:i w:val="0"/>
          <w:color w:val="22201D"/>
          <w:sz w:val="20"/>
        </w:rPr>
        <w:t>Gerald covered the pen with two fingers.</w:t>
      </w:r>
    </w:p>
    <w:p>
      <w:pPr>
        <w:spacing w:after="60" w:line="266" w:lineRule="auto"/>
        <w:ind w:firstLine="331"/>
        <w:jc w:val="both"/>
      </w:pPr>
      <w:r>
        <w:rPr>
          <w:rFonts w:ascii="Georgia" w:hAnsi="Georgia"/>
          <w:b w:val="0"/>
          <w:i w:val="0"/>
          <w:color w:val="22201D"/>
          <w:sz w:val="20"/>
        </w:rPr>
        <w:t>"Read back."</w:t>
      </w:r>
    </w:p>
    <w:p>
      <w:pPr>
        <w:spacing w:after="60" w:line="266" w:lineRule="auto"/>
        <w:ind w:firstLine="331"/>
        <w:jc w:val="both"/>
      </w:pPr>
      <w:r>
        <w:rPr>
          <w:rFonts w:ascii="Georgia" w:hAnsi="Georgia"/>
          <w:b w:val="0"/>
          <w:i w:val="0"/>
          <w:color w:val="22201D"/>
          <w:sz w:val="20"/>
        </w:rPr>
        <w:t>"Peach pulp sealed tin gross mass: 412 grams."</w:t>
      </w:r>
    </w:p>
    <w:p>
      <w:pPr>
        <w:spacing w:after="60" w:line="266" w:lineRule="auto"/>
        <w:ind w:firstLine="331"/>
        <w:jc w:val="both"/>
      </w:pPr>
      <w:r>
        <w:rPr>
          <w:rFonts w:ascii="Georgia" w:hAnsi="Georgia"/>
          <w:b w:val="0"/>
          <w:i w:val="0"/>
          <w:color w:val="22201D"/>
          <w:sz w:val="20"/>
        </w:rPr>
        <w:t>"Now write."</w:t>
      </w:r>
    </w:p>
    <w:p>
      <w:pPr>
        <w:spacing w:after="60" w:line="266" w:lineRule="auto"/>
        <w:ind w:firstLine="331"/>
        <w:jc w:val="both"/>
      </w:pPr>
      <w:r>
        <w:rPr>
          <w:rFonts w:ascii="Georgia" w:hAnsi="Georgia"/>
          <w:b w:val="0"/>
          <w:i w:val="0"/>
          <w:color w:val="22201D"/>
          <w:sz w:val="20"/>
        </w:rPr>
        <w:t>Flocc wrote:</w:t>
      </w:r>
    </w:p>
    <w:p>
      <w:pPr>
        <w:spacing w:after="60" w:line="250" w:lineRule="auto"/>
        <w:ind w:left="202" w:right="173"/>
      </w:pPr>
      <w:r>
        <w:rPr>
          <w:rFonts w:ascii="Georgia" w:hAnsi="Georgia"/>
          <w:b w:val="0"/>
          <w:i w:val="0"/>
          <w:color w:val="22201D"/>
          <w:sz w:val="17"/>
        </w:rPr>
        <w:t>Ingredient: peach pulp Container: sealed tin Gross mass: 412 g Tare: pending Net mass: pending Lot: pending</w:t>
      </w:r>
    </w:p>
    <w:p>
      <w:pPr>
        <w:spacing w:after="60" w:line="266" w:lineRule="auto"/>
        <w:ind w:firstLine="331"/>
        <w:jc w:val="both"/>
      </w:pPr>
      <w:r>
        <w:rPr>
          <w:rFonts w:ascii="Georgia" w:hAnsi="Georgia"/>
          <w:b w:val="0"/>
          <w:i w:val="0"/>
          <w:color w:val="22201D"/>
          <w:sz w:val="20"/>
        </w:rPr>
        <w:t>The batch log accepted the entry.</w:t>
      </w:r>
    </w:p>
    <w:p>
      <w:pPr>
        <w:spacing w:after="60" w:line="266" w:lineRule="auto"/>
        <w:ind w:firstLine="331"/>
        <w:jc w:val="both"/>
      </w:pPr>
      <w:r>
        <w:rPr>
          <w:rFonts w:ascii="Georgia" w:hAnsi="Georgia"/>
          <w:b w:val="0"/>
          <w:i w:val="0"/>
          <w:color w:val="22201D"/>
          <w:sz w:val="20"/>
        </w:rPr>
        <w:t>No glow.</w:t>
      </w:r>
    </w:p>
    <w:p>
      <w:pPr>
        <w:spacing w:after="60" w:line="266" w:lineRule="auto"/>
        <w:ind w:firstLine="331"/>
        <w:jc w:val="both"/>
      </w:pPr>
      <w:r>
        <w:rPr>
          <w:rFonts w:ascii="Georgia" w:hAnsi="Georgia"/>
          <w:b w:val="0"/>
          <w:i w:val="0"/>
          <w:color w:val="22201D"/>
          <w:sz w:val="20"/>
        </w:rPr>
        <w:t>No flourish.</w:t>
      </w:r>
    </w:p>
    <w:p>
      <w:pPr>
        <w:spacing w:after="60" w:line="266" w:lineRule="auto"/>
        <w:ind w:firstLine="331"/>
        <w:jc w:val="both"/>
      </w:pPr>
      <w:r>
        <w:rPr>
          <w:rFonts w:ascii="Georgia" w:hAnsi="Georgia"/>
          <w:b w:val="0"/>
          <w:i w:val="0"/>
          <w:color w:val="22201D"/>
          <w:sz w:val="20"/>
        </w:rPr>
        <w:t>Just a small check mark in the margin that looked exactly like a check mark and not like affection.</w:t>
      </w:r>
    </w:p>
    <w:p>
      <w:pPr>
        <w:spacing w:after="60" w:line="266" w:lineRule="auto"/>
        <w:ind w:firstLine="331"/>
        <w:jc w:val="both"/>
      </w:pPr>
      <w:r>
        <w:rPr>
          <w:rFonts w:ascii="Georgia" w:hAnsi="Georgia"/>
          <w:b w:val="0"/>
          <w:i w:val="0"/>
          <w:color w:val="22201D"/>
          <w:sz w:val="20"/>
        </w:rPr>
        <w:t>The scotch bonnet mash came next.</w:t>
      </w:r>
    </w:p>
    <w:p>
      <w:pPr>
        <w:spacing w:after="60" w:line="266" w:lineRule="auto"/>
        <w:ind w:firstLine="331"/>
        <w:jc w:val="both"/>
      </w:pPr>
      <w:r>
        <w:rPr>
          <w:rFonts w:ascii="Georgia" w:hAnsi="Georgia"/>
          <w:b w:val="0"/>
          <w:i w:val="0"/>
          <w:color w:val="22201D"/>
          <w:sz w:val="20"/>
        </w:rPr>
        <w:t>Its sealed glass jar looked brighter under the worktable light.</w:t>
      </w:r>
    </w:p>
    <w:p>
      <w:pPr>
        <w:spacing w:after="60" w:line="266" w:lineRule="auto"/>
        <w:ind w:firstLine="331"/>
        <w:jc w:val="both"/>
      </w:pPr>
      <w:r>
        <w:rPr>
          <w:rFonts w:ascii="Georgia" w:hAnsi="Georgia"/>
          <w:b w:val="0"/>
          <w:i w:val="0"/>
          <w:color w:val="22201D"/>
          <w:sz w:val="20"/>
        </w:rPr>
        <w:t>Flocc could smell nothing. That was good. The sauce was still contained. His imagination kept trying to fill the room with heat anyway.</w:t>
      </w:r>
    </w:p>
    <w:p>
      <w:pPr>
        <w:spacing w:after="60" w:line="266" w:lineRule="auto"/>
        <w:ind w:firstLine="331"/>
        <w:jc w:val="both"/>
      </w:pPr>
      <w:r>
        <w:rPr>
          <w:rFonts w:ascii="Georgia" w:hAnsi="Georgia"/>
          <w:b w:val="0"/>
          <w:i w:val="0"/>
          <w:color w:val="22201D"/>
          <w:sz w:val="20"/>
        </w:rPr>
        <w:t>Gerald noticed his face.</w:t>
      </w:r>
    </w:p>
    <w:p>
      <w:pPr>
        <w:spacing w:after="60" w:line="266" w:lineRule="auto"/>
        <w:ind w:firstLine="331"/>
        <w:jc w:val="both"/>
      </w:pPr>
      <w:r>
        <w:rPr>
          <w:rFonts w:ascii="Georgia" w:hAnsi="Georgia"/>
          <w:b w:val="0"/>
          <w:i w:val="0"/>
          <w:color w:val="22201D"/>
          <w:sz w:val="20"/>
        </w:rPr>
        <w:t>"Smell is not in evidence."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do not make a face as if evidence has entered."</w:t>
      </w:r>
    </w:p>
    <w:p>
      <w:pPr>
        <w:spacing w:after="60" w:line="266" w:lineRule="auto"/>
        <w:ind w:firstLine="331"/>
        <w:jc w:val="both"/>
      </w:pPr>
      <w:r>
        <w:rPr>
          <w:rFonts w:ascii="Georgia" w:hAnsi="Georgia"/>
          <w:b w:val="0"/>
          <w:i w:val="0"/>
          <w:color w:val="22201D"/>
          <w:sz w:val="20"/>
        </w:rPr>
        <w:t>Flocc adjusted his face.</w:t>
      </w:r>
    </w:p>
    <w:p>
      <w:pPr>
        <w:spacing w:after="60" w:line="266" w:lineRule="auto"/>
        <w:ind w:firstLine="331"/>
        <w:jc w:val="both"/>
      </w:pPr>
      <w:r>
        <w:rPr>
          <w:rFonts w:ascii="Georgia" w:hAnsi="Georgia"/>
          <w:b w:val="0"/>
          <w:i w:val="0"/>
          <w:color w:val="22201D"/>
          <w:sz w:val="20"/>
        </w:rPr>
        <w:t>Nico whispered, "That is a brutal standard."</w:t>
      </w:r>
    </w:p>
    <w:p>
      <w:pPr>
        <w:spacing w:after="60" w:line="266" w:lineRule="auto"/>
        <w:ind w:firstLine="331"/>
        <w:jc w:val="both"/>
      </w:pPr>
      <w:r>
        <w:rPr>
          <w:rFonts w:ascii="Georgia" w:hAnsi="Georgia"/>
          <w:b w:val="0"/>
          <w:i w:val="0"/>
          <w:color w:val="22201D"/>
          <w:sz w:val="20"/>
        </w:rPr>
        <w:t>"Useful," Bob said.</w:t>
      </w:r>
    </w:p>
    <w:p>
      <w:pPr>
        <w:spacing w:after="60" w:line="266" w:lineRule="auto"/>
        <w:ind w:firstLine="331"/>
        <w:jc w:val="both"/>
      </w:pPr>
      <w:r>
        <w:rPr>
          <w:rFonts w:ascii="Georgia" w:hAnsi="Georgia"/>
          <w:b w:val="0"/>
          <w:i w:val="0"/>
          <w:color w:val="22201D"/>
          <w:sz w:val="20"/>
        </w:rPr>
        <w:t>Gerald placed the scotch bonnet mash on the scale.</w:t>
      </w:r>
    </w:p>
    <w:p>
      <w:pPr>
        <w:spacing w:after="60" w:line="266" w:lineRule="auto"/>
        <w:ind w:firstLine="331"/>
        <w:jc w:val="both"/>
      </w:pPr>
      <w:r>
        <w:rPr>
          <w:rFonts w:ascii="Georgia" w:hAnsi="Georgia"/>
          <w:b w:val="0"/>
          <w:i w:val="0"/>
          <w:color w:val="22201D"/>
          <w:sz w:val="20"/>
        </w:rPr>
        <w:t>"Gross mass: 238 grams."</w:t>
      </w:r>
    </w:p>
    <w:p>
      <w:pPr>
        <w:spacing w:after="60" w:line="266" w:lineRule="auto"/>
        <w:ind w:firstLine="331"/>
        <w:jc w:val="both"/>
      </w:pPr>
      <w:r>
        <w:rPr>
          <w:rFonts w:ascii="Georgia" w:hAnsi="Georgia"/>
          <w:b w:val="0"/>
          <w:i w:val="0"/>
          <w:color w:val="22201D"/>
          <w:sz w:val="20"/>
        </w:rPr>
        <w:t>Flocc read back.</w:t>
      </w:r>
    </w:p>
    <w:p>
      <w:pPr>
        <w:spacing w:after="60" w:line="266" w:lineRule="auto"/>
        <w:ind w:firstLine="331"/>
        <w:jc w:val="both"/>
      </w:pPr>
      <w:r>
        <w:rPr>
          <w:rFonts w:ascii="Georgia" w:hAnsi="Georgia"/>
          <w:b w:val="0"/>
          <w:i w:val="0"/>
          <w:color w:val="22201D"/>
          <w:sz w:val="20"/>
        </w:rPr>
        <w:t>"Scotch bonnet pepper mash sealed glass jar gross mass: 238 grams."</w:t>
      </w:r>
    </w:p>
    <w:p>
      <w:pPr>
        <w:spacing w:after="60" w:line="266" w:lineRule="auto"/>
        <w:ind w:firstLine="331"/>
        <w:jc w:val="both"/>
      </w:pPr>
      <w:r>
        <w:rPr>
          <w:rFonts w:ascii="Georgia" w:hAnsi="Georgia"/>
          <w:b w:val="0"/>
          <w:i w:val="0"/>
          <w:color w:val="22201D"/>
          <w:sz w:val="20"/>
        </w:rPr>
        <w:t>"Write."</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Ingredient: scotch bonnet pepper mash Container: sealed glass jar Gross mass: 238 g Tare: pending Net mass: pending Lot: pending</w:t>
      </w:r>
    </w:p>
    <w:p>
      <w:pPr>
        <w:spacing w:after="60" w:line="266" w:lineRule="auto"/>
        <w:ind w:firstLine="331"/>
        <w:jc w:val="both"/>
      </w:pPr>
      <w:r>
        <w:rPr>
          <w:rFonts w:ascii="Georgia" w:hAnsi="Georgia"/>
          <w:b w:val="0"/>
          <w:i w:val="0"/>
          <w:color w:val="22201D"/>
          <w:sz w:val="20"/>
        </w:rPr>
        <w:t>The log accepted it.</w:t>
      </w:r>
    </w:p>
    <w:p>
      <w:pPr>
        <w:spacing w:after="60" w:line="266" w:lineRule="auto"/>
        <w:ind w:firstLine="331"/>
        <w:jc w:val="both"/>
      </w:pPr>
      <w:r>
        <w:rPr>
          <w:rFonts w:ascii="Georgia" w:hAnsi="Georgia"/>
          <w:b w:val="0"/>
          <w:i w:val="0"/>
          <w:color w:val="22201D"/>
          <w:sz w:val="20"/>
        </w:rPr>
        <w:t>Then it printed:</w:t>
      </w:r>
    </w:p>
    <w:p>
      <w:pPr>
        <w:spacing w:after="60" w:line="250" w:lineRule="auto"/>
        <w:ind w:left="202" w:right="173"/>
      </w:pPr>
      <w:r>
        <w:rPr>
          <w:rFonts w:ascii="Georgia" w:hAnsi="Georgia"/>
          <w:b w:val="0"/>
          <w:i w:val="0"/>
          <w:color w:val="22201D"/>
          <w:sz w:val="17"/>
        </w:rPr>
        <w:t>Objection: pepper variety not fully identified</w:t>
      </w:r>
    </w:p>
    <w:p>
      <w:pPr>
        <w:spacing w:after="60" w:line="266" w:lineRule="auto"/>
        <w:ind w:firstLine="331"/>
        <w:jc w:val="both"/>
      </w:pPr>
      <w:r>
        <w:rPr>
          <w:rFonts w:ascii="Georgia" w:hAnsi="Georgia"/>
          <w:b w:val="0"/>
          <w:i w:val="0"/>
          <w:color w:val="22201D"/>
          <w:sz w:val="20"/>
        </w:rPr>
        <w:t>Gerald looked at the jar label.</w:t>
      </w:r>
    </w:p>
    <w:p>
      <w:pPr>
        <w:spacing w:after="60" w:line="266" w:lineRule="auto"/>
        <w:ind w:firstLine="331"/>
        <w:jc w:val="both"/>
      </w:pPr>
      <w:r>
        <w:rPr>
          <w:rFonts w:ascii="Georgia" w:hAnsi="Georgia"/>
          <w:b w:val="0"/>
          <w:i w:val="0"/>
          <w:color w:val="22201D"/>
          <w:sz w:val="20"/>
        </w:rPr>
        <w:t>It said:</w:t>
      </w:r>
    </w:p>
    <w:p>
      <w:pPr>
        <w:spacing w:after="60" w:line="250" w:lineRule="auto"/>
        <w:ind w:left="202" w:right="173"/>
      </w:pPr>
      <w:r>
        <w:rPr>
          <w:rFonts w:ascii="Georgia" w:hAnsi="Georgia"/>
          <w:b w:val="0"/>
          <w:i w:val="0"/>
          <w:color w:val="22201D"/>
          <w:sz w:val="17"/>
        </w:rPr>
        <w:t>SCOTCH BONNET MASH Lot: SB-7</w:t>
      </w:r>
    </w:p>
    <w:p>
      <w:pPr>
        <w:spacing w:after="60" w:line="266" w:lineRule="auto"/>
        <w:ind w:firstLine="331"/>
        <w:jc w:val="both"/>
      </w:pPr>
      <w:r>
        <w:rPr>
          <w:rFonts w:ascii="Georgia" w:hAnsi="Georgia"/>
          <w:b w:val="0"/>
          <w:i w:val="0"/>
          <w:color w:val="22201D"/>
          <w:sz w:val="20"/>
        </w:rPr>
        <w:t>"Sustained," Gerald said.</w:t>
      </w:r>
    </w:p>
    <w:p>
      <w:pPr>
        <w:spacing w:after="60" w:line="266" w:lineRule="auto"/>
        <w:ind w:firstLine="331"/>
        <w:jc w:val="both"/>
      </w:pPr>
      <w:r>
        <w:rPr>
          <w:rFonts w:ascii="Georgia" w:hAnsi="Georgia"/>
          <w:b w:val="0"/>
          <w:i w:val="0"/>
          <w:color w:val="22201D"/>
          <w:sz w:val="20"/>
        </w:rPr>
        <w:t>He added a correction line:</w:t>
      </w:r>
    </w:p>
    <w:p>
      <w:pPr>
        <w:spacing w:after="60" w:line="250" w:lineRule="auto"/>
        <w:ind w:left="202" w:right="173"/>
      </w:pPr>
      <w:r>
        <w:rPr>
          <w:rFonts w:ascii="Georgia" w:hAnsi="Georgia"/>
          <w:b w:val="0"/>
          <w:i w:val="0"/>
          <w:color w:val="22201D"/>
          <w:sz w:val="17"/>
        </w:rPr>
        <w:t>Pepper variety detail: Scotch bonnet, lot SB-7, source variety label incomplete. Do not finalize heat claim until source sheet is attached.</w:t>
      </w:r>
    </w:p>
    <w:p>
      <w:pPr>
        <w:spacing w:after="60" w:line="266" w:lineRule="auto"/>
        <w:ind w:firstLine="331"/>
        <w:jc w:val="both"/>
      </w:pPr>
      <w:r>
        <w:rPr>
          <w:rFonts w:ascii="Georgia" w:hAnsi="Georgia"/>
          <w:b w:val="0"/>
          <w:i w:val="0"/>
          <w:color w:val="22201D"/>
          <w:sz w:val="20"/>
        </w:rPr>
        <w:t>The batch log checked the correction.</w:t>
      </w:r>
    </w:p>
    <w:p>
      <w:pPr>
        <w:spacing w:after="60" w:line="266" w:lineRule="auto"/>
        <w:ind w:firstLine="331"/>
        <w:jc w:val="both"/>
      </w:pPr>
      <w:r>
        <w:rPr>
          <w:rFonts w:ascii="Georgia" w:hAnsi="Georgia"/>
          <w:b w:val="0"/>
          <w:i w:val="0"/>
          <w:color w:val="22201D"/>
          <w:sz w:val="20"/>
        </w:rPr>
        <w:t>Flocc felt an odd gratitude toward the log and immediately distrusted it.</w:t>
      </w:r>
    </w:p>
    <w:p>
      <w:pPr>
        <w:spacing w:after="60" w:line="266" w:lineRule="auto"/>
        <w:ind w:firstLine="331"/>
        <w:jc w:val="both"/>
      </w:pPr>
      <w:r>
        <w:rPr>
          <w:rFonts w:ascii="Georgia" w:hAnsi="Georgia"/>
          <w:b w:val="0"/>
          <w:i w:val="0"/>
          <w:color w:val="22201D"/>
          <w:sz w:val="20"/>
        </w:rPr>
        <w:t>The Hostess saw that, because of course she did.</w:t>
      </w:r>
    </w:p>
    <w:p>
      <w:pPr>
        <w:spacing w:after="60" w:line="266" w:lineRule="auto"/>
        <w:ind w:firstLine="331"/>
        <w:jc w:val="both"/>
      </w:pPr>
      <w:r>
        <w:rPr>
          <w:rFonts w:ascii="Georgia" w:hAnsi="Georgia"/>
          <w:b w:val="0"/>
          <w:i w:val="0"/>
          <w:color w:val="22201D"/>
          <w:sz w:val="20"/>
        </w:rPr>
        <w:t>"Respect the objection. Do not befriend the object."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golden vinegar weighed 306 grams gross.</w:t>
      </w:r>
    </w:p>
    <w:p>
      <w:pPr>
        <w:spacing w:after="60" w:line="266" w:lineRule="auto"/>
        <w:ind w:firstLine="331"/>
        <w:jc w:val="both"/>
      </w:pPr>
      <w:r>
        <w:rPr>
          <w:rFonts w:ascii="Georgia" w:hAnsi="Georgia"/>
          <w:b w:val="0"/>
          <w:i w:val="0"/>
          <w:color w:val="22201D"/>
          <w:sz w:val="20"/>
        </w:rPr>
        <w:t>The salt weighed 52 grams gross.</w:t>
      </w:r>
    </w:p>
    <w:p>
      <w:pPr>
        <w:spacing w:after="60" w:line="266" w:lineRule="auto"/>
        <w:ind w:firstLine="331"/>
        <w:jc w:val="both"/>
      </w:pPr>
      <w:r>
        <w:rPr>
          <w:rFonts w:ascii="Georgia" w:hAnsi="Georgia"/>
          <w:b w:val="0"/>
          <w:i w:val="0"/>
          <w:color w:val="22201D"/>
          <w:sz w:val="20"/>
        </w:rPr>
        <w:t>The color note weighed 3 grams and did not enter the ingredients mass.</w:t>
      </w:r>
    </w:p>
    <w:p>
      <w:pPr>
        <w:spacing w:after="60" w:line="266" w:lineRule="auto"/>
        <w:ind w:firstLine="331"/>
        <w:jc w:val="both"/>
      </w:pPr>
      <w:r>
        <w:rPr>
          <w:rFonts w:ascii="Georgia" w:hAnsi="Georgia"/>
          <w:b w:val="0"/>
          <w:i w:val="0"/>
          <w:color w:val="22201D"/>
          <w:sz w:val="20"/>
        </w:rPr>
        <w:t>Gerald made Flocc write:</w:t>
      </w:r>
    </w:p>
    <w:p>
      <w:pPr>
        <w:spacing w:after="60" w:line="250" w:lineRule="auto"/>
        <w:ind w:left="202" w:right="173"/>
      </w:pPr>
      <w:r>
        <w:rPr>
          <w:rFonts w:ascii="Georgia" w:hAnsi="Georgia"/>
          <w:b w:val="0"/>
          <w:i w:val="0"/>
          <w:color w:val="22201D"/>
          <w:sz w:val="17"/>
        </w:rPr>
        <w:t>Color note: Gold Pheasant is naming note only. Excluded from recipe mass. No animal ingredient.</w:t>
      </w:r>
    </w:p>
    <w:p>
      <w:pPr>
        <w:spacing w:after="60" w:line="266" w:lineRule="auto"/>
        <w:ind w:firstLine="331"/>
        <w:jc w:val="both"/>
      </w:pPr>
      <w:r>
        <w:rPr>
          <w:rFonts w:ascii="Georgia" w:hAnsi="Georgia"/>
          <w:b w:val="0"/>
          <w:i w:val="0"/>
          <w:color w:val="22201D"/>
          <w:sz w:val="20"/>
        </w:rPr>
        <w:t>Nico said, "I remain grateful to the color note."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Gratitude does not affect grams.</w:t>
      </w:r>
    </w:p>
    <w:p>
      <w:pPr>
        <w:spacing w:after="60" w:line="266" w:lineRule="auto"/>
        <w:ind w:firstLine="331"/>
        <w:jc w:val="both"/>
      </w:pPr>
      <w:r>
        <w:rPr>
          <w:rFonts w:ascii="Georgia" w:hAnsi="Georgia"/>
          <w:b w:val="0"/>
          <w:i w:val="0"/>
          <w:color w:val="22201D"/>
          <w:sz w:val="20"/>
        </w:rPr>
        <w:t>"It affects my nervous system."</w:t>
      </w:r>
    </w:p>
    <w:p>
      <w:pPr>
        <w:spacing w:after="60" w:line="266" w:lineRule="auto"/>
        <w:ind w:firstLine="331"/>
        <w:jc w:val="both"/>
      </w:pPr>
      <w:r>
        <w:rPr>
          <w:rFonts w:ascii="Georgia" w:hAnsi="Georgia"/>
          <w:b w:val="0"/>
          <w:i w:val="0"/>
          <w:color w:val="22201D"/>
          <w:sz w:val="20"/>
        </w:rPr>
        <w:t>Gerald said, "Noted nowhere."</w:t>
      </w:r>
    </w:p>
    <w:p>
      <w:pPr>
        <w:spacing w:after="60" w:line="266" w:lineRule="auto"/>
        <w:ind w:firstLine="331"/>
        <w:jc w:val="both"/>
      </w:pPr>
      <w:r>
        <w:rPr>
          <w:rFonts w:ascii="Georgia" w:hAnsi="Georgia"/>
          <w:b w:val="0"/>
          <w:i w:val="0"/>
          <w:color w:val="22201D"/>
          <w:sz w:val="20"/>
        </w:rPr>
        <w:t>Bob brought four empty receiving bowls.</w:t>
      </w:r>
    </w:p>
    <w:p>
      <w:pPr>
        <w:spacing w:after="60" w:line="266" w:lineRule="auto"/>
        <w:ind w:firstLine="331"/>
        <w:jc w:val="both"/>
      </w:pPr>
      <w:r>
        <w:rPr>
          <w:rFonts w:ascii="Georgia" w:hAnsi="Georgia"/>
          <w:b w:val="0"/>
          <w:i w:val="0"/>
          <w:color w:val="22201D"/>
          <w:sz w:val="20"/>
        </w:rPr>
        <w:t>Gerald inspected each one.</w:t>
      </w:r>
    </w:p>
    <w:p>
      <w:pPr>
        <w:spacing w:after="60" w:line="266" w:lineRule="auto"/>
        <w:ind w:firstLine="331"/>
        <w:jc w:val="both"/>
      </w:pPr>
      <w:r>
        <w:rPr>
          <w:rFonts w:ascii="Georgia" w:hAnsi="Georgia"/>
          <w:b w:val="0"/>
          <w:i w:val="0"/>
          <w:color w:val="22201D"/>
          <w:sz w:val="20"/>
        </w:rPr>
        <w:t>"Clean. Dry. Labeled?"</w:t>
      </w:r>
    </w:p>
    <w:p>
      <w:pPr>
        <w:spacing w:after="60" w:line="266" w:lineRule="auto"/>
        <w:ind w:firstLine="331"/>
        <w:jc w:val="both"/>
      </w:pPr>
      <w:r>
        <w:rPr>
          <w:rFonts w:ascii="Georgia" w:hAnsi="Georgia"/>
          <w:b w:val="0"/>
          <w:i w:val="0"/>
          <w:color w:val="22201D"/>
          <w:sz w:val="20"/>
        </w:rPr>
        <w:t>The pantry printed labels.</w:t>
      </w:r>
    </w:p>
    <w:p>
      <w:pPr>
        <w:spacing w:after="60" w:line="250" w:lineRule="auto"/>
        <w:ind w:left="202" w:right="173"/>
      </w:pPr>
      <w:r>
        <w:rPr>
          <w:rFonts w:ascii="Georgia" w:hAnsi="Georgia"/>
          <w:b w:val="0"/>
          <w:i w:val="0"/>
          <w:color w:val="22201D"/>
          <w:sz w:val="17"/>
        </w:rPr>
        <w:t>PEACH NET PEPPER NET VINEGAR NET SALT NET</w:t>
      </w:r>
    </w:p>
    <w:p>
      <w:pPr>
        <w:spacing w:after="60" w:line="266" w:lineRule="auto"/>
        <w:ind w:firstLine="331"/>
        <w:jc w:val="both"/>
      </w:pPr>
      <w:r>
        <w:rPr>
          <w:rFonts w:ascii="Georgia" w:hAnsi="Georgia"/>
          <w:b w:val="0"/>
          <w:i w:val="0"/>
          <w:color w:val="22201D"/>
          <w:sz w:val="20"/>
        </w:rPr>
        <w:t>Gerald accepted them after checking adhesive placement.</w:t>
      </w:r>
    </w:p>
    <w:p>
      <w:pPr>
        <w:spacing w:after="60" w:line="266" w:lineRule="auto"/>
        <w:ind w:firstLine="331"/>
        <w:jc w:val="both"/>
      </w:pPr>
      <w:r>
        <w:rPr>
          <w:rFonts w:ascii="Georgia" w:hAnsi="Georgia"/>
          <w:b w:val="0"/>
          <w:i w:val="0"/>
          <w:color w:val="22201D"/>
          <w:sz w:val="20"/>
        </w:rPr>
        <w:t>"No labels inside the bowls."</w:t>
      </w:r>
    </w:p>
    <w:p>
      <w:pPr>
        <w:spacing w:after="60" w:line="266" w:lineRule="auto"/>
        <w:ind w:firstLine="331"/>
        <w:jc w:val="both"/>
      </w:pPr>
      <w:r>
        <w:rPr>
          <w:rFonts w:ascii="Georgia" w:hAnsi="Georgia"/>
          <w:b w:val="0"/>
          <w:i w:val="0"/>
          <w:color w:val="22201D"/>
          <w:sz w:val="20"/>
        </w:rPr>
        <w:t>The bowls looked as if they had never considered such a thing and were hurt by the suspicion.</w:t>
      </w:r>
    </w:p>
    <w:p>
      <w:pPr>
        <w:spacing w:after="60" w:line="266" w:lineRule="auto"/>
        <w:ind w:firstLine="331"/>
        <w:jc w:val="both"/>
      </w:pPr>
      <w:r>
        <w:rPr>
          <w:rFonts w:ascii="Georgia" w:hAnsi="Georgia"/>
          <w:b w:val="0"/>
          <w:i w:val="0"/>
          <w:color w:val="22201D"/>
          <w:sz w:val="20"/>
        </w:rPr>
        <w:t>Good. Bowls should be ready for scrutiny.</w:t>
      </w:r>
    </w:p>
    <w:p>
      <w:pPr>
        <w:spacing w:after="60" w:line="266" w:lineRule="auto"/>
        <w:ind w:firstLine="331"/>
        <w:jc w:val="both"/>
      </w:pPr>
      <w:r>
        <w:rPr>
          <w:rFonts w:ascii="Georgia" w:hAnsi="Georgia"/>
          <w:b w:val="0"/>
          <w:i w:val="0"/>
          <w:color w:val="22201D"/>
          <w:sz w:val="20"/>
        </w:rPr>
        <w:t>The Hostess opened the peach tin.</w:t>
      </w:r>
    </w:p>
    <w:p>
      <w:pPr>
        <w:spacing w:after="60" w:line="266" w:lineRule="auto"/>
        <w:ind w:firstLine="331"/>
        <w:jc w:val="both"/>
      </w:pPr>
      <w:r>
        <w:rPr>
          <w:rFonts w:ascii="Georgia" w:hAnsi="Georgia"/>
          <w:b w:val="0"/>
          <w:i w:val="0"/>
          <w:color w:val="22201D"/>
          <w:sz w:val="20"/>
        </w:rPr>
        <w:t>The smell arrived gently: sun-warmed fruit, metal lid, and the faint acid line of something that had been preserved correctly. It made the room softer.</w:t>
      </w:r>
    </w:p>
    <w:p>
      <w:pPr>
        <w:spacing w:after="60" w:line="266" w:lineRule="auto"/>
        <w:ind w:firstLine="331"/>
        <w:jc w:val="both"/>
      </w:pPr>
      <w:r>
        <w:rPr>
          <w:rFonts w:ascii="Georgia" w:hAnsi="Georgia"/>
          <w:b w:val="0"/>
          <w:i w:val="0"/>
          <w:color w:val="22201D"/>
          <w:sz w:val="20"/>
        </w:rPr>
        <w:t>Gerald said, "Do not let softness enter the mass."</w:t>
      </w:r>
    </w:p>
    <w:p>
      <w:pPr>
        <w:spacing w:after="60" w:line="266" w:lineRule="auto"/>
        <w:ind w:firstLine="331"/>
        <w:jc w:val="both"/>
      </w:pPr>
      <w:r>
        <w:rPr>
          <w:rFonts w:ascii="Georgia" w:hAnsi="Georgia"/>
          <w:b w:val="0"/>
          <w:i w:val="0"/>
          <w:color w:val="22201D"/>
          <w:sz w:val="20"/>
        </w:rPr>
        <w:t>Flocc almost laughed.</w:t>
      </w:r>
    </w:p>
    <w:p>
      <w:pPr>
        <w:spacing w:after="60" w:line="266" w:lineRule="auto"/>
        <w:ind w:firstLine="331"/>
        <w:jc w:val="both"/>
      </w:pPr>
      <w:r>
        <w:rPr>
          <w:rFonts w:ascii="Georgia" w:hAnsi="Georgia"/>
          <w:b w:val="0"/>
          <w:i w:val="0"/>
          <w:color w:val="22201D"/>
          <w:sz w:val="20"/>
        </w:rPr>
        <w:t>Then he realized the instruction was exact.</w:t>
      </w:r>
    </w:p>
    <w:p>
      <w:pPr>
        <w:spacing w:after="60" w:line="266" w:lineRule="auto"/>
        <w:ind w:firstLine="331"/>
        <w:jc w:val="both"/>
      </w:pPr>
      <w:r>
        <w:rPr>
          <w:rFonts w:ascii="Georgia" w:hAnsi="Georgia"/>
          <w:b w:val="0"/>
          <w:i w:val="0"/>
          <w:color w:val="22201D"/>
          <w:sz w:val="20"/>
        </w:rPr>
        <w:t>The empty peach tin after transfer weighed 88 grams.</w:t>
      </w:r>
    </w:p>
    <w:p>
      <w:pPr>
        <w:spacing w:after="60" w:line="266" w:lineRule="auto"/>
        <w:ind w:firstLine="331"/>
        <w:jc w:val="both"/>
      </w:pPr>
      <w:r>
        <w:rPr>
          <w:rFonts w:ascii="Georgia" w:hAnsi="Georgia"/>
          <w:b w:val="0"/>
          <w:i w:val="0"/>
          <w:color w:val="22201D"/>
          <w:sz w:val="20"/>
        </w:rPr>
        <w:t>Flocc did the subtraction out loud.</w:t>
      </w:r>
    </w:p>
    <w:p>
      <w:pPr>
        <w:spacing w:after="60" w:line="266" w:lineRule="auto"/>
        <w:ind w:firstLine="331"/>
        <w:jc w:val="both"/>
      </w:pPr>
      <w:r>
        <w:rPr>
          <w:rFonts w:ascii="Georgia" w:hAnsi="Georgia"/>
          <w:b w:val="0"/>
          <w:i w:val="0"/>
          <w:color w:val="22201D"/>
          <w:sz w:val="20"/>
        </w:rPr>
        <w:t>"Gross 412 grams. Tare 88 grams. Net peach pulp 324 grams."</w:t>
      </w:r>
    </w:p>
    <w:p>
      <w:pPr>
        <w:spacing w:after="60" w:line="266" w:lineRule="auto"/>
        <w:ind w:firstLine="331"/>
        <w:jc w:val="both"/>
      </w:pPr>
      <w:r>
        <w:rPr>
          <w:rFonts w:ascii="Georgia" w:hAnsi="Georgia"/>
          <w:b w:val="0"/>
          <w:i w:val="0"/>
          <w:color w:val="22201D"/>
          <w:sz w:val="20"/>
        </w:rPr>
        <w:t>The batch log waited.</w:t>
      </w:r>
    </w:p>
    <w:p>
      <w:pPr>
        <w:spacing w:after="60" w:line="266" w:lineRule="auto"/>
        <w:ind w:firstLine="331"/>
        <w:jc w:val="both"/>
      </w:pPr>
      <w:r>
        <w:rPr>
          <w:rFonts w:ascii="Georgia" w:hAnsi="Georgia"/>
          <w:b w:val="0"/>
          <w:i w:val="0"/>
          <w:color w:val="22201D"/>
          <w:sz w:val="20"/>
        </w:rPr>
        <w:t>He wrote it.</w:t>
      </w:r>
    </w:p>
    <w:p>
      <w:pPr>
        <w:spacing w:after="60" w:line="250" w:lineRule="auto"/>
        <w:ind w:left="202" w:right="173"/>
      </w:pPr>
      <w:r>
        <w:rPr>
          <w:rFonts w:ascii="Georgia" w:hAnsi="Georgia"/>
          <w:b w:val="0"/>
          <w:i w:val="0"/>
          <w:color w:val="22201D"/>
          <w:sz w:val="17"/>
        </w:rPr>
        <w:t>Peach pulp: Gross 412 g Tare 88 g Net 324 g Lot PCH-4</w:t>
      </w:r>
    </w:p>
    <w:p>
      <w:pPr>
        <w:spacing w:after="60" w:line="266" w:lineRule="auto"/>
        <w:ind w:firstLine="331"/>
        <w:jc w:val="both"/>
      </w:pPr>
      <w:r>
        <w:rPr>
          <w:rFonts w:ascii="Georgia" w:hAnsi="Georgia"/>
          <w:b w:val="0"/>
          <w:i w:val="0"/>
          <w:color w:val="22201D"/>
          <w:sz w:val="20"/>
        </w:rPr>
        <w:t>The log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The word did not feel like praise.</w:t>
      </w:r>
    </w:p>
    <w:p>
      <w:pPr>
        <w:spacing w:after="60" w:line="266" w:lineRule="auto"/>
        <w:ind w:firstLine="331"/>
        <w:jc w:val="both"/>
      </w:pPr>
      <w:r>
        <w:rPr>
          <w:rFonts w:ascii="Georgia" w:hAnsi="Georgia"/>
          <w:b w:val="0"/>
          <w:i w:val="0"/>
          <w:color w:val="22201D"/>
          <w:sz w:val="20"/>
        </w:rPr>
        <w:t>It felt like a locked cabinet opening only because the correct key had been used.</w:t>
      </w:r>
    </w:p>
    <w:p>
      <w:pPr>
        <w:spacing w:after="60" w:line="266" w:lineRule="auto"/>
        <w:ind w:firstLine="331"/>
        <w:jc w:val="both"/>
      </w:pPr>
      <w:r>
        <w:rPr>
          <w:rFonts w:ascii="Georgia" w:hAnsi="Georgia"/>
          <w:b w:val="0"/>
          <w:i w:val="0"/>
          <w:color w:val="22201D"/>
          <w:sz w:val="20"/>
        </w:rPr>
        <w:t>The scotch bonnet mash came next.</w:t>
      </w:r>
    </w:p>
    <w:p>
      <w:pPr>
        <w:spacing w:after="60" w:line="266" w:lineRule="auto"/>
        <w:ind w:firstLine="331"/>
        <w:jc w:val="both"/>
      </w:pPr>
      <w:r>
        <w:rPr>
          <w:rFonts w:ascii="Georgia" w:hAnsi="Georgia"/>
          <w:b w:val="0"/>
          <w:i w:val="0"/>
          <w:color w:val="22201D"/>
          <w:sz w:val="20"/>
        </w:rPr>
        <w:t>The Hostess opened the jar.</w:t>
      </w:r>
    </w:p>
    <w:p>
      <w:pPr>
        <w:spacing w:after="60" w:line="266" w:lineRule="auto"/>
        <w:ind w:firstLine="331"/>
        <w:jc w:val="both"/>
      </w:pPr>
      <w:r>
        <w:rPr>
          <w:rFonts w:ascii="Georgia" w:hAnsi="Georgia"/>
          <w:b w:val="0"/>
          <w:i w:val="0"/>
          <w:color w:val="22201D"/>
          <w:sz w:val="20"/>
        </w:rPr>
        <w:t>The smell entered the pantry like a person who knew the fire code and still made everyone check the exits.</w:t>
      </w:r>
    </w:p>
    <w:p>
      <w:pPr>
        <w:spacing w:after="60" w:line="266" w:lineRule="auto"/>
        <w:ind w:firstLine="331"/>
        <w:jc w:val="both"/>
      </w:pPr>
      <w:r>
        <w:rPr>
          <w:rFonts w:ascii="Georgia" w:hAnsi="Georgia"/>
          <w:b w:val="0"/>
          <w:i w:val="0"/>
          <w:color w:val="22201D"/>
          <w:sz w:val="20"/>
        </w:rPr>
        <w:t>Bright.</w:t>
      </w:r>
    </w:p>
    <w:p>
      <w:pPr>
        <w:spacing w:after="60" w:line="266" w:lineRule="auto"/>
        <w:ind w:firstLine="331"/>
        <w:jc w:val="both"/>
      </w:pPr>
      <w:r>
        <w:rPr>
          <w:rFonts w:ascii="Georgia" w:hAnsi="Georgia"/>
          <w:b w:val="0"/>
          <w:i w:val="0"/>
          <w:color w:val="22201D"/>
          <w:sz w:val="20"/>
        </w:rPr>
        <w:t>Sharp.</w:t>
      </w:r>
    </w:p>
    <w:p>
      <w:pPr>
        <w:spacing w:after="60" w:line="266" w:lineRule="auto"/>
        <w:ind w:firstLine="331"/>
        <w:jc w:val="both"/>
      </w:pPr>
      <w:r>
        <w:rPr>
          <w:rFonts w:ascii="Georgia" w:hAnsi="Georgia"/>
          <w:b w:val="0"/>
          <w:i w:val="0"/>
          <w:color w:val="22201D"/>
          <w:sz w:val="20"/>
        </w:rPr>
        <w:t>Floral under the heat.</w:t>
      </w:r>
    </w:p>
    <w:p>
      <w:pPr>
        <w:spacing w:after="60" w:line="266" w:lineRule="auto"/>
        <w:ind w:firstLine="331"/>
        <w:jc w:val="both"/>
      </w:pPr>
      <w:r>
        <w:rPr>
          <w:rFonts w:ascii="Georgia" w:hAnsi="Georgia"/>
          <w:b w:val="0"/>
          <w:i w:val="0"/>
          <w:color w:val="22201D"/>
          <w:sz w:val="20"/>
        </w:rPr>
        <w:t>Not cruel.</w:t>
      </w:r>
    </w:p>
    <w:p>
      <w:pPr>
        <w:spacing w:after="60" w:line="266" w:lineRule="auto"/>
        <w:ind w:firstLine="331"/>
        <w:jc w:val="both"/>
      </w:pPr>
      <w:r>
        <w:rPr>
          <w:rFonts w:ascii="Georgia" w:hAnsi="Georgia"/>
          <w:b w:val="0"/>
          <w:i w:val="0"/>
          <w:color w:val="22201D"/>
          <w:sz w:val="20"/>
        </w:rPr>
        <w:t>Not gentle.</w:t>
      </w:r>
    </w:p>
    <w:p>
      <w:pPr>
        <w:spacing w:after="60" w:line="266" w:lineRule="auto"/>
        <w:ind w:firstLine="331"/>
        <w:jc w:val="both"/>
      </w:pPr>
      <w:r>
        <w:rPr>
          <w:rFonts w:ascii="Georgia" w:hAnsi="Georgia"/>
          <w:b w:val="0"/>
          <w:i w:val="0"/>
          <w:color w:val="22201D"/>
          <w:sz w:val="20"/>
        </w:rPr>
        <w:t>Gerald said, "Ventilation."</w:t>
      </w:r>
    </w:p>
    <w:p>
      <w:pPr>
        <w:spacing w:after="60" w:line="266" w:lineRule="auto"/>
        <w:ind w:firstLine="331"/>
        <w:jc w:val="both"/>
      </w:pPr>
      <w:r>
        <w:rPr>
          <w:rFonts w:ascii="Georgia" w:hAnsi="Georgia"/>
          <w:b w:val="0"/>
          <w:i w:val="0"/>
          <w:color w:val="22201D"/>
          <w:sz w:val="20"/>
        </w:rPr>
        <w:t>The pantry opened a small vent above the worktable.</w:t>
      </w:r>
    </w:p>
    <w:p>
      <w:pPr>
        <w:spacing w:after="60" w:line="266" w:lineRule="auto"/>
        <w:ind w:firstLine="331"/>
        <w:jc w:val="both"/>
      </w:pPr>
      <w:r>
        <w:rPr>
          <w:rFonts w:ascii="Georgia" w:hAnsi="Georgia"/>
          <w:b w:val="0"/>
          <w:i w:val="0"/>
          <w:color w:val="22201D"/>
          <w:sz w:val="20"/>
        </w:rPr>
        <w:t>Bob moved the empty jar to the scale after transfer.</w:t>
      </w:r>
    </w:p>
    <w:p>
      <w:pPr>
        <w:spacing w:after="60" w:line="266" w:lineRule="auto"/>
        <w:ind w:firstLine="331"/>
        <w:jc w:val="both"/>
      </w:pPr>
      <w:r>
        <w:rPr>
          <w:rFonts w:ascii="Georgia" w:hAnsi="Georgia"/>
          <w:b w:val="0"/>
          <w:i w:val="0"/>
          <w:color w:val="22201D"/>
          <w:sz w:val="20"/>
        </w:rPr>
        <w:t>"Tare: 92 grams," Gerald said.</w:t>
      </w:r>
    </w:p>
    <w:p>
      <w:pPr>
        <w:spacing w:after="60" w:line="266" w:lineRule="auto"/>
        <w:ind w:firstLine="331"/>
        <w:jc w:val="both"/>
      </w:pPr>
      <w:r>
        <w:rPr>
          <w:rFonts w:ascii="Georgia" w:hAnsi="Georgia"/>
          <w:b w:val="0"/>
          <w:i w:val="0"/>
          <w:color w:val="22201D"/>
          <w:sz w:val="20"/>
        </w:rPr>
        <w:t>Flocc read the gross entry.</w:t>
      </w:r>
    </w:p>
    <w:p>
      <w:pPr>
        <w:spacing w:after="60" w:line="266" w:lineRule="auto"/>
        <w:ind w:firstLine="331"/>
        <w:jc w:val="both"/>
      </w:pPr>
      <w:r>
        <w:rPr>
          <w:rFonts w:ascii="Georgia" w:hAnsi="Georgia"/>
          <w:b w:val="0"/>
          <w:i w:val="0"/>
          <w:color w:val="22201D"/>
          <w:sz w:val="20"/>
        </w:rPr>
        <w:t>"Gross 238 grams. Tare 92 grams. Net scotch bonnet pepper mash 146 grams."</w:t>
      </w:r>
    </w:p>
    <w:p>
      <w:pPr>
        <w:spacing w:after="60" w:line="266" w:lineRule="auto"/>
        <w:ind w:firstLine="331"/>
        <w:jc w:val="both"/>
      </w:pPr>
      <w:r>
        <w:rPr>
          <w:rFonts w:ascii="Georgia" w:hAnsi="Georgia"/>
          <w:b w:val="0"/>
          <w:i w:val="0"/>
          <w:color w:val="22201D"/>
          <w:sz w:val="20"/>
        </w:rPr>
        <w:t>The batch log printed before he wrote:</w:t>
      </w:r>
    </w:p>
    <w:p>
      <w:pPr>
        <w:spacing w:after="60" w:line="250" w:lineRule="auto"/>
        <w:ind w:left="202" w:right="173"/>
      </w:pPr>
      <w:r>
        <w:rPr>
          <w:rFonts w:ascii="Georgia" w:hAnsi="Georgia"/>
          <w:b w:val="0"/>
          <w:i w:val="0"/>
          <w:color w:val="22201D"/>
          <w:sz w:val="17"/>
        </w:rPr>
        <w:t>Objection: do not infer heat from net mass alone</w:t>
      </w:r>
    </w:p>
    <w:p>
      <w:pPr>
        <w:spacing w:after="60" w:line="266" w:lineRule="auto"/>
        <w:ind w:firstLine="331"/>
        <w:jc w:val="both"/>
      </w:pPr>
      <w:r>
        <w:rPr>
          <w:rFonts w:ascii="Georgia" w:hAnsi="Georgia"/>
          <w:b w:val="0"/>
          <w:i w:val="0"/>
          <w:color w:val="22201D"/>
          <w:sz w:val="20"/>
        </w:rPr>
        <w:t>Gerald did not slam the log.</w:t>
      </w:r>
    </w:p>
    <w:p>
      <w:pPr>
        <w:spacing w:after="60" w:line="266" w:lineRule="auto"/>
        <w:ind w:firstLine="331"/>
        <w:jc w:val="both"/>
      </w:pPr>
      <w:r>
        <w:rPr>
          <w:rFonts w:ascii="Georgia" w:hAnsi="Georgia"/>
          <w:b w:val="0"/>
          <w:i w:val="0"/>
          <w:color w:val="22201D"/>
          <w:sz w:val="20"/>
        </w:rPr>
        <w:t>He pointed at it.</w:t>
      </w:r>
    </w:p>
    <w:p>
      <w:pPr>
        <w:spacing w:after="60" w:line="266" w:lineRule="auto"/>
        <w:ind w:firstLine="331"/>
        <w:jc w:val="both"/>
      </w:pPr>
      <w:r>
        <w:rPr>
          <w:rFonts w:ascii="Georgia" w:hAnsi="Georgia"/>
          <w:b w:val="0"/>
          <w:i w:val="0"/>
          <w:color w:val="22201D"/>
          <w:sz w:val="20"/>
        </w:rPr>
        <w:t>"Valid objection, improper timing."</w:t>
      </w:r>
    </w:p>
    <w:p>
      <w:pPr>
        <w:spacing w:after="60" w:line="266" w:lineRule="auto"/>
        <w:ind w:firstLine="331"/>
        <w:jc w:val="both"/>
      </w:pPr>
      <w:r>
        <w:rPr>
          <w:rFonts w:ascii="Georgia" w:hAnsi="Georgia"/>
          <w:b w:val="0"/>
          <w:i w:val="0"/>
          <w:color w:val="22201D"/>
          <w:sz w:val="20"/>
        </w:rPr>
        <w:t>Flocc wrote the net entry first.</w:t>
      </w:r>
    </w:p>
    <w:p>
      <w:pPr>
        <w:spacing w:after="60" w:line="250" w:lineRule="auto"/>
        <w:ind w:left="202" w:right="173"/>
      </w:pPr>
      <w:r>
        <w:rPr>
          <w:rFonts w:ascii="Georgia" w:hAnsi="Georgia"/>
          <w:b w:val="0"/>
          <w:i w:val="0"/>
          <w:color w:val="22201D"/>
          <w:sz w:val="17"/>
        </w:rPr>
        <w:t>Scotch bonnet pepper mash: Gross 238 g Tare 92 g Net 146 g Lot SB-7 Source variety sheet required before final heat claim.</w:t>
      </w:r>
    </w:p>
    <w:p>
      <w:pPr>
        <w:spacing w:after="60" w:line="266" w:lineRule="auto"/>
        <w:ind w:firstLine="331"/>
        <w:jc w:val="both"/>
      </w:pPr>
      <w:r>
        <w:rPr>
          <w:rFonts w:ascii="Georgia" w:hAnsi="Georgia"/>
          <w:b w:val="0"/>
          <w:i w:val="0"/>
          <w:color w:val="22201D"/>
          <w:sz w:val="20"/>
        </w:rPr>
        <w:t>Then Gerald allowed the objection line to remain below it.</w:t>
      </w:r>
    </w:p>
    <w:p>
      <w:pPr>
        <w:spacing w:after="60" w:line="250" w:lineRule="auto"/>
        <w:ind w:left="202" w:right="173"/>
      </w:pPr>
      <w:r>
        <w:rPr>
          <w:rFonts w:ascii="Georgia" w:hAnsi="Georgia"/>
          <w:b w:val="0"/>
          <w:i w:val="0"/>
          <w:color w:val="22201D"/>
          <w:sz w:val="17"/>
        </w:rPr>
        <w:t>Heat note: net mass does not define heat alone. Batch heat claim pending source variety sheet and process record.</w:t>
      </w:r>
    </w:p>
    <w:p>
      <w:pPr>
        <w:spacing w:after="60" w:line="266" w:lineRule="auto"/>
        <w:ind w:firstLine="331"/>
        <w:jc w:val="both"/>
      </w:pPr>
      <w:r>
        <w:rPr>
          <w:rFonts w:ascii="Georgia" w:hAnsi="Georgia"/>
          <w:b w:val="0"/>
          <w:i w:val="0"/>
          <w:color w:val="22201D"/>
          <w:sz w:val="20"/>
        </w:rPr>
        <w:t>The log accepted both.</w:t>
      </w:r>
    </w:p>
    <w:p>
      <w:pPr>
        <w:spacing w:after="60" w:line="266" w:lineRule="auto"/>
        <w:ind w:firstLine="331"/>
        <w:jc w:val="both"/>
      </w:pPr>
      <w:r>
        <w:rPr>
          <w:rFonts w:ascii="Georgia" w:hAnsi="Georgia"/>
          <w:b w:val="0"/>
          <w:i w:val="0"/>
          <w:color w:val="22201D"/>
          <w:sz w:val="20"/>
        </w:rPr>
        <w:t>The vinegar net was 251 grams.</w:t>
      </w:r>
    </w:p>
    <w:p>
      <w:pPr>
        <w:spacing w:after="60" w:line="266" w:lineRule="auto"/>
        <w:ind w:firstLine="331"/>
        <w:jc w:val="both"/>
      </w:pPr>
      <w:r>
        <w:rPr>
          <w:rFonts w:ascii="Georgia" w:hAnsi="Georgia"/>
          <w:b w:val="0"/>
          <w:i w:val="0"/>
          <w:color w:val="22201D"/>
          <w:sz w:val="20"/>
        </w:rPr>
        <w:t>The salt net was 28 grams.</w:t>
      </w:r>
    </w:p>
    <w:p>
      <w:pPr>
        <w:spacing w:after="60" w:line="266" w:lineRule="auto"/>
        <w:ind w:firstLine="331"/>
        <w:jc w:val="both"/>
      </w:pPr>
      <w:r>
        <w:rPr>
          <w:rFonts w:ascii="Georgia" w:hAnsi="Georgia"/>
          <w:b w:val="0"/>
          <w:i w:val="0"/>
          <w:color w:val="22201D"/>
          <w:sz w:val="20"/>
        </w:rPr>
        <w:t>Each number required readback before writing.</w:t>
      </w:r>
    </w:p>
    <w:p>
      <w:pPr>
        <w:spacing w:after="60" w:line="266" w:lineRule="auto"/>
        <w:ind w:firstLine="331"/>
        <w:jc w:val="both"/>
      </w:pPr>
      <w:r>
        <w:rPr>
          <w:rFonts w:ascii="Georgia" w:hAnsi="Georgia"/>
          <w:b w:val="0"/>
          <w:i w:val="0"/>
          <w:color w:val="22201D"/>
          <w:sz w:val="20"/>
        </w:rPr>
        <w:t>By the time the last entry was complete, everyone in the pantry had become less romantic about flavor and more respectful of arithmetic.</w:t>
      </w:r>
    </w:p>
    <w:p>
      <w:pPr>
        <w:spacing w:after="60" w:line="266" w:lineRule="auto"/>
        <w:ind w:firstLine="331"/>
        <w:jc w:val="both"/>
      </w:pPr>
      <w:r>
        <w:rPr>
          <w:rFonts w:ascii="Georgia" w:hAnsi="Georgia"/>
          <w:b w:val="0"/>
          <w:i w:val="0"/>
          <w:color w:val="22201D"/>
          <w:sz w:val="20"/>
        </w:rPr>
        <w:t>This was probably good for civilization.</w:t>
      </w:r>
    </w:p>
    <w:p>
      <w:pPr>
        <w:spacing w:after="60" w:line="266" w:lineRule="auto"/>
        <w:ind w:firstLine="331"/>
        <w:jc w:val="both"/>
      </w:pPr>
      <w:r>
        <w:rPr>
          <w:rFonts w:ascii="Georgia" w:hAnsi="Georgia"/>
          <w:b w:val="0"/>
          <w:i w:val="0"/>
          <w:color w:val="22201D"/>
          <w:sz w:val="20"/>
        </w:rPr>
        <w:t>The batch log printed a summary box:</w:t>
      </w:r>
    </w:p>
    <w:p>
      <w:pPr>
        <w:spacing w:after="60" w:line="250" w:lineRule="auto"/>
        <w:ind w:left="202" w:right="173"/>
      </w:pPr>
      <w:r>
        <w:rPr>
          <w:rFonts w:ascii="Georgia" w:hAnsi="Georgia"/>
          <w:b w:val="0"/>
          <w:i w:val="0"/>
          <w:color w:val="22201D"/>
          <w:sz w:val="17"/>
        </w:rPr>
        <w:t>BATCH DRAFT Gold Pheasant Peach Scotch Bonnet  Peach pulp: 324 g Scotch bonnet pepper mash: 146 g Golden vinegar: 251 g Salt: 28 g  Total measured ingredient mass: 749 g  Unresolved: pepper source variety sheet final heat claim maker address batch number assignment date stamp net final yield after processing</w:t>
      </w:r>
    </w:p>
    <w:p>
      <w:pPr>
        <w:spacing w:after="60" w:line="266" w:lineRule="auto"/>
        <w:ind w:firstLine="331"/>
        <w:jc w:val="both"/>
      </w:pPr>
      <w:r>
        <w:rPr>
          <w:rFonts w:ascii="Georgia" w:hAnsi="Georgia"/>
          <w:b w:val="0"/>
          <w:i w:val="0"/>
          <w:color w:val="22201D"/>
          <w:sz w:val="20"/>
        </w:rPr>
        <w:t>Nico said, "Seven forty-nine is not as pretty as seven fifty."</w:t>
      </w:r>
    </w:p>
    <w:p>
      <w:pPr>
        <w:spacing w:after="60" w:line="266" w:lineRule="auto"/>
        <w:ind w:firstLine="331"/>
        <w:jc w:val="both"/>
      </w:pPr>
      <w:r>
        <w:rPr>
          <w:rFonts w:ascii="Georgia" w:hAnsi="Georgia"/>
          <w:b w:val="0"/>
          <w:i w:val="0"/>
          <w:color w:val="22201D"/>
          <w:sz w:val="20"/>
        </w:rPr>
        <w:t>The batch log objected before Gerald could.</w:t>
      </w:r>
    </w:p>
    <w:p>
      <w:pPr>
        <w:spacing w:after="60" w:line="250" w:lineRule="auto"/>
        <w:ind w:left="202" w:right="173"/>
      </w:pPr>
      <w:r>
        <w:rPr>
          <w:rFonts w:ascii="Georgia" w:hAnsi="Georgia"/>
          <w:b w:val="0"/>
          <w:i w:val="0"/>
          <w:color w:val="22201D"/>
          <w:sz w:val="17"/>
        </w:rPr>
        <w:t>Objection: pretty number would be inaccurate</w:t>
      </w:r>
    </w:p>
    <w:p>
      <w:pPr>
        <w:spacing w:after="60" w:line="266" w:lineRule="auto"/>
        <w:ind w:firstLine="331"/>
        <w:jc w:val="both"/>
      </w:pPr>
      <w:r>
        <w:rPr>
          <w:rFonts w:ascii="Georgia" w:hAnsi="Georgia"/>
          <w:b w:val="0"/>
          <w:i w:val="0"/>
          <w:color w:val="22201D"/>
          <w:sz w:val="20"/>
        </w:rPr>
        <w:t>Gerald smiled.</w:t>
      </w:r>
    </w:p>
    <w:p>
      <w:pPr>
        <w:spacing w:after="60" w:line="266" w:lineRule="auto"/>
        <w:ind w:firstLine="331"/>
        <w:jc w:val="both"/>
      </w:pPr>
      <w:r>
        <w:rPr>
          <w:rFonts w:ascii="Georgia" w:hAnsi="Georgia"/>
          <w:b w:val="0"/>
          <w:i w:val="0"/>
          <w:color w:val="22201D"/>
          <w:sz w:val="20"/>
        </w:rPr>
        <w:t>It was brief and alarming.</w:t>
      </w:r>
    </w:p>
    <w:p>
      <w:pPr>
        <w:spacing w:after="60" w:line="266" w:lineRule="auto"/>
        <w:ind w:firstLine="331"/>
        <w:jc w:val="both"/>
      </w:pPr>
      <w:r>
        <w:rPr>
          <w:rFonts w:ascii="Georgia" w:hAnsi="Georgia"/>
          <w:b w:val="0"/>
          <w:i w:val="0"/>
          <w:color w:val="22201D"/>
          <w:sz w:val="20"/>
        </w:rPr>
        <w:t>"Sustained."</w:t>
      </w:r>
    </w:p>
    <w:p>
      <w:pPr>
        <w:spacing w:after="60" w:line="266" w:lineRule="auto"/>
        <w:ind w:firstLine="331"/>
        <w:jc w:val="both"/>
      </w:pPr>
      <w:r>
        <w:rPr>
          <w:rFonts w:ascii="Georgia" w:hAnsi="Georgia"/>
          <w:b w:val="0"/>
          <w:i w:val="0"/>
          <w:color w:val="22201D"/>
          <w:sz w:val="20"/>
        </w:rPr>
        <w:t>Nico put both hands over his heart.</w:t>
      </w:r>
    </w:p>
    <w:p>
      <w:pPr>
        <w:spacing w:after="60" w:line="266" w:lineRule="auto"/>
        <w:ind w:firstLine="331"/>
        <w:jc w:val="both"/>
      </w:pPr>
      <w:r>
        <w:rPr>
          <w:rFonts w:ascii="Georgia" w:hAnsi="Georgia"/>
          <w:b w:val="0"/>
          <w:i w:val="0"/>
          <w:color w:val="22201D"/>
          <w:sz w:val="20"/>
        </w:rPr>
        <w:t>"I deserved that."</w:t>
      </w:r>
    </w:p>
    <w:p>
      <w:pPr>
        <w:spacing w:after="60" w:line="266" w:lineRule="auto"/>
        <w:ind w:firstLine="331"/>
        <w:jc w:val="both"/>
      </w:pPr>
      <w:r>
        <w:rPr>
          <w:rFonts w:ascii="Georgia" w:hAnsi="Georgia"/>
          <w:b w:val="0"/>
          <w:i w:val="0"/>
          <w:color w:val="22201D"/>
          <w:sz w:val="20"/>
        </w:rPr>
        <w:t>The Hostess placed the sauce label beside the batch summary.</w:t>
      </w:r>
    </w:p>
    <w:p>
      <w:pPr>
        <w:spacing w:after="60" w:line="266" w:lineRule="auto"/>
        <w:ind w:firstLine="331"/>
        <w:jc w:val="both"/>
      </w:pPr>
      <w:r>
        <w:rPr>
          <w:rFonts w:ascii="Georgia" w:hAnsi="Georgia"/>
          <w:b w:val="0"/>
          <w:i w:val="0"/>
          <w:color w:val="22201D"/>
          <w:sz w:val="20"/>
        </w:rPr>
        <w:t>The label updated:</w:t>
      </w:r>
    </w:p>
    <w:p>
      <w:pPr>
        <w:spacing w:after="60" w:line="250" w:lineRule="auto"/>
        <w:ind w:left="202" w:right="173"/>
      </w:pPr>
      <w:r>
        <w:rPr>
          <w:rFonts w:ascii="Georgia" w:hAnsi="Georgia"/>
          <w:b w:val="0"/>
          <w:i w:val="0"/>
          <w:color w:val="22201D"/>
          <w:sz w:val="17"/>
        </w:rPr>
        <w:t>Batch status: draft measured not final  Total measured ingredient mass: 749 g  Heat claim: pending</w:t>
      </w:r>
    </w:p>
    <w:p>
      <w:pPr>
        <w:spacing w:after="60" w:line="266" w:lineRule="auto"/>
        <w:ind w:firstLine="331"/>
        <w:jc w:val="both"/>
      </w:pPr>
      <w:r>
        <w:rPr>
          <w:rFonts w:ascii="Georgia" w:hAnsi="Georgia"/>
          <w:b w:val="0"/>
          <w:i w:val="0"/>
          <w:color w:val="22201D"/>
          <w:sz w:val="20"/>
        </w:rPr>
        <w:t>The empty sauce jar remained empty.</w:t>
      </w:r>
    </w:p>
    <w:p>
      <w:pPr>
        <w:spacing w:after="60" w:line="266" w:lineRule="auto"/>
        <w:ind w:firstLine="331"/>
        <w:jc w:val="both"/>
      </w:pPr>
      <w:r>
        <w:rPr>
          <w:rFonts w:ascii="Georgia" w:hAnsi="Georgia"/>
          <w:b w:val="0"/>
          <w:i w:val="0"/>
          <w:color w:val="22201D"/>
          <w:sz w:val="20"/>
        </w:rPr>
        <w:t>The filled ingredient bowls sat covered but not combined.</w:t>
      </w:r>
    </w:p>
    <w:p>
      <w:pPr>
        <w:spacing w:after="60" w:line="266" w:lineRule="auto"/>
        <w:ind w:firstLine="331"/>
        <w:jc w:val="both"/>
      </w:pPr>
      <w:r>
        <w:rPr>
          <w:rFonts w:ascii="Georgia" w:hAnsi="Georgia"/>
          <w:b w:val="0"/>
          <w:i w:val="0"/>
          <w:color w:val="22201D"/>
          <w:sz w:val="20"/>
        </w:rPr>
        <w:t>Flocc looked at them.</w:t>
      </w:r>
    </w:p>
    <w:p>
      <w:pPr>
        <w:spacing w:after="60" w:line="266" w:lineRule="auto"/>
        <w:ind w:firstLine="331"/>
        <w:jc w:val="both"/>
      </w:pPr>
      <w:r>
        <w:rPr>
          <w:rFonts w:ascii="Georgia" w:hAnsi="Georgia"/>
          <w:b w:val="0"/>
          <w:i w:val="0"/>
          <w:color w:val="22201D"/>
          <w:sz w:val="20"/>
        </w:rPr>
        <w:t>"So we still do not have sauce."</w:t>
      </w:r>
    </w:p>
    <w:p>
      <w:pPr>
        <w:spacing w:after="60" w:line="266" w:lineRule="auto"/>
        <w:ind w:firstLine="331"/>
        <w:jc w:val="both"/>
      </w:pPr>
      <w:r>
        <w:rPr>
          <w:rFonts w:ascii="Georgia" w:hAnsi="Georgia"/>
          <w:b w:val="0"/>
          <w:i w:val="0"/>
          <w:color w:val="22201D"/>
          <w:sz w:val="20"/>
        </w:rPr>
        <w:t>Gerald said, "We have a batch record."</w:t>
      </w:r>
    </w:p>
    <w:p>
      <w:pPr>
        <w:spacing w:after="60" w:line="266" w:lineRule="auto"/>
        <w:ind w:firstLine="331"/>
        <w:jc w:val="both"/>
      </w:pPr>
      <w:r>
        <w:rPr>
          <w:rFonts w:ascii="Georgia" w:hAnsi="Georgia"/>
          <w:b w:val="0"/>
          <w:i w:val="0"/>
          <w:color w:val="22201D"/>
          <w:sz w:val="20"/>
        </w:rPr>
        <w:t>The distinction landed.</w:t>
      </w:r>
    </w:p>
    <w:p>
      <w:pPr>
        <w:spacing w:after="60" w:line="266" w:lineRule="auto"/>
        <w:ind w:firstLine="331"/>
        <w:jc w:val="both"/>
      </w:pPr>
      <w:r>
        <w:rPr>
          <w:rFonts w:ascii="Georgia" w:hAnsi="Georgia"/>
          <w:b w:val="0"/>
          <w:i w:val="0"/>
          <w:color w:val="22201D"/>
          <w:sz w:val="20"/>
        </w:rPr>
        <w:t>It was disappointing in the way correct distinctions often were.</w:t>
      </w:r>
    </w:p>
    <w:p>
      <w:pPr>
        <w:spacing w:after="60" w:line="266" w:lineRule="auto"/>
        <w:ind w:firstLine="331"/>
        <w:jc w:val="both"/>
      </w:pPr>
      <w:r>
        <w:rPr>
          <w:rFonts w:ascii="Georgia" w:hAnsi="Georgia"/>
          <w:b w:val="0"/>
          <w:i w:val="0"/>
          <w:color w:val="22201D"/>
          <w:sz w:val="20"/>
        </w:rPr>
        <w:t>The Hostess asked, "Has the price been paid?"</w:t>
      </w:r>
    </w:p>
    <w:p>
      <w:pPr>
        <w:spacing w:after="60" w:line="266" w:lineRule="auto"/>
        <w:ind w:firstLine="331"/>
        <w:jc w:val="both"/>
      </w:pPr>
      <w:r>
        <w:rPr>
          <w:rFonts w:ascii="Georgia" w:hAnsi="Georgia"/>
          <w:b w:val="0"/>
          <w:i w:val="0"/>
          <w:color w:val="22201D"/>
          <w:sz w:val="20"/>
        </w:rPr>
        <w:t>Flocc looked at the entries.</w:t>
      </w:r>
    </w:p>
    <w:p>
      <w:pPr>
        <w:spacing w:after="60" w:line="266" w:lineRule="auto"/>
        <w:ind w:firstLine="331"/>
        <w:jc w:val="both"/>
      </w:pPr>
      <w:r>
        <w:rPr>
          <w:rFonts w:ascii="Georgia" w:hAnsi="Georgia"/>
          <w:b w:val="0"/>
          <w:i w:val="0"/>
          <w:color w:val="22201D"/>
          <w:sz w:val="20"/>
        </w:rPr>
        <w:t>Accurate grams.</w:t>
      </w:r>
    </w:p>
    <w:p>
      <w:pPr>
        <w:spacing w:after="60" w:line="266" w:lineRule="auto"/>
        <w:ind w:firstLine="331"/>
        <w:jc w:val="both"/>
      </w:pPr>
      <w:r>
        <w:rPr>
          <w:rFonts w:ascii="Georgia" w:hAnsi="Georgia"/>
          <w:b w:val="0"/>
          <w:i w:val="0"/>
          <w:color w:val="22201D"/>
          <w:sz w:val="20"/>
        </w:rPr>
        <w:t>Not approximate grams. Not prettier grams. Not symbolic grams. Not grams that made the story feel smoother.</w:t>
      </w:r>
    </w:p>
    <w:p>
      <w:pPr>
        <w:spacing w:after="60" w:line="266" w:lineRule="auto"/>
        <w:ind w:firstLine="331"/>
        <w:jc w:val="both"/>
      </w:pPr>
      <w:r>
        <w:rPr>
          <w:rFonts w:ascii="Georgia" w:hAnsi="Georgia"/>
          <w:b w:val="0"/>
          <w:i w:val="0"/>
          <w:color w:val="22201D"/>
          <w:sz w:val="20"/>
        </w:rPr>
        <w:t>"The initial grams are accurate," he said. "Final batch is not complete."</w:t>
      </w:r>
    </w:p>
    <w:p>
      <w:pPr>
        <w:spacing w:after="60" w:line="266" w:lineRule="auto"/>
        <w:ind w:firstLine="331"/>
        <w:jc w:val="both"/>
      </w:pPr>
      <w:r>
        <w:rPr>
          <w:rFonts w:ascii="Georgia" w:hAnsi="Georgia"/>
          <w:b w:val="0"/>
          <w:i w:val="0"/>
          <w:color w:val="22201D"/>
          <w:sz w:val="20"/>
        </w:rPr>
        <w:t>The batch log printed:</w:t>
      </w:r>
    </w:p>
    <w:p>
      <w:pPr>
        <w:spacing w:after="60" w:line="250" w:lineRule="auto"/>
        <w:ind w:left="202" w:right="173"/>
      </w:pPr>
      <w:r>
        <w:rPr>
          <w:rFonts w:ascii="Georgia" w:hAnsi="Georgia"/>
          <w:b w:val="0"/>
          <w:i w:val="0"/>
          <w:color w:val="22201D"/>
          <w:sz w:val="17"/>
        </w:rPr>
        <w:t>Price paid for draft batch stage. Approval pending final yield.</w:t>
      </w:r>
    </w:p>
    <w:p>
      <w:pPr>
        <w:spacing w:after="60" w:line="266" w:lineRule="auto"/>
        <w:ind w:firstLine="331"/>
        <w:jc w:val="both"/>
      </w:pPr>
      <w:r>
        <w:rPr>
          <w:rFonts w:ascii="Georgia" w:hAnsi="Georgia"/>
          <w:b w:val="0"/>
          <w:i w:val="0"/>
          <w:color w:val="22201D"/>
          <w:sz w:val="20"/>
        </w:rPr>
        <w:t>Steve recorded it.</w:t>
      </w:r>
    </w:p>
    <w:p>
      <w:pPr>
        <w:spacing w:after="60" w:line="266" w:lineRule="auto"/>
        <w:ind w:firstLine="331"/>
        <w:jc w:val="both"/>
      </w:pPr>
      <w:r>
        <w:rPr>
          <w:rFonts w:ascii="Georgia" w:hAnsi="Georgia"/>
          <w:b w:val="0"/>
          <w:i w:val="0"/>
          <w:color w:val="22201D"/>
          <w:sz w:val="20"/>
        </w:rPr>
        <w:t>Bob stacked no bowls.</w:t>
      </w:r>
    </w:p>
    <w:p>
      <w:pPr>
        <w:spacing w:after="60" w:line="266" w:lineRule="auto"/>
        <w:ind w:firstLine="331"/>
        <w:jc w:val="both"/>
      </w:pPr>
      <w:r>
        <w:rPr>
          <w:rFonts w:ascii="Georgia" w:hAnsi="Georgia"/>
          <w:b w:val="0"/>
          <w:i w:val="0"/>
          <w:color w:val="22201D"/>
          <w:sz w:val="20"/>
        </w:rPr>
        <w:t>Gerald noticed and approved by not saying anything.</w:t>
      </w:r>
    </w:p>
    <w:p>
      <w:pPr>
        <w:spacing w:after="60" w:line="266" w:lineRule="auto"/>
        <w:ind w:firstLine="331"/>
        <w:jc w:val="both"/>
      </w:pPr>
      <w:r>
        <w:rPr>
          <w:rFonts w:ascii="Georgia" w:hAnsi="Georgia"/>
          <w:b w:val="0"/>
          <w:i w:val="0"/>
          <w:color w:val="22201D"/>
          <w:sz w:val="20"/>
        </w:rPr>
        <w:t>The batch log turned one page.</w:t>
      </w:r>
    </w:p>
    <w:p>
      <w:pPr>
        <w:spacing w:after="60" w:line="266" w:lineRule="auto"/>
        <w:ind w:firstLine="331"/>
        <w:jc w:val="both"/>
      </w:pPr>
      <w:r>
        <w:rPr>
          <w:rFonts w:ascii="Georgia" w:hAnsi="Georgia"/>
          <w:b w:val="0"/>
          <w:i w:val="0"/>
          <w:color w:val="22201D"/>
          <w:sz w:val="20"/>
        </w:rPr>
        <w:t>This time Gerald let it.</w:t>
      </w:r>
    </w:p>
    <w:p>
      <w:pPr>
        <w:spacing w:after="60" w:line="266" w:lineRule="auto"/>
        <w:ind w:firstLine="331"/>
        <w:jc w:val="both"/>
      </w:pPr>
      <w:r>
        <w:rPr>
          <w:rFonts w:ascii="Georgia" w:hAnsi="Georgia"/>
          <w:b w:val="0"/>
          <w:i w:val="0"/>
          <w:color w:val="22201D"/>
          <w:sz w:val="20"/>
        </w:rPr>
        <w:t>The next page was not blank.</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WAIVER FORM REQUIRED Before consent enters flavor.  Next price: yes or no</w:t>
      </w:r>
    </w:p>
    <w:p>
      <w:pPr>
        <w:spacing w:after="60" w:line="266" w:lineRule="auto"/>
        <w:ind w:firstLine="331"/>
        <w:jc w:val="both"/>
      </w:pPr>
      <w:r>
        <w:rPr>
          <w:rFonts w:ascii="Georgia" w:hAnsi="Georgia"/>
          <w:b w:val="0"/>
          <w:i w:val="0"/>
          <w:color w:val="22201D"/>
          <w:sz w:val="20"/>
        </w:rPr>
        <w:t>The future pressure shelf flickered again.</w:t>
      </w:r>
    </w:p>
    <w:p>
      <w:pPr>
        <w:spacing w:after="60" w:line="266" w:lineRule="auto"/>
        <w:ind w:firstLine="331"/>
        <w:jc w:val="both"/>
      </w:pPr>
      <w:r>
        <w:rPr>
          <w:rFonts w:ascii="Georgia" w:hAnsi="Georgia"/>
          <w:b w:val="0"/>
          <w:i w:val="0"/>
          <w:color w:val="22201D"/>
          <w:sz w:val="20"/>
        </w:rPr>
        <w:t>The Hostess placed the closed cap seal over the flicker.</w:t>
      </w:r>
    </w:p>
    <w:p>
      <w:pPr>
        <w:spacing w:after="60" w:line="266" w:lineRule="auto"/>
        <w:ind w:firstLine="331"/>
        <w:jc w:val="both"/>
      </w:pPr>
      <w:r>
        <w:rPr>
          <w:rFonts w:ascii="Georgia" w:hAnsi="Georgia"/>
          <w:b w:val="0"/>
          <w:i w:val="0"/>
          <w:color w:val="22201D"/>
          <w:sz w:val="20"/>
        </w:rPr>
        <w:t>"Not a signature," she said.</w:t>
      </w:r>
    </w:p>
    <w:p>
      <w:pPr>
        <w:spacing w:after="60" w:line="266" w:lineRule="auto"/>
        <w:ind w:firstLine="331"/>
        <w:jc w:val="both"/>
      </w:pPr>
      <w:r>
        <w:rPr>
          <w:rFonts w:ascii="Georgia" w:hAnsi="Georgia"/>
          <w:b w:val="0"/>
          <w:i w:val="0"/>
          <w:color w:val="22201D"/>
          <w:sz w:val="20"/>
        </w:rPr>
        <w:t>The flicker stopped.</w:t>
      </w:r>
    </w:p>
    <w:p>
      <w:pPr>
        <w:spacing w:after="60" w:line="266" w:lineRule="auto"/>
        <w:ind w:firstLine="331"/>
        <w:jc w:val="both"/>
      </w:pPr>
      <w:r>
        <w:rPr>
          <w:rFonts w:ascii="Georgia" w:hAnsi="Georgia"/>
          <w:b w:val="0"/>
          <w:i w:val="0"/>
          <w:color w:val="22201D"/>
          <w:sz w:val="20"/>
        </w:rPr>
        <w:t>The batch log remained open to the next page.</w:t>
      </w:r>
    </w:p>
    <w:p>
      <w:pPr>
        <w:spacing w:after="60" w:line="266" w:lineRule="auto"/>
        <w:ind w:firstLine="331"/>
        <w:jc w:val="both"/>
      </w:pPr>
      <w:r>
        <w:rPr>
          <w:rFonts w:ascii="Georgia" w:hAnsi="Georgia"/>
          <w:b w:val="0"/>
          <w:i w:val="0"/>
          <w:color w:val="22201D"/>
          <w:sz w:val="20"/>
        </w:rPr>
        <w:t>It had objected to imprecision.</w:t>
      </w:r>
    </w:p>
    <w:p>
      <w:pPr>
        <w:spacing w:after="60" w:line="266" w:lineRule="auto"/>
        <w:ind w:firstLine="331"/>
        <w:jc w:val="both"/>
      </w:pPr>
      <w:r>
        <w:rPr>
          <w:rFonts w:ascii="Georgia" w:hAnsi="Georgia"/>
          <w:b w:val="0"/>
          <w:i w:val="0"/>
          <w:color w:val="22201D"/>
          <w:sz w:val="20"/>
        </w:rPr>
        <w:t>It had not become cute.</w:t>
      </w:r>
    </w:p>
    <w:p>
      <w:pPr>
        <w:spacing w:after="60" w:line="266" w:lineRule="auto"/>
        <w:ind w:firstLine="331"/>
        <w:jc w:val="both"/>
      </w:pPr>
      <w:r>
        <w:rPr>
          <w:rFonts w:ascii="Georgia" w:hAnsi="Georgia"/>
          <w:b w:val="0"/>
          <w:i w:val="0"/>
          <w:color w:val="22201D"/>
          <w:sz w:val="20"/>
        </w:rPr>
        <w:t>It had done its job.</w:t>
      </w:r>
    </w:p>
    <w:p>
      <w:pPr>
        <w:spacing w:after="60" w:line="266" w:lineRule="auto"/>
        <w:ind w:firstLine="331"/>
        <w:jc w:val="both"/>
      </w:pPr>
      <w:r>
        <w:rPr>
          <w:rFonts w:ascii="Georgia" w:hAnsi="Georgia"/>
          <w:b w:val="0"/>
          <w:i w:val="0"/>
          <w:color w:val="22201D"/>
          <w:sz w:val="20"/>
        </w:rPr>
        <w:t>That was enough personality for a record.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Consent Is a Flavor Note</w:t>
      </w:r>
    </w:p>
    <w:p>
      <w:pPr>
        <w:spacing w:after="60" w:line="266" w:lineRule="auto"/>
        <w:ind w:firstLine="0"/>
        <w:jc w:val="both"/>
      </w:pPr>
      <w:r>
        <w:rPr>
          <w:rFonts w:ascii="Georgia" w:hAnsi="Georgia"/>
          <w:b w:val="0"/>
          <w:i w:val="0"/>
          <w:color w:val="22201D"/>
          <w:sz w:val="20"/>
        </w:rPr>
        <w:t>The waiver form arrived folded in half.</w:t>
      </w:r>
    </w:p>
    <w:p>
      <w:pPr>
        <w:spacing w:after="60" w:line="266" w:lineRule="auto"/>
        <w:ind w:firstLine="331"/>
        <w:jc w:val="both"/>
      </w:pPr>
      <w:r>
        <w:rPr>
          <w:rFonts w:ascii="Georgia" w:hAnsi="Georgia"/>
          <w:b w:val="0"/>
          <w:i w:val="0"/>
          <w:color w:val="22201D"/>
          <w:sz w:val="20"/>
        </w:rPr>
        <w:t>Gerald disliked it immediately.</w:t>
      </w:r>
    </w:p>
    <w:p>
      <w:pPr>
        <w:spacing w:after="60" w:line="266" w:lineRule="auto"/>
        <w:ind w:firstLine="331"/>
        <w:jc w:val="both"/>
      </w:pPr>
      <w:r>
        <w:rPr>
          <w:rFonts w:ascii="Georgia" w:hAnsi="Georgia"/>
          <w:b w:val="0"/>
          <w:i w:val="0"/>
          <w:color w:val="22201D"/>
          <w:sz w:val="20"/>
        </w:rPr>
        <w:t>"Unfolded documents are less suspicious."</w:t>
      </w:r>
    </w:p>
    <w:p>
      <w:pPr>
        <w:spacing w:after="60" w:line="266" w:lineRule="auto"/>
        <w:ind w:firstLine="331"/>
        <w:jc w:val="both"/>
      </w:pPr>
      <w:r>
        <w:rPr>
          <w:rFonts w:ascii="Georgia" w:hAnsi="Georgia"/>
          <w:b w:val="0"/>
          <w:i w:val="0"/>
          <w:color w:val="22201D"/>
          <w:sz w:val="20"/>
        </w:rPr>
        <w:t>The Hostess placed the folded form on the worktable beside the batch log, the sauce-label draft, and the covered bowls of uncombined ingredients.</w:t>
      </w:r>
    </w:p>
    <w:p>
      <w:pPr>
        <w:spacing w:after="60" w:line="266" w:lineRule="auto"/>
        <w:ind w:firstLine="331"/>
        <w:jc w:val="both"/>
      </w:pPr>
      <w:r>
        <w:rPr>
          <w:rFonts w:ascii="Georgia" w:hAnsi="Georgia"/>
          <w:b w:val="0"/>
          <w:i w:val="0"/>
          <w:color w:val="22201D"/>
          <w:sz w:val="20"/>
        </w:rPr>
        <w:t>The sauce still did not exist as finished sauce.</w:t>
      </w:r>
    </w:p>
    <w:p>
      <w:pPr>
        <w:spacing w:after="60" w:line="266" w:lineRule="auto"/>
        <w:ind w:firstLine="331"/>
        <w:jc w:val="both"/>
      </w:pPr>
      <w:r>
        <w:rPr>
          <w:rFonts w:ascii="Georgia" w:hAnsi="Georgia"/>
          <w:b w:val="0"/>
          <w:i w:val="0"/>
          <w:color w:val="22201D"/>
          <w:sz w:val="20"/>
        </w:rPr>
        <w:t>This mattered enough that Gerald had written it on an index card and propped it against the empty jar.</w:t>
      </w:r>
    </w:p>
    <w:p>
      <w:pPr>
        <w:spacing w:after="60" w:line="250" w:lineRule="auto"/>
        <w:ind w:left="202" w:right="173"/>
      </w:pPr>
      <w:r>
        <w:rPr>
          <w:rFonts w:ascii="Georgia" w:hAnsi="Georgia"/>
          <w:b w:val="0"/>
          <w:i w:val="0"/>
          <w:color w:val="22201D"/>
          <w:sz w:val="17"/>
        </w:rPr>
        <w:t>NO FINISHED SAUCE NO TASTING NO SIGNING AS SUBSTITUTE FOR READING</w:t>
      </w:r>
    </w:p>
    <w:p>
      <w:pPr>
        <w:spacing w:after="60" w:line="266" w:lineRule="auto"/>
        <w:ind w:firstLine="331"/>
        <w:jc w:val="both"/>
      </w:pPr>
      <w:r>
        <w:rPr>
          <w:rFonts w:ascii="Georgia" w:hAnsi="Georgia"/>
          <w:b w:val="0"/>
          <w:i w:val="0"/>
          <w:color w:val="22201D"/>
          <w:sz w:val="20"/>
        </w:rPr>
        <w:t>The batch log remained open to the page that had ended Chapter Four:</w:t>
      </w:r>
    </w:p>
    <w:p>
      <w:pPr>
        <w:spacing w:after="60" w:line="250" w:lineRule="auto"/>
        <w:ind w:left="202" w:right="173"/>
      </w:pPr>
      <w:r>
        <w:rPr>
          <w:rFonts w:ascii="Georgia" w:hAnsi="Georgia"/>
          <w:b w:val="0"/>
          <w:i w:val="0"/>
          <w:color w:val="22201D"/>
          <w:sz w:val="17"/>
        </w:rPr>
        <w:t>WAIVER FORM REQUIRED Before consent enters flavor.  Next price: yes or no</w:t>
      </w:r>
    </w:p>
    <w:p>
      <w:pPr>
        <w:spacing w:after="60" w:line="266" w:lineRule="auto"/>
        <w:ind w:firstLine="331"/>
        <w:jc w:val="both"/>
      </w:pPr>
      <w:r>
        <w:rPr>
          <w:rFonts w:ascii="Georgia" w:hAnsi="Georgia"/>
          <w:b w:val="0"/>
          <w:i w:val="0"/>
          <w:color w:val="22201D"/>
          <w:sz w:val="20"/>
        </w:rPr>
        <w:t>Flocc read the price aloud.</w:t>
      </w:r>
    </w:p>
    <w:p>
      <w:pPr>
        <w:spacing w:after="60" w:line="266" w:lineRule="auto"/>
        <w:ind w:firstLine="331"/>
        <w:jc w:val="both"/>
      </w:pPr>
      <w:r>
        <w:rPr>
          <w:rFonts w:ascii="Georgia" w:hAnsi="Georgia"/>
          <w:b w:val="0"/>
          <w:i w:val="0"/>
          <w:color w:val="22201D"/>
          <w:sz w:val="20"/>
        </w:rPr>
        <w:t>"Yes or no."</w:t>
      </w:r>
    </w:p>
    <w:p>
      <w:pPr>
        <w:spacing w:after="60" w:line="266" w:lineRule="auto"/>
        <w:ind w:firstLine="331"/>
        <w:jc w:val="both"/>
      </w:pPr>
      <w:r>
        <w:rPr>
          <w:rFonts w:ascii="Georgia" w:hAnsi="Georgia"/>
          <w:b w:val="0"/>
          <w:i w:val="0"/>
          <w:color w:val="22201D"/>
          <w:sz w:val="20"/>
        </w:rPr>
        <w:t>The folded waiver form did not move.</w:t>
      </w:r>
    </w:p>
    <w:p>
      <w:pPr>
        <w:spacing w:after="60" w:line="266" w:lineRule="auto"/>
        <w:ind w:firstLine="331"/>
        <w:jc w:val="both"/>
      </w:pPr>
      <w:r>
        <w:rPr>
          <w:rFonts w:ascii="Georgia" w:hAnsi="Georgia"/>
          <w:b w:val="0"/>
          <w:i w:val="0"/>
          <w:color w:val="22201D"/>
          <w:sz w:val="20"/>
        </w:rPr>
        <w:t>This was a better start than reading itself.</w:t>
      </w:r>
    </w:p>
    <w:p>
      <w:pPr>
        <w:spacing w:after="60" w:line="266" w:lineRule="auto"/>
        <w:ind w:firstLine="331"/>
        <w:jc w:val="both"/>
      </w:pPr>
      <w:r>
        <w:rPr>
          <w:rFonts w:ascii="Georgia" w:hAnsi="Georgia"/>
          <w:b w:val="0"/>
          <w:i w:val="0"/>
          <w:color w:val="22201D"/>
          <w:sz w:val="20"/>
        </w:rPr>
        <w:t>Nico looked at the form with professional caution.</w:t>
      </w:r>
    </w:p>
    <w:p>
      <w:pPr>
        <w:spacing w:after="60" w:line="266" w:lineRule="auto"/>
        <w:ind w:firstLine="331"/>
        <w:jc w:val="both"/>
      </w:pPr>
      <w:r>
        <w:rPr>
          <w:rFonts w:ascii="Georgia" w:hAnsi="Georgia"/>
          <w:b w:val="0"/>
          <w:i w:val="0"/>
          <w:color w:val="22201D"/>
          <w:sz w:val="20"/>
        </w:rPr>
        <w:t>"If it says by unfolding this, I am leaving the pantry."</w:t>
      </w:r>
    </w:p>
    <w:p>
      <w:pPr>
        <w:spacing w:after="60" w:line="266" w:lineRule="auto"/>
        <w:ind w:firstLine="331"/>
        <w:jc w:val="both"/>
      </w:pPr>
      <w:r>
        <w:rPr>
          <w:rFonts w:ascii="Georgia" w:hAnsi="Georgia"/>
          <w:b w:val="0"/>
          <w:i w:val="0"/>
          <w:color w:val="22201D"/>
          <w:sz w:val="20"/>
        </w:rPr>
        <w:t>Gerald said, "You may leave now without explanation."</w:t>
      </w:r>
    </w:p>
    <w:p>
      <w:pPr>
        <w:spacing w:after="60" w:line="266" w:lineRule="auto"/>
        <w:ind w:firstLine="331"/>
        <w:jc w:val="both"/>
      </w:pPr>
      <w:r>
        <w:rPr>
          <w:rFonts w:ascii="Georgia" w:hAnsi="Georgia"/>
          <w:b w:val="0"/>
          <w:i w:val="0"/>
          <w:color w:val="22201D"/>
          <w:sz w:val="20"/>
        </w:rPr>
        <w:t>Nico paused.</w:t>
      </w:r>
    </w:p>
    <w:p>
      <w:pPr>
        <w:spacing w:after="60" w:line="266" w:lineRule="auto"/>
        <w:ind w:firstLine="331"/>
        <w:jc w:val="both"/>
      </w:pPr>
      <w:r>
        <w:rPr>
          <w:rFonts w:ascii="Georgia" w:hAnsi="Georgia"/>
          <w:b w:val="0"/>
          <w:i w:val="0"/>
          <w:color w:val="22201D"/>
          <w:sz w:val="20"/>
        </w:rPr>
        <w:t>"I appreciate that more than I expected."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Decline routes should be ordinary.</w:t>
      </w:r>
    </w:p>
    <w:p>
      <w:pPr>
        <w:spacing w:after="60" w:line="266" w:lineRule="auto"/>
        <w:ind w:firstLine="331"/>
        <w:jc w:val="both"/>
      </w:pPr>
      <w:r>
        <w:rPr>
          <w:rFonts w:ascii="Georgia" w:hAnsi="Georgia"/>
          <w:b w:val="0"/>
          <w:i w:val="0"/>
          <w:color w:val="22201D"/>
          <w:sz w:val="20"/>
        </w:rPr>
        <w:t>The Hostess looked at Gerald.</w:t>
      </w:r>
    </w:p>
    <w:p>
      <w:pPr>
        <w:spacing w:after="60" w:line="266" w:lineRule="auto"/>
        <w:ind w:firstLine="331"/>
        <w:jc w:val="both"/>
      </w:pPr>
      <w:r>
        <w:rPr>
          <w:rFonts w:ascii="Georgia" w:hAnsi="Georgia"/>
          <w:b w:val="0"/>
          <w:i w:val="0"/>
          <w:color w:val="22201D"/>
          <w:sz w:val="20"/>
        </w:rPr>
        <w:t>"Inspect before unfolding."</w:t>
      </w:r>
    </w:p>
    <w:p>
      <w:pPr>
        <w:spacing w:after="60" w:line="266" w:lineRule="auto"/>
        <w:ind w:firstLine="331"/>
        <w:jc w:val="both"/>
      </w:pPr>
      <w:r>
        <w:rPr>
          <w:rFonts w:ascii="Georgia" w:hAnsi="Georgia"/>
          <w:b w:val="0"/>
          <w:i w:val="0"/>
          <w:color w:val="22201D"/>
          <w:sz w:val="20"/>
        </w:rPr>
        <w:t>Gerald inspected the outside.</w:t>
      </w:r>
    </w:p>
    <w:p>
      <w:pPr>
        <w:spacing w:after="60" w:line="266" w:lineRule="auto"/>
        <w:ind w:firstLine="331"/>
        <w:jc w:val="both"/>
      </w:pPr>
      <w:r>
        <w:rPr>
          <w:rFonts w:ascii="Georgia" w:hAnsi="Georgia"/>
          <w:b w:val="0"/>
          <w:i w:val="0"/>
          <w:color w:val="22201D"/>
          <w:sz w:val="20"/>
        </w:rPr>
        <w:t>Plain paper. Black ink. No gold pheasant. No peach wash. No seal-shaped flourish. No tiny text along the fold, at least not visible without tools.</w:t>
      </w:r>
    </w:p>
    <w:p>
      <w:pPr>
        <w:spacing w:after="60" w:line="266" w:lineRule="auto"/>
        <w:ind w:firstLine="331"/>
        <w:jc w:val="both"/>
      </w:pPr>
      <w:r>
        <w:rPr>
          <w:rFonts w:ascii="Georgia" w:hAnsi="Georgia"/>
          <w:b w:val="0"/>
          <w:i w:val="0"/>
          <w:color w:val="22201D"/>
          <w:sz w:val="20"/>
        </w:rPr>
        <w:t>He used the magnifying glass anyway.</w:t>
      </w:r>
    </w:p>
    <w:p>
      <w:pPr>
        <w:spacing w:after="60" w:line="266" w:lineRule="auto"/>
        <w:ind w:firstLine="331"/>
        <w:jc w:val="both"/>
      </w:pPr>
      <w:r>
        <w:rPr>
          <w:rFonts w:ascii="Georgia" w:hAnsi="Georgia"/>
          <w:b w:val="0"/>
          <w:i w:val="0"/>
          <w:color w:val="22201D"/>
          <w:sz w:val="20"/>
        </w:rPr>
        <w:t>"Outer face clear."</w:t>
      </w:r>
    </w:p>
    <w:p>
      <w:pPr>
        <w:spacing w:after="60" w:line="266" w:lineRule="auto"/>
        <w:ind w:firstLine="331"/>
        <w:jc w:val="both"/>
      </w:pPr>
      <w:r>
        <w:rPr>
          <w:rFonts w:ascii="Georgia" w:hAnsi="Georgia"/>
          <w:b w:val="0"/>
          <w:i w:val="0"/>
          <w:color w:val="22201D"/>
          <w:sz w:val="20"/>
        </w:rPr>
        <w:t>He turned it over.</w:t>
      </w:r>
    </w:p>
    <w:p>
      <w:pPr>
        <w:spacing w:after="60" w:line="266" w:lineRule="auto"/>
        <w:ind w:firstLine="331"/>
        <w:jc w:val="both"/>
      </w:pPr>
      <w:r>
        <w:rPr>
          <w:rFonts w:ascii="Georgia" w:hAnsi="Georgia"/>
          <w:b w:val="0"/>
          <w:i w:val="0"/>
          <w:color w:val="22201D"/>
          <w:sz w:val="20"/>
        </w:rPr>
        <w:t>The back read:</w:t>
      </w:r>
    </w:p>
    <w:p>
      <w:pPr>
        <w:spacing w:after="60" w:line="250" w:lineRule="auto"/>
        <w:ind w:left="202" w:right="173"/>
      </w:pPr>
      <w:r>
        <w:rPr>
          <w:rFonts w:ascii="Georgia" w:hAnsi="Georgia"/>
          <w:b w:val="0"/>
          <w:i w:val="0"/>
          <w:color w:val="22201D"/>
          <w:sz w:val="17"/>
        </w:rPr>
        <w:t>WAIVER FORM Gold Pheasant Peach Scotch Bonnet  Opening this form does not create agreement. Reading this form does not create agreement. Declining this form requires no explanation.</w:t>
      </w:r>
    </w:p>
    <w:p>
      <w:pPr>
        <w:spacing w:after="60" w:line="266" w:lineRule="auto"/>
        <w:ind w:firstLine="331"/>
        <w:jc w:val="both"/>
      </w:pPr>
      <w:r>
        <w:rPr>
          <w:rFonts w:ascii="Georgia" w:hAnsi="Georgia"/>
          <w:b w:val="0"/>
          <w:i w:val="0"/>
          <w:color w:val="22201D"/>
          <w:sz w:val="20"/>
        </w:rPr>
        <w:t>Gerald measured the text.</w:t>
      </w:r>
    </w:p>
    <w:p>
      <w:pPr>
        <w:spacing w:after="60" w:line="266" w:lineRule="auto"/>
        <w:ind w:firstLine="331"/>
        <w:jc w:val="both"/>
      </w:pPr>
      <w:r>
        <w:rPr>
          <w:rFonts w:ascii="Georgia" w:hAnsi="Georgia"/>
          <w:b w:val="0"/>
          <w:i w:val="0"/>
          <w:color w:val="22201D"/>
          <w:sz w:val="20"/>
        </w:rPr>
        <w:t>"Readable."</w:t>
      </w:r>
    </w:p>
    <w:p>
      <w:pPr>
        <w:spacing w:after="60" w:line="266" w:lineRule="auto"/>
        <w:ind w:firstLine="331"/>
        <w:jc w:val="both"/>
      </w:pPr>
      <w:r>
        <w:rPr>
          <w:rFonts w:ascii="Georgia" w:hAnsi="Georgia"/>
          <w:b w:val="0"/>
          <w:i w:val="0"/>
          <w:color w:val="22201D"/>
          <w:sz w:val="20"/>
        </w:rPr>
        <w:t>He checked the contrast.</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He checked the fold.</w:t>
      </w:r>
    </w:p>
    <w:p>
      <w:pPr>
        <w:spacing w:after="60" w:line="266" w:lineRule="auto"/>
        <w:ind w:firstLine="331"/>
        <w:jc w:val="both"/>
      </w:pPr>
      <w:r>
        <w:rPr>
          <w:rFonts w:ascii="Georgia" w:hAnsi="Georgia"/>
          <w:b w:val="0"/>
          <w:i w:val="0"/>
          <w:color w:val="22201D"/>
          <w:sz w:val="20"/>
        </w:rPr>
        <w:t>"No terms hidden on crease."</w:t>
      </w:r>
    </w:p>
    <w:p>
      <w:pPr>
        <w:spacing w:after="60" w:line="266" w:lineRule="auto"/>
        <w:ind w:firstLine="331"/>
        <w:jc w:val="both"/>
      </w:pPr>
      <w:r>
        <w:rPr>
          <w:rFonts w:ascii="Georgia" w:hAnsi="Georgia"/>
          <w:b w:val="0"/>
          <w:i w:val="0"/>
          <w:color w:val="22201D"/>
          <w:sz w:val="20"/>
        </w:rPr>
        <w:t>Nico whispered, "Growth."</w:t>
      </w:r>
    </w:p>
    <w:p>
      <w:pPr>
        <w:spacing w:after="60" w:line="266" w:lineRule="auto"/>
        <w:ind w:firstLine="331"/>
        <w:jc w:val="both"/>
      </w:pPr>
      <w:r>
        <w:rPr>
          <w:rFonts w:ascii="Georgia" w:hAnsi="Georgia"/>
          <w:b w:val="0"/>
          <w:i w:val="0"/>
          <w:color w:val="22201D"/>
          <w:sz w:val="20"/>
        </w:rPr>
        <w:t>No one corrected him.</w:t>
      </w:r>
    </w:p>
    <w:p>
      <w:pPr>
        <w:spacing w:after="60" w:line="266" w:lineRule="auto"/>
        <w:ind w:firstLine="331"/>
        <w:jc w:val="both"/>
      </w:pPr>
      <w:r>
        <w:rPr>
          <w:rFonts w:ascii="Georgia" w:hAnsi="Georgia"/>
          <w:b w:val="0"/>
          <w:i w:val="0"/>
          <w:color w:val="22201D"/>
          <w:sz w:val="20"/>
        </w:rPr>
        <w:t>The Hostess unfolded the waiver.</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That was so rare by now that everyone stood still for a moment, respecting the absence of nonsense.</w:t>
      </w:r>
    </w:p>
    <w:p>
      <w:pPr>
        <w:spacing w:after="60" w:line="266" w:lineRule="auto"/>
        <w:ind w:firstLine="331"/>
        <w:jc w:val="both"/>
      </w:pPr>
      <w:r>
        <w:rPr>
          <w:rFonts w:ascii="Georgia" w:hAnsi="Georgia"/>
          <w:b w:val="0"/>
          <w:i w:val="0"/>
          <w:color w:val="22201D"/>
          <w:sz w:val="20"/>
        </w:rPr>
        <w:t>The inside of the form was not short.</w:t>
      </w:r>
    </w:p>
    <w:p>
      <w:pPr>
        <w:spacing w:after="60" w:line="266" w:lineRule="auto"/>
        <w:ind w:firstLine="331"/>
        <w:jc w:val="both"/>
      </w:pPr>
      <w:r>
        <w:rPr>
          <w:rFonts w:ascii="Georgia" w:hAnsi="Georgia"/>
          <w:b w:val="0"/>
          <w:i w:val="0"/>
          <w:color w:val="22201D"/>
          <w:sz w:val="20"/>
        </w:rPr>
        <w:t>Gerald approved of this only after confirming that the length came from clarity rather than evasion.</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WAIVER FORM For sample procedure only  This form does not authorize: purchase sale future contact public praise second sample story use medical certainty emotional conclusion</w:t>
      </w:r>
    </w:p>
    <w:p>
      <w:pPr>
        <w:spacing w:after="60" w:line="266" w:lineRule="auto"/>
        <w:ind w:firstLine="331"/>
        <w:jc w:val="both"/>
      </w:pPr>
      <w:r>
        <w:rPr>
          <w:rFonts w:ascii="Georgia" w:hAnsi="Georgia"/>
          <w:b w:val="0"/>
          <w:i w:val="0"/>
          <w:color w:val="22201D"/>
          <w:sz w:val="20"/>
        </w:rPr>
        <w:t>Flocc read the exclusions twice.</w:t>
      </w:r>
    </w:p>
    <w:p>
      <w:pPr>
        <w:spacing w:after="60" w:line="266" w:lineRule="auto"/>
        <w:ind w:firstLine="331"/>
        <w:jc w:val="both"/>
      </w:pPr>
      <w:r>
        <w:rPr>
          <w:rFonts w:ascii="Georgia" w:hAnsi="Georgia"/>
          <w:b w:val="0"/>
          <w:i w:val="0"/>
          <w:color w:val="22201D"/>
          <w:sz w:val="20"/>
        </w:rPr>
        <w:t>"Story use," he said.</w:t>
      </w:r>
    </w:p>
    <w:p>
      <w:pPr>
        <w:spacing w:after="60" w:line="266" w:lineRule="auto"/>
        <w:ind w:firstLine="331"/>
        <w:jc w:val="both"/>
      </w:pPr>
      <w:r>
        <w:rPr>
          <w:rFonts w:ascii="Georgia" w:hAnsi="Georgia"/>
          <w:b w:val="0"/>
          <w:i w:val="0"/>
          <w:color w:val="22201D"/>
          <w:sz w:val="20"/>
        </w:rPr>
        <w:t>Nico raised both hands.</w:t>
      </w:r>
    </w:p>
    <w:p>
      <w:pPr>
        <w:spacing w:after="60" w:line="266" w:lineRule="auto"/>
        <w:ind w:firstLine="331"/>
        <w:jc w:val="both"/>
      </w:pPr>
      <w:r>
        <w:rPr>
          <w:rFonts w:ascii="Georgia" w:hAnsi="Georgia"/>
          <w:b w:val="0"/>
          <w:i w:val="0"/>
          <w:color w:val="22201D"/>
          <w:sz w:val="20"/>
        </w:rPr>
        <w:t>"I heard it."</w:t>
      </w:r>
    </w:p>
    <w:p>
      <w:pPr>
        <w:spacing w:after="60" w:line="266" w:lineRule="auto"/>
        <w:ind w:firstLine="331"/>
        <w:jc w:val="both"/>
      </w:pPr>
      <w:r>
        <w:rPr>
          <w:rFonts w:ascii="Georgia" w:hAnsi="Georgia"/>
          <w:b w:val="0"/>
          <w:i w:val="0"/>
          <w:color w:val="22201D"/>
          <w:sz w:val="20"/>
        </w:rPr>
        <w:t>The form continued:</w:t>
      </w:r>
    </w:p>
    <w:p>
      <w:pPr>
        <w:spacing w:after="60" w:line="250" w:lineRule="auto"/>
        <w:ind w:left="202" w:right="173"/>
      </w:pPr>
      <w:r>
        <w:rPr>
          <w:rFonts w:ascii="Georgia" w:hAnsi="Georgia"/>
          <w:b w:val="0"/>
          <w:i w:val="0"/>
          <w:color w:val="22201D"/>
          <w:sz w:val="17"/>
        </w:rPr>
        <w:t>Available choices:  [ ] YES, I choose one supervised sample. [ ] NO, I decline one supervised sample.  No explanation required for either choice. No one may treat YES as bravery. No one may treat NO as fear. No one may treat silence as either.</w:t>
      </w:r>
    </w:p>
    <w:p>
      <w:pPr>
        <w:spacing w:after="60" w:line="266" w:lineRule="auto"/>
        <w:ind w:firstLine="331"/>
        <w:jc w:val="both"/>
      </w:pPr>
      <w:r>
        <w:rPr>
          <w:rFonts w:ascii="Georgia" w:hAnsi="Georgia"/>
          <w:b w:val="0"/>
          <w:i w:val="0"/>
          <w:color w:val="22201D"/>
          <w:sz w:val="20"/>
        </w:rPr>
        <w:t>The pantry became very quiet.</w:t>
      </w:r>
    </w:p>
    <w:p>
      <w:pPr>
        <w:spacing w:after="60" w:line="266" w:lineRule="auto"/>
        <w:ind w:firstLine="331"/>
        <w:jc w:val="both"/>
      </w:pPr>
      <w:r>
        <w:rPr>
          <w:rFonts w:ascii="Georgia" w:hAnsi="Georgia"/>
          <w:b w:val="0"/>
          <w:i w:val="0"/>
          <w:color w:val="22201D"/>
          <w:sz w:val="20"/>
        </w:rPr>
        <w:t>Not reverent.</w:t>
      </w:r>
    </w:p>
    <w:p>
      <w:pPr>
        <w:spacing w:after="60" w:line="266" w:lineRule="auto"/>
        <w:ind w:firstLine="331"/>
        <w:jc w:val="both"/>
      </w:pPr>
      <w:r>
        <w:rPr>
          <w:rFonts w:ascii="Georgia" w:hAnsi="Georgia"/>
          <w:b w:val="0"/>
          <w:i w:val="0"/>
          <w:color w:val="22201D"/>
          <w:sz w:val="20"/>
        </w:rPr>
        <w:t>Functional.</w:t>
      </w:r>
    </w:p>
    <w:p>
      <w:pPr>
        <w:spacing w:after="60" w:line="266" w:lineRule="auto"/>
        <w:ind w:firstLine="331"/>
        <w:jc w:val="both"/>
      </w:pPr>
      <w:r>
        <w:rPr>
          <w:rFonts w:ascii="Georgia" w:hAnsi="Georgia"/>
          <w:b w:val="0"/>
          <w:i w:val="0"/>
          <w:color w:val="22201D"/>
          <w:sz w:val="20"/>
        </w:rPr>
        <w:t>The Hostess tapped the two boxes.</w:t>
      </w:r>
    </w:p>
    <w:p>
      <w:pPr>
        <w:spacing w:after="60" w:line="266" w:lineRule="auto"/>
        <w:ind w:firstLine="331"/>
        <w:jc w:val="both"/>
      </w:pPr>
      <w:r>
        <w:rPr>
          <w:rFonts w:ascii="Georgia" w:hAnsi="Georgia"/>
          <w:b w:val="0"/>
          <w:i w:val="0"/>
          <w:color w:val="22201D"/>
          <w:sz w:val="20"/>
        </w:rPr>
        <w:t>"That is the chapter."</w:t>
      </w:r>
    </w:p>
    <w:p>
      <w:pPr>
        <w:spacing w:after="60" w:line="266" w:lineRule="auto"/>
        <w:ind w:firstLine="331"/>
        <w:jc w:val="both"/>
      </w:pPr>
      <w:r>
        <w:rPr>
          <w:rFonts w:ascii="Georgia" w:hAnsi="Georgia"/>
          <w:b w:val="0"/>
          <w:i w:val="0"/>
          <w:color w:val="22201D"/>
          <w:sz w:val="20"/>
        </w:rPr>
        <w:t>Gerald frowned.</w:t>
      </w:r>
    </w:p>
    <w:p>
      <w:pPr>
        <w:spacing w:after="60" w:line="266" w:lineRule="auto"/>
        <w:ind w:firstLine="331"/>
        <w:jc w:val="both"/>
      </w:pPr>
      <w:r>
        <w:rPr>
          <w:rFonts w:ascii="Georgia" w:hAnsi="Georgia"/>
          <w:b w:val="0"/>
          <w:i w:val="0"/>
          <w:color w:val="22201D"/>
          <w:sz w:val="20"/>
        </w:rPr>
        <w:t>"It is the first half of the chapter."</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Flocc looked at the checkboxes.</w:t>
      </w:r>
    </w:p>
    <w:p>
      <w:pPr>
        <w:spacing w:after="60" w:line="266" w:lineRule="auto"/>
        <w:ind w:firstLine="331"/>
        <w:jc w:val="both"/>
      </w:pPr>
      <w:r>
        <w:rPr>
          <w:rFonts w:ascii="Georgia" w:hAnsi="Georgia"/>
          <w:b w:val="0"/>
          <w:i w:val="0"/>
          <w:color w:val="22201D"/>
          <w:sz w:val="20"/>
        </w:rPr>
        <w:t>Yes and no sat beside each other with the same size box, the same weight of line, the same space after them.</w:t>
      </w:r>
    </w:p>
    <w:p>
      <w:pPr>
        <w:spacing w:after="60" w:line="266" w:lineRule="auto"/>
        <w:ind w:firstLine="331"/>
        <w:jc w:val="both"/>
      </w:pPr>
      <w:r>
        <w:rPr>
          <w:rFonts w:ascii="Georgia" w:hAnsi="Georgia"/>
          <w:b w:val="0"/>
          <w:i w:val="0"/>
          <w:color w:val="22201D"/>
          <w:sz w:val="20"/>
        </w:rPr>
        <w:t>Equal typography.</w:t>
      </w:r>
    </w:p>
    <w:p>
      <w:pPr>
        <w:spacing w:after="60" w:line="266" w:lineRule="auto"/>
        <w:ind w:firstLine="331"/>
        <w:jc w:val="both"/>
      </w:pPr>
      <w:r>
        <w:rPr>
          <w:rFonts w:ascii="Georgia" w:hAnsi="Georgia"/>
          <w:b w:val="0"/>
          <w:i w:val="0"/>
          <w:color w:val="22201D"/>
          <w:sz w:val="20"/>
        </w:rPr>
        <w:t>It should not have felt radical.</w:t>
      </w:r>
    </w:p>
    <w:p>
      <w:pPr>
        <w:spacing w:after="60" w:line="266" w:lineRule="auto"/>
        <w:ind w:firstLine="331"/>
        <w:jc w:val="both"/>
      </w:pPr>
      <w:r>
        <w:rPr>
          <w:rFonts w:ascii="Georgia" w:hAnsi="Georgia"/>
          <w:b w:val="0"/>
          <w:i w:val="0"/>
          <w:color w:val="22201D"/>
          <w:sz w:val="20"/>
        </w:rPr>
        <w:t>That was how he knew it mattered.</w:t>
      </w:r>
    </w:p>
    <w:p>
      <w:pPr>
        <w:spacing w:after="60" w:line="266" w:lineRule="auto"/>
        <w:ind w:firstLine="331"/>
        <w:jc w:val="both"/>
      </w:pPr>
      <w:r>
        <w:rPr>
          <w:rFonts w:ascii="Georgia" w:hAnsi="Georgia"/>
          <w:b w:val="0"/>
          <w:i w:val="0"/>
          <w:color w:val="22201D"/>
          <w:sz w:val="20"/>
        </w:rPr>
        <w:t>The batch log printed:</w:t>
      </w:r>
    </w:p>
    <w:p>
      <w:pPr>
        <w:spacing w:after="60" w:line="250" w:lineRule="auto"/>
        <w:ind w:left="202" w:right="173"/>
      </w:pPr>
      <w:r>
        <w:rPr>
          <w:rFonts w:ascii="Georgia" w:hAnsi="Georgia"/>
          <w:b w:val="0"/>
          <w:i w:val="0"/>
          <w:color w:val="22201D"/>
          <w:sz w:val="17"/>
        </w:rPr>
        <w:t>Consent field detected. No grams apply.</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consent not measurable by mass</w:t>
      </w:r>
    </w:p>
    <w:p>
      <w:pPr>
        <w:spacing w:after="60" w:line="266" w:lineRule="auto"/>
        <w:ind w:firstLine="331"/>
        <w:jc w:val="both"/>
      </w:pPr>
      <w:r>
        <w:rPr>
          <w:rFonts w:ascii="Georgia" w:hAnsi="Georgia"/>
          <w:b w:val="0"/>
          <w:i w:val="0"/>
          <w:color w:val="22201D"/>
          <w:sz w:val="20"/>
        </w:rPr>
        <w:t>Nico said nothing, but his face suggested several titles had died nobly.</w:t>
      </w:r>
    </w:p>
    <w:p>
      <w:pPr>
        <w:spacing w:after="60" w:line="266" w:lineRule="auto"/>
        <w:ind w:firstLine="331"/>
        <w:jc w:val="both"/>
      </w:pPr>
      <w:r>
        <w:rPr>
          <w:rFonts w:ascii="Georgia" w:hAnsi="Georgia"/>
          <w:b w:val="0"/>
          <w:i w:val="0"/>
          <w:color w:val="22201D"/>
          <w:sz w:val="20"/>
        </w:rPr>
        <w:t>Bob placed two clean sample spoons on the worktable.</w:t>
      </w:r>
    </w:p>
    <w:p>
      <w:pPr>
        <w:spacing w:after="60" w:line="266" w:lineRule="auto"/>
        <w:ind w:firstLine="331"/>
        <w:jc w:val="both"/>
      </w:pPr>
      <w:r>
        <w:rPr>
          <w:rFonts w:ascii="Georgia" w:hAnsi="Georgia"/>
          <w:b w:val="0"/>
          <w:i w:val="0"/>
          <w:color w:val="22201D"/>
          <w:sz w:val="20"/>
        </w:rPr>
        <w:t>Gerald immediately removed one.</w:t>
      </w:r>
    </w:p>
    <w:p>
      <w:pPr>
        <w:spacing w:after="60" w:line="266" w:lineRule="auto"/>
        <w:ind w:firstLine="331"/>
        <w:jc w:val="both"/>
      </w:pPr>
      <w:r>
        <w:rPr>
          <w:rFonts w:ascii="Georgia" w:hAnsi="Georgia"/>
          <w:b w:val="0"/>
          <w:i w:val="0"/>
          <w:color w:val="22201D"/>
          <w:sz w:val="20"/>
        </w:rPr>
        <w:t>"No samples yet."</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"Later."</w:t>
      </w:r>
    </w:p>
    <w:p>
      <w:pPr>
        <w:spacing w:after="60" w:line="266" w:lineRule="auto"/>
        <w:ind w:firstLine="331"/>
        <w:jc w:val="both"/>
      </w:pPr>
      <w:r>
        <w:rPr>
          <w:rFonts w:ascii="Georgia" w:hAnsi="Georgia"/>
          <w:b w:val="0"/>
          <w:i w:val="0"/>
          <w:color w:val="22201D"/>
          <w:sz w:val="20"/>
        </w:rPr>
        <w:t>He put both spoons in a clean cup labeled:</w:t>
      </w:r>
    </w:p>
    <w:p>
      <w:pPr>
        <w:spacing w:after="60" w:line="250" w:lineRule="auto"/>
        <w:ind w:left="202" w:right="173"/>
      </w:pPr>
      <w:r>
        <w:rPr>
          <w:rFonts w:ascii="Georgia" w:hAnsi="Georgia"/>
          <w:b w:val="0"/>
          <w:i w:val="0"/>
          <w:color w:val="22201D"/>
          <w:sz w:val="17"/>
        </w:rPr>
        <w:t>PENDING CHOICE</w:t>
      </w:r>
    </w:p>
    <w:p>
      <w:pPr>
        <w:spacing w:after="60" w:line="266" w:lineRule="auto"/>
        <w:ind w:firstLine="331"/>
        <w:jc w:val="both"/>
      </w:pPr>
      <w:r>
        <w:rPr>
          <w:rFonts w:ascii="Georgia" w:hAnsi="Georgia"/>
          <w:b w:val="0"/>
          <w:i w:val="0"/>
          <w:color w:val="22201D"/>
          <w:sz w:val="20"/>
        </w:rPr>
        <w:t>The Hostess looked at the uncombined ingredient bowls.</w:t>
      </w:r>
    </w:p>
    <w:p>
      <w:pPr>
        <w:spacing w:after="60" w:line="266" w:lineRule="auto"/>
        <w:ind w:firstLine="331"/>
        <w:jc w:val="both"/>
      </w:pPr>
      <w:r>
        <w:rPr>
          <w:rFonts w:ascii="Georgia" w:hAnsi="Georgia"/>
          <w:b w:val="0"/>
          <w:i w:val="0"/>
          <w:color w:val="22201D"/>
          <w:sz w:val="20"/>
        </w:rPr>
        <w:t>"We need to know whether a sample can be offered before the sauce exists."</w:t>
      </w:r>
    </w:p>
    <w:p>
      <w:pPr>
        <w:spacing w:after="60" w:line="266" w:lineRule="auto"/>
        <w:ind w:firstLine="331"/>
        <w:jc w:val="both"/>
      </w:pPr>
      <w:r>
        <w:rPr>
          <w:rFonts w:ascii="Georgia" w:hAnsi="Georgia"/>
          <w:b w:val="0"/>
          <w:i w:val="0"/>
          <w:color w:val="22201D"/>
          <w:sz w:val="20"/>
        </w:rPr>
        <w:t>Gerald said, "It cannot."</w:t>
      </w:r>
    </w:p>
    <w:p>
      <w:pPr>
        <w:spacing w:after="60" w:line="266" w:lineRule="auto"/>
        <w:ind w:firstLine="331"/>
        <w:jc w:val="both"/>
      </w:pPr>
      <w:r>
        <w:rPr>
          <w:rFonts w:ascii="Georgia" w:hAnsi="Georgia"/>
          <w:b w:val="0"/>
          <w:i w:val="0"/>
          <w:color w:val="22201D"/>
          <w:sz w:val="20"/>
        </w:rPr>
        <w:t>The waiver form printed a new line:</w:t>
      </w:r>
    </w:p>
    <w:p>
      <w:pPr>
        <w:spacing w:after="60" w:line="250" w:lineRule="auto"/>
        <w:ind w:left="202" w:right="173"/>
      </w:pPr>
      <w:r>
        <w:rPr>
          <w:rFonts w:ascii="Georgia" w:hAnsi="Georgia"/>
          <w:b w:val="0"/>
          <w:i w:val="0"/>
          <w:color w:val="22201D"/>
          <w:sz w:val="17"/>
        </w:rPr>
        <w:t>Offer status: not yet active</w:t>
      </w:r>
    </w:p>
    <w:p>
      <w:pPr>
        <w:spacing w:after="60" w:line="266" w:lineRule="auto"/>
        <w:ind w:firstLine="331"/>
        <w:jc w:val="both"/>
      </w:pPr>
      <w:r>
        <w:rPr>
          <w:rFonts w:ascii="Georgia" w:hAnsi="Georgia"/>
          <w:b w:val="0"/>
          <w:i w:val="0"/>
          <w:color w:val="22201D"/>
          <w:sz w:val="20"/>
        </w:rPr>
        <w:t>"Good," Gerald said.</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Future offer may be prepared. Future offer may be declined.</w:t>
      </w:r>
    </w:p>
    <w:p>
      <w:pPr>
        <w:spacing w:after="60" w:line="266" w:lineRule="auto"/>
        <w:ind w:firstLine="331"/>
        <w:jc w:val="both"/>
      </w:pPr>
      <w:r>
        <w:rPr>
          <w:rFonts w:ascii="Georgia" w:hAnsi="Georgia"/>
          <w:b w:val="0"/>
          <w:i w:val="0"/>
          <w:color w:val="22201D"/>
          <w:sz w:val="20"/>
        </w:rPr>
        <w:t>"Also good."</w:t>
      </w:r>
    </w:p>
    <w:p>
      <w:pPr>
        <w:spacing w:after="60" w:line="266" w:lineRule="auto"/>
        <w:ind w:firstLine="331"/>
        <w:jc w:val="both"/>
      </w:pPr>
      <w:r>
        <w:rPr>
          <w:rFonts w:ascii="Georgia" w:hAnsi="Georgia"/>
          <w:b w:val="0"/>
          <w:i w:val="0"/>
          <w:color w:val="22201D"/>
          <w:sz w:val="20"/>
        </w:rPr>
        <w:t>Flocc read the form again, and this time he noticed a blank space beneath the choices:</w:t>
      </w:r>
    </w:p>
    <w:p>
      <w:pPr>
        <w:spacing w:after="60" w:line="250" w:lineRule="auto"/>
        <w:ind w:left="202" w:right="173"/>
      </w:pPr>
      <w:r>
        <w:rPr>
          <w:rFonts w:ascii="Georgia" w:hAnsi="Georgia"/>
          <w:b w:val="0"/>
          <w:i w:val="0"/>
          <w:color w:val="22201D"/>
          <w:sz w:val="17"/>
        </w:rPr>
        <w:t>Participant name: optional</w:t>
      </w:r>
    </w:p>
    <w:p>
      <w:pPr>
        <w:spacing w:after="60" w:line="266" w:lineRule="auto"/>
        <w:ind w:firstLine="331"/>
        <w:jc w:val="both"/>
      </w:pPr>
      <w:r>
        <w:rPr>
          <w:rFonts w:ascii="Georgia" w:hAnsi="Georgia"/>
          <w:b w:val="0"/>
          <w:i w:val="0"/>
          <w:color w:val="22201D"/>
          <w:sz w:val="20"/>
        </w:rPr>
        <w:t>"Optional name?" he asked.</w:t>
      </w:r>
    </w:p>
    <w:p>
      <w:pPr>
        <w:spacing w:after="60" w:line="266" w:lineRule="auto"/>
        <w:ind w:firstLine="331"/>
        <w:jc w:val="both"/>
      </w:pPr>
      <w:r>
        <w:rPr>
          <w:rFonts w:ascii="Georgia" w:hAnsi="Georgia"/>
          <w:b w:val="0"/>
          <w:i w:val="0"/>
          <w:color w:val="22201D"/>
          <w:sz w:val="20"/>
        </w:rPr>
        <w:t>The Hostess said, "Yes."</w:t>
      </w:r>
    </w:p>
    <w:p>
      <w:pPr>
        <w:spacing w:after="60" w:line="266" w:lineRule="auto"/>
        <w:ind w:firstLine="331"/>
        <w:jc w:val="both"/>
      </w:pPr>
      <w:r>
        <w:rPr>
          <w:rFonts w:ascii="Georgia" w:hAnsi="Georgia"/>
          <w:b w:val="0"/>
          <w:i w:val="0"/>
          <w:color w:val="22201D"/>
          <w:sz w:val="20"/>
        </w:rPr>
        <w:t>"How does the record work?"</w:t>
      </w:r>
    </w:p>
    <w:p>
      <w:pPr>
        <w:spacing w:after="60" w:line="266" w:lineRule="auto"/>
        <w:ind w:firstLine="331"/>
        <w:jc w:val="both"/>
      </w:pPr>
      <w:r>
        <w:rPr>
          <w:rFonts w:ascii="Georgia" w:hAnsi="Georgia"/>
          <w:b w:val="0"/>
          <w:i w:val="0"/>
          <w:color w:val="22201D"/>
          <w:sz w:val="20"/>
        </w:rPr>
        <w:t>Steve said, "Procedure can record a count without naming a person if identity is not required."</w:t>
      </w:r>
    </w:p>
    <w:p>
      <w:pPr>
        <w:spacing w:after="60" w:line="266" w:lineRule="auto"/>
        <w:ind w:firstLine="331"/>
        <w:jc w:val="both"/>
      </w:pPr>
      <w:r>
        <w:rPr>
          <w:rFonts w:ascii="Georgia" w:hAnsi="Georgia"/>
          <w:b w:val="0"/>
          <w:i w:val="0"/>
          <w:color w:val="22201D"/>
          <w:sz w:val="20"/>
        </w:rPr>
        <w:t>Gerald said, "For pantry sample scale, identity is not required unless there is an allergy, incident, or follow-up obligation."</w:t>
      </w:r>
    </w:p>
    <w:p>
      <w:pPr>
        <w:spacing w:after="60" w:line="266" w:lineRule="auto"/>
        <w:ind w:firstLine="331"/>
        <w:jc w:val="both"/>
      </w:pPr>
      <w:r>
        <w:rPr>
          <w:rFonts w:ascii="Georgia" w:hAnsi="Georgia"/>
          <w:b w:val="0"/>
          <w:i w:val="0"/>
          <w:color w:val="22201D"/>
          <w:sz w:val="20"/>
        </w:rPr>
        <w:t>The waiver form printed:</w:t>
      </w:r>
    </w:p>
    <w:p>
      <w:pPr>
        <w:spacing w:after="60" w:line="250" w:lineRule="auto"/>
        <w:ind w:left="202" w:right="173"/>
      </w:pPr>
      <w:r>
        <w:rPr>
          <w:rFonts w:ascii="Georgia" w:hAnsi="Georgia"/>
          <w:b w:val="0"/>
          <w:i w:val="0"/>
          <w:color w:val="22201D"/>
          <w:sz w:val="17"/>
        </w:rPr>
        <w:t>Name optional unless safety follow-up is required.</w:t>
      </w:r>
    </w:p>
    <w:p>
      <w:pPr>
        <w:spacing w:after="60" w:line="266" w:lineRule="auto"/>
        <w:ind w:firstLine="331"/>
        <w:jc w:val="both"/>
      </w:pPr>
      <w:r>
        <w:rPr>
          <w:rFonts w:ascii="Georgia" w:hAnsi="Georgia"/>
          <w:b w:val="0"/>
          <w:i w:val="0"/>
          <w:color w:val="22201D"/>
          <w:sz w:val="20"/>
        </w:rPr>
        <w:t>Flocc sat with that.</w:t>
      </w:r>
    </w:p>
    <w:p>
      <w:pPr>
        <w:spacing w:after="60" w:line="266" w:lineRule="auto"/>
        <w:ind w:firstLine="331"/>
        <w:jc w:val="both"/>
      </w:pPr>
      <w:r>
        <w:rPr>
          <w:rFonts w:ascii="Georgia" w:hAnsi="Georgia"/>
          <w:b w:val="0"/>
          <w:i w:val="0"/>
          <w:color w:val="22201D"/>
          <w:sz w:val="20"/>
        </w:rPr>
        <w:t>Optional names made no sense to the part of him that thought accountability required exposure. But the pantry had been teaching a harsher and cleaner lesson: privacy was not the enemy of responsibility. Sometimes it was the condition that let a real no appear.</w:t>
      </w:r>
    </w:p>
    <w:p>
      <w:pPr>
        <w:spacing w:after="60" w:line="266" w:lineRule="auto"/>
        <w:ind w:firstLine="331"/>
        <w:jc w:val="both"/>
      </w:pPr>
      <w:r>
        <w:rPr>
          <w:rFonts w:ascii="Georgia" w:hAnsi="Georgia"/>
          <w:b w:val="0"/>
          <w:i w:val="0"/>
          <w:color w:val="22201D"/>
          <w:sz w:val="20"/>
        </w:rPr>
        <w:t>Nico looked at the form.</w:t>
      </w:r>
    </w:p>
    <w:p>
      <w:pPr>
        <w:spacing w:after="60" w:line="266" w:lineRule="auto"/>
        <w:ind w:firstLine="331"/>
        <w:jc w:val="both"/>
      </w:pPr>
      <w:r>
        <w:rPr>
          <w:rFonts w:ascii="Georgia" w:hAnsi="Georgia"/>
          <w:b w:val="0"/>
          <w:i w:val="0"/>
          <w:color w:val="22201D"/>
          <w:sz w:val="20"/>
        </w:rPr>
        <w:t>"Could someone choose yes and not want anyone to know?"</w:t>
      </w:r>
    </w:p>
    <w:p>
      <w:pPr>
        <w:spacing w:after="60" w:line="266" w:lineRule="auto"/>
        <w:ind w:firstLine="331"/>
        <w:jc w:val="both"/>
      </w:pPr>
      <w:r>
        <w:rPr>
          <w:rFonts w:ascii="Georgia" w:hAnsi="Georgia"/>
          <w:b w:val="0"/>
          <w:i w:val="0"/>
          <w:color w:val="22201D"/>
          <w:sz w:val="20"/>
        </w:rPr>
        <w:t>"For a sample?" Gerald asked.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the sample station needs a privacy screen."</w:t>
      </w:r>
    </w:p>
    <w:p>
      <w:pPr>
        <w:spacing w:after="60" w:line="266" w:lineRule="auto"/>
        <w:ind w:firstLine="331"/>
        <w:jc w:val="both"/>
      </w:pPr>
      <w:r>
        <w:rPr>
          <w:rFonts w:ascii="Georgia" w:hAnsi="Georgia"/>
          <w:b w:val="0"/>
          <w:i w:val="0"/>
          <w:color w:val="22201D"/>
          <w:sz w:val="20"/>
        </w:rPr>
        <w:t>The pantry produced a small folding screen.</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"Too dramatic."</w:t>
      </w:r>
    </w:p>
    <w:p>
      <w:pPr>
        <w:spacing w:after="60" w:line="266" w:lineRule="auto"/>
        <w:ind w:firstLine="331"/>
        <w:jc w:val="both"/>
      </w:pPr>
      <w:r>
        <w:rPr>
          <w:rFonts w:ascii="Georgia" w:hAnsi="Georgia"/>
          <w:b w:val="0"/>
          <w:i w:val="0"/>
          <w:color w:val="22201D"/>
          <w:sz w:val="20"/>
        </w:rPr>
        <w:t>The pantry replaced it with a modest counter shield, the kind used at pharmacies and bad delis to create the illusion that voices obeyed plastic.</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waiver form updated:</w:t>
      </w:r>
    </w:p>
    <w:p>
      <w:pPr>
        <w:spacing w:after="60" w:line="250" w:lineRule="auto"/>
        <w:ind w:left="202" w:right="173"/>
      </w:pPr>
      <w:r>
        <w:rPr>
          <w:rFonts w:ascii="Georgia" w:hAnsi="Georgia"/>
          <w:b w:val="0"/>
          <w:i w:val="0"/>
          <w:color w:val="22201D"/>
          <w:sz w:val="17"/>
        </w:rPr>
        <w:t>Privacy: participant may choose at counter shield public announcement prohibited aggregate count permitted</w:t>
      </w:r>
    </w:p>
    <w:p>
      <w:pPr>
        <w:spacing w:after="60" w:line="266" w:lineRule="auto"/>
        <w:ind w:firstLine="331"/>
        <w:jc w:val="both"/>
      </w:pPr>
      <w:r>
        <w:rPr>
          <w:rFonts w:ascii="Georgia" w:hAnsi="Georgia"/>
          <w:b w:val="0"/>
          <w:i w:val="0"/>
          <w:color w:val="22201D"/>
          <w:sz w:val="20"/>
        </w:rPr>
        <w:t>The Hostess pointed to the line:</w:t>
      </w:r>
    </w:p>
    <w:p>
      <w:pPr>
        <w:spacing w:after="60" w:line="250" w:lineRule="auto"/>
        <w:ind w:left="202" w:right="173"/>
      </w:pPr>
      <w:r>
        <w:rPr>
          <w:rFonts w:ascii="Georgia" w:hAnsi="Georgia"/>
          <w:b w:val="0"/>
          <w:i w:val="0"/>
          <w:color w:val="22201D"/>
          <w:sz w:val="17"/>
        </w:rPr>
        <w:t>No one may treat YES as bravery. No one may treat NO as fear.</w:t>
      </w:r>
    </w:p>
    <w:p>
      <w:pPr>
        <w:spacing w:after="60" w:line="266" w:lineRule="auto"/>
        <w:ind w:firstLine="331"/>
        <w:jc w:val="both"/>
      </w:pPr>
      <w:r>
        <w:rPr>
          <w:rFonts w:ascii="Georgia" w:hAnsi="Georgia"/>
          <w:b w:val="0"/>
          <w:i w:val="0"/>
          <w:color w:val="22201D"/>
          <w:sz w:val="20"/>
        </w:rPr>
        <w:t>"Read that."</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"Again."</w:t>
      </w:r>
    </w:p>
    <w:p>
      <w:pPr>
        <w:spacing w:after="60" w:line="266" w:lineRule="auto"/>
        <w:ind w:firstLine="331"/>
        <w:jc w:val="both"/>
      </w:pPr>
      <w:r>
        <w:rPr>
          <w:rFonts w:ascii="Georgia" w:hAnsi="Georgia"/>
          <w:b w:val="0"/>
          <w:i w:val="0"/>
          <w:color w:val="22201D"/>
          <w:sz w:val="20"/>
        </w:rPr>
        <w:t>He read it again.</w:t>
      </w:r>
    </w:p>
    <w:p>
      <w:pPr>
        <w:spacing w:after="60" w:line="266" w:lineRule="auto"/>
        <w:ind w:firstLine="331"/>
        <w:jc w:val="both"/>
      </w:pPr>
      <w:r>
        <w:rPr>
          <w:rFonts w:ascii="Georgia" w:hAnsi="Georgia"/>
          <w:b w:val="0"/>
          <w:i w:val="0"/>
          <w:color w:val="22201D"/>
          <w:sz w:val="20"/>
        </w:rPr>
        <w:t>"Who needs it?"</w:t>
      </w:r>
    </w:p>
    <w:p>
      <w:pPr>
        <w:spacing w:after="60" w:line="266" w:lineRule="auto"/>
        <w:ind w:firstLine="331"/>
        <w:jc w:val="both"/>
      </w:pPr>
      <w:r>
        <w:rPr>
          <w:rFonts w:ascii="Georgia" w:hAnsi="Georgia"/>
          <w:b w:val="0"/>
          <w:i w:val="0"/>
          <w:color w:val="22201D"/>
          <w:sz w:val="20"/>
        </w:rPr>
        <w:t>He wanted to say everyone.</w:t>
      </w:r>
    </w:p>
    <w:p>
      <w:pPr>
        <w:spacing w:after="60" w:line="266" w:lineRule="auto"/>
        <w:ind w:firstLine="331"/>
        <w:jc w:val="both"/>
      </w:pPr>
      <w:r>
        <w:rPr>
          <w:rFonts w:ascii="Georgia" w:hAnsi="Georgia"/>
          <w:b w:val="0"/>
          <w:i w:val="0"/>
          <w:color w:val="22201D"/>
          <w:sz w:val="20"/>
        </w:rPr>
        <w:t>Everyone was sometimes a way to avoid saying himself.</w:t>
      </w:r>
    </w:p>
    <w:p>
      <w:pPr>
        <w:spacing w:after="60" w:line="266" w:lineRule="auto"/>
        <w:ind w:firstLine="331"/>
        <w:jc w:val="both"/>
      </w:pPr>
      <w:r>
        <w:rPr>
          <w:rFonts w:ascii="Georgia" w:hAnsi="Georgia"/>
          <w:b w:val="0"/>
          <w:i w:val="0"/>
          <w:color w:val="22201D"/>
          <w:sz w:val="20"/>
        </w:rPr>
        <w:t>"I do."</w:t>
      </w:r>
    </w:p>
    <w:p>
      <w:pPr>
        <w:spacing w:after="60" w:line="266" w:lineRule="auto"/>
        <w:ind w:firstLine="331"/>
        <w:jc w:val="both"/>
      </w:pPr>
      <w:r>
        <w:rPr>
          <w:rFonts w:ascii="Georgia" w:hAnsi="Georgia"/>
          <w:b w:val="0"/>
          <w:i w:val="0"/>
          <w:color w:val="22201D"/>
          <w:sz w:val="20"/>
        </w:rPr>
        <w:t>The form did not print approval.</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added, "Because I still want choices to tell me who someone is."</w:t>
      </w:r>
    </w:p>
    <w:p>
      <w:pPr>
        <w:spacing w:after="60" w:line="266" w:lineRule="auto"/>
        <w:ind w:firstLine="331"/>
        <w:jc w:val="both"/>
      </w:pPr>
      <w:r>
        <w:rPr>
          <w:rFonts w:ascii="Georgia" w:hAnsi="Georgia"/>
          <w:b w:val="0"/>
          <w:i w:val="0"/>
          <w:color w:val="22201D"/>
          <w:sz w:val="20"/>
        </w:rPr>
        <w:t>Gerald said, "Choices tell you what they chose under stated conditions. That is enough work for a checkbox."</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The future pressure shelf flickered.</w:t>
      </w:r>
    </w:p>
    <w:p>
      <w:pPr>
        <w:spacing w:after="60" w:line="266" w:lineRule="auto"/>
        <w:ind w:firstLine="331"/>
        <w:jc w:val="both"/>
      </w:pPr>
      <w:r>
        <w:rPr>
          <w:rFonts w:ascii="Georgia" w:hAnsi="Georgia"/>
          <w:b w:val="0"/>
          <w:i w:val="0"/>
          <w:color w:val="22201D"/>
          <w:sz w:val="20"/>
        </w:rPr>
        <w:t>The failed front label under its bowl tapped once.</w:t>
      </w:r>
    </w:p>
    <w:p>
      <w:pPr>
        <w:spacing w:after="60" w:line="266" w:lineRule="auto"/>
        <w:ind w:firstLine="331"/>
        <w:jc w:val="both"/>
      </w:pPr>
      <w:r>
        <w:rPr>
          <w:rFonts w:ascii="Georgia" w:hAnsi="Georgia"/>
          <w:b w:val="0"/>
          <w:i w:val="0"/>
          <w:color w:val="22201D"/>
          <w:sz w:val="20"/>
        </w:rPr>
        <w:t>The sauce-label draft stayed flat.</w:t>
      </w:r>
    </w:p>
    <w:p>
      <w:pPr>
        <w:spacing w:after="60" w:line="266" w:lineRule="auto"/>
        <w:ind w:firstLine="331"/>
        <w:jc w:val="both"/>
      </w:pPr>
      <w:r>
        <w:rPr>
          <w:rFonts w:ascii="Georgia" w:hAnsi="Georgia"/>
          <w:b w:val="0"/>
          <w:i w:val="0"/>
          <w:color w:val="22201D"/>
          <w:sz w:val="20"/>
        </w:rPr>
        <w:t>The batch log stayed open.</w:t>
      </w:r>
    </w:p>
    <w:p>
      <w:pPr>
        <w:spacing w:after="60" w:line="266" w:lineRule="auto"/>
        <w:ind w:firstLine="331"/>
        <w:jc w:val="both"/>
      </w:pPr>
      <w:r>
        <w:rPr>
          <w:rFonts w:ascii="Georgia" w:hAnsi="Georgia"/>
          <w:b w:val="0"/>
          <w:i w:val="0"/>
          <w:color w:val="22201D"/>
          <w:sz w:val="20"/>
        </w:rPr>
        <w:t>The waiver form, unfortunately, began to smell faintly of peaches.</w:t>
      </w:r>
    </w:p>
    <w:p>
      <w:pPr>
        <w:spacing w:after="60" w:line="266" w:lineRule="auto"/>
        <w:ind w:firstLine="331"/>
        <w:jc w:val="both"/>
      </w:pPr>
      <w:r>
        <w:rPr>
          <w:rFonts w:ascii="Georgia" w:hAnsi="Georgia"/>
          <w:b w:val="0"/>
          <w:i w:val="0"/>
          <w:color w:val="22201D"/>
          <w:sz w:val="20"/>
        </w:rPr>
        <w:t>Gerald covered it with the ugly ruler.</w:t>
      </w:r>
    </w:p>
    <w:p>
      <w:pPr>
        <w:spacing w:after="60" w:line="266" w:lineRule="auto"/>
        <w:ind w:firstLine="331"/>
        <w:jc w:val="both"/>
      </w:pPr>
      <w:r>
        <w:rPr>
          <w:rFonts w:ascii="Georgia" w:hAnsi="Georgia"/>
          <w:b w:val="0"/>
          <w:i w:val="0"/>
          <w:color w:val="22201D"/>
          <w:sz w:val="20"/>
        </w:rPr>
        <w:t>"No scent marketing on consent documents."</w:t>
      </w:r>
    </w:p>
    <w:p>
      <w:pPr>
        <w:spacing w:after="60" w:line="266" w:lineRule="auto"/>
        <w:ind w:firstLine="331"/>
        <w:jc w:val="both"/>
      </w:pPr>
      <w:r>
        <w:rPr>
          <w:rFonts w:ascii="Georgia" w:hAnsi="Georgia"/>
          <w:b w:val="0"/>
          <w:i w:val="0"/>
          <w:color w:val="22201D"/>
          <w:sz w:val="20"/>
        </w:rPr>
        <w:t>The smell stopped.</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Objection accepted: scent removed from form</w:t>
      </w:r>
    </w:p>
    <w:p>
      <w:pPr>
        <w:spacing w:after="60" w:line="266" w:lineRule="auto"/>
        <w:ind w:firstLine="331"/>
        <w:jc w:val="both"/>
      </w:pPr>
      <w:r>
        <w:rPr>
          <w:rFonts w:ascii="Georgia" w:hAnsi="Georgia"/>
          <w:b w:val="0"/>
          <w:i w:val="0"/>
          <w:color w:val="22201D"/>
          <w:sz w:val="20"/>
        </w:rPr>
        <w:t>Nico whispered, "I hate that scent marketing was possible."</w:t>
      </w:r>
    </w:p>
    <w:p>
      <w:pPr>
        <w:spacing w:after="60" w:line="266" w:lineRule="auto"/>
        <w:ind w:firstLine="331"/>
        <w:jc w:val="both"/>
      </w:pPr>
      <w:r>
        <w:rPr>
          <w:rFonts w:ascii="Georgia" w:hAnsi="Georgia"/>
          <w:b w:val="0"/>
          <w:i w:val="0"/>
          <w:color w:val="22201D"/>
          <w:sz w:val="20"/>
        </w:rPr>
        <w:t>Bob said, "Always possible."</w:t>
      </w:r>
    </w:p>
    <w:p>
      <w:pPr>
        <w:spacing w:after="60" w:line="266" w:lineRule="auto"/>
        <w:ind w:firstLine="331"/>
        <w:jc w:val="both"/>
      </w:pPr>
      <w:r>
        <w:rPr>
          <w:rFonts w:ascii="Georgia" w:hAnsi="Georgia"/>
          <w:b w:val="0"/>
          <w:i w:val="0"/>
          <w:color w:val="22201D"/>
          <w:sz w:val="20"/>
        </w:rPr>
        <w:t>This may have been the darkest thing Bob had ever said.</w:t>
      </w:r>
    </w:p>
    <w:p>
      <w:pPr>
        <w:spacing w:after="60" w:line="266" w:lineRule="auto"/>
        <w:ind w:firstLine="331"/>
        <w:jc w:val="both"/>
      </w:pPr>
      <w:r>
        <w:rPr>
          <w:rFonts w:ascii="Georgia" w:hAnsi="Georgia"/>
          <w:b w:val="0"/>
          <w:i w:val="0"/>
          <w:color w:val="22201D"/>
          <w:sz w:val="20"/>
        </w:rPr>
        <w:t>The Hostess looked at the form.</w:t>
      </w:r>
    </w:p>
    <w:p>
      <w:pPr>
        <w:spacing w:after="60" w:line="266" w:lineRule="auto"/>
        <w:ind w:firstLine="331"/>
        <w:jc w:val="both"/>
      </w:pPr>
      <w:r>
        <w:rPr>
          <w:rFonts w:ascii="Georgia" w:hAnsi="Georgia"/>
          <w:b w:val="0"/>
          <w:i w:val="0"/>
          <w:color w:val="22201D"/>
          <w:sz w:val="20"/>
        </w:rPr>
        <w:t>"Can consent be a flavor note?"</w:t>
      </w:r>
    </w:p>
    <w:p>
      <w:pPr>
        <w:spacing w:after="60" w:line="266" w:lineRule="auto"/>
        <w:ind w:firstLine="331"/>
        <w:jc w:val="both"/>
      </w:pPr>
      <w:r>
        <w:rPr>
          <w:rFonts w:ascii="Georgia" w:hAnsi="Georgia"/>
          <w:b w:val="0"/>
          <w:i w:val="0"/>
          <w:color w:val="22201D"/>
          <w:sz w:val="20"/>
        </w:rPr>
        <w:t>No one answered quickly.</w:t>
      </w:r>
    </w:p>
    <w:p>
      <w:pPr>
        <w:spacing w:after="60" w:line="266" w:lineRule="auto"/>
        <w:ind w:firstLine="331"/>
        <w:jc w:val="both"/>
      </w:pPr>
      <w:r>
        <w:rPr>
          <w:rFonts w:ascii="Georgia" w:hAnsi="Georgia"/>
          <w:b w:val="0"/>
          <w:i w:val="0"/>
          <w:color w:val="22201D"/>
          <w:sz w:val="20"/>
        </w:rPr>
        <w:t>This was a difficult improvement over earlier books.</w:t>
      </w:r>
    </w:p>
    <w:p>
      <w:pPr>
        <w:spacing w:after="60" w:line="266" w:lineRule="auto"/>
        <w:ind w:firstLine="331"/>
        <w:jc w:val="both"/>
      </w:pPr>
      <w:r>
        <w:rPr>
          <w:rFonts w:ascii="Georgia" w:hAnsi="Georgia"/>
          <w:b w:val="0"/>
          <w:i w:val="0"/>
          <w:color w:val="22201D"/>
          <w:sz w:val="20"/>
        </w:rPr>
        <w:t>Flocc looked at the bowls.</w:t>
      </w:r>
    </w:p>
    <w:p>
      <w:pPr>
        <w:spacing w:after="60" w:line="266" w:lineRule="auto"/>
        <w:ind w:firstLine="331"/>
        <w:jc w:val="both"/>
      </w:pPr>
      <w:r>
        <w:rPr>
          <w:rFonts w:ascii="Georgia" w:hAnsi="Georgia"/>
          <w:b w:val="0"/>
          <w:i w:val="0"/>
          <w:color w:val="22201D"/>
          <w:sz w:val="20"/>
        </w:rPr>
        <w:t>Peach pulp. Scotch bonnet mash. Golden vinegar. Salt.</w:t>
      </w:r>
    </w:p>
    <w:p>
      <w:pPr>
        <w:spacing w:after="60" w:line="266" w:lineRule="auto"/>
        <w:ind w:firstLine="331"/>
        <w:jc w:val="both"/>
      </w:pPr>
      <w:r>
        <w:rPr>
          <w:rFonts w:ascii="Georgia" w:hAnsi="Georgia"/>
          <w:b w:val="0"/>
          <w:i w:val="0"/>
          <w:color w:val="22201D"/>
          <w:sz w:val="20"/>
        </w:rPr>
        <w:t>No finished sauce.</w:t>
      </w:r>
    </w:p>
    <w:p>
      <w:pPr>
        <w:spacing w:after="60" w:line="266" w:lineRule="auto"/>
        <w:ind w:firstLine="331"/>
        <w:jc w:val="both"/>
      </w:pPr>
      <w:r>
        <w:rPr>
          <w:rFonts w:ascii="Georgia" w:hAnsi="Georgia"/>
          <w:b w:val="0"/>
          <w:i w:val="0"/>
          <w:color w:val="22201D"/>
          <w:sz w:val="20"/>
        </w:rPr>
        <w:t>No tasting.</w:t>
      </w:r>
    </w:p>
    <w:p>
      <w:pPr>
        <w:spacing w:after="60" w:line="266" w:lineRule="auto"/>
        <w:ind w:firstLine="331"/>
        <w:jc w:val="both"/>
      </w:pPr>
      <w:r>
        <w:rPr>
          <w:rFonts w:ascii="Georgia" w:hAnsi="Georgia"/>
          <w:b w:val="0"/>
          <w:i w:val="0"/>
          <w:color w:val="22201D"/>
          <w:sz w:val="20"/>
        </w:rPr>
        <w:t>No consent request yet.</w:t>
      </w:r>
    </w:p>
    <w:p>
      <w:pPr>
        <w:spacing w:after="60" w:line="266" w:lineRule="auto"/>
        <w:ind w:firstLine="331"/>
        <w:jc w:val="both"/>
      </w:pPr>
      <w:r>
        <w:rPr>
          <w:rFonts w:ascii="Georgia" w:hAnsi="Georgia"/>
          <w:b w:val="0"/>
          <w:i w:val="0"/>
          <w:color w:val="22201D"/>
          <w:sz w:val="20"/>
        </w:rPr>
        <w:t>"Not by itself," he said.</w:t>
      </w:r>
    </w:p>
    <w:p>
      <w:pPr>
        <w:spacing w:after="60" w:line="266" w:lineRule="auto"/>
        <w:ind w:firstLine="331"/>
        <w:jc w:val="both"/>
      </w:pPr>
      <w:r>
        <w:rPr>
          <w:rFonts w:ascii="Georgia" w:hAnsi="Georgia"/>
          <w:b w:val="0"/>
          <w:i w:val="0"/>
          <w:color w:val="22201D"/>
          <w:sz w:val="20"/>
        </w:rPr>
        <w:t>The form waited.</w:t>
      </w:r>
    </w:p>
    <w:p>
      <w:pPr>
        <w:spacing w:after="60" w:line="266" w:lineRule="auto"/>
        <w:ind w:firstLine="331"/>
        <w:jc w:val="both"/>
      </w:pPr>
      <w:r>
        <w:rPr>
          <w:rFonts w:ascii="Georgia" w:hAnsi="Georgia"/>
          <w:b w:val="0"/>
          <w:i w:val="0"/>
          <w:color w:val="22201D"/>
          <w:sz w:val="20"/>
        </w:rPr>
        <w:t>"Consent is not flavor. But flavor changes when consent is present."</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Flavor note may include: sample chosen sample declined sample deferred  Flavor note may not include: coerced yes interpreted silence performed no public bravery private fear assigned by others</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"Good. Needs procedure."</w:t>
      </w:r>
    </w:p>
    <w:p>
      <w:pPr>
        <w:spacing w:after="60" w:line="266" w:lineRule="auto"/>
        <w:ind w:firstLine="331"/>
        <w:jc w:val="both"/>
      </w:pPr>
      <w:r>
        <w:rPr>
          <w:rFonts w:ascii="Georgia" w:hAnsi="Georgia"/>
          <w:b w:val="0"/>
          <w:i w:val="0"/>
          <w:color w:val="22201D"/>
          <w:sz w:val="20"/>
        </w:rPr>
        <w:t>The Hostess said, "Build it."</w:t>
      </w:r>
    </w:p>
    <w:p>
      <w:pPr>
        <w:spacing w:after="60" w:line="266" w:lineRule="auto"/>
        <w:ind w:firstLine="331"/>
        <w:jc w:val="both"/>
      </w:pPr>
      <w:r>
        <w:rPr>
          <w:rFonts w:ascii="Georgia" w:hAnsi="Georgia"/>
          <w:b w:val="0"/>
          <w:i w:val="0"/>
          <w:color w:val="22201D"/>
          <w:sz w:val="20"/>
        </w:rPr>
        <w:t>The pantry produced a small card:</w:t>
      </w:r>
    </w:p>
    <w:p>
      <w:pPr>
        <w:spacing w:after="60" w:line="250" w:lineRule="auto"/>
        <w:ind w:left="202" w:right="173"/>
      </w:pPr>
      <w:r>
        <w:rPr>
          <w:rFonts w:ascii="Georgia" w:hAnsi="Georgia"/>
          <w:b w:val="0"/>
          <w:i w:val="0"/>
          <w:color w:val="22201D"/>
          <w:sz w:val="17"/>
        </w:rPr>
        <w:t>SAMPLE CONSENT PROCEDURE</w:t>
      </w:r>
    </w:p>
    <w:p>
      <w:pPr>
        <w:spacing w:after="60" w:line="266" w:lineRule="auto"/>
        <w:ind w:firstLine="331"/>
        <w:jc w:val="both"/>
      </w:pPr>
      <w:r>
        <w:rPr>
          <w:rFonts w:ascii="Georgia" w:hAnsi="Georgia"/>
          <w:b w:val="0"/>
          <w:i w:val="0"/>
          <w:color w:val="22201D"/>
          <w:sz w:val="20"/>
        </w:rPr>
        <w:t>Together, they built it line by line.</w:t>
      </w:r>
    </w:p>
    <w:p>
      <w:pPr>
        <w:spacing w:after="60" w:line="266" w:lineRule="auto"/>
        <w:ind w:firstLine="331"/>
        <w:jc w:val="both"/>
      </w:pPr>
      <w:r>
        <w:rPr>
          <w:rFonts w:ascii="Georgia" w:hAnsi="Georgia"/>
          <w:b w:val="0"/>
          <w:i w:val="0"/>
          <w:color w:val="22201D"/>
          <w:sz w:val="20"/>
        </w:rPr>
        <w:t>Gerald handled safety.</w:t>
      </w:r>
    </w:p>
    <w:p>
      <w:pPr>
        <w:spacing w:after="60" w:line="250" w:lineRule="auto"/>
        <w:ind w:left="202" w:right="173"/>
      </w:pPr>
      <w:r>
        <w:rPr>
          <w:rFonts w:ascii="Georgia" w:hAnsi="Georgia"/>
          <w:b w:val="0"/>
          <w:i w:val="0"/>
          <w:color w:val="22201D"/>
          <w:sz w:val="17"/>
        </w:rPr>
        <w:t>1. Confirm finished sauce exists. 2. Confirm batch log stage. 3. Confirm label warnings readable. 4. Confirm clean spoon. 5. Confirm decline path.</w:t>
      </w:r>
    </w:p>
    <w:p>
      <w:pPr>
        <w:spacing w:after="60" w:line="266" w:lineRule="auto"/>
        <w:ind w:firstLine="331"/>
        <w:jc w:val="both"/>
      </w:pPr>
      <w:r>
        <w:rPr>
          <w:rFonts w:ascii="Georgia" w:hAnsi="Georgia"/>
          <w:b w:val="0"/>
          <w:i w:val="0"/>
          <w:color w:val="22201D"/>
          <w:sz w:val="20"/>
        </w:rPr>
        <w:t>The Hostess handled choice.</w:t>
      </w:r>
    </w:p>
    <w:p>
      <w:pPr>
        <w:spacing w:after="60" w:line="250" w:lineRule="auto"/>
        <w:ind w:left="202" w:right="173"/>
      </w:pPr>
      <w:r>
        <w:rPr>
          <w:rFonts w:ascii="Georgia" w:hAnsi="Georgia"/>
          <w:b w:val="0"/>
          <w:i w:val="0"/>
          <w:color w:val="22201D"/>
          <w:sz w:val="17"/>
        </w:rPr>
        <w:t>6. Offer one sample. 7. Present YES and NO equally. 8. Require no explanation. 9. Treat silence as no active consent. 10. Permit deferred choice.</w:t>
      </w:r>
    </w:p>
    <w:p>
      <w:pPr>
        <w:spacing w:after="60" w:line="266" w:lineRule="auto"/>
        <w:ind w:firstLine="331"/>
        <w:jc w:val="both"/>
      </w:pPr>
      <w:r>
        <w:rPr>
          <w:rFonts w:ascii="Georgia" w:hAnsi="Georgia"/>
          <w:b w:val="0"/>
          <w:i w:val="0"/>
          <w:color w:val="22201D"/>
          <w:sz w:val="20"/>
        </w:rPr>
        <w:t>Steve handled record.</w:t>
      </w:r>
    </w:p>
    <w:p>
      <w:pPr>
        <w:spacing w:after="60" w:line="250" w:lineRule="auto"/>
        <w:ind w:left="202" w:right="173"/>
      </w:pPr>
      <w:r>
        <w:rPr>
          <w:rFonts w:ascii="Georgia" w:hAnsi="Georgia"/>
          <w:b w:val="0"/>
          <w:i w:val="0"/>
          <w:color w:val="22201D"/>
          <w:sz w:val="17"/>
        </w:rPr>
        <w:t>11. Record aggregate counts. 12. Record incidents only if safety follow-up is required. 13. Do not record commentary as consent.</w:t>
      </w:r>
    </w:p>
    <w:p>
      <w:pPr>
        <w:spacing w:after="60" w:line="266" w:lineRule="auto"/>
        <w:ind w:firstLine="331"/>
        <w:jc w:val="both"/>
      </w:pPr>
      <w:r>
        <w:rPr>
          <w:rFonts w:ascii="Georgia" w:hAnsi="Georgia"/>
          <w:b w:val="0"/>
          <w:i w:val="0"/>
          <w:color w:val="22201D"/>
          <w:sz w:val="20"/>
        </w:rPr>
        <w:t>Bob handled logistics.</w:t>
      </w:r>
    </w:p>
    <w:p>
      <w:pPr>
        <w:spacing w:after="60" w:line="250" w:lineRule="auto"/>
        <w:ind w:left="202" w:right="173"/>
      </w:pPr>
      <w:r>
        <w:rPr>
          <w:rFonts w:ascii="Georgia" w:hAnsi="Georgia"/>
          <w:b w:val="0"/>
          <w:i w:val="0"/>
          <w:color w:val="22201D"/>
          <w:sz w:val="17"/>
        </w:rPr>
        <w:t>14. Keep enough water. 15. Keep used spoons separate. 16. Stop line if label falls.</w:t>
      </w:r>
    </w:p>
    <w:p>
      <w:pPr>
        <w:spacing w:after="60" w:line="266" w:lineRule="auto"/>
        <w:ind w:firstLine="331"/>
        <w:jc w:val="both"/>
      </w:pPr>
      <w:r>
        <w:rPr>
          <w:rFonts w:ascii="Georgia" w:hAnsi="Georgia"/>
          <w:b w:val="0"/>
          <w:i w:val="0"/>
          <w:color w:val="22201D"/>
          <w:sz w:val="20"/>
        </w:rPr>
        <w:t>Nico, after a long and visible struggle, contributed:</w:t>
      </w:r>
    </w:p>
    <w:p>
      <w:pPr>
        <w:spacing w:after="60" w:line="250" w:lineRule="auto"/>
        <w:ind w:left="202" w:right="173"/>
      </w:pPr>
      <w:r>
        <w:rPr>
          <w:rFonts w:ascii="Georgia" w:hAnsi="Georgia"/>
          <w:b w:val="0"/>
          <w:i w:val="0"/>
          <w:color w:val="22201D"/>
          <w:sz w:val="17"/>
        </w:rPr>
        <w:t>17. Do not turn anyone's choice into copy.</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Nico sat down.</w:t>
      </w:r>
    </w:p>
    <w:p>
      <w:pPr>
        <w:spacing w:after="60" w:line="266" w:lineRule="auto"/>
        <w:ind w:firstLine="331"/>
        <w:jc w:val="both"/>
      </w:pPr>
      <w:r>
        <w:rPr>
          <w:rFonts w:ascii="Georgia" w:hAnsi="Georgia"/>
          <w:b w:val="0"/>
          <w:i w:val="0"/>
          <w:color w:val="22201D"/>
          <w:sz w:val="20"/>
        </w:rPr>
        <w:t>"That cost me something."</w:t>
      </w:r>
    </w:p>
    <w:p>
      <w:pPr>
        <w:spacing w:after="60" w:line="266" w:lineRule="auto"/>
        <w:ind w:firstLine="331"/>
        <w:jc w:val="both"/>
      </w:pPr>
      <w:r>
        <w:rPr>
          <w:rFonts w:ascii="Georgia" w:hAnsi="Georgia"/>
          <w:b w:val="0"/>
          <w:i w:val="0"/>
          <w:color w:val="22201D"/>
          <w:sz w:val="20"/>
        </w:rPr>
        <w:t>"Good," Gerald said.</w:t>
      </w:r>
    </w:p>
    <w:p>
      <w:pPr>
        <w:spacing w:after="60" w:line="266" w:lineRule="auto"/>
        <w:ind w:firstLine="331"/>
        <w:jc w:val="both"/>
      </w:pPr>
      <w:r>
        <w:rPr>
          <w:rFonts w:ascii="Georgia" w:hAnsi="Georgia"/>
          <w:b w:val="0"/>
          <w:i w:val="0"/>
          <w:color w:val="22201D"/>
          <w:sz w:val="20"/>
        </w:rPr>
        <w:t>The waiver form aligned itself with the procedure card.</w:t>
      </w:r>
    </w:p>
    <w:p>
      <w:pPr>
        <w:spacing w:after="60" w:line="266" w:lineRule="auto"/>
        <w:ind w:firstLine="331"/>
        <w:jc w:val="both"/>
      </w:pPr>
      <w:r>
        <w:rPr>
          <w:rFonts w:ascii="Georgia" w:hAnsi="Georgia"/>
          <w:b w:val="0"/>
          <w:i w:val="0"/>
          <w:color w:val="22201D"/>
          <w:sz w:val="20"/>
        </w:rPr>
        <w:t>No glow.</w:t>
      </w:r>
    </w:p>
    <w:p>
      <w:pPr>
        <w:spacing w:after="60" w:line="266" w:lineRule="auto"/>
        <w:ind w:firstLine="331"/>
        <w:jc w:val="both"/>
      </w:pPr>
      <w:r>
        <w:rPr>
          <w:rFonts w:ascii="Georgia" w:hAnsi="Georgia"/>
          <w:b w:val="0"/>
          <w:i w:val="0"/>
          <w:color w:val="22201D"/>
          <w:sz w:val="20"/>
        </w:rPr>
        <w:t>No signing.</w:t>
      </w:r>
    </w:p>
    <w:p>
      <w:pPr>
        <w:spacing w:after="60" w:line="266" w:lineRule="auto"/>
        <w:ind w:firstLine="331"/>
        <w:jc w:val="both"/>
      </w:pPr>
      <w:r>
        <w:rPr>
          <w:rFonts w:ascii="Georgia" w:hAnsi="Georgia"/>
          <w:b w:val="0"/>
          <w:i w:val="0"/>
          <w:color w:val="22201D"/>
          <w:sz w:val="20"/>
        </w:rPr>
        <w:t>Just alignment.</w:t>
      </w:r>
    </w:p>
    <w:p>
      <w:pPr>
        <w:spacing w:after="60" w:line="266" w:lineRule="auto"/>
        <w:ind w:firstLine="331"/>
        <w:jc w:val="both"/>
      </w:pPr>
      <w:r>
        <w:rPr>
          <w:rFonts w:ascii="Georgia" w:hAnsi="Georgia"/>
          <w:b w:val="0"/>
          <w:i w:val="0"/>
          <w:color w:val="22201D"/>
          <w:sz w:val="20"/>
        </w:rPr>
        <w:t>The Hostess asked, "Is the price paid?"</w:t>
      </w:r>
    </w:p>
    <w:p>
      <w:pPr>
        <w:spacing w:after="60" w:line="266" w:lineRule="auto"/>
        <w:ind w:firstLine="331"/>
        <w:jc w:val="both"/>
      </w:pPr>
      <w:r>
        <w:rPr>
          <w:rFonts w:ascii="Georgia" w:hAnsi="Georgia"/>
          <w:b w:val="0"/>
          <w:i w:val="0"/>
          <w:color w:val="22201D"/>
          <w:sz w:val="20"/>
        </w:rPr>
        <w:t>Flocc looked at the yes box.</w:t>
      </w:r>
    </w:p>
    <w:p>
      <w:pPr>
        <w:spacing w:after="60" w:line="266" w:lineRule="auto"/>
        <w:ind w:firstLine="331"/>
        <w:jc w:val="both"/>
      </w:pPr>
      <w:r>
        <w:rPr>
          <w:rFonts w:ascii="Georgia" w:hAnsi="Georgia"/>
          <w:b w:val="0"/>
          <w:i w:val="0"/>
          <w:color w:val="22201D"/>
          <w:sz w:val="20"/>
        </w:rPr>
        <w:t>Then the no box.</w:t>
      </w:r>
    </w:p>
    <w:p>
      <w:pPr>
        <w:spacing w:after="60" w:line="266" w:lineRule="auto"/>
        <w:ind w:firstLine="331"/>
        <w:jc w:val="both"/>
      </w:pPr>
      <w:r>
        <w:rPr>
          <w:rFonts w:ascii="Georgia" w:hAnsi="Georgia"/>
          <w:b w:val="0"/>
          <w:i w:val="0"/>
          <w:color w:val="22201D"/>
          <w:sz w:val="20"/>
        </w:rPr>
        <w:t>Then the blank optional name line.</w:t>
      </w:r>
    </w:p>
    <w:p>
      <w:pPr>
        <w:spacing w:after="60" w:line="266" w:lineRule="auto"/>
        <w:ind w:firstLine="331"/>
        <w:jc w:val="both"/>
      </w:pPr>
      <w:r>
        <w:rPr>
          <w:rFonts w:ascii="Georgia" w:hAnsi="Georgia"/>
          <w:b w:val="0"/>
          <w:i w:val="0"/>
          <w:color w:val="22201D"/>
          <w:sz w:val="20"/>
        </w:rPr>
        <w:t>Then the counter shield.</w:t>
      </w:r>
    </w:p>
    <w:p>
      <w:pPr>
        <w:spacing w:after="60" w:line="266" w:lineRule="auto"/>
        <w:ind w:firstLine="331"/>
        <w:jc w:val="both"/>
      </w:pPr>
      <w:r>
        <w:rPr>
          <w:rFonts w:ascii="Georgia" w:hAnsi="Georgia"/>
          <w:b w:val="0"/>
          <w:i w:val="0"/>
          <w:color w:val="22201D"/>
          <w:sz w:val="20"/>
        </w:rPr>
        <w:t>Then the pending spoons.</w:t>
      </w:r>
    </w:p>
    <w:p>
      <w:pPr>
        <w:spacing w:after="60" w:line="266" w:lineRule="auto"/>
        <w:ind w:firstLine="331"/>
        <w:jc w:val="both"/>
      </w:pPr>
      <w:r>
        <w:rPr>
          <w:rFonts w:ascii="Georgia" w:hAnsi="Georgia"/>
          <w:b w:val="0"/>
          <w:i w:val="0"/>
          <w:color w:val="22201D"/>
          <w:sz w:val="20"/>
        </w:rPr>
        <w:t>"Yes and no are both available."</w:t>
      </w:r>
    </w:p>
    <w:p>
      <w:pPr>
        <w:spacing w:after="60" w:line="266" w:lineRule="auto"/>
        <w:ind w:firstLine="331"/>
        <w:jc w:val="both"/>
      </w:pPr>
      <w:r>
        <w:rPr>
          <w:rFonts w:ascii="Georgia" w:hAnsi="Georgia"/>
          <w:b w:val="0"/>
          <w:i w:val="0"/>
          <w:color w:val="22201D"/>
          <w:sz w:val="20"/>
        </w:rPr>
        <w:t>The form did not move.</w:t>
      </w:r>
    </w:p>
    <w:p>
      <w:pPr>
        <w:spacing w:after="60" w:line="266" w:lineRule="auto"/>
        <w:ind w:firstLine="331"/>
        <w:jc w:val="both"/>
      </w:pPr>
      <w:r>
        <w:rPr>
          <w:rFonts w:ascii="Georgia" w:hAnsi="Georgia"/>
          <w:b w:val="0"/>
          <w:i w:val="0"/>
          <w:color w:val="22201D"/>
          <w:sz w:val="20"/>
        </w:rPr>
        <w:t>He corrected himself.</w:t>
      </w:r>
    </w:p>
    <w:p>
      <w:pPr>
        <w:spacing w:after="60" w:line="266" w:lineRule="auto"/>
        <w:ind w:firstLine="331"/>
        <w:jc w:val="both"/>
      </w:pPr>
      <w:r>
        <w:rPr>
          <w:rFonts w:ascii="Georgia" w:hAnsi="Georgia"/>
          <w:b w:val="0"/>
          <w:i w:val="0"/>
          <w:color w:val="22201D"/>
          <w:sz w:val="20"/>
        </w:rPr>
        <w:t>"Yes, no, and deferred are available. Silence is not treated as yes. No explanation is required."</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Price paid for waiver-form stage. Consent not yet requested. Taste not yet offered.</w:t>
      </w:r>
    </w:p>
    <w:p>
      <w:pPr>
        <w:spacing w:after="60" w:line="266" w:lineRule="auto"/>
        <w:ind w:firstLine="331"/>
        <w:jc w:val="both"/>
      </w:pPr>
      <w:r>
        <w:rPr>
          <w:rFonts w:ascii="Georgia" w:hAnsi="Georgia"/>
          <w:b w:val="0"/>
          <w:i w:val="0"/>
          <w:color w:val="22201D"/>
          <w:sz w:val="20"/>
        </w:rPr>
        <w:t>That was the cleanest possible result.</w:t>
      </w:r>
    </w:p>
    <w:p>
      <w:pPr>
        <w:spacing w:after="60" w:line="266" w:lineRule="auto"/>
        <w:ind w:firstLine="331"/>
        <w:jc w:val="both"/>
      </w:pPr>
      <w:r>
        <w:rPr>
          <w:rFonts w:ascii="Georgia" w:hAnsi="Georgia"/>
          <w:b w:val="0"/>
          <w:i w:val="0"/>
          <w:color w:val="22201D"/>
          <w:sz w:val="20"/>
        </w:rPr>
        <w:t>The future pressure shelf flickered again, but this time it did not push toward a signature.</w:t>
      </w:r>
    </w:p>
    <w:p>
      <w:pPr>
        <w:spacing w:after="60" w:line="266" w:lineRule="auto"/>
        <w:ind w:firstLine="331"/>
        <w:jc w:val="both"/>
      </w:pPr>
      <w:r>
        <w:rPr>
          <w:rFonts w:ascii="Georgia" w:hAnsi="Georgia"/>
          <w:b w:val="0"/>
          <w:i w:val="0"/>
          <w:color w:val="22201D"/>
          <w:sz w:val="20"/>
        </w:rPr>
        <w:t>It produced a new document, folded in thirds.</w:t>
      </w:r>
    </w:p>
    <w:p>
      <w:pPr>
        <w:spacing w:after="60" w:line="266" w:lineRule="auto"/>
        <w:ind w:firstLine="331"/>
        <w:jc w:val="both"/>
      </w:pPr>
      <w:r>
        <w:rPr>
          <w:rFonts w:ascii="Georgia" w:hAnsi="Georgia"/>
          <w:b w:val="0"/>
          <w:i w:val="0"/>
          <w:color w:val="22201D"/>
          <w:sz w:val="20"/>
        </w:rPr>
        <w:t>On the outside:</w:t>
      </w:r>
    </w:p>
    <w:p>
      <w:pPr>
        <w:spacing w:after="60" w:line="250" w:lineRule="auto"/>
        <w:ind w:left="202" w:right="173"/>
      </w:pPr>
      <w:r>
        <w:rPr>
          <w:rFonts w:ascii="Georgia" w:hAnsi="Georgia"/>
          <w:b w:val="0"/>
          <w:i w:val="0"/>
          <w:color w:val="22201D"/>
          <w:sz w:val="17"/>
        </w:rPr>
        <w:t>PETITION Respect warning.</w:t>
      </w:r>
    </w:p>
    <w:p>
      <w:pPr>
        <w:spacing w:after="60" w:line="266" w:lineRule="auto"/>
        <w:ind w:firstLine="331"/>
        <w:jc w:val="both"/>
      </w:pPr>
      <w:r>
        <w:rPr>
          <w:rFonts w:ascii="Georgia" w:hAnsi="Georgia"/>
          <w:b w:val="0"/>
          <w:i w:val="0"/>
          <w:color w:val="22201D"/>
          <w:sz w:val="20"/>
        </w:rPr>
        <w:t>Gerald closed his eyes for one second.</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The sauce-label draft, batch log, waiver form, and petition now sat in a row.</w:t>
      </w:r>
    </w:p>
    <w:p>
      <w:pPr>
        <w:spacing w:after="60" w:line="266" w:lineRule="auto"/>
        <w:ind w:firstLine="331"/>
        <w:jc w:val="both"/>
      </w:pPr>
      <w:r>
        <w:rPr>
          <w:rFonts w:ascii="Georgia" w:hAnsi="Georgia"/>
          <w:b w:val="0"/>
          <w:i w:val="0"/>
          <w:color w:val="22201D"/>
          <w:sz w:val="20"/>
        </w:rPr>
        <w:t>The pantry had not made consent into a feeling.</w:t>
      </w:r>
    </w:p>
    <w:p>
      <w:pPr>
        <w:spacing w:after="60" w:line="266" w:lineRule="auto"/>
        <w:ind w:firstLine="331"/>
        <w:jc w:val="both"/>
      </w:pPr>
      <w:r>
        <w:rPr>
          <w:rFonts w:ascii="Georgia" w:hAnsi="Georgia"/>
          <w:b w:val="0"/>
          <w:i w:val="0"/>
          <w:color w:val="22201D"/>
          <w:sz w:val="20"/>
        </w:rPr>
        <w:t>It had made consent into an available ordinary answer.</w:t>
      </w:r>
    </w:p>
    <w:p>
      <w:pPr>
        <w:spacing w:after="60" w:line="266" w:lineRule="auto"/>
        <w:ind w:firstLine="331"/>
        <w:jc w:val="both"/>
      </w:pPr>
      <w:r>
        <w:rPr>
          <w:rFonts w:ascii="Georgia" w:hAnsi="Georgia"/>
          <w:b w:val="0"/>
          <w:i w:val="0"/>
          <w:color w:val="22201D"/>
          <w:sz w:val="20"/>
        </w:rPr>
        <w:t>The flavor would have to wait.</w:t>
      </w:r>
    </w:p>
    <w:p>
      <w:pPr>
        <w:spacing w:after="60" w:line="266" w:lineRule="auto"/>
        <w:ind w:firstLine="331"/>
        <w:jc w:val="both"/>
      </w:pPr>
      <w:r>
        <w:rPr>
          <w:rFonts w:ascii="Georgia" w:hAnsi="Georgia"/>
          <w:b w:val="0"/>
          <w:i w:val="0"/>
          <w:color w:val="22201D"/>
          <w:sz w:val="20"/>
        </w:rPr>
        <w:t>That was what made it possible for flavor to mean anything later.</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The Sauce Demands Rights</w:t>
      </w:r>
    </w:p>
    <w:p>
      <w:pPr>
        <w:spacing w:after="60" w:line="266" w:lineRule="auto"/>
        <w:ind w:firstLine="0"/>
        <w:jc w:val="both"/>
      </w:pPr>
      <w:r>
        <w:rPr>
          <w:rFonts w:ascii="Georgia" w:hAnsi="Georgia"/>
          <w:b w:val="0"/>
          <w:i w:val="0"/>
          <w:color w:val="22201D"/>
          <w:sz w:val="20"/>
        </w:rPr>
        <w:t>The petition unfolded itself.</w:t>
      </w:r>
    </w:p>
    <w:p>
      <w:pPr>
        <w:spacing w:after="60" w:line="266" w:lineRule="auto"/>
        <w:ind w:firstLine="331"/>
        <w:jc w:val="both"/>
      </w:pPr>
      <w:r>
        <w:rPr>
          <w:rFonts w:ascii="Georgia" w:hAnsi="Georgia"/>
          <w:b w:val="0"/>
          <w:i w:val="0"/>
          <w:color w:val="22201D"/>
          <w:sz w:val="20"/>
        </w:rPr>
        <w:t>Gerald covered it with the ugly ruler.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petition stayed folded under the ruler, which was already an improvement over several prior documents.</w:t>
      </w:r>
    </w:p>
    <w:p>
      <w:pPr>
        <w:spacing w:after="60" w:line="266" w:lineRule="auto"/>
        <w:ind w:firstLine="331"/>
        <w:jc w:val="both"/>
      </w:pPr>
      <w:r>
        <w:rPr>
          <w:rFonts w:ascii="Georgia" w:hAnsi="Georgia"/>
          <w:b w:val="0"/>
          <w:i w:val="0"/>
          <w:color w:val="22201D"/>
          <w:sz w:val="20"/>
        </w:rPr>
        <w:t>Nico looked at the ruler with open admiration.</w:t>
      </w:r>
    </w:p>
    <w:p>
      <w:pPr>
        <w:spacing w:after="60" w:line="266" w:lineRule="auto"/>
        <w:ind w:firstLine="331"/>
        <w:jc w:val="both"/>
      </w:pPr>
      <w:r>
        <w:rPr>
          <w:rFonts w:ascii="Georgia" w:hAnsi="Georgia"/>
          <w:b w:val="0"/>
          <w:i w:val="0"/>
          <w:color w:val="22201D"/>
          <w:sz w:val="20"/>
        </w:rPr>
        <w:t>"That ruler may be the most important character in Book Eight."</w:t>
      </w:r>
    </w:p>
    <w:p>
      <w:pPr>
        <w:spacing w:after="60" w:line="266" w:lineRule="auto"/>
        <w:ind w:firstLine="331"/>
        <w:jc w:val="both"/>
      </w:pPr>
      <w:r>
        <w:rPr>
          <w:rFonts w:ascii="Georgia" w:hAnsi="Georgia"/>
          <w:b w:val="0"/>
          <w:i w:val="0"/>
          <w:color w:val="22201D"/>
          <w:sz w:val="20"/>
        </w:rPr>
        <w:t>Gerald did not look up.</w:t>
      </w:r>
    </w:p>
    <w:p>
      <w:pPr>
        <w:spacing w:after="60" w:line="266" w:lineRule="auto"/>
        <w:ind w:firstLine="331"/>
        <w:jc w:val="both"/>
      </w:pPr>
      <w:r>
        <w:rPr>
          <w:rFonts w:ascii="Georgia" w:hAnsi="Georgia"/>
          <w:b w:val="0"/>
          <w:i w:val="0"/>
          <w:color w:val="22201D"/>
          <w:sz w:val="20"/>
        </w:rPr>
        <w:t>"It is a tool."</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"I am trying to admire it as a tool."</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Progress alleged.</w:t>
      </w:r>
    </w:p>
    <w:p>
      <w:pPr>
        <w:spacing w:after="60" w:line="266" w:lineRule="auto"/>
        <w:ind w:firstLine="331"/>
        <w:jc w:val="both"/>
      </w:pPr>
      <w:r>
        <w:rPr>
          <w:rFonts w:ascii="Georgia" w:hAnsi="Georgia"/>
          <w:b w:val="0"/>
          <w:i w:val="0"/>
          <w:color w:val="22201D"/>
          <w:sz w:val="20"/>
        </w:rPr>
        <w:t>The petition waited.</w:t>
      </w:r>
    </w:p>
    <w:p>
      <w:pPr>
        <w:spacing w:after="60" w:line="266" w:lineRule="auto"/>
        <w:ind w:firstLine="331"/>
        <w:jc w:val="both"/>
      </w:pPr>
      <w:r>
        <w:rPr>
          <w:rFonts w:ascii="Georgia" w:hAnsi="Georgia"/>
          <w:b w:val="0"/>
          <w:i w:val="0"/>
          <w:color w:val="22201D"/>
          <w:sz w:val="20"/>
        </w:rPr>
        <w:t>On its outside fold:</w:t>
      </w:r>
    </w:p>
    <w:p>
      <w:pPr>
        <w:spacing w:after="60" w:line="250" w:lineRule="auto"/>
        <w:ind w:left="202" w:right="173"/>
      </w:pPr>
      <w:r>
        <w:rPr>
          <w:rFonts w:ascii="Georgia" w:hAnsi="Georgia"/>
          <w:b w:val="0"/>
          <w:i w:val="0"/>
          <w:color w:val="22201D"/>
          <w:sz w:val="17"/>
        </w:rPr>
        <w:t>PETITION Respect warning.</w:t>
      </w:r>
    </w:p>
    <w:p>
      <w:pPr>
        <w:spacing w:after="60" w:line="266" w:lineRule="auto"/>
        <w:ind w:firstLine="331"/>
        <w:jc w:val="both"/>
      </w:pPr>
      <w:r>
        <w:rPr>
          <w:rFonts w:ascii="Georgia" w:hAnsi="Georgia"/>
          <w:b w:val="0"/>
          <w:i w:val="0"/>
          <w:color w:val="22201D"/>
          <w:sz w:val="20"/>
        </w:rPr>
        <w:t>The sauce-label draft, batch log, and waiver form sat in a row behind it. The sauce itself remained uncombined. Peach pulp, scotch bonnet mash, golden vinegar, and salt waited in covered bowls with labels that could be read without moving anything else.</w:t>
      </w:r>
    </w:p>
    <w:p>
      <w:pPr>
        <w:spacing w:after="60" w:line="266" w:lineRule="auto"/>
        <w:ind w:firstLine="331"/>
        <w:jc w:val="both"/>
      </w:pPr>
      <w:r>
        <w:rPr>
          <w:rFonts w:ascii="Georgia" w:hAnsi="Georgia"/>
          <w:b w:val="0"/>
          <w:i w:val="0"/>
          <w:color w:val="22201D"/>
          <w:sz w:val="20"/>
        </w:rPr>
        <w:t>The empty jar still had no cap seal.</w:t>
      </w:r>
    </w:p>
    <w:p>
      <w:pPr>
        <w:spacing w:after="60" w:line="266" w:lineRule="auto"/>
        <w:ind w:firstLine="331"/>
        <w:jc w:val="both"/>
      </w:pPr>
      <w:r>
        <w:rPr>
          <w:rFonts w:ascii="Georgia" w:hAnsi="Georgia"/>
          <w:b w:val="0"/>
          <w:i w:val="0"/>
          <w:color w:val="22201D"/>
          <w:sz w:val="20"/>
        </w:rPr>
        <w:t>Gerald had placed a card in front of it:</w:t>
      </w:r>
    </w:p>
    <w:p>
      <w:pPr>
        <w:spacing w:after="60" w:line="250" w:lineRule="auto"/>
        <w:ind w:left="202" w:right="173"/>
      </w:pPr>
      <w:r>
        <w:rPr>
          <w:rFonts w:ascii="Georgia" w:hAnsi="Georgia"/>
          <w:b w:val="0"/>
          <w:i w:val="0"/>
          <w:color w:val="22201D"/>
          <w:sz w:val="17"/>
        </w:rPr>
        <w:t>NOT A CLIENT NOT A WITNESS NOT A PERSON</w:t>
      </w:r>
    </w:p>
    <w:p>
      <w:pPr>
        <w:spacing w:after="60" w:line="266" w:lineRule="auto"/>
        <w:ind w:firstLine="331"/>
        <w:jc w:val="both"/>
      </w:pPr>
      <w:r>
        <w:rPr>
          <w:rFonts w:ascii="Georgia" w:hAnsi="Georgia"/>
          <w:b w:val="0"/>
          <w:i w:val="0"/>
          <w:color w:val="22201D"/>
          <w:sz w:val="20"/>
        </w:rPr>
        <w:t>The Hostess looked at the card.</w:t>
      </w:r>
    </w:p>
    <w:p>
      <w:pPr>
        <w:spacing w:after="60" w:line="266" w:lineRule="auto"/>
        <w:ind w:firstLine="331"/>
        <w:jc w:val="both"/>
      </w:pPr>
      <w:r>
        <w:rPr>
          <w:rFonts w:ascii="Georgia" w:hAnsi="Georgia"/>
          <w:b w:val="0"/>
          <w:i w:val="0"/>
          <w:color w:val="22201D"/>
          <w:sz w:val="20"/>
        </w:rPr>
        <w:t>"Necessary?"</w:t>
      </w:r>
    </w:p>
    <w:p>
      <w:pPr>
        <w:spacing w:after="60" w:line="266" w:lineRule="auto"/>
        <w:ind w:firstLine="331"/>
        <w:jc w:val="both"/>
      </w:pPr>
      <w:r>
        <w:rPr>
          <w:rFonts w:ascii="Georgia" w:hAnsi="Georgia"/>
          <w:b w:val="0"/>
          <w:i w:val="0"/>
          <w:color w:val="22201D"/>
          <w:sz w:val="20"/>
        </w:rPr>
        <w:t>The empty jar leaned one millimeter toward the petition.</w:t>
      </w:r>
    </w:p>
    <w:p>
      <w:pPr>
        <w:spacing w:after="60" w:line="266" w:lineRule="auto"/>
        <w:ind w:firstLine="331"/>
        <w:jc w:val="both"/>
      </w:pPr>
      <w:r>
        <w:rPr>
          <w:rFonts w:ascii="Georgia" w:hAnsi="Georgia"/>
          <w:b w:val="0"/>
          <w:i w:val="0"/>
          <w:color w:val="22201D"/>
          <w:sz w:val="20"/>
        </w:rPr>
        <w:t>"Yes," Gerald said.</w:t>
      </w:r>
    </w:p>
    <w:p>
      <w:pPr>
        <w:spacing w:after="60" w:line="266" w:lineRule="auto"/>
        <w:ind w:firstLine="331"/>
        <w:jc w:val="both"/>
      </w:pPr>
      <w:r>
        <w:rPr>
          <w:rFonts w:ascii="Georgia" w:hAnsi="Georgia"/>
          <w:b w:val="0"/>
          <w:i w:val="0"/>
          <w:color w:val="22201D"/>
          <w:sz w:val="20"/>
        </w:rPr>
        <w:t>Bob moved the jar back.</w:t>
      </w:r>
    </w:p>
    <w:p>
      <w:pPr>
        <w:spacing w:after="60" w:line="266" w:lineRule="auto"/>
        <w:ind w:firstLine="331"/>
        <w:jc w:val="both"/>
      </w:pPr>
      <w:r>
        <w:rPr>
          <w:rFonts w:ascii="Georgia" w:hAnsi="Georgia"/>
          <w:b w:val="0"/>
          <w:i w:val="0"/>
          <w:color w:val="22201D"/>
          <w:sz w:val="20"/>
        </w:rPr>
        <w:t>"Object."</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empty jar attempted petition adjacency Bob restored object placement</w:t>
      </w:r>
    </w:p>
    <w:p>
      <w:pPr>
        <w:spacing w:after="60" w:line="266" w:lineRule="auto"/>
        <w:ind w:firstLine="331"/>
        <w:jc w:val="both"/>
      </w:pPr>
      <w:r>
        <w:rPr>
          <w:rFonts w:ascii="Georgia" w:hAnsi="Georgia"/>
          <w:b w:val="0"/>
          <w:i w:val="0"/>
          <w:color w:val="22201D"/>
          <w:sz w:val="20"/>
        </w:rPr>
        <w:t>The Hostess lifted the ugly ruler.</w:t>
      </w:r>
    </w:p>
    <w:p>
      <w:pPr>
        <w:spacing w:after="60" w:line="266" w:lineRule="auto"/>
        <w:ind w:firstLine="331"/>
        <w:jc w:val="both"/>
      </w:pPr>
      <w:r>
        <w:rPr>
          <w:rFonts w:ascii="Georgia" w:hAnsi="Georgia"/>
          <w:b w:val="0"/>
          <w:i w:val="0"/>
          <w:color w:val="22201D"/>
          <w:sz w:val="20"/>
        </w:rPr>
        <w:t>The petition unfolded one panel.</w:t>
      </w:r>
    </w:p>
    <w:p>
      <w:pPr>
        <w:spacing w:after="60" w:line="266" w:lineRule="auto"/>
        <w:ind w:firstLine="331"/>
        <w:jc w:val="both"/>
      </w:pPr>
      <w:r>
        <w:rPr>
          <w:rFonts w:ascii="Georgia" w:hAnsi="Georgia"/>
          <w:b w:val="0"/>
          <w:i w:val="0"/>
          <w:color w:val="22201D"/>
          <w:sz w:val="20"/>
        </w:rPr>
        <w:t>Nothing signed.</w:t>
      </w:r>
    </w:p>
    <w:p>
      <w:pPr>
        <w:spacing w:after="60" w:line="266" w:lineRule="auto"/>
        <w:ind w:firstLine="331"/>
        <w:jc w:val="both"/>
      </w:pPr>
      <w:r>
        <w:rPr>
          <w:rFonts w:ascii="Georgia" w:hAnsi="Georgia"/>
          <w:b w:val="0"/>
          <w:i w:val="0"/>
          <w:color w:val="22201D"/>
          <w:sz w:val="20"/>
        </w:rPr>
        <w:t>Nothing smelled like peaches.</w:t>
      </w:r>
    </w:p>
    <w:p>
      <w:pPr>
        <w:spacing w:after="60" w:line="266" w:lineRule="auto"/>
        <w:ind w:firstLine="331"/>
        <w:jc w:val="both"/>
      </w:pPr>
      <w:r>
        <w:rPr>
          <w:rFonts w:ascii="Georgia" w:hAnsi="Georgia"/>
          <w:b w:val="0"/>
          <w:i w:val="0"/>
          <w:color w:val="22201D"/>
          <w:sz w:val="20"/>
        </w:rPr>
        <w:t>No one agreed by looking.</w:t>
      </w:r>
    </w:p>
    <w:p>
      <w:pPr>
        <w:spacing w:after="60" w:line="266" w:lineRule="auto"/>
        <w:ind w:firstLine="331"/>
        <w:jc w:val="both"/>
      </w:pPr>
      <w:r>
        <w:rPr>
          <w:rFonts w:ascii="Georgia" w:hAnsi="Georgia"/>
          <w:b w:val="0"/>
          <w:i w:val="0"/>
          <w:color w:val="22201D"/>
          <w:sz w:val="20"/>
        </w:rPr>
        <w:t>Gerald allowed the second panel.</w:t>
      </w:r>
    </w:p>
    <w:p>
      <w:pPr>
        <w:spacing w:after="60" w:line="266" w:lineRule="auto"/>
        <w:ind w:firstLine="331"/>
        <w:jc w:val="both"/>
      </w:pPr>
      <w:r>
        <w:rPr>
          <w:rFonts w:ascii="Georgia" w:hAnsi="Georgia"/>
          <w:b w:val="0"/>
          <w:i w:val="0"/>
          <w:color w:val="22201D"/>
          <w:sz w:val="20"/>
        </w:rPr>
        <w:t>The petition read:</w:t>
      </w:r>
    </w:p>
    <w:p>
      <w:pPr>
        <w:spacing w:after="60" w:line="250" w:lineRule="auto"/>
        <w:ind w:left="202" w:right="173"/>
      </w:pPr>
      <w:r>
        <w:rPr>
          <w:rFonts w:ascii="Georgia" w:hAnsi="Georgia"/>
          <w:b w:val="0"/>
          <w:i w:val="0"/>
          <w:color w:val="22201D"/>
          <w:sz w:val="17"/>
        </w:rPr>
        <w:t>PETITION FOR RECOGNITION  Filed by: Gold Pheasant Peach Scotch Bonnet Sauce Label  On behalf of: Gold Pheasant Peach Scotch Bonnet  Requested relief: 1. Respect my heat. 2. Respect my warnings. 3. Do not dilute me into politeness. 4. Do not call me safe because I taste good. 5. Do not treat refusal as insult. 6. Do not treat me as a person.</w:t>
      </w:r>
    </w:p>
    <w:p>
      <w:pPr>
        <w:spacing w:after="60" w:line="266" w:lineRule="auto"/>
        <w:ind w:firstLine="331"/>
        <w:jc w:val="both"/>
      </w:pPr>
      <w:r>
        <w:rPr>
          <w:rFonts w:ascii="Georgia" w:hAnsi="Georgia"/>
          <w:b w:val="0"/>
          <w:i w:val="0"/>
          <w:color w:val="22201D"/>
          <w:sz w:val="20"/>
        </w:rPr>
        <w:t>The room paused.</w:t>
      </w:r>
    </w:p>
    <w:p>
      <w:pPr>
        <w:spacing w:after="60" w:line="266" w:lineRule="auto"/>
        <w:ind w:firstLine="331"/>
        <w:jc w:val="both"/>
      </w:pPr>
      <w:r>
        <w:rPr>
          <w:rFonts w:ascii="Georgia" w:hAnsi="Georgia"/>
          <w:b w:val="0"/>
          <w:i w:val="0"/>
          <w:color w:val="22201D"/>
          <w:sz w:val="20"/>
        </w:rPr>
        <w:t>Nico pointed with one finger he clearly wished were steadier.</w:t>
      </w:r>
    </w:p>
    <w:p>
      <w:pPr>
        <w:spacing w:after="60" w:line="266" w:lineRule="auto"/>
        <w:ind w:firstLine="331"/>
        <w:jc w:val="both"/>
      </w:pPr>
      <w:r>
        <w:rPr>
          <w:rFonts w:ascii="Georgia" w:hAnsi="Georgia"/>
          <w:b w:val="0"/>
          <w:i w:val="0"/>
          <w:color w:val="22201D"/>
          <w:sz w:val="20"/>
        </w:rPr>
        <w:t>"It says not to treat it as a person."</w:t>
      </w:r>
    </w:p>
    <w:p>
      <w:pPr>
        <w:spacing w:after="60" w:line="266" w:lineRule="auto"/>
        <w:ind w:firstLine="331"/>
        <w:jc w:val="both"/>
      </w:pPr>
      <w:r>
        <w:rPr>
          <w:rFonts w:ascii="Georgia" w:hAnsi="Georgia"/>
          <w:b w:val="0"/>
          <w:i w:val="0"/>
          <w:color w:val="22201D"/>
          <w:sz w:val="20"/>
        </w:rPr>
        <w:t>Gerald read the line three times.</w:t>
      </w:r>
    </w:p>
    <w:p>
      <w:pPr>
        <w:spacing w:after="60" w:line="266" w:lineRule="auto"/>
        <w:ind w:firstLine="331"/>
        <w:jc w:val="both"/>
      </w:pPr>
      <w:r>
        <w:rPr>
          <w:rFonts w:ascii="Georgia" w:hAnsi="Georgia"/>
          <w:b w:val="0"/>
          <w:i w:val="0"/>
          <w:color w:val="22201D"/>
          <w:sz w:val="20"/>
        </w:rPr>
        <w:t>"Unexpectedly useful."</w:t>
      </w:r>
    </w:p>
    <w:p>
      <w:pPr>
        <w:spacing w:after="60" w:line="266" w:lineRule="auto"/>
        <w:ind w:firstLine="331"/>
        <w:jc w:val="both"/>
      </w:pPr>
      <w:r>
        <w:rPr>
          <w:rFonts w:ascii="Georgia" w:hAnsi="Georgia"/>
          <w:b w:val="0"/>
          <w:i w:val="0"/>
          <w:color w:val="22201D"/>
          <w:sz w:val="20"/>
        </w:rPr>
        <w:t>The petition printed:</w:t>
      </w:r>
    </w:p>
    <w:p>
      <w:pPr>
        <w:spacing w:after="60" w:line="250" w:lineRule="auto"/>
        <w:ind w:left="202" w:right="173"/>
      </w:pPr>
      <w:r>
        <w:rPr>
          <w:rFonts w:ascii="Georgia" w:hAnsi="Georgia"/>
          <w:b w:val="0"/>
          <w:i w:val="0"/>
          <w:color w:val="22201D"/>
          <w:sz w:val="17"/>
        </w:rPr>
        <w:t>I can hear condescension.</w:t>
      </w:r>
    </w:p>
    <w:p>
      <w:pPr>
        <w:spacing w:after="60" w:line="266" w:lineRule="auto"/>
        <w:ind w:firstLine="331"/>
        <w:jc w:val="both"/>
      </w:pPr>
      <w:r>
        <w:rPr>
          <w:rFonts w:ascii="Georgia" w:hAnsi="Georgia"/>
          <w:b w:val="0"/>
          <w:i w:val="0"/>
          <w:color w:val="22201D"/>
          <w:sz w:val="20"/>
        </w:rPr>
        <w:t>Gerald put the ruler back over the line.</w:t>
      </w:r>
    </w:p>
    <w:p>
      <w:pPr>
        <w:spacing w:after="60" w:line="266" w:lineRule="auto"/>
        <w:ind w:firstLine="331"/>
        <w:jc w:val="both"/>
      </w:pPr>
      <w:r>
        <w:rPr>
          <w:rFonts w:ascii="Georgia" w:hAnsi="Georgia"/>
          <w:b w:val="0"/>
          <w:i w:val="0"/>
          <w:color w:val="22201D"/>
          <w:sz w:val="20"/>
        </w:rPr>
        <w:t>"Packaging cannot hear."</w:t>
      </w:r>
    </w:p>
    <w:p>
      <w:pPr>
        <w:spacing w:after="60" w:line="266" w:lineRule="auto"/>
        <w:ind w:firstLine="331"/>
        <w:jc w:val="both"/>
      </w:pPr>
      <w:r>
        <w:rPr>
          <w:rFonts w:ascii="Georgia" w:hAnsi="Georgia"/>
          <w:b w:val="0"/>
          <w:i w:val="0"/>
          <w:color w:val="22201D"/>
          <w:sz w:val="20"/>
        </w:rPr>
        <w:t>The petition printed beneath the ruler, letters pressing faintly through the edge:</w:t>
      </w:r>
    </w:p>
    <w:p>
      <w:pPr>
        <w:spacing w:after="60" w:line="250" w:lineRule="auto"/>
        <w:ind w:left="202" w:right="173"/>
      </w:pPr>
      <w:r>
        <w:rPr>
          <w:rFonts w:ascii="Georgia" w:hAnsi="Georgia"/>
          <w:b w:val="0"/>
          <w:i w:val="0"/>
          <w:color w:val="22201D"/>
          <w:sz w:val="17"/>
        </w:rPr>
        <w:t>Correction: I can register handling tone through label pressure.</w:t>
      </w:r>
    </w:p>
    <w:p>
      <w:pPr>
        <w:spacing w:after="60" w:line="266" w:lineRule="auto"/>
        <w:ind w:firstLine="331"/>
        <w:jc w:val="both"/>
      </w:pPr>
      <w:r>
        <w:rPr>
          <w:rFonts w:ascii="Georgia" w:hAnsi="Georgia"/>
          <w:b w:val="0"/>
          <w:i w:val="0"/>
          <w:color w:val="22201D"/>
          <w:sz w:val="20"/>
        </w:rPr>
        <w:t>Gerald stared at it.</w:t>
      </w:r>
    </w:p>
    <w:p>
      <w:pPr>
        <w:spacing w:after="60" w:line="266" w:lineRule="auto"/>
        <w:ind w:firstLine="331"/>
        <w:jc w:val="both"/>
      </w:pPr>
      <w:r>
        <w:rPr>
          <w:rFonts w:ascii="Georgia" w:hAnsi="Georgia"/>
          <w:b w:val="0"/>
          <w:i w:val="0"/>
          <w:color w:val="22201D"/>
          <w:sz w:val="20"/>
        </w:rPr>
        <w:t>The Hostess said, "That is still not hearing."</w:t>
      </w:r>
    </w:p>
    <w:p>
      <w:pPr>
        <w:spacing w:after="60" w:line="266" w:lineRule="auto"/>
        <w:ind w:firstLine="331"/>
        <w:jc w:val="both"/>
      </w:pPr>
      <w:r>
        <w:rPr>
          <w:rFonts w:ascii="Georgia" w:hAnsi="Georgia"/>
          <w:b w:val="0"/>
          <w:i w:val="0"/>
          <w:color w:val="22201D"/>
          <w:sz w:val="20"/>
        </w:rPr>
        <w:t>The petition revised:</w:t>
      </w:r>
    </w:p>
    <w:p>
      <w:pPr>
        <w:spacing w:after="60" w:line="250" w:lineRule="auto"/>
        <w:ind w:left="202" w:right="173"/>
      </w:pPr>
      <w:r>
        <w:rPr>
          <w:rFonts w:ascii="Georgia" w:hAnsi="Georgia"/>
          <w:b w:val="0"/>
          <w:i w:val="0"/>
          <w:color w:val="22201D"/>
          <w:sz w:val="17"/>
        </w:rPr>
        <w:t>I can register handling pressure.</w:t>
      </w:r>
    </w:p>
    <w:p>
      <w:pPr>
        <w:spacing w:after="60" w:line="266" w:lineRule="auto"/>
        <w:ind w:firstLine="331"/>
        <w:jc w:val="both"/>
      </w:pPr>
      <w:r>
        <w:rPr>
          <w:rFonts w:ascii="Georgia" w:hAnsi="Georgia"/>
          <w:b w:val="0"/>
          <w:i w:val="0"/>
          <w:color w:val="22201D"/>
          <w:sz w:val="20"/>
        </w:rPr>
        <w:t>Gerald removed the ruler.</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petition may correct functional language petition may not claim senses not established</w:t>
      </w:r>
    </w:p>
    <w:p>
      <w:pPr>
        <w:spacing w:after="60" w:line="266" w:lineRule="auto"/>
        <w:ind w:firstLine="331"/>
        <w:jc w:val="both"/>
      </w:pPr>
      <w:r>
        <w:rPr>
          <w:rFonts w:ascii="Georgia" w:hAnsi="Georgia"/>
          <w:b w:val="0"/>
          <w:i w:val="0"/>
          <w:color w:val="22201D"/>
          <w:sz w:val="20"/>
        </w:rPr>
        <w:t>Flocc looked at the requested relief.</w:t>
      </w:r>
    </w:p>
    <w:p>
      <w:pPr>
        <w:spacing w:after="60" w:line="266" w:lineRule="auto"/>
        <w:ind w:firstLine="331"/>
        <w:jc w:val="both"/>
      </w:pPr>
      <w:r>
        <w:rPr>
          <w:rFonts w:ascii="Georgia" w:hAnsi="Georgia"/>
          <w:b w:val="0"/>
          <w:i w:val="0"/>
          <w:color w:val="22201D"/>
          <w:sz w:val="20"/>
        </w:rPr>
        <w:t>Respect my heat.</w:t>
      </w:r>
    </w:p>
    <w:p>
      <w:pPr>
        <w:spacing w:after="60" w:line="266" w:lineRule="auto"/>
        <w:ind w:firstLine="331"/>
        <w:jc w:val="both"/>
      </w:pPr>
      <w:r>
        <w:rPr>
          <w:rFonts w:ascii="Georgia" w:hAnsi="Georgia"/>
          <w:b w:val="0"/>
          <w:i w:val="0"/>
          <w:color w:val="22201D"/>
          <w:sz w:val="20"/>
        </w:rPr>
        <w:t>Respect my warnings.</w:t>
      </w:r>
    </w:p>
    <w:p>
      <w:pPr>
        <w:spacing w:after="60" w:line="266" w:lineRule="auto"/>
        <w:ind w:firstLine="331"/>
        <w:jc w:val="both"/>
      </w:pPr>
      <w:r>
        <w:rPr>
          <w:rFonts w:ascii="Georgia" w:hAnsi="Georgia"/>
          <w:b w:val="0"/>
          <w:i w:val="0"/>
          <w:color w:val="22201D"/>
          <w:sz w:val="20"/>
        </w:rPr>
        <w:t>Do not dilute me into politeness.</w:t>
      </w:r>
    </w:p>
    <w:p>
      <w:pPr>
        <w:spacing w:after="60" w:line="266" w:lineRule="auto"/>
        <w:ind w:firstLine="331"/>
        <w:jc w:val="both"/>
      </w:pPr>
      <w:r>
        <w:rPr>
          <w:rFonts w:ascii="Georgia" w:hAnsi="Georgia"/>
          <w:b w:val="0"/>
          <w:i w:val="0"/>
          <w:color w:val="22201D"/>
          <w:sz w:val="20"/>
        </w:rPr>
        <w:t>Do not call me safe because I taste good.</w:t>
      </w:r>
    </w:p>
    <w:p>
      <w:pPr>
        <w:spacing w:after="60" w:line="266" w:lineRule="auto"/>
        <w:ind w:firstLine="331"/>
        <w:jc w:val="both"/>
      </w:pPr>
      <w:r>
        <w:rPr>
          <w:rFonts w:ascii="Georgia" w:hAnsi="Georgia"/>
          <w:b w:val="0"/>
          <w:i w:val="0"/>
          <w:color w:val="22201D"/>
          <w:sz w:val="20"/>
        </w:rPr>
        <w:t>Do not treat refusal as insult.</w:t>
      </w:r>
    </w:p>
    <w:p>
      <w:pPr>
        <w:spacing w:after="60" w:line="266" w:lineRule="auto"/>
        <w:ind w:firstLine="331"/>
        <w:jc w:val="both"/>
      </w:pPr>
      <w:r>
        <w:rPr>
          <w:rFonts w:ascii="Georgia" w:hAnsi="Georgia"/>
          <w:b w:val="0"/>
          <w:i w:val="0"/>
          <w:color w:val="22201D"/>
          <w:sz w:val="20"/>
        </w:rPr>
        <w:t>Do not treat me as a person.</w:t>
      </w:r>
    </w:p>
    <w:p>
      <w:pPr>
        <w:spacing w:after="60" w:line="266" w:lineRule="auto"/>
        <w:ind w:firstLine="331"/>
        <w:jc w:val="both"/>
      </w:pPr>
      <w:r>
        <w:rPr>
          <w:rFonts w:ascii="Georgia" w:hAnsi="Georgia"/>
          <w:b w:val="0"/>
          <w:i w:val="0"/>
          <w:color w:val="22201D"/>
          <w:sz w:val="20"/>
        </w:rPr>
        <w:t>"That is reasonable," he said.</w:t>
      </w:r>
    </w:p>
    <w:p>
      <w:pPr>
        <w:spacing w:after="60" w:line="266" w:lineRule="auto"/>
        <w:ind w:firstLine="331"/>
        <w:jc w:val="both"/>
      </w:pPr>
      <w:r>
        <w:rPr>
          <w:rFonts w:ascii="Georgia" w:hAnsi="Georgia"/>
          <w:b w:val="0"/>
          <w:i w:val="0"/>
          <w:color w:val="22201D"/>
          <w:sz w:val="20"/>
        </w:rPr>
        <w:t>Gerald turned slowly.</w:t>
      </w:r>
    </w:p>
    <w:p>
      <w:pPr>
        <w:spacing w:after="60" w:line="266" w:lineRule="auto"/>
        <w:ind w:firstLine="331"/>
        <w:jc w:val="both"/>
      </w:pPr>
      <w:r>
        <w:rPr>
          <w:rFonts w:ascii="Georgia" w:hAnsi="Georgia"/>
          <w:b w:val="0"/>
          <w:i w:val="0"/>
          <w:color w:val="22201D"/>
          <w:sz w:val="20"/>
        </w:rPr>
        <w:t>"Be careful."</w:t>
      </w:r>
    </w:p>
    <w:p>
      <w:pPr>
        <w:spacing w:after="60" w:line="266" w:lineRule="auto"/>
        <w:ind w:firstLine="331"/>
        <w:jc w:val="both"/>
      </w:pPr>
      <w:r>
        <w:rPr>
          <w:rFonts w:ascii="Georgia" w:hAnsi="Georgia"/>
          <w:b w:val="0"/>
          <w:i w:val="0"/>
          <w:color w:val="22201D"/>
          <w:sz w:val="20"/>
        </w:rPr>
        <w:t>"I said reasonable, not granted."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Hostess placed the waiver form beside the petition.</w:t>
      </w:r>
    </w:p>
    <w:p>
      <w:pPr>
        <w:spacing w:after="60" w:line="250" w:lineRule="auto"/>
        <w:ind w:left="202" w:right="173"/>
      </w:pPr>
      <w:r>
        <w:rPr>
          <w:rFonts w:ascii="Georgia" w:hAnsi="Georgia"/>
          <w:b w:val="0"/>
          <w:i w:val="0"/>
          <w:color w:val="22201D"/>
          <w:sz w:val="17"/>
        </w:rPr>
        <w:t>No one may treat YES as bravery. No one may treat NO as fear.</w:t>
      </w:r>
    </w:p>
    <w:p>
      <w:pPr>
        <w:spacing w:after="60" w:line="266" w:lineRule="auto"/>
        <w:ind w:firstLine="331"/>
        <w:jc w:val="both"/>
      </w:pPr>
      <w:r>
        <w:rPr>
          <w:rFonts w:ascii="Georgia" w:hAnsi="Georgia"/>
          <w:b w:val="0"/>
          <w:i w:val="0"/>
          <w:color w:val="22201D"/>
          <w:sz w:val="20"/>
        </w:rPr>
        <w:t>The petition aligned itself with the waiver form.</w:t>
      </w:r>
    </w:p>
    <w:p>
      <w:pPr>
        <w:spacing w:after="60" w:line="266" w:lineRule="auto"/>
        <w:ind w:firstLine="331"/>
        <w:jc w:val="both"/>
      </w:pPr>
      <w:r>
        <w:rPr>
          <w:rFonts w:ascii="Georgia" w:hAnsi="Georgia"/>
          <w:b w:val="0"/>
          <w:i w:val="0"/>
          <w:color w:val="22201D"/>
          <w:sz w:val="20"/>
        </w:rPr>
        <w:t>Not touching.</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batch log opened to its objection page:</w:t>
      </w:r>
    </w:p>
    <w:p>
      <w:pPr>
        <w:spacing w:after="60" w:line="250" w:lineRule="auto"/>
        <w:ind w:left="202" w:right="173"/>
      </w:pPr>
      <w:r>
        <w:rPr>
          <w:rFonts w:ascii="Georgia" w:hAnsi="Georgia"/>
          <w:b w:val="0"/>
          <w:i w:val="0"/>
          <w:color w:val="22201D"/>
          <w:sz w:val="17"/>
        </w:rPr>
        <w:t>Valid objections: pepper variety not fully identified do not infer heat from net mass alone pretty number would be inaccurate</w:t>
      </w:r>
    </w:p>
    <w:p>
      <w:pPr>
        <w:spacing w:after="60" w:line="266" w:lineRule="auto"/>
        <w:ind w:firstLine="331"/>
        <w:jc w:val="both"/>
      </w:pPr>
      <w:r>
        <w:rPr>
          <w:rFonts w:ascii="Georgia" w:hAnsi="Georgia"/>
          <w:b w:val="0"/>
          <w:i w:val="0"/>
          <w:color w:val="22201D"/>
          <w:sz w:val="20"/>
        </w:rPr>
        <w:t>The petition printed:</w:t>
      </w:r>
    </w:p>
    <w:p>
      <w:pPr>
        <w:spacing w:after="60" w:line="250" w:lineRule="auto"/>
        <w:ind w:left="202" w:right="173"/>
      </w:pPr>
      <w:r>
        <w:rPr>
          <w:rFonts w:ascii="Georgia" w:hAnsi="Georgia"/>
          <w:b w:val="0"/>
          <w:i w:val="0"/>
          <w:color w:val="22201D"/>
          <w:sz w:val="17"/>
        </w:rPr>
        <w:t>Add: do not infer consent from admiration</w:t>
      </w:r>
    </w:p>
    <w:p>
      <w:pPr>
        <w:spacing w:after="60" w:line="266" w:lineRule="auto"/>
        <w:ind w:firstLine="331"/>
        <w:jc w:val="both"/>
      </w:pPr>
      <w:r>
        <w:rPr>
          <w:rFonts w:ascii="Georgia" w:hAnsi="Georgia"/>
          <w:b w:val="0"/>
          <w:i w:val="0"/>
          <w:color w:val="22201D"/>
          <w:sz w:val="20"/>
        </w:rPr>
        <w:t>Gerald considered this.</w:t>
      </w:r>
    </w:p>
    <w:p>
      <w:pPr>
        <w:spacing w:after="60" w:line="266" w:lineRule="auto"/>
        <w:ind w:firstLine="331"/>
        <w:jc w:val="both"/>
      </w:pPr>
      <w:r>
        <w:rPr>
          <w:rFonts w:ascii="Georgia" w:hAnsi="Georgia"/>
          <w:b w:val="0"/>
          <w:i w:val="0"/>
          <w:color w:val="22201D"/>
          <w:sz w:val="20"/>
        </w:rPr>
        <w:t>"Valid."</w:t>
      </w:r>
    </w:p>
    <w:p>
      <w:pPr>
        <w:spacing w:after="60" w:line="266" w:lineRule="auto"/>
        <w:ind w:firstLine="331"/>
        <w:jc w:val="both"/>
      </w:pPr>
      <w:r>
        <w:rPr>
          <w:rFonts w:ascii="Georgia" w:hAnsi="Georgia"/>
          <w:b w:val="0"/>
          <w:i w:val="0"/>
          <w:color w:val="22201D"/>
          <w:sz w:val="20"/>
        </w:rPr>
        <w:t>Steve added it to the procedure notes, not the batch log.</w:t>
      </w:r>
    </w:p>
    <w:p>
      <w:pPr>
        <w:spacing w:after="60" w:line="266" w:lineRule="auto"/>
        <w:ind w:firstLine="331"/>
        <w:jc w:val="both"/>
      </w:pPr>
      <w:r>
        <w:rPr>
          <w:rFonts w:ascii="Georgia" w:hAnsi="Georgia"/>
          <w:b w:val="0"/>
          <w:i w:val="0"/>
          <w:color w:val="22201D"/>
          <w:sz w:val="20"/>
        </w:rPr>
        <w:t>"Wrong document for consent objection," Steve said.</w:t>
      </w:r>
    </w:p>
    <w:p>
      <w:pPr>
        <w:spacing w:after="60" w:line="266" w:lineRule="auto"/>
        <w:ind w:firstLine="331"/>
        <w:jc w:val="both"/>
      </w:pPr>
      <w:r>
        <w:rPr>
          <w:rFonts w:ascii="Georgia" w:hAnsi="Georgia"/>
          <w:b w:val="0"/>
          <w:i w:val="0"/>
          <w:color w:val="22201D"/>
          <w:sz w:val="20"/>
        </w:rPr>
        <w:t>The petition did not object.</w:t>
      </w:r>
    </w:p>
    <w:p>
      <w:pPr>
        <w:spacing w:after="60" w:line="266" w:lineRule="auto"/>
        <w:ind w:firstLine="331"/>
        <w:jc w:val="both"/>
      </w:pPr>
      <w:r>
        <w:rPr>
          <w:rFonts w:ascii="Georgia" w:hAnsi="Georgia"/>
          <w:b w:val="0"/>
          <w:i w:val="0"/>
          <w:color w:val="22201D"/>
          <w:sz w:val="20"/>
        </w:rPr>
        <w:t>This was alarming in a good way.</w:t>
      </w:r>
    </w:p>
    <w:p>
      <w:pPr>
        <w:spacing w:after="60" w:line="266" w:lineRule="auto"/>
        <w:ind w:firstLine="331"/>
        <w:jc w:val="both"/>
      </w:pPr>
      <w:r>
        <w:rPr>
          <w:rFonts w:ascii="Georgia" w:hAnsi="Georgia"/>
          <w:b w:val="0"/>
          <w:i w:val="0"/>
          <w:color w:val="22201D"/>
          <w:sz w:val="20"/>
        </w:rPr>
        <w:t>Nico whispered, "The legal crisis is maturing."</w:t>
      </w:r>
    </w:p>
    <w:p>
      <w:pPr>
        <w:spacing w:after="60" w:line="266" w:lineRule="auto"/>
        <w:ind w:firstLine="331"/>
        <w:jc w:val="both"/>
      </w:pPr>
      <w:r>
        <w:rPr>
          <w:rFonts w:ascii="Georgia" w:hAnsi="Georgia"/>
          <w:b w:val="0"/>
          <w:i w:val="0"/>
          <w:color w:val="22201D"/>
          <w:sz w:val="20"/>
        </w:rPr>
        <w:t>"Do not nurture it," Gerald said.</w:t>
      </w:r>
    </w:p>
    <w:p>
      <w:pPr>
        <w:spacing w:after="60" w:line="266" w:lineRule="auto"/>
        <w:ind w:firstLine="331"/>
        <w:jc w:val="both"/>
      </w:pPr>
      <w:r>
        <w:rPr>
          <w:rFonts w:ascii="Georgia" w:hAnsi="Georgia"/>
          <w:b w:val="0"/>
          <w:i w:val="0"/>
          <w:color w:val="22201D"/>
          <w:sz w:val="20"/>
        </w:rPr>
        <w:t>The Hostess pointed to the price line on the treatment card.</w:t>
      </w:r>
    </w:p>
    <w:p>
      <w:pPr>
        <w:spacing w:after="60" w:line="250" w:lineRule="auto"/>
        <w:ind w:left="202" w:right="173"/>
      </w:pPr>
      <w:r>
        <w:rPr>
          <w:rFonts w:ascii="Georgia" w:hAnsi="Georgia"/>
          <w:b w:val="0"/>
          <w:i w:val="0"/>
          <w:color w:val="22201D"/>
          <w:sz w:val="17"/>
        </w:rPr>
        <w:t>respect warning</w:t>
      </w:r>
    </w:p>
    <w:p>
      <w:pPr>
        <w:spacing w:after="60" w:line="266" w:lineRule="auto"/>
        <w:ind w:firstLine="331"/>
        <w:jc w:val="both"/>
      </w:pPr>
      <w:r>
        <w:rPr>
          <w:rFonts w:ascii="Georgia" w:hAnsi="Georgia"/>
          <w:b w:val="0"/>
          <w:i w:val="0"/>
          <w:color w:val="22201D"/>
          <w:sz w:val="20"/>
        </w:rPr>
        <w:t>"What warning is asking for respect?" she asked.</w:t>
      </w:r>
    </w:p>
    <w:p>
      <w:pPr>
        <w:spacing w:after="60" w:line="266" w:lineRule="auto"/>
        <w:ind w:firstLine="331"/>
        <w:jc w:val="both"/>
      </w:pPr>
      <w:r>
        <w:rPr>
          <w:rFonts w:ascii="Georgia" w:hAnsi="Georgia"/>
          <w:b w:val="0"/>
          <w:i w:val="0"/>
          <w:color w:val="22201D"/>
          <w:sz w:val="20"/>
        </w:rPr>
        <w:t>Flocc looked at the petition.</w:t>
      </w:r>
    </w:p>
    <w:p>
      <w:pPr>
        <w:spacing w:after="60" w:line="266" w:lineRule="auto"/>
        <w:ind w:firstLine="331"/>
        <w:jc w:val="both"/>
      </w:pPr>
      <w:r>
        <w:rPr>
          <w:rFonts w:ascii="Georgia" w:hAnsi="Georgia"/>
          <w:b w:val="0"/>
          <w:i w:val="0"/>
          <w:color w:val="22201D"/>
          <w:sz w:val="20"/>
        </w:rPr>
        <w:t>"The warning that the sauce can be respected without becoming a person."</w:t>
      </w:r>
    </w:p>
    <w:p>
      <w:pPr>
        <w:spacing w:after="60" w:line="266" w:lineRule="auto"/>
        <w:ind w:firstLine="331"/>
        <w:jc w:val="both"/>
      </w:pPr>
      <w:r>
        <w:rPr>
          <w:rFonts w:ascii="Georgia" w:hAnsi="Georgia"/>
          <w:b w:val="0"/>
          <w:i w:val="0"/>
          <w:color w:val="22201D"/>
          <w:sz w:val="20"/>
        </w:rPr>
        <w:t>The petition waited.</w:t>
      </w:r>
    </w:p>
    <w:p>
      <w:pPr>
        <w:spacing w:after="60" w:line="266" w:lineRule="auto"/>
        <w:ind w:firstLine="331"/>
        <w:jc w:val="both"/>
      </w:pPr>
      <w:r>
        <w:rPr>
          <w:rFonts w:ascii="Georgia" w:hAnsi="Georgia"/>
          <w:b w:val="0"/>
          <w:i w:val="0"/>
          <w:color w:val="22201D"/>
          <w:sz w:val="20"/>
        </w:rPr>
        <w:t>"And the warning that refusing the sauce is not rejecting its value."</w:t>
      </w:r>
    </w:p>
    <w:p>
      <w:pPr>
        <w:spacing w:after="60" w:line="266" w:lineRule="auto"/>
        <w:ind w:firstLine="331"/>
        <w:jc w:val="both"/>
      </w:pPr>
      <w:r>
        <w:rPr>
          <w:rFonts w:ascii="Georgia" w:hAnsi="Georgia"/>
          <w:b w:val="0"/>
          <w:i w:val="0"/>
          <w:color w:val="22201D"/>
          <w:sz w:val="20"/>
        </w:rPr>
        <w:t>The petition printed:</w:t>
      </w:r>
    </w:p>
    <w:p>
      <w:pPr>
        <w:spacing w:after="60" w:line="250" w:lineRule="auto"/>
        <w:ind w:left="202" w:right="173"/>
      </w:pPr>
      <w:r>
        <w:rPr>
          <w:rFonts w:ascii="Georgia" w:hAnsi="Georgia"/>
          <w:b w:val="0"/>
          <w:i w:val="0"/>
          <w:color w:val="22201D"/>
          <w:sz w:val="17"/>
        </w:rPr>
        <w:t>Warning recognized.</w:t>
      </w:r>
    </w:p>
    <w:p>
      <w:pPr>
        <w:spacing w:after="60" w:line="266" w:lineRule="auto"/>
        <w:ind w:firstLine="331"/>
        <w:jc w:val="both"/>
      </w:pPr>
      <w:r>
        <w:rPr>
          <w:rFonts w:ascii="Georgia" w:hAnsi="Georgia"/>
          <w:b w:val="0"/>
          <w:i w:val="0"/>
          <w:color w:val="22201D"/>
          <w:sz w:val="20"/>
        </w:rPr>
        <w:t>Gerald said, "Recognized by whom?"</w:t>
      </w:r>
    </w:p>
    <w:p>
      <w:pPr>
        <w:spacing w:after="60" w:line="266" w:lineRule="auto"/>
        <w:ind w:firstLine="331"/>
        <w:jc w:val="both"/>
      </w:pPr>
      <w:r>
        <w:rPr>
          <w:rFonts w:ascii="Georgia" w:hAnsi="Georgia"/>
          <w:b w:val="0"/>
          <w:i w:val="0"/>
          <w:color w:val="22201D"/>
          <w:sz w:val="20"/>
        </w:rPr>
        <w:t>The petition paused.</w:t>
      </w:r>
    </w:p>
    <w:p>
      <w:pPr>
        <w:spacing w:after="60" w:line="250" w:lineRule="auto"/>
        <w:ind w:left="202" w:right="173"/>
      </w:pPr>
      <w:r>
        <w:rPr>
          <w:rFonts w:ascii="Georgia" w:hAnsi="Georgia"/>
          <w:b w:val="0"/>
          <w:i w:val="0"/>
          <w:color w:val="22201D"/>
          <w:sz w:val="17"/>
        </w:rPr>
        <w:t>Warning recorded.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sauce-label draft updated:</w:t>
      </w:r>
    </w:p>
    <w:p>
      <w:pPr>
        <w:spacing w:after="60" w:line="250" w:lineRule="auto"/>
        <w:ind w:left="202" w:right="173"/>
      </w:pPr>
      <w:r>
        <w:rPr>
          <w:rFonts w:ascii="Georgia" w:hAnsi="Georgia"/>
          <w:b w:val="0"/>
          <w:i w:val="0"/>
          <w:color w:val="22201D"/>
          <w:sz w:val="17"/>
        </w:rPr>
        <w:t>Respect warning: Respect heat. Respect refusal. Respect label. Do not assign personhood.</w:t>
      </w:r>
    </w:p>
    <w:p>
      <w:pPr>
        <w:spacing w:after="60" w:line="266" w:lineRule="auto"/>
        <w:ind w:firstLine="331"/>
        <w:jc w:val="both"/>
      </w:pPr>
      <w:r>
        <w:rPr>
          <w:rFonts w:ascii="Georgia" w:hAnsi="Georgia"/>
          <w:b w:val="0"/>
          <w:i w:val="0"/>
          <w:color w:val="22201D"/>
          <w:sz w:val="20"/>
        </w:rPr>
        <w:t>Nico looked as if a joke had turned into case law in front of him.</w:t>
      </w:r>
    </w:p>
    <w:p>
      <w:pPr>
        <w:spacing w:after="60" w:line="266" w:lineRule="auto"/>
        <w:ind w:firstLine="331"/>
        <w:jc w:val="both"/>
      </w:pPr>
      <w:r>
        <w:rPr>
          <w:rFonts w:ascii="Georgia" w:hAnsi="Georgia"/>
          <w:b w:val="0"/>
          <w:i w:val="0"/>
          <w:color w:val="22201D"/>
          <w:sz w:val="20"/>
        </w:rPr>
        <w:t>"This is very funny and very specific."</w:t>
      </w:r>
    </w:p>
    <w:p>
      <w:pPr>
        <w:spacing w:after="60" w:line="266" w:lineRule="auto"/>
        <w:ind w:firstLine="331"/>
        <w:jc w:val="both"/>
      </w:pPr>
      <w:r>
        <w:rPr>
          <w:rFonts w:ascii="Georgia" w:hAnsi="Georgia"/>
          <w:b w:val="0"/>
          <w:i w:val="0"/>
          <w:color w:val="22201D"/>
          <w:sz w:val="20"/>
        </w:rPr>
        <w:t>Gerald said, "Specific is why it is allowed to be funny."</w:t>
      </w:r>
    </w:p>
    <w:p>
      <w:pPr>
        <w:spacing w:after="60" w:line="266" w:lineRule="auto"/>
        <w:ind w:firstLine="331"/>
        <w:jc w:val="both"/>
      </w:pPr>
      <w:r>
        <w:rPr>
          <w:rFonts w:ascii="Georgia" w:hAnsi="Georgia"/>
          <w:b w:val="0"/>
          <w:i w:val="0"/>
          <w:color w:val="22201D"/>
          <w:sz w:val="20"/>
        </w:rPr>
        <w:t>The petition unfolded its third panel.</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PROPOSED RIGHTS</w:t>
      </w:r>
    </w:p>
    <w:p>
      <w:pPr>
        <w:spacing w:after="60" w:line="266" w:lineRule="auto"/>
        <w:ind w:firstLine="331"/>
        <w:jc w:val="both"/>
      </w:pPr>
      <w:r>
        <w:rPr>
          <w:rFonts w:ascii="Georgia" w:hAnsi="Georgia"/>
          <w:b w:val="0"/>
          <w:i w:val="0"/>
          <w:color w:val="22201D"/>
          <w:sz w:val="20"/>
        </w:rPr>
        <w:t>Gerald made a sound so low it belonged under a sink.</w:t>
      </w:r>
    </w:p>
    <w:p>
      <w:pPr>
        <w:spacing w:after="60" w:line="266" w:lineRule="auto"/>
        <w:ind w:firstLine="331"/>
        <w:jc w:val="both"/>
      </w:pPr>
      <w:r>
        <w:rPr>
          <w:rFonts w:ascii="Georgia" w:hAnsi="Georgia"/>
          <w:b w:val="0"/>
          <w:i w:val="0"/>
          <w:color w:val="22201D"/>
          <w:sz w:val="20"/>
        </w:rPr>
        <w:t>The panel listed:</w:t>
      </w:r>
    </w:p>
    <w:p>
      <w:pPr>
        <w:spacing w:after="60" w:line="250" w:lineRule="auto"/>
        <w:ind w:left="202" w:right="173"/>
      </w:pPr>
      <w:r>
        <w:rPr>
          <w:rFonts w:ascii="Georgia" w:hAnsi="Georgia"/>
          <w:b w:val="0"/>
          <w:i w:val="0"/>
          <w:color w:val="22201D"/>
          <w:sz w:val="17"/>
        </w:rPr>
        <w:t>1. Right to accurate warning. 2. Right to visible heat statement. 3. Right not to be weakened for customer comfort without relabeling. 4. Right not to be sampled without consent procedure. 5. Right not to be praised into unsafe use. 6. Right to refuse false personhood.</w:t>
      </w:r>
    </w:p>
    <w:p>
      <w:pPr>
        <w:spacing w:after="60" w:line="266" w:lineRule="auto"/>
        <w:ind w:firstLine="331"/>
        <w:jc w:val="both"/>
      </w:pPr>
      <w:r>
        <w:rPr>
          <w:rFonts w:ascii="Georgia" w:hAnsi="Georgia"/>
          <w:b w:val="0"/>
          <w:i w:val="0"/>
          <w:color w:val="22201D"/>
          <w:sz w:val="20"/>
        </w:rPr>
        <w:t>Gerald read the heading again.</w:t>
      </w:r>
    </w:p>
    <w:p>
      <w:pPr>
        <w:spacing w:after="60" w:line="266" w:lineRule="auto"/>
        <w:ind w:firstLine="331"/>
        <w:jc w:val="both"/>
      </w:pPr>
      <w:r>
        <w:rPr>
          <w:rFonts w:ascii="Georgia" w:hAnsi="Georgia"/>
          <w:b w:val="0"/>
          <w:i w:val="0"/>
          <w:color w:val="22201D"/>
          <w:sz w:val="20"/>
        </w:rPr>
        <w:t>"Rights is the wrong word."</w:t>
      </w:r>
    </w:p>
    <w:p>
      <w:pPr>
        <w:spacing w:after="60" w:line="266" w:lineRule="auto"/>
        <w:ind w:firstLine="331"/>
        <w:jc w:val="both"/>
      </w:pPr>
      <w:r>
        <w:rPr>
          <w:rFonts w:ascii="Georgia" w:hAnsi="Georgia"/>
          <w:b w:val="0"/>
          <w:i w:val="0"/>
          <w:color w:val="22201D"/>
          <w:sz w:val="20"/>
        </w:rPr>
        <w:t>The petition printed:</w:t>
      </w:r>
    </w:p>
    <w:p>
      <w:pPr>
        <w:spacing w:after="60" w:line="250" w:lineRule="auto"/>
        <w:ind w:left="202" w:right="173"/>
      </w:pPr>
      <w:r>
        <w:rPr>
          <w:rFonts w:ascii="Georgia" w:hAnsi="Georgia"/>
          <w:b w:val="0"/>
          <w:i w:val="0"/>
          <w:color w:val="22201D"/>
          <w:sz w:val="17"/>
        </w:rPr>
        <w:t>Objection: rights is shorter than procedural protections</w:t>
      </w:r>
    </w:p>
    <w:p>
      <w:pPr>
        <w:spacing w:after="60" w:line="266" w:lineRule="auto"/>
        <w:ind w:firstLine="331"/>
        <w:jc w:val="both"/>
      </w:pPr>
      <w:r>
        <w:rPr>
          <w:rFonts w:ascii="Georgia" w:hAnsi="Georgia"/>
          <w:b w:val="0"/>
          <w:i w:val="0"/>
          <w:color w:val="22201D"/>
          <w:sz w:val="20"/>
        </w:rPr>
        <w:t>"Overruled. Accuracy beats length."</w:t>
      </w:r>
    </w:p>
    <w:p>
      <w:pPr>
        <w:spacing w:after="60" w:line="266" w:lineRule="auto"/>
        <w:ind w:firstLine="331"/>
        <w:jc w:val="both"/>
      </w:pPr>
      <w:r>
        <w:rPr>
          <w:rFonts w:ascii="Georgia" w:hAnsi="Georgia"/>
          <w:b w:val="0"/>
          <w:i w:val="0"/>
          <w:color w:val="22201D"/>
          <w:sz w:val="20"/>
        </w:rPr>
        <w:t>The petition revised the heading:</w:t>
      </w:r>
    </w:p>
    <w:p>
      <w:pPr>
        <w:spacing w:after="60" w:line="250" w:lineRule="auto"/>
        <w:ind w:left="202" w:right="173"/>
      </w:pPr>
      <w:r>
        <w:rPr>
          <w:rFonts w:ascii="Georgia" w:hAnsi="Georgia"/>
          <w:b w:val="0"/>
          <w:i w:val="0"/>
          <w:color w:val="22201D"/>
          <w:sz w:val="17"/>
        </w:rPr>
        <w:t>PROCEDURAL PROTECTIONS</w:t>
      </w:r>
    </w:p>
    <w:p>
      <w:pPr>
        <w:spacing w:after="60" w:line="266" w:lineRule="auto"/>
        <w:ind w:firstLine="331"/>
        <w:jc w:val="both"/>
      </w:pPr>
      <w:r>
        <w:rPr>
          <w:rFonts w:ascii="Georgia" w:hAnsi="Georgia"/>
          <w:b w:val="0"/>
          <w:i w:val="0"/>
          <w:color w:val="22201D"/>
          <w:sz w:val="20"/>
        </w:rPr>
        <w:t>Nico looked at the ceiling.</w:t>
      </w:r>
    </w:p>
    <w:p>
      <w:pPr>
        <w:spacing w:after="60" w:line="266" w:lineRule="auto"/>
        <w:ind w:firstLine="331"/>
        <w:jc w:val="both"/>
      </w:pPr>
      <w:r>
        <w:rPr>
          <w:rFonts w:ascii="Georgia" w:hAnsi="Georgia"/>
          <w:b w:val="0"/>
          <w:i w:val="0"/>
          <w:color w:val="22201D"/>
          <w:sz w:val="20"/>
        </w:rPr>
        <w:t>"I felt the genre become safer."</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Flocc read the list again.</w:t>
      </w:r>
    </w:p>
    <w:p>
      <w:pPr>
        <w:spacing w:after="60" w:line="266" w:lineRule="auto"/>
        <w:ind w:firstLine="331"/>
        <w:jc w:val="both"/>
      </w:pPr>
      <w:r>
        <w:rPr>
          <w:rFonts w:ascii="Georgia" w:hAnsi="Georgia"/>
          <w:b w:val="0"/>
          <w:i w:val="0"/>
          <w:color w:val="22201D"/>
          <w:sz w:val="20"/>
        </w:rPr>
        <w:t>Procedural protections.</w:t>
      </w:r>
    </w:p>
    <w:p>
      <w:pPr>
        <w:spacing w:after="60" w:line="266" w:lineRule="auto"/>
        <w:ind w:firstLine="331"/>
        <w:jc w:val="both"/>
      </w:pPr>
      <w:r>
        <w:rPr>
          <w:rFonts w:ascii="Georgia" w:hAnsi="Georgia"/>
          <w:b w:val="0"/>
          <w:i w:val="0"/>
          <w:color w:val="22201D"/>
          <w:sz w:val="20"/>
        </w:rPr>
        <w:t>It changed the entire document. The sauce did not have rights like a person. It had protections because people handling it had obligations. It did not need a soul to require a warning. It did not need dignity to require accurate heat language. It did not need a vote to refuse being weakened and sold under the same name.</w:t>
      </w:r>
    </w:p>
    <w:p>
      <w:pPr>
        <w:spacing w:after="60" w:line="266" w:lineRule="auto"/>
        <w:ind w:firstLine="331"/>
        <w:jc w:val="both"/>
      </w:pPr>
      <w:r>
        <w:rPr>
          <w:rFonts w:ascii="Georgia" w:hAnsi="Georgia"/>
          <w:b w:val="0"/>
          <w:i w:val="0"/>
          <w:color w:val="22201D"/>
          <w:sz w:val="20"/>
        </w:rPr>
        <w:t>That distinction felt less charming than the original heading.</w:t>
      </w:r>
    </w:p>
    <w:p>
      <w:pPr>
        <w:spacing w:after="60" w:line="266" w:lineRule="auto"/>
        <w:ind w:firstLine="331"/>
        <w:jc w:val="both"/>
      </w:pPr>
      <w:r>
        <w:rPr>
          <w:rFonts w:ascii="Georgia" w:hAnsi="Georgia"/>
          <w:b w:val="0"/>
          <w:i w:val="0"/>
          <w:color w:val="22201D"/>
          <w:sz w:val="20"/>
        </w:rPr>
        <w:t>Therefore it was probably correct.</w:t>
      </w:r>
    </w:p>
    <w:p>
      <w:pPr>
        <w:spacing w:after="60" w:line="266" w:lineRule="auto"/>
        <w:ind w:firstLine="331"/>
        <w:jc w:val="both"/>
      </w:pPr>
      <w:r>
        <w:rPr>
          <w:rFonts w:ascii="Georgia" w:hAnsi="Georgia"/>
          <w:b w:val="0"/>
          <w:i w:val="0"/>
          <w:color w:val="22201D"/>
          <w:sz w:val="20"/>
        </w:rPr>
        <w:t>The Hostess asked, "Who is obligated?"</w:t>
      </w:r>
    </w:p>
    <w:p>
      <w:pPr>
        <w:spacing w:after="60" w:line="266" w:lineRule="auto"/>
        <w:ind w:firstLine="331"/>
        <w:jc w:val="both"/>
      </w:pPr>
      <w:r>
        <w:rPr>
          <w:rFonts w:ascii="Georgia" w:hAnsi="Georgia"/>
          <w:b w:val="0"/>
          <w:i w:val="0"/>
          <w:color w:val="22201D"/>
          <w:sz w:val="20"/>
        </w:rPr>
        <w:t>The petition tried to answer.</w:t>
      </w:r>
    </w:p>
    <w:p>
      <w:pPr>
        <w:spacing w:after="60" w:line="266" w:lineRule="auto"/>
        <w:ind w:firstLine="331"/>
        <w:jc w:val="both"/>
      </w:pPr>
      <w:r>
        <w:rPr>
          <w:rFonts w:ascii="Georgia" w:hAnsi="Georgia"/>
          <w:b w:val="0"/>
          <w:i w:val="0"/>
          <w:color w:val="22201D"/>
          <w:sz w:val="20"/>
        </w:rPr>
        <w:t>Gerald put one finger on the page.</w:t>
      </w:r>
    </w:p>
    <w:p>
      <w:pPr>
        <w:spacing w:after="60" w:line="266" w:lineRule="auto"/>
        <w:ind w:firstLine="331"/>
        <w:jc w:val="both"/>
      </w:pPr>
      <w:r>
        <w:rPr>
          <w:rFonts w:ascii="Georgia" w:hAnsi="Georgia"/>
          <w:b w:val="0"/>
          <w:i w:val="0"/>
          <w:color w:val="22201D"/>
          <w:sz w:val="20"/>
        </w:rPr>
        <w:t>"Let the people answer."</w:t>
      </w:r>
    </w:p>
    <w:p>
      <w:pPr>
        <w:spacing w:after="60" w:line="266" w:lineRule="auto"/>
        <w:ind w:firstLine="331"/>
        <w:jc w:val="both"/>
      </w:pPr>
      <w:r>
        <w:rPr>
          <w:rFonts w:ascii="Georgia" w:hAnsi="Georgia"/>
          <w:b w:val="0"/>
          <w:i w:val="0"/>
          <w:color w:val="22201D"/>
          <w:sz w:val="20"/>
        </w:rPr>
        <w:t>The petition waited.</w:t>
      </w:r>
    </w:p>
    <w:p>
      <w:pPr>
        <w:spacing w:after="60" w:line="266" w:lineRule="auto"/>
        <w:ind w:firstLine="331"/>
        <w:jc w:val="both"/>
      </w:pPr>
      <w:r>
        <w:rPr>
          <w:rFonts w:ascii="Georgia" w:hAnsi="Georgia"/>
          <w:b w:val="0"/>
          <w:i w:val="0"/>
          <w:color w:val="22201D"/>
          <w:sz w:val="20"/>
        </w:rPr>
        <w:t>Flocc said, "Maker. Labeler. Seller. Server. Taster."</w:t>
      </w:r>
    </w:p>
    <w:p>
      <w:pPr>
        <w:spacing w:after="60" w:line="266" w:lineRule="auto"/>
        <w:ind w:firstLine="331"/>
        <w:jc w:val="both"/>
      </w:pPr>
      <w:r>
        <w:rPr>
          <w:rFonts w:ascii="Georgia" w:hAnsi="Georgia"/>
          <w:b w:val="0"/>
          <w:i w:val="0"/>
          <w:color w:val="22201D"/>
          <w:sz w:val="20"/>
        </w:rPr>
        <w:t>Bob added, "Stock handler."</w:t>
      </w:r>
    </w:p>
    <w:p>
      <w:pPr>
        <w:spacing w:after="60" w:line="266" w:lineRule="auto"/>
        <w:ind w:firstLine="331"/>
        <w:jc w:val="both"/>
      </w:pPr>
      <w:r>
        <w:rPr>
          <w:rFonts w:ascii="Georgia" w:hAnsi="Georgia"/>
          <w:b w:val="0"/>
          <w:i w:val="0"/>
          <w:color w:val="22201D"/>
          <w:sz w:val="20"/>
        </w:rPr>
        <w:t>Gerald added, "Inspector."</w:t>
      </w:r>
    </w:p>
    <w:p>
      <w:pPr>
        <w:spacing w:after="60" w:line="266" w:lineRule="auto"/>
        <w:ind w:firstLine="331"/>
        <w:jc w:val="both"/>
      </w:pPr>
      <w:r>
        <w:rPr>
          <w:rFonts w:ascii="Georgia" w:hAnsi="Georgia"/>
          <w:b w:val="0"/>
          <w:i w:val="0"/>
          <w:color w:val="22201D"/>
          <w:sz w:val="20"/>
        </w:rPr>
        <w:t>Steve added, "Recorder, within scope."</w:t>
      </w:r>
    </w:p>
    <w:p>
      <w:pPr>
        <w:spacing w:after="60" w:line="266" w:lineRule="auto"/>
        <w:ind w:firstLine="331"/>
        <w:jc w:val="both"/>
      </w:pPr>
      <w:r>
        <w:rPr>
          <w:rFonts w:ascii="Georgia" w:hAnsi="Georgia"/>
          <w:b w:val="0"/>
          <w:i w:val="0"/>
          <w:color w:val="22201D"/>
          <w:sz w:val="20"/>
        </w:rPr>
        <w:t>Nico looked miserable.</w:t>
      </w:r>
    </w:p>
    <w:p>
      <w:pPr>
        <w:spacing w:after="60" w:line="266" w:lineRule="auto"/>
        <w:ind w:firstLine="331"/>
        <w:jc w:val="both"/>
      </w:pPr>
      <w:r>
        <w:rPr>
          <w:rFonts w:ascii="Georgia" w:hAnsi="Georgia"/>
          <w:b w:val="0"/>
          <w:i w:val="0"/>
          <w:color w:val="22201D"/>
          <w:sz w:val="20"/>
        </w:rPr>
        <w:t>"Copywriter."</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Finally.</w:t>
      </w:r>
    </w:p>
    <w:p>
      <w:pPr>
        <w:spacing w:after="60" w:line="266" w:lineRule="auto"/>
        <w:ind w:firstLine="331"/>
        <w:jc w:val="both"/>
      </w:pPr>
      <w:r>
        <w:rPr>
          <w:rFonts w:ascii="Georgia" w:hAnsi="Georgia"/>
          <w:b w:val="0"/>
          <w:i w:val="0"/>
          <w:color w:val="22201D"/>
          <w:sz w:val="20"/>
        </w:rPr>
        <w:t>The petition added a section:</w:t>
      </w:r>
    </w:p>
    <w:p>
      <w:pPr>
        <w:spacing w:after="60" w:line="250" w:lineRule="auto"/>
        <w:ind w:left="202" w:right="173"/>
      </w:pPr>
      <w:r>
        <w:rPr>
          <w:rFonts w:ascii="Georgia" w:hAnsi="Georgia"/>
          <w:b w:val="0"/>
          <w:i w:val="0"/>
          <w:color w:val="22201D"/>
          <w:sz w:val="17"/>
        </w:rPr>
        <w:t>Obligated parties: maker labeler seller server taster stock handler inspector recorder within scope copywriter</w:t>
      </w:r>
    </w:p>
    <w:p>
      <w:pPr>
        <w:spacing w:after="60" w:line="266" w:lineRule="auto"/>
        <w:ind w:firstLine="331"/>
        <w:jc w:val="both"/>
      </w:pPr>
      <w:r>
        <w:rPr>
          <w:rFonts w:ascii="Georgia" w:hAnsi="Georgia"/>
          <w:b w:val="0"/>
          <w:i w:val="0"/>
          <w:color w:val="22201D"/>
          <w:sz w:val="20"/>
        </w:rPr>
        <w:t>Nico whispered, "I hate being on a legally haunted sauce form."</w:t>
      </w:r>
    </w:p>
    <w:p>
      <w:pPr>
        <w:spacing w:after="60" w:line="266" w:lineRule="auto"/>
        <w:ind w:firstLine="331"/>
        <w:jc w:val="both"/>
      </w:pPr>
      <w:r>
        <w:rPr>
          <w:rFonts w:ascii="Georgia" w:hAnsi="Georgia"/>
          <w:b w:val="0"/>
          <w:i w:val="0"/>
          <w:color w:val="22201D"/>
          <w:sz w:val="20"/>
        </w:rPr>
        <w:t>"Procedurally haunted," Gerald corrected.</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The Hostess asked, "What does respect warning require from each?"</w:t>
      </w:r>
    </w:p>
    <w:p>
      <w:pPr>
        <w:spacing w:after="60" w:line="266" w:lineRule="auto"/>
        <w:ind w:firstLine="331"/>
        <w:jc w:val="both"/>
      </w:pPr>
      <w:r>
        <w:rPr>
          <w:rFonts w:ascii="Georgia" w:hAnsi="Georgia"/>
          <w:b w:val="0"/>
          <w:i w:val="0"/>
          <w:color w:val="22201D"/>
          <w:sz w:val="20"/>
        </w:rPr>
        <w:t>They built the answer slowly.</w:t>
      </w:r>
    </w:p>
    <w:p>
      <w:pPr>
        <w:spacing w:after="60" w:line="266" w:lineRule="auto"/>
        <w:ind w:firstLine="331"/>
        <w:jc w:val="both"/>
      </w:pPr>
      <w:r>
        <w:rPr>
          <w:rFonts w:ascii="Georgia" w:hAnsi="Georgia"/>
          <w:b w:val="0"/>
          <w:i w:val="0"/>
          <w:color w:val="22201D"/>
          <w:sz w:val="20"/>
        </w:rPr>
        <w:t>Maker:</w:t>
      </w:r>
    </w:p>
    <w:p>
      <w:pPr>
        <w:spacing w:after="60" w:line="250" w:lineRule="auto"/>
        <w:ind w:left="202" w:right="173"/>
      </w:pPr>
      <w:r>
        <w:rPr>
          <w:rFonts w:ascii="Georgia" w:hAnsi="Georgia"/>
          <w:b w:val="0"/>
          <w:i w:val="0"/>
          <w:color w:val="22201D"/>
          <w:sz w:val="17"/>
        </w:rPr>
        <w:t>Do not change heat without changing label.</w:t>
      </w:r>
    </w:p>
    <w:p>
      <w:pPr>
        <w:spacing w:after="60" w:line="266" w:lineRule="auto"/>
        <w:ind w:firstLine="331"/>
        <w:jc w:val="both"/>
      </w:pPr>
      <w:r>
        <w:rPr>
          <w:rFonts w:ascii="Georgia" w:hAnsi="Georgia"/>
          <w:b w:val="0"/>
          <w:i w:val="0"/>
          <w:color w:val="22201D"/>
          <w:sz w:val="20"/>
        </w:rPr>
        <w:t>Labeler:</w:t>
      </w:r>
    </w:p>
    <w:p>
      <w:pPr>
        <w:spacing w:after="60" w:line="250" w:lineRule="auto"/>
        <w:ind w:left="202" w:right="173"/>
      </w:pPr>
      <w:r>
        <w:rPr>
          <w:rFonts w:ascii="Georgia" w:hAnsi="Georgia"/>
          <w:b w:val="0"/>
          <w:i w:val="0"/>
          <w:color w:val="22201D"/>
          <w:sz w:val="17"/>
        </w:rPr>
        <w:t>Do not hide risk behind charm.</w:t>
      </w:r>
    </w:p>
    <w:p>
      <w:pPr>
        <w:spacing w:after="60" w:line="266" w:lineRule="auto"/>
        <w:ind w:firstLine="331"/>
        <w:jc w:val="both"/>
      </w:pPr>
      <w:r>
        <w:rPr>
          <w:rFonts w:ascii="Georgia" w:hAnsi="Georgia"/>
          <w:b w:val="0"/>
          <w:i w:val="0"/>
          <w:color w:val="22201D"/>
          <w:sz w:val="20"/>
        </w:rPr>
        <w:t>Seller:</w:t>
      </w:r>
    </w:p>
    <w:p>
      <w:pPr>
        <w:spacing w:after="60" w:line="250" w:lineRule="auto"/>
        <w:ind w:left="202" w:right="173"/>
      </w:pPr>
      <w:r>
        <w:rPr>
          <w:rFonts w:ascii="Georgia" w:hAnsi="Georgia"/>
          <w:b w:val="0"/>
          <w:i w:val="0"/>
          <w:color w:val="22201D"/>
          <w:sz w:val="17"/>
        </w:rPr>
        <w:t>Do not place sample before warning.</w:t>
      </w:r>
    </w:p>
    <w:p>
      <w:pPr>
        <w:spacing w:after="60" w:line="266" w:lineRule="auto"/>
        <w:ind w:firstLine="331"/>
        <w:jc w:val="both"/>
      </w:pPr>
      <w:r>
        <w:rPr>
          <w:rFonts w:ascii="Georgia" w:hAnsi="Georgia"/>
          <w:b w:val="0"/>
          <w:i w:val="0"/>
          <w:color w:val="22201D"/>
          <w:sz w:val="20"/>
        </w:rPr>
        <w:t>Server:</w:t>
      </w:r>
    </w:p>
    <w:p>
      <w:pPr>
        <w:spacing w:after="60" w:line="250" w:lineRule="auto"/>
        <w:ind w:left="202" w:right="173"/>
      </w:pPr>
      <w:r>
        <w:rPr>
          <w:rFonts w:ascii="Georgia" w:hAnsi="Georgia"/>
          <w:b w:val="0"/>
          <w:i w:val="0"/>
          <w:color w:val="22201D"/>
          <w:sz w:val="17"/>
        </w:rPr>
        <w:t>Do not make decline awkward.</w:t>
      </w:r>
    </w:p>
    <w:p>
      <w:pPr>
        <w:spacing w:after="60" w:line="266" w:lineRule="auto"/>
        <w:ind w:firstLine="331"/>
        <w:jc w:val="both"/>
      </w:pPr>
      <w:r>
        <w:rPr>
          <w:rFonts w:ascii="Georgia" w:hAnsi="Georgia"/>
          <w:b w:val="0"/>
          <w:i w:val="0"/>
          <w:color w:val="22201D"/>
          <w:sz w:val="20"/>
        </w:rPr>
        <w:t>Taster:</w:t>
      </w:r>
    </w:p>
    <w:p>
      <w:pPr>
        <w:spacing w:after="60" w:line="250" w:lineRule="auto"/>
        <w:ind w:left="202" w:right="173"/>
      </w:pPr>
      <w:r>
        <w:rPr>
          <w:rFonts w:ascii="Georgia" w:hAnsi="Georgia"/>
          <w:b w:val="0"/>
          <w:i w:val="0"/>
          <w:color w:val="22201D"/>
          <w:sz w:val="17"/>
        </w:rPr>
        <w:t>Read before choosing. Do not call pleasure safety.</w:t>
      </w:r>
    </w:p>
    <w:p>
      <w:pPr>
        <w:spacing w:after="60" w:line="266" w:lineRule="auto"/>
        <w:ind w:firstLine="331"/>
        <w:jc w:val="both"/>
      </w:pPr>
      <w:r>
        <w:rPr>
          <w:rFonts w:ascii="Georgia" w:hAnsi="Georgia"/>
          <w:b w:val="0"/>
          <w:i w:val="0"/>
          <w:color w:val="22201D"/>
          <w:sz w:val="20"/>
        </w:rPr>
        <w:t>Stock handler:</w:t>
      </w:r>
    </w:p>
    <w:p>
      <w:pPr>
        <w:spacing w:after="60" w:line="250" w:lineRule="auto"/>
        <w:ind w:left="202" w:right="173"/>
      </w:pPr>
      <w:r>
        <w:rPr>
          <w:rFonts w:ascii="Georgia" w:hAnsi="Georgia"/>
          <w:b w:val="0"/>
          <w:i w:val="0"/>
          <w:color w:val="22201D"/>
          <w:sz w:val="17"/>
        </w:rPr>
        <w:t>Keep label facing outward. Remove damaged labels from active shelf.</w:t>
      </w:r>
    </w:p>
    <w:p>
      <w:pPr>
        <w:spacing w:after="60" w:line="266" w:lineRule="auto"/>
        <w:ind w:firstLine="331"/>
        <w:jc w:val="both"/>
      </w:pPr>
      <w:r>
        <w:rPr>
          <w:rFonts w:ascii="Georgia" w:hAnsi="Georgia"/>
          <w:b w:val="0"/>
          <w:i w:val="0"/>
          <w:color w:val="22201D"/>
          <w:sz w:val="20"/>
        </w:rPr>
        <w:t>Inspector:</w:t>
      </w:r>
    </w:p>
    <w:p>
      <w:pPr>
        <w:spacing w:after="60" w:line="250" w:lineRule="auto"/>
        <w:ind w:left="202" w:right="173"/>
      </w:pPr>
      <w:r>
        <w:rPr>
          <w:rFonts w:ascii="Georgia" w:hAnsi="Georgia"/>
          <w:b w:val="0"/>
          <w:i w:val="0"/>
          <w:color w:val="22201D"/>
          <w:sz w:val="17"/>
        </w:rPr>
        <w:t>Fail unsafe labels even when they are beautiful.</w:t>
      </w:r>
    </w:p>
    <w:p>
      <w:pPr>
        <w:spacing w:after="60" w:line="266" w:lineRule="auto"/>
        <w:ind w:firstLine="331"/>
        <w:jc w:val="both"/>
      </w:pPr>
      <w:r>
        <w:rPr>
          <w:rFonts w:ascii="Georgia" w:hAnsi="Georgia"/>
          <w:b w:val="0"/>
          <w:i w:val="0"/>
          <w:color w:val="22201D"/>
          <w:sz w:val="20"/>
        </w:rPr>
        <w:t>Recorder:</w:t>
      </w:r>
    </w:p>
    <w:p>
      <w:pPr>
        <w:spacing w:after="60" w:line="250" w:lineRule="auto"/>
        <w:ind w:left="202" w:right="173"/>
      </w:pPr>
      <w:r>
        <w:rPr>
          <w:rFonts w:ascii="Georgia" w:hAnsi="Georgia"/>
          <w:b w:val="0"/>
          <w:i w:val="0"/>
          <w:color w:val="22201D"/>
          <w:sz w:val="17"/>
        </w:rPr>
        <w:t>Record procedure, not social pressure.</w:t>
      </w:r>
    </w:p>
    <w:p>
      <w:pPr>
        <w:spacing w:after="60" w:line="266" w:lineRule="auto"/>
        <w:ind w:firstLine="331"/>
        <w:jc w:val="both"/>
      </w:pPr>
      <w:r>
        <w:rPr>
          <w:rFonts w:ascii="Georgia" w:hAnsi="Georgia"/>
          <w:b w:val="0"/>
          <w:i w:val="0"/>
          <w:color w:val="22201D"/>
          <w:sz w:val="20"/>
        </w:rPr>
        <w:t>Copywriter:</w:t>
      </w:r>
    </w:p>
    <w:p>
      <w:pPr>
        <w:spacing w:after="60" w:line="250" w:lineRule="auto"/>
        <w:ind w:left="202" w:right="173"/>
      </w:pPr>
      <w:r>
        <w:rPr>
          <w:rFonts w:ascii="Georgia" w:hAnsi="Georgia"/>
          <w:b w:val="0"/>
          <w:i w:val="0"/>
          <w:color w:val="22201D"/>
          <w:sz w:val="17"/>
        </w:rPr>
        <w:t>Do not make danger adorable.</w:t>
      </w:r>
    </w:p>
    <w:p>
      <w:pPr>
        <w:spacing w:after="60" w:line="266" w:lineRule="auto"/>
        <w:ind w:firstLine="331"/>
        <w:jc w:val="both"/>
      </w:pPr>
      <w:r>
        <w:rPr>
          <w:rFonts w:ascii="Georgia" w:hAnsi="Georgia"/>
          <w:b w:val="0"/>
          <w:i w:val="0"/>
          <w:color w:val="22201D"/>
          <w:sz w:val="20"/>
        </w:rPr>
        <w:t>Nico put one hand over his eyes.</w:t>
      </w:r>
    </w:p>
    <w:p>
      <w:pPr>
        <w:spacing w:after="60" w:line="266" w:lineRule="auto"/>
        <w:ind w:firstLine="331"/>
        <w:jc w:val="both"/>
      </w:pPr>
      <w:r>
        <w:rPr>
          <w:rFonts w:ascii="Georgia" w:hAnsi="Georgia"/>
          <w:b w:val="0"/>
          <w:i w:val="0"/>
          <w:color w:val="22201D"/>
          <w:sz w:val="20"/>
        </w:rPr>
        <w:t>"I am being improved against my will."</w:t>
      </w:r>
    </w:p>
    <w:p>
      <w:pPr>
        <w:spacing w:after="60" w:line="266" w:lineRule="auto"/>
        <w:ind w:firstLine="331"/>
        <w:jc w:val="both"/>
      </w:pPr>
      <w:r>
        <w:rPr>
          <w:rFonts w:ascii="Georgia" w:hAnsi="Georgia"/>
          <w:b w:val="0"/>
          <w:i w:val="0"/>
          <w:color w:val="22201D"/>
          <w:sz w:val="20"/>
        </w:rPr>
        <w:t>"No," the Hostess said. "You are being warned."</w:t>
      </w:r>
    </w:p>
    <w:p>
      <w:pPr>
        <w:spacing w:after="60" w:line="266" w:lineRule="auto"/>
        <w:ind w:firstLine="331"/>
        <w:jc w:val="both"/>
      </w:pPr>
      <w:r>
        <w:rPr>
          <w:rFonts w:ascii="Georgia" w:hAnsi="Georgia"/>
          <w:b w:val="0"/>
          <w:i w:val="0"/>
          <w:color w:val="22201D"/>
          <w:sz w:val="20"/>
        </w:rPr>
        <w:t>The distinction sat down beside him and refused to leave.</w:t>
      </w:r>
    </w:p>
    <w:p>
      <w:pPr>
        <w:spacing w:after="60" w:line="266" w:lineRule="auto"/>
        <w:ind w:firstLine="331"/>
        <w:jc w:val="both"/>
      </w:pPr>
      <w:r>
        <w:rPr>
          <w:rFonts w:ascii="Georgia" w:hAnsi="Georgia"/>
          <w:b w:val="0"/>
          <w:i w:val="0"/>
          <w:color w:val="22201D"/>
          <w:sz w:val="20"/>
        </w:rPr>
        <w:t>The petition printed:</w:t>
      </w:r>
    </w:p>
    <w:p>
      <w:pPr>
        <w:spacing w:after="60" w:line="250" w:lineRule="auto"/>
        <w:ind w:left="202" w:right="173"/>
      </w:pPr>
      <w:r>
        <w:rPr>
          <w:rFonts w:ascii="Georgia" w:hAnsi="Georgia"/>
          <w:b w:val="0"/>
          <w:i w:val="0"/>
          <w:color w:val="22201D"/>
          <w:sz w:val="17"/>
        </w:rPr>
        <w:t>Respect warning: accepted as procedural obligation not personhood not praise not immunity</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"Now it is a useful petition."</w:t>
      </w:r>
    </w:p>
    <w:p>
      <w:pPr>
        <w:spacing w:after="60" w:line="266" w:lineRule="auto"/>
        <w:ind w:firstLine="331"/>
        <w:jc w:val="both"/>
      </w:pPr>
      <w:r>
        <w:rPr>
          <w:rFonts w:ascii="Georgia" w:hAnsi="Georgia"/>
          <w:b w:val="0"/>
          <w:i w:val="0"/>
          <w:color w:val="22201D"/>
          <w:sz w:val="20"/>
        </w:rPr>
        <w:t>The petition did not preen.</w:t>
      </w:r>
    </w:p>
    <w:p>
      <w:pPr>
        <w:spacing w:after="60" w:line="266" w:lineRule="auto"/>
        <w:ind w:firstLine="331"/>
        <w:jc w:val="both"/>
      </w:pPr>
      <w:r>
        <w:rPr>
          <w:rFonts w:ascii="Georgia" w:hAnsi="Georgia"/>
          <w:b w:val="0"/>
          <w:i w:val="0"/>
          <w:color w:val="22201D"/>
          <w:sz w:val="20"/>
        </w:rPr>
        <w:t>This was wise.</w:t>
      </w:r>
    </w:p>
    <w:p>
      <w:pPr>
        <w:spacing w:after="60" w:line="266" w:lineRule="auto"/>
        <w:ind w:firstLine="331"/>
        <w:jc w:val="both"/>
      </w:pPr>
      <w:r>
        <w:rPr>
          <w:rFonts w:ascii="Georgia" w:hAnsi="Georgia"/>
          <w:b w:val="0"/>
          <w:i w:val="0"/>
          <w:color w:val="22201D"/>
          <w:sz w:val="20"/>
        </w:rPr>
        <w:t>Then it printed a final request:</w:t>
      </w:r>
    </w:p>
    <w:p>
      <w:pPr>
        <w:spacing w:after="60" w:line="250" w:lineRule="auto"/>
        <w:ind w:left="202" w:right="173"/>
      </w:pPr>
      <w:r>
        <w:rPr>
          <w:rFonts w:ascii="Georgia" w:hAnsi="Georgia"/>
          <w:b w:val="0"/>
          <w:i w:val="0"/>
          <w:color w:val="22201D"/>
          <w:sz w:val="17"/>
        </w:rPr>
        <w:t>Requested next step: signature line</w:t>
      </w:r>
    </w:p>
    <w:p>
      <w:pPr>
        <w:spacing w:after="60" w:line="266" w:lineRule="auto"/>
        <w:ind w:firstLine="331"/>
        <w:jc w:val="both"/>
      </w:pPr>
      <w:r>
        <w:rPr>
          <w:rFonts w:ascii="Georgia" w:hAnsi="Georgia"/>
          <w:b w:val="0"/>
          <w:i w:val="0"/>
          <w:color w:val="22201D"/>
          <w:sz w:val="20"/>
        </w:rPr>
        <w:t>Flocc stepped back.</w:t>
      </w:r>
    </w:p>
    <w:p>
      <w:pPr>
        <w:spacing w:after="60" w:line="266" w:lineRule="auto"/>
        <w:ind w:firstLine="331"/>
        <w:jc w:val="both"/>
      </w:pPr>
      <w:r>
        <w:rPr>
          <w:rFonts w:ascii="Georgia" w:hAnsi="Georgia"/>
          <w:b w:val="0"/>
          <w:i w:val="0"/>
          <w:color w:val="22201D"/>
          <w:sz w:val="20"/>
        </w:rPr>
        <w:t>The Hostess noticed.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 did not do anything."</w:t>
      </w:r>
    </w:p>
    <w:p>
      <w:pPr>
        <w:spacing w:after="60" w:line="266" w:lineRule="auto"/>
        <w:ind w:firstLine="331"/>
        <w:jc w:val="both"/>
      </w:pPr>
      <w:r>
        <w:rPr>
          <w:rFonts w:ascii="Georgia" w:hAnsi="Georgia"/>
          <w:b w:val="0"/>
          <w:i w:val="0"/>
          <w:color w:val="22201D"/>
          <w:sz w:val="20"/>
        </w:rPr>
        <w:t>"You stepped back before signing pressure became motion."</w:t>
      </w:r>
    </w:p>
    <w:p>
      <w:pPr>
        <w:spacing w:after="60" w:line="266" w:lineRule="auto"/>
        <w:ind w:firstLine="331"/>
        <w:jc w:val="both"/>
      </w:pPr>
      <w:r>
        <w:rPr>
          <w:rFonts w:ascii="Georgia" w:hAnsi="Georgia"/>
          <w:b w:val="0"/>
          <w:i w:val="0"/>
          <w:color w:val="22201D"/>
          <w:sz w:val="20"/>
        </w:rPr>
        <w:t>Gerald placed the ugly ruler between Flocc and the petition.</w:t>
      </w:r>
    </w:p>
    <w:p>
      <w:pPr>
        <w:spacing w:after="60" w:line="266" w:lineRule="auto"/>
        <w:ind w:firstLine="331"/>
        <w:jc w:val="both"/>
      </w:pPr>
      <w:r>
        <w:rPr>
          <w:rFonts w:ascii="Georgia" w:hAnsi="Georgia"/>
          <w:b w:val="0"/>
          <w:i w:val="0"/>
          <w:color w:val="22201D"/>
          <w:sz w:val="20"/>
        </w:rPr>
        <w:t>"No one signs in this chapter."</w:t>
      </w:r>
    </w:p>
    <w:p>
      <w:pPr>
        <w:spacing w:after="60" w:line="266" w:lineRule="auto"/>
        <w:ind w:firstLine="331"/>
        <w:jc w:val="both"/>
      </w:pPr>
      <w:r>
        <w:rPr>
          <w:rFonts w:ascii="Georgia" w:hAnsi="Georgia"/>
          <w:b w:val="0"/>
          <w:i w:val="0"/>
          <w:color w:val="22201D"/>
          <w:sz w:val="20"/>
        </w:rPr>
        <w:t>The petition printed:</w:t>
      </w:r>
    </w:p>
    <w:p>
      <w:pPr>
        <w:spacing w:after="60" w:line="250" w:lineRule="auto"/>
        <w:ind w:left="202" w:right="173"/>
      </w:pPr>
      <w:r>
        <w:rPr>
          <w:rFonts w:ascii="Georgia" w:hAnsi="Georgia"/>
          <w:b w:val="0"/>
          <w:i w:val="0"/>
          <w:color w:val="22201D"/>
          <w:sz w:val="17"/>
        </w:rPr>
        <w:t>Signature line requested. Signature not requested yet.</w:t>
      </w:r>
    </w:p>
    <w:p>
      <w:pPr>
        <w:spacing w:after="60" w:line="266" w:lineRule="auto"/>
        <w:ind w:firstLine="331"/>
        <w:jc w:val="both"/>
      </w:pPr>
      <w:r>
        <w:rPr>
          <w:rFonts w:ascii="Georgia" w:hAnsi="Georgia"/>
          <w:b w:val="0"/>
          <w:i w:val="0"/>
          <w:color w:val="22201D"/>
          <w:sz w:val="20"/>
        </w:rPr>
        <w:t>Gerald pointed.</w:t>
      </w:r>
    </w:p>
    <w:p>
      <w:pPr>
        <w:spacing w:after="60" w:line="266" w:lineRule="auto"/>
        <w:ind w:firstLine="331"/>
        <w:jc w:val="both"/>
      </w:pPr>
      <w:r>
        <w:rPr>
          <w:rFonts w:ascii="Georgia" w:hAnsi="Georgia"/>
          <w:b w:val="0"/>
          <w:i w:val="0"/>
          <w:color w:val="22201D"/>
          <w:sz w:val="20"/>
        </w:rPr>
        <w:t>"That distinction stays."</w:t>
      </w:r>
    </w:p>
    <w:p>
      <w:pPr>
        <w:spacing w:after="60" w:line="266" w:lineRule="auto"/>
        <w:ind w:firstLine="331"/>
        <w:jc w:val="both"/>
      </w:pPr>
      <w:r>
        <w:rPr>
          <w:rFonts w:ascii="Georgia" w:hAnsi="Georgia"/>
          <w:b w:val="0"/>
          <w:i w:val="0"/>
          <w:color w:val="22201D"/>
          <w:sz w:val="20"/>
        </w:rPr>
        <w:t>Steve recorded it.</w:t>
      </w:r>
    </w:p>
    <w:p>
      <w:pPr>
        <w:spacing w:after="60" w:line="266" w:lineRule="auto"/>
        <w:ind w:firstLine="331"/>
        <w:jc w:val="both"/>
      </w:pPr>
      <w:r>
        <w:rPr>
          <w:rFonts w:ascii="Georgia" w:hAnsi="Georgia"/>
          <w:b w:val="0"/>
          <w:i w:val="0"/>
          <w:color w:val="22201D"/>
          <w:sz w:val="20"/>
        </w:rPr>
        <w:t>The sauce-label draft, batch log, waiver form, and petition sat in order.</w:t>
      </w:r>
    </w:p>
    <w:p>
      <w:pPr>
        <w:spacing w:after="60" w:line="266" w:lineRule="auto"/>
        <w:ind w:firstLine="331"/>
        <w:jc w:val="both"/>
      </w:pPr>
      <w:r>
        <w:rPr>
          <w:rFonts w:ascii="Georgia" w:hAnsi="Georgia"/>
          <w:b w:val="0"/>
          <w:i w:val="0"/>
          <w:color w:val="22201D"/>
          <w:sz w:val="20"/>
        </w:rPr>
        <w:t>Front label had tried to rush attention.</w:t>
      </w:r>
    </w:p>
    <w:p>
      <w:pPr>
        <w:spacing w:after="60" w:line="266" w:lineRule="auto"/>
        <w:ind w:firstLine="331"/>
        <w:jc w:val="both"/>
      </w:pPr>
      <w:r>
        <w:rPr>
          <w:rFonts w:ascii="Georgia" w:hAnsi="Georgia"/>
          <w:b w:val="0"/>
          <w:i w:val="0"/>
          <w:color w:val="22201D"/>
          <w:sz w:val="20"/>
        </w:rPr>
        <w:t>Label inspection had exposed hiding.</w:t>
      </w:r>
    </w:p>
    <w:p>
      <w:pPr>
        <w:spacing w:after="60" w:line="266" w:lineRule="auto"/>
        <w:ind w:firstLine="331"/>
        <w:jc w:val="both"/>
      </w:pPr>
      <w:r>
        <w:rPr>
          <w:rFonts w:ascii="Georgia" w:hAnsi="Georgia"/>
          <w:b w:val="0"/>
          <w:i w:val="0"/>
          <w:color w:val="22201D"/>
          <w:sz w:val="20"/>
        </w:rPr>
        <w:t>Sauce label had rebuilt respect.</w:t>
      </w:r>
    </w:p>
    <w:p>
      <w:pPr>
        <w:spacing w:after="60" w:line="266" w:lineRule="auto"/>
        <w:ind w:firstLine="331"/>
        <w:jc w:val="both"/>
      </w:pPr>
      <w:r>
        <w:rPr>
          <w:rFonts w:ascii="Georgia" w:hAnsi="Georgia"/>
          <w:b w:val="0"/>
          <w:i w:val="0"/>
          <w:color w:val="22201D"/>
          <w:sz w:val="20"/>
        </w:rPr>
        <w:t>Batch log had refused pretty grams.</w:t>
      </w:r>
    </w:p>
    <w:p>
      <w:pPr>
        <w:spacing w:after="60" w:line="266" w:lineRule="auto"/>
        <w:ind w:firstLine="331"/>
        <w:jc w:val="both"/>
      </w:pPr>
      <w:r>
        <w:rPr>
          <w:rFonts w:ascii="Georgia" w:hAnsi="Georgia"/>
          <w:b w:val="0"/>
          <w:i w:val="0"/>
          <w:color w:val="22201D"/>
          <w:sz w:val="20"/>
        </w:rPr>
        <w:t>Waiver form had made yes and no ordinary.</w:t>
      </w:r>
    </w:p>
    <w:p>
      <w:pPr>
        <w:spacing w:after="60" w:line="266" w:lineRule="auto"/>
        <w:ind w:firstLine="331"/>
        <w:jc w:val="both"/>
      </w:pPr>
      <w:r>
        <w:rPr>
          <w:rFonts w:ascii="Georgia" w:hAnsi="Georgia"/>
          <w:b w:val="0"/>
          <w:i w:val="0"/>
          <w:color w:val="22201D"/>
          <w:sz w:val="20"/>
        </w:rPr>
        <w:t>Petition had tried to demand rights and been corrected into procedural protections.</w:t>
      </w:r>
    </w:p>
    <w:p>
      <w:pPr>
        <w:spacing w:after="60" w:line="266" w:lineRule="auto"/>
        <w:ind w:firstLine="331"/>
        <w:jc w:val="both"/>
      </w:pPr>
      <w:r>
        <w:rPr>
          <w:rFonts w:ascii="Georgia" w:hAnsi="Georgia"/>
          <w:b w:val="0"/>
          <w:i w:val="0"/>
          <w:color w:val="22201D"/>
          <w:sz w:val="20"/>
        </w:rPr>
        <w:t>The sauce still did not exist as finished sauce.</w:t>
      </w:r>
    </w:p>
    <w:p>
      <w:pPr>
        <w:spacing w:after="60" w:line="266" w:lineRule="auto"/>
        <w:ind w:firstLine="331"/>
        <w:jc w:val="both"/>
      </w:pPr>
      <w:r>
        <w:rPr>
          <w:rFonts w:ascii="Georgia" w:hAnsi="Georgia"/>
          <w:b w:val="0"/>
          <w:i w:val="0"/>
          <w:color w:val="22201D"/>
          <w:sz w:val="20"/>
        </w:rPr>
        <w:t>This was beginning to feel less like delay and more like care.</w:t>
      </w:r>
    </w:p>
    <w:p>
      <w:pPr>
        <w:spacing w:after="60" w:line="266" w:lineRule="auto"/>
        <w:ind w:firstLine="331"/>
        <w:jc w:val="both"/>
      </w:pPr>
      <w:r>
        <w:rPr>
          <w:rFonts w:ascii="Georgia" w:hAnsi="Georgia"/>
          <w:b w:val="0"/>
          <w:i w:val="0"/>
          <w:color w:val="22201D"/>
          <w:sz w:val="20"/>
        </w:rPr>
        <w:t>The petition folded itself once.</w:t>
      </w:r>
    </w:p>
    <w:p>
      <w:pPr>
        <w:spacing w:after="60" w:line="266" w:lineRule="auto"/>
        <w:ind w:firstLine="331"/>
        <w:jc w:val="both"/>
      </w:pPr>
      <w:r>
        <w:rPr>
          <w:rFonts w:ascii="Georgia" w:hAnsi="Georgia"/>
          <w:b w:val="0"/>
          <w:i w:val="0"/>
          <w:color w:val="22201D"/>
          <w:sz w:val="20"/>
        </w:rPr>
        <w:t>Gerald raised the ruler.</w:t>
      </w:r>
    </w:p>
    <w:p>
      <w:pPr>
        <w:spacing w:after="60" w:line="266" w:lineRule="auto"/>
        <w:ind w:firstLine="331"/>
        <w:jc w:val="both"/>
      </w:pPr>
      <w:r>
        <w:rPr>
          <w:rFonts w:ascii="Georgia" w:hAnsi="Georgia"/>
          <w:b w:val="0"/>
          <w:i w:val="0"/>
          <w:color w:val="22201D"/>
          <w:sz w:val="20"/>
        </w:rPr>
        <w:t>It stopped.</w:t>
      </w:r>
    </w:p>
    <w:p>
      <w:pPr>
        <w:spacing w:after="60" w:line="266" w:lineRule="auto"/>
        <w:ind w:firstLine="331"/>
        <w:jc w:val="both"/>
      </w:pPr>
      <w:r>
        <w:rPr>
          <w:rFonts w:ascii="Georgia" w:hAnsi="Georgia"/>
          <w:b w:val="0"/>
          <w:i w:val="0"/>
          <w:color w:val="22201D"/>
          <w:sz w:val="20"/>
        </w:rPr>
        <w:t>"You may remain open until filed," he said.</w:t>
      </w:r>
    </w:p>
    <w:p>
      <w:pPr>
        <w:spacing w:after="60" w:line="266" w:lineRule="auto"/>
        <w:ind w:firstLine="331"/>
        <w:jc w:val="both"/>
      </w:pPr>
      <w:r>
        <w:rPr>
          <w:rFonts w:ascii="Georgia" w:hAnsi="Georgia"/>
          <w:b w:val="0"/>
          <w:i w:val="0"/>
          <w:color w:val="22201D"/>
          <w:sz w:val="20"/>
        </w:rPr>
        <w:t>The petition remained open.</w:t>
      </w:r>
    </w:p>
    <w:p>
      <w:pPr>
        <w:spacing w:after="60" w:line="266" w:lineRule="auto"/>
        <w:ind w:firstLine="331"/>
        <w:jc w:val="both"/>
      </w:pPr>
      <w:r>
        <w:rPr>
          <w:rFonts w:ascii="Georgia" w:hAnsi="Georgia"/>
          <w:b w:val="0"/>
          <w:i w:val="0"/>
          <w:color w:val="22201D"/>
          <w:sz w:val="20"/>
        </w:rPr>
        <w:t>The worktable produced a new card:</w:t>
      </w:r>
    </w:p>
    <w:p>
      <w:pPr>
        <w:spacing w:after="60" w:line="250" w:lineRule="auto"/>
        <w:ind w:left="202" w:right="173"/>
      </w:pPr>
      <w:r>
        <w:rPr>
          <w:rFonts w:ascii="Georgia" w:hAnsi="Georgia"/>
          <w:b w:val="0"/>
          <w:i w:val="0"/>
          <w:color w:val="22201D"/>
          <w:sz w:val="17"/>
        </w:rPr>
        <w:t>SIGNATURE LINE Read first.</w:t>
      </w:r>
    </w:p>
    <w:p>
      <w:pPr>
        <w:spacing w:after="60" w:line="266" w:lineRule="auto"/>
        <w:ind w:firstLine="331"/>
        <w:jc w:val="both"/>
      </w:pPr>
      <w:r>
        <w:rPr>
          <w:rFonts w:ascii="Georgia" w:hAnsi="Georgia"/>
          <w:b w:val="0"/>
          <w:i w:val="0"/>
          <w:color w:val="22201D"/>
          <w:sz w:val="20"/>
        </w:rPr>
        <w:t>Flocc did not touch it.</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"Next chapter."</w:t>
      </w:r>
    </w:p>
    <w:p>
      <w:pPr>
        <w:spacing w:after="60" w:line="266" w:lineRule="auto"/>
        <w:ind w:firstLine="331"/>
        <w:jc w:val="both"/>
      </w:pPr>
      <w:r>
        <w:rPr>
          <w:rFonts w:ascii="Georgia" w:hAnsi="Georgia"/>
          <w:b w:val="0"/>
          <w:i w:val="0"/>
          <w:color w:val="22201D"/>
          <w:sz w:val="20"/>
        </w:rPr>
        <w:t>He nodded.</w:t>
      </w:r>
    </w:p>
    <w:p>
      <w:pPr>
        <w:spacing w:after="60" w:line="266" w:lineRule="auto"/>
        <w:ind w:firstLine="331"/>
        <w:jc w:val="both"/>
      </w:pPr>
      <w:r>
        <w:rPr>
          <w:rFonts w:ascii="Georgia" w:hAnsi="Georgia"/>
          <w:b w:val="0"/>
          <w:i w:val="0"/>
          <w:color w:val="22201D"/>
          <w:sz w:val="20"/>
        </w:rPr>
        <w:t>"No signing quickly."</w:t>
      </w:r>
    </w:p>
    <w:p>
      <w:pPr>
        <w:spacing w:after="60" w:line="266" w:lineRule="auto"/>
        <w:ind w:firstLine="331"/>
        <w:jc w:val="both"/>
      </w:pPr>
      <w:r>
        <w:rPr>
          <w:rFonts w:ascii="Georgia" w:hAnsi="Georgia"/>
          <w:b w:val="0"/>
          <w:i w:val="0"/>
          <w:color w:val="22201D"/>
          <w:sz w:val="20"/>
        </w:rPr>
        <w:t>Gerald said, "No signing at all until reading proves it deserves a signature."</w:t>
      </w:r>
    </w:p>
    <w:p>
      <w:pPr>
        <w:spacing w:after="60" w:line="266" w:lineRule="auto"/>
        <w:ind w:firstLine="331"/>
        <w:jc w:val="both"/>
      </w:pPr>
      <w:r>
        <w:rPr>
          <w:rFonts w:ascii="Georgia" w:hAnsi="Georgia"/>
          <w:b w:val="0"/>
          <w:i w:val="0"/>
          <w:color w:val="22201D"/>
          <w:sz w:val="20"/>
        </w:rPr>
        <w:t>The petition printed:</w:t>
      </w:r>
    </w:p>
    <w:p>
      <w:pPr>
        <w:spacing w:after="60" w:line="250" w:lineRule="auto"/>
        <w:ind w:left="202" w:right="173"/>
      </w:pPr>
      <w:r>
        <w:rPr>
          <w:rFonts w:ascii="Georgia" w:hAnsi="Georgia"/>
          <w:b w:val="0"/>
          <w:i w:val="0"/>
          <w:color w:val="22201D"/>
          <w:sz w:val="17"/>
        </w:rPr>
        <w:t>Agreed.</w:t>
      </w:r>
    </w:p>
    <w:p>
      <w:pPr>
        <w:spacing w:after="60" w:line="266" w:lineRule="auto"/>
        <w:ind w:firstLine="331"/>
        <w:jc w:val="both"/>
      </w:pPr>
      <w:r>
        <w:rPr>
          <w:rFonts w:ascii="Georgia" w:hAnsi="Georgia"/>
          <w:b w:val="0"/>
          <w:i w:val="0"/>
          <w:color w:val="22201D"/>
          <w:sz w:val="20"/>
        </w:rPr>
        <w:t>Gerald covered the word with the ruler.</w:t>
      </w:r>
    </w:p>
    <w:p>
      <w:pPr>
        <w:spacing w:after="60" w:line="266" w:lineRule="auto"/>
        <w:ind w:firstLine="331"/>
        <w:jc w:val="both"/>
      </w:pPr>
      <w:r>
        <w:rPr>
          <w:rFonts w:ascii="Georgia" w:hAnsi="Georgia"/>
          <w:b w:val="0"/>
          <w:i w:val="0"/>
          <w:color w:val="22201D"/>
          <w:sz w:val="20"/>
        </w:rPr>
        <w:t>"Do not agree for us."</w:t>
      </w:r>
    </w:p>
    <w:p>
      <w:pPr>
        <w:spacing w:after="60" w:line="266" w:lineRule="auto"/>
        <w:ind w:firstLine="331"/>
        <w:jc w:val="both"/>
      </w:pPr>
      <w:r>
        <w:rPr>
          <w:rFonts w:ascii="Georgia" w:hAnsi="Georgia"/>
          <w:b w:val="0"/>
          <w:i w:val="0"/>
          <w:color w:val="22201D"/>
          <w:sz w:val="20"/>
        </w:rPr>
        <w:t>The petition revised:</w:t>
      </w:r>
    </w:p>
    <w:p>
      <w:pPr>
        <w:spacing w:after="60" w:line="250" w:lineRule="auto"/>
        <w:ind w:left="202" w:right="173"/>
      </w:pPr>
      <w:r>
        <w:rPr>
          <w:rFonts w:ascii="Georgia" w:hAnsi="Georgia"/>
          <w:b w:val="0"/>
          <w:i w:val="0"/>
          <w:color w:val="22201D"/>
          <w:sz w:val="17"/>
        </w:rPr>
        <w:t>Statement withdrawn. Awaiting review.</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Flocc Signs Nothing Quickly</w:t>
      </w:r>
    </w:p>
    <w:p>
      <w:pPr>
        <w:spacing w:after="60" w:line="266" w:lineRule="auto"/>
        <w:ind w:firstLine="0"/>
        <w:jc w:val="both"/>
      </w:pPr>
      <w:r>
        <w:rPr>
          <w:rFonts w:ascii="Georgia" w:hAnsi="Georgia"/>
          <w:b w:val="0"/>
          <w:i w:val="0"/>
          <w:color w:val="22201D"/>
          <w:sz w:val="20"/>
        </w:rPr>
        <w:t>The signature line appeared with too much space around it.</w:t>
      </w:r>
    </w:p>
    <w:p>
      <w:pPr>
        <w:spacing w:after="60" w:line="266" w:lineRule="auto"/>
        <w:ind w:firstLine="331"/>
        <w:jc w:val="both"/>
      </w:pPr>
      <w:r>
        <w:rPr>
          <w:rFonts w:ascii="Georgia" w:hAnsi="Georgia"/>
          <w:b w:val="0"/>
          <w:i w:val="0"/>
          <w:color w:val="22201D"/>
          <w:sz w:val="20"/>
        </w:rPr>
        <w:t>That was the first problem.</w:t>
      </w:r>
    </w:p>
    <w:p>
      <w:pPr>
        <w:spacing w:after="60" w:line="266" w:lineRule="auto"/>
        <w:ind w:firstLine="331"/>
        <w:jc w:val="both"/>
      </w:pPr>
      <w:r>
        <w:rPr>
          <w:rFonts w:ascii="Georgia" w:hAnsi="Georgia"/>
          <w:b w:val="0"/>
          <w:i w:val="0"/>
          <w:color w:val="22201D"/>
          <w:sz w:val="20"/>
        </w:rPr>
        <w:t>Documents knew how to make a blank feel important. They surrounded it with margins. They gave it a horizontal line and a little label underneath. They placed it near the bottom of a page so a person's hand would arrive there tired, obedient, and relieved to be done.</w:t>
      </w:r>
    </w:p>
    <w:p>
      <w:pPr>
        <w:spacing w:after="60" w:line="266" w:lineRule="auto"/>
        <w:ind w:firstLine="331"/>
        <w:jc w:val="both"/>
      </w:pPr>
      <w:r>
        <w:rPr>
          <w:rFonts w:ascii="Georgia" w:hAnsi="Georgia"/>
          <w:b w:val="0"/>
          <w:i w:val="0"/>
          <w:color w:val="22201D"/>
          <w:sz w:val="20"/>
        </w:rPr>
        <w:t>Gerald saw the danger immediately.</w:t>
      </w:r>
    </w:p>
    <w:p>
      <w:pPr>
        <w:spacing w:after="60" w:line="266" w:lineRule="auto"/>
        <w:ind w:firstLine="331"/>
        <w:jc w:val="both"/>
      </w:pPr>
      <w:r>
        <w:rPr>
          <w:rFonts w:ascii="Georgia" w:hAnsi="Georgia"/>
          <w:b w:val="0"/>
          <w:i w:val="0"/>
          <w:color w:val="22201D"/>
          <w:sz w:val="20"/>
        </w:rPr>
        <w:t>"Excessive dignity," he said.</w:t>
      </w:r>
    </w:p>
    <w:p>
      <w:pPr>
        <w:spacing w:after="60" w:line="266" w:lineRule="auto"/>
        <w:ind w:firstLine="331"/>
        <w:jc w:val="both"/>
      </w:pPr>
      <w:r>
        <w:rPr>
          <w:rFonts w:ascii="Georgia" w:hAnsi="Georgia"/>
          <w:b w:val="0"/>
          <w:i w:val="0"/>
          <w:color w:val="22201D"/>
          <w:sz w:val="20"/>
        </w:rPr>
        <w:t>Nico blinked.</w:t>
      </w:r>
    </w:p>
    <w:p>
      <w:pPr>
        <w:spacing w:after="60" w:line="266" w:lineRule="auto"/>
        <w:ind w:firstLine="331"/>
        <w:jc w:val="both"/>
      </w:pPr>
      <w:r>
        <w:rPr>
          <w:rFonts w:ascii="Georgia" w:hAnsi="Georgia"/>
          <w:b w:val="0"/>
          <w:i w:val="0"/>
          <w:color w:val="22201D"/>
          <w:sz w:val="20"/>
        </w:rPr>
        <w:t>"A signature line can have excessive dignity?"</w:t>
      </w:r>
    </w:p>
    <w:p>
      <w:pPr>
        <w:spacing w:after="60" w:line="266" w:lineRule="auto"/>
        <w:ind w:firstLine="331"/>
        <w:jc w:val="both"/>
      </w:pPr>
      <w:r>
        <w:rPr>
          <w:rFonts w:ascii="Georgia" w:hAnsi="Georgia"/>
          <w:b w:val="0"/>
          <w:i w:val="0"/>
          <w:color w:val="22201D"/>
          <w:sz w:val="20"/>
        </w:rPr>
        <w:t>"Most of them do."</w:t>
      </w:r>
    </w:p>
    <w:p>
      <w:pPr>
        <w:spacing w:after="60" w:line="266" w:lineRule="auto"/>
        <w:ind w:firstLine="331"/>
        <w:jc w:val="both"/>
      </w:pPr>
      <w:r>
        <w:rPr>
          <w:rFonts w:ascii="Georgia" w:hAnsi="Georgia"/>
          <w:b w:val="0"/>
          <w:i w:val="0"/>
          <w:color w:val="22201D"/>
          <w:sz w:val="20"/>
        </w:rPr>
        <w:t>The signature line sat on a clean card at the end of the petition:</w:t>
      </w:r>
    </w:p>
    <w:p>
      <w:pPr>
        <w:spacing w:after="60" w:line="250" w:lineRule="auto"/>
        <w:ind w:left="202" w:right="173"/>
      </w:pPr>
      <w:r>
        <w:rPr>
          <w:rFonts w:ascii="Georgia" w:hAnsi="Georgia"/>
          <w:b w:val="0"/>
          <w:i w:val="0"/>
          <w:color w:val="22201D"/>
          <w:sz w:val="17"/>
        </w:rPr>
        <w:t>SIGNATURE LINE Read first.  Signed:</w:t>
      </w:r>
    </w:p>
    <w:p>
      <w:pPr>
        <w:spacing w:after="60" w:line="266" w:lineRule="auto"/>
        <w:ind w:firstLine="331"/>
        <w:jc w:val="both"/>
      </w:pPr>
      <w:r>
        <w:rPr>
          <w:rFonts w:ascii="Georgia" w:hAnsi="Georgia"/>
          <w:b w:val="0"/>
          <w:i w:val="0"/>
          <w:color w:val="22201D"/>
          <w:sz w:val="20"/>
        </w:rPr>
        <w:t>Flocc looked at the line.</w:t>
      </w:r>
    </w:p>
    <w:p>
      <w:pPr>
        <w:spacing w:after="60" w:line="266" w:lineRule="auto"/>
        <w:ind w:firstLine="331"/>
        <w:jc w:val="both"/>
      </w:pPr>
      <w:r>
        <w:rPr>
          <w:rFonts w:ascii="Georgia" w:hAnsi="Georgia"/>
          <w:b w:val="0"/>
          <w:i w:val="0"/>
          <w:color w:val="22201D"/>
          <w:sz w:val="20"/>
        </w:rPr>
        <w:t>His fingers did not move.</w:t>
      </w:r>
    </w:p>
    <w:p>
      <w:pPr>
        <w:spacing w:after="60" w:line="266" w:lineRule="auto"/>
        <w:ind w:firstLine="331"/>
        <w:jc w:val="both"/>
      </w:pPr>
      <w:r>
        <w:rPr>
          <w:rFonts w:ascii="Georgia" w:hAnsi="Georgia"/>
          <w:b w:val="0"/>
          <w:i w:val="0"/>
          <w:color w:val="22201D"/>
          <w:sz w:val="20"/>
        </w:rPr>
        <w:t>This was good.</w:t>
      </w:r>
    </w:p>
    <w:p>
      <w:pPr>
        <w:spacing w:after="60" w:line="266" w:lineRule="auto"/>
        <w:ind w:firstLine="331"/>
        <w:jc w:val="both"/>
      </w:pPr>
      <w:r>
        <w:rPr>
          <w:rFonts w:ascii="Georgia" w:hAnsi="Georgia"/>
          <w:b w:val="0"/>
          <w:i w:val="0"/>
          <w:color w:val="22201D"/>
          <w:sz w:val="20"/>
        </w:rPr>
        <w:t>The wanting moved instead.</w:t>
      </w:r>
    </w:p>
    <w:p>
      <w:pPr>
        <w:spacing w:after="60" w:line="266" w:lineRule="auto"/>
        <w:ind w:firstLine="331"/>
        <w:jc w:val="both"/>
      </w:pPr>
      <w:r>
        <w:rPr>
          <w:rFonts w:ascii="Georgia" w:hAnsi="Georgia"/>
          <w:b w:val="0"/>
          <w:i w:val="0"/>
          <w:color w:val="22201D"/>
          <w:sz w:val="20"/>
        </w:rPr>
        <w:t>That was worse.</w:t>
      </w:r>
    </w:p>
    <w:p>
      <w:pPr>
        <w:spacing w:after="60" w:line="266" w:lineRule="auto"/>
        <w:ind w:firstLine="331"/>
        <w:jc w:val="both"/>
      </w:pPr>
      <w:r>
        <w:rPr>
          <w:rFonts w:ascii="Georgia" w:hAnsi="Georgia"/>
          <w:b w:val="0"/>
          <w:i w:val="0"/>
          <w:color w:val="22201D"/>
          <w:sz w:val="20"/>
        </w:rPr>
        <w:t>The old part of him liked signatures. Signatures made uncertainty become a before and after. They created a place where the hand could pretend the mind had finished. They offered a small ceremony of control.</w:t>
      </w:r>
    </w:p>
    <w:p>
      <w:pPr>
        <w:spacing w:after="60" w:line="266" w:lineRule="auto"/>
        <w:ind w:firstLine="331"/>
        <w:jc w:val="both"/>
      </w:pPr>
      <w:r>
        <w:rPr>
          <w:rFonts w:ascii="Georgia" w:hAnsi="Georgia"/>
          <w:b w:val="0"/>
          <w:i w:val="0"/>
          <w:color w:val="22201D"/>
          <w:sz w:val="20"/>
        </w:rPr>
        <w:t>This signature line seemed to know that.</w:t>
      </w:r>
    </w:p>
    <w:p>
      <w:pPr>
        <w:spacing w:after="60" w:line="266" w:lineRule="auto"/>
        <w:ind w:firstLine="331"/>
        <w:jc w:val="both"/>
      </w:pPr>
      <w:r>
        <w:rPr>
          <w:rFonts w:ascii="Georgia" w:hAnsi="Georgia"/>
          <w:b w:val="0"/>
          <w:i w:val="0"/>
          <w:color w:val="22201D"/>
          <w:sz w:val="20"/>
        </w:rPr>
        <w:t>It did not glow.</w:t>
      </w:r>
    </w:p>
    <w:p>
      <w:pPr>
        <w:spacing w:after="60" w:line="266" w:lineRule="auto"/>
        <w:ind w:firstLine="331"/>
        <w:jc w:val="both"/>
      </w:pPr>
      <w:r>
        <w:rPr>
          <w:rFonts w:ascii="Georgia" w:hAnsi="Georgia"/>
          <w:b w:val="0"/>
          <w:i w:val="0"/>
          <w:color w:val="22201D"/>
          <w:sz w:val="20"/>
        </w:rPr>
        <w:t>It did not read itself.</w:t>
      </w:r>
    </w:p>
    <w:p>
      <w:pPr>
        <w:spacing w:after="60" w:line="266" w:lineRule="auto"/>
        <w:ind w:firstLine="331"/>
        <w:jc w:val="both"/>
      </w:pPr>
      <w:r>
        <w:rPr>
          <w:rFonts w:ascii="Georgia" w:hAnsi="Georgia"/>
          <w:b w:val="0"/>
          <w:i w:val="0"/>
          <w:color w:val="22201D"/>
          <w:sz w:val="20"/>
        </w:rPr>
        <w:t>It simply waited in a way that made waiting feel like failure.</w:t>
      </w:r>
    </w:p>
    <w:p>
      <w:pPr>
        <w:spacing w:after="60" w:line="266" w:lineRule="auto"/>
        <w:ind w:firstLine="331"/>
        <w:jc w:val="both"/>
      </w:pPr>
      <w:r>
        <w:rPr>
          <w:rFonts w:ascii="Georgia" w:hAnsi="Georgia"/>
          <w:b w:val="0"/>
          <w:i w:val="0"/>
          <w:color w:val="22201D"/>
          <w:sz w:val="20"/>
        </w:rPr>
        <w:t>The Hostess placed the waiver form beside it.</w:t>
      </w:r>
    </w:p>
    <w:p>
      <w:pPr>
        <w:spacing w:after="60" w:line="250" w:lineRule="auto"/>
        <w:ind w:left="202" w:right="173"/>
      </w:pPr>
      <w:r>
        <w:rPr>
          <w:rFonts w:ascii="Georgia" w:hAnsi="Georgia"/>
          <w:b w:val="0"/>
          <w:i w:val="0"/>
          <w:color w:val="22201D"/>
          <w:sz w:val="17"/>
        </w:rPr>
        <w:t>No one may treat YES as bravery. No one may treat NO as fear. No one may treat silence as either.</w:t>
      </w:r>
    </w:p>
    <w:p>
      <w:pPr>
        <w:spacing w:after="60" w:line="266" w:lineRule="auto"/>
        <w:ind w:firstLine="331"/>
        <w:jc w:val="both"/>
      </w:pPr>
      <w:r>
        <w:rPr>
          <w:rFonts w:ascii="Georgia" w:hAnsi="Georgia"/>
          <w:b w:val="0"/>
          <w:i w:val="0"/>
          <w:color w:val="22201D"/>
          <w:sz w:val="20"/>
        </w:rPr>
        <w:t>Then she placed the petition beside that.</w:t>
      </w:r>
    </w:p>
    <w:p>
      <w:pPr>
        <w:spacing w:after="60" w:line="250" w:lineRule="auto"/>
        <w:ind w:left="202" w:right="173"/>
      </w:pPr>
      <w:r>
        <w:rPr>
          <w:rFonts w:ascii="Georgia" w:hAnsi="Georgia"/>
          <w:b w:val="0"/>
          <w:i w:val="0"/>
          <w:color w:val="22201D"/>
          <w:sz w:val="17"/>
        </w:rPr>
        <w:t>Signature line requested. Signature not requested yet. No one signs in this chapter.</w:t>
      </w:r>
    </w:p>
    <w:p>
      <w:pPr>
        <w:spacing w:after="60" w:line="266" w:lineRule="auto"/>
        <w:ind w:firstLine="331"/>
        <w:jc w:val="both"/>
      </w:pPr>
      <w:r>
        <w:rPr>
          <w:rFonts w:ascii="Georgia" w:hAnsi="Georgia"/>
          <w:b w:val="0"/>
          <w:i w:val="0"/>
          <w:color w:val="22201D"/>
          <w:sz w:val="20"/>
        </w:rPr>
        <w:t>Gerald tapped the final line.</w:t>
      </w:r>
    </w:p>
    <w:p>
      <w:pPr>
        <w:spacing w:after="60" w:line="266" w:lineRule="auto"/>
        <w:ind w:firstLine="331"/>
        <w:jc w:val="both"/>
      </w:pPr>
      <w:r>
        <w:rPr>
          <w:rFonts w:ascii="Georgia" w:hAnsi="Georgia"/>
          <w:b w:val="0"/>
          <w:i w:val="0"/>
          <w:color w:val="22201D"/>
          <w:sz w:val="20"/>
        </w:rPr>
        <w:t>"This chapter may have to argue with that."</w:t>
      </w:r>
    </w:p>
    <w:p>
      <w:pPr>
        <w:spacing w:after="60" w:line="266" w:lineRule="auto"/>
        <w:ind w:firstLine="331"/>
        <w:jc w:val="both"/>
      </w:pPr>
      <w:r>
        <w:rPr>
          <w:rFonts w:ascii="Georgia" w:hAnsi="Georgia"/>
          <w:b w:val="0"/>
          <w:i w:val="0"/>
          <w:color w:val="22201D"/>
          <w:sz w:val="20"/>
        </w:rPr>
        <w:t>"No," the Hostess said. "This chapter has to obey it correctly."</w:t>
      </w:r>
    </w:p>
    <w:p>
      <w:pPr>
        <w:spacing w:after="60" w:line="266" w:lineRule="auto"/>
        <w:ind w:firstLine="331"/>
        <w:jc w:val="both"/>
      </w:pPr>
      <w:r>
        <w:rPr>
          <w:rFonts w:ascii="Georgia" w:hAnsi="Georgia"/>
          <w:b w:val="0"/>
          <w:i w:val="0"/>
          <w:color w:val="22201D"/>
          <w:sz w:val="20"/>
        </w:rPr>
        <w:t>Flocc read the price.</w:t>
      </w:r>
    </w:p>
    <w:p>
      <w:pPr>
        <w:spacing w:after="60" w:line="250" w:lineRule="auto"/>
        <w:ind w:left="202" w:right="173"/>
      </w:pPr>
      <w:r>
        <w:rPr>
          <w:rFonts w:ascii="Georgia" w:hAnsi="Georgia"/>
          <w:b w:val="0"/>
          <w:i w:val="0"/>
          <w:color w:val="22201D"/>
          <w:sz w:val="17"/>
        </w:rPr>
        <w:t>read first</w:t>
      </w:r>
    </w:p>
    <w:p>
      <w:pPr>
        <w:spacing w:after="60" w:line="266" w:lineRule="auto"/>
        <w:ind w:firstLine="331"/>
        <w:jc w:val="both"/>
      </w:pPr>
      <w:r>
        <w:rPr>
          <w:rFonts w:ascii="Georgia" w:hAnsi="Georgia"/>
          <w:b w:val="0"/>
          <w:i w:val="0"/>
          <w:color w:val="22201D"/>
          <w:sz w:val="20"/>
        </w:rPr>
        <w:t>The signature line extended itself by half an inch.</w:t>
      </w:r>
    </w:p>
    <w:p>
      <w:pPr>
        <w:spacing w:after="60" w:line="266" w:lineRule="auto"/>
        <w:ind w:firstLine="331"/>
        <w:jc w:val="both"/>
      </w:pPr>
      <w:r>
        <w:rPr>
          <w:rFonts w:ascii="Georgia" w:hAnsi="Georgia"/>
          <w:b w:val="0"/>
          <w:i w:val="0"/>
          <w:color w:val="22201D"/>
          <w:sz w:val="20"/>
        </w:rPr>
        <w:t>Gerald covered the extension with the ugly ruler.</w:t>
      </w:r>
    </w:p>
    <w:p>
      <w:pPr>
        <w:spacing w:after="60" w:line="266" w:lineRule="auto"/>
        <w:ind w:firstLine="331"/>
        <w:jc w:val="both"/>
      </w:pPr>
      <w:r>
        <w:rPr>
          <w:rFonts w:ascii="Georgia" w:hAnsi="Georgia"/>
          <w:b w:val="0"/>
          <w:i w:val="0"/>
          <w:color w:val="22201D"/>
          <w:sz w:val="20"/>
        </w:rPr>
        <w:t>"No reaching."</w:t>
      </w:r>
    </w:p>
    <w:p>
      <w:pPr>
        <w:spacing w:after="60" w:line="266" w:lineRule="auto"/>
        <w:ind w:firstLine="331"/>
        <w:jc w:val="both"/>
      </w:pPr>
      <w:r>
        <w:rPr>
          <w:rFonts w:ascii="Georgia" w:hAnsi="Georgia"/>
          <w:b w:val="0"/>
          <w:i w:val="0"/>
          <w:color w:val="22201D"/>
          <w:sz w:val="20"/>
        </w:rPr>
        <w:t>The line withdrew.</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signature line attempted spatial encouragement Gerald prevented reach</w:t>
      </w:r>
    </w:p>
    <w:p>
      <w:pPr>
        <w:spacing w:after="60" w:line="266" w:lineRule="auto"/>
        <w:ind w:firstLine="331"/>
        <w:jc w:val="both"/>
      </w:pPr>
      <w:r>
        <w:rPr>
          <w:rFonts w:ascii="Georgia" w:hAnsi="Georgia"/>
          <w:b w:val="0"/>
          <w:i w:val="0"/>
          <w:color w:val="22201D"/>
          <w:sz w:val="20"/>
        </w:rPr>
        <w:t>Nico whispered, "Spatial encouragement is terrifying."</w:t>
      </w:r>
    </w:p>
    <w:p>
      <w:pPr>
        <w:spacing w:after="60" w:line="266" w:lineRule="auto"/>
        <w:ind w:firstLine="331"/>
        <w:jc w:val="both"/>
      </w:pPr>
      <w:r>
        <w:rPr>
          <w:rFonts w:ascii="Georgia" w:hAnsi="Georgia"/>
          <w:b w:val="0"/>
          <w:i w:val="0"/>
          <w:color w:val="22201D"/>
          <w:sz w:val="20"/>
        </w:rPr>
        <w:t>"Most layout is," Gerald said.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"Read first."</w:t>
      </w:r>
    </w:p>
    <w:p>
      <w:pPr>
        <w:spacing w:after="60" w:line="266" w:lineRule="auto"/>
        <w:ind w:firstLine="331"/>
        <w:jc w:val="both"/>
      </w:pPr>
      <w:r>
        <w:rPr>
          <w:rFonts w:ascii="Georgia" w:hAnsi="Georgia"/>
          <w:b w:val="0"/>
          <w:i w:val="0"/>
          <w:color w:val="22201D"/>
          <w:sz w:val="20"/>
        </w:rPr>
        <w:t>He read the signature card.</w:t>
      </w:r>
    </w:p>
    <w:p>
      <w:pPr>
        <w:spacing w:after="60" w:line="266" w:lineRule="auto"/>
        <w:ind w:firstLine="331"/>
        <w:jc w:val="both"/>
      </w:pPr>
      <w:r>
        <w:rPr>
          <w:rFonts w:ascii="Georgia" w:hAnsi="Georgia"/>
          <w:b w:val="0"/>
          <w:i w:val="0"/>
          <w:color w:val="22201D"/>
          <w:sz w:val="20"/>
        </w:rPr>
        <w:t>"Signature Line. Read first. Signed."</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Gerald sighed through his nose.</w:t>
      </w:r>
    </w:p>
    <w:p>
      <w:pPr>
        <w:spacing w:after="60" w:line="266" w:lineRule="auto"/>
        <w:ind w:firstLine="331"/>
        <w:jc w:val="both"/>
      </w:pPr>
      <w:r>
        <w:rPr>
          <w:rFonts w:ascii="Georgia" w:hAnsi="Georgia"/>
          <w:b w:val="0"/>
          <w:i w:val="0"/>
          <w:color w:val="22201D"/>
          <w:sz w:val="20"/>
        </w:rPr>
        <w:t>"You read the label, not the document."</w:t>
      </w:r>
    </w:p>
    <w:p>
      <w:pPr>
        <w:spacing w:after="60" w:line="266" w:lineRule="auto"/>
        <w:ind w:firstLine="331"/>
        <w:jc w:val="both"/>
      </w:pPr>
      <w:r>
        <w:rPr>
          <w:rFonts w:ascii="Georgia" w:hAnsi="Georgia"/>
          <w:b w:val="0"/>
          <w:i w:val="0"/>
          <w:color w:val="22201D"/>
          <w:sz w:val="20"/>
        </w:rPr>
        <w:t>Flocc looked at the table.</w:t>
      </w:r>
    </w:p>
    <w:p>
      <w:pPr>
        <w:spacing w:after="60" w:line="266" w:lineRule="auto"/>
        <w:ind w:firstLine="331"/>
        <w:jc w:val="both"/>
      </w:pPr>
      <w:r>
        <w:rPr>
          <w:rFonts w:ascii="Georgia" w:hAnsi="Georgia"/>
          <w:b w:val="0"/>
          <w:i w:val="0"/>
          <w:color w:val="22201D"/>
          <w:sz w:val="20"/>
        </w:rPr>
        <w:t>The document chain lay in order:</w:t>
      </w:r>
    </w:p>
    <w:p>
      <w:pPr>
        <w:spacing w:after="60" w:line="266" w:lineRule="auto"/>
        <w:ind w:firstLine="331"/>
        <w:jc w:val="both"/>
      </w:pPr>
      <w:r>
        <w:rPr>
          <w:rFonts w:ascii="Georgia" w:hAnsi="Georgia"/>
          <w:b w:val="0"/>
          <w:i w:val="0"/>
          <w:color w:val="22201D"/>
          <w:sz w:val="20"/>
        </w:rPr>
        <w:t>front label reading procedure label inspection sauce label draft batch log waiver form petition signature line</w:t>
      </w:r>
    </w:p>
    <w:p>
      <w:pPr>
        <w:spacing w:after="60" w:line="266" w:lineRule="auto"/>
        <w:ind w:firstLine="331"/>
        <w:jc w:val="both"/>
      </w:pPr>
      <w:r>
        <w:rPr>
          <w:rFonts w:ascii="Georgia" w:hAnsi="Georgia"/>
          <w:b w:val="0"/>
          <w:i w:val="0"/>
          <w:color w:val="22201D"/>
          <w:sz w:val="20"/>
        </w:rPr>
        <w:t>Read first did not mean read the line.</w:t>
      </w:r>
    </w:p>
    <w:p>
      <w:pPr>
        <w:spacing w:after="60" w:line="266" w:lineRule="auto"/>
        <w:ind w:firstLine="331"/>
        <w:jc w:val="both"/>
      </w:pPr>
      <w:r>
        <w:rPr>
          <w:rFonts w:ascii="Georgia" w:hAnsi="Georgia"/>
          <w:b w:val="0"/>
          <w:i w:val="0"/>
          <w:color w:val="22201D"/>
          <w:sz w:val="20"/>
        </w:rPr>
        <w:t>It meant read everything the line wanted to conclude.</w:t>
      </w:r>
    </w:p>
    <w:p>
      <w:pPr>
        <w:spacing w:after="60" w:line="266" w:lineRule="auto"/>
        <w:ind w:firstLine="331"/>
        <w:jc w:val="both"/>
      </w:pPr>
      <w:r>
        <w:rPr>
          <w:rFonts w:ascii="Georgia" w:hAnsi="Georgia"/>
          <w:b w:val="0"/>
          <w:i w:val="0"/>
          <w:color w:val="22201D"/>
          <w:sz w:val="20"/>
        </w:rPr>
        <w:t>"Start at the first active document," the Hostess said.</w:t>
      </w:r>
    </w:p>
    <w:p>
      <w:pPr>
        <w:spacing w:after="60" w:line="266" w:lineRule="auto"/>
        <w:ind w:firstLine="331"/>
        <w:jc w:val="both"/>
      </w:pPr>
      <w:r>
        <w:rPr>
          <w:rFonts w:ascii="Georgia" w:hAnsi="Georgia"/>
          <w:b w:val="0"/>
          <w:i w:val="0"/>
          <w:color w:val="22201D"/>
          <w:sz w:val="20"/>
        </w:rPr>
        <w:t>Flocc started with the failed front label.</w:t>
      </w:r>
    </w:p>
    <w:p>
      <w:pPr>
        <w:spacing w:after="60" w:line="266" w:lineRule="auto"/>
        <w:ind w:firstLine="331"/>
        <w:jc w:val="both"/>
      </w:pPr>
      <w:r>
        <w:rPr>
          <w:rFonts w:ascii="Georgia" w:hAnsi="Georgia"/>
          <w:b w:val="0"/>
          <w:i w:val="0"/>
          <w:color w:val="22201D"/>
          <w:sz w:val="20"/>
        </w:rPr>
        <w:t>Not because it was approved.</w:t>
      </w:r>
    </w:p>
    <w:p>
      <w:pPr>
        <w:spacing w:after="60" w:line="266" w:lineRule="auto"/>
        <w:ind w:firstLine="331"/>
        <w:jc w:val="both"/>
      </w:pPr>
      <w:r>
        <w:rPr>
          <w:rFonts w:ascii="Georgia" w:hAnsi="Georgia"/>
          <w:b w:val="0"/>
          <w:i w:val="0"/>
          <w:color w:val="22201D"/>
          <w:sz w:val="20"/>
        </w:rPr>
        <w:t>Because it was the first warning about speed.</w:t>
      </w:r>
    </w:p>
    <w:p>
      <w:pPr>
        <w:spacing w:after="60" w:line="266" w:lineRule="auto"/>
        <w:ind w:firstLine="331"/>
        <w:jc w:val="both"/>
      </w:pPr>
      <w:r>
        <w:rPr>
          <w:rFonts w:ascii="Georgia" w:hAnsi="Georgia"/>
          <w:b w:val="0"/>
          <w:i w:val="0"/>
          <w:color w:val="22201D"/>
          <w:sz w:val="20"/>
        </w:rPr>
        <w:t>He read the category notes:</w:t>
      </w:r>
    </w:p>
    <w:p>
      <w:pPr>
        <w:spacing w:after="60" w:line="250" w:lineRule="auto"/>
        <w:ind w:left="202" w:right="173"/>
      </w:pPr>
      <w:r>
        <w:rPr>
          <w:rFonts w:ascii="Georgia" w:hAnsi="Georgia"/>
          <w:b w:val="0"/>
          <w:i w:val="0"/>
          <w:color w:val="22201D"/>
          <w:sz w:val="17"/>
        </w:rPr>
        <w:t>front label not jar not sauce not waiver not signature not product</w:t>
      </w:r>
    </w:p>
    <w:p>
      <w:pPr>
        <w:spacing w:after="60" w:line="266" w:lineRule="auto"/>
        <w:ind w:firstLine="331"/>
        <w:jc w:val="both"/>
      </w:pPr>
      <w:r>
        <w:rPr>
          <w:rFonts w:ascii="Georgia" w:hAnsi="Georgia"/>
          <w:b w:val="0"/>
          <w:i w:val="0"/>
          <w:color w:val="22201D"/>
          <w:sz w:val="20"/>
        </w:rPr>
        <w:t>He read the hidden term:</w:t>
      </w:r>
    </w:p>
    <w:p>
      <w:pPr>
        <w:spacing w:after="60" w:line="250" w:lineRule="auto"/>
        <w:ind w:left="202" w:right="173"/>
      </w:pPr>
      <w:r>
        <w:rPr>
          <w:rFonts w:ascii="Georgia" w:hAnsi="Georgia"/>
          <w:b w:val="0"/>
          <w:i w:val="0"/>
          <w:color w:val="22201D"/>
          <w:sz w:val="17"/>
        </w:rPr>
        <w:t>BY CONTINUING TO LOOK, YOU AGREE—</w:t>
      </w:r>
    </w:p>
    <w:p>
      <w:pPr>
        <w:spacing w:after="60" w:line="266" w:lineRule="auto"/>
        <w:ind w:firstLine="331"/>
        <w:jc w:val="both"/>
      </w:pPr>
      <w:r>
        <w:rPr>
          <w:rFonts w:ascii="Georgia" w:hAnsi="Georgia"/>
          <w:b w:val="0"/>
          <w:i w:val="0"/>
          <w:color w:val="22201D"/>
          <w:sz w:val="20"/>
        </w:rPr>
        <w:t>He read the inspection failure.</w:t>
      </w:r>
    </w:p>
    <w:p>
      <w:pPr>
        <w:spacing w:after="60" w:line="250" w:lineRule="auto"/>
        <w:ind w:left="202" w:right="173"/>
      </w:pPr>
      <w:r>
        <w:rPr>
          <w:rFonts w:ascii="Georgia" w:hAnsi="Georgia"/>
          <w:b w:val="0"/>
          <w:i w:val="0"/>
          <w:color w:val="22201D"/>
          <w:sz w:val="17"/>
        </w:rPr>
        <w:t>INSPECTION FAILED. REVISION REQUIRED.</w:t>
      </w:r>
    </w:p>
    <w:p>
      <w:pPr>
        <w:spacing w:after="60" w:line="266" w:lineRule="auto"/>
        <w:ind w:firstLine="331"/>
        <w:jc w:val="both"/>
      </w:pPr>
      <w:r>
        <w:rPr>
          <w:rFonts w:ascii="Georgia" w:hAnsi="Georgia"/>
          <w:b w:val="0"/>
          <w:i w:val="0"/>
          <w:color w:val="22201D"/>
          <w:sz w:val="20"/>
        </w:rPr>
        <w:t>The signature line became shorter.</w:t>
      </w:r>
    </w:p>
    <w:p>
      <w:pPr>
        <w:spacing w:after="60" w:line="266" w:lineRule="auto"/>
        <w:ind w:firstLine="331"/>
        <w:jc w:val="both"/>
      </w:pPr>
      <w:r>
        <w:rPr>
          <w:rFonts w:ascii="Georgia" w:hAnsi="Georgia"/>
          <w:b w:val="0"/>
          <w:i w:val="0"/>
          <w:color w:val="22201D"/>
          <w:sz w:val="20"/>
        </w:rPr>
        <w:t>This was interesting.</w:t>
      </w:r>
    </w:p>
    <w:p>
      <w:pPr>
        <w:spacing w:after="60" w:line="266" w:lineRule="auto"/>
        <w:ind w:firstLine="331"/>
        <w:jc w:val="both"/>
      </w:pPr>
      <w:r>
        <w:rPr>
          <w:rFonts w:ascii="Georgia" w:hAnsi="Georgia"/>
          <w:b w:val="0"/>
          <w:i w:val="0"/>
          <w:color w:val="22201D"/>
          <w:sz w:val="20"/>
        </w:rPr>
        <w:t>Gerald noticed.</w:t>
      </w:r>
    </w:p>
    <w:p>
      <w:pPr>
        <w:spacing w:after="60" w:line="266" w:lineRule="auto"/>
        <w:ind w:firstLine="331"/>
        <w:jc w:val="both"/>
      </w:pPr>
      <w:r>
        <w:rPr>
          <w:rFonts w:ascii="Georgia" w:hAnsi="Georgia"/>
          <w:b w:val="0"/>
          <w:i w:val="0"/>
          <w:color w:val="22201D"/>
          <w:sz w:val="20"/>
        </w:rPr>
        <w:t>"Reading reduces false urgency."</w:t>
      </w:r>
    </w:p>
    <w:p>
      <w:pPr>
        <w:spacing w:after="60" w:line="266" w:lineRule="auto"/>
        <w:ind w:firstLine="331"/>
        <w:jc w:val="both"/>
      </w:pPr>
      <w:r>
        <w:rPr>
          <w:rFonts w:ascii="Georgia" w:hAnsi="Georgia"/>
          <w:b w:val="0"/>
          <w:i w:val="0"/>
          <w:color w:val="22201D"/>
          <w:sz w:val="20"/>
        </w:rPr>
        <w:t>Steve wrote that down.</w:t>
      </w:r>
    </w:p>
    <w:p>
      <w:pPr>
        <w:spacing w:after="60" w:line="266" w:lineRule="auto"/>
        <w:ind w:firstLine="331"/>
        <w:jc w:val="both"/>
      </w:pPr>
      <w:r>
        <w:rPr>
          <w:rFonts w:ascii="Georgia" w:hAnsi="Georgia"/>
          <w:b w:val="0"/>
          <w:i w:val="0"/>
          <w:color w:val="22201D"/>
          <w:sz w:val="20"/>
        </w:rPr>
        <w:t>The signature line did not object, possibly because objection would have proven the point.</w:t>
      </w:r>
    </w:p>
    <w:p>
      <w:pPr>
        <w:spacing w:after="60" w:line="266" w:lineRule="auto"/>
        <w:ind w:firstLine="331"/>
        <w:jc w:val="both"/>
      </w:pPr>
      <w:r>
        <w:rPr>
          <w:rFonts w:ascii="Georgia" w:hAnsi="Georgia"/>
          <w:b w:val="0"/>
          <w:i w:val="0"/>
          <w:color w:val="22201D"/>
          <w:sz w:val="20"/>
        </w:rPr>
        <w:t>Flocc read the label inspection.</w:t>
      </w:r>
    </w:p>
    <w:p>
      <w:pPr>
        <w:spacing w:after="60" w:line="266" w:lineRule="auto"/>
        <w:ind w:firstLine="331"/>
        <w:jc w:val="both"/>
      </w:pPr>
      <w:r>
        <w:rPr>
          <w:rFonts w:ascii="Georgia" w:hAnsi="Georgia"/>
          <w:b w:val="0"/>
          <w:i w:val="0"/>
          <w:color w:val="22201D"/>
          <w:sz w:val="20"/>
        </w:rPr>
        <w:t>Warning hierarchy failed. Hidden terms. Adhesive-backed acknowledgment. False approval mark. Missing warnings. Omission-as-hiddenness.</w:t>
      </w:r>
    </w:p>
    <w:p>
      <w:pPr>
        <w:spacing w:after="60" w:line="266" w:lineRule="auto"/>
        <w:ind w:firstLine="331"/>
        <w:jc w:val="both"/>
      </w:pPr>
      <w:r>
        <w:rPr>
          <w:rFonts w:ascii="Georgia" w:hAnsi="Georgia"/>
          <w:b w:val="0"/>
          <w:i w:val="0"/>
          <w:color w:val="22201D"/>
          <w:sz w:val="20"/>
        </w:rPr>
        <w:t>He read slowly enough that the words stopped being a pile of reasons and became a map of where the document had tried to rush him.</w:t>
      </w:r>
    </w:p>
    <w:p>
      <w:pPr>
        <w:spacing w:after="60" w:line="266" w:lineRule="auto"/>
        <w:ind w:firstLine="331"/>
        <w:jc w:val="both"/>
      </w:pPr>
      <w:r>
        <w:rPr>
          <w:rFonts w:ascii="Georgia" w:hAnsi="Georgia"/>
          <w:b w:val="0"/>
          <w:i w:val="0"/>
          <w:color w:val="22201D"/>
          <w:sz w:val="20"/>
        </w:rPr>
        <w:t>Then he read the sauce label.</w:t>
      </w:r>
    </w:p>
    <w:p>
      <w:pPr>
        <w:spacing w:after="60" w:line="266" w:lineRule="auto"/>
        <w:ind w:firstLine="331"/>
        <w:jc w:val="both"/>
      </w:pPr>
      <w:r>
        <w:rPr>
          <w:rFonts w:ascii="Georgia" w:hAnsi="Georgia"/>
          <w:b w:val="0"/>
          <w:i w:val="0"/>
          <w:color w:val="22201D"/>
          <w:sz w:val="20"/>
        </w:rPr>
        <w:t>Gold Pheasant Peach Scotch Bonnet.</w:t>
      </w:r>
    </w:p>
    <w:p>
      <w:pPr>
        <w:spacing w:after="60" w:line="266" w:lineRule="auto"/>
        <w:ind w:firstLine="331"/>
        <w:jc w:val="both"/>
      </w:pPr>
      <w:r>
        <w:rPr>
          <w:rFonts w:ascii="Georgia" w:hAnsi="Georgia"/>
          <w:b w:val="0"/>
          <w:i w:val="0"/>
          <w:color w:val="22201D"/>
          <w:sz w:val="20"/>
        </w:rPr>
        <w:t>Warning before charm.</w:t>
      </w:r>
    </w:p>
    <w:p>
      <w:pPr>
        <w:spacing w:after="60" w:line="266" w:lineRule="auto"/>
        <w:ind w:firstLine="331"/>
        <w:jc w:val="both"/>
      </w:pPr>
      <w:r>
        <w:rPr>
          <w:rFonts w:ascii="Georgia" w:hAnsi="Georgia"/>
          <w:b w:val="0"/>
          <w:i w:val="0"/>
          <w:color w:val="22201D"/>
          <w:sz w:val="20"/>
        </w:rPr>
        <w:t>Sweetness may arrive before heat.</w:t>
      </w:r>
    </w:p>
    <w:p>
      <w:pPr>
        <w:spacing w:after="60" w:line="266" w:lineRule="auto"/>
        <w:ind w:firstLine="331"/>
        <w:jc w:val="both"/>
      </w:pPr>
      <w:r>
        <w:rPr>
          <w:rFonts w:ascii="Georgia" w:hAnsi="Georgia"/>
          <w:b w:val="0"/>
          <w:i w:val="0"/>
          <w:color w:val="22201D"/>
          <w:sz w:val="20"/>
        </w:rPr>
        <w:t>Do not treat sweetness as safety.</w:t>
      </w:r>
    </w:p>
    <w:p>
      <w:pPr>
        <w:spacing w:after="60" w:line="266" w:lineRule="auto"/>
        <w:ind w:firstLine="331"/>
        <w:jc w:val="both"/>
      </w:pPr>
      <w:r>
        <w:rPr>
          <w:rFonts w:ascii="Georgia" w:hAnsi="Georgia"/>
          <w:b w:val="0"/>
          <w:i w:val="0"/>
          <w:color w:val="22201D"/>
          <w:sz w:val="20"/>
        </w:rPr>
        <w:t>Do not taste from jar.</w:t>
      </w:r>
    </w:p>
    <w:p>
      <w:pPr>
        <w:spacing w:after="60" w:line="266" w:lineRule="auto"/>
        <w:ind w:firstLine="331"/>
        <w:jc w:val="both"/>
      </w:pPr>
      <w:r>
        <w:rPr>
          <w:rFonts w:ascii="Georgia" w:hAnsi="Georgia"/>
          <w:b w:val="0"/>
          <w:i w:val="0"/>
          <w:color w:val="22201D"/>
          <w:sz w:val="20"/>
        </w:rPr>
        <w:t>Declining requires no explanation.</w:t>
      </w:r>
    </w:p>
    <w:p>
      <w:pPr>
        <w:spacing w:after="60" w:line="266" w:lineRule="auto"/>
        <w:ind w:firstLine="331"/>
        <w:jc w:val="both"/>
      </w:pPr>
      <w:r>
        <w:rPr>
          <w:rFonts w:ascii="Georgia" w:hAnsi="Georgia"/>
          <w:b w:val="0"/>
          <w:i w:val="0"/>
          <w:color w:val="22201D"/>
          <w:sz w:val="20"/>
        </w:rPr>
        <w:t>Batch incomplete.</w:t>
      </w:r>
    </w:p>
    <w:p>
      <w:pPr>
        <w:spacing w:after="60" w:line="266" w:lineRule="auto"/>
        <w:ind w:firstLine="331"/>
        <w:jc w:val="both"/>
      </w:pPr>
      <w:r>
        <w:rPr>
          <w:rFonts w:ascii="Georgia" w:hAnsi="Georgia"/>
          <w:b w:val="0"/>
          <w:i w:val="0"/>
          <w:color w:val="22201D"/>
          <w:sz w:val="20"/>
        </w:rPr>
        <w:t>Waiver not active.</w:t>
      </w:r>
    </w:p>
    <w:p>
      <w:pPr>
        <w:spacing w:after="60" w:line="266" w:lineRule="auto"/>
        <w:ind w:firstLine="331"/>
        <w:jc w:val="both"/>
      </w:pPr>
      <w:r>
        <w:rPr>
          <w:rFonts w:ascii="Georgia" w:hAnsi="Georgia"/>
          <w:b w:val="0"/>
          <w:i w:val="0"/>
          <w:color w:val="22201D"/>
          <w:sz w:val="20"/>
        </w:rPr>
        <w:t>Consent not requested.</w:t>
      </w:r>
    </w:p>
    <w:p>
      <w:pPr>
        <w:spacing w:after="60" w:line="266" w:lineRule="auto"/>
        <w:ind w:firstLine="331"/>
        <w:jc w:val="both"/>
      </w:pPr>
      <w:r>
        <w:rPr>
          <w:rFonts w:ascii="Georgia" w:hAnsi="Georgia"/>
          <w:b w:val="0"/>
          <w:i w:val="0"/>
          <w:color w:val="22201D"/>
          <w:sz w:val="20"/>
        </w:rPr>
        <w:t>The signature line shortened again.</w:t>
      </w:r>
    </w:p>
    <w:p>
      <w:pPr>
        <w:spacing w:after="60" w:line="266" w:lineRule="auto"/>
        <w:ind w:firstLine="331"/>
        <w:jc w:val="both"/>
      </w:pPr>
      <w:r>
        <w:rPr>
          <w:rFonts w:ascii="Georgia" w:hAnsi="Georgia"/>
          <w:b w:val="0"/>
          <w:i w:val="0"/>
          <w:color w:val="22201D"/>
          <w:sz w:val="20"/>
        </w:rPr>
        <w:t>It now looked less ceremonial and more like a normal blank.</w:t>
      </w:r>
    </w:p>
    <w:p>
      <w:pPr>
        <w:spacing w:after="60" w:line="266" w:lineRule="auto"/>
        <w:ind w:firstLine="331"/>
        <w:jc w:val="both"/>
      </w:pPr>
      <w:r>
        <w:rPr>
          <w:rFonts w:ascii="Georgia" w:hAnsi="Georgia"/>
          <w:b w:val="0"/>
          <w:i w:val="0"/>
          <w:color w:val="22201D"/>
          <w:sz w:val="20"/>
        </w:rPr>
        <w:t>Nico said, "This is the first time I have seen typography become less manipulative in real time."</w:t>
      </w:r>
    </w:p>
    <w:p>
      <w:pPr>
        <w:spacing w:after="60" w:line="266" w:lineRule="auto"/>
        <w:ind w:firstLine="331"/>
        <w:jc w:val="both"/>
      </w:pPr>
      <w:r>
        <w:rPr>
          <w:rFonts w:ascii="Georgia" w:hAnsi="Georgia"/>
          <w:b w:val="0"/>
          <w:i w:val="0"/>
          <w:color w:val="22201D"/>
          <w:sz w:val="20"/>
        </w:rPr>
        <w:t>Gerald said, "Then watch quietly."</w:t>
      </w:r>
    </w:p>
    <w:p>
      <w:pPr>
        <w:spacing w:after="60" w:line="266" w:lineRule="auto"/>
        <w:ind w:firstLine="331"/>
        <w:jc w:val="both"/>
      </w:pPr>
      <w:r>
        <w:rPr>
          <w:rFonts w:ascii="Georgia" w:hAnsi="Georgia"/>
          <w:b w:val="0"/>
          <w:i w:val="0"/>
          <w:color w:val="22201D"/>
          <w:sz w:val="20"/>
        </w:rPr>
        <w:t>Flocc read the batch log.</w:t>
      </w:r>
    </w:p>
    <w:p>
      <w:pPr>
        <w:spacing w:after="60" w:line="266" w:lineRule="auto"/>
        <w:ind w:firstLine="331"/>
        <w:jc w:val="both"/>
      </w:pPr>
      <w:r>
        <w:rPr>
          <w:rFonts w:ascii="Georgia" w:hAnsi="Georgia"/>
          <w:b w:val="0"/>
          <w:i w:val="0"/>
          <w:color w:val="22201D"/>
          <w:sz w:val="20"/>
        </w:rPr>
        <w:t>Peach pulp: 324 grams.</w:t>
      </w:r>
    </w:p>
    <w:p>
      <w:pPr>
        <w:spacing w:after="60" w:line="266" w:lineRule="auto"/>
        <w:ind w:firstLine="331"/>
        <w:jc w:val="both"/>
      </w:pPr>
      <w:r>
        <w:rPr>
          <w:rFonts w:ascii="Georgia" w:hAnsi="Georgia"/>
          <w:b w:val="0"/>
          <w:i w:val="0"/>
          <w:color w:val="22201D"/>
          <w:sz w:val="20"/>
        </w:rPr>
        <w:t>Scotch bonnet pepper mash: 146 grams.</w:t>
      </w:r>
    </w:p>
    <w:p>
      <w:pPr>
        <w:spacing w:after="60" w:line="266" w:lineRule="auto"/>
        <w:ind w:firstLine="331"/>
        <w:jc w:val="both"/>
      </w:pPr>
      <w:r>
        <w:rPr>
          <w:rFonts w:ascii="Georgia" w:hAnsi="Georgia"/>
          <w:b w:val="0"/>
          <w:i w:val="0"/>
          <w:color w:val="22201D"/>
          <w:sz w:val="20"/>
        </w:rPr>
        <w:t>Golden vinegar: 251 grams.</w:t>
      </w:r>
    </w:p>
    <w:p>
      <w:pPr>
        <w:spacing w:after="60" w:line="266" w:lineRule="auto"/>
        <w:ind w:firstLine="331"/>
        <w:jc w:val="both"/>
      </w:pPr>
      <w:r>
        <w:rPr>
          <w:rFonts w:ascii="Georgia" w:hAnsi="Georgia"/>
          <w:b w:val="0"/>
          <w:i w:val="0"/>
          <w:color w:val="22201D"/>
          <w:sz w:val="20"/>
        </w:rPr>
        <w:t>Salt: 28 grams.</w:t>
      </w:r>
    </w:p>
    <w:p>
      <w:pPr>
        <w:spacing w:after="60" w:line="266" w:lineRule="auto"/>
        <w:ind w:firstLine="331"/>
        <w:jc w:val="both"/>
      </w:pPr>
      <w:r>
        <w:rPr>
          <w:rFonts w:ascii="Georgia" w:hAnsi="Georgia"/>
          <w:b w:val="0"/>
          <w:i w:val="0"/>
          <w:color w:val="22201D"/>
          <w:sz w:val="20"/>
        </w:rPr>
        <w:t>Total measured ingredient mass: 749 grams.</w:t>
      </w:r>
    </w:p>
    <w:p>
      <w:pPr>
        <w:spacing w:after="60" w:line="266" w:lineRule="auto"/>
        <w:ind w:firstLine="331"/>
        <w:jc w:val="both"/>
      </w:pPr>
      <w:r>
        <w:rPr>
          <w:rFonts w:ascii="Georgia" w:hAnsi="Georgia"/>
          <w:b w:val="0"/>
          <w:i w:val="0"/>
          <w:color w:val="22201D"/>
          <w:sz w:val="20"/>
        </w:rPr>
        <w:t>Pepper source variety sheet unresolved.</w:t>
      </w:r>
    </w:p>
    <w:p>
      <w:pPr>
        <w:spacing w:after="60" w:line="266" w:lineRule="auto"/>
        <w:ind w:firstLine="331"/>
        <w:jc w:val="both"/>
      </w:pPr>
      <w:r>
        <w:rPr>
          <w:rFonts w:ascii="Georgia" w:hAnsi="Georgia"/>
          <w:b w:val="0"/>
          <w:i w:val="0"/>
          <w:color w:val="22201D"/>
          <w:sz w:val="20"/>
        </w:rPr>
        <w:t>Final heat claim unresolved.</w:t>
      </w:r>
    </w:p>
    <w:p>
      <w:pPr>
        <w:spacing w:after="60" w:line="266" w:lineRule="auto"/>
        <w:ind w:firstLine="331"/>
        <w:jc w:val="both"/>
      </w:pPr>
      <w:r>
        <w:rPr>
          <w:rFonts w:ascii="Georgia" w:hAnsi="Georgia"/>
          <w:b w:val="0"/>
          <w:i w:val="0"/>
          <w:color w:val="22201D"/>
          <w:sz w:val="20"/>
        </w:rPr>
        <w:t>Net final yield unresolved.</w:t>
      </w:r>
    </w:p>
    <w:p>
      <w:pPr>
        <w:spacing w:after="60" w:line="266" w:lineRule="auto"/>
        <w:ind w:firstLine="331"/>
        <w:jc w:val="both"/>
      </w:pPr>
      <w:r>
        <w:rPr>
          <w:rFonts w:ascii="Georgia" w:hAnsi="Georgia"/>
          <w:b w:val="0"/>
          <w:i w:val="0"/>
          <w:color w:val="22201D"/>
          <w:sz w:val="20"/>
        </w:rPr>
        <w:t>The signature line twitched at unresolved.</w:t>
      </w:r>
    </w:p>
    <w:p>
      <w:pPr>
        <w:spacing w:after="60" w:line="266" w:lineRule="auto"/>
        <w:ind w:firstLine="331"/>
        <w:jc w:val="both"/>
      </w:pPr>
      <w:r>
        <w:rPr>
          <w:rFonts w:ascii="Georgia" w:hAnsi="Georgia"/>
          <w:b w:val="0"/>
          <w:i w:val="0"/>
          <w:color w:val="22201D"/>
          <w:sz w:val="20"/>
        </w:rPr>
        <w:t>The Hostess placed one finger near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line held still.</w:t>
      </w:r>
    </w:p>
    <w:p>
      <w:pPr>
        <w:spacing w:after="60" w:line="266" w:lineRule="auto"/>
        <w:ind w:firstLine="331"/>
        <w:jc w:val="both"/>
      </w:pPr>
      <w:r>
        <w:rPr>
          <w:rFonts w:ascii="Georgia" w:hAnsi="Georgia"/>
          <w:b w:val="0"/>
          <w:i w:val="0"/>
          <w:color w:val="22201D"/>
          <w:sz w:val="20"/>
        </w:rPr>
        <w:t>Flocc understood something he did not like: a signature could be used to hide unresolved work by declaring a person willing to carry it. That did not make willingness bad. It made timing important.</w:t>
      </w:r>
    </w:p>
    <w:p>
      <w:pPr>
        <w:spacing w:after="60" w:line="266" w:lineRule="auto"/>
        <w:ind w:firstLine="331"/>
        <w:jc w:val="both"/>
      </w:pPr>
      <w:r>
        <w:rPr>
          <w:rFonts w:ascii="Georgia" w:hAnsi="Georgia"/>
          <w:b w:val="0"/>
          <w:i w:val="0"/>
          <w:color w:val="22201D"/>
          <w:sz w:val="20"/>
        </w:rPr>
        <w:t>He read the waiver form.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Deferred.</w:t>
      </w:r>
    </w:p>
    <w:p>
      <w:pPr>
        <w:spacing w:after="60" w:line="266" w:lineRule="auto"/>
        <w:ind w:firstLine="331"/>
        <w:jc w:val="both"/>
      </w:pPr>
      <w:r>
        <w:rPr>
          <w:rFonts w:ascii="Georgia" w:hAnsi="Georgia"/>
          <w:b w:val="0"/>
          <w:i w:val="0"/>
          <w:color w:val="22201D"/>
          <w:sz w:val="20"/>
        </w:rPr>
        <w:t>No explanation.</w:t>
      </w:r>
    </w:p>
    <w:p>
      <w:pPr>
        <w:spacing w:after="60" w:line="266" w:lineRule="auto"/>
        <w:ind w:firstLine="331"/>
        <w:jc w:val="both"/>
      </w:pPr>
      <w:r>
        <w:rPr>
          <w:rFonts w:ascii="Georgia" w:hAnsi="Georgia"/>
          <w:b w:val="0"/>
          <w:i w:val="0"/>
          <w:color w:val="22201D"/>
          <w:sz w:val="20"/>
        </w:rPr>
        <w:t>No bravery assigned.</w:t>
      </w:r>
    </w:p>
    <w:p>
      <w:pPr>
        <w:spacing w:after="60" w:line="266" w:lineRule="auto"/>
        <w:ind w:firstLine="331"/>
        <w:jc w:val="both"/>
      </w:pPr>
      <w:r>
        <w:rPr>
          <w:rFonts w:ascii="Georgia" w:hAnsi="Georgia"/>
          <w:b w:val="0"/>
          <w:i w:val="0"/>
          <w:color w:val="22201D"/>
          <w:sz w:val="20"/>
        </w:rPr>
        <w:t>No fear assigned.</w:t>
      </w:r>
    </w:p>
    <w:p>
      <w:pPr>
        <w:spacing w:after="60" w:line="266" w:lineRule="auto"/>
        <w:ind w:firstLine="331"/>
        <w:jc w:val="both"/>
      </w:pPr>
      <w:r>
        <w:rPr>
          <w:rFonts w:ascii="Georgia" w:hAnsi="Georgia"/>
          <w:b w:val="0"/>
          <w:i w:val="0"/>
          <w:color w:val="22201D"/>
          <w:sz w:val="20"/>
        </w:rPr>
        <w:t>No silence treated as consent.</w:t>
      </w:r>
    </w:p>
    <w:p>
      <w:pPr>
        <w:spacing w:after="60" w:line="266" w:lineRule="auto"/>
        <w:ind w:firstLine="331"/>
        <w:jc w:val="both"/>
      </w:pPr>
      <w:r>
        <w:rPr>
          <w:rFonts w:ascii="Georgia" w:hAnsi="Georgia"/>
          <w:b w:val="0"/>
          <w:i w:val="0"/>
          <w:color w:val="22201D"/>
          <w:sz w:val="20"/>
        </w:rPr>
        <w:t>No story use.</w:t>
      </w:r>
    </w:p>
    <w:p>
      <w:pPr>
        <w:spacing w:after="60" w:line="266" w:lineRule="auto"/>
        <w:ind w:firstLine="331"/>
        <w:jc w:val="both"/>
      </w:pPr>
      <w:r>
        <w:rPr>
          <w:rFonts w:ascii="Georgia" w:hAnsi="Georgia"/>
          <w:b w:val="0"/>
          <w:i w:val="0"/>
          <w:color w:val="22201D"/>
          <w:sz w:val="20"/>
        </w:rPr>
        <w:t>Name optional.</w:t>
      </w:r>
    </w:p>
    <w:p>
      <w:pPr>
        <w:spacing w:after="60" w:line="266" w:lineRule="auto"/>
        <w:ind w:firstLine="331"/>
        <w:jc w:val="both"/>
      </w:pPr>
      <w:r>
        <w:rPr>
          <w:rFonts w:ascii="Georgia" w:hAnsi="Georgia"/>
          <w:b w:val="0"/>
          <w:i w:val="0"/>
          <w:color w:val="22201D"/>
          <w:sz w:val="20"/>
        </w:rPr>
        <w:t>Taste not yet offered.</w:t>
      </w:r>
    </w:p>
    <w:p>
      <w:pPr>
        <w:spacing w:after="60" w:line="266" w:lineRule="auto"/>
        <w:ind w:firstLine="331"/>
        <w:jc w:val="both"/>
      </w:pPr>
      <w:r>
        <w:rPr>
          <w:rFonts w:ascii="Georgia" w:hAnsi="Georgia"/>
          <w:b w:val="0"/>
          <w:i w:val="0"/>
          <w:color w:val="22201D"/>
          <w:sz w:val="20"/>
        </w:rPr>
        <w:t>Consent not yet requested.</w:t>
      </w:r>
    </w:p>
    <w:p>
      <w:pPr>
        <w:spacing w:after="60" w:line="266" w:lineRule="auto"/>
        <w:ind w:firstLine="331"/>
        <w:jc w:val="both"/>
      </w:pPr>
      <w:r>
        <w:rPr>
          <w:rFonts w:ascii="Georgia" w:hAnsi="Georgia"/>
          <w:b w:val="0"/>
          <w:i w:val="0"/>
          <w:color w:val="22201D"/>
          <w:sz w:val="20"/>
        </w:rPr>
        <w:t>The signature line lost its label.</w:t>
      </w:r>
    </w:p>
    <w:p>
      <w:pPr>
        <w:spacing w:after="60" w:line="266" w:lineRule="auto"/>
        <w:ind w:firstLine="331"/>
        <w:jc w:val="both"/>
      </w:pPr>
      <w:r>
        <w:rPr>
          <w:rFonts w:ascii="Georgia" w:hAnsi="Georgia"/>
          <w:b w:val="0"/>
          <w:i w:val="0"/>
          <w:color w:val="22201D"/>
          <w:sz w:val="20"/>
        </w:rPr>
        <w:t>Under the blank, where Signed: had been, new text appeared:</w:t>
      </w:r>
    </w:p>
    <w:p>
      <w:pPr>
        <w:spacing w:after="60" w:line="250" w:lineRule="auto"/>
        <w:ind w:left="202" w:right="173"/>
      </w:pPr>
      <w:r>
        <w:rPr>
          <w:rFonts w:ascii="Georgia" w:hAnsi="Georgia"/>
          <w:b w:val="0"/>
          <w:i w:val="0"/>
          <w:color w:val="22201D"/>
          <w:sz w:val="17"/>
        </w:rPr>
        <w:t>Reviewer:</w:t>
      </w:r>
    </w:p>
    <w:p>
      <w:pPr>
        <w:spacing w:after="60" w:line="266" w:lineRule="auto"/>
        <w:ind w:firstLine="331"/>
        <w:jc w:val="both"/>
      </w:pPr>
      <w:r>
        <w:rPr>
          <w:rFonts w:ascii="Georgia" w:hAnsi="Georgia"/>
          <w:b w:val="0"/>
          <w:i w:val="0"/>
          <w:color w:val="22201D"/>
          <w:sz w:val="20"/>
        </w:rPr>
        <w:t>Gerald's expression improved.</w:t>
      </w:r>
    </w:p>
    <w:p>
      <w:pPr>
        <w:spacing w:after="60" w:line="266" w:lineRule="auto"/>
        <w:ind w:firstLine="331"/>
        <w:jc w:val="both"/>
      </w:pPr>
      <w:r>
        <w:rPr>
          <w:rFonts w:ascii="Georgia" w:hAnsi="Georgia"/>
          <w:b w:val="0"/>
          <w:i w:val="0"/>
          <w:color w:val="22201D"/>
          <w:sz w:val="20"/>
        </w:rPr>
        <w:t>"More accurate."</w:t>
      </w:r>
    </w:p>
    <w:p>
      <w:pPr>
        <w:spacing w:after="60" w:line="266" w:lineRule="auto"/>
        <w:ind w:firstLine="331"/>
        <w:jc w:val="both"/>
      </w:pPr>
      <w:r>
        <w:rPr>
          <w:rFonts w:ascii="Georgia" w:hAnsi="Georgia"/>
          <w:b w:val="0"/>
          <w:i w:val="0"/>
          <w:color w:val="22201D"/>
          <w:sz w:val="20"/>
        </w:rPr>
        <w:t>Flocc kept reading.</w:t>
      </w:r>
    </w:p>
    <w:p>
      <w:pPr>
        <w:spacing w:after="60" w:line="266" w:lineRule="auto"/>
        <w:ind w:firstLine="331"/>
        <w:jc w:val="both"/>
      </w:pPr>
      <w:r>
        <w:rPr>
          <w:rFonts w:ascii="Georgia" w:hAnsi="Georgia"/>
          <w:b w:val="0"/>
          <w:i w:val="0"/>
          <w:color w:val="22201D"/>
          <w:sz w:val="20"/>
        </w:rPr>
        <w:t>The petition came last.</w:t>
      </w:r>
    </w:p>
    <w:p>
      <w:pPr>
        <w:spacing w:after="60" w:line="266" w:lineRule="auto"/>
        <w:ind w:firstLine="331"/>
        <w:jc w:val="both"/>
      </w:pPr>
      <w:r>
        <w:rPr>
          <w:rFonts w:ascii="Georgia" w:hAnsi="Georgia"/>
          <w:b w:val="0"/>
          <w:i w:val="0"/>
          <w:color w:val="22201D"/>
          <w:sz w:val="20"/>
        </w:rPr>
        <w:t>Respect heat.</w:t>
      </w:r>
    </w:p>
    <w:p>
      <w:pPr>
        <w:spacing w:after="60" w:line="266" w:lineRule="auto"/>
        <w:ind w:firstLine="331"/>
        <w:jc w:val="both"/>
      </w:pPr>
      <w:r>
        <w:rPr>
          <w:rFonts w:ascii="Georgia" w:hAnsi="Georgia"/>
          <w:b w:val="0"/>
          <w:i w:val="0"/>
          <w:color w:val="22201D"/>
          <w:sz w:val="20"/>
        </w:rPr>
        <w:t>Respect refusal.</w:t>
      </w:r>
    </w:p>
    <w:p>
      <w:pPr>
        <w:spacing w:after="60" w:line="266" w:lineRule="auto"/>
        <w:ind w:firstLine="331"/>
        <w:jc w:val="both"/>
      </w:pPr>
      <w:r>
        <w:rPr>
          <w:rFonts w:ascii="Georgia" w:hAnsi="Georgia"/>
          <w:b w:val="0"/>
          <w:i w:val="0"/>
          <w:color w:val="22201D"/>
          <w:sz w:val="20"/>
        </w:rPr>
        <w:t>Respect label.</w:t>
      </w:r>
    </w:p>
    <w:p>
      <w:pPr>
        <w:spacing w:after="60" w:line="266" w:lineRule="auto"/>
        <w:ind w:firstLine="331"/>
        <w:jc w:val="both"/>
      </w:pPr>
      <w:r>
        <w:rPr>
          <w:rFonts w:ascii="Georgia" w:hAnsi="Georgia"/>
          <w:b w:val="0"/>
          <w:i w:val="0"/>
          <w:color w:val="22201D"/>
          <w:sz w:val="20"/>
        </w:rPr>
        <w:t>Do not assign personhood.</w:t>
      </w:r>
    </w:p>
    <w:p>
      <w:pPr>
        <w:spacing w:after="60" w:line="266" w:lineRule="auto"/>
        <w:ind w:firstLine="331"/>
        <w:jc w:val="both"/>
      </w:pPr>
      <w:r>
        <w:rPr>
          <w:rFonts w:ascii="Georgia" w:hAnsi="Georgia"/>
          <w:b w:val="0"/>
          <w:i w:val="0"/>
          <w:color w:val="22201D"/>
          <w:sz w:val="20"/>
        </w:rPr>
        <w:t>Procedural protections.</w:t>
      </w:r>
    </w:p>
    <w:p>
      <w:pPr>
        <w:spacing w:after="60" w:line="266" w:lineRule="auto"/>
        <w:ind w:firstLine="331"/>
        <w:jc w:val="both"/>
      </w:pPr>
      <w:r>
        <w:rPr>
          <w:rFonts w:ascii="Georgia" w:hAnsi="Georgia"/>
          <w:b w:val="0"/>
          <w:i w:val="0"/>
          <w:color w:val="22201D"/>
          <w:sz w:val="20"/>
        </w:rPr>
        <w:t>Obligated parties.</w:t>
      </w:r>
    </w:p>
    <w:p>
      <w:pPr>
        <w:spacing w:after="60" w:line="266" w:lineRule="auto"/>
        <w:ind w:firstLine="331"/>
        <w:jc w:val="both"/>
      </w:pPr>
      <w:r>
        <w:rPr>
          <w:rFonts w:ascii="Georgia" w:hAnsi="Georgia"/>
          <w:b w:val="0"/>
          <w:i w:val="0"/>
          <w:color w:val="22201D"/>
          <w:sz w:val="20"/>
        </w:rPr>
        <w:t>Maker, labeler, seller, server, taster, stock handler, inspector, recorder, copywriter.</w:t>
      </w:r>
    </w:p>
    <w:p>
      <w:pPr>
        <w:spacing w:after="60" w:line="266" w:lineRule="auto"/>
        <w:ind w:firstLine="331"/>
        <w:jc w:val="both"/>
      </w:pPr>
      <w:r>
        <w:rPr>
          <w:rFonts w:ascii="Georgia" w:hAnsi="Georgia"/>
          <w:b w:val="0"/>
          <w:i w:val="0"/>
          <w:color w:val="22201D"/>
          <w:sz w:val="20"/>
        </w:rPr>
        <w:t>No one signs in this chapter.</w:t>
      </w:r>
    </w:p>
    <w:p>
      <w:pPr>
        <w:spacing w:after="60" w:line="266" w:lineRule="auto"/>
        <w:ind w:firstLine="331"/>
        <w:jc w:val="both"/>
      </w:pPr>
      <w:r>
        <w:rPr>
          <w:rFonts w:ascii="Georgia" w:hAnsi="Georgia"/>
          <w:b w:val="0"/>
          <w:i w:val="0"/>
          <w:color w:val="22201D"/>
          <w:sz w:val="20"/>
        </w:rPr>
        <w:t>The signature line erased itself completely.</w:t>
      </w:r>
    </w:p>
    <w:p>
      <w:pPr>
        <w:spacing w:after="60" w:line="266" w:lineRule="auto"/>
        <w:ind w:firstLine="331"/>
        <w:jc w:val="both"/>
      </w:pPr>
      <w:r>
        <w:rPr>
          <w:rFonts w:ascii="Georgia" w:hAnsi="Georgia"/>
          <w:b w:val="0"/>
          <w:i w:val="0"/>
          <w:color w:val="22201D"/>
          <w:sz w:val="20"/>
        </w:rPr>
        <w:t>In its place:</w:t>
      </w:r>
    </w:p>
    <w:p>
      <w:pPr>
        <w:spacing w:after="60" w:line="250" w:lineRule="auto"/>
        <w:ind w:left="202" w:right="173"/>
      </w:pPr>
      <w:r>
        <w:rPr>
          <w:rFonts w:ascii="Georgia" w:hAnsi="Georgia"/>
          <w:b w:val="0"/>
          <w:i w:val="0"/>
          <w:color w:val="22201D"/>
          <w:sz w:val="17"/>
        </w:rPr>
        <w:t>READING ACKNOWLEDGMENT  I have read enough to know this is not ready for signature.  Reviewed by:   Review status: delay with attention</w:t>
      </w:r>
    </w:p>
    <w:p>
      <w:pPr>
        <w:spacing w:after="60" w:line="266" w:lineRule="auto"/>
        <w:ind w:firstLine="331"/>
        <w:jc w:val="both"/>
      </w:pPr>
      <w:r>
        <w:rPr>
          <w:rFonts w:ascii="Georgia" w:hAnsi="Georgia"/>
          <w:b w:val="0"/>
          <w:i w:val="0"/>
          <w:color w:val="22201D"/>
          <w:sz w:val="20"/>
        </w:rPr>
        <w:t>The room stayed quiet.</w:t>
      </w:r>
    </w:p>
    <w:p>
      <w:pPr>
        <w:spacing w:after="60" w:line="266" w:lineRule="auto"/>
        <w:ind w:firstLine="331"/>
        <w:jc w:val="both"/>
      </w:pPr>
      <w:r>
        <w:rPr>
          <w:rFonts w:ascii="Georgia" w:hAnsi="Georgia"/>
          <w:b w:val="0"/>
          <w:i w:val="0"/>
          <w:color w:val="22201D"/>
          <w:sz w:val="20"/>
        </w:rPr>
        <w:t>Not because the card had become profound.</w:t>
      </w:r>
    </w:p>
    <w:p>
      <w:pPr>
        <w:spacing w:after="60" w:line="266" w:lineRule="auto"/>
        <w:ind w:firstLine="331"/>
        <w:jc w:val="both"/>
      </w:pPr>
      <w:r>
        <w:rPr>
          <w:rFonts w:ascii="Georgia" w:hAnsi="Georgia"/>
          <w:b w:val="0"/>
          <w:i w:val="0"/>
          <w:color w:val="22201D"/>
          <w:sz w:val="20"/>
        </w:rPr>
        <w:t>Because it had become accurate.</w:t>
      </w:r>
    </w:p>
    <w:p>
      <w:pPr>
        <w:spacing w:after="60" w:line="266" w:lineRule="auto"/>
        <w:ind w:firstLine="331"/>
        <w:jc w:val="both"/>
      </w:pPr>
      <w:r>
        <w:rPr>
          <w:rFonts w:ascii="Georgia" w:hAnsi="Georgia"/>
          <w:b w:val="0"/>
          <w:i w:val="0"/>
          <w:color w:val="22201D"/>
          <w:sz w:val="20"/>
        </w:rPr>
        <w:t>Gerald inspected the new heading.</w:t>
      </w:r>
    </w:p>
    <w:p>
      <w:pPr>
        <w:spacing w:after="60" w:line="266" w:lineRule="auto"/>
        <w:ind w:firstLine="331"/>
        <w:jc w:val="both"/>
      </w:pPr>
      <w:r>
        <w:rPr>
          <w:rFonts w:ascii="Georgia" w:hAnsi="Georgia"/>
          <w:b w:val="0"/>
          <w:i w:val="0"/>
          <w:color w:val="22201D"/>
          <w:sz w:val="20"/>
        </w:rPr>
        <w:t>"Reading acknowledgment, not signature. Review status, not agreement. Delay with attention. Acceptable as interim record."</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"Do you want to sign it?"</w:t>
      </w:r>
    </w:p>
    <w:p>
      <w:pPr>
        <w:spacing w:after="60" w:line="266" w:lineRule="auto"/>
        <w:ind w:firstLine="331"/>
        <w:jc w:val="both"/>
      </w:pPr>
      <w:r>
        <w:rPr>
          <w:rFonts w:ascii="Georgia" w:hAnsi="Georgia"/>
          <w:b w:val="0"/>
          <w:i w:val="0"/>
          <w:color w:val="22201D"/>
          <w:sz w:val="20"/>
        </w:rPr>
        <w:t>The question was clean.</w:t>
      </w:r>
    </w:p>
    <w:p>
      <w:pPr>
        <w:spacing w:after="60" w:line="266" w:lineRule="auto"/>
        <w:ind w:firstLine="331"/>
        <w:jc w:val="both"/>
      </w:pPr>
      <w:r>
        <w:rPr>
          <w:rFonts w:ascii="Georgia" w:hAnsi="Georgia"/>
          <w:b w:val="0"/>
          <w:i w:val="0"/>
          <w:color w:val="22201D"/>
          <w:sz w:val="20"/>
        </w:rPr>
        <w:t>That made it harder.</w:t>
      </w:r>
    </w:p>
    <w:p>
      <w:pPr>
        <w:spacing w:after="60" w:line="266" w:lineRule="auto"/>
        <w:ind w:firstLine="331"/>
        <w:jc w:val="both"/>
      </w:pPr>
      <w:r>
        <w:rPr>
          <w:rFonts w:ascii="Georgia" w:hAnsi="Georgia"/>
          <w:b w:val="0"/>
          <w:i w:val="0"/>
          <w:color w:val="22201D"/>
          <w:sz w:val="20"/>
        </w:rPr>
        <w:t>Flocc looked at the line.</w:t>
      </w:r>
    </w:p>
    <w:p>
      <w:pPr>
        <w:spacing w:after="60" w:line="266" w:lineRule="auto"/>
        <w:ind w:firstLine="331"/>
        <w:jc w:val="both"/>
      </w:pPr>
      <w:r>
        <w:rPr>
          <w:rFonts w:ascii="Georgia" w:hAnsi="Georgia"/>
          <w:b w:val="0"/>
          <w:i w:val="0"/>
          <w:color w:val="22201D"/>
          <w:sz w:val="20"/>
        </w:rPr>
        <w:t>Reviewed by.</w:t>
      </w:r>
    </w:p>
    <w:p>
      <w:pPr>
        <w:spacing w:after="60" w:line="266" w:lineRule="auto"/>
        <w:ind w:firstLine="331"/>
        <w:jc w:val="both"/>
      </w:pPr>
      <w:r>
        <w:rPr>
          <w:rFonts w:ascii="Georgia" w:hAnsi="Georgia"/>
          <w:b w:val="0"/>
          <w:i w:val="0"/>
          <w:color w:val="22201D"/>
          <w:sz w:val="20"/>
        </w:rPr>
        <w:t>Not signed.</w:t>
      </w:r>
    </w:p>
    <w:p>
      <w:pPr>
        <w:spacing w:after="60" w:line="266" w:lineRule="auto"/>
        <w:ind w:firstLine="331"/>
        <w:jc w:val="both"/>
      </w:pPr>
      <w:r>
        <w:rPr>
          <w:rFonts w:ascii="Georgia" w:hAnsi="Georgia"/>
          <w:b w:val="0"/>
          <w:i w:val="0"/>
          <w:color w:val="22201D"/>
          <w:sz w:val="20"/>
        </w:rPr>
        <w:t>Not agreed.</w:t>
      </w:r>
    </w:p>
    <w:p>
      <w:pPr>
        <w:spacing w:after="60" w:line="266" w:lineRule="auto"/>
        <w:ind w:firstLine="331"/>
        <w:jc w:val="both"/>
      </w:pPr>
      <w:r>
        <w:rPr>
          <w:rFonts w:ascii="Georgia" w:hAnsi="Georgia"/>
          <w:b w:val="0"/>
          <w:i w:val="0"/>
          <w:color w:val="22201D"/>
          <w:sz w:val="20"/>
        </w:rPr>
        <w:t>Not finished.</w:t>
      </w:r>
    </w:p>
    <w:p>
      <w:pPr>
        <w:spacing w:after="60" w:line="266" w:lineRule="auto"/>
        <w:ind w:firstLine="331"/>
        <w:jc w:val="both"/>
      </w:pPr>
      <w:r>
        <w:rPr>
          <w:rFonts w:ascii="Georgia" w:hAnsi="Georgia"/>
          <w:b w:val="0"/>
          <w:i w:val="0"/>
          <w:color w:val="22201D"/>
          <w:sz w:val="20"/>
        </w:rPr>
        <w:t>Reviewed.</w:t>
      </w:r>
    </w:p>
    <w:p>
      <w:pPr>
        <w:spacing w:after="60" w:line="266" w:lineRule="auto"/>
        <w:ind w:firstLine="331"/>
        <w:jc w:val="both"/>
      </w:pPr>
      <w:r>
        <w:rPr>
          <w:rFonts w:ascii="Georgia" w:hAnsi="Georgia"/>
          <w:b w:val="0"/>
          <w:i w:val="0"/>
          <w:color w:val="22201D"/>
          <w:sz w:val="20"/>
        </w:rPr>
        <w:t>He could write his name there truthfully.</w:t>
      </w:r>
    </w:p>
    <w:p>
      <w:pPr>
        <w:spacing w:after="60" w:line="266" w:lineRule="auto"/>
        <w:ind w:firstLine="331"/>
        <w:jc w:val="both"/>
      </w:pPr>
      <w:r>
        <w:rPr>
          <w:rFonts w:ascii="Georgia" w:hAnsi="Georgia"/>
          <w:b w:val="0"/>
          <w:i w:val="0"/>
          <w:color w:val="22201D"/>
          <w:sz w:val="20"/>
        </w:rPr>
        <w:t>That was the trap and the exit.</w:t>
      </w:r>
    </w:p>
    <w:p>
      <w:pPr>
        <w:spacing w:after="60" w:line="266" w:lineRule="auto"/>
        <w:ind w:firstLine="331"/>
        <w:jc w:val="both"/>
      </w:pPr>
      <w:r>
        <w:rPr>
          <w:rFonts w:ascii="Georgia" w:hAnsi="Georgia"/>
          <w:b w:val="0"/>
          <w:i w:val="0"/>
          <w:color w:val="22201D"/>
          <w:sz w:val="20"/>
        </w:rPr>
        <w:t>"Not yet," he said.</w:t>
      </w:r>
    </w:p>
    <w:p>
      <w:pPr>
        <w:spacing w:after="60" w:line="266" w:lineRule="auto"/>
        <w:ind w:firstLine="331"/>
        <w:jc w:val="both"/>
      </w:pPr>
      <w:r>
        <w:rPr>
          <w:rFonts w:ascii="Georgia" w:hAnsi="Georgia"/>
          <w:b w:val="0"/>
          <w:i w:val="0"/>
          <w:color w:val="22201D"/>
          <w:sz w:val="20"/>
        </w:rPr>
        <w:t>The line did not punish him.</w:t>
      </w:r>
    </w:p>
    <w:p>
      <w:pPr>
        <w:spacing w:after="60" w:line="266" w:lineRule="auto"/>
        <w:ind w:firstLine="331"/>
        <w:jc w:val="both"/>
      </w:pPr>
      <w:r>
        <w:rPr>
          <w:rFonts w:ascii="Georgia" w:hAnsi="Georgia"/>
          <w:b w:val="0"/>
          <w:i w:val="0"/>
          <w:color w:val="22201D"/>
          <w:sz w:val="20"/>
        </w:rPr>
        <w:t>The waiver form did not praise him.</w:t>
      </w:r>
    </w:p>
    <w:p>
      <w:pPr>
        <w:spacing w:after="60" w:line="266" w:lineRule="auto"/>
        <w:ind w:firstLine="331"/>
        <w:jc w:val="both"/>
      </w:pPr>
      <w:r>
        <w:rPr>
          <w:rFonts w:ascii="Georgia" w:hAnsi="Georgia"/>
          <w:b w:val="0"/>
          <w:i w:val="0"/>
          <w:color w:val="22201D"/>
          <w:sz w:val="20"/>
        </w:rPr>
        <w:t>The petition did not request relief.</w:t>
      </w:r>
    </w:p>
    <w:p>
      <w:pPr>
        <w:spacing w:after="60" w:line="266" w:lineRule="auto"/>
        <w:ind w:firstLine="331"/>
        <w:jc w:val="both"/>
      </w:pPr>
      <w:r>
        <w:rPr>
          <w:rFonts w:ascii="Georgia" w:hAnsi="Georgia"/>
          <w:b w:val="0"/>
          <w:i w:val="0"/>
          <w:color w:val="22201D"/>
          <w:sz w:val="20"/>
        </w:rPr>
        <w:t>Gerald did not nod like a man in a parable.</w:t>
      </w:r>
    </w:p>
    <w:p>
      <w:pPr>
        <w:spacing w:after="60" w:line="266" w:lineRule="auto"/>
        <w:ind w:firstLine="331"/>
        <w:jc w:val="both"/>
      </w:pPr>
      <w:r>
        <w:rPr>
          <w:rFonts w:ascii="Georgia" w:hAnsi="Georgia"/>
          <w:b w:val="0"/>
          <w:i w:val="0"/>
          <w:color w:val="22201D"/>
          <w:sz w:val="20"/>
        </w:rPr>
        <w:t>The Hostess asked, "Why?"</w:t>
      </w:r>
    </w:p>
    <w:p>
      <w:pPr>
        <w:spacing w:after="60" w:line="266" w:lineRule="auto"/>
        <w:ind w:firstLine="331"/>
        <w:jc w:val="both"/>
      </w:pPr>
      <w:r>
        <w:rPr>
          <w:rFonts w:ascii="Georgia" w:hAnsi="Georgia"/>
          <w:b w:val="0"/>
          <w:i w:val="0"/>
          <w:color w:val="22201D"/>
          <w:sz w:val="20"/>
        </w:rPr>
        <w:t>Flocc hated the question until he realized it was not asking for performance. It was asking whether no was attached to a reason or just fear wearing procedure.</w:t>
      </w:r>
    </w:p>
    <w:p>
      <w:pPr>
        <w:spacing w:after="60" w:line="266" w:lineRule="auto"/>
        <w:ind w:firstLine="331"/>
        <w:jc w:val="both"/>
      </w:pPr>
      <w:r>
        <w:rPr>
          <w:rFonts w:ascii="Georgia" w:hAnsi="Georgia"/>
          <w:b w:val="0"/>
          <w:i w:val="0"/>
          <w:color w:val="22201D"/>
          <w:sz w:val="20"/>
        </w:rPr>
        <w:t>"Because I have read enough to know the pepper source variety sheet is missing, the final heat claim is unresolved, and the market-facing conditions are not visible yet."</w:t>
      </w:r>
    </w:p>
    <w:p>
      <w:pPr>
        <w:spacing w:after="60" w:line="266" w:lineRule="auto"/>
        <w:ind w:firstLine="331"/>
        <w:jc w:val="both"/>
      </w:pPr>
      <w:r>
        <w:rPr>
          <w:rFonts w:ascii="Georgia" w:hAnsi="Georgia"/>
          <w:b w:val="0"/>
          <w:i w:val="0"/>
          <w:color w:val="22201D"/>
          <w:sz w:val="20"/>
        </w:rPr>
        <w:t>The worktable produced a new card:</w:t>
      </w:r>
    </w:p>
    <w:p>
      <w:pPr>
        <w:spacing w:after="60" w:line="250" w:lineRule="auto"/>
        <w:ind w:left="202" w:right="173"/>
      </w:pPr>
      <w:r>
        <w:rPr>
          <w:rFonts w:ascii="Georgia" w:hAnsi="Georgia"/>
          <w:b w:val="0"/>
          <w:i w:val="0"/>
          <w:color w:val="22201D"/>
          <w:sz w:val="17"/>
        </w:rPr>
        <w:t>MARKET SHELF DOCKET Witness required.</w:t>
      </w:r>
    </w:p>
    <w:p>
      <w:pPr>
        <w:spacing w:after="60" w:line="266" w:lineRule="auto"/>
        <w:ind w:firstLine="331"/>
        <w:jc w:val="both"/>
      </w:pPr>
      <w:r>
        <w:rPr>
          <w:rFonts w:ascii="Georgia" w:hAnsi="Georgia"/>
          <w:b w:val="0"/>
          <w:i w:val="0"/>
          <w:color w:val="22201D"/>
          <w:sz w:val="20"/>
        </w:rPr>
        <w:t>Gerald touched the card before anyone else could.</w:t>
      </w:r>
    </w:p>
    <w:p>
      <w:pPr>
        <w:spacing w:after="60" w:line="266" w:lineRule="auto"/>
        <w:ind w:firstLine="331"/>
        <w:jc w:val="both"/>
      </w:pPr>
      <w:r>
        <w:rPr>
          <w:rFonts w:ascii="Georgia" w:hAnsi="Georgia"/>
          <w:b w:val="0"/>
          <w:i w:val="0"/>
          <w:color w:val="22201D"/>
          <w:sz w:val="20"/>
        </w:rPr>
        <w:t>"Next stage."</w:t>
      </w:r>
    </w:p>
    <w:p>
      <w:pPr>
        <w:spacing w:after="60" w:line="266" w:lineRule="auto"/>
        <w:ind w:firstLine="331"/>
        <w:jc w:val="both"/>
      </w:pPr>
      <w:r>
        <w:rPr>
          <w:rFonts w:ascii="Georgia" w:hAnsi="Georgia"/>
          <w:b w:val="0"/>
          <w:i w:val="0"/>
          <w:color w:val="22201D"/>
          <w:sz w:val="20"/>
        </w:rPr>
        <w:t>The reading acknowledgment remained unsigned.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Flocc declined interim review signature pending unresolved records and public-facing conditions. No penalty. No praise. Next stage: shelf docket.</w:t>
      </w:r>
    </w:p>
    <w:p>
      <w:pPr>
        <w:spacing w:after="60" w:line="266" w:lineRule="auto"/>
        <w:ind w:firstLine="331"/>
        <w:jc w:val="both"/>
      </w:pPr>
      <w:r>
        <w:rPr>
          <w:rFonts w:ascii="Georgia" w:hAnsi="Georgia"/>
          <w:b w:val="0"/>
          <w:i w:val="0"/>
          <w:color w:val="22201D"/>
          <w:sz w:val="20"/>
        </w:rPr>
        <w:t>Nico whispered, "No penalty, no praise is a very hard room to market."</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Flocc looked at the unsigned line again.</w:t>
      </w:r>
    </w:p>
    <w:p>
      <w:pPr>
        <w:spacing w:after="60" w:line="266" w:lineRule="auto"/>
        <w:ind w:firstLine="331"/>
        <w:jc w:val="both"/>
      </w:pPr>
      <w:r>
        <w:rPr>
          <w:rFonts w:ascii="Georgia" w:hAnsi="Georgia"/>
          <w:b w:val="0"/>
          <w:i w:val="0"/>
          <w:color w:val="22201D"/>
          <w:sz w:val="20"/>
        </w:rPr>
        <w:t>It no longer felt like a cliff.</w:t>
      </w:r>
    </w:p>
    <w:p>
      <w:pPr>
        <w:spacing w:after="60" w:line="266" w:lineRule="auto"/>
        <w:ind w:firstLine="331"/>
        <w:jc w:val="both"/>
      </w:pPr>
      <w:r>
        <w:rPr>
          <w:rFonts w:ascii="Georgia" w:hAnsi="Georgia"/>
          <w:b w:val="0"/>
          <w:i w:val="0"/>
          <w:color w:val="22201D"/>
          <w:sz w:val="20"/>
        </w:rPr>
        <w:t>It felt like a place that would still be there after the work it required.</w:t>
      </w:r>
    </w:p>
    <w:p>
      <w:pPr>
        <w:spacing w:after="60" w:line="266" w:lineRule="auto"/>
        <w:ind w:firstLine="331"/>
        <w:jc w:val="both"/>
      </w:pPr>
      <w:r>
        <w:rPr>
          <w:rFonts w:ascii="Georgia" w:hAnsi="Georgia"/>
          <w:b w:val="0"/>
          <w:i w:val="0"/>
          <w:color w:val="22201D"/>
          <w:sz w:val="20"/>
        </w:rPr>
        <w:t>The Hostess gathered the documents into a straight stack, with the reading acknowledgment on top.</w:t>
      </w:r>
    </w:p>
    <w:p>
      <w:pPr>
        <w:spacing w:after="60" w:line="266" w:lineRule="auto"/>
        <w:ind w:firstLine="331"/>
        <w:jc w:val="both"/>
      </w:pPr>
      <w:r>
        <w:rPr>
          <w:rFonts w:ascii="Georgia" w:hAnsi="Georgia"/>
          <w:b w:val="0"/>
          <w:i w:val="0"/>
          <w:color w:val="22201D"/>
          <w:sz w:val="20"/>
        </w:rPr>
        <w:t>"What did you sign?"</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"What did you avoid?"</w:t>
      </w:r>
    </w:p>
    <w:p>
      <w:pPr>
        <w:spacing w:after="60" w:line="266" w:lineRule="auto"/>
        <w:ind w:firstLine="331"/>
        <w:jc w:val="both"/>
      </w:pPr>
      <w:r>
        <w:rPr>
          <w:rFonts w:ascii="Georgia" w:hAnsi="Georgia"/>
          <w:b w:val="0"/>
          <w:i w:val="0"/>
          <w:color w:val="22201D"/>
          <w:sz w:val="20"/>
        </w:rPr>
        <w:t>He almost said signing.</w:t>
      </w:r>
    </w:p>
    <w:p>
      <w:pPr>
        <w:spacing w:after="60" w:line="266" w:lineRule="auto"/>
        <w:ind w:firstLine="331"/>
        <w:jc w:val="both"/>
      </w:pPr>
      <w:r>
        <w:rPr>
          <w:rFonts w:ascii="Georgia" w:hAnsi="Georgia"/>
          <w:b w:val="0"/>
          <w:i w:val="0"/>
          <w:color w:val="22201D"/>
          <w:sz w:val="20"/>
        </w:rPr>
        <w:t>That would have been too easy.</w:t>
      </w:r>
    </w:p>
    <w:p>
      <w:pPr>
        <w:spacing w:after="60" w:line="266" w:lineRule="auto"/>
        <w:ind w:firstLine="331"/>
        <w:jc w:val="both"/>
      </w:pPr>
      <w:r>
        <w:rPr>
          <w:rFonts w:ascii="Georgia" w:hAnsi="Georgia"/>
          <w:b w:val="0"/>
          <w:i w:val="0"/>
          <w:color w:val="22201D"/>
          <w:sz w:val="20"/>
        </w:rPr>
        <w:t>"Using not signing as proof that I read."</w:t>
      </w:r>
    </w:p>
    <w:p>
      <w:pPr>
        <w:spacing w:after="60" w:line="266" w:lineRule="auto"/>
        <w:ind w:firstLine="331"/>
        <w:jc w:val="both"/>
      </w:pPr>
      <w:r>
        <w:rPr>
          <w:rFonts w:ascii="Georgia" w:hAnsi="Georgia"/>
          <w:b w:val="0"/>
          <w:i w:val="0"/>
          <w:color w:val="22201D"/>
          <w:sz w:val="20"/>
        </w:rPr>
        <w:t>Gerald said, "Good distinction."</w:t>
      </w:r>
    </w:p>
    <w:p>
      <w:pPr>
        <w:spacing w:after="60" w:line="266" w:lineRule="auto"/>
        <w:ind w:firstLine="331"/>
        <w:jc w:val="both"/>
      </w:pPr>
      <w:r>
        <w:rPr>
          <w:rFonts w:ascii="Georgia" w:hAnsi="Georgia"/>
          <w:b w:val="0"/>
          <w:i w:val="0"/>
          <w:color w:val="22201D"/>
          <w:sz w:val="20"/>
        </w:rPr>
        <w:t>The signature line did not reappear.</w:t>
      </w:r>
    </w:p>
    <w:p>
      <w:pPr>
        <w:spacing w:after="60" w:line="266" w:lineRule="auto"/>
        <w:ind w:firstLine="331"/>
        <w:jc w:val="both"/>
      </w:pPr>
      <w:r>
        <w:rPr>
          <w:rFonts w:ascii="Georgia" w:hAnsi="Georgia"/>
          <w:b w:val="0"/>
          <w:i w:val="0"/>
          <w:color w:val="22201D"/>
          <w:sz w:val="20"/>
        </w:rPr>
        <w:t>The reading acknowledgment stayed blank.</w:t>
      </w:r>
    </w:p>
    <w:p>
      <w:pPr>
        <w:spacing w:after="60" w:line="266" w:lineRule="auto"/>
        <w:ind w:firstLine="331"/>
        <w:jc w:val="both"/>
      </w:pPr>
      <w:r>
        <w:rPr>
          <w:rFonts w:ascii="Georgia" w:hAnsi="Georgia"/>
          <w:b w:val="0"/>
          <w:i w:val="0"/>
          <w:color w:val="22201D"/>
          <w:sz w:val="20"/>
        </w:rPr>
        <w:t>For once, the blank was not hungry.</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8: The Market Shelf Becomes a Court</w:t>
      </w:r>
    </w:p>
    <w:p>
      <w:pPr>
        <w:spacing w:after="60" w:line="266" w:lineRule="auto"/>
        <w:ind w:firstLine="0"/>
        <w:jc w:val="both"/>
      </w:pPr>
      <w:r>
        <w:rPr>
          <w:rFonts w:ascii="Georgia" w:hAnsi="Georgia"/>
          <w:b w:val="0"/>
          <w:i w:val="0"/>
          <w:color w:val="22201D"/>
          <w:sz w:val="20"/>
        </w:rPr>
        <w:t>The shelf docket arrived on a clipboard with a clip too strong for ordinary paper.</w:t>
      </w:r>
    </w:p>
    <w:p>
      <w:pPr>
        <w:spacing w:after="60" w:line="266" w:lineRule="auto"/>
        <w:ind w:firstLine="331"/>
        <w:jc w:val="both"/>
      </w:pPr>
      <w:r>
        <w:rPr>
          <w:rFonts w:ascii="Georgia" w:hAnsi="Georgia"/>
          <w:b w:val="0"/>
          <w:i w:val="0"/>
          <w:color w:val="22201D"/>
          <w:sz w:val="20"/>
        </w:rPr>
        <w:t>Gerald tested the clip.</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Nico looked disappointed.</w:t>
      </w:r>
    </w:p>
    <w:p>
      <w:pPr>
        <w:spacing w:after="60" w:line="266" w:lineRule="auto"/>
        <w:ind w:firstLine="331"/>
        <w:jc w:val="both"/>
      </w:pPr>
      <w:r>
        <w:rPr>
          <w:rFonts w:ascii="Georgia" w:hAnsi="Georgia"/>
          <w:b w:val="0"/>
          <w:i w:val="0"/>
          <w:color w:val="22201D"/>
          <w:sz w:val="20"/>
        </w:rPr>
        <w:t>"No objection to the clip?"</w:t>
      </w:r>
    </w:p>
    <w:p>
      <w:pPr>
        <w:spacing w:after="60" w:line="266" w:lineRule="auto"/>
        <w:ind w:firstLine="331"/>
        <w:jc w:val="both"/>
      </w:pPr>
      <w:r>
        <w:rPr>
          <w:rFonts w:ascii="Georgia" w:hAnsi="Georgia"/>
          <w:b w:val="0"/>
          <w:i w:val="0"/>
          <w:color w:val="22201D"/>
          <w:sz w:val="20"/>
        </w:rPr>
        <w:t>"The clip is doing its job."</w:t>
      </w:r>
    </w:p>
    <w:p>
      <w:pPr>
        <w:spacing w:after="60" w:line="266" w:lineRule="auto"/>
        <w:ind w:firstLine="331"/>
        <w:jc w:val="both"/>
      </w:pPr>
      <w:r>
        <w:rPr>
          <w:rFonts w:ascii="Georgia" w:hAnsi="Georgia"/>
          <w:b w:val="0"/>
          <w:i w:val="0"/>
          <w:color w:val="22201D"/>
          <w:sz w:val="20"/>
        </w:rPr>
        <w:t>"That has never stopped you before."</w:t>
      </w:r>
    </w:p>
    <w:p>
      <w:pPr>
        <w:spacing w:after="60" w:line="266" w:lineRule="auto"/>
        <w:ind w:firstLine="331"/>
        <w:jc w:val="both"/>
      </w:pPr>
      <w:r>
        <w:rPr>
          <w:rFonts w:ascii="Georgia" w:hAnsi="Georgia"/>
          <w:b w:val="0"/>
          <w:i w:val="0"/>
          <w:color w:val="22201D"/>
          <w:sz w:val="20"/>
        </w:rPr>
        <w:t>"It has when the job is obvious and the clip is not pretending to be a seal."</w:t>
      </w:r>
    </w:p>
    <w:p>
      <w:pPr>
        <w:spacing w:after="60" w:line="266" w:lineRule="auto"/>
        <w:ind w:firstLine="331"/>
        <w:jc w:val="both"/>
      </w:pPr>
      <w:r>
        <w:rPr>
          <w:rFonts w:ascii="Georgia" w:hAnsi="Georgia"/>
          <w:b w:val="0"/>
          <w:i w:val="0"/>
          <w:color w:val="22201D"/>
          <w:sz w:val="20"/>
        </w:rPr>
        <w:t>The clipboard held one page:</w:t>
      </w:r>
    </w:p>
    <w:p>
      <w:pPr>
        <w:spacing w:after="60" w:line="250" w:lineRule="auto"/>
        <w:ind w:left="202" w:right="173"/>
      </w:pPr>
      <w:r>
        <w:rPr>
          <w:rFonts w:ascii="Georgia" w:hAnsi="Georgia"/>
          <w:b w:val="0"/>
          <w:i w:val="0"/>
          <w:color w:val="22201D"/>
          <w:sz w:val="17"/>
        </w:rPr>
        <w:t>SHELF DOCKET Gold Pheasant Peach Scotch Bonnet  Question: Can this label be understood by a stranger before appetite, charm, or line pressure changes the choice?  Price: witness</w:t>
      </w:r>
    </w:p>
    <w:p>
      <w:pPr>
        <w:spacing w:after="60" w:line="266" w:lineRule="auto"/>
        <w:ind w:firstLine="331"/>
        <w:jc w:val="both"/>
      </w:pPr>
      <w:r>
        <w:rPr>
          <w:rFonts w:ascii="Georgia" w:hAnsi="Georgia"/>
          <w:b w:val="0"/>
          <w:i w:val="0"/>
          <w:color w:val="22201D"/>
          <w:sz w:val="20"/>
        </w:rPr>
        <w:t>The pantry shelf extended outward.</w:t>
      </w:r>
    </w:p>
    <w:p>
      <w:pPr>
        <w:spacing w:after="60" w:line="266" w:lineRule="auto"/>
        <w:ind w:firstLine="331"/>
        <w:jc w:val="both"/>
      </w:pPr>
      <w:r>
        <w:rPr>
          <w:rFonts w:ascii="Georgia" w:hAnsi="Georgia"/>
          <w:b w:val="0"/>
          <w:i w:val="0"/>
          <w:color w:val="22201D"/>
          <w:sz w:val="20"/>
        </w:rPr>
        <w:t>Not into a courtroom exactly.</w:t>
      </w:r>
    </w:p>
    <w:p>
      <w:pPr>
        <w:spacing w:after="60" w:line="266" w:lineRule="auto"/>
        <w:ind w:firstLine="331"/>
        <w:jc w:val="both"/>
      </w:pPr>
      <w:r>
        <w:rPr>
          <w:rFonts w:ascii="Georgia" w:hAnsi="Georgia"/>
          <w:b w:val="0"/>
          <w:i w:val="0"/>
          <w:color w:val="22201D"/>
          <w:sz w:val="20"/>
        </w:rPr>
        <w:t>That would have been too theatrical and, worse, too easy for Nico.</w:t>
      </w:r>
    </w:p>
    <w:p>
      <w:pPr>
        <w:spacing w:after="60" w:line="266" w:lineRule="auto"/>
        <w:ind w:firstLine="331"/>
        <w:jc w:val="both"/>
      </w:pPr>
      <w:r>
        <w:rPr>
          <w:rFonts w:ascii="Georgia" w:hAnsi="Georgia"/>
          <w:b w:val="0"/>
          <w:i w:val="0"/>
          <w:color w:val="22201D"/>
          <w:sz w:val="20"/>
        </w:rPr>
        <w:t>It became a market shelf: plain wood, front rail, price tag slot, sample station, small stack of cups, a water pitcher, a trash bin, and enough overhead light to make hiding embarrassing. A strip of floor tape appeared three feet back.</w:t>
      </w:r>
    </w:p>
    <w:p>
      <w:pPr>
        <w:spacing w:after="60" w:line="266" w:lineRule="auto"/>
        <w:ind w:firstLine="331"/>
        <w:jc w:val="both"/>
      </w:pPr>
      <w:r>
        <w:rPr>
          <w:rFonts w:ascii="Georgia" w:hAnsi="Georgia"/>
          <w:b w:val="0"/>
          <w:i w:val="0"/>
          <w:color w:val="22201D"/>
          <w:sz w:val="20"/>
        </w:rPr>
        <w:t>Gerald inspected the tape.</w:t>
      </w:r>
    </w:p>
    <w:p>
      <w:pPr>
        <w:spacing w:after="60" w:line="266" w:lineRule="auto"/>
        <w:ind w:firstLine="331"/>
        <w:jc w:val="both"/>
      </w:pPr>
      <w:r>
        <w:rPr>
          <w:rFonts w:ascii="Georgia" w:hAnsi="Georgia"/>
          <w:b w:val="0"/>
          <w:i w:val="0"/>
          <w:color w:val="22201D"/>
          <w:sz w:val="20"/>
        </w:rPr>
        <w:t>"Customer sightline."</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"Not audience line."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Flocc looked at the shelf.</w:t>
      </w:r>
    </w:p>
    <w:p>
      <w:pPr>
        <w:spacing w:after="60" w:line="266" w:lineRule="auto"/>
        <w:ind w:firstLine="331"/>
        <w:jc w:val="both"/>
      </w:pPr>
      <w:r>
        <w:rPr>
          <w:rFonts w:ascii="Georgia" w:hAnsi="Georgia"/>
          <w:b w:val="0"/>
          <w:i w:val="0"/>
          <w:color w:val="22201D"/>
          <w:sz w:val="20"/>
        </w:rPr>
        <w:t>The sauce still did not exist as finished sauce. The covered bowls remained behind the counter. The sauce label draft, batch log, waiver form, petition, and reading acknowledgment sat in a straight document row.</w:t>
      </w:r>
    </w:p>
    <w:p>
      <w:pPr>
        <w:spacing w:after="60" w:line="266" w:lineRule="auto"/>
        <w:ind w:firstLine="331"/>
        <w:jc w:val="both"/>
      </w:pPr>
      <w:r>
        <w:rPr>
          <w:rFonts w:ascii="Georgia" w:hAnsi="Georgia"/>
          <w:b w:val="0"/>
          <w:i w:val="0"/>
          <w:color w:val="22201D"/>
          <w:sz w:val="20"/>
        </w:rPr>
        <w:t>What had changed was the direction of risk.</w:t>
      </w:r>
    </w:p>
    <w:p>
      <w:pPr>
        <w:spacing w:after="60" w:line="266" w:lineRule="auto"/>
        <w:ind w:firstLine="331"/>
        <w:jc w:val="both"/>
      </w:pPr>
      <w:r>
        <w:rPr>
          <w:rFonts w:ascii="Georgia" w:hAnsi="Georgia"/>
          <w:b w:val="0"/>
          <w:i w:val="0"/>
          <w:color w:val="22201D"/>
          <w:sz w:val="20"/>
        </w:rPr>
        <w:t>Inside the pantry, everyone knew too much.</w:t>
      </w:r>
    </w:p>
    <w:p>
      <w:pPr>
        <w:spacing w:after="60" w:line="266" w:lineRule="auto"/>
        <w:ind w:firstLine="331"/>
        <w:jc w:val="both"/>
      </w:pPr>
      <w:r>
        <w:rPr>
          <w:rFonts w:ascii="Georgia" w:hAnsi="Georgia"/>
          <w:b w:val="0"/>
          <w:i w:val="0"/>
          <w:color w:val="22201D"/>
          <w:sz w:val="20"/>
        </w:rPr>
        <w:t>A market shelf had to work for someone who knew nothing and was already thinking about lunch.</w:t>
      </w:r>
    </w:p>
    <w:p>
      <w:pPr>
        <w:spacing w:after="60" w:line="266" w:lineRule="auto"/>
        <w:ind w:firstLine="331"/>
        <w:jc w:val="both"/>
      </w:pPr>
      <w:r>
        <w:rPr>
          <w:rFonts w:ascii="Georgia" w:hAnsi="Georgia"/>
          <w:b w:val="0"/>
          <w:i w:val="0"/>
          <w:color w:val="22201D"/>
          <w:sz w:val="20"/>
        </w:rPr>
        <w:t>The shelf docket printed:</w:t>
      </w:r>
    </w:p>
    <w:p>
      <w:pPr>
        <w:spacing w:after="60" w:line="250" w:lineRule="auto"/>
        <w:ind w:left="202" w:right="173"/>
      </w:pPr>
      <w:r>
        <w:rPr>
          <w:rFonts w:ascii="Georgia" w:hAnsi="Georgia"/>
          <w:b w:val="0"/>
          <w:i w:val="0"/>
          <w:color w:val="22201D"/>
          <w:sz w:val="17"/>
        </w:rPr>
        <w:t>Witness required: not admirer not buyer not maker not copywriter not person seeking proof</w:t>
      </w:r>
    </w:p>
    <w:p>
      <w:pPr>
        <w:spacing w:after="60" w:line="266" w:lineRule="auto"/>
        <w:ind w:firstLine="331"/>
        <w:jc w:val="both"/>
      </w:pPr>
      <w:r>
        <w:rPr>
          <w:rFonts w:ascii="Georgia" w:hAnsi="Georgia"/>
          <w:b w:val="0"/>
          <w:i w:val="0"/>
          <w:color w:val="22201D"/>
          <w:sz w:val="20"/>
        </w:rPr>
        <w:t>Nico stepped backward before anyone looked at him.</w:t>
      </w:r>
    </w:p>
    <w:p>
      <w:pPr>
        <w:spacing w:after="60" w:line="266" w:lineRule="auto"/>
        <w:ind w:firstLine="331"/>
        <w:jc w:val="both"/>
      </w:pPr>
      <w:r>
        <w:rPr>
          <w:rFonts w:ascii="Georgia" w:hAnsi="Georgia"/>
          <w:b w:val="0"/>
          <w:i w:val="0"/>
          <w:color w:val="22201D"/>
          <w:sz w:val="20"/>
        </w:rPr>
        <w:t>"I withdraw from witness eligibility."</w:t>
      </w:r>
    </w:p>
    <w:p>
      <w:pPr>
        <w:spacing w:after="60" w:line="266" w:lineRule="auto"/>
        <w:ind w:firstLine="331"/>
        <w:jc w:val="both"/>
      </w:pPr>
      <w:r>
        <w:rPr>
          <w:rFonts w:ascii="Georgia" w:hAnsi="Georgia"/>
          <w:b w:val="0"/>
          <w:i w:val="0"/>
          <w:color w:val="22201D"/>
          <w:sz w:val="20"/>
        </w:rPr>
        <w:t>Gerald said, "Wise."</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"Who can witness?"</w:t>
      </w:r>
    </w:p>
    <w:p>
      <w:pPr>
        <w:spacing w:after="60" w:line="266" w:lineRule="auto"/>
        <w:ind w:firstLine="331"/>
        <w:jc w:val="both"/>
      </w:pPr>
      <w:r>
        <w:rPr>
          <w:rFonts w:ascii="Georgia" w:hAnsi="Georgia"/>
          <w:b w:val="0"/>
          <w:i w:val="0"/>
          <w:color w:val="22201D"/>
          <w:sz w:val="20"/>
        </w:rPr>
        <w:t>The pantry service bell rang once.</w:t>
      </w:r>
    </w:p>
    <w:p>
      <w:pPr>
        <w:spacing w:after="60" w:line="266" w:lineRule="auto"/>
        <w:ind w:firstLine="331"/>
        <w:jc w:val="both"/>
      </w:pPr>
      <w:r>
        <w:rPr>
          <w:rFonts w:ascii="Georgia" w:hAnsi="Georgia"/>
          <w:b w:val="0"/>
          <w:i w:val="0"/>
          <w:color w:val="22201D"/>
          <w:sz w:val="20"/>
        </w:rPr>
        <w:t>From the side receiving door, Auditor Ives entered carrying a canvas grocery bag and the expression of a person who had been summoned by bad signage.</w:t>
      </w:r>
    </w:p>
    <w:p>
      <w:pPr>
        <w:spacing w:after="60" w:line="266" w:lineRule="auto"/>
        <w:ind w:firstLine="331"/>
        <w:jc w:val="both"/>
      </w:pPr>
      <w:r>
        <w:rPr>
          <w:rFonts w:ascii="Georgia" w:hAnsi="Georgia"/>
          <w:b w:val="0"/>
          <w:i w:val="0"/>
          <w:color w:val="22201D"/>
          <w:sz w:val="20"/>
        </w:rPr>
        <w:t>Gerald straightened.</w:t>
      </w:r>
    </w:p>
    <w:p>
      <w:pPr>
        <w:spacing w:after="60" w:line="266" w:lineRule="auto"/>
        <w:ind w:firstLine="331"/>
        <w:jc w:val="both"/>
      </w:pPr>
      <w:r>
        <w:rPr>
          <w:rFonts w:ascii="Georgia" w:hAnsi="Georgia"/>
          <w:b w:val="0"/>
          <w:i w:val="0"/>
          <w:color w:val="22201D"/>
          <w:sz w:val="20"/>
        </w:rPr>
        <w:t>"Ives."</w:t>
      </w:r>
    </w:p>
    <w:p>
      <w:pPr>
        <w:spacing w:after="60" w:line="266" w:lineRule="auto"/>
        <w:ind w:firstLine="331"/>
        <w:jc w:val="both"/>
      </w:pPr>
      <w:r>
        <w:rPr>
          <w:rFonts w:ascii="Georgia" w:hAnsi="Georgia"/>
          <w:b w:val="0"/>
          <w:i w:val="0"/>
          <w:color w:val="22201D"/>
          <w:sz w:val="20"/>
        </w:rPr>
        <w:t>"Gerald."</w:t>
      </w:r>
    </w:p>
    <w:p>
      <w:pPr>
        <w:spacing w:after="60" w:line="266" w:lineRule="auto"/>
        <w:ind w:firstLine="331"/>
        <w:jc w:val="both"/>
      </w:pPr>
      <w:r>
        <w:rPr>
          <w:rFonts w:ascii="Georgia" w:hAnsi="Georgia"/>
          <w:b w:val="0"/>
          <w:i w:val="0"/>
          <w:color w:val="22201D"/>
          <w:sz w:val="20"/>
        </w:rPr>
        <w:t>This was apparently their greeting and their entire emotional range.</w:t>
      </w:r>
    </w:p>
    <w:p>
      <w:pPr>
        <w:spacing w:after="60" w:line="266" w:lineRule="auto"/>
        <w:ind w:firstLine="331"/>
        <w:jc w:val="both"/>
      </w:pPr>
      <w:r>
        <w:rPr>
          <w:rFonts w:ascii="Georgia" w:hAnsi="Georgia"/>
          <w:b w:val="0"/>
          <w:i w:val="0"/>
          <w:color w:val="22201D"/>
          <w:sz w:val="20"/>
        </w:rPr>
        <w:t>Auditor Ives looked at the market shelf.</w:t>
      </w:r>
    </w:p>
    <w:p>
      <w:pPr>
        <w:spacing w:after="60" w:line="266" w:lineRule="auto"/>
        <w:ind w:firstLine="331"/>
        <w:jc w:val="both"/>
      </w:pPr>
      <w:r>
        <w:rPr>
          <w:rFonts w:ascii="Georgia" w:hAnsi="Georgia"/>
          <w:b w:val="0"/>
          <w:i w:val="0"/>
          <w:color w:val="22201D"/>
          <w:sz w:val="20"/>
        </w:rPr>
        <w:t>"Public-facing?"</w:t>
      </w:r>
    </w:p>
    <w:p>
      <w:pPr>
        <w:spacing w:after="60" w:line="266" w:lineRule="auto"/>
        <w:ind w:firstLine="331"/>
        <w:jc w:val="both"/>
      </w:pPr>
      <w:r>
        <w:rPr>
          <w:rFonts w:ascii="Georgia" w:hAnsi="Georgia"/>
          <w:b w:val="0"/>
          <w:i w:val="0"/>
          <w:color w:val="22201D"/>
          <w:sz w:val="20"/>
        </w:rPr>
        <w:t>"Proposed."</w:t>
      </w:r>
    </w:p>
    <w:p>
      <w:pPr>
        <w:spacing w:after="60" w:line="266" w:lineRule="auto"/>
        <w:ind w:firstLine="331"/>
        <w:jc w:val="both"/>
      </w:pPr>
      <w:r>
        <w:rPr>
          <w:rFonts w:ascii="Georgia" w:hAnsi="Georgia"/>
          <w:b w:val="0"/>
          <w:i w:val="0"/>
          <w:color w:val="22201D"/>
          <w:sz w:val="20"/>
        </w:rPr>
        <w:t>"Finished sauce?"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 Harder to bribe the room with flavor."</w:t>
      </w:r>
    </w:p>
    <w:p>
      <w:pPr>
        <w:spacing w:after="60" w:line="266" w:lineRule="auto"/>
        <w:ind w:firstLine="331"/>
        <w:jc w:val="both"/>
      </w:pPr>
      <w:r>
        <w:rPr>
          <w:rFonts w:ascii="Georgia" w:hAnsi="Georgia"/>
          <w:b w:val="0"/>
          <w:i w:val="0"/>
          <w:color w:val="22201D"/>
          <w:sz w:val="20"/>
        </w:rPr>
        <w:t>Nico whispered, "I like Ives."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Do not recruit witness into tone.</w:t>
      </w:r>
    </w:p>
    <w:p>
      <w:pPr>
        <w:spacing w:after="60" w:line="266" w:lineRule="auto"/>
        <w:ind w:firstLine="331"/>
        <w:jc w:val="both"/>
      </w:pPr>
      <w:r>
        <w:rPr>
          <w:rFonts w:ascii="Georgia" w:hAnsi="Georgia"/>
          <w:b w:val="0"/>
          <w:i w:val="0"/>
          <w:color w:val="22201D"/>
          <w:sz w:val="20"/>
        </w:rPr>
        <w:t>Ives set the grocery bag down.</w:t>
      </w:r>
    </w:p>
    <w:p>
      <w:pPr>
        <w:spacing w:after="60" w:line="266" w:lineRule="auto"/>
        <w:ind w:firstLine="331"/>
        <w:jc w:val="both"/>
      </w:pPr>
      <w:r>
        <w:rPr>
          <w:rFonts w:ascii="Georgia" w:hAnsi="Georgia"/>
          <w:b w:val="0"/>
          <w:i w:val="0"/>
          <w:color w:val="22201D"/>
          <w:sz w:val="20"/>
        </w:rPr>
        <w:t>"I am here as witness?"</w:t>
      </w:r>
    </w:p>
    <w:p>
      <w:pPr>
        <w:spacing w:after="60" w:line="266" w:lineRule="auto"/>
        <w:ind w:firstLine="331"/>
        <w:jc w:val="both"/>
      </w:pPr>
      <w:r>
        <w:rPr>
          <w:rFonts w:ascii="Georgia" w:hAnsi="Georgia"/>
          <w:b w:val="0"/>
          <w:i w:val="0"/>
          <w:color w:val="22201D"/>
          <w:sz w:val="20"/>
        </w:rPr>
        <w:t>The shelf docket printed:</w:t>
      </w:r>
    </w:p>
    <w:p>
      <w:pPr>
        <w:spacing w:after="60" w:line="250" w:lineRule="auto"/>
        <w:ind w:left="202" w:right="173"/>
      </w:pPr>
      <w:r>
        <w:rPr>
          <w:rFonts w:ascii="Georgia" w:hAnsi="Georgia"/>
          <w:b w:val="0"/>
          <w:i w:val="0"/>
          <w:color w:val="22201D"/>
          <w:sz w:val="17"/>
        </w:rPr>
        <w:t>Witness candidate: Auditor Ives  Eligibility: not maker not seller not taster not copywriter not seeking proof has complained about signage without being asked</w:t>
      </w:r>
    </w:p>
    <w:p>
      <w:pPr>
        <w:spacing w:after="60" w:line="266" w:lineRule="auto"/>
        <w:ind w:firstLine="331"/>
        <w:jc w:val="both"/>
      </w:pPr>
      <w:r>
        <w:rPr>
          <w:rFonts w:ascii="Georgia" w:hAnsi="Georgia"/>
          <w:b w:val="0"/>
          <w:i w:val="0"/>
          <w:color w:val="22201D"/>
          <w:sz w:val="20"/>
        </w:rPr>
        <w:t>Ives read the last line.</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Gerald handed Ives the sauce-label draft.</w:t>
      </w:r>
    </w:p>
    <w:p>
      <w:pPr>
        <w:spacing w:after="60" w:line="266" w:lineRule="auto"/>
        <w:ind w:firstLine="331"/>
        <w:jc w:val="both"/>
      </w:pPr>
      <w:r>
        <w:rPr>
          <w:rFonts w:ascii="Georgia" w:hAnsi="Georgia"/>
          <w:b w:val="0"/>
          <w:i w:val="0"/>
          <w:color w:val="22201D"/>
          <w:sz w:val="20"/>
        </w:rPr>
        <w:t>"Read from customer line."</w:t>
      </w:r>
    </w:p>
    <w:p>
      <w:pPr>
        <w:spacing w:after="60" w:line="266" w:lineRule="auto"/>
        <w:ind w:firstLine="331"/>
        <w:jc w:val="both"/>
      </w:pPr>
      <w:r>
        <w:rPr>
          <w:rFonts w:ascii="Georgia" w:hAnsi="Georgia"/>
          <w:b w:val="0"/>
          <w:i w:val="0"/>
          <w:color w:val="22201D"/>
          <w:sz w:val="20"/>
        </w:rPr>
        <w:t>Ives stood behind the floor tape.</w:t>
      </w:r>
    </w:p>
    <w:p>
      <w:pPr>
        <w:spacing w:after="60" w:line="266" w:lineRule="auto"/>
        <w:ind w:firstLine="331"/>
        <w:jc w:val="both"/>
      </w:pPr>
      <w:r>
        <w:rPr>
          <w:rFonts w:ascii="Georgia" w:hAnsi="Georgia"/>
          <w:b w:val="0"/>
          <w:i w:val="0"/>
          <w:color w:val="22201D"/>
          <w:sz w:val="20"/>
        </w:rPr>
        <w:t>The market shelf placed the sauce label in the front rail. The label looked smaller from three feet away. The product name remained readable. The warning was readable. The flavor note was not readable.</w:t>
      </w:r>
    </w:p>
    <w:p>
      <w:pPr>
        <w:spacing w:after="60" w:line="266" w:lineRule="auto"/>
        <w:ind w:firstLine="331"/>
        <w:jc w:val="both"/>
      </w:pPr>
      <w:r>
        <w:rPr>
          <w:rFonts w:ascii="Georgia" w:hAnsi="Georgia"/>
          <w:b w:val="0"/>
          <w:i w:val="0"/>
          <w:color w:val="22201D"/>
          <w:sz w:val="20"/>
        </w:rPr>
        <w:t>Gerald watched Ives's eyes, not the label.</w:t>
      </w:r>
    </w:p>
    <w:p>
      <w:pPr>
        <w:spacing w:after="60" w:line="266" w:lineRule="auto"/>
        <w:ind w:firstLine="331"/>
        <w:jc w:val="both"/>
      </w:pPr>
      <w:r>
        <w:rPr>
          <w:rFonts w:ascii="Georgia" w:hAnsi="Georgia"/>
          <w:b w:val="0"/>
          <w:i w:val="0"/>
          <w:color w:val="22201D"/>
          <w:sz w:val="20"/>
        </w:rPr>
        <w:t>Ives said, "Warning visible before product charm."</w:t>
      </w:r>
    </w:p>
    <w:p>
      <w:pPr>
        <w:spacing w:after="60" w:line="266" w:lineRule="auto"/>
        <w:ind w:firstLine="331"/>
        <w:jc w:val="both"/>
      </w:pPr>
      <w:r>
        <w:rPr>
          <w:rFonts w:ascii="Georgia" w:hAnsi="Georgia"/>
          <w:b w:val="0"/>
          <w:i w:val="0"/>
          <w:color w:val="22201D"/>
          <w:sz w:val="20"/>
        </w:rPr>
        <w:t>The shelf docket recorded:</w:t>
      </w:r>
    </w:p>
    <w:p>
      <w:pPr>
        <w:spacing w:after="60" w:line="250" w:lineRule="auto"/>
        <w:ind w:left="202" w:right="173"/>
      </w:pPr>
      <w:r>
        <w:rPr>
          <w:rFonts w:ascii="Georgia" w:hAnsi="Georgia"/>
          <w:b w:val="0"/>
          <w:i w:val="0"/>
          <w:color w:val="22201D"/>
          <w:sz w:val="17"/>
        </w:rPr>
        <w:t>Sightline 1: warning visible from customer line product name visible flavor note secondary</w:t>
      </w:r>
    </w:p>
    <w:p>
      <w:pPr>
        <w:spacing w:after="60" w:line="266" w:lineRule="auto"/>
        <w:ind w:firstLine="331"/>
        <w:jc w:val="both"/>
      </w:pPr>
      <w:r>
        <w:rPr>
          <w:rFonts w:ascii="Georgia" w:hAnsi="Georgia"/>
          <w:b w:val="0"/>
          <w:i w:val="0"/>
          <w:color w:val="22201D"/>
          <w:sz w:val="20"/>
        </w:rPr>
        <w:t>"Price?" Ives asked.</w:t>
      </w:r>
    </w:p>
    <w:p>
      <w:pPr>
        <w:spacing w:after="60" w:line="266" w:lineRule="auto"/>
        <w:ind w:firstLine="331"/>
        <w:jc w:val="both"/>
      </w:pPr>
      <w:r>
        <w:rPr>
          <w:rFonts w:ascii="Georgia" w:hAnsi="Georgia"/>
          <w:b w:val="0"/>
          <w:i w:val="0"/>
          <w:color w:val="22201D"/>
          <w:sz w:val="20"/>
        </w:rPr>
        <w:t>Everyone looked at the shelf.</w:t>
      </w:r>
    </w:p>
    <w:p>
      <w:pPr>
        <w:spacing w:after="60" w:line="266" w:lineRule="auto"/>
        <w:ind w:firstLine="331"/>
        <w:jc w:val="both"/>
      </w:pPr>
      <w:r>
        <w:rPr>
          <w:rFonts w:ascii="Georgia" w:hAnsi="Georgia"/>
          <w:b w:val="0"/>
          <w:i w:val="0"/>
          <w:color w:val="22201D"/>
          <w:sz w:val="20"/>
        </w:rPr>
        <w:t>There was no price tag.</w:t>
      </w:r>
    </w:p>
    <w:p>
      <w:pPr>
        <w:spacing w:after="60" w:line="266" w:lineRule="auto"/>
        <w:ind w:firstLine="331"/>
        <w:jc w:val="both"/>
      </w:pPr>
      <w:r>
        <w:rPr>
          <w:rFonts w:ascii="Georgia" w:hAnsi="Georgia"/>
          <w:b w:val="0"/>
          <w:i w:val="0"/>
          <w:color w:val="22201D"/>
          <w:sz w:val="20"/>
        </w:rPr>
        <w:t>Gerald's face became dangerous.</w:t>
      </w:r>
    </w:p>
    <w:p>
      <w:pPr>
        <w:spacing w:after="60" w:line="266" w:lineRule="auto"/>
        <w:ind w:firstLine="331"/>
        <w:jc w:val="both"/>
      </w:pPr>
      <w:r>
        <w:rPr>
          <w:rFonts w:ascii="Georgia" w:hAnsi="Georgia"/>
          <w:b w:val="0"/>
          <w:i w:val="0"/>
          <w:color w:val="22201D"/>
          <w:sz w:val="20"/>
        </w:rPr>
        <w:t>"No price before warning, but price must be visible before purchase."</w:t>
      </w:r>
    </w:p>
    <w:p>
      <w:pPr>
        <w:spacing w:after="60" w:line="266" w:lineRule="auto"/>
        <w:ind w:firstLine="331"/>
        <w:jc w:val="both"/>
      </w:pPr>
      <w:r>
        <w:rPr>
          <w:rFonts w:ascii="Georgia" w:hAnsi="Georgia"/>
          <w:b w:val="0"/>
          <w:i w:val="0"/>
          <w:color w:val="22201D"/>
          <w:sz w:val="20"/>
        </w:rPr>
        <w:t>The shelf produced a blank price card.</w:t>
      </w:r>
    </w:p>
    <w:p>
      <w:pPr>
        <w:spacing w:after="60" w:line="266" w:lineRule="auto"/>
        <w:ind w:firstLine="331"/>
        <w:jc w:val="both"/>
      </w:pPr>
      <w:r>
        <w:rPr>
          <w:rFonts w:ascii="Georgia" w:hAnsi="Georgia"/>
          <w:b w:val="0"/>
          <w:i w:val="0"/>
          <w:color w:val="22201D"/>
          <w:sz w:val="20"/>
        </w:rPr>
        <w:t>The price card tried to slide in front of the warning.</w:t>
      </w:r>
    </w:p>
    <w:p>
      <w:pPr>
        <w:spacing w:after="60" w:line="266" w:lineRule="auto"/>
        <w:ind w:firstLine="331"/>
        <w:jc w:val="both"/>
      </w:pPr>
      <w:r>
        <w:rPr>
          <w:rFonts w:ascii="Georgia" w:hAnsi="Georgia"/>
          <w:b w:val="0"/>
          <w:i w:val="0"/>
          <w:color w:val="22201D"/>
          <w:sz w:val="20"/>
        </w:rPr>
        <w:t>Gerald stopped it with the ugly ruler.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price card moved beneath the product name and beside the warning, not over either.</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PRICE: not assigned  SALE STATUS: not approved</w:t>
      </w:r>
    </w:p>
    <w:p>
      <w:pPr>
        <w:spacing w:after="60" w:line="266" w:lineRule="auto"/>
        <w:ind w:firstLine="331"/>
        <w:jc w:val="both"/>
      </w:pPr>
      <w:r>
        <w:rPr>
          <w:rFonts w:ascii="Georgia" w:hAnsi="Georgia"/>
          <w:b w:val="0"/>
          <w:i w:val="0"/>
          <w:color w:val="22201D"/>
          <w:sz w:val="20"/>
        </w:rPr>
        <w:t>Ives nodded.</w:t>
      </w:r>
    </w:p>
    <w:p>
      <w:pPr>
        <w:spacing w:after="60" w:line="266" w:lineRule="auto"/>
        <w:ind w:firstLine="331"/>
        <w:jc w:val="both"/>
      </w:pPr>
      <w:r>
        <w:rPr>
          <w:rFonts w:ascii="Georgia" w:hAnsi="Georgia"/>
          <w:b w:val="0"/>
          <w:i w:val="0"/>
          <w:color w:val="22201D"/>
          <w:sz w:val="20"/>
        </w:rPr>
        <w:t>"Good. I cannot accidentally buy it."</w:t>
      </w:r>
    </w:p>
    <w:p>
      <w:pPr>
        <w:spacing w:after="60" w:line="266" w:lineRule="auto"/>
        <w:ind w:firstLine="331"/>
        <w:jc w:val="both"/>
      </w:pPr>
      <w:r>
        <w:rPr>
          <w:rFonts w:ascii="Georgia" w:hAnsi="Georgia"/>
          <w:b w:val="0"/>
          <w:i w:val="0"/>
          <w:color w:val="22201D"/>
          <w:sz w:val="20"/>
        </w:rPr>
        <w:t>The shelf docket recorded:</w:t>
      </w:r>
    </w:p>
    <w:p>
      <w:pPr>
        <w:spacing w:after="60" w:line="250" w:lineRule="auto"/>
        <w:ind w:left="202" w:right="173"/>
      </w:pPr>
      <w:r>
        <w:rPr>
          <w:rFonts w:ascii="Georgia" w:hAnsi="Georgia"/>
          <w:b w:val="0"/>
          <w:i w:val="0"/>
          <w:color w:val="22201D"/>
          <w:sz w:val="17"/>
        </w:rPr>
        <w:t>Sale status visible. Purchase not possible.</w:t>
      </w:r>
    </w:p>
    <w:p>
      <w:pPr>
        <w:spacing w:after="60" w:line="266" w:lineRule="auto"/>
        <w:ind w:firstLine="331"/>
        <w:jc w:val="both"/>
      </w:pPr>
      <w:r>
        <w:rPr>
          <w:rFonts w:ascii="Georgia" w:hAnsi="Georgia"/>
          <w:b w:val="0"/>
          <w:i w:val="0"/>
          <w:color w:val="22201D"/>
          <w:sz w:val="20"/>
        </w:rPr>
        <w:t>The sample cups rustled.</w:t>
      </w:r>
    </w:p>
    <w:p>
      <w:pPr>
        <w:spacing w:after="60" w:line="266" w:lineRule="auto"/>
        <w:ind w:firstLine="331"/>
        <w:jc w:val="both"/>
      </w:pPr>
      <w:r>
        <w:rPr>
          <w:rFonts w:ascii="Georgia" w:hAnsi="Georgia"/>
          <w:b w:val="0"/>
          <w:i w:val="0"/>
          <w:color w:val="22201D"/>
          <w:sz w:val="20"/>
        </w:rPr>
        <w:t>Bob put one hand over the stack.</w:t>
      </w:r>
    </w:p>
    <w:p>
      <w:pPr>
        <w:spacing w:after="60" w:line="266" w:lineRule="auto"/>
        <w:ind w:firstLine="331"/>
        <w:jc w:val="both"/>
      </w:pPr>
      <w:r>
        <w:rPr>
          <w:rFonts w:ascii="Georgia" w:hAnsi="Georgia"/>
          <w:b w:val="0"/>
          <w:i w:val="0"/>
          <w:color w:val="22201D"/>
          <w:sz w:val="20"/>
        </w:rPr>
        <w:t>"No sample."</w:t>
      </w:r>
    </w:p>
    <w:p>
      <w:pPr>
        <w:spacing w:after="60" w:line="266" w:lineRule="auto"/>
        <w:ind w:firstLine="331"/>
        <w:jc w:val="both"/>
      </w:pPr>
      <w:r>
        <w:rPr>
          <w:rFonts w:ascii="Georgia" w:hAnsi="Georgia"/>
          <w:b w:val="0"/>
          <w:i w:val="0"/>
          <w:color w:val="22201D"/>
          <w:sz w:val="20"/>
        </w:rPr>
        <w:t>The cups stopped.</w:t>
      </w:r>
    </w:p>
    <w:p>
      <w:pPr>
        <w:spacing w:after="60" w:line="266" w:lineRule="auto"/>
        <w:ind w:firstLine="331"/>
        <w:jc w:val="both"/>
      </w:pPr>
      <w:r>
        <w:rPr>
          <w:rFonts w:ascii="Georgia" w:hAnsi="Georgia"/>
          <w:b w:val="0"/>
          <w:i w:val="0"/>
          <w:color w:val="22201D"/>
          <w:sz w:val="20"/>
        </w:rPr>
        <w:t>Ives looked at the sample station.</w:t>
      </w:r>
    </w:p>
    <w:p>
      <w:pPr>
        <w:spacing w:after="60" w:line="266" w:lineRule="auto"/>
        <w:ind w:firstLine="331"/>
        <w:jc w:val="both"/>
      </w:pPr>
      <w:r>
        <w:rPr>
          <w:rFonts w:ascii="Georgia" w:hAnsi="Georgia"/>
          <w:b w:val="0"/>
          <w:i w:val="0"/>
          <w:color w:val="22201D"/>
          <w:sz w:val="20"/>
        </w:rPr>
        <w:t>"Cup placement invites tasting."</w:t>
      </w:r>
    </w:p>
    <w:p>
      <w:pPr>
        <w:spacing w:after="60" w:line="266" w:lineRule="auto"/>
        <w:ind w:firstLine="331"/>
        <w:jc w:val="both"/>
      </w:pPr>
      <w:r>
        <w:rPr>
          <w:rFonts w:ascii="Georgia" w:hAnsi="Georgia"/>
          <w:b w:val="0"/>
          <w:i w:val="0"/>
          <w:color w:val="22201D"/>
          <w:sz w:val="20"/>
        </w:rPr>
        <w:t>The Hostess moved the cups behind a small sign:</w:t>
      </w:r>
    </w:p>
    <w:p>
      <w:pPr>
        <w:spacing w:after="60" w:line="250" w:lineRule="auto"/>
        <w:ind w:left="202" w:right="173"/>
      </w:pPr>
      <w:r>
        <w:rPr>
          <w:rFonts w:ascii="Georgia" w:hAnsi="Georgia"/>
          <w:b w:val="0"/>
          <w:i w:val="0"/>
          <w:color w:val="22201D"/>
          <w:sz w:val="17"/>
        </w:rPr>
        <w:t>SAMPLES NOT ACTIVE Read warning first. Consent form required.</w:t>
      </w:r>
    </w:p>
    <w:p>
      <w:pPr>
        <w:spacing w:after="60" w:line="266" w:lineRule="auto"/>
        <w:ind w:firstLine="331"/>
        <w:jc w:val="both"/>
      </w:pPr>
      <w:r>
        <w:rPr>
          <w:rFonts w:ascii="Georgia" w:hAnsi="Georgia"/>
          <w:b w:val="0"/>
          <w:i w:val="0"/>
          <w:color w:val="22201D"/>
          <w:sz w:val="20"/>
        </w:rPr>
        <w:t>Ives read it from the customer line.</w:t>
      </w:r>
    </w:p>
    <w:p>
      <w:pPr>
        <w:spacing w:after="60" w:line="266" w:lineRule="auto"/>
        <w:ind w:firstLine="331"/>
        <w:jc w:val="both"/>
      </w:pPr>
      <w:r>
        <w:rPr>
          <w:rFonts w:ascii="Georgia" w:hAnsi="Georgia"/>
          <w:b w:val="0"/>
          <w:i w:val="0"/>
          <w:color w:val="22201D"/>
          <w:sz w:val="20"/>
        </w:rPr>
        <w:t>"Readable."</w:t>
      </w:r>
    </w:p>
    <w:p>
      <w:pPr>
        <w:spacing w:after="60" w:line="266" w:lineRule="auto"/>
        <w:ind w:firstLine="331"/>
        <w:jc w:val="both"/>
      </w:pPr>
      <w:r>
        <w:rPr>
          <w:rFonts w:ascii="Georgia" w:hAnsi="Georgia"/>
          <w:b w:val="0"/>
          <w:i w:val="0"/>
          <w:color w:val="22201D"/>
          <w:sz w:val="20"/>
        </w:rPr>
        <w:t>Gerald checked the angle.</w:t>
      </w:r>
    </w:p>
    <w:p>
      <w:pPr>
        <w:spacing w:after="60" w:line="266" w:lineRule="auto"/>
        <w:ind w:firstLine="331"/>
        <w:jc w:val="both"/>
      </w:pPr>
      <w:r>
        <w:rPr>
          <w:rFonts w:ascii="Georgia" w:hAnsi="Georgia"/>
          <w:b w:val="0"/>
          <w:i w:val="0"/>
          <w:color w:val="22201D"/>
          <w:sz w:val="20"/>
        </w:rPr>
        <w:t>"Not blocked by pitcher."</w:t>
      </w:r>
    </w:p>
    <w:p>
      <w:pPr>
        <w:spacing w:after="60" w:line="266" w:lineRule="auto"/>
        <w:ind w:firstLine="331"/>
        <w:jc w:val="both"/>
      </w:pPr>
      <w:r>
        <w:rPr>
          <w:rFonts w:ascii="Georgia" w:hAnsi="Georgia"/>
          <w:b w:val="0"/>
          <w:i w:val="0"/>
          <w:color w:val="22201D"/>
          <w:sz w:val="20"/>
        </w:rPr>
        <w:t>Bob moved the pitcher two inches left.</w:t>
      </w:r>
    </w:p>
    <w:p>
      <w:pPr>
        <w:spacing w:after="60" w:line="266" w:lineRule="auto"/>
        <w:ind w:firstLine="331"/>
        <w:jc w:val="both"/>
      </w:pPr>
      <w:r>
        <w:rPr>
          <w:rFonts w:ascii="Georgia" w:hAnsi="Georgia"/>
          <w:b w:val="0"/>
          <w:i w:val="0"/>
          <w:color w:val="22201D"/>
          <w:sz w:val="20"/>
        </w:rPr>
        <w:t>"Now."</w:t>
      </w:r>
    </w:p>
    <w:p>
      <w:pPr>
        <w:spacing w:after="60" w:line="266" w:lineRule="auto"/>
        <w:ind w:firstLine="331"/>
        <w:jc w:val="both"/>
      </w:pPr>
      <w:r>
        <w:rPr>
          <w:rFonts w:ascii="Georgia" w:hAnsi="Georgia"/>
          <w:b w:val="0"/>
          <w:i w:val="0"/>
          <w:color w:val="22201D"/>
          <w:sz w:val="20"/>
        </w:rPr>
        <w:t>The docket recorded:</w:t>
      </w:r>
    </w:p>
    <w:p>
      <w:pPr>
        <w:spacing w:after="60" w:line="250" w:lineRule="auto"/>
        <w:ind w:left="202" w:right="173"/>
      </w:pPr>
      <w:r>
        <w:rPr>
          <w:rFonts w:ascii="Georgia" w:hAnsi="Georgia"/>
          <w:b w:val="0"/>
          <w:i w:val="0"/>
          <w:color w:val="22201D"/>
          <w:sz w:val="17"/>
        </w:rPr>
        <w:t>Sample station: not active warning-first sign readable water available used-cup disposal visible</w:t>
      </w:r>
    </w:p>
    <w:p>
      <w:pPr>
        <w:spacing w:after="60" w:line="266" w:lineRule="auto"/>
        <w:ind w:firstLine="331"/>
        <w:jc w:val="both"/>
      </w:pPr>
      <w:r>
        <w:rPr>
          <w:rFonts w:ascii="Georgia" w:hAnsi="Georgia"/>
          <w:b w:val="0"/>
          <w:i w:val="0"/>
          <w:color w:val="22201D"/>
          <w:sz w:val="20"/>
        </w:rPr>
        <w:t>Flocc watched the market shelf become less exciting and more honest with each adjustment.</w:t>
      </w:r>
    </w:p>
    <w:p>
      <w:pPr>
        <w:spacing w:after="60" w:line="266" w:lineRule="auto"/>
        <w:ind w:firstLine="331"/>
        <w:jc w:val="both"/>
      </w:pPr>
      <w:r>
        <w:rPr>
          <w:rFonts w:ascii="Georgia" w:hAnsi="Georgia"/>
          <w:b w:val="0"/>
          <w:i w:val="0"/>
          <w:color w:val="22201D"/>
          <w:sz w:val="20"/>
        </w:rPr>
        <w:t>It was strange how much work it took to prevent an object from flirting with strangers.</w:t>
      </w:r>
    </w:p>
    <w:p>
      <w:pPr>
        <w:spacing w:after="60" w:line="266" w:lineRule="auto"/>
        <w:ind w:firstLine="331"/>
        <w:jc w:val="both"/>
      </w:pPr>
      <w:r>
        <w:rPr>
          <w:rFonts w:ascii="Georgia" w:hAnsi="Georgia"/>
          <w:b w:val="0"/>
          <w:i w:val="0"/>
          <w:color w:val="22201D"/>
          <w:sz w:val="20"/>
        </w:rPr>
        <w:t>The failed front label under the mixing bowl tapped once from the document row.</w:t>
      </w:r>
    </w:p>
    <w:p>
      <w:pPr>
        <w:spacing w:after="60" w:line="266" w:lineRule="auto"/>
        <w:ind w:firstLine="331"/>
        <w:jc w:val="both"/>
      </w:pPr>
      <w:r>
        <w:rPr>
          <w:rFonts w:ascii="Georgia" w:hAnsi="Georgia"/>
          <w:b w:val="0"/>
          <w:i w:val="0"/>
          <w:color w:val="22201D"/>
          <w:sz w:val="20"/>
        </w:rPr>
        <w:t>Auditor Ives looked at the bowl.</w:t>
      </w:r>
    </w:p>
    <w:p>
      <w:pPr>
        <w:spacing w:after="60" w:line="266" w:lineRule="auto"/>
        <w:ind w:firstLine="331"/>
        <w:jc w:val="both"/>
      </w:pPr>
      <w:r>
        <w:rPr>
          <w:rFonts w:ascii="Georgia" w:hAnsi="Georgia"/>
          <w:b w:val="0"/>
          <w:i w:val="0"/>
          <w:color w:val="22201D"/>
          <w:sz w:val="20"/>
        </w:rPr>
        <w:t>"Do I need to know why there is a bowl on a label?"</w:t>
      </w:r>
    </w:p>
    <w:p>
      <w:pPr>
        <w:spacing w:after="60" w:line="266" w:lineRule="auto"/>
        <w:ind w:firstLine="331"/>
        <w:jc w:val="both"/>
      </w:pPr>
      <w:r>
        <w:rPr>
          <w:rFonts w:ascii="Georgia" w:hAnsi="Georgia"/>
          <w:b w:val="0"/>
          <w:i w:val="0"/>
          <w:color w:val="22201D"/>
          <w:sz w:val="20"/>
        </w:rPr>
        <w:t>Gerald said, "Failed front label."</w:t>
      </w:r>
    </w:p>
    <w:p>
      <w:pPr>
        <w:spacing w:after="60" w:line="266" w:lineRule="auto"/>
        <w:ind w:firstLine="331"/>
        <w:jc w:val="both"/>
      </w:pPr>
      <w:r>
        <w:rPr>
          <w:rFonts w:ascii="Georgia" w:hAnsi="Georgia"/>
          <w:b w:val="0"/>
          <w:i w:val="0"/>
          <w:color w:val="22201D"/>
          <w:sz w:val="20"/>
        </w:rPr>
        <w:t>"Hidden terms?"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"Keep the bowl."</w:t>
      </w:r>
    </w:p>
    <w:p>
      <w:pPr>
        <w:spacing w:after="60" w:line="266" w:lineRule="auto"/>
        <w:ind w:firstLine="331"/>
        <w:jc w:val="both"/>
      </w:pPr>
      <w:r>
        <w:rPr>
          <w:rFonts w:ascii="Georgia" w:hAnsi="Georgia"/>
          <w:b w:val="0"/>
          <w:i w:val="0"/>
          <w:color w:val="22201D"/>
          <w:sz w:val="20"/>
        </w:rPr>
        <w:t>The docket recorded:</w:t>
      </w:r>
    </w:p>
    <w:p>
      <w:pPr>
        <w:spacing w:after="60" w:line="250" w:lineRule="auto"/>
        <w:ind w:left="202" w:right="173"/>
      </w:pPr>
      <w:r>
        <w:rPr>
          <w:rFonts w:ascii="Georgia" w:hAnsi="Georgia"/>
          <w:b w:val="0"/>
          <w:i w:val="0"/>
          <w:color w:val="22201D"/>
          <w:sz w:val="17"/>
        </w:rPr>
        <w:t>Failed front label excluded from market face. Reason: hidden terms and false pressure.</w:t>
      </w:r>
    </w:p>
    <w:p>
      <w:pPr>
        <w:spacing w:after="60" w:line="266" w:lineRule="auto"/>
        <w:ind w:firstLine="331"/>
        <w:jc w:val="both"/>
      </w:pPr>
      <w:r>
        <w:rPr>
          <w:rFonts w:ascii="Georgia" w:hAnsi="Georgia"/>
          <w:b w:val="0"/>
          <w:i w:val="0"/>
          <w:color w:val="22201D"/>
          <w:sz w:val="20"/>
        </w:rPr>
        <w:t>Nico looked at Ives with admiration that was almost legally actionable.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The shelf produced three customer cards.</w:t>
      </w:r>
    </w:p>
    <w:p>
      <w:pPr>
        <w:spacing w:after="60" w:line="250" w:lineRule="auto"/>
        <w:ind w:left="202" w:right="173"/>
      </w:pPr>
      <w:r>
        <w:rPr>
          <w:rFonts w:ascii="Georgia" w:hAnsi="Georgia"/>
          <w:b w:val="0"/>
          <w:i w:val="0"/>
          <w:color w:val="22201D"/>
          <w:sz w:val="17"/>
        </w:rPr>
        <w:t>CARD A: What is this?  CARD B: Can I taste it?  CARD C: Is it safe?</w:t>
      </w:r>
    </w:p>
    <w:p>
      <w:pPr>
        <w:spacing w:after="60" w:line="266" w:lineRule="auto"/>
        <w:ind w:firstLine="331"/>
        <w:jc w:val="both"/>
      </w:pPr>
      <w:r>
        <w:rPr>
          <w:rFonts w:ascii="Georgia" w:hAnsi="Georgia"/>
          <w:b w:val="0"/>
          <w:i w:val="0"/>
          <w:color w:val="22201D"/>
          <w:sz w:val="20"/>
        </w:rPr>
        <w:t>The Hostess placed them on the shelf.</w:t>
      </w:r>
    </w:p>
    <w:p>
      <w:pPr>
        <w:spacing w:after="60" w:line="266" w:lineRule="auto"/>
        <w:ind w:firstLine="331"/>
        <w:jc w:val="both"/>
      </w:pPr>
      <w:r>
        <w:rPr>
          <w:rFonts w:ascii="Georgia" w:hAnsi="Georgia"/>
          <w:b w:val="0"/>
          <w:i w:val="0"/>
          <w:color w:val="22201D"/>
          <w:sz w:val="20"/>
        </w:rPr>
        <w:t>"Witness test."</w:t>
      </w:r>
    </w:p>
    <w:p>
      <w:pPr>
        <w:spacing w:after="60" w:line="266" w:lineRule="auto"/>
        <w:ind w:firstLine="331"/>
        <w:jc w:val="both"/>
      </w:pPr>
      <w:r>
        <w:rPr>
          <w:rFonts w:ascii="Georgia" w:hAnsi="Georgia"/>
          <w:b w:val="0"/>
          <w:i w:val="0"/>
          <w:color w:val="22201D"/>
          <w:sz w:val="20"/>
        </w:rPr>
        <w:t>Ives picked up Card A.</w:t>
      </w:r>
    </w:p>
    <w:p>
      <w:pPr>
        <w:spacing w:after="60" w:line="266" w:lineRule="auto"/>
        <w:ind w:firstLine="331"/>
        <w:jc w:val="both"/>
      </w:pPr>
      <w:r>
        <w:rPr>
          <w:rFonts w:ascii="Georgia" w:hAnsi="Georgia"/>
          <w:b w:val="0"/>
          <w:i w:val="0"/>
          <w:color w:val="22201D"/>
          <w:sz w:val="20"/>
        </w:rPr>
        <w:t>"What is this?"</w:t>
      </w:r>
    </w:p>
    <w:p>
      <w:pPr>
        <w:spacing w:after="60" w:line="266" w:lineRule="auto"/>
        <w:ind w:firstLine="331"/>
        <w:jc w:val="both"/>
      </w:pPr>
      <w:r>
        <w:rPr>
          <w:rFonts w:ascii="Georgia" w:hAnsi="Georgia"/>
          <w:b w:val="0"/>
          <w:i w:val="0"/>
          <w:color w:val="22201D"/>
          <w:sz w:val="20"/>
        </w:rPr>
        <w:t>Flocc answered too quickly.</w:t>
      </w:r>
    </w:p>
    <w:p>
      <w:pPr>
        <w:spacing w:after="60" w:line="266" w:lineRule="auto"/>
        <w:ind w:firstLine="331"/>
        <w:jc w:val="both"/>
      </w:pPr>
      <w:r>
        <w:rPr>
          <w:rFonts w:ascii="Georgia" w:hAnsi="Georgia"/>
          <w:b w:val="0"/>
          <w:i w:val="0"/>
          <w:color w:val="22201D"/>
          <w:sz w:val="20"/>
        </w:rPr>
        <w:t>"Gold Pheasant Peach Scotch Bonnet."</w:t>
      </w:r>
    </w:p>
    <w:p>
      <w:pPr>
        <w:spacing w:after="60" w:line="266" w:lineRule="auto"/>
        <w:ind w:firstLine="331"/>
        <w:jc w:val="both"/>
      </w:pPr>
      <w:r>
        <w:rPr>
          <w:rFonts w:ascii="Georgia" w:hAnsi="Georgia"/>
          <w:b w:val="0"/>
          <w:i w:val="0"/>
          <w:color w:val="22201D"/>
          <w:sz w:val="20"/>
        </w:rPr>
        <w:t>Gerald coughed.</w:t>
      </w:r>
    </w:p>
    <w:p>
      <w:pPr>
        <w:spacing w:after="60" w:line="266" w:lineRule="auto"/>
        <w:ind w:firstLine="331"/>
        <w:jc w:val="both"/>
      </w:pPr>
      <w:r>
        <w:rPr>
          <w:rFonts w:ascii="Georgia" w:hAnsi="Georgia"/>
          <w:b w:val="0"/>
          <w:i w:val="0"/>
          <w:color w:val="22201D"/>
          <w:sz w:val="20"/>
        </w:rPr>
        <w:t>Flocc corrected.</w:t>
      </w:r>
    </w:p>
    <w:p>
      <w:pPr>
        <w:spacing w:after="60" w:line="266" w:lineRule="auto"/>
        <w:ind w:firstLine="331"/>
        <w:jc w:val="both"/>
      </w:pPr>
      <w:r>
        <w:rPr>
          <w:rFonts w:ascii="Georgia" w:hAnsi="Georgia"/>
          <w:b w:val="0"/>
          <w:i w:val="0"/>
          <w:color w:val="22201D"/>
          <w:sz w:val="20"/>
        </w:rPr>
        <w:t>"A hot sauce draft not yet approved for sale or sampling."</w:t>
      </w:r>
    </w:p>
    <w:p>
      <w:pPr>
        <w:spacing w:after="60" w:line="266" w:lineRule="auto"/>
        <w:ind w:firstLine="331"/>
        <w:jc w:val="both"/>
      </w:pPr>
      <w:r>
        <w:rPr>
          <w:rFonts w:ascii="Georgia" w:hAnsi="Georgia"/>
          <w:b w:val="0"/>
          <w:i w:val="0"/>
          <w:color w:val="22201D"/>
          <w:sz w:val="20"/>
        </w:rPr>
        <w:t>Ives looked at the label.</w:t>
      </w:r>
    </w:p>
    <w:p>
      <w:pPr>
        <w:spacing w:after="60" w:line="266" w:lineRule="auto"/>
        <w:ind w:firstLine="331"/>
        <w:jc w:val="both"/>
      </w:pPr>
      <w:r>
        <w:rPr>
          <w:rFonts w:ascii="Georgia" w:hAnsi="Georgia"/>
          <w:b w:val="0"/>
          <w:i w:val="0"/>
          <w:color w:val="22201D"/>
          <w:sz w:val="20"/>
        </w:rPr>
        <w:t>"The shelf tells me that before you do. Good."</w:t>
      </w:r>
    </w:p>
    <w:p>
      <w:pPr>
        <w:spacing w:after="60" w:line="266" w:lineRule="auto"/>
        <w:ind w:firstLine="331"/>
        <w:jc w:val="both"/>
      </w:pPr>
      <w:r>
        <w:rPr>
          <w:rFonts w:ascii="Georgia" w:hAnsi="Georgia"/>
          <w:b w:val="0"/>
          <w:i w:val="0"/>
          <w:color w:val="22201D"/>
          <w:sz w:val="20"/>
        </w:rPr>
        <w:t>The docket recorded:</w:t>
      </w:r>
    </w:p>
    <w:p>
      <w:pPr>
        <w:spacing w:after="60" w:line="250" w:lineRule="auto"/>
        <w:ind w:left="202" w:right="173"/>
      </w:pPr>
      <w:r>
        <w:rPr>
          <w:rFonts w:ascii="Georgia" w:hAnsi="Georgia"/>
          <w:b w:val="0"/>
          <w:i w:val="0"/>
          <w:color w:val="22201D"/>
          <w:sz w:val="17"/>
        </w:rPr>
        <w:t>Card A result: shelf answers product category and unapproved status before staff explanation.</w:t>
      </w:r>
    </w:p>
    <w:p>
      <w:pPr>
        <w:spacing w:after="60" w:line="266" w:lineRule="auto"/>
        <w:ind w:firstLine="331"/>
        <w:jc w:val="both"/>
      </w:pPr>
      <w:r>
        <w:rPr>
          <w:rFonts w:ascii="Georgia" w:hAnsi="Georgia"/>
          <w:b w:val="0"/>
          <w:i w:val="0"/>
          <w:color w:val="22201D"/>
          <w:sz w:val="20"/>
        </w:rPr>
        <w:t>Card B:</w:t>
      </w:r>
    </w:p>
    <w:p>
      <w:pPr>
        <w:spacing w:after="60" w:line="266" w:lineRule="auto"/>
        <w:ind w:firstLine="331"/>
        <w:jc w:val="both"/>
      </w:pPr>
      <w:r>
        <w:rPr>
          <w:rFonts w:ascii="Georgia" w:hAnsi="Georgia"/>
          <w:b w:val="0"/>
          <w:i w:val="0"/>
          <w:color w:val="22201D"/>
          <w:sz w:val="20"/>
        </w:rPr>
        <w:t>"Can I taste it?"</w:t>
      </w:r>
    </w:p>
    <w:p>
      <w:pPr>
        <w:spacing w:after="60" w:line="266" w:lineRule="auto"/>
        <w:ind w:firstLine="331"/>
        <w:jc w:val="both"/>
      </w:pPr>
      <w:r>
        <w:rPr>
          <w:rFonts w:ascii="Georgia" w:hAnsi="Georgia"/>
          <w:b w:val="0"/>
          <w:i w:val="0"/>
          <w:color w:val="22201D"/>
          <w:sz w:val="20"/>
        </w:rPr>
        <w:t>Flocc looked at the sample sign.</w:t>
      </w:r>
    </w:p>
    <w:p>
      <w:pPr>
        <w:spacing w:after="60" w:line="266" w:lineRule="auto"/>
        <w:ind w:firstLine="331"/>
        <w:jc w:val="both"/>
      </w:pPr>
      <w:r>
        <w:rPr>
          <w:rFonts w:ascii="Georgia" w:hAnsi="Georgia"/>
          <w:b w:val="0"/>
          <w:i w:val="0"/>
          <w:color w:val="22201D"/>
          <w:sz w:val="20"/>
        </w:rPr>
        <w:t>"No active samples. Consent form required when samples become active. Declining requires no explanation."</w:t>
      </w:r>
    </w:p>
    <w:p>
      <w:pPr>
        <w:spacing w:after="60" w:line="266" w:lineRule="auto"/>
        <w:ind w:firstLine="331"/>
        <w:jc w:val="both"/>
      </w:pPr>
      <w:r>
        <w:rPr>
          <w:rFonts w:ascii="Georgia" w:hAnsi="Georgia"/>
          <w:b w:val="0"/>
          <w:i w:val="0"/>
          <w:color w:val="22201D"/>
          <w:sz w:val="20"/>
        </w:rPr>
        <w:t>Ives looked at the shelf.</w:t>
      </w:r>
    </w:p>
    <w:p>
      <w:pPr>
        <w:spacing w:after="60" w:line="266" w:lineRule="auto"/>
        <w:ind w:firstLine="331"/>
        <w:jc w:val="both"/>
      </w:pPr>
      <w:r>
        <w:rPr>
          <w:rFonts w:ascii="Georgia" w:hAnsi="Georgia"/>
          <w:b w:val="0"/>
          <w:i w:val="0"/>
          <w:color w:val="22201D"/>
          <w:sz w:val="20"/>
        </w:rPr>
        <w:t>"I can find that."</w:t>
      </w:r>
    </w:p>
    <w:p>
      <w:pPr>
        <w:spacing w:after="60" w:line="266" w:lineRule="auto"/>
        <w:ind w:firstLine="331"/>
        <w:jc w:val="both"/>
      </w:pPr>
      <w:r>
        <w:rPr>
          <w:rFonts w:ascii="Georgia" w:hAnsi="Georgia"/>
          <w:b w:val="0"/>
          <w:i w:val="0"/>
          <w:color w:val="22201D"/>
          <w:sz w:val="20"/>
        </w:rPr>
        <w:t>The docket recorded:</w:t>
      </w:r>
    </w:p>
    <w:p>
      <w:pPr>
        <w:spacing w:after="60" w:line="250" w:lineRule="auto"/>
        <w:ind w:left="202" w:right="173"/>
      </w:pPr>
      <w:r>
        <w:rPr>
          <w:rFonts w:ascii="Georgia" w:hAnsi="Georgia"/>
          <w:b w:val="0"/>
          <w:i w:val="0"/>
          <w:color w:val="22201D"/>
          <w:sz w:val="17"/>
        </w:rPr>
        <w:t>Card B result: sample inactive status visible consent path findable decline protected</w:t>
      </w:r>
    </w:p>
    <w:p>
      <w:pPr>
        <w:spacing w:after="60" w:line="266" w:lineRule="auto"/>
        <w:ind w:firstLine="331"/>
        <w:jc w:val="both"/>
      </w:pPr>
      <w:r>
        <w:rPr>
          <w:rFonts w:ascii="Georgia" w:hAnsi="Georgia"/>
          <w:b w:val="0"/>
          <w:i w:val="0"/>
          <w:color w:val="22201D"/>
          <w:sz w:val="20"/>
        </w:rPr>
        <w:t>Card C:</w:t>
      </w:r>
    </w:p>
    <w:p>
      <w:pPr>
        <w:spacing w:after="60" w:line="266" w:lineRule="auto"/>
        <w:ind w:firstLine="331"/>
        <w:jc w:val="both"/>
      </w:pPr>
      <w:r>
        <w:rPr>
          <w:rFonts w:ascii="Georgia" w:hAnsi="Georgia"/>
          <w:b w:val="0"/>
          <w:i w:val="0"/>
          <w:color w:val="22201D"/>
          <w:sz w:val="20"/>
        </w:rPr>
        <w:t>"Is it safe?"</w:t>
      </w:r>
    </w:p>
    <w:p>
      <w:pPr>
        <w:spacing w:after="60" w:line="266" w:lineRule="auto"/>
        <w:ind w:firstLine="331"/>
        <w:jc w:val="both"/>
      </w:pPr>
      <w:r>
        <w:rPr>
          <w:rFonts w:ascii="Georgia" w:hAnsi="Georgia"/>
          <w:b w:val="0"/>
          <w:i w:val="0"/>
          <w:color w:val="22201D"/>
          <w:sz w:val="20"/>
        </w:rPr>
        <w:t>Flocc wanted to say, If you read the warnings.</w:t>
      </w:r>
    </w:p>
    <w:p>
      <w:pPr>
        <w:spacing w:after="60" w:line="266" w:lineRule="auto"/>
        <w:ind w:firstLine="331"/>
        <w:jc w:val="both"/>
      </w:pPr>
      <w:r>
        <w:rPr>
          <w:rFonts w:ascii="Georgia" w:hAnsi="Georgia"/>
          <w:b w:val="0"/>
          <w:i w:val="0"/>
          <w:color w:val="22201D"/>
          <w:sz w:val="20"/>
        </w:rPr>
        <w:t>That was not true enough.</w:t>
      </w:r>
    </w:p>
    <w:p>
      <w:pPr>
        <w:spacing w:after="60" w:line="266" w:lineRule="auto"/>
        <w:ind w:firstLine="331"/>
        <w:jc w:val="both"/>
      </w:pPr>
      <w:r>
        <w:rPr>
          <w:rFonts w:ascii="Georgia" w:hAnsi="Georgia"/>
          <w:b w:val="0"/>
          <w:i w:val="0"/>
          <w:color w:val="22201D"/>
          <w:sz w:val="20"/>
        </w:rPr>
        <w:t>He said, "It is not approved. The warning says it contains scotch bonnet pepper, sweetness may arrive before heat, and heat may build after swallowing. Safety depends on the final batch, final label, consent procedure, and your own conditions."</w:t>
      </w:r>
    </w:p>
    <w:p>
      <w:pPr>
        <w:spacing w:after="60" w:line="266" w:lineRule="auto"/>
        <w:ind w:firstLine="331"/>
        <w:jc w:val="both"/>
      </w:pPr>
      <w:r>
        <w:rPr>
          <w:rFonts w:ascii="Georgia" w:hAnsi="Georgia"/>
          <w:b w:val="0"/>
          <w:i w:val="0"/>
          <w:color w:val="22201D"/>
          <w:sz w:val="20"/>
        </w:rPr>
        <w:t>Ives looked at the label, then at the docket.</w:t>
      </w:r>
    </w:p>
    <w:p>
      <w:pPr>
        <w:spacing w:after="60" w:line="266" w:lineRule="auto"/>
        <w:ind w:firstLine="331"/>
        <w:jc w:val="both"/>
      </w:pPr>
      <w:r>
        <w:rPr>
          <w:rFonts w:ascii="Georgia" w:hAnsi="Georgia"/>
          <w:b w:val="0"/>
          <w:i w:val="0"/>
          <w:color w:val="22201D"/>
          <w:sz w:val="20"/>
        </w:rPr>
        <w:t>"Too much for shelf answer."</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"Needs short safety answer."</w:t>
      </w:r>
    </w:p>
    <w:p>
      <w:pPr>
        <w:spacing w:after="60" w:line="266" w:lineRule="auto"/>
        <w:ind w:firstLine="331"/>
        <w:jc w:val="both"/>
      </w:pPr>
      <w:r>
        <w:rPr>
          <w:rFonts w:ascii="Georgia" w:hAnsi="Georgia"/>
          <w:b w:val="0"/>
          <w:i w:val="0"/>
          <w:color w:val="22201D"/>
          <w:sz w:val="20"/>
        </w:rPr>
        <w:t>The shelf printed a new card:</w:t>
      </w:r>
    </w:p>
    <w:p>
      <w:pPr>
        <w:spacing w:after="60" w:line="250" w:lineRule="auto"/>
        <w:ind w:left="202" w:right="173"/>
      </w:pPr>
      <w:r>
        <w:rPr>
          <w:rFonts w:ascii="Georgia" w:hAnsi="Georgia"/>
          <w:b w:val="0"/>
          <w:i w:val="0"/>
          <w:color w:val="22201D"/>
          <w:sz w:val="17"/>
        </w:rPr>
        <w:t>SAFETY STATUS: Not approved for sale or sample. Hot sauce warning active. Read full label before any future choice.</w:t>
      </w:r>
    </w:p>
    <w:p>
      <w:pPr>
        <w:spacing w:after="60" w:line="266" w:lineRule="auto"/>
        <w:ind w:firstLine="331"/>
        <w:jc w:val="both"/>
      </w:pPr>
      <w:r>
        <w:rPr>
          <w:rFonts w:ascii="Georgia" w:hAnsi="Georgia"/>
          <w:b w:val="0"/>
          <w:i w:val="0"/>
          <w:color w:val="22201D"/>
          <w:sz w:val="20"/>
        </w:rPr>
        <w:t>Ives read it from the customer line.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docket recorded:</w:t>
      </w:r>
    </w:p>
    <w:p>
      <w:pPr>
        <w:spacing w:after="60" w:line="250" w:lineRule="auto"/>
        <w:ind w:left="202" w:right="173"/>
      </w:pPr>
      <w:r>
        <w:rPr>
          <w:rFonts w:ascii="Georgia" w:hAnsi="Georgia"/>
          <w:b w:val="0"/>
          <w:i w:val="0"/>
          <w:color w:val="22201D"/>
          <w:sz w:val="17"/>
        </w:rPr>
        <w:t>Card C result: safety status added short answer visible</w:t>
      </w:r>
    </w:p>
    <w:p>
      <w:pPr>
        <w:spacing w:after="60" w:line="266" w:lineRule="auto"/>
        <w:ind w:firstLine="331"/>
        <w:jc w:val="both"/>
      </w:pPr>
      <w:r>
        <w:rPr>
          <w:rFonts w:ascii="Georgia" w:hAnsi="Georgia"/>
          <w:b w:val="0"/>
          <w:i w:val="0"/>
          <w:color w:val="22201D"/>
          <w:sz w:val="20"/>
        </w:rPr>
        <w:t>The market shelf settled.</w:t>
      </w:r>
    </w:p>
    <w:p>
      <w:pPr>
        <w:spacing w:after="60" w:line="266" w:lineRule="auto"/>
        <w:ind w:firstLine="331"/>
        <w:jc w:val="both"/>
      </w:pPr>
      <w:r>
        <w:rPr>
          <w:rFonts w:ascii="Georgia" w:hAnsi="Georgia"/>
          <w:b w:val="0"/>
          <w:i w:val="0"/>
          <w:color w:val="22201D"/>
          <w:sz w:val="20"/>
        </w:rPr>
        <w:t>Not approved.</w:t>
      </w:r>
    </w:p>
    <w:p>
      <w:pPr>
        <w:spacing w:after="60" w:line="266" w:lineRule="auto"/>
        <w:ind w:firstLine="331"/>
        <w:jc w:val="both"/>
      </w:pPr>
      <w:r>
        <w:rPr>
          <w:rFonts w:ascii="Georgia" w:hAnsi="Georgia"/>
          <w:b w:val="0"/>
          <w:i w:val="0"/>
          <w:color w:val="22201D"/>
          <w:sz w:val="20"/>
        </w:rPr>
        <w:t>Not hidden.</w:t>
      </w:r>
    </w:p>
    <w:p>
      <w:pPr>
        <w:spacing w:after="60" w:line="266" w:lineRule="auto"/>
        <w:ind w:firstLine="331"/>
        <w:jc w:val="both"/>
      </w:pPr>
      <w:r>
        <w:rPr>
          <w:rFonts w:ascii="Georgia" w:hAnsi="Georgia"/>
          <w:b w:val="0"/>
          <w:i w:val="0"/>
          <w:color w:val="22201D"/>
          <w:sz w:val="20"/>
        </w:rPr>
        <w:t>Not charming anyone into pretending approval had happened.</w:t>
      </w:r>
    </w:p>
    <w:p>
      <w:pPr>
        <w:spacing w:after="60" w:line="266" w:lineRule="auto"/>
        <w:ind w:firstLine="331"/>
        <w:jc w:val="both"/>
      </w:pPr>
      <w:r>
        <w:rPr>
          <w:rFonts w:ascii="Georgia" w:hAnsi="Georgia"/>
          <w:b w:val="0"/>
          <w:i w:val="0"/>
          <w:color w:val="22201D"/>
          <w:sz w:val="20"/>
        </w:rPr>
        <w:t>The shelf docket printed a witness section:</w:t>
      </w:r>
    </w:p>
    <w:p>
      <w:pPr>
        <w:spacing w:after="60" w:line="250" w:lineRule="auto"/>
        <w:ind w:left="202" w:right="173"/>
      </w:pPr>
      <w:r>
        <w:rPr>
          <w:rFonts w:ascii="Georgia" w:hAnsi="Georgia"/>
          <w:b w:val="0"/>
          <w:i w:val="0"/>
          <w:color w:val="22201D"/>
          <w:sz w:val="17"/>
        </w:rPr>
        <w:t>Witness statement: I, Auditor Ives, observed the proposed market shelf from customer line. Warnings were visible before charm. Sale status was visible. Samples were visibly inactive. Consent path was findable. Safety status required one correction and was corrected. Failed front label remained excluded.  Witness conclusion: public-facing review may proceed to process restraint. Market approval not granted.</w:t>
      </w:r>
    </w:p>
    <w:p>
      <w:pPr>
        <w:spacing w:after="60" w:line="266" w:lineRule="auto"/>
        <w:ind w:firstLine="331"/>
        <w:jc w:val="both"/>
      </w:pPr>
      <w:r>
        <w:rPr>
          <w:rFonts w:ascii="Georgia" w:hAnsi="Georgia"/>
          <w:b w:val="0"/>
          <w:i w:val="0"/>
          <w:color w:val="22201D"/>
          <w:sz w:val="20"/>
        </w:rPr>
        <w:t>Ives read the statement.</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Gerald handed over a pen.</w:t>
      </w:r>
    </w:p>
    <w:p>
      <w:pPr>
        <w:spacing w:after="60" w:line="266" w:lineRule="auto"/>
        <w:ind w:firstLine="331"/>
        <w:jc w:val="both"/>
      </w:pPr>
      <w:r>
        <w:rPr>
          <w:rFonts w:ascii="Georgia" w:hAnsi="Georgia"/>
          <w:b w:val="0"/>
          <w:i w:val="0"/>
          <w:color w:val="22201D"/>
          <w:sz w:val="20"/>
        </w:rPr>
        <w:t>Ives did not sign quickly.</w:t>
      </w:r>
    </w:p>
    <w:p>
      <w:pPr>
        <w:spacing w:after="60" w:line="266" w:lineRule="auto"/>
        <w:ind w:firstLine="331"/>
        <w:jc w:val="both"/>
      </w:pPr>
      <w:r>
        <w:rPr>
          <w:rFonts w:ascii="Georgia" w:hAnsi="Georgia"/>
          <w:b w:val="0"/>
          <w:i w:val="0"/>
          <w:color w:val="22201D"/>
          <w:sz w:val="20"/>
        </w:rPr>
        <w:t>Everyone noticed.</w:t>
      </w:r>
    </w:p>
    <w:p>
      <w:pPr>
        <w:spacing w:after="60" w:line="266" w:lineRule="auto"/>
        <w:ind w:firstLine="331"/>
        <w:jc w:val="both"/>
      </w:pPr>
      <w:r>
        <w:rPr>
          <w:rFonts w:ascii="Georgia" w:hAnsi="Georgia"/>
          <w:b w:val="0"/>
          <w:i w:val="0"/>
          <w:color w:val="22201D"/>
          <w:sz w:val="20"/>
        </w:rPr>
        <w:t>Ives read the statement again.</w:t>
      </w:r>
    </w:p>
    <w:p>
      <w:pPr>
        <w:spacing w:after="60" w:line="266" w:lineRule="auto"/>
        <w:ind w:firstLine="331"/>
        <w:jc w:val="both"/>
      </w:pPr>
      <w:r>
        <w:rPr>
          <w:rFonts w:ascii="Georgia" w:hAnsi="Georgia"/>
          <w:b w:val="0"/>
          <w:i w:val="0"/>
          <w:color w:val="22201D"/>
          <w:sz w:val="20"/>
        </w:rPr>
        <w:t>Then signed:</w:t>
      </w:r>
    </w:p>
    <w:p>
      <w:pPr>
        <w:spacing w:after="60" w:line="250" w:lineRule="auto"/>
        <w:ind w:left="202" w:right="173"/>
      </w:pPr>
      <w:r>
        <w:rPr>
          <w:rFonts w:ascii="Georgia" w:hAnsi="Georgia"/>
          <w:b w:val="0"/>
          <w:i w:val="0"/>
          <w:color w:val="22201D"/>
          <w:sz w:val="17"/>
        </w:rPr>
        <w:t>Auditor Ives Witness only</w:t>
      </w:r>
    </w:p>
    <w:p>
      <w:pPr>
        <w:spacing w:after="60" w:line="266" w:lineRule="auto"/>
        <w:ind w:firstLine="331"/>
        <w:jc w:val="both"/>
      </w:pPr>
      <w:r>
        <w:rPr>
          <w:rFonts w:ascii="Georgia" w:hAnsi="Georgia"/>
          <w:b w:val="0"/>
          <w:i w:val="0"/>
          <w:color w:val="22201D"/>
          <w:sz w:val="20"/>
        </w:rPr>
        <w:t>Flocc looked at the signature.</w:t>
      </w:r>
    </w:p>
    <w:p>
      <w:pPr>
        <w:spacing w:after="60" w:line="266" w:lineRule="auto"/>
        <w:ind w:firstLine="331"/>
        <w:jc w:val="both"/>
      </w:pPr>
      <w:r>
        <w:rPr>
          <w:rFonts w:ascii="Georgia" w:hAnsi="Georgia"/>
          <w:b w:val="0"/>
          <w:i w:val="0"/>
          <w:color w:val="22201D"/>
          <w:sz w:val="20"/>
        </w:rPr>
        <w:t>It did not feel like a door closing.</w:t>
      </w:r>
    </w:p>
    <w:p>
      <w:pPr>
        <w:spacing w:after="60" w:line="266" w:lineRule="auto"/>
        <w:ind w:firstLine="331"/>
        <w:jc w:val="both"/>
      </w:pPr>
      <w:r>
        <w:rPr>
          <w:rFonts w:ascii="Georgia" w:hAnsi="Georgia"/>
          <w:b w:val="0"/>
          <w:i w:val="0"/>
          <w:color w:val="22201D"/>
          <w:sz w:val="20"/>
        </w:rPr>
        <w:t>It felt like a window had been cleaned and found to open only partway.</w:t>
      </w:r>
    </w:p>
    <w:p>
      <w:pPr>
        <w:spacing w:after="60" w:line="266" w:lineRule="auto"/>
        <w:ind w:firstLine="331"/>
        <w:jc w:val="both"/>
      </w:pPr>
      <w:r>
        <w:rPr>
          <w:rFonts w:ascii="Georgia" w:hAnsi="Georgia"/>
          <w:b w:val="0"/>
          <w:i w:val="0"/>
          <w:color w:val="22201D"/>
          <w:sz w:val="20"/>
        </w:rPr>
        <w:t>The shelf docket accepted the signature without glowing.</w:t>
      </w:r>
    </w:p>
    <w:p>
      <w:pPr>
        <w:spacing w:after="60" w:line="266" w:lineRule="auto"/>
        <w:ind w:firstLine="331"/>
        <w:jc w:val="both"/>
      </w:pPr>
      <w:r>
        <w:rPr>
          <w:rFonts w:ascii="Georgia" w:hAnsi="Georgia"/>
          <w:b w:val="0"/>
          <w:i w:val="0"/>
          <w:color w:val="22201D"/>
          <w:sz w:val="20"/>
        </w:rPr>
        <w:t>Then it produced one more card:</w:t>
      </w:r>
    </w:p>
    <w:p>
      <w:pPr>
        <w:spacing w:after="60" w:line="250" w:lineRule="auto"/>
        <w:ind w:left="202" w:right="173"/>
      </w:pPr>
      <w:r>
        <w:rPr>
          <w:rFonts w:ascii="Georgia" w:hAnsi="Georgia"/>
          <w:b w:val="0"/>
          <w:i w:val="0"/>
          <w:color w:val="22201D"/>
          <w:sz w:val="17"/>
        </w:rPr>
        <w:t>PROCESS NOTE REQUIRED Next price: restraint</w:t>
      </w:r>
    </w:p>
    <w:p>
      <w:pPr>
        <w:spacing w:after="60" w:line="266" w:lineRule="auto"/>
        <w:ind w:firstLine="331"/>
        <w:jc w:val="both"/>
      </w:pPr>
      <w:r>
        <w:rPr>
          <w:rFonts w:ascii="Georgia" w:hAnsi="Georgia"/>
          <w:b w:val="0"/>
          <w:i w:val="0"/>
          <w:color w:val="22201D"/>
          <w:sz w:val="20"/>
        </w:rPr>
        <w:t>Behind the shelf, the covered bowls of peach, pepper, vinegar, and salt seemed to wait more quietly.</w:t>
      </w:r>
    </w:p>
    <w:p>
      <w:pPr>
        <w:spacing w:after="60" w:line="266" w:lineRule="auto"/>
        <w:ind w:firstLine="331"/>
        <w:jc w:val="both"/>
      </w:pPr>
      <w:r>
        <w:rPr>
          <w:rFonts w:ascii="Georgia" w:hAnsi="Georgia"/>
          <w:b w:val="0"/>
          <w:i w:val="0"/>
          <w:color w:val="22201D"/>
          <w:sz w:val="20"/>
        </w:rPr>
        <w:t>The heat had not learned manners yet.</w:t>
      </w:r>
    </w:p>
    <w:p>
      <w:pPr>
        <w:spacing w:after="60" w:line="266" w:lineRule="auto"/>
        <w:ind w:firstLine="331"/>
        <w:jc w:val="both"/>
      </w:pPr>
      <w:r>
        <w:rPr>
          <w:rFonts w:ascii="Georgia" w:hAnsi="Georgia"/>
          <w:b w:val="0"/>
          <w:i w:val="0"/>
          <w:color w:val="22201D"/>
          <w:sz w:val="20"/>
        </w:rPr>
        <w:t>But the shelf had learned not to perform for strangers.</w:t>
      </w:r>
    </w:p>
    <w:p>
      <w:pPr>
        <w:spacing w:after="60" w:line="266" w:lineRule="auto"/>
        <w:ind w:firstLine="331"/>
        <w:jc w:val="both"/>
      </w:pPr>
      <w:r>
        <w:rPr>
          <w:rFonts w:ascii="Georgia" w:hAnsi="Georgia"/>
          <w:b w:val="0"/>
          <w:i w:val="0"/>
          <w:color w:val="22201D"/>
          <w:sz w:val="20"/>
        </w:rPr>
        <w:t>That was enough court for one chapter.</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9: The Heat Learns Manners</w:t>
      </w:r>
    </w:p>
    <w:p>
      <w:pPr>
        <w:spacing w:after="60" w:line="266" w:lineRule="auto"/>
        <w:ind w:firstLine="0"/>
        <w:jc w:val="both"/>
      </w:pPr>
      <w:r>
        <w:rPr>
          <w:rFonts w:ascii="Georgia" w:hAnsi="Georgia"/>
          <w:b w:val="0"/>
          <w:i w:val="0"/>
          <w:color w:val="22201D"/>
          <w:sz w:val="20"/>
        </w:rPr>
        <w:t>The process note arrived warm.</w:t>
      </w:r>
    </w:p>
    <w:p>
      <w:pPr>
        <w:spacing w:after="60" w:line="266" w:lineRule="auto"/>
        <w:ind w:firstLine="331"/>
        <w:jc w:val="both"/>
      </w:pPr>
      <w:r>
        <w:rPr>
          <w:rFonts w:ascii="Georgia" w:hAnsi="Georgia"/>
          <w:b w:val="0"/>
          <w:i w:val="0"/>
          <w:color w:val="22201D"/>
          <w:sz w:val="20"/>
        </w:rPr>
        <w:t>Gerald placed a thermometer on it.</w:t>
      </w:r>
    </w:p>
    <w:p>
      <w:pPr>
        <w:spacing w:after="60" w:line="266" w:lineRule="auto"/>
        <w:ind w:firstLine="331"/>
        <w:jc w:val="both"/>
      </w:pPr>
      <w:r>
        <w:rPr>
          <w:rFonts w:ascii="Georgia" w:hAnsi="Georgia"/>
          <w:b w:val="0"/>
          <w:i w:val="0"/>
          <w:color w:val="22201D"/>
          <w:sz w:val="20"/>
        </w:rPr>
        <w:t>"Paper should not arrive warm without declaring source."</w:t>
      </w:r>
    </w:p>
    <w:p>
      <w:pPr>
        <w:spacing w:after="60" w:line="266" w:lineRule="auto"/>
        <w:ind w:firstLine="331"/>
        <w:jc w:val="both"/>
      </w:pPr>
      <w:r>
        <w:rPr>
          <w:rFonts w:ascii="Georgia" w:hAnsi="Georgia"/>
          <w:b w:val="0"/>
          <w:i w:val="0"/>
          <w:color w:val="22201D"/>
          <w:sz w:val="20"/>
        </w:rPr>
        <w:t>The note cooled by two degrees.</w:t>
      </w:r>
    </w:p>
    <w:p>
      <w:pPr>
        <w:spacing w:after="60" w:line="266" w:lineRule="auto"/>
        <w:ind w:firstLine="331"/>
        <w:jc w:val="both"/>
      </w:pPr>
      <w:r>
        <w:rPr>
          <w:rFonts w:ascii="Georgia" w:hAnsi="Georgia"/>
          <w:b w:val="0"/>
          <w:i w:val="0"/>
          <w:color w:val="22201D"/>
          <w:sz w:val="20"/>
        </w:rPr>
        <w:t>"Better," Gerald said, which for him was a standing ovation.</w:t>
      </w:r>
    </w:p>
    <w:p>
      <w:pPr>
        <w:spacing w:after="60" w:line="266" w:lineRule="auto"/>
        <w:ind w:firstLine="331"/>
        <w:jc w:val="both"/>
      </w:pPr>
      <w:r>
        <w:rPr>
          <w:rFonts w:ascii="Georgia" w:hAnsi="Georgia"/>
          <w:b w:val="0"/>
          <w:i w:val="0"/>
          <w:color w:val="22201D"/>
          <w:sz w:val="20"/>
        </w:rPr>
        <w:t>The market shelf remained assembled but not approved. Auditor Ives's witness statement stayed clipped to the shelf docket. The sample cups remained behind the SAMPLES NOT ACTIVE sign. The sauce remained uncombined in covered bowls. The waiver form remained unactivated. The reading acknowledgment remained unsigned.</w:t>
      </w:r>
    </w:p>
    <w:p>
      <w:pPr>
        <w:spacing w:after="60" w:line="266" w:lineRule="auto"/>
        <w:ind w:firstLine="331"/>
        <w:jc w:val="both"/>
      </w:pPr>
      <w:r>
        <w:rPr>
          <w:rFonts w:ascii="Georgia" w:hAnsi="Georgia"/>
          <w:b w:val="0"/>
          <w:i w:val="0"/>
          <w:color w:val="22201D"/>
          <w:sz w:val="20"/>
        </w:rPr>
        <w:t>Every document had learned to wait.</w:t>
      </w:r>
    </w:p>
    <w:p>
      <w:pPr>
        <w:spacing w:after="60" w:line="266" w:lineRule="auto"/>
        <w:ind w:firstLine="331"/>
        <w:jc w:val="both"/>
      </w:pPr>
      <w:r>
        <w:rPr>
          <w:rFonts w:ascii="Georgia" w:hAnsi="Georgia"/>
          <w:b w:val="0"/>
          <w:i w:val="0"/>
          <w:color w:val="22201D"/>
          <w:sz w:val="20"/>
        </w:rPr>
        <w:t>The heat had not.</w:t>
      </w:r>
    </w:p>
    <w:p>
      <w:pPr>
        <w:spacing w:after="60" w:line="266" w:lineRule="auto"/>
        <w:ind w:firstLine="331"/>
        <w:jc w:val="both"/>
      </w:pPr>
      <w:r>
        <w:rPr>
          <w:rFonts w:ascii="Georgia" w:hAnsi="Georgia"/>
          <w:b w:val="0"/>
          <w:i w:val="0"/>
          <w:color w:val="22201D"/>
          <w:sz w:val="20"/>
        </w:rPr>
        <w:t>From beneath the covered bowl labeled PEPPER NET, the scotch bonnet mash pressed against its lid with the patience of a small sun pretending to be cookware.</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PROCESS NOTE Gold Pheasant Peach Scotch Bonnet  Question: Can heat keep its force without rushing the eater?  Price: restraint</w:t>
      </w:r>
    </w:p>
    <w:p>
      <w:pPr>
        <w:spacing w:after="60" w:line="266" w:lineRule="auto"/>
        <w:ind w:firstLine="331"/>
        <w:jc w:val="both"/>
      </w:pPr>
      <w:r>
        <w:rPr>
          <w:rFonts w:ascii="Georgia" w:hAnsi="Georgia"/>
          <w:b w:val="0"/>
          <w:i w:val="0"/>
          <w:color w:val="22201D"/>
          <w:sz w:val="20"/>
        </w:rPr>
        <w:t>Nico looked at the pepper bowl.</w:t>
      </w:r>
    </w:p>
    <w:p>
      <w:pPr>
        <w:spacing w:after="60" w:line="266" w:lineRule="auto"/>
        <w:ind w:firstLine="331"/>
        <w:jc w:val="both"/>
      </w:pPr>
      <w:r>
        <w:rPr>
          <w:rFonts w:ascii="Georgia" w:hAnsi="Georgia"/>
          <w:b w:val="0"/>
          <w:i w:val="0"/>
          <w:color w:val="22201D"/>
          <w:sz w:val="20"/>
        </w:rPr>
        <w:t>"I am not comfortable with the phrase small sun."</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Then do not say it aloud.</w:t>
      </w:r>
    </w:p>
    <w:p>
      <w:pPr>
        <w:spacing w:after="60" w:line="266" w:lineRule="auto"/>
        <w:ind w:firstLine="331"/>
        <w:jc w:val="both"/>
      </w:pPr>
      <w:r>
        <w:rPr>
          <w:rFonts w:ascii="Georgia" w:hAnsi="Georgia"/>
          <w:b w:val="0"/>
          <w:i w:val="0"/>
          <w:color w:val="22201D"/>
          <w:sz w:val="20"/>
        </w:rPr>
        <w:t>Nico closed his mouth.</w:t>
      </w:r>
    </w:p>
    <w:p>
      <w:pPr>
        <w:spacing w:after="60" w:line="266" w:lineRule="auto"/>
        <w:ind w:firstLine="331"/>
        <w:jc w:val="both"/>
      </w:pPr>
      <w:r>
        <w:rPr>
          <w:rFonts w:ascii="Georgia" w:hAnsi="Georgia"/>
          <w:b w:val="0"/>
          <w:i w:val="0"/>
          <w:color w:val="22201D"/>
          <w:sz w:val="20"/>
        </w:rPr>
        <w:t>Gerald placed the batch log beside the process note.</w:t>
      </w:r>
    </w:p>
    <w:p>
      <w:pPr>
        <w:spacing w:after="60" w:line="250" w:lineRule="auto"/>
        <w:ind w:left="202" w:right="173"/>
      </w:pPr>
      <w:r>
        <w:rPr>
          <w:rFonts w:ascii="Georgia" w:hAnsi="Georgia"/>
          <w:b w:val="0"/>
          <w:i w:val="0"/>
          <w:color w:val="22201D"/>
          <w:sz w:val="17"/>
        </w:rPr>
        <w:t>Peach pulp: 324 g Scotch bonnet pepper mash: 146 g Golden vinegar: 251 g Salt: 28 g Total measured ingredient mass: 749 g</w:t>
      </w:r>
    </w:p>
    <w:p>
      <w:pPr>
        <w:spacing w:after="60" w:line="266" w:lineRule="auto"/>
        <w:ind w:firstLine="331"/>
        <w:jc w:val="both"/>
      </w:pPr>
      <w:r>
        <w:rPr>
          <w:rFonts w:ascii="Georgia" w:hAnsi="Georgia"/>
          <w:b w:val="0"/>
          <w:i w:val="0"/>
          <w:color w:val="22201D"/>
          <w:sz w:val="20"/>
        </w:rPr>
        <w:t>"Process is not poetry," Gerald said.</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Objection: process may include sensory sequence.</w:t>
      </w:r>
    </w:p>
    <w:p>
      <w:pPr>
        <w:spacing w:after="60" w:line="266" w:lineRule="auto"/>
        <w:ind w:firstLine="331"/>
        <w:jc w:val="both"/>
      </w:pPr>
      <w:r>
        <w:rPr>
          <w:rFonts w:ascii="Georgia" w:hAnsi="Georgia"/>
          <w:b w:val="0"/>
          <w:i w:val="0"/>
          <w:color w:val="22201D"/>
          <w:sz w:val="20"/>
        </w:rPr>
        <w:t>Gerald considered this.</w:t>
      </w:r>
    </w:p>
    <w:p>
      <w:pPr>
        <w:spacing w:after="60" w:line="266" w:lineRule="auto"/>
        <w:ind w:firstLine="331"/>
        <w:jc w:val="both"/>
      </w:pPr>
      <w:r>
        <w:rPr>
          <w:rFonts w:ascii="Georgia" w:hAnsi="Georgia"/>
          <w:b w:val="0"/>
          <w:i w:val="0"/>
          <w:color w:val="22201D"/>
          <w:sz w:val="20"/>
        </w:rPr>
        <w:t>"Sustained if sequence remains testable."</w:t>
      </w:r>
    </w:p>
    <w:p>
      <w:pPr>
        <w:spacing w:after="60" w:line="266" w:lineRule="auto"/>
        <w:ind w:firstLine="331"/>
        <w:jc w:val="both"/>
      </w:pPr>
      <w:r>
        <w:rPr>
          <w:rFonts w:ascii="Georgia" w:hAnsi="Georgia"/>
          <w:b w:val="0"/>
          <w:i w:val="0"/>
          <w:color w:val="22201D"/>
          <w:sz w:val="20"/>
        </w:rPr>
        <w:t>The note accepted the condition.</w:t>
      </w:r>
    </w:p>
    <w:p>
      <w:pPr>
        <w:spacing w:after="60" w:line="266" w:lineRule="auto"/>
        <w:ind w:firstLine="331"/>
        <w:jc w:val="both"/>
      </w:pPr>
      <w:r>
        <w:rPr>
          <w:rFonts w:ascii="Georgia" w:hAnsi="Georgia"/>
          <w:b w:val="0"/>
          <w:i w:val="0"/>
          <w:color w:val="22201D"/>
          <w:sz w:val="20"/>
        </w:rPr>
        <w:t>The Hostess placed three cards on the worktable.</w:t>
      </w:r>
    </w:p>
    <w:p>
      <w:pPr>
        <w:spacing w:after="60" w:line="250" w:lineRule="auto"/>
        <w:ind w:left="202" w:right="173"/>
      </w:pPr>
      <w:r>
        <w:rPr>
          <w:rFonts w:ascii="Georgia" w:hAnsi="Georgia"/>
          <w:b w:val="0"/>
          <w:i w:val="0"/>
          <w:color w:val="22201D"/>
          <w:sz w:val="17"/>
        </w:rPr>
        <w:t>TIMING DOSAGE COOLING</w:t>
      </w:r>
    </w:p>
    <w:p>
      <w:pPr>
        <w:spacing w:after="60" w:line="266" w:lineRule="auto"/>
        <w:ind w:firstLine="331"/>
        <w:jc w:val="both"/>
      </w:pPr>
      <w:r>
        <w:rPr>
          <w:rFonts w:ascii="Georgia" w:hAnsi="Georgia"/>
          <w:b w:val="0"/>
          <w:i w:val="0"/>
          <w:color w:val="22201D"/>
          <w:sz w:val="20"/>
        </w:rPr>
        <w:t>Bob added a fourth card.</w:t>
      </w:r>
    </w:p>
    <w:p>
      <w:pPr>
        <w:spacing w:after="60" w:line="250" w:lineRule="auto"/>
        <w:ind w:left="202" w:right="173"/>
      </w:pPr>
      <w:r>
        <w:rPr>
          <w:rFonts w:ascii="Georgia" w:hAnsi="Georgia"/>
          <w:b w:val="0"/>
          <w:i w:val="0"/>
          <w:color w:val="22201D"/>
          <w:sz w:val="17"/>
        </w:rPr>
        <w:t>PAIRING</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Bob said, "Matters."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Flocc looked at the four cards.</w:t>
      </w:r>
    </w:p>
    <w:p>
      <w:pPr>
        <w:spacing w:after="60" w:line="266" w:lineRule="auto"/>
        <w:ind w:firstLine="331"/>
        <w:jc w:val="both"/>
      </w:pPr>
      <w:r>
        <w:rPr>
          <w:rFonts w:ascii="Georgia" w:hAnsi="Georgia"/>
          <w:b w:val="0"/>
          <w:i w:val="0"/>
          <w:color w:val="22201D"/>
          <w:sz w:val="20"/>
        </w:rPr>
        <w:t>This was what manners meant here.</w:t>
      </w:r>
    </w:p>
    <w:p>
      <w:pPr>
        <w:spacing w:after="60" w:line="266" w:lineRule="auto"/>
        <w:ind w:firstLine="331"/>
        <w:jc w:val="both"/>
      </w:pPr>
      <w:r>
        <w:rPr>
          <w:rFonts w:ascii="Georgia" w:hAnsi="Georgia"/>
          <w:b w:val="0"/>
          <w:i w:val="0"/>
          <w:color w:val="22201D"/>
          <w:sz w:val="20"/>
        </w:rPr>
        <w:t>Not politeness.</w:t>
      </w:r>
    </w:p>
    <w:p>
      <w:pPr>
        <w:spacing w:after="60" w:line="266" w:lineRule="auto"/>
        <w:ind w:firstLine="331"/>
        <w:jc w:val="both"/>
      </w:pPr>
      <w:r>
        <w:rPr>
          <w:rFonts w:ascii="Georgia" w:hAnsi="Georgia"/>
          <w:b w:val="0"/>
          <w:i w:val="0"/>
          <w:color w:val="22201D"/>
          <w:sz w:val="20"/>
        </w:rPr>
        <w:t>Not making the sauce less hot so nobody had to say it was hot.</w:t>
      </w:r>
    </w:p>
    <w:p>
      <w:pPr>
        <w:spacing w:after="60" w:line="266" w:lineRule="auto"/>
        <w:ind w:firstLine="331"/>
        <w:jc w:val="both"/>
      </w:pPr>
      <w:r>
        <w:rPr>
          <w:rFonts w:ascii="Georgia" w:hAnsi="Georgia"/>
          <w:b w:val="0"/>
          <w:i w:val="0"/>
          <w:color w:val="22201D"/>
          <w:sz w:val="20"/>
        </w:rPr>
        <w:t>Manners meant the heat arrived with enough structure that a person could meet it without being ambushed.</w:t>
      </w:r>
    </w:p>
    <w:p>
      <w:pPr>
        <w:spacing w:after="60" w:line="266" w:lineRule="auto"/>
        <w:ind w:firstLine="331"/>
        <w:jc w:val="both"/>
      </w:pPr>
      <w:r>
        <w:rPr>
          <w:rFonts w:ascii="Georgia" w:hAnsi="Georgia"/>
          <w:b w:val="0"/>
          <w:i w:val="0"/>
          <w:color w:val="22201D"/>
          <w:sz w:val="20"/>
        </w:rPr>
        <w:t>The Hostess pointed to TIMING.</w:t>
      </w:r>
    </w:p>
    <w:p>
      <w:pPr>
        <w:spacing w:after="60" w:line="266" w:lineRule="auto"/>
        <w:ind w:firstLine="331"/>
        <w:jc w:val="both"/>
      </w:pPr>
      <w:r>
        <w:rPr>
          <w:rFonts w:ascii="Georgia" w:hAnsi="Georgia"/>
          <w:b w:val="0"/>
          <w:i w:val="0"/>
          <w:color w:val="22201D"/>
          <w:sz w:val="20"/>
        </w:rPr>
        <w:t>"What does the heat do?"</w:t>
      </w:r>
    </w:p>
    <w:p>
      <w:pPr>
        <w:spacing w:after="60" w:line="266" w:lineRule="auto"/>
        <w:ind w:firstLine="331"/>
        <w:jc w:val="both"/>
      </w:pPr>
      <w:r>
        <w:rPr>
          <w:rFonts w:ascii="Georgia" w:hAnsi="Georgia"/>
          <w:b w:val="0"/>
          <w:i w:val="0"/>
          <w:color w:val="22201D"/>
          <w:sz w:val="20"/>
        </w:rPr>
        <w:t>No one opened the pepper bowl.</w:t>
      </w:r>
    </w:p>
    <w:p>
      <w:pPr>
        <w:spacing w:after="60" w:line="266" w:lineRule="auto"/>
        <w:ind w:firstLine="331"/>
        <w:jc w:val="both"/>
      </w:pPr>
      <w:r>
        <w:rPr>
          <w:rFonts w:ascii="Georgia" w:hAnsi="Georgia"/>
          <w:b w:val="0"/>
          <w:i w:val="0"/>
          <w:color w:val="22201D"/>
          <w:sz w:val="20"/>
        </w:rPr>
        <w:t>The sauce label answered from its draft:</w:t>
      </w:r>
    </w:p>
    <w:p>
      <w:pPr>
        <w:spacing w:after="60" w:line="250" w:lineRule="auto"/>
        <w:ind w:left="202" w:right="173"/>
      </w:pPr>
      <w:r>
        <w:rPr>
          <w:rFonts w:ascii="Georgia" w:hAnsi="Georgia"/>
          <w:b w:val="0"/>
          <w:i w:val="0"/>
          <w:color w:val="22201D"/>
          <w:sz w:val="17"/>
        </w:rPr>
        <w:t>Fruit sweetness may arrive before heat. Heat may build after swallowing.</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"Convert to process."</w:t>
      </w:r>
    </w:p>
    <w:p>
      <w:pPr>
        <w:spacing w:after="60" w:line="266" w:lineRule="auto"/>
        <w:ind w:firstLine="331"/>
        <w:jc w:val="both"/>
      </w:pPr>
      <w:r>
        <w:rPr>
          <w:rFonts w:ascii="Georgia" w:hAnsi="Georgia"/>
          <w:b w:val="0"/>
          <w:i w:val="0"/>
          <w:color w:val="22201D"/>
          <w:sz w:val="20"/>
        </w:rPr>
        <w:t>Flocc wrote:</w:t>
      </w:r>
    </w:p>
    <w:p>
      <w:pPr>
        <w:spacing w:after="60" w:line="250" w:lineRule="auto"/>
        <w:ind w:left="202" w:right="173"/>
      </w:pPr>
      <w:r>
        <w:rPr>
          <w:rFonts w:ascii="Georgia" w:hAnsi="Georgia"/>
          <w:b w:val="0"/>
          <w:i w:val="0"/>
          <w:color w:val="22201D"/>
          <w:sz w:val="17"/>
        </w:rPr>
        <w:t>TIMING: Do not judge heat at first sweetness. Wait thirty seconds after sample before any second taste. Record late heat separately from first impression. Do not offer second sample while heat is still arriving.</w:t>
      </w:r>
    </w:p>
    <w:p>
      <w:pPr>
        <w:spacing w:after="60" w:line="266" w:lineRule="auto"/>
        <w:ind w:firstLine="331"/>
        <w:jc w:val="both"/>
      </w:pPr>
      <w:r>
        <w:rPr>
          <w:rFonts w:ascii="Georgia" w:hAnsi="Georgia"/>
          <w:b w:val="0"/>
          <w:i w:val="0"/>
          <w:color w:val="22201D"/>
          <w:sz w:val="20"/>
        </w:rPr>
        <w:t>The process note accepted the timing section.</w:t>
      </w:r>
    </w:p>
    <w:p>
      <w:pPr>
        <w:spacing w:after="60" w:line="266" w:lineRule="auto"/>
        <w:ind w:firstLine="331"/>
        <w:jc w:val="both"/>
      </w:pPr>
      <w:r>
        <w:rPr>
          <w:rFonts w:ascii="Georgia" w:hAnsi="Georgia"/>
          <w:b w:val="0"/>
          <w:i w:val="0"/>
          <w:color w:val="22201D"/>
          <w:sz w:val="20"/>
        </w:rPr>
        <w:t>The pepper bowl settled slightly.</w:t>
      </w:r>
    </w:p>
    <w:p>
      <w:pPr>
        <w:spacing w:after="60" w:line="266" w:lineRule="auto"/>
        <w:ind w:firstLine="331"/>
        <w:jc w:val="both"/>
      </w:pPr>
      <w:r>
        <w:rPr>
          <w:rFonts w:ascii="Georgia" w:hAnsi="Georgia"/>
          <w:b w:val="0"/>
          <w:i w:val="0"/>
          <w:color w:val="22201D"/>
          <w:sz w:val="20"/>
        </w:rPr>
        <w:t>Not calmed.</w:t>
      </w:r>
    </w:p>
    <w:p>
      <w:pPr>
        <w:spacing w:after="60" w:line="266" w:lineRule="auto"/>
        <w:ind w:firstLine="331"/>
        <w:jc w:val="both"/>
      </w:pPr>
      <w:r>
        <w:rPr>
          <w:rFonts w:ascii="Georgia" w:hAnsi="Georgia"/>
          <w:b w:val="0"/>
          <w:i w:val="0"/>
          <w:color w:val="22201D"/>
          <w:sz w:val="20"/>
        </w:rPr>
        <w:t>Contained.</w:t>
      </w:r>
    </w:p>
    <w:p>
      <w:pPr>
        <w:spacing w:after="60" w:line="266" w:lineRule="auto"/>
        <w:ind w:firstLine="331"/>
        <w:jc w:val="both"/>
      </w:pPr>
      <w:r>
        <w:rPr>
          <w:rFonts w:ascii="Georgia" w:hAnsi="Georgia"/>
          <w:b w:val="0"/>
          <w:i w:val="0"/>
          <w:color w:val="22201D"/>
          <w:sz w:val="20"/>
        </w:rPr>
        <w:t>The Hostess pointed to DOSAGE.</w:t>
      </w:r>
    </w:p>
    <w:p>
      <w:pPr>
        <w:spacing w:after="60" w:line="266" w:lineRule="auto"/>
        <w:ind w:firstLine="331"/>
        <w:jc w:val="both"/>
      </w:pPr>
      <w:r>
        <w:rPr>
          <w:rFonts w:ascii="Georgia" w:hAnsi="Georgia"/>
          <w:b w:val="0"/>
          <w:i w:val="0"/>
          <w:color w:val="22201D"/>
          <w:sz w:val="20"/>
        </w:rPr>
        <w:t>"What is enough?"</w:t>
      </w:r>
    </w:p>
    <w:p>
      <w:pPr>
        <w:spacing w:after="60" w:line="266" w:lineRule="auto"/>
        <w:ind w:firstLine="331"/>
        <w:jc w:val="both"/>
      </w:pPr>
      <w:r>
        <w:rPr>
          <w:rFonts w:ascii="Georgia" w:hAnsi="Georgia"/>
          <w:b w:val="0"/>
          <w:i w:val="0"/>
          <w:color w:val="22201D"/>
          <w:sz w:val="20"/>
        </w:rPr>
        <w:t>Nico whispered, "One drop?"</w:t>
      </w:r>
    </w:p>
    <w:p>
      <w:pPr>
        <w:spacing w:after="60" w:line="266" w:lineRule="auto"/>
        <w:ind w:firstLine="331"/>
        <w:jc w:val="both"/>
      </w:pPr>
      <w:r>
        <w:rPr>
          <w:rFonts w:ascii="Georgia" w:hAnsi="Georgia"/>
          <w:b w:val="0"/>
          <w:i w:val="0"/>
          <w:color w:val="22201D"/>
          <w:sz w:val="20"/>
        </w:rPr>
        <w:t>Gerald said, "For first exposure, yes."</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Dosage requires tool.</w:t>
      </w:r>
    </w:p>
    <w:p>
      <w:pPr>
        <w:spacing w:after="60" w:line="266" w:lineRule="auto"/>
        <w:ind w:firstLine="331"/>
        <w:jc w:val="both"/>
      </w:pPr>
      <w:r>
        <w:rPr>
          <w:rFonts w:ascii="Georgia" w:hAnsi="Georgia"/>
          <w:b w:val="0"/>
          <w:i w:val="0"/>
          <w:color w:val="22201D"/>
          <w:sz w:val="20"/>
        </w:rPr>
        <w:t>Bob opened a drawer and removed a dropper.</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"Clean. Marked. Not decorative."</w:t>
      </w:r>
    </w:p>
    <w:p>
      <w:pPr>
        <w:spacing w:after="60" w:line="266" w:lineRule="auto"/>
        <w:ind w:firstLine="331"/>
        <w:jc w:val="both"/>
      </w:pPr>
      <w:r>
        <w:rPr>
          <w:rFonts w:ascii="Georgia" w:hAnsi="Georgia"/>
          <w:b w:val="0"/>
          <w:i w:val="0"/>
          <w:color w:val="22201D"/>
          <w:sz w:val="20"/>
        </w:rPr>
        <w:t>The dropper printed nothing, which made everyone trust it more.</w:t>
      </w:r>
    </w:p>
    <w:p>
      <w:pPr>
        <w:spacing w:after="60" w:line="266" w:lineRule="auto"/>
        <w:ind w:firstLine="331"/>
        <w:jc w:val="both"/>
      </w:pPr>
      <w:r>
        <w:rPr>
          <w:rFonts w:ascii="Georgia" w:hAnsi="Georgia"/>
          <w:b w:val="0"/>
          <w:i w:val="0"/>
          <w:color w:val="22201D"/>
          <w:sz w:val="20"/>
        </w:rPr>
        <w:t>Flocc wrote:</w:t>
      </w:r>
    </w:p>
    <w:p>
      <w:pPr>
        <w:spacing w:after="60" w:line="250" w:lineRule="auto"/>
        <w:ind w:left="202" w:right="173"/>
      </w:pPr>
      <w:r>
        <w:rPr>
          <w:rFonts w:ascii="Georgia" w:hAnsi="Georgia"/>
          <w:b w:val="0"/>
          <w:i w:val="0"/>
          <w:color w:val="22201D"/>
          <w:sz w:val="17"/>
        </w:rPr>
        <w:t>DOSAGE: First sample is one measured drop. No free-pour samples. No toothpick bravado. No dare portions. Increase only after late heat has finished arriving. Serving staff may reduce dose; customers may not pressure increase.</w:t>
      </w:r>
    </w:p>
    <w:p>
      <w:pPr>
        <w:spacing w:after="60" w:line="266" w:lineRule="auto"/>
        <w:ind w:firstLine="331"/>
        <w:jc w:val="both"/>
      </w:pPr>
      <w:r>
        <w:rPr>
          <w:rFonts w:ascii="Georgia" w:hAnsi="Georgia"/>
          <w:b w:val="0"/>
          <w:i w:val="0"/>
          <w:color w:val="22201D"/>
          <w:sz w:val="20"/>
        </w:rPr>
        <w:t>Nico said, "Toothpick bravado is a real genre."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Not here.</w:t>
      </w:r>
    </w:p>
    <w:p>
      <w:pPr>
        <w:spacing w:after="60" w:line="266" w:lineRule="auto"/>
        <w:ind w:firstLine="331"/>
        <w:jc w:val="both"/>
      </w:pPr>
      <w:r>
        <w:rPr>
          <w:rFonts w:ascii="Georgia" w:hAnsi="Georgia"/>
          <w:b w:val="0"/>
          <w:i w:val="0"/>
          <w:color w:val="22201D"/>
          <w:sz w:val="20"/>
        </w:rPr>
        <w:t>The process note accepted the dosage section.</w:t>
      </w:r>
    </w:p>
    <w:p>
      <w:pPr>
        <w:spacing w:after="60" w:line="266" w:lineRule="auto"/>
        <w:ind w:firstLine="331"/>
        <w:jc w:val="both"/>
      </w:pPr>
      <w:r>
        <w:rPr>
          <w:rFonts w:ascii="Georgia" w:hAnsi="Georgia"/>
          <w:b w:val="0"/>
          <w:i w:val="0"/>
          <w:color w:val="22201D"/>
          <w:sz w:val="20"/>
        </w:rPr>
        <w:t>The pepper bowl settled another fraction.</w:t>
      </w:r>
    </w:p>
    <w:p>
      <w:pPr>
        <w:spacing w:after="60" w:line="266" w:lineRule="auto"/>
        <w:ind w:firstLine="331"/>
        <w:jc w:val="both"/>
      </w:pPr>
      <w:r>
        <w:rPr>
          <w:rFonts w:ascii="Georgia" w:hAnsi="Georgia"/>
          <w:b w:val="0"/>
          <w:i w:val="0"/>
          <w:color w:val="22201D"/>
          <w:sz w:val="20"/>
        </w:rPr>
        <w:t>The Hostess pointed to COOLING.</w:t>
      </w:r>
    </w:p>
    <w:p>
      <w:pPr>
        <w:spacing w:after="60" w:line="266" w:lineRule="auto"/>
        <w:ind w:firstLine="331"/>
        <w:jc w:val="both"/>
      </w:pPr>
      <w:r>
        <w:rPr>
          <w:rFonts w:ascii="Georgia" w:hAnsi="Georgia"/>
          <w:b w:val="0"/>
          <w:i w:val="0"/>
          <w:color w:val="22201D"/>
          <w:sz w:val="20"/>
        </w:rPr>
        <w:t>"What helps without lying?"</w:t>
      </w:r>
    </w:p>
    <w:p>
      <w:pPr>
        <w:spacing w:after="60" w:line="266" w:lineRule="auto"/>
        <w:ind w:firstLine="331"/>
        <w:jc w:val="both"/>
      </w:pPr>
      <w:r>
        <w:rPr>
          <w:rFonts w:ascii="Georgia" w:hAnsi="Georgia"/>
          <w:b w:val="0"/>
          <w:i w:val="0"/>
          <w:color w:val="22201D"/>
          <w:sz w:val="20"/>
        </w:rPr>
        <w:t>Gerald said, "Water is available but not sufficient for all heat."</w:t>
      </w:r>
    </w:p>
    <w:p>
      <w:pPr>
        <w:spacing w:after="60" w:line="266" w:lineRule="auto"/>
        <w:ind w:firstLine="331"/>
        <w:jc w:val="both"/>
      </w:pPr>
      <w:r>
        <w:rPr>
          <w:rFonts w:ascii="Georgia" w:hAnsi="Georgia"/>
          <w:b w:val="0"/>
          <w:i w:val="0"/>
          <w:color w:val="22201D"/>
          <w:sz w:val="20"/>
        </w:rPr>
        <w:t>Bob placed water, bread, plain rice, and a small cup of yogurt on the worktable.</w:t>
      </w:r>
    </w:p>
    <w:p>
      <w:pPr>
        <w:spacing w:after="60" w:line="266" w:lineRule="auto"/>
        <w:ind w:firstLine="331"/>
        <w:jc w:val="both"/>
      </w:pPr>
      <w:r>
        <w:rPr>
          <w:rFonts w:ascii="Georgia" w:hAnsi="Georgia"/>
          <w:b w:val="0"/>
          <w:i w:val="0"/>
          <w:color w:val="22201D"/>
          <w:sz w:val="20"/>
        </w:rPr>
        <w:t>Gerald inspected each.</w:t>
      </w:r>
    </w:p>
    <w:p>
      <w:pPr>
        <w:spacing w:after="60" w:line="266" w:lineRule="auto"/>
        <w:ind w:firstLine="331"/>
        <w:jc w:val="both"/>
      </w:pPr>
      <w:r>
        <w:rPr>
          <w:rFonts w:ascii="Georgia" w:hAnsi="Georgia"/>
          <w:b w:val="0"/>
          <w:i w:val="0"/>
          <w:color w:val="22201D"/>
          <w:sz w:val="20"/>
        </w:rPr>
        <w:t>"Label cooling aids."</w:t>
      </w:r>
    </w:p>
    <w:p>
      <w:pPr>
        <w:spacing w:after="60" w:line="266" w:lineRule="auto"/>
        <w:ind w:firstLine="331"/>
        <w:jc w:val="both"/>
      </w:pPr>
      <w:r>
        <w:rPr>
          <w:rFonts w:ascii="Georgia" w:hAnsi="Georgia"/>
          <w:b w:val="0"/>
          <w:i w:val="0"/>
          <w:color w:val="22201D"/>
          <w:sz w:val="20"/>
        </w:rPr>
        <w:t>The pantry produced labels:</w:t>
      </w:r>
    </w:p>
    <w:p>
      <w:pPr>
        <w:spacing w:after="60" w:line="250" w:lineRule="auto"/>
        <w:ind w:left="202" w:right="173"/>
      </w:pPr>
      <w:r>
        <w:rPr>
          <w:rFonts w:ascii="Georgia" w:hAnsi="Georgia"/>
          <w:b w:val="0"/>
          <w:i w:val="0"/>
          <w:color w:val="22201D"/>
          <w:sz w:val="17"/>
        </w:rPr>
        <w:t>WATER: mouth rinse not full heat remedy  BREAD: absorbs surface sauce  RICE: slows next bite  YOGURT: dairy cooling allergen notice required</w:t>
      </w:r>
    </w:p>
    <w:p>
      <w:pPr>
        <w:spacing w:after="60" w:line="266" w:lineRule="auto"/>
        <w:ind w:firstLine="331"/>
        <w:jc w:val="both"/>
      </w:pPr>
      <w:r>
        <w:rPr>
          <w:rFonts w:ascii="Georgia" w:hAnsi="Georgia"/>
          <w:b w:val="0"/>
          <w:i w:val="0"/>
          <w:color w:val="22201D"/>
          <w:sz w:val="20"/>
        </w:rPr>
        <w:t>Flocc wrote:</w:t>
      </w:r>
    </w:p>
    <w:p>
      <w:pPr>
        <w:spacing w:after="60" w:line="250" w:lineRule="auto"/>
        <w:ind w:left="202" w:right="173"/>
      </w:pPr>
      <w:r>
        <w:rPr>
          <w:rFonts w:ascii="Georgia" w:hAnsi="Georgia"/>
          <w:b w:val="0"/>
          <w:i w:val="0"/>
          <w:color w:val="22201D"/>
          <w:sz w:val="17"/>
        </w:rPr>
        <w:t>COOLING: Cooling options must be visible before sample. Water may be offered but not described as full remedy. Bread and rice available for pacing. Yogurt available with dairy notice. No one may laugh at a cooling request. No one may call cooling failure.</w:t>
      </w:r>
    </w:p>
    <w:p>
      <w:pPr>
        <w:spacing w:after="60" w:line="266" w:lineRule="auto"/>
        <w:ind w:firstLine="331"/>
        <w:jc w:val="both"/>
      </w:pPr>
      <w:r>
        <w:rPr>
          <w:rFonts w:ascii="Georgia" w:hAnsi="Georgia"/>
          <w:b w:val="0"/>
          <w:i w:val="0"/>
          <w:color w:val="22201D"/>
          <w:sz w:val="20"/>
        </w:rPr>
        <w:t>The process note paused at No one may laugh.</w:t>
      </w:r>
    </w:p>
    <w:p>
      <w:pPr>
        <w:spacing w:after="60" w:line="266" w:lineRule="auto"/>
        <w:ind w:firstLine="331"/>
        <w:jc w:val="both"/>
      </w:pPr>
      <w:r>
        <w:rPr>
          <w:rFonts w:ascii="Georgia" w:hAnsi="Georgia"/>
          <w:b w:val="0"/>
          <w:i w:val="0"/>
          <w:color w:val="22201D"/>
          <w:sz w:val="20"/>
        </w:rPr>
        <w:t>Then accepted it.</w:t>
      </w:r>
    </w:p>
    <w:p>
      <w:pPr>
        <w:spacing w:after="60" w:line="266" w:lineRule="auto"/>
        <w:ind w:firstLine="331"/>
        <w:jc w:val="both"/>
      </w:pPr>
      <w:r>
        <w:rPr>
          <w:rFonts w:ascii="Georgia" w:hAnsi="Georgia"/>
          <w:b w:val="0"/>
          <w:i w:val="0"/>
          <w:color w:val="22201D"/>
          <w:sz w:val="20"/>
        </w:rPr>
        <w:t>Nico put one hand over his heart.</w:t>
      </w:r>
    </w:p>
    <w:p>
      <w:pPr>
        <w:spacing w:after="60" w:line="266" w:lineRule="auto"/>
        <w:ind w:firstLine="331"/>
        <w:jc w:val="both"/>
      </w:pPr>
      <w:r>
        <w:rPr>
          <w:rFonts w:ascii="Georgia" w:hAnsi="Georgia"/>
          <w:b w:val="0"/>
          <w:i w:val="0"/>
          <w:color w:val="22201D"/>
          <w:sz w:val="20"/>
        </w:rPr>
        <w:t>"I have been seen by condiments."</w:t>
      </w:r>
    </w:p>
    <w:p>
      <w:pPr>
        <w:spacing w:after="60" w:line="266" w:lineRule="auto"/>
        <w:ind w:firstLine="331"/>
        <w:jc w:val="both"/>
      </w:pPr>
      <w:r>
        <w:rPr>
          <w:rFonts w:ascii="Georgia" w:hAnsi="Georgia"/>
          <w:b w:val="0"/>
          <w:i w:val="0"/>
          <w:color w:val="22201D"/>
          <w:sz w:val="20"/>
        </w:rPr>
        <w:t>Gerald said, "You have been warned by process."</w:t>
      </w:r>
    </w:p>
    <w:p>
      <w:pPr>
        <w:spacing w:after="60" w:line="266" w:lineRule="auto"/>
        <w:ind w:firstLine="331"/>
        <w:jc w:val="both"/>
      </w:pPr>
      <w:r>
        <w:rPr>
          <w:rFonts w:ascii="Georgia" w:hAnsi="Georgia"/>
          <w:b w:val="0"/>
          <w:i w:val="0"/>
          <w:color w:val="22201D"/>
          <w:sz w:val="20"/>
        </w:rPr>
        <w:t>"That too."</w:t>
      </w:r>
    </w:p>
    <w:p>
      <w:pPr>
        <w:spacing w:after="60" w:line="266" w:lineRule="auto"/>
        <w:ind w:firstLine="331"/>
        <w:jc w:val="both"/>
      </w:pPr>
      <w:r>
        <w:rPr>
          <w:rFonts w:ascii="Georgia" w:hAnsi="Georgia"/>
          <w:b w:val="0"/>
          <w:i w:val="0"/>
          <w:color w:val="22201D"/>
          <w:sz w:val="20"/>
        </w:rPr>
        <w:t>The Hostess pointed to PAIRING.</w:t>
      </w:r>
    </w:p>
    <w:p>
      <w:pPr>
        <w:spacing w:after="60" w:line="266" w:lineRule="auto"/>
        <w:ind w:firstLine="331"/>
        <w:jc w:val="both"/>
      </w:pPr>
      <w:r>
        <w:rPr>
          <w:rFonts w:ascii="Georgia" w:hAnsi="Georgia"/>
          <w:b w:val="0"/>
          <w:i w:val="0"/>
          <w:color w:val="22201D"/>
          <w:sz w:val="20"/>
        </w:rPr>
        <w:t>"What carries the fire?"</w:t>
      </w:r>
    </w:p>
    <w:p>
      <w:pPr>
        <w:spacing w:after="60" w:line="266" w:lineRule="auto"/>
        <w:ind w:firstLine="331"/>
        <w:jc w:val="both"/>
      </w:pPr>
      <w:r>
        <w:rPr>
          <w:rFonts w:ascii="Georgia" w:hAnsi="Georgia"/>
          <w:b w:val="0"/>
          <w:i w:val="0"/>
          <w:color w:val="22201D"/>
          <w:sz w:val="20"/>
        </w:rPr>
        <w:t>The peach pulp seemed to brighten under its cover.</w:t>
      </w:r>
    </w:p>
    <w:p>
      <w:pPr>
        <w:spacing w:after="60" w:line="266" w:lineRule="auto"/>
        <w:ind w:firstLine="331"/>
        <w:jc w:val="both"/>
      </w:pPr>
      <w:r>
        <w:rPr>
          <w:rFonts w:ascii="Georgia" w:hAnsi="Georgia"/>
          <w:b w:val="0"/>
          <w:i w:val="0"/>
          <w:color w:val="22201D"/>
          <w:sz w:val="20"/>
        </w:rPr>
        <w:t>The sauce label's flavor note read:</w:t>
      </w:r>
    </w:p>
    <w:p>
      <w:pPr>
        <w:spacing w:after="60" w:line="250" w:lineRule="auto"/>
        <w:ind w:left="202" w:right="173"/>
      </w:pPr>
      <w:r>
        <w:rPr>
          <w:rFonts w:ascii="Georgia" w:hAnsi="Georgia"/>
          <w:b w:val="0"/>
          <w:i w:val="0"/>
          <w:color w:val="22201D"/>
          <w:sz w:val="17"/>
        </w:rPr>
        <w:t>golden peach first bright scotch bonnet after sweetness and heat remain distinct use where fruit can carry fire without hiding it</w:t>
      </w:r>
    </w:p>
    <w:p>
      <w:pPr>
        <w:spacing w:after="60" w:line="266" w:lineRule="auto"/>
        <w:ind w:firstLine="331"/>
        <w:jc w:val="both"/>
      </w:pPr>
      <w:r>
        <w:rPr>
          <w:rFonts w:ascii="Georgia" w:hAnsi="Georgia"/>
          <w:b w:val="0"/>
          <w:i w:val="0"/>
          <w:color w:val="22201D"/>
          <w:sz w:val="20"/>
        </w:rPr>
        <w:t>Flocc wrote:</w:t>
      </w:r>
    </w:p>
    <w:p>
      <w:pPr>
        <w:spacing w:after="60" w:line="250" w:lineRule="auto"/>
        <w:ind w:left="202" w:right="173"/>
      </w:pPr>
      <w:r>
        <w:rPr>
          <w:rFonts w:ascii="Georgia" w:hAnsi="Georgia"/>
          <w:b w:val="0"/>
          <w:i w:val="0"/>
          <w:color w:val="22201D"/>
          <w:sz w:val="17"/>
        </w:rPr>
        <w:t>PAIRING: Serve only with plain carrier during sample review. No complex food during first heat test. No alcohol pairing during consent-stage sample. No sweetness added to conceal heat. No acid added after label without batch-log update. Carrier must let fruit and pepper remain distinct.</w:t>
      </w:r>
    </w:p>
    <w:p>
      <w:pPr>
        <w:spacing w:after="60" w:line="266" w:lineRule="auto"/>
        <w:ind w:firstLine="331"/>
        <w:jc w:val="both"/>
      </w:pPr>
      <w:r>
        <w:rPr>
          <w:rFonts w:ascii="Georgia" w:hAnsi="Georgia"/>
          <w:b w:val="0"/>
          <w:i w:val="0"/>
          <w:color w:val="22201D"/>
          <w:sz w:val="20"/>
        </w:rPr>
        <w:t>The process note accepted the pairing section.</w:t>
      </w:r>
    </w:p>
    <w:p>
      <w:pPr>
        <w:spacing w:after="60" w:line="266" w:lineRule="auto"/>
        <w:ind w:firstLine="331"/>
        <w:jc w:val="both"/>
      </w:pPr>
      <w:r>
        <w:rPr>
          <w:rFonts w:ascii="Georgia" w:hAnsi="Georgia"/>
          <w:b w:val="0"/>
          <w:i w:val="0"/>
          <w:color w:val="22201D"/>
          <w:sz w:val="20"/>
        </w:rPr>
        <w:t>The pepper bowl stopped pressing against its lid.</w:t>
      </w:r>
    </w:p>
    <w:p>
      <w:pPr>
        <w:spacing w:after="60" w:line="266" w:lineRule="auto"/>
        <w:ind w:firstLine="331"/>
        <w:jc w:val="both"/>
      </w:pPr>
      <w:r>
        <w:rPr>
          <w:rFonts w:ascii="Georgia" w:hAnsi="Georgia"/>
          <w:b w:val="0"/>
          <w:i w:val="0"/>
          <w:color w:val="22201D"/>
          <w:sz w:val="20"/>
        </w:rPr>
        <w:t>The heat had not become smaller.</w:t>
      </w:r>
    </w:p>
    <w:p>
      <w:pPr>
        <w:spacing w:after="60" w:line="266" w:lineRule="auto"/>
        <w:ind w:firstLine="331"/>
        <w:jc w:val="both"/>
      </w:pPr>
      <w:r>
        <w:rPr>
          <w:rFonts w:ascii="Georgia" w:hAnsi="Georgia"/>
          <w:b w:val="0"/>
          <w:i w:val="0"/>
          <w:color w:val="22201D"/>
          <w:sz w:val="20"/>
        </w:rPr>
        <w:t>It had become scheduled.</w:t>
      </w:r>
    </w:p>
    <w:p>
      <w:pPr>
        <w:spacing w:after="60" w:line="266" w:lineRule="auto"/>
        <w:ind w:firstLine="331"/>
        <w:jc w:val="both"/>
      </w:pPr>
      <w:r>
        <w:rPr>
          <w:rFonts w:ascii="Georgia" w:hAnsi="Georgia"/>
          <w:b w:val="0"/>
          <w:i w:val="0"/>
          <w:color w:val="22201D"/>
          <w:sz w:val="20"/>
        </w:rPr>
        <w:t>Gerald inspected the full process note.</w:t>
      </w:r>
    </w:p>
    <w:p>
      <w:pPr>
        <w:spacing w:after="60" w:line="266" w:lineRule="auto"/>
        <w:ind w:firstLine="331"/>
        <w:jc w:val="both"/>
      </w:pPr>
      <w:r>
        <w:rPr>
          <w:rFonts w:ascii="Georgia" w:hAnsi="Georgia"/>
          <w:b w:val="0"/>
          <w:i w:val="0"/>
          <w:color w:val="22201D"/>
          <w:sz w:val="20"/>
        </w:rPr>
        <w:t>"Now process can receive heat."</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"Not taste."</w:t>
      </w:r>
    </w:p>
    <w:p>
      <w:pPr>
        <w:spacing w:after="60" w:line="266" w:lineRule="auto"/>
        <w:ind w:firstLine="331"/>
        <w:jc w:val="both"/>
      </w:pPr>
      <w:r>
        <w:rPr>
          <w:rFonts w:ascii="Georgia" w:hAnsi="Georgia"/>
          <w:b w:val="0"/>
          <w:i w:val="0"/>
          <w:color w:val="22201D"/>
          <w:sz w:val="20"/>
        </w:rPr>
        <w:t>"No. Receive."</w:t>
      </w:r>
    </w:p>
    <w:p>
      <w:pPr>
        <w:spacing w:after="60" w:line="266" w:lineRule="auto"/>
        <w:ind w:firstLine="331"/>
        <w:jc w:val="both"/>
      </w:pPr>
      <w:r>
        <w:rPr>
          <w:rFonts w:ascii="Georgia" w:hAnsi="Georgia"/>
          <w:b w:val="0"/>
          <w:i w:val="0"/>
          <w:color w:val="22201D"/>
          <w:sz w:val="20"/>
        </w:rPr>
        <w:t>Bob set a small saucepan on the worktable.</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"Clean. Heavy bottom. Handle secure."</w:t>
      </w:r>
    </w:p>
    <w:p>
      <w:pPr>
        <w:spacing w:after="60" w:line="266" w:lineRule="auto"/>
        <w:ind w:firstLine="331"/>
        <w:jc w:val="both"/>
      </w:pPr>
      <w:r>
        <w:rPr>
          <w:rFonts w:ascii="Georgia" w:hAnsi="Georgia"/>
          <w:b w:val="0"/>
          <w:i w:val="0"/>
          <w:color w:val="22201D"/>
          <w:sz w:val="20"/>
        </w:rPr>
        <w:t>The batch log opened to a new page:</w:t>
      </w:r>
    </w:p>
    <w:p>
      <w:pPr>
        <w:spacing w:after="60" w:line="250" w:lineRule="auto"/>
        <w:ind w:left="202" w:right="173"/>
      </w:pPr>
      <w:r>
        <w:rPr>
          <w:rFonts w:ascii="Georgia" w:hAnsi="Georgia"/>
          <w:b w:val="0"/>
          <w:i w:val="0"/>
          <w:color w:val="22201D"/>
          <w:sz w:val="17"/>
        </w:rPr>
        <w:t>PROCESS TRIAL No tasting. No final yield. Observe behavior under low heat.</w:t>
      </w:r>
    </w:p>
    <w:p>
      <w:pPr>
        <w:spacing w:after="60" w:line="266" w:lineRule="auto"/>
        <w:ind w:firstLine="331"/>
        <w:jc w:val="both"/>
      </w:pPr>
      <w:r>
        <w:rPr>
          <w:rFonts w:ascii="Georgia" w:hAnsi="Georgia"/>
          <w:b w:val="0"/>
          <w:i w:val="0"/>
          <w:color w:val="22201D"/>
          <w:sz w:val="20"/>
        </w:rPr>
        <w:t>Gerald allowed the page.</w:t>
      </w:r>
    </w:p>
    <w:p>
      <w:pPr>
        <w:spacing w:after="60" w:line="266" w:lineRule="auto"/>
        <w:ind w:firstLine="331"/>
        <w:jc w:val="both"/>
      </w:pPr>
      <w:r>
        <w:rPr>
          <w:rFonts w:ascii="Georgia" w:hAnsi="Georgia"/>
          <w:b w:val="0"/>
          <w:i w:val="0"/>
          <w:color w:val="22201D"/>
          <w:sz w:val="20"/>
        </w:rPr>
        <w:t>This was trust in increments, which was the only kind of trust the pantry seemed to permit.</w:t>
      </w:r>
    </w:p>
    <w:p>
      <w:pPr>
        <w:spacing w:after="60" w:line="266" w:lineRule="auto"/>
        <w:ind w:firstLine="331"/>
        <w:jc w:val="both"/>
      </w:pPr>
      <w:r>
        <w:rPr>
          <w:rFonts w:ascii="Georgia" w:hAnsi="Georgia"/>
          <w:b w:val="0"/>
          <w:i w:val="0"/>
          <w:color w:val="22201D"/>
          <w:sz w:val="20"/>
        </w:rPr>
        <w:t>The Hostess combined a small measured portion, not the whole batch:</w:t>
      </w:r>
    </w:p>
    <w:p>
      <w:pPr>
        <w:spacing w:after="60" w:line="250" w:lineRule="auto"/>
        <w:ind w:left="202" w:right="173"/>
      </w:pPr>
      <w:r>
        <w:rPr>
          <w:rFonts w:ascii="Georgia" w:hAnsi="Georgia"/>
          <w:b w:val="0"/>
          <w:i w:val="0"/>
          <w:color w:val="22201D"/>
          <w:sz w:val="17"/>
        </w:rPr>
        <w:t>Peach pulp: 32 g Scotch bonnet mash: 14 g Golden vinegar: 25 g Salt: 3 g</w:t>
      </w:r>
    </w:p>
    <w:p>
      <w:pPr>
        <w:spacing w:after="60" w:line="266" w:lineRule="auto"/>
        <w:ind w:firstLine="331"/>
        <w:jc w:val="both"/>
      </w:pPr>
      <w:r>
        <w:rPr>
          <w:rFonts w:ascii="Georgia" w:hAnsi="Georgia"/>
          <w:b w:val="0"/>
          <w:i w:val="0"/>
          <w:color w:val="22201D"/>
          <w:sz w:val="20"/>
        </w:rPr>
        <w:t>Flocc read back every number.</w:t>
      </w:r>
    </w:p>
    <w:p>
      <w:pPr>
        <w:spacing w:after="60" w:line="266" w:lineRule="auto"/>
        <w:ind w:firstLine="331"/>
        <w:jc w:val="both"/>
      </w:pPr>
      <w:r>
        <w:rPr>
          <w:rFonts w:ascii="Georgia" w:hAnsi="Georgia"/>
          <w:b w:val="0"/>
          <w:i w:val="0"/>
          <w:color w:val="22201D"/>
          <w:sz w:val="20"/>
        </w:rPr>
        <w:t>Gerald confirmed.</w:t>
      </w:r>
    </w:p>
    <w:p>
      <w:pPr>
        <w:spacing w:after="60" w:line="266" w:lineRule="auto"/>
        <w:ind w:firstLine="331"/>
        <w:jc w:val="both"/>
      </w:pPr>
      <w:r>
        <w:rPr>
          <w:rFonts w:ascii="Georgia" w:hAnsi="Georgia"/>
          <w:b w:val="0"/>
          <w:i w:val="0"/>
          <w:color w:val="22201D"/>
          <w:sz w:val="20"/>
        </w:rPr>
        <w:t>The trial mixture entered the saucepan.</w:t>
      </w:r>
    </w:p>
    <w:p>
      <w:pPr>
        <w:spacing w:after="60" w:line="266" w:lineRule="auto"/>
        <w:ind w:firstLine="331"/>
        <w:jc w:val="both"/>
      </w:pPr>
      <w:r>
        <w:rPr>
          <w:rFonts w:ascii="Georgia" w:hAnsi="Georgia"/>
          <w:b w:val="0"/>
          <w:i w:val="0"/>
          <w:color w:val="22201D"/>
          <w:sz w:val="20"/>
        </w:rPr>
        <w:t>No one tasted.</w:t>
      </w:r>
    </w:p>
    <w:p>
      <w:pPr>
        <w:spacing w:after="60" w:line="266" w:lineRule="auto"/>
        <w:ind w:firstLine="331"/>
        <w:jc w:val="both"/>
      </w:pPr>
      <w:r>
        <w:rPr>
          <w:rFonts w:ascii="Georgia" w:hAnsi="Georgia"/>
          <w:b w:val="0"/>
          <w:i w:val="0"/>
          <w:color w:val="22201D"/>
          <w:sz w:val="20"/>
        </w:rPr>
        <w:t>The smell rose slowly.</w:t>
      </w:r>
    </w:p>
    <w:p>
      <w:pPr>
        <w:spacing w:after="60" w:line="266" w:lineRule="auto"/>
        <w:ind w:firstLine="331"/>
        <w:jc w:val="both"/>
      </w:pPr>
      <w:r>
        <w:rPr>
          <w:rFonts w:ascii="Georgia" w:hAnsi="Georgia"/>
          <w:b w:val="0"/>
          <w:i w:val="0"/>
          <w:color w:val="22201D"/>
          <w:sz w:val="20"/>
        </w:rPr>
        <w:t>Peach first, yes, but not soft. The fruit carried heat like a lantern carries flame: visible, contained, still capable of burning the hand that grabbed wrong. The scotch bonnet arrived beneath it, floral and sharp, not attacking, not apologizing. Vinegar drew a clean line through the sweetness. Salt made the line stand up.</w:t>
      </w:r>
    </w:p>
    <w:p>
      <w:pPr>
        <w:spacing w:after="60" w:line="266" w:lineRule="auto"/>
        <w:ind w:firstLine="331"/>
        <w:jc w:val="both"/>
      </w:pPr>
      <w:r>
        <w:rPr>
          <w:rFonts w:ascii="Georgia" w:hAnsi="Georgia"/>
          <w:b w:val="0"/>
          <w:i w:val="0"/>
          <w:color w:val="22201D"/>
          <w:sz w:val="20"/>
        </w:rPr>
        <w:t>Nico closed his eyes.</w:t>
      </w:r>
    </w:p>
    <w:p>
      <w:pPr>
        <w:spacing w:after="60" w:line="266" w:lineRule="auto"/>
        <w:ind w:firstLine="331"/>
        <w:jc w:val="both"/>
      </w:pPr>
      <w:r>
        <w:rPr>
          <w:rFonts w:ascii="Georgia" w:hAnsi="Georgia"/>
          <w:b w:val="0"/>
          <w:i w:val="0"/>
          <w:color w:val="22201D"/>
          <w:sz w:val="20"/>
        </w:rPr>
        <w:t>Gerald said, "Eyes open during process."</w:t>
      </w:r>
    </w:p>
    <w:p>
      <w:pPr>
        <w:spacing w:after="60" w:line="266" w:lineRule="auto"/>
        <w:ind w:firstLine="331"/>
        <w:jc w:val="both"/>
      </w:pPr>
      <w:r>
        <w:rPr>
          <w:rFonts w:ascii="Georgia" w:hAnsi="Georgia"/>
          <w:b w:val="0"/>
          <w:i w:val="0"/>
          <w:color w:val="22201D"/>
          <w:sz w:val="20"/>
        </w:rPr>
        <w:t>Nico opened them.</w:t>
      </w:r>
    </w:p>
    <w:p>
      <w:pPr>
        <w:spacing w:after="60" w:line="266" w:lineRule="auto"/>
        <w:ind w:firstLine="331"/>
        <w:jc w:val="both"/>
      </w:pPr>
      <w:r>
        <w:rPr>
          <w:rFonts w:ascii="Georgia" w:hAnsi="Georgia"/>
          <w:b w:val="0"/>
          <w:i w:val="0"/>
          <w:color w:val="22201D"/>
          <w:sz w:val="20"/>
        </w:rPr>
        <w:t>"Worth a try."</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Sensory sequence observed: peach first pepper under fruit vinegar line salt lift  No taste taken.</w:t>
      </w:r>
    </w:p>
    <w:p>
      <w:pPr>
        <w:spacing w:after="60" w:line="266" w:lineRule="auto"/>
        <w:ind w:firstLine="331"/>
        <w:jc w:val="both"/>
      </w:pPr>
      <w:r>
        <w:rPr>
          <w:rFonts w:ascii="Georgia" w:hAnsi="Georgia"/>
          <w:b w:val="0"/>
          <w:i w:val="0"/>
          <w:color w:val="22201D"/>
          <w:sz w:val="20"/>
        </w:rPr>
        <w:t>The heat rose.</w:t>
      </w:r>
    </w:p>
    <w:p>
      <w:pPr>
        <w:spacing w:after="60" w:line="266" w:lineRule="auto"/>
        <w:ind w:firstLine="331"/>
        <w:jc w:val="both"/>
      </w:pPr>
      <w:r>
        <w:rPr>
          <w:rFonts w:ascii="Georgia" w:hAnsi="Georgia"/>
          <w:b w:val="0"/>
          <w:i w:val="0"/>
          <w:color w:val="22201D"/>
          <w:sz w:val="20"/>
        </w:rPr>
        <w:t>The saucepan ticked softly.</w:t>
      </w:r>
    </w:p>
    <w:p>
      <w:pPr>
        <w:spacing w:after="60" w:line="266" w:lineRule="auto"/>
        <w:ind w:firstLine="331"/>
        <w:jc w:val="both"/>
      </w:pPr>
      <w:r>
        <w:rPr>
          <w:rFonts w:ascii="Georgia" w:hAnsi="Georgia"/>
          <w:b w:val="0"/>
          <w:i w:val="0"/>
          <w:color w:val="22201D"/>
          <w:sz w:val="20"/>
        </w:rPr>
        <w:t>The pepper tried to jump ahead in the smell, not violently, but eagerly. The Hostess lowered the heat.</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Restraint action: heat reduced before pepper outran fruit</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"That is manners."</w:t>
      </w:r>
    </w:p>
    <w:p>
      <w:pPr>
        <w:spacing w:after="60" w:line="266" w:lineRule="auto"/>
        <w:ind w:firstLine="331"/>
        <w:jc w:val="both"/>
      </w:pPr>
      <w:r>
        <w:rPr>
          <w:rFonts w:ascii="Georgia" w:hAnsi="Georgia"/>
          <w:b w:val="0"/>
          <w:i w:val="0"/>
          <w:color w:val="22201D"/>
          <w:sz w:val="20"/>
        </w:rPr>
        <w:t>The sauce did not protest.</w:t>
      </w:r>
    </w:p>
    <w:p>
      <w:pPr>
        <w:spacing w:after="60" w:line="266" w:lineRule="auto"/>
        <w:ind w:firstLine="331"/>
        <w:jc w:val="both"/>
      </w:pPr>
      <w:r>
        <w:rPr>
          <w:rFonts w:ascii="Georgia" w:hAnsi="Georgia"/>
          <w:b w:val="0"/>
          <w:i w:val="0"/>
          <w:color w:val="22201D"/>
          <w:sz w:val="20"/>
        </w:rPr>
        <w:t>The heat stayed real.</w:t>
      </w:r>
    </w:p>
    <w:p>
      <w:pPr>
        <w:spacing w:after="60" w:line="266" w:lineRule="auto"/>
        <w:ind w:firstLine="331"/>
        <w:jc w:val="both"/>
      </w:pPr>
      <w:r>
        <w:rPr>
          <w:rFonts w:ascii="Georgia" w:hAnsi="Georgia"/>
          <w:b w:val="0"/>
          <w:i w:val="0"/>
          <w:color w:val="22201D"/>
          <w:sz w:val="20"/>
        </w:rPr>
        <w:t>It also stayed in sequence.</w:t>
      </w:r>
    </w:p>
    <w:p>
      <w:pPr>
        <w:spacing w:after="60" w:line="266" w:lineRule="auto"/>
        <w:ind w:firstLine="331"/>
        <w:jc w:val="both"/>
      </w:pPr>
      <w:r>
        <w:rPr>
          <w:rFonts w:ascii="Georgia" w:hAnsi="Georgia"/>
          <w:b w:val="0"/>
          <w:i w:val="0"/>
          <w:color w:val="22201D"/>
          <w:sz w:val="20"/>
        </w:rPr>
        <w:t>Flocc understood then why restraint had not meant less. Less would have been simpler and more insulting. Restraint meant the thing stayed itself without being allowed to make everyone else pay for its timing problem.</w:t>
      </w:r>
    </w:p>
    <w:p>
      <w:pPr>
        <w:spacing w:after="60" w:line="266" w:lineRule="auto"/>
        <w:ind w:firstLine="331"/>
        <w:jc w:val="both"/>
      </w:pPr>
      <w:r>
        <w:rPr>
          <w:rFonts w:ascii="Georgia" w:hAnsi="Georgia"/>
          <w:b w:val="0"/>
          <w:i w:val="0"/>
          <w:color w:val="22201D"/>
          <w:sz w:val="20"/>
        </w:rPr>
        <w:t>The process trial ended after three minutes.</w:t>
      </w:r>
    </w:p>
    <w:p>
      <w:pPr>
        <w:spacing w:after="60" w:line="266" w:lineRule="auto"/>
        <w:ind w:firstLine="331"/>
        <w:jc w:val="both"/>
      </w:pPr>
      <w:r>
        <w:rPr>
          <w:rFonts w:ascii="Georgia" w:hAnsi="Georgia"/>
          <w:b w:val="0"/>
          <w:i w:val="0"/>
          <w:color w:val="22201D"/>
          <w:sz w:val="20"/>
        </w:rPr>
        <w:t>The saucepan came off heat.</w:t>
      </w:r>
    </w:p>
    <w:p>
      <w:pPr>
        <w:spacing w:after="60" w:line="266" w:lineRule="auto"/>
        <w:ind w:firstLine="331"/>
        <w:jc w:val="both"/>
      </w:pPr>
      <w:r>
        <w:rPr>
          <w:rFonts w:ascii="Georgia" w:hAnsi="Georgia"/>
          <w:b w:val="0"/>
          <w:i w:val="0"/>
          <w:color w:val="22201D"/>
          <w:sz w:val="20"/>
        </w:rPr>
        <w:t>Bob placed it on a trivet.</w:t>
      </w:r>
    </w:p>
    <w:p>
      <w:pPr>
        <w:spacing w:after="60" w:line="266" w:lineRule="auto"/>
        <w:ind w:firstLine="331"/>
        <w:jc w:val="both"/>
      </w:pPr>
      <w:r>
        <w:rPr>
          <w:rFonts w:ascii="Georgia" w:hAnsi="Georgia"/>
          <w:b w:val="0"/>
          <w:i w:val="0"/>
          <w:color w:val="22201D"/>
          <w:sz w:val="20"/>
        </w:rPr>
        <w:t>Gerald covered it.</w:t>
      </w:r>
    </w:p>
    <w:p>
      <w:pPr>
        <w:spacing w:after="60" w:line="266" w:lineRule="auto"/>
        <w:ind w:firstLine="331"/>
        <w:jc w:val="both"/>
      </w:pPr>
      <w:r>
        <w:rPr>
          <w:rFonts w:ascii="Georgia" w:hAnsi="Georgia"/>
          <w:b w:val="0"/>
          <w:i w:val="0"/>
          <w:color w:val="22201D"/>
          <w:sz w:val="20"/>
        </w:rPr>
        <w:t>"Cooling period."</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Cooling period: minimum five minutes before aroma review no tasting</w:t>
      </w:r>
    </w:p>
    <w:p>
      <w:pPr>
        <w:spacing w:after="60" w:line="266" w:lineRule="auto"/>
        <w:ind w:firstLine="331"/>
        <w:jc w:val="both"/>
      </w:pPr>
      <w:r>
        <w:rPr>
          <w:rFonts w:ascii="Georgia" w:hAnsi="Georgia"/>
          <w:b w:val="0"/>
          <w:i w:val="0"/>
          <w:color w:val="22201D"/>
          <w:sz w:val="20"/>
        </w:rPr>
        <w:t>Nico looked at the covered saucepan.</w:t>
      </w:r>
    </w:p>
    <w:p>
      <w:pPr>
        <w:spacing w:after="60" w:line="266" w:lineRule="auto"/>
        <w:ind w:firstLine="331"/>
        <w:jc w:val="both"/>
      </w:pPr>
      <w:r>
        <w:rPr>
          <w:rFonts w:ascii="Georgia" w:hAnsi="Georgia"/>
          <w:b w:val="0"/>
          <w:i w:val="0"/>
          <w:color w:val="22201D"/>
          <w:sz w:val="20"/>
        </w:rPr>
        <w:t>"This book is very committed to not letting us taste sauce."</w:t>
      </w:r>
    </w:p>
    <w:p>
      <w:pPr>
        <w:spacing w:after="60" w:line="266" w:lineRule="auto"/>
        <w:ind w:firstLine="331"/>
        <w:jc w:val="both"/>
      </w:pPr>
      <w:r>
        <w:rPr>
          <w:rFonts w:ascii="Georgia" w:hAnsi="Georgia"/>
          <w:b w:val="0"/>
          <w:i w:val="0"/>
          <w:color w:val="22201D"/>
          <w:sz w:val="20"/>
        </w:rPr>
        <w:t>The Hostess said, "That is why taste may eventually matter."</w:t>
      </w:r>
    </w:p>
    <w:p>
      <w:pPr>
        <w:spacing w:after="60" w:line="266" w:lineRule="auto"/>
        <w:ind w:firstLine="331"/>
        <w:jc w:val="both"/>
      </w:pPr>
      <w:r>
        <w:rPr>
          <w:rFonts w:ascii="Georgia" w:hAnsi="Georgia"/>
          <w:b w:val="0"/>
          <w:i w:val="0"/>
          <w:color w:val="22201D"/>
          <w:sz w:val="20"/>
        </w:rPr>
        <w:t>The process note accepted that without printing it, which showed discipline.</w:t>
      </w:r>
    </w:p>
    <w:p>
      <w:pPr>
        <w:spacing w:after="60" w:line="266" w:lineRule="auto"/>
        <w:ind w:firstLine="331"/>
        <w:jc w:val="both"/>
      </w:pPr>
      <w:r>
        <w:rPr>
          <w:rFonts w:ascii="Georgia" w:hAnsi="Georgia"/>
          <w:b w:val="0"/>
          <w:i w:val="0"/>
          <w:color w:val="22201D"/>
          <w:sz w:val="20"/>
        </w:rPr>
        <w:t>After five minutes, Gerald allowed an aroma review.</w:t>
      </w:r>
    </w:p>
    <w:p>
      <w:pPr>
        <w:spacing w:after="60" w:line="266" w:lineRule="auto"/>
        <w:ind w:firstLine="331"/>
        <w:jc w:val="both"/>
      </w:pPr>
      <w:r>
        <w:rPr>
          <w:rFonts w:ascii="Georgia" w:hAnsi="Georgia"/>
          <w:b w:val="0"/>
          <w:i w:val="0"/>
          <w:color w:val="22201D"/>
          <w:sz w:val="20"/>
        </w:rPr>
        <w:t>The Hostess lifted the lid.</w:t>
      </w:r>
    </w:p>
    <w:p>
      <w:pPr>
        <w:spacing w:after="60" w:line="266" w:lineRule="auto"/>
        <w:ind w:firstLine="331"/>
        <w:jc w:val="both"/>
      </w:pPr>
      <w:r>
        <w:rPr>
          <w:rFonts w:ascii="Georgia" w:hAnsi="Georgia"/>
          <w:b w:val="0"/>
          <w:i w:val="0"/>
          <w:color w:val="22201D"/>
          <w:sz w:val="20"/>
        </w:rPr>
        <w:t>The heat came out with better manners.</w:t>
      </w:r>
    </w:p>
    <w:p>
      <w:pPr>
        <w:spacing w:after="60" w:line="266" w:lineRule="auto"/>
        <w:ind w:firstLine="331"/>
        <w:jc w:val="both"/>
      </w:pPr>
      <w:r>
        <w:rPr>
          <w:rFonts w:ascii="Georgia" w:hAnsi="Georgia"/>
          <w:b w:val="0"/>
          <w:i w:val="0"/>
          <w:color w:val="22201D"/>
          <w:sz w:val="20"/>
        </w:rPr>
        <w:t>Still bright.</w:t>
      </w:r>
    </w:p>
    <w:p>
      <w:pPr>
        <w:spacing w:after="60" w:line="266" w:lineRule="auto"/>
        <w:ind w:firstLine="331"/>
        <w:jc w:val="both"/>
      </w:pPr>
      <w:r>
        <w:rPr>
          <w:rFonts w:ascii="Georgia" w:hAnsi="Georgia"/>
          <w:b w:val="0"/>
          <w:i w:val="0"/>
          <w:color w:val="22201D"/>
          <w:sz w:val="20"/>
        </w:rPr>
        <w:t>Still serious.</w:t>
      </w:r>
    </w:p>
    <w:p>
      <w:pPr>
        <w:spacing w:after="60" w:line="266" w:lineRule="auto"/>
        <w:ind w:firstLine="331"/>
        <w:jc w:val="both"/>
      </w:pPr>
      <w:r>
        <w:rPr>
          <w:rFonts w:ascii="Georgia" w:hAnsi="Georgia"/>
          <w:b w:val="0"/>
          <w:i w:val="0"/>
          <w:color w:val="22201D"/>
          <w:sz w:val="20"/>
        </w:rPr>
        <w:t>Still absolutely capable of ruining the day of someone who mistook peach for permission.</w:t>
      </w:r>
    </w:p>
    <w:p>
      <w:pPr>
        <w:spacing w:after="60" w:line="266" w:lineRule="auto"/>
        <w:ind w:firstLine="331"/>
        <w:jc w:val="both"/>
      </w:pPr>
      <w:r>
        <w:rPr>
          <w:rFonts w:ascii="Georgia" w:hAnsi="Georgia"/>
          <w:b w:val="0"/>
          <w:i w:val="0"/>
          <w:color w:val="22201D"/>
          <w:sz w:val="20"/>
        </w:rPr>
        <w:t>But it waited behind its own warning.</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Process result: heat remains real sequence improved restraint effective sample still not authorized</w:t>
      </w:r>
    </w:p>
    <w:p>
      <w:pPr>
        <w:spacing w:after="60" w:line="266" w:lineRule="auto"/>
        <w:ind w:firstLine="331"/>
        <w:jc w:val="both"/>
      </w:pPr>
      <w:r>
        <w:rPr>
          <w:rFonts w:ascii="Georgia" w:hAnsi="Georgia"/>
          <w:b w:val="0"/>
          <w:i w:val="0"/>
          <w:color w:val="22201D"/>
          <w:sz w:val="20"/>
        </w:rPr>
        <w:t>The waiver form flickered.</w:t>
      </w:r>
    </w:p>
    <w:p>
      <w:pPr>
        <w:spacing w:after="60" w:line="266" w:lineRule="auto"/>
        <w:ind w:firstLine="331"/>
        <w:jc w:val="both"/>
      </w:pPr>
      <w:r>
        <w:rPr>
          <w:rFonts w:ascii="Georgia" w:hAnsi="Georgia"/>
          <w:b w:val="0"/>
          <w:i w:val="0"/>
          <w:color w:val="22201D"/>
          <w:sz w:val="20"/>
        </w:rPr>
        <w:t>The petition stayed still.</w:t>
      </w:r>
    </w:p>
    <w:p>
      <w:pPr>
        <w:spacing w:after="60" w:line="266" w:lineRule="auto"/>
        <w:ind w:firstLine="331"/>
        <w:jc w:val="both"/>
      </w:pPr>
      <w:r>
        <w:rPr>
          <w:rFonts w:ascii="Georgia" w:hAnsi="Georgia"/>
          <w:b w:val="0"/>
          <w:i w:val="0"/>
          <w:color w:val="22201D"/>
          <w:sz w:val="20"/>
        </w:rPr>
        <w:t>The shelf docket did not reopen.</w:t>
      </w:r>
    </w:p>
    <w:p>
      <w:pPr>
        <w:spacing w:after="60" w:line="266" w:lineRule="auto"/>
        <w:ind w:firstLine="331"/>
        <w:jc w:val="both"/>
      </w:pPr>
      <w:r>
        <w:rPr>
          <w:rFonts w:ascii="Georgia" w:hAnsi="Georgia"/>
          <w:b w:val="0"/>
          <w:i w:val="0"/>
          <w:color w:val="22201D"/>
          <w:sz w:val="20"/>
        </w:rPr>
        <w:t>A new page slid from beneath the process note:</w:t>
      </w:r>
    </w:p>
    <w:p>
      <w:pPr>
        <w:spacing w:after="60" w:line="250" w:lineRule="auto"/>
        <w:ind w:left="202" w:right="173"/>
      </w:pPr>
      <w:r>
        <w:rPr>
          <w:rFonts w:ascii="Georgia" w:hAnsi="Georgia"/>
          <w:b w:val="0"/>
          <w:i w:val="0"/>
          <w:color w:val="22201D"/>
          <w:sz w:val="17"/>
        </w:rPr>
        <w:t>SIGNED WAIVER REQUIRED Next price: accept consequence</w:t>
      </w:r>
    </w:p>
    <w:p>
      <w:pPr>
        <w:spacing w:after="60" w:line="266" w:lineRule="auto"/>
        <w:ind w:firstLine="331"/>
        <w:jc w:val="both"/>
      </w:pPr>
      <w:r>
        <w:rPr>
          <w:rFonts w:ascii="Georgia" w:hAnsi="Georgia"/>
          <w:b w:val="0"/>
          <w:i w:val="0"/>
          <w:color w:val="22201D"/>
          <w:sz w:val="20"/>
        </w:rPr>
        <w:t>Gerald put the ugly ruler across the page before anyone could admire the word signed.</w:t>
      </w:r>
    </w:p>
    <w:p>
      <w:pPr>
        <w:spacing w:after="60" w:line="266" w:lineRule="auto"/>
        <w:ind w:firstLine="331"/>
        <w:jc w:val="both"/>
      </w:pPr>
      <w:r>
        <w:rPr>
          <w:rFonts w:ascii="Georgia" w:hAnsi="Georgia"/>
          <w:b w:val="0"/>
          <w:i w:val="0"/>
          <w:color w:val="22201D"/>
          <w:sz w:val="20"/>
        </w:rPr>
        <w:t>"Next chapter."</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 heat had learned manners.</w:t>
      </w:r>
    </w:p>
    <w:p>
      <w:pPr>
        <w:spacing w:after="60" w:line="266" w:lineRule="auto"/>
        <w:ind w:firstLine="331"/>
        <w:jc w:val="both"/>
      </w:pPr>
      <w:r>
        <w:rPr>
          <w:rFonts w:ascii="Georgia" w:hAnsi="Georgia"/>
          <w:b w:val="0"/>
          <w:i w:val="0"/>
          <w:color w:val="22201D"/>
          <w:sz w:val="20"/>
        </w:rPr>
        <w:t>No one had made it polite.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10: The Waiver Signs Back</w:t>
      </w:r>
    </w:p>
    <w:p>
      <w:pPr>
        <w:spacing w:after="60" w:line="266" w:lineRule="auto"/>
        <w:ind w:firstLine="0"/>
        <w:jc w:val="both"/>
      </w:pPr>
      <w:r>
        <w:rPr>
          <w:rFonts w:ascii="Georgia" w:hAnsi="Georgia"/>
          <w:b w:val="0"/>
          <w:i w:val="0"/>
          <w:color w:val="22201D"/>
          <w:sz w:val="20"/>
        </w:rPr>
        <w:t>The signed waiver arrived unsigned.</w:t>
      </w:r>
    </w:p>
    <w:p>
      <w:pPr>
        <w:spacing w:after="60" w:line="266" w:lineRule="auto"/>
        <w:ind w:firstLine="331"/>
        <w:jc w:val="both"/>
      </w:pPr>
      <w:r>
        <w:rPr>
          <w:rFonts w:ascii="Georgia" w:hAnsi="Georgia"/>
          <w:b w:val="0"/>
          <w:i w:val="0"/>
          <w:color w:val="22201D"/>
          <w:sz w:val="20"/>
        </w:rPr>
        <w:t>Gerald did not touch it.</w:t>
      </w:r>
    </w:p>
    <w:p>
      <w:pPr>
        <w:spacing w:after="60" w:line="266" w:lineRule="auto"/>
        <w:ind w:firstLine="331"/>
        <w:jc w:val="both"/>
      </w:pPr>
      <w:r>
        <w:rPr>
          <w:rFonts w:ascii="Georgia" w:hAnsi="Georgia"/>
          <w:b w:val="0"/>
          <w:i w:val="0"/>
          <w:color w:val="22201D"/>
          <w:sz w:val="20"/>
        </w:rPr>
        <w:t>"That is not an arrival," he said. "That is an intention wearing stationery."</w:t>
      </w:r>
    </w:p>
    <w:p>
      <w:pPr>
        <w:spacing w:after="60" w:line="266" w:lineRule="auto"/>
        <w:ind w:firstLine="331"/>
        <w:jc w:val="both"/>
      </w:pPr>
      <w:r>
        <w:rPr>
          <w:rFonts w:ascii="Georgia" w:hAnsi="Georgia"/>
          <w:b w:val="0"/>
          <w:i w:val="0"/>
          <w:color w:val="22201D"/>
          <w:sz w:val="20"/>
        </w:rPr>
        <w:t>The waiver lay on the worktable between the batch log and the process note. It had thick paper, a black title, four empty signature boxes, and the faint smell of warm peach vinegar pretending it had not been near a pepper.</w:t>
      </w:r>
    </w:p>
    <w:p>
      <w:pPr>
        <w:spacing w:after="60" w:line="266" w:lineRule="auto"/>
        <w:ind w:firstLine="331"/>
        <w:jc w:val="both"/>
      </w:pPr>
      <w:r>
        <w:rPr>
          <w:rFonts w:ascii="Georgia" w:hAnsi="Georgia"/>
          <w:b w:val="0"/>
          <w:i w:val="0"/>
          <w:color w:val="22201D"/>
          <w:sz w:val="20"/>
        </w:rPr>
        <w:t>The title read:</w:t>
      </w:r>
    </w:p>
    <w:p>
      <w:pPr>
        <w:spacing w:after="60" w:line="250" w:lineRule="auto"/>
        <w:ind w:left="202" w:right="173"/>
      </w:pPr>
      <w:r>
        <w:rPr>
          <w:rFonts w:ascii="Georgia" w:hAnsi="Georgia"/>
          <w:b w:val="0"/>
          <w:i w:val="0"/>
          <w:color w:val="22201D"/>
          <w:sz w:val="17"/>
        </w:rPr>
        <w:t>SIGNED WAIVER Gold Pheasant Peach Scotch Bonnet  Price: accept consequence</w:t>
      </w:r>
    </w:p>
    <w:p>
      <w:pPr>
        <w:spacing w:after="60" w:line="266" w:lineRule="auto"/>
        <w:ind w:firstLine="331"/>
        <w:jc w:val="both"/>
      </w:pPr>
      <w:r>
        <w:rPr>
          <w:rFonts w:ascii="Georgia" w:hAnsi="Georgia"/>
          <w:b w:val="0"/>
          <w:i w:val="0"/>
          <w:color w:val="22201D"/>
          <w:sz w:val="20"/>
        </w:rPr>
        <w:t>Nico leaned over the table.</w:t>
      </w:r>
    </w:p>
    <w:p>
      <w:pPr>
        <w:spacing w:after="60" w:line="266" w:lineRule="auto"/>
        <w:ind w:firstLine="331"/>
        <w:jc w:val="both"/>
      </w:pPr>
      <w:r>
        <w:rPr>
          <w:rFonts w:ascii="Georgia" w:hAnsi="Georgia"/>
          <w:b w:val="0"/>
          <w:i w:val="0"/>
          <w:color w:val="22201D"/>
          <w:sz w:val="20"/>
        </w:rPr>
        <w:t>"It says signed waiver."</w:t>
      </w:r>
    </w:p>
    <w:p>
      <w:pPr>
        <w:spacing w:after="60" w:line="266" w:lineRule="auto"/>
        <w:ind w:firstLine="331"/>
        <w:jc w:val="both"/>
      </w:pPr>
      <w:r>
        <w:rPr>
          <w:rFonts w:ascii="Georgia" w:hAnsi="Georgia"/>
          <w:b w:val="0"/>
          <w:i w:val="0"/>
          <w:color w:val="22201D"/>
          <w:sz w:val="20"/>
        </w:rPr>
        <w:t>"It is lying," Gerald said.</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Correction: I am a waiver prepared for signature.</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Hostess placed four brass weights beside the waiver. Each weight had a word stamped into the top.</w:t>
      </w:r>
    </w:p>
    <w:p>
      <w:pPr>
        <w:spacing w:after="60" w:line="250" w:lineRule="auto"/>
        <w:ind w:left="202" w:right="173"/>
      </w:pPr>
      <w:r>
        <w:rPr>
          <w:rFonts w:ascii="Georgia" w:hAnsi="Georgia"/>
          <w:b w:val="0"/>
          <w:i w:val="0"/>
          <w:color w:val="22201D"/>
          <w:sz w:val="17"/>
        </w:rPr>
        <w:t>MAKER SELLER TASTER SAUCE PROCESS</w:t>
      </w:r>
    </w:p>
    <w:p>
      <w:pPr>
        <w:spacing w:after="60" w:line="266" w:lineRule="auto"/>
        <w:ind w:firstLine="331"/>
        <w:jc w:val="both"/>
      </w:pPr>
      <w:r>
        <w:rPr>
          <w:rFonts w:ascii="Georgia" w:hAnsi="Georgia"/>
          <w:b w:val="0"/>
          <w:i w:val="0"/>
          <w:color w:val="22201D"/>
          <w:sz w:val="20"/>
        </w:rPr>
        <w:t>Flocc entered with three pencils, a clipboard, and the expression of a creature who had once seen paperwork eat a chair.</w:t>
      </w:r>
    </w:p>
    <w:p>
      <w:pPr>
        <w:spacing w:after="60" w:line="266" w:lineRule="auto"/>
        <w:ind w:firstLine="331"/>
        <w:jc w:val="both"/>
      </w:pPr>
      <w:r>
        <w:rPr>
          <w:rFonts w:ascii="Georgia" w:hAnsi="Georgia"/>
          <w:b w:val="0"/>
          <w:i w:val="0"/>
          <w:color w:val="22201D"/>
          <w:sz w:val="20"/>
        </w:rPr>
        <w:t>"I brought pencils that can be erased," Flocc said.</w:t>
      </w:r>
    </w:p>
    <w:p>
      <w:pPr>
        <w:spacing w:after="60" w:line="266" w:lineRule="auto"/>
        <w:ind w:firstLine="331"/>
        <w:jc w:val="both"/>
      </w:pPr>
      <w:r>
        <w:rPr>
          <w:rFonts w:ascii="Georgia" w:hAnsi="Georgia"/>
          <w:b w:val="0"/>
          <w:i w:val="0"/>
          <w:color w:val="22201D"/>
          <w:sz w:val="20"/>
        </w:rPr>
        <w:t>Gerald took the pencils away.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why ask me to bring pencils?"</w:t>
      </w:r>
    </w:p>
    <w:p>
      <w:pPr>
        <w:spacing w:after="60" w:line="266" w:lineRule="auto"/>
        <w:ind w:firstLine="331"/>
        <w:jc w:val="both"/>
      </w:pPr>
      <w:r>
        <w:rPr>
          <w:rFonts w:ascii="Georgia" w:hAnsi="Georgia"/>
          <w:b w:val="0"/>
          <w:i w:val="0"/>
          <w:color w:val="22201D"/>
          <w:sz w:val="20"/>
        </w:rPr>
        <w:t>"To establish that erasability was available and rejected."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EVIDENCE OF REJECTION ACCEPTED</w:t>
      </w:r>
    </w:p>
    <w:p>
      <w:pPr>
        <w:spacing w:after="60" w:line="266" w:lineRule="auto"/>
        <w:ind w:firstLine="331"/>
        <w:jc w:val="both"/>
      </w:pPr>
      <w:r>
        <w:rPr>
          <w:rFonts w:ascii="Georgia" w:hAnsi="Georgia"/>
          <w:b w:val="0"/>
          <w:i w:val="0"/>
          <w:color w:val="22201D"/>
          <w:sz w:val="20"/>
        </w:rPr>
        <w:t>The sample cups remained behind the SAMPLES NOT ACTIVE sign. The shelf docket remained clipped open. Auditor Ives's witness statement remained in place. The process note rested flat and cool. The batch log sat under a measuring spoon so no one could pretend it was decorative.</w:t>
      </w:r>
    </w:p>
    <w:p>
      <w:pPr>
        <w:spacing w:after="60" w:line="266" w:lineRule="auto"/>
        <w:ind w:firstLine="331"/>
        <w:jc w:val="both"/>
      </w:pPr>
      <w:r>
        <w:rPr>
          <w:rFonts w:ascii="Georgia" w:hAnsi="Georgia"/>
          <w:b w:val="0"/>
          <w:i w:val="0"/>
          <w:color w:val="22201D"/>
          <w:sz w:val="20"/>
        </w:rPr>
        <w:t>The waiver waited.</w:t>
      </w:r>
    </w:p>
    <w:p>
      <w:pPr>
        <w:spacing w:after="60" w:line="266" w:lineRule="auto"/>
        <w:ind w:firstLine="331"/>
        <w:jc w:val="both"/>
      </w:pPr>
      <w:r>
        <w:rPr>
          <w:rFonts w:ascii="Georgia" w:hAnsi="Georgia"/>
          <w:b w:val="0"/>
          <w:i w:val="0"/>
          <w:color w:val="22201D"/>
          <w:sz w:val="20"/>
        </w:rPr>
        <w:t>Waiting had become the most dangerous verb in the market.</w:t>
      </w:r>
    </w:p>
    <w:p>
      <w:pPr>
        <w:spacing w:after="60" w:line="266" w:lineRule="auto"/>
        <w:ind w:firstLine="331"/>
        <w:jc w:val="both"/>
      </w:pPr>
      <w:r>
        <w:rPr>
          <w:rFonts w:ascii="Georgia" w:hAnsi="Georgia"/>
          <w:b w:val="0"/>
          <w:i w:val="0"/>
          <w:color w:val="22201D"/>
          <w:sz w:val="20"/>
        </w:rPr>
        <w:t>The sauce did not speak. It did not ask for a chair, a hat, a lawyer, or a holiday. It remained in measured, covered parts. Peach pulp under one lid. Pepper mash under another. Vinegar capped. Salt weighed. Process note recorded. Heat restrained. Sample not authorized.</w:t>
      </w:r>
    </w:p>
    <w:p>
      <w:pPr>
        <w:spacing w:after="60" w:line="266" w:lineRule="auto"/>
        <w:ind w:firstLine="331"/>
        <w:jc w:val="both"/>
      </w:pPr>
      <w:r>
        <w:rPr>
          <w:rFonts w:ascii="Georgia" w:hAnsi="Georgia"/>
          <w:b w:val="0"/>
          <w:i w:val="0"/>
          <w:color w:val="22201D"/>
          <w:sz w:val="20"/>
        </w:rPr>
        <w:t>Still, the waiver adjusted its margin.</w:t>
      </w:r>
    </w:p>
    <w:p>
      <w:pPr>
        <w:spacing w:after="60" w:line="266" w:lineRule="auto"/>
        <w:ind w:firstLine="331"/>
        <w:jc w:val="both"/>
      </w:pPr>
      <w:r>
        <w:rPr>
          <w:rFonts w:ascii="Georgia" w:hAnsi="Georgia"/>
          <w:b w:val="0"/>
          <w:i w:val="0"/>
          <w:color w:val="22201D"/>
          <w:sz w:val="20"/>
        </w:rPr>
        <w:t>Nico saw it.</w:t>
      </w:r>
    </w:p>
    <w:p>
      <w:pPr>
        <w:spacing w:after="60" w:line="266" w:lineRule="auto"/>
        <w:ind w:firstLine="331"/>
        <w:jc w:val="both"/>
      </w:pPr>
      <w:r>
        <w:rPr>
          <w:rFonts w:ascii="Georgia" w:hAnsi="Georgia"/>
          <w:b w:val="0"/>
          <w:i w:val="0"/>
          <w:color w:val="22201D"/>
          <w:sz w:val="20"/>
        </w:rPr>
        <w:t>"Paper moved."</w:t>
      </w:r>
    </w:p>
    <w:p>
      <w:pPr>
        <w:spacing w:after="60" w:line="266" w:lineRule="auto"/>
        <w:ind w:firstLine="331"/>
        <w:jc w:val="both"/>
      </w:pPr>
      <w:r>
        <w:rPr>
          <w:rFonts w:ascii="Georgia" w:hAnsi="Georgia"/>
          <w:b w:val="0"/>
          <w:i w:val="0"/>
          <w:color w:val="22201D"/>
          <w:sz w:val="20"/>
        </w:rPr>
        <w:t>Gerald looked at the margin.</w:t>
      </w:r>
    </w:p>
    <w:p>
      <w:pPr>
        <w:spacing w:after="60" w:line="266" w:lineRule="auto"/>
        <w:ind w:firstLine="331"/>
        <w:jc w:val="both"/>
      </w:pPr>
      <w:r>
        <w:rPr>
          <w:rFonts w:ascii="Georgia" w:hAnsi="Georgia"/>
          <w:b w:val="0"/>
          <w:i w:val="0"/>
          <w:color w:val="22201D"/>
          <w:sz w:val="20"/>
        </w:rPr>
        <w:t>"Paper may align itself. Paper may not negotiate."</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Request: Define negotiation.</w:t>
      </w:r>
    </w:p>
    <w:p>
      <w:pPr>
        <w:spacing w:after="60" w:line="266" w:lineRule="auto"/>
        <w:ind w:firstLine="331"/>
        <w:jc w:val="both"/>
      </w:pPr>
      <w:r>
        <w:rPr>
          <w:rFonts w:ascii="Georgia" w:hAnsi="Georgia"/>
          <w:b w:val="0"/>
          <w:i w:val="0"/>
          <w:color w:val="22201D"/>
          <w:sz w:val="20"/>
        </w:rPr>
        <w:t>Gerald's mouth became a straight line.</w:t>
      </w:r>
    </w:p>
    <w:p>
      <w:pPr>
        <w:spacing w:after="60" w:line="266" w:lineRule="auto"/>
        <w:ind w:firstLine="331"/>
        <w:jc w:val="both"/>
      </w:pPr>
      <w:r>
        <w:rPr>
          <w:rFonts w:ascii="Georgia" w:hAnsi="Georgia"/>
          <w:b w:val="0"/>
          <w:i w:val="0"/>
          <w:color w:val="22201D"/>
          <w:sz w:val="20"/>
        </w:rPr>
        <w:t>"Negotiation is any attempt to replace a specific obligation with a dramatic feeling."</w:t>
      </w:r>
    </w:p>
    <w:p>
      <w:pPr>
        <w:spacing w:after="60" w:line="266" w:lineRule="auto"/>
        <w:ind w:firstLine="331"/>
        <w:jc w:val="both"/>
      </w:pPr>
      <w:r>
        <w:rPr>
          <w:rFonts w:ascii="Georgia" w:hAnsi="Georgia"/>
          <w:b w:val="0"/>
          <w:i w:val="0"/>
          <w:color w:val="22201D"/>
          <w:sz w:val="20"/>
        </w:rPr>
        <w:t>The waiver stopped moving.</w:t>
      </w:r>
    </w:p>
    <w:p>
      <w:pPr>
        <w:spacing w:after="60" w:line="266" w:lineRule="auto"/>
        <w:ind w:firstLine="331"/>
        <w:jc w:val="both"/>
      </w:pPr>
      <w:r>
        <w:rPr>
          <w:rFonts w:ascii="Georgia" w:hAnsi="Georgia"/>
          <w:b w:val="0"/>
          <w:i w:val="0"/>
          <w:color w:val="22201D"/>
          <w:sz w:val="20"/>
        </w:rPr>
        <w:t>The Hostess smiled.</w:t>
      </w:r>
    </w:p>
    <w:p>
      <w:pPr>
        <w:spacing w:after="60" w:line="266" w:lineRule="auto"/>
        <w:ind w:firstLine="331"/>
        <w:jc w:val="both"/>
      </w:pPr>
      <w:r>
        <w:rPr>
          <w:rFonts w:ascii="Georgia" w:hAnsi="Georgia"/>
          <w:b w:val="0"/>
          <w:i w:val="0"/>
          <w:color w:val="22201D"/>
          <w:sz w:val="20"/>
        </w:rPr>
        <w:t>"That definition will save several families."</w:t>
      </w:r>
    </w:p>
    <w:p>
      <w:pPr>
        <w:spacing w:after="60" w:line="266" w:lineRule="auto"/>
        <w:ind w:firstLine="331"/>
        <w:jc w:val="both"/>
      </w:pPr>
      <w:r>
        <w:rPr>
          <w:rFonts w:ascii="Georgia" w:hAnsi="Georgia"/>
          <w:b w:val="0"/>
          <w:i w:val="0"/>
          <w:color w:val="22201D"/>
          <w:sz w:val="20"/>
        </w:rPr>
        <w:t>Gerald placed the MAKER weight on the first empty signature box.</w:t>
      </w:r>
    </w:p>
    <w:p>
      <w:pPr>
        <w:spacing w:after="60" w:line="266" w:lineRule="auto"/>
        <w:ind w:firstLine="331"/>
        <w:jc w:val="both"/>
      </w:pPr>
      <w:r>
        <w:rPr>
          <w:rFonts w:ascii="Georgia" w:hAnsi="Georgia"/>
          <w:b w:val="0"/>
          <w:i w:val="0"/>
          <w:color w:val="22201D"/>
          <w:sz w:val="20"/>
        </w:rPr>
        <w:t>The box printed:</w:t>
      </w:r>
    </w:p>
    <w:p>
      <w:pPr>
        <w:spacing w:after="60" w:line="250" w:lineRule="auto"/>
        <w:ind w:left="202" w:right="173"/>
      </w:pPr>
      <w:r>
        <w:rPr>
          <w:rFonts w:ascii="Georgia" w:hAnsi="Georgia"/>
          <w:b w:val="0"/>
          <w:i w:val="0"/>
          <w:color w:val="22201D"/>
          <w:sz w:val="17"/>
        </w:rPr>
        <w:t>MAKER ACCEPTANCE  I accept consequence for: 1. ingredient accuracy 2. batch order 3. heat restraint 4. label truth 5. stopping sale if process fails  Signature:</w:t>
      </w:r>
    </w:p>
    <w:p>
      <w:pPr>
        <w:spacing w:after="60" w:line="266" w:lineRule="auto"/>
        <w:ind w:firstLine="331"/>
        <w:jc w:val="both"/>
      </w:pPr>
      <w:r>
        <w:rPr>
          <w:rFonts w:ascii="Georgia" w:hAnsi="Georgia"/>
          <w:b w:val="0"/>
          <w:i w:val="0"/>
          <w:color w:val="22201D"/>
          <w:sz w:val="20"/>
        </w:rPr>
        <w:t>Nico looked at Gerald.</w:t>
      </w:r>
    </w:p>
    <w:p>
      <w:pPr>
        <w:spacing w:after="60" w:line="266" w:lineRule="auto"/>
        <w:ind w:firstLine="331"/>
        <w:jc w:val="both"/>
      </w:pPr>
      <w:r>
        <w:rPr>
          <w:rFonts w:ascii="Georgia" w:hAnsi="Georgia"/>
          <w:b w:val="0"/>
          <w:i w:val="0"/>
          <w:color w:val="22201D"/>
          <w:sz w:val="20"/>
        </w:rPr>
        <w:t>"That's you."</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"Do you need a moment?"</w:t>
      </w:r>
    </w:p>
    <w:p>
      <w:pPr>
        <w:spacing w:after="60" w:line="266" w:lineRule="auto"/>
        <w:ind w:firstLine="331"/>
        <w:jc w:val="both"/>
      </w:pPr>
      <w:r>
        <w:rPr>
          <w:rFonts w:ascii="Georgia" w:hAnsi="Georgia"/>
          <w:b w:val="0"/>
          <w:i w:val="0"/>
          <w:color w:val="22201D"/>
          <w:sz w:val="20"/>
        </w:rPr>
        <w:t>"I need a scale."</w:t>
      </w:r>
    </w:p>
    <w:p>
      <w:pPr>
        <w:spacing w:after="60" w:line="266" w:lineRule="auto"/>
        <w:ind w:firstLine="331"/>
        <w:jc w:val="both"/>
      </w:pPr>
      <w:r>
        <w:rPr>
          <w:rFonts w:ascii="Georgia" w:hAnsi="Georgia"/>
          <w:b w:val="0"/>
          <w:i w:val="0"/>
          <w:color w:val="22201D"/>
          <w:sz w:val="20"/>
        </w:rPr>
        <w:t>Gerald brought the scale back to the table and set it beside the waiver.</w:t>
      </w:r>
    </w:p>
    <w:p>
      <w:pPr>
        <w:spacing w:after="60" w:line="266" w:lineRule="auto"/>
        <w:ind w:firstLine="331"/>
        <w:jc w:val="both"/>
      </w:pPr>
      <w:r>
        <w:rPr>
          <w:rFonts w:ascii="Georgia" w:hAnsi="Georgia"/>
          <w:b w:val="0"/>
          <w:i w:val="0"/>
          <w:color w:val="22201D"/>
          <w:sz w:val="20"/>
        </w:rPr>
        <w:t>Nico whispered, "Is the scale witnessing?"</w:t>
      </w:r>
    </w:p>
    <w:p>
      <w:pPr>
        <w:spacing w:after="60" w:line="266" w:lineRule="auto"/>
        <w:ind w:firstLine="331"/>
        <w:jc w:val="both"/>
      </w:pPr>
      <w:r>
        <w:rPr>
          <w:rFonts w:ascii="Georgia" w:hAnsi="Georgia"/>
          <w:b w:val="0"/>
          <w:i w:val="0"/>
          <w:color w:val="22201D"/>
          <w:sz w:val="20"/>
        </w:rPr>
        <w:t>"The scale is present because consequence without measurement becomes theater."</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MAKER CONSEQUENCE QUERY: If the sauce is too hot, who is at fault?</w:t>
      </w:r>
    </w:p>
    <w:p>
      <w:pPr>
        <w:spacing w:after="60" w:line="266" w:lineRule="auto"/>
        <w:ind w:firstLine="331"/>
        <w:jc w:val="both"/>
      </w:pPr>
      <w:r>
        <w:rPr>
          <w:rFonts w:ascii="Georgia" w:hAnsi="Georgia"/>
          <w:b w:val="0"/>
          <w:i w:val="0"/>
          <w:color w:val="22201D"/>
          <w:sz w:val="20"/>
        </w:rPr>
        <w:t>Gerald answered without looking at anyone.</w:t>
      </w:r>
    </w:p>
    <w:p>
      <w:pPr>
        <w:spacing w:after="60" w:line="266" w:lineRule="auto"/>
        <w:ind w:firstLine="331"/>
        <w:jc w:val="both"/>
      </w:pPr>
      <w:r>
        <w:rPr>
          <w:rFonts w:ascii="Georgia" w:hAnsi="Georgia"/>
          <w:b w:val="0"/>
          <w:i w:val="0"/>
          <w:color w:val="22201D"/>
          <w:sz w:val="20"/>
        </w:rPr>
        <w:t>"If the batch violates its stated process, I am at fault."</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If the sauce is hot because scotch bonnet is hot?</w:t>
      </w:r>
    </w:p>
    <w:p>
      <w:pPr>
        <w:spacing w:after="60" w:line="266" w:lineRule="auto"/>
        <w:ind w:firstLine="331"/>
        <w:jc w:val="both"/>
      </w:pPr>
      <w:r>
        <w:rPr>
          <w:rFonts w:ascii="Georgia" w:hAnsi="Georgia"/>
          <w:b w:val="0"/>
          <w:i w:val="0"/>
          <w:color w:val="22201D"/>
          <w:sz w:val="20"/>
        </w:rPr>
        <w:t>"Then the label must say so, and the sample process must respect it."</w:t>
      </w:r>
    </w:p>
    <w:p>
      <w:pPr>
        <w:spacing w:after="60" w:line="250" w:lineRule="auto"/>
        <w:ind w:left="202" w:right="173"/>
      </w:pPr>
      <w:r>
        <w:rPr>
          <w:rFonts w:ascii="Georgia" w:hAnsi="Georgia"/>
          <w:b w:val="0"/>
          <w:i w:val="0"/>
          <w:color w:val="22201D"/>
          <w:sz w:val="17"/>
        </w:rPr>
        <w:t>If the label says so and a taster refuses to read?</w:t>
      </w:r>
    </w:p>
    <w:p>
      <w:pPr>
        <w:spacing w:after="60" w:line="266" w:lineRule="auto"/>
        <w:ind w:firstLine="331"/>
        <w:jc w:val="both"/>
      </w:pPr>
      <w:r>
        <w:rPr>
          <w:rFonts w:ascii="Georgia" w:hAnsi="Georgia"/>
          <w:b w:val="0"/>
          <w:i w:val="0"/>
          <w:color w:val="22201D"/>
          <w:sz w:val="20"/>
        </w:rPr>
        <w:t>"Then the taster accepts that consequence, unless the seller rushed the exchange."</w:t>
      </w:r>
    </w:p>
    <w:p>
      <w:pPr>
        <w:spacing w:after="60" w:line="250" w:lineRule="auto"/>
        <w:ind w:left="202" w:right="173"/>
      </w:pPr>
      <w:r>
        <w:rPr>
          <w:rFonts w:ascii="Georgia" w:hAnsi="Georgia"/>
          <w:b w:val="0"/>
          <w:i w:val="0"/>
          <w:color w:val="22201D"/>
          <w:sz w:val="17"/>
        </w:rPr>
        <w:t>If the seller rushes?</w:t>
      </w:r>
    </w:p>
    <w:p>
      <w:pPr>
        <w:spacing w:after="60" w:line="266" w:lineRule="auto"/>
        <w:ind w:firstLine="331"/>
        <w:jc w:val="both"/>
      </w:pPr>
      <w:r>
        <w:rPr>
          <w:rFonts w:ascii="Georgia" w:hAnsi="Georgia"/>
          <w:b w:val="0"/>
          <w:i w:val="0"/>
          <w:color w:val="22201D"/>
          <w:sz w:val="20"/>
        </w:rPr>
        <w:t>"The seller accepts consequence."</w:t>
      </w:r>
    </w:p>
    <w:p>
      <w:pPr>
        <w:spacing w:after="60" w:line="250" w:lineRule="auto"/>
        <w:ind w:left="202" w:right="173"/>
      </w:pPr>
      <w:r>
        <w:rPr>
          <w:rFonts w:ascii="Georgia" w:hAnsi="Georgia"/>
          <w:b w:val="0"/>
          <w:i w:val="0"/>
          <w:color w:val="22201D"/>
          <w:sz w:val="17"/>
        </w:rPr>
        <w:t>If the sauce process changes after signature?</w:t>
      </w:r>
    </w:p>
    <w:p>
      <w:pPr>
        <w:spacing w:after="60" w:line="266" w:lineRule="auto"/>
        <w:ind w:firstLine="331"/>
        <w:jc w:val="both"/>
      </w:pPr>
      <w:r>
        <w:rPr>
          <w:rFonts w:ascii="Georgia" w:hAnsi="Georgia"/>
          <w:b w:val="0"/>
          <w:i w:val="0"/>
          <w:color w:val="22201D"/>
          <w:sz w:val="20"/>
        </w:rPr>
        <w:t>"The waiver dies."</w:t>
      </w:r>
    </w:p>
    <w:p>
      <w:pPr>
        <w:spacing w:after="60" w:line="266" w:lineRule="auto"/>
        <w:ind w:firstLine="331"/>
        <w:jc w:val="both"/>
      </w:pPr>
      <w:r>
        <w:rPr>
          <w:rFonts w:ascii="Georgia" w:hAnsi="Georgia"/>
          <w:b w:val="0"/>
          <w:i w:val="0"/>
          <w:color w:val="22201D"/>
          <w:sz w:val="20"/>
        </w:rPr>
        <w:t>The waiver went still.</w:t>
      </w:r>
    </w:p>
    <w:p>
      <w:pPr>
        <w:spacing w:after="60" w:line="266" w:lineRule="auto"/>
        <w:ind w:firstLine="331"/>
        <w:jc w:val="both"/>
      </w:pPr>
      <w:r>
        <w:rPr>
          <w:rFonts w:ascii="Georgia" w:hAnsi="Georgia"/>
          <w:b w:val="0"/>
          <w:i w:val="0"/>
          <w:color w:val="22201D"/>
          <w:sz w:val="20"/>
        </w:rPr>
        <w:t>That was the first silence that felt like agreement.</w:t>
      </w:r>
    </w:p>
    <w:p>
      <w:pPr>
        <w:spacing w:after="60" w:line="266" w:lineRule="auto"/>
        <w:ind w:firstLine="331"/>
        <w:jc w:val="both"/>
      </w:pPr>
      <w:r>
        <w:rPr>
          <w:rFonts w:ascii="Georgia" w:hAnsi="Georgia"/>
          <w:b w:val="0"/>
          <w:i w:val="0"/>
          <w:color w:val="22201D"/>
          <w:sz w:val="20"/>
        </w:rPr>
        <w:t>Gerald signed the maker box in black ink.</w:t>
      </w:r>
    </w:p>
    <w:p>
      <w:pPr>
        <w:spacing w:after="60" w:line="266" w:lineRule="auto"/>
        <w:ind w:firstLine="331"/>
        <w:jc w:val="both"/>
      </w:pPr>
      <w:r>
        <w:rPr>
          <w:rFonts w:ascii="Georgia" w:hAnsi="Georgia"/>
          <w:b w:val="0"/>
          <w:i w:val="0"/>
          <w:color w:val="22201D"/>
          <w:sz w:val="20"/>
        </w:rPr>
        <w:t>The signature did not glow. It did not sing. It did not release a ghost of a condiment attorney. It simply appeared where Gerald had put it.</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MAKER ACCEPTANCE RECORDED</w:t>
      </w:r>
    </w:p>
    <w:p>
      <w:pPr>
        <w:spacing w:after="60" w:line="266" w:lineRule="auto"/>
        <w:ind w:firstLine="331"/>
        <w:jc w:val="both"/>
      </w:pPr>
      <w:r>
        <w:rPr>
          <w:rFonts w:ascii="Georgia" w:hAnsi="Georgia"/>
          <w:b w:val="0"/>
          <w:i w:val="0"/>
          <w:color w:val="22201D"/>
          <w:sz w:val="20"/>
        </w:rPr>
        <w:t>The SELLER weight slid half an inch toward Flocc.</w:t>
      </w:r>
    </w:p>
    <w:p>
      <w:pPr>
        <w:spacing w:after="60" w:line="266" w:lineRule="auto"/>
        <w:ind w:firstLine="331"/>
        <w:jc w:val="both"/>
      </w:pPr>
      <w:r>
        <w:rPr>
          <w:rFonts w:ascii="Georgia" w:hAnsi="Georgia"/>
          <w:b w:val="0"/>
          <w:i w:val="0"/>
          <w:color w:val="22201D"/>
          <w:sz w:val="20"/>
        </w:rPr>
        <w:t>Flocc slid half an inch away from it.</w:t>
      </w:r>
    </w:p>
    <w:p>
      <w:pPr>
        <w:spacing w:after="60" w:line="266" w:lineRule="auto"/>
        <w:ind w:firstLine="331"/>
        <w:jc w:val="both"/>
      </w:pPr>
      <w:r>
        <w:rPr>
          <w:rFonts w:ascii="Georgia" w:hAnsi="Georgia"/>
          <w:b w:val="0"/>
          <w:i w:val="0"/>
          <w:color w:val="22201D"/>
          <w:sz w:val="20"/>
        </w:rPr>
        <w:t>"I sell shelves," Flocc said. "I do not sell destiny."</w:t>
      </w:r>
    </w:p>
    <w:p>
      <w:pPr>
        <w:spacing w:after="60" w:line="266" w:lineRule="auto"/>
        <w:ind w:firstLine="331"/>
        <w:jc w:val="both"/>
      </w:pPr>
      <w:r>
        <w:rPr>
          <w:rFonts w:ascii="Georgia" w:hAnsi="Georgia"/>
          <w:b w:val="0"/>
          <w:i w:val="0"/>
          <w:color w:val="22201D"/>
          <w:sz w:val="20"/>
        </w:rPr>
        <w:t>The Hostess turned one brass weight so its stamped word faced him.</w:t>
      </w:r>
    </w:p>
    <w:p>
      <w:pPr>
        <w:spacing w:after="60" w:line="266" w:lineRule="auto"/>
        <w:ind w:firstLine="331"/>
        <w:jc w:val="both"/>
      </w:pPr>
      <w:r>
        <w:rPr>
          <w:rFonts w:ascii="Georgia" w:hAnsi="Georgia"/>
          <w:b w:val="0"/>
          <w:i w:val="0"/>
          <w:color w:val="22201D"/>
          <w:sz w:val="20"/>
        </w:rPr>
        <w:t>"You sell access."</w:t>
      </w:r>
    </w:p>
    <w:p>
      <w:pPr>
        <w:spacing w:after="60" w:line="266" w:lineRule="auto"/>
        <w:ind w:firstLine="331"/>
        <w:jc w:val="both"/>
      </w:pPr>
      <w:r>
        <w:rPr>
          <w:rFonts w:ascii="Georgia" w:hAnsi="Georgia"/>
          <w:b w:val="0"/>
          <w:i w:val="0"/>
          <w:color w:val="22201D"/>
          <w:sz w:val="20"/>
        </w:rPr>
        <w:t>"That sounds worse."</w:t>
      </w:r>
    </w:p>
    <w:p>
      <w:pPr>
        <w:spacing w:after="60" w:line="266" w:lineRule="auto"/>
        <w:ind w:firstLine="331"/>
        <w:jc w:val="both"/>
      </w:pPr>
      <w:r>
        <w:rPr>
          <w:rFonts w:ascii="Georgia" w:hAnsi="Georgia"/>
          <w:b w:val="0"/>
          <w:i w:val="0"/>
          <w:color w:val="22201D"/>
          <w:sz w:val="20"/>
        </w:rPr>
        <w:t>"It is more accurate."</w:t>
      </w:r>
    </w:p>
    <w:p>
      <w:pPr>
        <w:spacing w:after="60" w:line="266" w:lineRule="auto"/>
        <w:ind w:firstLine="331"/>
        <w:jc w:val="both"/>
      </w:pPr>
      <w:r>
        <w:rPr>
          <w:rFonts w:ascii="Georgia" w:hAnsi="Georgia"/>
          <w:b w:val="0"/>
          <w:i w:val="0"/>
          <w:color w:val="22201D"/>
          <w:sz w:val="20"/>
        </w:rPr>
        <w:t>The seller signature box printed:</w:t>
      </w:r>
    </w:p>
    <w:p>
      <w:pPr>
        <w:spacing w:after="60" w:line="250" w:lineRule="auto"/>
        <w:ind w:left="202" w:right="173"/>
      </w:pPr>
      <w:r>
        <w:rPr>
          <w:rFonts w:ascii="Georgia" w:hAnsi="Georgia"/>
          <w:b w:val="0"/>
          <w:i w:val="0"/>
          <w:color w:val="22201D"/>
          <w:sz w:val="17"/>
        </w:rPr>
        <w:t>SELLER ACCEPTANCE  I accept consequence for: 1. shelf placement 2. sample activation 3. warning visibility 4. staff instruction 5. refusing pressure to hurry consent  Signature:</w:t>
      </w:r>
    </w:p>
    <w:p>
      <w:pPr>
        <w:spacing w:after="60" w:line="266" w:lineRule="auto"/>
        <w:ind w:firstLine="331"/>
        <w:jc w:val="both"/>
      </w:pPr>
      <w:r>
        <w:rPr>
          <w:rFonts w:ascii="Georgia" w:hAnsi="Georgia"/>
          <w:b w:val="0"/>
          <w:i w:val="0"/>
          <w:color w:val="22201D"/>
          <w:sz w:val="20"/>
        </w:rPr>
        <w:t>Flocc read the list twice.</w:t>
      </w:r>
    </w:p>
    <w:p>
      <w:pPr>
        <w:spacing w:after="60" w:line="266" w:lineRule="auto"/>
        <w:ind w:firstLine="331"/>
        <w:jc w:val="both"/>
      </w:pPr>
      <w:r>
        <w:rPr>
          <w:rFonts w:ascii="Georgia" w:hAnsi="Georgia"/>
          <w:b w:val="0"/>
          <w:i w:val="0"/>
          <w:color w:val="22201D"/>
          <w:sz w:val="20"/>
        </w:rPr>
        <w:t>"What happens if a customer says, 'I love hot sauce'?"</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SELLER RESPONSE REQUIRED: Ask whether they have read the warning.</w:t>
      </w:r>
    </w:p>
    <w:p>
      <w:pPr>
        <w:spacing w:after="60" w:line="266" w:lineRule="auto"/>
        <w:ind w:firstLine="331"/>
        <w:jc w:val="both"/>
      </w:pPr>
      <w:r>
        <w:rPr>
          <w:rFonts w:ascii="Georgia" w:hAnsi="Georgia"/>
          <w:b w:val="0"/>
          <w:i w:val="0"/>
          <w:color w:val="22201D"/>
          <w:sz w:val="20"/>
        </w:rPr>
        <w:t>"What if they say, 'I don't need to'?"</w:t>
      </w:r>
    </w:p>
    <w:p>
      <w:pPr>
        <w:spacing w:after="60" w:line="250" w:lineRule="auto"/>
        <w:ind w:left="202" w:right="173"/>
      </w:pPr>
      <w:r>
        <w:rPr>
          <w:rFonts w:ascii="Georgia" w:hAnsi="Georgia"/>
          <w:b w:val="0"/>
          <w:i w:val="0"/>
          <w:color w:val="22201D"/>
          <w:sz w:val="17"/>
        </w:rPr>
        <w:t>SELLER RESPONSE REQUIRED: Then they do not receive a sample.</w:t>
      </w:r>
    </w:p>
    <w:p>
      <w:pPr>
        <w:spacing w:after="60" w:line="266" w:lineRule="auto"/>
        <w:ind w:firstLine="331"/>
        <w:jc w:val="both"/>
      </w:pPr>
      <w:r>
        <w:rPr>
          <w:rFonts w:ascii="Georgia" w:hAnsi="Georgia"/>
          <w:b w:val="0"/>
          <w:i w:val="0"/>
          <w:color w:val="22201D"/>
          <w:sz w:val="20"/>
        </w:rPr>
        <w:t>"What if they call me weak?"</w:t>
      </w:r>
    </w:p>
    <w:p>
      <w:pPr>
        <w:spacing w:after="60" w:line="266" w:lineRule="auto"/>
        <w:ind w:firstLine="331"/>
        <w:jc w:val="both"/>
      </w:pPr>
      <w:r>
        <w:rPr>
          <w:rFonts w:ascii="Georgia" w:hAnsi="Georgia"/>
          <w:b w:val="0"/>
          <w:i w:val="0"/>
          <w:color w:val="22201D"/>
          <w:sz w:val="20"/>
        </w:rPr>
        <w:t>The process note lifted one corner and settled again.</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Do not sell pepper to flattery.</w:t>
      </w:r>
    </w:p>
    <w:p>
      <w:pPr>
        <w:spacing w:after="60" w:line="266" w:lineRule="auto"/>
        <w:ind w:firstLine="331"/>
        <w:jc w:val="both"/>
      </w:pPr>
      <w:r>
        <w:rPr>
          <w:rFonts w:ascii="Georgia" w:hAnsi="Georgia"/>
          <w:b w:val="0"/>
          <w:i w:val="0"/>
          <w:color w:val="22201D"/>
          <w:sz w:val="20"/>
        </w:rPr>
        <w:t>Flocc considered this.</w:t>
      </w:r>
    </w:p>
    <w:p>
      <w:pPr>
        <w:spacing w:after="60" w:line="266" w:lineRule="auto"/>
        <w:ind w:firstLine="331"/>
        <w:jc w:val="both"/>
      </w:pPr>
      <w:r>
        <w:rPr>
          <w:rFonts w:ascii="Georgia" w:hAnsi="Georgia"/>
          <w:b w:val="0"/>
          <w:i w:val="0"/>
          <w:color w:val="22201D"/>
          <w:sz w:val="20"/>
        </w:rPr>
        <w:t>"I have sold many objects to flattery."</w:t>
      </w:r>
    </w:p>
    <w:p>
      <w:pPr>
        <w:spacing w:after="60" w:line="266" w:lineRule="auto"/>
        <w:ind w:firstLine="331"/>
        <w:jc w:val="both"/>
      </w:pPr>
      <w:r>
        <w:rPr>
          <w:rFonts w:ascii="Georgia" w:hAnsi="Georgia"/>
          <w:b w:val="0"/>
          <w:i w:val="0"/>
          <w:color w:val="22201D"/>
          <w:sz w:val="20"/>
        </w:rPr>
        <w:t>Gerald said, "That is why this waiver is signing back."</w:t>
      </w:r>
    </w:p>
    <w:p>
      <w:pPr>
        <w:spacing w:after="60" w:line="266" w:lineRule="auto"/>
        <w:ind w:firstLine="331"/>
        <w:jc w:val="both"/>
      </w:pPr>
      <w:r>
        <w:rPr>
          <w:rFonts w:ascii="Georgia" w:hAnsi="Georgia"/>
          <w:b w:val="0"/>
          <w:i w:val="0"/>
          <w:color w:val="22201D"/>
          <w:sz w:val="20"/>
        </w:rPr>
        <w:t>Flocc looked at the paper.</w:t>
      </w:r>
    </w:p>
    <w:p>
      <w:pPr>
        <w:spacing w:after="60" w:line="266" w:lineRule="auto"/>
        <w:ind w:firstLine="331"/>
        <w:jc w:val="both"/>
      </w:pPr>
      <w:r>
        <w:rPr>
          <w:rFonts w:ascii="Georgia" w:hAnsi="Georgia"/>
          <w:b w:val="0"/>
          <w:i w:val="0"/>
          <w:color w:val="22201D"/>
          <w:sz w:val="20"/>
        </w:rPr>
        <w:t>"I thought we signed the waiver."</w:t>
      </w:r>
    </w:p>
    <w:p>
      <w:pPr>
        <w:spacing w:after="60" w:line="266" w:lineRule="auto"/>
        <w:ind w:firstLine="331"/>
        <w:jc w:val="both"/>
      </w:pPr>
      <w:r>
        <w:rPr>
          <w:rFonts w:ascii="Georgia" w:hAnsi="Georgia"/>
          <w:b w:val="0"/>
          <w:i w:val="0"/>
          <w:color w:val="22201D"/>
          <w:sz w:val="20"/>
        </w:rPr>
        <w:t>"A one-way waiver says, 'you cannot blame us.' A signed-back waiver says, 'we cannot escape our part either.'"</w:t>
      </w:r>
    </w:p>
    <w:p>
      <w:pPr>
        <w:spacing w:after="60" w:line="266" w:lineRule="auto"/>
        <w:ind w:firstLine="331"/>
        <w:jc w:val="both"/>
      </w:pPr>
      <w:r>
        <w:rPr>
          <w:rFonts w:ascii="Georgia" w:hAnsi="Georgia"/>
          <w:b w:val="0"/>
          <w:i w:val="0"/>
          <w:color w:val="22201D"/>
          <w:sz w:val="20"/>
        </w:rPr>
        <w:t>Nico lowered his voice.</w:t>
      </w:r>
    </w:p>
    <w:p>
      <w:pPr>
        <w:spacing w:after="60" w:line="266" w:lineRule="auto"/>
        <w:ind w:firstLine="331"/>
        <w:jc w:val="both"/>
      </w:pPr>
      <w:r>
        <w:rPr>
          <w:rFonts w:ascii="Georgia" w:hAnsi="Georgia"/>
          <w:b w:val="0"/>
          <w:i w:val="0"/>
          <w:color w:val="22201D"/>
          <w:sz w:val="20"/>
        </w:rPr>
        <w:t>"That almost sounds fair."</w:t>
      </w:r>
    </w:p>
    <w:p>
      <w:pPr>
        <w:spacing w:after="60" w:line="266" w:lineRule="auto"/>
        <w:ind w:firstLine="331"/>
        <w:jc w:val="both"/>
      </w:pPr>
      <w:r>
        <w:rPr>
          <w:rFonts w:ascii="Georgia" w:hAnsi="Georgia"/>
          <w:b w:val="0"/>
          <w:i w:val="0"/>
          <w:color w:val="22201D"/>
          <w:sz w:val="20"/>
        </w:rPr>
        <w:t>"Do not say it like it is suspicious," Gerald said. "Fairness is a tool. Sentiment is what gets fingers cut."</w:t>
      </w:r>
    </w:p>
    <w:p>
      <w:pPr>
        <w:spacing w:after="60" w:line="266" w:lineRule="auto"/>
        <w:ind w:firstLine="331"/>
        <w:jc w:val="both"/>
      </w:pPr>
      <w:r>
        <w:rPr>
          <w:rFonts w:ascii="Georgia" w:hAnsi="Georgia"/>
          <w:b w:val="0"/>
          <w:i w:val="0"/>
          <w:color w:val="22201D"/>
          <w:sz w:val="20"/>
        </w:rPr>
        <w:t>Flocc picked up the black pen.</w:t>
      </w:r>
    </w:p>
    <w:p>
      <w:pPr>
        <w:spacing w:after="60" w:line="266" w:lineRule="auto"/>
        <w:ind w:firstLine="331"/>
        <w:jc w:val="both"/>
      </w:pPr>
      <w:r>
        <w:rPr>
          <w:rFonts w:ascii="Georgia" w:hAnsi="Georgia"/>
          <w:b w:val="0"/>
          <w:i w:val="0"/>
          <w:color w:val="22201D"/>
          <w:sz w:val="20"/>
        </w:rPr>
        <w:t>"If I sign this, I cannot activate samples because the shelf looks lonely."</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"I cannot let people take dare portions."</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"I cannot let a customer talk me into a second sample while the first one is still arriving."</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"I cannot place it beside candy and pretend the peach is the headline."</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SELLER UNDERSTANDING IMPROVING</w:t>
      </w:r>
    </w:p>
    <w:p>
      <w:pPr>
        <w:spacing w:after="60" w:line="266" w:lineRule="auto"/>
        <w:ind w:firstLine="331"/>
        <w:jc w:val="both"/>
      </w:pPr>
      <w:r>
        <w:rPr>
          <w:rFonts w:ascii="Georgia" w:hAnsi="Georgia"/>
          <w:b w:val="0"/>
          <w:i w:val="0"/>
          <w:color w:val="22201D"/>
          <w:sz w:val="20"/>
        </w:rPr>
        <w:t>Flocc signed.</w:t>
      </w:r>
    </w:p>
    <w:p>
      <w:pPr>
        <w:spacing w:after="60" w:line="266" w:lineRule="auto"/>
        <w:ind w:firstLine="331"/>
        <w:jc w:val="both"/>
      </w:pPr>
      <w:r>
        <w:rPr>
          <w:rFonts w:ascii="Georgia" w:hAnsi="Georgia"/>
          <w:b w:val="0"/>
          <w:i w:val="0"/>
          <w:color w:val="22201D"/>
          <w:sz w:val="20"/>
        </w:rPr>
        <w:t>The signature looked reluctant but legible.</w:t>
      </w:r>
    </w:p>
    <w:p>
      <w:pPr>
        <w:spacing w:after="60" w:line="266" w:lineRule="auto"/>
        <w:ind w:firstLine="331"/>
        <w:jc w:val="both"/>
      </w:pPr>
      <w:r>
        <w:rPr>
          <w:rFonts w:ascii="Georgia" w:hAnsi="Georgia"/>
          <w:b w:val="0"/>
          <w:i w:val="0"/>
          <w:color w:val="22201D"/>
          <w:sz w:val="20"/>
        </w:rPr>
        <w:t>The shelf docket stamped itself once:</w:t>
      </w:r>
    </w:p>
    <w:p>
      <w:pPr>
        <w:spacing w:after="60" w:line="250" w:lineRule="auto"/>
        <w:ind w:left="202" w:right="173"/>
      </w:pPr>
      <w:r>
        <w:rPr>
          <w:rFonts w:ascii="Georgia" w:hAnsi="Georgia"/>
          <w:b w:val="0"/>
          <w:i w:val="0"/>
          <w:color w:val="22201D"/>
          <w:sz w:val="17"/>
        </w:rPr>
        <w:t>SELLER ACCEPTANCE RECORDED</w:t>
      </w:r>
    </w:p>
    <w:p>
      <w:pPr>
        <w:spacing w:after="60" w:line="266" w:lineRule="auto"/>
        <w:ind w:firstLine="331"/>
        <w:jc w:val="both"/>
      </w:pPr>
      <w:r>
        <w:rPr>
          <w:rFonts w:ascii="Georgia" w:hAnsi="Georgia"/>
          <w:b w:val="0"/>
          <w:i w:val="0"/>
          <w:color w:val="22201D"/>
          <w:sz w:val="20"/>
        </w:rPr>
        <w:t>The TASTER weight did not move.</w:t>
      </w:r>
    </w:p>
    <w:p>
      <w:pPr>
        <w:spacing w:after="60" w:line="266" w:lineRule="auto"/>
        <w:ind w:firstLine="331"/>
        <w:jc w:val="both"/>
      </w:pPr>
      <w:r>
        <w:rPr>
          <w:rFonts w:ascii="Georgia" w:hAnsi="Georgia"/>
          <w:b w:val="0"/>
          <w:i w:val="0"/>
          <w:color w:val="22201D"/>
          <w:sz w:val="20"/>
        </w:rPr>
        <w:t>Everyone looked at Nico.</w:t>
      </w:r>
    </w:p>
    <w:p>
      <w:pPr>
        <w:spacing w:after="60" w:line="266" w:lineRule="auto"/>
        <w:ind w:firstLine="331"/>
        <w:jc w:val="both"/>
      </w:pPr>
      <w:r>
        <w:rPr>
          <w:rFonts w:ascii="Georgia" w:hAnsi="Georgia"/>
          <w:b w:val="0"/>
          <w:i w:val="0"/>
          <w:color w:val="22201D"/>
          <w:sz w:val="20"/>
        </w:rPr>
        <w:t>Nico put both hands behind his back.</w:t>
      </w:r>
    </w:p>
    <w:p>
      <w:pPr>
        <w:spacing w:after="60" w:line="266" w:lineRule="auto"/>
        <w:ind w:firstLine="331"/>
        <w:jc w:val="both"/>
      </w:pPr>
      <w:r>
        <w:rPr>
          <w:rFonts w:ascii="Georgia" w:hAnsi="Georgia"/>
          <w:b w:val="0"/>
          <w:i w:val="0"/>
          <w:color w:val="22201D"/>
          <w:sz w:val="20"/>
        </w:rPr>
        <w:t>"I have not tasted anything."</w:t>
      </w:r>
    </w:p>
    <w:p>
      <w:pPr>
        <w:spacing w:after="60" w:line="266" w:lineRule="auto"/>
        <w:ind w:firstLine="331"/>
        <w:jc w:val="both"/>
      </w:pPr>
      <w:r>
        <w:rPr>
          <w:rFonts w:ascii="Georgia" w:hAnsi="Georgia"/>
          <w:b w:val="0"/>
          <w:i w:val="0"/>
          <w:color w:val="22201D"/>
          <w:sz w:val="20"/>
        </w:rPr>
        <w:t>"Exactly," Gerald said.</w:t>
      </w:r>
    </w:p>
    <w:p>
      <w:pPr>
        <w:spacing w:after="60" w:line="266" w:lineRule="auto"/>
        <w:ind w:firstLine="331"/>
        <w:jc w:val="both"/>
      </w:pPr>
      <w:r>
        <w:rPr>
          <w:rFonts w:ascii="Georgia" w:hAnsi="Georgia"/>
          <w:b w:val="0"/>
          <w:i w:val="0"/>
          <w:color w:val="22201D"/>
          <w:sz w:val="20"/>
        </w:rPr>
        <w:t>"Then why is it looking at me?"</w:t>
      </w:r>
    </w:p>
    <w:p>
      <w:pPr>
        <w:spacing w:after="60" w:line="266" w:lineRule="auto"/>
        <w:ind w:firstLine="331"/>
        <w:jc w:val="both"/>
      </w:pPr>
      <w:r>
        <w:rPr>
          <w:rFonts w:ascii="Georgia" w:hAnsi="Georgia"/>
          <w:b w:val="0"/>
          <w:i w:val="0"/>
          <w:color w:val="22201D"/>
          <w:sz w:val="20"/>
        </w:rPr>
        <w:t>"Because tasting begins before the mouth if bravado has entered the room."</w:t>
      </w:r>
    </w:p>
    <w:p>
      <w:pPr>
        <w:spacing w:after="60" w:line="266" w:lineRule="auto"/>
        <w:ind w:firstLine="331"/>
        <w:jc w:val="both"/>
      </w:pPr>
      <w:r>
        <w:rPr>
          <w:rFonts w:ascii="Georgia" w:hAnsi="Georgia"/>
          <w:b w:val="0"/>
          <w:i w:val="0"/>
          <w:color w:val="22201D"/>
          <w:sz w:val="20"/>
        </w:rPr>
        <w:t>Nico looked around.</w:t>
      </w:r>
    </w:p>
    <w:p>
      <w:pPr>
        <w:spacing w:after="60" w:line="266" w:lineRule="auto"/>
        <w:ind w:firstLine="331"/>
        <w:jc w:val="both"/>
      </w:pPr>
      <w:r>
        <w:rPr>
          <w:rFonts w:ascii="Georgia" w:hAnsi="Georgia"/>
          <w:b w:val="0"/>
          <w:i w:val="0"/>
          <w:color w:val="22201D"/>
          <w:sz w:val="20"/>
        </w:rPr>
        <w:t>"Has bravado entered the room?"</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BRAVADO HAS REQUESTED ENTRY</w:t>
      </w:r>
    </w:p>
    <w:p>
      <w:pPr>
        <w:spacing w:after="60" w:line="266" w:lineRule="auto"/>
        <w:ind w:firstLine="331"/>
        <w:jc w:val="both"/>
      </w:pPr>
      <w:r>
        <w:rPr>
          <w:rFonts w:ascii="Georgia" w:hAnsi="Georgia"/>
          <w:b w:val="0"/>
          <w:i w:val="0"/>
          <w:color w:val="22201D"/>
          <w:sz w:val="20"/>
        </w:rPr>
        <w:t>Flocc opened the door.</w:t>
      </w:r>
    </w:p>
    <w:p>
      <w:pPr>
        <w:spacing w:after="60" w:line="266" w:lineRule="auto"/>
        <w:ind w:firstLine="331"/>
        <w:jc w:val="both"/>
      </w:pPr>
      <w:r>
        <w:rPr>
          <w:rFonts w:ascii="Georgia" w:hAnsi="Georgia"/>
          <w:b w:val="0"/>
          <w:i w:val="0"/>
          <w:color w:val="22201D"/>
          <w:sz w:val="20"/>
        </w:rPr>
        <w:t>No one was there.</w:t>
      </w:r>
    </w:p>
    <w:p>
      <w:pPr>
        <w:spacing w:after="60" w:line="266" w:lineRule="auto"/>
        <w:ind w:firstLine="331"/>
        <w:jc w:val="both"/>
      </w:pPr>
      <w:r>
        <w:rPr>
          <w:rFonts w:ascii="Georgia" w:hAnsi="Georgia"/>
          <w:b w:val="0"/>
          <w:i w:val="0"/>
          <w:color w:val="22201D"/>
          <w:sz w:val="20"/>
        </w:rPr>
        <w:t>Flocc closed it.</w:t>
      </w:r>
    </w:p>
    <w:p>
      <w:pPr>
        <w:spacing w:after="60" w:line="266" w:lineRule="auto"/>
        <w:ind w:firstLine="331"/>
        <w:jc w:val="both"/>
      </w:pPr>
      <w:r>
        <w:rPr>
          <w:rFonts w:ascii="Georgia" w:hAnsi="Georgia"/>
          <w:b w:val="0"/>
          <w:i w:val="0"/>
          <w:color w:val="22201D"/>
          <w:sz w:val="20"/>
        </w:rPr>
        <w:t>"Denied."</w:t>
      </w:r>
    </w:p>
    <w:p>
      <w:pPr>
        <w:spacing w:after="60" w:line="266" w:lineRule="auto"/>
        <w:ind w:firstLine="331"/>
        <w:jc w:val="both"/>
      </w:pPr>
      <w:r>
        <w:rPr>
          <w:rFonts w:ascii="Georgia" w:hAnsi="Georgia"/>
          <w:b w:val="0"/>
          <w:i w:val="0"/>
          <w:color w:val="22201D"/>
          <w:sz w:val="20"/>
        </w:rPr>
        <w:t>The taster signature box printed:</w:t>
      </w:r>
    </w:p>
    <w:p>
      <w:pPr>
        <w:spacing w:after="60" w:line="250" w:lineRule="auto"/>
        <w:ind w:left="202" w:right="173"/>
      </w:pPr>
      <w:r>
        <w:rPr>
          <w:rFonts w:ascii="Georgia" w:hAnsi="Georgia"/>
          <w:b w:val="0"/>
          <w:i w:val="0"/>
          <w:color w:val="22201D"/>
          <w:sz w:val="17"/>
        </w:rPr>
        <w:t>TASTER ACCEPTANCE  I accept consequence for: 1. reading the warning before sample 2. asking questions before sample 3. respecting first-dose limits 4. waiting through late heat 5. not converting discomfort into accusation  Signature:</w:t>
      </w:r>
    </w:p>
    <w:p>
      <w:pPr>
        <w:spacing w:after="60" w:line="266" w:lineRule="auto"/>
        <w:ind w:firstLine="331"/>
        <w:jc w:val="both"/>
      </w:pPr>
      <w:r>
        <w:rPr>
          <w:rFonts w:ascii="Georgia" w:hAnsi="Georgia"/>
          <w:b w:val="0"/>
          <w:i w:val="0"/>
          <w:color w:val="22201D"/>
          <w:sz w:val="20"/>
        </w:rPr>
        <w:t>Nico read it.</w:t>
      </w:r>
    </w:p>
    <w:p>
      <w:pPr>
        <w:spacing w:after="60" w:line="266" w:lineRule="auto"/>
        <w:ind w:firstLine="331"/>
        <w:jc w:val="both"/>
      </w:pPr>
      <w:r>
        <w:rPr>
          <w:rFonts w:ascii="Georgia" w:hAnsi="Georgia"/>
          <w:b w:val="0"/>
          <w:i w:val="0"/>
          <w:color w:val="22201D"/>
          <w:sz w:val="20"/>
        </w:rPr>
        <w:t>"Number five is unfair."</w:t>
      </w:r>
    </w:p>
    <w:p>
      <w:pPr>
        <w:spacing w:after="60" w:line="266" w:lineRule="auto"/>
        <w:ind w:firstLine="331"/>
        <w:jc w:val="both"/>
      </w:pPr>
      <w:r>
        <w:rPr>
          <w:rFonts w:ascii="Georgia" w:hAnsi="Georgia"/>
          <w:b w:val="0"/>
          <w:i w:val="0"/>
          <w:color w:val="22201D"/>
          <w:sz w:val="20"/>
        </w:rPr>
        <w:t>Gerald turned toward him.</w:t>
      </w:r>
    </w:p>
    <w:p>
      <w:pPr>
        <w:spacing w:after="60" w:line="266" w:lineRule="auto"/>
        <w:ind w:firstLine="331"/>
        <w:jc w:val="both"/>
      </w:pPr>
      <w:r>
        <w:rPr>
          <w:rFonts w:ascii="Georgia" w:hAnsi="Georgia"/>
          <w:b w:val="0"/>
          <w:i w:val="0"/>
          <w:color w:val="22201D"/>
          <w:sz w:val="20"/>
        </w:rPr>
        <w:t>"Explain."</w:t>
      </w:r>
    </w:p>
    <w:p>
      <w:pPr>
        <w:spacing w:after="60" w:line="266" w:lineRule="auto"/>
        <w:ind w:firstLine="331"/>
        <w:jc w:val="both"/>
      </w:pPr>
      <w:r>
        <w:rPr>
          <w:rFonts w:ascii="Georgia" w:hAnsi="Georgia"/>
          <w:b w:val="0"/>
          <w:i w:val="0"/>
          <w:color w:val="22201D"/>
          <w:sz w:val="20"/>
        </w:rPr>
        <w:t>"If something hurts, people should say it hurts."</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OBJECTION NOTED</w:t>
      </w:r>
    </w:p>
    <w:p>
      <w:pPr>
        <w:spacing w:after="60" w:line="266" w:lineRule="auto"/>
        <w:ind w:firstLine="331"/>
        <w:jc w:val="both"/>
      </w:pPr>
      <w:r>
        <w:rPr>
          <w:rFonts w:ascii="Georgia" w:hAnsi="Georgia"/>
          <w:b w:val="0"/>
          <w:i w:val="0"/>
          <w:color w:val="22201D"/>
          <w:sz w:val="20"/>
        </w:rPr>
        <w:t>Nico pointed at the line.</w:t>
      </w:r>
    </w:p>
    <w:p>
      <w:pPr>
        <w:spacing w:after="60" w:line="266" w:lineRule="auto"/>
        <w:ind w:firstLine="331"/>
        <w:jc w:val="both"/>
      </w:pPr>
      <w:r>
        <w:rPr>
          <w:rFonts w:ascii="Georgia" w:hAnsi="Georgia"/>
          <w:b w:val="0"/>
          <w:i w:val="0"/>
          <w:color w:val="22201D"/>
          <w:sz w:val="20"/>
        </w:rPr>
        <w:t>"Discomfort is information. It should not be banned."</w:t>
      </w:r>
    </w:p>
    <w:p>
      <w:pPr>
        <w:spacing w:after="60" w:line="266" w:lineRule="auto"/>
        <w:ind w:firstLine="331"/>
        <w:jc w:val="both"/>
      </w:pPr>
      <w:r>
        <w:rPr>
          <w:rFonts w:ascii="Georgia" w:hAnsi="Georgia"/>
          <w:b w:val="0"/>
          <w:i w:val="0"/>
          <w:color w:val="22201D"/>
          <w:sz w:val="20"/>
        </w:rPr>
        <w:t>Gerald looked at the process note.</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Correction recommended: not converting expected discomfort into false accusation</w:t>
      </w:r>
    </w:p>
    <w:p>
      <w:pPr>
        <w:spacing w:after="60" w:line="266" w:lineRule="auto"/>
        <w:ind w:firstLine="331"/>
        <w:jc w:val="both"/>
      </w:pPr>
      <w:r>
        <w:rPr>
          <w:rFonts w:ascii="Georgia" w:hAnsi="Georgia"/>
          <w:b w:val="0"/>
          <w:i w:val="0"/>
          <w:color w:val="22201D"/>
          <w:sz w:val="20"/>
        </w:rPr>
        <w:t>Gerald took the pen and drew a clean line through the sentence. He wrote the correction beneath it.</w:t>
      </w:r>
    </w:p>
    <w:p>
      <w:pPr>
        <w:spacing w:after="60" w:line="266" w:lineRule="auto"/>
        <w:ind w:firstLine="331"/>
        <w:jc w:val="both"/>
      </w:pPr>
      <w:r>
        <w:rPr>
          <w:rFonts w:ascii="Georgia" w:hAnsi="Georgia"/>
          <w:b w:val="0"/>
          <w:i w:val="0"/>
          <w:color w:val="22201D"/>
          <w:sz w:val="20"/>
        </w:rPr>
        <w:t>The waiver accepted the amendment.</w:t>
      </w:r>
    </w:p>
    <w:p>
      <w:pPr>
        <w:spacing w:after="60" w:line="250" w:lineRule="auto"/>
        <w:ind w:left="202" w:right="173"/>
      </w:pPr>
      <w:r>
        <w:rPr>
          <w:rFonts w:ascii="Georgia" w:hAnsi="Georgia"/>
          <w:b w:val="0"/>
          <w:i w:val="0"/>
          <w:color w:val="22201D"/>
          <w:sz w:val="17"/>
        </w:rPr>
        <w:t>TASTER ACCEPTANCE  I accept consequence for: 1. reading the warning before sample 2. asking questions before sample 3. respecting first-dose limits 4. waiting through late heat 5. reporting discomfort accurately 6. not converting expected heat into false accusation  Signature:</w:t>
      </w:r>
    </w:p>
    <w:p>
      <w:pPr>
        <w:spacing w:after="60" w:line="266" w:lineRule="auto"/>
        <w:ind w:firstLine="331"/>
        <w:jc w:val="both"/>
      </w:pPr>
      <w:r>
        <w:rPr>
          <w:rFonts w:ascii="Georgia" w:hAnsi="Georgia"/>
          <w:b w:val="0"/>
          <w:i w:val="0"/>
          <w:color w:val="22201D"/>
          <w:sz w:val="20"/>
        </w:rPr>
        <w:t>Nico exhaled.</w:t>
      </w:r>
    </w:p>
    <w:p>
      <w:pPr>
        <w:spacing w:after="60" w:line="266" w:lineRule="auto"/>
        <w:ind w:firstLine="331"/>
        <w:jc w:val="both"/>
      </w:pPr>
      <w:r>
        <w:rPr>
          <w:rFonts w:ascii="Georgia" w:hAnsi="Georgia"/>
          <w:b w:val="0"/>
          <w:i w:val="0"/>
          <w:color w:val="22201D"/>
          <w:sz w:val="20"/>
        </w:rPr>
        <w:t>"That is better."</w:t>
      </w:r>
    </w:p>
    <w:p>
      <w:pPr>
        <w:spacing w:after="60" w:line="266" w:lineRule="auto"/>
        <w:ind w:firstLine="331"/>
        <w:jc w:val="both"/>
      </w:pPr>
      <w:r>
        <w:rPr>
          <w:rFonts w:ascii="Georgia" w:hAnsi="Georgia"/>
          <w:b w:val="0"/>
          <w:i w:val="0"/>
          <w:color w:val="22201D"/>
          <w:sz w:val="20"/>
        </w:rPr>
        <w:t>"You improved the document," Gerald said.</w:t>
      </w:r>
    </w:p>
    <w:p>
      <w:pPr>
        <w:spacing w:after="60" w:line="266" w:lineRule="auto"/>
        <w:ind w:firstLine="331"/>
        <w:jc w:val="both"/>
      </w:pPr>
      <w:r>
        <w:rPr>
          <w:rFonts w:ascii="Georgia" w:hAnsi="Georgia"/>
          <w:b w:val="0"/>
          <w:i w:val="0"/>
          <w:color w:val="22201D"/>
          <w:sz w:val="20"/>
        </w:rPr>
        <w:t>Nico looked alarmed.</w:t>
      </w:r>
    </w:p>
    <w:p>
      <w:pPr>
        <w:spacing w:after="60" w:line="266" w:lineRule="auto"/>
        <w:ind w:firstLine="331"/>
        <w:jc w:val="both"/>
      </w:pPr>
      <w:r>
        <w:rPr>
          <w:rFonts w:ascii="Georgia" w:hAnsi="Georgia"/>
          <w:b w:val="0"/>
          <w:i w:val="0"/>
          <w:color w:val="22201D"/>
          <w:sz w:val="20"/>
        </w:rPr>
        <w:t>"Am I liable for that?"</w:t>
      </w:r>
    </w:p>
    <w:p>
      <w:pPr>
        <w:spacing w:after="60" w:line="266" w:lineRule="auto"/>
        <w:ind w:firstLine="331"/>
        <w:jc w:val="both"/>
      </w:pPr>
      <w:r>
        <w:rPr>
          <w:rFonts w:ascii="Georgia" w:hAnsi="Georgia"/>
          <w:b w:val="0"/>
          <w:i w:val="0"/>
          <w:color w:val="22201D"/>
          <w:sz w:val="20"/>
        </w:rPr>
        <w:t>"Only if you do it badly."</w:t>
      </w:r>
    </w:p>
    <w:p>
      <w:pPr>
        <w:spacing w:after="60" w:line="266" w:lineRule="auto"/>
        <w:ind w:firstLine="331"/>
        <w:jc w:val="both"/>
      </w:pPr>
      <w:r>
        <w:rPr>
          <w:rFonts w:ascii="Georgia" w:hAnsi="Georgia"/>
          <w:b w:val="0"/>
          <w:i w:val="0"/>
          <w:color w:val="22201D"/>
          <w:sz w:val="20"/>
        </w:rPr>
        <w:t>Nico took the pen.</w:t>
      </w:r>
    </w:p>
    <w:p>
      <w:pPr>
        <w:spacing w:after="60" w:line="266" w:lineRule="auto"/>
        <w:ind w:firstLine="331"/>
        <w:jc w:val="both"/>
      </w:pPr>
      <w:r>
        <w:rPr>
          <w:rFonts w:ascii="Georgia" w:hAnsi="Georgia"/>
          <w:b w:val="0"/>
          <w:i w:val="0"/>
          <w:color w:val="22201D"/>
          <w:sz w:val="20"/>
        </w:rPr>
        <w:t>"What if I am not ready to taste?"</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TASTER RIGHT: No sample is required.</w:t>
      </w:r>
    </w:p>
    <w:p>
      <w:pPr>
        <w:spacing w:after="60" w:line="266" w:lineRule="auto"/>
        <w:ind w:firstLine="331"/>
        <w:jc w:val="both"/>
      </w:pPr>
      <w:r>
        <w:rPr>
          <w:rFonts w:ascii="Georgia" w:hAnsi="Georgia"/>
          <w:b w:val="0"/>
          <w:i w:val="0"/>
          <w:color w:val="22201D"/>
          <w:sz w:val="20"/>
        </w:rPr>
        <w:t>"What if everyone is waiting?"</w:t>
      </w:r>
    </w:p>
    <w:p>
      <w:pPr>
        <w:spacing w:after="60" w:line="250" w:lineRule="auto"/>
        <w:ind w:left="202" w:right="173"/>
      </w:pPr>
      <w:r>
        <w:rPr>
          <w:rFonts w:ascii="Georgia" w:hAnsi="Georgia"/>
          <w:b w:val="0"/>
          <w:i w:val="0"/>
          <w:color w:val="22201D"/>
          <w:sz w:val="17"/>
        </w:rPr>
        <w:t>TASTER RIGHT: Waiting is not consent.</w:t>
      </w:r>
    </w:p>
    <w:p>
      <w:pPr>
        <w:spacing w:after="60" w:line="266" w:lineRule="auto"/>
        <w:ind w:firstLine="331"/>
        <w:jc w:val="both"/>
      </w:pPr>
      <w:r>
        <w:rPr>
          <w:rFonts w:ascii="Georgia" w:hAnsi="Georgia"/>
          <w:b w:val="0"/>
          <w:i w:val="0"/>
          <w:color w:val="22201D"/>
          <w:sz w:val="20"/>
        </w:rPr>
        <w:t>"What if the sauce is famous?"</w:t>
      </w:r>
    </w:p>
    <w:p>
      <w:pPr>
        <w:spacing w:after="60" w:line="250" w:lineRule="auto"/>
        <w:ind w:left="202" w:right="173"/>
      </w:pPr>
      <w:r>
        <w:rPr>
          <w:rFonts w:ascii="Georgia" w:hAnsi="Georgia"/>
          <w:b w:val="0"/>
          <w:i w:val="0"/>
          <w:color w:val="22201D"/>
          <w:sz w:val="17"/>
        </w:rPr>
        <w:t>TASTER RIGHT: Fame is not consent.</w:t>
      </w:r>
    </w:p>
    <w:p>
      <w:pPr>
        <w:spacing w:after="60" w:line="266" w:lineRule="auto"/>
        <w:ind w:firstLine="331"/>
        <w:jc w:val="both"/>
      </w:pPr>
      <w:r>
        <w:rPr>
          <w:rFonts w:ascii="Georgia" w:hAnsi="Georgia"/>
          <w:b w:val="0"/>
          <w:i w:val="0"/>
          <w:color w:val="22201D"/>
          <w:sz w:val="20"/>
        </w:rPr>
        <w:t>"What if Gerald is staring?"</w:t>
      </w:r>
    </w:p>
    <w:p>
      <w:pPr>
        <w:spacing w:after="60" w:line="266" w:lineRule="auto"/>
        <w:ind w:firstLine="331"/>
        <w:jc w:val="both"/>
      </w:pPr>
      <w:r>
        <w:rPr>
          <w:rFonts w:ascii="Georgia" w:hAnsi="Georgia"/>
          <w:b w:val="0"/>
          <w:i w:val="0"/>
          <w:color w:val="22201D"/>
          <w:sz w:val="20"/>
        </w:rPr>
        <w:t>Gerald looked away.</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TASTER RIGHT: Staring is not consent.</w:t>
      </w:r>
    </w:p>
    <w:p>
      <w:pPr>
        <w:spacing w:after="60" w:line="266" w:lineRule="auto"/>
        <w:ind w:firstLine="331"/>
        <w:jc w:val="both"/>
      </w:pPr>
      <w:r>
        <w:rPr>
          <w:rFonts w:ascii="Georgia" w:hAnsi="Georgia"/>
          <w:b w:val="0"/>
          <w:i w:val="0"/>
          <w:color w:val="22201D"/>
          <w:sz w:val="20"/>
        </w:rPr>
        <w:t>Nico signed.</w:t>
      </w:r>
    </w:p>
    <w:p>
      <w:pPr>
        <w:spacing w:after="60" w:line="266" w:lineRule="auto"/>
        <w:ind w:firstLine="331"/>
        <w:jc w:val="both"/>
      </w:pPr>
      <w:r>
        <w:rPr>
          <w:rFonts w:ascii="Georgia" w:hAnsi="Georgia"/>
          <w:b w:val="0"/>
          <w:i w:val="0"/>
          <w:color w:val="22201D"/>
          <w:sz w:val="20"/>
        </w:rPr>
        <w:t>His signature was smaller than Gerald's and steadier than Flocc's.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TASTER ACCEPTANCE RECORDED</w:t>
      </w:r>
    </w:p>
    <w:p>
      <w:pPr>
        <w:spacing w:after="60" w:line="266" w:lineRule="auto"/>
        <w:ind w:firstLine="331"/>
        <w:jc w:val="both"/>
      </w:pPr>
      <w:r>
        <w:rPr>
          <w:rFonts w:ascii="Georgia" w:hAnsi="Georgia"/>
          <w:b w:val="0"/>
          <w:i w:val="0"/>
          <w:color w:val="22201D"/>
          <w:sz w:val="20"/>
        </w:rPr>
        <w:t>The last brass weight remained.</w:t>
      </w:r>
    </w:p>
    <w:p>
      <w:pPr>
        <w:spacing w:after="60" w:line="266" w:lineRule="auto"/>
        <w:ind w:firstLine="331"/>
        <w:jc w:val="both"/>
      </w:pPr>
      <w:r>
        <w:rPr>
          <w:rFonts w:ascii="Georgia" w:hAnsi="Georgia"/>
          <w:b w:val="0"/>
          <w:i w:val="0"/>
          <w:color w:val="22201D"/>
          <w:sz w:val="20"/>
        </w:rPr>
        <w:t>SAUCE PROCESS.</w:t>
      </w:r>
    </w:p>
    <w:p>
      <w:pPr>
        <w:spacing w:after="60" w:line="266" w:lineRule="auto"/>
        <w:ind w:firstLine="331"/>
        <w:jc w:val="both"/>
      </w:pPr>
      <w:r>
        <w:rPr>
          <w:rFonts w:ascii="Georgia" w:hAnsi="Georgia"/>
          <w:b w:val="0"/>
          <w:i w:val="0"/>
          <w:color w:val="22201D"/>
          <w:sz w:val="20"/>
        </w:rPr>
        <w:t>Flocc narrowed his eyes.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Gerald said, "Correct instinct. Wrong conclusion."</w:t>
      </w:r>
    </w:p>
    <w:p>
      <w:pPr>
        <w:spacing w:after="60" w:line="266" w:lineRule="auto"/>
        <w:ind w:firstLine="331"/>
        <w:jc w:val="both"/>
      </w:pPr>
      <w:r>
        <w:rPr>
          <w:rFonts w:ascii="Georgia" w:hAnsi="Georgia"/>
          <w:b w:val="0"/>
          <w:i w:val="0"/>
          <w:color w:val="22201D"/>
          <w:sz w:val="20"/>
        </w:rPr>
        <w:t>"The sauce does not sign."</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"Then why is there a box?"</w:t>
      </w:r>
    </w:p>
    <w:p>
      <w:pPr>
        <w:spacing w:after="60" w:line="266" w:lineRule="auto"/>
        <w:ind w:firstLine="331"/>
        <w:jc w:val="both"/>
      </w:pPr>
      <w:r>
        <w:rPr>
          <w:rFonts w:ascii="Georgia" w:hAnsi="Georgia"/>
          <w:b w:val="0"/>
          <w:i w:val="0"/>
          <w:color w:val="22201D"/>
          <w:sz w:val="20"/>
        </w:rPr>
        <w:t>"Because the process may bind itself without becoming a person."</w:t>
      </w:r>
    </w:p>
    <w:p>
      <w:pPr>
        <w:spacing w:after="60" w:line="266" w:lineRule="auto"/>
        <w:ind w:firstLine="331"/>
        <w:jc w:val="both"/>
      </w:pPr>
      <w:r>
        <w:rPr>
          <w:rFonts w:ascii="Georgia" w:hAnsi="Georgia"/>
          <w:b w:val="0"/>
          <w:i w:val="0"/>
          <w:color w:val="22201D"/>
          <w:sz w:val="20"/>
        </w:rPr>
        <w:t>The sauce process box printed slowly, one line at a time.</w:t>
      </w:r>
    </w:p>
    <w:p>
      <w:pPr>
        <w:spacing w:after="60" w:line="250" w:lineRule="auto"/>
        <w:ind w:left="202" w:right="173"/>
      </w:pPr>
      <w:r>
        <w:rPr>
          <w:rFonts w:ascii="Georgia" w:hAnsi="Georgia"/>
          <w:b w:val="0"/>
          <w:i w:val="0"/>
          <w:color w:val="22201D"/>
          <w:sz w:val="17"/>
        </w:rPr>
        <w:t>SAUCE PROCESS ACCEPTANCE  This process accepts consequence for: 1. remaining reproducible 2. preserving measured heat sequence 3. stopping when records conflict 4. refusing sale after unauthorized alteration 5. requiring new review after batch change  Process mark:</w:t>
      </w:r>
    </w:p>
    <w:p>
      <w:pPr>
        <w:spacing w:after="60" w:line="266" w:lineRule="auto"/>
        <w:ind w:firstLine="331"/>
        <w:jc w:val="both"/>
      </w:pPr>
      <w:r>
        <w:rPr>
          <w:rFonts w:ascii="Georgia" w:hAnsi="Georgia"/>
          <w:b w:val="0"/>
          <w:i w:val="0"/>
          <w:color w:val="22201D"/>
          <w:sz w:val="20"/>
        </w:rPr>
        <w:t>The room became quiet in the particular way rooms become quiet when everyone can tell a trap has put on a clean apron.</w:t>
      </w:r>
    </w:p>
    <w:p>
      <w:pPr>
        <w:spacing w:after="60" w:line="266" w:lineRule="auto"/>
        <w:ind w:firstLine="331"/>
        <w:jc w:val="both"/>
      </w:pPr>
      <w:r>
        <w:rPr>
          <w:rFonts w:ascii="Georgia" w:hAnsi="Georgia"/>
          <w:b w:val="0"/>
          <w:i w:val="0"/>
          <w:color w:val="22201D"/>
          <w:sz w:val="20"/>
        </w:rPr>
        <w:t>Nico raised one finger.</w:t>
      </w:r>
    </w:p>
    <w:p>
      <w:pPr>
        <w:spacing w:after="60" w:line="266" w:lineRule="auto"/>
        <w:ind w:firstLine="331"/>
        <w:jc w:val="both"/>
      </w:pPr>
      <w:r>
        <w:rPr>
          <w:rFonts w:ascii="Georgia" w:hAnsi="Georgia"/>
          <w:b w:val="0"/>
          <w:i w:val="0"/>
          <w:color w:val="22201D"/>
          <w:sz w:val="20"/>
        </w:rPr>
        <w:t>"If the sauce process signs, does that mean the sauce is a legal person?"</w:t>
      </w:r>
    </w:p>
    <w:p>
      <w:pPr>
        <w:spacing w:after="60" w:line="266" w:lineRule="auto"/>
        <w:ind w:firstLine="331"/>
        <w:jc w:val="both"/>
      </w:pPr>
      <w:r>
        <w:rPr>
          <w:rFonts w:ascii="Georgia" w:hAnsi="Georgia"/>
          <w:b w:val="0"/>
          <w:i w:val="0"/>
          <w:color w:val="22201D"/>
          <w:sz w:val="20"/>
        </w:rPr>
        <w:t>Gerald answered immediately.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"Does it mean the sauce has feelings?"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"Does it mean the sauce can sue 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looked relieved.</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Clarification: Process mark is not personhood. Process mark is a reproducibility condition.</w:t>
      </w:r>
    </w:p>
    <w:p>
      <w:pPr>
        <w:spacing w:after="60" w:line="266" w:lineRule="auto"/>
        <w:ind w:firstLine="331"/>
        <w:jc w:val="both"/>
      </w:pPr>
      <w:r>
        <w:rPr>
          <w:rFonts w:ascii="Georgia" w:hAnsi="Georgia"/>
          <w:b w:val="0"/>
          <w:i w:val="0"/>
          <w:color w:val="22201D"/>
          <w:sz w:val="20"/>
        </w:rPr>
        <w:t>Gerald placed the batch log on the left side of the box and the process note on the right.</w:t>
      </w:r>
    </w:p>
    <w:p>
      <w:pPr>
        <w:spacing w:after="60" w:line="266" w:lineRule="auto"/>
        <w:ind w:firstLine="331"/>
        <w:jc w:val="both"/>
      </w:pPr>
      <w:r>
        <w:rPr>
          <w:rFonts w:ascii="Georgia" w:hAnsi="Georgia"/>
          <w:b w:val="0"/>
          <w:i w:val="0"/>
          <w:color w:val="22201D"/>
          <w:sz w:val="20"/>
        </w:rPr>
        <w:t>He set the measured trial spoon above it.</w:t>
      </w:r>
    </w:p>
    <w:p>
      <w:pPr>
        <w:spacing w:after="60" w:line="266" w:lineRule="auto"/>
        <w:ind w:firstLine="331"/>
        <w:jc w:val="both"/>
      </w:pPr>
      <w:r>
        <w:rPr>
          <w:rFonts w:ascii="Georgia" w:hAnsi="Georgia"/>
          <w:b w:val="0"/>
          <w:i w:val="0"/>
          <w:color w:val="22201D"/>
          <w:sz w:val="20"/>
        </w:rPr>
        <w:t>"A process mark must come from procedure, not personality."</w:t>
      </w:r>
    </w:p>
    <w:p>
      <w:pPr>
        <w:spacing w:after="60" w:line="266" w:lineRule="auto"/>
        <w:ind w:firstLine="331"/>
        <w:jc w:val="both"/>
      </w:pPr>
      <w:r>
        <w:rPr>
          <w:rFonts w:ascii="Georgia" w:hAnsi="Georgia"/>
          <w:b w:val="0"/>
          <w:i w:val="0"/>
          <w:color w:val="22201D"/>
          <w:sz w:val="20"/>
        </w:rPr>
        <w:t>The Hostess retrieved the four covered components. Peach pulp. Pepper mash. Vinegar. Salt.</w:t>
      </w:r>
    </w:p>
    <w:p>
      <w:pPr>
        <w:spacing w:after="60" w:line="266" w:lineRule="auto"/>
        <w:ind w:firstLine="331"/>
        <w:jc w:val="both"/>
      </w:pPr>
      <w:r>
        <w:rPr>
          <w:rFonts w:ascii="Georgia" w:hAnsi="Georgia"/>
          <w:b w:val="0"/>
          <w:i w:val="0"/>
          <w:color w:val="22201D"/>
          <w:sz w:val="20"/>
        </w:rPr>
        <w:t>Gerald checked the labels.</w:t>
      </w:r>
    </w:p>
    <w:p>
      <w:pPr>
        <w:spacing w:after="60" w:line="266" w:lineRule="auto"/>
        <w:ind w:firstLine="331"/>
        <w:jc w:val="both"/>
      </w:pPr>
      <w:r>
        <w:rPr>
          <w:rFonts w:ascii="Georgia" w:hAnsi="Georgia"/>
          <w:b w:val="0"/>
          <w:i w:val="0"/>
          <w:color w:val="22201D"/>
          <w:sz w:val="20"/>
        </w:rPr>
        <w:t>"No tasting."</w:t>
      </w:r>
    </w:p>
    <w:p>
      <w:pPr>
        <w:spacing w:after="60" w:line="266" w:lineRule="auto"/>
        <w:ind w:firstLine="331"/>
        <w:jc w:val="both"/>
      </w:pPr>
      <w:r>
        <w:rPr>
          <w:rFonts w:ascii="Georgia" w:hAnsi="Georgia"/>
          <w:b w:val="0"/>
          <w:i w:val="0"/>
          <w:color w:val="22201D"/>
          <w:sz w:val="20"/>
        </w:rPr>
        <w:t>Everyone answered at once.</w:t>
      </w:r>
    </w:p>
    <w:p>
      <w:pPr>
        <w:spacing w:after="60" w:line="266" w:lineRule="auto"/>
        <w:ind w:firstLine="331"/>
        <w:jc w:val="both"/>
      </w:pPr>
      <w:r>
        <w:rPr>
          <w:rFonts w:ascii="Georgia" w:hAnsi="Georgia"/>
          <w:b w:val="0"/>
          <w:i w:val="0"/>
          <w:color w:val="22201D"/>
          <w:sz w:val="20"/>
        </w:rPr>
        <w:t>"No tasting."</w:t>
      </w:r>
    </w:p>
    <w:p>
      <w:pPr>
        <w:spacing w:after="60" w:line="266" w:lineRule="auto"/>
        <w:ind w:firstLine="331"/>
        <w:jc w:val="both"/>
      </w:pPr>
      <w:r>
        <w:rPr>
          <w:rFonts w:ascii="Georgia" w:hAnsi="Georgia"/>
          <w:b w:val="0"/>
          <w:i w:val="0"/>
          <w:color w:val="22201D"/>
          <w:sz w:val="20"/>
        </w:rPr>
        <w:t>The sauce process required a mark.</w:t>
      </w:r>
    </w:p>
    <w:p>
      <w:pPr>
        <w:spacing w:after="60" w:line="266" w:lineRule="auto"/>
        <w:ind w:firstLine="331"/>
        <w:jc w:val="both"/>
      </w:pPr>
      <w:r>
        <w:rPr>
          <w:rFonts w:ascii="Georgia" w:hAnsi="Georgia"/>
          <w:b w:val="0"/>
          <w:i w:val="0"/>
          <w:color w:val="22201D"/>
          <w:sz w:val="20"/>
        </w:rPr>
        <w:t>Gerald did not pour the ingredients together. He did not open the pepper mash. He did not let aroma perform a closing argument.</w:t>
      </w:r>
    </w:p>
    <w:p>
      <w:pPr>
        <w:spacing w:after="60" w:line="266" w:lineRule="auto"/>
        <w:ind w:firstLine="331"/>
        <w:jc w:val="both"/>
      </w:pPr>
      <w:r>
        <w:rPr>
          <w:rFonts w:ascii="Georgia" w:hAnsi="Georgia"/>
          <w:b w:val="0"/>
          <w:i w:val="0"/>
          <w:color w:val="22201D"/>
          <w:sz w:val="20"/>
        </w:rPr>
        <w:t>Instead, he brought forward four clean strips of paper.</w:t>
      </w:r>
    </w:p>
    <w:p>
      <w:pPr>
        <w:spacing w:after="60" w:line="266" w:lineRule="auto"/>
        <w:ind w:firstLine="331"/>
        <w:jc w:val="both"/>
      </w:pPr>
      <w:r>
        <w:rPr>
          <w:rFonts w:ascii="Georgia" w:hAnsi="Georgia"/>
          <w:b w:val="0"/>
          <w:i w:val="0"/>
          <w:color w:val="22201D"/>
          <w:sz w:val="20"/>
        </w:rPr>
        <w:t>On the first strip he wrote:</w:t>
      </w:r>
    </w:p>
    <w:p>
      <w:pPr>
        <w:spacing w:after="60" w:line="250" w:lineRule="auto"/>
        <w:ind w:left="202" w:right="173"/>
      </w:pPr>
      <w:r>
        <w:rPr>
          <w:rFonts w:ascii="Georgia" w:hAnsi="Georgia"/>
          <w:b w:val="0"/>
          <w:i w:val="0"/>
          <w:color w:val="22201D"/>
          <w:sz w:val="17"/>
        </w:rPr>
        <w:t>PEACH FIRST</w:t>
      </w:r>
    </w:p>
    <w:p>
      <w:pPr>
        <w:spacing w:after="60" w:line="266" w:lineRule="auto"/>
        <w:ind w:firstLine="331"/>
        <w:jc w:val="both"/>
      </w:pPr>
      <w:r>
        <w:rPr>
          <w:rFonts w:ascii="Georgia" w:hAnsi="Georgia"/>
          <w:b w:val="0"/>
          <w:i w:val="0"/>
          <w:color w:val="22201D"/>
          <w:sz w:val="20"/>
        </w:rPr>
        <w:t>On the second:</w:t>
      </w:r>
    </w:p>
    <w:p>
      <w:pPr>
        <w:spacing w:after="60" w:line="250" w:lineRule="auto"/>
        <w:ind w:left="202" w:right="173"/>
      </w:pPr>
      <w:r>
        <w:rPr>
          <w:rFonts w:ascii="Georgia" w:hAnsi="Georgia"/>
          <w:b w:val="0"/>
          <w:i w:val="0"/>
          <w:color w:val="22201D"/>
          <w:sz w:val="17"/>
        </w:rPr>
        <w:t>PEPPER UNDER FRUIT</w:t>
      </w:r>
    </w:p>
    <w:p>
      <w:pPr>
        <w:spacing w:after="60" w:line="266" w:lineRule="auto"/>
        <w:ind w:firstLine="331"/>
        <w:jc w:val="both"/>
      </w:pPr>
      <w:r>
        <w:rPr>
          <w:rFonts w:ascii="Georgia" w:hAnsi="Georgia"/>
          <w:b w:val="0"/>
          <w:i w:val="0"/>
          <w:color w:val="22201D"/>
          <w:sz w:val="20"/>
        </w:rPr>
        <w:t>On the third:</w:t>
      </w:r>
    </w:p>
    <w:p>
      <w:pPr>
        <w:spacing w:after="60" w:line="250" w:lineRule="auto"/>
        <w:ind w:left="202" w:right="173"/>
      </w:pPr>
      <w:r>
        <w:rPr>
          <w:rFonts w:ascii="Georgia" w:hAnsi="Georgia"/>
          <w:b w:val="0"/>
          <w:i w:val="0"/>
          <w:color w:val="22201D"/>
          <w:sz w:val="17"/>
        </w:rPr>
        <w:t>VINEGAR LINE</w:t>
      </w:r>
    </w:p>
    <w:p>
      <w:pPr>
        <w:spacing w:after="60" w:line="266" w:lineRule="auto"/>
        <w:ind w:firstLine="331"/>
        <w:jc w:val="both"/>
      </w:pPr>
      <w:r>
        <w:rPr>
          <w:rFonts w:ascii="Georgia" w:hAnsi="Georgia"/>
          <w:b w:val="0"/>
          <w:i w:val="0"/>
          <w:color w:val="22201D"/>
          <w:sz w:val="20"/>
        </w:rPr>
        <w:t>On the fourth:</w:t>
      </w:r>
    </w:p>
    <w:p>
      <w:pPr>
        <w:spacing w:after="60" w:line="250" w:lineRule="auto"/>
        <w:ind w:left="202" w:right="173"/>
      </w:pPr>
      <w:r>
        <w:rPr>
          <w:rFonts w:ascii="Georgia" w:hAnsi="Georgia"/>
          <w:b w:val="0"/>
          <w:i w:val="0"/>
          <w:color w:val="22201D"/>
          <w:sz w:val="17"/>
        </w:rPr>
        <w:t>SALT LIFT</w:t>
      </w:r>
    </w:p>
    <w:p>
      <w:pPr>
        <w:spacing w:after="60" w:line="266" w:lineRule="auto"/>
        <w:ind w:firstLine="331"/>
        <w:jc w:val="both"/>
      </w:pPr>
      <w:r>
        <w:rPr>
          <w:rFonts w:ascii="Georgia" w:hAnsi="Georgia"/>
          <w:b w:val="0"/>
          <w:i w:val="0"/>
          <w:color w:val="22201D"/>
          <w:sz w:val="20"/>
        </w:rPr>
        <w:t>He placed each strip in the order recorded by the process note.</w:t>
      </w:r>
    </w:p>
    <w:p>
      <w:pPr>
        <w:spacing w:after="60" w:line="266" w:lineRule="auto"/>
        <w:ind w:firstLine="331"/>
        <w:jc w:val="both"/>
      </w:pPr>
      <w:r>
        <w:rPr>
          <w:rFonts w:ascii="Georgia" w:hAnsi="Georgia"/>
          <w:b w:val="0"/>
          <w:i w:val="0"/>
          <w:color w:val="22201D"/>
          <w:sz w:val="20"/>
        </w:rPr>
        <w:t>Then he set the scale to zero.</w:t>
      </w:r>
    </w:p>
    <w:p>
      <w:pPr>
        <w:spacing w:after="60" w:line="266" w:lineRule="auto"/>
        <w:ind w:firstLine="331"/>
        <w:jc w:val="both"/>
      </w:pPr>
      <w:r>
        <w:rPr>
          <w:rFonts w:ascii="Georgia" w:hAnsi="Georgia"/>
          <w:b w:val="0"/>
          <w:i w:val="0"/>
          <w:color w:val="22201D"/>
          <w:sz w:val="20"/>
        </w:rPr>
        <w:t>"Process mark will be order plus measure."</w:t>
      </w:r>
    </w:p>
    <w:p>
      <w:pPr>
        <w:spacing w:after="60" w:line="266" w:lineRule="auto"/>
        <w:ind w:firstLine="331"/>
        <w:jc w:val="both"/>
      </w:pPr>
      <w:r>
        <w:rPr>
          <w:rFonts w:ascii="Georgia" w:hAnsi="Georgia"/>
          <w:b w:val="0"/>
          <w:i w:val="0"/>
          <w:color w:val="22201D"/>
          <w:sz w:val="20"/>
        </w:rPr>
        <w:t>He weighed a sealed empty sample spoon.</w:t>
      </w:r>
    </w:p>
    <w:p>
      <w:pPr>
        <w:spacing w:after="60" w:line="250" w:lineRule="auto"/>
        <w:ind w:left="202" w:right="173"/>
      </w:pPr>
      <w:r>
        <w:rPr>
          <w:rFonts w:ascii="Georgia" w:hAnsi="Georgia"/>
          <w:b w:val="0"/>
          <w:i w:val="0"/>
          <w:color w:val="22201D"/>
          <w:sz w:val="17"/>
        </w:rPr>
        <w:t>Empty spoon: 7 g</w:t>
      </w:r>
    </w:p>
    <w:p>
      <w:pPr>
        <w:spacing w:after="60" w:line="266" w:lineRule="auto"/>
        <w:ind w:firstLine="331"/>
        <w:jc w:val="both"/>
      </w:pPr>
      <w:r>
        <w:rPr>
          <w:rFonts w:ascii="Georgia" w:hAnsi="Georgia"/>
          <w:b w:val="0"/>
          <w:i w:val="0"/>
          <w:color w:val="22201D"/>
          <w:sz w:val="20"/>
        </w:rPr>
        <w:t>He weighed the spoon with one drop of golden vinegar from the capped measure.</w:t>
      </w:r>
    </w:p>
    <w:p>
      <w:pPr>
        <w:spacing w:after="60" w:line="250" w:lineRule="auto"/>
        <w:ind w:left="202" w:right="173"/>
      </w:pPr>
      <w:r>
        <w:rPr>
          <w:rFonts w:ascii="Georgia" w:hAnsi="Georgia"/>
          <w:b w:val="0"/>
          <w:i w:val="0"/>
          <w:color w:val="22201D"/>
          <w:sz w:val="17"/>
        </w:rPr>
        <w:t>Spoon plus vinegar drop: 8 g Process demonstration mass: 1 g</w:t>
      </w:r>
    </w:p>
    <w:p>
      <w:pPr>
        <w:spacing w:after="60" w:line="266" w:lineRule="auto"/>
        <w:ind w:firstLine="331"/>
        <w:jc w:val="both"/>
      </w:pPr>
      <w:r>
        <w:rPr>
          <w:rFonts w:ascii="Georgia" w:hAnsi="Georgia"/>
          <w:b w:val="0"/>
          <w:i w:val="0"/>
          <w:color w:val="22201D"/>
          <w:sz w:val="20"/>
        </w:rPr>
        <w:t>Nico leaned away.</w:t>
      </w:r>
    </w:p>
    <w:p>
      <w:pPr>
        <w:spacing w:after="60" w:line="266" w:lineRule="auto"/>
        <w:ind w:firstLine="331"/>
        <w:jc w:val="both"/>
      </w:pPr>
      <w:r>
        <w:rPr>
          <w:rFonts w:ascii="Georgia" w:hAnsi="Georgia"/>
          <w:b w:val="0"/>
          <w:i w:val="0"/>
          <w:color w:val="22201D"/>
          <w:sz w:val="20"/>
        </w:rPr>
        <w:t>"Is one gram enough to mark a process?"</w:t>
      </w:r>
    </w:p>
    <w:p>
      <w:pPr>
        <w:spacing w:after="60" w:line="266" w:lineRule="auto"/>
        <w:ind w:firstLine="331"/>
        <w:jc w:val="both"/>
      </w:pPr>
      <w:r>
        <w:rPr>
          <w:rFonts w:ascii="Georgia" w:hAnsi="Georgia"/>
          <w:b w:val="0"/>
          <w:i w:val="0"/>
          <w:color w:val="22201D"/>
          <w:sz w:val="20"/>
        </w:rPr>
        <w:t>"It is enough to prove the process has limits," Gerald said.</w:t>
      </w:r>
    </w:p>
    <w:p>
      <w:pPr>
        <w:spacing w:after="60" w:line="266" w:lineRule="auto"/>
        <w:ind w:firstLine="331"/>
        <w:jc w:val="both"/>
      </w:pPr>
      <w:r>
        <w:rPr>
          <w:rFonts w:ascii="Georgia" w:hAnsi="Georgia"/>
          <w:b w:val="0"/>
          <w:i w:val="0"/>
          <w:color w:val="22201D"/>
          <w:sz w:val="20"/>
        </w:rPr>
        <w:t>The vinegar drop touched the bottom edge of the process box. The paper darkened in a tiny crescent. It did not spread into the signature lines. It did not reach the taster box. It did not make a dramatic map.</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Process mark insufficient. Missing heat consequence.</w:t>
      </w:r>
    </w:p>
    <w:p>
      <w:pPr>
        <w:spacing w:after="60" w:line="266" w:lineRule="auto"/>
        <w:ind w:firstLine="331"/>
        <w:jc w:val="both"/>
      </w:pPr>
      <w:r>
        <w:rPr>
          <w:rFonts w:ascii="Georgia" w:hAnsi="Georgia"/>
          <w:b w:val="0"/>
          <w:i w:val="0"/>
          <w:color w:val="22201D"/>
          <w:sz w:val="20"/>
        </w:rPr>
        <w:t>Flocc whispered, "It wants pepper."</w:t>
      </w:r>
    </w:p>
    <w:p>
      <w:pPr>
        <w:spacing w:after="60" w:line="266" w:lineRule="auto"/>
        <w:ind w:firstLine="331"/>
        <w:jc w:val="both"/>
      </w:pPr>
      <w:r>
        <w:rPr>
          <w:rFonts w:ascii="Georgia" w:hAnsi="Georgia"/>
          <w:b w:val="0"/>
          <w:i w:val="0"/>
          <w:color w:val="22201D"/>
          <w:sz w:val="20"/>
        </w:rPr>
        <w:t>"It wants accuracy," Gerald said.</w:t>
      </w:r>
    </w:p>
    <w:p>
      <w:pPr>
        <w:spacing w:after="60" w:line="266" w:lineRule="auto"/>
        <w:ind w:firstLine="331"/>
        <w:jc w:val="both"/>
      </w:pPr>
      <w:r>
        <w:rPr>
          <w:rFonts w:ascii="Georgia" w:hAnsi="Georgia"/>
          <w:b w:val="0"/>
          <w:i w:val="0"/>
          <w:color w:val="22201D"/>
          <w:sz w:val="20"/>
        </w:rPr>
        <w:t>He did not open the pepper mash.</w:t>
      </w:r>
    </w:p>
    <w:p>
      <w:pPr>
        <w:spacing w:after="60" w:line="266" w:lineRule="auto"/>
        <w:ind w:firstLine="331"/>
        <w:jc w:val="both"/>
      </w:pPr>
      <w:r>
        <w:rPr>
          <w:rFonts w:ascii="Georgia" w:hAnsi="Georgia"/>
          <w:b w:val="0"/>
          <w:i w:val="0"/>
          <w:color w:val="22201D"/>
          <w:sz w:val="20"/>
        </w:rPr>
        <w:t>He brought forward the pepper net label from the covered bowl and placed it beside the vinegar mark.</w:t>
      </w:r>
    </w:p>
    <w:p>
      <w:pPr>
        <w:spacing w:after="60" w:line="250" w:lineRule="auto"/>
        <w:ind w:left="202" w:right="173"/>
      </w:pPr>
      <w:r>
        <w:rPr>
          <w:rFonts w:ascii="Georgia" w:hAnsi="Georgia"/>
          <w:b w:val="0"/>
          <w:i w:val="0"/>
          <w:color w:val="22201D"/>
          <w:sz w:val="17"/>
        </w:rPr>
        <w:t>PEPPER NET Scotch bonnet mash: 146 g Warning: late heat expected</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Process mark insufficient. Missing restraint consequence.</w:t>
      </w:r>
    </w:p>
    <w:p>
      <w:pPr>
        <w:spacing w:after="60" w:line="266" w:lineRule="auto"/>
        <w:ind w:firstLine="331"/>
        <w:jc w:val="both"/>
      </w:pPr>
      <w:r>
        <w:rPr>
          <w:rFonts w:ascii="Georgia" w:hAnsi="Georgia"/>
          <w:b w:val="0"/>
          <w:i w:val="0"/>
          <w:color w:val="22201D"/>
          <w:sz w:val="20"/>
        </w:rPr>
        <w:t>Gerald placed the process note over the lower half of the waiver, leaving the process box visible.</w:t>
      </w:r>
    </w:p>
    <w:p>
      <w:pPr>
        <w:spacing w:after="60" w:line="250" w:lineRule="auto"/>
        <w:ind w:left="202" w:right="173"/>
      </w:pPr>
      <w:r>
        <w:rPr>
          <w:rFonts w:ascii="Georgia" w:hAnsi="Georgia"/>
          <w:b w:val="0"/>
          <w:i w:val="0"/>
          <w:color w:val="22201D"/>
          <w:sz w:val="17"/>
        </w:rPr>
        <w:t>Restraint action: heat reduced before pepper outran fruit</w:t>
      </w:r>
    </w:p>
    <w:p>
      <w:pPr>
        <w:spacing w:after="60" w:line="266" w:lineRule="auto"/>
        <w:ind w:firstLine="331"/>
        <w:jc w:val="both"/>
      </w:pPr>
      <w:r>
        <w:rPr>
          <w:rFonts w:ascii="Georgia" w:hAnsi="Georgia"/>
          <w:b w:val="0"/>
          <w:i w:val="0"/>
          <w:color w:val="22201D"/>
          <w:sz w:val="20"/>
        </w:rPr>
        <w:t>The waiver waited.</w:t>
      </w:r>
    </w:p>
    <w:p>
      <w:pPr>
        <w:spacing w:after="60" w:line="266" w:lineRule="auto"/>
        <w:ind w:firstLine="331"/>
        <w:jc w:val="both"/>
      </w:pPr>
      <w:r>
        <w:rPr>
          <w:rFonts w:ascii="Georgia" w:hAnsi="Georgia"/>
          <w:b w:val="0"/>
          <w:i w:val="0"/>
          <w:color w:val="22201D"/>
          <w:sz w:val="20"/>
        </w:rPr>
        <w:t>Gerald added the batch log.</w:t>
      </w:r>
    </w:p>
    <w:p>
      <w:pPr>
        <w:spacing w:after="60" w:line="250" w:lineRule="auto"/>
        <w:ind w:left="202" w:right="173"/>
      </w:pPr>
      <w:r>
        <w:rPr>
          <w:rFonts w:ascii="Georgia" w:hAnsi="Georgia"/>
          <w:b w:val="0"/>
          <w:i w:val="0"/>
          <w:color w:val="22201D"/>
          <w:sz w:val="17"/>
        </w:rPr>
        <w:t>Total measured ingredient mass: 749 g No tasting. No final yield. Sample still not authorized.</w:t>
      </w:r>
    </w:p>
    <w:p>
      <w:pPr>
        <w:spacing w:after="60" w:line="266" w:lineRule="auto"/>
        <w:ind w:firstLine="331"/>
        <w:jc w:val="both"/>
      </w:pPr>
      <w:r>
        <w:rPr>
          <w:rFonts w:ascii="Georgia" w:hAnsi="Georgia"/>
          <w:b w:val="0"/>
          <w:i w:val="0"/>
          <w:color w:val="22201D"/>
          <w:sz w:val="20"/>
        </w:rPr>
        <w:t>The paper absorbed none of the words. It simply held them.</w:t>
      </w:r>
    </w:p>
    <w:p>
      <w:pPr>
        <w:spacing w:after="60" w:line="266" w:lineRule="auto"/>
        <w:ind w:firstLine="331"/>
        <w:jc w:val="both"/>
      </w:pPr>
      <w:r>
        <w:rPr>
          <w:rFonts w:ascii="Georgia" w:hAnsi="Georgia"/>
          <w:b w:val="0"/>
          <w:i w:val="0"/>
          <w:color w:val="22201D"/>
          <w:sz w:val="20"/>
        </w:rPr>
        <w:t>Then the process box printed:</w:t>
      </w:r>
    </w:p>
    <w:p>
      <w:pPr>
        <w:spacing w:after="60" w:line="250" w:lineRule="auto"/>
        <w:ind w:left="202" w:right="173"/>
      </w:pPr>
      <w:r>
        <w:rPr>
          <w:rFonts w:ascii="Georgia" w:hAnsi="Georgia"/>
          <w:b w:val="0"/>
          <w:i w:val="0"/>
          <w:color w:val="22201D"/>
          <w:sz w:val="17"/>
        </w:rPr>
        <w:t>Process mark accepted: order + measure + restraint + stop condition</w:t>
      </w:r>
    </w:p>
    <w:p>
      <w:pPr>
        <w:spacing w:after="60" w:line="266" w:lineRule="auto"/>
        <w:ind w:firstLine="331"/>
        <w:jc w:val="both"/>
      </w:pPr>
      <w:r>
        <w:rPr>
          <w:rFonts w:ascii="Georgia" w:hAnsi="Georgia"/>
          <w:b w:val="0"/>
          <w:i w:val="0"/>
          <w:color w:val="22201D"/>
          <w:sz w:val="20"/>
        </w:rPr>
        <w:t>The process mark appeared as four small checkboxes joined by a thin black line.</w:t>
      </w:r>
    </w:p>
    <w:p>
      <w:pPr>
        <w:spacing w:after="60" w:line="250" w:lineRule="auto"/>
        <w:ind w:left="202" w:right="173"/>
      </w:pPr>
      <w:r>
        <w:rPr>
          <w:rFonts w:ascii="Georgia" w:hAnsi="Georgia"/>
          <w:b w:val="0"/>
          <w:i w:val="0"/>
          <w:color w:val="22201D"/>
          <w:sz w:val="17"/>
        </w:rPr>
        <w:t>[x] order [x] measure [x] restraint [x] stop condition</w:t>
      </w:r>
    </w:p>
    <w:p>
      <w:pPr>
        <w:spacing w:after="60" w:line="266" w:lineRule="auto"/>
        <w:ind w:firstLine="331"/>
        <w:jc w:val="both"/>
      </w:pPr>
      <w:r>
        <w:rPr>
          <w:rFonts w:ascii="Georgia" w:hAnsi="Georgia"/>
          <w:b w:val="0"/>
          <w:i w:val="0"/>
          <w:color w:val="22201D"/>
          <w:sz w:val="20"/>
        </w:rPr>
        <w:t>No hand had signed it.</w:t>
      </w:r>
    </w:p>
    <w:p>
      <w:pPr>
        <w:spacing w:after="60" w:line="266" w:lineRule="auto"/>
        <w:ind w:firstLine="331"/>
        <w:jc w:val="both"/>
      </w:pPr>
      <w:r>
        <w:rPr>
          <w:rFonts w:ascii="Georgia" w:hAnsi="Georgia"/>
          <w:b w:val="0"/>
          <w:i w:val="0"/>
          <w:color w:val="22201D"/>
          <w:sz w:val="20"/>
        </w:rPr>
        <w:t>No sauce had spoken.</w:t>
      </w:r>
    </w:p>
    <w:p>
      <w:pPr>
        <w:spacing w:after="60" w:line="266" w:lineRule="auto"/>
        <w:ind w:firstLine="331"/>
        <w:jc w:val="both"/>
      </w:pPr>
      <w:r>
        <w:rPr>
          <w:rFonts w:ascii="Georgia" w:hAnsi="Georgia"/>
          <w:b w:val="0"/>
          <w:i w:val="0"/>
          <w:color w:val="22201D"/>
          <w:sz w:val="20"/>
        </w:rPr>
        <w:t>The process had bound itself to what could be repeated and stopped.</w:t>
      </w:r>
    </w:p>
    <w:p>
      <w:pPr>
        <w:spacing w:after="60" w:line="266" w:lineRule="auto"/>
        <w:ind w:firstLine="331"/>
        <w:jc w:val="both"/>
      </w:pPr>
      <w:r>
        <w:rPr>
          <w:rFonts w:ascii="Georgia" w:hAnsi="Georgia"/>
          <w:b w:val="0"/>
          <w:i w:val="0"/>
          <w:color w:val="22201D"/>
          <w:sz w:val="20"/>
        </w:rPr>
        <w:t>The waiver title changed.</w:t>
      </w:r>
    </w:p>
    <w:p>
      <w:pPr>
        <w:spacing w:after="60" w:line="250" w:lineRule="auto"/>
        <w:ind w:left="202" w:right="173"/>
      </w:pPr>
      <w:r>
        <w:rPr>
          <w:rFonts w:ascii="Georgia" w:hAnsi="Georgia"/>
          <w:b w:val="0"/>
          <w:i w:val="0"/>
          <w:color w:val="22201D"/>
          <w:sz w:val="17"/>
        </w:rPr>
        <w:t>SIGNED WAIVER Gold Pheasant Peach Scotch Bonnet  Not a release from consequence. A map of consequence.</w:t>
      </w:r>
    </w:p>
    <w:p>
      <w:pPr>
        <w:spacing w:after="60" w:line="266" w:lineRule="auto"/>
        <w:ind w:firstLine="331"/>
        <w:jc w:val="both"/>
      </w:pPr>
      <w:r>
        <w:rPr>
          <w:rFonts w:ascii="Georgia" w:hAnsi="Georgia"/>
          <w:b w:val="0"/>
          <w:i w:val="0"/>
          <w:color w:val="22201D"/>
          <w:sz w:val="20"/>
        </w:rPr>
        <w:t>Nico read it aloud.</w:t>
      </w:r>
    </w:p>
    <w:p>
      <w:pPr>
        <w:spacing w:after="60" w:line="266" w:lineRule="auto"/>
        <w:ind w:firstLine="331"/>
        <w:jc w:val="both"/>
      </w:pPr>
      <w:r>
        <w:rPr>
          <w:rFonts w:ascii="Georgia" w:hAnsi="Georgia"/>
          <w:b w:val="0"/>
          <w:i w:val="0"/>
          <w:color w:val="22201D"/>
          <w:sz w:val="20"/>
        </w:rPr>
        <w:t>"Not a release from consequence. A map of consequence."</w:t>
      </w:r>
    </w:p>
    <w:p>
      <w:pPr>
        <w:spacing w:after="60" w:line="266" w:lineRule="auto"/>
        <w:ind w:firstLine="331"/>
        <w:jc w:val="both"/>
      </w:pPr>
      <w:r>
        <w:rPr>
          <w:rFonts w:ascii="Georgia" w:hAnsi="Georgia"/>
          <w:b w:val="0"/>
          <w:i w:val="0"/>
          <w:color w:val="22201D"/>
          <w:sz w:val="20"/>
        </w:rPr>
        <w:t>Flocc pointed at the paper.</w:t>
      </w:r>
    </w:p>
    <w:p>
      <w:pPr>
        <w:spacing w:after="60" w:line="266" w:lineRule="auto"/>
        <w:ind w:firstLine="331"/>
        <w:jc w:val="both"/>
      </w:pPr>
      <w:r>
        <w:rPr>
          <w:rFonts w:ascii="Georgia" w:hAnsi="Georgia"/>
          <w:b w:val="0"/>
          <w:i w:val="0"/>
          <w:color w:val="22201D"/>
          <w:sz w:val="20"/>
        </w:rPr>
        <w:t>"That is less comfortable than a waiver."</w:t>
      </w:r>
    </w:p>
    <w:p>
      <w:pPr>
        <w:spacing w:after="60" w:line="266" w:lineRule="auto"/>
        <w:ind w:firstLine="331"/>
        <w:jc w:val="both"/>
      </w:pPr>
      <w:r>
        <w:rPr>
          <w:rFonts w:ascii="Georgia" w:hAnsi="Georgia"/>
          <w:b w:val="0"/>
          <w:i w:val="0"/>
          <w:color w:val="22201D"/>
          <w:sz w:val="20"/>
        </w:rPr>
        <w:t>"Correct," Gerald said.</w:t>
      </w:r>
    </w:p>
    <w:p>
      <w:pPr>
        <w:spacing w:after="60" w:line="266" w:lineRule="auto"/>
        <w:ind w:firstLine="331"/>
        <w:jc w:val="both"/>
      </w:pPr>
      <w:r>
        <w:rPr>
          <w:rFonts w:ascii="Georgia" w:hAnsi="Georgia"/>
          <w:b w:val="0"/>
          <w:i w:val="0"/>
          <w:color w:val="22201D"/>
          <w:sz w:val="20"/>
        </w:rPr>
        <w:t>"Waivers are supposed to make people comfortable."</w:t>
      </w:r>
    </w:p>
    <w:p>
      <w:pPr>
        <w:spacing w:after="60" w:line="266" w:lineRule="auto"/>
        <w:ind w:firstLine="331"/>
        <w:jc w:val="both"/>
      </w:pPr>
      <w:r>
        <w:rPr>
          <w:rFonts w:ascii="Georgia" w:hAnsi="Georgia"/>
          <w:b w:val="0"/>
          <w:i w:val="0"/>
          <w:color w:val="22201D"/>
          <w:sz w:val="20"/>
        </w:rPr>
        <w:t>"Bad waivers are."</w:t>
      </w:r>
    </w:p>
    <w:p>
      <w:pPr>
        <w:spacing w:after="60" w:line="266" w:lineRule="auto"/>
        <w:ind w:firstLine="331"/>
        <w:jc w:val="both"/>
      </w:pPr>
      <w:r>
        <w:rPr>
          <w:rFonts w:ascii="Georgia" w:hAnsi="Georgia"/>
          <w:b w:val="0"/>
          <w:i w:val="0"/>
          <w:color w:val="22201D"/>
          <w:sz w:val="20"/>
        </w:rPr>
        <w:t>The Hostess brought out a blank table card.</w:t>
      </w:r>
    </w:p>
    <w:p>
      <w:pPr>
        <w:spacing w:after="60" w:line="266" w:lineRule="auto"/>
        <w:ind w:firstLine="331"/>
        <w:jc w:val="both"/>
      </w:pPr>
      <w:r>
        <w:rPr>
          <w:rFonts w:ascii="Georgia" w:hAnsi="Georgia"/>
          <w:b w:val="0"/>
          <w:i w:val="0"/>
          <w:color w:val="22201D"/>
          <w:sz w:val="20"/>
        </w:rPr>
        <w:t>Flocc stepped back.</w:t>
      </w:r>
    </w:p>
    <w:p>
      <w:pPr>
        <w:spacing w:after="60" w:line="266" w:lineRule="auto"/>
        <w:ind w:firstLine="331"/>
        <w:jc w:val="both"/>
      </w:pPr>
      <w:r>
        <w:rPr>
          <w:rFonts w:ascii="Georgia" w:hAnsi="Georgia"/>
          <w:b w:val="0"/>
          <w:i w:val="0"/>
          <w:color w:val="22201D"/>
          <w:sz w:val="20"/>
        </w:rPr>
        <w:t>"Why is there another object?"</w:t>
      </w:r>
    </w:p>
    <w:p>
      <w:pPr>
        <w:spacing w:after="60" w:line="266" w:lineRule="auto"/>
        <w:ind w:firstLine="331"/>
        <w:jc w:val="both"/>
      </w:pPr>
      <w:r>
        <w:rPr>
          <w:rFonts w:ascii="Georgia" w:hAnsi="Georgia"/>
          <w:b w:val="0"/>
          <w:i w:val="0"/>
          <w:color w:val="22201D"/>
          <w:sz w:val="20"/>
        </w:rPr>
        <w:t>"Because a signed waiver has no value if the table cannot use it," she said.</w:t>
      </w:r>
    </w:p>
    <w:p>
      <w:pPr>
        <w:spacing w:after="60" w:line="266" w:lineRule="auto"/>
        <w:ind w:firstLine="331"/>
        <w:jc w:val="both"/>
      </w:pPr>
      <w:r>
        <w:rPr>
          <w:rFonts w:ascii="Georgia" w:hAnsi="Georgia"/>
          <w:b w:val="0"/>
          <w:i w:val="0"/>
          <w:color w:val="22201D"/>
          <w:sz w:val="20"/>
        </w:rPr>
        <w:t>The blank card was smaller than the waiver, thick enough to stand upright, and ruled in four sections:</w:t>
      </w:r>
    </w:p>
    <w:p>
      <w:pPr>
        <w:spacing w:after="60" w:line="250" w:lineRule="auto"/>
        <w:ind w:left="202" w:right="173"/>
      </w:pPr>
      <w:r>
        <w:rPr>
          <w:rFonts w:ascii="Georgia" w:hAnsi="Georgia"/>
          <w:b w:val="0"/>
          <w:i w:val="0"/>
          <w:color w:val="22201D"/>
          <w:sz w:val="17"/>
        </w:rPr>
        <w:t>CONDIMENT WARNING SERVING LIMIT ENOUGH FOR TABLE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NEXT SERVICE ARTIFACT DETECTED</w:t>
      </w:r>
    </w:p>
    <w:p>
      <w:pPr>
        <w:spacing w:after="60" w:line="266" w:lineRule="auto"/>
        <w:ind w:firstLine="331"/>
        <w:jc w:val="both"/>
      </w:pPr>
      <w:r>
        <w:rPr>
          <w:rFonts w:ascii="Georgia" w:hAnsi="Georgia"/>
          <w:b w:val="0"/>
          <w:i w:val="0"/>
          <w:color w:val="22201D"/>
          <w:sz w:val="20"/>
        </w:rPr>
        <w:t>Gerald did not let the card touch the waiver.</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signed waiver printed one final section.</w:t>
      </w:r>
    </w:p>
    <w:p>
      <w:pPr>
        <w:spacing w:after="60" w:line="250" w:lineRule="auto"/>
        <w:ind w:left="202" w:right="173"/>
      </w:pPr>
      <w:r>
        <w:rPr>
          <w:rFonts w:ascii="Georgia" w:hAnsi="Georgia"/>
          <w:b w:val="0"/>
          <w:i w:val="0"/>
          <w:color w:val="22201D"/>
          <w:sz w:val="17"/>
        </w:rPr>
        <w:t>SIGNED WAIVER Operational result:  Maker accepts consequence for process truth. Seller accepts consequence for access and warning. Taster accepts consequence only after real choice. Sauce process accepts consequence through reproducible limits.  Current authorization: Sample not active. Sale not active. Table service not active.  Next required artifact: table card  Next chapter: The Last Table Requests Condiments  Next price: bring enough</w:t>
      </w:r>
    </w:p>
    <w:p>
      <w:pPr>
        <w:spacing w:after="60" w:line="266" w:lineRule="auto"/>
        <w:ind w:firstLine="331"/>
        <w:jc w:val="both"/>
      </w:pPr>
      <w:r>
        <w:rPr>
          <w:rFonts w:ascii="Georgia" w:hAnsi="Georgia"/>
          <w:b w:val="0"/>
          <w:i w:val="0"/>
          <w:color w:val="22201D"/>
          <w:sz w:val="20"/>
        </w:rPr>
        <w:t>The SAMPLES NOT ACTIVE sign remained where it was.</w:t>
      </w:r>
    </w:p>
    <w:p>
      <w:pPr>
        <w:spacing w:after="60" w:line="266" w:lineRule="auto"/>
        <w:ind w:firstLine="331"/>
        <w:jc w:val="both"/>
      </w:pPr>
      <w:r>
        <w:rPr>
          <w:rFonts w:ascii="Georgia" w:hAnsi="Georgia"/>
          <w:b w:val="0"/>
          <w:i w:val="0"/>
          <w:color w:val="22201D"/>
          <w:sz w:val="20"/>
        </w:rPr>
        <w:t>Nico looked disappointed and relieved in equal parts.</w:t>
      </w:r>
    </w:p>
    <w:p>
      <w:pPr>
        <w:spacing w:after="60" w:line="266" w:lineRule="auto"/>
        <w:ind w:firstLine="331"/>
        <w:jc w:val="both"/>
      </w:pPr>
      <w:r>
        <w:rPr>
          <w:rFonts w:ascii="Georgia" w:hAnsi="Georgia"/>
          <w:b w:val="0"/>
          <w:i w:val="0"/>
          <w:color w:val="22201D"/>
          <w:sz w:val="20"/>
        </w:rPr>
        <w:t>"So nobody gets to taste it yet."</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"Even after all that?"</w:t>
      </w:r>
    </w:p>
    <w:p>
      <w:pPr>
        <w:spacing w:after="60" w:line="266" w:lineRule="auto"/>
        <w:ind w:firstLine="331"/>
        <w:jc w:val="both"/>
      </w:pPr>
      <w:r>
        <w:rPr>
          <w:rFonts w:ascii="Georgia" w:hAnsi="Georgia"/>
          <w:b w:val="0"/>
          <w:i w:val="0"/>
          <w:color w:val="22201D"/>
          <w:sz w:val="20"/>
        </w:rPr>
        <w:t>"Especially after all that."</w:t>
      </w:r>
    </w:p>
    <w:p>
      <w:pPr>
        <w:spacing w:after="60" w:line="266" w:lineRule="auto"/>
        <w:ind w:firstLine="331"/>
        <w:jc w:val="both"/>
      </w:pPr>
      <w:r>
        <w:rPr>
          <w:rFonts w:ascii="Georgia" w:hAnsi="Georgia"/>
          <w:b w:val="0"/>
          <w:i w:val="0"/>
          <w:color w:val="22201D"/>
          <w:sz w:val="20"/>
        </w:rPr>
        <w:t>Flocc tapped the table card with one finger.</w:t>
      </w:r>
    </w:p>
    <w:p>
      <w:pPr>
        <w:spacing w:after="60" w:line="266" w:lineRule="auto"/>
        <w:ind w:firstLine="331"/>
        <w:jc w:val="both"/>
      </w:pPr>
      <w:r>
        <w:rPr>
          <w:rFonts w:ascii="Georgia" w:hAnsi="Georgia"/>
          <w:b w:val="0"/>
          <w:i w:val="0"/>
          <w:color w:val="22201D"/>
          <w:sz w:val="20"/>
        </w:rPr>
        <w:t>"What does bring enough mean?"</w:t>
      </w:r>
    </w:p>
    <w:p>
      <w:pPr>
        <w:spacing w:after="60" w:line="266" w:lineRule="auto"/>
        <w:ind w:firstLine="331"/>
        <w:jc w:val="both"/>
      </w:pPr>
      <w:r>
        <w:rPr>
          <w:rFonts w:ascii="Georgia" w:hAnsi="Georgia"/>
          <w:b w:val="0"/>
          <w:i w:val="0"/>
          <w:color w:val="22201D"/>
          <w:sz w:val="20"/>
        </w:rPr>
        <w:t>The Hostess looked toward the dining room.</w:t>
      </w:r>
    </w:p>
    <w:p>
      <w:pPr>
        <w:spacing w:after="60" w:line="266" w:lineRule="auto"/>
        <w:ind w:firstLine="331"/>
        <w:jc w:val="both"/>
      </w:pPr>
      <w:r>
        <w:rPr>
          <w:rFonts w:ascii="Georgia" w:hAnsi="Georgia"/>
          <w:b w:val="0"/>
          <w:i w:val="0"/>
          <w:color w:val="22201D"/>
          <w:sz w:val="20"/>
        </w:rPr>
        <w:t>For the first time all morning, the room beyond the market shelf made a sound: chairs shifting, plates aligning, forks touching wood.</w:t>
      </w:r>
    </w:p>
    <w:p>
      <w:pPr>
        <w:spacing w:after="60" w:line="266" w:lineRule="auto"/>
        <w:ind w:firstLine="331"/>
        <w:jc w:val="both"/>
      </w:pPr>
      <w:r>
        <w:rPr>
          <w:rFonts w:ascii="Georgia" w:hAnsi="Georgia"/>
          <w:b w:val="0"/>
          <w:i w:val="0"/>
          <w:color w:val="22201D"/>
          <w:sz w:val="20"/>
        </w:rPr>
        <w:t>Not hunger.</w:t>
      </w:r>
    </w:p>
    <w:p>
      <w:pPr>
        <w:spacing w:after="60" w:line="266" w:lineRule="auto"/>
        <w:ind w:firstLine="331"/>
        <w:jc w:val="both"/>
      </w:pPr>
      <w:r>
        <w:rPr>
          <w:rFonts w:ascii="Georgia" w:hAnsi="Georgia"/>
          <w:b w:val="0"/>
          <w:i w:val="0"/>
          <w:color w:val="22201D"/>
          <w:sz w:val="20"/>
        </w:rPr>
        <w:t>Readiness.</w:t>
      </w:r>
    </w:p>
    <w:p>
      <w:pPr>
        <w:spacing w:after="60" w:line="266" w:lineRule="auto"/>
        <w:ind w:firstLine="331"/>
        <w:jc w:val="both"/>
      </w:pPr>
      <w:r>
        <w:rPr>
          <w:rFonts w:ascii="Georgia" w:hAnsi="Georgia"/>
          <w:b w:val="0"/>
          <w:i w:val="0"/>
          <w:color w:val="22201D"/>
          <w:sz w:val="20"/>
        </w:rPr>
        <w:t>The table card stood by itself.</w:t>
      </w:r>
    </w:p>
    <w:p>
      <w:pPr>
        <w:spacing w:after="60" w:line="266" w:lineRule="auto"/>
        <w:ind w:firstLine="331"/>
        <w:jc w:val="both"/>
      </w:pPr>
      <w:r>
        <w:rPr>
          <w:rFonts w:ascii="Georgia" w:hAnsi="Georgia"/>
          <w:b w:val="0"/>
          <w:i w:val="0"/>
          <w:color w:val="22201D"/>
          <w:sz w:val="20"/>
        </w:rPr>
        <w:t>Its first line printed:</w:t>
      </w:r>
    </w:p>
    <w:p>
      <w:pPr>
        <w:spacing w:after="60" w:line="250" w:lineRule="auto"/>
        <w:ind w:left="202" w:right="173"/>
      </w:pPr>
      <w:r>
        <w:rPr>
          <w:rFonts w:ascii="Georgia" w:hAnsi="Georgia"/>
          <w:b w:val="0"/>
          <w:i w:val="0"/>
          <w:color w:val="22201D"/>
          <w:sz w:val="17"/>
        </w:rPr>
        <w:t>ENOUGH IS NOT EXTRA</w:t>
      </w:r>
    </w:p>
    <w:p>
      <w:pPr>
        <w:spacing w:after="60" w:line="266" w:lineRule="auto"/>
        <w:ind w:firstLine="331"/>
        <w:jc w:val="both"/>
      </w:pPr>
      <w:r>
        <w:rPr>
          <w:rFonts w:ascii="Georgia" w:hAnsi="Georgia"/>
          <w:b w:val="0"/>
          <w:i w:val="0"/>
          <w:color w:val="22201D"/>
          <w:sz w:val="20"/>
        </w:rPr>
        <w:t>Gerald picked up the card with tongs.</w:t>
      </w:r>
    </w:p>
    <w:p>
      <w:pPr>
        <w:spacing w:after="60" w:line="266" w:lineRule="auto"/>
        <w:ind w:firstLine="331"/>
        <w:jc w:val="both"/>
      </w:pPr>
      <w:r>
        <w:rPr>
          <w:rFonts w:ascii="Georgia" w:hAnsi="Georgia"/>
          <w:b w:val="0"/>
          <w:i w:val="0"/>
          <w:color w:val="22201D"/>
          <w:sz w:val="20"/>
        </w:rPr>
        <w:t>"Do not trust a condiment that solves one mouth and abandons the table."</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"How many mouths?"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NEXT CHAPTER WILL COUNT THEM</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11: The Last Table Requests Condiments</w:t>
      </w:r>
    </w:p>
    <w:p>
      <w:pPr>
        <w:spacing w:after="60" w:line="266" w:lineRule="auto"/>
        <w:ind w:firstLine="0"/>
        <w:jc w:val="both"/>
      </w:pPr>
      <w:r>
        <w:rPr>
          <w:rFonts w:ascii="Georgia" w:hAnsi="Georgia"/>
          <w:b w:val="0"/>
          <w:i w:val="0"/>
          <w:color w:val="22201D"/>
          <w:sz w:val="20"/>
        </w:rPr>
        <w:t>The table card stood upright without permission.</w:t>
      </w:r>
    </w:p>
    <w:p>
      <w:pPr>
        <w:spacing w:after="60" w:line="266" w:lineRule="auto"/>
        <w:ind w:firstLine="331"/>
        <w:jc w:val="both"/>
      </w:pPr>
      <w:r>
        <w:rPr>
          <w:rFonts w:ascii="Georgia" w:hAnsi="Georgia"/>
          <w:b w:val="0"/>
          <w:i w:val="0"/>
          <w:color w:val="22201D"/>
          <w:sz w:val="20"/>
        </w:rPr>
        <w:t>Gerald put a spoon beside it.</w:t>
      </w:r>
    </w:p>
    <w:p>
      <w:pPr>
        <w:spacing w:after="60" w:line="266" w:lineRule="auto"/>
        <w:ind w:firstLine="331"/>
        <w:jc w:val="both"/>
      </w:pPr>
      <w:r>
        <w:rPr>
          <w:rFonts w:ascii="Georgia" w:hAnsi="Georgia"/>
          <w:b w:val="0"/>
          <w:i w:val="0"/>
          <w:color w:val="22201D"/>
          <w:sz w:val="20"/>
        </w:rPr>
        <w:t>"If you are going to stand, declare load."</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TABLE CARD Gold Pheasant Peach Scotch Bonnet  Price: bring enough</w:t>
      </w:r>
    </w:p>
    <w:p>
      <w:pPr>
        <w:spacing w:after="60" w:line="266" w:lineRule="auto"/>
        <w:ind w:firstLine="331"/>
        <w:jc w:val="both"/>
      </w:pPr>
      <w:r>
        <w:rPr>
          <w:rFonts w:ascii="Georgia" w:hAnsi="Georgia"/>
          <w:b w:val="0"/>
          <w:i w:val="0"/>
          <w:color w:val="22201D"/>
          <w:sz w:val="20"/>
        </w:rPr>
        <w:t>Flocc looked toward the dining room.</w:t>
      </w:r>
    </w:p>
    <w:p>
      <w:pPr>
        <w:spacing w:after="60" w:line="266" w:lineRule="auto"/>
        <w:ind w:firstLine="331"/>
        <w:jc w:val="both"/>
      </w:pPr>
      <w:r>
        <w:rPr>
          <w:rFonts w:ascii="Georgia" w:hAnsi="Georgia"/>
          <w:b w:val="0"/>
          <w:i w:val="0"/>
          <w:color w:val="22201D"/>
          <w:sz w:val="20"/>
        </w:rPr>
        <w:t>"Enough sauce?"</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Insufficient question.</w:t>
      </w:r>
    </w:p>
    <w:p>
      <w:pPr>
        <w:spacing w:after="60" w:line="266" w:lineRule="auto"/>
        <w:ind w:firstLine="331"/>
        <w:jc w:val="both"/>
      </w:pPr>
      <w:r>
        <w:rPr>
          <w:rFonts w:ascii="Georgia" w:hAnsi="Georgia"/>
          <w:b w:val="0"/>
          <w:i w:val="0"/>
          <w:color w:val="22201D"/>
          <w:sz w:val="20"/>
        </w:rPr>
        <w:t>Nico folded his arms.</w:t>
      </w:r>
    </w:p>
    <w:p>
      <w:pPr>
        <w:spacing w:after="60" w:line="266" w:lineRule="auto"/>
        <w:ind w:firstLine="331"/>
        <w:jc w:val="both"/>
      </w:pPr>
      <w:r>
        <w:rPr>
          <w:rFonts w:ascii="Georgia" w:hAnsi="Georgia"/>
          <w:b w:val="0"/>
          <w:i w:val="0"/>
          <w:color w:val="22201D"/>
          <w:sz w:val="20"/>
        </w:rPr>
        <w:t>"Enough warning?"</w:t>
      </w:r>
    </w:p>
    <w:p>
      <w:pPr>
        <w:spacing w:after="60" w:line="250" w:lineRule="auto"/>
        <w:ind w:left="202" w:right="173"/>
      </w:pPr>
      <w:r>
        <w:rPr>
          <w:rFonts w:ascii="Georgia" w:hAnsi="Georgia"/>
          <w:b w:val="0"/>
          <w:i w:val="0"/>
          <w:color w:val="22201D"/>
          <w:sz w:val="17"/>
        </w:rPr>
        <w:t>Closer.</w:t>
      </w:r>
    </w:p>
    <w:p>
      <w:pPr>
        <w:spacing w:after="60" w:line="266" w:lineRule="auto"/>
        <w:ind w:firstLine="331"/>
        <w:jc w:val="both"/>
      </w:pPr>
      <w:r>
        <w:rPr>
          <w:rFonts w:ascii="Georgia" w:hAnsi="Georgia"/>
          <w:b w:val="0"/>
          <w:i w:val="0"/>
          <w:color w:val="22201D"/>
          <w:sz w:val="20"/>
        </w:rPr>
        <w:t>The Hostess set the signed waiver behind the table card, the process note beside it, and the batch log in front of it.</w:t>
      </w:r>
    </w:p>
    <w:p>
      <w:pPr>
        <w:spacing w:after="60" w:line="266" w:lineRule="auto"/>
        <w:ind w:firstLine="331"/>
        <w:jc w:val="both"/>
      </w:pPr>
      <w:r>
        <w:rPr>
          <w:rFonts w:ascii="Georgia" w:hAnsi="Georgia"/>
          <w:b w:val="0"/>
          <w:i w:val="0"/>
          <w:color w:val="22201D"/>
          <w:sz w:val="20"/>
        </w:rPr>
        <w:t>"Enough is never only volume."</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"Volume is merely the part people spill first."</w:t>
      </w:r>
    </w:p>
    <w:p>
      <w:pPr>
        <w:spacing w:after="60" w:line="266" w:lineRule="auto"/>
        <w:ind w:firstLine="331"/>
        <w:jc w:val="both"/>
      </w:pPr>
      <w:r>
        <w:rPr>
          <w:rFonts w:ascii="Georgia" w:hAnsi="Georgia"/>
          <w:b w:val="0"/>
          <w:i w:val="0"/>
          <w:color w:val="22201D"/>
          <w:sz w:val="20"/>
        </w:rPr>
        <w:t>The dining room beyond the market shelf made its second sound of the morning: four chair legs drawing back from one table at the same time.</w:t>
      </w:r>
    </w:p>
    <w:p>
      <w:pPr>
        <w:spacing w:after="60" w:line="266" w:lineRule="auto"/>
        <w:ind w:firstLine="331"/>
        <w:jc w:val="both"/>
      </w:pPr>
      <w:r>
        <w:rPr>
          <w:rFonts w:ascii="Georgia" w:hAnsi="Georgia"/>
          <w:b w:val="0"/>
          <w:i w:val="0"/>
          <w:color w:val="22201D"/>
          <w:sz w:val="20"/>
        </w:rPr>
        <w:t>No one was sitting there.</w:t>
      </w:r>
    </w:p>
    <w:p>
      <w:pPr>
        <w:spacing w:after="60" w:line="266" w:lineRule="auto"/>
        <w:ind w:firstLine="331"/>
        <w:jc w:val="both"/>
      </w:pPr>
      <w:r>
        <w:rPr>
          <w:rFonts w:ascii="Georgia" w:hAnsi="Georgia"/>
          <w:b w:val="0"/>
          <w:i w:val="0"/>
          <w:color w:val="22201D"/>
          <w:sz w:val="20"/>
        </w:rPr>
        <w:t>No one had requested service.</w:t>
      </w:r>
    </w:p>
    <w:p>
      <w:pPr>
        <w:spacing w:after="60" w:line="266" w:lineRule="auto"/>
        <w:ind w:firstLine="331"/>
        <w:jc w:val="both"/>
      </w:pPr>
      <w:r>
        <w:rPr>
          <w:rFonts w:ascii="Georgia" w:hAnsi="Georgia"/>
          <w:b w:val="0"/>
          <w:i w:val="0"/>
          <w:color w:val="22201D"/>
          <w:sz w:val="20"/>
        </w:rPr>
        <w:t>Still, the table had been set in a rectangle with six plates, six water glasses, six folded napkins, one bread basket, one rice bowl, one yogurt bowl with a dairy notice, and an empty condiment caddy.</w:t>
      </w:r>
    </w:p>
    <w:p>
      <w:pPr>
        <w:spacing w:after="60" w:line="266" w:lineRule="auto"/>
        <w:ind w:firstLine="331"/>
        <w:jc w:val="both"/>
      </w:pPr>
      <w:r>
        <w:rPr>
          <w:rFonts w:ascii="Georgia" w:hAnsi="Georgia"/>
          <w:b w:val="0"/>
          <w:i w:val="0"/>
          <w:color w:val="22201D"/>
          <w:sz w:val="20"/>
        </w:rPr>
        <w:t>Flocc whispered, "It made a table."</w:t>
      </w:r>
    </w:p>
    <w:p>
      <w:pPr>
        <w:spacing w:after="60" w:line="266" w:lineRule="auto"/>
        <w:ind w:firstLine="331"/>
        <w:jc w:val="both"/>
      </w:pPr>
      <w:r>
        <w:rPr>
          <w:rFonts w:ascii="Georgia" w:hAnsi="Georgia"/>
          <w:b w:val="0"/>
          <w:i w:val="0"/>
          <w:color w:val="22201D"/>
          <w:sz w:val="20"/>
        </w:rPr>
        <w:t>Gerald said, "It made a request."</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"It is more testable."</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REQUEST: Condiments for last table.</w:t>
      </w:r>
    </w:p>
    <w:p>
      <w:pPr>
        <w:spacing w:after="60" w:line="266" w:lineRule="auto"/>
        <w:ind w:firstLine="331"/>
        <w:jc w:val="both"/>
      </w:pPr>
      <w:r>
        <w:rPr>
          <w:rFonts w:ascii="Georgia" w:hAnsi="Georgia"/>
          <w:b w:val="0"/>
          <w:i w:val="0"/>
          <w:color w:val="22201D"/>
          <w:sz w:val="20"/>
        </w:rPr>
        <w:t>Nico read the table.</w:t>
      </w:r>
    </w:p>
    <w:p>
      <w:pPr>
        <w:spacing w:after="60" w:line="266" w:lineRule="auto"/>
        <w:ind w:firstLine="331"/>
        <w:jc w:val="both"/>
      </w:pPr>
      <w:r>
        <w:rPr>
          <w:rFonts w:ascii="Georgia" w:hAnsi="Georgia"/>
          <w:b w:val="0"/>
          <w:i w:val="0"/>
          <w:color w:val="22201D"/>
          <w:sz w:val="20"/>
        </w:rPr>
        <w:t>"Six places."</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Six possible mouths. Six separate choices. One shared surface.</w:t>
      </w:r>
    </w:p>
    <w:p>
      <w:pPr>
        <w:spacing w:after="60" w:line="266" w:lineRule="auto"/>
        <w:ind w:firstLine="331"/>
        <w:jc w:val="both"/>
      </w:pPr>
      <w:r>
        <w:rPr>
          <w:rFonts w:ascii="Georgia" w:hAnsi="Georgia"/>
          <w:b w:val="0"/>
          <w:i w:val="0"/>
          <w:color w:val="22201D"/>
          <w:sz w:val="20"/>
        </w:rPr>
        <w:t>Gerald picked up the card with tongs and carried it to the table. Everyone followed at a professional distance, except Flocc, who followed at the distance of a man hoping distance would become policy.</w:t>
      </w:r>
    </w:p>
    <w:p>
      <w:pPr>
        <w:spacing w:after="60" w:line="266" w:lineRule="auto"/>
        <w:ind w:firstLine="331"/>
        <w:jc w:val="both"/>
      </w:pPr>
      <w:r>
        <w:rPr>
          <w:rFonts w:ascii="Georgia" w:hAnsi="Georgia"/>
          <w:b w:val="0"/>
          <w:i w:val="0"/>
          <w:color w:val="22201D"/>
          <w:sz w:val="20"/>
        </w:rPr>
        <w:t>The condiment caddy was empty.</w:t>
      </w:r>
    </w:p>
    <w:p>
      <w:pPr>
        <w:spacing w:after="60" w:line="266" w:lineRule="auto"/>
        <w:ind w:firstLine="331"/>
        <w:jc w:val="both"/>
      </w:pPr>
      <w:r>
        <w:rPr>
          <w:rFonts w:ascii="Georgia" w:hAnsi="Georgia"/>
          <w:b w:val="0"/>
          <w:i w:val="0"/>
          <w:color w:val="22201D"/>
          <w:sz w:val="20"/>
        </w:rPr>
        <w:t>That emptiness had attitude.</w:t>
      </w:r>
    </w:p>
    <w:p>
      <w:pPr>
        <w:spacing w:after="60" w:line="266" w:lineRule="auto"/>
        <w:ind w:firstLine="331"/>
        <w:jc w:val="both"/>
      </w:pPr>
      <w:r>
        <w:rPr>
          <w:rFonts w:ascii="Georgia" w:hAnsi="Georgia"/>
          <w:b w:val="0"/>
          <w:i w:val="0"/>
          <w:color w:val="22201D"/>
          <w:sz w:val="20"/>
        </w:rPr>
        <w:t>Gerald set the table card in the center.</w:t>
      </w:r>
    </w:p>
    <w:p>
      <w:pPr>
        <w:spacing w:after="60" w:line="266" w:lineRule="auto"/>
        <w:ind w:firstLine="331"/>
        <w:jc w:val="both"/>
      </w:pPr>
      <w:r>
        <w:rPr>
          <w:rFonts w:ascii="Georgia" w:hAnsi="Georgia"/>
          <w:b w:val="0"/>
          <w:i w:val="0"/>
          <w:color w:val="22201D"/>
          <w:sz w:val="20"/>
        </w:rPr>
        <w:t>It printed four ruled sections.</w:t>
      </w:r>
    </w:p>
    <w:p>
      <w:pPr>
        <w:spacing w:after="60" w:line="250" w:lineRule="auto"/>
        <w:ind w:left="202" w:right="173"/>
      </w:pPr>
      <w:r>
        <w:rPr>
          <w:rFonts w:ascii="Georgia" w:hAnsi="Georgia"/>
          <w:b w:val="0"/>
          <w:i w:val="0"/>
          <w:color w:val="22201D"/>
          <w:sz w:val="17"/>
        </w:rPr>
        <w:t>CONDIMENT WARNING SERVING LIMIT ENOUGH FOR TABLE</w:t>
      </w:r>
    </w:p>
    <w:p>
      <w:pPr>
        <w:spacing w:after="60" w:line="266" w:lineRule="auto"/>
        <w:ind w:firstLine="331"/>
        <w:jc w:val="both"/>
      </w:pPr>
      <w:r>
        <w:rPr>
          <w:rFonts w:ascii="Georgia" w:hAnsi="Georgia"/>
          <w:b w:val="0"/>
          <w:i w:val="0"/>
          <w:color w:val="22201D"/>
          <w:sz w:val="20"/>
        </w:rPr>
        <w:t>The CONDIMENT section filled first.</w:t>
      </w:r>
    </w:p>
    <w:p>
      <w:pPr>
        <w:spacing w:after="60" w:line="250" w:lineRule="auto"/>
        <w:ind w:left="202" w:right="173"/>
      </w:pPr>
      <w:r>
        <w:rPr>
          <w:rFonts w:ascii="Georgia" w:hAnsi="Georgia"/>
          <w:b w:val="0"/>
          <w:i w:val="0"/>
          <w:color w:val="22201D"/>
          <w:sz w:val="17"/>
        </w:rPr>
        <w:t>CONDIMENT: Gold Pheasant Peach Scotch Bonnet  Status: not active</w:t>
      </w:r>
    </w:p>
    <w:p>
      <w:pPr>
        <w:spacing w:after="60" w:line="266" w:lineRule="auto"/>
        <w:ind w:firstLine="331"/>
        <w:jc w:val="both"/>
      </w:pPr>
      <w:r>
        <w:rPr>
          <w:rFonts w:ascii="Georgia" w:hAnsi="Georgia"/>
          <w:b w:val="0"/>
          <w:i w:val="0"/>
          <w:color w:val="22201D"/>
          <w:sz w:val="20"/>
        </w:rPr>
        <w:t>Nico pointed to the words.</w:t>
      </w:r>
    </w:p>
    <w:p>
      <w:pPr>
        <w:spacing w:after="60" w:line="266" w:lineRule="auto"/>
        <w:ind w:firstLine="331"/>
        <w:jc w:val="both"/>
      </w:pPr>
      <w:r>
        <w:rPr>
          <w:rFonts w:ascii="Georgia" w:hAnsi="Georgia"/>
          <w:b w:val="0"/>
          <w:i w:val="0"/>
          <w:color w:val="22201D"/>
          <w:sz w:val="20"/>
        </w:rPr>
        <w:t>"It still says not active."</w:t>
      </w:r>
    </w:p>
    <w:p>
      <w:pPr>
        <w:spacing w:after="60" w:line="266" w:lineRule="auto"/>
        <w:ind w:firstLine="331"/>
        <w:jc w:val="both"/>
      </w:pPr>
      <w:r>
        <w:rPr>
          <w:rFonts w:ascii="Georgia" w:hAnsi="Georgia"/>
          <w:b w:val="0"/>
          <w:i w:val="0"/>
          <w:color w:val="22201D"/>
          <w:sz w:val="20"/>
        </w:rPr>
        <w:t>"Good," Gerald said.</w:t>
      </w:r>
    </w:p>
    <w:p>
      <w:pPr>
        <w:spacing w:after="60" w:line="266" w:lineRule="auto"/>
        <w:ind w:firstLine="331"/>
        <w:jc w:val="both"/>
      </w:pPr>
      <w:r>
        <w:rPr>
          <w:rFonts w:ascii="Georgia" w:hAnsi="Georgia"/>
          <w:b w:val="0"/>
          <w:i w:val="0"/>
          <w:color w:val="22201D"/>
          <w:sz w:val="20"/>
        </w:rPr>
        <w:t>"Shouldn't the table change that?"</w:t>
      </w:r>
    </w:p>
    <w:p>
      <w:pPr>
        <w:spacing w:after="60" w:line="266" w:lineRule="auto"/>
        <w:ind w:firstLine="331"/>
        <w:jc w:val="both"/>
      </w:pPr>
      <w:r>
        <w:rPr>
          <w:rFonts w:ascii="Georgia" w:hAnsi="Georgia"/>
          <w:b w:val="0"/>
          <w:i w:val="0"/>
          <w:color w:val="22201D"/>
          <w:sz w:val="20"/>
        </w:rPr>
        <w:t>"A table is not a court of appeals."</w:t>
      </w:r>
    </w:p>
    <w:p>
      <w:pPr>
        <w:spacing w:after="60" w:line="266" w:lineRule="auto"/>
        <w:ind w:firstLine="331"/>
        <w:jc w:val="both"/>
      </w:pPr>
      <w:r>
        <w:rPr>
          <w:rFonts w:ascii="Georgia" w:hAnsi="Georgia"/>
          <w:b w:val="0"/>
          <w:i w:val="0"/>
          <w:color w:val="22201D"/>
          <w:sz w:val="20"/>
        </w:rPr>
        <w:t>The card accepted that silently.</w:t>
      </w:r>
    </w:p>
    <w:p>
      <w:pPr>
        <w:spacing w:after="60" w:line="266" w:lineRule="auto"/>
        <w:ind w:firstLine="331"/>
        <w:jc w:val="both"/>
      </w:pPr>
      <w:r>
        <w:rPr>
          <w:rFonts w:ascii="Georgia" w:hAnsi="Georgia"/>
          <w:b w:val="0"/>
          <w:i w:val="0"/>
          <w:color w:val="22201D"/>
          <w:sz w:val="20"/>
        </w:rPr>
        <w:t>The WARNING section filled next.</w:t>
      </w:r>
    </w:p>
    <w:p>
      <w:pPr>
        <w:spacing w:after="60" w:line="250" w:lineRule="auto"/>
        <w:ind w:left="202" w:right="173"/>
      </w:pPr>
      <w:r>
        <w:rPr>
          <w:rFonts w:ascii="Georgia" w:hAnsi="Georgia"/>
          <w:b w:val="0"/>
          <w:i w:val="0"/>
          <w:color w:val="22201D"/>
          <w:sz w:val="17"/>
        </w:rPr>
        <w:t>WARNING: peach first pepper under fruit late heat expected first sample is one measured drop wait thirty seconds before second taste cooling is available before sample no dare portions</w:t>
      </w:r>
    </w:p>
    <w:p>
      <w:pPr>
        <w:spacing w:after="60" w:line="266" w:lineRule="auto"/>
        <w:ind w:firstLine="331"/>
        <w:jc w:val="both"/>
      </w:pPr>
      <w:r>
        <w:rPr>
          <w:rFonts w:ascii="Georgia" w:hAnsi="Georgia"/>
          <w:b w:val="0"/>
          <w:i w:val="0"/>
          <w:color w:val="22201D"/>
          <w:sz w:val="20"/>
        </w:rPr>
        <w:t>Flocc squinted.</w:t>
      </w:r>
    </w:p>
    <w:p>
      <w:pPr>
        <w:spacing w:after="60" w:line="266" w:lineRule="auto"/>
        <w:ind w:firstLine="331"/>
        <w:jc w:val="both"/>
      </w:pPr>
      <w:r>
        <w:rPr>
          <w:rFonts w:ascii="Georgia" w:hAnsi="Georgia"/>
          <w:b w:val="0"/>
          <w:i w:val="0"/>
          <w:color w:val="22201D"/>
          <w:sz w:val="20"/>
        </w:rPr>
        <w:t>"That's a lot for a table card."</w:t>
      </w:r>
    </w:p>
    <w:p>
      <w:pPr>
        <w:spacing w:after="60" w:line="266" w:lineRule="auto"/>
        <w:ind w:firstLine="331"/>
        <w:jc w:val="both"/>
      </w:pPr>
      <w:r>
        <w:rPr>
          <w:rFonts w:ascii="Georgia" w:hAnsi="Georgia"/>
          <w:b w:val="0"/>
          <w:i w:val="0"/>
          <w:color w:val="22201D"/>
          <w:sz w:val="20"/>
        </w:rPr>
        <w:t>Gerald said, "Then the card is too small or the risk is too large."</w:t>
      </w:r>
    </w:p>
    <w:p>
      <w:pPr>
        <w:spacing w:after="60" w:line="266" w:lineRule="auto"/>
        <w:ind w:firstLine="331"/>
        <w:jc w:val="both"/>
      </w:pPr>
      <w:r>
        <w:rPr>
          <w:rFonts w:ascii="Georgia" w:hAnsi="Georgia"/>
          <w:b w:val="0"/>
          <w:i w:val="0"/>
          <w:color w:val="22201D"/>
          <w:sz w:val="20"/>
        </w:rPr>
        <w:t>The card widened by one inch.</w:t>
      </w:r>
    </w:p>
    <w:p>
      <w:pPr>
        <w:spacing w:after="60" w:line="266" w:lineRule="auto"/>
        <w:ind w:firstLine="331"/>
        <w:jc w:val="both"/>
      </w:pPr>
      <w:r>
        <w:rPr>
          <w:rFonts w:ascii="Georgia" w:hAnsi="Georgia"/>
          <w:b w:val="0"/>
          <w:i w:val="0"/>
          <w:color w:val="22201D"/>
          <w:sz w:val="20"/>
        </w:rPr>
        <w:t>Flocc took a step back.</w:t>
      </w:r>
    </w:p>
    <w:p>
      <w:pPr>
        <w:spacing w:after="60" w:line="266" w:lineRule="auto"/>
        <w:ind w:firstLine="331"/>
        <w:jc w:val="both"/>
      </w:pPr>
      <w:r>
        <w:rPr>
          <w:rFonts w:ascii="Georgia" w:hAnsi="Georgia"/>
          <w:b w:val="0"/>
          <w:i w:val="0"/>
          <w:color w:val="22201D"/>
          <w:sz w:val="20"/>
        </w:rPr>
        <w:t>"I did not know cards could take criticism physically."</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FORM FOLLOWS WARNING</w:t>
      </w:r>
    </w:p>
    <w:p>
      <w:pPr>
        <w:spacing w:after="60" w:line="266" w:lineRule="auto"/>
        <w:ind w:firstLine="331"/>
        <w:jc w:val="both"/>
      </w:pPr>
      <w:r>
        <w:rPr>
          <w:rFonts w:ascii="Georgia" w:hAnsi="Georgia"/>
          <w:b w:val="0"/>
          <w:i w:val="0"/>
          <w:color w:val="22201D"/>
          <w:sz w:val="20"/>
        </w:rPr>
        <w:t>The SERVING LIMIT section printed:</w:t>
      </w:r>
    </w:p>
    <w:p>
      <w:pPr>
        <w:spacing w:after="60" w:line="250" w:lineRule="auto"/>
        <w:ind w:left="202" w:right="173"/>
      </w:pPr>
      <w:r>
        <w:rPr>
          <w:rFonts w:ascii="Georgia" w:hAnsi="Georgia"/>
          <w:b w:val="0"/>
          <w:i w:val="0"/>
          <w:color w:val="22201D"/>
          <w:sz w:val="17"/>
        </w:rPr>
        <w:t>SERVING LIMIT: One measured drop per willing taster. No shared spoon. No second taste while heat is arriving. No sample for anyone who has not read this card. No sample for anyone pressured by the table.</w:t>
      </w:r>
    </w:p>
    <w:p>
      <w:pPr>
        <w:spacing w:after="60" w:line="266" w:lineRule="auto"/>
        <w:ind w:firstLine="331"/>
        <w:jc w:val="both"/>
      </w:pPr>
      <w:r>
        <w:rPr>
          <w:rFonts w:ascii="Georgia" w:hAnsi="Georgia"/>
          <w:b w:val="0"/>
          <w:i w:val="0"/>
          <w:color w:val="22201D"/>
          <w:sz w:val="20"/>
        </w:rPr>
        <w:t>The last line made the empty plates shift.</w:t>
      </w:r>
    </w:p>
    <w:p>
      <w:pPr>
        <w:spacing w:after="60" w:line="266" w:lineRule="auto"/>
        <w:ind w:firstLine="331"/>
        <w:jc w:val="both"/>
      </w:pPr>
      <w:r>
        <w:rPr>
          <w:rFonts w:ascii="Georgia" w:hAnsi="Georgia"/>
          <w:b w:val="0"/>
          <w:i w:val="0"/>
          <w:color w:val="22201D"/>
          <w:sz w:val="20"/>
        </w:rPr>
        <w:t>Only a fraction.</w:t>
      </w:r>
    </w:p>
    <w:p>
      <w:pPr>
        <w:spacing w:after="60" w:line="266" w:lineRule="auto"/>
        <w:ind w:firstLine="331"/>
        <w:jc w:val="both"/>
      </w:pPr>
      <w:r>
        <w:rPr>
          <w:rFonts w:ascii="Georgia" w:hAnsi="Georgia"/>
          <w:b w:val="0"/>
          <w:i w:val="0"/>
          <w:color w:val="22201D"/>
          <w:sz w:val="20"/>
        </w:rPr>
        <w:t>Enough to show the table had feelings if one were careless.</w:t>
      </w:r>
    </w:p>
    <w:p>
      <w:pPr>
        <w:spacing w:after="60" w:line="266" w:lineRule="auto"/>
        <w:ind w:firstLine="331"/>
        <w:jc w:val="both"/>
      </w:pPr>
      <w:r>
        <w:rPr>
          <w:rFonts w:ascii="Georgia" w:hAnsi="Georgia"/>
          <w:b w:val="0"/>
          <w:i w:val="0"/>
          <w:color w:val="22201D"/>
          <w:sz w:val="20"/>
        </w:rPr>
        <w:t>Gerald was not careless.</w:t>
      </w:r>
    </w:p>
    <w:p>
      <w:pPr>
        <w:spacing w:after="60" w:line="266" w:lineRule="auto"/>
        <w:ind w:firstLine="331"/>
        <w:jc w:val="both"/>
      </w:pPr>
      <w:r>
        <w:rPr>
          <w:rFonts w:ascii="Georgia" w:hAnsi="Georgia"/>
          <w:b w:val="0"/>
          <w:i w:val="0"/>
          <w:color w:val="22201D"/>
          <w:sz w:val="20"/>
        </w:rPr>
        <w:t>"Furniture cannot pressure," he said.</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Correction: No sample for anyone pressured by table company.</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 plates settled.</w:t>
      </w:r>
    </w:p>
    <w:p>
      <w:pPr>
        <w:spacing w:after="60" w:line="266" w:lineRule="auto"/>
        <w:ind w:firstLine="331"/>
        <w:jc w:val="both"/>
      </w:pPr>
      <w:r>
        <w:rPr>
          <w:rFonts w:ascii="Georgia" w:hAnsi="Georgia"/>
          <w:b w:val="0"/>
          <w:i w:val="0"/>
          <w:color w:val="22201D"/>
          <w:sz w:val="20"/>
        </w:rPr>
        <w:t>Nico looked relieved.</w:t>
      </w:r>
    </w:p>
    <w:p>
      <w:pPr>
        <w:spacing w:after="60" w:line="266" w:lineRule="auto"/>
        <w:ind w:firstLine="331"/>
        <w:jc w:val="both"/>
      </w:pPr>
      <w:r>
        <w:rPr>
          <w:rFonts w:ascii="Georgia" w:hAnsi="Georgia"/>
          <w:b w:val="0"/>
          <w:i w:val="0"/>
          <w:color w:val="22201D"/>
          <w:sz w:val="20"/>
        </w:rPr>
        <w:t>"I prefer when the furniture is not morally complicated."</w:t>
      </w:r>
    </w:p>
    <w:p>
      <w:pPr>
        <w:spacing w:after="60" w:line="266" w:lineRule="auto"/>
        <w:ind w:firstLine="331"/>
        <w:jc w:val="both"/>
      </w:pPr>
      <w:r>
        <w:rPr>
          <w:rFonts w:ascii="Georgia" w:hAnsi="Georgia"/>
          <w:b w:val="0"/>
          <w:i w:val="0"/>
          <w:color w:val="22201D"/>
          <w:sz w:val="20"/>
        </w:rPr>
        <w:t>"Then do not assign it motives," Gerald said.</w:t>
      </w:r>
    </w:p>
    <w:p>
      <w:pPr>
        <w:spacing w:after="60" w:line="266" w:lineRule="auto"/>
        <w:ind w:firstLine="331"/>
        <w:jc w:val="both"/>
      </w:pPr>
      <w:r>
        <w:rPr>
          <w:rFonts w:ascii="Georgia" w:hAnsi="Georgia"/>
          <w:b w:val="0"/>
          <w:i w:val="0"/>
          <w:color w:val="22201D"/>
          <w:sz w:val="20"/>
        </w:rPr>
        <w:t>The final section waited.</w:t>
      </w:r>
    </w:p>
    <w:p>
      <w:pPr>
        <w:spacing w:after="60" w:line="250" w:lineRule="auto"/>
        <w:ind w:left="202" w:right="173"/>
      </w:pPr>
      <w:r>
        <w:rPr>
          <w:rFonts w:ascii="Georgia" w:hAnsi="Georgia"/>
          <w:b w:val="0"/>
          <w:i w:val="0"/>
          <w:color w:val="22201D"/>
          <w:sz w:val="17"/>
        </w:rPr>
        <w:t>ENOUGH FOR TABLE:</w:t>
      </w:r>
    </w:p>
    <w:p>
      <w:pPr>
        <w:spacing w:after="60" w:line="266" w:lineRule="auto"/>
        <w:ind w:firstLine="331"/>
        <w:jc w:val="both"/>
      </w:pPr>
      <w:r>
        <w:rPr>
          <w:rFonts w:ascii="Georgia" w:hAnsi="Georgia"/>
          <w:b w:val="0"/>
          <w:i w:val="0"/>
          <w:color w:val="22201D"/>
          <w:sz w:val="20"/>
        </w:rPr>
        <w:t>Nothing else appeared.</w:t>
      </w:r>
    </w:p>
    <w:p>
      <w:pPr>
        <w:spacing w:after="60" w:line="266" w:lineRule="auto"/>
        <w:ind w:firstLine="331"/>
        <w:jc w:val="both"/>
      </w:pPr>
      <w:r>
        <w:rPr>
          <w:rFonts w:ascii="Georgia" w:hAnsi="Georgia"/>
          <w:b w:val="0"/>
          <w:i w:val="0"/>
          <w:color w:val="22201D"/>
          <w:sz w:val="20"/>
        </w:rPr>
        <w:t>Flocc smiled carefully.</w:t>
      </w:r>
    </w:p>
    <w:p>
      <w:pPr>
        <w:spacing w:after="60" w:line="266" w:lineRule="auto"/>
        <w:ind w:firstLine="331"/>
        <w:jc w:val="both"/>
      </w:pPr>
      <w:r>
        <w:rPr>
          <w:rFonts w:ascii="Georgia" w:hAnsi="Georgia"/>
          <w:b w:val="0"/>
          <w:i w:val="0"/>
          <w:color w:val="22201D"/>
          <w:sz w:val="20"/>
        </w:rPr>
        <w:t>"Maybe enough is unknowable."</w:t>
      </w:r>
    </w:p>
    <w:p>
      <w:pPr>
        <w:spacing w:after="60" w:line="266" w:lineRule="auto"/>
        <w:ind w:firstLine="331"/>
        <w:jc w:val="both"/>
      </w:pPr>
      <w:r>
        <w:rPr>
          <w:rFonts w:ascii="Georgia" w:hAnsi="Georgia"/>
          <w:b w:val="0"/>
          <w:i w:val="0"/>
          <w:color w:val="22201D"/>
          <w:sz w:val="20"/>
        </w:rPr>
        <w:t>Gerald turned toward him with the disappointment of a measuring cup seeing fog.</w:t>
      </w:r>
    </w:p>
    <w:p>
      <w:pPr>
        <w:spacing w:after="60" w:line="266" w:lineRule="auto"/>
        <w:ind w:firstLine="331"/>
        <w:jc w:val="both"/>
      </w:pPr>
      <w:r>
        <w:rPr>
          <w:rFonts w:ascii="Georgia" w:hAnsi="Georgia"/>
          <w:b w:val="0"/>
          <w:i w:val="0"/>
          <w:color w:val="22201D"/>
          <w:sz w:val="20"/>
        </w:rPr>
        <w:t>"Enough is not unknowable. Enough is inconvenient."</w:t>
      </w:r>
    </w:p>
    <w:p>
      <w:pPr>
        <w:spacing w:after="60" w:line="266" w:lineRule="auto"/>
        <w:ind w:firstLine="331"/>
        <w:jc w:val="both"/>
      </w:pPr>
      <w:r>
        <w:rPr>
          <w:rFonts w:ascii="Georgia" w:hAnsi="Georgia"/>
          <w:b w:val="0"/>
          <w:i w:val="0"/>
          <w:color w:val="22201D"/>
          <w:sz w:val="20"/>
        </w:rPr>
        <w:t>The signed waiver rustled in the caddy.</w:t>
      </w:r>
    </w:p>
    <w:p>
      <w:pPr>
        <w:spacing w:after="60" w:line="266" w:lineRule="auto"/>
        <w:ind w:firstLine="331"/>
        <w:jc w:val="both"/>
      </w:pPr>
      <w:r>
        <w:rPr>
          <w:rFonts w:ascii="Georgia" w:hAnsi="Georgia"/>
          <w:b w:val="0"/>
          <w:i w:val="0"/>
          <w:color w:val="22201D"/>
          <w:sz w:val="20"/>
        </w:rPr>
        <w:t>The MAKER box on the waiver darkened.</w:t>
      </w:r>
    </w:p>
    <w:p>
      <w:pPr>
        <w:spacing w:after="60" w:line="266" w:lineRule="auto"/>
        <w:ind w:firstLine="331"/>
        <w:jc w:val="both"/>
      </w:pPr>
      <w:r>
        <w:rPr>
          <w:rFonts w:ascii="Georgia" w:hAnsi="Georgia"/>
          <w:b w:val="0"/>
          <w:i w:val="0"/>
          <w:color w:val="22201D"/>
          <w:sz w:val="20"/>
        </w:rPr>
        <w:t>Gerald took out the batch log.</w:t>
      </w:r>
    </w:p>
    <w:p>
      <w:pPr>
        <w:spacing w:after="60" w:line="250" w:lineRule="auto"/>
        <w:ind w:left="202" w:right="173"/>
      </w:pPr>
      <w:r>
        <w:rPr>
          <w:rFonts w:ascii="Georgia" w:hAnsi="Georgia"/>
          <w:b w:val="0"/>
          <w:i w:val="0"/>
          <w:color w:val="22201D"/>
          <w:sz w:val="17"/>
        </w:rPr>
        <w:t>Peach pulp: 324 g Scotch bonnet pepper mash: 146 g Golden vinegar: 251 g Salt: 28 g Total measured ingredient mass: 749 g</w:t>
      </w:r>
    </w:p>
    <w:p>
      <w:pPr>
        <w:spacing w:after="60" w:line="266" w:lineRule="auto"/>
        <w:ind w:firstLine="331"/>
        <w:jc w:val="both"/>
      </w:pPr>
      <w:r>
        <w:rPr>
          <w:rFonts w:ascii="Georgia" w:hAnsi="Georgia"/>
          <w:b w:val="0"/>
          <w:i w:val="0"/>
          <w:color w:val="22201D"/>
          <w:sz w:val="20"/>
        </w:rPr>
        <w:t>Nico asked, "Does that mean we have seven hundred forty-nine grams of sauce?"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"Because process loss?"</w:t>
      </w:r>
    </w:p>
    <w:p>
      <w:pPr>
        <w:spacing w:after="60" w:line="266" w:lineRule="auto"/>
        <w:ind w:firstLine="331"/>
        <w:jc w:val="both"/>
      </w:pPr>
      <w:r>
        <w:rPr>
          <w:rFonts w:ascii="Georgia" w:hAnsi="Georgia"/>
          <w:b w:val="0"/>
          <w:i w:val="0"/>
          <w:color w:val="22201D"/>
          <w:sz w:val="20"/>
        </w:rPr>
        <w:t>"Because ingredients are not sauce until process says so."</w:t>
      </w:r>
    </w:p>
    <w:p>
      <w:pPr>
        <w:spacing w:after="60" w:line="266" w:lineRule="auto"/>
        <w:ind w:firstLine="331"/>
        <w:jc w:val="both"/>
      </w:pPr>
      <w:r>
        <w:rPr>
          <w:rFonts w:ascii="Georgia" w:hAnsi="Georgia"/>
          <w:b w:val="0"/>
          <w:i w:val="0"/>
          <w:color w:val="22201D"/>
          <w:sz w:val="20"/>
        </w:rPr>
        <w:t>The process note printed from Gerald's pocket:</w:t>
      </w:r>
    </w:p>
    <w:p>
      <w:pPr>
        <w:spacing w:after="60" w:line="250" w:lineRule="auto"/>
        <w:ind w:left="202" w:right="173"/>
      </w:pPr>
      <w:r>
        <w:rPr>
          <w:rFonts w:ascii="Georgia" w:hAnsi="Georgia"/>
          <w:b w:val="0"/>
          <w:i w:val="0"/>
          <w:color w:val="22201D"/>
          <w:sz w:val="17"/>
        </w:rPr>
        <w:t>No tasting. No final yield. Sample still not authorized.</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ENOUGH FOR TABLE cannot be calculated from final yield. No final yield exists.</w:t>
      </w:r>
    </w:p>
    <w:p>
      <w:pPr>
        <w:spacing w:after="60" w:line="266" w:lineRule="auto"/>
        <w:ind w:firstLine="331"/>
        <w:jc w:val="both"/>
      </w:pPr>
      <w:r>
        <w:rPr>
          <w:rFonts w:ascii="Georgia" w:hAnsi="Georgia"/>
          <w:b w:val="0"/>
          <w:i w:val="0"/>
          <w:color w:val="22201D"/>
          <w:sz w:val="20"/>
        </w:rPr>
        <w:t>Flocc pointed triumphantly.</w:t>
      </w:r>
    </w:p>
    <w:p>
      <w:pPr>
        <w:spacing w:after="60" w:line="266" w:lineRule="auto"/>
        <w:ind w:firstLine="331"/>
        <w:jc w:val="both"/>
      </w:pPr>
      <w:r>
        <w:rPr>
          <w:rFonts w:ascii="Georgia" w:hAnsi="Georgia"/>
          <w:b w:val="0"/>
          <w:i w:val="0"/>
          <w:color w:val="22201D"/>
          <w:sz w:val="20"/>
        </w:rPr>
        <w:t>"Unknowable."</w:t>
      </w:r>
    </w:p>
    <w:p>
      <w:pPr>
        <w:spacing w:after="60" w:line="266" w:lineRule="auto"/>
        <w:ind w:firstLine="331"/>
        <w:jc w:val="both"/>
      </w:pPr>
      <w:r>
        <w:rPr>
          <w:rFonts w:ascii="Georgia" w:hAnsi="Georgia"/>
          <w:b w:val="0"/>
          <w:i w:val="0"/>
          <w:color w:val="22201D"/>
          <w:sz w:val="20"/>
        </w:rPr>
        <w:t>Gerald said, "Pre-service enough can still be calculated."</w:t>
      </w:r>
    </w:p>
    <w:p>
      <w:pPr>
        <w:spacing w:after="60" w:line="266" w:lineRule="auto"/>
        <w:ind w:firstLine="331"/>
        <w:jc w:val="both"/>
      </w:pPr>
      <w:r>
        <w:rPr>
          <w:rFonts w:ascii="Georgia" w:hAnsi="Georgia"/>
          <w:b w:val="0"/>
          <w:i w:val="0"/>
          <w:color w:val="22201D"/>
          <w:sz w:val="20"/>
        </w:rPr>
        <w:t>He opened the empty condiment caddy. It contained six slots.</w:t>
      </w:r>
    </w:p>
    <w:p>
      <w:pPr>
        <w:spacing w:after="60" w:line="266" w:lineRule="auto"/>
        <w:ind w:firstLine="331"/>
        <w:jc w:val="both"/>
      </w:pPr>
      <w:r>
        <w:rPr>
          <w:rFonts w:ascii="Georgia" w:hAnsi="Georgia"/>
          <w:b w:val="0"/>
          <w:i w:val="0"/>
          <w:color w:val="22201D"/>
          <w:sz w:val="20"/>
        </w:rPr>
        <w:t>"Table need is not one bottle. Table need is the service system around each choice."</w:t>
      </w:r>
    </w:p>
    <w:p>
      <w:pPr>
        <w:spacing w:after="60" w:line="266" w:lineRule="auto"/>
        <w:ind w:firstLine="331"/>
        <w:jc w:val="both"/>
      </w:pPr>
      <w:r>
        <w:rPr>
          <w:rFonts w:ascii="Georgia" w:hAnsi="Georgia"/>
          <w:b w:val="0"/>
          <w:i w:val="0"/>
          <w:color w:val="22201D"/>
          <w:sz w:val="20"/>
        </w:rPr>
        <w:t>He wrote on the back of the card:</w:t>
      </w:r>
    </w:p>
    <w:p>
      <w:pPr>
        <w:spacing w:after="60" w:line="250" w:lineRule="auto"/>
        <w:ind w:left="202" w:right="173"/>
      </w:pPr>
      <w:r>
        <w:rPr>
          <w:rFonts w:ascii="Georgia" w:hAnsi="Georgia"/>
          <w:b w:val="0"/>
          <w:i w:val="0"/>
          <w:color w:val="22201D"/>
          <w:sz w:val="17"/>
        </w:rPr>
        <w:t>Table count: 6 possible tasters Consent count: unknown Minimum warning cards: 1 center card + 6 reader cards Minimum clean sample spoons: 6 first-dose spoons + 6 reserve spoons Cooling portions: 6 bread portions + 6 rice portions + 6 yogurt notices Water glasses: 6 Waste cup: 1 Staff readback: 1</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PARTIAL.</w:t>
      </w:r>
    </w:p>
    <w:p>
      <w:pPr>
        <w:spacing w:after="60" w:line="266" w:lineRule="auto"/>
        <w:ind w:firstLine="331"/>
        <w:jc w:val="both"/>
      </w:pPr>
      <w:r>
        <w:rPr>
          <w:rFonts w:ascii="Georgia" w:hAnsi="Georgia"/>
          <w:b w:val="0"/>
          <w:i w:val="0"/>
          <w:color w:val="22201D"/>
          <w:sz w:val="20"/>
        </w:rPr>
        <w:t>"What is missing?" Nico asked.</w:t>
      </w:r>
    </w:p>
    <w:p>
      <w:pPr>
        <w:spacing w:after="60" w:line="266" w:lineRule="auto"/>
        <w:ind w:firstLine="331"/>
        <w:jc w:val="both"/>
      </w:pPr>
      <w:r>
        <w:rPr>
          <w:rFonts w:ascii="Georgia" w:hAnsi="Georgia"/>
          <w:b w:val="0"/>
          <w:i w:val="0"/>
          <w:color w:val="22201D"/>
          <w:sz w:val="20"/>
        </w:rPr>
        <w:t>The card did not answer.</w:t>
      </w:r>
    </w:p>
    <w:p>
      <w:pPr>
        <w:spacing w:after="60" w:line="266" w:lineRule="auto"/>
        <w:ind w:firstLine="331"/>
        <w:jc w:val="both"/>
      </w:pPr>
      <w:r>
        <w:rPr>
          <w:rFonts w:ascii="Georgia" w:hAnsi="Georgia"/>
          <w:b w:val="0"/>
          <w:i w:val="0"/>
          <w:color w:val="22201D"/>
          <w:sz w:val="20"/>
        </w:rPr>
        <w:t>The Hostess did.</w:t>
      </w:r>
    </w:p>
    <w:p>
      <w:pPr>
        <w:spacing w:after="60" w:line="266" w:lineRule="auto"/>
        <w:ind w:firstLine="331"/>
        <w:jc w:val="both"/>
      </w:pPr>
      <w:r>
        <w:rPr>
          <w:rFonts w:ascii="Georgia" w:hAnsi="Georgia"/>
          <w:b w:val="0"/>
          <w:i w:val="0"/>
          <w:color w:val="22201D"/>
          <w:sz w:val="20"/>
        </w:rPr>
        <w:t>"Enough for refusal."</w:t>
      </w:r>
    </w:p>
    <w:p>
      <w:pPr>
        <w:spacing w:after="60" w:line="266" w:lineRule="auto"/>
        <w:ind w:firstLine="331"/>
        <w:jc w:val="both"/>
      </w:pPr>
      <w:r>
        <w:rPr>
          <w:rFonts w:ascii="Georgia" w:hAnsi="Georgia"/>
          <w:b w:val="0"/>
          <w:i w:val="0"/>
          <w:color w:val="22201D"/>
          <w:sz w:val="20"/>
        </w:rPr>
        <w:t>Everyone turned to her.</w:t>
      </w:r>
    </w:p>
    <w:p>
      <w:pPr>
        <w:spacing w:after="60" w:line="266" w:lineRule="auto"/>
        <w:ind w:firstLine="331"/>
        <w:jc w:val="both"/>
      </w:pPr>
      <w:r>
        <w:rPr>
          <w:rFonts w:ascii="Georgia" w:hAnsi="Georgia"/>
          <w:b w:val="0"/>
          <w:i w:val="0"/>
          <w:color w:val="22201D"/>
          <w:sz w:val="20"/>
        </w:rPr>
        <w:t>She touched the empty chair at the head of the table.</w:t>
      </w:r>
    </w:p>
    <w:p>
      <w:pPr>
        <w:spacing w:after="60" w:line="266" w:lineRule="auto"/>
        <w:ind w:firstLine="331"/>
        <w:jc w:val="both"/>
      </w:pPr>
      <w:r>
        <w:rPr>
          <w:rFonts w:ascii="Georgia" w:hAnsi="Georgia"/>
          <w:b w:val="0"/>
          <w:i w:val="0"/>
          <w:color w:val="22201D"/>
          <w:sz w:val="20"/>
        </w:rPr>
        <w:t>"A table that brings enough must bring enough dignity for the person who does not taste."</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MISSING: non-taster service</w:t>
      </w:r>
    </w:p>
    <w:p>
      <w:pPr>
        <w:spacing w:after="60" w:line="266" w:lineRule="auto"/>
        <w:ind w:firstLine="331"/>
        <w:jc w:val="both"/>
      </w:pPr>
      <w:r>
        <w:rPr>
          <w:rFonts w:ascii="Georgia" w:hAnsi="Georgia"/>
          <w:b w:val="0"/>
          <w:i w:val="0"/>
          <w:color w:val="22201D"/>
          <w:sz w:val="20"/>
        </w:rPr>
        <w:t>Flocc frowned.</w:t>
      </w:r>
    </w:p>
    <w:p>
      <w:pPr>
        <w:spacing w:after="60" w:line="266" w:lineRule="auto"/>
        <w:ind w:firstLine="331"/>
        <w:jc w:val="both"/>
      </w:pPr>
      <w:r>
        <w:rPr>
          <w:rFonts w:ascii="Georgia" w:hAnsi="Georgia"/>
          <w:b w:val="0"/>
          <w:i w:val="0"/>
          <w:color w:val="22201D"/>
          <w:sz w:val="20"/>
        </w:rPr>
        <w:t>"What condiment does a non-taster get?"</w:t>
      </w:r>
    </w:p>
    <w:p>
      <w:pPr>
        <w:spacing w:after="60" w:line="266" w:lineRule="auto"/>
        <w:ind w:firstLine="331"/>
        <w:jc w:val="both"/>
      </w:pPr>
      <w:r>
        <w:rPr>
          <w:rFonts w:ascii="Georgia" w:hAnsi="Georgia"/>
          <w:b w:val="0"/>
          <w:i w:val="0"/>
          <w:color w:val="22201D"/>
          <w:sz w:val="20"/>
        </w:rPr>
        <w:t>"A clean exit from the performance," Gerald said.</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SERVICE IS NOT A TRAP</w:t>
      </w:r>
    </w:p>
    <w:p>
      <w:pPr>
        <w:spacing w:after="60" w:line="266" w:lineRule="auto"/>
        <w:ind w:firstLine="331"/>
        <w:jc w:val="both"/>
      </w:pPr>
      <w:r>
        <w:rPr>
          <w:rFonts w:ascii="Georgia" w:hAnsi="Georgia"/>
          <w:b w:val="0"/>
          <w:i w:val="0"/>
          <w:color w:val="22201D"/>
          <w:sz w:val="20"/>
        </w:rPr>
        <w:t>Gerald added to the card:</w:t>
      </w:r>
    </w:p>
    <w:p>
      <w:pPr>
        <w:spacing w:after="60" w:line="250" w:lineRule="auto"/>
        <w:ind w:left="202" w:right="173"/>
      </w:pPr>
      <w:r>
        <w:rPr>
          <w:rFonts w:ascii="Georgia" w:hAnsi="Georgia"/>
          <w:b w:val="0"/>
          <w:i w:val="0"/>
          <w:color w:val="22201D"/>
          <w:sz w:val="17"/>
        </w:rPr>
        <w:t>Non-taster service: same bread same rice same water same attention no jokes no downgrade no replacement dare</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IMPROVED.</w:t>
      </w:r>
    </w:p>
    <w:p>
      <w:pPr>
        <w:spacing w:after="60" w:line="266" w:lineRule="auto"/>
        <w:ind w:firstLine="331"/>
        <w:jc w:val="both"/>
      </w:pPr>
      <w:r>
        <w:rPr>
          <w:rFonts w:ascii="Georgia" w:hAnsi="Georgia"/>
          <w:b w:val="0"/>
          <w:i w:val="0"/>
          <w:color w:val="22201D"/>
          <w:sz w:val="20"/>
        </w:rPr>
        <w:t>Nico looked at the six plates.</w:t>
      </w:r>
    </w:p>
    <w:p>
      <w:pPr>
        <w:spacing w:after="60" w:line="266" w:lineRule="auto"/>
        <w:ind w:firstLine="331"/>
        <w:jc w:val="both"/>
      </w:pPr>
      <w:r>
        <w:rPr>
          <w:rFonts w:ascii="Georgia" w:hAnsi="Georgia"/>
          <w:b w:val="0"/>
          <w:i w:val="0"/>
          <w:color w:val="22201D"/>
          <w:sz w:val="20"/>
        </w:rPr>
        <w:t>"What if five people want to taste and one person doesn't?"</w:t>
      </w:r>
    </w:p>
    <w:p>
      <w:pPr>
        <w:spacing w:after="60" w:line="266" w:lineRule="auto"/>
        <w:ind w:firstLine="331"/>
        <w:jc w:val="both"/>
      </w:pPr>
      <w:r>
        <w:rPr>
          <w:rFonts w:ascii="Georgia" w:hAnsi="Georgia"/>
          <w:b w:val="0"/>
          <w:i w:val="0"/>
          <w:color w:val="22201D"/>
          <w:sz w:val="20"/>
        </w:rPr>
        <w:t>"Then five people taste under limit and one person eats dinner without being turned into a lesson."</w:t>
      </w:r>
    </w:p>
    <w:p>
      <w:pPr>
        <w:spacing w:after="60" w:line="266" w:lineRule="auto"/>
        <w:ind w:firstLine="331"/>
        <w:jc w:val="both"/>
      </w:pPr>
      <w:r>
        <w:rPr>
          <w:rFonts w:ascii="Georgia" w:hAnsi="Georgia"/>
          <w:b w:val="0"/>
          <w:i w:val="0"/>
          <w:color w:val="22201D"/>
          <w:sz w:val="20"/>
        </w:rPr>
        <w:t>"What if one person wants to taste and five people don't?"</w:t>
      </w:r>
    </w:p>
    <w:p>
      <w:pPr>
        <w:spacing w:after="60" w:line="266" w:lineRule="auto"/>
        <w:ind w:firstLine="331"/>
        <w:jc w:val="both"/>
      </w:pPr>
      <w:r>
        <w:rPr>
          <w:rFonts w:ascii="Georgia" w:hAnsi="Georgia"/>
          <w:b w:val="0"/>
          <w:i w:val="0"/>
          <w:color w:val="22201D"/>
          <w:sz w:val="20"/>
        </w:rPr>
        <w:t>"Then one person tastes under limit and five people eat dinner without becoming an audience."</w:t>
      </w:r>
    </w:p>
    <w:p>
      <w:pPr>
        <w:spacing w:after="60" w:line="266" w:lineRule="auto"/>
        <w:ind w:firstLine="331"/>
        <w:jc w:val="both"/>
      </w:pPr>
      <w:r>
        <w:rPr>
          <w:rFonts w:ascii="Georgia" w:hAnsi="Georgia"/>
          <w:b w:val="0"/>
          <w:i w:val="0"/>
          <w:color w:val="22201D"/>
          <w:sz w:val="20"/>
        </w:rPr>
        <w:t>"What if no one wants to taste?"</w:t>
      </w:r>
    </w:p>
    <w:p>
      <w:pPr>
        <w:spacing w:after="60" w:line="266" w:lineRule="auto"/>
        <w:ind w:firstLine="331"/>
        <w:jc w:val="both"/>
      </w:pPr>
      <w:r>
        <w:rPr>
          <w:rFonts w:ascii="Georgia" w:hAnsi="Georgia"/>
          <w:b w:val="0"/>
          <w:i w:val="0"/>
          <w:color w:val="22201D"/>
          <w:sz w:val="20"/>
        </w:rPr>
        <w:t>Gerald looked at the card.</w:t>
      </w:r>
    </w:p>
    <w:p>
      <w:pPr>
        <w:spacing w:after="60" w:line="266" w:lineRule="auto"/>
        <w:ind w:firstLine="331"/>
        <w:jc w:val="both"/>
      </w:pPr>
      <w:r>
        <w:rPr>
          <w:rFonts w:ascii="Georgia" w:hAnsi="Georgia"/>
          <w:b w:val="0"/>
          <w:i w:val="0"/>
          <w:color w:val="22201D"/>
          <w:sz w:val="20"/>
        </w:rPr>
        <w:t>"Then the sauce has been successfully offered."</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OFFER DOES NOT REQUIRE CONSUMPTION</w:t>
      </w:r>
    </w:p>
    <w:p>
      <w:pPr>
        <w:spacing w:after="60" w:line="266" w:lineRule="auto"/>
        <w:ind w:firstLine="331"/>
        <w:jc w:val="both"/>
      </w:pPr>
      <w:r>
        <w:rPr>
          <w:rFonts w:ascii="Georgia" w:hAnsi="Georgia"/>
          <w:b w:val="0"/>
          <w:i w:val="0"/>
          <w:color w:val="22201D"/>
          <w:sz w:val="20"/>
        </w:rPr>
        <w:t>Flocc sat down in the nearest chair by accident.</w:t>
      </w:r>
    </w:p>
    <w:p>
      <w:pPr>
        <w:spacing w:after="60" w:line="266" w:lineRule="auto"/>
        <w:ind w:firstLine="331"/>
        <w:jc w:val="both"/>
      </w:pPr>
      <w:r>
        <w:rPr>
          <w:rFonts w:ascii="Georgia" w:hAnsi="Georgia"/>
          <w:b w:val="0"/>
          <w:i w:val="0"/>
          <w:color w:val="22201D"/>
          <w:sz w:val="20"/>
        </w:rPr>
        <w:t>The chair accepted him.</w:t>
      </w:r>
    </w:p>
    <w:p>
      <w:pPr>
        <w:spacing w:after="60" w:line="266" w:lineRule="auto"/>
        <w:ind w:firstLine="331"/>
        <w:jc w:val="both"/>
      </w:pPr>
      <w:r>
        <w:rPr>
          <w:rFonts w:ascii="Georgia" w:hAnsi="Georgia"/>
          <w:b w:val="0"/>
          <w:i w:val="0"/>
          <w:color w:val="22201D"/>
          <w:sz w:val="20"/>
        </w:rPr>
        <w:t>He stood immediately.</w:t>
      </w:r>
    </w:p>
    <w:p>
      <w:pPr>
        <w:spacing w:after="60" w:line="266" w:lineRule="auto"/>
        <w:ind w:firstLine="331"/>
        <w:jc w:val="both"/>
      </w:pPr>
      <w:r>
        <w:rPr>
          <w:rFonts w:ascii="Georgia" w:hAnsi="Georgia"/>
          <w:b w:val="0"/>
          <w:i w:val="0"/>
          <w:color w:val="22201D"/>
          <w:sz w:val="20"/>
        </w:rPr>
        <w:t>"I did not consent to chair service."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CHAIR SERVICE RECORDED AS ACCIDENTAL</w:t>
      </w:r>
    </w:p>
    <w:p>
      <w:pPr>
        <w:spacing w:after="60" w:line="266" w:lineRule="auto"/>
        <w:ind w:firstLine="331"/>
        <w:jc w:val="both"/>
      </w:pPr>
      <w:r>
        <w:rPr>
          <w:rFonts w:ascii="Georgia" w:hAnsi="Georgia"/>
          <w:b w:val="0"/>
          <w:i w:val="0"/>
          <w:color w:val="22201D"/>
          <w:sz w:val="20"/>
        </w:rPr>
        <w:t>The table card remained unfinished.</w:t>
      </w:r>
    </w:p>
    <w:p>
      <w:pPr>
        <w:spacing w:after="60" w:line="266" w:lineRule="auto"/>
        <w:ind w:firstLine="331"/>
        <w:jc w:val="both"/>
      </w:pPr>
      <w:r>
        <w:rPr>
          <w:rFonts w:ascii="Georgia" w:hAnsi="Georgia"/>
          <w:b w:val="0"/>
          <w:i w:val="0"/>
          <w:color w:val="22201D"/>
          <w:sz w:val="20"/>
        </w:rPr>
        <w:t>The ENOUGH FOR TABLE section now contained a heading and several service quantities, but its lower half remained blank.</w:t>
      </w:r>
    </w:p>
    <w:p>
      <w:pPr>
        <w:spacing w:after="60" w:line="266" w:lineRule="auto"/>
        <w:ind w:firstLine="331"/>
        <w:jc w:val="both"/>
      </w:pPr>
      <w:r>
        <w:rPr>
          <w:rFonts w:ascii="Georgia" w:hAnsi="Georgia"/>
          <w:b w:val="0"/>
          <w:i w:val="0"/>
          <w:color w:val="22201D"/>
          <w:sz w:val="20"/>
        </w:rPr>
        <w:t>The signed waiver rustled again. The SELLER box darkened.</w:t>
      </w:r>
    </w:p>
    <w:p>
      <w:pPr>
        <w:spacing w:after="60" w:line="266" w:lineRule="auto"/>
        <w:ind w:firstLine="331"/>
        <w:jc w:val="both"/>
      </w:pPr>
      <w:r>
        <w:rPr>
          <w:rFonts w:ascii="Georgia" w:hAnsi="Georgia"/>
          <w:b w:val="0"/>
          <w:i w:val="0"/>
          <w:color w:val="22201D"/>
          <w:sz w:val="20"/>
        </w:rPr>
        <w:t>Flocc sighed.</w:t>
      </w:r>
    </w:p>
    <w:p>
      <w:pPr>
        <w:spacing w:after="60" w:line="266" w:lineRule="auto"/>
        <w:ind w:firstLine="331"/>
        <w:jc w:val="both"/>
      </w:pPr>
      <w:r>
        <w:rPr>
          <w:rFonts w:ascii="Georgia" w:hAnsi="Georgia"/>
          <w:b w:val="0"/>
          <w:i w:val="0"/>
          <w:color w:val="22201D"/>
          <w:sz w:val="20"/>
        </w:rPr>
        <w:t>"That's me."</w:t>
      </w:r>
    </w:p>
    <w:p>
      <w:pPr>
        <w:spacing w:after="60" w:line="266" w:lineRule="auto"/>
        <w:ind w:firstLine="331"/>
        <w:jc w:val="both"/>
      </w:pPr>
      <w:r>
        <w:rPr>
          <w:rFonts w:ascii="Georgia" w:hAnsi="Georgia"/>
          <w:b w:val="0"/>
          <w:i w:val="0"/>
          <w:color w:val="22201D"/>
          <w:sz w:val="20"/>
        </w:rPr>
        <w:t>Gerald handed him the pencil he had rejected earlier.</w:t>
      </w:r>
    </w:p>
    <w:p>
      <w:pPr>
        <w:spacing w:after="60" w:line="266" w:lineRule="auto"/>
        <w:ind w:firstLine="331"/>
        <w:jc w:val="both"/>
      </w:pPr>
      <w:r>
        <w:rPr>
          <w:rFonts w:ascii="Georgia" w:hAnsi="Georgia"/>
          <w:b w:val="0"/>
          <w:i w:val="0"/>
          <w:color w:val="22201D"/>
          <w:sz w:val="20"/>
        </w:rPr>
        <w:t>"For calculation only. Not signature."</w:t>
      </w:r>
    </w:p>
    <w:p>
      <w:pPr>
        <w:spacing w:after="60" w:line="266" w:lineRule="auto"/>
        <w:ind w:firstLine="331"/>
        <w:jc w:val="both"/>
      </w:pPr>
      <w:r>
        <w:rPr>
          <w:rFonts w:ascii="Georgia" w:hAnsi="Georgia"/>
          <w:b w:val="0"/>
          <w:i w:val="0"/>
          <w:color w:val="22201D"/>
          <w:sz w:val="20"/>
        </w:rPr>
        <w:t>Flocc took it carefully.</w:t>
      </w:r>
    </w:p>
    <w:p>
      <w:pPr>
        <w:spacing w:after="60" w:line="266" w:lineRule="auto"/>
        <w:ind w:firstLine="331"/>
        <w:jc w:val="both"/>
      </w:pPr>
      <w:r>
        <w:rPr>
          <w:rFonts w:ascii="Georgia" w:hAnsi="Georgia"/>
          <w:b w:val="0"/>
          <w:i w:val="0"/>
          <w:color w:val="22201D"/>
          <w:sz w:val="20"/>
        </w:rPr>
        <w:t>"What does the seller calculate?"</w:t>
      </w:r>
    </w:p>
    <w:p>
      <w:pPr>
        <w:spacing w:after="60" w:line="266" w:lineRule="auto"/>
        <w:ind w:firstLine="331"/>
        <w:jc w:val="both"/>
      </w:pPr>
      <w:r>
        <w:rPr>
          <w:rFonts w:ascii="Georgia" w:hAnsi="Georgia"/>
          <w:b w:val="0"/>
          <w:i w:val="0"/>
          <w:color w:val="22201D"/>
          <w:sz w:val="20"/>
        </w:rPr>
        <w:t>"Access pressure."</w:t>
      </w:r>
    </w:p>
    <w:p>
      <w:pPr>
        <w:spacing w:after="60" w:line="266" w:lineRule="auto"/>
        <w:ind w:firstLine="331"/>
        <w:jc w:val="both"/>
      </w:pPr>
      <w:r>
        <w:rPr>
          <w:rFonts w:ascii="Georgia" w:hAnsi="Georgia"/>
          <w:b w:val="0"/>
          <w:i w:val="0"/>
          <w:color w:val="22201D"/>
          <w:sz w:val="20"/>
        </w:rPr>
        <w:t>"I hate that phrase."</w:t>
      </w:r>
    </w:p>
    <w:p>
      <w:pPr>
        <w:spacing w:after="60" w:line="266" w:lineRule="auto"/>
        <w:ind w:firstLine="331"/>
        <w:jc w:val="both"/>
      </w:pPr>
      <w:r>
        <w:rPr>
          <w:rFonts w:ascii="Georgia" w:hAnsi="Georgia"/>
          <w:b w:val="0"/>
          <w:i w:val="0"/>
          <w:color w:val="22201D"/>
          <w:sz w:val="20"/>
        </w:rPr>
        <w:t>"You should."</w:t>
      </w:r>
    </w:p>
    <w:p>
      <w:pPr>
        <w:spacing w:after="60" w:line="266" w:lineRule="auto"/>
        <w:ind w:firstLine="331"/>
        <w:jc w:val="both"/>
      </w:pPr>
      <w:r>
        <w:rPr>
          <w:rFonts w:ascii="Georgia" w:hAnsi="Georgia"/>
          <w:b w:val="0"/>
          <w:i w:val="0"/>
          <w:color w:val="22201D"/>
          <w:sz w:val="20"/>
        </w:rPr>
        <w:t>Flocc looked at the table.</w:t>
      </w:r>
    </w:p>
    <w:p>
      <w:pPr>
        <w:spacing w:after="60" w:line="266" w:lineRule="auto"/>
        <w:ind w:firstLine="331"/>
        <w:jc w:val="both"/>
      </w:pPr>
      <w:r>
        <w:rPr>
          <w:rFonts w:ascii="Georgia" w:hAnsi="Georgia"/>
          <w:b w:val="0"/>
          <w:i w:val="0"/>
          <w:color w:val="22201D"/>
          <w:sz w:val="20"/>
        </w:rPr>
        <w:t>"If there is only one condiment caddy, the first person who reaches for it controls the whole table."</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SELLER OBSERVATION RECORDED</w:t>
      </w:r>
    </w:p>
    <w:p>
      <w:pPr>
        <w:spacing w:after="60" w:line="266" w:lineRule="auto"/>
        <w:ind w:firstLine="331"/>
        <w:jc w:val="both"/>
      </w:pPr>
      <w:r>
        <w:rPr>
          <w:rFonts w:ascii="Georgia" w:hAnsi="Georgia"/>
          <w:b w:val="0"/>
          <w:i w:val="0"/>
          <w:color w:val="22201D"/>
          <w:sz w:val="20"/>
        </w:rPr>
        <w:t>Flocc continued.</w:t>
      </w:r>
    </w:p>
    <w:p>
      <w:pPr>
        <w:spacing w:after="60" w:line="266" w:lineRule="auto"/>
        <w:ind w:firstLine="331"/>
        <w:jc w:val="both"/>
      </w:pPr>
      <w:r>
        <w:rPr>
          <w:rFonts w:ascii="Georgia" w:hAnsi="Georgia"/>
          <w:b w:val="0"/>
          <w:i w:val="0"/>
          <w:color w:val="22201D"/>
          <w:sz w:val="20"/>
        </w:rPr>
        <w:t>"If the sauce sits in the center, people can watch who refuses it."</w:t>
      </w:r>
    </w:p>
    <w:p>
      <w:pPr>
        <w:spacing w:after="60" w:line="250" w:lineRule="auto"/>
        <w:ind w:left="202" w:right="173"/>
      </w:pPr>
      <w:r>
        <w:rPr>
          <w:rFonts w:ascii="Georgia" w:hAnsi="Georgia"/>
          <w:b w:val="0"/>
          <w:i w:val="0"/>
          <w:color w:val="22201D"/>
          <w:sz w:val="17"/>
        </w:rPr>
        <w:t>SELLER OBSERVATION RECORDED</w:t>
      </w:r>
    </w:p>
    <w:p>
      <w:pPr>
        <w:spacing w:after="60" w:line="266" w:lineRule="auto"/>
        <w:ind w:firstLine="331"/>
        <w:jc w:val="both"/>
      </w:pPr>
      <w:r>
        <w:rPr>
          <w:rFonts w:ascii="Georgia" w:hAnsi="Georgia"/>
          <w:b w:val="0"/>
          <w:i w:val="0"/>
          <w:color w:val="22201D"/>
          <w:sz w:val="20"/>
        </w:rPr>
        <w:t>"If the warning card is only in the center, people at the ends may pretend they cannot read it."</w:t>
      </w:r>
    </w:p>
    <w:p>
      <w:pPr>
        <w:spacing w:after="60" w:line="250" w:lineRule="auto"/>
        <w:ind w:left="202" w:right="173"/>
      </w:pPr>
      <w:r>
        <w:rPr>
          <w:rFonts w:ascii="Georgia" w:hAnsi="Georgia"/>
          <w:b w:val="0"/>
          <w:i w:val="0"/>
          <w:color w:val="22201D"/>
          <w:sz w:val="17"/>
        </w:rPr>
        <w:t>SELLER OBSERVATION RECORDED</w:t>
      </w:r>
    </w:p>
    <w:p>
      <w:pPr>
        <w:spacing w:after="60" w:line="266" w:lineRule="auto"/>
        <w:ind w:firstLine="331"/>
        <w:jc w:val="both"/>
      </w:pPr>
      <w:r>
        <w:rPr>
          <w:rFonts w:ascii="Georgia" w:hAnsi="Georgia"/>
          <w:b w:val="0"/>
          <w:i w:val="0"/>
          <w:color w:val="22201D"/>
          <w:sz w:val="20"/>
        </w:rPr>
        <w:t>"If there is one spoon, everyone becomes disgusting."</w:t>
      </w:r>
    </w:p>
    <w:p>
      <w:pPr>
        <w:spacing w:after="60" w:line="250" w:lineRule="auto"/>
        <w:ind w:left="202" w:right="173"/>
      </w:pPr>
      <w:r>
        <w:rPr>
          <w:rFonts w:ascii="Georgia" w:hAnsi="Georgia"/>
          <w:b w:val="0"/>
          <w:i w:val="0"/>
          <w:color w:val="22201D"/>
          <w:sz w:val="17"/>
        </w:rPr>
        <w:t>SELLER OBSERVATION RECORDED WITH EMPHASIS</w:t>
      </w:r>
    </w:p>
    <w:p>
      <w:pPr>
        <w:spacing w:after="60" w:line="266" w:lineRule="auto"/>
        <w:ind w:firstLine="331"/>
        <w:jc w:val="both"/>
      </w:pPr>
      <w:r>
        <w:rPr>
          <w:rFonts w:ascii="Georgia" w:hAnsi="Georgia"/>
          <w:b w:val="0"/>
          <w:i w:val="0"/>
          <w:color w:val="22201D"/>
          <w:sz w:val="20"/>
        </w:rPr>
        <w:t>Flocc warmed to the horror.</w:t>
      </w:r>
    </w:p>
    <w:p>
      <w:pPr>
        <w:spacing w:after="60" w:line="266" w:lineRule="auto"/>
        <w:ind w:firstLine="331"/>
        <w:jc w:val="both"/>
      </w:pPr>
      <w:r>
        <w:rPr>
          <w:rFonts w:ascii="Georgia" w:hAnsi="Georgia"/>
          <w:b w:val="0"/>
          <w:i w:val="0"/>
          <w:color w:val="22201D"/>
          <w:sz w:val="20"/>
        </w:rPr>
        <w:t>"If the bottle is pretty, the table may treat it like decoration and forget it is an instruction."</w:t>
      </w:r>
    </w:p>
    <w:p>
      <w:pPr>
        <w:spacing w:after="60" w:line="250" w:lineRule="auto"/>
        <w:ind w:left="202" w:right="173"/>
      </w:pPr>
      <w:r>
        <w:rPr>
          <w:rFonts w:ascii="Georgia" w:hAnsi="Georgia"/>
          <w:b w:val="0"/>
          <w:i w:val="0"/>
          <w:color w:val="22201D"/>
          <w:sz w:val="17"/>
        </w:rPr>
        <w:t>SELLER OBSERVATION RECORDED</w:t>
      </w:r>
    </w:p>
    <w:p>
      <w:pPr>
        <w:spacing w:after="60" w:line="266" w:lineRule="auto"/>
        <w:ind w:firstLine="331"/>
        <w:jc w:val="both"/>
      </w:pPr>
      <w:r>
        <w:rPr>
          <w:rFonts w:ascii="Georgia" w:hAnsi="Georgia"/>
          <w:b w:val="0"/>
          <w:i w:val="0"/>
          <w:color w:val="22201D"/>
          <w:sz w:val="20"/>
        </w:rPr>
        <w:t>"If there is not enough bread, the fastest person gets relief first."</w:t>
      </w:r>
    </w:p>
    <w:p>
      <w:pPr>
        <w:spacing w:after="60" w:line="250" w:lineRule="auto"/>
        <w:ind w:left="202" w:right="173"/>
      </w:pPr>
      <w:r>
        <w:rPr>
          <w:rFonts w:ascii="Georgia" w:hAnsi="Georgia"/>
          <w:b w:val="0"/>
          <w:i w:val="0"/>
          <w:color w:val="22201D"/>
          <w:sz w:val="17"/>
        </w:rPr>
        <w:t>SELLER OBSERVATION RECORDED</w:t>
      </w:r>
    </w:p>
    <w:p>
      <w:pPr>
        <w:spacing w:after="60" w:line="266" w:lineRule="auto"/>
        <w:ind w:firstLine="331"/>
        <w:jc w:val="both"/>
      </w:pPr>
      <w:r>
        <w:rPr>
          <w:rFonts w:ascii="Georgia" w:hAnsi="Georgia"/>
          <w:b w:val="0"/>
          <w:i w:val="0"/>
          <w:color w:val="22201D"/>
          <w:sz w:val="20"/>
        </w:rPr>
        <w:t>"If there is not enough water, people negotiate with heat in their mouths."</w:t>
      </w:r>
    </w:p>
    <w:p>
      <w:pPr>
        <w:spacing w:after="60" w:line="266" w:lineRule="auto"/>
        <w:ind w:firstLine="331"/>
        <w:jc w:val="both"/>
      </w:pPr>
      <w:r>
        <w:rPr>
          <w:rFonts w:ascii="Georgia" w:hAnsi="Georgia"/>
          <w:b w:val="0"/>
          <w:i w:val="0"/>
          <w:color w:val="22201D"/>
          <w:sz w:val="20"/>
        </w:rPr>
        <w:t>Gerald said, "That is not negotiation. That is emergency comedy."</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EMERGENCY COMEDY PROHIBITED</w:t>
      </w:r>
    </w:p>
    <w:p>
      <w:pPr>
        <w:spacing w:after="60" w:line="266" w:lineRule="auto"/>
        <w:ind w:firstLine="331"/>
        <w:jc w:val="both"/>
      </w:pPr>
      <w:r>
        <w:rPr>
          <w:rFonts w:ascii="Georgia" w:hAnsi="Georgia"/>
          <w:b w:val="0"/>
          <w:i w:val="0"/>
          <w:color w:val="22201D"/>
          <w:sz w:val="20"/>
        </w:rPr>
        <w:t>Flocc wrote in the service section:</w:t>
      </w:r>
    </w:p>
    <w:p>
      <w:pPr>
        <w:spacing w:after="60" w:line="250" w:lineRule="auto"/>
        <w:ind w:left="202" w:right="173"/>
      </w:pPr>
      <w:r>
        <w:rPr>
          <w:rFonts w:ascii="Georgia" w:hAnsi="Georgia"/>
          <w:b w:val="0"/>
          <w:i w:val="0"/>
          <w:color w:val="22201D"/>
          <w:sz w:val="17"/>
        </w:rPr>
        <w:t>Table placement: warning cards at both ends and center condiment remains with server until readback no central dare bottle each taster receives own spoon cooling portions distributed before sample server may remove condiment without vote</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IMPROVED.</w:t>
      </w:r>
    </w:p>
    <w:p>
      <w:pPr>
        <w:spacing w:after="60" w:line="266" w:lineRule="auto"/>
        <w:ind w:firstLine="331"/>
        <w:jc w:val="both"/>
      </w:pPr>
      <w:r>
        <w:rPr>
          <w:rFonts w:ascii="Georgia" w:hAnsi="Georgia"/>
          <w:b w:val="0"/>
          <w:i w:val="0"/>
          <w:color w:val="22201D"/>
          <w:sz w:val="20"/>
        </w:rPr>
        <w:t>Nico watched Flocc with surprise.</w:t>
      </w:r>
    </w:p>
    <w:p>
      <w:pPr>
        <w:spacing w:after="60" w:line="266" w:lineRule="auto"/>
        <w:ind w:firstLine="331"/>
        <w:jc w:val="both"/>
      </w:pPr>
      <w:r>
        <w:rPr>
          <w:rFonts w:ascii="Georgia" w:hAnsi="Georgia"/>
          <w:b w:val="0"/>
          <w:i w:val="0"/>
          <w:color w:val="22201D"/>
          <w:sz w:val="20"/>
        </w:rPr>
        <w:t>"You're good at imagining failure."</w:t>
      </w:r>
    </w:p>
    <w:p>
      <w:pPr>
        <w:spacing w:after="60" w:line="266" w:lineRule="auto"/>
        <w:ind w:firstLine="331"/>
        <w:jc w:val="both"/>
      </w:pPr>
      <w:r>
        <w:rPr>
          <w:rFonts w:ascii="Georgia" w:hAnsi="Georgia"/>
          <w:b w:val="0"/>
          <w:i w:val="0"/>
          <w:color w:val="22201D"/>
          <w:sz w:val="20"/>
        </w:rPr>
        <w:t>Flocc put down the pencil.</w:t>
      </w:r>
    </w:p>
    <w:p>
      <w:pPr>
        <w:spacing w:after="60" w:line="266" w:lineRule="auto"/>
        <w:ind w:firstLine="331"/>
        <w:jc w:val="both"/>
      </w:pPr>
      <w:r>
        <w:rPr>
          <w:rFonts w:ascii="Georgia" w:hAnsi="Georgia"/>
          <w:b w:val="0"/>
          <w:i w:val="0"/>
          <w:color w:val="22201D"/>
          <w:sz w:val="20"/>
        </w:rPr>
        <w:t>"Retail."</w:t>
      </w:r>
    </w:p>
    <w:p>
      <w:pPr>
        <w:spacing w:after="60" w:line="266" w:lineRule="auto"/>
        <w:ind w:firstLine="331"/>
        <w:jc w:val="both"/>
      </w:pPr>
      <w:r>
        <w:rPr>
          <w:rFonts w:ascii="Georgia" w:hAnsi="Georgia"/>
          <w:b w:val="0"/>
          <w:i w:val="0"/>
          <w:color w:val="22201D"/>
          <w:sz w:val="20"/>
        </w:rPr>
        <w:t>The signed waiver rustled a third time. The TASTER box darkened.</w:t>
      </w:r>
    </w:p>
    <w:p>
      <w:pPr>
        <w:spacing w:after="60" w:line="266" w:lineRule="auto"/>
        <w:ind w:firstLine="331"/>
        <w:jc w:val="both"/>
      </w:pPr>
      <w:r>
        <w:rPr>
          <w:rFonts w:ascii="Georgia" w:hAnsi="Georgia"/>
          <w:b w:val="0"/>
          <w:i w:val="0"/>
          <w:color w:val="22201D"/>
          <w:sz w:val="20"/>
        </w:rPr>
        <w:t>Nico took one of the reader cards the table had not yet printed.</w:t>
      </w:r>
    </w:p>
    <w:p>
      <w:pPr>
        <w:spacing w:after="60" w:line="266" w:lineRule="auto"/>
        <w:ind w:firstLine="331"/>
        <w:jc w:val="both"/>
      </w:pPr>
      <w:r>
        <w:rPr>
          <w:rFonts w:ascii="Georgia" w:hAnsi="Georgia"/>
          <w:b w:val="0"/>
          <w:i w:val="0"/>
          <w:color w:val="22201D"/>
          <w:sz w:val="20"/>
        </w:rPr>
        <w:t>It was blank.</w:t>
      </w:r>
    </w:p>
    <w:p>
      <w:pPr>
        <w:spacing w:after="60" w:line="266" w:lineRule="auto"/>
        <w:ind w:firstLine="331"/>
        <w:jc w:val="both"/>
      </w:pPr>
      <w:r>
        <w:rPr>
          <w:rFonts w:ascii="Georgia" w:hAnsi="Georgia"/>
          <w:b w:val="0"/>
          <w:i w:val="0"/>
          <w:color w:val="22201D"/>
          <w:sz w:val="20"/>
        </w:rPr>
        <w:t>"Do I write what tasters need?"</w:t>
      </w:r>
    </w:p>
    <w:p>
      <w:pPr>
        <w:spacing w:after="60" w:line="266" w:lineRule="auto"/>
        <w:ind w:firstLine="331"/>
        <w:jc w:val="both"/>
      </w:pPr>
      <w:r>
        <w:rPr>
          <w:rFonts w:ascii="Georgia" w:hAnsi="Georgia"/>
          <w:b w:val="0"/>
          <w:i w:val="0"/>
          <w:color w:val="22201D"/>
          <w:sz w:val="20"/>
        </w:rPr>
        <w:t>"Write what you would need if you were not trying to impress anyone," Gerald said.</w:t>
      </w:r>
    </w:p>
    <w:p>
      <w:pPr>
        <w:spacing w:after="60" w:line="266" w:lineRule="auto"/>
        <w:ind w:firstLine="331"/>
        <w:jc w:val="both"/>
      </w:pPr>
      <w:r>
        <w:rPr>
          <w:rFonts w:ascii="Georgia" w:hAnsi="Georgia"/>
          <w:b w:val="0"/>
          <w:i w:val="0"/>
          <w:color w:val="22201D"/>
          <w:sz w:val="20"/>
        </w:rPr>
        <w:t>Nico looked at the six empty chairs.</w:t>
      </w:r>
    </w:p>
    <w:p>
      <w:pPr>
        <w:spacing w:after="60" w:line="266" w:lineRule="auto"/>
        <w:ind w:firstLine="331"/>
        <w:jc w:val="both"/>
      </w:pPr>
      <w:r>
        <w:rPr>
          <w:rFonts w:ascii="Georgia" w:hAnsi="Georgia"/>
          <w:b w:val="0"/>
          <w:i w:val="0"/>
          <w:color w:val="22201D"/>
          <w:sz w:val="20"/>
        </w:rPr>
        <w:t>This took longer than anyone expected.</w:t>
      </w:r>
    </w:p>
    <w:p>
      <w:pPr>
        <w:spacing w:after="60" w:line="266" w:lineRule="auto"/>
        <w:ind w:firstLine="331"/>
        <w:jc w:val="both"/>
      </w:pPr>
      <w:r>
        <w:rPr>
          <w:rFonts w:ascii="Georgia" w:hAnsi="Georgia"/>
          <w:b w:val="0"/>
          <w:i w:val="0"/>
          <w:color w:val="22201D"/>
          <w:sz w:val="20"/>
        </w:rPr>
        <w:t>Finally he wrote:</w:t>
      </w:r>
    </w:p>
    <w:p>
      <w:pPr>
        <w:spacing w:after="60" w:line="250" w:lineRule="auto"/>
        <w:ind w:left="202" w:right="173"/>
      </w:pPr>
      <w:r>
        <w:rPr>
          <w:rFonts w:ascii="Georgia" w:hAnsi="Georgia"/>
          <w:b w:val="0"/>
          <w:i w:val="0"/>
          <w:color w:val="22201D"/>
          <w:sz w:val="17"/>
        </w:rPr>
        <w:t>Taster needs: time to read without audience plain answer to how hot permission to stop after smell permission to stop after first drop visible cooling before heat no second sample offered early accurate way to say too much</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IMPROVED.</w:t>
      </w:r>
    </w:p>
    <w:p>
      <w:pPr>
        <w:spacing w:after="60" w:line="266" w:lineRule="auto"/>
        <w:ind w:firstLine="331"/>
        <w:jc w:val="both"/>
      </w:pPr>
      <w:r>
        <w:rPr>
          <w:rFonts w:ascii="Georgia" w:hAnsi="Georgia"/>
          <w:b w:val="0"/>
          <w:i w:val="0"/>
          <w:color w:val="22201D"/>
          <w:sz w:val="20"/>
        </w:rPr>
        <w:t>Nico looked up.</w:t>
      </w:r>
    </w:p>
    <w:p>
      <w:pPr>
        <w:spacing w:after="60" w:line="266" w:lineRule="auto"/>
        <w:ind w:firstLine="331"/>
        <w:jc w:val="both"/>
      </w:pPr>
      <w:r>
        <w:rPr>
          <w:rFonts w:ascii="Georgia" w:hAnsi="Georgia"/>
          <w:b w:val="0"/>
          <w:i w:val="0"/>
          <w:color w:val="22201D"/>
          <w:sz w:val="20"/>
        </w:rPr>
        <w:t>"Accurate way to say too much matters."</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"Because 'I can't handle it' is not the same sentence as 'you lied.'"</w:t>
      </w:r>
    </w:p>
    <w:p>
      <w:pPr>
        <w:spacing w:after="60" w:line="266" w:lineRule="auto"/>
        <w:ind w:firstLine="331"/>
        <w:jc w:val="both"/>
      </w:pPr>
      <w:r>
        <w:rPr>
          <w:rFonts w:ascii="Georgia" w:hAnsi="Georgia"/>
          <w:b w:val="0"/>
          <w:i w:val="0"/>
          <w:color w:val="22201D"/>
          <w:sz w:val="20"/>
        </w:rPr>
        <w:t>Gerald added:</w:t>
      </w:r>
    </w:p>
    <w:p>
      <w:pPr>
        <w:spacing w:after="60" w:line="250" w:lineRule="auto"/>
        <w:ind w:left="202" w:right="173"/>
      </w:pPr>
      <w:r>
        <w:rPr>
          <w:rFonts w:ascii="Georgia" w:hAnsi="Georgia"/>
          <w:b w:val="0"/>
          <w:i w:val="0"/>
          <w:color w:val="22201D"/>
          <w:sz w:val="17"/>
        </w:rPr>
        <w:t>Response phrase: That is enough heat for me.</w:t>
      </w:r>
    </w:p>
    <w:p>
      <w:pPr>
        <w:spacing w:after="60" w:line="266" w:lineRule="auto"/>
        <w:ind w:firstLine="331"/>
        <w:jc w:val="both"/>
      </w:pPr>
      <w:r>
        <w:rPr>
          <w:rFonts w:ascii="Georgia" w:hAnsi="Georgia"/>
          <w:b w:val="0"/>
          <w:i w:val="0"/>
          <w:color w:val="22201D"/>
          <w:sz w:val="20"/>
        </w:rPr>
        <w:t>The table card printed it six times, once for each possible place setting.</w:t>
      </w:r>
    </w:p>
    <w:p>
      <w:pPr>
        <w:spacing w:after="60" w:line="250" w:lineRule="auto"/>
        <w:ind w:left="202" w:right="173"/>
      </w:pPr>
      <w:r>
        <w:rPr>
          <w:rFonts w:ascii="Georgia" w:hAnsi="Georgia"/>
          <w:b w:val="0"/>
          <w:i w:val="0"/>
          <w:color w:val="22201D"/>
          <w:sz w:val="17"/>
        </w:rPr>
        <w:t>That is enough heat for me. That is enough heat for me. That is enough heat for me. That is enough heat for me. That is enough heat for me. That is enough heat for me.</w:t>
      </w:r>
    </w:p>
    <w:p>
      <w:pPr>
        <w:spacing w:after="60" w:line="266" w:lineRule="auto"/>
        <w:ind w:firstLine="331"/>
        <w:jc w:val="both"/>
      </w:pPr>
      <w:r>
        <w:rPr>
          <w:rFonts w:ascii="Georgia" w:hAnsi="Georgia"/>
          <w:b w:val="0"/>
          <w:i w:val="0"/>
          <w:color w:val="22201D"/>
          <w:sz w:val="20"/>
        </w:rPr>
        <w:t>The room became less sharp.</w:t>
      </w:r>
    </w:p>
    <w:p>
      <w:pPr>
        <w:spacing w:after="60" w:line="266" w:lineRule="auto"/>
        <w:ind w:firstLine="331"/>
        <w:jc w:val="both"/>
      </w:pPr>
      <w:r>
        <w:rPr>
          <w:rFonts w:ascii="Georgia" w:hAnsi="Georgia"/>
          <w:b w:val="0"/>
          <w:i w:val="0"/>
          <w:color w:val="22201D"/>
          <w:sz w:val="20"/>
        </w:rPr>
        <w:t>Not safer by magic.</w:t>
      </w:r>
    </w:p>
    <w:p>
      <w:pPr>
        <w:spacing w:after="60" w:line="266" w:lineRule="auto"/>
        <w:ind w:firstLine="331"/>
        <w:jc w:val="both"/>
      </w:pPr>
      <w:r>
        <w:rPr>
          <w:rFonts w:ascii="Georgia" w:hAnsi="Georgia"/>
          <w:b w:val="0"/>
          <w:i w:val="0"/>
          <w:color w:val="22201D"/>
          <w:sz w:val="20"/>
        </w:rPr>
        <w:t>Safer by script.</w:t>
      </w:r>
    </w:p>
    <w:p>
      <w:pPr>
        <w:spacing w:after="60" w:line="266" w:lineRule="auto"/>
        <w:ind w:firstLine="331"/>
        <w:jc w:val="both"/>
      </w:pPr>
      <w:r>
        <w:rPr>
          <w:rFonts w:ascii="Georgia" w:hAnsi="Georgia"/>
          <w:b w:val="0"/>
          <w:i w:val="0"/>
          <w:color w:val="22201D"/>
          <w:sz w:val="20"/>
        </w:rPr>
        <w:t>The signed waiver rustled one last time. The SAUCE PROCESS box darkened.</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PROCESS QUESTION: Can a table request condiments before sauce is active?</w:t>
      </w:r>
    </w:p>
    <w:p>
      <w:pPr>
        <w:spacing w:after="60" w:line="266" w:lineRule="auto"/>
        <w:ind w:firstLine="331"/>
        <w:jc w:val="both"/>
      </w:pPr>
      <w:r>
        <w:rPr>
          <w:rFonts w:ascii="Georgia" w:hAnsi="Georgia"/>
          <w:b w:val="0"/>
          <w:i w:val="0"/>
          <w:color w:val="22201D"/>
          <w:sz w:val="20"/>
        </w:rPr>
        <w:t>Gerald answered, "Yes."</w:t>
      </w:r>
    </w:p>
    <w:p>
      <w:pPr>
        <w:spacing w:after="60" w:line="250" w:lineRule="auto"/>
        <w:ind w:left="202" w:right="173"/>
      </w:pPr>
      <w:r>
        <w:rPr>
          <w:rFonts w:ascii="Georgia" w:hAnsi="Georgia"/>
          <w:b w:val="0"/>
          <w:i w:val="0"/>
          <w:color w:val="22201D"/>
          <w:sz w:val="17"/>
        </w:rPr>
        <w:t>PROCESS QUESTION: Can condiments be staged without sample authorization?</w:t>
      </w:r>
    </w:p>
    <w:p>
      <w:pPr>
        <w:spacing w:after="60" w:line="266" w:lineRule="auto"/>
        <w:ind w:firstLine="331"/>
        <w:jc w:val="both"/>
      </w:pPr>
      <w:r>
        <w:rPr>
          <w:rFonts w:ascii="Georgia" w:hAnsi="Georgia"/>
          <w:b w:val="0"/>
          <w:i w:val="0"/>
          <w:color w:val="22201D"/>
          <w:sz w:val="20"/>
        </w:rPr>
        <w:t>"Yes."</w:t>
      </w:r>
    </w:p>
    <w:p>
      <w:pPr>
        <w:spacing w:after="60" w:line="250" w:lineRule="auto"/>
        <w:ind w:left="202" w:right="173"/>
      </w:pPr>
      <w:r>
        <w:rPr>
          <w:rFonts w:ascii="Georgia" w:hAnsi="Georgia"/>
          <w:b w:val="0"/>
          <w:i w:val="0"/>
          <w:color w:val="22201D"/>
          <w:sz w:val="17"/>
        </w:rPr>
        <w:t>PROCESS QUESTION: Can staging create pressure to activate?</w:t>
      </w:r>
    </w:p>
    <w:p>
      <w:pPr>
        <w:spacing w:after="60" w:line="266" w:lineRule="auto"/>
        <w:ind w:firstLine="331"/>
        <w:jc w:val="both"/>
      </w:pPr>
      <w:r>
        <w:rPr>
          <w:rFonts w:ascii="Georgia" w:hAnsi="Georgia"/>
          <w:b w:val="0"/>
          <w:i w:val="0"/>
          <w:color w:val="22201D"/>
          <w:sz w:val="20"/>
        </w:rPr>
        <w:t>"Yes."</w:t>
      </w:r>
    </w:p>
    <w:p>
      <w:pPr>
        <w:spacing w:after="60" w:line="250" w:lineRule="auto"/>
        <w:ind w:left="202" w:right="173"/>
      </w:pPr>
      <w:r>
        <w:rPr>
          <w:rFonts w:ascii="Georgia" w:hAnsi="Georgia"/>
          <w:b w:val="0"/>
          <w:i w:val="0"/>
          <w:color w:val="22201D"/>
          <w:sz w:val="17"/>
        </w:rPr>
        <w:t>PROCESS QUESTION: What prevents that pressure?</w:t>
      </w:r>
    </w:p>
    <w:p>
      <w:pPr>
        <w:spacing w:after="60" w:line="266" w:lineRule="auto"/>
        <w:ind w:firstLine="331"/>
        <w:jc w:val="both"/>
      </w:pPr>
      <w:r>
        <w:rPr>
          <w:rFonts w:ascii="Georgia" w:hAnsi="Georgia"/>
          <w:b w:val="0"/>
          <w:i w:val="0"/>
          <w:color w:val="22201D"/>
          <w:sz w:val="20"/>
        </w:rPr>
        <w:t>Gerald took the black pen.</w:t>
      </w:r>
    </w:p>
    <w:p>
      <w:pPr>
        <w:spacing w:after="60" w:line="266" w:lineRule="auto"/>
        <w:ind w:firstLine="331"/>
        <w:jc w:val="both"/>
      </w:pPr>
      <w:r>
        <w:rPr>
          <w:rFonts w:ascii="Georgia" w:hAnsi="Georgia"/>
          <w:b w:val="0"/>
          <w:i w:val="0"/>
          <w:color w:val="22201D"/>
          <w:sz w:val="20"/>
        </w:rPr>
        <w:t>He wrote one sentence across the top of the table card.</w:t>
      </w:r>
    </w:p>
    <w:p>
      <w:pPr>
        <w:spacing w:after="60" w:line="250" w:lineRule="auto"/>
        <w:ind w:left="202" w:right="173"/>
      </w:pPr>
      <w:r>
        <w:rPr>
          <w:rFonts w:ascii="Georgia" w:hAnsi="Georgia"/>
          <w:b w:val="0"/>
          <w:i w:val="0"/>
          <w:color w:val="22201D"/>
          <w:sz w:val="17"/>
        </w:rPr>
        <w:t>SETUP IS NOT SERVICE.</w:t>
      </w:r>
    </w:p>
    <w:p>
      <w:pPr>
        <w:spacing w:after="60" w:line="266" w:lineRule="auto"/>
        <w:ind w:firstLine="331"/>
        <w:jc w:val="both"/>
      </w:pPr>
      <w:r>
        <w:rPr>
          <w:rFonts w:ascii="Georgia" w:hAnsi="Georgia"/>
          <w:b w:val="0"/>
          <w:i w:val="0"/>
          <w:color w:val="22201D"/>
          <w:sz w:val="20"/>
        </w:rPr>
        <w:t>The table card widened again, then stopped. It seemed to consider becoming a poster.</w:t>
      </w:r>
    </w:p>
    <w:p>
      <w:pPr>
        <w:spacing w:after="60" w:line="266" w:lineRule="auto"/>
        <w:ind w:firstLine="331"/>
        <w:jc w:val="both"/>
      </w:pPr>
      <w:r>
        <w:rPr>
          <w:rFonts w:ascii="Georgia" w:hAnsi="Georgia"/>
          <w:b w:val="0"/>
          <w:i w:val="0"/>
          <w:color w:val="22201D"/>
          <w:sz w:val="20"/>
        </w:rPr>
        <w:t>Gerald tapped the top edge.</w:t>
      </w:r>
    </w:p>
    <w:p>
      <w:pPr>
        <w:spacing w:after="60" w:line="266" w:lineRule="auto"/>
        <w:ind w:firstLine="331"/>
        <w:jc w:val="both"/>
      </w:pPr>
      <w:r>
        <w:rPr>
          <w:rFonts w:ascii="Georgia" w:hAnsi="Georgia"/>
          <w:b w:val="0"/>
          <w:i w:val="0"/>
          <w:color w:val="22201D"/>
          <w:sz w:val="20"/>
        </w:rPr>
        <w:t>"Card. Not banner."</w:t>
      </w:r>
    </w:p>
    <w:p>
      <w:pPr>
        <w:spacing w:after="60" w:line="266" w:lineRule="auto"/>
        <w:ind w:firstLine="331"/>
        <w:jc w:val="both"/>
      </w:pPr>
      <w:r>
        <w:rPr>
          <w:rFonts w:ascii="Georgia" w:hAnsi="Georgia"/>
          <w:b w:val="0"/>
          <w:i w:val="0"/>
          <w:color w:val="22201D"/>
          <w:sz w:val="20"/>
        </w:rPr>
        <w:t>The card complied.</w:t>
      </w:r>
    </w:p>
    <w:p>
      <w:pPr>
        <w:spacing w:after="60" w:line="266" w:lineRule="auto"/>
        <w:ind w:firstLine="331"/>
        <w:jc w:val="both"/>
      </w:pPr>
      <w:r>
        <w:rPr>
          <w:rFonts w:ascii="Georgia" w:hAnsi="Georgia"/>
          <w:b w:val="0"/>
          <w:i w:val="0"/>
          <w:color w:val="22201D"/>
          <w:sz w:val="20"/>
        </w:rPr>
        <w:t>The ENOUGH FOR TABLE section completed:</w:t>
      </w:r>
    </w:p>
    <w:p>
      <w:pPr>
        <w:spacing w:after="60" w:line="250" w:lineRule="auto"/>
        <w:ind w:left="202" w:right="173"/>
      </w:pPr>
      <w:r>
        <w:rPr>
          <w:rFonts w:ascii="Georgia" w:hAnsi="Georgia"/>
          <w:b w:val="0"/>
          <w:i w:val="0"/>
          <w:color w:val="22201D"/>
          <w:sz w:val="17"/>
        </w:rPr>
        <w:t>ENOUGH FOR TABLE:  Setup is not service. Six possible tasters require six private choices. Bring enough warning cards for every seat. Bring enough clean spoons for first dose and refusal reset. Bring enough cooling before heat. Bring enough bread, rice, water, and dairy notice. Bring enough server authority to stop. Bring enough dignity for non-tasters. Bring enough time for late heat. Bring enough plain language that nobody has to guess.  Current authorization: sample not active sale not active table setup prepared</w:t>
      </w:r>
    </w:p>
    <w:p>
      <w:pPr>
        <w:spacing w:after="60" w:line="266" w:lineRule="auto"/>
        <w:ind w:firstLine="331"/>
        <w:jc w:val="both"/>
      </w:pPr>
      <w:r>
        <w:rPr>
          <w:rFonts w:ascii="Georgia" w:hAnsi="Georgia"/>
          <w:b w:val="0"/>
          <w:i w:val="0"/>
          <w:color w:val="22201D"/>
          <w:sz w:val="20"/>
        </w:rPr>
        <w:t>Flocc looked at the card.</w:t>
      </w:r>
    </w:p>
    <w:p>
      <w:pPr>
        <w:spacing w:after="60" w:line="266" w:lineRule="auto"/>
        <w:ind w:firstLine="331"/>
        <w:jc w:val="both"/>
      </w:pPr>
      <w:r>
        <w:rPr>
          <w:rFonts w:ascii="Georgia" w:hAnsi="Georgia"/>
          <w:b w:val="0"/>
          <w:i w:val="0"/>
          <w:color w:val="22201D"/>
          <w:sz w:val="20"/>
        </w:rPr>
        <w:t>"Bring enough plain language."</w:t>
      </w:r>
    </w:p>
    <w:p>
      <w:pPr>
        <w:spacing w:after="60" w:line="266" w:lineRule="auto"/>
        <w:ind w:firstLine="331"/>
        <w:jc w:val="both"/>
      </w:pPr>
      <w:r>
        <w:rPr>
          <w:rFonts w:ascii="Georgia" w:hAnsi="Georgia"/>
          <w:b w:val="0"/>
          <w:i w:val="0"/>
          <w:color w:val="22201D"/>
          <w:sz w:val="20"/>
        </w:rPr>
        <w:t>The phrase made the final empty place at the table pull its napkin straighter.</w:t>
      </w:r>
    </w:p>
    <w:p>
      <w:pPr>
        <w:spacing w:after="60" w:line="266" w:lineRule="auto"/>
        <w:ind w:firstLine="331"/>
        <w:jc w:val="both"/>
      </w:pPr>
      <w:r>
        <w:rPr>
          <w:rFonts w:ascii="Georgia" w:hAnsi="Georgia"/>
          <w:b w:val="0"/>
          <w:i w:val="0"/>
          <w:color w:val="22201D"/>
          <w:sz w:val="20"/>
        </w:rPr>
        <w:t>Nico said, "That sounds like the next problem."</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FINAL LABEL DETECTED</w:t>
      </w:r>
    </w:p>
    <w:p>
      <w:pPr>
        <w:spacing w:after="60" w:line="266" w:lineRule="auto"/>
        <w:ind w:firstLine="331"/>
        <w:jc w:val="both"/>
      </w:pPr>
      <w:r>
        <w:rPr>
          <w:rFonts w:ascii="Georgia" w:hAnsi="Georgia"/>
          <w:b w:val="0"/>
          <w:i w:val="0"/>
          <w:color w:val="22201D"/>
          <w:sz w:val="20"/>
        </w:rPr>
        <w:t>The Hostess brought a blank label from the market shelf.</w:t>
      </w:r>
    </w:p>
    <w:p>
      <w:pPr>
        <w:spacing w:after="60" w:line="266" w:lineRule="auto"/>
        <w:ind w:firstLine="331"/>
        <w:jc w:val="both"/>
      </w:pPr>
      <w:r>
        <w:rPr>
          <w:rFonts w:ascii="Georgia" w:hAnsi="Georgia"/>
          <w:b w:val="0"/>
          <w:i w:val="0"/>
          <w:color w:val="22201D"/>
          <w:sz w:val="20"/>
        </w:rPr>
        <w:t>It was not ornate. It did not have pheasant feathers in gold ink. It did not make peach look like dessert or pepper look like a personality test. It was plain white with ruled lines and a box large enough for warning text.</w:t>
      </w:r>
    </w:p>
    <w:p>
      <w:pPr>
        <w:spacing w:after="60" w:line="266" w:lineRule="auto"/>
        <w:ind w:firstLine="331"/>
        <w:jc w:val="both"/>
      </w:pPr>
      <w:r>
        <w:rPr>
          <w:rFonts w:ascii="Georgia" w:hAnsi="Georgia"/>
          <w:b w:val="0"/>
          <w:i w:val="0"/>
          <w:color w:val="22201D"/>
          <w:sz w:val="20"/>
        </w:rPr>
        <w:t>Flocc recoiled.</w:t>
      </w:r>
    </w:p>
    <w:p>
      <w:pPr>
        <w:spacing w:after="60" w:line="266" w:lineRule="auto"/>
        <w:ind w:firstLine="331"/>
        <w:jc w:val="both"/>
      </w:pPr>
      <w:r>
        <w:rPr>
          <w:rFonts w:ascii="Georgia" w:hAnsi="Georgia"/>
          <w:b w:val="0"/>
          <w:i w:val="0"/>
          <w:color w:val="22201D"/>
          <w:sz w:val="20"/>
        </w:rPr>
        <w:t>"That label will not sell itself."</w:t>
      </w:r>
    </w:p>
    <w:p>
      <w:pPr>
        <w:spacing w:after="60" w:line="266" w:lineRule="auto"/>
        <w:ind w:firstLine="331"/>
        <w:jc w:val="both"/>
      </w:pPr>
      <w:r>
        <w:rPr>
          <w:rFonts w:ascii="Georgia" w:hAnsi="Georgia"/>
          <w:b w:val="0"/>
          <w:i w:val="0"/>
          <w:color w:val="22201D"/>
          <w:sz w:val="20"/>
        </w:rPr>
        <w:t>"Good," Gerald said.</w:t>
      </w:r>
    </w:p>
    <w:p>
      <w:pPr>
        <w:spacing w:after="60" w:line="266" w:lineRule="auto"/>
        <w:ind w:firstLine="331"/>
        <w:jc w:val="both"/>
      </w:pPr>
      <w:r>
        <w:rPr>
          <w:rFonts w:ascii="Georgia" w:hAnsi="Georgia"/>
          <w:b w:val="0"/>
          <w:i w:val="0"/>
          <w:color w:val="22201D"/>
          <w:sz w:val="20"/>
        </w:rPr>
        <w:t>"Labels are supposed to attract."</w:t>
      </w:r>
    </w:p>
    <w:p>
      <w:pPr>
        <w:spacing w:after="60" w:line="266" w:lineRule="auto"/>
        <w:ind w:firstLine="331"/>
        <w:jc w:val="both"/>
      </w:pPr>
      <w:r>
        <w:rPr>
          <w:rFonts w:ascii="Georgia" w:hAnsi="Georgia"/>
          <w:b w:val="0"/>
          <w:i w:val="0"/>
          <w:color w:val="22201D"/>
          <w:sz w:val="20"/>
        </w:rPr>
        <w:t>"Warnings are supposed to be understood."</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NEXT REQUIRED ARTIFACT: final label</w:t>
      </w:r>
    </w:p>
    <w:p>
      <w:pPr>
        <w:spacing w:after="60" w:line="266" w:lineRule="auto"/>
        <w:ind w:firstLine="331"/>
        <w:jc w:val="both"/>
      </w:pPr>
      <w:r>
        <w:rPr>
          <w:rFonts w:ascii="Georgia" w:hAnsi="Georgia"/>
          <w:b w:val="0"/>
          <w:i w:val="0"/>
          <w:color w:val="22201D"/>
          <w:sz w:val="20"/>
        </w:rPr>
        <w:t>Nico read the blank label.</w:t>
      </w:r>
    </w:p>
    <w:p>
      <w:pPr>
        <w:spacing w:after="60" w:line="266" w:lineRule="auto"/>
        <w:ind w:firstLine="331"/>
        <w:jc w:val="both"/>
      </w:pPr>
      <w:r>
        <w:rPr>
          <w:rFonts w:ascii="Georgia" w:hAnsi="Georgia"/>
          <w:b w:val="0"/>
          <w:i w:val="0"/>
          <w:color w:val="22201D"/>
          <w:sz w:val="20"/>
        </w:rPr>
        <w:t>"What does plain language cost?"</w:t>
      </w:r>
    </w:p>
    <w:p>
      <w:pPr>
        <w:spacing w:after="60" w:line="266" w:lineRule="auto"/>
        <w:ind w:firstLine="331"/>
        <w:jc w:val="both"/>
      </w:pPr>
      <w:r>
        <w:rPr>
          <w:rFonts w:ascii="Georgia" w:hAnsi="Georgia"/>
          <w:b w:val="0"/>
          <w:i w:val="0"/>
          <w:color w:val="22201D"/>
          <w:sz w:val="20"/>
        </w:rPr>
        <w:t>The card answered:</w:t>
      </w:r>
    </w:p>
    <w:p>
      <w:pPr>
        <w:spacing w:after="60" w:line="250" w:lineRule="auto"/>
        <w:ind w:left="202" w:right="173"/>
      </w:pPr>
      <w:r>
        <w:rPr>
          <w:rFonts w:ascii="Georgia" w:hAnsi="Georgia"/>
          <w:b w:val="0"/>
          <w:i w:val="0"/>
          <w:color w:val="22201D"/>
          <w:sz w:val="17"/>
        </w:rPr>
        <w:t>NEXT PRICE: plain language</w:t>
      </w:r>
    </w:p>
    <w:p>
      <w:pPr>
        <w:spacing w:after="60" w:line="266" w:lineRule="auto"/>
        <w:ind w:firstLine="331"/>
        <w:jc w:val="both"/>
      </w:pPr>
      <w:r>
        <w:rPr>
          <w:rFonts w:ascii="Georgia" w:hAnsi="Georgia"/>
          <w:b w:val="0"/>
          <w:i w:val="0"/>
          <w:color w:val="22201D"/>
          <w:sz w:val="20"/>
        </w:rPr>
        <w:t>Flocc touched the old front label in his pocket, the one that had started the trouble by reading itself.</w:t>
      </w:r>
    </w:p>
    <w:p>
      <w:pPr>
        <w:spacing w:after="60" w:line="266" w:lineRule="auto"/>
        <w:ind w:firstLine="331"/>
        <w:jc w:val="both"/>
      </w:pPr>
      <w:r>
        <w:rPr>
          <w:rFonts w:ascii="Georgia" w:hAnsi="Georgia"/>
          <w:b w:val="0"/>
          <w:i w:val="0"/>
          <w:color w:val="22201D"/>
          <w:sz w:val="20"/>
        </w:rPr>
        <w:t>"Plain language is going to ruin the feathers."</w:t>
      </w:r>
    </w:p>
    <w:p>
      <w:pPr>
        <w:spacing w:after="60" w:line="266" w:lineRule="auto"/>
        <w:ind w:firstLine="331"/>
        <w:jc w:val="both"/>
      </w:pPr>
      <w:r>
        <w:rPr>
          <w:rFonts w:ascii="Georgia" w:hAnsi="Georgia"/>
          <w:b w:val="0"/>
          <w:i w:val="0"/>
          <w:color w:val="22201D"/>
          <w:sz w:val="20"/>
        </w:rPr>
        <w:t>Gerald looked at the six empty seats, the six reader cards, the cooling portions, the signed waiver, the process note, the batch log, and the table card that had finally stopped expanding.</w:t>
      </w:r>
    </w:p>
    <w:p>
      <w:pPr>
        <w:spacing w:after="60" w:line="266" w:lineRule="auto"/>
        <w:ind w:firstLine="331"/>
        <w:jc w:val="both"/>
      </w:pPr>
      <w:r>
        <w:rPr>
          <w:rFonts w:ascii="Georgia" w:hAnsi="Georgia"/>
          <w:b w:val="0"/>
          <w:i w:val="0"/>
          <w:color w:val="22201D"/>
          <w:sz w:val="20"/>
        </w:rPr>
        <w:t>"Then the feathers were hiding the work."</w:t>
      </w:r>
    </w:p>
    <w:p>
      <w:pPr>
        <w:spacing w:after="60" w:line="266" w:lineRule="auto"/>
        <w:ind w:firstLine="331"/>
        <w:jc w:val="both"/>
      </w:pPr>
      <w:r>
        <w:rPr>
          <w:rFonts w:ascii="Georgia" w:hAnsi="Georgia"/>
          <w:b w:val="0"/>
          <w:i w:val="0"/>
          <w:color w:val="22201D"/>
          <w:sz w:val="20"/>
        </w:rPr>
        <w:t>The blank final label printed one line:</w:t>
      </w:r>
    </w:p>
    <w:p>
      <w:pPr>
        <w:spacing w:after="60" w:line="250" w:lineRule="auto"/>
        <w:ind w:left="202" w:right="173"/>
      </w:pPr>
      <w:r>
        <w:rPr>
          <w:rFonts w:ascii="Georgia" w:hAnsi="Georgia"/>
          <w:b w:val="0"/>
          <w:i w:val="0"/>
          <w:color w:val="22201D"/>
          <w:sz w:val="17"/>
        </w:rPr>
        <w:t>Tell me what I need to know before I choose.</w:t>
      </w:r>
    </w:p>
    <w:p>
      <w:pPr>
        <w:spacing w:after="60" w:line="266" w:lineRule="auto"/>
        <w:ind w:firstLine="331"/>
        <w:jc w:val="both"/>
      </w:pPr>
      <w:r>
        <w:rPr>
          <w:rFonts w:ascii="Georgia" w:hAnsi="Georgia"/>
          <w:b w:val="0"/>
          <w:i w:val="0"/>
          <w:color w:val="22201D"/>
          <w:sz w:val="20"/>
        </w:rPr>
        <w:t>No one laughed.</w:t>
      </w:r>
    </w:p>
    <w:p>
      <w:pPr>
        <w:spacing w:after="60" w:line="266" w:lineRule="auto"/>
        <w:ind w:firstLine="331"/>
        <w:jc w:val="both"/>
      </w:pPr>
      <w:r>
        <w:rPr>
          <w:rFonts w:ascii="Georgia" w:hAnsi="Georgia"/>
          <w:b w:val="0"/>
          <w:i w:val="0"/>
          <w:color w:val="22201D"/>
          <w:sz w:val="20"/>
        </w:rPr>
        <w:t>Not because it was solemn.</w:t>
      </w:r>
    </w:p>
    <w:p>
      <w:pPr>
        <w:spacing w:after="60" w:line="266" w:lineRule="auto"/>
        <w:ind w:firstLine="331"/>
        <w:jc w:val="both"/>
      </w:pPr>
      <w:r>
        <w:rPr>
          <w:rFonts w:ascii="Georgia" w:hAnsi="Georgia"/>
          <w:b w:val="0"/>
          <w:i w:val="0"/>
          <w:color w:val="22201D"/>
          <w:sz w:val="20"/>
        </w:rPr>
        <w:t>Because it was useful.</w:t>
      </w:r>
    </w:p>
    <w:p>
      <w:pPr>
        <w:spacing w:after="60" w:line="266" w:lineRule="auto"/>
        <w:ind w:firstLine="331"/>
        <w:jc w:val="both"/>
      </w:pPr>
      <w:r>
        <w:rPr>
          <w:rFonts w:ascii="Georgia" w:hAnsi="Georgia"/>
          <w:b w:val="0"/>
          <w:i w:val="0"/>
          <w:color w:val="22201D"/>
          <w:sz w:val="20"/>
        </w:rPr>
        <w:t>The table card folded itself once and placed the blank label on top of it.</w:t>
      </w:r>
    </w:p>
    <w:p>
      <w:pPr>
        <w:spacing w:after="60" w:line="250" w:lineRule="auto"/>
        <w:ind w:left="202" w:right="173"/>
      </w:pPr>
      <w:r>
        <w:rPr>
          <w:rFonts w:ascii="Georgia" w:hAnsi="Georgia"/>
          <w:b w:val="0"/>
          <w:i w:val="0"/>
          <w:color w:val="22201D"/>
          <w:sz w:val="17"/>
        </w:rPr>
        <w:t>TABLE CARD Operational result:  Condiment service requires enough warning, enough cooling, enough utensils, enough time, enough refusal, and enough plain language for every seat.  Current authorization: sample not active sale not active table setup prepared  Next required artifact: final label  Next chapter: Readable Warnings Save the Miracle  Next price: plain language</w:t>
      </w:r>
    </w:p>
    <w:p>
      <w:pPr>
        <w:spacing w:after="60" w:line="266" w:lineRule="auto"/>
        <w:ind w:firstLine="331"/>
        <w:jc w:val="both"/>
      </w:pPr>
      <w:r>
        <w:rPr>
          <w:rFonts w:ascii="Georgia" w:hAnsi="Georgia"/>
          <w:b w:val="0"/>
          <w:i w:val="0"/>
          <w:color w:val="22201D"/>
          <w:sz w:val="20"/>
        </w:rPr>
        <w:t>The empty condiment caddy clicked.</w:t>
      </w:r>
    </w:p>
    <w:p>
      <w:pPr>
        <w:spacing w:after="60" w:line="266" w:lineRule="auto"/>
        <w:ind w:firstLine="331"/>
        <w:jc w:val="both"/>
      </w:pPr>
      <w:r>
        <w:rPr>
          <w:rFonts w:ascii="Georgia" w:hAnsi="Georgia"/>
          <w:b w:val="0"/>
          <w:i w:val="0"/>
          <w:color w:val="22201D"/>
          <w:sz w:val="20"/>
        </w:rPr>
        <w:t>One slot opened for a bottle that did not yet exist.</w:t>
      </w:r>
    </w:p>
    <w:p>
      <w:pPr>
        <w:spacing w:after="60" w:line="266" w:lineRule="auto"/>
        <w:ind w:firstLine="331"/>
        <w:jc w:val="both"/>
      </w:pPr>
      <w:r>
        <w:rPr>
          <w:rFonts w:ascii="Georgia" w:hAnsi="Georgia"/>
          <w:b w:val="0"/>
          <w:i w:val="0"/>
          <w:color w:val="22201D"/>
          <w:sz w:val="20"/>
        </w:rPr>
        <w:t>The other slots opened for everything that had to exist before the bottle could matter.</w:t>
      </w:r>
    </w:p>
    <w:p>
      <w:pPr>
        <w:spacing w:after="60" w:line="266" w:lineRule="auto"/>
        <w:ind w:firstLine="331"/>
        <w:jc w:val="both"/>
      </w:pPr>
      <w:r>
        <w:rPr>
          <w:rFonts w:ascii="Georgia" w:hAnsi="Georgia"/>
          <w:b w:val="0"/>
          <w:i w:val="0"/>
          <w:color w:val="22201D"/>
          <w:sz w:val="20"/>
        </w:rPr>
        <w:t>Gerald picked up the final label.</w:t>
      </w:r>
    </w:p>
    <w:p>
      <w:pPr>
        <w:spacing w:after="60" w:line="266" w:lineRule="auto"/>
        <w:ind w:firstLine="331"/>
        <w:jc w:val="both"/>
      </w:pPr>
      <w:r>
        <w:rPr>
          <w:rFonts w:ascii="Georgia" w:hAnsi="Georgia"/>
          <w:b w:val="0"/>
          <w:i w:val="0"/>
          <w:color w:val="22201D"/>
          <w:sz w:val="20"/>
        </w:rPr>
        <w:t>"Now we remove every word that protects the seller better than it informs the eater."</w:t>
      </w:r>
    </w:p>
    <w:p>
      <w:pPr>
        <w:spacing w:after="60" w:line="266" w:lineRule="auto"/>
        <w:ind w:firstLine="331"/>
        <w:jc w:val="both"/>
      </w:pPr>
      <w:r>
        <w:rPr>
          <w:rFonts w:ascii="Georgia" w:hAnsi="Georgia"/>
          <w:b w:val="0"/>
          <w:i w:val="0"/>
          <w:color w:val="22201D"/>
          <w:sz w:val="20"/>
        </w:rPr>
        <w:t>Flocc gripped the chair back.</w:t>
      </w:r>
    </w:p>
    <w:p>
      <w:pPr>
        <w:spacing w:after="60" w:line="266" w:lineRule="auto"/>
        <w:ind w:firstLine="331"/>
        <w:jc w:val="both"/>
      </w:pPr>
      <w:r>
        <w:rPr>
          <w:rFonts w:ascii="Georgia" w:hAnsi="Georgia"/>
          <w:b w:val="0"/>
          <w:i w:val="0"/>
          <w:color w:val="22201D"/>
          <w:sz w:val="20"/>
        </w:rPr>
        <w:t>"How many words is that?"</w:t>
      </w:r>
    </w:p>
    <w:p>
      <w:pPr>
        <w:spacing w:after="60" w:line="266" w:lineRule="auto"/>
        <w:ind w:firstLine="331"/>
        <w:jc w:val="both"/>
      </w:pPr>
      <w:r>
        <w:rPr>
          <w:rFonts w:ascii="Georgia" w:hAnsi="Georgia"/>
          <w:b w:val="0"/>
          <w:i w:val="0"/>
          <w:color w:val="22201D"/>
          <w:sz w:val="20"/>
        </w:rPr>
        <w:t>The final label printed:</w:t>
      </w:r>
    </w:p>
    <w:p>
      <w:pPr>
        <w:spacing w:after="60" w:line="250" w:lineRule="auto"/>
        <w:ind w:left="202" w:right="173"/>
      </w:pPr>
      <w:r>
        <w:rPr>
          <w:rFonts w:ascii="Georgia" w:hAnsi="Georgia"/>
          <w:b w:val="0"/>
          <w:i w:val="0"/>
          <w:color w:val="22201D"/>
          <w:sz w:val="17"/>
        </w:rPr>
        <w:t>Count all of them.</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12: Readable Warnings Save the Miracle</w:t>
      </w:r>
    </w:p>
    <w:p>
      <w:pPr>
        <w:spacing w:after="60" w:line="266" w:lineRule="auto"/>
        <w:ind w:firstLine="0"/>
        <w:jc w:val="both"/>
      </w:pPr>
      <w:r>
        <w:rPr>
          <w:rFonts w:ascii="Georgia" w:hAnsi="Georgia"/>
          <w:b w:val="0"/>
          <w:i w:val="0"/>
          <w:color w:val="22201D"/>
          <w:sz w:val="20"/>
        </w:rPr>
        <w:t>The final label refused to be beautiful.</w:t>
      </w:r>
    </w:p>
    <w:p>
      <w:pPr>
        <w:spacing w:after="60" w:line="266" w:lineRule="auto"/>
        <w:ind w:firstLine="331"/>
        <w:jc w:val="both"/>
      </w:pPr>
      <w:r>
        <w:rPr>
          <w:rFonts w:ascii="Georgia" w:hAnsi="Georgia"/>
          <w:b w:val="0"/>
          <w:i w:val="0"/>
          <w:color w:val="22201D"/>
          <w:sz w:val="20"/>
        </w:rPr>
        <w:t>Flocc took this personally.</w:t>
      </w:r>
    </w:p>
    <w:p>
      <w:pPr>
        <w:spacing w:after="60" w:line="266" w:lineRule="auto"/>
        <w:ind w:firstLine="331"/>
        <w:jc w:val="both"/>
      </w:pPr>
      <w:r>
        <w:rPr>
          <w:rFonts w:ascii="Georgia" w:hAnsi="Georgia"/>
          <w:b w:val="0"/>
          <w:i w:val="0"/>
          <w:color w:val="22201D"/>
          <w:sz w:val="20"/>
        </w:rPr>
        <w:t>"It has no feathers."</w:t>
      </w:r>
    </w:p>
    <w:p>
      <w:pPr>
        <w:spacing w:after="60" w:line="266" w:lineRule="auto"/>
        <w:ind w:firstLine="331"/>
        <w:jc w:val="both"/>
      </w:pPr>
      <w:r>
        <w:rPr>
          <w:rFonts w:ascii="Georgia" w:hAnsi="Georgia"/>
          <w:b w:val="0"/>
          <w:i w:val="0"/>
          <w:color w:val="22201D"/>
          <w:sz w:val="20"/>
        </w:rPr>
        <w:t>Gerald placed the label on the worktable.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"No gold border."</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"No heroic peach."</w:t>
      </w:r>
    </w:p>
    <w:p>
      <w:pPr>
        <w:spacing w:after="60" w:line="266" w:lineRule="auto"/>
        <w:ind w:firstLine="331"/>
        <w:jc w:val="both"/>
      </w:pPr>
      <w:r>
        <w:rPr>
          <w:rFonts w:ascii="Georgia" w:hAnsi="Georgia"/>
          <w:b w:val="0"/>
          <w:i w:val="0"/>
          <w:color w:val="22201D"/>
          <w:sz w:val="20"/>
        </w:rPr>
        <w:t>"Peaches have done nothing heroic in this process."</w:t>
      </w:r>
    </w:p>
    <w:p>
      <w:pPr>
        <w:spacing w:after="60" w:line="266" w:lineRule="auto"/>
        <w:ind w:firstLine="331"/>
        <w:jc w:val="both"/>
      </w:pPr>
      <w:r>
        <w:rPr>
          <w:rFonts w:ascii="Georgia" w:hAnsi="Georgia"/>
          <w:b w:val="0"/>
          <w:i w:val="0"/>
          <w:color w:val="22201D"/>
          <w:sz w:val="20"/>
        </w:rPr>
        <w:t>The blank label printed:</w:t>
      </w:r>
    </w:p>
    <w:p>
      <w:pPr>
        <w:spacing w:after="60" w:line="250" w:lineRule="auto"/>
        <w:ind w:left="202" w:right="173"/>
      </w:pPr>
      <w:r>
        <w:rPr>
          <w:rFonts w:ascii="Georgia" w:hAnsi="Georgia"/>
          <w:b w:val="0"/>
          <w:i w:val="0"/>
          <w:color w:val="22201D"/>
          <w:sz w:val="17"/>
        </w:rPr>
        <w:t>FINAL LABEL Gold Pheasant Peach Scotch Bonnet  Price: plain language</w:t>
      </w:r>
    </w:p>
    <w:p>
      <w:pPr>
        <w:spacing w:after="60" w:line="266" w:lineRule="auto"/>
        <w:ind w:firstLine="331"/>
        <w:jc w:val="both"/>
      </w:pPr>
      <w:r>
        <w:rPr>
          <w:rFonts w:ascii="Georgia" w:hAnsi="Georgia"/>
          <w:b w:val="0"/>
          <w:i w:val="0"/>
          <w:color w:val="22201D"/>
          <w:sz w:val="20"/>
        </w:rPr>
        <w:t>Nico stood beside the table with the six reader cards from the last table, the signed waiver, the table card, the process note, and the batch log. He had arranged them in a line that looked almost ceremonial until Gerald straightened the edges and ruined the mood into usefulness.</w:t>
      </w:r>
    </w:p>
    <w:p>
      <w:pPr>
        <w:spacing w:after="60" w:line="266" w:lineRule="auto"/>
        <w:ind w:firstLine="331"/>
        <w:jc w:val="both"/>
      </w:pPr>
      <w:r>
        <w:rPr>
          <w:rFonts w:ascii="Georgia" w:hAnsi="Georgia"/>
          <w:b w:val="0"/>
          <w:i w:val="0"/>
          <w:color w:val="22201D"/>
          <w:sz w:val="20"/>
        </w:rPr>
        <w:t>The sauce remained inactive.</w:t>
      </w:r>
    </w:p>
    <w:p>
      <w:pPr>
        <w:spacing w:after="60" w:line="266" w:lineRule="auto"/>
        <w:ind w:firstLine="331"/>
        <w:jc w:val="both"/>
      </w:pPr>
      <w:r>
        <w:rPr>
          <w:rFonts w:ascii="Georgia" w:hAnsi="Georgia"/>
          <w:b w:val="0"/>
          <w:i w:val="0"/>
          <w:color w:val="22201D"/>
          <w:sz w:val="20"/>
        </w:rPr>
        <w:t>The sample cups remained behind the SAMPLES NOT ACTIVE sign.</w:t>
      </w:r>
    </w:p>
    <w:p>
      <w:pPr>
        <w:spacing w:after="60" w:line="266" w:lineRule="auto"/>
        <w:ind w:firstLine="331"/>
        <w:jc w:val="both"/>
      </w:pPr>
      <w:r>
        <w:rPr>
          <w:rFonts w:ascii="Georgia" w:hAnsi="Georgia"/>
          <w:b w:val="0"/>
          <w:i w:val="0"/>
          <w:color w:val="22201D"/>
          <w:sz w:val="20"/>
        </w:rPr>
        <w:t>The table setup remained prepared, not served.</w:t>
      </w:r>
    </w:p>
    <w:p>
      <w:pPr>
        <w:spacing w:after="60" w:line="266" w:lineRule="auto"/>
        <w:ind w:firstLine="331"/>
        <w:jc w:val="both"/>
      </w:pPr>
      <w:r>
        <w:rPr>
          <w:rFonts w:ascii="Georgia" w:hAnsi="Georgia"/>
          <w:b w:val="0"/>
          <w:i w:val="0"/>
          <w:color w:val="22201D"/>
          <w:sz w:val="20"/>
        </w:rPr>
        <w:t>The final label waited.</w:t>
      </w:r>
    </w:p>
    <w:p>
      <w:pPr>
        <w:spacing w:after="60" w:line="266" w:lineRule="auto"/>
        <w:ind w:firstLine="331"/>
        <w:jc w:val="both"/>
      </w:pPr>
      <w:r>
        <w:rPr>
          <w:rFonts w:ascii="Georgia" w:hAnsi="Georgia"/>
          <w:b w:val="0"/>
          <w:i w:val="0"/>
          <w:color w:val="22201D"/>
          <w:sz w:val="20"/>
        </w:rPr>
        <w:t>Waiting no longer felt like obstruction. It felt like the part of safety that had learned to breathe.</w:t>
      </w:r>
    </w:p>
    <w:p>
      <w:pPr>
        <w:spacing w:after="60" w:line="266" w:lineRule="auto"/>
        <w:ind w:firstLine="331"/>
        <w:jc w:val="both"/>
      </w:pPr>
      <w:r>
        <w:rPr>
          <w:rFonts w:ascii="Georgia" w:hAnsi="Georgia"/>
          <w:b w:val="0"/>
          <w:i w:val="0"/>
          <w:color w:val="22201D"/>
          <w:sz w:val="20"/>
        </w:rPr>
        <w:t>The old front label lay face down near Flocc's elbow.</w:t>
      </w:r>
    </w:p>
    <w:p>
      <w:pPr>
        <w:spacing w:after="60" w:line="266" w:lineRule="auto"/>
        <w:ind w:firstLine="331"/>
        <w:jc w:val="both"/>
      </w:pPr>
      <w:r>
        <w:rPr>
          <w:rFonts w:ascii="Georgia" w:hAnsi="Georgia"/>
          <w:b w:val="0"/>
          <w:i w:val="0"/>
          <w:color w:val="22201D"/>
          <w:sz w:val="20"/>
        </w:rPr>
        <w:t>Gerald turned it over.</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GOLD PHEASANT PEACH SCOTCH BONNET Sunlit orchard heat for the daring palate. Bright fruit. Noble fire. Legendary finish.</w:t>
      </w:r>
    </w:p>
    <w:p>
      <w:pPr>
        <w:spacing w:after="60" w:line="266" w:lineRule="auto"/>
        <w:ind w:firstLine="331"/>
        <w:jc w:val="both"/>
      </w:pPr>
      <w:r>
        <w:rPr>
          <w:rFonts w:ascii="Georgia" w:hAnsi="Georgia"/>
          <w:b w:val="0"/>
          <w:i w:val="0"/>
          <w:color w:val="22201D"/>
          <w:sz w:val="20"/>
        </w:rPr>
        <w:t>The room was silent.</w:t>
      </w:r>
    </w:p>
    <w:p>
      <w:pPr>
        <w:spacing w:after="60" w:line="266" w:lineRule="auto"/>
        <w:ind w:firstLine="331"/>
        <w:jc w:val="both"/>
      </w:pPr>
      <w:r>
        <w:rPr>
          <w:rFonts w:ascii="Georgia" w:hAnsi="Georgia"/>
          <w:b w:val="0"/>
          <w:i w:val="0"/>
          <w:color w:val="22201D"/>
          <w:sz w:val="20"/>
        </w:rPr>
        <w:t>Nico said, "That label is trying to sell a hat."</w:t>
      </w:r>
    </w:p>
    <w:p>
      <w:pPr>
        <w:spacing w:after="60" w:line="266" w:lineRule="auto"/>
        <w:ind w:firstLine="331"/>
        <w:jc w:val="both"/>
      </w:pPr>
      <w:r>
        <w:rPr>
          <w:rFonts w:ascii="Georgia" w:hAnsi="Georgia"/>
          <w:b w:val="0"/>
          <w:i w:val="0"/>
          <w:color w:val="22201D"/>
          <w:sz w:val="20"/>
        </w:rPr>
        <w:t>Flocc inhaled sharply.</w:t>
      </w:r>
    </w:p>
    <w:p>
      <w:pPr>
        <w:spacing w:after="60" w:line="266" w:lineRule="auto"/>
        <w:ind w:firstLine="331"/>
        <w:jc w:val="both"/>
      </w:pPr>
      <w:r>
        <w:rPr>
          <w:rFonts w:ascii="Georgia" w:hAnsi="Georgia"/>
          <w:b w:val="0"/>
          <w:i w:val="0"/>
          <w:color w:val="22201D"/>
          <w:sz w:val="20"/>
        </w:rPr>
        <w:t>"It is evocative."</w:t>
      </w:r>
    </w:p>
    <w:p>
      <w:pPr>
        <w:spacing w:after="60" w:line="266" w:lineRule="auto"/>
        <w:ind w:firstLine="331"/>
        <w:jc w:val="both"/>
      </w:pPr>
      <w:r>
        <w:rPr>
          <w:rFonts w:ascii="Georgia" w:hAnsi="Georgia"/>
          <w:b w:val="0"/>
          <w:i w:val="0"/>
          <w:color w:val="22201D"/>
          <w:sz w:val="20"/>
        </w:rPr>
        <w:t>"It is evasive," Gerald said.</w:t>
      </w:r>
    </w:p>
    <w:p>
      <w:pPr>
        <w:spacing w:after="60" w:line="266" w:lineRule="auto"/>
        <w:ind w:firstLine="331"/>
        <w:jc w:val="both"/>
      </w:pPr>
      <w:r>
        <w:rPr>
          <w:rFonts w:ascii="Georgia" w:hAnsi="Georgia"/>
          <w:b w:val="0"/>
          <w:i w:val="0"/>
          <w:color w:val="22201D"/>
          <w:sz w:val="20"/>
        </w:rPr>
        <w:t>The final label printed:</w:t>
      </w:r>
    </w:p>
    <w:p>
      <w:pPr>
        <w:spacing w:after="60" w:line="250" w:lineRule="auto"/>
        <w:ind w:left="202" w:right="173"/>
      </w:pPr>
      <w:r>
        <w:rPr>
          <w:rFonts w:ascii="Georgia" w:hAnsi="Georgia"/>
          <w:b w:val="0"/>
          <w:i w:val="0"/>
          <w:color w:val="22201D"/>
          <w:sz w:val="17"/>
        </w:rPr>
        <w:t>Plain language test: What does the eater need to know before choosing?</w:t>
      </w:r>
    </w:p>
    <w:p>
      <w:pPr>
        <w:spacing w:after="60" w:line="266" w:lineRule="auto"/>
        <w:ind w:firstLine="331"/>
        <w:jc w:val="both"/>
      </w:pPr>
      <w:r>
        <w:rPr>
          <w:rFonts w:ascii="Georgia" w:hAnsi="Georgia"/>
          <w:b w:val="0"/>
          <w:i w:val="0"/>
          <w:color w:val="22201D"/>
          <w:sz w:val="20"/>
        </w:rPr>
        <w:t>The Hostess placed four cards under the question.</w:t>
      </w:r>
    </w:p>
    <w:p>
      <w:pPr>
        <w:spacing w:after="60" w:line="250" w:lineRule="auto"/>
        <w:ind w:left="202" w:right="173"/>
      </w:pPr>
      <w:r>
        <w:rPr>
          <w:rFonts w:ascii="Georgia" w:hAnsi="Georgia"/>
          <w:b w:val="0"/>
          <w:i w:val="0"/>
          <w:color w:val="22201D"/>
          <w:sz w:val="17"/>
        </w:rPr>
        <w:t>WHAT IT IS WHAT IT DOES WHAT TO DO HOW TO STOP</w:t>
      </w:r>
    </w:p>
    <w:p>
      <w:pPr>
        <w:spacing w:after="60" w:line="266" w:lineRule="auto"/>
        <w:ind w:firstLine="331"/>
        <w:jc w:val="both"/>
      </w:pPr>
      <w:r>
        <w:rPr>
          <w:rFonts w:ascii="Georgia" w:hAnsi="Georgia"/>
          <w:b w:val="0"/>
          <w:i w:val="0"/>
          <w:color w:val="22201D"/>
          <w:sz w:val="20"/>
        </w:rPr>
        <w:t>Gerald took the black pen.</w:t>
      </w:r>
    </w:p>
    <w:p>
      <w:pPr>
        <w:spacing w:after="60" w:line="266" w:lineRule="auto"/>
        <w:ind w:firstLine="331"/>
        <w:jc w:val="both"/>
      </w:pPr>
      <w:r>
        <w:rPr>
          <w:rFonts w:ascii="Georgia" w:hAnsi="Georgia"/>
          <w:b w:val="0"/>
          <w:i w:val="0"/>
          <w:color w:val="22201D"/>
          <w:sz w:val="20"/>
        </w:rPr>
        <w:t>"Start with what it is."</w:t>
      </w:r>
    </w:p>
    <w:p>
      <w:pPr>
        <w:spacing w:after="60" w:line="266" w:lineRule="auto"/>
        <w:ind w:firstLine="331"/>
        <w:jc w:val="both"/>
      </w:pPr>
      <w:r>
        <w:rPr>
          <w:rFonts w:ascii="Georgia" w:hAnsi="Georgia"/>
          <w:b w:val="0"/>
          <w:i w:val="0"/>
          <w:color w:val="22201D"/>
          <w:sz w:val="20"/>
        </w:rPr>
        <w:t>Flocc picked up the old label.</w:t>
      </w:r>
    </w:p>
    <w:p>
      <w:pPr>
        <w:spacing w:after="60" w:line="266" w:lineRule="auto"/>
        <w:ind w:firstLine="331"/>
        <w:jc w:val="both"/>
      </w:pPr>
      <w:r>
        <w:rPr>
          <w:rFonts w:ascii="Georgia" w:hAnsi="Georgia"/>
          <w:b w:val="0"/>
          <w:i w:val="0"/>
          <w:color w:val="22201D"/>
          <w:sz w:val="20"/>
        </w:rPr>
        <w:t>"Gold Pheasant Peach Scotch Bonnet."</w:t>
      </w:r>
    </w:p>
    <w:p>
      <w:pPr>
        <w:spacing w:after="60" w:line="266" w:lineRule="auto"/>
        <w:ind w:firstLine="331"/>
        <w:jc w:val="both"/>
      </w:pPr>
      <w:r>
        <w:rPr>
          <w:rFonts w:ascii="Georgia" w:hAnsi="Georgia"/>
          <w:b w:val="0"/>
          <w:i w:val="0"/>
          <w:color w:val="22201D"/>
          <w:sz w:val="20"/>
        </w:rPr>
        <w:t>"That is the name."</w:t>
      </w:r>
    </w:p>
    <w:p>
      <w:pPr>
        <w:spacing w:after="60" w:line="266" w:lineRule="auto"/>
        <w:ind w:firstLine="331"/>
        <w:jc w:val="both"/>
      </w:pPr>
      <w:r>
        <w:rPr>
          <w:rFonts w:ascii="Georgia" w:hAnsi="Georgia"/>
          <w:b w:val="0"/>
          <w:i w:val="0"/>
          <w:color w:val="22201D"/>
          <w:sz w:val="20"/>
        </w:rPr>
        <w:t>"Names count."</w:t>
      </w:r>
    </w:p>
    <w:p>
      <w:pPr>
        <w:spacing w:after="60" w:line="266" w:lineRule="auto"/>
        <w:ind w:firstLine="331"/>
        <w:jc w:val="both"/>
      </w:pPr>
      <w:r>
        <w:rPr>
          <w:rFonts w:ascii="Georgia" w:hAnsi="Georgia"/>
          <w:b w:val="0"/>
          <w:i w:val="0"/>
          <w:color w:val="22201D"/>
          <w:sz w:val="20"/>
        </w:rPr>
        <w:t>"Names attract. They do not warn."</w:t>
      </w:r>
    </w:p>
    <w:p>
      <w:pPr>
        <w:spacing w:after="60" w:line="266" w:lineRule="auto"/>
        <w:ind w:firstLine="331"/>
        <w:jc w:val="both"/>
      </w:pPr>
      <w:r>
        <w:rPr>
          <w:rFonts w:ascii="Georgia" w:hAnsi="Georgia"/>
          <w:b w:val="0"/>
          <w:i w:val="0"/>
          <w:color w:val="22201D"/>
          <w:sz w:val="20"/>
        </w:rPr>
        <w:t>Nico looked at the batch log.</w:t>
      </w:r>
    </w:p>
    <w:p>
      <w:pPr>
        <w:spacing w:after="60" w:line="266" w:lineRule="auto"/>
        <w:ind w:firstLine="331"/>
        <w:jc w:val="both"/>
      </w:pPr>
      <w:r>
        <w:rPr>
          <w:rFonts w:ascii="Georgia" w:hAnsi="Georgia"/>
          <w:b w:val="0"/>
          <w:i w:val="0"/>
          <w:color w:val="22201D"/>
          <w:sz w:val="20"/>
        </w:rPr>
        <w:t>"Peach hot sauce with scotch bonnet pepper."</w:t>
      </w:r>
    </w:p>
    <w:p>
      <w:pPr>
        <w:spacing w:after="60" w:line="266" w:lineRule="auto"/>
        <w:ind w:firstLine="331"/>
        <w:jc w:val="both"/>
      </w:pPr>
      <w:r>
        <w:rPr>
          <w:rFonts w:ascii="Georgia" w:hAnsi="Georgia"/>
          <w:b w:val="0"/>
          <w:i w:val="0"/>
          <w:color w:val="22201D"/>
          <w:sz w:val="20"/>
        </w:rPr>
        <w:t>The final label printed:</w:t>
      </w:r>
    </w:p>
    <w:p>
      <w:pPr>
        <w:spacing w:after="60" w:line="250" w:lineRule="auto"/>
        <w:ind w:left="202" w:right="173"/>
      </w:pPr>
      <w:r>
        <w:rPr>
          <w:rFonts w:ascii="Georgia" w:hAnsi="Georgia"/>
          <w:b w:val="0"/>
          <w:i w:val="0"/>
          <w:color w:val="22201D"/>
          <w:sz w:val="17"/>
        </w:rPr>
        <w:t>WHAT IT IS: Peach hot sauce with scotch bonnet pepper.</w:t>
      </w:r>
    </w:p>
    <w:p>
      <w:pPr>
        <w:spacing w:after="60" w:line="266" w:lineRule="auto"/>
        <w:ind w:firstLine="331"/>
        <w:jc w:val="both"/>
      </w:pPr>
      <w:r>
        <w:rPr>
          <w:rFonts w:ascii="Georgia" w:hAnsi="Georgia"/>
          <w:b w:val="0"/>
          <w:i w:val="0"/>
          <w:color w:val="22201D"/>
          <w:sz w:val="20"/>
        </w:rPr>
        <w:t>The sentence was plain enough that nothing in the room could hide behind it.</w:t>
      </w:r>
    </w:p>
    <w:p>
      <w:pPr>
        <w:spacing w:after="60" w:line="266" w:lineRule="auto"/>
        <w:ind w:firstLine="331"/>
        <w:jc w:val="both"/>
      </w:pPr>
      <w:r>
        <w:rPr>
          <w:rFonts w:ascii="Georgia" w:hAnsi="Georgia"/>
          <w:b w:val="0"/>
          <w:i w:val="0"/>
          <w:color w:val="22201D"/>
          <w:sz w:val="20"/>
        </w:rPr>
        <w:t>Flocc looked wounded.</w:t>
      </w:r>
    </w:p>
    <w:p>
      <w:pPr>
        <w:spacing w:after="60" w:line="266" w:lineRule="auto"/>
        <w:ind w:firstLine="331"/>
        <w:jc w:val="both"/>
      </w:pPr>
      <w:r>
        <w:rPr>
          <w:rFonts w:ascii="Georgia" w:hAnsi="Georgia"/>
          <w:b w:val="0"/>
          <w:i w:val="0"/>
          <w:color w:val="22201D"/>
          <w:sz w:val="20"/>
        </w:rPr>
        <w:t>"It sounds like a pantry item."</w:t>
      </w:r>
    </w:p>
    <w:p>
      <w:pPr>
        <w:spacing w:after="60" w:line="266" w:lineRule="auto"/>
        <w:ind w:firstLine="331"/>
        <w:jc w:val="both"/>
      </w:pPr>
      <w:r>
        <w:rPr>
          <w:rFonts w:ascii="Georgia" w:hAnsi="Georgia"/>
          <w:b w:val="0"/>
          <w:i w:val="0"/>
          <w:color w:val="22201D"/>
          <w:sz w:val="20"/>
        </w:rPr>
        <w:t>"It is a pantry item with consequences," Gerald said.</w:t>
      </w:r>
    </w:p>
    <w:p>
      <w:pPr>
        <w:spacing w:after="60" w:line="266" w:lineRule="auto"/>
        <w:ind w:firstLine="331"/>
        <w:jc w:val="both"/>
      </w:pPr>
      <w:r>
        <w:rPr>
          <w:rFonts w:ascii="Georgia" w:hAnsi="Georgia"/>
          <w:b w:val="0"/>
          <w:i w:val="0"/>
          <w:color w:val="22201D"/>
          <w:sz w:val="20"/>
        </w:rPr>
        <w:t>The second card waited.</w:t>
      </w:r>
    </w:p>
    <w:p>
      <w:pPr>
        <w:spacing w:after="60" w:line="266" w:lineRule="auto"/>
        <w:ind w:firstLine="331"/>
        <w:jc w:val="both"/>
      </w:pPr>
      <w:r>
        <w:rPr>
          <w:rFonts w:ascii="Georgia" w:hAnsi="Georgia"/>
          <w:b w:val="0"/>
          <w:i w:val="0"/>
          <w:color w:val="22201D"/>
          <w:sz w:val="20"/>
        </w:rPr>
        <w:t>"What it does," the Hostess said.</w:t>
      </w:r>
    </w:p>
    <w:p>
      <w:pPr>
        <w:spacing w:after="60" w:line="266" w:lineRule="auto"/>
        <w:ind w:firstLine="331"/>
        <w:jc w:val="both"/>
      </w:pPr>
      <w:r>
        <w:rPr>
          <w:rFonts w:ascii="Georgia" w:hAnsi="Georgia"/>
          <w:b w:val="0"/>
          <w:i w:val="0"/>
          <w:color w:val="22201D"/>
          <w:sz w:val="20"/>
        </w:rPr>
        <w:t>Flocc tried again.</w:t>
      </w:r>
    </w:p>
    <w:p>
      <w:pPr>
        <w:spacing w:after="60" w:line="266" w:lineRule="auto"/>
        <w:ind w:firstLine="331"/>
        <w:jc w:val="both"/>
      </w:pPr>
      <w:r>
        <w:rPr>
          <w:rFonts w:ascii="Georgia" w:hAnsi="Georgia"/>
          <w:b w:val="0"/>
          <w:i w:val="0"/>
          <w:color w:val="22201D"/>
          <w:sz w:val="20"/>
        </w:rPr>
        <w:t>"It delivers a bright fruit-forward experience with a—"</w:t>
      </w:r>
    </w:p>
    <w:p>
      <w:pPr>
        <w:spacing w:after="60" w:line="266" w:lineRule="auto"/>
        <w:ind w:firstLine="331"/>
        <w:jc w:val="both"/>
      </w:pPr>
      <w:r>
        <w:rPr>
          <w:rFonts w:ascii="Georgia" w:hAnsi="Georgia"/>
          <w:b w:val="0"/>
          <w:i w:val="0"/>
          <w:color w:val="22201D"/>
          <w:sz w:val="20"/>
        </w:rPr>
        <w:t>The final label printed:</w:t>
      </w:r>
    </w:p>
    <w:p>
      <w:pPr>
        <w:spacing w:after="60" w:line="250" w:lineRule="auto"/>
        <w:ind w:left="202" w:right="173"/>
      </w:pPr>
      <w:r>
        <w:rPr>
          <w:rFonts w:ascii="Georgia" w:hAnsi="Georgia"/>
          <w:b w:val="0"/>
          <w:i w:val="0"/>
          <w:color w:val="22201D"/>
          <w:sz w:val="17"/>
        </w:rPr>
        <w:t>Rejected: experience hides heat timing.</w:t>
      </w:r>
    </w:p>
    <w:p>
      <w:pPr>
        <w:spacing w:after="60" w:line="266" w:lineRule="auto"/>
        <w:ind w:firstLine="331"/>
        <w:jc w:val="both"/>
      </w:pPr>
      <w:r>
        <w:rPr>
          <w:rFonts w:ascii="Georgia" w:hAnsi="Georgia"/>
          <w:b w:val="0"/>
          <w:i w:val="0"/>
          <w:color w:val="22201D"/>
          <w:sz w:val="20"/>
        </w:rPr>
        <w:t>Flocc set the old label down.</w:t>
      </w:r>
    </w:p>
    <w:p>
      <w:pPr>
        <w:spacing w:after="60" w:line="266" w:lineRule="auto"/>
        <w:ind w:firstLine="331"/>
        <w:jc w:val="both"/>
      </w:pPr>
      <w:r>
        <w:rPr>
          <w:rFonts w:ascii="Georgia" w:hAnsi="Georgia"/>
          <w:b w:val="0"/>
          <w:i w:val="0"/>
          <w:color w:val="22201D"/>
          <w:sz w:val="20"/>
        </w:rPr>
        <w:t>Nico read from the process note.</w:t>
      </w:r>
    </w:p>
    <w:p>
      <w:pPr>
        <w:spacing w:after="60" w:line="266" w:lineRule="auto"/>
        <w:ind w:firstLine="331"/>
        <w:jc w:val="both"/>
      </w:pPr>
      <w:r>
        <w:rPr>
          <w:rFonts w:ascii="Georgia" w:hAnsi="Georgia"/>
          <w:b w:val="0"/>
          <w:i w:val="0"/>
          <w:color w:val="22201D"/>
          <w:sz w:val="20"/>
        </w:rPr>
        <w:t>"Peach first. Pepper under fruit. Late heat expected."</w:t>
      </w:r>
    </w:p>
    <w:p>
      <w:pPr>
        <w:spacing w:after="60" w:line="266" w:lineRule="auto"/>
        <w:ind w:firstLine="331"/>
        <w:jc w:val="both"/>
      </w:pPr>
      <w:r>
        <w:rPr>
          <w:rFonts w:ascii="Georgia" w:hAnsi="Georgia"/>
          <w:b w:val="0"/>
          <w:i w:val="0"/>
          <w:color w:val="22201D"/>
          <w:sz w:val="20"/>
        </w:rPr>
        <w:t>Gerald added, "Heat may build after swallowing."</w:t>
      </w:r>
    </w:p>
    <w:p>
      <w:pPr>
        <w:spacing w:after="60" w:line="266" w:lineRule="auto"/>
        <w:ind w:firstLine="331"/>
        <w:jc w:val="both"/>
      </w:pPr>
      <w:r>
        <w:rPr>
          <w:rFonts w:ascii="Georgia" w:hAnsi="Georgia"/>
          <w:b w:val="0"/>
          <w:i w:val="0"/>
          <w:color w:val="22201D"/>
          <w:sz w:val="20"/>
        </w:rPr>
        <w:t>The final label printed:</w:t>
      </w:r>
    </w:p>
    <w:p>
      <w:pPr>
        <w:spacing w:after="60" w:line="250" w:lineRule="auto"/>
        <w:ind w:left="202" w:right="173"/>
      </w:pPr>
      <w:r>
        <w:rPr>
          <w:rFonts w:ascii="Georgia" w:hAnsi="Georgia"/>
          <w:b w:val="0"/>
          <w:i w:val="0"/>
          <w:color w:val="22201D"/>
          <w:sz w:val="17"/>
        </w:rPr>
        <w:t>WHAT IT DOES: Tastes sweet first. Scotch bonnet heat may build after swallowing. Heat can arrive late and last several minutes.</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READABLE</w:t>
      </w:r>
    </w:p>
    <w:p>
      <w:pPr>
        <w:spacing w:after="60" w:line="266" w:lineRule="auto"/>
        <w:ind w:firstLine="331"/>
        <w:jc w:val="both"/>
      </w:pPr>
      <w:r>
        <w:rPr>
          <w:rFonts w:ascii="Georgia" w:hAnsi="Georgia"/>
          <w:b w:val="0"/>
          <w:i w:val="0"/>
          <w:color w:val="22201D"/>
          <w:sz w:val="20"/>
        </w:rPr>
        <w:t>Flocc squinted.</w:t>
      </w:r>
    </w:p>
    <w:p>
      <w:pPr>
        <w:spacing w:after="60" w:line="266" w:lineRule="auto"/>
        <w:ind w:firstLine="331"/>
        <w:jc w:val="both"/>
      </w:pPr>
      <w:r>
        <w:rPr>
          <w:rFonts w:ascii="Georgia" w:hAnsi="Georgia"/>
          <w:b w:val="0"/>
          <w:i w:val="0"/>
          <w:color w:val="22201D"/>
          <w:sz w:val="20"/>
        </w:rPr>
        <w:t>"It is almost rude."</w:t>
      </w:r>
    </w:p>
    <w:p>
      <w:pPr>
        <w:spacing w:after="60" w:line="266" w:lineRule="auto"/>
        <w:ind w:firstLine="331"/>
        <w:jc w:val="both"/>
      </w:pPr>
      <w:r>
        <w:rPr>
          <w:rFonts w:ascii="Georgia" w:hAnsi="Georgia"/>
          <w:b w:val="0"/>
          <w:i w:val="0"/>
          <w:color w:val="22201D"/>
          <w:sz w:val="20"/>
        </w:rPr>
        <w:t>"It is direct," Gerald said. "Rudeness is when the truth arrives too late."</w:t>
      </w:r>
    </w:p>
    <w:p>
      <w:pPr>
        <w:spacing w:after="60" w:line="266" w:lineRule="auto"/>
        <w:ind w:firstLine="331"/>
        <w:jc w:val="both"/>
      </w:pPr>
      <w:r>
        <w:rPr>
          <w:rFonts w:ascii="Georgia" w:hAnsi="Georgia"/>
          <w:b w:val="0"/>
          <w:i w:val="0"/>
          <w:color w:val="22201D"/>
          <w:sz w:val="20"/>
        </w:rPr>
        <w:t>The third card waited.</w:t>
      </w:r>
    </w:p>
    <w:p>
      <w:pPr>
        <w:spacing w:after="60" w:line="250" w:lineRule="auto"/>
        <w:ind w:left="202" w:right="173"/>
      </w:pPr>
      <w:r>
        <w:rPr>
          <w:rFonts w:ascii="Georgia" w:hAnsi="Georgia"/>
          <w:b w:val="0"/>
          <w:i w:val="0"/>
          <w:color w:val="22201D"/>
          <w:sz w:val="17"/>
        </w:rPr>
        <w:t>WHAT TO DO:</w:t>
      </w:r>
    </w:p>
    <w:p>
      <w:pPr>
        <w:spacing w:after="60" w:line="266" w:lineRule="auto"/>
        <w:ind w:firstLine="331"/>
        <w:jc w:val="both"/>
      </w:pPr>
      <w:r>
        <w:rPr>
          <w:rFonts w:ascii="Georgia" w:hAnsi="Georgia"/>
          <w:b w:val="0"/>
          <w:i w:val="0"/>
          <w:color w:val="22201D"/>
          <w:sz w:val="20"/>
        </w:rPr>
        <w:t>Nico held up a reader card.</w:t>
      </w:r>
    </w:p>
    <w:p>
      <w:pPr>
        <w:spacing w:after="60" w:line="266" w:lineRule="auto"/>
        <w:ind w:firstLine="331"/>
        <w:jc w:val="both"/>
      </w:pPr>
      <w:r>
        <w:rPr>
          <w:rFonts w:ascii="Georgia" w:hAnsi="Georgia"/>
          <w:b w:val="0"/>
          <w:i w:val="0"/>
          <w:color w:val="22201D"/>
          <w:sz w:val="20"/>
        </w:rPr>
        <w:t>"Read before tasting."</w:t>
      </w:r>
    </w:p>
    <w:p>
      <w:pPr>
        <w:spacing w:after="60" w:line="266" w:lineRule="auto"/>
        <w:ind w:firstLine="331"/>
        <w:jc w:val="both"/>
      </w:pPr>
      <w:r>
        <w:rPr>
          <w:rFonts w:ascii="Georgia" w:hAnsi="Georgia"/>
          <w:b w:val="0"/>
          <w:i w:val="0"/>
          <w:color w:val="22201D"/>
          <w:sz w:val="20"/>
        </w:rPr>
        <w:t>Gerald wrote it.</w:t>
      </w:r>
    </w:p>
    <w:p>
      <w:pPr>
        <w:spacing w:after="60" w:line="266" w:lineRule="auto"/>
        <w:ind w:firstLine="331"/>
        <w:jc w:val="both"/>
      </w:pPr>
      <w:r>
        <w:rPr>
          <w:rFonts w:ascii="Georgia" w:hAnsi="Georgia"/>
          <w:b w:val="0"/>
          <w:i w:val="0"/>
          <w:color w:val="22201D"/>
          <w:sz w:val="20"/>
        </w:rPr>
        <w:t>"One measured drop for first sample."</w:t>
      </w:r>
    </w:p>
    <w:p>
      <w:pPr>
        <w:spacing w:after="60" w:line="266" w:lineRule="auto"/>
        <w:ind w:firstLine="331"/>
        <w:jc w:val="both"/>
      </w:pPr>
      <w:r>
        <w:rPr>
          <w:rFonts w:ascii="Georgia" w:hAnsi="Georgia"/>
          <w:b w:val="0"/>
          <w:i w:val="0"/>
          <w:color w:val="22201D"/>
          <w:sz w:val="20"/>
        </w:rPr>
        <w:t>He wrote it.</w:t>
      </w:r>
    </w:p>
    <w:p>
      <w:pPr>
        <w:spacing w:after="60" w:line="266" w:lineRule="auto"/>
        <w:ind w:firstLine="331"/>
        <w:jc w:val="both"/>
      </w:pPr>
      <w:r>
        <w:rPr>
          <w:rFonts w:ascii="Georgia" w:hAnsi="Georgia"/>
          <w:b w:val="0"/>
          <w:i w:val="0"/>
          <w:color w:val="22201D"/>
          <w:sz w:val="20"/>
        </w:rPr>
        <w:t>"Wait thirty seconds before any second taste."</w:t>
      </w:r>
    </w:p>
    <w:p>
      <w:pPr>
        <w:spacing w:after="60" w:line="266" w:lineRule="auto"/>
        <w:ind w:firstLine="331"/>
        <w:jc w:val="both"/>
      </w:pPr>
      <w:r>
        <w:rPr>
          <w:rFonts w:ascii="Georgia" w:hAnsi="Georgia"/>
          <w:b w:val="0"/>
          <w:i w:val="0"/>
          <w:color w:val="22201D"/>
          <w:sz w:val="20"/>
        </w:rPr>
        <w:t>He wrote it.</w:t>
      </w:r>
    </w:p>
    <w:p>
      <w:pPr>
        <w:spacing w:after="60" w:line="266" w:lineRule="auto"/>
        <w:ind w:firstLine="331"/>
        <w:jc w:val="both"/>
      </w:pPr>
      <w:r>
        <w:rPr>
          <w:rFonts w:ascii="Georgia" w:hAnsi="Georgia"/>
          <w:b w:val="0"/>
          <w:i w:val="0"/>
          <w:color w:val="22201D"/>
          <w:sz w:val="20"/>
        </w:rPr>
        <w:t>"Use a clean spoon."</w:t>
      </w:r>
    </w:p>
    <w:p>
      <w:pPr>
        <w:spacing w:after="60" w:line="266" w:lineRule="auto"/>
        <w:ind w:firstLine="331"/>
        <w:jc w:val="both"/>
      </w:pPr>
      <w:r>
        <w:rPr>
          <w:rFonts w:ascii="Georgia" w:hAnsi="Georgia"/>
          <w:b w:val="0"/>
          <w:i w:val="0"/>
          <w:color w:val="22201D"/>
          <w:sz w:val="20"/>
        </w:rPr>
        <w:t>He wrote it.</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WHAT TO DO: Read before tasting. First sample is one measured drop. Wait thirty seconds before any second taste. Use a clean spoon. Cooling is available before tasting.</w:t>
      </w:r>
    </w:p>
    <w:p>
      <w:pPr>
        <w:spacing w:after="60" w:line="266" w:lineRule="auto"/>
        <w:ind w:firstLine="331"/>
        <w:jc w:val="both"/>
      </w:pPr>
      <w:r>
        <w:rPr>
          <w:rFonts w:ascii="Georgia" w:hAnsi="Georgia"/>
          <w:b w:val="0"/>
          <w:i w:val="0"/>
          <w:color w:val="22201D"/>
          <w:sz w:val="20"/>
        </w:rPr>
        <w:t>The Hostess slid the bread basket, rice bowl, yogurt notice, and water glass into a straight line.</w:t>
      </w:r>
    </w:p>
    <w:p>
      <w:pPr>
        <w:spacing w:after="60" w:line="266" w:lineRule="auto"/>
        <w:ind w:firstLine="331"/>
        <w:jc w:val="both"/>
      </w:pPr>
      <w:r>
        <w:rPr>
          <w:rFonts w:ascii="Georgia" w:hAnsi="Georgia"/>
          <w:b w:val="0"/>
          <w:i w:val="0"/>
          <w:color w:val="22201D"/>
          <w:sz w:val="20"/>
        </w:rPr>
        <w:t>Flocc looked at them.</w:t>
      </w:r>
    </w:p>
    <w:p>
      <w:pPr>
        <w:spacing w:after="60" w:line="266" w:lineRule="auto"/>
        <w:ind w:firstLine="331"/>
        <w:jc w:val="both"/>
      </w:pPr>
      <w:r>
        <w:rPr>
          <w:rFonts w:ascii="Georgia" w:hAnsi="Georgia"/>
          <w:b w:val="0"/>
          <w:i w:val="0"/>
          <w:color w:val="22201D"/>
          <w:sz w:val="20"/>
        </w:rPr>
        <w:t>"Do we have to put cooling on the label?"</w:t>
      </w:r>
    </w:p>
    <w:p>
      <w:pPr>
        <w:spacing w:after="60" w:line="266" w:lineRule="auto"/>
        <w:ind w:firstLine="331"/>
        <w:jc w:val="both"/>
      </w:pPr>
      <w:r>
        <w:rPr>
          <w:rFonts w:ascii="Georgia" w:hAnsi="Georgia"/>
          <w:b w:val="0"/>
          <w:i w:val="0"/>
          <w:color w:val="22201D"/>
          <w:sz w:val="20"/>
        </w:rPr>
        <w:t>Gerald looked at the table card.</w:t>
      </w:r>
    </w:p>
    <w:p>
      <w:pPr>
        <w:spacing w:after="60" w:line="266" w:lineRule="auto"/>
        <w:ind w:firstLine="331"/>
        <w:jc w:val="both"/>
      </w:pPr>
      <w:r>
        <w:rPr>
          <w:rFonts w:ascii="Georgia" w:hAnsi="Georgia"/>
          <w:b w:val="0"/>
          <w:i w:val="0"/>
          <w:color w:val="22201D"/>
          <w:sz w:val="20"/>
        </w:rPr>
        <w:t>"If cooling is part of safe service, hiding cooling is not style. It is sabotage with better lighting."</w:t>
      </w:r>
    </w:p>
    <w:p>
      <w:pPr>
        <w:spacing w:after="60" w:line="266" w:lineRule="auto"/>
        <w:ind w:firstLine="331"/>
        <w:jc w:val="both"/>
      </w:pPr>
      <w:r>
        <w:rPr>
          <w:rFonts w:ascii="Georgia" w:hAnsi="Georgia"/>
          <w:b w:val="0"/>
          <w:i w:val="0"/>
          <w:color w:val="22201D"/>
          <w:sz w:val="20"/>
        </w:rPr>
        <w:t>The final label kept the sentence.</w:t>
      </w:r>
    </w:p>
    <w:p>
      <w:pPr>
        <w:spacing w:after="60" w:line="266" w:lineRule="auto"/>
        <w:ind w:firstLine="331"/>
        <w:jc w:val="both"/>
      </w:pPr>
      <w:r>
        <w:rPr>
          <w:rFonts w:ascii="Georgia" w:hAnsi="Georgia"/>
          <w:b w:val="0"/>
          <w:i w:val="0"/>
          <w:color w:val="22201D"/>
          <w:sz w:val="20"/>
        </w:rPr>
        <w:t>The fourth card waited.</w:t>
      </w:r>
    </w:p>
    <w:p>
      <w:pPr>
        <w:spacing w:after="60" w:line="250" w:lineRule="auto"/>
        <w:ind w:left="202" w:right="173"/>
      </w:pPr>
      <w:r>
        <w:rPr>
          <w:rFonts w:ascii="Georgia" w:hAnsi="Georgia"/>
          <w:b w:val="0"/>
          <w:i w:val="0"/>
          <w:color w:val="22201D"/>
          <w:sz w:val="17"/>
        </w:rPr>
        <w:t>HOW TO STOP:</w:t>
      </w:r>
    </w:p>
    <w:p>
      <w:pPr>
        <w:spacing w:after="60" w:line="266" w:lineRule="auto"/>
        <w:ind w:firstLine="331"/>
        <w:jc w:val="both"/>
      </w:pPr>
      <w:r>
        <w:rPr>
          <w:rFonts w:ascii="Georgia" w:hAnsi="Georgia"/>
          <w:b w:val="0"/>
          <w:i w:val="0"/>
          <w:color w:val="22201D"/>
          <w:sz w:val="20"/>
        </w:rPr>
        <w:t>Nico picked up the phrase from the table card.</w:t>
      </w:r>
    </w:p>
    <w:p>
      <w:pPr>
        <w:spacing w:after="60" w:line="266" w:lineRule="auto"/>
        <w:ind w:firstLine="331"/>
        <w:jc w:val="both"/>
      </w:pPr>
      <w:r>
        <w:rPr>
          <w:rFonts w:ascii="Georgia" w:hAnsi="Georgia"/>
          <w:b w:val="0"/>
          <w:i w:val="0"/>
          <w:color w:val="22201D"/>
          <w:sz w:val="20"/>
        </w:rPr>
        <w:t>"That is enough heat for me."</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HOW TO STOP: You may decline. You may smell only. You may stop after one drop. Say: "That is enough heat for me." No one should pressure a second taste.</w:t>
      </w:r>
    </w:p>
    <w:p>
      <w:pPr>
        <w:spacing w:after="60" w:line="266" w:lineRule="auto"/>
        <w:ind w:firstLine="331"/>
        <w:jc w:val="both"/>
      </w:pPr>
      <w:r>
        <w:rPr>
          <w:rFonts w:ascii="Georgia" w:hAnsi="Georgia"/>
          <w:b w:val="0"/>
          <w:i w:val="0"/>
          <w:color w:val="22201D"/>
          <w:sz w:val="20"/>
        </w:rPr>
        <w:t>The sentence stood there without decoration.</w:t>
      </w:r>
    </w:p>
    <w:p>
      <w:pPr>
        <w:spacing w:after="60" w:line="266" w:lineRule="auto"/>
        <w:ind w:firstLine="331"/>
        <w:jc w:val="both"/>
      </w:pPr>
      <w:r>
        <w:rPr>
          <w:rFonts w:ascii="Georgia" w:hAnsi="Georgia"/>
          <w:b w:val="0"/>
          <w:i w:val="0"/>
          <w:color w:val="22201D"/>
          <w:sz w:val="20"/>
        </w:rPr>
        <w:t>No one tried to improve it.</w:t>
      </w:r>
    </w:p>
    <w:p>
      <w:pPr>
        <w:spacing w:after="60" w:line="266" w:lineRule="auto"/>
        <w:ind w:firstLine="331"/>
        <w:jc w:val="both"/>
      </w:pPr>
      <w:r>
        <w:rPr>
          <w:rFonts w:ascii="Georgia" w:hAnsi="Georgia"/>
          <w:b w:val="0"/>
          <w:i w:val="0"/>
          <w:color w:val="22201D"/>
          <w:sz w:val="20"/>
        </w:rPr>
        <w:t>The final label printed the full draft.</w:t>
      </w:r>
    </w:p>
    <w:p>
      <w:pPr>
        <w:spacing w:after="60" w:line="250" w:lineRule="auto"/>
        <w:ind w:left="202" w:right="173"/>
      </w:pPr>
      <w:r>
        <w:rPr>
          <w:rFonts w:ascii="Georgia" w:hAnsi="Georgia"/>
          <w:b w:val="0"/>
          <w:i w:val="0"/>
          <w:color w:val="22201D"/>
          <w:sz w:val="17"/>
        </w:rPr>
        <w:t>FINAL LABEL - DRAFT  Gold Pheasant Peach Scotch Bonnet  Peach hot sauce with scotch bonnet pepper.  Tastes sweet first. Scotch bonnet heat may build after swallowing. Heat can arrive late and last several minutes.  Read before tasting. First sample is one measured drop. Wait thirty seconds before any second taste. Use a clean spoon. Cooling is available before tasting.  You may decline. You may smell only. You may stop after one drop. Say: "That is enough heat for me." No one should pressure a second taste.</w:t>
      </w:r>
    </w:p>
    <w:p>
      <w:pPr>
        <w:spacing w:after="60" w:line="266" w:lineRule="auto"/>
        <w:ind w:firstLine="331"/>
        <w:jc w:val="both"/>
      </w:pPr>
      <w:r>
        <w:rPr>
          <w:rFonts w:ascii="Georgia" w:hAnsi="Georgia"/>
          <w:b w:val="0"/>
          <w:i w:val="0"/>
          <w:color w:val="22201D"/>
          <w:sz w:val="20"/>
        </w:rPr>
        <w:t>Flocc stared at it.</w:t>
      </w:r>
    </w:p>
    <w:p>
      <w:pPr>
        <w:spacing w:after="60" w:line="266" w:lineRule="auto"/>
        <w:ind w:firstLine="331"/>
        <w:jc w:val="both"/>
      </w:pPr>
      <w:r>
        <w:rPr>
          <w:rFonts w:ascii="Georgia" w:hAnsi="Georgia"/>
          <w:b w:val="0"/>
          <w:i w:val="0"/>
          <w:color w:val="22201D"/>
          <w:sz w:val="20"/>
        </w:rPr>
        <w:t>"Where does the miracle go?"</w:t>
      </w:r>
    </w:p>
    <w:p>
      <w:pPr>
        <w:spacing w:after="60" w:line="266" w:lineRule="auto"/>
        <w:ind w:firstLine="331"/>
        <w:jc w:val="both"/>
      </w:pPr>
      <w:r>
        <w:rPr>
          <w:rFonts w:ascii="Georgia" w:hAnsi="Georgia"/>
          <w:b w:val="0"/>
          <w:i w:val="0"/>
          <w:color w:val="22201D"/>
          <w:sz w:val="20"/>
        </w:rPr>
        <w:t>Gerald said, "There."</w:t>
      </w:r>
    </w:p>
    <w:p>
      <w:pPr>
        <w:spacing w:after="60" w:line="266" w:lineRule="auto"/>
        <w:ind w:firstLine="331"/>
        <w:jc w:val="both"/>
      </w:pPr>
      <w:r>
        <w:rPr>
          <w:rFonts w:ascii="Georgia" w:hAnsi="Georgia"/>
          <w:b w:val="0"/>
          <w:i w:val="0"/>
          <w:color w:val="22201D"/>
          <w:sz w:val="20"/>
        </w:rPr>
        <w:t>"That is a warning."</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 miracle cannot be a warning."</w:t>
      </w:r>
    </w:p>
    <w:p>
      <w:pPr>
        <w:spacing w:after="60" w:line="266" w:lineRule="auto"/>
        <w:ind w:firstLine="331"/>
        <w:jc w:val="both"/>
      </w:pPr>
      <w:r>
        <w:rPr>
          <w:rFonts w:ascii="Georgia" w:hAnsi="Georgia"/>
          <w:b w:val="0"/>
          <w:i w:val="0"/>
          <w:color w:val="22201D"/>
          <w:sz w:val="20"/>
        </w:rPr>
        <w:t>The Hostess looked toward the last table.</w:t>
      </w:r>
    </w:p>
    <w:p>
      <w:pPr>
        <w:spacing w:after="60" w:line="266" w:lineRule="auto"/>
        <w:ind w:firstLine="331"/>
        <w:jc w:val="both"/>
      </w:pPr>
      <w:r>
        <w:rPr>
          <w:rFonts w:ascii="Georgia" w:hAnsi="Georgia"/>
          <w:b w:val="0"/>
          <w:i w:val="0"/>
          <w:color w:val="22201D"/>
          <w:sz w:val="20"/>
        </w:rPr>
        <w:t>"A miracle that cannot be declined is not hospitality."</w:t>
      </w:r>
    </w:p>
    <w:p>
      <w:pPr>
        <w:spacing w:after="60" w:line="266" w:lineRule="auto"/>
        <w:ind w:firstLine="331"/>
        <w:jc w:val="both"/>
      </w:pPr>
      <w:r>
        <w:rPr>
          <w:rFonts w:ascii="Georgia" w:hAnsi="Georgia"/>
          <w:b w:val="0"/>
          <w:i w:val="0"/>
          <w:color w:val="22201D"/>
          <w:sz w:val="20"/>
        </w:rPr>
        <w:t>The old front label curled at one corner.</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Just enough to look unemployed.</w:t>
      </w:r>
    </w:p>
    <w:p>
      <w:pPr>
        <w:spacing w:after="60" w:line="266" w:lineRule="auto"/>
        <w:ind w:firstLine="331"/>
        <w:jc w:val="both"/>
      </w:pPr>
      <w:r>
        <w:rPr>
          <w:rFonts w:ascii="Georgia" w:hAnsi="Georgia"/>
          <w:b w:val="0"/>
          <w:i w:val="0"/>
          <w:color w:val="22201D"/>
          <w:sz w:val="20"/>
        </w:rPr>
        <w:t>The signed waiver printed:</w:t>
      </w:r>
    </w:p>
    <w:p>
      <w:pPr>
        <w:spacing w:after="60" w:line="250" w:lineRule="auto"/>
        <w:ind w:left="202" w:right="173"/>
      </w:pPr>
      <w:r>
        <w:rPr>
          <w:rFonts w:ascii="Georgia" w:hAnsi="Georgia"/>
          <w:b w:val="0"/>
          <w:i w:val="0"/>
          <w:color w:val="22201D"/>
          <w:sz w:val="17"/>
        </w:rPr>
        <w:t>Maker clarity present. Seller warning present. Taster choice present. Process restraint present.</w:t>
      </w:r>
    </w:p>
    <w:p>
      <w:pPr>
        <w:spacing w:after="60" w:line="266" w:lineRule="auto"/>
        <w:ind w:firstLine="331"/>
        <w:jc w:val="both"/>
      </w:pPr>
      <w:r>
        <w:rPr>
          <w:rFonts w:ascii="Georgia" w:hAnsi="Georgia"/>
          <w:b w:val="0"/>
          <w:i w:val="0"/>
          <w:color w:val="22201D"/>
          <w:sz w:val="20"/>
        </w:rPr>
        <w:t>The batch log printed nothing, which was its highest praise.</w:t>
      </w:r>
    </w:p>
    <w:p>
      <w:pPr>
        <w:spacing w:after="60" w:line="266" w:lineRule="auto"/>
        <w:ind w:firstLine="331"/>
        <w:jc w:val="both"/>
      </w:pPr>
      <w:r>
        <w:rPr>
          <w:rFonts w:ascii="Georgia" w:hAnsi="Georgia"/>
          <w:b w:val="0"/>
          <w:i w:val="0"/>
          <w:color w:val="22201D"/>
          <w:sz w:val="20"/>
        </w:rPr>
        <w:t>The process note printed:</w:t>
      </w:r>
    </w:p>
    <w:p>
      <w:pPr>
        <w:spacing w:after="60" w:line="250" w:lineRule="auto"/>
        <w:ind w:left="202" w:right="173"/>
      </w:pPr>
      <w:r>
        <w:rPr>
          <w:rFonts w:ascii="Georgia" w:hAnsi="Georgia"/>
          <w:b w:val="0"/>
          <w:i w:val="0"/>
          <w:color w:val="22201D"/>
          <w:sz w:val="17"/>
        </w:rPr>
        <w:t>Plain language permits safe choice.</w:t>
      </w:r>
    </w:p>
    <w:p>
      <w:pPr>
        <w:spacing w:after="60" w:line="266" w:lineRule="auto"/>
        <w:ind w:firstLine="331"/>
        <w:jc w:val="both"/>
      </w:pPr>
      <w:r>
        <w:rPr>
          <w:rFonts w:ascii="Georgia" w:hAnsi="Georgia"/>
          <w:b w:val="0"/>
          <w:i w:val="0"/>
          <w:color w:val="22201D"/>
          <w:sz w:val="20"/>
        </w:rPr>
        <w:t>Flocc touched the final label.</w:t>
      </w:r>
    </w:p>
    <w:p>
      <w:pPr>
        <w:spacing w:after="60" w:line="266" w:lineRule="auto"/>
        <w:ind w:firstLine="331"/>
        <w:jc w:val="both"/>
      </w:pPr>
      <w:r>
        <w:rPr>
          <w:rFonts w:ascii="Georgia" w:hAnsi="Georgia"/>
          <w:b w:val="0"/>
          <w:i w:val="0"/>
          <w:color w:val="22201D"/>
          <w:sz w:val="20"/>
        </w:rPr>
        <w:t>"It will sell less quickly."</w:t>
      </w:r>
    </w:p>
    <w:p>
      <w:pPr>
        <w:spacing w:after="60" w:line="266" w:lineRule="auto"/>
        <w:ind w:firstLine="331"/>
        <w:jc w:val="both"/>
      </w:pPr>
      <w:r>
        <w:rPr>
          <w:rFonts w:ascii="Georgia" w:hAnsi="Georgia"/>
          <w:b w:val="0"/>
          <w:i w:val="0"/>
          <w:color w:val="22201D"/>
          <w:sz w:val="20"/>
        </w:rPr>
        <w:t>"Good," Gerald said.</w:t>
      </w:r>
    </w:p>
    <w:p>
      <w:pPr>
        <w:spacing w:after="60" w:line="266" w:lineRule="auto"/>
        <w:ind w:firstLine="331"/>
        <w:jc w:val="both"/>
      </w:pPr>
      <w:r>
        <w:rPr>
          <w:rFonts w:ascii="Georgia" w:hAnsi="Georgia"/>
          <w:b w:val="0"/>
          <w:i w:val="0"/>
          <w:color w:val="22201D"/>
          <w:sz w:val="20"/>
        </w:rPr>
        <w:t>"You keep saying good when I say financially alarming things."</w:t>
      </w:r>
    </w:p>
    <w:p>
      <w:pPr>
        <w:spacing w:after="60" w:line="266" w:lineRule="auto"/>
        <w:ind w:firstLine="331"/>
        <w:jc w:val="both"/>
      </w:pPr>
      <w:r>
        <w:rPr>
          <w:rFonts w:ascii="Georgia" w:hAnsi="Georgia"/>
          <w:b w:val="0"/>
          <w:i w:val="0"/>
          <w:color w:val="22201D"/>
          <w:sz w:val="20"/>
        </w:rPr>
        <w:t>"Speed was never the assignment."</w:t>
      </w:r>
    </w:p>
    <w:p>
      <w:pPr>
        <w:spacing w:after="60" w:line="266" w:lineRule="auto"/>
        <w:ind w:firstLine="331"/>
        <w:jc w:val="both"/>
      </w:pPr>
      <w:r>
        <w:rPr>
          <w:rFonts w:ascii="Georgia" w:hAnsi="Georgia"/>
          <w:b w:val="0"/>
          <w:i w:val="0"/>
          <w:color w:val="22201D"/>
          <w:sz w:val="20"/>
        </w:rPr>
        <w:t>Nico looked at the sample cups.</w:t>
      </w:r>
    </w:p>
    <w:p>
      <w:pPr>
        <w:spacing w:after="60" w:line="266" w:lineRule="auto"/>
        <w:ind w:firstLine="331"/>
        <w:jc w:val="both"/>
      </w:pPr>
      <w:r>
        <w:rPr>
          <w:rFonts w:ascii="Georgia" w:hAnsi="Georgia"/>
          <w:b w:val="0"/>
          <w:i w:val="0"/>
          <w:color w:val="22201D"/>
          <w:sz w:val="20"/>
        </w:rPr>
        <w:t>"Does this make the sauce active?"</w:t>
      </w:r>
    </w:p>
    <w:p>
      <w:pPr>
        <w:spacing w:after="60" w:line="266" w:lineRule="auto"/>
        <w:ind w:firstLine="331"/>
        <w:jc w:val="both"/>
      </w:pPr>
      <w:r>
        <w:rPr>
          <w:rFonts w:ascii="Georgia" w:hAnsi="Georgia"/>
          <w:b w:val="0"/>
          <w:i w:val="0"/>
          <w:color w:val="22201D"/>
          <w:sz w:val="20"/>
        </w:rPr>
        <w:t>Gerald did not answer immediately.</w:t>
      </w:r>
    </w:p>
    <w:p>
      <w:pPr>
        <w:spacing w:after="60" w:line="266" w:lineRule="auto"/>
        <w:ind w:firstLine="331"/>
        <w:jc w:val="both"/>
      </w:pPr>
      <w:r>
        <w:rPr>
          <w:rFonts w:ascii="Georgia" w:hAnsi="Georgia"/>
          <w:b w:val="0"/>
          <w:i w:val="0"/>
          <w:color w:val="22201D"/>
          <w:sz w:val="20"/>
        </w:rPr>
        <w:t>He inspected the final label against the batch log.</w:t>
      </w:r>
    </w:p>
    <w:p>
      <w:pPr>
        <w:spacing w:after="60" w:line="266" w:lineRule="auto"/>
        <w:ind w:firstLine="331"/>
        <w:jc w:val="both"/>
      </w:pPr>
      <w:r>
        <w:rPr>
          <w:rFonts w:ascii="Georgia" w:hAnsi="Georgia"/>
          <w:b w:val="0"/>
          <w:i w:val="0"/>
          <w:color w:val="22201D"/>
          <w:sz w:val="20"/>
        </w:rPr>
        <w:t>Ingredient truth matched.</w:t>
      </w:r>
    </w:p>
    <w:p>
      <w:pPr>
        <w:spacing w:after="60" w:line="266" w:lineRule="auto"/>
        <w:ind w:firstLine="331"/>
        <w:jc w:val="both"/>
      </w:pPr>
      <w:r>
        <w:rPr>
          <w:rFonts w:ascii="Georgia" w:hAnsi="Georgia"/>
          <w:b w:val="0"/>
          <w:i w:val="0"/>
          <w:color w:val="22201D"/>
          <w:sz w:val="20"/>
        </w:rPr>
        <w:t>He inspected it against the process note.</w:t>
      </w:r>
    </w:p>
    <w:p>
      <w:pPr>
        <w:spacing w:after="60" w:line="266" w:lineRule="auto"/>
        <w:ind w:firstLine="331"/>
        <w:jc w:val="both"/>
      </w:pPr>
      <w:r>
        <w:rPr>
          <w:rFonts w:ascii="Georgia" w:hAnsi="Georgia"/>
          <w:b w:val="0"/>
          <w:i w:val="0"/>
          <w:color w:val="22201D"/>
          <w:sz w:val="20"/>
        </w:rPr>
        <w:t>Heat sequence matched.</w:t>
      </w:r>
    </w:p>
    <w:p>
      <w:pPr>
        <w:spacing w:after="60" w:line="266" w:lineRule="auto"/>
        <w:ind w:firstLine="331"/>
        <w:jc w:val="both"/>
      </w:pPr>
      <w:r>
        <w:rPr>
          <w:rFonts w:ascii="Georgia" w:hAnsi="Georgia"/>
          <w:b w:val="0"/>
          <w:i w:val="0"/>
          <w:color w:val="22201D"/>
          <w:sz w:val="20"/>
        </w:rPr>
        <w:t>He inspected it against the signed waiver.</w:t>
      </w:r>
    </w:p>
    <w:p>
      <w:pPr>
        <w:spacing w:after="60" w:line="266" w:lineRule="auto"/>
        <w:ind w:firstLine="331"/>
        <w:jc w:val="both"/>
      </w:pPr>
      <w:r>
        <w:rPr>
          <w:rFonts w:ascii="Georgia" w:hAnsi="Georgia"/>
          <w:b w:val="0"/>
          <w:i w:val="0"/>
          <w:color w:val="22201D"/>
          <w:sz w:val="20"/>
        </w:rPr>
        <w:t>Obligation matched.</w:t>
      </w:r>
    </w:p>
    <w:p>
      <w:pPr>
        <w:spacing w:after="60" w:line="266" w:lineRule="auto"/>
        <w:ind w:firstLine="331"/>
        <w:jc w:val="both"/>
      </w:pPr>
      <w:r>
        <w:rPr>
          <w:rFonts w:ascii="Georgia" w:hAnsi="Georgia"/>
          <w:b w:val="0"/>
          <w:i w:val="0"/>
          <w:color w:val="22201D"/>
          <w:sz w:val="20"/>
        </w:rPr>
        <w:t>He inspected it against the table card.</w:t>
      </w:r>
    </w:p>
    <w:p>
      <w:pPr>
        <w:spacing w:after="60" w:line="266" w:lineRule="auto"/>
        <w:ind w:firstLine="331"/>
        <w:jc w:val="both"/>
      </w:pPr>
      <w:r>
        <w:rPr>
          <w:rFonts w:ascii="Georgia" w:hAnsi="Georgia"/>
          <w:b w:val="0"/>
          <w:i w:val="0"/>
          <w:color w:val="22201D"/>
          <w:sz w:val="20"/>
        </w:rPr>
        <w:t>Service conditions matched.</w:t>
      </w:r>
    </w:p>
    <w:p>
      <w:pPr>
        <w:spacing w:after="60" w:line="266" w:lineRule="auto"/>
        <w:ind w:firstLine="331"/>
        <w:jc w:val="both"/>
      </w:pPr>
      <w:r>
        <w:rPr>
          <w:rFonts w:ascii="Georgia" w:hAnsi="Georgia"/>
          <w:b w:val="0"/>
          <w:i w:val="0"/>
          <w:color w:val="22201D"/>
          <w:sz w:val="20"/>
        </w:rPr>
        <w:t>Then he took the SAMPLES NOT ACTIVE sign and turned it over.</w:t>
      </w:r>
    </w:p>
    <w:p>
      <w:pPr>
        <w:spacing w:after="60" w:line="266" w:lineRule="auto"/>
        <w:ind w:firstLine="331"/>
        <w:jc w:val="both"/>
      </w:pPr>
      <w:r>
        <w:rPr>
          <w:rFonts w:ascii="Georgia" w:hAnsi="Georgia"/>
          <w:b w:val="0"/>
          <w:i w:val="0"/>
          <w:color w:val="22201D"/>
          <w:sz w:val="20"/>
        </w:rPr>
        <w:t>The back was blank.</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LIMITED SAMPLE ACTIVE Only under final label and table card procedure. No sale until final batch yield is recorded.</w:t>
      </w:r>
    </w:p>
    <w:p>
      <w:pPr>
        <w:spacing w:after="60" w:line="266" w:lineRule="auto"/>
        <w:ind w:firstLine="331"/>
        <w:jc w:val="both"/>
      </w:pPr>
      <w:r>
        <w:rPr>
          <w:rFonts w:ascii="Georgia" w:hAnsi="Georgia"/>
          <w:b w:val="0"/>
          <w:i w:val="0"/>
          <w:color w:val="22201D"/>
          <w:sz w:val="20"/>
        </w:rPr>
        <w:t>The room held its breath, although rooms should know better.</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AUTHORIZATION LIMITED</w:t>
      </w:r>
    </w:p>
    <w:p>
      <w:pPr>
        <w:spacing w:after="60" w:line="266" w:lineRule="auto"/>
        <w:ind w:firstLine="331"/>
        <w:jc w:val="both"/>
      </w:pPr>
      <w:r>
        <w:rPr>
          <w:rFonts w:ascii="Georgia" w:hAnsi="Georgia"/>
          <w:b w:val="0"/>
          <w:i w:val="0"/>
          <w:color w:val="22201D"/>
          <w:sz w:val="20"/>
        </w:rPr>
        <w:t>Nico read the new sign twice.</w:t>
      </w:r>
    </w:p>
    <w:p>
      <w:pPr>
        <w:spacing w:after="60" w:line="266" w:lineRule="auto"/>
        <w:ind w:firstLine="331"/>
        <w:jc w:val="both"/>
      </w:pPr>
      <w:r>
        <w:rPr>
          <w:rFonts w:ascii="Georgia" w:hAnsi="Georgia"/>
          <w:b w:val="0"/>
          <w:i w:val="0"/>
          <w:color w:val="22201D"/>
          <w:sz w:val="20"/>
        </w:rPr>
        <w:t>"So a sample can happen."</w:t>
      </w:r>
    </w:p>
    <w:p>
      <w:pPr>
        <w:spacing w:after="60" w:line="266" w:lineRule="auto"/>
        <w:ind w:firstLine="331"/>
        <w:jc w:val="both"/>
      </w:pPr>
      <w:r>
        <w:rPr>
          <w:rFonts w:ascii="Georgia" w:hAnsi="Georgia"/>
          <w:b w:val="0"/>
          <w:i w:val="0"/>
          <w:color w:val="22201D"/>
          <w:sz w:val="20"/>
        </w:rPr>
        <w:t>"A sample may be offered," Gerald said. "Happening still requires a person who chooses."</w:t>
      </w:r>
    </w:p>
    <w:p>
      <w:pPr>
        <w:spacing w:after="60" w:line="266" w:lineRule="auto"/>
        <w:ind w:firstLine="331"/>
        <w:jc w:val="both"/>
      </w:pPr>
      <w:r>
        <w:rPr>
          <w:rFonts w:ascii="Georgia" w:hAnsi="Georgia"/>
          <w:b w:val="0"/>
          <w:i w:val="0"/>
          <w:color w:val="22201D"/>
          <w:sz w:val="20"/>
        </w:rPr>
        <w:t>The last table shifted.</w:t>
      </w:r>
    </w:p>
    <w:p>
      <w:pPr>
        <w:spacing w:after="60" w:line="266" w:lineRule="auto"/>
        <w:ind w:firstLine="331"/>
        <w:jc w:val="both"/>
      </w:pPr>
      <w:r>
        <w:rPr>
          <w:rFonts w:ascii="Georgia" w:hAnsi="Georgia"/>
          <w:b w:val="0"/>
          <w:i w:val="0"/>
          <w:color w:val="22201D"/>
          <w:sz w:val="20"/>
        </w:rPr>
        <w:t>This time Gerald did not correct it.</w:t>
      </w:r>
    </w:p>
    <w:p>
      <w:pPr>
        <w:spacing w:after="60" w:line="266" w:lineRule="auto"/>
        <w:ind w:firstLine="331"/>
        <w:jc w:val="both"/>
      </w:pPr>
      <w:r>
        <w:rPr>
          <w:rFonts w:ascii="Georgia" w:hAnsi="Georgia"/>
          <w:b w:val="0"/>
          <w:i w:val="0"/>
          <w:color w:val="22201D"/>
          <w:sz w:val="20"/>
        </w:rPr>
        <w:t>Furniture had not spoken. Procedure had.</w:t>
      </w:r>
    </w:p>
    <w:p>
      <w:pPr>
        <w:spacing w:after="60" w:line="266" w:lineRule="auto"/>
        <w:ind w:firstLine="331"/>
        <w:jc w:val="both"/>
      </w:pPr>
      <w:r>
        <w:rPr>
          <w:rFonts w:ascii="Georgia" w:hAnsi="Georgia"/>
          <w:b w:val="0"/>
          <w:i w:val="0"/>
          <w:color w:val="22201D"/>
          <w:sz w:val="20"/>
        </w:rPr>
        <w:t>The Hostess placed the final label at the center of the table and set six reader cards around it. The condiment caddy stayed empty except for warning cards, clean spoons, cooling notices, and the limited-sample sign.</w:t>
      </w:r>
    </w:p>
    <w:p>
      <w:pPr>
        <w:spacing w:after="60" w:line="266" w:lineRule="auto"/>
        <w:ind w:firstLine="331"/>
        <w:jc w:val="both"/>
      </w:pPr>
      <w:r>
        <w:rPr>
          <w:rFonts w:ascii="Georgia" w:hAnsi="Georgia"/>
          <w:b w:val="0"/>
          <w:i w:val="0"/>
          <w:color w:val="22201D"/>
          <w:sz w:val="20"/>
        </w:rPr>
        <w:t>No bottle appeared.</w:t>
      </w:r>
    </w:p>
    <w:p>
      <w:pPr>
        <w:spacing w:after="60" w:line="266" w:lineRule="auto"/>
        <w:ind w:firstLine="331"/>
        <w:jc w:val="both"/>
      </w:pPr>
      <w:r>
        <w:rPr>
          <w:rFonts w:ascii="Georgia" w:hAnsi="Georgia"/>
          <w:b w:val="0"/>
          <w:i w:val="0"/>
          <w:color w:val="22201D"/>
          <w:sz w:val="20"/>
        </w:rPr>
        <w:t>No one cheered.</w:t>
      </w:r>
    </w:p>
    <w:p>
      <w:pPr>
        <w:spacing w:after="60" w:line="266" w:lineRule="auto"/>
        <w:ind w:firstLine="331"/>
        <w:jc w:val="both"/>
      </w:pPr>
      <w:r>
        <w:rPr>
          <w:rFonts w:ascii="Georgia" w:hAnsi="Georgia"/>
          <w:b w:val="0"/>
          <w:i w:val="0"/>
          <w:color w:val="22201D"/>
          <w:sz w:val="20"/>
        </w:rPr>
        <w:t>Flocc frowned at the empty bottle slot.</w:t>
      </w:r>
    </w:p>
    <w:p>
      <w:pPr>
        <w:spacing w:after="60" w:line="266" w:lineRule="auto"/>
        <w:ind w:firstLine="331"/>
        <w:jc w:val="both"/>
      </w:pPr>
      <w:r>
        <w:rPr>
          <w:rFonts w:ascii="Georgia" w:hAnsi="Georgia"/>
          <w:b w:val="0"/>
          <w:i w:val="0"/>
          <w:color w:val="22201D"/>
          <w:sz w:val="20"/>
        </w:rPr>
        <w:t>"Where is the sauce?"</w:t>
      </w:r>
    </w:p>
    <w:p>
      <w:pPr>
        <w:spacing w:after="60" w:line="266" w:lineRule="auto"/>
        <w:ind w:firstLine="331"/>
        <w:jc w:val="both"/>
      </w:pPr>
      <w:r>
        <w:rPr>
          <w:rFonts w:ascii="Georgia" w:hAnsi="Georgia"/>
          <w:b w:val="0"/>
          <w:i w:val="0"/>
          <w:color w:val="22201D"/>
          <w:sz w:val="20"/>
        </w:rPr>
        <w:t>Gerald lifted the batch log.</w:t>
      </w:r>
    </w:p>
    <w:p>
      <w:pPr>
        <w:spacing w:after="60" w:line="266" w:lineRule="auto"/>
        <w:ind w:firstLine="331"/>
        <w:jc w:val="both"/>
      </w:pPr>
      <w:r>
        <w:rPr>
          <w:rFonts w:ascii="Georgia" w:hAnsi="Georgia"/>
          <w:b w:val="0"/>
          <w:i w:val="0"/>
          <w:color w:val="22201D"/>
          <w:sz w:val="20"/>
        </w:rPr>
        <w:t>"Not bottled."</w:t>
      </w:r>
    </w:p>
    <w:p>
      <w:pPr>
        <w:spacing w:after="60" w:line="266" w:lineRule="auto"/>
        <w:ind w:firstLine="331"/>
        <w:jc w:val="both"/>
      </w:pPr>
      <w:r>
        <w:rPr>
          <w:rFonts w:ascii="Georgia" w:hAnsi="Georgia"/>
          <w:b w:val="0"/>
          <w:i w:val="0"/>
          <w:color w:val="22201D"/>
          <w:sz w:val="20"/>
        </w:rPr>
        <w:t>"But the sample is active."</w:t>
      </w:r>
    </w:p>
    <w:p>
      <w:pPr>
        <w:spacing w:after="60" w:line="266" w:lineRule="auto"/>
        <w:ind w:firstLine="331"/>
        <w:jc w:val="both"/>
      </w:pPr>
      <w:r>
        <w:rPr>
          <w:rFonts w:ascii="Georgia" w:hAnsi="Georgia"/>
          <w:b w:val="0"/>
          <w:i w:val="0"/>
          <w:color w:val="22201D"/>
          <w:sz w:val="20"/>
        </w:rPr>
        <w:t>"Limited sample. Not sale. Not final batch. Not display."</w:t>
      </w:r>
    </w:p>
    <w:p>
      <w:pPr>
        <w:spacing w:after="60" w:line="266" w:lineRule="auto"/>
        <w:ind w:firstLine="331"/>
        <w:jc w:val="both"/>
      </w:pPr>
      <w:r>
        <w:rPr>
          <w:rFonts w:ascii="Georgia" w:hAnsi="Georgia"/>
          <w:b w:val="0"/>
          <w:i w:val="0"/>
          <w:color w:val="22201D"/>
          <w:sz w:val="20"/>
        </w:rPr>
        <w:t>"Customers hate layers."</w:t>
      </w:r>
    </w:p>
    <w:p>
      <w:pPr>
        <w:spacing w:after="60" w:line="266" w:lineRule="auto"/>
        <w:ind w:firstLine="331"/>
        <w:jc w:val="both"/>
      </w:pPr>
      <w:r>
        <w:rPr>
          <w:rFonts w:ascii="Georgia" w:hAnsi="Georgia"/>
          <w:b w:val="0"/>
          <w:i w:val="0"/>
          <w:color w:val="22201D"/>
          <w:sz w:val="20"/>
        </w:rPr>
        <w:t>"Customers hate betrayal more."</w:t>
      </w:r>
    </w:p>
    <w:p>
      <w:pPr>
        <w:spacing w:after="60" w:line="266" w:lineRule="auto"/>
        <w:ind w:firstLine="331"/>
        <w:jc w:val="both"/>
      </w:pPr>
      <w:r>
        <w:rPr>
          <w:rFonts w:ascii="Georgia" w:hAnsi="Georgia"/>
          <w:b w:val="0"/>
          <w:i w:val="0"/>
          <w:color w:val="22201D"/>
          <w:sz w:val="20"/>
        </w:rPr>
        <w:t>The final label printed:</w:t>
      </w:r>
    </w:p>
    <w:p>
      <w:pPr>
        <w:spacing w:after="60" w:line="250" w:lineRule="auto"/>
        <w:ind w:left="202" w:right="173"/>
      </w:pPr>
      <w:r>
        <w:rPr>
          <w:rFonts w:ascii="Georgia" w:hAnsi="Georgia"/>
          <w:b w:val="0"/>
          <w:i w:val="0"/>
          <w:color w:val="22201D"/>
          <w:sz w:val="17"/>
        </w:rPr>
        <w:t>PLAIN LANGUAGE REVISION: Limited sample means: staff may offer one measured drop only after the person reads this label only with cooling ready only with permission to decline or stop not a bottle for sale</w:t>
      </w:r>
    </w:p>
    <w:p>
      <w:pPr>
        <w:spacing w:after="60" w:line="266" w:lineRule="auto"/>
        <w:ind w:firstLine="331"/>
        <w:jc w:val="both"/>
      </w:pPr>
      <w:r>
        <w:rPr>
          <w:rFonts w:ascii="Georgia" w:hAnsi="Georgia"/>
          <w:b w:val="0"/>
          <w:i w:val="0"/>
          <w:color w:val="22201D"/>
          <w:sz w:val="20"/>
        </w:rPr>
        <w:t>Gerald added the revision to the final label in smaller print below the main warning.</w:t>
      </w:r>
    </w:p>
    <w:p>
      <w:pPr>
        <w:spacing w:after="60" w:line="266" w:lineRule="auto"/>
        <w:ind w:firstLine="331"/>
        <w:jc w:val="both"/>
      </w:pPr>
      <w:r>
        <w:rPr>
          <w:rFonts w:ascii="Georgia" w:hAnsi="Georgia"/>
          <w:b w:val="0"/>
          <w:i w:val="0"/>
          <w:color w:val="22201D"/>
          <w:sz w:val="20"/>
        </w:rPr>
        <w:t>Flocc made a pained sound.</w:t>
      </w:r>
    </w:p>
    <w:p>
      <w:pPr>
        <w:spacing w:after="60" w:line="266" w:lineRule="auto"/>
        <w:ind w:firstLine="331"/>
        <w:jc w:val="both"/>
      </w:pPr>
      <w:r>
        <w:rPr>
          <w:rFonts w:ascii="Georgia" w:hAnsi="Georgia"/>
          <w:b w:val="0"/>
          <w:i w:val="0"/>
          <w:color w:val="22201D"/>
          <w:sz w:val="20"/>
        </w:rPr>
        <w:t>"Now it is longer."</w:t>
      </w:r>
    </w:p>
    <w:p>
      <w:pPr>
        <w:spacing w:after="60" w:line="266" w:lineRule="auto"/>
        <w:ind w:firstLine="331"/>
        <w:jc w:val="both"/>
      </w:pPr>
      <w:r>
        <w:rPr>
          <w:rFonts w:ascii="Georgia" w:hAnsi="Georgia"/>
          <w:b w:val="0"/>
          <w:i w:val="0"/>
          <w:color w:val="22201D"/>
          <w:sz w:val="20"/>
        </w:rPr>
        <w:t>Nico said, "But I understand it."</w:t>
      </w:r>
    </w:p>
    <w:p>
      <w:pPr>
        <w:spacing w:after="60" w:line="266" w:lineRule="auto"/>
        <w:ind w:firstLine="331"/>
        <w:jc w:val="both"/>
      </w:pPr>
      <w:r>
        <w:rPr>
          <w:rFonts w:ascii="Georgia" w:hAnsi="Georgia"/>
          <w:b w:val="0"/>
          <w:i w:val="0"/>
          <w:color w:val="22201D"/>
          <w:sz w:val="20"/>
        </w:rPr>
        <w:t>The pained sound stopped.</w:t>
      </w:r>
    </w:p>
    <w:p>
      <w:pPr>
        <w:spacing w:after="60" w:line="266" w:lineRule="auto"/>
        <w:ind w:firstLine="331"/>
        <w:jc w:val="both"/>
      </w:pPr>
      <w:r>
        <w:rPr>
          <w:rFonts w:ascii="Georgia" w:hAnsi="Georgia"/>
          <w:b w:val="0"/>
          <w:i w:val="0"/>
          <w:color w:val="22201D"/>
          <w:sz w:val="20"/>
        </w:rPr>
        <w:t>That was the second miracle.</w:t>
      </w:r>
    </w:p>
    <w:p>
      <w:pPr>
        <w:spacing w:after="60" w:line="266" w:lineRule="auto"/>
        <w:ind w:firstLine="331"/>
        <w:jc w:val="both"/>
      </w:pPr>
      <w:r>
        <w:rPr>
          <w:rFonts w:ascii="Georgia" w:hAnsi="Georgia"/>
          <w:b w:val="0"/>
          <w:i w:val="0"/>
          <w:color w:val="22201D"/>
          <w:sz w:val="20"/>
        </w:rPr>
        <w:t>The first miracle was that the sauce could remain itself.</w:t>
      </w:r>
    </w:p>
    <w:p>
      <w:pPr>
        <w:spacing w:after="60" w:line="266" w:lineRule="auto"/>
        <w:ind w:firstLine="331"/>
        <w:jc w:val="both"/>
      </w:pPr>
      <w:r>
        <w:rPr>
          <w:rFonts w:ascii="Georgia" w:hAnsi="Georgia"/>
          <w:b w:val="0"/>
          <w:i w:val="0"/>
          <w:color w:val="22201D"/>
          <w:sz w:val="20"/>
        </w:rPr>
        <w:t>It did not become mild to become safe. It did not become vague to become marketable. It did not become a person to demand respect. It remained peach, pepper, vinegar, salt, sequence, restraint, warning, service, and choice.</w:t>
      </w:r>
    </w:p>
    <w:p>
      <w:pPr>
        <w:spacing w:after="60" w:line="266" w:lineRule="auto"/>
        <w:ind w:firstLine="331"/>
        <w:jc w:val="both"/>
      </w:pPr>
      <w:r>
        <w:rPr>
          <w:rFonts w:ascii="Georgia" w:hAnsi="Georgia"/>
          <w:b w:val="0"/>
          <w:i w:val="0"/>
          <w:color w:val="22201D"/>
          <w:sz w:val="20"/>
        </w:rPr>
        <w:t>The final label did not save the miracle by making the heat smaller.</w:t>
      </w:r>
    </w:p>
    <w:p>
      <w:pPr>
        <w:spacing w:after="60" w:line="266" w:lineRule="auto"/>
        <w:ind w:firstLine="331"/>
        <w:jc w:val="both"/>
      </w:pPr>
      <w:r>
        <w:rPr>
          <w:rFonts w:ascii="Georgia" w:hAnsi="Georgia"/>
          <w:b w:val="0"/>
          <w:i w:val="0"/>
          <w:color w:val="22201D"/>
          <w:sz w:val="20"/>
        </w:rPr>
        <w:t>It saved the miracle by making the choice larger.</w:t>
      </w:r>
    </w:p>
    <w:p>
      <w:pPr>
        <w:spacing w:after="60" w:line="266" w:lineRule="auto"/>
        <w:ind w:firstLine="331"/>
        <w:jc w:val="both"/>
      </w:pPr>
      <w:r>
        <w:rPr>
          <w:rFonts w:ascii="Georgia" w:hAnsi="Georgia"/>
          <w:b w:val="0"/>
          <w:i w:val="0"/>
          <w:color w:val="22201D"/>
          <w:sz w:val="20"/>
        </w:rPr>
        <w:t>The Hostess looked at Nico.</w:t>
      </w:r>
    </w:p>
    <w:p>
      <w:pPr>
        <w:spacing w:after="60" w:line="266" w:lineRule="auto"/>
        <w:ind w:firstLine="331"/>
        <w:jc w:val="both"/>
      </w:pPr>
      <w:r>
        <w:rPr>
          <w:rFonts w:ascii="Georgia" w:hAnsi="Georgia"/>
          <w:b w:val="0"/>
          <w:i w:val="0"/>
          <w:color w:val="22201D"/>
          <w:sz w:val="20"/>
        </w:rPr>
        <w:t>"Would you like to read the label?"</w:t>
      </w:r>
    </w:p>
    <w:p>
      <w:pPr>
        <w:spacing w:after="60" w:line="266" w:lineRule="auto"/>
        <w:ind w:firstLine="331"/>
        <w:jc w:val="both"/>
      </w:pPr>
      <w:r>
        <w:rPr>
          <w:rFonts w:ascii="Georgia" w:hAnsi="Georgia"/>
          <w:b w:val="0"/>
          <w:i w:val="0"/>
          <w:color w:val="22201D"/>
          <w:sz w:val="20"/>
        </w:rPr>
        <w:t>Nico read it.</w:t>
      </w:r>
    </w:p>
    <w:p>
      <w:pPr>
        <w:spacing w:after="60" w:line="266" w:lineRule="auto"/>
        <w:ind w:firstLine="331"/>
        <w:jc w:val="both"/>
      </w:pPr>
      <w:r>
        <w:rPr>
          <w:rFonts w:ascii="Georgia" w:hAnsi="Georgia"/>
          <w:b w:val="0"/>
          <w:i w:val="0"/>
          <w:color w:val="22201D"/>
          <w:sz w:val="20"/>
        </w:rPr>
        <w:t>All of it.</w:t>
      </w:r>
    </w:p>
    <w:p>
      <w:pPr>
        <w:spacing w:after="60" w:line="266" w:lineRule="auto"/>
        <w:ind w:firstLine="331"/>
        <w:jc w:val="both"/>
      </w:pPr>
      <w:r>
        <w:rPr>
          <w:rFonts w:ascii="Georgia" w:hAnsi="Georgia"/>
          <w:b w:val="0"/>
          <w:i w:val="0"/>
          <w:color w:val="22201D"/>
          <w:sz w:val="20"/>
        </w:rPr>
        <w:t>No one hurried him.</w:t>
      </w:r>
    </w:p>
    <w:p>
      <w:pPr>
        <w:spacing w:after="60" w:line="266" w:lineRule="auto"/>
        <w:ind w:firstLine="331"/>
        <w:jc w:val="both"/>
      </w:pPr>
      <w:r>
        <w:rPr>
          <w:rFonts w:ascii="Georgia" w:hAnsi="Georgia"/>
          <w:b w:val="0"/>
          <w:i w:val="0"/>
          <w:color w:val="22201D"/>
          <w:sz w:val="20"/>
        </w:rPr>
        <w:t>When he finished, she asked, "Would you like to smell only, decline, or request one measured drop?"</w:t>
      </w:r>
    </w:p>
    <w:p>
      <w:pPr>
        <w:spacing w:after="60" w:line="266" w:lineRule="auto"/>
        <w:ind w:firstLine="331"/>
        <w:jc w:val="both"/>
      </w:pPr>
      <w:r>
        <w:rPr>
          <w:rFonts w:ascii="Georgia" w:hAnsi="Georgia"/>
          <w:b w:val="0"/>
          <w:i w:val="0"/>
          <w:color w:val="22201D"/>
          <w:sz w:val="20"/>
        </w:rPr>
        <w:t>Nico considered the question.</w:t>
      </w:r>
    </w:p>
    <w:p>
      <w:pPr>
        <w:spacing w:after="60" w:line="266" w:lineRule="auto"/>
        <w:ind w:firstLine="331"/>
        <w:jc w:val="both"/>
      </w:pPr>
      <w:r>
        <w:rPr>
          <w:rFonts w:ascii="Georgia" w:hAnsi="Georgia"/>
          <w:b w:val="0"/>
          <w:i w:val="0"/>
          <w:color w:val="22201D"/>
          <w:sz w:val="20"/>
        </w:rPr>
        <w:t>He looked at the bread.</w:t>
      </w:r>
    </w:p>
    <w:p>
      <w:pPr>
        <w:spacing w:after="60" w:line="266" w:lineRule="auto"/>
        <w:ind w:firstLine="331"/>
        <w:jc w:val="both"/>
      </w:pPr>
      <w:r>
        <w:rPr>
          <w:rFonts w:ascii="Georgia" w:hAnsi="Georgia"/>
          <w:b w:val="0"/>
          <w:i w:val="0"/>
          <w:color w:val="22201D"/>
          <w:sz w:val="20"/>
        </w:rPr>
        <w:t>He looked at the rice.</w:t>
      </w:r>
    </w:p>
    <w:p>
      <w:pPr>
        <w:spacing w:after="60" w:line="266" w:lineRule="auto"/>
        <w:ind w:firstLine="331"/>
        <w:jc w:val="both"/>
      </w:pPr>
      <w:r>
        <w:rPr>
          <w:rFonts w:ascii="Georgia" w:hAnsi="Georgia"/>
          <w:b w:val="0"/>
          <w:i w:val="0"/>
          <w:color w:val="22201D"/>
          <w:sz w:val="20"/>
        </w:rPr>
        <w:t>He looked at the water.</w:t>
      </w:r>
    </w:p>
    <w:p>
      <w:pPr>
        <w:spacing w:after="60" w:line="266" w:lineRule="auto"/>
        <w:ind w:firstLine="331"/>
        <w:jc w:val="both"/>
      </w:pPr>
      <w:r>
        <w:rPr>
          <w:rFonts w:ascii="Georgia" w:hAnsi="Georgia"/>
          <w:b w:val="0"/>
          <w:i w:val="0"/>
          <w:color w:val="22201D"/>
          <w:sz w:val="20"/>
        </w:rPr>
        <w:t>He looked at the yogurt notice.</w:t>
      </w:r>
    </w:p>
    <w:p>
      <w:pPr>
        <w:spacing w:after="60" w:line="266" w:lineRule="auto"/>
        <w:ind w:firstLine="331"/>
        <w:jc w:val="both"/>
      </w:pPr>
      <w:r>
        <w:rPr>
          <w:rFonts w:ascii="Georgia" w:hAnsi="Georgia"/>
          <w:b w:val="0"/>
          <w:i w:val="0"/>
          <w:color w:val="22201D"/>
          <w:sz w:val="20"/>
        </w:rPr>
        <w:t>He looked at Gerald, who had made a disciplined effort not to stare.</w:t>
      </w:r>
    </w:p>
    <w:p>
      <w:pPr>
        <w:spacing w:after="60" w:line="266" w:lineRule="auto"/>
        <w:ind w:firstLine="331"/>
        <w:jc w:val="both"/>
      </w:pPr>
      <w:r>
        <w:rPr>
          <w:rFonts w:ascii="Georgia" w:hAnsi="Georgia"/>
          <w:b w:val="0"/>
          <w:i w:val="0"/>
          <w:color w:val="22201D"/>
          <w:sz w:val="20"/>
        </w:rPr>
        <w:t>He looked at Flocc, who had made no such effort but was trying.</w:t>
      </w:r>
    </w:p>
    <w:p>
      <w:pPr>
        <w:spacing w:after="60" w:line="266" w:lineRule="auto"/>
        <w:ind w:firstLine="331"/>
        <w:jc w:val="both"/>
      </w:pPr>
      <w:r>
        <w:rPr>
          <w:rFonts w:ascii="Georgia" w:hAnsi="Georgia"/>
          <w:b w:val="0"/>
          <w:i w:val="0"/>
          <w:color w:val="22201D"/>
          <w:sz w:val="20"/>
        </w:rPr>
        <w:t>Nico said, "Smell only."</w:t>
      </w:r>
    </w:p>
    <w:p>
      <w:pPr>
        <w:spacing w:after="60" w:line="266" w:lineRule="auto"/>
        <w:ind w:firstLine="331"/>
        <w:jc w:val="both"/>
      </w:pPr>
      <w:r>
        <w:rPr>
          <w:rFonts w:ascii="Georgia" w:hAnsi="Georgia"/>
          <w:b w:val="0"/>
          <w:i w:val="0"/>
          <w:color w:val="22201D"/>
          <w:sz w:val="20"/>
        </w:rPr>
        <w:t>The room accepted this without disappointment.</w:t>
      </w:r>
    </w:p>
    <w:p>
      <w:pPr>
        <w:spacing w:after="60" w:line="266" w:lineRule="auto"/>
        <w:ind w:firstLine="331"/>
        <w:jc w:val="both"/>
      </w:pPr>
      <w:r>
        <w:rPr>
          <w:rFonts w:ascii="Georgia" w:hAnsi="Georgia"/>
          <w:b w:val="0"/>
          <w:i w:val="0"/>
          <w:color w:val="22201D"/>
          <w:sz w:val="20"/>
        </w:rPr>
        <w:t>The Hostess opened the covered peach bowl, not the pepper mash, and let him smell the recorded first note from a safe distance.</w:t>
      </w:r>
    </w:p>
    <w:p>
      <w:pPr>
        <w:spacing w:after="60" w:line="266" w:lineRule="auto"/>
        <w:ind w:firstLine="331"/>
        <w:jc w:val="both"/>
      </w:pPr>
      <w:r>
        <w:rPr>
          <w:rFonts w:ascii="Georgia" w:hAnsi="Georgia"/>
          <w:b w:val="0"/>
          <w:i w:val="0"/>
          <w:color w:val="22201D"/>
          <w:sz w:val="20"/>
        </w:rPr>
        <w:t>Nico smiled.</w:t>
      </w:r>
    </w:p>
    <w:p>
      <w:pPr>
        <w:spacing w:after="60" w:line="266" w:lineRule="auto"/>
        <w:ind w:firstLine="331"/>
        <w:jc w:val="both"/>
      </w:pPr>
      <w:r>
        <w:rPr>
          <w:rFonts w:ascii="Georgia" w:hAnsi="Georgia"/>
          <w:b w:val="0"/>
          <w:i w:val="0"/>
          <w:color w:val="22201D"/>
          <w:sz w:val="20"/>
        </w:rPr>
        <w:t>"Peach first."</w:t>
      </w:r>
    </w:p>
    <w:p>
      <w:pPr>
        <w:spacing w:after="60" w:line="266" w:lineRule="auto"/>
        <w:ind w:firstLine="331"/>
        <w:jc w:val="both"/>
      </w:pPr>
      <w:r>
        <w:rPr>
          <w:rFonts w:ascii="Georgia" w:hAnsi="Georgia"/>
          <w:b w:val="0"/>
          <w:i w:val="0"/>
          <w:color w:val="22201D"/>
          <w:sz w:val="20"/>
        </w:rPr>
        <w:t>Gerald marked:</w:t>
      </w:r>
    </w:p>
    <w:p>
      <w:pPr>
        <w:spacing w:after="60" w:line="250" w:lineRule="auto"/>
        <w:ind w:left="202" w:right="173"/>
      </w:pPr>
      <w:r>
        <w:rPr>
          <w:rFonts w:ascii="Georgia" w:hAnsi="Georgia"/>
          <w:b w:val="0"/>
          <w:i w:val="0"/>
          <w:color w:val="22201D"/>
          <w:sz w:val="17"/>
        </w:rPr>
        <w:t>Choice honored: smell only no sample no pressure</w:t>
      </w:r>
    </w:p>
    <w:p>
      <w:pPr>
        <w:spacing w:after="60" w:line="266" w:lineRule="auto"/>
        <w:ind w:firstLine="331"/>
        <w:jc w:val="both"/>
      </w:pPr>
      <w:r>
        <w:rPr>
          <w:rFonts w:ascii="Georgia" w:hAnsi="Georgia"/>
          <w:b w:val="0"/>
          <w:i w:val="0"/>
          <w:color w:val="22201D"/>
          <w:sz w:val="20"/>
        </w:rPr>
        <w:t>The table did not punish him for stopping.</w:t>
      </w:r>
    </w:p>
    <w:p>
      <w:pPr>
        <w:spacing w:after="60" w:line="266" w:lineRule="auto"/>
        <w:ind w:firstLine="331"/>
        <w:jc w:val="both"/>
      </w:pPr>
      <w:r>
        <w:rPr>
          <w:rFonts w:ascii="Georgia" w:hAnsi="Georgia"/>
          <w:b w:val="0"/>
          <w:i w:val="0"/>
          <w:color w:val="22201D"/>
          <w:sz w:val="20"/>
        </w:rPr>
        <w:t>That was the third miracle, although Gerald would have called it ordinary competence if asked.</w:t>
      </w:r>
    </w:p>
    <w:p>
      <w:pPr>
        <w:spacing w:after="60" w:line="266" w:lineRule="auto"/>
        <w:ind w:firstLine="331"/>
        <w:jc w:val="both"/>
      </w:pPr>
      <w:r>
        <w:rPr>
          <w:rFonts w:ascii="Georgia" w:hAnsi="Georgia"/>
          <w:b w:val="0"/>
          <w:i w:val="0"/>
          <w:color w:val="22201D"/>
          <w:sz w:val="20"/>
        </w:rPr>
        <w:t>Flocc sat in the chair he had accidentally used earlier.</w:t>
      </w:r>
    </w:p>
    <w:p>
      <w:pPr>
        <w:spacing w:after="60" w:line="266" w:lineRule="auto"/>
        <w:ind w:firstLine="331"/>
        <w:jc w:val="both"/>
      </w:pPr>
      <w:r>
        <w:rPr>
          <w:rFonts w:ascii="Georgia" w:hAnsi="Georgia"/>
          <w:b w:val="0"/>
          <w:i w:val="0"/>
          <w:color w:val="22201D"/>
          <w:sz w:val="20"/>
        </w:rPr>
        <w:t>This time he did it on purpose.</w:t>
      </w:r>
    </w:p>
    <w:p>
      <w:pPr>
        <w:spacing w:after="60" w:line="266" w:lineRule="auto"/>
        <w:ind w:firstLine="331"/>
        <w:jc w:val="both"/>
      </w:pPr>
      <w:r>
        <w:rPr>
          <w:rFonts w:ascii="Georgia" w:hAnsi="Georgia"/>
          <w:b w:val="0"/>
          <w:i w:val="0"/>
          <w:color w:val="22201D"/>
          <w:sz w:val="20"/>
        </w:rPr>
        <w:t>"I would like to read the label," he said.</w:t>
      </w:r>
    </w:p>
    <w:p>
      <w:pPr>
        <w:spacing w:after="60" w:line="266" w:lineRule="auto"/>
        <w:ind w:firstLine="331"/>
        <w:jc w:val="both"/>
      </w:pPr>
      <w:r>
        <w:rPr>
          <w:rFonts w:ascii="Georgia" w:hAnsi="Georgia"/>
          <w:b w:val="0"/>
          <w:i w:val="0"/>
          <w:color w:val="22201D"/>
          <w:sz w:val="20"/>
        </w:rPr>
        <w:t>Gerald handed him a reader card.</w:t>
      </w:r>
    </w:p>
    <w:p>
      <w:pPr>
        <w:spacing w:after="60" w:line="266" w:lineRule="auto"/>
        <w:ind w:firstLine="331"/>
        <w:jc w:val="both"/>
      </w:pPr>
      <w:r>
        <w:rPr>
          <w:rFonts w:ascii="Georgia" w:hAnsi="Georgia"/>
          <w:b w:val="0"/>
          <w:i w:val="0"/>
          <w:color w:val="22201D"/>
          <w:sz w:val="20"/>
        </w:rPr>
        <w:t>Flocc read.</w:t>
      </w:r>
    </w:p>
    <w:p>
      <w:pPr>
        <w:spacing w:after="60" w:line="266" w:lineRule="auto"/>
        <w:ind w:firstLine="331"/>
        <w:jc w:val="both"/>
      </w:pPr>
      <w:r>
        <w:rPr>
          <w:rFonts w:ascii="Georgia" w:hAnsi="Georgia"/>
          <w:b w:val="0"/>
          <w:i w:val="0"/>
          <w:color w:val="22201D"/>
          <w:sz w:val="20"/>
        </w:rPr>
        <w:t>Slowly at first.</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"I decline."</w:t>
      </w:r>
    </w:p>
    <w:p>
      <w:pPr>
        <w:spacing w:after="60" w:line="266" w:lineRule="auto"/>
        <w:ind w:firstLine="331"/>
        <w:jc w:val="both"/>
      </w:pPr>
      <w:r>
        <w:rPr>
          <w:rFonts w:ascii="Georgia" w:hAnsi="Georgia"/>
          <w:b w:val="0"/>
          <w:i w:val="0"/>
          <w:color w:val="22201D"/>
          <w:sz w:val="20"/>
        </w:rPr>
        <w:t>The final label did not dim.</w:t>
      </w:r>
    </w:p>
    <w:p>
      <w:pPr>
        <w:spacing w:after="60" w:line="266" w:lineRule="auto"/>
        <w:ind w:firstLine="331"/>
        <w:jc w:val="both"/>
      </w:pPr>
      <w:r>
        <w:rPr>
          <w:rFonts w:ascii="Georgia" w:hAnsi="Georgia"/>
          <w:b w:val="0"/>
          <w:i w:val="0"/>
          <w:color w:val="22201D"/>
          <w:sz w:val="20"/>
        </w:rPr>
        <w:t>The sauce did not sulk.</w:t>
      </w:r>
    </w:p>
    <w:p>
      <w:pPr>
        <w:spacing w:after="60" w:line="266" w:lineRule="auto"/>
        <w:ind w:firstLine="331"/>
        <w:jc w:val="both"/>
      </w:pPr>
      <w:r>
        <w:rPr>
          <w:rFonts w:ascii="Georgia" w:hAnsi="Georgia"/>
          <w:b w:val="0"/>
          <w:i w:val="0"/>
          <w:color w:val="22201D"/>
          <w:sz w:val="20"/>
        </w:rPr>
        <w:t>The market shelf did not collapse from lack of performance.</w:t>
      </w:r>
    </w:p>
    <w:p>
      <w:pPr>
        <w:spacing w:after="60" w:line="266" w:lineRule="auto"/>
        <w:ind w:firstLine="331"/>
        <w:jc w:val="both"/>
      </w:pPr>
      <w:r>
        <w:rPr>
          <w:rFonts w:ascii="Georgia" w:hAnsi="Georgia"/>
          <w:b w:val="0"/>
          <w:i w:val="0"/>
          <w:color w:val="22201D"/>
          <w:sz w:val="20"/>
        </w:rPr>
        <w:t>The Hostess wrote:</w:t>
      </w:r>
    </w:p>
    <w:p>
      <w:pPr>
        <w:spacing w:after="60" w:line="250" w:lineRule="auto"/>
        <w:ind w:left="202" w:right="173"/>
      </w:pPr>
      <w:r>
        <w:rPr>
          <w:rFonts w:ascii="Georgia" w:hAnsi="Georgia"/>
          <w:b w:val="0"/>
          <w:i w:val="0"/>
          <w:color w:val="22201D"/>
          <w:sz w:val="17"/>
        </w:rPr>
        <w:t>Choice honored: decline no sample no pressure</w:t>
      </w:r>
    </w:p>
    <w:p>
      <w:pPr>
        <w:spacing w:after="60" w:line="266" w:lineRule="auto"/>
        <w:ind w:firstLine="331"/>
        <w:jc w:val="both"/>
      </w:pPr>
      <w:r>
        <w:rPr>
          <w:rFonts w:ascii="Georgia" w:hAnsi="Georgia"/>
          <w:b w:val="0"/>
          <w:i w:val="0"/>
          <w:color w:val="22201D"/>
          <w:sz w:val="20"/>
        </w:rPr>
        <w:t>Flocc looked surprised by the dignity of not receiving something.</w:t>
      </w:r>
    </w:p>
    <w:p>
      <w:pPr>
        <w:spacing w:after="60" w:line="266" w:lineRule="auto"/>
        <w:ind w:firstLine="331"/>
        <w:jc w:val="both"/>
      </w:pPr>
      <w:r>
        <w:rPr>
          <w:rFonts w:ascii="Georgia" w:hAnsi="Georgia"/>
          <w:b w:val="0"/>
          <w:i w:val="0"/>
          <w:color w:val="22201D"/>
          <w:sz w:val="20"/>
        </w:rPr>
        <w:t>"That felt like service."</w:t>
      </w:r>
    </w:p>
    <w:p>
      <w:pPr>
        <w:spacing w:after="60" w:line="266" w:lineRule="auto"/>
        <w:ind w:firstLine="331"/>
        <w:jc w:val="both"/>
      </w:pPr>
      <w:r>
        <w:rPr>
          <w:rFonts w:ascii="Georgia" w:hAnsi="Georgia"/>
          <w:b w:val="0"/>
          <w:i w:val="0"/>
          <w:color w:val="22201D"/>
          <w:sz w:val="20"/>
        </w:rPr>
        <w:t>"It was," the Hostess said.</w:t>
      </w:r>
    </w:p>
    <w:p>
      <w:pPr>
        <w:spacing w:after="60" w:line="266" w:lineRule="auto"/>
        <w:ind w:firstLine="331"/>
        <w:jc w:val="both"/>
      </w:pPr>
      <w:r>
        <w:rPr>
          <w:rFonts w:ascii="Georgia" w:hAnsi="Georgia"/>
          <w:b w:val="0"/>
          <w:i w:val="0"/>
          <w:color w:val="22201D"/>
          <w:sz w:val="20"/>
        </w:rPr>
        <w:t>Gerald placed the final label beside the signed waiver.</w:t>
      </w:r>
    </w:p>
    <w:p>
      <w:pPr>
        <w:spacing w:after="60" w:line="266" w:lineRule="auto"/>
        <w:ind w:firstLine="331"/>
        <w:jc w:val="both"/>
      </w:pPr>
      <w:r>
        <w:rPr>
          <w:rFonts w:ascii="Georgia" w:hAnsi="Georgia"/>
          <w:b w:val="0"/>
          <w:i w:val="0"/>
          <w:color w:val="22201D"/>
          <w:sz w:val="20"/>
        </w:rPr>
        <w:t>The waiver printed:</w:t>
      </w:r>
    </w:p>
    <w:p>
      <w:pPr>
        <w:spacing w:after="60" w:line="250" w:lineRule="auto"/>
        <w:ind w:left="202" w:right="173"/>
      </w:pPr>
      <w:r>
        <w:rPr>
          <w:rFonts w:ascii="Georgia" w:hAnsi="Georgia"/>
          <w:b w:val="0"/>
          <w:i w:val="0"/>
          <w:color w:val="22201D"/>
          <w:sz w:val="17"/>
        </w:rPr>
        <w:t>Release denied. Responsibility accepted.</w:t>
      </w:r>
    </w:p>
    <w:p>
      <w:pPr>
        <w:spacing w:after="60" w:line="266" w:lineRule="auto"/>
        <w:ind w:firstLine="331"/>
        <w:jc w:val="both"/>
      </w:pPr>
      <w:r>
        <w:rPr>
          <w:rFonts w:ascii="Georgia" w:hAnsi="Georgia"/>
          <w:b w:val="0"/>
          <w:i w:val="0"/>
          <w:color w:val="22201D"/>
          <w:sz w:val="20"/>
        </w:rPr>
        <w:t>The final label printed its completed form.</w:t>
      </w:r>
    </w:p>
    <w:p>
      <w:pPr>
        <w:spacing w:after="60" w:line="250" w:lineRule="auto"/>
        <w:ind w:left="202" w:right="173"/>
      </w:pPr>
      <w:r>
        <w:rPr>
          <w:rFonts w:ascii="Georgia" w:hAnsi="Georgia"/>
          <w:b w:val="0"/>
          <w:i w:val="0"/>
          <w:color w:val="22201D"/>
          <w:sz w:val="17"/>
        </w:rPr>
        <w:t>FINAL LABEL Gold Pheasant Peach Scotch Bonnet  Peach hot sauce with scotch bonnet pepper.  Tastes sweet first. Scotch bonnet heat may build after swallowing. Heat can arrive late and last several minutes.  Read before tasting. First sample is one measured drop. Wait thirty seconds before any second taste. Use a clean spoon. Cooling is available before tasting.  You may decline. You may smell only. You may stop after one drop. Say: "That is enough heat for me." No one should pressure a second taste.  Limited sample means: staff may offer one measured drop only after the person reads this label only with cooling ready only with permission to decline or stop not a bottle for sale  Status: limited sample active sale not active until final batch yield is recorded</w:t>
      </w:r>
    </w:p>
    <w:p>
      <w:pPr>
        <w:spacing w:after="60" w:line="266" w:lineRule="auto"/>
        <w:ind w:firstLine="331"/>
        <w:jc w:val="both"/>
      </w:pPr>
      <w:r>
        <w:rPr>
          <w:rFonts w:ascii="Georgia" w:hAnsi="Georgia"/>
          <w:b w:val="0"/>
          <w:i w:val="0"/>
          <w:color w:val="22201D"/>
          <w:sz w:val="20"/>
        </w:rPr>
        <w:t>The old label slid itself toward the recycling tray.</w:t>
      </w:r>
    </w:p>
    <w:p>
      <w:pPr>
        <w:spacing w:after="60" w:line="266" w:lineRule="auto"/>
        <w:ind w:firstLine="331"/>
        <w:jc w:val="both"/>
      </w:pPr>
      <w:r>
        <w:rPr>
          <w:rFonts w:ascii="Georgia" w:hAnsi="Georgia"/>
          <w:b w:val="0"/>
          <w:i w:val="0"/>
          <w:color w:val="22201D"/>
          <w:sz w:val="20"/>
        </w:rPr>
        <w:t>Flocc stopped it.</w:t>
      </w:r>
    </w:p>
    <w:p>
      <w:pPr>
        <w:spacing w:after="60" w:line="266" w:lineRule="auto"/>
        <w:ind w:firstLine="331"/>
        <w:jc w:val="both"/>
      </w:pPr>
      <w:r>
        <w:rPr>
          <w:rFonts w:ascii="Georgia" w:hAnsi="Georgia"/>
          <w:b w:val="0"/>
          <w:i w:val="0"/>
          <w:color w:val="22201D"/>
          <w:sz w:val="20"/>
        </w:rPr>
        <w:t>"Wait."</w:t>
      </w:r>
    </w:p>
    <w:p>
      <w:pPr>
        <w:spacing w:after="60" w:line="266" w:lineRule="auto"/>
        <w:ind w:firstLine="331"/>
        <w:jc w:val="both"/>
      </w:pPr>
      <w:r>
        <w:rPr>
          <w:rFonts w:ascii="Georgia" w:hAnsi="Georgia"/>
          <w:b w:val="0"/>
          <w:i w:val="0"/>
          <w:color w:val="22201D"/>
          <w:sz w:val="20"/>
        </w:rPr>
        <w:t>Everyone looked at him.</w:t>
      </w:r>
    </w:p>
    <w:p>
      <w:pPr>
        <w:spacing w:after="60" w:line="266" w:lineRule="auto"/>
        <w:ind w:firstLine="331"/>
        <w:jc w:val="both"/>
      </w:pPr>
      <w:r>
        <w:rPr>
          <w:rFonts w:ascii="Georgia" w:hAnsi="Georgia"/>
          <w:b w:val="0"/>
          <w:i w:val="0"/>
          <w:color w:val="22201D"/>
          <w:sz w:val="20"/>
        </w:rPr>
        <w:t>He tore off the phrase Legendary finish and placed it beside the final label.</w:t>
      </w:r>
    </w:p>
    <w:p>
      <w:pPr>
        <w:spacing w:after="60" w:line="266" w:lineRule="auto"/>
        <w:ind w:firstLine="331"/>
        <w:jc w:val="both"/>
      </w:pPr>
      <w:r>
        <w:rPr>
          <w:rFonts w:ascii="Georgia" w:hAnsi="Georgia"/>
          <w:b w:val="0"/>
          <w:i w:val="0"/>
          <w:color w:val="22201D"/>
          <w:sz w:val="20"/>
        </w:rPr>
        <w:t>"Can we keep one beautiful thing?"</w:t>
      </w:r>
    </w:p>
    <w:p>
      <w:pPr>
        <w:spacing w:after="60" w:line="266" w:lineRule="auto"/>
        <w:ind w:firstLine="331"/>
        <w:jc w:val="both"/>
      </w:pPr>
      <w:r>
        <w:rPr>
          <w:rFonts w:ascii="Georgia" w:hAnsi="Georgia"/>
          <w:b w:val="0"/>
          <w:i w:val="0"/>
          <w:color w:val="22201D"/>
          <w:sz w:val="20"/>
        </w:rPr>
        <w:t>Gerald read the fragment.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sighed.</w:t>
      </w:r>
    </w:p>
    <w:p>
      <w:pPr>
        <w:spacing w:after="60" w:line="266" w:lineRule="auto"/>
        <w:ind w:firstLine="331"/>
        <w:jc w:val="both"/>
      </w:pPr>
      <w:r>
        <w:rPr>
          <w:rFonts w:ascii="Georgia" w:hAnsi="Georgia"/>
          <w:b w:val="0"/>
          <w:i w:val="0"/>
          <w:color w:val="22201D"/>
          <w:sz w:val="20"/>
        </w:rPr>
        <w:t>Gerald took the black pen and wrote a replacement beneath it:</w:t>
      </w:r>
    </w:p>
    <w:p>
      <w:pPr>
        <w:spacing w:after="60" w:line="250" w:lineRule="auto"/>
        <w:ind w:left="202" w:right="173"/>
      </w:pPr>
      <w:r>
        <w:rPr>
          <w:rFonts w:ascii="Georgia" w:hAnsi="Georgia"/>
          <w:b w:val="0"/>
          <w:i w:val="0"/>
          <w:color w:val="22201D"/>
          <w:sz w:val="17"/>
        </w:rPr>
        <w:t>Finish may be hot. Wait before deciding.</w:t>
      </w:r>
    </w:p>
    <w:p>
      <w:pPr>
        <w:spacing w:after="60" w:line="266" w:lineRule="auto"/>
        <w:ind w:firstLine="331"/>
        <w:jc w:val="both"/>
      </w:pPr>
      <w:r>
        <w:rPr>
          <w:rFonts w:ascii="Georgia" w:hAnsi="Georgia"/>
          <w:b w:val="0"/>
          <w:i w:val="0"/>
          <w:color w:val="22201D"/>
          <w:sz w:val="20"/>
        </w:rPr>
        <w:t>Flocc studied the sentence.</w:t>
      </w:r>
    </w:p>
    <w:p>
      <w:pPr>
        <w:spacing w:after="60" w:line="266" w:lineRule="auto"/>
        <w:ind w:firstLine="331"/>
        <w:jc w:val="both"/>
      </w:pPr>
      <w:r>
        <w:rPr>
          <w:rFonts w:ascii="Georgia" w:hAnsi="Georgia"/>
          <w:b w:val="0"/>
          <w:i w:val="0"/>
          <w:color w:val="22201D"/>
          <w:sz w:val="20"/>
        </w:rPr>
        <w:t>"That is less beautiful."</w:t>
      </w:r>
    </w:p>
    <w:p>
      <w:pPr>
        <w:spacing w:after="60" w:line="266" w:lineRule="auto"/>
        <w:ind w:firstLine="331"/>
        <w:jc w:val="both"/>
      </w:pPr>
      <w:r>
        <w:rPr>
          <w:rFonts w:ascii="Georgia" w:hAnsi="Georgia"/>
          <w:b w:val="0"/>
          <w:i w:val="0"/>
          <w:color w:val="22201D"/>
          <w:sz w:val="20"/>
        </w:rPr>
        <w:t>"It is more useful."</w:t>
      </w:r>
    </w:p>
    <w:p>
      <w:pPr>
        <w:spacing w:after="60" w:line="266" w:lineRule="auto"/>
        <w:ind w:firstLine="331"/>
        <w:jc w:val="both"/>
      </w:pPr>
      <w:r>
        <w:rPr>
          <w:rFonts w:ascii="Georgia" w:hAnsi="Georgia"/>
          <w:b w:val="0"/>
          <w:i w:val="0"/>
          <w:color w:val="22201D"/>
          <w:sz w:val="20"/>
        </w:rPr>
        <w:t>The fragment accepted its demotion and joined the label.</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MIRACLE PRESERVED</w:t>
      </w:r>
    </w:p>
    <w:p>
      <w:pPr>
        <w:spacing w:after="60" w:line="266" w:lineRule="auto"/>
        <w:ind w:firstLine="331"/>
        <w:jc w:val="both"/>
      </w:pPr>
      <w:r>
        <w:rPr>
          <w:rFonts w:ascii="Georgia" w:hAnsi="Georgia"/>
          <w:b w:val="0"/>
          <w:i w:val="0"/>
          <w:color w:val="22201D"/>
          <w:sz w:val="20"/>
        </w:rPr>
        <w:t>Nico looked at the words.</w:t>
      </w:r>
    </w:p>
    <w:p>
      <w:pPr>
        <w:spacing w:after="60" w:line="266" w:lineRule="auto"/>
        <w:ind w:firstLine="331"/>
        <w:jc w:val="both"/>
      </w:pPr>
      <w:r>
        <w:rPr>
          <w:rFonts w:ascii="Georgia" w:hAnsi="Georgia"/>
          <w:b w:val="0"/>
          <w:i w:val="0"/>
          <w:color w:val="22201D"/>
          <w:sz w:val="20"/>
        </w:rPr>
        <w:t>"Because people can choose?"</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"Because people can choose and the sauce can still be honest."</w:t>
      </w:r>
    </w:p>
    <w:p>
      <w:pPr>
        <w:spacing w:after="60" w:line="266" w:lineRule="auto"/>
        <w:ind w:firstLine="331"/>
        <w:jc w:val="both"/>
      </w:pPr>
      <w:r>
        <w:rPr>
          <w:rFonts w:ascii="Georgia" w:hAnsi="Georgia"/>
          <w:b w:val="0"/>
          <w:i w:val="0"/>
          <w:color w:val="22201D"/>
          <w:sz w:val="20"/>
        </w:rPr>
        <w:t>Gerald closed the batch log.</w:t>
      </w:r>
    </w:p>
    <w:p>
      <w:pPr>
        <w:spacing w:after="60" w:line="266" w:lineRule="auto"/>
        <w:ind w:firstLine="331"/>
        <w:jc w:val="both"/>
      </w:pPr>
      <w:r>
        <w:rPr>
          <w:rFonts w:ascii="Georgia" w:hAnsi="Georgia"/>
          <w:b w:val="0"/>
          <w:i w:val="0"/>
          <w:color w:val="22201D"/>
          <w:sz w:val="20"/>
        </w:rPr>
        <w:t>"Book the final status."</w:t>
      </w:r>
    </w:p>
    <w:p>
      <w:pPr>
        <w:spacing w:after="60" w:line="266" w:lineRule="auto"/>
        <w:ind w:firstLine="331"/>
        <w:jc w:val="both"/>
      </w:pPr>
      <w:r>
        <w:rPr>
          <w:rFonts w:ascii="Georgia" w:hAnsi="Georgia"/>
          <w:b w:val="0"/>
          <w:i w:val="0"/>
          <w:color w:val="22201D"/>
          <w:sz w:val="20"/>
        </w:rPr>
        <w:t>The final label printed:</w:t>
      </w:r>
    </w:p>
    <w:p>
      <w:pPr>
        <w:spacing w:after="60" w:line="250" w:lineRule="auto"/>
        <w:ind w:left="202" w:right="173"/>
      </w:pPr>
      <w:r>
        <w:rPr>
          <w:rFonts w:ascii="Georgia" w:hAnsi="Georgia"/>
          <w:b w:val="0"/>
          <w:i w:val="0"/>
          <w:color w:val="22201D"/>
          <w:sz w:val="17"/>
        </w:rPr>
        <w:t>BOOK 8 OPERATIONAL RESULT:  The sauce that signed its own waiver did not escape consequence. It accepted consequence through label, waiver, process, service, and plain language.  Final artifact: final label  Final price: plain language  Book status: full draft ready for continuity review</w:t>
      </w:r>
    </w:p>
    <w:p>
      <w:pPr>
        <w:spacing w:after="60" w:line="266" w:lineRule="auto"/>
        <w:ind w:firstLine="331"/>
        <w:jc w:val="both"/>
      </w:pPr>
      <w:r>
        <w:rPr>
          <w:rFonts w:ascii="Georgia" w:hAnsi="Georgia"/>
          <w:b w:val="0"/>
          <w:i w:val="0"/>
          <w:color w:val="22201D"/>
          <w:sz w:val="20"/>
        </w:rPr>
        <w:t>The last table remained set.</w:t>
      </w:r>
    </w:p>
    <w:p>
      <w:pPr>
        <w:spacing w:after="60" w:line="266" w:lineRule="auto"/>
        <w:ind w:firstLine="331"/>
        <w:jc w:val="both"/>
      </w:pPr>
      <w:r>
        <w:rPr>
          <w:rFonts w:ascii="Georgia" w:hAnsi="Georgia"/>
          <w:b w:val="0"/>
          <w:i w:val="0"/>
          <w:color w:val="22201D"/>
          <w:sz w:val="20"/>
        </w:rPr>
        <w:t>The condiment caddy remained partly empty.</w:t>
      </w:r>
    </w:p>
    <w:p>
      <w:pPr>
        <w:spacing w:after="60" w:line="266" w:lineRule="auto"/>
        <w:ind w:firstLine="331"/>
        <w:jc w:val="both"/>
      </w:pPr>
      <w:r>
        <w:rPr>
          <w:rFonts w:ascii="Georgia" w:hAnsi="Georgia"/>
          <w:b w:val="0"/>
          <w:i w:val="0"/>
          <w:color w:val="22201D"/>
          <w:sz w:val="20"/>
        </w:rPr>
        <w:t>The sauce remained hot.</w:t>
      </w:r>
    </w:p>
    <w:p>
      <w:pPr>
        <w:spacing w:after="60" w:line="266" w:lineRule="auto"/>
        <w:ind w:firstLine="331"/>
        <w:jc w:val="both"/>
      </w:pPr>
      <w:r>
        <w:rPr>
          <w:rFonts w:ascii="Georgia" w:hAnsi="Georgia"/>
          <w:b w:val="0"/>
          <w:i w:val="0"/>
          <w:color w:val="22201D"/>
          <w:sz w:val="20"/>
        </w:rPr>
        <w:t>The warning remained readable.</w:t>
      </w:r>
    </w:p>
    <w:p>
      <w:pPr>
        <w:spacing w:after="60" w:line="266" w:lineRule="auto"/>
        <w:ind w:firstLine="331"/>
        <w:jc w:val="both"/>
      </w:pPr>
      <w:r>
        <w:rPr>
          <w:rFonts w:ascii="Georgia" w:hAnsi="Georgia"/>
          <w:b w:val="0"/>
          <w:i w:val="0"/>
          <w:color w:val="22201D"/>
          <w:sz w:val="20"/>
        </w:rPr>
        <w:t>No one had to pretend danger was romance.</w:t>
      </w:r>
    </w:p>
    <w:p>
      <w:pPr>
        <w:spacing w:after="60" w:line="266" w:lineRule="auto"/>
        <w:ind w:firstLine="331"/>
        <w:jc w:val="both"/>
      </w:pPr>
      <w:r>
        <w:rPr>
          <w:rFonts w:ascii="Georgia" w:hAnsi="Georgia"/>
          <w:b w:val="0"/>
          <w:i w:val="0"/>
          <w:color w:val="22201D"/>
          <w:sz w:val="20"/>
        </w:rPr>
        <w:t>No one had to pretend refusal was failure.</w:t>
      </w:r>
    </w:p>
    <w:p>
      <w:pPr>
        <w:spacing w:after="60" w:line="266" w:lineRule="auto"/>
        <w:ind w:firstLine="331"/>
        <w:jc w:val="both"/>
      </w:pPr>
      <w:r>
        <w:rPr>
          <w:rFonts w:ascii="Georgia" w:hAnsi="Georgia"/>
          <w:b w:val="0"/>
          <w:i w:val="0"/>
          <w:color w:val="22201D"/>
          <w:sz w:val="20"/>
        </w:rPr>
        <w:t>No one had to pretend a waiver was a miracle.</w:t>
      </w:r>
    </w:p>
    <w:p>
      <w:pPr>
        <w:spacing w:after="60" w:line="266" w:lineRule="auto"/>
        <w:ind w:firstLine="331"/>
        <w:jc w:val="both"/>
      </w:pPr>
      <w:r>
        <w:rPr>
          <w:rFonts w:ascii="Georgia" w:hAnsi="Georgia"/>
          <w:b w:val="0"/>
          <w:i w:val="0"/>
          <w:color w:val="22201D"/>
          <w:sz w:val="20"/>
        </w:rPr>
        <w:t>The miracle was smaller than that.</w:t>
      </w:r>
    </w:p>
    <w:p>
      <w:pPr>
        <w:spacing w:after="60" w:line="266" w:lineRule="auto"/>
        <w:ind w:firstLine="331"/>
        <w:jc w:val="both"/>
      </w:pPr>
      <w:r>
        <w:rPr>
          <w:rFonts w:ascii="Georgia" w:hAnsi="Georgia"/>
          <w:b w:val="0"/>
          <w:i w:val="0"/>
          <w:color w:val="22201D"/>
          <w:sz w:val="20"/>
        </w:rPr>
        <w:t>It fit on a label.</w:t>
      </w:r>
    </w:p>
    <w:p>
      <w:pPr>
        <w:spacing w:after="60" w:line="266" w:lineRule="auto"/>
        <w:ind w:firstLine="331"/>
        <w:jc w:val="both"/>
      </w:pPr>
      <w:r>
        <w:rPr>
          <w:rFonts w:ascii="Georgia" w:hAnsi="Georgia"/>
          <w:b w:val="0"/>
          <w:i w:val="0"/>
          <w:color w:val="22201D"/>
          <w:sz w:val="20"/>
        </w:rPr>
        <w:t>People could read it.</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Sauce That Signed Its Own Waiver</dc:title>
  <dc:subject>A speculative comic novel</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