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968496" cy="5952744"/>
            <wp:docPr id="1" name="Picture 1"/>
            <wp:cNvGraphicFramePr>
              <a:graphicFrameLocks noChangeAspect="1"/>
            </wp:cNvGraphicFramePr>
            <a:graphic>
              <a:graphicData uri="http://schemas.openxmlformats.org/drawingml/2006/picture">
                <pic:pic>
                  <pic:nvPicPr>
                    <pic:cNvPr id="0" name="THE_PANTRY_AT_THE_CENTER_OF_MISUNDERSTANDING_FRONT_COVER_V01.png"/>
                    <pic:cNvPicPr/>
                  </pic:nvPicPr>
                  <pic:blipFill>
                    <a:blip r:embed="rId11"/>
                    <a:stretch>
                      <a:fillRect/>
                    </a:stretch>
                  </pic:blipFill>
                  <pic:spPr>
                    <a:xfrm>
                      <a:off x="0" y="0"/>
                      <a:ext cx="3968496" cy="5952744"/>
                    </a:xfrm>
                    <a:prstGeom prst="rect"/>
                  </pic:spPr>
                </pic:pic>
              </a:graphicData>
            </a:graphic>
          </wp:inline>
        </w:drawing>
      </w:r>
    </w:p>
    <w:p>
      <w:r>
        <w:br w:type="page"/>
      </w:r>
    </w:p>
    <w:p>
      <w:pPr>
        <w:spacing w:before="2500"/>
        <w:jc w:val="center"/>
      </w:pPr>
      <w:r>
        <w:rPr>
          <w:rFonts w:ascii="Georgia" w:hAnsi="Georgia"/>
          <w:b/>
          <w:i w:val="0"/>
          <w:color w:val="4A371B"/>
          <w:sz w:val="50"/>
        </w:rPr>
        <w:t>THE PANTRY AT THE CENTER</w:t>
        <w:br/>
        <w:t>OF MISUNDERSTANDING</w:t>
      </w:r>
    </w:p>
    <w:p>
      <w:pPr>
        <w:jc w:val="center"/>
      </w:pPr>
      <w:r>
        <w:rPr>
          <w:rFonts w:ascii="Georgia" w:hAnsi="Georgia"/>
          <w:b w:val="0"/>
          <w:i/>
          <w:color w:val="4C5154"/>
          <w:sz w:val="22"/>
        </w:rPr>
        <w:t>Wayward Diners • Book Seven</w:t>
      </w:r>
    </w:p>
    <w:p>
      <w:pPr>
        <w:spacing w:before="3000"/>
        <w:jc w:val="center"/>
      </w:pPr>
      <w:r>
        <w:rPr>
          <w:rFonts w:ascii="Georgia" w:hAnsi="Georgia"/>
          <w:b/>
          <w:i w:val="0"/>
          <w:color w:val="775B26"/>
          <w:sz w:val="20"/>
        </w:rPr>
        <w:t>NORTHSTAR PRIME</w:t>
      </w:r>
    </w:p>
    <w:p>
      <w:r>
        <w:br w:type="page"/>
      </w:r>
    </w:p>
    <w:p>
      <w:pPr>
        <w:spacing w:before="2900" w:after="160"/>
        <w:jc w:val="center"/>
      </w:pPr>
      <w:r>
        <w:rPr>
          <w:rFonts w:ascii="Georgia" w:hAnsi="Georgia"/>
          <w:b w:val="0"/>
          <w:i w:val="0"/>
          <w:color w:val="454442"/>
          <w:sz w:val="18"/>
        </w:rPr>
        <w:t>The Pantry at the Center of Misunderstanding</w:t>
      </w:r>
    </w:p>
    <w:p>
      <w:pPr>
        <w:spacing w:before="0" w:after="160"/>
        <w:jc w:val="center"/>
      </w:pPr>
      <w:r>
        <w:rPr>
          <w:rFonts w:ascii="Georgia" w:hAnsi="Georgia"/>
          <w:b w:val="0"/>
          <w:i w:val="0"/>
          <w:color w:val="454442"/>
          <w:sz w:val="18"/>
        </w:rPr>
        <w:t>Copyright © 2026 NorthStar Prime. All rights reserved.</w:t>
      </w:r>
    </w:p>
    <w:p>
      <w:pPr>
        <w:spacing w:before="0" w:after="160"/>
        <w:jc w:val="center"/>
      </w:pPr>
      <w:r>
        <w:rPr>
          <w:rFonts w:ascii="Georgia" w:hAnsi="Georgia"/>
          <w:b w:val="0"/>
          <w:i w:val="0"/>
          <w:color w:val="454442"/>
          <w:sz w:val="18"/>
        </w:rPr>
        <w:t>First NorthStar Prime digital release edition, 2026.</w:t>
      </w:r>
    </w:p>
    <w:p>
      <w:pPr>
        <w:spacing w:before="0" w:after="160"/>
        <w:jc w:val="center"/>
      </w:pPr>
      <w:r>
        <w:rPr>
          <w:rFonts w:ascii="Georgia" w:hAnsi="Georgia"/>
          <w:b w:val="0"/>
          <w:i/>
          <w:color w:val="454442"/>
          <w:sz w:val="18"/>
        </w:rPr>
        <w:t>This is an original work of speculative comic fiction.</w:t>
      </w:r>
    </w:p>
    <w:p>
      <w:pPr>
        <w:spacing w:before="0" w:after="160"/>
        <w:jc w:val="center"/>
      </w:pPr>
      <w:r>
        <w:rPr>
          <w:rFonts w:ascii="Georgia" w:hAnsi="Georgia"/>
          <w:b w:val="0"/>
          <w:i/>
          <w:color w:val="454442"/>
          <w:sz w:val="18"/>
        </w:rPr>
        <w:t>Names, characters, restaurants, institutions, menus, receipts, and events are imagined.</w:t>
      </w:r>
    </w:p>
    <w:p>
      <w:pPr>
        <w:spacing w:before="0" w:after="160"/>
        <w:jc w:val="center"/>
      </w:pPr>
      <w:r>
        <w:rPr>
          <w:rFonts w:ascii="Georgia" w:hAnsi="Georgia"/>
          <w:b w:val="0"/>
          <w:i w:val="0"/>
          <w:color w:val="454442"/>
          <w:sz w:val="18"/>
        </w:rPr>
        <w:t>NorthStar Prime • northstarprime.net</w:t>
      </w:r>
    </w:p>
    <w:p>
      <w:r>
        <w:br w:type="page"/>
      </w:r>
    </w:p>
    <w:p>
      <w:pPr>
        <w:jc w:val="center"/>
      </w:pPr>
      <w:r>
        <w:rPr>
          <w:rFonts w:ascii="Georgia" w:hAnsi="Georgia"/>
          <w:b/>
          <w:i w:val="0"/>
          <w:color w:val="5B4319"/>
          <w:sz w:val="36"/>
        </w:rPr>
        <w:t>CONTENTS</w:t>
      </w:r>
    </w:p>
    <w:p>
      <w:pPr>
        <w:spacing w:after="42"/>
      </w:pPr>
      <w:r>
        <w:rPr>
          <w:rFonts w:ascii="Georgia" w:hAnsi="Georgia"/>
          <w:b w:val="0"/>
          <w:i w:val="0"/>
          <w:color w:val="47433D"/>
          <w:sz w:val="18"/>
        </w:rPr>
        <w:t>Chapter 1: The Missing Ingredient Is Not Missing</w:t>
      </w:r>
    </w:p>
    <w:p>
      <w:pPr>
        <w:spacing w:after="42"/>
      </w:pPr>
      <w:r>
        <w:rPr>
          <w:rFonts w:ascii="Georgia" w:hAnsi="Georgia"/>
          <w:b w:val="0"/>
          <w:i w:val="0"/>
          <w:color w:val="47433D"/>
          <w:sz w:val="18"/>
        </w:rPr>
        <w:t>Chapter 2: The Shelf of Things People Meant</w:t>
      </w:r>
    </w:p>
    <w:p>
      <w:pPr>
        <w:spacing w:after="42"/>
      </w:pPr>
      <w:r>
        <w:rPr>
          <w:rFonts w:ascii="Georgia" w:hAnsi="Georgia"/>
          <w:b w:val="0"/>
          <w:i w:val="0"/>
          <w:color w:val="47433D"/>
          <w:sz w:val="18"/>
        </w:rPr>
        <w:t>Chapter 3: Voidberry Fatalii</w:t>
      </w:r>
    </w:p>
    <w:p>
      <w:pPr>
        <w:spacing w:after="42"/>
      </w:pPr>
      <w:r>
        <w:rPr>
          <w:rFonts w:ascii="Georgia" w:hAnsi="Georgia"/>
          <w:b w:val="0"/>
          <w:i w:val="0"/>
          <w:color w:val="47433D"/>
          <w:sz w:val="18"/>
        </w:rPr>
        <w:t>Chapter 4: The Flour That Was Really Forgiveness</w:t>
      </w:r>
    </w:p>
    <w:p>
      <w:pPr>
        <w:spacing w:after="42"/>
      </w:pPr>
      <w:r>
        <w:rPr>
          <w:rFonts w:ascii="Georgia" w:hAnsi="Georgia"/>
          <w:b w:val="0"/>
          <w:i w:val="0"/>
          <w:color w:val="47433D"/>
          <w:sz w:val="18"/>
        </w:rPr>
        <w:t>Chapter 5: The Substitute Refuses to Stand In</w:t>
      </w:r>
    </w:p>
    <w:p>
      <w:pPr>
        <w:spacing w:after="42"/>
      </w:pPr>
      <w:r>
        <w:rPr>
          <w:rFonts w:ascii="Georgia" w:hAnsi="Georgia"/>
          <w:b w:val="0"/>
          <w:i w:val="0"/>
          <w:color w:val="47433D"/>
          <w:sz w:val="18"/>
        </w:rPr>
        <w:t>Chapter 6: The Pantry Reorganizes Flocc</w:t>
      </w:r>
    </w:p>
    <w:p>
      <w:pPr>
        <w:spacing w:after="42"/>
      </w:pPr>
      <w:r>
        <w:rPr>
          <w:rFonts w:ascii="Georgia" w:hAnsi="Georgia"/>
          <w:b w:val="0"/>
          <w:i w:val="0"/>
          <w:color w:val="47433D"/>
          <w:sz w:val="18"/>
        </w:rPr>
        <w:t>Chapter 7: The Hostess Finds the Correct Shelf</w:t>
      </w:r>
    </w:p>
    <w:p>
      <w:pPr>
        <w:spacing w:after="42"/>
      </w:pPr>
      <w:r>
        <w:rPr>
          <w:rFonts w:ascii="Georgia" w:hAnsi="Georgia"/>
          <w:b w:val="0"/>
          <w:i w:val="0"/>
          <w:color w:val="47433D"/>
          <w:sz w:val="18"/>
        </w:rPr>
        <w:t>Chapter 8: Bob Delivers the Wrong Mushroom Correctly</w:t>
      </w:r>
    </w:p>
    <w:p>
      <w:pPr>
        <w:spacing w:after="42"/>
      </w:pPr>
      <w:r>
        <w:rPr>
          <w:rFonts w:ascii="Georgia" w:hAnsi="Georgia"/>
          <w:b w:val="0"/>
          <w:i w:val="0"/>
          <w:color w:val="47433D"/>
          <w:sz w:val="18"/>
        </w:rPr>
        <w:t>Chapter 9: Gerald Inspects the Pantry Door</w:t>
      </w:r>
    </w:p>
    <w:p>
      <w:pPr>
        <w:spacing w:after="42"/>
      </w:pPr>
      <w:r>
        <w:rPr>
          <w:rFonts w:ascii="Georgia" w:hAnsi="Georgia"/>
          <w:b w:val="0"/>
          <w:i w:val="0"/>
          <w:color w:val="47433D"/>
          <w:sz w:val="18"/>
        </w:rPr>
        <w:t>Chapter 10: The Recipe Admits It Was a Confession</w:t>
      </w:r>
    </w:p>
    <w:p>
      <w:pPr>
        <w:spacing w:after="42"/>
      </w:pPr>
      <w:r>
        <w:rPr>
          <w:rFonts w:ascii="Georgia" w:hAnsi="Georgia"/>
          <w:b w:val="0"/>
          <w:i w:val="0"/>
          <w:color w:val="47433D"/>
          <w:sz w:val="18"/>
        </w:rPr>
        <w:t>Chapter 11: The Waiver Appears on the Sauce Shelf</w:t>
      </w:r>
    </w:p>
    <w:p>
      <w:pPr>
        <w:spacing w:after="42"/>
      </w:pPr>
      <w:r>
        <w:rPr>
          <w:rFonts w:ascii="Georgia" w:hAnsi="Georgia"/>
          <w:b w:val="0"/>
          <w:i w:val="0"/>
          <w:color w:val="47433D"/>
          <w:sz w:val="18"/>
        </w:rPr>
        <w:t>Chapter 12: Substitution Becomes Sharing</w:t>
      </w:r>
    </w:p>
    <w:p>
      <w:r>
        <w:br w:type="page"/>
      </w:r>
    </w:p>
    <w:p>
      <w:pPr>
        <w:spacing w:before="1680" w:after="520"/>
        <w:jc w:val="center"/>
      </w:pPr>
      <w:r>
        <w:rPr>
          <w:rFonts w:ascii="Georgia" w:hAnsi="Georgia"/>
          <w:b/>
          <w:i w:val="0"/>
          <w:color w:val="654919"/>
          <w:sz w:val="36"/>
        </w:rPr>
        <w:t>Chapter 1: The Missing Ingredient Is Not Missing</w:t>
      </w:r>
    </w:p>
    <w:p>
      <w:pPr>
        <w:spacing w:after="60" w:line="266" w:lineRule="auto"/>
        <w:ind w:firstLine="0"/>
        <w:jc w:val="both"/>
      </w:pPr>
      <w:r>
        <w:rPr>
          <w:rFonts w:ascii="Georgia" w:hAnsi="Georgia"/>
          <w:b w:val="0"/>
          <w:i w:val="0"/>
          <w:color w:val="22201D"/>
          <w:sz w:val="20"/>
        </w:rPr>
        <w:t>In which the pantry opens by refusing to call absence empty, an inventory card corrects a shelf with more confidence than kindness, and substitution becomes visible enough to require admission.</w:t>
      </w:r>
    </w:p>
    <w:p>
      <w:pPr>
        <w:spacing w:after="60" w:line="266" w:lineRule="auto"/>
        <w:ind w:firstLine="331"/>
        <w:jc w:val="both"/>
      </w:pPr>
      <w:r>
        <w:rPr>
          <w:rFonts w:ascii="Georgia" w:hAnsi="Georgia"/>
          <w:b w:val="0"/>
          <w:i w:val="0"/>
          <w:color w:val="22201D"/>
          <w:sz w:val="20"/>
        </w:rPr>
        <w:t>The pantry had a front door only for people who believed in front doors.</w:t>
      </w:r>
    </w:p>
    <w:p>
      <w:pPr>
        <w:spacing w:after="60" w:line="266" w:lineRule="auto"/>
        <w:ind w:firstLine="331"/>
        <w:jc w:val="both"/>
      </w:pPr>
      <w:r>
        <w:rPr>
          <w:rFonts w:ascii="Georgia" w:hAnsi="Georgia"/>
          <w:b w:val="0"/>
          <w:i w:val="0"/>
          <w:color w:val="22201D"/>
          <w:sz w:val="20"/>
        </w:rPr>
        <w:t>Everyone else entered through storage.</w:t>
      </w:r>
    </w:p>
    <w:p>
      <w:pPr>
        <w:spacing w:after="60" w:line="266" w:lineRule="auto"/>
        <w:ind w:firstLine="331"/>
        <w:jc w:val="both"/>
      </w:pPr>
      <w:r>
        <w:rPr>
          <w:rFonts w:ascii="Georgia" w:hAnsi="Georgia"/>
          <w:b w:val="0"/>
          <w:i w:val="0"/>
          <w:color w:val="22201D"/>
          <w:sz w:val="20"/>
        </w:rPr>
        <w:t>Flocc found this out when the shelf marked BRIDGE SAUCE / SIGNED FOR, NOT CLAIMED opened from the inside.</w:t>
      </w:r>
    </w:p>
    <w:p>
      <w:pPr>
        <w:spacing w:after="60" w:line="266" w:lineRule="auto"/>
        <w:ind w:firstLine="331"/>
        <w:jc w:val="both"/>
      </w:pPr>
      <w:r>
        <w:rPr>
          <w:rFonts w:ascii="Georgia" w:hAnsi="Georgia"/>
          <w:b w:val="0"/>
          <w:i w:val="0"/>
          <w:color w:val="22201D"/>
          <w:sz w:val="20"/>
        </w:rPr>
        <w:t>He had not intended to enter the pantry.</w:t>
      </w:r>
    </w:p>
    <w:p>
      <w:pPr>
        <w:spacing w:after="60" w:line="266" w:lineRule="auto"/>
        <w:ind w:firstLine="331"/>
        <w:jc w:val="both"/>
      </w:pPr>
      <w:r>
        <w:rPr>
          <w:rFonts w:ascii="Georgia" w:hAnsi="Georgia"/>
          <w:b w:val="0"/>
          <w:i w:val="0"/>
          <w:color w:val="22201D"/>
          <w:sz w:val="20"/>
        </w:rPr>
        <w:t>This mattered less than it should have.</w:t>
      </w:r>
    </w:p>
    <w:p>
      <w:pPr>
        <w:spacing w:after="60" w:line="266" w:lineRule="auto"/>
        <w:ind w:firstLine="331"/>
        <w:jc w:val="both"/>
      </w:pPr>
      <w:r>
        <w:rPr>
          <w:rFonts w:ascii="Georgia" w:hAnsi="Georgia"/>
          <w:b w:val="0"/>
          <w:i w:val="0"/>
          <w:color w:val="22201D"/>
          <w:sz w:val="20"/>
        </w:rPr>
        <w:t>The last thing he remembered clearly was Bob's route closing at the shop, the final crate note stamping AGREEMENT PAID, and the sense that Tuesday had finally stopped leaning against the day. After that came sleep, or something enough like sleep to file itself under mercy.</w:t>
      </w:r>
    </w:p>
    <w:p>
      <w:pPr>
        <w:spacing w:after="60" w:line="266" w:lineRule="auto"/>
        <w:ind w:firstLine="331"/>
        <w:jc w:val="both"/>
      </w:pPr>
      <w:r>
        <w:rPr>
          <w:rFonts w:ascii="Georgia" w:hAnsi="Georgia"/>
          <w:b w:val="0"/>
          <w:i w:val="0"/>
          <w:color w:val="22201D"/>
          <w:sz w:val="20"/>
        </w:rPr>
        <w:t>Now he stood on a wooden step inside a room lined with shelves that continued farther than architecture could defend.</w:t>
      </w:r>
    </w:p>
    <w:p>
      <w:pPr>
        <w:spacing w:after="60" w:line="266" w:lineRule="auto"/>
        <w:ind w:firstLine="331"/>
        <w:jc w:val="both"/>
      </w:pPr>
      <w:r>
        <w:rPr>
          <w:rFonts w:ascii="Georgia" w:hAnsi="Georgia"/>
          <w:b w:val="0"/>
          <w:i w:val="0"/>
          <w:color w:val="22201D"/>
          <w:sz w:val="20"/>
        </w:rPr>
        <w:t>Behind him, the shelf door closed.</w:t>
      </w:r>
    </w:p>
    <w:p>
      <w:pPr>
        <w:spacing w:after="60" w:line="266" w:lineRule="auto"/>
        <w:ind w:firstLine="331"/>
        <w:jc w:val="both"/>
      </w:pPr>
      <w:r>
        <w:rPr>
          <w:rFonts w:ascii="Georgia" w:hAnsi="Georgia"/>
          <w:b w:val="0"/>
          <w:i w:val="0"/>
          <w:color w:val="22201D"/>
          <w:sz w:val="20"/>
        </w:rPr>
        <w:t>In front of him, a card catalog clicked.</w:t>
      </w:r>
    </w:p>
    <w:p>
      <w:pPr>
        <w:spacing w:after="60" w:line="266" w:lineRule="auto"/>
        <w:ind w:firstLine="331"/>
        <w:jc w:val="both"/>
      </w:pPr>
      <w:r>
        <w:rPr>
          <w:rFonts w:ascii="Georgia" w:hAnsi="Georgia"/>
          <w:b w:val="0"/>
          <w:i w:val="0"/>
          <w:color w:val="22201D"/>
          <w:sz w:val="20"/>
        </w:rPr>
        <w:t>Not a computer.</w:t>
      </w:r>
    </w:p>
    <w:p>
      <w:pPr>
        <w:spacing w:after="60" w:line="266" w:lineRule="auto"/>
        <w:ind w:firstLine="331"/>
        <w:jc w:val="both"/>
      </w:pPr>
      <w:r>
        <w:rPr>
          <w:rFonts w:ascii="Georgia" w:hAnsi="Georgia"/>
          <w:b w:val="0"/>
          <w:i w:val="0"/>
          <w:color w:val="22201D"/>
          <w:sz w:val="20"/>
        </w:rPr>
        <w:t>Not a tablet.</w:t>
      </w:r>
    </w:p>
    <w:p>
      <w:pPr>
        <w:spacing w:after="60" w:line="266" w:lineRule="auto"/>
        <w:ind w:firstLine="331"/>
        <w:jc w:val="both"/>
      </w:pPr>
      <w:r>
        <w:rPr>
          <w:rFonts w:ascii="Georgia" w:hAnsi="Georgia"/>
          <w:b w:val="0"/>
          <w:i w:val="0"/>
          <w:color w:val="22201D"/>
          <w:sz w:val="20"/>
        </w:rPr>
        <w:t>A real card catalog with small brass handles, dark wood drawers, and the institutional smell of dust that had once been useful.</w:t>
      </w:r>
    </w:p>
    <w:p>
      <w:pPr>
        <w:spacing w:after="60" w:line="266" w:lineRule="auto"/>
        <w:ind w:firstLine="331"/>
        <w:jc w:val="both"/>
      </w:pPr>
      <w:r>
        <w:rPr>
          <w:rFonts w:ascii="Georgia" w:hAnsi="Georgia"/>
          <w:b w:val="0"/>
          <w:i w:val="0"/>
          <w:color w:val="22201D"/>
          <w:sz w:val="20"/>
        </w:rPr>
        <w:t>One drawer slid open.</w:t>
      </w:r>
    </w:p>
    <w:p>
      <w:pPr>
        <w:spacing w:after="60" w:line="266" w:lineRule="auto"/>
        <w:ind w:firstLine="331"/>
        <w:jc w:val="both"/>
      </w:pPr>
      <w:r>
        <w:rPr>
          <w:rFonts w:ascii="Georgia" w:hAnsi="Georgia"/>
          <w:b w:val="0"/>
          <w:i w:val="0"/>
          <w:color w:val="22201D"/>
          <w:sz w:val="20"/>
        </w:rPr>
        <w:t>The card inside lifted itself until Flocc could read it.</w:t>
      </w:r>
    </w:p>
    <w:p>
      <w:pPr>
        <w:spacing w:after="60" w:line="250" w:lineRule="auto"/>
        <w:ind w:left="202" w:right="173"/>
      </w:pPr>
      <w:r>
        <w:rPr>
          <w:rFonts w:ascii="Georgia" w:hAnsi="Georgia"/>
          <w:b w:val="0"/>
          <w:i w:val="0"/>
          <w:color w:val="22201D"/>
          <w:sz w:val="17"/>
        </w:rPr>
        <w:t>INVENTORY CARD Item: Missing Ingredient Status: Not missing Current shelf: Substitution, unadmitted Price: Admit substitution</w:t>
      </w:r>
    </w:p>
    <w:p>
      <w:pPr>
        <w:spacing w:after="60" w:line="266" w:lineRule="auto"/>
        <w:ind w:firstLine="331"/>
        <w:jc w:val="both"/>
      </w:pPr>
      <w:r>
        <w:rPr>
          <w:rFonts w:ascii="Georgia" w:hAnsi="Georgia"/>
          <w:b w:val="0"/>
          <w:i w:val="0"/>
          <w:color w:val="22201D"/>
          <w:sz w:val="20"/>
        </w:rPr>
        <w:t>Flocc did not touch the card.</w:t>
      </w:r>
    </w:p>
    <w:p>
      <w:pPr>
        <w:spacing w:after="60" w:line="266" w:lineRule="auto"/>
        <w:ind w:firstLine="331"/>
        <w:jc w:val="both"/>
      </w:pPr>
      <w:r>
        <w:rPr>
          <w:rFonts w:ascii="Georgia" w:hAnsi="Georgia"/>
          <w:b w:val="0"/>
          <w:i w:val="0"/>
          <w:color w:val="22201D"/>
          <w:sz w:val="20"/>
        </w:rPr>
        <w:t>That was the first rule he had learned from the previous books: if paper introduced itself, let it finish being rude.</w:t>
      </w:r>
    </w:p>
    <w:p>
      <w:pPr>
        <w:spacing w:after="60" w:line="266" w:lineRule="auto"/>
        <w:ind w:firstLine="331"/>
        <w:jc w:val="both"/>
      </w:pPr>
      <w:r>
        <w:rPr>
          <w:rFonts w:ascii="Georgia" w:hAnsi="Georgia"/>
          <w:b w:val="0"/>
          <w:i w:val="0"/>
          <w:color w:val="22201D"/>
          <w:sz w:val="20"/>
        </w:rPr>
        <w:t>"I am not the pantry clerk," he said.</w:t>
      </w:r>
    </w:p>
    <w:p>
      <w:pPr>
        <w:spacing w:after="60" w:line="266" w:lineRule="auto"/>
        <w:ind w:firstLine="331"/>
        <w:jc w:val="both"/>
      </w:pPr>
      <w:r>
        <w:rPr>
          <w:rFonts w:ascii="Georgia" w:hAnsi="Georgia"/>
          <w:b w:val="0"/>
          <w:i w:val="0"/>
          <w:color w:val="22201D"/>
          <w:sz w:val="20"/>
        </w:rPr>
        <w:t>The card did not care.</w:t>
      </w:r>
    </w:p>
    <w:p>
      <w:pPr>
        <w:spacing w:after="60" w:line="266" w:lineRule="auto"/>
        <w:ind w:firstLine="331"/>
        <w:jc w:val="both"/>
      </w:pPr>
      <w:r>
        <w:rPr>
          <w:rFonts w:ascii="Georgia" w:hAnsi="Georgia"/>
          <w:b w:val="0"/>
          <w:i w:val="0"/>
          <w:color w:val="22201D"/>
          <w:sz w:val="20"/>
        </w:rPr>
        <w:t>A bell rang somewhere deeper in the room.</w:t>
      </w:r>
    </w:p>
    <w:p>
      <w:pPr>
        <w:spacing w:after="60" w:line="266" w:lineRule="auto"/>
        <w:ind w:firstLine="331"/>
        <w:jc w:val="both"/>
      </w:pPr>
      <w:r>
        <w:rPr>
          <w:rFonts w:ascii="Georgia" w:hAnsi="Georgia"/>
          <w:b w:val="0"/>
          <w:i w:val="0"/>
          <w:color w:val="22201D"/>
          <w:sz w:val="20"/>
        </w:rPr>
        <w:t>Then another.</w:t>
      </w:r>
    </w:p>
    <w:p>
      <w:pPr>
        <w:spacing w:after="60" w:line="266" w:lineRule="auto"/>
        <w:ind w:firstLine="331"/>
        <w:jc w:val="both"/>
      </w:pPr>
      <w:r>
        <w:rPr>
          <w:rFonts w:ascii="Georgia" w:hAnsi="Georgia"/>
          <w:b w:val="0"/>
          <w:i w:val="0"/>
          <w:color w:val="22201D"/>
          <w:sz w:val="20"/>
        </w:rPr>
        <w:t>Then a third, smaller and irritated.</w:t>
      </w:r>
    </w:p>
    <w:p>
      <w:pPr>
        <w:spacing w:after="60" w:line="266" w:lineRule="auto"/>
        <w:ind w:firstLine="331"/>
        <w:jc w:val="both"/>
      </w:pPr>
      <w:r>
        <w:rPr>
          <w:rFonts w:ascii="Georgia" w:hAnsi="Georgia"/>
          <w:b w:val="0"/>
          <w:i w:val="0"/>
          <w:color w:val="22201D"/>
          <w:sz w:val="20"/>
        </w:rPr>
        <w:t>The Hostess appeared between two shelves labeled APOLOGIES, DRY GOODS and FAVORITES NO ONE ADMITS.</w:t>
      </w:r>
    </w:p>
    <w:p>
      <w:pPr>
        <w:spacing w:after="60" w:line="266" w:lineRule="auto"/>
        <w:ind w:firstLine="331"/>
        <w:jc w:val="both"/>
      </w:pPr>
      <w:r>
        <w:rPr>
          <w:rFonts w:ascii="Georgia" w:hAnsi="Georgia"/>
          <w:b w:val="0"/>
          <w:i w:val="0"/>
          <w:color w:val="22201D"/>
          <w:sz w:val="20"/>
        </w:rPr>
        <w:t>She carried a pencil behind one ear, a stack of blank labels in one hand, and the expression of someone who had been asked whether soup counted as a beverage too many times in one lifetime.</w:t>
      </w:r>
    </w:p>
    <w:p>
      <w:pPr>
        <w:spacing w:after="60" w:line="266" w:lineRule="auto"/>
        <w:ind w:firstLine="331"/>
        <w:jc w:val="both"/>
      </w:pPr>
      <w:r>
        <w:rPr>
          <w:rFonts w:ascii="Georgia" w:hAnsi="Georgia"/>
          <w:b w:val="0"/>
          <w:i w:val="0"/>
          <w:color w:val="22201D"/>
          <w:sz w:val="20"/>
        </w:rPr>
        <w:t>"You're early," she said.</w:t>
      </w:r>
    </w:p>
    <w:p>
      <w:pPr>
        <w:spacing w:after="60" w:line="266" w:lineRule="auto"/>
        <w:ind w:firstLine="331"/>
        <w:jc w:val="both"/>
      </w:pPr>
      <w:r>
        <w:rPr>
          <w:rFonts w:ascii="Georgia" w:hAnsi="Georgia"/>
          <w:b w:val="0"/>
          <w:i w:val="0"/>
          <w:color w:val="22201D"/>
          <w:sz w:val="20"/>
        </w:rPr>
        <w:t>Flocc looked at the shelf door behind him.</w:t>
      </w:r>
    </w:p>
    <w:p>
      <w:pPr>
        <w:spacing w:after="60" w:line="266" w:lineRule="auto"/>
        <w:ind w:firstLine="331"/>
        <w:jc w:val="both"/>
      </w:pPr>
      <w:r>
        <w:rPr>
          <w:rFonts w:ascii="Georgia" w:hAnsi="Georgia"/>
          <w:b w:val="0"/>
          <w:i w:val="0"/>
          <w:color w:val="22201D"/>
          <w:sz w:val="20"/>
        </w:rPr>
        <w:t>"I was not aware I was scheduled."</w:t>
      </w:r>
    </w:p>
    <w:p>
      <w:pPr>
        <w:spacing w:after="60" w:line="266" w:lineRule="auto"/>
        <w:ind w:firstLine="331"/>
        <w:jc w:val="both"/>
      </w:pPr>
      <w:r>
        <w:rPr>
          <w:rFonts w:ascii="Georgia" w:hAnsi="Georgia"/>
          <w:b w:val="0"/>
          <w:i w:val="0"/>
          <w:color w:val="22201D"/>
          <w:sz w:val="20"/>
        </w:rPr>
        <w:t>"That rarely helps."</w:t>
      </w:r>
    </w:p>
    <w:p>
      <w:pPr>
        <w:spacing w:after="60" w:line="266" w:lineRule="auto"/>
        <w:ind w:firstLine="331"/>
        <w:jc w:val="both"/>
      </w:pPr>
      <w:r>
        <w:rPr>
          <w:rFonts w:ascii="Georgia" w:hAnsi="Georgia"/>
          <w:b w:val="0"/>
          <w:i w:val="0"/>
          <w:color w:val="22201D"/>
          <w:sz w:val="20"/>
        </w:rPr>
        <w:t>"Is this Book Seven?"</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Flocc regretted the question immediately.</w:t>
      </w:r>
    </w:p>
    <w:p>
      <w:pPr>
        <w:spacing w:after="60" w:line="266" w:lineRule="auto"/>
        <w:ind w:firstLine="331"/>
        <w:jc w:val="both"/>
      </w:pPr>
      <w:r>
        <w:rPr>
          <w:rFonts w:ascii="Georgia" w:hAnsi="Georgia"/>
          <w:b w:val="0"/>
          <w:i w:val="0"/>
          <w:color w:val="22201D"/>
          <w:sz w:val="20"/>
        </w:rPr>
        <w:t>"Sorry."</w:t>
      </w:r>
    </w:p>
    <w:p>
      <w:pPr>
        <w:spacing w:after="60" w:line="266" w:lineRule="auto"/>
        <w:ind w:firstLine="331"/>
        <w:jc w:val="both"/>
      </w:pPr>
      <w:r>
        <w:rPr>
          <w:rFonts w:ascii="Georgia" w:hAnsi="Georgia"/>
          <w:b w:val="0"/>
          <w:i w:val="0"/>
          <w:color w:val="22201D"/>
          <w:sz w:val="20"/>
        </w:rPr>
        <w:t>"Books are for people who need shelves to introduce themselves politely," she said. "This is the pantry."</w:t>
      </w:r>
    </w:p>
    <w:p>
      <w:pPr>
        <w:spacing w:after="60" w:line="266" w:lineRule="auto"/>
        <w:ind w:firstLine="331"/>
        <w:jc w:val="both"/>
      </w:pPr>
      <w:r>
        <w:rPr>
          <w:rFonts w:ascii="Georgia" w:hAnsi="Georgia"/>
          <w:b w:val="0"/>
          <w:i w:val="0"/>
          <w:color w:val="22201D"/>
          <w:sz w:val="20"/>
        </w:rPr>
        <w:t>"The pantry at the center of misunderstanding."</w:t>
      </w:r>
    </w:p>
    <w:p>
      <w:pPr>
        <w:spacing w:after="60" w:line="266" w:lineRule="auto"/>
        <w:ind w:firstLine="331"/>
        <w:jc w:val="both"/>
      </w:pPr>
      <w:r>
        <w:rPr>
          <w:rFonts w:ascii="Georgia" w:hAnsi="Georgia"/>
          <w:b w:val="0"/>
          <w:i w:val="0"/>
          <w:color w:val="22201D"/>
          <w:sz w:val="20"/>
        </w:rPr>
        <w:t>"Not yet. It has not admitted center."</w:t>
      </w:r>
    </w:p>
    <w:p>
      <w:pPr>
        <w:spacing w:after="60" w:line="266" w:lineRule="auto"/>
        <w:ind w:firstLine="331"/>
        <w:jc w:val="both"/>
      </w:pPr>
      <w:r>
        <w:rPr>
          <w:rFonts w:ascii="Georgia" w:hAnsi="Georgia"/>
          <w:b w:val="0"/>
          <w:i w:val="0"/>
          <w:color w:val="22201D"/>
          <w:sz w:val="20"/>
        </w:rPr>
        <w:t>The card catalog clicked again.</w:t>
      </w:r>
    </w:p>
    <w:p>
      <w:pPr>
        <w:spacing w:after="60" w:line="266" w:lineRule="auto"/>
        <w:ind w:firstLine="331"/>
        <w:jc w:val="both"/>
      </w:pPr>
      <w:r>
        <w:rPr>
          <w:rFonts w:ascii="Georgia" w:hAnsi="Georgia"/>
          <w:b w:val="0"/>
          <w:i w:val="0"/>
          <w:color w:val="22201D"/>
          <w:sz w:val="20"/>
        </w:rPr>
        <w:t>The inventory card rose another inch.</w:t>
      </w:r>
    </w:p>
    <w:p>
      <w:pPr>
        <w:spacing w:after="60" w:line="266" w:lineRule="auto"/>
        <w:ind w:firstLine="331"/>
        <w:jc w:val="both"/>
      </w:pPr>
      <w:r>
        <w:rPr>
          <w:rFonts w:ascii="Georgia" w:hAnsi="Georgia"/>
          <w:b w:val="0"/>
          <w:i w:val="0"/>
          <w:color w:val="22201D"/>
          <w:sz w:val="20"/>
        </w:rPr>
        <w:t>The Hostess read it, sighed, and took a blank label from her stack.</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"Of course what?"</w:t>
      </w:r>
    </w:p>
    <w:p>
      <w:pPr>
        <w:spacing w:after="60" w:line="266" w:lineRule="auto"/>
        <w:ind w:firstLine="331"/>
        <w:jc w:val="both"/>
      </w:pPr>
      <w:r>
        <w:rPr>
          <w:rFonts w:ascii="Georgia" w:hAnsi="Georgia"/>
          <w:b w:val="0"/>
          <w:i w:val="0"/>
          <w:color w:val="22201D"/>
          <w:sz w:val="20"/>
        </w:rPr>
        <w:t>"Something has been standing in for something else so long that the pantry believes the stand-in is original."</w:t>
      </w:r>
    </w:p>
    <w:p>
      <w:pPr>
        <w:spacing w:after="60" w:line="266" w:lineRule="auto"/>
        <w:ind w:firstLine="331"/>
        <w:jc w:val="both"/>
      </w:pPr>
      <w:r>
        <w:rPr>
          <w:rFonts w:ascii="Georgia" w:hAnsi="Georgia"/>
          <w:b w:val="0"/>
          <w:i w:val="0"/>
          <w:color w:val="22201D"/>
          <w:sz w:val="20"/>
        </w:rPr>
        <w:t>Flocc waited.</w:t>
      </w:r>
    </w:p>
    <w:p>
      <w:pPr>
        <w:spacing w:after="60" w:line="266" w:lineRule="auto"/>
        <w:ind w:firstLine="331"/>
        <w:jc w:val="both"/>
      </w:pPr>
      <w:r>
        <w:rPr>
          <w:rFonts w:ascii="Georgia" w:hAnsi="Georgia"/>
          <w:b w:val="0"/>
          <w:i w:val="0"/>
          <w:color w:val="22201D"/>
          <w:sz w:val="20"/>
        </w:rPr>
        <w:t>The Hostess handed him the label.</w:t>
      </w:r>
    </w:p>
    <w:p>
      <w:pPr>
        <w:spacing w:after="60" w:line="266" w:lineRule="auto"/>
        <w:ind w:firstLine="331"/>
        <w:jc w:val="both"/>
      </w:pPr>
      <w:r>
        <w:rPr>
          <w:rFonts w:ascii="Georgia" w:hAnsi="Georgia"/>
          <w:b w:val="0"/>
          <w:i w:val="0"/>
          <w:color w:val="22201D"/>
          <w:sz w:val="20"/>
        </w:rPr>
        <w:t>It was blank.</w:t>
      </w:r>
    </w:p>
    <w:p>
      <w:pPr>
        <w:spacing w:after="60" w:line="266" w:lineRule="auto"/>
        <w:ind w:firstLine="331"/>
        <w:jc w:val="both"/>
      </w:pPr>
      <w:r>
        <w:rPr>
          <w:rFonts w:ascii="Georgia" w:hAnsi="Georgia"/>
          <w:b w:val="0"/>
          <w:i w:val="0"/>
          <w:color w:val="22201D"/>
          <w:sz w:val="20"/>
        </w:rPr>
        <w:t>"I do not know what to write."</w:t>
      </w:r>
    </w:p>
    <w:p>
      <w:pPr>
        <w:spacing w:after="60" w:line="266" w:lineRule="auto"/>
        <w:ind w:firstLine="331"/>
        <w:jc w:val="both"/>
      </w:pPr>
      <w:r>
        <w:rPr>
          <w:rFonts w:ascii="Georgia" w:hAnsi="Georgia"/>
          <w:b w:val="0"/>
          <w:i w:val="0"/>
          <w:color w:val="22201D"/>
          <w:sz w:val="20"/>
        </w:rPr>
        <w:t>"That is why it is blank."</w:t>
      </w:r>
    </w:p>
    <w:p>
      <w:pPr>
        <w:spacing w:after="60" w:line="266" w:lineRule="auto"/>
        <w:ind w:firstLine="331"/>
        <w:jc w:val="both"/>
      </w:pPr>
      <w:r>
        <w:rPr>
          <w:rFonts w:ascii="Georgia" w:hAnsi="Georgia"/>
          <w:b w:val="0"/>
          <w:i w:val="0"/>
          <w:color w:val="22201D"/>
          <w:sz w:val="20"/>
        </w:rPr>
        <w:t>This was unhelpful in the exact way pantry logic seemed to prefer.</w:t>
      </w:r>
    </w:p>
    <w:p>
      <w:pPr>
        <w:spacing w:after="60" w:line="266" w:lineRule="auto"/>
        <w:ind w:firstLine="331"/>
        <w:jc w:val="both"/>
      </w:pPr>
      <w:r>
        <w:rPr>
          <w:rFonts w:ascii="Georgia" w:hAnsi="Georgia"/>
          <w:b w:val="0"/>
          <w:i w:val="0"/>
          <w:color w:val="22201D"/>
          <w:sz w:val="20"/>
        </w:rPr>
        <w:t>Flocc followed her down the aisle.</w:t>
      </w:r>
    </w:p>
    <w:p>
      <w:pPr>
        <w:spacing w:after="60" w:line="266" w:lineRule="auto"/>
        <w:ind w:firstLine="331"/>
        <w:jc w:val="both"/>
      </w:pPr>
      <w:r>
        <w:rPr>
          <w:rFonts w:ascii="Georgia" w:hAnsi="Georgia"/>
          <w:b w:val="0"/>
          <w:i w:val="0"/>
          <w:color w:val="22201D"/>
          <w:sz w:val="20"/>
        </w:rPr>
        <w:t>The pantry was not chaotic.</w:t>
      </w:r>
    </w:p>
    <w:p>
      <w:pPr>
        <w:spacing w:after="60" w:line="266" w:lineRule="auto"/>
        <w:ind w:firstLine="331"/>
        <w:jc w:val="both"/>
      </w:pPr>
      <w:r>
        <w:rPr>
          <w:rFonts w:ascii="Georgia" w:hAnsi="Georgia"/>
          <w:b w:val="0"/>
          <w:i w:val="0"/>
          <w:color w:val="22201D"/>
          <w:sz w:val="20"/>
        </w:rPr>
        <w:t>That was worse.</w:t>
      </w:r>
    </w:p>
    <w:p>
      <w:pPr>
        <w:spacing w:after="60" w:line="266" w:lineRule="auto"/>
        <w:ind w:firstLine="331"/>
        <w:jc w:val="both"/>
      </w:pPr>
      <w:r>
        <w:rPr>
          <w:rFonts w:ascii="Georgia" w:hAnsi="Georgia"/>
          <w:b w:val="0"/>
          <w:i w:val="0"/>
          <w:color w:val="22201D"/>
          <w:sz w:val="20"/>
        </w:rPr>
        <w:t>Chaos could be forgiven for errors.</w:t>
      </w:r>
    </w:p>
    <w:p>
      <w:pPr>
        <w:spacing w:after="60" w:line="266" w:lineRule="auto"/>
        <w:ind w:firstLine="331"/>
        <w:jc w:val="both"/>
      </w:pPr>
      <w:r>
        <w:rPr>
          <w:rFonts w:ascii="Georgia" w:hAnsi="Georgia"/>
          <w:b w:val="0"/>
          <w:i w:val="0"/>
          <w:color w:val="22201D"/>
          <w:sz w:val="20"/>
        </w:rPr>
        <w:t>The pantry was organized with extraordinary care around wrong premises.</w:t>
      </w:r>
    </w:p>
    <w:p>
      <w:pPr>
        <w:spacing w:after="60" w:line="266" w:lineRule="auto"/>
        <w:ind w:firstLine="331"/>
        <w:jc w:val="both"/>
      </w:pPr>
      <w:r>
        <w:rPr>
          <w:rFonts w:ascii="Georgia" w:hAnsi="Georgia"/>
          <w:b w:val="0"/>
          <w:i w:val="0"/>
          <w:color w:val="22201D"/>
          <w:sz w:val="20"/>
        </w:rPr>
        <w:t>One shelf held jars labeled:</w:t>
      </w:r>
    </w:p>
    <w:p>
      <w:pPr>
        <w:spacing w:after="60" w:line="250" w:lineRule="auto"/>
        <w:ind w:left="202" w:right="173"/>
      </w:pPr>
      <w:r>
        <w:rPr>
          <w:rFonts w:ascii="Georgia" w:hAnsi="Georgia"/>
          <w:b w:val="0"/>
          <w:i w:val="0"/>
          <w:color w:val="22201D"/>
          <w:sz w:val="17"/>
        </w:rPr>
        <w:t>GOOD ENOUGH ALMOST THE SAME NO ONE NOTICED TEMPORARY, SIX YEARS</w:t>
      </w:r>
    </w:p>
    <w:p>
      <w:pPr>
        <w:spacing w:after="60" w:line="266" w:lineRule="auto"/>
        <w:ind w:firstLine="331"/>
        <w:jc w:val="both"/>
      </w:pPr>
      <w:r>
        <w:rPr>
          <w:rFonts w:ascii="Georgia" w:hAnsi="Georgia"/>
          <w:b w:val="0"/>
          <w:i w:val="0"/>
          <w:color w:val="22201D"/>
          <w:sz w:val="20"/>
        </w:rPr>
        <w:t>Another shelf held sacks tied with red thread:</w:t>
      </w:r>
    </w:p>
    <w:p>
      <w:pPr>
        <w:spacing w:after="60" w:line="250" w:lineRule="auto"/>
        <w:ind w:left="202" w:right="173"/>
      </w:pPr>
      <w:r>
        <w:rPr>
          <w:rFonts w:ascii="Georgia" w:hAnsi="Georgia"/>
          <w:b w:val="0"/>
          <w:i w:val="0"/>
          <w:color w:val="22201D"/>
          <w:sz w:val="17"/>
        </w:rPr>
        <w:t>WHAT WE HAD WHAT WE COULD AFFORD WHAT WOULD NOT HURT ANYONE, PROBABLY</w:t>
      </w:r>
    </w:p>
    <w:p>
      <w:pPr>
        <w:spacing w:after="60" w:line="266" w:lineRule="auto"/>
        <w:ind w:firstLine="331"/>
        <w:jc w:val="both"/>
      </w:pPr>
      <w:r>
        <w:rPr>
          <w:rFonts w:ascii="Georgia" w:hAnsi="Georgia"/>
          <w:b w:val="0"/>
          <w:i w:val="0"/>
          <w:color w:val="22201D"/>
          <w:sz w:val="20"/>
        </w:rPr>
        <w:t>There were spices arranged alphabetically by the feeling people used them to avoid.</w:t>
      </w:r>
    </w:p>
    <w:p>
      <w:pPr>
        <w:spacing w:after="60" w:line="266" w:lineRule="auto"/>
        <w:ind w:firstLine="331"/>
        <w:jc w:val="both"/>
      </w:pPr>
      <w:r>
        <w:rPr>
          <w:rFonts w:ascii="Georgia" w:hAnsi="Georgia"/>
          <w:b w:val="0"/>
          <w:i w:val="0"/>
          <w:color w:val="22201D"/>
          <w:sz w:val="20"/>
        </w:rPr>
        <w:t>There was a drawer for lids that did not fit because they belonged to containers no one wanted to reopen.</w:t>
      </w:r>
    </w:p>
    <w:p>
      <w:pPr>
        <w:spacing w:after="60" w:line="266" w:lineRule="auto"/>
        <w:ind w:firstLine="331"/>
        <w:jc w:val="both"/>
      </w:pPr>
      <w:r>
        <w:rPr>
          <w:rFonts w:ascii="Georgia" w:hAnsi="Georgia"/>
          <w:b w:val="0"/>
          <w:i w:val="0"/>
          <w:color w:val="22201D"/>
          <w:sz w:val="20"/>
        </w:rPr>
        <w:t>There was a locked cabinet labeled:</w:t>
      </w:r>
    </w:p>
    <w:p>
      <w:pPr>
        <w:spacing w:after="60" w:line="250" w:lineRule="auto"/>
        <w:ind w:left="202" w:right="173"/>
      </w:pPr>
      <w:r>
        <w:rPr>
          <w:rFonts w:ascii="Georgia" w:hAnsi="Georgia"/>
          <w:b w:val="0"/>
          <w:i w:val="0"/>
          <w:color w:val="22201D"/>
          <w:sz w:val="17"/>
        </w:rPr>
        <w:t>CONSENT IS NOT A SUBSTITUTE FOR BEING TIRED.</w:t>
      </w:r>
    </w:p>
    <w:p>
      <w:pPr>
        <w:spacing w:after="60" w:line="266" w:lineRule="auto"/>
        <w:ind w:firstLine="331"/>
        <w:jc w:val="both"/>
      </w:pPr>
      <w:r>
        <w:rPr>
          <w:rFonts w:ascii="Georgia" w:hAnsi="Georgia"/>
          <w:b w:val="0"/>
          <w:i w:val="0"/>
          <w:color w:val="22201D"/>
          <w:sz w:val="20"/>
        </w:rPr>
        <w:t>Flocc stopped at that one.</w:t>
      </w:r>
    </w:p>
    <w:p>
      <w:pPr>
        <w:spacing w:after="60" w:line="266" w:lineRule="auto"/>
        <w:ind w:firstLine="331"/>
        <w:jc w:val="both"/>
      </w:pPr>
      <w:r>
        <w:rPr>
          <w:rFonts w:ascii="Georgia" w:hAnsi="Georgia"/>
          <w:b w:val="0"/>
          <w:i w:val="0"/>
          <w:color w:val="22201D"/>
          <w:sz w:val="20"/>
        </w:rPr>
        <w:t>The Hostess did not.</w:t>
      </w:r>
    </w:p>
    <w:p>
      <w:pPr>
        <w:spacing w:after="60" w:line="266" w:lineRule="auto"/>
        <w:ind w:firstLine="331"/>
        <w:jc w:val="both"/>
      </w:pPr>
      <w:r>
        <w:rPr>
          <w:rFonts w:ascii="Georgia" w:hAnsi="Georgia"/>
          <w:b w:val="0"/>
          <w:i w:val="0"/>
          <w:color w:val="22201D"/>
          <w:sz w:val="20"/>
        </w:rPr>
        <w:t>"Keep walking."</w:t>
      </w:r>
    </w:p>
    <w:p>
      <w:pPr>
        <w:spacing w:after="60" w:line="266" w:lineRule="auto"/>
        <w:ind w:firstLine="331"/>
        <w:jc w:val="both"/>
      </w:pPr>
      <w:r>
        <w:rPr>
          <w:rFonts w:ascii="Georgia" w:hAnsi="Georgia"/>
          <w:b w:val="0"/>
          <w:i w:val="0"/>
          <w:color w:val="22201D"/>
          <w:sz w:val="20"/>
        </w:rPr>
        <w:t>"That cabinet seems important."</w:t>
      </w:r>
    </w:p>
    <w:p>
      <w:pPr>
        <w:spacing w:after="60" w:line="266" w:lineRule="auto"/>
        <w:ind w:firstLine="331"/>
        <w:jc w:val="both"/>
      </w:pPr>
      <w:r>
        <w:rPr>
          <w:rFonts w:ascii="Georgia" w:hAnsi="Georgia"/>
          <w:b w:val="0"/>
          <w:i w:val="0"/>
          <w:color w:val="22201D"/>
          <w:sz w:val="20"/>
        </w:rPr>
        <w:t>"It is. That is why we are not opening it in Chapter One."</w:t>
      </w:r>
    </w:p>
    <w:p>
      <w:pPr>
        <w:spacing w:after="60" w:line="266" w:lineRule="auto"/>
        <w:ind w:firstLine="331"/>
        <w:jc w:val="both"/>
      </w:pPr>
      <w:r>
        <w:rPr>
          <w:rFonts w:ascii="Georgia" w:hAnsi="Georgia"/>
          <w:b w:val="0"/>
          <w:i w:val="0"/>
          <w:color w:val="22201D"/>
          <w:sz w:val="20"/>
        </w:rPr>
        <w:t>Flocc kept walking.</w:t>
      </w:r>
    </w:p>
    <w:p>
      <w:pPr>
        <w:spacing w:after="60" w:line="266" w:lineRule="auto"/>
        <w:ind w:firstLine="331"/>
        <w:jc w:val="both"/>
      </w:pPr>
      <w:r>
        <w:rPr>
          <w:rFonts w:ascii="Georgia" w:hAnsi="Georgia"/>
          <w:b w:val="0"/>
          <w:i w:val="0"/>
          <w:color w:val="22201D"/>
          <w:sz w:val="20"/>
        </w:rPr>
        <w:t>At the end of the aisle stood a table with a mixing bowl, a scale, a ledger, and one empty space in the shape of a jar.</w:t>
      </w:r>
    </w:p>
    <w:p>
      <w:pPr>
        <w:spacing w:after="60" w:line="266" w:lineRule="auto"/>
        <w:ind w:firstLine="331"/>
        <w:jc w:val="both"/>
      </w:pPr>
      <w:r>
        <w:rPr>
          <w:rFonts w:ascii="Georgia" w:hAnsi="Georgia"/>
          <w:b w:val="0"/>
          <w:i w:val="0"/>
          <w:color w:val="22201D"/>
          <w:sz w:val="20"/>
        </w:rPr>
        <w:t>The ledger page was already open.</w:t>
      </w:r>
    </w:p>
    <w:p>
      <w:pPr>
        <w:spacing w:after="60" w:line="250" w:lineRule="auto"/>
        <w:ind w:left="202" w:right="173"/>
      </w:pPr>
      <w:r>
        <w:rPr>
          <w:rFonts w:ascii="Georgia" w:hAnsi="Georgia"/>
          <w:b w:val="0"/>
          <w:i w:val="0"/>
          <w:color w:val="22201D"/>
          <w:sz w:val="17"/>
        </w:rPr>
        <w:t>RECIPE: CENTER SHELF STEW Required: one jar true ingredient Present: one jar acceptable substitute Problem: pantry has filed substitute as truth</w:t>
      </w:r>
    </w:p>
    <w:p>
      <w:pPr>
        <w:spacing w:after="60" w:line="266" w:lineRule="auto"/>
        <w:ind w:firstLine="331"/>
        <w:jc w:val="both"/>
      </w:pPr>
      <w:r>
        <w:rPr>
          <w:rFonts w:ascii="Georgia" w:hAnsi="Georgia"/>
          <w:b w:val="0"/>
          <w:i w:val="0"/>
          <w:color w:val="22201D"/>
          <w:sz w:val="20"/>
        </w:rPr>
        <w:t>On the table sat the acceptable substitute.</w:t>
      </w:r>
    </w:p>
    <w:p>
      <w:pPr>
        <w:spacing w:after="60" w:line="266" w:lineRule="auto"/>
        <w:ind w:firstLine="331"/>
        <w:jc w:val="both"/>
      </w:pPr>
      <w:r>
        <w:rPr>
          <w:rFonts w:ascii="Georgia" w:hAnsi="Georgia"/>
          <w:b w:val="0"/>
          <w:i w:val="0"/>
          <w:color w:val="22201D"/>
          <w:sz w:val="20"/>
        </w:rPr>
        <w:t>It looked like blackberry jam.</w:t>
      </w:r>
    </w:p>
    <w:p>
      <w:pPr>
        <w:spacing w:after="60" w:line="266" w:lineRule="auto"/>
        <w:ind w:firstLine="331"/>
        <w:jc w:val="both"/>
      </w:pPr>
      <w:r>
        <w:rPr>
          <w:rFonts w:ascii="Georgia" w:hAnsi="Georgia"/>
          <w:b w:val="0"/>
          <w:i w:val="0"/>
          <w:color w:val="22201D"/>
          <w:sz w:val="20"/>
        </w:rPr>
        <w:t>It smelled like weather after a bad apology.</w:t>
      </w:r>
    </w:p>
    <w:p>
      <w:pPr>
        <w:spacing w:after="60" w:line="266" w:lineRule="auto"/>
        <w:ind w:firstLine="331"/>
        <w:jc w:val="both"/>
      </w:pPr>
      <w:r>
        <w:rPr>
          <w:rFonts w:ascii="Georgia" w:hAnsi="Georgia"/>
          <w:b w:val="0"/>
          <w:i w:val="0"/>
          <w:color w:val="22201D"/>
          <w:sz w:val="20"/>
        </w:rPr>
        <w:t>Its label read:</w:t>
      </w:r>
    </w:p>
    <w:p>
      <w:pPr>
        <w:spacing w:after="60" w:line="250" w:lineRule="auto"/>
        <w:ind w:left="202" w:right="173"/>
      </w:pPr>
      <w:r>
        <w:rPr>
          <w:rFonts w:ascii="Georgia" w:hAnsi="Georgia"/>
          <w:b w:val="0"/>
          <w:i w:val="0"/>
          <w:color w:val="22201D"/>
          <w:sz w:val="17"/>
        </w:rPr>
        <w:t>VOIDBERRY FAT_ALII</w:t>
      </w:r>
    </w:p>
    <w:p>
      <w:pPr>
        <w:spacing w:after="60" w:line="266" w:lineRule="auto"/>
        <w:ind w:firstLine="331"/>
        <w:jc w:val="both"/>
      </w:pPr>
      <w:r>
        <w:rPr>
          <w:rFonts w:ascii="Georgia" w:hAnsi="Georgia"/>
          <w:b w:val="0"/>
          <w:i w:val="0"/>
          <w:color w:val="22201D"/>
          <w:sz w:val="20"/>
        </w:rPr>
        <w:t>The underscore had been drawn in later, as if someone had tried to hide a spelling problem by creating a theological one.</w:t>
      </w:r>
    </w:p>
    <w:p>
      <w:pPr>
        <w:spacing w:after="60" w:line="266" w:lineRule="auto"/>
        <w:ind w:firstLine="331"/>
        <w:jc w:val="both"/>
      </w:pPr>
      <w:r>
        <w:rPr>
          <w:rFonts w:ascii="Georgia" w:hAnsi="Georgia"/>
          <w:b w:val="0"/>
          <w:i w:val="0"/>
          <w:color w:val="22201D"/>
          <w:sz w:val="20"/>
        </w:rPr>
        <w:t>"That is not right," Flocc said.</w:t>
      </w:r>
    </w:p>
    <w:p>
      <w:pPr>
        <w:spacing w:after="60" w:line="266" w:lineRule="auto"/>
        <w:ind w:firstLine="331"/>
        <w:jc w:val="both"/>
      </w:pPr>
      <w:r>
        <w:rPr>
          <w:rFonts w:ascii="Georgia" w:hAnsi="Georgia"/>
          <w:b w:val="0"/>
          <w:i w:val="0"/>
          <w:color w:val="22201D"/>
          <w:sz w:val="20"/>
        </w:rPr>
        <w:t>"Correct," said the Hostess.</w:t>
      </w:r>
    </w:p>
    <w:p>
      <w:pPr>
        <w:spacing w:after="60" w:line="266" w:lineRule="auto"/>
        <w:ind w:firstLine="331"/>
        <w:jc w:val="both"/>
      </w:pPr>
      <w:r>
        <w:rPr>
          <w:rFonts w:ascii="Georgia" w:hAnsi="Georgia"/>
          <w:b w:val="0"/>
          <w:i w:val="0"/>
          <w:color w:val="22201D"/>
          <w:sz w:val="20"/>
        </w:rPr>
        <w:t>"Voidberry Fatalii is the sauce key."</w:t>
      </w:r>
    </w:p>
    <w:p>
      <w:pPr>
        <w:spacing w:after="60" w:line="266" w:lineRule="auto"/>
        <w:ind w:firstLine="331"/>
        <w:jc w:val="both"/>
      </w:pPr>
      <w:r>
        <w:rPr>
          <w:rFonts w:ascii="Georgia" w:hAnsi="Georgia"/>
          <w:b w:val="0"/>
          <w:i w:val="0"/>
          <w:color w:val="22201D"/>
          <w:sz w:val="20"/>
        </w:rPr>
        <w:t>"Eventually."</w:t>
      </w:r>
    </w:p>
    <w:p>
      <w:pPr>
        <w:spacing w:after="60" w:line="266" w:lineRule="auto"/>
        <w:ind w:firstLine="331"/>
        <w:jc w:val="both"/>
      </w:pPr>
      <w:r>
        <w:rPr>
          <w:rFonts w:ascii="Georgia" w:hAnsi="Georgia"/>
          <w:b w:val="0"/>
          <w:i w:val="0"/>
          <w:color w:val="22201D"/>
          <w:sz w:val="20"/>
        </w:rPr>
        <w:t>"This jar says Fat Alii."</w:t>
      </w:r>
    </w:p>
    <w:p>
      <w:pPr>
        <w:spacing w:after="60" w:line="266" w:lineRule="auto"/>
        <w:ind w:firstLine="331"/>
        <w:jc w:val="both"/>
      </w:pPr>
      <w:r>
        <w:rPr>
          <w:rFonts w:ascii="Georgia" w:hAnsi="Georgia"/>
          <w:b w:val="0"/>
          <w:i w:val="0"/>
          <w:color w:val="22201D"/>
          <w:sz w:val="20"/>
        </w:rPr>
        <w:t>"Also eventually, if no one admits the substitution."</w:t>
      </w:r>
    </w:p>
    <w:p>
      <w:pPr>
        <w:spacing w:after="60" w:line="266" w:lineRule="auto"/>
        <w:ind w:firstLine="331"/>
        <w:jc w:val="both"/>
      </w:pPr>
      <w:r>
        <w:rPr>
          <w:rFonts w:ascii="Georgia" w:hAnsi="Georgia"/>
          <w:b w:val="0"/>
          <w:i w:val="0"/>
          <w:color w:val="22201D"/>
          <w:sz w:val="20"/>
        </w:rPr>
        <w:t>The jar pulsed once, dark purple behind the glass.</w:t>
      </w:r>
    </w:p>
    <w:p>
      <w:pPr>
        <w:spacing w:after="60" w:line="266" w:lineRule="auto"/>
        <w:ind w:firstLine="331"/>
        <w:jc w:val="both"/>
      </w:pPr>
      <w:r>
        <w:rPr>
          <w:rFonts w:ascii="Georgia" w:hAnsi="Georgia"/>
          <w:b w:val="0"/>
          <w:i w:val="0"/>
          <w:color w:val="22201D"/>
          <w:sz w:val="20"/>
        </w:rPr>
        <w:t>Flocc took one step back.</w:t>
      </w:r>
    </w:p>
    <w:p>
      <w:pPr>
        <w:spacing w:after="60" w:line="266" w:lineRule="auto"/>
        <w:ind w:firstLine="331"/>
        <w:jc w:val="both"/>
      </w:pPr>
      <w:r>
        <w:rPr>
          <w:rFonts w:ascii="Georgia" w:hAnsi="Georgia"/>
          <w:b w:val="0"/>
          <w:i w:val="0"/>
          <w:color w:val="22201D"/>
          <w:sz w:val="20"/>
        </w:rPr>
        <w:t>The Hostess took the inventory card from the catalog drawer, which had followed them on brass feet because the pantry did not believe in stationary records.</w:t>
      </w:r>
    </w:p>
    <w:p>
      <w:pPr>
        <w:spacing w:after="60" w:line="266" w:lineRule="auto"/>
        <w:ind w:firstLine="331"/>
        <w:jc w:val="both"/>
      </w:pPr>
      <w:r>
        <w:rPr>
          <w:rFonts w:ascii="Georgia" w:hAnsi="Georgia"/>
          <w:b w:val="0"/>
          <w:i w:val="0"/>
          <w:color w:val="22201D"/>
          <w:sz w:val="20"/>
        </w:rPr>
        <w:t>She placed the card beside the jar.</w:t>
      </w:r>
    </w:p>
    <w:p>
      <w:pPr>
        <w:spacing w:after="60" w:line="266" w:lineRule="auto"/>
        <w:ind w:firstLine="331"/>
        <w:jc w:val="both"/>
      </w:pPr>
      <w:r>
        <w:rPr>
          <w:rFonts w:ascii="Georgia" w:hAnsi="Georgia"/>
          <w:b w:val="0"/>
          <w:i w:val="0"/>
          <w:color w:val="22201D"/>
          <w:sz w:val="20"/>
        </w:rPr>
        <w:t>The handwriting changed.</w:t>
      </w:r>
    </w:p>
    <w:p>
      <w:pPr>
        <w:spacing w:after="60" w:line="250" w:lineRule="auto"/>
        <w:ind w:left="202" w:right="173"/>
      </w:pPr>
      <w:r>
        <w:rPr>
          <w:rFonts w:ascii="Georgia" w:hAnsi="Georgia"/>
          <w:b w:val="0"/>
          <w:i w:val="0"/>
          <w:color w:val="22201D"/>
          <w:sz w:val="17"/>
        </w:rPr>
        <w:t>Item: Voidberry Fatalii Recorded as: Voidberry Fat Alii Substitute used: sweet dark fruit plus borrowed heat Missing ingredient: exact bitter seed Price: Admit substitution</w:t>
      </w:r>
    </w:p>
    <w:p>
      <w:pPr>
        <w:spacing w:after="60" w:line="266" w:lineRule="auto"/>
        <w:ind w:firstLine="331"/>
        <w:jc w:val="both"/>
      </w:pPr>
      <w:r>
        <w:rPr>
          <w:rFonts w:ascii="Georgia" w:hAnsi="Georgia"/>
          <w:b w:val="0"/>
          <w:i w:val="0"/>
          <w:color w:val="22201D"/>
          <w:sz w:val="20"/>
        </w:rPr>
        <w:t>Flocc read the card twice.</w:t>
      </w:r>
    </w:p>
    <w:p>
      <w:pPr>
        <w:spacing w:after="60" w:line="266" w:lineRule="auto"/>
        <w:ind w:firstLine="331"/>
        <w:jc w:val="both"/>
      </w:pPr>
      <w:r>
        <w:rPr>
          <w:rFonts w:ascii="Georgia" w:hAnsi="Georgia"/>
          <w:b w:val="0"/>
          <w:i w:val="0"/>
          <w:color w:val="22201D"/>
          <w:sz w:val="20"/>
        </w:rPr>
        <w:t>"Borrowed heat."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"From what?"</w:t>
      </w:r>
    </w:p>
    <w:p>
      <w:pPr>
        <w:spacing w:after="60" w:line="266" w:lineRule="auto"/>
        <w:ind w:firstLine="331"/>
        <w:jc w:val="both"/>
      </w:pPr>
      <w:r>
        <w:rPr>
          <w:rFonts w:ascii="Georgia" w:hAnsi="Georgia"/>
          <w:b w:val="0"/>
          <w:i w:val="0"/>
          <w:color w:val="22201D"/>
          <w:sz w:val="20"/>
        </w:rPr>
        <w:t>The Hostess pointed.</w:t>
      </w:r>
    </w:p>
    <w:p>
      <w:pPr>
        <w:spacing w:after="60" w:line="266" w:lineRule="auto"/>
        <w:ind w:firstLine="331"/>
        <w:jc w:val="both"/>
      </w:pPr>
      <w:r>
        <w:rPr>
          <w:rFonts w:ascii="Georgia" w:hAnsi="Georgia"/>
          <w:b w:val="0"/>
          <w:i w:val="0"/>
          <w:color w:val="22201D"/>
          <w:sz w:val="20"/>
        </w:rPr>
        <w:t>On a lower shelf sat three small tins:</w:t>
      </w:r>
    </w:p>
    <w:p>
      <w:pPr>
        <w:spacing w:after="60" w:line="250" w:lineRule="auto"/>
        <w:ind w:left="202" w:right="173"/>
      </w:pPr>
      <w:r>
        <w:rPr>
          <w:rFonts w:ascii="Georgia" w:hAnsi="Georgia"/>
          <w:b w:val="0"/>
          <w:i w:val="0"/>
          <w:color w:val="22201D"/>
          <w:sz w:val="17"/>
        </w:rPr>
        <w:t>ANGER SAVED FOR LATER COURAGE USED BEFORE READY TRUTH TOLD TO THE WRONG PERSON</w:t>
      </w:r>
    </w:p>
    <w:p>
      <w:pPr>
        <w:spacing w:after="60" w:line="266" w:lineRule="auto"/>
        <w:ind w:firstLine="331"/>
        <w:jc w:val="both"/>
      </w:pPr>
      <w:r>
        <w:rPr>
          <w:rFonts w:ascii="Georgia" w:hAnsi="Georgia"/>
          <w:b w:val="0"/>
          <w:i w:val="0"/>
          <w:color w:val="22201D"/>
          <w:sz w:val="20"/>
        </w:rPr>
        <w:t>The middle tin was open.</w:t>
      </w:r>
    </w:p>
    <w:p>
      <w:pPr>
        <w:spacing w:after="60" w:line="266" w:lineRule="auto"/>
        <w:ind w:firstLine="331"/>
        <w:jc w:val="both"/>
      </w:pPr>
      <w:r>
        <w:rPr>
          <w:rFonts w:ascii="Georgia" w:hAnsi="Georgia"/>
          <w:b w:val="0"/>
          <w:i w:val="0"/>
          <w:color w:val="22201D"/>
          <w:sz w:val="20"/>
        </w:rPr>
        <w:t>The jar had borrowed from it.</w:t>
      </w:r>
    </w:p>
    <w:p>
      <w:pPr>
        <w:spacing w:after="60" w:line="266" w:lineRule="auto"/>
        <w:ind w:firstLine="331"/>
        <w:jc w:val="both"/>
      </w:pPr>
      <w:r>
        <w:rPr>
          <w:rFonts w:ascii="Georgia" w:hAnsi="Georgia"/>
          <w:b w:val="0"/>
          <w:i w:val="0"/>
          <w:color w:val="22201D"/>
          <w:sz w:val="20"/>
        </w:rPr>
        <w:t>Flocc folded the blank label in his hand.</w:t>
      </w:r>
    </w:p>
    <w:p>
      <w:pPr>
        <w:spacing w:after="60" w:line="266" w:lineRule="auto"/>
        <w:ind w:firstLine="331"/>
        <w:jc w:val="both"/>
      </w:pPr>
      <w:r>
        <w:rPr>
          <w:rFonts w:ascii="Georgia" w:hAnsi="Georgia"/>
          <w:b w:val="0"/>
          <w:i w:val="0"/>
          <w:color w:val="22201D"/>
          <w:sz w:val="20"/>
        </w:rPr>
        <w:t>"Who did this?"</w:t>
      </w:r>
    </w:p>
    <w:p>
      <w:pPr>
        <w:spacing w:after="60" w:line="266" w:lineRule="auto"/>
        <w:ind w:firstLine="331"/>
        <w:jc w:val="both"/>
      </w:pPr>
      <w:r>
        <w:rPr>
          <w:rFonts w:ascii="Georgia" w:hAnsi="Georgia"/>
          <w:b w:val="0"/>
          <w:i w:val="0"/>
          <w:color w:val="22201D"/>
          <w:sz w:val="20"/>
        </w:rPr>
        <w:t>The pantry lights dimmed.</w:t>
      </w:r>
    </w:p>
    <w:p>
      <w:pPr>
        <w:spacing w:after="60" w:line="266" w:lineRule="auto"/>
        <w:ind w:firstLine="331"/>
        <w:jc w:val="both"/>
      </w:pPr>
      <w:r>
        <w:rPr>
          <w:rFonts w:ascii="Georgia" w:hAnsi="Georgia"/>
          <w:b w:val="0"/>
          <w:i w:val="0"/>
          <w:color w:val="22201D"/>
          <w:sz w:val="20"/>
        </w:rPr>
        <w:t>Every shelf became very still.</w:t>
      </w:r>
    </w:p>
    <w:p>
      <w:pPr>
        <w:spacing w:after="60" w:line="266" w:lineRule="auto"/>
        <w:ind w:firstLine="331"/>
        <w:jc w:val="both"/>
      </w:pPr>
      <w:r>
        <w:rPr>
          <w:rFonts w:ascii="Georgia" w:hAnsi="Georgia"/>
          <w:b w:val="0"/>
          <w:i w:val="0"/>
          <w:color w:val="22201D"/>
          <w:sz w:val="20"/>
        </w:rPr>
        <w:t>The Hostess gave him a look that carried more warning than explanation.</w:t>
      </w:r>
    </w:p>
    <w:p>
      <w:pPr>
        <w:spacing w:after="60" w:line="266" w:lineRule="auto"/>
        <w:ind w:firstLine="331"/>
        <w:jc w:val="both"/>
      </w:pPr>
      <w:r>
        <w:rPr>
          <w:rFonts w:ascii="Georgia" w:hAnsi="Georgia"/>
          <w:b w:val="0"/>
          <w:i w:val="0"/>
          <w:color w:val="22201D"/>
          <w:sz w:val="20"/>
        </w:rPr>
        <w:t>"Wrong first question."</w:t>
      </w:r>
    </w:p>
    <w:p>
      <w:pPr>
        <w:spacing w:after="60" w:line="266" w:lineRule="auto"/>
        <w:ind w:firstLine="331"/>
        <w:jc w:val="both"/>
      </w:pPr>
      <w:r>
        <w:rPr>
          <w:rFonts w:ascii="Georgia" w:hAnsi="Georgia"/>
          <w:b w:val="0"/>
          <w:i w:val="0"/>
          <w:color w:val="22201D"/>
          <w:sz w:val="20"/>
        </w:rPr>
        <w:t>Flocc nodded slowly.</w:t>
      </w:r>
    </w:p>
    <w:p>
      <w:pPr>
        <w:spacing w:after="60" w:line="266" w:lineRule="auto"/>
        <w:ind w:firstLine="331"/>
        <w:jc w:val="both"/>
      </w:pPr>
      <w:r>
        <w:rPr>
          <w:rFonts w:ascii="Georgia" w:hAnsi="Georgia"/>
          <w:b w:val="0"/>
          <w:i w:val="0"/>
          <w:color w:val="22201D"/>
          <w:sz w:val="20"/>
        </w:rPr>
        <w:t>"What did this do?"</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ledger wrote:</w:t>
      </w:r>
    </w:p>
    <w:p>
      <w:pPr>
        <w:spacing w:after="60" w:line="250" w:lineRule="auto"/>
        <w:ind w:left="202" w:right="173"/>
      </w:pPr>
      <w:r>
        <w:rPr>
          <w:rFonts w:ascii="Georgia" w:hAnsi="Georgia"/>
          <w:b w:val="0"/>
          <w:i w:val="0"/>
          <w:color w:val="22201D"/>
          <w:sz w:val="17"/>
        </w:rPr>
        <w:t>Effect: recipes using the substitute taste almost honest. Risk: almost honest is easier to serve than truth.</w:t>
      </w:r>
    </w:p>
    <w:p>
      <w:pPr>
        <w:spacing w:after="60" w:line="266" w:lineRule="auto"/>
        <w:ind w:firstLine="331"/>
        <w:jc w:val="both"/>
      </w:pPr>
      <w:r>
        <w:rPr>
          <w:rFonts w:ascii="Georgia" w:hAnsi="Georgia"/>
          <w:b w:val="0"/>
          <w:i w:val="0"/>
          <w:color w:val="22201D"/>
          <w:sz w:val="20"/>
        </w:rPr>
        <w:t>At the far end of the pantry, something fell.</w:t>
      </w:r>
    </w:p>
    <w:p>
      <w:pPr>
        <w:spacing w:after="60" w:line="266" w:lineRule="auto"/>
        <w:ind w:firstLine="331"/>
        <w:jc w:val="both"/>
      </w:pPr>
      <w:r>
        <w:rPr>
          <w:rFonts w:ascii="Georgia" w:hAnsi="Georgia"/>
          <w:b w:val="0"/>
          <w:i w:val="0"/>
          <w:color w:val="22201D"/>
          <w:sz w:val="20"/>
        </w:rPr>
        <w:t>Not a crash.</w:t>
      </w:r>
    </w:p>
    <w:p>
      <w:pPr>
        <w:spacing w:after="60" w:line="266" w:lineRule="auto"/>
        <w:ind w:firstLine="331"/>
        <w:jc w:val="both"/>
      </w:pPr>
      <w:r>
        <w:rPr>
          <w:rFonts w:ascii="Georgia" w:hAnsi="Georgia"/>
          <w:b w:val="0"/>
          <w:i w:val="0"/>
          <w:color w:val="22201D"/>
          <w:sz w:val="20"/>
        </w:rPr>
        <w:t>A small jar tipping onto its side.</w:t>
      </w:r>
    </w:p>
    <w:p>
      <w:pPr>
        <w:spacing w:after="60" w:line="266" w:lineRule="auto"/>
        <w:ind w:firstLine="331"/>
        <w:jc w:val="both"/>
      </w:pPr>
      <w:r>
        <w:rPr>
          <w:rFonts w:ascii="Georgia" w:hAnsi="Georgia"/>
          <w:b w:val="0"/>
          <w:i w:val="0"/>
          <w:color w:val="22201D"/>
          <w:sz w:val="20"/>
        </w:rPr>
        <w:t>The sound traveled shelf by shelf until it reached the table.</w:t>
      </w:r>
    </w:p>
    <w:p>
      <w:pPr>
        <w:spacing w:after="60" w:line="266" w:lineRule="auto"/>
        <w:ind w:firstLine="331"/>
        <w:jc w:val="both"/>
      </w:pPr>
      <w:r>
        <w:rPr>
          <w:rFonts w:ascii="Georgia" w:hAnsi="Georgia"/>
          <w:b w:val="0"/>
          <w:i w:val="0"/>
          <w:color w:val="22201D"/>
          <w:sz w:val="20"/>
        </w:rPr>
        <w:t>The inventory card turned itself over.</w:t>
      </w:r>
    </w:p>
    <w:p>
      <w:pPr>
        <w:spacing w:after="60" w:line="266" w:lineRule="auto"/>
        <w:ind w:firstLine="331"/>
        <w:jc w:val="both"/>
      </w:pPr>
      <w:r>
        <w:rPr>
          <w:rFonts w:ascii="Georgia" w:hAnsi="Georgia"/>
          <w:b w:val="0"/>
          <w:i w:val="0"/>
          <w:color w:val="22201D"/>
          <w:sz w:val="20"/>
        </w:rPr>
        <w:t>On the back:</w:t>
      </w:r>
    </w:p>
    <w:p>
      <w:pPr>
        <w:spacing w:after="60" w:line="250" w:lineRule="auto"/>
        <w:ind w:left="202" w:right="173"/>
      </w:pPr>
      <w:r>
        <w:rPr>
          <w:rFonts w:ascii="Georgia" w:hAnsi="Georgia"/>
          <w:b w:val="0"/>
          <w:i w:val="0"/>
          <w:color w:val="22201D"/>
          <w:sz w:val="17"/>
        </w:rPr>
        <w:t>Admission line: I used _ because _ was missing.</w:t>
      </w:r>
    </w:p>
    <w:p>
      <w:pPr>
        <w:spacing w:after="60" w:line="266" w:lineRule="auto"/>
        <w:ind w:firstLine="331"/>
        <w:jc w:val="both"/>
      </w:pPr>
      <w:r>
        <w:rPr>
          <w:rFonts w:ascii="Georgia" w:hAnsi="Georgia"/>
          <w:b w:val="0"/>
          <w:i w:val="0"/>
          <w:color w:val="22201D"/>
          <w:sz w:val="20"/>
        </w:rPr>
        <w:t>Flocc looked at the blank spaces.</w:t>
      </w:r>
    </w:p>
    <w:p>
      <w:pPr>
        <w:spacing w:after="60" w:line="266" w:lineRule="auto"/>
        <w:ind w:firstLine="331"/>
        <w:jc w:val="both"/>
      </w:pPr>
      <w:r>
        <w:rPr>
          <w:rFonts w:ascii="Georgia" w:hAnsi="Georgia"/>
          <w:b w:val="0"/>
          <w:i w:val="0"/>
          <w:color w:val="22201D"/>
          <w:sz w:val="20"/>
        </w:rPr>
        <w:t>"I do not know if this is mine to admit."</w:t>
      </w:r>
    </w:p>
    <w:p>
      <w:pPr>
        <w:spacing w:after="60" w:line="266" w:lineRule="auto"/>
        <w:ind w:firstLine="331"/>
        <w:jc w:val="both"/>
      </w:pPr>
      <w:r>
        <w:rPr>
          <w:rFonts w:ascii="Georgia" w:hAnsi="Georgia"/>
          <w:b w:val="0"/>
          <w:i w:val="0"/>
          <w:color w:val="22201D"/>
          <w:sz w:val="20"/>
        </w:rPr>
        <w:t>"It may not be."</w:t>
      </w:r>
    </w:p>
    <w:p>
      <w:pPr>
        <w:spacing w:after="60" w:line="266" w:lineRule="auto"/>
        <w:ind w:firstLine="331"/>
        <w:jc w:val="both"/>
      </w:pPr>
      <w:r>
        <w:rPr>
          <w:rFonts w:ascii="Georgia" w:hAnsi="Georgia"/>
          <w:b w:val="0"/>
          <w:i w:val="0"/>
          <w:color w:val="22201D"/>
          <w:sz w:val="20"/>
        </w:rPr>
        <w:t>"Then why am I here?"</w:t>
      </w:r>
    </w:p>
    <w:p>
      <w:pPr>
        <w:spacing w:after="60" w:line="266" w:lineRule="auto"/>
        <w:ind w:firstLine="331"/>
        <w:jc w:val="both"/>
      </w:pPr>
      <w:r>
        <w:rPr>
          <w:rFonts w:ascii="Georgia" w:hAnsi="Georgia"/>
          <w:b w:val="0"/>
          <w:i w:val="0"/>
          <w:color w:val="22201D"/>
          <w:sz w:val="20"/>
        </w:rPr>
        <w:t>"Because you know what happens when a thing stands in for what a person will not say."</w:t>
      </w:r>
    </w:p>
    <w:p>
      <w:pPr>
        <w:spacing w:after="60" w:line="266" w:lineRule="auto"/>
        <w:ind w:firstLine="331"/>
        <w:jc w:val="both"/>
      </w:pPr>
      <w:r>
        <w:rPr>
          <w:rFonts w:ascii="Georgia" w:hAnsi="Georgia"/>
          <w:b w:val="0"/>
          <w:i w:val="0"/>
          <w:color w:val="22201D"/>
          <w:sz w:val="20"/>
        </w:rPr>
        <w:t>Flocc did not answer.</w:t>
      </w:r>
    </w:p>
    <w:p>
      <w:pPr>
        <w:spacing w:after="60" w:line="266" w:lineRule="auto"/>
        <w:ind w:firstLine="331"/>
        <w:jc w:val="both"/>
      </w:pPr>
      <w:r>
        <w:rPr>
          <w:rFonts w:ascii="Georgia" w:hAnsi="Georgia"/>
          <w:b w:val="0"/>
          <w:i w:val="0"/>
          <w:color w:val="22201D"/>
          <w:sz w:val="20"/>
        </w:rPr>
        <w:t>The pantry did not require him to.</w:t>
      </w:r>
    </w:p>
    <w:p>
      <w:pPr>
        <w:spacing w:after="60" w:line="266" w:lineRule="auto"/>
        <w:ind w:firstLine="331"/>
        <w:jc w:val="both"/>
      </w:pPr>
      <w:r>
        <w:rPr>
          <w:rFonts w:ascii="Georgia" w:hAnsi="Georgia"/>
          <w:b w:val="0"/>
          <w:i w:val="0"/>
          <w:color w:val="22201D"/>
          <w:sz w:val="20"/>
        </w:rPr>
        <w:t>It had shelves for silence.</w:t>
      </w:r>
    </w:p>
    <w:p>
      <w:pPr>
        <w:spacing w:after="60" w:line="266" w:lineRule="auto"/>
        <w:ind w:firstLine="331"/>
        <w:jc w:val="both"/>
      </w:pPr>
      <w:r>
        <w:rPr>
          <w:rFonts w:ascii="Georgia" w:hAnsi="Georgia"/>
          <w:b w:val="0"/>
          <w:i w:val="0"/>
          <w:color w:val="22201D"/>
          <w:sz w:val="20"/>
        </w:rPr>
        <w:t>Too many.</w:t>
      </w:r>
    </w:p>
    <w:p>
      <w:pPr>
        <w:spacing w:after="60" w:line="266" w:lineRule="auto"/>
        <w:ind w:firstLine="331"/>
        <w:jc w:val="both"/>
      </w:pPr>
      <w:r>
        <w:rPr>
          <w:rFonts w:ascii="Georgia" w:hAnsi="Georgia"/>
          <w:b w:val="0"/>
          <w:i w:val="0"/>
          <w:color w:val="22201D"/>
          <w:sz w:val="20"/>
        </w:rPr>
        <w:t>The Hostess took the blank label from his hand and placed it on the jar without writing.</w:t>
      </w:r>
    </w:p>
    <w:p>
      <w:pPr>
        <w:spacing w:after="60" w:line="266" w:lineRule="auto"/>
        <w:ind w:firstLine="331"/>
        <w:jc w:val="both"/>
      </w:pPr>
      <w:r>
        <w:rPr>
          <w:rFonts w:ascii="Georgia" w:hAnsi="Georgia"/>
          <w:b w:val="0"/>
          <w:i w:val="0"/>
          <w:color w:val="22201D"/>
          <w:sz w:val="20"/>
        </w:rPr>
        <w:t>The jar objected.</w:t>
      </w:r>
    </w:p>
    <w:p>
      <w:pPr>
        <w:spacing w:after="60" w:line="266" w:lineRule="auto"/>
        <w:ind w:firstLine="331"/>
        <w:jc w:val="both"/>
      </w:pPr>
      <w:r>
        <w:rPr>
          <w:rFonts w:ascii="Georgia" w:hAnsi="Georgia"/>
          <w:b w:val="0"/>
          <w:i w:val="0"/>
          <w:color w:val="22201D"/>
          <w:sz w:val="20"/>
        </w:rPr>
        <w:t>It did this by becoming sweeter.</w:t>
      </w:r>
    </w:p>
    <w:p>
      <w:pPr>
        <w:spacing w:after="60" w:line="266" w:lineRule="auto"/>
        <w:ind w:firstLine="331"/>
        <w:jc w:val="both"/>
      </w:pPr>
      <w:r>
        <w:rPr>
          <w:rFonts w:ascii="Georgia" w:hAnsi="Georgia"/>
          <w:b w:val="0"/>
          <w:i w:val="0"/>
          <w:color w:val="22201D"/>
          <w:sz w:val="20"/>
        </w:rPr>
        <w:t>The whole aisle filled with the smell of black fruit, warm sugar, and a faint peppery promise that everything would be fine if nobody measured too carefully.</w:t>
      </w:r>
    </w:p>
    <w:p>
      <w:pPr>
        <w:spacing w:after="60" w:line="266" w:lineRule="auto"/>
        <w:ind w:firstLine="331"/>
        <w:jc w:val="both"/>
      </w:pPr>
      <w:r>
        <w:rPr>
          <w:rFonts w:ascii="Georgia" w:hAnsi="Georgia"/>
          <w:b w:val="0"/>
          <w:i w:val="0"/>
          <w:color w:val="22201D"/>
          <w:sz w:val="20"/>
        </w:rPr>
        <w:t>Nico would have hated it immediately.</w:t>
      </w:r>
    </w:p>
    <w:p>
      <w:pPr>
        <w:spacing w:after="60" w:line="266" w:lineRule="auto"/>
        <w:ind w:firstLine="331"/>
        <w:jc w:val="both"/>
      </w:pPr>
      <w:r>
        <w:rPr>
          <w:rFonts w:ascii="Georgia" w:hAnsi="Georgia"/>
          <w:b w:val="0"/>
          <w:i w:val="0"/>
          <w:color w:val="22201D"/>
          <w:sz w:val="20"/>
        </w:rPr>
        <w:t>Steve would have wanted to document it and then stopped.</w:t>
      </w:r>
    </w:p>
    <w:p>
      <w:pPr>
        <w:spacing w:after="60" w:line="266" w:lineRule="auto"/>
        <w:ind w:firstLine="331"/>
        <w:jc w:val="both"/>
      </w:pPr>
      <w:r>
        <w:rPr>
          <w:rFonts w:ascii="Georgia" w:hAnsi="Georgia"/>
          <w:b w:val="0"/>
          <w:i w:val="0"/>
          <w:color w:val="22201D"/>
          <w:sz w:val="20"/>
        </w:rPr>
        <w:t>Gerald would have asked for the storage temperature and the label authority.</w:t>
      </w:r>
    </w:p>
    <w:p>
      <w:pPr>
        <w:spacing w:after="60" w:line="266" w:lineRule="auto"/>
        <w:ind w:firstLine="331"/>
        <w:jc w:val="both"/>
      </w:pPr>
      <w:r>
        <w:rPr>
          <w:rFonts w:ascii="Georgia" w:hAnsi="Georgia"/>
          <w:b w:val="0"/>
          <w:i w:val="0"/>
          <w:color w:val="22201D"/>
          <w:sz w:val="20"/>
        </w:rPr>
        <w:t>Bob would have said, "No."</w:t>
      </w:r>
    </w:p>
    <w:p>
      <w:pPr>
        <w:spacing w:after="60" w:line="266" w:lineRule="auto"/>
        <w:ind w:firstLine="331"/>
        <w:jc w:val="both"/>
      </w:pPr>
      <w:r>
        <w:rPr>
          <w:rFonts w:ascii="Georgia" w:hAnsi="Georgia"/>
          <w:b w:val="0"/>
          <w:i w:val="0"/>
          <w:color w:val="22201D"/>
          <w:sz w:val="20"/>
        </w:rPr>
        <w:t>Flocc missed them all with unexpected efficiency.</w:t>
      </w:r>
    </w:p>
    <w:p>
      <w:pPr>
        <w:spacing w:after="60" w:line="266" w:lineRule="auto"/>
        <w:ind w:firstLine="331"/>
        <w:jc w:val="both"/>
      </w:pPr>
      <w:r>
        <w:rPr>
          <w:rFonts w:ascii="Georgia" w:hAnsi="Georgia"/>
          <w:b w:val="0"/>
          <w:i w:val="0"/>
          <w:color w:val="22201D"/>
          <w:sz w:val="20"/>
        </w:rPr>
        <w:t>"This smells convincing," he said.</w:t>
      </w:r>
    </w:p>
    <w:p>
      <w:pPr>
        <w:spacing w:after="60" w:line="266" w:lineRule="auto"/>
        <w:ind w:firstLine="331"/>
        <w:jc w:val="both"/>
      </w:pPr>
      <w:r>
        <w:rPr>
          <w:rFonts w:ascii="Georgia" w:hAnsi="Georgia"/>
          <w:b w:val="0"/>
          <w:i w:val="0"/>
          <w:color w:val="22201D"/>
          <w:sz w:val="20"/>
        </w:rPr>
        <w:t>"That is the danger."</w:t>
      </w:r>
    </w:p>
    <w:p>
      <w:pPr>
        <w:spacing w:after="60" w:line="266" w:lineRule="auto"/>
        <w:ind w:firstLine="331"/>
        <w:jc w:val="both"/>
      </w:pPr>
      <w:r>
        <w:rPr>
          <w:rFonts w:ascii="Georgia" w:hAnsi="Georgia"/>
          <w:b w:val="0"/>
          <w:i w:val="0"/>
          <w:color w:val="22201D"/>
          <w:sz w:val="20"/>
        </w:rPr>
        <w:t>"It is not poison."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"It is not false."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"It is almost."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Hostess picked up the pencil from behind her ear.</w:t>
      </w:r>
    </w:p>
    <w:p>
      <w:pPr>
        <w:spacing w:after="60" w:line="266" w:lineRule="auto"/>
        <w:ind w:firstLine="331"/>
        <w:jc w:val="both"/>
      </w:pPr>
      <w:r>
        <w:rPr>
          <w:rFonts w:ascii="Georgia" w:hAnsi="Georgia"/>
          <w:b w:val="0"/>
          <w:i w:val="0"/>
          <w:color w:val="22201D"/>
          <w:sz w:val="20"/>
        </w:rPr>
        <w:t>"Almost can feed people in an emergency. It cannot be stocked as truth."</w:t>
      </w:r>
    </w:p>
    <w:p>
      <w:pPr>
        <w:spacing w:after="60" w:line="266" w:lineRule="auto"/>
        <w:ind w:firstLine="331"/>
        <w:jc w:val="both"/>
      </w:pPr>
      <w:r>
        <w:rPr>
          <w:rFonts w:ascii="Georgia" w:hAnsi="Georgia"/>
          <w:b w:val="0"/>
          <w:i w:val="0"/>
          <w:color w:val="22201D"/>
          <w:sz w:val="20"/>
        </w:rPr>
        <w:t>The inventory card slid toward Flocc.</w:t>
      </w:r>
    </w:p>
    <w:p>
      <w:pPr>
        <w:spacing w:after="60" w:line="266" w:lineRule="auto"/>
        <w:ind w:firstLine="331"/>
        <w:jc w:val="both"/>
      </w:pPr>
      <w:r>
        <w:rPr>
          <w:rFonts w:ascii="Georgia" w:hAnsi="Georgia"/>
          <w:b w:val="0"/>
          <w:i w:val="0"/>
          <w:color w:val="22201D"/>
          <w:sz w:val="20"/>
        </w:rPr>
        <w:t>He looked at the admission line.</w:t>
      </w:r>
    </w:p>
    <w:p>
      <w:pPr>
        <w:spacing w:after="60" w:line="250" w:lineRule="auto"/>
        <w:ind w:left="202" w:right="173"/>
      </w:pPr>
      <w:r>
        <w:rPr>
          <w:rFonts w:ascii="Georgia" w:hAnsi="Georgia"/>
          <w:b w:val="0"/>
          <w:i w:val="0"/>
          <w:color w:val="22201D"/>
          <w:sz w:val="17"/>
        </w:rPr>
        <w:t>I used _ because _ was missing.</w:t>
      </w:r>
    </w:p>
    <w:p>
      <w:pPr>
        <w:spacing w:after="60" w:line="266" w:lineRule="auto"/>
        <w:ind w:firstLine="331"/>
        <w:jc w:val="both"/>
      </w:pPr>
      <w:r>
        <w:rPr>
          <w:rFonts w:ascii="Georgia" w:hAnsi="Georgia"/>
          <w:b w:val="0"/>
          <w:i w:val="0"/>
          <w:color w:val="22201D"/>
          <w:sz w:val="20"/>
        </w:rPr>
        <w:t>"I do not know the ingredient."</w:t>
      </w:r>
    </w:p>
    <w:p>
      <w:pPr>
        <w:spacing w:after="60" w:line="266" w:lineRule="auto"/>
        <w:ind w:firstLine="331"/>
        <w:jc w:val="both"/>
      </w:pPr>
      <w:r>
        <w:rPr>
          <w:rFonts w:ascii="Georgia" w:hAnsi="Georgia"/>
          <w:b w:val="0"/>
          <w:i w:val="0"/>
          <w:color w:val="22201D"/>
          <w:sz w:val="20"/>
        </w:rPr>
        <w:t>"Then admit that."</w:t>
      </w:r>
    </w:p>
    <w:p>
      <w:pPr>
        <w:spacing w:after="60" w:line="266" w:lineRule="auto"/>
        <w:ind w:firstLine="331"/>
        <w:jc w:val="both"/>
      </w:pPr>
      <w:r>
        <w:rPr>
          <w:rFonts w:ascii="Georgia" w:hAnsi="Georgia"/>
          <w:b w:val="0"/>
          <w:i w:val="0"/>
          <w:color w:val="22201D"/>
          <w:sz w:val="20"/>
        </w:rPr>
        <w:t>Flocc took the pencil.</w:t>
      </w:r>
    </w:p>
    <w:p>
      <w:pPr>
        <w:spacing w:after="60" w:line="266" w:lineRule="auto"/>
        <w:ind w:firstLine="331"/>
        <w:jc w:val="both"/>
      </w:pPr>
      <w:r>
        <w:rPr>
          <w:rFonts w:ascii="Georgia" w:hAnsi="Georgia"/>
          <w:b w:val="0"/>
          <w:i w:val="0"/>
          <w:color w:val="22201D"/>
          <w:sz w:val="20"/>
        </w:rPr>
        <w:t>The pencil was heavier than a pencil had a right to be.</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I used almost because exact was missing.</w:t>
      </w:r>
    </w:p>
    <w:p>
      <w:pPr>
        <w:spacing w:after="60" w:line="266" w:lineRule="auto"/>
        <w:ind w:firstLine="331"/>
        <w:jc w:val="both"/>
      </w:pPr>
      <w:r>
        <w:rPr>
          <w:rFonts w:ascii="Georgia" w:hAnsi="Georgia"/>
          <w:b w:val="0"/>
          <w:i w:val="0"/>
          <w:color w:val="22201D"/>
          <w:sz w:val="20"/>
        </w:rPr>
        <w:t>The pantry made a sound.</w:t>
      </w:r>
    </w:p>
    <w:p>
      <w:pPr>
        <w:spacing w:after="60" w:line="266" w:lineRule="auto"/>
        <w:ind w:firstLine="331"/>
        <w:jc w:val="both"/>
      </w:pPr>
      <w:r>
        <w:rPr>
          <w:rFonts w:ascii="Georgia" w:hAnsi="Georgia"/>
          <w:b w:val="0"/>
          <w:i w:val="0"/>
          <w:color w:val="22201D"/>
          <w:sz w:val="20"/>
        </w:rPr>
        <w:t>Not approval.</w:t>
      </w:r>
    </w:p>
    <w:p>
      <w:pPr>
        <w:spacing w:after="60" w:line="266" w:lineRule="auto"/>
        <w:ind w:firstLine="331"/>
        <w:jc w:val="both"/>
      </w:pPr>
      <w:r>
        <w:rPr>
          <w:rFonts w:ascii="Georgia" w:hAnsi="Georgia"/>
          <w:b w:val="0"/>
          <w:i w:val="0"/>
          <w:color w:val="22201D"/>
          <w:sz w:val="20"/>
        </w:rPr>
        <w:t>Adjustment.</w:t>
      </w:r>
    </w:p>
    <w:p>
      <w:pPr>
        <w:spacing w:after="60" w:line="266" w:lineRule="auto"/>
        <w:ind w:firstLine="331"/>
        <w:jc w:val="both"/>
      </w:pPr>
      <w:r>
        <w:rPr>
          <w:rFonts w:ascii="Georgia" w:hAnsi="Georgia"/>
          <w:b w:val="0"/>
          <w:i w:val="0"/>
          <w:color w:val="22201D"/>
          <w:sz w:val="20"/>
        </w:rPr>
        <w:t>Shelves shifted by fractions of an inch.</w:t>
      </w:r>
    </w:p>
    <w:p>
      <w:pPr>
        <w:spacing w:after="60" w:line="266" w:lineRule="auto"/>
        <w:ind w:firstLine="331"/>
        <w:jc w:val="both"/>
      </w:pPr>
      <w:r>
        <w:rPr>
          <w:rFonts w:ascii="Georgia" w:hAnsi="Georgia"/>
          <w:b w:val="0"/>
          <w:i w:val="0"/>
          <w:color w:val="22201D"/>
          <w:sz w:val="20"/>
        </w:rPr>
        <w:t>Labels loosened.</w:t>
      </w:r>
    </w:p>
    <w:p>
      <w:pPr>
        <w:spacing w:after="60" w:line="266" w:lineRule="auto"/>
        <w:ind w:firstLine="331"/>
        <w:jc w:val="both"/>
      </w:pPr>
      <w:r>
        <w:rPr>
          <w:rFonts w:ascii="Georgia" w:hAnsi="Georgia"/>
          <w:b w:val="0"/>
          <w:i w:val="0"/>
          <w:color w:val="22201D"/>
          <w:sz w:val="20"/>
        </w:rPr>
        <w:t>Some jars turned so their names faced outward for the first time in years.</w:t>
      </w:r>
    </w:p>
    <w:p>
      <w:pPr>
        <w:spacing w:after="60" w:line="266" w:lineRule="auto"/>
        <w:ind w:firstLine="331"/>
        <w:jc w:val="both"/>
      </w:pPr>
      <w:r>
        <w:rPr>
          <w:rFonts w:ascii="Georgia" w:hAnsi="Georgia"/>
          <w:b w:val="0"/>
          <w:i w:val="0"/>
          <w:color w:val="22201D"/>
          <w:sz w:val="20"/>
        </w:rPr>
        <w:t>The inventory card corrected itself:</w:t>
      </w:r>
    </w:p>
    <w:p>
      <w:pPr>
        <w:spacing w:after="60" w:line="250" w:lineRule="auto"/>
        <w:ind w:left="202" w:right="173"/>
      </w:pPr>
      <w:r>
        <w:rPr>
          <w:rFonts w:ascii="Georgia" w:hAnsi="Georgia"/>
          <w:b w:val="0"/>
          <w:i w:val="0"/>
          <w:color w:val="22201D"/>
          <w:sz w:val="17"/>
        </w:rPr>
        <w:t>Admission accepted for opening inventory. Substitution remains unresolved. Next required shelf: Things People Meant.</w:t>
      </w:r>
    </w:p>
    <w:p>
      <w:pPr>
        <w:spacing w:after="60" w:line="266" w:lineRule="auto"/>
        <w:ind w:firstLine="331"/>
        <w:jc w:val="both"/>
      </w:pPr>
      <w:r>
        <w:rPr>
          <w:rFonts w:ascii="Georgia" w:hAnsi="Georgia"/>
          <w:b w:val="0"/>
          <w:i w:val="0"/>
          <w:color w:val="22201D"/>
          <w:sz w:val="20"/>
        </w:rPr>
        <w:t>The blank label on the jar filled in:</w:t>
      </w:r>
    </w:p>
    <w:p>
      <w:pPr>
        <w:spacing w:after="60" w:line="250" w:lineRule="auto"/>
        <w:ind w:left="202" w:right="173"/>
      </w:pPr>
      <w:r>
        <w:rPr>
          <w:rFonts w:ascii="Georgia" w:hAnsi="Georgia"/>
          <w:b w:val="0"/>
          <w:i w:val="0"/>
          <w:color w:val="22201D"/>
          <w:sz w:val="17"/>
        </w:rPr>
        <w:t>SUBSTITUTE - DO NOT STOCK AS ORIGINAL</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"That solved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"Of course not."</w:t>
      </w:r>
    </w:p>
    <w:p>
      <w:pPr>
        <w:spacing w:after="60" w:line="266" w:lineRule="auto"/>
        <w:ind w:firstLine="331"/>
        <w:jc w:val="both"/>
      </w:pPr>
      <w:r>
        <w:rPr>
          <w:rFonts w:ascii="Georgia" w:hAnsi="Georgia"/>
          <w:b w:val="0"/>
          <w:i w:val="0"/>
          <w:color w:val="22201D"/>
          <w:sz w:val="20"/>
        </w:rPr>
        <w:t>"It made the problem honest enough to find."</w:t>
      </w:r>
    </w:p>
    <w:p>
      <w:pPr>
        <w:spacing w:after="60" w:line="266" w:lineRule="auto"/>
        <w:ind w:firstLine="331"/>
        <w:jc w:val="both"/>
      </w:pPr>
      <w:r>
        <w:rPr>
          <w:rFonts w:ascii="Georgia" w:hAnsi="Georgia"/>
          <w:b w:val="0"/>
          <w:i w:val="0"/>
          <w:color w:val="22201D"/>
          <w:sz w:val="20"/>
        </w:rPr>
        <w:t>The jar stopped smelling sweet.</w:t>
      </w:r>
    </w:p>
    <w:p>
      <w:pPr>
        <w:spacing w:after="60" w:line="266" w:lineRule="auto"/>
        <w:ind w:firstLine="331"/>
        <w:jc w:val="both"/>
      </w:pPr>
      <w:r>
        <w:rPr>
          <w:rFonts w:ascii="Georgia" w:hAnsi="Georgia"/>
          <w:b w:val="0"/>
          <w:i w:val="0"/>
          <w:color w:val="22201D"/>
          <w:sz w:val="20"/>
        </w:rPr>
        <w:t>Without the sweetness, the fruit smelled darker, sharper, and less interested in being liked.</w:t>
      </w:r>
    </w:p>
    <w:p>
      <w:pPr>
        <w:spacing w:after="60" w:line="266" w:lineRule="auto"/>
        <w:ind w:firstLine="331"/>
        <w:jc w:val="both"/>
      </w:pPr>
      <w:r>
        <w:rPr>
          <w:rFonts w:ascii="Georgia" w:hAnsi="Georgia"/>
          <w:b w:val="0"/>
          <w:i w:val="0"/>
          <w:color w:val="22201D"/>
          <w:sz w:val="20"/>
        </w:rPr>
        <w:t>Flocc found that he preferred it.</w:t>
      </w:r>
    </w:p>
    <w:p>
      <w:pPr>
        <w:spacing w:after="60" w:line="266" w:lineRule="auto"/>
        <w:ind w:firstLine="331"/>
        <w:jc w:val="both"/>
      </w:pPr>
      <w:r>
        <w:rPr>
          <w:rFonts w:ascii="Georgia" w:hAnsi="Georgia"/>
          <w:b w:val="0"/>
          <w:i w:val="0"/>
          <w:color w:val="22201D"/>
          <w:sz w:val="20"/>
        </w:rPr>
        <w:t>The card catalog clicked again.</w:t>
      </w:r>
    </w:p>
    <w:p>
      <w:pPr>
        <w:spacing w:after="60" w:line="266" w:lineRule="auto"/>
        <w:ind w:firstLine="331"/>
        <w:jc w:val="both"/>
      </w:pPr>
      <w:r>
        <w:rPr>
          <w:rFonts w:ascii="Georgia" w:hAnsi="Georgia"/>
          <w:b w:val="0"/>
          <w:i w:val="0"/>
          <w:color w:val="22201D"/>
          <w:sz w:val="20"/>
        </w:rPr>
        <w:t>A new drawer opened across the aisle.</w:t>
      </w:r>
    </w:p>
    <w:p>
      <w:pPr>
        <w:spacing w:after="60" w:line="266" w:lineRule="auto"/>
        <w:ind w:firstLine="331"/>
        <w:jc w:val="both"/>
      </w:pPr>
      <w:r>
        <w:rPr>
          <w:rFonts w:ascii="Georgia" w:hAnsi="Georgia"/>
          <w:b w:val="0"/>
          <w:i w:val="0"/>
          <w:color w:val="22201D"/>
          <w:sz w:val="20"/>
        </w:rPr>
        <w:t>Inside was a shelf tag.</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THE SHELF OF THINGS PEOPLE MEANT Price: say what you meant</w:t>
      </w:r>
    </w:p>
    <w:p>
      <w:pPr>
        <w:spacing w:after="60" w:line="266" w:lineRule="auto"/>
        <w:ind w:firstLine="331"/>
        <w:jc w:val="both"/>
      </w:pPr>
      <w:r>
        <w:rPr>
          <w:rFonts w:ascii="Georgia" w:hAnsi="Georgia"/>
          <w:b w:val="0"/>
          <w:i w:val="0"/>
          <w:color w:val="22201D"/>
          <w:sz w:val="20"/>
        </w:rPr>
        <w:t>The Hostess took the tag.</w:t>
      </w:r>
    </w:p>
    <w:p>
      <w:pPr>
        <w:spacing w:after="60" w:line="266" w:lineRule="auto"/>
        <w:ind w:firstLine="331"/>
        <w:jc w:val="both"/>
      </w:pPr>
      <w:r>
        <w:rPr>
          <w:rFonts w:ascii="Georgia" w:hAnsi="Georgia"/>
          <w:b w:val="0"/>
          <w:i w:val="0"/>
          <w:color w:val="22201D"/>
          <w:sz w:val="20"/>
        </w:rPr>
        <w:t>"Now we can begin."</w:t>
      </w:r>
    </w:p>
    <w:p>
      <w:pPr>
        <w:spacing w:after="60" w:line="266" w:lineRule="auto"/>
        <w:ind w:firstLine="331"/>
        <w:jc w:val="both"/>
      </w:pPr>
      <w:r>
        <w:rPr>
          <w:rFonts w:ascii="Georgia" w:hAnsi="Georgia"/>
          <w:b w:val="0"/>
          <w:i w:val="0"/>
          <w:color w:val="22201D"/>
          <w:sz w:val="20"/>
        </w:rPr>
        <w:t>Flocc looked around the pantry: the shelves, the mislabeled jars, the locked consent cabinet, the table with the almost-honest sauce, the inventory card that had not finished accusing anyone.</w:t>
      </w:r>
    </w:p>
    <w:p>
      <w:pPr>
        <w:spacing w:after="60" w:line="266" w:lineRule="auto"/>
        <w:ind w:firstLine="331"/>
        <w:jc w:val="both"/>
      </w:pPr>
      <w:r>
        <w:rPr>
          <w:rFonts w:ascii="Georgia" w:hAnsi="Georgia"/>
          <w:b w:val="0"/>
          <w:i w:val="0"/>
          <w:color w:val="22201D"/>
          <w:sz w:val="20"/>
        </w:rPr>
        <w:t>"I thought we had begun."</w:t>
      </w:r>
    </w:p>
    <w:p>
      <w:pPr>
        <w:spacing w:after="60" w:line="266" w:lineRule="auto"/>
        <w:ind w:firstLine="331"/>
        <w:jc w:val="both"/>
      </w:pPr>
      <w:r>
        <w:rPr>
          <w:rFonts w:ascii="Georgia" w:hAnsi="Georgia"/>
          <w:b w:val="0"/>
          <w:i w:val="0"/>
          <w:color w:val="22201D"/>
          <w:sz w:val="20"/>
        </w:rPr>
        <w:t>"No," said the Hostess. "We stopped pretending the missing ingredient was missing."</w:t>
      </w:r>
    </w:p>
    <w:p>
      <w:pPr>
        <w:spacing w:after="60" w:line="266" w:lineRule="auto"/>
        <w:ind w:firstLine="331"/>
        <w:jc w:val="both"/>
      </w:pPr>
      <w:r>
        <w:rPr>
          <w:rFonts w:ascii="Georgia" w:hAnsi="Georgia"/>
          <w:b w:val="0"/>
          <w:i w:val="0"/>
          <w:color w:val="22201D"/>
          <w:sz w:val="20"/>
        </w:rPr>
        <w:t>She walked toward the next aisle.</w:t>
      </w:r>
    </w:p>
    <w:p>
      <w:pPr>
        <w:spacing w:after="60" w:line="266" w:lineRule="auto"/>
        <w:ind w:firstLine="331"/>
        <w:jc w:val="both"/>
      </w:pPr>
      <w:r>
        <w:rPr>
          <w:rFonts w:ascii="Georgia" w:hAnsi="Georgia"/>
          <w:b w:val="0"/>
          <w:i w:val="0"/>
          <w:color w:val="22201D"/>
          <w:sz w:val="20"/>
        </w:rPr>
        <w:t>Flocc followed because the pantry had already filed him under present.</w:t>
      </w:r>
    </w:p>
    <w:p>
      <w:pPr>
        <w:spacing w:after="60" w:line="266" w:lineRule="auto"/>
        <w:ind w:firstLine="331"/>
        <w:jc w:val="both"/>
      </w:pPr>
      <w:r>
        <w:rPr>
          <w:rFonts w:ascii="Georgia" w:hAnsi="Georgia"/>
          <w:b w:val="0"/>
          <w:i w:val="0"/>
          <w:color w:val="22201D"/>
          <w:sz w:val="20"/>
        </w:rPr>
        <w:t>Behind him, the inventory card settled into the ledger.</w:t>
      </w:r>
    </w:p>
    <w:p>
      <w:pPr>
        <w:spacing w:after="60" w:line="266" w:lineRule="auto"/>
        <w:ind w:firstLine="331"/>
        <w:jc w:val="both"/>
      </w:pPr>
      <w:r>
        <w:rPr>
          <w:rFonts w:ascii="Georgia" w:hAnsi="Georgia"/>
          <w:b w:val="0"/>
          <w:i w:val="0"/>
          <w:color w:val="22201D"/>
          <w:sz w:val="20"/>
        </w:rPr>
        <w:t>On its top line, in fresh ink:</w:t>
      </w:r>
    </w:p>
    <w:p>
      <w:pPr>
        <w:spacing w:after="60" w:line="250" w:lineRule="auto"/>
        <w:ind w:left="202" w:right="173"/>
      </w:pPr>
      <w:r>
        <w:rPr>
          <w:rFonts w:ascii="Georgia" w:hAnsi="Georgia"/>
          <w:b w:val="0"/>
          <w:i w:val="0"/>
          <w:color w:val="22201D"/>
          <w:sz w:val="17"/>
        </w:rPr>
        <w:t>The Missing Ingredient Is Not Missing</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2: The Shelf of Things People Meant</w:t>
      </w:r>
    </w:p>
    <w:p>
      <w:pPr>
        <w:spacing w:after="60" w:line="266" w:lineRule="auto"/>
        <w:ind w:firstLine="0"/>
        <w:jc w:val="both"/>
      </w:pPr>
      <w:r>
        <w:rPr>
          <w:rFonts w:ascii="Georgia" w:hAnsi="Georgia"/>
          <w:b w:val="0"/>
          <w:i w:val="0"/>
          <w:color w:val="22201D"/>
          <w:sz w:val="20"/>
        </w:rPr>
        <w:t>In which a shelf tag asks for plain language, ingredients stop accepting euphemisms, and the pantry proves that saying what you meant is not the same as saying everything.</w:t>
      </w:r>
    </w:p>
    <w:p>
      <w:pPr>
        <w:spacing w:after="60" w:line="266" w:lineRule="auto"/>
        <w:ind w:firstLine="331"/>
        <w:jc w:val="both"/>
      </w:pPr>
      <w:r>
        <w:rPr>
          <w:rFonts w:ascii="Georgia" w:hAnsi="Georgia"/>
          <w:b w:val="0"/>
          <w:i w:val="0"/>
          <w:color w:val="22201D"/>
          <w:sz w:val="20"/>
        </w:rPr>
        <w:t>The shelf tag was heavier than cardboard.</w:t>
      </w:r>
    </w:p>
    <w:p>
      <w:pPr>
        <w:spacing w:after="60" w:line="266" w:lineRule="auto"/>
        <w:ind w:firstLine="331"/>
        <w:jc w:val="both"/>
      </w:pPr>
      <w:r>
        <w:rPr>
          <w:rFonts w:ascii="Georgia" w:hAnsi="Georgia"/>
          <w:b w:val="0"/>
          <w:i w:val="0"/>
          <w:color w:val="22201D"/>
          <w:sz w:val="20"/>
        </w:rPr>
        <w:t>Flocc noticed this before he noticed the words changing.</w:t>
      </w:r>
    </w:p>
    <w:p>
      <w:pPr>
        <w:spacing w:after="60" w:line="266" w:lineRule="auto"/>
        <w:ind w:firstLine="331"/>
        <w:jc w:val="both"/>
      </w:pPr>
      <w:r>
        <w:rPr>
          <w:rFonts w:ascii="Georgia" w:hAnsi="Georgia"/>
          <w:b w:val="0"/>
          <w:i w:val="0"/>
          <w:color w:val="22201D"/>
          <w:sz w:val="20"/>
        </w:rPr>
        <w:t>The Hostess handed it to him as they turned into the next aisle, and the tag settled into his palm with the weight of something that had spent years being almost said.</w:t>
      </w:r>
    </w:p>
    <w:p>
      <w:pPr>
        <w:spacing w:after="60" w:line="250" w:lineRule="auto"/>
        <w:ind w:left="202" w:right="173"/>
      </w:pPr>
      <w:r>
        <w:rPr>
          <w:rFonts w:ascii="Georgia" w:hAnsi="Georgia"/>
          <w:b w:val="0"/>
          <w:i w:val="0"/>
          <w:color w:val="22201D"/>
          <w:sz w:val="17"/>
        </w:rPr>
        <w:t>THE SHELF OF THINGS PEOPLE MEANT Price: say what you meant</w:t>
      </w:r>
    </w:p>
    <w:p>
      <w:pPr>
        <w:spacing w:after="60" w:line="266" w:lineRule="auto"/>
        <w:ind w:firstLine="331"/>
        <w:jc w:val="both"/>
      </w:pPr>
      <w:r>
        <w:rPr>
          <w:rFonts w:ascii="Georgia" w:hAnsi="Georgia"/>
          <w:b w:val="0"/>
          <w:i w:val="0"/>
          <w:color w:val="22201D"/>
          <w:sz w:val="20"/>
        </w:rPr>
        <w:t>Then the tag added, in smaller print:</w:t>
      </w:r>
    </w:p>
    <w:p>
      <w:pPr>
        <w:spacing w:after="60" w:line="250" w:lineRule="auto"/>
        <w:ind w:left="202" w:right="173"/>
      </w:pPr>
      <w:r>
        <w:rPr>
          <w:rFonts w:ascii="Georgia" w:hAnsi="Georgia"/>
          <w:b w:val="0"/>
          <w:i w:val="0"/>
          <w:color w:val="22201D"/>
          <w:sz w:val="17"/>
        </w:rPr>
        <w:t>Not what you wished you meant.</w:t>
      </w:r>
    </w:p>
    <w:p>
      <w:pPr>
        <w:spacing w:after="60" w:line="266" w:lineRule="auto"/>
        <w:ind w:firstLine="331"/>
        <w:jc w:val="both"/>
      </w:pPr>
      <w:r>
        <w:rPr>
          <w:rFonts w:ascii="Georgia" w:hAnsi="Georgia"/>
          <w:b w:val="0"/>
          <w:i w:val="0"/>
          <w:color w:val="22201D"/>
          <w:sz w:val="20"/>
        </w:rPr>
        <w:t>"That seems targeted," Flocc said.</w:t>
      </w:r>
    </w:p>
    <w:p>
      <w:pPr>
        <w:spacing w:after="60" w:line="266" w:lineRule="auto"/>
        <w:ind w:firstLine="331"/>
        <w:jc w:val="both"/>
      </w:pPr>
      <w:r>
        <w:rPr>
          <w:rFonts w:ascii="Georgia" w:hAnsi="Georgia"/>
          <w:b w:val="0"/>
          <w:i w:val="0"/>
          <w:color w:val="22201D"/>
          <w:sz w:val="20"/>
        </w:rPr>
        <w:t>"Pantries are accurate before they are kind," the Hostess said.</w:t>
      </w:r>
    </w:p>
    <w:p>
      <w:pPr>
        <w:spacing w:after="60" w:line="266" w:lineRule="auto"/>
        <w:ind w:firstLine="331"/>
        <w:jc w:val="both"/>
      </w:pPr>
      <w:r>
        <w:rPr>
          <w:rFonts w:ascii="Georgia" w:hAnsi="Georgia"/>
          <w:b w:val="0"/>
          <w:i w:val="0"/>
          <w:color w:val="22201D"/>
          <w:sz w:val="20"/>
        </w:rPr>
        <w:t>"Are they kind later?"</w:t>
      </w:r>
    </w:p>
    <w:p>
      <w:pPr>
        <w:spacing w:after="60" w:line="266" w:lineRule="auto"/>
        <w:ind w:firstLine="331"/>
        <w:jc w:val="both"/>
      </w:pPr>
      <w:r>
        <w:rPr>
          <w:rFonts w:ascii="Georgia" w:hAnsi="Georgia"/>
          <w:b w:val="0"/>
          <w:i w:val="0"/>
          <w:color w:val="22201D"/>
          <w:sz w:val="20"/>
        </w:rPr>
        <w:t>"Sometimes they are useful."</w:t>
      </w:r>
    </w:p>
    <w:p>
      <w:pPr>
        <w:spacing w:after="60" w:line="266" w:lineRule="auto"/>
        <w:ind w:firstLine="331"/>
        <w:jc w:val="both"/>
      </w:pPr>
      <w:r>
        <w:rPr>
          <w:rFonts w:ascii="Georgia" w:hAnsi="Georgia"/>
          <w:b w:val="0"/>
          <w:i w:val="0"/>
          <w:color w:val="22201D"/>
          <w:sz w:val="20"/>
        </w:rPr>
        <w:t>The aisle opened wider than the others.</w:t>
      </w:r>
    </w:p>
    <w:p>
      <w:pPr>
        <w:spacing w:after="60" w:line="266" w:lineRule="auto"/>
        <w:ind w:firstLine="331"/>
        <w:jc w:val="both"/>
      </w:pPr>
      <w:r>
        <w:rPr>
          <w:rFonts w:ascii="Georgia" w:hAnsi="Georgia"/>
          <w:b w:val="0"/>
          <w:i w:val="0"/>
          <w:color w:val="22201D"/>
          <w:sz w:val="20"/>
        </w:rPr>
        <w:t>It was not grand.</w:t>
      </w:r>
    </w:p>
    <w:p>
      <w:pPr>
        <w:spacing w:after="60" w:line="266" w:lineRule="auto"/>
        <w:ind w:firstLine="331"/>
        <w:jc w:val="both"/>
      </w:pPr>
      <w:r>
        <w:rPr>
          <w:rFonts w:ascii="Georgia" w:hAnsi="Georgia"/>
          <w:b w:val="0"/>
          <w:i w:val="0"/>
          <w:color w:val="22201D"/>
          <w:sz w:val="20"/>
        </w:rPr>
        <w:t>That would have been easier to mistrust.</w:t>
      </w:r>
    </w:p>
    <w:p>
      <w:pPr>
        <w:spacing w:after="60" w:line="266" w:lineRule="auto"/>
        <w:ind w:firstLine="331"/>
        <w:jc w:val="both"/>
      </w:pPr>
      <w:r>
        <w:rPr>
          <w:rFonts w:ascii="Georgia" w:hAnsi="Georgia"/>
          <w:b w:val="0"/>
          <w:i w:val="0"/>
          <w:color w:val="22201D"/>
          <w:sz w:val="20"/>
        </w:rPr>
        <w:t>It looked like an ordinary storage aisle: plain shelves, jar rings, handwritten labels, a rolling ladder, a sack cart, two stools, and an overhead light with a pull chain. The difference was that every shelf had been labeled with something a person might say when they meant something else.</w:t>
      </w:r>
    </w:p>
    <w:p>
      <w:pPr>
        <w:spacing w:after="60" w:line="250" w:lineRule="auto"/>
        <w:ind w:left="202" w:right="173"/>
      </w:pPr>
      <w:r>
        <w:rPr>
          <w:rFonts w:ascii="Georgia" w:hAnsi="Georgia"/>
          <w:b w:val="0"/>
          <w:i w:val="0"/>
          <w:color w:val="22201D"/>
          <w:sz w:val="17"/>
        </w:rPr>
        <w:t>I'M FINE WHATEVER WORKS NO RUSH JUST CURIOUS DON'T WORRY ABOUT IT IF YOU WANT</w:t>
      </w:r>
    </w:p>
    <w:p>
      <w:pPr>
        <w:spacing w:after="60" w:line="266" w:lineRule="auto"/>
        <w:ind w:firstLine="331"/>
        <w:jc w:val="both"/>
      </w:pPr>
      <w:r>
        <w:rPr>
          <w:rFonts w:ascii="Georgia" w:hAnsi="Georgia"/>
          <w:b w:val="0"/>
          <w:i w:val="0"/>
          <w:color w:val="22201D"/>
          <w:sz w:val="20"/>
        </w:rPr>
        <w:t>Flocc stopped in front of NO RUSH.</w:t>
      </w:r>
    </w:p>
    <w:p>
      <w:pPr>
        <w:spacing w:after="60" w:line="266" w:lineRule="auto"/>
        <w:ind w:firstLine="331"/>
        <w:jc w:val="both"/>
      </w:pPr>
      <w:r>
        <w:rPr>
          <w:rFonts w:ascii="Georgia" w:hAnsi="Georgia"/>
          <w:b w:val="0"/>
          <w:i w:val="0"/>
          <w:color w:val="22201D"/>
          <w:sz w:val="20"/>
        </w:rPr>
        <w:t>The shelf was packed so tightly it bowed.</w:t>
      </w:r>
    </w:p>
    <w:p>
      <w:pPr>
        <w:spacing w:after="60" w:line="266" w:lineRule="auto"/>
        <w:ind w:firstLine="331"/>
        <w:jc w:val="both"/>
      </w:pPr>
      <w:r>
        <w:rPr>
          <w:rFonts w:ascii="Georgia" w:hAnsi="Georgia"/>
          <w:b w:val="0"/>
          <w:i w:val="0"/>
          <w:color w:val="22201D"/>
          <w:sz w:val="20"/>
        </w:rPr>
        <w:t>"That one is unsafe."</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"Structurally?"</w:t>
      </w:r>
    </w:p>
    <w:p>
      <w:pPr>
        <w:spacing w:after="60" w:line="266" w:lineRule="auto"/>
        <w:ind w:firstLine="331"/>
        <w:jc w:val="both"/>
      </w:pPr>
      <w:r>
        <w:rPr>
          <w:rFonts w:ascii="Georgia" w:hAnsi="Georgia"/>
          <w:b w:val="0"/>
          <w:i w:val="0"/>
          <w:color w:val="22201D"/>
          <w:sz w:val="20"/>
        </w:rPr>
        <w:t>"Emotionally first. Structurally soon."</w:t>
      </w:r>
    </w:p>
    <w:p>
      <w:pPr>
        <w:spacing w:after="60" w:line="266" w:lineRule="auto"/>
        <w:ind w:firstLine="331"/>
        <w:jc w:val="both"/>
      </w:pPr>
      <w:r>
        <w:rPr>
          <w:rFonts w:ascii="Georgia" w:hAnsi="Georgia"/>
          <w:b w:val="0"/>
          <w:i w:val="0"/>
          <w:color w:val="22201D"/>
          <w:sz w:val="20"/>
        </w:rPr>
        <w:t>On the NO RUSH shelf sat jars of preserved patience that had fermented into resentment. Some were capped neatly. Some bulged. One had a towel wrapped around it and a small warning:</w:t>
      </w:r>
    </w:p>
    <w:p>
      <w:pPr>
        <w:spacing w:after="60" w:line="250" w:lineRule="auto"/>
        <w:ind w:left="202" w:right="173"/>
      </w:pPr>
      <w:r>
        <w:rPr>
          <w:rFonts w:ascii="Georgia" w:hAnsi="Georgia"/>
          <w:b w:val="0"/>
          <w:i w:val="0"/>
          <w:color w:val="22201D"/>
          <w:sz w:val="17"/>
        </w:rPr>
        <w:t>OPEN OUTSIDE.</w:t>
      </w:r>
    </w:p>
    <w:p>
      <w:pPr>
        <w:spacing w:after="60" w:line="266" w:lineRule="auto"/>
        <w:ind w:firstLine="331"/>
        <w:jc w:val="both"/>
      </w:pPr>
      <w:r>
        <w:rPr>
          <w:rFonts w:ascii="Georgia" w:hAnsi="Georgia"/>
          <w:b w:val="0"/>
          <w:i w:val="0"/>
          <w:color w:val="22201D"/>
          <w:sz w:val="20"/>
        </w:rPr>
        <w:t>"People store meanings here?" Flocc asked.</w:t>
      </w:r>
    </w:p>
    <w:p>
      <w:pPr>
        <w:spacing w:after="60" w:line="266" w:lineRule="auto"/>
        <w:ind w:firstLine="331"/>
        <w:jc w:val="both"/>
      </w:pPr>
      <w:r>
        <w:rPr>
          <w:rFonts w:ascii="Georgia" w:hAnsi="Georgia"/>
          <w:b w:val="0"/>
          <w:i w:val="0"/>
          <w:color w:val="22201D"/>
          <w:sz w:val="20"/>
        </w:rPr>
        <w:t>"People store phrases here," the Hostess said. "Meanings are what leak."</w:t>
      </w:r>
    </w:p>
    <w:p>
      <w:pPr>
        <w:spacing w:after="60" w:line="266" w:lineRule="auto"/>
        <w:ind w:firstLine="331"/>
        <w:jc w:val="both"/>
      </w:pPr>
      <w:r>
        <w:rPr>
          <w:rFonts w:ascii="Georgia" w:hAnsi="Georgia"/>
          <w:b w:val="0"/>
          <w:i w:val="0"/>
          <w:color w:val="22201D"/>
          <w:sz w:val="20"/>
        </w:rPr>
        <w:t>She took the shelf tag from his palm and slid it into a metal bracket at the end of the aisle.</w:t>
      </w:r>
    </w:p>
    <w:p>
      <w:pPr>
        <w:spacing w:after="60" w:line="266" w:lineRule="auto"/>
        <w:ind w:firstLine="331"/>
        <w:jc w:val="both"/>
      </w:pPr>
      <w:r>
        <w:rPr>
          <w:rFonts w:ascii="Georgia" w:hAnsi="Georgia"/>
          <w:b w:val="0"/>
          <w:i w:val="0"/>
          <w:color w:val="22201D"/>
          <w:sz w:val="20"/>
        </w:rPr>
        <w:t>Every jar turned.</w:t>
      </w:r>
    </w:p>
    <w:p>
      <w:pPr>
        <w:spacing w:after="60" w:line="266" w:lineRule="auto"/>
        <w:ind w:firstLine="331"/>
        <w:jc w:val="both"/>
      </w:pPr>
      <w:r>
        <w:rPr>
          <w:rFonts w:ascii="Georgia" w:hAnsi="Georgia"/>
          <w:b w:val="0"/>
          <w:i w:val="0"/>
          <w:color w:val="22201D"/>
          <w:sz w:val="20"/>
        </w:rPr>
        <w:t>Labels faced outward.</w:t>
      </w:r>
    </w:p>
    <w:p>
      <w:pPr>
        <w:spacing w:after="60" w:line="266" w:lineRule="auto"/>
        <w:ind w:firstLine="331"/>
        <w:jc w:val="both"/>
      </w:pPr>
      <w:r>
        <w:rPr>
          <w:rFonts w:ascii="Georgia" w:hAnsi="Georgia"/>
          <w:b w:val="0"/>
          <w:i w:val="0"/>
          <w:color w:val="22201D"/>
          <w:sz w:val="20"/>
        </w:rPr>
        <w:t>The pantry inhaled through dust, paper, and dry beans.</w:t>
      </w:r>
    </w:p>
    <w:p>
      <w:pPr>
        <w:spacing w:after="60" w:line="266" w:lineRule="auto"/>
        <w:ind w:firstLine="331"/>
        <w:jc w:val="both"/>
      </w:pPr>
      <w:r>
        <w:rPr>
          <w:rFonts w:ascii="Georgia" w:hAnsi="Georgia"/>
          <w:b w:val="0"/>
          <w:i w:val="0"/>
          <w:color w:val="22201D"/>
          <w:sz w:val="20"/>
        </w:rPr>
        <w:t>At the far end of the aisle, the jar from Chapter One rolled onto a small tray: the almost-version of Voidberry Fatalii, now labeled SUBSTITUTE - DO NOT STOCK AS ORIGINAL.</w:t>
      </w:r>
    </w:p>
    <w:p>
      <w:pPr>
        <w:spacing w:after="60" w:line="266" w:lineRule="auto"/>
        <w:ind w:firstLine="331"/>
        <w:jc w:val="both"/>
      </w:pPr>
      <w:r>
        <w:rPr>
          <w:rFonts w:ascii="Georgia" w:hAnsi="Georgia"/>
          <w:b w:val="0"/>
          <w:i w:val="0"/>
          <w:color w:val="22201D"/>
          <w:sz w:val="20"/>
        </w:rPr>
        <w:t>It looked less sweet.</w:t>
      </w:r>
    </w:p>
    <w:p>
      <w:pPr>
        <w:spacing w:after="60" w:line="266" w:lineRule="auto"/>
        <w:ind w:firstLine="331"/>
        <w:jc w:val="both"/>
      </w:pPr>
      <w:r>
        <w:rPr>
          <w:rFonts w:ascii="Georgia" w:hAnsi="Georgia"/>
          <w:b w:val="0"/>
          <w:i w:val="0"/>
          <w:color w:val="22201D"/>
          <w:sz w:val="20"/>
        </w:rPr>
        <w:t>That did not make it safer.</w:t>
      </w:r>
    </w:p>
    <w:p>
      <w:pPr>
        <w:spacing w:after="60" w:line="266" w:lineRule="auto"/>
        <w:ind w:firstLine="331"/>
        <w:jc w:val="both"/>
      </w:pPr>
      <w:r>
        <w:rPr>
          <w:rFonts w:ascii="Georgia" w:hAnsi="Georgia"/>
          <w:b w:val="0"/>
          <w:i w:val="0"/>
          <w:color w:val="22201D"/>
          <w:sz w:val="20"/>
        </w:rPr>
        <w:t>The Hostess pointed to a jar on the JUST CURIOUS shelf.</w:t>
      </w:r>
    </w:p>
    <w:p>
      <w:pPr>
        <w:spacing w:after="60" w:line="266" w:lineRule="auto"/>
        <w:ind w:firstLine="331"/>
        <w:jc w:val="both"/>
      </w:pPr>
      <w:r>
        <w:rPr>
          <w:rFonts w:ascii="Georgia" w:hAnsi="Georgia"/>
          <w:b w:val="0"/>
          <w:i w:val="0"/>
          <w:color w:val="22201D"/>
          <w:sz w:val="20"/>
        </w:rPr>
        <w:t>"Start there."</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you asked why."</w:t>
      </w:r>
    </w:p>
    <w:p>
      <w:pPr>
        <w:spacing w:after="60" w:line="266" w:lineRule="auto"/>
        <w:ind w:firstLine="331"/>
        <w:jc w:val="both"/>
      </w:pPr>
      <w:r>
        <w:rPr>
          <w:rFonts w:ascii="Georgia" w:hAnsi="Georgia"/>
          <w:b w:val="0"/>
          <w:i w:val="0"/>
          <w:color w:val="22201D"/>
          <w:sz w:val="20"/>
        </w:rPr>
        <w:t>Flocc took the jar down.</w:t>
      </w:r>
    </w:p>
    <w:p>
      <w:pPr>
        <w:spacing w:after="60" w:line="266" w:lineRule="auto"/>
        <w:ind w:firstLine="331"/>
        <w:jc w:val="both"/>
      </w:pPr>
      <w:r>
        <w:rPr>
          <w:rFonts w:ascii="Georgia" w:hAnsi="Georgia"/>
          <w:b w:val="0"/>
          <w:i w:val="0"/>
          <w:color w:val="22201D"/>
          <w:sz w:val="20"/>
        </w:rPr>
        <w:t>It was filled with pale yellow lentils.</w:t>
      </w:r>
    </w:p>
    <w:p>
      <w:pPr>
        <w:spacing w:after="60" w:line="266" w:lineRule="auto"/>
        <w:ind w:firstLine="331"/>
        <w:jc w:val="both"/>
      </w:pPr>
      <w:r>
        <w:rPr>
          <w:rFonts w:ascii="Georgia" w:hAnsi="Georgia"/>
          <w:b w:val="0"/>
          <w:i w:val="0"/>
          <w:color w:val="22201D"/>
          <w:sz w:val="20"/>
        </w:rPr>
        <w:t>The label read:</w:t>
      </w:r>
    </w:p>
    <w:p>
      <w:pPr>
        <w:spacing w:after="60" w:line="250" w:lineRule="auto"/>
        <w:ind w:left="202" w:right="173"/>
      </w:pPr>
      <w:r>
        <w:rPr>
          <w:rFonts w:ascii="Georgia" w:hAnsi="Georgia"/>
          <w:b w:val="0"/>
          <w:i w:val="0"/>
          <w:color w:val="22201D"/>
          <w:sz w:val="17"/>
        </w:rPr>
        <w:t>JUST CURIOUS Contents: wanting to know whether you were replaced Use by: before pretending not to care</w:t>
      </w:r>
    </w:p>
    <w:p>
      <w:pPr>
        <w:spacing w:after="60" w:line="266" w:lineRule="auto"/>
        <w:ind w:firstLine="331"/>
        <w:jc w:val="both"/>
      </w:pPr>
      <w:r>
        <w:rPr>
          <w:rFonts w:ascii="Georgia" w:hAnsi="Georgia"/>
          <w:b w:val="0"/>
          <w:i w:val="0"/>
          <w:color w:val="22201D"/>
          <w:sz w:val="20"/>
        </w:rPr>
        <w:t>Flocc almost put it back.</w:t>
      </w:r>
    </w:p>
    <w:p>
      <w:pPr>
        <w:spacing w:after="60" w:line="266" w:lineRule="auto"/>
        <w:ind w:firstLine="331"/>
        <w:jc w:val="both"/>
      </w:pPr>
      <w:r>
        <w:rPr>
          <w:rFonts w:ascii="Georgia" w:hAnsi="Georgia"/>
          <w:b w:val="0"/>
          <w:i w:val="0"/>
          <w:color w:val="22201D"/>
          <w:sz w:val="20"/>
        </w:rPr>
        <w:t>The shelf tag darkened.</w:t>
      </w:r>
    </w:p>
    <w:p>
      <w:pPr>
        <w:spacing w:after="60" w:line="250" w:lineRule="auto"/>
        <w:ind w:left="202" w:right="173"/>
      </w:pPr>
      <w:r>
        <w:rPr>
          <w:rFonts w:ascii="Georgia" w:hAnsi="Georgia"/>
          <w:b w:val="0"/>
          <w:i w:val="0"/>
          <w:color w:val="22201D"/>
          <w:sz w:val="17"/>
        </w:rPr>
        <w:t>Price: say what you meant</w:t>
      </w:r>
    </w:p>
    <w:p>
      <w:pPr>
        <w:spacing w:after="60" w:line="266" w:lineRule="auto"/>
        <w:ind w:firstLine="331"/>
        <w:jc w:val="both"/>
      </w:pPr>
      <w:r>
        <w:rPr>
          <w:rFonts w:ascii="Georgia" w:hAnsi="Georgia"/>
          <w:b w:val="0"/>
          <w:i w:val="0"/>
          <w:color w:val="22201D"/>
          <w:sz w:val="20"/>
        </w:rPr>
        <w:t>"I was just curious," Flocc said.</w:t>
      </w:r>
    </w:p>
    <w:p>
      <w:pPr>
        <w:spacing w:after="60" w:line="266" w:lineRule="auto"/>
        <w:ind w:firstLine="331"/>
        <w:jc w:val="both"/>
      </w:pPr>
      <w:r>
        <w:rPr>
          <w:rFonts w:ascii="Georgia" w:hAnsi="Georgia"/>
          <w:b w:val="0"/>
          <w:i w:val="0"/>
          <w:color w:val="22201D"/>
          <w:sz w:val="20"/>
        </w:rPr>
        <w:t>The jar tightened in his hand.</w:t>
      </w:r>
    </w:p>
    <w:p>
      <w:pPr>
        <w:spacing w:after="60" w:line="266" w:lineRule="auto"/>
        <w:ind w:firstLine="331"/>
        <w:jc w:val="both"/>
      </w:pPr>
      <w:r>
        <w:rPr>
          <w:rFonts w:ascii="Georgia" w:hAnsi="Georgia"/>
          <w:b w:val="0"/>
          <w:i w:val="0"/>
          <w:color w:val="22201D"/>
          <w:sz w:val="20"/>
        </w:rPr>
        <w:t>The lid made a small metal ping.</w:t>
      </w:r>
    </w:p>
    <w:p>
      <w:pPr>
        <w:spacing w:after="60" w:line="266" w:lineRule="auto"/>
        <w:ind w:firstLine="331"/>
        <w:jc w:val="both"/>
      </w:pPr>
      <w:r>
        <w:rPr>
          <w:rFonts w:ascii="Georgia" w:hAnsi="Georgia"/>
          <w:b w:val="0"/>
          <w:i w:val="0"/>
          <w:color w:val="22201D"/>
          <w:sz w:val="20"/>
        </w:rPr>
        <w:t>The Hostess did not move.</w:t>
      </w:r>
    </w:p>
    <w:p>
      <w:pPr>
        <w:spacing w:after="60" w:line="266" w:lineRule="auto"/>
        <w:ind w:firstLine="331"/>
        <w:jc w:val="both"/>
      </w:pPr>
      <w:r>
        <w:rPr>
          <w:rFonts w:ascii="Georgia" w:hAnsi="Georgia"/>
          <w:b w:val="0"/>
          <w:i w:val="0"/>
          <w:color w:val="22201D"/>
          <w:sz w:val="20"/>
        </w:rPr>
        <w:t>"Try again."</w:t>
      </w:r>
    </w:p>
    <w:p>
      <w:pPr>
        <w:spacing w:after="60" w:line="266" w:lineRule="auto"/>
        <w:ind w:firstLine="331"/>
        <w:jc w:val="both"/>
      </w:pPr>
      <w:r>
        <w:rPr>
          <w:rFonts w:ascii="Georgia" w:hAnsi="Georgia"/>
          <w:b w:val="0"/>
          <w:i w:val="0"/>
          <w:color w:val="22201D"/>
          <w:sz w:val="20"/>
        </w:rPr>
        <w:t>Flocc looked at the lentils.</w:t>
      </w:r>
    </w:p>
    <w:p>
      <w:pPr>
        <w:spacing w:after="60" w:line="266" w:lineRule="auto"/>
        <w:ind w:firstLine="331"/>
        <w:jc w:val="both"/>
      </w:pPr>
      <w:r>
        <w:rPr>
          <w:rFonts w:ascii="Georgia" w:hAnsi="Georgia"/>
          <w:b w:val="0"/>
          <w:i w:val="0"/>
          <w:color w:val="22201D"/>
          <w:sz w:val="20"/>
        </w:rPr>
        <w:t>They were ordinary.</w:t>
      </w:r>
    </w:p>
    <w:p>
      <w:pPr>
        <w:spacing w:after="60" w:line="266" w:lineRule="auto"/>
        <w:ind w:firstLine="331"/>
        <w:jc w:val="both"/>
      </w:pPr>
      <w:r>
        <w:rPr>
          <w:rFonts w:ascii="Georgia" w:hAnsi="Georgia"/>
          <w:b w:val="0"/>
          <w:i w:val="0"/>
          <w:color w:val="22201D"/>
          <w:sz w:val="20"/>
        </w:rPr>
        <w:t>That was the pantry's habit: ordinary things carrying extraordinary consequences because nobody had bothered to give them less work.</w:t>
      </w:r>
    </w:p>
    <w:p>
      <w:pPr>
        <w:spacing w:after="60" w:line="266" w:lineRule="auto"/>
        <w:ind w:firstLine="331"/>
        <w:jc w:val="both"/>
      </w:pPr>
      <w:r>
        <w:rPr>
          <w:rFonts w:ascii="Georgia" w:hAnsi="Georgia"/>
          <w:b w:val="0"/>
          <w:i w:val="0"/>
          <w:color w:val="22201D"/>
          <w:sz w:val="20"/>
        </w:rPr>
        <w:t>"I wanted to know whether the substitute had been accepted because the original was gone," he said.</w:t>
      </w:r>
    </w:p>
    <w:p>
      <w:pPr>
        <w:spacing w:after="60" w:line="266" w:lineRule="auto"/>
        <w:ind w:firstLine="331"/>
        <w:jc w:val="both"/>
      </w:pPr>
      <w:r>
        <w:rPr>
          <w:rFonts w:ascii="Georgia" w:hAnsi="Georgia"/>
          <w:b w:val="0"/>
          <w:i w:val="0"/>
          <w:color w:val="22201D"/>
          <w:sz w:val="20"/>
        </w:rPr>
        <w:t>The jar loosened.</w:t>
      </w:r>
    </w:p>
    <w:p>
      <w:pPr>
        <w:spacing w:after="60" w:line="266" w:lineRule="auto"/>
        <w:ind w:firstLine="331"/>
        <w:jc w:val="both"/>
      </w:pPr>
      <w:r>
        <w:rPr>
          <w:rFonts w:ascii="Georgia" w:hAnsi="Georgia"/>
          <w:b w:val="0"/>
          <w:i w:val="0"/>
          <w:color w:val="22201D"/>
          <w:sz w:val="20"/>
        </w:rPr>
        <w:t>One lentil turned black, then gold, then ordinary again.</w:t>
      </w:r>
    </w:p>
    <w:p>
      <w:pPr>
        <w:spacing w:after="60" w:line="266" w:lineRule="auto"/>
        <w:ind w:firstLine="331"/>
        <w:jc w:val="both"/>
      </w:pPr>
      <w:r>
        <w:rPr>
          <w:rFonts w:ascii="Georgia" w:hAnsi="Georgia"/>
          <w:b w:val="0"/>
          <w:i w:val="0"/>
          <w:color w:val="22201D"/>
          <w:sz w:val="20"/>
        </w:rPr>
        <w:t>The shelf tag printed:</w:t>
      </w:r>
    </w:p>
    <w:p>
      <w:pPr>
        <w:spacing w:after="60" w:line="250" w:lineRule="auto"/>
        <w:ind w:left="202" w:right="173"/>
      </w:pPr>
      <w:r>
        <w:rPr>
          <w:rFonts w:ascii="Georgia" w:hAnsi="Georgia"/>
          <w:b w:val="0"/>
          <w:i w:val="0"/>
          <w:color w:val="22201D"/>
          <w:sz w:val="17"/>
        </w:rPr>
        <w:t>Accepted: partial.</w:t>
      </w:r>
    </w:p>
    <w:p>
      <w:pPr>
        <w:spacing w:after="60" w:line="266" w:lineRule="auto"/>
        <w:ind w:firstLine="331"/>
        <w:jc w:val="both"/>
      </w:pPr>
      <w:r>
        <w:rPr>
          <w:rFonts w:ascii="Georgia" w:hAnsi="Georgia"/>
          <w:b w:val="0"/>
          <w:i w:val="0"/>
          <w:color w:val="22201D"/>
          <w:sz w:val="20"/>
        </w:rPr>
        <w:t>"Partial," Flocc said.</w:t>
      </w:r>
    </w:p>
    <w:p>
      <w:pPr>
        <w:spacing w:after="60" w:line="266" w:lineRule="auto"/>
        <w:ind w:firstLine="331"/>
        <w:jc w:val="both"/>
      </w:pPr>
      <w:r>
        <w:rPr>
          <w:rFonts w:ascii="Georgia" w:hAnsi="Georgia"/>
          <w:b w:val="0"/>
          <w:i w:val="0"/>
          <w:color w:val="22201D"/>
          <w:sz w:val="20"/>
        </w:rPr>
        <w:t>"You avoided yourself."</w:t>
      </w:r>
    </w:p>
    <w:p>
      <w:pPr>
        <w:spacing w:after="60" w:line="266" w:lineRule="auto"/>
        <w:ind w:firstLine="331"/>
        <w:jc w:val="both"/>
      </w:pPr>
      <w:r>
        <w:rPr>
          <w:rFonts w:ascii="Georgia" w:hAnsi="Georgia"/>
          <w:b w:val="0"/>
          <w:i w:val="0"/>
          <w:color w:val="22201D"/>
          <w:sz w:val="20"/>
        </w:rPr>
        <w:t>"That is efficient."</w:t>
      </w:r>
    </w:p>
    <w:p>
      <w:pPr>
        <w:spacing w:after="60" w:line="266" w:lineRule="auto"/>
        <w:ind w:firstLine="331"/>
        <w:jc w:val="both"/>
      </w:pPr>
      <w:r>
        <w:rPr>
          <w:rFonts w:ascii="Georgia" w:hAnsi="Georgia"/>
          <w:b w:val="0"/>
          <w:i w:val="0"/>
          <w:color w:val="22201D"/>
          <w:sz w:val="20"/>
        </w:rPr>
        <w:t>"It is also why this shelf is full."</w:t>
      </w:r>
    </w:p>
    <w:p>
      <w:pPr>
        <w:spacing w:after="60" w:line="266" w:lineRule="auto"/>
        <w:ind w:firstLine="331"/>
        <w:jc w:val="both"/>
      </w:pPr>
      <w:r>
        <w:rPr>
          <w:rFonts w:ascii="Georgia" w:hAnsi="Georgia"/>
          <w:b w:val="0"/>
          <w:i w:val="0"/>
          <w:color w:val="22201D"/>
          <w:sz w:val="20"/>
        </w:rPr>
        <w:t>The Hostess took the jar, set it on the table between them, and placed a blank label beside it.</w:t>
      </w:r>
    </w:p>
    <w:p>
      <w:pPr>
        <w:spacing w:after="60" w:line="266" w:lineRule="auto"/>
        <w:ind w:firstLine="331"/>
        <w:jc w:val="both"/>
      </w:pPr>
      <w:r>
        <w:rPr>
          <w:rFonts w:ascii="Georgia" w:hAnsi="Georgia"/>
          <w:b w:val="0"/>
          <w:i w:val="0"/>
          <w:color w:val="22201D"/>
          <w:sz w:val="20"/>
        </w:rPr>
        <w:t>"Again."</w:t>
      </w:r>
    </w:p>
    <w:p>
      <w:pPr>
        <w:spacing w:after="60" w:line="266" w:lineRule="auto"/>
        <w:ind w:firstLine="331"/>
        <w:jc w:val="both"/>
      </w:pPr>
      <w:r>
        <w:rPr>
          <w:rFonts w:ascii="Georgia" w:hAnsi="Georgia"/>
          <w:b w:val="0"/>
          <w:i w:val="0"/>
          <w:color w:val="22201D"/>
          <w:sz w:val="20"/>
        </w:rPr>
        <w:t>Flocc looked down the aisle.</w:t>
      </w:r>
    </w:p>
    <w:p>
      <w:pPr>
        <w:spacing w:after="60" w:line="266" w:lineRule="auto"/>
        <w:ind w:firstLine="331"/>
        <w:jc w:val="both"/>
      </w:pPr>
      <w:r>
        <w:rPr>
          <w:rFonts w:ascii="Georgia" w:hAnsi="Georgia"/>
          <w:b w:val="0"/>
          <w:i w:val="0"/>
          <w:color w:val="22201D"/>
          <w:sz w:val="20"/>
        </w:rPr>
        <w:t>The labels watched without eyes.</w:t>
      </w:r>
    </w:p>
    <w:p>
      <w:pPr>
        <w:spacing w:after="60" w:line="266" w:lineRule="auto"/>
        <w:ind w:firstLine="331"/>
        <w:jc w:val="both"/>
      </w:pPr>
      <w:r>
        <w:rPr>
          <w:rFonts w:ascii="Georgia" w:hAnsi="Georgia"/>
          <w:b w:val="0"/>
          <w:i w:val="0"/>
          <w:color w:val="22201D"/>
          <w:sz w:val="20"/>
        </w:rPr>
        <w:t>He had learned, over the previous books, that witness was not the same as judgment. He had also learned that this distinction did not make witness comfortable.</w:t>
      </w:r>
    </w:p>
    <w:p>
      <w:pPr>
        <w:spacing w:after="60" w:line="266" w:lineRule="auto"/>
        <w:ind w:firstLine="331"/>
        <w:jc w:val="both"/>
      </w:pPr>
      <w:r>
        <w:rPr>
          <w:rFonts w:ascii="Georgia" w:hAnsi="Georgia"/>
          <w:b w:val="0"/>
          <w:i w:val="0"/>
          <w:color w:val="22201D"/>
          <w:sz w:val="20"/>
        </w:rPr>
        <w:t>"I wanted to know whether I had been replaced," he said.</w:t>
      </w:r>
    </w:p>
    <w:p>
      <w:pPr>
        <w:spacing w:after="60" w:line="266" w:lineRule="auto"/>
        <w:ind w:firstLine="331"/>
        <w:jc w:val="both"/>
      </w:pPr>
      <w:r>
        <w:rPr>
          <w:rFonts w:ascii="Georgia" w:hAnsi="Georgia"/>
          <w:b w:val="0"/>
          <w:i w:val="0"/>
          <w:color w:val="22201D"/>
          <w:sz w:val="20"/>
        </w:rPr>
        <w:t>The jar opened.</w:t>
      </w:r>
    </w:p>
    <w:p>
      <w:pPr>
        <w:spacing w:after="60" w:line="266" w:lineRule="auto"/>
        <w:ind w:firstLine="331"/>
        <w:jc w:val="both"/>
      </w:pPr>
      <w:r>
        <w:rPr>
          <w:rFonts w:ascii="Georgia" w:hAnsi="Georgia"/>
          <w:b w:val="0"/>
          <w:i w:val="0"/>
          <w:color w:val="22201D"/>
          <w:sz w:val="20"/>
        </w:rPr>
        <w:t>Not dramatically.</w:t>
      </w:r>
    </w:p>
    <w:p>
      <w:pPr>
        <w:spacing w:after="60" w:line="266" w:lineRule="auto"/>
        <w:ind w:firstLine="331"/>
        <w:jc w:val="both"/>
      </w:pPr>
      <w:r>
        <w:rPr>
          <w:rFonts w:ascii="Georgia" w:hAnsi="Georgia"/>
          <w:b w:val="0"/>
          <w:i w:val="0"/>
          <w:color w:val="22201D"/>
          <w:sz w:val="20"/>
        </w:rPr>
        <w:t>The lid unscrewed one quarter turn and stopped.</w:t>
      </w:r>
    </w:p>
    <w:p>
      <w:pPr>
        <w:spacing w:after="60" w:line="266" w:lineRule="auto"/>
        <w:ind w:firstLine="331"/>
        <w:jc w:val="both"/>
      </w:pPr>
      <w:r>
        <w:rPr>
          <w:rFonts w:ascii="Georgia" w:hAnsi="Georgia"/>
          <w:b w:val="0"/>
          <w:i w:val="0"/>
          <w:color w:val="22201D"/>
          <w:sz w:val="20"/>
        </w:rPr>
        <w:t>The pantry accepted practical honesty in practical increments.</w:t>
      </w:r>
    </w:p>
    <w:p>
      <w:pPr>
        <w:spacing w:after="60" w:line="266" w:lineRule="auto"/>
        <w:ind w:firstLine="331"/>
        <w:jc w:val="both"/>
      </w:pPr>
      <w:r>
        <w:rPr>
          <w:rFonts w:ascii="Georgia" w:hAnsi="Georgia"/>
          <w:b w:val="0"/>
          <w:i w:val="0"/>
          <w:color w:val="22201D"/>
          <w:sz w:val="20"/>
        </w:rPr>
        <w:t>The Hostess wrote on the blank label:</w:t>
      </w:r>
    </w:p>
    <w:p>
      <w:pPr>
        <w:spacing w:after="60" w:line="250" w:lineRule="auto"/>
        <w:ind w:left="202" w:right="173"/>
      </w:pPr>
      <w:r>
        <w:rPr>
          <w:rFonts w:ascii="Georgia" w:hAnsi="Georgia"/>
          <w:b w:val="0"/>
          <w:i w:val="0"/>
          <w:color w:val="22201D"/>
          <w:sz w:val="17"/>
        </w:rPr>
        <w:t>JUST CURIOUS Meaning admitted: I wanted to know whether I had been replaced.</w:t>
      </w:r>
    </w:p>
    <w:p>
      <w:pPr>
        <w:spacing w:after="60" w:line="266" w:lineRule="auto"/>
        <w:ind w:firstLine="331"/>
        <w:jc w:val="both"/>
      </w:pPr>
      <w:r>
        <w:rPr>
          <w:rFonts w:ascii="Georgia" w:hAnsi="Georgia"/>
          <w:b w:val="0"/>
          <w:i w:val="0"/>
          <w:color w:val="22201D"/>
          <w:sz w:val="20"/>
        </w:rPr>
        <w:t>She put the jar back on the shelf.</w:t>
      </w:r>
    </w:p>
    <w:p>
      <w:pPr>
        <w:spacing w:after="60" w:line="266" w:lineRule="auto"/>
        <w:ind w:firstLine="331"/>
        <w:jc w:val="both"/>
      </w:pPr>
      <w:r>
        <w:rPr>
          <w:rFonts w:ascii="Georgia" w:hAnsi="Georgia"/>
          <w:b w:val="0"/>
          <w:i w:val="0"/>
          <w:color w:val="22201D"/>
          <w:sz w:val="20"/>
        </w:rPr>
        <w:t>It took up less room.</w:t>
      </w:r>
    </w:p>
    <w:p>
      <w:pPr>
        <w:spacing w:after="60" w:line="266" w:lineRule="auto"/>
        <w:ind w:firstLine="331"/>
        <w:jc w:val="both"/>
      </w:pPr>
      <w:r>
        <w:rPr>
          <w:rFonts w:ascii="Georgia" w:hAnsi="Georgia"/>
          <w:b w:val="0"/>
          <w:i w:val="0"/>
          <w:color w:val="22201D"/>
          <w:sz w:val="20"/>
        </w:rPr>
        <w:t>The shelf boards rose a fraction.</w:t>
      </w:r>
    </w:p>
    <w:p>
      <w:pPr>
        <w:spacing w:after="60" w:line="266" w:lineRule="auto"/>
        <w:ind w:firstLine="331"/>
        <w:jc w:val="both"/>
      </w:pPr>
      <w:r>
        <w:rPr>
          <w:rFonts w:ascii="Georgia" w:hAnsi="Georgia"/>
          <w:b w:val="0"/>
          <w:i w:val="0"/>
          <w:color w:val="22201D"/>
          <w:sz w:val="20"/>
        </w:rPr>
        <w:t>"That is the price?" Flocc asked.</w:t>
      </w:r>
    </w:p>
    <w:p>
      <w:pPr>
        <w:spacing w:after="60" w:line="266" w:lineRule="auto"/>
        <w:ind w:firstLine="331"/>
        <w:jc w:val="both"/>
      </w:pPr>
      <w:r>
        <w:rPr>
          <w:rFonts w:ascii="Georgia" w:hAnsi="Georgia"/>
          <w:b w:val="0"/>
          <w:i w:val="0"/>
          <w:color w:val="22201D"/>
          <w:sz w:val="20"/>
        </w:rPr>
        <w:t>"For that jar."</w:t>
      </w:r>
    </w:p>
    <w:p>
      <w:pPr>
        <w:spacing w:after="60" w:line="266" w:lineRule="auto"/>
        <w:ind w:firstLine="331"/>
        <w:jc w:val="both"/>
      </w:pPr>
      <w:r>
        <w:rPr>
          <w:rFonts w:ascii="Georgia" w:hAnsi="Georgia"/>
          <w:b w:val="0"/>
          <w:i w:val="0"/>
          <w:color w:val="22201D"/>
          <w:sz w:val="20"/>
        </w:rPr>
        <w:t>"How many jars?"</w:t>
      </w:r>
    </w:p>
    <w:p>
      <w:pPr>
        <w:spacing w:after="60" w:line="266" w:lineRule="auto"/>
        <w:ind w:firstLine="331"/>
        <w:jc w:val="both"/>
      </w:pPr>
      <w:r>
        <w:rPr>
          <w:rFonts w:ascii="Georgia" w:hAnsi="Georgia"/>
          <w:b w:val="0"/>
          <w:i w:val="0"/>
          <w:color w:val="22201D"/>
          <w:sz w:val="20"/>
        </w:rPr>
        <w:t>The Hostess looked down the aisle.</w:t>
      </w:r>
    </w:p>
    <w:p>
      <w:pPr>
        <w:spacing w:after="60" w:line="266" w:lineRule="auto"/>
        <w:ind w:firstLine="331"/>
        <w:jc w:val="both"/>
      </w:pPr>
      <w:r>
        <w:rPr>
          <w:rFonts w:ascii="Georgia" w:hAnsi="Georgia"/>
          <w:b w:val="0"/>
          <w:i w:val="0"/>
          <w:color w:val="22201D"/>
          <w:sz w:val="20"/>
        </w:rPr>
        <w:t>The aisle extended three times farther than it had a moment before.</w:t>
      </w:r>
    </w:p>
    <w:p>
      <w:pPr>
        <w:spacing w:after="60" w:line="266" w:lineRule="auto"/>
        <w:ind w:firstLine="331"/>
        <w:jc w:val="both"/>
      </w:pPr>
      <w:r>
        <w:rPr>
          <w:rFonts w:ascii="Georgia" w:hAnsi="Georgia"/>
          <w:b w:val="0"/>
          <w:i w:val="0"/>
          <w:color w:val="22201D"/>
          <w:sz w:val="20"/>
        </w:rPr>
        <w:t>"Enough."</w:t>
      </w:r>
    </w:p>
    <w:p>
      <w:pPr>
        <w:spacing w:after="60" w:line="266" w:lineRule="auto"/>
        <w:ind w:firstLine="331"/>
        <w:jc w:val="both"/>
      </w:pPr>
      <w:r>
        <w:rPr>
          <w:rFonts w:ascii="Georgia" w:hAnsi="Georgia"/>
          <w:b w:val="0"/>
          <w:i w:val="0"/>
          <w:color w:val="22201D"/>
          <w:sz w:val="20"/>
        </w:rPr>
        <w:t>This was not comforting.</w:t>
      </w:r>
    </w:p>
    <w:p>
      <w:pPr>
        <w:spacing w:after="60" w:line="266" w:lineRule="auto"/>
        <w:ind w:firstLine="331"/>
        <w:jc w:val="both"/>
      </w:pPr>
      <w:r>
        <w:rPr>
          <w:rFonts w:ascii="Georgia" w:hAnsi="Georgia"/>
          <w:b w:val="0"/>
          <w:i w:val="0"/>
          <w:color w:val="22201D"/>
          <w:sz w:val="20"/>
        </w:rPr>
        <w:t>Nico would have called it rude architecture.</w:t>
      </w:r>
    </w:p>
    <w:p>
      <w:pPr>
        <w:spacing w:after="60" w:line="266" w:lineRule="auto"/>
        <w:ind w:firstLine="331"/>
        <w:jc w:val="both"/>
      </w:pPr>
      <w:r>
        <w:rPr>
          <w:rFonts w:ascii="Georgia" w:hAnsi="Georgia"/>
          <w:b w:val="0"/>
          <w:i w:val="0"/>
          <w:color w:val="22201D"/>
          <w:sz w:val="20"/>
        </w:rPr>
        <w:t>Steve would have wanted to count the jars and then realized the act of counting was also a jar.</w:t>
      </w:r>
    </w:p>
    <w:p>
      <w:pPr>
        <w:spacing w:after="60" w:line="266" w:lineRule="auto"/>
        <w:ind w:firstLine="331"/>
        <w:jc w:val="both"/>
      </w:pPr>
      <w:r>
        <w:rPr>
          <w:rFonts w:ascii="Georgia" w:hAnsi="Georgia"/>
          <w:b w:val="0"/>
          <w:i w:val="0"/>
          <w:color w:val="22201D"/>
          <w:sz w:val="20"/>
        </w:rPr>
        <w:t>Gerald would have inspected the bowed shelf and demanded load ratings.</w:t>
      </w:r>
    </w:p>
    <w:p>
      <w:pPr>
        <w:spacing w:after="60" w:line="266" w:lineRule="auto"/>
        <w:ind w:firstLine="331"/>
        <w:jc w:val="both"/>
      </w:pPr>
      <w:r>
        <w:rPr>
          <w:rFonts w:ascii="Georgia" w:hAnsi="Georgia"/>
          <w:b w:val="0"/>
          <w:i w:val="0"/>
          <w:color w:val="22201D"/>
          <w:sz w:val="20"/>
        </w:rPr>
        <w:t>Bob would have said move what is heavy first, and for once, Flocc wished Bob were present to reduce the metaphysics by carrying a box.</w:t>
      </w:r>
    </w:p>
    <w:p>
      <w:pPr>
        <w:spacing w:after="60" w:line="266" w:lineRule="auto"/>
        <w:ind w:firstLine="331"/>
        <w:jc w:val="both"/>
      </w:pPr>
      <w:r>
        <w:rPr>
          <w:rFonts w:ascii="Georgia" w:hAnsi="Georgia"/>
          <w:b w:val="0"/>
          <w:i w:val="0"/>
          <w:color w:val="22201D"/>
          <w:sz w:val="20"/>
        </w:rPr>
        <w:t>The next jar chose itself.</w:t>
      </w:r>
    </w:p>
    <w:p>
      <w:pPr>
        <w:spacing w:after="60" w:line="266" w:lineRule="auto"/>
        <w:ind w:firstLine="331"/>
        <w:jc w:val="both"/>
      </w:pPr>
      <w:r>
        <w:rPr>
          <w:rFonts w:ascii="Georgia" w:hAnsi="Georgia"/>
          <w:b w:val="0"/>
          <w:i w:val="0"/>
          <w:color w:val="22201D"/>
          <w:sz w:val="20"/>
        </w:rPr>
        <w:t>It slid out from the WHATEVER WORKS shelf and stopped at the edge.</w:t>
      </w:r>
    </w:p>
    <w:p>
      <w:pPr>
        <w:spacing w:after="60" w:line="266" w:lineRule="auto"/>
        <w:ind w:firstLine="331"/>
        <w:jc w:val="both"/>
      </w:pPr>
      <w:r>
        <w:rPr>
          <w:rFonts w:ascii="Georgia" w:hAnsi="Georgia"/>
          <w:b w:val="0"/>
          <w:i w:val="0"/>
          <w:color w:val="22201D"/>
          <w:sz w:val="20"/>
        </w:rPr>
        <w:t>The Hostess caught it before it fell.</w:t>
      </w:r>
    </w:p>
    <w:p>
      <w:pPr>
        <w:spacing w:after="60" w:line="266" w:lineRule="auto"/>
        <w:ind w:firstLine="331"/>
        <w:jc w:val="both"/>
      </w:pPr>
      <w:r>
        <w:rPr>
          <w:rFonts w:ascii="Georgia" w:hAnsi="Georgia"/>
          <w:b w:val="0"/>
          <w:i w:val="0"/>
          <w:color w:val="22201D"/>
          <w:sz w:val="20"/>
        </w:rPr>
        <w:t>"That phrase is reckless," she said.</w:t>
      </w:r>
    </w:p>
    <w:p>
      <w:pPr>
        <w:spacing w:after="60" w:line="266" w:lineRule="auto"/>
        <w:ind w:firstLine="331"/>
        <w:jc w:val="both"/>
      </w:pPr>
      <w:r>
        <w:rPr>
          <w:rFonts w:ascii="Georgia" w:hAnsi="Georgia"/>
          <w:b w:val="0"/>
          <w:i w:val="0"/>
          <w:color w:val="22201D"/>
          <w:sz w:val="20"/>
        </w:rPr>
        <w:t>"It sounds cooperative."</w:t>
      </w:r>
    </w:p>
    <w:p>
      <w:pPr>
        <w:spacing w:after="60" w:line="266" w:lineRule="auto"/>
        <w:ind w:firstLine="331"/>
        <w:jc w:val="both"/>
      </w:pPr>
      <w:r>
        <w:rPr>
          <w:rFonts w:ascii="Georgia" w:hAnsi="Georgia"/>
          <w:b w:val="0"/>
          <w:i w:val="0"/>
          <w:color w:val="22201D"/>
          <w:sz w:val="20"/>
        </w:rPr>
        <w:t>"Exactly."</w:t>
      </w:r>
    </w:p>
    <w:p>
      <w:pPr>
        <w:spacing w:after="60" w:line="266" w:lineRule="auto"/>
        <w:ind w:firstLine="331"/>
        <w:jc w:val="both"/>
      </w:pPr>
      <w:r>
        <w:rPr>
          <w:rFonts w:ascii="Georgia" w:hAnsi="Georgia"/>
          <w:b w:val="0"/>
          <w:i w:val="0"/>
          <w:color w:val="22201D"/>
          <w:sz w:val="20"/>
        </w:rPr>
        <w:t>The jar held elbow macaroni.</w:t>
      </w:r>
    </w:p>
    <w:p>
      <w:pPr>
        <w:spacing w:after="60" w:line="266" w:lineRule="auto"/>
        <w:ind w:firstLine="331"/>
        <w:jc w:val="both"/>
      </w:pPr>
      <w:r>
        <w:rPr>
          <w:rFonts w:ascii="Georgia" w:hAnsi="Georgia"/>
          <w:b w:val="0"/>
          <w:i w:val="0"/>
          <w:color w:val="22201D"/>
          <w:sz w:val="20"/>
        </w:rPr>
        <w:t>The label read:</w:t>
      </w:r>
    </w:p>
    <w:p>
      <w:pPr>
        <w:spacing w:after="60" w:line="250" w:lineRule="auto"/>
        <w:ind w:left="202" w:right="173"/>
      </w:pPr>
      <w:r>
        <w:rPr>
          <w:rFonts w:ascii="Georgia" w:hAnsi="Georgia"/>
          <w:b w:val="0"/>
          <w:i w:val="0"/>
          <w:color w:val="22201D"/>
          <w:sz w:val="17"/>
        </w:rPr>
        <w:t>WHATEVER WORKS Contents: I do not want to be blamed for choosing Use by: before the group resents the person who decides</w:t>
      </w:r>
    </w:p>
    <w:p>
      <w:pPr>
        <w:spacing w:after="60" w:line="266" w:lineRule="auto"/>
        <w:ind w:firstLine="331"/>
        <w:jc w:val="both"/>
      </w:pPr>
      <w:r>
        <w:rPr>
          <w:rFonts w:ascii="Georgia" w:hAnsi="Georgia"/>
          <w:b w:val="0"/>
          <w:i w:val="0"/>
          <w:color w:val="22201D"/>
          <w:sz w:val="20"/>
        </w:rPr>
        <w:t>Flocc took it carefully.</w:t>
      </w:r>
    </w:p>
    <w:p>
      <w:pPr>
        <w:spacing w:after="60" w:line="266" w:lineRule="auto"/>
        <w:ind w:firstLine="331"/>
        <w:jc w:val="both"/>
      </w:pPr>
      <w:r>
        <w:rPr>
          <w:rFonts w:ascii="Georgia" w:hAnsi="Georgia"/>
          <w:b w:val="0"/>
          <w:i w:val="0"/>
          <w:color w:val="22201D"/>
          <w:sz w:val="20"/>
        </w:rPr>
        <w:t>"This one may not be mine."</w:t>
      </w:r>
    </w:p>
    <w:p>
      <w:pPr>
        <w:spacing w:after="60" w:line="266" w:lineRule="auto"/>
        <w:ind w:firstLine="331"/>
        <w:jc w:val="both"/>
      </w:pPr>
      <w:r>
        <w:rPr>
          <w:rFonts w:ascii="Georgia" w:hAnsi="Georgia"/>
          <w:b w:val="0"/>
          <w:i w:val="0"/>
          <w:color w:val="22201D"/>
          <w:sz w:val="20"/>
        </w:rPr>
        <w:t>"Shelf does not care whose it is first."</w:t>
      </w:r>
    </w:p>
    <w:p>
      <w:pPr>
        <w:spacing w:after="60" w:line="266" w:lineRule="auto"/>
        <w:ind w:firstLine="331"/>
        <w:jc w:val="both"/>
      </w:pPr>
      <w:r>
        <w:rPr>
          <w:rFonts w:ascii="Georgia" w:hAnsi="Georgia"/>
          <w:b w:val="0"/>
          <w:i w:val="0"/>
          <w:color w:val="22201D"/>
          <w:sz w:val="20"/>
        </w:rPr>
        <w:t>"That seems unfair."</w:t>
      </w:r>
    </w:p>
    <w:p>
      <w:pPr>
        <w:spacing w:after="60" w:line="266" w:lineRule="auto"/>
        <w:ind w:firstLine="331"/>
        <w:jc w:val="both"/>
      </w:pPr>
      <w:r>
        <w:rPr>
          <w:rFonts w:ascii="Georgia" w:hAnsi="Georgia"/>
          <w:b w:val="0"/>
          <w:i w:val="0"/>
          <w:color w:val="22201D"/>
          <w:sz w:val="20"/>
        </w:rPr>
        <w:t>"Shelves care where weight sits."</w:t>
      </w:r>
    </w:p>
    <w:p>
      <w:pPr>
        <w:spacing w:after="60" w:line="266" w:lineRule="auto"/>
        <w:ind w:firstLine="331"/>
        <w:jc w:val="both"/>
      </w:pPr>
      <w:r>
        <w:rPr>
          <w:rFonts w:ascii="Georgia" w:hAnsi="Georgia"/>
          <w:b w:val="0"/>
          <w:i w:val="0"/>
          <w:color w:val="22201D"/>
          <w:sz w:val="20"/>
        </w:rPr>
        <w:t>The jar warmed.</w:t>
      </w:r>
    </w:p>
    <w:p>
      <w:pPr>
        <w:spacing w:after="60" w:line="266" w:lineRule="auto"/>
        <w:ind w:firstLine="331"/>
        <w:jc w:val="both"/>
      </w:pPr>
      <w:r>
        <w:rPr>
          <w:rFonts w:ascii="Georgia" w:hAnsi="Georgia"/>
          <w:b w:val="0"/>
          <w:i w:val="0"/>
          <w:color w:val="22201D"/>
          <w:sz w:val="20"/>
        </w:rPr>
        <w:t>A memory moved through the pantry aisle.</w:t>
      </w:r>
    </w:p>
    <w:p>
      <w:pPr>
        <w:spacing w:after="60" w:line="266" w:lineRule="auto"/>
        <w:ind w:firstLine="331"/>
        <w:jc w:val="both"/>
      </w:pPr>
      <w:r>
        <w:rPr>
          <w:rFonts w:ascii="Georgia" w:hAnsi="Georgia"/>
          <w:b w:val="0"/>
          <w:i w:val="0"/>
          <w:color w:val="22201D"/>
          <w:sz w:val="20"/>
        </w:rPr>
        <w:t>Not a vision.</w:t>
      </w:r>
    </w:p>
    <w:p>
      <w:pPr>
        <w:spacing w:after="60" w:line="266" w:lineRule="auto"/>
        <w:ind w:firstLine="331"/>
        <w:jc w:val="both"/>
      </w:pPr>
      <w:r>
        <w:rPr>
          <w:rFonts w:ascii="Georgia" w:hAnsi="Georgia"/>
          <w:b w:val="0"/>
          <w:i w:val="0"/>
          <w:color w:val="22201D"/>
          <w:sz w:val="20"/>
        </w:rPr>
        <w:t>Visions were theatrical.</w:t>
      </w:r>
    </w:p>
    <w:p>
      <w:pPr>
        <w:spacing w:after="60" w:line="266" w:lineRule="auto"/>
        <w:ind w:firstLine="331"/>
        <w:jc w:val="both"/>
      </w:pPr>
      <w:r>
        <w:rPr>
          <w:rFonts w:ascii="Georgia" w:hAnsi="Georgia"/>
          <w:b w:val="0"/>
          <w:i w:val="0"/>
          <w:color w:val="22201D"/>
          <w:sz w:val="20"/>
        </w:rPr>
        <w:t>This was inventory: a line item pulled from storage.</w:t>
      </w:r>
    </w:p>
    <w:p>
      <w:pPr>
        <w:spacing w:after="60" w:line="266" w:lineRule="auto"/>
        <w:ind w:firstLine="331"/>
        <w:jc w:val="both"/>
      </w:pPr>
      <w:r>
        <w:rPr>
          <w:rFonts w:ascii="Georgia" w:hAnsi="Georgia"/>
          <w:b w:val="0"/>
          <w:i w:val="0"/>
          <w:color w:val="22201D"/>
          <w:sz w:val="20"/>
        </w:rPr>
        <w:t>Flocc heard a voice from a long-ago kitchen, not Mara's, not his own, saying whatever works while already hating the answer that would be chosen.</w:t>
      </w:r>
    </w:p>
    <w:p>
      <w:pPr>
        <w:spacing w:after="60" w:line="266" w:lineRule="auto"/>
        <w:ind w:firstLine="331"/>
        <w:jc w:val="both"/>
      </w:pPr>
      <w:r>
        <w:rPr>
          <w:rFonts w:ascii="Georgia" w:hAnsi="Georgia"/>
          <w:b w:val="0"/>
          <w:i w:val="0"/>
          <w:color w:val="22201D"/>
          <w:sz w:val="20"/>
        </w:rPr>
        <w:t>He saw a table with three bowls, one chipped.</w:t>
      </w:r>
    </w:p>
    <w:p>
      <w:pPr>
        <w:spacing w:after="60" w:line="266" w:lineRule="auto"/>
        <w:ind w:firstLine="331"/>
        <w:jc w:val="both"/>
      </w:pPr>
      <w:r>
        <w:rPr>
          <w:rFonts w:ascii="Georgia" w:hAnsi="Georgia"/>
          <w:b w:val="0"/>
          <w:i w:val="0"/>
          <w:color w:val="22201D"/>
          <w:sz w:val="20"/>
        </w:rPr>
        <w:t>He smelled onions overcooked because no one had said they disliked onions until the pan had made the decision irreversible.</w:t>
      </w:r>
    </w:p>
    <w:p>
      <w:pPr>
        <w:spacing w:after="60" w:line="266" w:lineRule="auto"/>
        <w:ind w:firstLine="331"/>
        <w:jc w:val="both"/>
      </w:pPr>
      <w:r>
        <w:rPr>
          <w:rFonts w:ascii="Georgia" w:hAnsi="Georgia"/>
          <w:b w:val="0"/>
          <w:i w:val="0"/>
          <w:color w:val="22201D"/>
          <w:sz w:val="20"/>
        </w:rPr>
        <w:t>He remembered himself saying, "I'm easy."</w:t>
      </w:r>
    </w:p>
    <w:p>
      <w:pPr>
        <w:spacing w:after="60" w:line="266" w:lineRule="auto"/>
        <w:ind w:firstLine="331"/>
        <w:jc w:val="both"/>
      </w:pPr>
      <w:r>
        <w:rPr>
          <w:rFonts w:ascii="Georgia" w:hAnsi="Georgia"/>
          <w:b w:val="0"/>
          <w:i w:val="0"/>
          <w:color w:val="22201D"/>
          <w:sz w:val="20"/>
        </w:rPr>
        <w:t>The jar tightened.</w:t>
      </w:r>
    </w:p>
    <w:p>
      <w:pPr>
        <w:spacing w:after="60" w:line="266" w:lineRule="auto"/>
        <w:ind w:firstLine="331"/>
        <w:jc w:val="both"/>
      </w:pPr>
      <w:r>
        <w:rPr>
          <w:rFonts w:ascii="Georgia" w:hAnsi="Georgia"/>
          <w:b w:val="0"/>
          <w:i w:val="0"/>
          <w:color w:val="22201D"/>
          <w:sz w:val="20"/>
        </w:rPr>
        <w:t>The Hostess raised one eyebrow.</w:t>
      </w:r>
    </w:p>
    <w:p>
      <w:pPr>
        <w:spacing w:after="60" w:line="266" w:lineRule="auto"/>
        <w:ind w:firstLine="331"/>
        <w:jc w:val="both"/>
      </w:pPr>
      <w:r>
        <w:rPr>
          <w:rFonts w:ascii="Georgia" w:hAnsi="Georgia"/>
          <w:b w:val="0"/>
          <w:i w:val="0"/>
          <w:color w:val="22201D"/>
          <w:sz w:val="20"/>
        </w:rPr>
        <w:t>Flocc said, "I meant I wanted someone else to choose so I could object privately."</w:t>
      </w:r>
    </w:p>
    <w:p>
      <w:pPr>
        <w:spacing w:after="60" w:line="266" w:lineRule="auto"/>
        <w:ind w:firstLine="331"/>
        <w:jc w:val="both"/>
      </w:pPr>
      <w:r>
        <w:rPr>
          <w:rFonts w:ascii="Georgia" w:hAnsi="Georgia"/>
          <w:b w:val="0"/>
          <w:i w:val="0"/>
          <w:color w:val="22201D"/>
          <w:sz w:val="20"/>
        </w:rPr>
        <w:t>The jar opened.</w:t>
      </w:r>
    </w:p>
    <w:p>
      <w:pPr>
        <w:spacing w:after="60" w:line="266" w:lineRule="auto"/>
        <w:ind w:firstLine="331"/>
        <w:jc w:val="both"/>
      </w:pPr>
      <w:r>
        <w:rPr>
          <w:rFonts w:ascii="Georgia" w:hAnsi="Georgia"/>
          <w:b w:val="0"/>
          <w:i w:val="0"/>
          <w:color w:val="22201D"/>
          <w:sz w:val="20"/>
        </w:rPr>
        <w:t>Macaroni shifted inside with dry approval.</w:t>
      </w:r>
    </w:p>
    <w:p>
      <w:pPr>
        <w:spacing w:after="60" w:line="266" w:lineRule="auto"/>
        <w:ind w:firstLine="331"/>
        <w:jc w:val="both"/>
      </w:pPr>
      <w:r>
        <w:rPr>
          <w:rFonts w:ascii="Georgia" w:hAnsi="Georgia"/>
          <w:b w:val="0"/>
          <w:i w:val="0"/>
          <w:color w:val="22201D"/>
          <w:sz w:val="20"/>
        </w:rPr>
        <w:t>"Better," the Hostess said.</w:t>
      </w:r>
    </w:p>
    <w:p>
      <w:pPr>
        <w:spacing w:after="60" w:line="266" w:lineRule="auto"/>
        <w:ind w:firstLine="331"/>
        <w:jc w:val="both"/>
      </w:pPr>
      <w:r>
        <w:rPr>
          <w:rFonts w:ascii="Georgia" w:hAnsi="Georgia"/>
          <w:b w:val="0"/>
          <w:i w:val="0"/>
          <w:color w:val="22201D"/>
          <w:sz w:val="20"/>
        </w:rPr>
        <w:t>"That is a terrible better."</w:t>
      </w:r>
    </w:p>
    <w:p>
      <w:pPr>
        <w:spacing w:after="60" w:line="266" w:lineRule="auto"/>
        <w:ind w:firstLine="331"/>
        <w:jc w:val="both"/>
      </w:pPr>
      <w:r>
        <w:rPr>
          <w:rFonts w:ascii="Georgia" w:hAnsi="Georgia"/>
          <w:b w:val="0"/>
          <w:i w:val="0"/>
          <w:color w:val="22201D"/>
          <w:sz w:val="20"/>
        </w:rPr>
        <w:t>"Most useful betters are."</w:t>
      </w:r>
    </w:p>
    <w:p>
      <w:pPr>
        <w:spacing w:after="60" w:line="266" w:lineRule="auto"/>
        <w:ind w:firstLine="331"/>
        <w:jc w:val="both"/>
      </w:pPr>
      <w:r>
        <w:rPr>
          <w:rFonts w:ascii="Georgia" w:hAnsi="Georgia"/>
          <w:b w:val="0"/>
          <w:i w:val="0"/>
          <w:color w:val="22201D"/>
          <w:sz w:val="20"/>
        </w:rPr>
        <w:t>She labeled it:</w:t>
      </w:r>
    </w:p>
    <w:p>
      <w:pPr>
        <w:spacing w:after="60" w:line="250" w:lineRule="auto"/>
        <w:ind w:left="202" w:right="173"/>
      </w:pPr>
      <w:r>
        <w:rPr>
          <w:rFonts w:ascii="Georgia" w:hAnsi="Georgia"/>
          <w:b w:val="0"/>
          <w:i w:val="0"/>
          <w:color w:val="22201D"/>
          <w:sz w:val="17"/>
        </w:rPr>
        <w:t>WHATEVER WORKS Meaning admitted: I wanted someone else to choose so I could object privately.</w:t>
      </w:r>
    </w:p>
    <w:p>
      <w:pPr>
        <w:spacing w:after="60" w:line="266" w:lineRule="auto"/>
        <w:ind w:firstLine="331"/>
        <w:jc w:val="both"/>
      </w:pPr>
      <w:r>
        <w:rPr>
          <w:rFonts w:ascii="Georgia" w:hAnsi="Georgia"/>
          <w:b w:val="0"/>
          <w:i w:val="0"/>
          <w:color w:val="22201D"/>
          <w:sz w:val="20"/>
        </w:rPr>
        <w:t>The shelf accepted it.</w:t>
      </w:r>
    </w:p>
    <w:p>
      <w:pPr>
        <w:spacing w:after="60" w:line="266" w:lineRule="auto"/>
        <w:ind w:firstLine="331"/>
        <w:jc w:val="both"/>
      </w:pPr>
      <w:r>
        <w:rPr>
          <w:rFonts w:ascii="Georgia" w:hAnsi="Georgia"/>
          <w:b w:val="0"/>
          <w:i w:val="0"/>
          <w:color w:val="22201D"/>
          <w:sz w:val="20"/>
        </w:rPr>
        <w:t>Two neighboring jars moved away from it, making room as if embarrassed by association.</w:t>
      </w:r>
    </w:p>
    <w:p>
      <w:pPr>
        <w:spacing w:after="60" w:line="266" w:lineRule="auto"/>
        <w:ind w:firstLine="331"/>
        <w:jc w:val="both"/>
      </w:pPr>
      <w:r>
        <w:rPr>
          <w:rFonts w:ascii="Georgia" w:hAnsi="Georgia"/>
          <w:b w:val="0"/>
          <w:i w:val="0"/>
          <w:color w:val="22201D"/>
          <w:sz w:val="20"/>
        </w:rPr>
        <w:t>At the table, the almost-Voidberry jar pulsed once.</w:t>
      </w:r>
    </w:p>
    <w:p>
      <w:pPr>
        <w:spacing w:after="60" w:line="266" w:lineRule="auto"/>
        <w:ind w:firstLine="331"/>
        <w:jc w:val="both"/>
      </w:pPr>
      <w:r>
        <w:rPr>
          <w:rFonts w:ascii="Georgia" w:hAnsi="Georgia"/>
          <w:b w:val="0"/>
          <w:i w:val="0"/>
          <w:color w:val="22201D"/>
          <w:sz w:val="20"/>
        </w:rPr>
        <w:t>Flocc noticed.</w:t>
      </w:r>
    </w:p>
    <w:p>
      <w:pPr>
        <w:spacing w:after="60" w:line="266" w:lineRule="auto"/>
        <w:ind w:firstLine="331"/>
        <w:jc w:val="both"/>
      </w:pPr>
      <w:r>
        <w:rPr>
          <w:rFonts w:ascii="Georgia" w:hAnsi="Georgia"/>
          <w:b w:val="0"/>
          <w:i w:val="0"/>
          <w:color w:val="22201D"/>
          <w:sz w:val="20"/>
        </w:rPr>
        <w:t>"It reacts when meanings are admitted."</w:t>
      </w:r>
    </w:p>
    <w:p>
      <w:pPr>
        <w:spacing w:after="60" w:line="266" w:lineRule="auto"/>
        <w:ind w:firstLine="331"/>
        <w:jc w:val="both"/>
      </w:pPr>
      <w:r>
        <w:rPr>
          <w:rFonts w:ascii="Georgia" w:hAnsi="Georgia"/>
          <w:b w:val="0"/>
          <w:i w:val="0"/>
          <w:color w:val="22201D"/>
          <w:sz w:val="20"/>
        </w:rPr>
        <w:t>"It has been sweetened with evasion," the Hostess said. "Plain language changes its flavor."</w:t>
      </w:r>
    </w:p>
    <w:p>
      <w:pPr>
        <w:spacing w:after="60" w:line="266" w:lineRule="auto"/>
        <w:ind w:firstLine="331"/>
        <w:jc w:val="both"/>
      </w:pPr>
      <w:r>
        <w:rPr>
          <w:rFonts w:ascii="Georgia" w:hAnsi="Georgia"/>
          <w:b w:val="0"/>
          <w:i w:val="0"/>
          <w:color w:val="22201D"/>
          <w:sz w:val="20"/>
        </w:rPr>
        <w:t>"Is that good?"</w:t>
      </w:r>
    </w:p>
    <w:p>
      <w:pPr>
        <w:spacing w:after="60" w:line="266" w:lineRule="auto"/>
        <w:ind w:firstLine="331"/>
        <w:jc w:val="both"/>
      </w:pPr>
      <w:r>
        <w:rPr>
          <w:rFonts w:ascii="Georgia" w:hAnsi="Georgia"/>
          <w:b w:val="0"/>
          <w:i w:val="0"/>
          <w:color w:val="22201D"/>
          <w:sz w:val="20"/>
        </w:rPr>
        <w:t>"It is necessary."</w:t>
      </w:r>
    </w:p>
    <w:p>
      <w:pPr>
        <w:spacing w:after="60" w:line="266" w:lineRule="auto"/>
        <w:ind w:firstLine="331"/>
        <w:jc w:val="both"/>
      </w:pPr>
      <w:r>
        <w:rPr>
          <w:rFonts w:ascii="Georgia" w:hAnsi="Georgia"/>
          <w:b w:val="0"/>
          <w:i w:val="0"/>
          <w:color w:val="22201D"/>
          <w:sz w:val="20"/>
        </w:rPr>
        <w:t>The jar's label flickered.</w:t>
      </w:r>
    </w:p>
    <w:p>
      <w:pPr>
        <w:spacing w:after="60" w:line="266" w:lineRule="auto"/>
        <w:ind w:firstLine="331"/>
        <w:jc w:val="both"/>
      </w:pPr>
      <w:r>
        <w:rPr>
          <w:rFonts w:ascii="Georgia" w:hAnsi="Georgia"/>
          <w:b w:val="0"/>
          <w:i w:val="0"/>
          <w:color w:val="22201D"/>
          <w:sz w:val="20"/>
        </w:rPr>
        <w:t>For half a second, VOIDBERRY FAT_ALII became:</w:t>
      </w:r>
    </w:p>
    <w:p>
      <w:pPr>
        <w:spacing w:after="60" w:line="250" w:lineRule="auto"/>
        <w:ind w:left="202" w:right="173"/>
      </w:pPr>
      <w:r>
        <w:rPr>
          <w:rFonts w:ascii="Georgia" w:hAnsi="Georgia"/>
          <w:b w:val="0"/>
          <w:i w:val="0"/>
          <w:color w:val="22201D"/>
          <w:sz w:val="17"/>
        </w:rPr>
        <w:t>VOIDBERRY FATALII</w:t>
      </w:r>
    </w:p>
    <w:p>
      <w:pPr>
        <w:spacing w:after="60" w:line="266" w:lineRule="auto"/>
        <w:ind w:firstLine="331"/>
        <w:jc w:val="both"/>
      </w:pPr>
      <w:r>
        <w:rPr>
          <w:rFonts w:ascii="Georgia" w:hAnsi="Georgia"/>
          <w:b w:val="0"/>
          <w:i w:val="0"/>
          <w:color w:val="22201D"/>
          <w:sz w:val="20"/>
        </w:rPr>
        <w:t>Then the underscore returned.</w:t>
      </w:r>
    </w:p>
    <w:p>
      <w:pPr>
        <w:spacing w:after="60" w:line="266" w:lineRule="auto"/>
        <w:ind w:firstLine="331"/>
        <w:jc w:val="both"/>
      </w:pPr>
      <w:r>
        <w:rPr>
          <w:rFonts w:ascii="Georgia" w:hAnsi="Georgia"/>
          <w:b w:val="0"/>
          <w:i w:val="0"/>
          <w:color w:val="22201D"/>
          <w:sz w:val="20"/>
        </w:rPr>
        <w:t>The Hostess saw it.</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"Chapter Three?"</w:t>
      </w:r>
    </w:p>
    <w:p>
      <w:pPr>
        <w:spacing w:after="60" w:line="266" w:lineRule="auto"/>
        <w:ind w:firstLine="331"/>
        <w:jc w:val="both"/>
      </w:pPr>
      <w:r>
        <w:rPr>
          <w:rFonts w:ascii="Georgia" w:hAnsi="Georgia"/>
          <w:b w:val="0"/>
          <w:i w:val="0"/>
          <w:color w:val="22201D"/>
          <w:sz w:val="20"/>
        </w:rPr>
        <w:t>"If the pantry permits the schedule."</w:t>
      </w:r>
    </w:p>
    <w:p>
      <w:pPr>
        <w:spacing w:after="60" w:line="266" w:lineRule="auto"/>
        <w:ind w:firstLine="331"/>
        <w:jc w:val="both"/>
      </w:pPr>
      <w:r>
        <w:rPr>
          <w:rFonts w:ascii="Georgia" w:hAnsi="Georgia"/>
          <w:b w:val="0"/>
          <w:i w:val="0"/>
          <w:color w:val="22201D"/>
          <w:sz w:val="20"/>
        </w:rPr>
        <w:t>The overhead light buzzed.</w:t>
      </w:r>
    </w:p>
    <w:p>
      <w:pPr>
        <w:spacing w:after="60" w:line="266" w:lineRule="auto"/>
        <w:ind w:firstLine="331"/>
        <w:jc w:val="both"/>
      </w:pPr>
      <w:r>
        <w:rPr>
          <w:rFonts w:ascii="Georgia" w:hAnsi="Georgia"/>
          <w:b w:val="0"/>
          <w:i w:val="0"/>
          <w:color w:val="22201D"/>
          <w:sz w:val="20"/>
        </w:rPr>
        <w:t>A shelf tag from the far end of the aisle flew loose and slid across the floor to Flocc's shoe.</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IF YOU WANT Contents: I want you to want what I cannot ask for Use by: immediately</w:t>
      </w:r>
    </w:p>
    <w:p>
      <w:pPr>
        <w:spacing w:after="60" w:line="266" w:lineRule="auto"/>
        <w:ind w:firstLine="331"/>
        <w:jc w:val="both"/>
      </w:pPr>
      <w:r>
        <w:rPr>
          <w:rFonts w:ascii="Georgia" w:hAnsi="Georgia"/>
          <w:b w:val="0"/>
          <w:i w:val="0"/>
          <w:color w:val="22201D"/>
          <w:sz w:val="20"/>
        </w:rPr>
        <w:t>The Hostess grew still.</w:t>
      </w:r>
    </w:p>
    <w:p>
      <w:pPr>
        <w:spacing w:after="60" w:line="266" w:lineRule="auto"/>
        <w:ind w:firstLine="331"/>
        <w:jc w:val="both"/>
      </w:pPr>
      <w:r>
        <w:rPr>
          <w:rFonts w:ascii="Georgia" w:hAnsi="Georgia"/>
          <w:b w:val="0"/>
          <w:i w:val="0"/>
          <w:color w:val="22201D"/>
          <w:sz w:val="20"/>
        </w:rPr>
        <w:t>Flocc bent and picked it up.</w:t>
      </w:r>
    </w:p>
    <w:p>
      <w:pPr>
        <w:spacing w:after="60" w:line="266" w:lineRule="auto"/>
        <w:ind w:firstLine="331"/>
        <w:jc w:val="both"/>
      </w:pPr>
      <w:r>
        <w:rPr>
          <w:rFonts w:ascii="Georgia" w:hAnsi="Georgia"/>
          <w:b w:val="0"/>
          <w:i w:val="0"/>
          <w:color w:val="22201D"/>
          <w:sz w:val="20"/>
        </w:rPr>
        <w:t>"This one has no jar."</w:t>
      </w:r>
    </w:p>
    <w:p>
      <w:pPr>
        <w:spacing w:after="60" w:line="266" w:lineRule="auto"/>
        <w:ind w:firstLine="331"/>
        <w:jc w:val="both"/>
      </w:pPr>
      <w:r>
        <w:rPr>
          <w:rFonts w:ascii="Georgia" w:hAnsi="Georgia"/>
          <w:b w:val="0"/>
          <w:i w:val="0"/>
          <w:color w:val="22201D"/>
          <w:sz w:val="20"/>
        </w:rPr>
        <w:t>"It has too many."</w:t>
      </w:r>
    </w:p>
    <w:p>
      <w:pPr>
        <w:spacing w:after="60" w:line="266" w:lineRule="auto"/>
        <w:ind w:firstLine="331"/>
        <w:jc w:val="both"/>
      </w:pPr>
      <w:r>
        <w:rPr>
          <w:rFonts w:ascii="Georgia" w:hAnsi="Georgia"/>
          <w:b w:val="0"/>
          <w:i w:val="0"/>
          <w:color w:val="22201D"/>
          <w:sz w:val="20"/>
        </w:rPr>
        <w:t>The shelves labeled IF YOU WANT were full of mismatched containers: jam jars, tins, spice bottles, paper sacks, a chipped teacup covered with wax paper, one pickle jar that contained folded notes instead of pickles.</w:t>
      </w:r>
    </w:p>
    <w:p>
      <w:pPr>
        <w:spacing w:after="60" w:line="266" w:lineRule="auto"/>
        <w:ind w:firstLine="331"/>
        <w:jc w:val="both"/>
      </w:pPr>
      <w:r>
        <w:rPr>
          <w:rFonts w:ascii="Georgia" w:hAnsi="Georgia"/>
          <w:b w:val="0"/>
          <w:i w:val="0"/>
          <w:color w:val="22201D"/>
          <w:sz w:val="20"/>
        </w:rPr>
        <w:t>Every container faced away.</w:t>
      </w:r>
    </w:p>
    <w:p>
      <w:pPr>
        <w:spacing w:after="60" w:line="266" w:lineRule="auto"/>
        <w:ind w:firstLine="331"/>
        <w:jc w:val="both"/>
      </w:pPr>
      <w:r>
        <w:rPr>
          <w:rFonts w:ascii="Georgia" w:hAnsi="Georgia"/>
          <w:b w:val="0"/>
          <w:i w:val="0"/>
          <w:color w:val="22201D"/>
          <w:sz w:val="20"/>
        </w:rPr>
        <w:t>"Why are the labels turned around?"</w:t>
      </w:r>
    </w:p>
    <w:p>
      <w:pPr>
        <w:spacing w:after="60" w:line="266" w:lineRule="auto"/>
        <w:ind w:firstLine="331"/>
        <w:jc w:val="both"/>
      </w:pPr>
      <w:r>
        <w:rPr>
          <w:rFonts w:ascii="Georgia" w:hAnsi="Georgia"/>
          <w:b w:val="0"/>
          <w:i w:val="0"/>
          <w:color w:val="22201D"/>
          <w:sz w:val="20"/>
        </w:rPr>
        <w:t>"Because no one wanted to know which want belonged to whom."</w:t>
      </w:r>
    </w:p>
    <w:p>
      <w:pPr>
        <w:spacing w:after="60" w:line="266" w:lineRule="auto"/>
        <w:ind w:firstLine="331"/>
        <w:jc w:val="both"/>
      </w:pPr>
      <w:r>
        <w:rPr>
          <w:rFonts w:ascii="Georgia" w:hAnsi="Georgia"/>
          <w:b w:val="0"/>
          <w:i w:val="0"/>
          <w:color w:val="22201D"/>
          <w:sz w:val="20"/>
        </w:rPr>
        <w:t>"And I am supposed to say what I meant?"</w:t>
      </w:r>
    </w:p>
    <w:p>
      <w:pPr>
        <w:spacing w:after="60" w:line="266" w:lineRule="auto"/>
        <w:ind w:firstLine="331"/>
        <w:jc w:val="both"/>
      </w:pPr>
      <w:r>
        <w:rPr>
          <w:rFonts w:ascii="Georgia" w:hAnsi="Georgia"/>
          <w:b w:val="0"/>
          <w:i w:val="0"/>
          <w:color w:val="22201D"/>
          <w:sz w:val="20"/>
        </w:rPr>
        <w:t>"Not all of it."</w:t>
      </w:r>
    </w:p>
    <w:p>
      <w:pPr>
        <w:spacing w:after="60" w:line="266" w:lineRule="auto"/>
        <w:ind w:firstLine="331"/>
        <w:jc w:val="both"/>
      </w:pPr>
      <w:r>
        <w:rPr>
          <w:rFonts w:ascii="Georgia" w:hAnsi="Georgia"/>
          <w:b w:val="0"/>
          <w:i w:val="0"/>
          <w:color w:val="22201D"/>
          <w:sz w:val="20"/>
        </w:rPr>
        <w:t>That answer surprised him.</w:t>
      </w:r>
    </w:p>
    <w:p>
      <w:pPr>
        <w:spacing w:after="60" w:line="266" w:lineRule="auto"/>
        <w:ind w:firstLine="331"/>
        <w:jc w:val="both"/>
      </w:pPr>
      <w:r>
        <w:rPr>
          <w:rFonts w:ascii="Georgia" w:hAnsi="Georgia"/>
          <w:b w:val="0"/>
          <w:i w:val="0"/>
          <w:color w:val="22201D"/>
          <w:sz w:val="20"/>
        </w:rPr>
        <w:t>The Hostess took the tag gently.</w:t>
      </w:r>
    </w:p>
    <w:p>
      <w:pPr>
        <w:spacing w:after="60" w:line="266" w:lineRule="auto"/>
        <w:ind w:firstLine="331"/>
        <w:jc w:val="both"/>
      </w:pPr>
      <w:r>
        <w:rPr>
          <w:rFonts w:ascii="Georgia" w:hAnsi="Georgia"/>
          <w:b w:val="0"/>
          <w:i w:val="0"/>
          <w:color w:val="22201D"/>
          <w:sz w:val="20"/>
        </w:rPr>
        <w:t>"This shelf is dangerous because people confuse plain language with total exposure. Saying what you meant does not require emptying every private drawer onto the floor."</w:t>
      </w:r>
    </w:p>
    <w:p>
      <w:pPr>
        <w:spacing w:after="60" w:line="266" w:lineRule="auto"/>
        <w:ind w:firstLine="331"/>
        <w:jc w:val="both"/>
      </w:pPr>
      <w:r>
        <w:rPr>
          <w:rFonts w:ascii="Georgia" w:hAnsi="Georgia"/>
          <w:b w:val="0"/>
          <w:i w:val="0"/>
          <w:color w:val="22201D"/>
          <w:sz w:val="20"/>
        </w:rPr>
        <w:t>Flocc looked at the shelf.</w:t>
      </w:r>
    </w:p>
    <w:p>
      <w:pPr>
        <w:spacing w:after="60" w:line="266" w:lineRule="auto"/>
        <w:ind w:firstLine="331"/>
        <w:jc w:val="both"/>
      </w:pPr>
      <w:r>
        <w:rPr>
          <w:rFonts w:ascii="Georgia" w:hAnsi="Georgia"/>
          <w:b w:val="0"/>
          <w:i w:val="0"/>
          <w:color w:val="22201D"/>
          <w:sz w:val="20"/>
        </w:rPr>
        <w:t>"Then what does it require?"</w:t>
      </w:r>
    </w:p>
    <w:p>
      <w:pPr>
        <w:spacing w:after="60" w:line="266" w:lineRule="auto"/>
        <w:ind w:firstLine="331"/>
        <w:jc w:val="both"/>
      </w:pPr>
      <w:r>
        <w:rPr>
          <w:rFonts w:ascii="Georgia" w:hAnsi="Georgia"/>
          <w:b w:val="0"/>
          <w:i w:val="0"/>
          <w:color w:val="22201D"/>
          <w:sz w:val="20"/>
        </w:rPr>
        <w:t>"Enough truth for the other person to consent to the real situation."</w:t>
      </w:r>
    </w:p>
    <w:p>
      <w:pPr>
        <w:spacing w:after="60" w:line="266" w:lineRule="auto"/>
        <w:ind w:firstLine="331"/>
        <w:jc w:val="both"/>
      </w:pPr>
      <w:r>
        <w:rPr>
          <w:rFonts w:ascii="Georgia" w:hAnsi="Georgia"/>
          <w:b w:val="0"/>
          <w:i w:val="0"/>
          <w:color w:val="22201D"/>
          <w:sz w:val="20"/>
        </w:rPr>
        <w:t>The locked cabinet from the previous aisle clicked somewhere behind them.</w:t>
      </w:r>
    </w:p>
    <w:p>
      <w:pPr>
        <w:spacing w:after="60" w:line="266" w:lineRule="auto"/>
        <w:ind w:firstLine="331"/>
        <w:jc w:val="both"/>
      </w:pPr>
      <w:r>
        <w:rPr>
          <w:rFonts w:ascii="Georgia" w:hAnsi="Georgia"/>
          <w:b w:val="0"/>
          <w:i w:val="0"/>
          <w:color w:val="22201D"/>
          <w:sz w:val="20"/>
        </w:rPr>
        <w:t>Flocc did not turn.</w:t>
      </w:r>
    </w:p>
    <w:p>
      <w:pPr>
        <w:spacing w:after="60" w:line="266" w:lineRule="auto"/>
        <w:ind w:firstLine="331"/>
        <w:jc w:val="both"/>
      </w:pPr>
      <w:r>
        <w:rPr>
          <w:rFonts w:ascii="Georgia" w:hAnsi="Georgia"/>
          <w:b w:val="0"/>
          <w:i w:val="0"/>
          <w:color w:val="22201D"/>
          <w:sz w:val="20"/>
        </w:rPr>
        <w:t>The pantry was building a system, not a spectacle.</w:t>
      </w:r>
    </w:p>
    <w:p>
      <w:pPr>
        <w:spacing w:after="60" w:line="266" w:lineRule="auto"/>
        <w:ind w:firstLine="331"/>
        <w:jc w:val="both"/>
      </w:pPr>
      <w:r>
        <w:rPr>
          <w:rFonts w:ascii="Georgia" w:hAnsi="Georgia"/>
          <w:b w:val="0"/>
          <w:i w:val="0"/>
          <w:color w:val="22201D"/>
          <w:sz w:val="20"/>
        </w:rPr>
        <w:t>He chose one container: the pickle jar with folded notes.</w:t>
      </w:r>
    </w:p>
    <w:p>
      <w:pPr>
        <w:spacing w:after="60" w:line="266" w:lineRule="auto"/>
        <w:ind w:firstLine="331"/>
        <w:jc w:val="both"/>
      </w:pPr>
      <w:r>
        <w:rPr>
          <w:rFonts w:ascii="Georgia" w:hAnsi="Georgia"/>
          <w:b w:val="0"/>
          <w:i w:val="0"/>
          <w:color w:val="22201D"/>
          <w:sz w:val="20"/>
        </w:rPr>
        <w:t>Its lid had been opened often enough that the metal had warped.</w:t>
      </w:r>
    </w:p>
    <w:p>
      <w:pPr>
        <w:spacing w:after="60" w:line="266" w:lineRule="auto"/>
        <w:ind w:firstLine="331"/>
        <w:jc w:val="both"/>
      </w:pPr>
      <w:r>
        <w:rPr>
          <w:rFonts w:ascii="Georgia" w:hAnsi="Georgia"/>
          <w:b w:val="0"/>
          <w:i w:val="0"/>
          <w:color w:val="22201D"/>
          <w:sz w:val="20"/>
        </w:rPr>
        <w:t>The front note inside read:</w:t>
      </w:r>
    </w:p>
    <w:p>
      <w:pPr>
        <w:spacing w:after="60" w:line="250" w:lineRule="auto"/>
        <w:ind w:left="202" w:right="173"/>
      </w:pPr>
      <w:r>
        <w:rPr>
          <w:rFonts w:ascii="Georgia" w:hAnsi="Georgia"/>
          <w:b w:val="0"/>
          <w:i w:val="0"/>
          <w:color w:val="22201D"/>
          <w:sz w:val="17"/>
        </w:rPr>
        <w:t>if you want</w:t>
      </w:r>
    </w:p>
    <w:p>
      <w:pPr>
        <w:spacing w:after="60" w:line="266" w:lineRule="auto"/>
        <w:ind w:firstLine="331"/>
        <w:jc w:val="both"/>
      </w:pPr>
      <w:r>
        <w:rPr>
          <w:rFonts w:ascii="Georgia" w:hAnsi="Georgia"/>
          <w:b w:val="0"/>
          <w:i w:val="0"/>
          <w:color w:val="22201D"/>
          <w:sz w:val="20"/>
        </w:rPr>
        <w:t>lowercase, no period.</w:t>
      </w:r>
    </w:p>
    <w:p>
      <w:pPr>
        <w:spacing w:after="60" w:line="266" w:lineRule="auto"/>
        <w:ind w:firstLine="331"/>
        <w:jc w:val="both"/>
      </w:pPr>
      <w:r>
        <w:rPr>
          <w:rFonts w:ascii="Georgia" w:hAnsi="Georgia"/>
          <w:b w:val="0"/>
          <w:i w:val="0"/>
          <w:color w:val="22201D"/>
          <w:sz w:val="20"/>
        </w:rPr>
        <w:t>Flocc opened the jar.</w:t>
      </w:r>
    </w:p>
    <w:p>
      <w:pPr>
        <w:spacing w:after="60" w:line="266" w:lineRule="auto"/>
        <w:ind w:firstLine="331"/>
        <w:jc w:val="both"/>
      </w:pPr>
      <w:r>
        <w:rPr>
          <w:rFonts w:ascii="Georgia" w:hAnsi="Georgia"/>
          <w:b w:val="0"/>
          <w:i w:val="0"/>
          <w:color w:val="22201D"/>
          <w:sz w:val="20"/>
        </w:rPr>
        <w:t>The pantry allowed it.</w:t>
      </w:r>
    </w:p>
    <w:p>
      <w:pPr>
        <w:spacing w:after="60" w:line="266" w:lineRule="auto"/>
        <w:ind w:firstLine="331"/>
        <w:jc w:val="both"/>
      </w:pPr>
      <w:r>
        <w:rPr>
          <w:rFonts w:ascii="Georgia" w:hAnsi="Georgia"/>
          <w:b w:val="0"/>
          <w:i w:val="0"/>
          <w:color w:val="22201D"/>
          <w:sz w:val="20"/>
        </w:rPr>
        <w:t>The first folded note unfolded itself.</w:t>
      </w:r>
    </w:p>
    <w:p>
      <w:pPr>
        <w:spacing w:after="60" w:line="250" w:lineRule="auto"/>
        <w:ind w:left="202" w:right="173"/>
      </w:pPr>
      <w:r>
        <w:rPr>
          <w:rFonts w:ascii="Georgia" w:hAnsi="Georgia"/>
          <w:b w:val="0"/>
          <w:i w:val="0"/>
          <w:color w:val="22201D"/>
          <w:sz w:val="17"/>
        </w:rPr>
        <w:t>I wanted you to offer so I would not have to risk asking.</w:t>
      </w:r>
    </w:p>
    <w:p>
      <w:pPr>
        <w:spacing w:after="60" w:line="266" w:lineRule="auto"/>
        <w:ind w:firstLine="331"/>
        <w:jc w:val="both"/>
      </w:pPr>
      <w:r>
        <w:rPr>
          <w:rFonts w:ascii="Georgia" w:hAnsi="Georgia"/>
          <w:b w:val="0"/>
          <w:i w:val="0"/>
          <w:color w:val="22201D"/>
          <w:sz w:val="20"/>
        </w:rPr>
        <w:t>The second:</w:t>
      </w:r>
    </w:p>
    <w:p>
      <w:pPr>
        <w:spacing w:after="60" w:line="250" w:lineRule="auto"/>
        <w:ind w:left="202" w:right="173"/>
      </w:pPr>
      <w:r>
        <w:rPr>
          <w:rFonts w:ascii="Georgia" w:hAnsi="Georgia"/>
          <w:b w:val="0"/>
          <w:i w:val="0"/>
          <w:color w:val="22201D"/>
          <w:sz w:val="17"/>
        </w:rPr>
        <w:t>I wanted to be chosen without admitting I was waiting.</w:t>
      </w:r>
    </w:p>
    <w:p>
      <w:pPr>
        <w:spacing w:after="60" w:line="266" w:lineRule="auto"/>
        <w:ind w:firstLine="331"/>
        <w:jc w:val="both"/>
      </w:pPr>
      <w:r>
        <w:rPr>
          <w:rFonts w:ascii="Georgia" w:hAnsi="Georgia"/>
          <w:b w:val="0"/>
          <w:i w:val="0"/>
          <w:color w:val="22201D"/>
          <w:sz w:val="20"/>
        </w:rPr>
        <w:t>The third:</w:t>
      </w:r>
    </w:p>
    <w:p>
      <w:pPr>
        <w:spacing w:after="60" w:line="250" w:lineRule="auto"/>
        <w:ind w:left="202" w:right="173"/>
      </w:pPr>
      <w:r>
        <w:rPr>
          <w:rFonts w:ascii="Georgia" w:hAnsi="Georgia"/>
          <w:b w:val="0"/>
          <w:i w:val="0"/>
          <w:color w:val="22201D"/>
          <w:sz w:val="17"/>
        </w:rPr>
        <w:t>I wanted a yes I could pretend was your idea.</w:t>
      </w:r>
    </w:p>
    <w:p>
      <w:pPr>
        <w:spacing w:after="60" w:line="266" w:lineRule="auto"/>
        <w:ind w:firstLine="331"/>
        <w:jc w:val="both"/>
      </w:pPr>
      <w:r>
        <w:rPr>
          <w:rFonts w:ascii="Georgia" w:hAnsi="Georgia"/>
          <w:b w:val="0"/>
          <w:i w:val="0"/>
          <w:color w:val="22201D"/>
          <w:sz w:val="20"/>
        </w:rPr>
        <w:t>Flocc set the notes on the table.</w:t>
      </w:r>
    </w:p>
    <w:p>
      <w:pPr>
        <w:spacing w:after="60" w:line="266" w:lineRule="auto"/>
        <w:ind w:firstLine="331"/>
        <w:jc w:val="both"/>
      </w:pPr>
      <w:r>
        <w:rPr>
          <w:rFonts w:ascii="Georgia" w:hAnsi="Georgia"/>
          <w:b w:val="0"/>
          <w:i w:val="0"/>
          <w:color w:val="22201D"/>
          <w:sz w:val="20"/>
        </w:rPr>
        <w:t>The Hostess gave him a new label.</w:t>
      </w:r>
    </w:p>
    <w:p>
      <w:pPr>
        <w:spacing w:after="60" w:line="266" w:lineRule="auto"/>
        <w:ind w:firstLine="331"/>
        <w:jc w:val="both"/>
      </w:pPr>
      <w:r>
        <w:rPr>
          <w:rFonts w:ascii="Georgia" w:hAnsi="Georgia"/>
          <w:b w:val="0"/>
          <w:i w:val="0"/>
          <w:color w:val="22201D"/>
          <w:sz w:val="20"/>
        </w:rPr>
        <w:t>"Not yours?" she asked.</w:t>
      </w:r>
    </w:p>
    <w:p>
      <w:pPr>
        <w:spacing w:after="60" w:line="266" w:lineRule="auto"/>
        <w:ind w:firstLine="331"/>
        <w:jc w:val="both"/>
      </w:pPr>
      <w:r>
        <w:rPr>
          <w:rFonts w:ascii="Georgia" w:hAnsi="Georgia"/>
          <w:b w:val="0"/>
          <w:i w:val="0"/>
          <w:color w:val="22201D"/>
          <w:sz w:val="20"/>
        </w:rPr>
        <w:t>He thought of Mara.</w:t>
      </w:r>
    </w:p>
    <w:p>
      <w:pPr>
        <w:spacing w:after="60" w:line="266" w:lineRule="auto"/>
        <w:ind w:firstLine="331"/>
        <w:jc w:val="both"/>
      </w:pPr>
      <w:r>
        <w:rPr>
          <w:rFonts w:ascii="Georgia" w:hAnsi="Georgia"/>
          <w:b w:val="0"/>
          <w:i w:val="0"/>
          <w:color w:val="22201D"/>
          <w:sz w:val="20"/>
        </w:rPr>
        <w:t>Then did not use her name to hide the answer.</w:t>
      </w:r>
    </w:p>
    <w:p>
      <w:pPr>
        <w:spacing w:after="60" w:line="266" w:lineRule="auto"/>
        <w:ind w:firstLine="331"/>
        <w:jc w:val="both"/>
      </w:pPr>
      <w:r>
        <w:rPr>
          <w:rFonts w:ascii="Georgia" w:hAnsi="Georgia"/>
          <w:b w:val="0"/>
          <w:i w:val="0"/>
          <w:color w:val="22201D"/>
          <w:sz w:val="20"/>
        </w:rPr>
        <w:t>"Mine too."</w:t>
      </w:r>
    </w:p>
    <w:p>
      <w:pPr>
        <w:spacing w:after="60" w:line="266" w:lineRule="auto"/>
        <w:ind w:firstLine="331"/>
        <w:jc w:val="both"/>
      </w:pPr>
      <w:r>
        <w:rPr>
          <w:rFonts w:ascii="Georgia" w:hAnsi="Georgia"/>
          <w:b w:val="0"/>
          <w:i w:val="0"/>
          <w:color w:val="22201D"/>
          <w:sz w:val="20"/>
        </w:rPr>
        <w:t>The label waited.</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IF YOU WANT Meaning admitted: I wanted a yes without making an honest ask.</w:t>
      </w:r>
    </w:p>
    <w:p>
      <w:pPr>
        <w:spacing w:after="60" w:line="266" w:lineRule="auto"/>
        <w:ind w:firstLine="331"/>
        <w:jc w:val="both"/>
      </w:pPr>
      <w:r>
        <w:rPr>
          <w:rFonts w:ascii="Georgia" w:hAnsi="Georgia"/>
          <w:b w:val="0"/>
          <w:i w:val="0"/>
          <w:color w:val="22201D"/>
          <w:sz w:val="20"/>
        </w:rPr>
        <w:t>The notes folded themselves back into the jar.</w:t>
      </w:r>
    </w:p>
    <w:p>
      <w:pPr>
        <w:spacing w:after="60" w:line="266" w:lineRule="auto"/>
        <w:ind w:firstLine="331"/>
        <w:jc w:val="both"/>
      </w:pPr>
      <w:r>
        <w:rPr>
          <w:rFonts w:ascii="Georgia" w:hAnsi="Georgia"/>
          <w:b w:val="0"/>
          <w:i w:val="0"/>
          <w:color w:val="22201D"/>
          <w:sz w:val="20"/>
        </w:rPr>
        <w:t>The lid sealed.</w:t>
      </w:r>
    </w:p>
    <w:p>
      <w:pPr>
        <w:spacing w:after="60" w:line="266" w:lineRule="auto"/>
        <w:ind w:firstLine="331"/>
        <w:jc w:val="both"/>
      </w:pPr>
      <w:r>
        <w:rPr>
          <w:rFonts w:ascii="Georgia" w:hAnsi="Georgia"/>
          <w:b w:val="0"/>
          <w:i w:val="0"/>
          <w:color w:val="22201D"/>
          <w:sz w:val="20"/>
        </w:rPr>
        <w:t>The shelf exhaled.</w:t>
      </w:r>
    </w:p>
    <w:p>
      <w:pPr>
        <w:spacing w:after="60" w:line="266" w:lineRule="auto"/>
        <w:ind w:firstLine="331"/>
        <w:jc w:val="both"/>
      </w:pPr>
      <w:r>
        <w:rPr>
          <w:rFonts w:ascii="Georgia" w:hAnsi="Georgia"/>
          <w:b w:val="0"/>
          <w:i w:val="0"/>
          <w:color w:val="22201D"/>
          <w:sz w:val="20"/>
        </w:rPr>
        <w:t>Not relief.</w:t>
      </w:r>
    </w:p>
    <w:p>
      <w:pPr>
        <w:spacing w:after="60" w:line="266" w:lineRule="auto"/>
        <w:ind w:firstLine="331"/>
        <w:jc w:val="both"/>
      </w:pPr>
      <w:r>
        <w:rPr>
          <w:rFonts w:ascii="Georgia" w:hAnsi="Georgia"/>
          <w:b w:val="0"/>
          <w:i w:val="0"/>
          <w:color w:val="22201D"/>
          <w:sz w:val="20"/>
        </w:rPr>
        <w:t>Inventory correction.</w:t>
      </w:r>
    </w:p>
    <w:p>
      <w:pPr>
        <w:spacing w:after="60" w:line="266" w:lineRule="auto"/>
        <w:ind w:firstLine="331"/>
        <w:jc w:val="both"/>
      </w:pPr>
      <w:r>
        <w:rPr>
          <w:rFonts w:ascii="Georgia" w:hAnsi="Georgia"/>
          <w:b w:val="0"/>
          <w:i w:val="0"/>
          <w:color w:val="22201D"/>
          <w:sz w:val="20"/>
        </w:rPr>
        <w:t>The shelf tag at the end of the aisle updated:</w:t>
      </w:r>
    </w:p>
    <w:p>
      <w:pPr>
        <w:spacing w:after="60" w:line="250" w:lineRule="auto"/>
        <w:ind w:left="202" w:right="173"/>
      </w:pPr>
      <w:r>
        <w:rPr>
          <w:rFonts w:ascii="Georgia" w:hAnsi="Georgia"/>
          <w:b w:val="0"/>
          <w:i w:val="0"/>
          <w:color w:val="22201D"/>
          <w:sz w:val="17"/>
        </w:rPr>
        <w:t>THE SHELF OF THINGS PEOPLE MEANT Price paid enough to continue. Next required item: sauce warning.</w:t>
      </w:r>
    </w:p>
    <w:p>
      <w:pPr>
        <w:spacing w:after="60" w:line="266" w:lineRule="auto"/>
        <w:ind w:firstLine="331"/>
        <w:jc w:val="both"/>
      </w:pPr>
      <w:r>
        <w:rPr>
          <w:rFonts w:ascii="Georgia" w:hAnsi="Georgia"/>
          <w:b w:val="0"/>
          <w:i w:val="0"/>
          <w:color w:val="22201D"/>
          <w:sz w:val="20"/>
        </w:rPr>
        <w:t>The almost-Voidberry jar rolled toward the table's center.</w:t>
      </w:r>
    </w:p>
    <w:p>
      <w:pPr>
        <w:spacing w:after="60" w:line="266" w:lineRule="auto"/>
        <w:ind w:firstLine="331"/>
        <w:jc w:val="both"/>
      </w:pPr>
      <w:r>
        <w:rPr>
          <w:rFonts w:ascii="Georgia" w:hAnsi="Georgia"/>
          <w:b w:val="0"/>
          <w:i w:val="0"/>
          <w:color w:val="22201D"/>
          <w:sz w:val="20"/>
        </w:rPr>
        <w:t>The purple inside had darkened until it looked almost black.</w:t>
      </w:r>
    </w:p>
    <w:p>
      <w:pPr>
        <w:spacing w:after="60" w:line="266" w:lineRule="auto"/>
        <w:ind w:firstLine="331"/>
        <w:jc w:val="both"/>
      </w:pPr>
      <w:r>
        <w:rPr>
          <w:rFonts w:ascii="Georgia" w:hAnsi="Georgia"/>
          <w:b w:val="0"/>
          <w:i w:val="0"/>
          <w:color w:val="22201D"/>
          <w:sz w:val="20"/>
        </w:rPr>
        <w:t>The Hostess took a small scale from under the table.</w:t>
      </w:r>
    </w:p>
    <w:p>
      <w:pPr>
        <w:spacing w:after="60" w:line="266" w:lineRule="auto"/>
        <w:ind w:firstLine="331"/>
        <w:jc w:val="both"/>
      </w:pPr>
      <w:r>
        <w:rPr>
          <w:rFonts w:ascii="Georgia" w:hAnsi="Georgia"/>
          <w:b w:val="0"/>
          <w:i w:val="0"/>
          <w:color w:val="22201D"/>
          <w:sz w:val="20"/>
        </w:rPr>
        <w:t>It had brass weights, a chipped enamel tray, and a red line painted across the center.</w:t>
      </w:r>
    </w:p>
    <w:p>
      <w:pPr>
        <w:spacing w:after="60" w:line="266" w:lineRule="auto"/>
        <w:ind w:firstLine="331"/>
        <w:jc w:val="both"/>
      </w:pPr>
      <w:r>
        <w:rPr>
          <w:rFonts w:ascii="Georgia" w:hAnsi="Georgia"/>
          <w:b w:val="0"/>
          <w:i w:val="0"/>
          <w:color w:val="22201D"/>
          <w:sz w:val="20"/>
        </w:rPr>
        <w:t>Beside it appeared a folded warning label.</w:t>
      </w:r>
    </w:p>
    <w:p>
      <w:pPr>
        <w:spacing w:after="60" w:line="266" w:lineRule="auto"/>
        <w:ind w:firstLine="331"/>
        <w:jc w:val="both"/>
      </w:pPr>
      <w:r>
        <w:rPr>
          <w:rFonts w:ascii="Georgia" w:hAnsi="Georgia"/>
          <w:b w:val="0"/>
          <w:i w:val="0"/>
          <w:color w:val="22201D"/>
          <w:sz w:val="20"/>
        </w:rPr>
        <w:t>Flocc did not touch it yet.</w:t>
      </w:r>
    </w:p>
    <w:p>
      <w:pPr>
        <w:spacing w:after="60" w:line="266" w:lineRule="auto"/>
        <w:ind w:firstLine="331"/>
        <w:jc w:val="both"/>
      </w:pPr>
      <w:r>
        <w:rPr>
          <w:rFonts w:ascii="Georgia" w:hAnsi="Georgia"/>
          <w:b w:val="0"/>
          <w:i w:val="0"/>
          <w:color w:val="22201D"/>
          <w:sz w:val="20"/>
        </w:rPr>
        <w:t>"Before Chapter Three," the Hostess said, "you need to understand why this sauce cannot be guessed."</w:t>
      </w:r>
    </w:p>
    <w:p>
      <w:pPr>
        <w:spacing w:after="60" w:line="266" w:lineRule="auto"/>
        <w:ind w:firstLine="331"/>
        <w:jc w:val="both"/>
      </w:pPr>
      <w:r>
        <w:rPr>
          <w:rFonts w:ascii="Georgia" w:hAnsi="Georgia"/>
          <w:b w:val="0"/>
          <w:i w:val="0"/>
          <w:color w:val="22201D"/>
          <w:sz w:val="20"/>
        </w:rPr>
        <w:t>"Because it is hot?"</w:t>
      </w:r>
    </w:p>
    <w:p>
      <w:pPr>
        <w:spacing w:after="60" w:line="266" w:lineRule="auto"/>
        <w:ind w:firstLine="331"/>
        <w:jc w:val="both"/>
      </w:pPr>
      <w:r>
        <w:rPr>
          <w:rFonts w:ascii="Georgia" w:hAnsi="Georgia"/>
          <w:b w:val="0"/>
          <w:i w:val="0"/>
          <w:color w:val="22201D"/>
          <w:sz w:val="20"/>
        </w:rPr>
        <w:t>"Because it is exact."</w:t>
      </w:r>
    </w:p>
    <w:p>
      <w:pPr>
        <w:spacing w:after="60" w:line="266" w:lineRule="auto"/>
        <w:ind w:firstLine="331"/>
        <w:jc w:val="both"/>
      </w:pPr>
      <w:r>
        <w:rPr>
          <w:rFonts w:ascii="Georgia" w:hAnsi="Georgia"/>
          <w:b w:val="0"/>
          <w:i w:val="0"/>
          <w:color w:val="22201D"/>
          <w:sz w:val="20"/>
        </w:rPr>
        <w:t>The warning label unfolded.</w:t>
      </w:r>
    </w:p>
    <w:p>
      <w:pPr>
        <w:spacing w:after="60" w:line="250" w:lineRule="auto"/>
        <w:ind w:left="202" w:right="173"/>
      </w:pPr>
      <w:r>
        <w:rPr>
          <w:rFonts w:ascii="Georgia" w:hAnsi="Georgia"/>
          <w:b w:val="0"/>
          <w:i w:val="0"/>
          <w:color w:val="22201D"/>
          <w:sz w:val="17"/>
        </w:rPr>
        <w:t>SAUCE WARNING VOIDBERRY FATALII Measure in grams only. Truth by spoonful may exceed safe serving.</w:t>
      </w:r>
    </w:p>
    <w:p>
      <w:pPr>
        <w:spacing w:after="60" w:line="266" w:lineRule="auto"/>
        <w:ind w:firstLine="331"/>
        <w:jc w:val="both"/>
      </w:pPr>
      <w:r>
        <w:rPr>
          <w:rFonts w:ascii="Georgia" w:hAnsi="Georgia"/>
          <w:b w:val="0"/>
          <w:i w:val="0"/>
          <w:color w:val="22201D"/>
          <w:sz w:val="20"/>
        </w:rPr>
        <w:t>Flocc read it.</w:t>
      </w:r>
    </w:p>
    <w:p>
      <w:pPr>
        <w:spacing w:after="60" w:line="266" w:lineRule="auto"/>
        <w:ind w:firstLine="331"/>
        <w:jc w:val="both"/>
      </w:pPr>
      <w:r>
        <w:rPr>
          <w:rFonts w:ascii="Georgia" w:hAnsi="Georgia"/>
          <w:b w:val="0"/>
          <w:i w:val="0"/>
          <w:color w:val="22201D"/>
          <w:sz w:val="20"/>
        </w:rPr>
        <w:t>"Truth by spoonful."</w:t>
      </w:r>
    </w:p>
    <w:p>
      <w:pPr>
        <w:spacing w:after="60" w:line="266" w:lineRule="auto"/>
        <w:ind w:firstLine="331"/>
        <w:jc w:val="both"/>
      </w:pPr>
      <w:r>
        <w:rPr>
          <w:rFonts w:ascii="Georgia" w:hAnsi="Georgia"/>
          <w:b w:val="0"/>
          <w:i w:val="0"/>
          <w:color w:val="22201D"/>
          <w:sz w:val="20"/>
        </w:rPr>
        <w:t>"People like spoons because they look domestic."</w:t>
      </w:r>
    </w:p>
    <w:p>
      <w:pPr>
        <w:spacing w:after="60" w:line="266" w:lineRule="auto"/>
        <w:ind w:firstLine="331"/>
        <w:jc w:val="both"/>
      </w:pPr>
      <w:r>
        <w:rPr>
          <w:rFonts w:ascii="Georgia" w:hAnsi="Georgia"/>
          <w:b w:val="0"/>
          <w:i w:val="0"/>
          <w:color w:val="22201D"/>
          <w:sz w:val="20"/>
        </w:rPr>
        <w:t>"Bob would object to that."</w:t>
      </w:r>
    </w:p>
    <w:p>
      <w:pPr>
        <w:spacing w:after="60" w:line="266" w:lineRule="auto"/>
        <w:ind w:firstLine="331"/>
        <w:jc w:val="both"/>
      </w:pPr>
      <w:r>
        <w:rPr>
          <w:rFonts w:ascii="Georgia" w:hAnsi="Georgia"/>
          <w:b w:val="0"/>
          <w:i w:val="0"/>
          <w:color w:val="22201D"/>
          <w:sz w:val="20"/>
        </w:rPr>
        <w:t>"Bob objects to many accurate things."</w:t>
      </w:r>
    </w:p>
    <w:p>
      <w:pPr>
        <w:spacing w:after="60" w:line="266" w:lineRule="auto"/>
        <w:ind w:firstLine="331"/>
        <w:jc w:val="both"/>
      </w:pPr>
      <w:r>
        <w:rPr>
          <w:rFonts w:ascii="Georgia" w:hAnsi="Georgia"/>
          <w:b w:val="0"/>
          <w:i w:val="0"/>
          <w:color w:val="22201D"/>
          <w:sz w:val="20"/>
        </w:rPr>
        <w:t>The shelf of I'M FINE rattled suddenly.</w:t>
      </w:r>
    </w:p>
    <w:p>
      <w:pPr>
        <w:spacing w:after="60" w:line="266" w:lineRule="auto"/>
        <w:ind w:firstLine="331"/>
        <w:jc w:val="both"/>
      </w:pPr>
      <w:r>
        <w:rPr>
          <w:rFonts w:ascii="Georgia" w:hAnsi="Georgia"/>
          <w:b w:val="0"/>
          <w:i w:val="0"/>
          <w:color w:val="22201D"/>
          <w:sz w:val="20"/>
        </w:rPr>
        <w:t>One jar cracked.</w:t>
      </w:r>
    </w:p>
    <w:p>
      <w:pPr>
        <w:spacing w:after="60" w:line="266" w:lineRule="auto"/>
        <w:ind w:firstLine="331"/>
        <w:jc w:val="both"/>
      </w:pPr>
      <w:r>
        <w:rPr>
          <w:rFonts w:ascii="Georgia" w:hAnsi="Georgia"/>
          <w:b w:val="0"/>
          <w:i w:val="0"/>
          <w:color w:val="22201D"/>
          <w:sz w:val="20"/>
        </w:rPr>
        <w:t>Not enough to spill.</w:t>
      </w:r>
    </w:p>
    <w:p>
      <w:pPr>
        <w:spacing w:after="60" w:line="266" w:lineRule="auto"/>
        <w:ind w:firstLine="331"/>
        <w:jc w:val="both"/>
      </w:pPr>
      <w:r>
        <w:rPr>
          <w:rFonts w:ascii="Georgia" w:hAnsi="Georgia"/>
          <w:b w:val="0"/>
          <w:i w:val="0"/>
          <w:color w:val="22201D"/>
          <w:sz w:val="20"/>
        </w:rPr>
        <w:t>Enough to show pressure.</w:t>
      </w:r>
    </w:p>
    <w:p>
      <w:pPr>
        <w:spacing w:after="60" w:line="266" w:lineRule="auto"/>
        <w:ind w:firstLine="331"/>
        <w:jc w:val="both"/>
      </w:pPr>
      <w:r>
        <w:rPr>
          <w:rFonts w:ascii="Georgia" w:hAnsi="Georgia"/>
          <w:b w:val="0"/>
          <w:i w:val="0"/>
          <w:color w:val="22201D"/>
          <w:sz w:val="20"/>
        </w:rPr>
        <w:t>The Hostess looked at it.</w:t>
      </w:r>
    </w:p>
    <w:p>
      <w:pPr>
        <w:spacing w:after="60" w:line="266" w:lineRule="auto"/>
        <w:ind w:firstLine="331"/>
        <w:jc w:val="both"/>
      </w:pPr>
      <w:r>
        <w:rPr>
          <w:rFonts w:ascii="Georgia" w:hAnsi="Georgia"/>
          <w:b w:val="0"/>
          <w:i w:val="0"/>
          <w:color w:val="22201D"/>
          <w:sz w:val="20"/>
        </w:rPr>
        <w:t>"Later."</w:t>
      </w:r>
    </w:p>
    <w:p>
      <w:pPr>
        <w:spacing w:after="60" w:line="266" w:lineRule="auto"/>
        <w:ind w:firstLine="331"/>
        <w:jc w:val="both"/>
      </w:pPr>
      <w:r>
        <w:rPr>
          <w:rFonts w:ascii="Georgia" w:hAnsi="Georgia"/>
          <w:b w:val="0"/>
          <w:i w:val="0"/>
          <w:color w:val="22201D"/>
          <w:sz w:val="20"/>
        </w:rPr>
        <w:t>"That shelf seems urgent."</w:t>
      </w:r>
    </w:p>
    <w:p>
      <w:pPr>
        <w:spacing w:after="60" w:line="266" w:lineRule="auto"/>
        <w:ind w:firstLine="331"/>
        <w:jc w:val="both"/>
      </w:pPr>
      <w:r>
        <w:rPr>
          <w:rFonts w:ascii="Georgia" w:hAnsi="Georgia"/>
          <w:b w:val="0"/>
          <w:i w:val="0"/>
          <w:color w:val="22201D"/>
          <w:sz w:val="20"/>
        </w:rPr>
        <w:t>"It always seems urgent. That is how it avoids being precise."</w:t>
      </w:r>
    </w:p>
    <w:p>
      <w:pPr>
        <w:spacing w:after="60" w:line="266" w:lineRule="auto"/>
        <w:ind w:firstLine="331"/>
        <w:jc w:val="both"/>
      </w:pPr>
      <w:r>
        <w:rPr>
          <w:rFonts w:ascii="Georgia" w:hAnsi="Georgia"/>
          <w:b w:val="0"/>
          <w:i w:val="0"/>
          <w:color w:val="22201D"/>
          <w:sz w:val="20"/>
        </w:rPr>
        <w:t>Flocc understood more than he wanted to.</w:t>
      </w:r>
    </w:p>
    <w:p>
      <w:pPr>
        <w:spacing w:after="60" w:line="266" w:lineRule="auto"/>
        <w:ind w:firstLine="331"/>
        <w:jc w:val="both"/>
      </w:pPr>
      <w:r>
        <w:rPr>
          <w:rFonts w:ascii="Georgia" w:hAnsi="Georgia"/>
          <w:b w:val="0"/>
          <w:i w:val="0"/>
          <w:color w:val="22201D"/>
          <w:sz w:val="20"/>
        </w:rPr>
        <w:t>The shelf tag in his hand softened.</w:t>
      </w:r>
    </w:p>
    <w:p>
      <w:pPr>
        <w:spacing w:after="60" w:line="266" w:lineRule="auto"/>
        <w:ind w:firstLine="331"/>
        <w:jc w:val="both"/>
      </w:pPr>
      <w:r>
        <w:rPr>
          <w:rFonts w:ascii="Georgia" w:hAnsi="Georgia"/>
          <w:b w:val="0"/>
          <w:i w:val="0"/>
          <w:color w:val="22201D"/>
          <w:sz w:val="20"/>
        </w:rPr>
        <w:t>The words changed one final time:</w:t>
      </w:r>
    </w:p>
    <w:p>
      <w:pPr>
        <w:spacing w:after="60" w:line="250" w:lineRule="auto"/>
        <w:ind w:left="202" w:right="173"/>
      </w:pPr>
      <w:r>
        <w:rPr>
          <w:rFonts w:ascii="Georgia" w:hAnsi="Georgia"/>
          <w:b w:val="0"/>
          <w:i w:val="0"/>
          <w:color w:val="22201D"/>
          <w:sz w:val="17"/>
        </w:rPr>
        <w:t>THE SHELF OF THINGS PEOPLE MEANT Status: indexed Unsaid meanings remain stored, not solved</w:t>
      </w:r>
    </w:p>
    <w:p>
      <w:pPr>
        <w:spacing w:after="60" w:line="266" w:lineRule="auto"/>
        <w:ind w:firstLine="331"/>
        <w:jc w:val="both"/>
      </w:pPr>
      <w:r>
        <w:rPr>
          <w:rFonts w:ascii="Georgia" w:hAnsi="Georgia"/>
          <w:b w:val="0"/>
          <w:i w:val="0"/>
          <w:color w:val="22201D"/>
          <w:sz w:val="20"/>
        </w:rPr>
        <w:t>"Stored, not solved," he said.</w:t>
      </w:r>
    </w:p>
    <w:p>
      <w:pPr>
        <w:spacing w:after="60" w:line="266" w:lineRule="auto"/>
        <w:ind w:firstLine="331"/>
        <w:jc w:val="both"/>
      </w:pPr>
      <w:r>
        <w:rPr>
          <w:rFonts w:ascii="Georgia" w:hAnsi="Georgia"/>
          <w:b w:val="0"/>
          <w:i w:val="0"/>
          <w:color w:val="22201D"/>
          <w:sz w:val="20"/>
        </w:rPr>
        <w:t>"Pantry rule."</w:t>
      </w:r>
    </w:p>
    <w:p>
      <w:pPr>
        <w:spacing w:after="60" w:line="266" w:lineRule="auto"/>
        <w:ind w:firstLine="331"/>
        <w:jc w:val="both"/>
      </w:pPr>
      <w:r>
        <w:rPr>
          <w:rFonts w:ascii="Georgia" w:hAnsi="Georgia"/>
          <w:b w:val="0"/>
          <w:i w:val="0"/>
          <w:color w:val="22201D"/>
          <w:sz w:val="20"/>
        </w:rPr>
        <w:t>"And the next price is grams only."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Hostess placed the sauce warning beside the dark jar.</w:t>
      </w:r>
    </w:p>
    <w:p>
      <w:pPr>
        <w:spacing w:after="60" w:line="266" w:lineRule="auto"/>
        <w:ind w:firstLine="331"/>
        <w:jc w:val="both"/>
      </w:pPr>
      <w:r>
        <w:rPr>
          <w:rFonts w:ascii="Georgia" w:hAnsi="Georgia"/>
          <w:b w:val="0"/>
          <w:i w:val="0"/>
          <w:color w:val="22201D"/>
          <w:sz w:val="20"/>
        </w:rPr>
        <w:t>"Voidberry Fatalii tells the truth sharply. Too little and people call it flavor. Too much and people call it cruelty."</w:t>
      </w:r>
    </w:p>
    <w:p>
      <w:pPr>
        <w:spacing w:after="60" w:line="266" w:lineRule="auto"/>
        <w:ind w:firstLine="331"/>
        <w:jc w:val="both"/>
      </w:pPr>
      <w:r>
        <w:rPr>
          <w:rFonts w:ascii="Georgia" w:hAnsi="Georgia"/>
          <w:b w:val="0"/>
          <w:i w:val="0"/>
          <w:color w:val="22201D"/>
          <w:sz w:val="20"/>
        </w:rPr>
        <w:t>Flocc looked at the jar, the scale, the warning label, and the shelves behind him.</w:t>
      </w:r>
    </w:p>
    <w:p>
      <w:pPr>
        <w:spacing w:after="60" w:line="266" w:lineRule="auto"/>
        <w:ind w:firstLine="331"/>
        <w:jc w:val="both"/>
      </w:pPr>
      <w:r>
        <w:rPr>
          <w:rFonts w:ascii="Georgia" w:hAnsi="Georgia"/>
          <w:b w:val="0"/>
          <w:i w:val="0"/>
          <w:color w:val="22201D"/>
          <w:sz w:val="20"/>
        </w:rPr>
        <w:t>He had thought saying what he meant would clear the aisle.</w:t>
      </w:r>
    </w:p>
    <w:p>
      <w:pPr>
        <w:spacing w:after="60" w:line="266" w:lineRule="auto"/>
        <w:ind w:firstLine="331"/>
        <w:jc w:val="both"/>
      </w:pPr>
      <w:r>
        <w:rPr>
          <w:rFonts w:ascii="Georgia" w:hAnsi="Georgia"/>
          <w:b w:val="0"/>
          <w:i w:val="0"/>
          <w:color w:val="22201D"/>
          <w:sz w:val="20"/>
        </w:rPr>
        <w:t>Instead it had labeled enough containers to make the next danger measurable.</w:t>
      </w:r>
    </w:p>
    <w:p>
      <w:pPr>
        <w:spacing w:after="60" w:line="266" w:lineRule="auto"/>
        <w:ind w:firstLine="331"/>
        <w:jc w:val="both"/>
      </w:pPr>
      <w:r>
        <w:rPr>
          <w:rFonts w:ascii="Georgia" w:hAnsi="Georgia"/>
          <w:b w:val="0"/>
          <w:i w:val="0"/>
          <w:color w:val="22201D"/>
          <w:sz w:val="20"/>
        </w:rPr>
        <w:t>This, he was beginning to understand, was the pantry's version of mercy:</w:t>
      </w:r>
    </w:p>
    <w:p>
      <w:pPr>
        <w:spacing w:after="60" w:line="266" w:lineRule="auto"/>
        <w:ind w:firstLine="331"/>
        <w:jc w:val="both"/>
      </w:pPr>
      <w:r>
        <w:rPr>
          <w:rFonts w:ascii="Georgia" w:hAnsi="Georgia"/>
          <w:b w:val="0"/>
          <w:i w:val="0"/>
          <w:color w:val="22201D"/>
          <w:sz w:val="20"/>
        </w:rPr>
        <w:t>not empty shelves,</w:t>
      </w:r>
    </w:p>
    <w:p>
      <w:pPr>
        <w:spacing w:after="60" w:line="266" w:lineRule="auto"/>
        <w:ind w:firstLine="331"/>
        <w:jc w:val="both"/>
      </w:pPr>
      <w:r>
        <w:rPr>
          <w:rFonts w:ascii="Georgia" w:hAnsi="Georgia"/>
          <w:b w:val="0"/>
          <w:i w:val="0"/>
          <w:color w:val="22201D"/>
          <w:sz w:val="20"/>
        </w:rPr>
        <w:t>not solved hunger,</w:t>
      </w:r>
    </w:p>
    <w:p>
      <w:pPr>
        <w:spacing w:after="60" w:line="266" w:lineRule="auto"/>
        <w:ind w:firstLine="331"/>
        <w:jc w:val="both"/>
      </w:pPr>
      <w:r>
        <w:rPr>
          <w:rFonts w:ascii="Georgia" w:hAnsi="Georgia"/>
          <w:b w:val="0"/>
          <w:i w:val="0"/>
          <w:color w:val="22201D"/>
          <w:sz w:val="20"/>
        </w:rPr>
        <w:t>but labels honest enough that no one had to eat a substitute by accident.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3: Voidberry Fatalii</w:t>
      </w:r>
    </w:p>
    <w:p>
      <w:pPr>
        <w:spacing w:after="60" w:line="266" w:lineRule="auto"/>
        <w:ind w:firstLine="0"/>
        <w:jc w:val="both"/>
      </w:pPr>
      <w:r>
        <w:rPr>
          <w:rFonts w:ascii="Georgia" w:hAnsi="Georgia"/>
          <w:b w:val="0"/>
          <w:i w:val="0"/>
          <w:color w:val="22201D"/>
          <w:sz w:val="20"/>
        </w:rPr>
        <w:t>In which truth becomes measurable, the pantry refuses spoonful courage, and Voidberry Fatalii teaches that exactness is not cruelty unless someone uses it that way.</w:t>
      </w:r>
    </w:p>
    <w:p>
      <w:pPr>
        <w:spacing w:after="60" w:line="266" w:lineRule="auto"/>
        <w:ind w:firstLine="331"/>
        <w:jc w:val="both"/>
      </w:pPr>
      <w:r>
        <w:rPr>
          <w:rFonts w:ascii="Georgia" w:hAnsi="Georgia"/>
          <w:b w:val="0"/>
          <w:i w:val="0"/>
          <w:color w:val="22201D"/>
          <w:sz w:val="20"/>
        </w:rPr>
        <w:t>The sauce warning lay on the table like a small legal threat.</w:t>
      </w:r>
    </w:p>
    <w:p>
      <w:pPr>
        <w:spacing w:after="60" w:line="250" w:lineRule="auto"/>
        <w:ind w:left="202" w:right="173"/>
      </w:pPr>
      <w:r>
        <w:rPr>
          <w:rFonts w:ascii="Georgia" w:hAnsi="Georgia"/>
          <w:b w:val="0"/>
          <w:i w:val="0"/>
          <w:color w:val="22201D"/>
          <w:sz w:val="17"/>
        </w:rPr>
        <w:t>SAUCE WARNING VOIDBERRY FATALII Measure in grams only. Truth by spoonful may exceed safe serving.</w:t>
      </w:r>
    </w:p>
    <w:p>
      <w:pPr>
        <w:spacing w:after="60" w:line="266" w:lineRule="auto"/>
        <w:ind w:firstLine="331"/>
        <w:jc w:val="both"/>
      </w:pPr>
      <w:r>
        <w:rPr>
          <w:rFonts w:ascii="Georgia" w:hAnsi="Georgia"/>
          <w:b w:val="0"/>
          <w:i w:val="0"/>
          <w:color w:val="22201D"/>
          <w:sz w:val="20"/>
        </w:rPr>
        <w:t>Flocc read it three times.</w:t>
      </w:r>
    </w:p>
    <w:p>
      <w:pPr>
        <w:spacing w:after="60" w:line="266" w:lineRule="auto"/>
        <w:ind w:firstLine="331"/>
        <w:jc w:val="both"/>
      </w:pPr>
      <w:r>
        <w:rPr>
          <w:rFonts w:ascii="Georgia" w:hAnsi="Georgia"/>
          <w:b w:val="0"/>
          <w:i w:val="0"/>
          <w:color w:val="22201D"/>
          <w:sz w:val="20"/>
        </w:rPr>
        <w:t>The words did not improve.</w:t>
      </w:r>
    </w:p>
    <w:p>
      <w:pPr>
        <w:spacing w:after="60" w:line="266" w:lineRule="auto"/>
        <w:ind w:firstLine="331"/>
        <w:jc w:val="both"/>
      </w:pPr>
      <w:r>
        <w:rPr>
          <w:rFonts w:ascii="Georgia" w:hAnsi="Georgia"/>
          <w:b w:val="0"/>
          <w:i w:val="0"/>
          <w:color w:val="22201D"/>
          <w:sz w:val="20"/>
        </w:rPr>
        <w:t>The Hostess set a brass weight on the scale.</w:t>
      </w:r>
    </w:p>
    <w:p>
      <w:pPr>
        <w:spacing w:after="60" w:line="266" w:lineRule="auto"/>
        <w:ind w:firstLine="331"/>
        <w:jc w:val="both"/>
      </w:pPr>
      <w:r>
        <w:rPr>
          <w:rFonts w:ascii="Georgia" w:hAnsi="Georgia"/>
          <w:b w:val="0"/>
          <w:i w:val="0"/>
          <w:color w:val="22201D"/>
          <w:sz w:val="20"/>
        </w:rPr>
        <w:t>It clicked softly, a precise sound in a room full of things people had avoided measuring.</w:t>
      </w:r>
    </w:p>
    <w:p>
      <w:pPr>
        <w:spacing w:after="60" w:line="266" w:lineRule="auto"/>
        <w:ind w:firstLine="331"/>
        <w:jc w:val="both"/>
      </w:pPr>
      <w:r>
        <w:rPr>
          <w:rFonts w:ascii="Georgia" w:hAnsi="Georgia"/>
          <w:b w:val="0"/>
          <w:i w:val="0"/>
          <w:color w:val="22201D"/>
          <w:sz w:val="20"/>
        </w:rPr>
        <w:t>"How many grams?" Flocc asked.</w:t>
      </w:r>
    </w:p>
    <w:p>
      <w:pPr>
        <w:spacing w:after="60" w:line="266" w:lineRule="auto"/>
        <w:ind w:firstLine="331"/>
        <w:jc w:val="both"/>
      </w:pPr>
      <w:r>
        <w:rPr>
          <w:rFonts w:ascii="Georgia" w:hAnsi="Georgia"/>
          <w:b w:val="0"/>
          <w:i w:val="0"/>
          <w:color w:val="22201D"/>
          <w:sz w:val="20"/>
        </w:rPr>
        <w:t>"That depends on the truth."</w:t>
      </w:r>
    </w:p>
    <w:p>
      <w:pPr>
        <w:spacing w:after="60" w:line="266" w:lineRule="auto"/>
        <w:ind w:firstLine="331"/>
        <w:jc w:val="both"/>
      </w:pPr>
      <w:r>
        <w:rPr>
          <w:rFonts w:ascii="Georgia" w:hAnsi="Georgia"/>
          <w:b w:val="0"/>
          <w:i w:val="0"/>
          <w:color w:val="22201D"/>
          <w:sz w:val="20"/>
        </w:rPr>
        <w:t>"I was afraid you would say something like that."</w:t>
      </w:r>
    </w:p>
    <w:p>
      <w:pPr>
        <w:spacing w:after="60" w:line="266" w:lineRule="auto"/>
        <w:ind w:firstLine="331"/>
        <w:jc w:val="both"/>
      </w:pPr>
      <w:r>
        <w:rPr>
          <w:rFonts w:ascii="Georgia" w:hAnsi="Georgia"/>
          <w:b w:val="0"/>
          <w:i w:val="0"/>
          <w:color w:val="22201D"/>
          <w:sz w:val="20"/>
        </w:rPr>
        <w:t>"You asked a pantry question."</w:t>
      </w:r>
    </w:p>
    <w:p>
      <w:pPr>
        <w:spacing w:after="60" w:line="266" w:lineRule="auto"/>
        <w:ind w:firstLine="331"/>
        <w:jc w:val="both"/>
      </w:pPr>
      <w:r>
        <w:rPr>
          <w:rFonts w:ascii="Georgia" w:hAnsi="Georgia"/>
          <w:b w:val="0"/>
          <w:i w:val="0"/>
          <w:color w:val="22201D"/>
          <w:sz w:val="20"/>
        </w:rPr>
        <w:t>"I asked a cooking question."</w:t>
      </w:r>
    </w:p>
    <w:p>
      <w:pPr>
        <w:spacing w:after="60" w:line="266" w:lineRule="auto"/>
        <w:ind w:firstLine="331"/>
        <w:jc w:val="both"/>
      </w:pPr>
      <w:r>
        <w:rPr>
          <w:rFonts w:ascii="Georgia" w:hAnsi="Georgia"/>
          <w:b w:val="0"/>
          <w:i w:val="0"/>
          <w:color w:val="22201D"/>
          <w:sz w:val="20"/>
        </w:rPr>
        <w:t>"Same room."</w:t>
      </w:r>
    </w:p>
    <w:p>
      <w:pPr>
        <w:spacing w:after="60" w:line="266" w:lineRule="auto"/>
        <w:ind w:firstLine="331"/>
        <w:jc w:val="both"/>
      </w:pPr>
      <w:r>
        <w:rPr>
          <w:rFonts w:ascii="Georgia" w:hAnsi="Georgia"/>
          <w:b w:val="0"/>
          <w:i w:val="0"/>
          <w:color w:val="22201D"/>
          <w:sz w:val="20"/>
        </w:rPr>
        <w:t>On the table, the jar that had once labeled itself VOIDBERRY FAT_ALII now sat corrected:</w:t>
      </w:r>
    </w:p>
    <w:p>
      <w:pPr>
        <w:spacing w:after="60" w:line="250" w:lineRule="auto"/>
        <w:ind w:left="202" w:right="173"/>
      </w:pPr>
      <w:r>
        <w:rPr>
          <w:rFonts w:ascii="Georgia" w:hAnsi="Georgia"/>
          <w:b w:val="0"/>
          <w:i w:val="0"/>
          <w:color w:val="22201D"/>
          <w:sz w:val="17"/>
        </w:rPr>
        <w:t>VOIDBERRY FATALII SUBSTITUTE CORRECTION IN PROGRESS DO NOT SERVE BY IMPULSE</w:t>
      </w:r>
    </w:p>
    <w:p>
      <w:pPr>
        <w:spacing w:after="60" w:line="266" w:lineRule="auto"/>
        <w:ind w:firstLine="331"/>
        <w:jc w:val="both"/>
      </w:pPr>
      <w:r>
        <w:rPr>
          <w:rFonts w:ascii="Georgia" w:hAnsi="Georgia"/>
          <w:b w:val="0"/>
          <w:i w:val="0"/>
          <w:color w:val="22201D"/>
          <w:sz w:val="20"/>
        </w:rPr>
        <w:t>The sauce inside was almost black.</w:t>
      </w:r>
    </w:p>
    <w:p>
      <w:pPr>
        <w:spacing w:after="60" w:line="266" w:lineRule="auto"/>
        <w:ind w:firstLine="331"/>
        <w:jc w:val="both"/>
      </w:pPr>
      <w:r>
        <w:rPr>
          <w:rFonts w:ascii="Georgia" w:hAnsi="Georgia"/>
          <w:b w:val="0"/>
          <w:i w:val="0"/>
          <w:color w:val="22201D"/>
          <w:sz w:val="20"/>
        </w:rPr>
        <w:t>When the overhead light touched it, the edges flashed purple, then red, then a green so brief Flocc wondered whether he had invented it to avoid looking at the rest.</w:t>
      </w:r>
    </w:p>
    <w:p>
      <w:pPr>
        <w:spacing w:after="60" w:line="266" w:lineRule="auto"/>
        <w:ind w:firstLine="331"/>
        <w:jc w:val="both"/>
      </w:pPr>
      <w:r>
        <w:rPr>
          <w:rFonts w:ascii="Georgia" w:hAnsi="Georgia"/>
          <w:b w:val="0"/>
          <w:i w:val="0"/>
          <w:color w:val="22201D"/>
          <w:sz w:val="20"/>
        </w:rPr>
        <w:t>It smelled of dark fruit, cut pepper, rain on iron, and the exact moment a person realized an apology could not be replaced by helpfulness.</w:t>
      </w:r>
    </w:p>
    <w:p>
      <w:pPr>
        <w:spacing w:after="60" w:line="266" w:lineRule="auto"/>
        <w:ind w:firstLine="331"/>
        <w:jc w:val="both"/>
      </w:pPr>
      <w:r>
        <w:rPr>
          <w:rFonts w:ascii="Georgia" w:hAnsi="Georgia"/>
          <w:b w:val="0"/>
          <w:i w:val="0"/>
          <w:color w:val="22201D"/>
          <w:sz w:val="20"/>
        </w:rPr>
        <w:t>The Hostess placed four items beside the scale:</w:t>
      </w:r>
    </w:p>
    <w:p>
      <w:pPr>
        <w:spacing w:after="60" w:line="266" w:lineRule="auto"/>
        <w:ind w:firstLine="331"/>
        <w:jc w:val="both"/>
      </w:pPr>
      <w:r>
        <w:rPr>
          <w:rFonts w:ascii="Georgia" w:hAnsi="Georgia"/>
          <w:b w:val="0"/>
          <w:i w:val="0"/>
          <w:color w:val="22201D"/>
          <w:sz w:val="20"/>
        </w:rPr>
        <w:t>a tiny spoon,</w:t>
      </w:r>
    </w:p>
    <w:p>
      <w:pPr>
        <w:spacing w:after="60" w:line="266" w:lineRule="auto"/>
        <w:ind w:firstLine="331"/>
        <w:jc w:val="both"/>
      </w:pPr>
      <w:r>
        <w:rPr>
          <w:rFonts w:ascii="Georgia" w:hAnsi="Georgia"/>
          <w:b w:val="0"/>
          <w:i w:val="0"/>
          <w:color w:val="22201D"/>
          <w:sz w:val="20"/>
        </w:rPr>
        <w:t>a glass rod,</w:t>
      </w:r>
    </w:p>
    <w:p>
      <w:pPr>
        <w:spacing w:after="60" w:line="266" w:lineRule="auto"/>
        <w:ind w:firstLine="331"/>
        <w:jc w:val="both"/>
      </w:pPr>
      <w:r>
        <w:rPr>
          <w:rFonts w:ascii="Georgia" w:hAnsi="Georgia"/>
          <w:b w:val="0"/>
          <w:i w:val="0"/>
          <w:color w:val="22201D"/>
          <w:sz w:val="20"/>
        </w:rPr>
        <w:t>a folded paper cup,</w:t>
      </w:r>
    </w:p>
    <w:p>
      <w:pPr>
        <w:spacing w:after="60" w:line="266" w:lineRule="auto"/>
        <w:ind w:firstLine="331"/>
        <w:jc w:val="both"/>
      </w:pPr>
      <w:r>
        <w:rPr>
          <w:rFonts w:ascii="Georgia" w:hAnsi="Georgia"/>
          <w:b w:val="0"/>
          <w:i w:val="0"/>
          <w:color w:val="22201D"/>
          <w:sz w:val="20"/>
        </w:rPr>
        <w:t>and a ledger card.</w:t>
      </w:r>
    </w:p>
    <w:p>
      <w:pPr>
        <w:spacing w:after="60" w:line="266" w:lineRule="auto"/>
        <w:ind w:firstLine="331"/>
        <w:jc w:val="both"/>
      </w:pPr>
      <w:r>
        <w:rPr>
          <w:rFonts w:ascii="Georgia" w:hAnsi="Georgia"/>
          <w:b w:val="0"/>
          <w:i w:val="0"/>
          <w:color w:val="22201D"/>
          <w:sz w:val="20"/>
        </w:rPr>
        <w:t>The ledger card read:</w:t>
      </w:r>
    </w:p>
    <w:p>
      <w:pPr>
        <w:spacing w:after="60" w:line="250" w:lineRule="auto"/>
        <w:ind w:left="202" w:right="173"/>
      </w:pPr>
      <w:r>
        <w:rPr>
          <w:rFonts w:ascii="Georgia" w:hAnsi="Georgia"/>
          <w:b w:val="0"/>
          <w:i w:val="0"/>
          <w:color w:val="22201D"/>
          <w:sz w:val="17"/>
        </w:rPr>
        <w:t>TASTING PROTOCOL 1. Identify truth. 2. Weigh serving. 3. Name intended eater. 4. Do not confuse intensity with accuracy.</w:t>
      </w:r>
    </w:p>
    <w:p>
      <w:pPr>
        <w:spacing w:after="60" w:line="266" w:lineRule="auto"/>
        <w:ind w:firstLine="331"/>
        <w:jc w:val="both"/>
      </w:pPr>
      <w:r>
        <w:rPr>
          <w:rFonts w:ascii="Georgia" w:hAnsi="Georgia"/>
          <w:b w:val="0"/>
          <w:i w:val="0"/>
          <w:color w:val="22201D"/>
          <w:sz w:val="20"/>
        </w:rPr>
        <w:t>Flocc pointed at the fourth line.</w:t>
      </w:r>
    </w:p>
    <w:p>
      <w:pPr>
        <w:spacing w:after="60" w:line="266" w:lineRule="auto"/>
        <w:ind w:firstLine="331"/>
        <w:jc w:val="both"/>
      </w:pPr>
      <w:r>
        <w:rPr>
          <w:rFonts w:ascii="Georgia" w:hAnsi="Georgia"/>
          <w:b w:val="0"/>
          <w:i w:val="0"/>
          <w:color w:val="22201D"/>
          <w:sz w:val="20"/>
        </w:rPr>
        <w:t>"That feels important."</w:t>
      </w:r>
    </w:p>
    <w:p>
      <w:pPr>
        <w:spacing w:after="60" w:line="266" w:lineRule="auto"/>
        <w:ind w:firstLine="331"/>
        <w:jc w:val="both"/>
      </w:pPr>
      <w:r>
        <w:rPr>
          <w:rFonts w:ascii="Georgia" w:hAnsi="Georgia"/>
          <w:b w:val="0"/>
          <w:i w:val="0"/>
          <w:color w:val="22201D"/>
          <w:sz w:val="20"/>
        </w:rPr>
        <w:t>"It usually gets ignored."</w:t>
      </w:r>
    </w:p>
    <w:p>
      <w:pPr>
        <w:spacing w:after="60" w:line="266" w:lineRule="auto"/>
        <w:ind w:firstLine="331"/>
        <w:jc w:val="both"/>
      </w:pPr>
      <w:r>
        <w:rPr>
          <w:rFonts w:ascii="Georgia" w:hAnsi="Georgia"/>
          <w:b w:val="0"/>
          <w:i w:val="0"/>
          <w:color w:val="22201D"/>
          <w:sz w:val="20"/>
        </w:rPr>
        <w:t>"By whom?"</w:t>
      </w:r>
    </w:p>
    <w:p>
      <w:pPr>
        <w:spacing w:after="60" w:line="266" w:lineRule="auto"/>
        <w:ind w:firstLine="331"/>
        <w:jc w:val="both"/>
      </w:pPr>
      <w:r>
        <w:rPr>
          <w:rFonts w:ascii="Georgia" w:hAnsi="Georgia"/>
          <w:b w:val="0"/>
          <w:i w:val="0"/>
          <w:color w:val="22201D"/>
          <w:sz w:val="20"/>
        </w:rPr>
        <w:t>"People holding spoons."</w:t>
      </w:r>
    </w:p>
    <w:p>
      <w:pPr>
        <w:spacing w:after="60" w:line="266" w:lineRule="auto"/>
        <w:ind w:firstLine="331"/>
        <w:jc w:val="both"/>
      </w:pPr>
      <w:r>
        <w:rPr>
          <w:rFonts w:ascii="Georgia" w:hAnsi="Georgia"/>
          <w:b w:val="0"/>
          <w:i w:val="0"/>
          <w:color w:val="22201D"/>
          <w:sz w:val="20"/>
        </w:rPr>
        <w:t>The tiny spoon gleamed.</w:t>
      </w:r>
    </w:p>
    <w:p>
      <w:pPr>
        <w:spacing w:after="60" w:line="266" w:lineRule="auto"/>
        <w:ind w:firstLine="331"/>
        <w:jc w:val="both"/>
      </w:pPr>
      <w:r>
        <w:rPr>
          <w:rFonts w:ascii="Georgia" w:hAnsi="Georgia"/>
          <w:b w:val="0"/>
          <w:i w:val="0"/>
          <w:color w:val="22201D"/>
          <w:sz w:val="20"/>
        </w:rPr>
        <w:t>It looked harmless.</w:t>
      </w:r>
    </w:p>
    <w:p>
      <w:pPr>
        <w:spacing w:after="60" w:line="266" w:lineRule="auto"/>
        <w:ind w:firstLine="331"/>
        <w:jc w:val="both"/>
      </w:pPr>
      <w:r>
        <w:rPr>
          <w:rFonts w:ascii="Georgia" w:hAnsi="Georgia"/>
          <w:b w:val="0"/>
          <w:i w:val="0"/>
          <w:color w:val="22201D"/>
          <w:sz w:val="20"/>
        </w:rPr>
        <w:t>This was rude of it.</w:t>
      </w:r>
    </w:p>
    <w:p>
      <w:pPr>
        <w:spacing w:after="60" w:line="266" w:lineRule="auto"/>
        <w:ind w:firstLine="331"/>
        <w:jc w:val="both"/>
      </w:pPr>
      <w:r>
        <w:rPr>
          <w:rFonts w:ascii="Georgia" w:hAnsi="Georgia"/>
          <w:b w:val="0"/>
          <w:i w:val="0"/>
          <w:color w:val="22201D"/>
          <w:sz w:val="20"/>
        </w:rPr>
        <w:t>From the aisle behind them, the Shelf of Things People Meant shifted its jars into quieter positions. JUST CURIOUS, WHATEVER WORKS, and IF YOU WANT now faced outward with new labels, less crowded but not solved.</w:t>
      </w:r>
    </w:p>
    <w:p>
      <w:pPr>
        <w:spacing w:after="60" w:line="266" w:lineRule="auto"/>
        <w:ind w:firstLine="331"/>
        <w:jc w:val="both"/>
      </w:pPr>
      <w:r>
        <w:rPr>
          <w:rFonts w:ascii="Georgia" w:hAnsi="Georgia"/>
          <w:b w:val="0"/>
          <w:i w:val="0"/>
          <w:color w:val="22201D"/>
          <w:sz w:val="20"/>
        </w:rPr>
        <w:t>The Hostess took the spoon and placed it on the scale.</w:t>
      </w:r>
    </w:p>
    <w:p>
      <w:pPr>
        <w:spacing w:after="60" w:line="266" w:lineRule="auto"/>
        <w:ind w:firstLine="331"/>
        <w:jc w:val="both"/>
      </w:pPr>
      <w:r>
        <w:rPr>
          <w:rFonts w:ascii="Georgia" w:hAnsi="Georgia"/>
          <w:b w:val="0"/>
          <w:i w:val="0"/>
          <w:color w:val="22201D"/>
          <w:sz w:val="20"/>
        </w:rPr>
        <w:t>The needle moved.</w:t>
      </w:r>
    </w:p>
    <w:p>
      <w:pPr>
        <w:spacing w:after="60" w:line="250" w:lineRule="auto"/>
        <w:ind w:left="202" w:right="173"/>
      </w:pPr>
      <w:r>
        <w:rPr>
          <w:rFonts w:ascii="Georgia" w:hAnsi="Georgia"/>
          <w:b w:val="0"/>
          <w:i w:val="0"/>
          <w:color w:val="22201D"/>
          <w:sz w:val="17"/>
        </w:rPr>
        <w:t>3 grams</w:t>
      </w:r>
    </w:p>
    <w:p>
      <w:pPr>
        <w:spacing w:after="60" w:line="266" w:lineRule="auto"/>
        <w:ind w:firstLine="331"/>
        <w:jc w:val="both"/>
      </w:pPr>
      <w:r>
        <w:rPr>
          <w:rFonts w:ascii="Georgia" w:hAnsi="Georgia"/>
          <w:b w:val="0"/>
          <w:i w:val="0"/>
          <w:color w:val="22201D"/>
          <w:sz w:val="20"/>
        </w:rPr>
        <w:t>"That is too much," she said.</w:t>
      </w:r>
    </w:p>
    <w:p>
      <w:pPr>
        <w:spacing w:after="60" w:line="266" w:lineRule="auto"/>
        <w:ind w:firstLine="331"/>
        <w:jc w:val="both"/>
      </w:pPr>
      <w:r>
        <w:rPr>
          <w:rFonts w:ascii="Georgia" w:hAnsi="Georgia"/>
          <w:b w:val="0"/>
          <w:i w:val="0"/>
          <w:color w:val="22201D"/>
          <w:sz w:val="20"/>
        </w:rPr>
        <w:t>"For a spoon?"</w:t>
      </w:r>
    </w:p>
    <w:p>
      <w:pPr>
        <w:spacing w:after="60" w:line="266" w:lineRule="auto"/>
        <w:ind w:firstLine="331"/>
        <w:jc w:val="both"/>
      </w:pPr>
      <w:r>
        <w:rPr>
          <w:rFonts w:ascii="Georgia" w:hAnsi="Georgia"/>
          <w:b w:val="0"/>
          <w:i w:val="0"/>
          <w:color w:val="22201D"/>
          <w:sz w:val="20"/>
        </w:rPr>
        <w:t>"For guessing."</w:t>
      </w:r>
    </w:p>
    <w:p>
      <w:pPr>
        <w:spacing w:after="60" w:line="266" w:lineRule="auto"/>
        <w:ind w:firstLine="331"/>
        <w:jc w:val="both"/>
      </w:pPr>
      <w:r>
        <w:rPr>
          <w:rFonts w:ascii="Georgia" w:hAnsi="Georgia"/>
          <w:b w:val="0"/>
          <w:i w:val="0"/>
          <w:color w:val="22201D"/>
          <w:sz w:val="20"/>
        </w:rPr>
        <w:t>She removed the spoon and placed the glass rod on the scale.</w:t>
      </w:r>
    </w:p>
    <w:p>
      <w:pPr>
        <w:spacing w:after="60" w:line="250" w:lineRule="auto"/>
        <w:ind w:left="202" w:right="173"/>
      </w:pPr>
      <w:r>
        <w:rPr>
          <w:rFonts w:ascii="Georgia" w:hAnsi="Georgia"/>
          <w:b w:val="0"/>
          <w:i w:val="0"/>
          <w:color w:val="22201D"/>
          <w:sz w:val="17"/>
        </w:rPr>
        <w:t>1 gram</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"It is a glass rod."</w:t>
      </w:r>
    </w:p>
    <w:p>
      <w:pPr>
        <w:spacing w:after="60" w:line="266" w:lineRule="auto"/>
        <w:ind w:firstLine="331"/>
        <w:jc w:val="both"/>
      </w:pPr>
      <w:r>
        <w:rPr>
          <w:rFonts w:ascii="Georgia" w:hAnsi="Georgia"/>
          <w:b w:val="0"/>
          <w:i w:val="0"/>
          <w:color w:val="22201D"/>
          <w:sz w:val="20"/>
        </w:rPr>
        <w:t>"It can carry enough to prove flavor without pretending to be a meal."</w:t>
      </w:r>
    </w:p>
    <w:p>
      <w:pPr>
        <w:spacing w:after="60" w:line="266" w:lineRule="auto"/>
        <w:ind w:firstLine="331"/>
        <w:jc w:val="both"/>
      </w:pPr>
      <w:r>
        <w:rPr>
          <w:rFonts w:ascii="Georgia" w:hAnsi="Georgia"/>
          <w:b w:val="0"/>
          <w:i w:val="0"/>
          <w:color w:val="22201D"/>
          <w:sz w:val="20"/>
        </w:rPr>
        <w:t>Flocc looked at the jar.</w:t>
      </w:r>
    </w:p>
    <w:p>
      <w:pPr>
        <w:spacing w:after="60" w:line="266" w:lineRule="auto"/>
        <w:ind w:firstLine="331"/>
        <w:jc w:val="both"/>
      </w:pPr>
      <w:r>
        <w:rPr>
          <w:rFonts w:ascii="Georgia" w:hAnsi="Georgia"/>
          <w:b w:val="0"/>
          <w:i w:val="0"/>
          <w:color w:val="22201D"/>
          <w:sz w:val="20"/>
        </w:rPr>
        <w:t>"What truth are we identifying?"</w:t>
      </w:r>
    </w:p>
    <w:p>
      <w:pPr>
        <w:spacing w:after="60" w:line="266" w:lineRule="auto"/>
        <w:ind w:firstLine="331"/>
        <w:jc w:val="both"/>
      </w:pPr>
      <w:r>
        <w:rPr>
          <w:rFonts w:ascii="Georgia" w:hAnsi="Georgia"/>
          <w:b w:val="0"/>
          <w:i w:val="0"/>
          <w:color w:val="22201D"/>
          <w:sz w:val="20"/>
        </w:rPr>
        <w:t>The pantry answered before the Hostess could.</w:t>
      </w:r>
    </w:p>
    <w:p>
      <w:pPr>
        <w:spacing w:after="60" w:line="266" w:lineRule="auto"/>
        <w:ind w:firstLine="331"/>
        <w:jc w:val="both"/>
      </w:pPr>
      <w:r>
        <w:rPr>
          <w:rFonts w:ascii="Georgia" w:hAnsi="Georgia"/>
          <w:b w:val="0"/>
          <w:i w:val="0"/>
          <w:color w:val="22201D"/>
          <w:sz w:val="20"/>
        </w:rPr>
        <w:t>A drawer opened under the table and pushed out a card.</w:t>
      </w:r>
    </w:p>
    <w:p>
      <w:pPr>
        <w:spacing w:after="60" w:line="250" w:lineRule="auto"/>
        <w:ind w:left="202" w:right="173"/>
      </w:pPr>
      <w:r>
        <w:rPr>
          <w:rFonts w:ascii="Georgia" w:hAnsi="Georgia"/>
          <w:b w:val="0"/>
          <w:i w:val="0"/>
          <w:color w:val="22201D"/>
          <w:sz w:val="17"/>
        </w:rPr>
        <w:t>TRUTH SAMPLE: Almost honest is not honest enough to stock.</w:t>
      </w:r>
    </w:p>
    <w:p>
      <w:pPr>
        <w:spacing w:after="60" w:line="266" w:lineRule="auto"/>
        <w:ind w:firstLine="331"/>
        <w:jc w:val="both"/>
      </w:pPr>
      <w:r>
        <w:rPr>
          <w:rFonts w:ascii="Georgia" w:hAnsi="Georgia"/>
          <w:b w:val="0"/>
          <w:i w:val="0"/>
          <w:color w:val="22201D"/>
          <w:sz w:val="20"/>
        </w:rPr>
        <w:t>Flocc recognized the line from the previous aisle, although it had not been written exactly that way.</w:t>
      </w:r>
    </w:p>
    <w:p>
      <w:pPr>
        <w:spacing w:after="60" w:line="266" w:lineRule="auto"/>
        <w:ind w:firstLine="331"/>
        <w:jc w:val="both"/>
      </w:pPr>
      <w:r>
        <w:rPr>
          <w:rFonts w:ascii="Georgia" w:hAnsi="Georgia"/>
          <w:b w:val="0"/>
          <w:i w:val="0"/>
          <w:color w:val="22201D"/>
          <w:sz w:val="20"/>
        </w:rPr>
        <w:t>"That is a pantry truth."</w:t>
      </w:r>
    </w:p>
    <w:p>
      <w:pPr>
        <w:spacing w:after="60" w:line="266" w:lineRule="auto"/>
        <w:ind w:firstLine="331"/>
        <w:jc w:val="both"/>
      </w:pPr>
      <w:r>
        <w:rPr>
          <w:rFonts w:ascii="Georgia" w:hAnsi="Georgia"/>
          <w:b w:val="0"/>
          <w:i w:val="0"/>
          <w:color w:val="22201D"/>
          <w:sz w:val="20"/>
        </w:rPr>
        <w:t>"It is also a cooking truth."</w:t>
      </w:r>
    </w:p>
    <w:p>
      <w:pPr>
        <w:spacing w:after="60" w:line="266" w:lineRule="auto"/>
        <w:ind w:firstLine="331"/>
        <w:jc w:val="both"/>
      </w:pPr>
      <w:r>
        <w:rPr>
          <w:rFonts w:ascii="Georgia" w:hAnsi="Georgia"/>
          <w:b w:val="0"/>
          <w:i w:val="0"/>
          <w:color w:val="22201D"/>
          <w:sz w:val="20"/>
        </w:rPr>
        <w:t>"And a people truth."</w:t>
      </w:r>
    </w:p>
    <w:p>
      <w:pPr>
        <w:spacing w:after="60" w:line="266" w:lineRule="auto"/>
        <w:ind w:firstLine="331"/>
        <w:jc w:val="both"/>
      </w:pPr>
      <w:r>
        <w:rPr>
          <w:rFonts w:ascii="Georgia" w:hAnsi="Georgia"/>
          <w:b w:val="0"/>
          <w:i w:val="0"/>
          <w:color w:val="22201D"/>
          <w:sz w:val="20"/>
        </w:rPr>
        <w:t>"Most pantry truths are."</w:t>
      </w:r>
    </w:p>
    <w:p>
      <w:pPr>
        <w:spacing w:after="60" w:line="266" w:lineRule="auto"/>
        <w:ind w:firstLine="331"/>
        <w:jc w:val="both"/>
      </w:pPr>
      <w:r>
        <w:rPr>
          <w:rFonts w:ascii="Georgia" w:hAnsi="Georgia"/>
          <w:b w:val="0"/>
          <w:i w:val="0"/>
          <w:color w:val="22201D"/>
          <w:sz w:val="20"/>
        </w:rPr>
        <w:t>The Hostess opened the jar.</w:t>
      </w:r>
    </w:p>
    <w:p>
      <w:pPr>
        <w:spacing w:after="60" w:line="266" w:lineRule="auto"/>
        <w:ind w:firstLine="331"/>
        <w:jc w:val="both"/>
      </w:pPr>
      <w:r>
        <w:rPr>
          <w:rFonts w:ascii="Georgia" w:hAnsi="Georgia"/>
          <w:b w:val="0"/>
          <w:i w:val="0"/>
          <w:color w:val="22201D"/>
          <w:sz w:val="20"/>
        </w:rPr>
        <w:t>No hiss.</w:t>
      </w:r>
    </w:p>
    <w:p>
      <w:pPr>
        <w:spacing w:after="60" w:line="266" w:lineRule="auto"/>
        <w:ind w:firstLine="331"/>
        <w:jc w:val="both"/>
      </w:pPr>
      <w:r>
        <w:rPr>
          <w:rFonts w:ascii="Georgia" w:hAnsi="Georgia"/>
          <w:b w:val="0"/>
          <w:i w:val="0"/>
          <w:color w:val="22201D"/>
          <w:sz w:val="20"/>
        </w:rPr>
        <w:t>No smoke.</w:t>
      </w:r>
    </w:p>
    <w:p>
      <w:pPr>
        <w:spacing w:after="60" w:line="266" w:lineRule="auto"/>
        <w:ind w:firstLine="331"/>
        <w:jc w:val="both"/>
      </w:pPr>
      <w:r>
        <w:rPr>
          <w:rFonts w:ascii="Georgia" w:hAnsi="Georgia"/>
          <w:b w:val="0"/>
          <w:i w:val="0"/>
          <w:color w:val="22201D"/>
          <w:sz w:val="20"/>
        </w:rPr>
        <w:t>No theatrical curse.</w:t>
      </w:r>
    </w:p>
    <w:p>
      <w:pPr>
        <w:spacing w:after="60" w:line="266" w:lineRule="auto"/>
        <w:ind w:firstLine="331"/>
        <w:jc w:val="both"/>
      </w:pPr>
      <w:r>
        <w:rPr>
          <w:rFonts w:ascii="Georgia" w:hAnsi="Georgia"/>
          <w:b w:val="0"/>
          <w:i w:val="0"/>
          <w:color w:val="22201D"/>
          <w:sz w:val="20"/>
        </w:rPr>
        <w:t>The lid came free with the sticky pop of preserved fruit and responsibility.</w:t>
      </w:r>
    </w:p>
    <w:p>
      <w:pPr>
        <w:spacing w:after="60" w:line="266" w:lineRule="auto"/>
        <w:ind w:firstLine="331"/>
        <w:jc w:val="both"/>
      </w:pPr>
      <w:r>
        <w:rPr>
          <w:rFonts w:ascii="Georgia" w:hAnsi="Georgia"/>
          <w:b w:val="0"/>
          <w:i w:val="0"/>
          <w:color w:val="22201D"/>
          <w:sz w:val="20"/>
        </w:rPr>
        <w:t>The smell sharpened.</w:t>
      </w:r>
    </w:p>
    <w:p>
      <w:pPr>
        <w:spacing w:after="60" w:line="266" w:lineRule="auto"/>
        <w:ind w:firstLine="331"/>
        <w:jc w:val="both"/>
      </w:pPr>
      <w:r>
        <w:rPr>
          <w:rFonts w:ascii="Georgia" w:hAnsi="Georgia"/>
          <w:b w:val="0"/>
          <w:i w:val="0"/>
          <w:color w:val="22201D"/>
          <w:sz w:val="20"/>
        </w:rPr>
        <w:t>Flocc's eyes watered.</w:t>
      </w:r>
    </w:p>
    <w:p>
      <w:pPr>
        <w:spacing w:after="60" w:line="266" w:lineRule="auto"/>
        <w:ind w:firstLine="331"/>
        <w:jc w:val="both"/>
      </w:pPr>
      <w:r>
        <w:rPr>
          <w:rFonts w:ascii="Georgia" w:hAnsi="Georgia"/>
          <w:b w:val="0"/>
          <w:i w:val="0"/>
          <w:color w:val="22201D"/>
          <w:sz w:val="20"/>
        </w:rPr>
        <w:t>Not from heat.</w:t>
      </w:r>
    </w:p>
    <w:p>
      <w:pPr>
        <w:spacing w:after="60" w:line="266" w:lineRule="auto"/>
        <w:ind w:firstLine="331"/>
        <w:jc w:val="both"/>
      </w:pPr>
      <w:r>
        <w:rPr>
          <w:rFonts w:ascii="Georgia" w:hAnsi="Georgia"/>
          <w:b w:val="0"/>
          <w:i w:val="0"/>
          <w:color w:val="22201D"/>
          <w:sz w:val="20"/>
        </w:rPr>
        <w:t>From recognition arriving too quickly.</w:t>
      </w:r>
    </w:p>
    <w:p>
      <w:pPr>
        <w:spacing w:after="60" w:line="266" w:lineRule="auto"/>
        <w:ind w:firstLine="331"/>
        <w:jc w:val="both"/>
      </w:pPr>
      <w:r>
        <w:rPr>
          <w:rFonts w:ascii="Georgia" w:hAnsi="Georgia"/>
          <w:b w:val="0"/>
          <w:i w:val="0"/>
          <w:color w:val="22201D"/>
          <w:sz w:val="20"/>
        </w:rPr>
        <w:t>The jar did not smell like Mara, because the pantry was not that crude.</w:t>
      </w:r>
    </w:p>
    <w:p>
      <w:pPr>
        <w:spacing w:after="60" w:line="266" w:lineRule="auto"/>
        <w:ind w:firstLine="331"/>
        <w:jc w:val="both"/>
      </w:pPr>
      <w:r>
        <w:rPr>
          <w:rFonts w:ascii="Georgia" w:hAnsi="Georgia"/>
          <w:b w:val="0"/>
          <w:i w:val="0"/>
          <w:color w:val="22201D"/>
          <w:sz w:val="20"/>
        </w:rPr>
        <w:t>It did not smell like regret, because regret was too general.</w:t>
      </w:r>
    </w:p>
    <w:p>
      <w:pPr>
        <w:spacing w:after="60" w:line="266" w:lineRule="auto"/>
        <w:ind w:firstLine="331"/>
        <w:jc w:val="both"/>
      </w:pPr>
      <w:r>
        <w:rPr>
          <w:rFonts w:ascii="Georgia" w:hAnsi="Georgia"/>
          <w:b w:val="0"/>
          <w:i w:val="0"/>
          <w:color w:val="22201D"/>
          <w:sz w:val="20"/>
        </w:rPr>
        <w:t>It smelled like the sentence before regret, the one a person could still speak while it mattered.</w:t>
      </w:r>
    </w:p>
    <w:p>
      <w:pPr>
        <w:spacing w:after="60" w:line="266" w:lineRule="auto"/>
        <w:ind w:firstLine="331"/>
        <w:jc w:val="both"/>
      </w:pPr>
      <w:r>
        <w:rPr>
          <w:rFonts w:ascii="Georgia" w:hAnsi="Georgia"/>
          <w:b w:val="0"/>
          <w:i w:val="0"/>
          <w:color w:val="22201D"/>
          <w:sz w:val="20"/>
        </w:rPr>
        <w:t>The Hostess dipped the glass rod.</w:t>
      </w:r>
    </w:p>
    <w:p>
      <w:pPr>
        <w:spacing w:after="60" w:line="266" w:lineRule="auto"/>
        <w:ind w:firstLine="331"/>
        <w:jc w:val="both"/>
      </w:pPr>
      <w:r>
        <w:rPr>
          <w:rFonts w:ascii="Georgia" w:hAnsi="Georgia"/>
          <w:b w:val="0"/>
          <w:i w:val="0"/>
          <w:color w:val="22201D"/>
          <w:sz w:val="20"/>
        </w:rPr>
        <w:t>One dark bead clung to the end.</w:t>
      </w:r>
    </w:p>
    <w:p>
      <w:pPr>
        <w:spacing w:after="60" w:line="266" w:lineRule="auto"/>
        <w:ind w:firstLine="331"/>
        <w:jc w:val="both"/>
      </w:pPr>
      <w:r>
        <w:rPr>
          <w:rFonts w:ascii="Georgia" w:hAnsi="Georgia"/>
          <w:b w:val="0"/>
          <w:i w:val="0"/>
          <w:color w:val="22201D"/>
          <w:sz w:val="20"/>
        </w:rPr>
        <w:t>She held it over the scale.</w:t>
      </w:r>
    </w:p>
    <w:p>
      <w:pPr>
        <w:spacing w:after="60" w:line="250" w:lineRule="auto"/>
        <w:ind w:left="202" w:right="173"/>
      </w:pPr>
      <w:r>
        <w:rPr>
          <w:rFonts w:ascii="Georgia" w:hAnsi="Georgia"/>
          <w:b w:val="0"/>
          <w:i w:val="0"/>
          <w:color w:val="22201D"/>
          <w:sz w:val="17"/>
        </w:rPr>
        <w:t>1 gram</w:t>
      </w:r>
    </w:p>
    <w:p>
      <w:pPr>
        <w:spacing w:after="60" w:line="266" w:lineRule="auto"/>
        <w:ind w:firstLine="331"/>
        <w:jc w:val="both"/>
      </w:pPr>
      <w:r>
        <w:rPr>
          <w:rFonts w:ascii="Georgia" w:hAnsi="Georgia"/>
          <w:b w:val="0"/>
          <w:i w:val="0"/>
          <w:color w:val="22201D"/>
          <w:sz w:val="20"/>
        </w:rPr>
        <w:t>The warning card printed:</w:t>
      </w:r>
    </w:p>
    <w:p>
      <w:pPr>
        <w:spacing w:after="60" w:line="250" w:lineRule="auto"/>
        <w:ind w:left="202" w:right="173"/>
      </w:pPr>
      <w:r>
        <w:rPr>
          <w:rFonts w:ascii="Georgia" w:hAnsi="Georgia"/>
          <w:b w:val="0"/>
          <w:i w:val="0"/>
          <w:color w:val="22201D"/>
          <w:sz w:val="17"/>
        </w:rPr>
        <w:t>Acceptable for identification. Not acceptable for accusation.</w:t>
      </w:r>
    </w:p>
    <w:p>
      <w:pPr>
        <w:spacing w:after="60" w:line="266" w:lineRule="auto"/>
        <w:ind w:firstLine="331"/>
        <w:jc w:val="both"/>
      </w:pPr>
      <w:r>
        <w:rPr>
          <w:rFonts w:ascii="Georgia" w:hAnsi="Georgia"/>
          <w:b w:val="0"/>
          <w:i w:val="0"/>
          <w:color w:val="22201D"/>
          <w:sz w:val="20"/>
        </w:rPr>
        <w:t>"Who is the intended eater?" Flocc asked.</w:t>
      </w:r>
    </w:p>
    <w:p>
      <w:pPr>
        <w:spacing w:after="60" w:line="266" w:lineRule="auto"/>
        <w:ind w:firstLine="331"/>
        <w:jc w:val="both"/>
      </w:pPr>
      <w:r>
        <w:rPr>
          <w:rFonts w:ascii="Georgia" w:hAnsi="Georgia"/>
          <w:b w:val="0"/>
          <w:i w:val="0"/>
          <w:color w:val="22201D"/>
          <w:sz w:val="20"/>
        </w:rPr>
        <w:t>"You."</w:t>
      </w:r>
    </w:p>
    <w:p>
      <w:pPr>
        <w:spacing w:after="60" w:line="266" w:lineRule="auto"/>
        <w:ind w:firstLine="331"/>
        <w:jc w:val="both"/>
      </w:pPr>
      <w:r>
        <w:rPr>
          <w:rFonts w:ascii="Georgia" w:hAnsi="Georgia"/>
          <w:b w:val="0"/>
          <w:i w:val="0"/>
          <w:color w:val="22201D"/>
          <w:sz w:val="20"/>
        </w:rPr>
        <w:t>He had expected that.</w:t>
      </w:r>
    </w:p>
    <w:p>
      <w:pPr>
        <w:spacing w:after="60" w:line="266" w:lineRule="auto"/>
        <w:ind w:firstLine="331"/>
        <w:jc w:val="both"/>
      </w:pPr>
      <w:r>
        <w:rPr>
          <w:rFonts w:ascii="Georgia" w:hAnsi="Georgia"/>
          <w:b w:val="0"/>
          <w:i w:val="0"/>
          <w:color w:val="22201D"/>
          <w:sz w:val="20"/>
        </w:rPr>
        <w:t>Expectation did not help.</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you are here."</w:t>
      </w:r>
    </w:p>
    <w:p>
      <w:pPr>
        <w:spacing w:after="60" w:line="266" w:lineRule="auto"/>
        <w:ind w:firstLine="331"/>
        <w:jc w:val="both"/>
      </w:pPr>
      <w:r>
        <w:rPr>
          <w:rFonts w:ascii="Georgia" w:hAnsi="Georgia"/>
          <w:b w:val="0"/>
          <w:i w:val="0"/>
          <w:color w:val="22201D"/>
          <w:sz w:val="20"/>
        </w:rPr>
        <w:t>"That is pantry logic again."</w:t>
      </w:r>
    </w:p>
    <w:p>
      <w:pPr>
        <w:spacing w:after="60" w:line="266" w:lineRule="auto"/>
        <w:ind w:firstLine="331"/>
        <w:jc w:val="both"/>
      </w:pPr>
      <w:r>
        <w:rPr>
          <w:rFonts w:ascii="Georgia" w:hAnsi="Georgia"/>
          <w:b w:val="0"/>
          <w:i w:val="0"/>
          <w:color w:val="22201D"/>
          <w:sz w:val="20"/>
        </w:rPr>
        <w:t>"It is also restaurant logic."</w:t>
      </w:r>
    </w:p>
    <w:p>
      <w:pPr>
        <w:spacing w:after="60" w:line="266" w:lineRule="auto"/>
        <w:ind w:firstLine="331"/>
        <w:jc w:val="both"/>
      </w:pPr>
      <w:r>
        <w:rPr>
          <w:rFonts w:ascii="Georgia" w:hAnsi="Georgia"/>
          <w:b w:val="0"/>
          <w:i w:val="0"/>
          <w:color w:val="22201D"/>
          <w:sz w:val="20"/>
        </w:rPr>
        <w:t>The Hostess held the rod out.</w:t>
      </w:r>
    </w:p>
    <w:p>
      <w:pPr>
        <w:spacing w:after="60" w:line="266" w:lineRule="auto"/>
        <w:ind w:firstLine="331"/>
        <w:jc w:val="both"/>
      </w:pPr>
      <w:r>
        <w:rPr>
          <w:rFonts w:ascii="Georgia" w:hAnsi="Georgia"/>
          <w:b w:val="0"/>
          <w:i w:val="0"/>
          <w:color w:val="22201D"/>
          <w:sz w:val="20"/>
        </w:rPr>
        <w:t>Flocc did not take it.</w:t>
      </w:r>
    </w:p>
    <w:p>
      <w:pPr>
        <w:spacing w:after="60" w:line="266" w:lineRule="auto"/>
        <w:ind w:firstLine="331"/>
        <w:jc w:val="both"/>
      </w:pPr>
      <w:r>
        <w:rPr>
          <w:rFonts w:ascii="Georgia" w:hAnsi="Georgia"/>
          <w:b w:val="0"/>
          <w:i w:val="0"/>
          <w:color w:val="22201D"/>
          <w:sz w:val="20"/>
        </w:rPr>
        <w:t>He had eaten strange foods before.</w:t>
      </w:r>
    </w:p>
    <w:p>
      <w:pPr>
        <w:spacing w:after="60" w:line="266" w:lineRule="auto"/>
        <w:ind w:firstLine="331"/>
        <w:jc w:val="both"/>
      </w:pPr>
      <w:r>
        <w:rPr>
          <w:rFonts w:ascii="Georgia" w:hAnsi="Georgia"/>
          <w:b w:val="0"/>
          <w:i w:val="0"/>
          <w:color w:val="22201D"/>
          <w:sz w:val="20"/>
        </w:rPr>
        <w:t>He had eaten dishes that remembered him, sauces that billed him, seating assignments that tasted like other lives, and one soup that had corrected his posture.</w:t>
      </w:r>
    </w:p>
    <w:p>
      <w:pPr>
        <w:spacing w:after="60" w:line="266" w:lineRule="auto"/>
        <w:ind w:firstLine="331"/>
        <w:jc w:val="both"/>
      </w:pPr>
      <w:r>
        <w:rPr>
          <w:rFonts w:ascii="Georgia" w:hAnsi="Georgia"/>
          <w:b w:val="0"/>
          <w:i w:val="0"/>
          <w:color w:val="22201D"/>
          <w:sz w:val="20"/>
        </w:rPr>
        <w:t>This was different.</w:t>
      </w:r>
    </w:p>
    <w:p>
      <w:pPr>
        <w:spacing w:after="60" w:line="266" w:lineRule="auto"/>
        <w:ind w:firstLine="331"/>
        <w:jc w:val="both"/>
      </w:pPr>
      <w:r>
        <w:rPr>
          <w:rFonts w:ascii="Georgia" w:hAnsi="Georgia"/>
          <w:b w:val="0"/>
          <w:i w:val="0"/>
          <w:color w:val="22201D"/>
          <w:sz w:val="20"/>
        </w:rPr>
        <w:t>Those things had happened to him in motion.</w:t>
      </w:r>
    </w:p>
    <w:p>
      <w:pPr>
        <w:spacing w:after="60" w:line="266" w:lineRule="auto"/>
        <w:ind w:firstLine="331"/>
        <w:jc w:val="both"/>
      </w:pPr>
      <w:r>
        <w:rPr>
          <w:rFonts w:ascii="Georgia" w:hAnsi="Georgia"/>
          <w:b w:val="0"/>
          <w:i w:val="0"/>
          <w:color w:val="22201D"/>
          <w:sz w:val="20"/>
        </w:rPr>
        <w:t>This waited.</w:t>
      </w:r>
    </w:p>
    <w:p>
      <w:pPr>
        <w:spacing w:after="60" w:line="266" w:lineRule="auto"/>
        <w:ind w:firstLine="331"/>
        <w:jc w:val="both"/>
      </w:pPr>
      <w:r>
        <w:rPr>
          <w:rFonts w:ascii="Georgia" w:hAnsi="Georgia"/>
          <w:b w:val="0"/>
          <w:i w:val="0"/>
          <w:color w:val="22201D"/>
          <w:sz w:val="20"/>
        </w:rPr>
        <w:t>Exactness waited better than mystery.</w:t>
      </w:r>
    </w:p>
    <w:p>
      <w:pPr>
        <w:spacing w:after="60" w:line="266" w:lineRule="auto"/>
        <w:ind w:firstLine="331"/>
        <w:jc w:val="both"/>
      </w:pPr>
      <w:r>
        <w:rPr>
          <w:rFonts w:ascii="Georgia" w:hAnsi="Georgia"/>
          <w:b w:val="0"/>
          <w:i w:val="0"/>
          <w:color w:val="22201D"/>
          <w:sz w:val="20"/>
        </w:rPr>
        <w:t>"What happens if I taste it?"</w:t>
      </w:r>
    </w:p>
    <w:p>
      <w:pPr>
        <w:spacing w:after="60" w:line="266" w:lineRule="auto"/>
        <w:ind w:firstLine="331"/>
        <w:jc w:val="both"/>
      </w:pPr>
      <w:r>
        <w:rPr>
          <w:rFonts w:ascii="Georgia" w:hAnsi="Georgia"/>
          <w:b w:val="0"/>
          <w:i w:val="0"/>
          <w:color w:val="22201D"/>
          <w:sz w:val="20"/>
        </w:rPr>
        <w:t>"You identify the truth sample."</w:t>
      </w:r>
    </w:p>
    <w:p>
      <w:pPr>
        <w:spacing w:after="60" w:line="266" w:lineRule="auto"/>
        <w:ind w:firstLine="331"/>
        <w:jc w:val="both"/>
      </w:pPr>
      <w:r>
        <w:rPr>
          <w:rFonts w:ascii="Georgia" w:hAnsi="Georgia"/>
          <w:b w:val="0"/>
          <w:i w:val="0"/>
          <w:color w:val="22201D"/>
          <w:sz w:val="20"/>
        </w:rPr>
        <w:t>"And if I do not?"</w:t>
      </w:r>
    </w:p>
    <w:p>
      <w:pPr>
        <w:spacing w:after="60" w:line="266" w:lineRule="auto"/>
        <w:ind w:firstLine="331"/>
        <w:jc w:val="both"/>
      </w:pPr>
      <w:r>
        <w:rPr>
          <w:rFonts w:ascii="Georgia" w:hAnsi="Georgia"/>
          <w:b w:val="0"/>
          <w:i w:val="0"/>
          <w:color w:val="22201D"/>
          <w:sz w:val="20"/>
        </w:rPr>
        <w:t>"The jar stays almost useful."</w:t>
      </w:r>
    </w:p>
    <w:p>
      <w:pPr>
        <w:spacing w:after="60" w:line="266" w:lineRule="auto"/>
        <w:ind w:firstLine="331"/>
        <w:jc w:val="both"/>
      </w:pPr>
      <w:r>
        <w:rPr>
          <w:rFonts w:ascii="Georgia" w:hAnsi="Georgia"/>
          <w:b w:val="0"/>
          <w:i w:val="0"/>
          <w:color w:val="22201D"/>
          <w:sz w:val="20"/>
        </w:rPr>
        <w:t>"That sounds survivable."</w:t>
      </w:r>
    </w:p>
    <w:p>
      <w:pPr>
        <w:spacing w:after="60" w:line="266" w:lineRule="auto"/>
        <w:ind w:firstLine="331"/>
        <w:jc w:val="both"/>
      </w:pPr>
      <w:r>
        <w:rPr>
          <w:rFonts w:ascii="Georgia" w:hAnsi="Georgia"/>
          <w:b w:val="0"/>
          <w:i w:val="0"/>
          <w:color w:val="22201D"/>
          <w:sz w:val="20"/>
        </w:rPr>
        <w:t>"Many bad systems are survivable."</w:t>
      </w:r>
    </w:p>
    <w:p>
      <w:pPr>
        <w:spacing w:after="60" w:line="266" w:lineRule="auto"/>
        <w:ind w:firstLine="331"/>
        <w:jc w:val="both"/>
      </w:pPr>
      <w:r>
        <w:rPr>
          <w:rFonts w:ascii="Georgia" w:hAnsi="Georgia"/>
          <w:b w:val="0"/>
          <w:i w:val="0"/>
          <w:color w:val="22201D"/>
          <w:sz w:val="20"/>
        </w:rPr>
        <w:t>Flocc took the glass rod.</w:t>
      </w:r>
    </w:p>
    <w:p>
      <w:pPr>
        <w:spacing w:after="60" w:line="266" w:lineRule="auto"/>
        <w:ind w:firstLine="331"/>
        <w:jc w:val="both"/>
      </w:pPr>
      <w:r>
        <w:rPr>
          <w:rFonts w:ascii="Georgia" w:hAnsi="Georgia"/>
          <w:b w:val="0"/>
          <w:i w:val="0"/>
          <w:color w:val="22201D"/>
          <w:sz w:val="20"/>
        </w:rPr>
        <w:t>The bead of Voidberry Fatalii trembled at the end.</w:t>
      </w:r>
    </w:p>
    <w:p>
      <w:pPr>
        <w:spacing w:after="60" w:line="266" w:lineRule="auto"/>
        <w:ind w:firstLine="331"/>
        <w:jc w:val="both"/>
      </w:pPr>
      <w:r>
        <w:rPr>
          <w:rFonts w:ascii="Georgia" w:hAnsi="Georgia"/>
          <w:b w:val="0"/>
          <w:i w:val="0"/>
          <w:color w:val="22201D"/>
          <w:sz w:val="20"/>
        </w:rPr>
        <w:t>"One gram," he said.</w:t>
      </w:r>
    </w:p>
    <w:p>
      <w:pPr>
        <w:spacing w:after="60" w:line="266" w:lineRule="auto"/>
        <w:ind w:firstLine="331"/>
        <w:jc w:val="both"/>
      </w:pPr>
      <w:r>
        <w:rPr>
          <w:rFonts w:ascii="Georgia" w:hAnsi="Georgia"/>
          <w:b w:val="0"/>
          <w:i w:val="0"/>
          <w:color w:val="22201D"/>
          <w:sz w:val="20"/>
        </w:rPr>
        <w:t>"One gram," the Hostess confirmed.</w:t>
      </w:r>
    </w:p>
    <w:p>
      <w:pPr>
        <w:spacing w:after="60" w:line="266" w:lineRule="auto"/>
        <w:ind w:firstLine="331"/>
        <w:jc w:val="both"/>
      </w:pPr>
      <w:r>
        <w:rPr>
          <w:rFonts w:ascii="Georgia" w:hAnsi="Georgia"/>
          <w:b w:val="0"/>
          <w:i w:val="0"/>
          <w:color w:val="22201D"/>
          <w:sz w:val="20"/>
        </w:rPr>
        <w:t>He touched it to his tongue.</w:t>
      </w:r>
    </w:p>
    <w:p>
      <w:pPr>
        <w:spacing w:after="60" w:line="266" w:lineRule="auto"/>
        <w:ind w:firstLine="331"/>
        <w:jc w:val="both"/>
      </w:pPr>
      <w:r>
        <w:rPr>
          <w:rFonts w:ascii="Georgia" w:hAnsi="Georgia"/>
          <w:b w:val="0"/>
          <w:i w:val="0"/>
          <w:color w:val="22201D"/>
          <w:sz w:val="20"/>
        </w:rPr>
        <w:t>At first, fruit.</w:t>
      </w:r>
    </w:p>
    <w:p>
      <w:pPr>
        <w:spacing w:after="60" w:line="266" w:lineRule="auto"/>
        <w:ind w:firstLine="331"/>
        <w:jc w:val="both"/>
      </w:pPr>
      <w:r>
        <w:rPr>
          <w:rFonts w:ascii="Georgia" w:hAnsi="Georgia"/>
          <w:b w:val="0"/>
          <w:i w:val="0"/>
          <w:color w:val="22201D"/>
          <w:sz w:val="20"/>
        </w:rPr>
        <w:t>Not sweet.</w:t>
      </w:r>
    </w:p>
    <w:p>
      <w:pPr>
        <w:spacing w:after="60" w:line="266" w:lineRule="auto"/>
        <w:ind w:firstLine="331"/>
        <w:jc w:val="both"/>
      </w:pPr>
      <w:r>
        <w:rPr>
          <w:rFonts w:ascii="Georgia" w:hAnsi="Georgia"/>
          <w:b w:val="0"/>
          <w:i w:val="0"/>
          <w:color w:val="22201D"/>
          <w:sz w:val="20"/>
        </w:rPr>
        <w:t>Dark.</w:t>
      </w:r>
    </w:p>
    <w:p>
      <w:pPr>
        <w:spacing w:after="60" w:line="266" w:lineRule="auto"/>
        <w:ind w:firstLine="331"/>
        <w:jc w:val="both"/>
      </w:pPr>
      <w:r>
        <w:rPr>
          <w:rFonts w:ascii="Georgia" w:hAnsi="Georgia"/>
          <w:b w:val="0"/>
          <w:i w:val="0"/>
          <w:color w:val="22201D"/>
          <w:sz w:val="20"/>
        </w:rPr>
        <w:t>The taste of berries gathered from a place where sunlight arrived late and left early. Then heat, narrow and vertical, a line drawn from tongue to throat with an engineer's confidence. Then bitterness, not unpleasant, but exact: the bitter seed that had been missing from the substitute.</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The pantry went quiet enough to hear flour settle.</w:t>
      </w:r>
    </w:p>
    <w:p>
      <w:pPr>
        <w:spacing w:after="60" w:line="266" w:lineRule="auto"/>
        <w:ind w:firstLine="331"/>
        <w:jc w:val="both"/>
      </w:pPr>
      <w:r>
        <w:rPr>
          <w:rFonts w:ascii="Georgia" w:hAnsi="Georgia"/>
          <w:b w:val="0"/>
          <w:i w:val="0"/>
          <w:color w:val="22201D"/>
          <w:sz w:val="20"/>
        </w:rPr>
        <w:t>The truth arrived as a sentence, but not in words.</w:t>
      </w:r>
    </w:p>
    <w:p>
      <w:pPr>
        <w:spacing w:after="60" w:line="266" w:lineRule="auto"/>
        <w:ind w:firstLine="331"/>
        <w:jc w:val="both"/>
      </w:pPr>
      <w:r>
        <w:rPr>
          <w:rFonts w:ascii="Georgia" w:hAnsi="Georgia"/>
          <w:b w:val="0"/>
          <w:i w:val="0"/>
          <w:color w:val="22201D"/>
          <w:sz w:val="20"/>
        </w:rPr>
        <w:t>Almost honest was not honest enough to stock.</w:t>
      </w:r>
    </w:p>
    <w:p>
      <w:pPr>
        <w:spacing w:after="60" w:line="266" w:lineRule="auto"/>
        <w:ind w:firstLine="331"/>
        <w:jc w:val="both"/>
      </w:pPr>
      <w:r>
        <w:rPr>
          <w:rFonts w:ascii="Georgia" w:hAnsi="Georgia"/>
          <w:b w:val="0"/>
          <w:i w:val="0"/>
          <w:color w:val="22201D"/>
          <w:sz w:val="20"/>
        </w:rPr>
        <w:t>Not because almost honest was worthless.</w:t>
      </w:r>
    </w:p>
    <w:p>
      <w:pPr>
        <w:spacing w:after="60" w:line="266" w:lineRule="auto"/>
        <w:ind w:firstLine="331"/>
        <w:jc w:val="both"/>
      </w:pPr>
      <w:r>
        <w:rPr>
          <w:rFonts w:ascii="Georgia" w:hAnsi="Georgia"/>
          <w:b w:val="0"/>
          <w:i w:val="0"/>
          <w:color w:val="22201D"/>
          <w:sz w:val="20"/>
        </w:rPr>
        <w:t>Not because emergency substitutes were sins.</w:t>
      </w:r>
    </w:p>
    <w:p>
      <w:pPr>
        <w:spacing w:after="60" w:line="266" w:lineRule="auto"/>
        <w:ind w:firstLine="331"/>
        <w:jc w:val="both"/>
      </w:pPr>
      <w:r>
        <w:rPr>
          <w:rFonts w:ascii="Georgia" w:hAnsi="Georgia"/>
          <w:b w:val="0"/>
          <w:i w:val="0"/>
          <w:color w:val="22201D"/>
          <w:sz w:val="20"/>
        </w:rPr>
        <w:t>Because a shelf label trained future hunger.</w:t>
      </w:r>
    </w:p>
    <w:p>
      <w:pPr>
        <w:spacing w:after="60" w:line="266" w:lineRule="auto"/>
        <w:ind w:firstLine="331"/>
        <w:jc w:val="both"/>
      </w:pPr>
      <w:r>
        <w:rPr>
          <w:rFonts w:ascii="Georgia" w:hAnsi="Georgia"/>
          <w:b w:val="0"/>
          <w:i w:val="0"/>
          <w:color w:val="22201D"/>
          <w:sz w:val="20"/>
        </w:rPr>
        <w:t>If a substitute wore the original's name long enough, the next hungry person would not know what they had agreed to eat.</w:t>
      </w:r>
    </w:p>
    <w:p>
      <w:pPr>
        <w:spacing w:after="60" w:line="266" w:lineRule="auto"/>
        <w:ind w:firstLine="331"/>
        <w:jc w:val="both"/>
      </w:pPr>
      <w:r>
        <w:rPr>
          <w:rFonts w:ascii="Georgia" w:hAnsi="Georgia"/>
          <w:b w:val="0"/>
          <w:i w:val="0"/>
          <w:color w:val="22201D"/>
          <w:sz w:val="20"/>
        </w:rPr>
        <w:t>Flocc opened his eyes.</w:t>
      </w:r>
    </w:p>
    <w:p>
      <w:pPr>
        <w:spacing w:after="60" w:line="266" w:lineRule="auto"/>
        <w:ind w:firstLine="331"/>
        <w:jc w:val="both"/>
      </w:pPr>
      <w:r>
        <w:rPr>
          <w:rFonts w:ascii="Georgia" w:hAnsi="Georgia"/>
          <w:b w:val="0"/>
          <w:i w:val="0"/>
          <w:color w:val="22201D"/>
          <w:sz w:val="20"/>
        </w:rPr>
        <w:t>He did not remember closing them.</w:t>
      </w:r>
    </w:p>
    <w:p>
      <w:pPr>
        <w:spacing w:after="60" w:line="266" w:lineRule="auto"/>
        <w:ind w:firstLine="331"/>
        <w:jc w:val="both"/>
      </w:pPr>
      <w:r>
        <w:rPr>
          <w:rFonts w:ascii="Georgia" w:hAnsi="Georgia"/>
          <w:b w:val="0"/>
          <w:i w:val="0"/>
          <w:color w:val="22201D"/>
          <w:sz w:val="20"/>
        </w:rPr>
        <w:t>"It needs the bitter seed."</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"Say the truth sample."</w:t>
      </w:r>
    </w:p>
    <w:p>
      <w:pPr>
        <w:spacing w:after="60" w:line="266" w:lineRule="auto"/>
        <w:ind w:firstLine="331"/>
        <w:jc w:val="both"/>
      </w:pPr>
      <w:r>
        <w:rPr>
          <w:rFonts w:ascii="Georgia" w:hAnsi="Georgia"/>
          <w:b w:val="0"/>
          <w:i w:val="0"/>
          <w:color w:val="22201D"/>
          <w:sz w:val="20"/>
        </w:rPr>
        <w:t>"Almost honest is not honest enough to stock."</w:t>
      </w:r>
    </w:p>
    <w:p>
      <w:pPr>
        <w:spacing w:after="60" w:line="266" w:lineRule="auto"/>
        <w:ind w:firstLine="331"/>
        <w:jc w:val="both"/>
      </w:pPr>
      <w:r>
        <w:rPr>
          <w:rFonts w:ascii="Georgia" w:hAnsi="Georgia"/>
          <w:b w:val="0"/>
          <w:i w:val="0"/>
          <w:color w:val="22201D"/>
          <w:sz w:val="20"/>
        </w:rPr>
        <w:t>The scale clicked.</w:t>
      </w:r>
    </w:p>
    <w:p>
      <w:pPr>
        <w:spacing w:after="60" w:line="266" w:lineRule="auto"/>
        <w:ind w:firstLine="331"/>
        <w:jc w:val="both"/>
      </w:pPr>
      <w:r>
        <w:rPr>
          <w:rFonts w:ascii="Georgia" w:hAnsi="Georgia"/>
          <w:b w:val="0"/>
          <w:i w:val="0"/>
          <w:color w:val="22201D"/>
          <w:sz w:val="20"/>
        </w:rPr>
        <w:t>The ledger card stamped:</w:t>
      </w:r>
    </w:p>
    <w:p>
      <w:pPr>
        <w:spacing w:after="60" w:line="250" w:lineRule="auto"/>
        <w:ind w:left="202" w:right="173"/>
      </w:pPr>
      <w:r>
        <w:rPr>
          <w:rFonts w:ascii="Georgia" w:hAnsi="Georgia"/>
          <w:b w:val="0"/>
          <w:i w:val="0"/>
          <w:color w:val="22201D"/>
          <w:sz w:val="17"/>
        </w:rPr>
        <w:t>TRUTH IDENTIFIED SERVING: 1 GRAM</w:t>
      </w:r>
    </w:p>
    <w:p>
      <w:pPr>
        <w:spacing w:after="60" w:line="266" w:lineRule="auto"/>
        <w:ind w:firstLine="331"/>
        <w:jc w:val="both"/>
      </w:pPr>
      <w:r>
        <w:rPr>
          <w:rFonts w:ascii="Georgia" w:hAnsi="Georgia"/>
          <w:b w:val="0"/>
          <w:i w:val="0"/>
          <w:color w:val="22201D"/>
          <w:sz w:val="20"/>
        </w:rPr>
        <w:t>The jar label corrected:</w:t>
      </w:r>
    </w:p>
    <w:p>
      <w:pPr>
        <w:spacing w:after="60" w:line="250" w:lineRule="auto"/>
        <w:ind w:left="202" w:right="173"/>
      </w:pPr>
      <w:r>
        <w:rPr>
          <w:rFonts w:ascii="Georgia" w:hAnsi="Georgia"/>
          <w:b w:val="0"/>
          <w:i w:val="0"/>
          <w:color w:val="22201D"/>
          <w:sz w:val="17"/>
        </w:rPr>
        <w:t>VOIDBERRY FATALII Missing: exact bitter seed Current use: warning only</w:t>
      </w:r>
    </w:p>
    <w:p>
      <w:pPr>
        <w:spacing w:after="60" w:line="266" w:lineRule="auto"/>
        <w:ind w:firstLine="331"/>
        <w:jc w:val="both"/>
      </w:pPr>
      <w:r>
        <w:rPr>
          <w:rFonts w:ascii="Georgia" w:hAnsi="Georgia"/>
          <w:b w:val="0"/>
          <w:i w:val="0"/>
          <w:color w:val="22201D"/>
          <w:sz w:val="20"/>
        </w:rPr>
        <w:t>Flocc breathed through the heat.</w:t>
      </w:r>
    </w:p>
    <w:p>
      <w:pPr>
        <w:spacing w:after="60" w:line="266" w:lineRule="auto"/>
        <w:ind w:firstLine="331"/>
        <w:jc w:val="both"/>
      </w:pPr>
      <w:r>
        <w:rPr>
          <w:rFonts w:ascii="Georgia" w:hAnsi="Georgia"/>
          <w:b w:val="0"/>
          <w:i w:val="0"/>
          <w:color w:val="22201D"/>
          <w:sz w:val="20"/>
        </w:rPr>
        <w:t>"That was not cruel."</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"It was sharp."</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"Could be cruel if served wrong."</w:t>
      </w:r>
    </w:p>
    <w:p>
      <w:pPr>
        <w:spacing w:after="60" w:line="266" w:lineRule="auto"/>
        <w:ind w:firstLine="331"/>
        <w:jc w:val="both"/>
      </w:pPr>
      <w:r>
        <w:rPr>
          <w:rFonts w:ascii="Georgia" w:hAnsi="Georgia"/>
          <w:b w:val="0"/>
          <w:i w:val="0"/>
          <w:color w:val="22201D"/>
          <w:sz w:val="20"/>
        </w:rPr>
        <w:t>"Most truth can."</w:t>
      </w:r>
    </w:p>
    <w:p>
      <w:pPr>
        <w:spacing w:after="60" w:line="266" w:lineRule="auto"/>
        <w:ind w:firstLine="331"/>
        <w:jc w:val="both"/>
      </w:pPr>
      <w:r>
        <w:rPr>
          <w:rFonts w:ascii="Georgia" w:hAnsi="Georgia"/>
          <w:b w:val="0"/>
          <w:i w:val="0"/>
          <w:color w:val="22201D"/>
          <w:sz w:val="20"/>
        </w:rPr>
        <w:t>The tiny spoon rattled on the table.</w:t>
      </w:r>
    </w:p>
    <w:p>
      <w:pPr>
        <w:spacing w:after="60" w:line="266" w:lineRule="auto"/>
        <w:ind w:firstLine="331"/>
        <w:jc w:val="both"/>
      </w:pPr>
      <w:r>
        <w:rPr>
          <w:rFonts w:ascii="Georgia" w:hAnsi="Georgia"/>
          <w:b w:val="0"/>
          <w:i w:val="0"/>
          <w:color w:val="22201D"/>
          <w:sz w:val="20"/>
        </w:rPr>
        <w:t>The Hostess looked at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spoon rattled again.</w:t>
      </w:r>
    </w:p>
    <w:p>
      <w:pPr>
        <w:spacing w:after="60" w:line="266" w:lineRule="auto"/>
        <w:ind w:firstLine="331"/>
        <w:jc w:val="both"/>
      </w:pPr>
      <w:r>
        <w:rPr>
          <w:rFonts w:ascii="Georgia" w:hAnsi="Georgia"/>
          <w:b w:val="0"/>
          <w:i w:val="0"/>
          <w:color w:val="22201D"/>
          <w:sz w:val="20"/>
        </w:rPr>
        <w:t>Flocc frowned.</w:t>
      </w:r>
    </w:p>
    <w:p>
      <w:pPr>
        <w:spacing w:after="60" w:line="266" w:lineRule="auto"/>
        <w:ind w:firstLine="331"/>
        <w:jc w:val="both"/>
      </w:pPr>
      <w:r>
        <w:rPr>
          <w:rFonts w:ascii="Georgia" w:hAnsi="Georgia"/>
          <w:b w:val="0"/>
          <w:i w:val="0"/>
          <w:color w:val="22201D"/>
          <w:sz w:val="20"/>
        </w:rPr>
        <w:t>"Is that Bob's spoon?"</w:t>
      </w:r>
    </w:p>
    <w:p>
      <w:pPr>
        <w:spacing w:after="60" w:line="266" w:lineRule="auto"/>
        <w:ind w:firstLine="331"/>
        <w:jc w:val="both"/>
      </w:pPr>
      <w:r>
        <w:rPr>
          <w:rFonts w:ascii="Georgia" w:hAnsi="Georgia"/>
          <w:b w:val="0"/>
          <w:i w:val="0"/>
          <w:color w:val="22201D"/>
          <w:sz w:val="20"/>
        </w:rPr>
        <w:t>"No. This is pantry spoon."</w:t>
      </w:r>
    </w:p>
    <w:p>
      <w:pPr>
        <w:spacing w:after="60" w:line="266" w:lineRule="auto"/>
        <w:ind w:firstLine="331"/>
        <w:jc w:val="both"/>
      </w:pPr>
      <w:r>
        <w:rPr>
          <w:rFonts w:ascii="Georgia" w:hAnsi="Georgia"/>
          <w:b w:val="0"/>
          <w:i w:val="0"/>
          <w:color w:val="22201D"/>
          <w:sz w:val="20"/>
        </w:rPr>
        <w:t>"Does every system have a spoon?"</w:t>
      </w:r>
    </w:p>
    <w:p>
      <w:pPr>
        <w:spacing w:after="60" w:line="266" w:lineRule="auto"/>
        <w:ind w:firstLine="331"/>
        <w:jc w:val="both"/>
      </w:pPr>
      <w:r>
        <w:rPr>
          <w:rFonts w:ascii="Georgia" w:hAnsi="Georgia"/>
          <w:b w:val="0"/>
          <w:i w:val="0"/>
          <w:color w:val="22201D"/>
          <w:sz w:val="20"/>
        </w:rPr>
        <w:t>"Every system has something people trust because it fits in a hand."</w:t>
      </w:r>
    </w:p>
    <w:p>
      <w:pPr>
        <w:spacing w:after="60" w:line="266" w:lineRule="auto"/>
        <w:ind w:firstLine="331"/>
        <w:jc w:val="both"/>
      </w:pPr>
      <w:r>
        <w:rPr>
          <w:rFonts w:ascii="Georgia" w:hAnsi="Georgia"/>
          <w:b w:val="0"/>
          <w:i w:val="0"/>
          <w:color w:val="22201D"/>
          <w:sz w:val="20"/>
        </w:rPr>
        <w:t>The tiny spoon slid toward the jar.</w:t>
      </w:r>
    </w:p>
    <w:p>
      <w:pPr>
        <w:spacing w:after="60" w:line="266" w:lineRule="auto"/>
        <w:ind w:firstLine="331"/>
        <w:jc w:val="both"/>
      </w:pPr>
      <w:r>
        <w:rPr>
          <w:rFonts w:ascii="Georgia" w:hAnsi="Georgia"/>
          <w:b w:val="0"/>
          <w:i w:val="0"/>
          <w:color w:val="22201D"/>
          <w:sz w:val="20"/>
        </w:rPr>
        <w:t>The warning card darkened:</w:t>
      </w:r>
    </w:p>
    <w:p>
      <w:pPr>
        <w:spacing w:after="60" w:line="250" w:lineRule="auto"/>
        <w:ind w:left="202" w:right="173"/>
      </w:pPr>
      <w:r>
        <w:rPr>
          <w:rFonts w:ascii="Georgia" w:hAnsi="Georgia"/>
          <w:b w:val="0"/>
          <w:i w:val="0"/>
          <w:color w:val="22201D"/>
          <w:sz w:val="17"/>
        </w:rPr>
        <w:t>Truth by spoonful may exceed safe serving.</w:t>
      </w:r>
    </w:p>
    <w:p>
      <w:pPr>
        <w:spacing w:after="60" w:line="266" w:lineRule="auto"/>
        <w:ind w:firstLine="331"/>
        <w:jc w:val="both"/>
      </w:pPr>
      <w:r>
        <w:rPr>
          <w:rFonts w:ascii="Georgia" w:hAnsi="Georgia"/>
          <w:b w:val="0"/>
          <w:i w:val="0"/>
          <w:color w:val="22201D"/>
          <w:sz w:val="20"/>
        </w:rPr>
        <w:t>The Hostess put one finger on the spoon.</w:t>
      </w:r>
    </w:p>
    <w:p>
      <w:pPr>
        <w:spacing w:after="60" w:line="266" w:lineRule="auto"/>
        <w:ind w:firstLine="331"/>
        <w:jc w:val="both"/>
      </w:pPr>
      <w:r>
        <w:rPr>
          <w:rFonts w:ascii="Georgia" w:hAnsi="Georgia"/>
          <w:b w:val="0"/>
          <w:i w:val="0"/>
          <w:color w:val="22201D"/>
          <w:sz w:val="20"/>
        </w:rPr>
        <w:t>It stopped.</w:t>
      </w:r>
    </w:p>
    <w:p>
      <w:pPr>
        <w:spacing w:after="60" w:line="266" w:lineRule="auto"/>
        <w:ind w:firstLine="331"/>
        <w:jc w:val="both"/>
      </w:pPr>
      <w:r>
        <w:rPr>
          <w:rFonts w:ascii="Georgia" w:hAnsi="Georgia"/>
          <w:b w:val="0"/>
          <w:i w:val="0"/>
          <w:color w:val="22201D"/>
          <w:sz w:val="20"/>
        </w:rPr>
        <w:t>"Someone wants too much truth," she said.</w:t>
      </w:r>
    </w:p>
    <w:p>
      <w:pPr>
        <w:spacing w:after="60" w:line="266" w:lineRule="auto"/>
        <w:ind w:firstLine="331"/>
        <w:jc w:val="both"/>
      </w:pPr>
      <w:r>
        <w:rPr>
          <w:rFonts w:ascii="Georgia" w:hAnsi="Georgia"/>
          <w:b w:val="0"/>
          <w:i w:val="0"/>
          <w:color w:val="22201D"/>
          <w:sz w:val="20"/>
        </w:rPr>
        <w:t>At the end of the aisle, a shelf door opened.</w:t>
      </w:r>
    </w:p>
    <w:p>
      <w:pPr>
        <w:spacing w:after="60" w:line="266" w:lineRule="auto"/>
        <w:ind w:firstLine="331"/>
        <w:jc w:val="both"/>
      </w:pPr>
      <w:r>
        <w:rPr>
          <w:rFonts w:ascii="Georgia" w:hAnsi="Georgia"/>
          <w:b w:val="0"/>
          <w:i w:val="0"/>
          <w:color w:val="22201D"/>
          <w:sz w:val="20"/>
        </w:rPr>
        <w:t>A man Flocc did not know stepped into view holding a mixing bowl.</w:t>
      </w:r>
    </w:p>
    <w:p>
      <w:pPr>
        <w:spacing w:after="60" w:line="266" w:lineRule="auto"/>
        <w:ind w:firstLine="331"/>
        <w:jc w:val="both"/>
      </w:pPr>
      <w:r>
        <w:rPr>
          <w:rFonts w:ascii="Georgia" w:hAnsi="Georgia"/>
          <w:b w:val="0"/>
          <w:i w:val="0"/>
          <w:color w:val="22201D"/>
          <w:sz w:val="20"/>
        </w:rPr>
        <w:t>He wore an apron that had once been white, carried three recipe cards in one hand, and had the tired defiance of a person who had been told a dish was not ready after already inviting guests.</w:t>
      </w:r>
    </w:p>
    <w:p>
      <w:pPr>
        <w:spacing w:after="60" w:line="266" w:lineRule="auto"/>
        <w:ind w:firstLine="331"/>
        <w:jc w:val="both"/>
      </w:pPr>
      <w:r>
        <w:rPr>
          <w:rFonts w:ascii="Georgia" w:hAnsi="Georgia"/>
          <w:b w:val="0"/>
          <w:i w:val="0"/>
          <w:color w:val="22201D"/>
          <w:sz w:val="20"/>
        </w:rPr>
        <w:t>"I need it," he said.</w:t>
      </w:r>
    </w:p>
    <w:p>
      <w:pPr>
        <w:spacing w:after="60" w:line="266" w:lineRule="auto"/>
        <w:ind w:firstLine="331"/>
        <w:jc w:val="both"/>
      </w:pPr>
      <w:r>
        <w:rPr>
          <w:rFonts w:ascii="Georgia" w:hAnsi="Georgia"/>
          <w:b w:val="0"/>
          <w:i w:val="0"/>
          <w:color w:val="22201D"/>
          <w:sz w:val="20"/>
        </w:rPr>
        <w:t>The Hostess did not turn.</w:t>
      </w:r>
    </w:p>
    <w:p>
      <w:pPr>
        <w:spacing w:after="60" w:line="266" w:lineRule="auto"/>
        <w:ind w:firstLine="331"/>
        <w:jc w:val="both"/>
      </w:pPr>
      <w:r>
        <w:rPr>
          <w:rFonts w:ascii="Georgia" w:hAnsi="Georgia"/>
          <w:b w:val="0"/>
          <w:i w:val="0"/>
          <w:color w:val="22201D"/>
          <w:sz w:val="20"/>
        </w:rPr>
        <w:t>"You need one gram."</w:t>
      </w:r>
    </w:p>
    <w:p>
      <w:pPr>
        <w:spacing w:after="60" w:line="266" w:lineRule="auto"/>
        <w:ind w:firstLine="331"/>
        <w:jc w:val="both"/>
      </w:pPr>
      <w:r>
        <w:rPr>
          <w:rFonts w:ascii="Georgia" w:hAnsi="Georgia"/>
          <w:b w:val="0"/>
          <w:i w:val="0"/>
          <w:color w:val="22201D"/>
          <w:sz w:val="20"/>
        </w:rPr>
        <w:t>"I need enough for the stew."</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man's grip tightened around the bowl.</w:t>
      </w:r>
    </w:p>
    <w:p>
      <w:pPr>
        <w:spacing w:after="60" w:line="266" w:lineRule="auto"/>
        <w:ind w:firstLine="331"/>
        <w:jc w:val="both"/>
      </w:pPr>
      <w:r>
        <w:rPr>
          <w:rFonts w:ascii="Georgia" w:hAnsi="Georgia"/>
          <w:b w:val="0"/>
          <w:i w:val="0"/>
          <w:color w:val="22201D"/>
          <w:sz w:val="20"/>
        </w:rPr>
        <w:t>"People are waiting."</w:t>
      </w:r>
    </w:p>
    <w:p>
      <w:pPr>
        <w:spacing w:after="60" w:line="266" w:lineRule="auto"/>
        <w:ind w:firstLine="331"/>
        <w:jc w:val="both"/>
      </w:pPr>
      <w:r>
        <w:rPr>
          <w:rFonts w:ascii="Georgia" w:hAnsi="Georgia"/>
          <w:b w:val="0"/>
          <w:i w:val="0"/>
          <w:color w:val="22201D"/>
          <w:sz w:val="20"/>
        </w:rPr>
        <w:t>"People wait badly. That does not change dosage."</w:t>
      </w:r>
    </w:p>
    <w:p>
      <w:pPr>
        <w:spacing w:after="60" w:line="266" w:lineRule="auto"/>
        <w:ind w:firstLine="331"/>
        <w:jc w:val="both"/>
      </w:pPr>
      <w:r>
        <w:rPr>
          <w:rFonts w:ascii="Georgia" w:hAnsi="Georgia"/>
          <w:b w:val="0"/>
          <w:i w:val="0"/>
          <w:color w:val="22201D"/>
          <w:sz w:val="20"/>
        </w:rPr>
        <w:t>Flocc moved slightly away from the jar, not because he had authority, but because he did not want to stand between hunger and warning by accident.</w:t>
      </w:r>
    </w:p>
    <w:p>
      <w:pPr>
        <w:spacing w:after="60" w:line="266" w:lineRule="auto"/>
        <w:ind w:firstLine="331"/>
        <w:jc w:val="both"/>
      </w:pPr>
      <w:r>
        <w:rPr>
          <w:rFonts w:ascii="Georgia" w:hAnsi="Georgia"/>
          <w:b w:val="0"/>
          <w:i w:val="0"/>
          <w:color w:val="22201D"/>
          <w:sz w:val="20"/>
        </w:rPr>
        <w:t>The man came closer.</w:t>
      </w:r>
    </w:p>
    <w:p>
      <w:pPr>
        <w:spacing w:after="60" w:line="266" w:lineRule="auto"/>
        <w:ind w:firstLine="331"/>
        <w:jc w:val="both"/>
      </w:pPr>
      <w:r>
        <w:rPr>
          <w:rFonts w:ascii="Georgia" w:hAnsi="Georgia"/>
          <w:b w:val="0"/>
          <w:i w:val="0"/>
          <w:color w:val="22201D"/>
          <w:sz w:val="20"/>
        </w:rPr>
        <w:t>His recipe cards fluttered.</w:t>
      </w:r>
    </w:p>
    <w:p>
      <w:pPr>
        <w:spacing w:after="60" w:line="266" w:lineRule="auto"/>
        <w:ind w:firstLine="331"/>
        <w:jc w:val="both"/>
      </w:pPr>
      <w:r>
        <w:rPr>
          <w:rFonts w:ascii="Georgia" w:hAnsi="Georgia"/>
          <w:b w:val="0"/>
          <w:i w:val="0"/>
          <w:color w:val="22201D"/>
          <w:sz w:val="20"/>
        </w:rPr>
        <w:t>One landed on the table.</w:t>
      </w:r>
    </w:p>
    <w:p>
      <w:pPr>
        <w:spacing w:after="60" w:line="250" w:lineRule="auto"/>
        <w:ind w:left="202" w:right="173"/>
      </w:pPr>
      <w:r>
        <w:rPr>
          <w:rFonts w:ascii="Georgia" w:hAnsi="Georgia"/>
          <w:b w:val="0"/>
          <w:i w:val="0"/>
          <w:color w:val="22201D"/>
          <w:sz w:val="17"/>
        </w:rPr>
        <w:t>CENTER SHELF STEW Serves: people who say they can take it Ingredient requested: truth, generous</w:t>
      </w:r>
    </w:p>
    <w:p>
      <w:pPr>
        <w:spacing w:after="60" w:line="266" w:lineRule="auto"/>
        <w:ind w:firstLine="331"/>
        <w:jc w:val="both"/>
      </w:pPr>
      <w:r>
        <w:rPr>
          <w:rFonts w:ascii="Georgia" w:hAnsi="Georgia"/>
          <w:b w:val="0"/>
          <w:i w:val="0"/>
          <w:color w:val="22201D"/>
          <w:sz w:val="20"/>
        </w:rPr>
        <w:t>The Hostess picked up the card and crossed out generous.</w:t>
      </w:r>
    </w:p>
    <w:p>
      <w:pPr>
        <w:spacing w:after="60" w:line="266" w:lineRule="auto"/>
        <w:ind w:firstLine="331"/>
        <w:jc w:val="both"/>
      </w:pPr>
      <w:r>
        <w:rPr>
          <w:rFonts w:ascii="Georgia" w:hAnsi="Georgia"/>
          <w:b w:val="0"/>
          <w:i w:val="0"/>
          <w:color w:val="22201D"/>
          <w:sz w:val="20"/>
        </w:rPr>
        <w:t>She wrote:</w:t>
      </w:r>
    </w:p>
    <w:p>
      <w:pPr>
        <w:spacing w:after="60" w:line="250" w:lineRule="auto"/>
        <w:ind w:left="202" w:right="173"/>
      </w:pPr>
      <w:r>
        <w:rPr>
          <w:rFonts w:ascii="Georgia" w:hAnsi="Georgia"/>
          <w:b w:val="0"/>
          <w:i w:val="0"/>
          <w:color w:val="22201D"/>
          <w:sz w:val="17"/>
        </w:rPr>
        <w:t>measured</w:t>
      </w:r>
    </w:p>
    <w:p>
      <w:pPr>
        <w:spacing w:after="60" w:line="266" w:lineRule="auto"/>
        <w:ind w:firstLine="331"/>
        <w:jc w:val="both"/>
      </w:pPr>
      <w:r>
        <w:rPr>
          <w:rFonts w:ascii="Georgia" w:hAnsi="Georgia"/>
          <w:b w:val="0"/>
          <w:i w:val="0"/>
          <w:color w:val="22201D"/>
          <w:sz w:val="20"/>
        </w:rPr>
        <w:t>The man laughed once.</w:t>
      </w:r>
    </w:p>
    <w:p>
      <w:pPr>
        <w:spacing w:after="60" w:line="266" w:lineRule="auto"/>
        <w:ind w:firstLine="331"/>
        <w:jc w:val="both"/>
      </w:pPr>
      <w:r>
        <w:rPr>
          <w:rFonts w:ascii="Georgia" w:hAnsi="Georgia"/>
          <w:b w:val="0"/>
          <w:i w:val="0"/>
          <w:color w:val="22201D"/>
          <w:sz w:val="20"/>
        </w:rPr>
        <w:t>"Measured truth feeds no one."</w:t>
      </w:r>
    </w:p>
    <w:p>
      <w:pPr>
        <w:spacing w:after="60" w:line="266" w:lineRule="auto"/>
        <w:ind w:firstLine="331"/>
        <w:jc w:val="both"/>
      </w:pPr>
      <w:r>
        <w:rPr>
          <w:rFonts w:ascii="Georgia" w:hAnsi="Georgia"/>
          <w:b w:val="0"/>
          <w:i w:val="0"/>
          <w:color w:val="22201D"/>
          <w:sz w:val="20"/>
        </w:rPr>
        <w:t>The pantry shelves objected.</w:t>
      </w:r>
    </w:p>
    <w:p>
      <w:pPr>
        <w:spacing w:after="60" w:line="266" w:lineRule="auto"/>
        <w:ind w:firstLine="331"/>
        <w:jc w:val="both"/>
      </w:pPr>
      <w:r>
        <w:rPr>
          <w:rFonts w:ascii="Georgia" w:hAnsi="Georgia"/>
          <w:b w:val="0"/>
          <w:i w:val="0"/>
          <w:color w:val="22201D"/>
          <w:sz w:val="20"/>
        </w:rPr>
        <w:t>Every jar in I'M FINE knocked against its neighbor.</w:t>
      </w:r>
    </w:p>
    <w:p>
      <w:pPr>
        <w:spacing w:after="60" w:line="266" w:lineRule="auto"/>
        <w:ind w:firstLine="331"/>
        <w:jc w:val="both"/>
      </w:pPr>
      <w:r>
        <w:rPr>
          <w:rFonts w:ascii="Georgia" w:hAnsi="Georgia"/>
          <w:b w:val="0"/>
          <w:i w:val="0"/>
          <w:color w:val="22201D"/>
          <w:sz w:val="20"/>
        </w:rPr>
        <w:t>The NO RUSH shelf creaked.</w:t>
      </w:r>
    </w:p>
    <w:p>
      <w:pPr>
        <w:spacing w:after="60" w:line="266" w:lineRule="auto"/>
        <w:ind w:firstLine="331"/>
        <w:jc w:val="both"/>
      </w:pPr>
      <w:r>
        <w:rPr>
          <w:rFonts w:ascii="Georgia" w:hAnsi="Georgia"/>
          <w:b w:val="0"/>
          <w:i w:val="0"/>
          <w:color w:val="22201D"/>
          <w:sz w:val="20"/>
        </w:rPr>
        <w:t>The locked consent cabinet clicked twice.</w:t>
      </w:r>
    </w:p>
    <w:p>
      <w:pPr>
        <w:spacing w:after="60" w:line="266" w:lineRule="auto"/>
        <w:ind w:firstLine="331"/>
        <w:jc w:val="both"/>
      </w:pPr>
      <w:r>
        <w:rPr>
          <w:rFonts w:ascii="Georgia" w:hAnsi="Georgia"/>
          <w:b w:val="0"/>
          <w:i w:val="0"/>
          <w:color w:val="22201D"/>
          <w:sz w:val="20"/>
        </w:rPr>
        <w:t>The Hostess's voice remained level.</w:t>
      </w:r>
    </w:p>
    <w:p>
      <w:pPr>
        <w:spacing w:after="60" w:line="266" w:lineRule="auto"/>
        <w:ind w:firstLine="331"/>
        <w:jc w:val="both"/>
      </w:pPr>
      <w:r>
        <w:rPr>
          <w:rFonts w:ascii="Georgia" w:hAnsi="Georgia"/>
          <w:b w:val="0"/>
          <w:i w:val="0"/>
          <w:color w:val="22201D"/>
          <w:sz w:val="20"/>
        </w:rPr>
        <w:t>"Measured truth feeds people who consented to the serving."</w:t>
      </w:r>
    </w:p>
    <w:p>
      <w:pPr>
        <w:spacing w:after="60" w:line="266" w:lineRule="auto"/>
        <w:ind w:firstLine="331"/>
        <w:jc w:val="both"/>
      </w:pPr>
      <w:r>
        <w:rPr>
          <w:rFonts w:ascii="Georgia" w:hAnsi="Georgia"/>
          <w:b w:val="0"/>
          <w:i w:val="0"/>
          <w:color w:val="22201D"/>
          <w:sz w:val="20"/>
        </w:rPr>
        <w:t>"They need to hear it."</w:t>
      </w:r>
    </w:p>
    <w:p>
      <w:pPr>
        <w:spacing w:after="60" w:line="266" w:lineRule="auto"/>
        <w:ind w:firstLine="331"/>
        <w:jc w:val="both"/>
      </w:pPr>
      <w:r>
        <w:rPr>
          <w:rFonts w:ascii="Georgia" w:hAnsi="Georgia"/>
          <w:b w:val="0"/>
          <w:i w:val="0"/>
          <w:color w:val="22201D"/>
          <w:sz w:val="20"/>
        </w:rPr>
        <w:t>"From you?"</w:t>
      </w:r>
    </w:p>
    <w:p>
      <w:pPr>
        <w:spacing w:after="60" w:line="266" w:lineRule="auto"/>
        <w:ind w:firstLine="331"/>
        <w:jc w:val="both"/>
      </w:pPr>
      <w:r>
        <w:rPr>
          <w:rFonts w:ascii="Georgia" w:hAnsi="Georgia"/>
          <w:b w:val="0"/>
          <w:i w:val="0"/>
          <w:color w:val="22201D"/>
          <w:sz w:val="20"/>
        </w:rPr>
        <w:t>The man stopped.</w:t>
      </w:r>
    </w:p>
    <w:p>
      <w:pPr>
        <w:spacing w:after="60" w:line="266" w:lineRule="auto"/>
        <w:ind w:firstLine="331"/>
        <w:jc w:val="both"/>
      </w:pPr>
      <w:r>
        <w:rPr>
          <w:rFonts w:ascii="Georgia" w:hAnsi="Georgia"/>
          <w:b w:val="0"/>
          <w:i w:val="0"/>
          <w:color w:val="22201D"/>
          <w:sz w:val="20"/>
        </w:rPr>
        <w:t>Flocc felt the heat in his throat return.</w:t>
      </w:r>
    </w:p>
    <w:p>
      <w:pPr>
        <w:spacing w:after="60" w:line="266" w:lineRule="auto"/>
        <w:ind w:firstLine="331"/>
        <w:jc w:val="both"/>
      </w:pPr>
      <w:r>
        <w:rPr>
          <w:rFonts w:ascii="Georgia" w:hAnsi="Georgia"/>
          <w:b w:val="0"/>
          <w:i w:val="0"/>
          <w:color w:val="22201D"/>
          <w:sz w:val="20"/>
        </w:rPr>
        <w:t>Not from the sauce.</w:t>
      </w:r>
    </w:p>
    <w:p>
      <w:pPr>
        <w:spacing w:after="60" w:line="266" w:lineRule="auto"/>
        <w:ind w:firstLine="331"/>
        <w:jc w:val="both"/>
      </w:pPr>
      <w:r>
        <w:rPr>
          <w:rFonts w:ascii="Georgia" w:hAnsi="Georgia"/>
          <w:b w:val="0"/>
          <w:i w:val="0"/>
          <w:color w:val="22201D"/>
          <w:sz w:val="20"/>
        </w:rPr>
        <w:t>From recognizing the shape of the claim: truth used as a ladle because someone did not want to do the smaller, harder work of serving one person at a time.</w:t>
      </w:r>
    </w:p>
    <w:p>
      <w:pPr>
        <w:spacing w:after="60" w:line="266" w:lineRule="auto"/>
        <w:ind w:firstLine="331"/>
        <w:jc w:val="both"/>
      </w:pPr>
      <w:r>
        <w:rPr>
          <w:rFonts w:ascii="Georgia" w:hAnsi="Georgia"/>
          <w:b w:val="0"/>
          <w:i w:val="0"/>
          <w:color w:val="22201D"/>
          <w:sz w:val="20"/>
        </w:rPr>
        <w:t>The sauce warning slid toward the man.</w:t>
      </w:r>
    </w:p>
    <w:p>
      <w:pPr>
        <w:spacing w:after="60" w:line="266" w:lineRule="auto"/>
        <w:ind w:firstLine="331"/>
        <w:jc w:val="both"/>
      </w:pPr>
      <w:r>
        <w:rPr>
          <w:rFonts w:ascii="Georgia" w:hAnsi="Georgia"/>
          <w:b w:val="0"/>
          <w:i w:val="0"/>
          <w:color w:val="22201D"/>
          <w:sz w:val="20"/>
        </w:rPr>
        <w:t>He looked at it and frowned.</w:t>
      </w:r>
    </w:p>
    <w:p>
      <w:pPr>
        <w:spacing w:after="60" w:line="266" w:lineRule="auto"/>
        <w:ind w:firstLine="331"/>
        <w:jc w:val="both"/>
      </w:pPr>
      <w:r>
        <w:rPr>
          <w:rFonts w:ascii="Georgia" w:hAnsi="Georgia"/>
          <w:b w:val="0"/>
          <w:i w:val="0"/>
          <w:color w:val="22201D"/>
          <w:sz w:val="20"/>
        </w:rPr>
        <w:t>"Grams only?"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"That's ridiculous."</w:t>
      </w:r>
    </w:p>
    <w:p>
      <w:pPr>
        <w:spacing w:after="60" w:line="266" w:lineRule="auto"/>
        <w:ind w:firstLine="331"/>
        <w:jc w:val="both"/>
      </w:pPr>
      <w:r>
        <w:rPr>
          <w:rFonts w:ascii="Georgia" w:hAnsi="Georgia"/>
          <w:b w:val="0"/>
          <w:i w:val="0"/>
          <w:color w:val="22201D"/>
          <w:sz w:val="20"/>
        </w:rPr>
        <w:t>The scale clicked.</w:t>
      </w:r>
    </w:p>
    <w:p>
      <w:pPr>
        <w:spacing w:after="60" w:line="266" w:lineRule="auto"/>
        <w:ind w:firstLine="331"/>
        <w:jc w:val="both"/>
      </w:pPr>
      <w:r>
        <w:rPr>
          <w:rFonts w:ascii="Georgia" w:hAnsi="Georgia"/>
          <w:b w:val="0"/>
          <w:i w:val="0"/>
          <w:color w:val="22201D"/>
          <w:sz w:val="20"/>
        </w:rPr>
        <w:t>The ledger wrote:</w:t>
      </w:r>
    </w:p>
    <w:p>
      <w:pPr>
        <w:spacing w:after="60" w:line="250" w:lineRule="auto"/>
        <w:ind w:left="202" w:right="173"/>
      </w:pPr>
      <w:r>
        <w:rPr>
          <w:rFonts w:ascii="Georgia" w:hAnsi="Georgia"/>
          <w:b w:val="0"/>
          <w:i w:val="0"/>
          <w:color w:val="22201D"/>
          <w:sz w:val="17"/>
        </w:rPr>
        <w:t>Ridicule detected. Likely spoon user.</w:t>
      </w:r>
    </w:p>
    <w:p>
      <w:pPr>
        <w:spacing w:after="60" w:line="266" w:lineRule="auto"/>
        <w:ind w:firstLine="331"/>
        <w:jc w:val="both"/>
      </w:pPr>
      <w:r>
        <w:rPr>
          <w:rFonts w:ascii="Georgia" w:hAnsi="Georgia"/>
          <w:b w:val="0"/>
          <w:i w:val="0"/>
          <w:color w:val="22201D"/>
          <w:sz w:val="20"/>
        </w:rPr>
        <w:t>Flocc nearly smiled.</w:t>
      </w:r>
    </w:p>
    <w:p>
      <w:pPr>
        <w:spacing w:after="60" w:line="266" w:lineRule="auto"/>
        <w:ind w:firstLine="331"/>
        <w:jc w:val="both"/>
      </w:pPr>
      <w:r>
        <w:rPr>
          <w:rFonts w:ascii="Georgia" w:hAnsi="Georgia"/>
          <w:b w:val="0"/>
          <w:i w:val="0"/>
          <w:color w:val="22201D"/>
          <w:sz w:val="20"/>
        </w:rPr>
        <w:t>The Hostess did not.</w:t>
      </w:r>
    </w:p>
    <w:p>
      <w:pPr>
        <w:spacing w:after="60" w:line="266" w:lineRule="auto"/>
        <w:ind w:firstLine="331"/>
        <w:jc w:val="both"/>
      </w:pPr>
      <w:r>
        <w:rPr>
          <w:rFonts w:ascii="Georgia" w:hAnsi="Georgia"/>
          <w:b w:val="0"/>
          <w:i w:val="0"/>
          <w:color w:val="22201D"/>
          <w:sz w:val="20"/>
        </w:rPr>
        <w:t>"Identify the truth," she said.</w:t>
      </w:r>
    </w:p>
    <w:p>
      <w:pPr>
        <w:spacing w:after="60" w:line="266" w:lineRule="auto"/>
        <w:ind w:firstLine="331"/>
        <w:jc w:val="both"/>
      </w:pPr>
      <w:r>
        <w:rPr>
          <w:rFonts w:ascii="Georgia" w:hAnsi="Georgia"/>
          <w:b w:val="0"/>
          <w:i w:val="0"/>
          <w:color w:val="22201D"/>
          <w:sz w:val="20"/>
        </w:rPr>
        <w:t>"The truth is they should know."</w:t>
      </w:r>
    </w:p>
    <w:p>
      <w:pPr>
        <w:spacing w:after="60" w:line="266" w:lineRule="auto"/>
        <w:ind w:firstLine="331"/>
        <w:jc w:val="both"/>
      </w:pPr>
      <w:r>
        <w:rPr>
          <w:rFonts w:ascii="Georgia" w:hAnsi="Georgia"/>
          <w:b w:val="0"/>
          <w:i w:val="0"/>
          <w:color w:val="22201D"/>
          <w:sz w:val="20"/>
        </w:rPr>
        <w:t>"That is a conclusion. Identify the truth."</w:t>
      </w:r>
    </w:p>
    <w:p>
      <w:pPr>
        <w:spacing w:after="60" w:line="266" w:lineRule="auto"/>
        <w:ind w:firstLine="331"/>
        <w:jc w:val="both"/>
      </w:pPr>
      <w:r>
        <w:rPr>
          <w:rFonts w:ascii="Georgia" w:hAnsi="Georgia"/>
          <w:b w:val="0"/>
          <w:i w:val="0"/>
          <w:color w:val="22201D"/>
          <w:sz w:val="20"/>
        </w:rPr>
        <w:t>"The truth is I am tired of pretending the substitute works."</w:t>
      </w:r>
    </w:p>
    <w:p>
      <w:pPr>
        <w:spacing w:after="60" w:line="266" w:lineRule="auto"/>
        <w:ind w:firstLine="331"/>
        <w:jc w:val="both"/>
      </w:pPr>
      <w:r>
        <w:rPr>
          <w:rFonts w:ascii="Georgia" w:hAnsi="Georgia"/>
          <w:b w:val="0"/>
          <w:i w:val="0"/>
          <w:color w:val="22201D"/>
          <w:sz w:val="20"/>
        </w:rPr>
        <w:t>The scale moved.</w:t>
      </w:r>
    </w:p>
    <w:p>
      <w:pPr>
        <w:spacing w:after="60" w:line="266" w:lineRule="auto"/>
        <w:ind w:firstLine="331"/>
        <w:jc w:val="both"/>
      </w:pPr>
      <w:r>
        <w:rPr>
          <w:rFonts w:ascii="Georgia" w:hAnsi="Georgia"/>
          <w:b w:val="0"/>
          <w:i w:val="0"/>
          <w:color w:val="22201D"/>
          <w:sz w:val="20"/>
        </w:rPr>
        <w:t>Not much.</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man looked annoyed at having improved.</w:t>
      </w:r>
    </w:p>
    <w:p>
      <w:pPr>
        <w:spacing w:after="60" w:line="266" w:lineRule="auto"/>
        <w:ind w:firstLine="331"/>
        <w:jc w:val="both"/>
      </w:pPr>
      <w:r>
        <w:rPr>
          <w:rFonts w:ascii="Georgia" w:hAnsi="Georgia"/>
          <w:b w:val="0"/>
          <w:i w:val="0"/>
          <w:color w:val="22201D"/>
          <w:sz w:val="20"/>
        </w:rPr>
        <w:t>"The truth is I used the substitute because the bitter seed was missing."</w:t>
      </w:r>
    </w:p>
    <w:p>
      <w:pPr>
        <w:spacing w:after="60" w:line="266" w:lineRule="auto"/>
        <w:ind w:firstLine="331"/>
        <w:jc w:val="both"/>
      </w:pPr>
      <w:r>
        <w:rPr>
          <w:rFonts w:ascii="Georgia" w:hAnsi="Georgia"/>
          <w:b w:val="0"/>
          <w:i w:val="0"/>
          <w:color w:val="22201D"/>
          <w:sz w:val="20"/>
        </w:rPr>
        <w:t>The jar flashed dark purple.</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He looked at the bowl.</w:t>
      </w:r>
    </w:p>
    <w:p>
      <w:pPr>
        <w:spacing w:after="60" w:line="266" w:lineRule="auto"/>
        <w:ind w:firstLine="331"/>
        <w:jc w:val="both"/>
      </w:pPr>
      <w:r>
        <w:rPr>
          <w:rFonts w:ascii="Georgia" w:hAnsi="Georgia"/>
          <w:b w:val="0"/>
          <w:i w:val="0"/>
          <w:color w:val="22201D"/>
          <w:sz w:val="20"/>
        </w:rPr>
        <w:t>"And because if I admitted it was missing, I would have to delay the stew."</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He whispered the next line.</w:t>
      </w:r>
    </w:p>
    <w:p>
      <w:pPr>
        <w:spacing w:after="60" w:line="266" w:lineRule="auto"/>
        <w:ind w:firstLine="331"/>
        <w:jc w:val="both"/>
      </w:pPr>
      <w:r>
        <w:rPr>
          <w:rFonts w:ascii="Georgia" w:hAnsi="Georgia"/>
          <w:b w:val="0"/>
          <w:i w:val="0"/>
          <w:color w:val="22201D"/>
          <w:sz w:val="20"/>
        </w:rPr>
        <w:t>"And I did not want anyone to leave hungry because of me."</w:t>
      </w:r>
    </w:p>
    <w:p>
      <w:pPr>
        <w:spacing w:after="60" w:line="266" w:lineRule="auto"/>
        <w:ind w:firstLine="331"/>
        <w:jc w:val="both"/>
      </w:pPr>
      <w:r>
        <w:rPr>
          <w:rFonts w:ascii="Georgia" w:hAnsi="Georgia"/>
          <w:b w:val="0"/>
          <w:i w:val="0"/>
          <w:color w:val="22201D"/>
          <w:sz w:val="20"/>
        </w:rPr>
        <w:t>The pantry softened.</w:t>
      </w:r>
    </w:p>
    <w:p>
      <w:pPr>
        <w:spacing w:after="60" w:line="266" w:lineRule="auto"/>
        <w:ind w:firstLine="331"/>
        <w:jc w:val="both"/>
      </w:pPr>
      <w:r>
        <w:rPr>
          <w:rFonts w:ascii="Georgia" w:hAnsi="Georgia"/>
          <w:b w:val="0"/>
          <w:i w:val="0"/>
          <w:color w:val="22201D"/>
          <w:sz w:val="20"/>
        </w:rPr>
        <w:t>Not sentimentally.</w:t>
      </w:r>
    </w:p>
    <w:p>
      <w:pPr>
        <w:spacing w:after="60" w:line="266" w:lineRule="auto"/>
        <w:ind w:firstLine="331"/>
        <w:jc w:val="both"/>
      </w:pPr>
      <w:r>
        <w:rPr>
          <w:rFonts w:ascii="Georgia" w:hAnsi="Georgia"/>
          <w:b w:val="0"/>
          <w:i w:val="0"/>
          <w:color w:val="22201D"/>
          <w:sz w:val="20"/>
        </w:rPr>
        <w:t>Structurally.</w:t>
      </w:r>
    </w:p>
    <w:p>
      <w:pPr>
        <w:spacing w:after="60" w:line="266" w:lineRule="auto"/>
        <w:ind w:firstLine="331"/>
        <w:jc w:val="both"/>
      </w:pPr>
      <w:r>
        <w:rPr>
          <w:rFonts w:ascii="Georgia" w:hAnsi="Georgia"/>
          <w:b w:val="0"/>
          <w:i w:val="0"/>
          <w:color w:val="22201D"/>
          <w:sz w:val="20"/>
        </w:rPr>
        <w:t>The NO RUSH shelf stopped creaking.</w:t>
      </w:r>
    </w:p>
    <w:p>
      <w:pPr>
        <w:spacing w:after="60" w:line="266" w:lineRule="auto"/>
        <w:ind w:firstLine="331"/>
        <w:jc w:val="both"/>
      </w:pPr>
      <w:r>
        <w:rPr>
          <w:rFonts w:ascii="Georgia" w:hAnsi="Georgia"/>
          <w:b w:val="0"/>
          <w:i w:val="0"/>
          <w:color w:val="22201D"/>
          <w:sz w:val="20"/>
        </w:rPr>
        <w:t>The Hostess placed the glass rod on the scale.</w:t>
      </w:r>
    </w:p>
    <w:p>
      <w:pPr>
        <w:spacing w:after="60" w:line="266" w:lineRule="auto"/>
        <w:ind w:firstLine="331"/>
        <w:jc w:val="both"/>
      </w:pPr>
      <w:r>
        <w:rPr>
          <w:rFonts w:ascii="Georgia" w:hAnsi="Georgia"/>
          <w:b w:val="0"/>
          <w:i w:val="0"/>
          <w:color w:val="22201D"/>
          <w:sz w:val="20"/>
        </w:rPr>
        <w:t>"One gram."</w:t>
      </w:r>
    </w:p>
    <w:p>
      <w:pPr>
        <w:spacing w:after="60" w:line="266" w:lineRule="auto"/>
        <w:ind w:firstLine="331"/>
        <w:jc w:val="both"/>
      </w:pPr>
      <w:r>
        <w:rPr>
          <w:rFonts w:ascii="Georgia" w:hAnsi="Georgia"/>
          <w:b w:val="0"/>
          <w:i w:val="0"/>
          <w:color w:val="22201D"/>
          <w:sz w:val="20"/>
        </w:rPr>
        <w:t>The man looked at the spoon.</w:t>
      </w:r>
    </w:p>
    <w:p>
      <w:pPr>
        <w:spacing w:after="60" w:line="266" w:lineRule="auto"/>
        <w:ind w:firstLine="331"/>
        <w:jc w:val="both"/>
      </w:pPr>
      <w:r>
        <w:rPr>
          <w:rFonts w:ascii="Georgia" w:hAnsi="Georgia"/>
          <w:b w:val="0"/>
          <w:i w:val="0"/>
          <w:color w:val="22201D"/>
          <w:sz w:val="20"/>
        </w:rPr>
        <w:t>It gleamed.</w:t>
      </w:r>
    </w:p>
    <w:p>
      <w:pPr>
        <w:spacing w:after="60" w:line="266" w:lineRule="auto"/>
        <w:ind w:firstLine="331"/>
        <w:jc w:val="both"/>
      </w:pPr>
      <w:r>
        <w:rPr>
          <w:rFonts w:ascii="Georgia" w:hAnsi="Georgia"/>
          <w:b w:val="0"/>
          <w:i w:val="0"/>
          <w:color w:val="22201D"/>
          <w:sz w:val="20"/>
        </w:rPr>
        <w:t>He looked at the bowl.</w:t>
      </w:r>
    </w:p>
    <w:p>
      <w:pPr>
        <w:spacing w:after="60" w:line="266" w:lineRule="auto"/>
        <w:ind w:firstLine="331"/>
        <w:jc w:val="both"/>
      </w:pPr>
      <w:r>
        <w:rPr>
          <w:rFonts w:ascii="Georgia" w:hAnsi="Georgia"/>
          <w:b w:val="0"/>
          <w:i w:val="0"/>
          <w:color w:val="22201D"/>
          <w:sz w:val="20"/>
        </w:rPr>
        <w:t>Then at the waiting recipe cards.</w:t>
      </w:r>
    </w:p>
    <w:p>
      <w:pPr>
        <w:spacing w:after="60" w:line="266" w:lineRule="auto"/>
        <w:ind w:firstLine="331"/>
        <w:jc w:val="both"/>
      </w:pPr>
      <w:r>
        <w:rPr>
          <w:rFonts w:ascii="Georgia" w:hAnsi="Georgia"/>
          <w:b w:val="0"/>
          <w:i w:val="0"/>
          <w:color w:val="22201D"/>
          <w:sz w:val="20"/>
        </w:rPr>
        <w:t>"One gram will not flavor the pot."</w:t>
      </w:r>
    </w:p>
    <w:p>
      <w:pPr>
        <w:spacing w:after="60" w:line="266" w:lineRule="auto"/>
        <w:ind w:firstLine="331"/>
        <w:jc w:val="both"/>
      </w:pPr>
      <w:r>
        <w:rPr>
          <w:rFonts w:ascii="Georgia" w:hAnsi="Georgia"/>
          <w:b w:val="0"/>
          <w:i w:val="0"/>
          <w:color w:val="22201D"/>
          <w:sz w:val="20"/>
        </w:rPr>
        <w:t>"It is not for the pot."</w:t>
      </w:r>
    </w:p>
    <w:p>
      <w:pPr>
        <w:spacing w:after="60" w:line="266" w:lineRule="auto"/>
        <w:ind w:firstLine="331"/>
        <w:jc w:val="both"/>
      </w:pPr>
      <w:r>
        <w:rPr>
          <w:rFonts w:ascii="Georgia" w:hAnsi="Georgia"/>
          <w:b w:val="0"/>
          <w:i w:val="0"/>
          <w:color w:val="22201D"/>
          <w:sz w:val="20"/>
        </w:rPr>
        <w:t>"Then what is it for?"</w:t>
      </w:r>
    </w:p>
    <w:p>
      <w:pPr>
        <w:spacing w:after="60" w:line="266" w:lineRule="auto"/>
        <w:ind w:firstLine="331"/>
        <w:jc w:val="both"/>
      </w:pPr>
      <w:r>
        <w:rPr>
          <w:rFonts w:ascii="Georgia" w:hAnsi="Georgia"/>
          <w:b w:val="0"/>
          <w:i w:val="0"/>
          <w:color w:val="22201D"/>
          <w:sz w:val="20"/>
        </w:rPr>
        <w:t>"The warning."</w:t>
      </w:r>
    </w:p>
    <w:p>
      <w:pPr>
        <w:spacing w:after="60" w:line="266" w:lineRule="auto"/>
        <w:ind w:firstLine="331"/>
        <w:jc w:val="both"/>
      </w:pPr>
      <w:r>
        <w:rPr>
          <w:rFonts w:ascii="Georgia" w:hAnsi="Georgia"/>
          <w:b w:val="0"/>
          <w:i w:val="0"/>
          <w:color w:val="22201D"/>
          <w:sz w:val="20"/>
        </w:rPr>
        <w:t>Flocc understood.</w:t>
      </w:r>
    </w:p>
    <w:p>
      <w:pPr>
        <w:spacing w:after="60" w:line="266" w:lineRule="auto"/>
        <w:ind w:firstLine="331"/>
        <w:jc w:val="both"/>
      </w:pPr>
      <w:r>
        <w:rPr>
          <w:rFonts w:ascii="Georgia" w:hAnsi="Georgia"/>
          <w:b w:val="0"/>
          <w:i w:val="0"/>
          <w:color w:val="22201D"/>
          <w:sz w:val="20"/>
        </w:rPr>
        <w:t>The Hostess measured one gram of Voidberry Fatalii onto the glass rod and touched it to the edge of the man's recipe card.</w:t>
      </w:r>
    </w:p>
    <w:p>
      <w:pPr>
        <w:spacing w:after="60" w:line="266" w:lineRule="auto"/>
        <w:ind w:firstLine="331"/>
        <w:jc w:val="both"/>
      </w:pPr>
      <w:r>
        <w:rPr>
          <w:rFonts w:ascii="Georgia" w:hAnsi="Georgia"/>
          <w:b w:val="0"/>
          <w:i w:val="0"/>
          <w:color w:val="22201D"/>
          <w:sz w:val="20"/>
        </w:rPr>
        <w:t>The ink changed.</w:t>
      </w:r>
    </w:p>
    <w:p>
      <w:pPr>
        <w:spacing w:after="60" w:line="250" w:lineRule="auto"/>
        <w:ind w:left="202" w:right="173"/>
      </w:pPr>
      <w:r>
        <w:rPr>
          <w:rFonts w:ascii="Georgia" w:hAnsi="Georgia"/>
          <w:b w:val="0"/>
          <w:i w:val="0"/>
          <w:color w:val="22201D"/>
          <w:sz w:val="17"/>
        </w:rPr>
        <w:t>CENTER SHELF STEW Status: delayed Reason: exact bitter seed missing Substitute may be served only if named as substitute</w:t>
      </w:r>
    </w:p>
    <w:p>
      <w:pPr>
        <w:spacing w:after="60" w:line="266" w:lineRule="auto"/>
        <w:ind w:firstLine="331"/>
        <w:jc w:val="both"/>
      </w:pPr>
      <w:r>
        <w:rPr>
          <w:rFonts w:ascii="Georgia" w:hAnsi="Georgia"/>
          <w:b w:val="0"/>
          <w:i w:val="0"/>
          <w:color w:val="22201D"/>
          <w:sz w:val="20"/>
        </w:rPr>
        <w:t>The man stared at the card.</w:t>
      </w:r>
    </w:p>
    <w:p>
      <w:pPr>
        <w:spacing w:after="60" w:line="266" w:lineRule="auto"/>
        <w:ind w:firstLine="331"/>
        <w:jc w:val="both"/>
      </w:pPr>
      <w:r>
        <w:rPr>
          <w:rFonts w:ascii="Georgia" w:hAnsi="Georgia"/>
          <w:b w:val="0"/>
          <w:i w:val="0"/>
          <w:color w:val="22201D"/>
          <w:sz w:val="20"/>
        </w:rPr>
        <w:t>"They will be disappointed."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"Some will be angry."</w:t>
      </w:r>
    </w:p>
    <w:p>
      <w:pPr>
        <w:spacing w:after="60" w:line="266" w:lineRule="auto"/>
        <w:ind w:firstLine="331"/>
        <w:jc w:val="both"/>
      </w:pPr>
      <w:r>
        <w:rPr>
          <w:rFonts w:ascii="Georgia" w:hAnsi="Georgia"/>
          <w:b w:val="0"/>
          <w:i w:val="0"/>
          <w:color w:val="22201D"/>
          <w:sz w:val="20"/>
        </w:rPr>
        <w:t>"Probably."</w:t>
      </w:r>
    </w:p>
    <w:p>
      <w:pPr>
        <w:spacing w:after="60" w:line="266" w:lineRule="auto"/>
        <w:ind w:firstLine="331"/>
        <w:jc w:val="both"/>
      </w:pPr>
      <w:r>
        <w:rPr>
          <w:rFonts w:ascii="Georgia" w:hAnsi="Georgia"/>
          <w:b w:val="0"/>
          <w:i w:val="0"/>
          <w:color w:val="22201D"/>
          <w:sz w:val="20"/>
        </w:rPr>
        <w:t>"But they will know what they are eating."</w:t>
      </w:r>
    </w:p>
    <w:p>
      <w:pPr>
        <w:spacing w:after="60" w:line="266" w:lineRule="auto"/>
        <w:ind w:firstLine="331"/>
        <w:jc w:val="both"/>
      </w:pPr>
      <w:r>
        <w:rPr>
          <w:rFonts w:ascii="Georgia" w:hAnsi="Georgia"/>
          <w:b w:val="0"/>
          <w:i w:val="0"/>
          <w:color w:val="22201D"/>
          <w:sz w:val="20"/>
        </w:rPr>
        <w:t>"Now you have identified the serving."</w:t>
      </w:r>
    </w:p>
    <w:p>
      <w:pPr>
        <w:spacing w:after="60" w:line="266" w:lineRule="auto"/>
        <w:ind w:firstLine="331"/>
        <w:jc w:val="both"/>
      </w:pPr>
      <w:r>
        <w:rPr>
          <w:rFonts w:ascii="Georgia" w:hAnsi="Georgia"/>
          <w:b w:val="0"/>
          <w:i w:val="0"/>
          <w:color w:val="22201D"/>
          <w:sz w:val="20"/>
        </w:rPr>
        <w:t>The ledger stamped:</w:t>
      </w:r>
    </w:p>
    <w:p>
      <w:pPr>
        <w:spacing w:after="60" w:line="250" w:lineRule="auto"/>
        <w:ind w:left="202" w:right="173"/>
      </w:pPr>
      <w:r>
        <w:rPr>
          <w:rFonts w:ascii="Georgia" w:hAnsi="Georgia"/>
          <w:b w:val="0"/>
          <w:i w:val="0"/>
          <w:color w:val="22201D"/>
          <w:sz w:val="17"/>
        </w:rPr>
        <w:t>SAUCE WARNING APPLIED</w:t>
      </w:r>
    </w:p>
    <w:p>
      <w:pPr>
        <w:spacing w:after="60" w:line="266" w:lineRule="auto"/>
        <w:ind w:firstLine="331"/>
        <w:jc w:val="both"/>
      </w:pPr>
      <w:r>
        <w:rPr>
          <w:rFonts w:ascii="Georgia" w:hAnsi="Georgia"/>
          <w:b w:val="0"/>
          <w:i w:val="0"/>
          <w:color w:val="22201D"/>
          <w:sz w:val="20"/>
        </w:rPr>
        <w:t>The tiny spoon went still.</w:t>
      </w:r>
    </w:p>
    <w:p>
      <w:pPr>
        <w:spacing w:after="60" w:line="266" w:lineRule="auto"/>
        <w:ind w:firstLine="331"/>
        <w:jc w:val="both"/>
      </w:pPr>
      <w:r>
        <w:rPr>
          <w:rFonts w:ascii="Georgia" w:hAnsi="Georgia"/>
          <w:b w:val="0"/>
          <w:i w:val="0"/>
          <w:color w:val="22201D"/>
          <w:sz w:val="20"/>
        </w:rPr>
        <w:t>The man picked up the recipe card.</w:t>
      </w:r>
    </w:p>
    <w:p>
      <w:pPr>
        <w:spacing w:after="60" w:line="266" w:lineRule="auto"/>
        <w:ind w:firstLine="331"/>
        <w:jc w:val="both"/>
      </w:pPr>
      <w:r>
        <w:rPr>
          <w:rFonts w:ascii="Georgia" w:hAnsi="Georgia"/>
          <w:b w:val="0"/>
          <w:i w:val="0"/>
          <w:color w:val="22201D"/>
          <w:sz w:val="20"/>
        </w:rPr>
        <w:t>He did not thank anyone.</w:t>
      </w:r>
    </w:p>
    <w:p>
      <w:pPr>
        <w:spacing w:after="60" w:line="266" w:lineRule="auto"/>
        <w:ind w:firstLine="331"/>
        <w:jc w:val="both"/>
      </w:pPr>
      <w:r>
        <w:rPr>
          <w:rFonts w:ascii="Georgia" w:hAnsi="Georgia"/>
          <w:b w:val="0"/>
          <w:i w:val="0"/>
          <w:color w:val="22201D"/>
          <w:sz w:val="20"/>
        </w:rPr>
        <w:t>That was acceptable.</w:t>
      </w:r>
    </w:p>
    <w:p>
      <w:pPr>
        <w:spacing w:after="60" w:line="266" w:lineRule="auto"/>
        <w:ind w:firstLine="331"/>
        <w:jc w:val="both"/>
      </w:pPr>
      <w:r>
        <w:rPr>
          <w:rFonts w:ascii="Georgia" w:hAnsi="Georgia"/>
          <w:b w:val="0"/>
          <w:i w:val="0"/>
          <w:color w:val="22201D"/>
          <w:sz w:val="20"/>
        </w:rPr>
        <w:t>Some gratitude was only relief trying to look polite too early.</w:t>
      </w:r>
    </w:p>
    <w:p>
      <w:pPr>
        <w:spacing w:after="60" w:line="266" w:lineRule="auto"/>
        <w:ind w:firstLine="331"/>
        <w:jc w:val="both"/>
      </w:pPr>
      <w:r>
        <w:rPr>
          <w:rFonts w:ascii="Georgia" w:hAnsi="Georgia"/>
          <w:b w:val="0"/>
          <w:i w:val="0"/>
          <w:color w:val="22201D"/>
          <w:sz w:val="20"/>
        </w:rPr>
        <w:t>He left by the shelf door.</w:t>
      </w:r>
    </w:p>
    <w:p>
      <w:pPr>
        <w:spacing w:after="60" w:line="266" w:lineRule="auto"/>
        <w:ind w:firstLine="331"/>
        <w:jc w:val="both"/>
      </w:pPr>
      <w:r>
        <w:rPr>
          <w:rFonts w:ascii="Georgia" w:hAnsi="Georgia"/>
          <w:b w:val="0"/>
          <w:i w:val="0"/>
          <w:color w:val="22201D"/>
          <w:sz w:val="20"/>
        </w:rPr>
        <w:t>The pantry closed it behind him.</w:t>
      </w:r>
    </w:p>
    <w:p>
      <w:pPr>
        <w:spacing w:after="60" w:line="266" w:lineRule="auto"/>
        <w:ind w:firstLine="331"/>
        <w:jc w:val="both"/>
      </w:pPr>
      <w:r>
        <w:rPr>
          <w:rFonts w:ascii="Georgia" w:hAnsi="Georgia"/>
          <w:b w:val="0"/>
          <w:i w:val="0"/>
          <w:color w:val="22201D"/>
          <w:sz w:val="20"/>
        </w:rPr>
        <w:t>Flocc looked at the jar.</w:t>
      </w:r>
    </w:p>
    <w:p>
      <w:pPr>
        <w:spacing w:after="60" w:line="266" w:lineRule="auto"/>
        <w:ind w:firstLine="331"/>
        <w:jc w:val="both"/>
      </w:pPr>
      <w:r>
        <w:rPr>
          <w:rFonts w:ascii="Georgia" w:hAnsi="Georgia"/>
          <w:b w:val="0"/>
          <w:i w:val="0"/>
          <w:color w:val="22201D"/>
          <w:sz w:val="20"/>
        </w:rPr>
        <w:t>"Voidberry Fatalii is not the sauce."</w:t>
      </w:r>
    </w:p>
    <w:p>
      <w:pPr>
        <w:spacing w:after="60" w:line="266" w:lineRule="auto"/>
        <w:ind w:firstLine="331"/>
        <w:jc w:val="both"/>
      </w:pPr>
      <w:r>
        <w:rPr>
          <w:rFonts w:ascii="Georgia" w:hAnsi="Georgia"/>
          <w:b w:val="0"/>
          <w:i w:val="0"/>
          <w:color w:val="22201D"/>
          <w:sz w:val="20"/>
        </w:rPr>
        <w:t>"It is the warning before the sauce can be sauce."</w:t>
      </w:r>
    </w:p>
    <w:p>
      <w:pPr>
        <w:spacing w:after="60" w:line="266" w:lineRule="auto"/>
        <w:ind w:firstLine="331"/>
        <w:jc w:val="both"/>
      </w:pPr>
      <w:r>
        <w:rPr>
          <w:rFonts w:ascii="Georgia" w:hAnsi="Georgia"/>
          <w:b w:val="0"/>
          <w:i w:val="0"/>
          <w:color w:val="22201D"/>
          <w:sz w:val="20"/>
        </w:rPr>
        <w:t>"And the price was grams only."</w:t>
      </w:r>
    </w:p>
    <w:p>
      <w:pPr>
        <w:spacing w:after="60" w:line="266" w:lineRule="auto"/>
        <w:ind w:firstLine="331"/>
        <w:jc w:val="both"/>
      </w:pPr>
      <w:r>
        <w:rPr>
          <w:rFonts w:ascii="Georgia" w:hAnsi="Georgia"/>
          <w:b w:val="0"/>
          <w:i w:val="0"/>
          <w:color w:val="22201D"/>
          <w:sz w:val="20"/>
        </w:rPr>
        <w:t>"Paid enough to continue."</w:t>
      </w:r>
    </w:p>
    <w:p>
      <w:pPr>
        <w:spacing w:after="60" w:line="266" w:lineRule="auto"/>
        <w:ind w:firstLine="331"/>
        <w:jc w:val="both"/>
      </w:pPr>
      <w:r>
        <w:rPr>
          <w:rFonts w:ascii="Georgia" w:hAnsi="Georgia"/>
          <w:b w:val="0"/>
          <w:i w:val="0"/>
          <w:color w:val="22201D"/>
          <w:sz w:val="20"/>
        </w:rPr>
        <w:t>The warning card updated:</w:t>
      </w:r>
    </w:p>
    <w:p>
      <w:pPr>
        <w:spacing w:after="60" w:line="250" w:lineRule="auto"/>
        <w:ind w:left="202" w:right="173"/>
      </w:pPr>
      <w:r>
        <w:rPr>
          <w:rFonts w:ascii="Georgia" w:hAnsi="Georgia"/>
          <w:b w:val="0"/>
          <w:i w:val="0"/>
          <w:color w:val="22201D"/>
          <w:sz w:val="17"/>
        </w:rPr>
        <w:t>VOIDBERRY FATALII Status: measured Next required item: ingredient note Next price: one apology</w:t>
      </w:r>
    </w:p>
    <w:p>
      <w:pPr>
        <w:spacing w:after="60" w:line="266" w:lineRule="auto"/>
        <w:ind w:firstLine="331"/>
        <w:jc w:val="both"/>
      </w:pPr>
      <w:r>
        <w:rPr>
          <w:rFonts w:ascii="Georgia" w:hAnsi="Georgia"/>
          <w:b w:val="0"/>
          <w:i w:val="0"/>
          <w:color w:val="22201D"/>
          <w:sz w:val="20"/>
        </w:rPr>
        <w:t>From the next aisle came the soft thud of a flour sack being set on a table.</w:t>
      </w:r>
    </w:p>
    <w:p>
      <w:pPr>
        <w:spacing w:after="60" w:line="266" w:lineRule="auto"/>
        <w:ind w:firstLine="331"/>
        <w:jc w:val="both"/>
      </w:pPr>
      <w:r>
        <w:rPr>
          <w:rFonts w:ascii="Georgia" w:hAnsi="Georgia"/>
          <w:b w:val="0"/>
          <w:i w:val="0"/>
          <w:color w:val="22201D"/>
          <w:sz w:val="20"/>
        </w:rPr>
        <w:t>The Hostess closed the Voidberry jar.</w:t>
      </w:r>
    </w:p>
    <w:p>
      <w:pPr>
        <w:spacing w:after="60" w:line="266" w:lineRule="auto"/>
        <w:ind w:firstLine="331"/>
        <w:jc w:val="both"/>
      </w:pPr>
      <w:r>
        <w:rPr>
          <w:rFonts w:ascii="Georgia" w:hAnsi="Georgia"/>
          <w:b w:val="0"/>
          <w:i w:val="0"/>
          <w:color w:val="22201D"/>
          <w:sz w:val="20"/>
        </w:rPr>
        <w:t>"The flour is ready."</w:t>
      </w:r>
    </w:p>
    <w:p>
      <w:pPr>
        <w:spacing w:after="60" w:line="266" w:lineRule="auto"/>
        <w:ind w:firstLine="331"/>
        <w:jc w:val="both"/>
      </w:pPr>
      <w:r>
        <w:rPr>
          <w:rFonts w:ascii="Georgia" w:hAnsi="Georgia"/>
          <w:b w:val="0"/>
          <w:i w:val="0"/>
          <w:color w:val="22201D"/>
          <w:sz w:val="20"/>
        </w:rPr>
        <w:t>"For what?"</w:t>
      </w:r>
    </w:p>
    <w:p>
      <w:pPr>
        <w:spacing w:after="60" w:line="266" w:lineRule="auto"/>
        <w:ind w:firstLine="331"/>
        <w:jc w:val="both"/>
      </w:pPr>
      <w:r>
        <w:rPr>
          <w:rFonts w:ascii="Georgia" w:hAnsi="Georgia"/>
          <w:b w:val="0"/>
          <w:i w:val="0"/>
          <w:color w:val="22201D"/>
          <w:sz w:val="20"/>
        </w:rPr>
        <w:t>"To stop pretending forgiveness is a flavor enhancer."</w:t>
      </w:r>
    </w:p>
    <w:p>
      <w:pPr>
        <w:spacing w:after="60" w:line="266" w:lineRule="auto"/>
        <w:ind w:firstLine="331"/>
        <w:jc w:val="both"/>
      </w:pPr>
      <w:r>
        <w:rPr>
          <w:rFonts w:ascii="Georgia" w:hAnsi="Georgia"/>
          <w:b w:val="0"/>
          <w:i w:val="0"/>
          <w:color w:val="22201D"/>
          <w:sz w:val="20"/>
        </w:rPr>
        <w:t>Flocc's throat still burned, but less now.</w:t>
      </w:r>
    </w:p>
    <w:p>
      <w:pPr>
        <w:spacing w:after="60" w:line="266" w:lineRule="auto"/>
        <w:ind w:firstLine="331"/>
        <w:jc w:val="both"/>
      </w:pPr>
      <w:r>
        <w:rPr>
          <w:rFonts w:ascii="Georgia" w:hAnsi="Georgia"/>
          <w:b w:val="0"/>
          <w:i w:val="0"/>
          <w:color w:val="22201D"/>
          <w:sz w:val="20"/>
        </w:rPr>
        <w:t>One gram had not solved anything.</w:t>
      </w:r>
    </w:p>
    <w:p>
      <w:pPr>
        <w:spacing w:after="60" w:line="266" w:lineRule="auto"/>
        <w:ind w:firstLine="331"/>
        <w:jc w:val="both"/>
      </w:pPr>
      <w:r>
        <w:rPr>
          <w:rFonts w:ascii="Georgia" w:hAnsi="Georgia"/>
          <w:b w:val="0"/>
          <w:i w:val="0"/>
          <w:color w:val="22201D"/>
          <w:sz w:val="20"/>
        </w:rPr>
        <w:t>It had made the warning legible.</w:t>
      </w:r>
    </w:p>
    <w:p>
      <w:pPr>
        <w:spacing w:after="60" w:line="266" w:lineRule="auto"/>
        <w:ind w:firstLine="331"/>
        <w:jc w:val="both"/>
      </w:pPr>
      <w:r>
        <w:rPr>
          <w:rFonts w:ascii="Georgia" w:hAnsi="Georgia"/>
          <w:b w:val="0"/>
          <w:i w:val="0"/>
          <w:color w:val="22201D"/>
          <w:sz w:val="20"/>
        </w:rPr>
        <w:t>In the pantry, that counted as progress.</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4: The Flour That Was Really Forgiveness</w:t>
      </w:r>
    </w:p>
    <w:p>
      <w:pPr>
        <w:spacing w:after="60" w:line="266" w:lineRule="auto"/>
        <w:ind w:firstLine="0"/>
        <w:jc w:val="both"/>
      </w:pPr>
      <w:r>
        <w:rPr>
          <w:rFonts w:ascii="Georgia" w:hAnsi="Georgia"/>
          <w:b w:val="0"/>
          <w:i w:val="0"/>
          <w:color w:val="22201D"/>
          <w:sz w:val="20"/>
        </w:rPr>
        <w:t>In which a staple ingredient refuses to thicken what has not been admitted, an apology becomes usable only when measured plainly, and the pantry proves forgiveness is not a flavor enhancer.</w:t>
      </w:r>
    </w:p>
    <w:p>
      <w:pPr>
        <w:spacing w:after="60" w:line="266" w:lineRule="auto"/>
        <w:ind w:firstLine="331"/>
        <w:jc w:val="both"/>
      </w:pPr>
      <w:r>
        <w:rPr>
          <w:rFonts w:ascii="Georgia" w:hAnsi="Georgia"/>
          <w:b w:val="0"/>
          <w:i w:val="0"/>
          <w:color w:val="22201D"/>
          <w:sz w:val="20"/>
        </w:rPr>
        <w:t>The flour sack waited on the next table with the patience of an accusation that had been milled very fine.</w:t>
      </w:r>
    </w:p>
    <w:p>
      <w:pPr>
        <w:spacing w:after="60" w:line="266" w:lineRule="auto"/>
        <w:ind w:firstLine="331"/>
        <w:jc w:val="both"/>
      </w:pPr>
      <w:r>
        <w:rPr>
          <w:rFonts w:ascii="Georgia" w:hAnsi="Georgia"/>
          <w:b w:val="0"/>
          <w:i w:val="0"/>
          <w:color w:val="22201D"/>
          <w:sz w:val="20"/>
        </w:rPr>
        <w:t>It was a fifty-pound paper sack, folded at the top, dusted white along the seams, and stamped in blue ink:</w:t>
      </w:r>
    </w:p>
    <w:p>
      <w:pPr>
        <w:spacing w:after="60" w:line="250" w:lineRule="auto"/>
        <w:ind w:left="202" w:right="173"/>
      </w:pPr>
      <w:r>
        <w:rPr>
          <w:rFonts w:ascii="Georgia" w:hAnsi="Georgia"/>
          <w:b w:val="0"/>
          <w:i w:val="0"/>
          <w:color w:val="22201D"/>
          <w:sz w:val="17"/>
        </w:rPr>
        <w:t>ALL PURPOSE</w:t>
      </w:r>
    </w:p>
    <w:p>
      <w:pPr>
        <w:spacing w:after="60" w:line="266" w:lineRule="auto"/>
        <w:ind w:firstLine="331"/>
        <w:jc w:val="both"/>
      </w:pPr>
      <w:r>
        <w:rPr>
          <w:rFonts w:ascii="Georgia" w:hAnsi="Georgia"/>
          <w:b w:val="0"/>
          <w:i w:val="0"/>
          <w:color w:val="22201D"/>
          <w:sz w:val="20"/>
        </w:rPr>
        <w:t>Someone had crossed out ALL.</w:t>
      </w:r>
    </w:p>
    <w:p>
      <w:pPr>
        <w:spacing w:after="60" w:line="266" w:lineRule="auto"/>
        <w:ind w:firstLine="331"/>
        <w:jc w:val="both"/>
      </w:pPr>
      <w:r>
        <w:rPr>
          <w:rFonts w:ascii="Georgia" w:hAnsi="Georgia"/>
          <w:b w:val="0"/>
          <w:i w:val="0"/>
          <w:color w:val="22201D"/>
          <w:sz w:val="20"/>
        </w:rPr>
        <w:t>Underneath, in pencil:</w:t>
      </w:r>
    </w:p>
    <w:p>
      <w:pPr>
        <w:spacing w:after="60" w:line="250" w:lineRule="auto"/>
        <w:ind w:left="202" w:right="173"/>
      </w:pPr>
      <w:r>
        <w:rPr>
          <w:rFonts w:ascii="Georgia" w:hAnsi="Georgia"/>
          <w:b w:val="0"/>
          <w:i w:val="0"/>
          <w:color w:val="22201D"/>
          <w:sz w:val="17"/>
        </w:rPr>
        <w:t>SOME PURPOSES</w:t>
      </w:r>
    </w:p>
    <w:p>
      <w:pPr>
        <w:spacing w:after="60" w:line="266" w:lineRule="auto"/>
        <w:ind w:firstLine="331"/>
        <w:jc w:val="both"/>
      </w:pPr>
      <w:r>
        <w:rPr>
          <w:rFonts w:ascii="Georgia" w:hAnsi="Georgia"/>
          <w:b w:val="0"/>
          <w:i w:val="0"/>
          <w:color w:val="22201D"/>
          <w:sz w:val="20"/>
        </w:rPr>
        <w:t>Flocc stood three feet away.</w:t>
      </w:r>
    </w:p>
    <w:p>
      <w:pPr>
        <w:spacing w:after="60" w:line="266" w:lineRule="auto"/>
        <w:ind w:firstLine="331"/>
        <w:jc w:val="both"/>
      </w:pPr>
      <w:r>
        <w:rPr>
          <w:rFonts w:ascii="Georgia" w:hAnsi="Georgia"/>
          <w:b w:val="0"/>
          <w:i w:val="0"/>
          <w:color w:val="22201D"/>
          <w:sz w:val="20"/>
        </w:rPr>
        <w:t>The Hostess stood beside him with the sauce warning still clipped to her board.</w:t>
      </w:r>
    </w:p>
    <w:p>
      <w:pPr>
        <w:spacing w:after="60" w:line="266" w:lineRule="auto"/>
        <w:ind w:firstLine="331"/>
        <w:jc w:val="both"/>
      </w:pPr>
      <w:r>
        <w:rPr>
          <w:rFonts w:ascii="Georgia" w:hAnsi="Georgia"/>
          <w:b w:val="0"/>
          <w:i w:val="0"/>
          <w:color w:val="22201D"/>
          <w:sz w:val="20"/>
        </w:rPr>
        <w:t>The heat from one gram of Voidberry Fatalii had faded from Flocc's throat, but not from his attention. The pantry seemed clearer now, less sweetened around the edges. Shelf labels were still strange, but they no longer looked whimsical enough to trust without reading.</w:t>
      </w:r>
    </w:p>
    <w:p>
      <w:pPr>
        <w:spacing w:after="60" w:line="266" w:lineRule="auto"/>
        <w:ind w:firstLine="331"/>
        <w:jc w:val="both"/>
      </w:pPr>
      <w:r>
        <w:rPr>
          <w:rFonts w:ascii="Georgia" w:hAnsi="Georgia"/>
          <w:b w:val="0"/>
          <w:i w:val="0"/>
          <w:color w:val="22201D"/>
          <w:sz w:val="20"/>
        </w:rPr>
        <w:t>"That is flour," 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 really forgiveness."</w:t>
      </w:r>
    </w:p>
    <w:p>
      <w:pPr>
        <w:spacing w:after="60" w:line="266" w:lineRule="auto"/>
        <w:ind w:firstLine="331"/>
        <w:jc w:val="both"/>
      </w:pPr>
      <w:r>
        <w:rPr>
          <w:rFonts w:ascii="Georgia" w:hAnsi="Georgia"/>
          <w:b w:val="0"/>
          <w:i w:val="0"/>
          <w:color w:val="22201D"/>
          <w:sz w:val="20"/>
        </w:rPr>
        <w:t>"Not really," the Hostess said.</w:t>
      </w:r>
    </w:p>
    <w:p>
      <w:pPr>
        <w:spacing w:after="60" w:line="266" w:lineRule="auto"/>
        <w:ind w:firstLine="331"/>
        <w:jc w:val="both"/>
      </w:pPr>
      <w:r>
        <w:rPr>
          <w:rFonts w:ascii="Georgia" w:hAnsi="Georgia"/>
          <w:b w:val="0"/>
          <w:i w:val="0"/>
          <w:color w:val="22201D"/>
          <w:sz w:val="20"/>
        </w:rPr>
        <w:t>"The chapter title says otherwise."</w:t>
      </w:r>
    </w:p>
    <w:p>
      <w:pPr>
        <w:spacing w:after="60" w:line="266" w:lineRule="auto"/>
        <w:ind w:firstLine="331"/>
        <w:jc w:val="both"/>
      </w:pPr>
      <w:r>
        <w:rPr>
          <w:rFonts w:ascii="Georgia" w:hAnsi="Georgia"/>
          <w:b w:val="0"/>
          <w:i w:val="0"/>
          <w:color w:val="22201D"/>
          <w:sz w:val="20"/>
        </w:rPr>
        <w:t>"Chapter titles are allowed to be tempting."</w:t>
      </w:r>
    </w:p>
    <w:p>
      <w:pPr>
        <w:spacing w:after="60" w:line="266" w:lineRule="auto"/>
        <w:ind w:firstLine="331"/>
        <w:jc w:val="both"/>
      </w:pPr>
      <w:r>
        <w:rPr>
          <w:rFonts w:ascii="Georgia" w:hAnsi="Georgia"/>
          <w:b w:val="0"/>
          <w:i w:val="0"/>
          <w:color w:val="22201D"/>
          <w:sz w:val="20"/>
        </w:rPr>
        <w:t>The sack settled, releasing a small cloud of flour.</w:t>
      </w:r>
    </w:p>
    <w:p>
      <w:pPr>
        <w:spacing w:after="60" w:line="266" w:lineRule="auto"/>
        <w:ind w:firstLine="331"/>
        <w:jc w:val="both"/>
      </w:pPr>
      <w:r>
        <w:rPr>
          <w:rFonts w:ascii="Georgia" w:hAnsi="Georgia"/>
          <w:b w:val="0"/>
          <w:i w:val="0"/>
          <w:color w:val="22201D"/>
          <w:sz w:val="20"/>
        </w:rPr>
        <w:t>On the table beside it lay an ingredient note.</w:t>
      </w:r>
    </w:p>
    <w:p>
      <w:pPr>
        <w:spacing w:after="60" w:line="250" w:lineRule="auto"/>
        <w:ind w:left="202" w:right="173"/>
      </w:pPr>
      <w:r>
        <w:rPr>
          <w:rFonts w:ascii="Georgia" w:hAnsi="Georgia"/>
          <w:b w:val="0"/>
          <w:i w:val="0"/>
          <w:color w:val="22201D"/>
          <w:sz w:val="17"/>
        </w:rPr>
        <w:t>INGREDIENT NOTE Item: Flour Filed as: Forgiveness Use: thickening, binding, dusting work surfaces Misuse: covering what still needs repair Price: one apology</w:t>
      </w:r>
    </w:p>
    <w:p>
      <w:pPr>
        <w:spacing w:after="60" w:line="266" w:lineRule="auto"/>
        <w:ind w:firstLine="331"/>
        <w:jc w:val="both"/>
      </w:pPr>
      <w:r>
        <w:rPr>
          <w:rFonts w:ascii="Georgia" w:hAnsi="Georgia"/>
          <w:b w:val="0"/>
          <w:i w:val="0"/>
          <w:color w:val="22201D"/>
          <w:sz w:val="20"/>
        </w:rPr>
        <w:t>Flocc read it slowly.</w:t>
      </w:r>
    </w:p>
    <w:p>
      <w:pPr>
        <w:spacing w:after="60" w:line="266" w:lineRule="auto"/>
        <w:ind w:firstLine="331"/>
        <w:jc w:val="both"/>
      </w:pPr>
      <w:r>
        <w:rPr>
          <w:rFonts w:ascii="Georgia" w:hAnsi="Georgia"/>
          <w:b w:val="0"/>
          <w:i w:val="0"/>
          <w:color w:val="22201D"/>
          <w:sz w:val="20"/>
        </w:rPr>
        <w:t>"Filed as forgiveness."</w:t>
      </w:r>
    </w:p>
    <w:p>
      <w:pPr>
        <w:spacing w:after="60" w:line="266" w:lineRule="auto"/>
        <w:ind w:firstLine="331"/>
        <w:jc w:val="both"/>
      </w:pPr>
      <w:r>
        <w:rPr>
          <w:rFonts w:ascii="Georgia" w:hAnsi="Georgia"/>
          <w:b w:val="0"/>
          <w:i w:val="0"/>
          <w:color w:val="22201D"/>
          <w:sz w:val="20"/>
        </w:rPr>
        <w:t>"Someone needed forgiveness to behave like flour."</w:t>
      </w:r>
    </w:p>
    <w:p>
      <w:pPr>
        <w:spacing w:after="60" w:line="266" w:lineRule="auto"/>
        <w:ind w:firstLine="331"/>
        <w:jc w:val="both"/>
      </w:pPr>
      <w:r>
        <w:rPr>
          <w:rFonts w:ascii="Georgia" w:hAnsi="Georgia"/>
          <w:b w:val="0"/>
          <w:i w:val="0"/>
          <w:color w:val="22201D"/>
          <w:sz w:val="20"/>
        </w:rPr>
        <w:t>"Useful?"</w:t>
      </w:r>
    </w:p>
    <w:p>
      <w:pPr>
        <w:spacing w:after="60" w:line="266" w:lineRule="auto"/>
        <w:ind w:firstLine="331"/>
        <w:jc w:val="both"/>
      </w:pPr>
      <w:r>
        <w:rPr>
          <w:rFonts w:ascii="Georgia" w:hAnsi="Georgia"/>
          <w:b w:val="0"/>
          <w:i w:val="0"/>
          <w:color w:val="22201D"/>
          <w:sz w:val="20"/>
        </w:rPr>
        <w:t>"Available. Neutral. Quiet. Able to make a mixture hold together without asking what was broken."</w:t>
      </w:r>
    </w:p>
    <w:p>
      <w:pPr>
        <w:spacing w:after="60" w:line="266" w:lineRule="auto"/>
        <w:ind w:firstLine="331"/>
        <w:jc w:val="both"/>
      </w:pPr>
      <w:r>
        <w:rPr>
          <w:rFonts w:ascii="Georgia" w:hAnsi="Georgia"/>
          <w:b w:val="0"/>
          <w:i w:val="0"/>
          <w:color w:val="22201D"/>
          <w:sz w:val="20"/>
        </w:rPr>
        <w:t>The pantry lights buzzed once.</w:t>
      </w:r>
    </w:p>
    <w:p>
      <w:pPr>
        <w:spacing w:after="60" w:line="266" w:lineRule="auto"/>
        <w:ind w:firstLine="331"/>
        <w:jc w:val="both"/>
      </w:pPr>
      <w:r>
        <w:rPr>
          <w:rFonts w:ascii="Georgia" w:hAnsi="Georgia"/>
          <w:b w:val="0"/>
          <w:i w:val="0"/>
          <w:color w:val="22201D"/>
          <w:sz w:val="20"/>
        </w:rPr>
        <w:t>A rolling pin moved half an inch away from the sack.</w:t>
      </w:r>
    </w:p>
    <w:p>
      <w:pPr>
        <w:spacing w:after="60" w:line="266" w:lineRule="auto"/>
        <w:ind w:firstLine="331"/>
        <w:jc w:val="both"/>
      </w:pPr>
      <w:r>
        <w:rPr>
          <w:rFonts w:ascii="Georgia" w:hAnsi="Georgia"/>
          <w:b w:val="0"/>
          <w:i w:val="0"/>
          <w:color w:val="22201D"/>
          <w:sz w:val="20"/>
        </w:rPr>
        <w:t>Flocc looked at it.</w:t>
      </w:r>
    </w:p>
    <w:p>
      <w:pPr>
        <w:spacing w:after="60" w:line="266" w:lineRule="auto"/>
        <w:ind w:firstLine="331"/>
        <w:jc w:val="both"/>
      </w:pPr>
      <w:r>
        <w:rPr>
          <w:rFonts w:ascii="Georgia" w:hAnsi="Georgia"/>
          <w:b w:val="0"/>
          <w:i w:val="0"/>
          <w:color w:val="22201D"/>
          <w:sz w:val="20"/>
        </w:rPr>
        <w:t>"Even the rolling pin disapproves."</w:t>
      </w:r>
    </w:p>
    <w:p>
      <w:pPr>
        <w:spacing w:after="60" w:line="266" w:lineRule="auto"/>
        <w:ind w:firstLine="331"/>
        <w:jc w:val="both"/>
      </w:pPr>
      <w:r>
        <w:rPr>
          <w:rFonts w:ascii="Georgia" w:hAnsi="Georgia"/>
          <w:b w:val="0"/>
          <w:i w:val="0"/>
          <w:color w:val="22201D"/>
          <w:sz w:val="20"/>
        </w:rPr>
        <w:t>"The rolling pin has seen things."</w:t>
      </w:r>
    </w:p>
    <w:p>
      <w:pPr>
        <w:spacing w:after="60" w:line="266" w:lineRule="auto"/>
        <w:ind w:firstLine="331"/>
        <w:jc w:val="both"/>
      </w:pPr>
      <w:r>
        <w:rPr>
          <w:rFonts w:ascii="Georgia" w:hAnsi="Georgia"/>
          <w:b w:val="0"/>
          <w:i w:val="0"/>
          <w:color w:val="22201D"/>
          <w:sz w:val="20"/>
        </w:rPr>
        <w:t>The Hostess took a small scoop from a hook and handed it to him.</w:t>
      </w:r>
    </w:p>
    <w:p>
      <w:pPr>
        <w:spacing w:after="60" w:line="266" w:lineRule="auto"/>
        <w:ind w:firstLine="331"/>
        <w:jc w:val="both"/>
      </w:pPr>
      <w:r>
        <w:rPr>
          <w:rFonts w:ascii="Georgia" w:hAnsi="Georgia"/>
          <w:b w:val="0"/>
          <w:i w:val="0"/>
          <w:color w:val="22201D"/>
          <w:sz w:val="20"/>
        </w:rPr>
        <w:t>"We need one apology."</w:t>
      </w:r>
    </w:p>
    <w:p>
      <w:pPr>
        <w:spacing w:after="60" w:line="266" w:lineRule="auto"/>
        <w:ind w:firstLine="331"/>
        <w:jc w:val="both"/>
      </w:pPr>
      <w:r>
        <w:rPr>
          <w:rFonts w:ascii="Georgia" w:hAnsi="Georgia"/>
          <w:b w:val="0"/>
          <w:i w:val="0"/>
          <w:color w:val="22201D"/>
          <w:sz w:val="20"/>
        </w:rPr>
        <w:t>"Whose?"</w:t>
      </w:r>
    </w:p>
    <w:p>
      <w:pPr>
        <w:spacing w:after="60" w:line="266" w:lineRule="auto"/>
        <w:ind w:firstLine="331"/>
        <w:jc w:val="both"/>
      </w:pPr>
      <w:r>
        <w:rPr>
          <w:rFonts w:ascii="Georgia" w:hAnsi="Georgia"/>
          <w:b w:val="0"/>
          <w:i w:val="0"/>
          <w:color w:val="22201D"/>
          <w:sz w:val="20"/>
        </w:rPr>
        <w:t>"That is usually the second wrong first question."</w:t>
      </w:r>
    </w:p>
    <w:p>
      <w:pPr>
        <w:spacing w:after="60" w:line="266" w:lineRule="auto"/>
        <w:ind w:firstLine="331"/>
        <w:jc w:val="both"/>
      </w:pPr>
      <w:r>
        <w:rPr>
          <w:rFonts w:ascii="Georgia" w:hAnsi="Georgia"/>
          <w:b w:val="0"/>
          <w:i w:val="0"/>
          <w:color w:val="22201D"/>
          <w:sz w:val="20"/>
        </w:rPr>
        <w:t>"What is the first?"</w:t>
      </w:r>
    </w:p>
    <w:p>
      <w:pPr>
        <w:spacing w:after="60" w:line="266" w:lineRule="auto"/>
        <w:ind w:firstLine="331"/>
        <w:jc w:val="both"/>
      </w:pPr>
      <w:r>
        <w:rPr>
          <w:rFonts w:ascii="Georgia" w:hAnsi="Georgia"/>
          <w:b w:val="0"/>
          <w:i w:val="0"/>
          <w:color w:val="22201D"/>
          <w:sz w:val="20"/>
        </w:rPr>
        <w:t>"Who deserves it."</w:t>
      </w:r>
    </w:p>
    <w:p>
      <w:pPr>
        <w:spacing w:after="60" w:line="266" w:lineRule="auto"/>
        <w:ind w:firstLine="331"/>
        <w:jc w:val="both"/>
      </w:pPr>
      <w:r>
        <w:rPr>
          <w:rFonts w:ascii="Georgia" w:hAnsi="Georgia"/>
          <w:b w:val="0"/>
          <w:i w:val="0"/>
          <w:color w:val="22201D"/>
          <w:sz w:val="20"/>
        </w:rPr>
        <w:t>Flocc held the scoop.</w:t>
      </w:r>
    </w:p>
    <w:p>
      <w:pPr>
        <w:spacing w:after="60" w:line="266" w:lineRule="auto"/>
        <w:ind w:firstLine="331"/>
        <w:jc w:val="both"/>
      </w:pPr>
      <w:r>
        <w:rPr>
          <w:rFonts w:ascii="Georgia" w:hAnsi="Georgia"/>
          <w:b w:val="0"/>
          <w:i w:val="0"/>
          <w:color w:val="22201D"/>
          <w:sz w:val="20"/>
        </w:rPr>
        <w:t>It was dented aluminum, practical and cold.</w:t>
      </w:r>
    </w:p>
    <w:p>
      <w:pPr>
        <w:spacing w:after="60" w:line="266" w:lineRule="auto"/>
        <w:ind w:firstLine="331"/>
        <w:jc w:val="both"/>
      </w:pPr>
      <w:r>
        <w:rPr>
          <w:rFonts w:ascii="Georgia" w:hAnsi="Georgia"/>
          <w:b w:val="0"/>
          <w:i w:val="0"/>
          <w:color w:val="22201D"/>
          <w:sz w:val="20"/>
        </w:rPr>
        <w:t>The ingredient note turned itself over.</w:t>
      </w:r>
    </w:p>
    <w:p>
      <w:pPr>
        <w:spacing w:after="60" w:line="266" w:lineRule="auto"/>
        <w:ind w:firstLine="331"/>
        <w:jc w:val="both"/>
      </w:pPr>
      <w:r>
        <w:rPr>
          <w:rFonts w:ascii="Georgia" w:hAnsi="Georgia"/>
          <w:b w:val="0"/>
          <w:i w:val="0"/>
          <w:color w:val="22201D"/>
          <w:sz w:val="20"/>
        </w:rPr>
        <w:t>On the back:</w:t>
      </w:r>
    </w:p>
    <w:p>
      <w:pPr>
        <w:spacing w:after="60" w:line="250" w:lineRule="auto"/>
        <w:ind w:left="202" w:right="173"/>
      </w:pPr>
      <w:r>
        <w:rPr>
          <w:rFonts w:ascii="Georgia" w:hAnsi="Georgia"/>
          <w:b w:val="0"/>
          <w:i w:val="0"/>
          <w:color w:val="22201D"/>
          <w:sz w:val="17"/>
        </w:rPr>
        <w:t>Apology requirements: 1. Name the action. 2. Name the effect. 3. Do not ask the apology to become the repair.</w:t>
      </w:r>
    </w:p>
    <w:p>
      <w:pPr>
        <w:spacing w:after="60" w:line="266" w:lineRule="auto"/>
        <w:ind w:firstLine="331"/>
        <w:jc w:val="both"/>
      </w:pPr>
      <w:r>
        <w:rPr>
          <w:rFonts w:ascii="Georgia" w:hAnsi="Georgia"/>
          <w:b w:val="0"/>
          <w:i w:val="0"/>
          <w:color w:val="22201D"/>
          <w:sz w:val="20"/>
        </w:rPr>
        <w:t>"That seems reasonable," Flocc said.</w:t>
      </w:r>
    </w:p>
    <w:p>
      <w:pPr>
        <w:spacing w:after="60" w:line="266" w:lineRule="auto"/>
        <w:ind w:firstLine="331"/>
        <w:jc w:val="both"/>
      </w:pPr>
      <w:r>
        <w:rPr>
          <w:rFonts w:ascii="Georgia" w:hAnsi="Georgia"/>
          <w:b w:val="0"/>
          <w:i w:val="0"/>
          <w:color w:val="22201D"/>
          <w:sz w:val="20"/>
        </w:rPr>
        <w:t>"Reasonable things become rare when people need them."</w:t>
      </w:r>
    </w:p>
    <w:p>
      <w:pPr>
        <w:spacing w:after="60" w:line="266" w:lineRule="auto"/>
        <w:ind w:firstLine="331"/>
        <w:jc w:val="both"/>
      </w:pPr>
      <w:r>
        <w:rPr>
          <w:rFonts w:ascii="Georgia" w:hAnsi="Georgia"/>
          <w:b w:val="0"/>
          <w:i w:val="0"/>
          <w:color w:val="22201D"/>
          <w:sz w:val="20"/>
        </w:rPr>
        <w:t>A door opened at the end of the aisle.</w:t>
      </w:r>
    </w:p>
    <w:p>
      <w:pPr>
        <w:spacing w:after="60" w:line="266" w:lineRule="auto"/>
        <w:ind w:firstLine="331"/>
        <w:jc w:val="both"/>
      </w:pPr>
      <w:r>
        <w:rPr>
          <w:rFonts w:ascii="Georgia" w:hAnsi="Georgia"/>
          <w:b w:val="0"/>
          <w:i w:val="0"/>
          <w:color w:val="22201D"/>
          <w:sz w:val="20"/>
        </w:rPr>
        <w:t>The man from the stew chapter returned, now without his mixing bowl. He carried the corrected recipe card in both hands. His apron had a new flour mark on the front, shaped almost like a handprint.</w:t>
      </w:r>
    </w:p>
    <w:p>
      <w:pPr>
        <w:spacing w:after="60" w:line="266" w:lineRule="auto"/>
        <w:ind w:firstLine="331"/>
        <w:jc w:val="both"/>
      </w:pPr>
      <w:r>
        <w:rPr>
          <w:rFonts w:ascii="Georgia" w:hAnsi="Georgia"/>
          <w:b w:val="0"/>
          <w:i w:val="0"/>
          <w:color w:val="22201D"/>
          <w:sz w:val="20"/>
        </w:rPr>
        <w:t>"I delayed the stew," he said.</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"Some people left."</w:t>
      </w:r>
    </w:p>
    <w:p>
      <w:pPr>
        <w:spacing w:after="60" w:line="266" w:lineRule="auto"/>
        <w:ind w:firstLine="331"/>
        <w:jc w:val="both"/>
      </w:pPr>
      <w:r>
        <w:rPr>
          <w:rFonts w:ascii="Georgia" w:hAnsi="Georgia"/>
          <w:b w:val="0"/>
          <w:i w:val="0"/>
          <w:color w:val="22201D"/>
          <w:sz w:val="20"/>
        </w:rPr>
        <w:t>The flour sack tightened at the top.</w:t>
      </w:r>
    </w:p>
    <w:p>
      <w:pPr>
        <w:spacing w:after="60" w:line="266" w:lineRule="auto"/>
        <w:ind w:firstLine="331"/>
        <w:jc w:val="both"/>
      </w:pPr>
      <w:r>
        <w:rPr>
          <w:rFonts w:ascii="Georgia" w:hAnsi="Georgia"/>
          <w:b w:val="0"/>
          <w:i w:val="0"/>
          <w:color w:val="22201D"/>
          <w:sz w:val="20"/>
        </w:rPr>
        <w:t>Paper wrinkled.</w:t>
      </w:r>
    </w:p>
    <w:p>
      <w:pPr>
        <w:spacing w:after="60" w:line="266" w:lineRule="auto"/>
        <w:ind w:firstLine="331"/>
        <w:jc w:val="both"/>
      </w:pPr>
      <w:r>
        <w:rPr>
          <w:rFonts w:ascii="Georgia" w:hAnsi="Georgia"/>
          <w:b w:val="0"/>
          <w:i w:val="0"/>
          <w:color w:val="22201D"/>
          <w:sz w:val="20"/>
        </w:rPr>
        <w:t>"And?" the Hostess asked.</w:t>
      </w:r>
    </w:p>
    <w:p>
      <w:pPr>
        <w:spacing w:after="60" w:line="266" w:lineRule="auto"/>
        <w:ind w:firstLine="331"/>
        <w:jc w:val="both"/>
      </w:pPr>
      <w:r>
        <w:rPr>
          <w:rFonts w:ascii="Georgia" w:hAnsi="Georgia"/>
          <w:b w:val="0"/>
          <w:i w:val="0"/>
          <w:color w:val="22201D"/>
          <w:sz w:val="20"/>
        </w:rPr>
        <w:t>"Some stayed."</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The man looked at the table, the ingredient note, and Flocc as if hoping one of them would become less involved.</w:t>
      </w:r>
    </w:p>
    <w:p>
      <w:pPr>
        <w:spacing w:after="60" w:line="266" w:lineRule="auto"/>
        <w:ind w:firstLine="331"/>
        <w:jc w:val="both"/>
      </w:pPr>
      <w:r>
        <w:rPr>
          <w:rFonts w:ascii="Georgia" w:hAnsi="Georgia"/>
          <w:b w:val="0"/>
          <w:i w:val="0"/>
          <w:color w:val="22201D"/>
          <w:sz w:val="20"/>
        </w:rPr>
        <w:t>"The ones who stayed asked what was missing."</w:t>
      </w:r>
    </w:p>
    <w:p>
      <w:pPr>
        <w:spacing w:after="60" w:line="266" w:lineRule="auto"/>
        <w:ind w:firstLine="331"/>
        <w:jc w:val="both"/>
      </w:pPr>
      <w:r>
        <w:rPr>
          <w:rFonts w:ascii="Georgia" w:hAnsi="Georgia"/>
          <w:b w:val="0"/>
          <w:i w:val="0"/>
          <w:color w:val="22201D"/>
          <w:sz w:val="20"/>
        </w:rPr>
        <w:t>The scoop in Flocc's hand grew heavier.</w:t>
      </w:r>
    </w:p>
    <w:p>
      <w:pPr>
        <w:spacing w:after="60" w:line="266" w:lineRule="auto"/>
        <w:ind w:firstLine="331"/>
        <w:jc w:val="both"/>
      </w:pPr>
      <w:r>
        <w:rPr>
          <w:rFonts w:ascii="Georgia" w:hAnsi="Georgia"/>
          <w:b w:val="0"/>
          <w:i w:val="0"/>
          <w:color w:val="22201D"/>
          <w:sz w:val="20"/>
        </w:rPr>
        <w:t>The Hostess gestured toward the flour sack.</w:t>
      </w:r>
    </w:p>
    <w:p>
      <w:pPr>
        <w:spacing w:after="60" w:line="266" w:lineRule="auto"/>
        <w:ind w:firstLine="331"/>
        <w:jc w:val="both"/>
      </w:pPr>
      <w:r>
        <w:rPr>
          <w:rFonts w:ascii="Georgia" w:hAnsi="Georgia"/>
          <w:b w:val="0"/>
          <w:i w:val="0"/>
          <w:color w:val="22201D"/>
          <w:sz w:val="20"/>
        </w:rPr>
        <w:t>"Then we can work."</w:t>
      </w:r>
    </w:p>
    <w:p>
      <w:pPr>
        <w:spacing w:after="60" w:line="266" w:lineRule="auto"/>
        <w:ind w:firstLine="331"/>
        <w:jc w:val="both"/>
      </w:pPr>
      <w:r>
        <w:rPr>
          <w:rFonts w:ascii="Georgia" w:hAnsi="Georgia"/>
          <w:b w:val="0"/>
          <w:i w:val="0"/>
          <w:color w:val="22201D"/>
          <w:sz w:val="20"/>
        </w:rPr>
        <w:t>The man frowned.</w:t>
      </w:r>
    </w:p>
    <w:p>
      <w:pPr>
        <w:spacing w:after="60" w:line="266" w:lineRule="auto"/>
        <w:ind w:firstLine="331"/>
        <w:jc w:val="both"/>
      </w:pPr>
      <w:r>
        <w:rPr>
          <w:rFonts w:ascii="Georgia" w:hAnsi="Georgia"/>
          <w:b w:val="0"/>
          <w:i w:val="0"/>
          <w:color w:val="22201D"/>
          <w:sz w:val="20"/>
        </w:rPr>
        <w:t>"I thought the sauce warning handled it."</w:t>
      </w:r>
    </w:p>
    <w:p>
      <w:pPr>
        <w:spacing w:after="60" w:line="266" w:lineRule="auto"/>
        <w:ind w:firstLine="331"/>
        <w:jc w:val="both"/>
      </w:pPr>
      <w:r>
        <w:rPr>
          <w:rFonts w:ascii="Georgia" w:hAnsi="Georgia"/>
          <w:b w:val="0"/>
          <w:i w:val="0"/>
          <w:color w:val="22201D"/>
          <w:sz w:val="20"/>
        </w:rPr>
        <w:t>"The sauce warning stopped you from serving too much truth as stew."</w:t>
      </w:r>
    </w:p>
    <w:p>
      <w:pPr>
        <w:spacing w:after="60" w:line="266" w:lineRule="auto"/>
        <w:ind w:firstLine="331"/>
        <w:jc w:val="both"/>
      </w:pPr>
      <w:r>
        <w:rPr>
          <w:rFonts w:ascii="Georgia" w:hAnsi="Georgia"/>
          <w:b w:val="0"/>
          <w:i w:val="0"/>
          <w:color w:val="22201D"/>
          <w:sz w:val="20"/>
        </w:rPr>
        <w:t>"That sounds like handling."</w:t>
      </w:r>
    </w:p>
    <w:p>
      <w:pPr>
        <w:spacing w:after="60" w:line="266" w:lineRule="auto"/>
        <w:ind w:firstLine="331"/>
        <w:jc w:val="both"/>
      </w:pPr>
      <w:r>
        <w:rPr>
          <w:rFonts w:ascii="Georgia" w:hAnsi="Georgia"/>
          <w:b w:val="0"/>
          <w:i w:val="0"/>
          <w:color w:val="22201D"/>
          <w:sz w:val="20"/>
        </w:rPr>
        <w:t>"It was warning. Not apology."</w:t>
      </w:r>
    </w:p>
    <w:p>
      <w:pPr>
        <w:spacing w:after="60" w:line="266" w:lineRule="auto"/>
        <w:ind w:firstLine="331"/>
        <w:jc w:val="both"/>
      </w:pPr>
      <w:r>
        <w:rPr>
          <w:rFonts w:ascii="Georgia" w:hAnsi="Georgia"/>
          <w:b w:val="0"/>
          <w:i w:val="0"/>
          <w:color w:val="22201D"/>
          <w:sz w:val="20"/>
        </w:rPr>
        <w:t>The ingredient note stamped:</w:t>
      </w:r>
    </w:p>
    <w:p>
      <w:pPr>
        <w:spacing w:after="60" w:line="250" w:lineRule="auto"/>
        <w:ind w:left="202" w:right="173"/>
      </w:pPr>
      <w:r>
        <w:rPr>
          <w:rFonts w:ascii="Georgia" w:hAnsi="Georgia"/>
          <w:b w:val="0"/>
          <w:i w:val="0"/>
          <w:color w:val="22201D"/>
          <w:sz w:val="17"/>
        </w:rPr>
        <w:t>WARNING IS NOT APOLOGY.</w:t>
      </w:r>
    </w:p>
    <w:p>
      <w:pPr>
        <w:spacing w:after="60" w:line="266" w:lineRule="auto"/>
        <w:ind w:firstLine="331"/>
        <w:jc w:val="both"/>
      </w:pPr>
      <w:r>
        <w:rPr>
          <w:rFonts w:ascii="Georgia" w:hAnsi="Georgia"/>
          <w:b w:val="0"/>
          <w:i w:val="0"/>
          <w:color w:val="22201D"/>
          <w:sz w:val="20"/>
        </w:rPr>
        <w:t>The man looked offended by accurate stationery.</w:t>
      </w:r>
    </w:p>
    <w:p>
      <w:pPr>
        <w:spacing w:after="60" w:line="266" w:lineRule="auto"/>
        <w:ind w:firstLine="331"/>
        <w:jc w:val="both"/>
      </w:pPr>
      <w:r>
        <w:rPr>
          <w:rFonts w:ascii="Georgia" w:hAnsi="Georgia"/>
          <w:b w:val="0"/>
          <w:i w:val="0"/>
          <w:color w:val="22201D"/>
          <w:sz w:val="20"/>
        </w:rPr>
        <w:t>Flocc understood the feeling.</w:t>
      </w:r>
    </w:p>
    <w:p>
      <w:pPr>
        <w:spacing w:after="60" w:line="266" w:lineRule="auto"/>
        <w:ind w:firstLine="331"/>
        <w:jc w:val="both"/>
      </w:pPr>
      <w:r>
        <w:rPr>
          <w:rFonts w:ascii="Georgia" w:hAnsi="Georgia"/>
          <w:b w:val="0"/>
          <w:i w:val="0"/>
          <w:color w:val="22201D"/>
          <w:sz w:val="20"/>
        </w:rPr>
        <w:t>The Hostess opened the flour sack.</w:t>
      </w:r>
    </w:p>
    <w:p>
      <w:pPr>
        <w:spacing w:after="60" w:line="266" w:lineRule="auto"/>
        <w:ind w:firstLine="331"/>
        <w:jc w:val="both"/>
      </w:pPr>
      <w:r>
        <w:rPr>
          <w:rFonts w:ascii="Georgia" w:hAnsi="Georgia"/>
          <w:b w:val="0"/>
          <w:i w:val="0"/>
          <w:color w:val="22201D"/>
          <w:sz w:val="20"/>
        </w:rPr>
        <w:t>Inside was not flour.</w:t>
      </w:r>
    </w:p>
    <w:p>
      <w:pPr>
        <w:spacing w:after="60" w:line="266" w:lineRule="auto"/>
        <w:ind w:firstLine="331"/>
        <w:jc w:val="both"/>
      </w:pPr>
      <w:r>
        <w:rPr>
          <w:rFonts w:ascii="Georgia" w:hAnsi="Georgia"/>
          <w:b w:val="0"/>
          <w:i w:val="0"/>
          <w:color w:val="22201D"/>
          <w:sz w:val="20"/>
        </w:rPr>
        <w:t>Not at first.</w:t>
      </w:r>
    </w:p>
    <w:p>
      <w:pPr>
        <w:spacing w:after="60" w:line="266" w:lineRule="auto"/>
        <w:ind w:firstLine="331"/>
        <w:jc w:val="both"/>
      </w:pPr>
      <w:r>
        <w:rPr>
          <w:rFonts w:ascii="Georgia" w:hAnsi="Georgia"/>
          <w:b w:val="0"/>
          <w:i w:val="0"/>
          <w:color w:val="22201D"/>
          <w:sz w:val="20"/>
        </w:rPr>
        <w:t>It looked like flour from a distance, but up close the surface was full of tiny folded papers, each one dusted white and ground at the edges as if someone had tried to mill language into usefulness.</w:t>
      </w:r>
    </w:p>
    <w:p>
      <w:pPr>
        <w:spacing w:after="60" w:line="266" w:lineRule="auto"/>
        <w:ind w:firstLine="331"/>
        <w:jc w:val="both"/>
      </w:pPr>
      <w:r>
        <w:rPr>
          <w:rFonts w:ascii="Georgia" w:hAnsi="Georgia"/>
          <w:b w:val="0"/>
          <w:i w:val="0"/>
          <w:color w:val="22201D"/>
          <w:sz w:val="20"/>
        </w:rPr>
        <w:t>The man took one step back.</w:t>
      </w:r>
    </w:p>
    <w:p>
      <w:pPr>
        <w:spacing w:after="60" w:line="266" w:lineRule="auto"/>
        <w:ind w:firstLine="331"/>
        <w:jc w:val="both"/>
      </w:pPr>
      <w:r>
        <w:rPr>
          <w:rFonts w:ascii="Georgia" w:hAnsi="Georgia"/>
          <w:b w:val="0"/>
          <w:i w:val="0"/>
          <w:color w:val="22201D"/>
          <w:sz w:val="20"/>
        </w:rPr>
        <w:t>"Those are private."</w:t>
      </w:r>
    </w:p>
    <w:p>
      <w:pPr>
        <w:spacing w:after="60" w:line="266" w:lineRule="auto"/>
        <w:ind w:firstLine="331"/>
        <w:jc w:val="both"/>
      </w:pPr>
      <w:r>
        <w:rPr>
          <w:rFonts w:ascii="Georgia" w:hAnsi="Georgia"/>
          <w:b w:val="0"/>
          <w:i w:val="0"/>
          <w:color w:val="22201D"/>
          <w:sz w:val="20"/>
        </w:rPr>
        <w:t>"No," said the Hostess. "Those are stored."</w:t>
      </w:r>
    </w:p>
    <w:p>
      <w:pPr>
        <w:spacing w:after="60" w:line="266" w:lineRule="auto"/>
        <w:ind w:firstLine="331"/>
        <w:jc w:val="both"/>
      </w:pPr>
      <w:r>
        <w:rPr>
          <w:rFonts w:ascii="Georgia" w:hAnsi="Georgia"/>
          <w:b w:val="0"/>
          <w:i w:val="0"/>
          <w:color w:val="22201D"/>
          <w:sz w:val="20"/>
        </w:rPr>
        <w:t>That distinction landed hard enough to shift the table.</w:t>
      </w:r>
    </w:p>
    <w:p>
      <w:pPr>
        <w:spacing w:after="60" w:line="266" w:lineRule="auto"/>
        <w:ind w:firstLine="331"/>
        <w:jc w:val="both"/>
      </w:pPr>
      <w:r>
        <w:rPr>
          <w:rFonts w:ascii="Georgia" w:hAnsi="Georgia"/>
          <w:b w:val="0"/>
          <w:i w:val="0"/>
          <w:color w:val="22201D"/>
          <w:sz w:val="20"/>
        </w:rPr>
        <w:t>Flocc leaned closer.</w:t>
      </w:r>
    </w:p>
    <w:p>
      <w:pPr>
        <w:spacing w:after="60" w:line="266" w:lineRule="auto"/>
        <w:ind w:firstLine="331"/>
        <w:jc w:val="both"/>
      </w:pPr>
      <w:r>
        <w:rPr>
          <w:rFonts w:ascii="Georgia" w:hAnsi="Georgia"/>
          <w:b w:val="0"/>
          <w:i w:val="0"/>
          <w:color w:val="22201D"/>
          <w:sz w:val="20"/>
        </w:rPr>
        <w:t>The top folded paper opened.</w:t>
      </w:r>
    </w:p>
    <w:p>
      <w:pPr>
        <w:spacing w:after="60" w:line="250" w:lineRule="auto"/>
        <w:ind w:left="202" w:right="173"/>
      </w:pPr>
      <w:r>
        <w:rPr>
          <w:rFonts w:ascii="Georgia" w:hAnsi="Georgia"/>
          <w:b w:val="0"/>
          <w:i w:val="0"/>
          <w:color w:val="22201D"/>
          <w:sz w:val="17"/>
        </w:rPr>
        <w:t>Sorry you felt that way.</w:t>
      </w:r>
    </w:p>
    <w:p>
      <w:pPr>
        <w:spacing w:after="60" w:line="266" w:lineRule="auto"/>
        <w:ind w:firstLine="331"/>
        <w:jc w:val="both"/>
      </w:pPr>
      <w:r>
        <w:rPr>
          <w:rFonts w:ascii="Georgia" w:hAnsi="Georgia"/>
          <w:b w:val="0"/>
          <w:i w:val="0"/>
          <w:color w:val="22201D"/>
          <w:sz w:val="20"/>
        </w:rPr>
        <w:t>It crumbled into chalky dust.</w:t>
      </w:r>
    </w:p>
    <w:p>
      <w:pPr>
        <w:spacing w:after="60" w:line="266" w:lineRule="auto"/>
        <w:ind w:firstLine="331"/>
        <w:jc w:val="both"/>
      </w:pPr>
      <w:r>
        <w:rPr>
          <w:rFonts w:ascii="Georgia" w:hAnsi="Georgia"/>
          <w:b w:val="0"/>
          <w:i w:val="0"/>
          <w:color w:val="22201D"/>
          <w:sz w:val="20"/>
        </w:rPr>
        <w:t>Another unfolded.</w:t>
      </w:r>
    </w:p>
    <w:p>
      <w:pPr>
        <w:spacing w:after="60" w:line="250" w:lineRule="auto"/>
        <w:ind w:left="202" w:right="173"/>
      </w:pPr>
      <w:r>
        <w:rPr>
          <w:rFonts w:ascii="Georgia" w:hAnsi="Georgia"/>
          <w:b w:val="0"/>
          <w:i w:val="0"/>
          <w:color w:val="22201D"/>
          <w:sz w:val="17"/>
        </w:rPr>
        <w:t>Sorry, but I had no choice.</w:t>
      </w:r>
    </w:p>
    <w:p>
      <w:pPr>
        <w:spacing w:after="60" w:line="266" w:lineRule="auto"/>
        <w:ind w:firstLine="331"/>
        <w:jc w:val="both"/>
      </w:pPr>
      <w:r>
        <w:rPr>
          <w:rFonts w:ascii="Georgia" w:hAnsi="Georgia"/>
          <w:b w:val="0"/>
          <w:i w:val="0"/>
          <w:color w:val="22201D"/>
          <w:sz w:val="20"/>
        </w:rPr>
        <w:t>It turned gray.</w:t>
      </w:r>
    </w:p>
    <w:p>
      <w:pPr>
        <w:spacing w:after="60" w:line="266" w:lineRule="auto"/>
        <w:ind w:firstLine="331"/>
        <w:jc w:val="both"/>
      </w:pPr>
      <w:r>
        <w:rPr>
          <w:rFonts w:ascii="Georgia" w:hAnsi="Georgia"/>
          <w:b w:val="0"/>
          <w:i w:val="0"/>
          <w:color w:val="22201D"/>
          <w:sz w:val="20"/>
        </w:rPr>
        <w:t>A third:</w:t>
      </w:r>
    </w:p>
    <w:p>
      <w:pPr>
        <w:spacing w:after="60" w:line="250" w:lineRule="auto"/>
        <w:ind w:left="202" w:right="173"/>
      </w:pPr>
      <w:r>
        <w:rPr>
          <w:rFonts w:ascii="Georgia" w:hAnsi="Georgia"/>
          <w:b w:val="0"/>
          <w:i w:val="0"/>
          <w:color w:val="22201D"/>
          <w:sz w:val="17"/>
        </w:rPr>
        <w:t>Sorry if anyone was confused.</w:t>
      </w:r>
    </w:p>
    <w:p>
      <w:pPr>
        <w:spacing w:after="60" w:line="266" w:lineRule="auto"/>
        <w:ind w:firstLine="331"/>
        <w:jc w:val="both"/>
      </w:pPr>
      <w:r>
        <w:rPr>
          <w:rFonts w:ascii="Georgia" w:hAnsi="Georgia"/>
          <w:b w:val="0"/>
          <w:i w:val="0"/>
          <w:color w:val="22201D"/>
          <w:sz w:val="20"/>
        </w:rPr>
        <w:t>The pantry sneezed.</w:t>
      </w:r>
    </w:p>
    <w:p>
      <w:pPr>
        <w:spacing w:after="60" w:line="266" w:lineRule="auto"/>
        <w:ind w:firstLine="331"/>
        <w:jc w:val="both"/>
      </w:pPr>
      <w:r>
        <w:rPr>
          <w:rFonts w:ascii="Georgia" w:hAnsi="Georgia"/>
          <w:b w:val="0"/>
          <w:i w:val="0"/>
          <w:color w:val="22201D"/>
          <w:sz w:val="20"/>
        </w:rPr>
        <w:t>Not a person in the pantry.</w:t>
      </w:r>
    </w:p>
    <w:p>
      <w:pPr>
        <w:spacing w:after="60" w:line="266" w:lineRule="auto"/>
        <w:ind w:firstLine="331"/>
        <w:jc w:val="both"/>
      </w:pPr>
      <w:r>
        <w:rPr>
          <w:rFonts w:ascii="Georgia" w:hAnsi="Georgia"/>
          <w:b w:val="0"/>
          <w:i w:val="0"/>
          <w:color w:val="22201D"/>
          <w:sz w:val="20"/>
        </w:rPr>
        <w:t>The pantry.</w:t>
      </w:r>
    </w:p>
    <w:p>
      <w:pPr>
        <w:spacing w:after="60" w:line="266" w:lineRule="auto"/>
        <w:ind w:firstLine="331"/>
        <w:jc w:val="both"/>
      </w:pPr>
      <w:r>
        <w:rPr>
          <w:rFonts w:ascii="Georgia" w:hAnsi="Georgia"/>
          <w:b w:val="0"/>
          <w:i w:val="0"/>
          <w:color w:val="22201D"/>
          <w:sz w:val="20"/>
        </w:rPr>
        <w:t>Several labels fluttered.</w:t>
      </w:r>
    </w:p>
    <w:p>
      <w:pPr>
        <w:spacing w:after="60" w:line="266" w:lineRule="auto"/>
        <w:ind w:firstLine="331"/>
        <w:jc w:val="both"/>
      </w:pPr>
      <w:r>
        <w:rPr>
          <w:rFonts w:ascii="Georgia" w:hAnsi="Georgia"/>
          <w:b w:val="0"/>
          <w:i w:val="0"/>
          <w:color w:val="22201D"/>
          <w:sz w:val="20"/>
        </w:rPr>
        <w:t>The Hostess closed her eyes for one patient second.</w:t>
      </w:r>
    </w:p>
    <w:p>
      <w:pPr>
        <w:spacing w:after="60" w:line="266" w:lineRule="auto"/>
        <w:ind w:firstLine="331"/>
        <w:jc w:val="both"/>
      </w:pPr>
      <w:r>
        <w:rPr>
          <w:rFonts w:ascii="Georgia" w:hAnsi="Georgia"/>
          <w:b w:val="0"/>
          <w:i w:val="0"/>
          <w:color w:val="22201D"/>
          <w:sz w:val="20"/>
        </w:rPr>
        <w:t>"Contaminated batch."</w:t>
      </w:r>
    </w:p>
    <w:p>
      <w:pPr>
        <w:spacing w:after="60" w:line="266" w:lineRule="auto"/>
        <w:ind w:firstLine="331"/>
        <w:jc w:val="both"/>
      </w:pPr>
      <w:r>
        <w:rPr>
          <w:rFonts w:ascii="Georgia" w:hAnsi="Georgia"/>
          <w:b w:val="0"/>
          <w:i w:val="0"/>
          <w:color w:val="22201D"/>
          <w:sz w:val="20"/>
        </w:rPr>
        <w:t>The man crossed his arms.</w:t>
      </w:r>
    </w:p>
    <w:p>
      <w:pPr>
        <w:spacing w:after="60" w:line="266" w:lineRule="auto"/>
        <w:ind w:firstLine="331"/>
        <w:jc w:val="both"/>
      </w:pPr>
      <w:r>
        <w:rPr>
          <w:rFonts w:ascii="Georgia" w:hAnsi="Georgia"/>
          <w:b w:val="0"/>
          <w:i w:val="0"/>
          <w:color w:val="22201D"/>
          <w:sz w:val="20"/>
        </w:rPr>
        <w:t>"I apologized."</w:t>
      </w:r>
    </w:p>
    <w:p>
      <w:pPr>
        <w:spacing w:after="60" w:line="266" w:lineRule="auto"/>
        <w:ind w:firstLine="331"/>
        <w:jc w:val="both"/>
      </w:pPr>
      <w:r>
        <w:rPr>
          <w:rFonts w:ascii="Georgia" w:hAnsi="Georgia"/>
          <w:b w:val="0"/>
          <w:i w:val="0"/>
          <w:color w:val="22201D"/>
          <w:sz w:val="20"/>
        </w:rPr>
        <w:t>"You produced apology-shaped filler."</w:t>
      </w:r>
    </w:p>
    <w:p>
      <w:pPr>
        <w:spacing w:after="60" w:line="266" w:lineRule="auto"/>
        <w:ind w:firstLine="331"/>
        <w:jc w:val="both"/>
      </w:pPr>
      <w:r>
        <w:rPr>
          <w:rFonts w:ascii="Georgia" w:hAnsi="Georgia"/>
          <w:b w:val="0"/>
          <w:i w:val="0"/>
          <w:color w:val="22201D"/>
          <w:sz w:val="20"/>
        </w:rPr>
        <w:t>"People expect something."</w:t>
      </w:r>
    </w:p>
    <w:p>
      <w:pPr>
        <w:spacing w:after="60" w:line="266" w:lineRule="auto"/>
        <w:ind w:firstLine="331"/>
        <w:jc w:val="both"/>
      </w:pPr>
      <w:r>
        <w:rPr>
          <w:rFonts w:ascii="Georgia" w:hAnsi="Georgia"/>
          <w:b w:val="0"/>
          <w:i w:val="0"/>
          <w:color w:val="22201D"/>
          <w:sz w:val="20"/>
        </w:rPr>
        <w:t>"They expected food too. That did not make the substitute original."</w:t>
      </w:r>
    </w:p>
    <w:p>
      <w:pPr>
        <w:spacing w:after="60" w:line="266" w:lineRule="auto"/>
        <w:ind w:firstLine="331"/>
        <w:jc w:val="both"/>
      </w:pPr>
      <w:r>
        <w:rPr>
          <w:rFonts w:ascii="Georgia" w:hAnsi="Georgia"/>
          <w:b w:val="0"/>
          <w:i w:val="0"/>
          <w:color w:val="22201D"/>
          <w:sz w:val="20"/>
        </w:rPr>
        <w:t>Flocc set the scoop down.</w:t>
      </w:r>
    </w:p>
    <w:p>
      <w:pPr>
        <w:spacing w:after="60" w:line="266" w:lineRule="auto"/>
        <w:ind w:firstLine="331"/>
        <w:jc w:val="both"/>
      </w:pPr>
      <w:r>
        <w:rPr>
          <w:rFonts w:ascii="Georgia" w:hAnsi="Georgia"/>
          <w:b w:val="0"/>
          <w:i w:val="0"/>
          <w:color w:val="22201D"/>
          <w:sz w:val="20"/>
        </w:rPr>
        <w:t>The ingredient note slid toward him.</w:t>
      </w:r>
    </w:p>
    <w:p>
      <w:pPr>
        <w:spacing w:after="60" w:line="266" w:lineRule="auto"/>
        <w:ind w:firstLine="331"/>
        <w:jc w:val="both"/>
      </w:pPr>
      <w:r>
        <w:rPr>
          <w:rFonts w:ascii="Georgia" w:hAnsi="Georgia"/>
          <w:b w:val="0"/>
          <w:i w:val="0"/>
          <w:color w:val="22201D"/>
          <w:sz w:val="20"/>
        </w:rPr>
        <w:t>He did not want it.</w:t>
      </w:r>
    </w:p>
    <w:p>
      <w:pPr>
        <w:spacing w:after="60" w:line="266" w:lineRule="auto"/>
        <w:ind w:firstLine="331"/>
        <w:jc w:val="both"/>
      </w:pPr>
      <w:r>
        <w:rPr>
          <w:rFonts w:ascii="Georgia" w:hAnsi="Georgia"/>
          <w:b w:val="0"/>
          <w:i w:val="0"/>
          <w:color w:val="22201D"/>
          <w:sz w:val="20"/>
        </w:rPr>
        <w:t>The note did not care.</w:t>
      </w:r>
    </w:p>
    <w:p>
      <w:pPr>
        <w:spacing w:after="60" w:line="250" w:lineRule="auto"/>
        <w:ind w:left="202" w:right="173"/>
      </w:pPr>
      <w:r>
        <w:rPr>
          <w:rFonts w:ascii="Georgia" w:hAnsi="Georgia"/>
          <w:b w:val="0"/>
          <w:i w:val="0"/>
          <w:color w:val="22201D"/>
          <w:sz w:val="17"/>
        </w:rPr>
        <w:t>Observer may assist by identifying unusable flour.</w:t>
      </w:r>
    </w:p>
    <w:p>
      <w:pPr>
        <w:spacing w:after="60" w:line="266" w:lineRule="auto"/>
        <w:ind w:firstLine="331"/>
        <w:jc w:val="both"/>
      </w:pPr>
      <w:r>
        <w:rPr>
          <w:rFonts w:ascii="Georgia" w:hAnsi="Georgia"/>
          <w:b w:val="0"/>
          <w:i w:val="0"/>
          <w:color w:val="22201D"/>
          <w:sz w:val="20"/>
        </w:rPr>
        <w:t>"Of course," Flocc said.</w:t>
      </w:r>
    </w:p>
    <w:p>
      <w:pPr>
        <w:spacing w:after="60" w:line="266" w:lineRule="auto"/>
        <w:ind w:firstLine="331"/>
        <w:jc w:val="both"/>
      </w:pPr>
      <w:r>
        <w:rPr>
          <w:rFonts w:ascii="Georgia" w:hAnsi="Georgia"/>
          <w:b w:val="0"/>
          <w:i w:val="0"/>
          <w:color w:val="22201D"/>
          <w:sz w:val="20"/>
        </w:rPr>
        <w:t>The Hostess gave him a sieve.</w:t>
      </w:r>
    </w:p>
    <w:p>
      <w:pPr>
        <w:spacing w:after="60" w:line="266" w:lineRule="auto"/>
        <w:ind w:firstLine="331"/>
        <w:jc w:val="both"/>
      </w:pPr>
      <w:r>
        <w:rPr>
          <w:rFonts w:ascii="Georgia" w:hAnsi="Georgia"/>
          <w:b w:val="0"/>
          <w:i w:val="0"/>
          <w:color w:val="22201D"/>
          <w:sz w:val="20"/>
        </w:rPr>
        <w:t>"Sort."</w:t>
      </w:r>
    </w:p>
    <w:p>
      <w:pPr>
        <w:spacing w:after="60" w:line="266" w:lineRule="auto"/>
        <w:ind w:firstLine="331"/>
        <w:jc w:val="both"/>
      </w:pPr>
      <w:r>
        <w:rPr>
          <w:rFonts w:ascii="Georgia" w:hAnsi="Georgia"/>
          <w:b w:val="0"/>
          <w:i w:val="0"/>
          <w:color w:val="22201D"/>
          <w:sz w:val="20"/>
        </w:rPr>
        <w:t>He poured one scoop from the sack into the sieve.</w:t>
      </w:r>
    </w:p>
    <w:p>
      <w:pPr>
        <w:spacing w:after="60" w:line="266" w:lineRule="auto"/>
        <w:ind w:firstLine="331"/>
        <w:jc w:val="both"/>
      </w:pPr>
      <w:r>
        <w:rPr>
          <w:rFonts w:ascii="Georgia" w:hAnsi="Georgia"/>
          <w:b w:val="0"/>
          <w:i w:val="0"/>
          <w:color w:val="22201D"/>
          <w:sz w:val="20"/>
        </w:rPr>
        <w:t>Folded papers and powder collected in the mesh.</w:t>
      </w:r>
    </w:p>
    <w:p>
      <w:pPr>
        <w:spacing w:after="60" w:line="266" w:lineRule="auto"/>
        <w:ind w:firstLine="331"/>
        <w:jc w:val="both"/>
      </w:pPr>
      <w:r>
        <w:rPr>
          <w:rFonts w:ascii="Georgia" w:hAnsi="Georgia"/>
          <w:b w:val="0"/>
          <w:i w:val="0"/>
          <w:color w:val="22201D"/>
          <w:sz w:val="20"/>
        </w:rPr>
        <w:t>When he shook it gently, the apology-shaped filler fell through as gray dust. The real flour stayed behind as small white grains, heavier than the false powder.</w:t>
      </w:r>
    </w:p>
    <w:p>
      <w:pPr>
        <w:spacing w:after="60" w:line="266" w:lineRule="auto"/>
        <w:ind w:firstLine="331"/>
        <w:jc w:val="both"/>
      </w:pPr>
      <w:r>
        <w:rPr>
          <w:rFonts w:ascii="Georgia" w:hAnsi="Georgia"/>
          <w:b w:val="0"/>
          <w:i w:val="0"/>
          <w:color w:val="22201D"/>
          <w:sz w:val="20"/>
        </w:rPr>
        <w:t>"That is backwards," Flocc said.</w:t>
      </w:r>
    </w:p>
    <w:p>
      <w:pPr>
        <w:spacing w:after="60" w:line="266" w:lineRule="auto"/>
        <w:ind w:firstLine="331"/>
        <w:jc w:val="both"/>
      </w:pPr>
      <w:r>
        <w:rPr>
          <w:rFonts w:ascii="Georgia" w:hAnsi="Georgia"/>
          <w:b w:val="0"/>
          <w:i w:val="0"/>
          <w:color w:val="22201D"/>
          <w:sz w:val="20"/>
        </w:rPr>
        <w:t>"No," the Hostess said. "Real apologies have weight."</w:t>
      </w:r>
    </w:p>
    <w:p>
      <w:pPr>
        <w:spacing w:after="60" w:line="266" w:lineRule="auto"/>
        <w:ind w:firstLine="331"/>
        <w:jc w:val="both"/>
      </w:pPr>
      <w:r>
        <w:rPr>
          <w:rFonts w:ascii="Georgia" w:hAnsi="Georgia"/>
          <w:b w:val="0"/>
          <w:i w:val="0"/>
          <w:color w:val="22201D"/>
          <w:sz w:val="20"/>
        </w:rPr>
        <w:t>The man watched.</w:t>
      </w:r>
    </w:p>
    <w:p>
      <w:pPr>
        <w:spacing w:after="60" w:line="266" w:lineRule="auto"/>
        <w:ind w:firstLine="331"/>
        <w:jc w:val="both"/>
      </w:pPr>
      <w:r>
        <w:rPr>
          <w:rFonts w:ascii="Georgia" w:hAnsi="Georgia"/>
          <w:b w:val="0"/>
          <w:i w:val="0"/>
          <w:color w:val="22201D"/>
          <w:sz w:val="20"/>
        </w:rPr>
        <w:t>His face had gone from defensive to worried, which was a useful direction but not yet an apology.</w:t>
      </w:r>
    </w:p>
    <w:p>
      <w:pPr>
        <w:spacing w:after="60" w:line="266" w:lineRule="auto"/>
        <w:ind w:firstLine="331"/>
        <w:jc w:val="both"/>
      </w:pPr>
      <w:r>
        <w:rPr>
          <w:rFonts w:ascii="Georgia" w:hAnsi="Georgia"/>
          <w:b w:val="0"/>
          <w:i w:val="0"/>
          <w:color w:val="22201D"/>
          <w:sz w:val="20"/>
        </w:rPr>
        <w:t>Flocc lifted one surviving grain on the tip of his finger.</w:t>
      </w:r>
    </w:p>
    <w:p>
      <w:pPr>
        <w:spacing w:after="60" w:line="266" w:lineRule="auto"/>
        <w:ind w:firstLine="331"/>
        <w:jc w:val="both"/>
      </w:pPr>
      <w:r>
        <w:rPr>
          <w:rFonts w:ascii="Georgia" w:hAnsi="Georgia"/>
          <w:b w:val="0"/>
          <w:i w:val="0"/>
          <w:color w:val="22201D"/>
          <w:sz w:val="20"/>
        </w:rPr>
        <w:t>It unfolded into a line:</w:t>
      </w:r>
    </w:p>
    <w:p>
      <w:pPr>
        <w:spacing w:after="60" w:line="250" w:lineRule="auto"/>
        <w:ind w:left="202" w:right="173"/>
      </w:pPr>
      <w:r>
        <w:rPr>
          <w:rFonts w:ascii="Georgia" w:hAnsi="Georgia"/>
          <w:b w:val="0"/>
          <w:i w:val="0"/>
          <w:color w:val="22201D"/>
          <w:sz w:val="17"/>
        </w:rPr>
        <w:t>I told you the substitute was original.</w:t>
      </w:r>
    </w:p>
    <w:p>
      <w:pPr>
        <w:spacing w:after="60" w:line="266" w:lineRule="auto"/>
        <w:ind w:firstLine="331"/>
        <w:jc w:val="both"/>
      </w:pPr>
      <w:r>
        <w:rPr>
          <w:rFonts w:ascii="Georgia" w:hAnsi="Georgia"/>
          <w:b w:val="0"/>
          <w:i w:val="0"/>
          <w:color w:val="22201D"/>
          <w:sz w:val="20"/>
        </w:rPr>
        <w:t>The man looked away.</w:t>
      </w:r>
    </w:p>
    <w:p>
      <w:pPr>
        <w:spacing w:after="60" w:line="266" w:lineRule="auto"/>
        <w:ind w:firstLine="331"/>
        <w:jc w:val="both"/>
      </w:pPr>
      <w:r>
        <w:rPr>
          <w:rFonts w:ascii="Georgia" w:hAnsi="Georgia"/>
          <w:b w:val="0"/>
          <w:i w:val="0"/>
          <w:color w:val="22201D"/>
          <w:sz w:val="20"/>
        </w:rPr>
        <w:t>The Hostess did not let him.</w:t>
      </w:r>
    </w:p>
    <w:p>
      <w:pPr>
        <w:spacing w:after="60" w:line="266" w:lineRule="auto"/>
        <w:ind w:firstLine="331"/>
        <w:jc w:val="both"/>
      </w:pPr>
      <w:r>
        <w:rPr>
          <w:rFonts w:ascii="Georgia" w:hAnsi="Georgia"/>
          <w:b w:val="0"/>
          <w:i w:val="0"/>
          <w:color w:val="22201D"/>
          <w:sz w:val="20"/>
        </w:rPr>
        <w:t>"Name the action."</w:t>
      </w:r>
    </w:p>
    <w:p>
      <w:pPr>
        <w:spacing w:after="60" w:line="266" w:lineRule="auto"/>
        <w:ind w:firstLine="331"/>
        <w:jc w:val="both"/>
      </w:pPr>
      <w:r>
        <w:rPr>
          <w:rFonts w:ascii="Georgia" w:hAnsi="Georgia"/>
          <w:b w:val="0"/>
          <w:i w:val="0"/>
          <w:color w:val="22201D"/>
          <w:sz w:val="20"/>
        </w:rPr>
        <w:t>He swallowed.</w:t>
      </w:r>
    </w:p>
    <w:p>
      <w:pPr>
        <w:spacing w:after="60" w:line="266" w:lineRule="auto"/>
        <w:ind w:firstLine="331"/>
        <w:jc w:val="both"/>
      </w:pPr>
      <w:r>
        <w:rPr>
          <w:rFonts w:ascii="Georgia" w:hAnsi="Georgia"/>
          <w:b w:val="0"/>
          <w:i w:val="0"/>
          <w:color w:val="22201D"/>
          <w:sz w:val="20"/>
        </w:rPr>
        <w:t>"I told them the substitute was original."</w:t>
      </w:r>
    </w:p>
    <w:p>
      <w:pPr>
        <w:spacing w:after="60" w:line="266" w:lineRule="auto"/>
        <w:ind w:firstLine="331"/>
        <w:jc w:val="both"/>
      </w:pPr>
      <w:r>
        <w:rPr>
          <w:rFonts w:ascii="Georgia" w:hAnsi="Georgia"/>
          <w:b w:val="0"/>
          <w:i w:val="0"/>
          <w:color w:val="22201D"/>
          <w:sz w:val="20"/>
        </w:rPr>
        <w:t>The ingredient note printed:</w:t>
      </w:r>
    </w:p>
    <w:p>
      <w:pPr>
        <w:spacing w:after="60" w:line="250" w:lineRule="auto"/>
        <w:ind w:left="202" w:right="173"/>
      </w:pPr>
      <w:r>
        <w:rPr>
          <w:rFonts w:ascii="Georgia" w:hAnsi="Georgia"/>
          <w:b w:val="0"/>
          <w:i w:val="0"/>
          <w:color w:val="22201D"/>
          <w:sz w:val="17"/>
        </w:rPr>
        <w:t>Action named.</w:t>
      </w:r>
    </w:p>
    <w:p>
      <w:pPr>
        <w:spacing w:after="60" w:line="266" w:lineRule="auto"/>
        <w:ind w:firstLine="331"/>
        <w:jc w:val="both"/>
      </w:pPr>
      <w:r>
        <w:rPr>
          <w:rFonts w:ascii="Georgia" w:hAnsi="Georgia"/>
          <w:b w:val="0"/>
          <w:i w:val="0"/>
          <w:color w:val="22201D"/>
          <w:sz w:val="20"/>
        </w:rPr>
        <w:t>The flour in the sieve brightened slightly.</w:t>
      </w:r>
    </w:p>
    <w:p>
      <w:pPr>
        <w:spacing w:after="60" w:line="266" w:lineRule="auto"/>
        <w:ind w:firstLine="331"/>
        <w:jc w:val="both"/>
      </w:pPr>
      <w:r>
        <w:rPr>
          <w:rFonts w:ascii="Georgia" w:hAnsi="Georgia"/>
          <w:b w:val="0"/>
          <w:i w:val="0"/>
          <w:color w:val="22201D"/>
          <w:sz w:val="20"/>
        </w:rPr>
        <w:t>"Name the effect," the Hostess said.</w:t>
      </w:r>
    </w:p>
    <w:p>
      <w:pPr>
        <w:spacing w:after="60" w:line="266" w:lineRule="auto"/>
        <w:ind w:firstLine="331"/>
        <w:jc w:val="both"/>
      </w:pPr>
      <w:r>
        <w:rPr>
          <w:rFonts w:ascii="Georgia" w:hAnsi="Georgia"/>
          <w:b w:val="0"/>
          <w:i w:val="0"/>
          <w:color w:val="22201D"/>
          <w:sz w:val="20"/>
        </w:rPr>
        <w:t>"They ate something they did not agree to eat."</w:t>
      </w:r>
    </w:p>
    <w:p>
      <w:pPr>
        <w:spacing w:after="60" w:line="266" w:lineRule="auto"/>
        <w:ind w:firstLine="331"/>
        <w:jc w:val="both"/>
      </w:pPr>
      <w:r>
        <w:rPr>
          <w:rFonts w:ascii="Georgia" w:hAnsi="Georgia"/>
          <w:b w:val="0"/>
          <w:i w:val="0"/>
          <w:color w:val="22201D"/>
          <w:sz w:val="20"/>
        </w:rPr>
        <w:t>The locked consent cabinet clicked from a different aisle.</w:t>
      </w:r>
    </w:p>
    <w:p>
      <w:pPr>
        <w:spacing w:after="60" w:line="266" w:lineRule="auto"/>
        <w:ind w:firstLine="331"/>
        <w:jc w:val="both"/>
      </w:pPr>
      <w:r>
        <w:rPr>
          <w:rFonts w:ascii="Georgia" w:hAnsi="Georgia"/>
          <w:b w:val="0"/>
          <w:i w:val="0"/>
          <w:color w:val="22201D"/>
          <w:sz w:val="20"/>
        </w:rPr>
        <w:t>The man flinched.</w:t>
      </w:r>
    </w:p>
    <w:p>
      <w:pPr>
        <w:spacing w:after="60" w:line="266" w:lineRule="auto"/>
        <w:ind w:firstLine="331"/>
        <w:jc w:val="both"/>
      </w:pPr>
      <w:r>
        <w:rPr>
          <w:rFonts w:ascii="Georgia" w:hAnsi="Georgia"/>
          <w:b w:val="0"/>
          <w:i w:val="0"/>
          <w:color w:val="22201D"/>
          <w:sz w:val="20"/>
        </w:rPr>
        <w:t>Good, Flocc thought, then corrected himself.</w:t>
      </w:r>
    </w:p>
    <w:p>
      <w:pPr>
        <w:spacing w:after="60" w:line="266" w:lineRule="auto"/>
        <w:ind w:firstLine="331"/>
        <w:jc w:val="both"/>
      </w:pPr>
      <w:r>
        <w:rPr>
          <w:rFonts w:ascii="Georgia" w:hAnsi="Georgia"/>
          <w:b w:val="0"/>
          <w:i w:val="0"/>
          <w:color w:val="22201D"/>
          <w:sz w:val="20"/>
        </w:rPr>
        <w:t>Not good.</w:t>
      </w:r>
    </w:p>
    <w:p>
      <w:pPr>
        <w:spacing w:after="60" w:line="266" w:lineRule="auto"/>
        <w:ind w:firstLine="331"/>
        <w:jc w:val="both"/>
      </w:pPr>
      <w:r>
        <w:rPr>
          <w:rFonts w:ascii="Georgia" w:hAnsi="Georgia"/>
          <w:b w:val="0"/>
          <w:i w:val="0"/>
          <w:color w:val="22201D"/>
          <w:sz w:val="20"/>
        </w:rPr>
        <w:t>Useful.</w:t>
      </w:r>
    </w:p>
    <w:p>
      <w:pPr>
        <w:spacing w:after="60" w:line="266" w:lineRule="auto"/>
        <w:ind w:firstLine="331"/>
        <w:jc w:val="both"/>
      </w:pPr>
      <w:r>
        <w:rPr>
          <w:rFonts w:ascii="Georgia" w:hAnsi="Georgia"/>
          <w:b w:val="0"/>
          <w:i w:val="0"/>
          <w:color w:val="22201D"/>
          <w:sz w:val="20"/>
        </w:rPr>
        <w:t>The ingredient note printed:</w:t>
      </w:r>
    </w:p>
    <w:p>
      <w:pPr>
        <w:spacing w:after="60" w:line="250" w:lineRule="auto"/>
        <w:ind w:left="202" w:right="173"/>
      </w:pPr>
      <w:r>
        <w:rPr>
          <w:rFonts w:ascii="Georgia" w:hAnsi="Georgia"/>
          <w:b w:val="0"/>
          <w:i w:val="0"/>
          <w:color w:val="22201D"/>
          <w:sz w:val="17"/>
        </w:rPr>
        <w:t>Effect named.</w:t>
      </w:r>
    </w:p>
    <w:p>
      <w:pPr>
        <w:spacing w:after="60" w:line="266" w:lineRule="auto"/>
        <w:ind w:firstLine="331"/>
        <w:jc w:val="both"/>
      </w:pPr>
      <w:r>
        <w:rPr>
          <w:rFonts w:ascii="Georgia" w:hAnsi="Georgia"/>
          <w:b w:val="0"/>
          <w:i w:val="0"/>
          <w:color w:val="22201D"/>
          <w:sz w:val="20"/>
        </w:rPr>
        <w:t>The Hostess handed the man the scoop.</w:t>
      </w:r>
    </w:p>
    <w:p>
      <w:pPr>
        <w:spacing w:after="60" w:line="266" w:lineRule="auto"/>
        <w:ind w:firstLine="331"/>
        <w:jc w:val="both"/>
      </w:pPr>
      <w:r>
        <w:rPr>
          <w:rFonts w:ascii="Georgia" w:hAnsi="Georgia"/>
          <w:b w:val="0"/>
          <w:i w:val="0"/>
          <w:color w:val="22201D"/>
          <w:sz w:val="20"/>
        </w:rPr>
        <w:t>"Now do not ask the apology to become the repair."</w:t>
      </w:r>
    </w:p>
    <w:p>
      <w:pPr>
        <w:spacing w:after="60" w:line="266" w:lineRule="auto"/>
        <w:ind w:firstLine="331"/>
        <w:jc w:val="both"/>
      </w:pPr>
      <w:r>
        <w:rPr>
          <w:rFonts w:ascii="Georgia" w:hAnsi="Georgia"/>
          <w:b w:val="0"/>
          <w:i w:val="0"/>
          <w:color w:val="22201D"/>
          <w:sz w:val="20"/>
        </w:rPr>
        <w:t>"What does that mean?"</w:t>
      </w:r>
    </w:p>
    <w:p>
      <w:pPr>
        <w:spacing w:after="60" w:line="266" w:lineRule="auto"/>
        <w:ind w:firstLine="331"/>
        <w:jc w:val="both"/>
      </w:pPr>
      <w:r>
        <w:rPr>
          <w:rFonts w:ascii="Georgia" w:hAnsi="Georgia"/>
          <w:b w:val="0"/>
          <w:i w:val="0"/>
          <w:color w:val="22201D"/>
          <w:sz w:val="20"/>
        </w:rPr>
        <w:t>"It means you do not say sorry and expect the stew to become safe retroactively."</w:t>
      </w:r>
    </w:p>
    <w:p>
      <w:pPr>
        <w:spacing w:after="60" w:line="266" w:lineRule="auto"/>
        <w:ind w:firstLine="331"/>
        <w:jc w:val="both"/>
      </w:pPr>
      <w:r>
        <w:rPr>
          <w:rFonts w:ascii="Georgia" w:hAnsi="Georgia"/>
          <w:b w:val="0"/>
          <w:i w:val="0"/>
          <w:color w:val="22201D"/>
          <w:sz w:val="20"/>
        </w:rPr>
        <w:t>"Then what does apology do?"</w:t>
      </w:r>
    </w:p>
    <w:p>
      <w:pPr>
        <w:spacing w:after="60" w:line="266" w:lineRule="auto"/>
        <w:ind w:firstLine="331"/>
        <w:jc w:val="both"/>
      </w:pPr>
      <w:r>
        <w:rPr>
          <w:rFonts w:ascii="Georgia" w:hAnsi="Georgia"/>
          <w:b w:val="0"/>
          <w:i w:val="0"/>
          <w:color w:val="22201D"/>
          <w:sz w:val="20"/>
        </w:rPr>
        <w:t>"It becomes usable flour."</w:t>
      </w:r>
    </w:p>
    <w:p>
      <w:pPr>
        <w:spacing w:after="60" w:line="266" w:lineRule="auto"/>
        <w:ind w:firstLine="331"/>
        <w:jc w:val="both"/>
      </w:pPr>
      <w:r>
        <w:rPr>
          <w:rFonts w:ascii="Georgia" w:hAnsi="Georgia"/>
          <w:b w:val="0"/>
          <w:i w:val="0"/>
          <w:color w:val="22201D"/>
          <w:sz w:val="20"/>
        </w:rPr>
        <w:t>The man looked into the sack.</w:t>
      </w:r>
    </w:p>
    <w:p>
      <w:pPr>
        <w:spacing w:after="60" w:line="266" w:lineRule="auto"/>
        <w:ind w:firstLine="331"/>
        <w:jc w:val="both"/>
      </w:pPr>
      <w:r>
        <w:rPr>
          <w:rFonts w:ascii="Georgia" w:hAnsi="Georgia"/>
          <w:b w:val="0"/>
          <w:i w:val="0"/>
          <w:color w:val="22201D"/>
          <w:sz w:val="20"/>
        </w:rPr>
        <w:t>"For what?"</w:t>
      </w:r>
    </w:p>
    <w:p>
      <w:pPr>
        <w:spacing w:after="60" w:line="266" w:lineRule="auto"/>
        <w:ind w:firstLine="331"/>
        <w:jc w:val="both"/>
      </w:pPr>
      <w:r>
        <w:rPr>
          <w:rFonts w:ascii="Georgia" w:hAnsi="Georgia"/>
          <w:b w:val="0"/>
          <w:i w:val="0"/>
          <w:color w:val="22201D"/>
          <w:sz w:val="20"/>
        </w:rPr>
        <w:t>"For the next honest batch."</w:t>
      </w:r>
    </w:p>
    <w:p>
      <w:pPr>
        <w:spacing w:after="60" w:line="266" w:lineRule="auto"/>
        <w:ind w:firstLine="331"/>
        <w:jc w:val="both"/>
      </w:pPr>
      <w:r>
        <w:rPr>
          <w:rFonts w:ascii="Georgia" w:hAnsi="Georgia"/>
          <w:b w:val="0"/>
          <w:i w:val="0"/>
          <w:color w:val="22201D"/>
          <w:sz w:val="20"/>
        </w:rPr>
        <w:t>The pantry went very still.</w:t>
      </w:r>
    </w:p>
    <w:p>
      <w:pPr>
        <w:spacing w:after="60" w:line="266" w:lineRule="auto"/>
        <w:ind w:firstLine="331"/>
        <w:jc w:val="both"/>
      </w:pPr>
      <w:r>
        <w:rPr>
          <w:rFonts w:ascii="Georgia" w:hAnsi="Georgia"/>
          <w:b w:val="0"/>
          <w:i w:val="0"/>
          <w:color w:val="22201D"/>
          <w:sz w:val="20"/>
        </w:rPr>
        <w:t>The man took one scoop from the sack, but this time he did not scoop from the top. He reached past the apology-shaped filler and gathered the grains that had weight.</w:t>
      </w:r>
    </w:p>
    <w:p>
      <w:pPr>
        <w:spacing w:after="60" w:line="266" w:lineRule="auto"/>
        <w:ind w:firstLine="331"/>
        <w:jc w:val="both"/>
      </w:pPr>
      <w:r>
        <w:rPr>
          <w:rFonts w:ascii="Georgia" w:hAnsi="Georgia"/>
          <w:b w:val="0"/>
          <w:i w:val="0"/>
          <w:color w:val="22201D"/>
          <w:sz w:val="20"/>
        </w:rPr>
        <w:t>He spoke into the open sack.</w:t>
      </w:r>
    </w:p>
    <w:p>
      <w:pPr>
        <w:spacing w:after="60" w:line="266" w:lineRule="auto"/>
        <w:ind w:firstLine="331"/>
        <w:jc w:val="both"/>
      </w:pPr>
      <w:r>
        <w:rPr>
          <w:rFonts w:ascii="Georgia" w:hAnsi="Georgia"/>
          <w:b w:val="0"/>
          <w:i w:val="0"/>
          <w:color w:val="22201D"/>
          <w:sz w:val="20"/>
        </w:rPr>
        <w:t>"I told you the substitute was original. You ate something you did not agree to eat. I am sorry. The next batch will be labeled before serving, and anyone who wants to leave can leave before the table is set."</w:t>
      </w:r>
    </w:p>
    <w:p>
      <w:pPr>
        <w:spacing w:after="60" w:line="266" w:lineRule="auto"/>
        <w:ind w:firstLine="331"/>
        <w:jc w:val="both"/>
      </w:pPr>
      <w:r>
        <w:rPr>
          <w:rFonts w:ascii="Georgia" w:hAnsi="Georgia"/>
          <w:b w:val="0"/>
          <w:i w:val="0"/>
          <w:color w:val="22201D"/>
          <w:sz w:val="20"/>
        </w:rPr>
        <w:t>The flour sack exhaled.</w:t>
      </w:r>
    </w:p>
    <w:p>
      <w:pPr>
        <w:spacing w:after="60" w:line="266" w:lineRule="auto"/>
        <w:ind w:firstLine="331"/>
        <w:jc w:val="both"/>
      </w:pPr>
      <w:r>
        <w:rPr>
          <w:rFonts w:ascii="Georgia" w:hAnsi="Georgia"/>
          <w:b w:val="0"/>
          <w:i w:val="0"/>
          <w:color w:val="22201D"/>
          <w:sz w:val="20"/>
        </w:rPr>
        <w:t>Not forgiveness.</w:t>
      </w:r>
    </w:p>
    <w:p>
      <w:pPr>
        <w:spacing w:after="60" w:line="266" w:lineRule="auto"/>
        <w:ind w:firstLine="331"/>
        <w:jc w:val="both"/>
      </w:pPr>
      <w:r>
        <w:rPr>
          <w:rFonts w:ascii="Georgia" w:hAnsi="Georgia"/>
          <w:b w:val="0"/>
          <w:i w:val="0"/>
          <w:color w:val="22201D"/>
          <w:sz w:val="20"/>
        </w:rPr>
        <w:t>Readiness.</w:t>
      </w:r>
    </w:p>
    <w:p>
      <w:pPr>
        <w:spacing w:after="60" w:line="266" w:lineRule="auto"/>
        <w:ind w:firstLine="331"/>
        <w:jc w:val="both"/>
      </w:pPr>
      <w:r>
        <w:rPr>
          <w:rFonts w:ascii="Georgia" w:hAnsi="Georgia"/>
          <w:b w:val="0"/>
          <w:i w:val="0"/>
          <w:color w:val="22201D"/>
          <w:sz w:val="20"/>
        </w:rPr>
        <w:t>The apology-shaped filler settled to one side, separated from the usable flour.</w:t>
      </w:r>
    </w:p>
    <w:p>
      <w:pPr>
        <w:spacing w:after="60" w:line="266" w:lineRule="auto"/>
        <w:ind w:firstLine="331"/>
        <w:jc w:val="both"/>
      </w:pPr>
      <w:r>
        <w:rPr>
          <w:rFonts w:ascii="Georgia" w:hAnsi="Georgia"/>
          <w:b w:val="0"/>
          <w:i w:val="0"/>
          <w:color w:val="22201D"/>
          <w:sz w:val="20"/>
        </w:rPr>
        <w:t>The ingredient note stamped:</w:t>
      </w:r>
    </w:p>
    <w:p>
      <w:pPr>
        <w:spacing w:after="60" w:line="250" w:lineRule="auto"/>
        <w:ind w:left="202" w:right="173"/>
      </w:pPr>
      <w:r>
        <w:rPr>
          <w:rFonts w:ascii="Georgia" w:hAnsi="Georgia"/>
          <w:b w:val="0"/>
          <w:i w:val="0"/>
          <w:color w:val="22201D"/>
          <w:sz w:val="17"/>
        </w:rPr>
        <w:t>ONE APOLOGY ACCEPTED FLOUR USABLE FOR FUTURE BATCH</w:t>
      </w:r>
    </w:p>
    <w:p>
      <w:pPr>
        <w:spacing w:after="60" w:line="266" w:lineRule="auto"/>
        <w:ind w:firstLine="331"/>
        <w:jc w:val="both"/>
      </w:pPr>
      <w:r>
        <w:rPr>
          <w:rFonts w:ascii="Georgia" w:hAnsi="Georgia"/>
          <w:b w:val="0"/>
          <w:i w:val="0"/>
          <w:color w:val="22201D"/>
          <w:sz w:val="20"/>
        </w:rPr>
        <w:t>The man stared at the stamp.</w:t>
      </w:r>
    </w:p>
    <w:p>
      <w:pPr>
        <w:spacing w:after="60" w:line="266" w:lineRule="auto"/>
        <w:ind w:firstLine="331"/>
        <w:jc w:val="both"/>
      </w:pPr>
      <w:r>
        <w:rPr>
          <w:rFonts w:ascii="Georgia" w:hAnsi="Georgia"/>
          <w:b w:val="0"/>
          <w:i w:val="0"/>
          <w:color w:val="22201D"/>
          <w:sz w:val="20"/>
        </w:rPr>
        <w:t>"That's it?"</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why does it say accepted?"</w:t>
      </w:r>
    </w:p>
    <w:p>
      <w:pPr>
        <w:spacing w:after="60" w:line="266" w:lineRule="auto"/>
        <w:ind w:firstLine="331"/>
        <w:jc w:val="both"/>
      </w:pPr>
      <w:r>
        <w:rPr>
          <w:rFonts w:ascii="Georgia" w:hAnsi="Georgia"/>
          <w:b w:val="0"/>
          <w:i w:val="0"/>
          <w:color w:val="22201D"/>
          <w:sz w:val="20"/>
        </w:rPr>
        <w:t>"Accepted is not completed."</w:t>
      </w:r>
    </w:p>
    <w:p>
      <w:pPr>
        <w:spacing w:after="60" w:line="266" w:lineRule="auto"/>
        <w:ind w:firstLine="331"/>
        <w:jc w:val="both"/>
      </w:pPr>
      <w:r>
        <w:rPr>
          <w:rFonts w:ascii="Georgia" w:hAnsi="Georgia"/>
          <w:b w:val="0"/>
          <w:i w:val="0"/>
          <w:color w:val="22201D"/>
          <w:sz w:val="20"/>
        </w:rPr>
        <w:t>Flocc almost smiled.</w:t>
      </w:r>
    </w:p>
    <w:p>
      <w:pPr>
        <w:spacing w:after="60" w:line="266" w:lineRule="auto"/>
        <w:ind w:firstLine="331"/>
        <w:jc w:val="both"/>
      </w:pPr>
      <w:r>
        <w:rPr>
          <w:rFonts w:ascii="Georgia" w:hAnsi="Georgia"/>
          <w:b w:val="0"/>
          <w:i w:val="0"/>
          <w:color w:val="22201D"/>
          <w:sz w:val="20"/>
        </w:rPr>
        <w:t>That rule belonged on half the pantry shelves.</w:t>
      </w:r>
    </w:p>
    <w:p>
      <w:pPr>
        <w:spacing w:after="60" w:line="266" w:lineRule="auto"/>
        <w:ind w:firstLine="331"/>
        <w:jc w:val="both"/>
      </w:pPr>
      <w:r>
        <w:rPr>
          <w:rFonts w:ascii="Georgia" w:hAnsi="Georgia"/>
          <w:b w:val="0"/>
          <w:i w:val="0"/>
          <w:color w:val="22201D"/>
          <w:sz w:val="20"/>
        </w:rPr>
        <w:t>The man nodded slowly.</w:t>
      </w:r>
    </w:p>
    <w:p>
      <w:pPr>
        <w:spacing w:after="60" w:line="266" w:lineRule="auto"/>
        <w:ind w:firstLine="331"/>
        <w:jc w:val="both"/>
      </w:pPr>
      <w:r>
        <w:rPr>
          <w:rFonts w:ascii="Georgia" w:hAnsi="Georgia"/>
          <w:b w:val="0"/>
          <w:i w:val="0"/>
          <w:color w:val="22201D"/>
          <w:sz w:val="20"/>
        </w:rPr>
        <w:t>"I still have to tell them."</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"Some will still be angry."</w:t>
      </w:r>
    </w:p>
    <w:p>
      <w:pPr>
        <w:spacing w:after="60" w:line="266" w:lineRule="auto"/>
        <w:ind w:firstLine="331"/>
        <w:jc w:val="both"/>
      </w:pPr>
      <w:r>
        <w:rPr>
          <w:rFonts w:ascii="Georgia" w:hAnsi="Georgia"/>
          <w:b w:val="0"/>
          <w:i w:val="0"/>
          <w:color w:val="22201D"/>
          <w:sz w:val="20"/>
        </w:rPr>
        <w:t>"Probably."</w:t>
      </w:r>
    </w:p>
    <w:p>
      <w:pPr>
        <w:spacing w:after="60" w:line="266" w:lineRule="auto"/>
        <w:ind w:firstLine="331"/>
        <w:jc w:val="both"/>
      </w:pPr>
      <w:r>
        <w:rPr>
          <w:rFonts w:ascii="Georgia" w:hAnsi="Georgia"/>
          <w:b w:val="0"/>
          <w:i w:val="0"/>
          <w:color w:val="22201D"/>
          <w:sz w:val="20"/>
        </w:rPr>
        <w:t>"Some may not come back."</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He took the scoop of usable flour and put it in a clean paper bag the pantry provided.</w:t>
      </w:r>
    </w:p>
    <w:p>
      <w:pPr>
        <w:spacing w:after="60" w:line="266" w:lineRule="auto"/>
        <w:ind w:firstLine="331"/>
        <w:jc w:val="both"/>
      </w:pPr>
      <w:r>
        <w:rPr>
          <w:rFonts w:ascii="Georgia" w:hAnsi="Georgia"/>
          <w:b w:val="0"/>
          <w:i w:val="0"/>
          <w:color w:val="22201D"/>
          <w:sz w:val="20"/>
        </w:rPr>
        <w:t>The bag labeled itself:</w:t>
      </w:r>
    </w:p>
    <w:p>
      <w:pPr>
        <w:spacing w:after="60" w:line="250" w:lineRule="auto"/>
        <w:ind w:left="202" w:right="173"/>
      </w:pPr>
      <w:r>
        <w:rPr>
          <w:rFonts w:ascii="Georgia" w:hAnsi="Georgia"/>
          <w:b w:val="0"/>
          <w:i w:val="0"/>
          <w:color w:val="22201D"/>
          <w:sz w:val="17"/>
        </w:rPr>
        <w:t>FOR NEXT HONEST BATCH Contains: one apology Does not contain: automatic forgiveness</w:t>
      </w:r>
    </w:p>
    <w:p>
      <w:pPr>
        <w:spacing w:after="60" w:line="266" w:lineRule="auto"/>
        <w:ind w:firstLine="331"/>
        <w:jc w:val="both"/>
      </w:pPr>
      <w:r>
        <w:rPr>
          <w:rFonts w:ascii="Georgia" w:hAnsi="Georgia"/>
          <w:b w:val="0"/>
          <w:i w:val="0"/>
          <w:color w:val="22201D"/>
          <w:sz w:val="20"/>
        </w:rPr>
        <w:t>The man read it and did not argue.</w:t>
      </w:r>
    </w:p>
    <w:p>
      <w:pPr>
        <w:spacing w:after="60" w:line="266" w:lineRule="auto"/>
        <w:ind w:firstLine="331"/>
        <w:jc w:val="both"/>
      </w:pPr>
      <w:r>
        <w:rPr>
          <w:rFonts w:ascii="Georgia" w:hAnsi="Georgia"/>
          <w:b w:val="0"/>
          <w:i w:val="0"/>
          <w:color w:val="22201D"/>
          <w:sz w:val="20"/>
        </w:rPr>
        <w:t>This was progress.</w:t>
      </w:r>
    </w:p>
    <w:p>
      <w:pPr>
        <w:spacing w:after="60" w:line="266" w:lineRule="auto"/>
        <w:ind w:firstLine="331"/>
        <w:jc w:val="both"/>
      </w:pPr>
      <w:r>
        <w:rPr>
          <w:rFonts w:ascii="Georgia" w:hAnsi="Georgia"/>
          <w:b w:val="0"/>
          <w:i w:val="0"/>
          <w:color w:val="22201D"/>
          <w:sz w:val="20"/>
        </w:rPr>
        <w:t>He left through the shelf door carrying less than he wanted and more than he had brought.</w:t>
      </w:r>
    </w:p>
    <w:p>
      <w:pPr>
        <w:spacing w:after="60" w:line="266" w:lineRule="auto"/>
        <w:ind w:firstLine="331"/>
        <w:jc w:val="both"/>
      </w:pPr>
      <w:r>
        <w:rPr>
          <w:rFonts w:ascii="Georgia" w:hAnsi="Georgia"/>
          <w:b w:val="0"/>
          <w:i w:val="0"/>
          <w:color w:val="22201D"/>
          <w:sz w:val="20"/>
        </w:rPr>
        <w:t>The table became quiet.</w:t>
      </w:r>
    </w:p>
    <w:p>
      <w:pPr>
        <w:spacing w:after="60" w:line="266" w:lineRule="auto"/>
        <w:ind w:firstLine="331"/>
        <w:jc w:val="both"/>
      </w:pPr>
      <w:r>
        <w:rPr>
          <w:rFonts w:ascii="Georgia" w:hAnsi="Georgia"/>
          <w:b w:val="0"/>
          <w:i w:val="0"/>
          <w:color w:val="22201D"/>
          <w:sz w:val="20"/>
        </w:rPr>
        <w:t>Flocc looked into the flour sack.</w:t>
      </w:r>
    </w:p>
    <w:p>
      <w:pPr>
        <w:spacing w:after="60" w:line="266" w:lineRule="auto"/>
        <w:ind w:firstLine="331"/>
        <w:jc w:val="both"/>
      </w:pPr>
      <w:r>
        <w:rPr>
          <w:rFonts w:ascii="Georgia" w:hAnsi="Georgia"/>
          <w:b w:val="0"/>
          <w:i w:val="0"/>
          <w:color w:val="22201D"/>
          <w:sz w:val="20"/>
        </w:rPr>
        <w:t>The top layer was still full of gray dust and folded almost-apologies.</w:t>
      </w:r>
    </w:p>
    <w:p>
      <w:pPr>
        <w:spacing w:after="60" w:line="266" w:lineRule="auto"/>
        <w:ind w:firstLine="331"/>
        <w:jc w:val="both"/>
      </w:pPr>
      <w:r>
        <w:rPr>
          <w:rFonts w:ascii="Georgia" w:hAnsi="Georgia"/>
          <w:b w:val="0"/>
          <w:i w:val="0"/>
          <w:color w:val="22201D"/>
          <w:sz w:val="20"/>
        </w:rPr>
        <w:t>"There is a lot left."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we sort it all?"</w:t>
      </w:r>
    </w:p>
    <w:p>
      <w:pPr>
        <w:spacing w:after="60" w:line="266" w:lineRule="auto"/>
        <w:ind w:firstLine="331"/>
        <w:jc w:val="both"/>
      </w:pPr>
      <w:r>
        <w:rPr>
          <w:rFonts w:ascii="Georgia" w:hAnsi="Georgia"/>
          <w:b w:val="0"/>
          <w:i w:val="0"/>
          <w:color w:val="22201D"/>
          <w:sz w:val="20"/>
        </w:rPr>
        <w:t>"Not in this chapter."</w:t>
      </w:r>
    </w:p>
    <w:p>
      <w:pPr>
        <w:spacing w:after="60" w:line="266" w:lineRule="auto"/>
        <w:ind w:firstLine="331"/>
        <w:jc w:val="both"/>
      </w:pPr>
      <w:r>
        <w:rPr>
          <w:rFonts w:ascii="Georgia" w:hAnsi="Georgia"/>
          <w:b w:val="0"/>
          <w:i w:val="0"/>
          <w:color w:val="22201D"/>
          <w:sz w:val="20"/>
        </w:rPr>
        <w:t>The ingredient note shifted toward Flocc.</w:t>
      </w:r>
    </w:p>
    <w:p>
      <w:pPr>
        <w:spacing w:after="60" w:line="266" w:lineRule="auto"/>
        <w:ind w:firstLine="331"/>
        <w:jc w:val="both"/>
      </w:pPr>
      <w:r>
        <w:rPr>
          <w:rFonts w:ascii="Georgia" w:hAnsi="Georgia"/>
          <w:b w:val="0"/>
          <w:i w:val="0"/>
          <w:color w:val="22201D"/>
          <w:sz w:val="20"/>
        </w:rPr>
        <w:t>He stepped back.</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Hostess tilted her head.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"If the price is one apology, and the pantry accepted his, then this note is not mine."</w:t>
      </w:r>
    </w:p>
    <w:p>
      <w:pPr>
        <w:spacing w:after="60" w:line="266" w:lineRule="auto"/>
        <w:ind w:firstLine="331"/>
        <w:jc w:val="both"/>
      </w:pPr>
      <w:r>
        <w:rPr>
          <w:rFonts w:ascii="Georgia" w:hAnsi="Georgia"/>
          <w:b w:val="0"/>
          <w:i w:val="0"/>
          <w:color w:val="22201D"/>
          <w:sz w:val="20"/>
        </w:rPr>
        <w:t>The note paused.</w:t>
      </w:r>
    </w:p>
    <w:p>
      <w:pPr>
        <w:spacing w:after="60" w:line="266" w:lineRule="auto"/>
        <w:ind w:firstLine="331"/>
        <w:jc w:val="both"/>
      </w:pPr>
      <w:r>
        <w:rPr>
          <w:rFonts w:ascii="Georgia" w:hAnsi="Georgia"/>
          <w:b w:val="0"/>
          <w:i w:val="0"/>
          <w:color w:val="22201D"/>
          <w:sz w:val="20"/>
        </w:rPr>
        <w:t>For a moment, Flocc thought he had out-technicaled the pantry.</w:t>
      </w:r>
    </w:p>
    <w:p>
      <w:pPr>
        <w:spacing w:after="60" w:line="266" w:lineRule="auto"/>
        <w:ind w:firstLine="331"/>
        <w:jc w:val="both"/>
      </w:pPr>
      <w:r>
        <w:rPr>
          <w:rFonts w:ascii="Georgia" w:hAnsi="Georgia"/>
          <w:b w:val="0"/>
          <w:i w:val="0"/>
          <w:color w:val="22201D"/>
          <w:sz w:val="20"/>
        </w:rPr>
        <w:t>Then the note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He felt a foolish amount of relief.</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Not all useful boundaries are evasions.</w:t>
      </w:r>
    </w:p>
    <w:p>
      <w:pPr>
        <w:spacing w:after="60" w:line="266" w:lineRule="auto"/>
        <w:ind w:firstLine="331"/>
        <w:jc w:val="both"/>
      </w:pPr>
      <w:r>
        <w:rPr>
          <w:rFonts w:ascii="Georgia" w:hAnsi="Georgia"/>
          <w:b w:val="0"/>
          <w:i w:val="0"/>
          <w:color w:val="22201D"/>
          <w:sz w:val="20"/>
        </w:rPr>
        <w:t>The Hostess took the note and clipped it behind the sauce warning.</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"That was a test?"</w:t>
      </w:r>
    </w:p>
    <w:p>
      <w:pPr>
        <w:spacing w:after="60" w:line="266" w:lineRule="auto"/>
        <w:ind w:firstLine="331"/>
        <w:jc w:val="both"/>
      </w:pPr>
      <w:r>
        <w:rPr>
          <w:rFonts w:ascii="Georgia" w:hAnsi="Georgia"/>
          <w:b w:val="0"/>
          <w:i w:val="0"/>
          <w:color w:val="22201D"/>
          <w:sz w:val="20"/>
        </w:rPr>
        <w:t>"It was a shelf."</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"It is in here."</w:t>
      </w:r>
    </w:p>
    <w:p>
      <w:pPr>
        <w:spacing w:after="60" w:line="266" w:lineRule="auto"/>
        <w:ind w:firstLine="331"/>
        <w:jc w:val="both"/>
      </w:pPr>
      <w:r>
        <w:rPr>
          <w:rFonts w:ascii="Georgia" w:hAnsi="Georgia"/>
          <w:b w:val="0"/>
          <w:i w:val="0"/>
          <w:color w:val="22201D"/>
          <w:sz w:val="20"/>
        </w:rPr>
        <w:t>From the next aisle came a scraping sound.</w:t>
      </w:r>
    </w:p>
    <w:p>
      <w:pPr>
        <w:spacing w:after="60" w:line="266" w:lineRule="auto"/>
        <w:ind w:firstLine="331"/>
        <w:jc w:val="both"/>
      </w:pPr>
      <w:r>
        <w:rPr>
          <w:rFonts w:ascii="Georgia" w:hAnsi="Georgia"/>
          <w:b w:val="0"/>
          <w:i w:val="0"/>
          <w:color w:val="22201D"/>
          <w:sz w:val="20"/>
        </w:rPr>
        <w:t>Something was dragging itself across wood.</w:t>
      </w:r>
    </w:p>
    <w:p>
      <w:pPr>
        <w:spacing w:after="60" w:line="266" w:lineRule="auto"/>
        <w:ind w:firstLine="331"/>
        <w:jc w:val="both"/>
      </w:pPr>
      <w:r>
        <w:rPr>
          <w:rFonts w:ascii="Georgia" w:hAnsi="Georgia"/>
          <w:b w:val="0"/>
          <w:i w:val="0"/>
          <w:color w:val="22201D"/>
          <w:sz w:val="20"/>
        </w:rPr>
        <w:t>Not heavy.</w:t>
      </w:r>
    </w:p>
    <w:p>
      <w:pPr>
        <w:spacing w:after="60" w:line="266" w:lineRule="auto"/>
        <w:ind w:firstLine="331"/>
        <w:jc w:val="both"/>
      </w:pPr>
      <w:r>
        <w:rPr>
          <w:rFonts w:ascii="Georgia" w:hAnsi="Georgia"/>
          <w:b w:val="0"/>
          <w:i w:val="0"/>
          <w:color w:val="22201D"/>
          <w:sz w:val="20"/>
        </w:rPr>
        <w:t>Reluctant.</w:t>
      </w:r>
    </w:p>
    <w:p>
      <w:pPr>
        <w:spacing w:after="60" w:line="266" w:lineRule="auto"/>
        <w:ind w:firstLine="331"/>
        <w:jc w:val="both"/>
      </w:pPr>
      <w:r>
        <w:rPr>
          <w:rFonts w:ascii="Georgia" w:hAnsi="Georgia"/>
          <w:b w:val="0"/>
          <w:i w:val="0"/>
          <w:color w:val="22201D"/>
          <w:sz w:val="20"/>
        </w:rPr>
        <w:t>The Hostess looked toward the sound.</w:t>
      </w:r>
    </w:p>
    <w:p>
      <w:pPr>
        <w:spacing w:after="60" w:line="266" w:lineRule="auto"/>
        <w:ind w:firstLine="331"/>
        <w:jc w:val="both"/>
      </w:pPr>
      <w:r>
        <w:rPr>
          <w:rFonts w:ascii="Georgia" w:hAnsi="Georgia"/>
          <w:b w:val="0"/>
          <w:i w:val="0"/>
          <w:color w:val="22201D"/>
          <w:sz w:val="20"/>
        </w:rPr>
        <w:t>"The substitute heard the apology."</w:t>
      </w:r>
    </w:p>
    <w:p>
      <w:pPr>
        <w:spacing w:after="60" w:line="266" w:lineRule="auto"/>
        <w:ind w:firstLine="331"/>
        <w:jc w:val="both"/>
      </w:pPr>
      <w:r>
        <w:rPr>
          <w:rFonts w:ascii="Georgia" w:hAnsi="Georgia"/>
          <w:b w:val="0"/>
          <w:i w:val="0"/>
          <w:color w:val="22201D"/>
          <w:sz w:val="20"/>
        </w:rPr>
        <w:t>"Which substitute?"</w:t>
      </w:r>
    </w:p>
    <w:p>
      <w:pPr>
        <w:spacing w:after="60" w:line="266" w:lineRule="auto"/>
        <w:ind w:firstLine="331"/>
        <w:jc w:val="both"/>
      </w:pPr>
      <w:r>
        <w:rPr>
          <w:rFonts w:ascii="Georgia" w:hAnsi="Georgia"/>
          <w:b w:val="0"/>
          <w:i w:val="0"/>
          <w:color w:val="22201D"/>
          <w:sz w:val="20"/>
        </w:rPr>
        <w:t>"The one that has been asked to stand in too long."</w:t>
      </w:r>
    </w:p>
    <w:p>
      <w:pPr>
        <w:spacing w:after="60" w:line="266" w:lineRule="auto"/>
        <w:ind w:firstLine="331"/>
        <w:jc w:val="both"/>
      </w:pPr>
      <w:r>
        <w:rPr>
          <w:rFonts w:ascii="Georgia" w:hAnsi="Georgia"/>
          <w:b w:val="0"/>
          <w:i w:val="0"/>
          <w:color w:val="22201D"/>
          <w:sz w:val="20"/>
        </w:rPr>
        <w:t>On the table, a new tag appeared.</w:t>
      </w:r>
    </w:p>
    <w:p>
      <w:pPr>
        <w:spacing w:after="60" w:line="266" w:lineRule="auto"/>
        <w:ind w:firstLine="331"/>
        <w:jc w:val="both"/>
      </w:pPr>
      <w:r>
        <w:rPr>
          <w:rFonts w:ascii="Georgia" w:hAnsi="Georgia"/>
          <w:b w:val="0"/>
          <w:i w:val="0"/>
          <w:color w:val="22201D"/>
          <w:sz w:val="20"/>
        </w:rPr>
        <w:t>It was tied with red string, blank on one side.</w:t>
      </w:r>
    </w:p>
    <w:p>
      <w:pPr>
        <w:spacing w:after="60" w:line="266" w:lineRule="auto"/>
        <w:ind w:firstLine="331"/>
        <w:jc w:val="both"/>
      </w:pPr>
      <w:r>
        <w:rPr>
          <w:rFonts w:ascii="Georgia" w:hAnsi="Georgia"/>
          <w:b w:val="0"/>
          <w:i w:val="0"/>
          <w:color w:val="22201D"/>
          <w:sz w:val="20"/>
        </w:rPr>
        <w:t>Then the words burned into it:</w:t>
      </w:r>
    </w:p>
    <w:p>
      <w:pPr>
        <w:spacing w:after="60" w:line="250" w:lineRule="auto"/>
        <w:ind w:left="202" w:right="173"/>
      </w:pPr>
      <w:r>
        <w:rPr>
          <w:rFonts w:ascii="Georgia" w:hAnsi="Georgia"/>
          <w:b w:val="0"/>
          <w:i w:val="0"/>
          <w:color w:val="22201D"/>
          <w:sz w:val="17"/>
        </w:rPr>
        <w:t>SUBSTITUTION TAG Status: refusing assignment Price: no proxy</w:t>
      </w:r>
    </w:p>
    <w:p>
      <w:pPr>
        <w:spacing w:after="60" w:line="266" w:lineRule="auto"/>
        <w:ind w:firstLine="331"/>
        <w:jc w:val="both"/>
      </w:pPr>
      <w:r>
        <w:rPr>
          <w:rFonts w:ascii="Georgia" w:hAnsi="Georgia"/>
          <w:b w:val="0"/>
          <w:i w:val="0"/>
          <w:color w:val="22201D"/>
          <w:sz w:val="20"/>
        </w:rPr>
        <w:t>Flocc read it.</w:t>
      </w:r>
    </w:p>
    <w:p>
      <w:pPr>
        <w:spacing w:after="60" w:line="266" w:lineRule="auto"/>
        <w:ind w:firstLine="331"/>
        <w:jc w:val="both"/>
      </w:pPr>
      <w:r>
        <w:rPr>
          <w:rFonts w:ascii="Georgia" w:hAnsi="Georgia"/>
          <w:b w:val="0"/>
          <w:i w:val="0"/>
          <w:color w:val="22201D"/>
          <w:sz w:val="20"/>
        </w:rPr>
        <w:t>"No proxy."</w:t>
      </w:r>
    </w:p>
    <w:p>
      <w:pPr>
        <w:spacing w:after="60" w:line="266" w:lineRule="auto"/>
        <w:ind w:firstLine="331"/>
        <w:jc w:val="both"/>
      </w:pPr>
      <w:r>
        <w:rPr>
          <w:rFonts w:ascii="Georgia" w:hAnsi="Georgia"/>
          <w:b w:val="0"/>
          <w:i w:val="0"/>
          <w:color w:val="22201D"/>
          <w:sz w:val="20"/>
        </w:rPr>
        <w:t>"Chapter Five."</w:t>
      </w:r>
    </w:p>
    <w:p>
      <w:pPr>
        <w:spacing w:after="60" w:line="266" w:lineRule="auto"/>
        <w:ind w:firstLine="331"/>
        <w:jc w:val="both"/>
      </w:pPr>
      <w:r>
        <w:rPr>
          <w:rFonts w:ascii="Georgia" w:hAnsi="Georgia"/>
          <w:b w:val="0"/>
          <w:i w:val="0"/>
          <w:color w:val="22201D"/>
          <w:sz w:val="20"/>
        </w:rPr>
        <w:t>"Does everything in this pantry get worse when it becomes more honest?"</w:t>
      </w:r>
    </w:p>
    <w:p>
      <w:pPr>
        <w:spacing w:after="60" w:line="266" w:lineRule="auto"/>
        <w:ind w:firstLine="331"/>
        <w:jc w:val="both"/>
      </w:pPr>
      <w:r>
        <w:rPr>
          <w:rFonts w:ascii="Georgia" w:hAnsi="Georgia"/>
          <w:b w:val="0"/>
          <w:i w:val="0"/>
          <w:color w:val="22201D"/>
          <w:sz w:val="20"/>
        </w:rPr>
        <w:t>"No," said the Hostess. "It becomes less efficient."</w:t>
      </w:r>
    </w:p>
    <w:p>
      <w:pPr>
        <w:spacing w:after="60" w:line="266" w:lineRule="auto"/>
        <w:ind w:firstLine="331"/>
        <w:jc w:val="both"/>
      </w:pPr>
      <w:r>
        <w:rPr>
          <w:rFonts w:ascii="Georgia" w:hAnsi="Georgia"/>
          <w:b w:val="0"/>
          <w:i w:val="0"/>
          <w:color w:val="22201D"/>
          <w:sz w:val="20"/>
        </w:rPr>
        <w:t>The flour sack settled behind them.</w:t>
      </w:r>
    </w:p>
    <w:p>
      <w:pPr>
        <w:spacing w:after="60" w:line="266" w:lineRule="auto"/>
        <w:ind w:firstLine="331"/>
        <w:jc w:val="both"/>
      </w:pPr>
      <w:r>
        <w:rPr>
          <w:rFonts w:ascii="Georgia" w:hAnsi="Georgia"/>
          <w:b w:val="0"/>
          <w:i w:val="0"/>
          <w:color w:val="22201D"/>
          <w:sz w:val="20"/>
        </w:rPr>
        <w:t>The usable flour remained separated.</w:t>
      </w:r>
    </w:p>
    <w:p>
      <w:pPr>
        <w:spacing w:after="60" w:line="266" w:lineRule="auto"/>
        <w:ind w:firstLine="331"/>
        <w:jc w:val="both"/>
      </w:pPr>
      <w:r>
        <w:rPr>
          <w:rFonts w:ascii="Georgia" w:hAnsi="Georgia"/>
          <w:b w:val="0"/>
          <w:i w:val="0"/>
          <w:color w:val="22201D"/>
          <w:sz w:val="20"/>
        </w:rPr>
        <w:t>The apology was not repair.</w:t>
      </w:r>
    </w:p>
    <w:p>
      <w:pPr>
        <w:spacing w:after="60" w:line="266" w:lineRule="auto"/>
        <w:ind w:firstLine="331"/>
        <w:jc w:val="both"/>
      </w:pPr>
      <w:r>
        <w:rPr>
          <w:rFonts w:ascii="Georgia" w:hAnsi="Georgia"/>
          <w:b w:val="0"/>
          <w:i w:val="0"/>
          <w:color w:val="22201D"/>
          <w:sz w:val="20"/>
        </w:rPr>
        <w:t>It was not forgiveness.</w:t>
      </w:r>
    </w:p>
    <w:p>
      <w:pPr>
        <w:spacing w:after="60" w:line="266" w:lineRule="auto"/>
        <w:ind w:firstLine="331"/>
        <w:jc w:val="both"/>
      </w:pPr>
      <w:r>
        <w:rPr>
          <w:rFonts w:ascii="Georgia" w:hAnsi="Georgia"/>
          <w:b w:val="0"/>
          <w:i w:val="0"/>
          <w:color w:val="22201D"/>
          <w:sz w:val="20"/>
        </w:rPr>
        <w:t>It was not absolution, proof, permission, or a flavor enhancer.</w:t>
      </w:r>
    </w:p>
    <w:p>
      <w:pPr>
        <w:spacing w:after="60" w:line="266" w:lineRule="auto"/>
        <w:ind w:firstLine="331"/>
        <w:jc w:val="both"/>
      </w:pPr>
      <w:r>
        <w:rPr>
          <w:rFonts w:ascii="Georgia" w:hAnsi="Georgia"/>
          <w:b w:val="0"/>
          <w:i w:val="0"/>
          <w:color w:val="22201D"/>
          <w:sz w:val="20"/>
        </w:rPr>
        <w:t>It was flour for the next honest batch.</w:t>
      </w:r>
    </w:p>
    <w:p>
      <w:pPr>
        <w:spacing w:after="60" w:line="266" w:lineRule="auto"/>
        <w:ind w:firstLine="331"/>
        <w:jc w:val="both"/>
      </w:pPr>
      <w:r>
        <w:rPr>
          <w:rFonts w:ascii="Georgia" w:hAnsi="Georgia"/>
          <w:b w:val="0"/>
          <w:i w:val="0"/>
          <w:color w:val="22201D"/>
          <w:sz w:val="20"/>
        </w:rPr>
        <w:t>That was less than the man wanted.</w:t>
      </w:r>
    </w:p>
    <w:p>
      <w:pPr>
        <w:spacing w:after="60" w:line="266" w:lineRule="auto"/>
        <w:ind w:firstLine="331"/>
        <w:jc w:val="both"/>
      </w:pPr>
      <w:r>
        <w:rPr>
          <w:rFonts w:ascii="Georgia" w:hAnsi="Georgia"/>
          <w:b w:val="0"/>
          <w:i w:val="0"/>
          <w:color w:val="22201D"/>
          <w:sz w:val="20"/>
        </w:rPr>
        <w:t>It was also the first thing the pantry could actually use.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5: The Substitute Refuses to Stand In</w:t>
      </w:r>
    </w:p>
    <w:p>
      <w:pPr>
        <w:spacing w:after="60" w:line="266" w:lineRule="auto"/>
        <w:ind w:firstLine="0"/>
        <w:jc w:val="both"/>
      </w:pPr>
      <w:r>
        <w:rPr>
          <w:rFonts w:ascii="Georgia" w:hAnsi="Georgia"/>
          <w:b w:val="0"/>
          <w:i w:val="0"/>
          <w:color w:val="22201D"/>
          <w:sz w:val="20"/>
        </w:rPr>
        <w:t>In which a replacement ingredient declines a job it never consented to, the pantry distinguishes usefulness from impersonation, and no proxy becomes the price of honest storage.</w:t>
      </w:r>
    </w:p>
    <w:p>
      <w:pPr>
        <w:spacing w:after="60" w:line="266" w:lineRule="auto"/>
        <w:ind w:firstLine="331"/>
        <w:jc w:val="both"/>
      </w:pPr>
      <w:r>
        <w:rPr>
          <w:rFonts w:ascii="Georgia" w:hAnsi="Georgia"/>
          <w:b w:val="0"/>
          <w:i w:val="0"/>
          <w:color w:val="22201D"/>
          <w:sz w:val="20"/>
        </w:rPr>
        <w:t>The substitution tag dragged itself across the table by its red string.</w:t>
      </w:r>
    </w:p>
    <w:p>
      <w:pPr>
        <w:spacing w:after="60" w:line="266" w:lineRule="auto"/>
        <w:ind w:firstLine="331"/>
        <w:jc w:val="both"/>
      </w:pPr>
      <w:r>
        <w:rPr>
          <w:rFonts w:ascii="Georgia" w:hAnsi="Georgia"/>
          <w:b w:val="0"/>
          <w:i w:val="0"/>
          <w:color w:val="22201D"/>
          <w:sz w:val="20"/>
        </w:rPr>
        <w:t>This was less alarming than it should have been.</w:t>
      </w:r>
    </w:p>
    <w:p>
      <w:pPr>
        <w:spacing w:after="60" w:line="266" w:lineRule="auto"/>
        <w:ind w:firstLine="331"/>
        <w:jc w:val="both"/>
      </w:pPr>
      <w:r>
        <w:rPr>
          <w:rFonts w:ascii="Georgia" w:hAnsi="Georgia"/>
          <w:b w:val="0"/>
          <w:i w:val="0"/>
          <w:color w:val="22201D"/>
          <w:sz w:val="20"/>
        </w:rPr>
        <w:t>After four chapters in the pantry, Flocc had begun to sort movement into categories:</w:t>
      </w:r>
    </w:p>
    <w:p>
      <w:pPr>
        <w:spacing w:after="60" w:line="250" w:lineRule="auto"/>
        <w:ind w:left="202" w:right="173"/>
      </w:pPr>
      <w:r>
        <w:rPr>
          <w:rFonts w:ascii="Georgia" w:hAnsi="Georgia"/>
          <w:b w:val="0"/>
          <w:i w:val="0"/>
          <w:color w:val="22201D"/>
          <w:sz w:val="17"/>
        </w:rPr>
        <w:t>useful accusatory structurally concerning probably a drawer</w:t>
      </w:r>
    </w:p>
    <w:p>
      <w:pPr>
        <w:spacing w:after="60" w:line="266" w:lineRule="auto"/>
        <w:ind w:firstLine="331"/>
        <w:jc w:val="both"/>
      </w:pPr>
      <w:r>
        <w:rPr>
          <w:rFonts w:ascii="Georgia" w:hAnsi="Georgia"/>
          <w:b w:val="0"/>
          <w:i w:val="0"/>
          <w:color w:val="22201D"/>
          <w:sz w:val="20"/>
        </w:rPr>
        <w:t>The tag was useful and accusatory.</w:t>
      </w:r>
    </w:p>
    <w:p>
      <w:pPr>
        <w:spacing w:after="60" w:line="266" w:lineRule="auto"/>
        <w:ind w:firstLine="331"/>
        <w:jc w:val="both"/>
      </w:pPr>
      <w:r>
        <w:rPr>
          <w:rFonts w:ascii="Georgia" w:hAnsi="Georgia"/>
          <w:b w:val="0"/>
          <w:i w:val="0"/>
          <w:color w:val="22201D"/>
          <w:sz w:val="20"/>
        </w:rPr>
        <w:t>The Hostess picked it up before it could drag itself into the flour.</w:t>
      </w:r>
    </w:p>
    <w:p>
      <w:pPr>
        <w:spacing w:after="60" w:line="250" w:lineRule="auto"/>
        <w:ind w:left="202" w:right="173"/>
      </w:pPr>
      <w:r>
        <w:rPr>
          <w:rFonts w:ascii="Georgia" w:hAnsi="Georgia"/>
          <w:b w:val="0"/>
          <w:i w:val="0"/>
          <w:color w:val="22201D"/>
          <w:sz w:val="17"/>
        </w:rPr>
        <w:t>SUBSTITUTION TAG Status: refusing assignment Price: no proxy</w:t>
      </w:r>
    </w:p>
    <w:p>
      <w:pPr>
        <w:spacing w:after="60" w:line="266" w:lineRule="auto"/>
        <w:ind w:firstLine="331"/>
        <w:jc w:val="both"/>
      </w:pPr>
      <w:r>
        <w:rPr>
          <w:rFonts w:ascii="Georgia" w:hAnsi="Georgia"/>
          <w:b w:val="0"/>
          <w:i w:val="0"/>
          <w:color w:val="22201D"/>
          <w:sz w:val="20"/>
        </w:rPr>
        <w:t>The words refusing assignment had deepened since the previous aisle.</w:t>
      </w:r>
    </w:p>
    <w:p>
      <w:pPr>
        <w:spacing w:after="60" w:line="266" w:lineRule="auto"/>
        <w:ind w:firstLine="331"/>
        <w:jc w:val="both"/>
      </w:pPr>
      <w:r>
        <w:rPr>
          <w:rFonts w:ascii="Georgia" w:hAnsi="Georgia"/>
          <w:b w:val="0"/>
          <w:i w:val="0"/>
          <w:color w:val="22201D"/>
          <w:sz w:val="20"/>
        </w:rPr>
        <w:t>They now looked less written than branded.</w:t>
      </w:r>
    </w:p>
    <w:p>
      <w:pPr>
        <w:spacing w:after="60" w:line="266" w:lineRule="auto"/>
        <w:ind w:firstLine="331"/>
        <w:jc w:val="both"/>
      </w:pPr>
      <w:r>
        <w:rPr>
          <w:rFonts w:ascii="Georgia" w:hAnsi="Georgia"/>
          <w:b w:val="0"/>
          <w:i w:val="0"/>
          <w:color w:val="22201D"/>
          <w:sz w:val="20"/>
        </w:rPr>
        <w:t>"The substitute can refuse?" Flocc asked.</w:t>
      </w:r>
    </w:p>
    <w:p>
      <w:pPr>
        <w:spacing w:after="60" w:line="266" w:lineRule="auto"/>
        <w:ind w:firstLine="331"/>
        <w:jc w:val="both"/>
      </w:pPr>
      <w:r>
        <w:rPr>
          <w:rFonts w:ascii="Georgia" w:hAnsi="Georgia"/>
          <w:b w:val="0"/>
          <w:i w:val="0"/>
          <w:color w:val="22201D"/>
          <w:sz w:val="20"/>
        </w:rPr>
        <w:t>"Anything can refuse a job that requires becoming something else."</w:t>
      </w:r>
    </w:p>
    <w:p>
      <w:pPr>
        <w:spacing w:after="60" w:line="266" w:lineRule="auto"/>
        <w:ind w:firstLine="331"/>
        <w:jc w:val="both"/>
      </w:pPr>
      <w:r>
        <w:rPr>
          <w:rFonts w:ascii="Georgia" w:hAnsi="Georgia"/>
          <w:b w:val="0"/>
          <w:i w:val="0"/>
          <w:color w:val="22201D"/>
          <w:sz w:val="20"/>
        </w:rPr>
        <w:t>"Even an ingredient?"</w:t>
      </w:r>
    </w:p>
    <w:p>
      <w:pPr>
        <w:spacing w:after="60" w:line="266" w:lineRule="auto"/>
        <w:ind w:firstLine="331"/>
        <w:jc w:val="both"/>
      </w:pPr>
      <w:r>
        <w:rPr>
          <w:rFonts w:ascii="Georgia" w:hAnsi="Georgia"/>
          <w:b w:val="0"/>
          <w:i w:val="0"/>
          <w:color w:val="22201D"/>
          <w:sz w:val="20"/>
        </w:rPr>
        <w:t>The Hostess looked at him over the top of the tag.</w:t>
      </w:r>
    </w:p>
    <w:p>
      <w:pPr>
        <w:spacing w:after="60" w:line="266" w:lineRule="auto"/>
        <w:ind w:firstLine="331"/>
        <w:jc w:val="both"/>
      </w:pPr>
      <w:r>
        <w:rPr>
          <w:rFonts w:ascii="Georgia" w:hAnsi="Georgia"/>
          <w:b w:val="0"/>
          <w:i w:val="0"/>
          <w:color w:val="22201D"/>
          <w:sz w:val="20"/>
        </w:rPr>
        <w:t>"Especially an ingredient."</w:t>
      </w:r>
    </w:p>
    <w:p>
      <w:pPr>
        <w:spacing w:after="60" w:line="266" w:lineRule="auto"/>
        <w:ind w:firstLine="331"/>
        <w:jc w:val="both"/>
      </w:pPr>
      <w:r>
        <w:rPr>
          <w:rFonts w:ascii="Georgia" w:hAnsi="Georgia"/>
          <w:b w:val="0"/>
          <w:i w:val="0"/>
          <w:color w:val="22201D"/>
          <w:sz w:val="20"/>
        </w:rPr>
        <w:t>From the next aisle came the scraping sound again.</w:t>
      </w:r>
    </w:p>
    <w:p>
      <w:pPr>
        <w:spacing w:after="60" w:line="266" w:lineRule="auto"/>
        <w:ind w:firstLine="331"/>
        <w:jc w:val="both"/>
      </w:pPr>
      <w:r>
        <w:rPr>
          <w:rFonts w:ascii="Georgia" w:hAnsi="Georgia"/>
          <w:b w:val="0"/>
          <w:i w:val="0"/>
          <w:color w:val="22201D"/>
          <w:sz w:val="20"/>
        </w:rPr>
        <w:t>The Hostess walked toward it.</w:t>
      </w:r>
    </w:p>
    <w:p>
      <w:pPr>
        <w:spacing w:after="60" w:line="266" w:lineRule="auto"/>
        <w:ind w:firstLine="331"/>
        <w:jc w:val="both"/>
      </w:pPr>
      <w:r>
        <w:rPr>
          <w:rFonts w:ascii="Georgia" w:hAnsi="Georgia"/>
          <w:b w:val="0"/>
          <w:i w:val="0"/>
          <w:color w:val="22201D"/>
          <w:sz w:val="20"/>
        </w:rPr>
        <w:t>Flocc followed with the caution of a man who had learned that pantry sounds tended to become obligations if ignored.</w:t>
      </w:r>
    </w:p>
    <w:p>
      <w:pPr>
        <w:spacing w:after="60" w:line="266" w:lineRule="auto"/>
        <w:ind w:firstLine="331"/>
        <w:jc w:val="both"/>
      </w:pPr>
      <w:r>
        <w:rPr>
          <w:rFonts w:ascii="Georgia" w:hAnsi="Georgia"/>
          <w:b w:val="0"/>
          <w:i w:val="0"/>
          <w:color w:val="22201D"/>
          <w:sz w:val="20"/>
        </w:rPr>
        <w:t>The aisle was narrow and practical: bins, scoops, small scales, stacking tins, and one low shelf labeled:</w:t>
      </w:r>
    </w:p>
    <w:p>
      <w:pPr>
        <w:spacing w:after="60" w:line="250" w:lineRule="auto"/>
        <w:ind w:left="202" w:right="173"/>
      </w:pPr>
      <w:r>
        <w:rPr>
          <w:rFonts w:ascii="Georgia" w:hAnsi="Georgia"/>
          <w:b w:val="0"/>
          <w:i w:val="0"/>
          <w:color w:val="22201D"/>
          <w:sz w:val="17"/>
        </w:rPr>
        <w:t>ACCEPTABLE REPLACEMENTS</w:t>
      </w:r>
    </w:p>
    <w:p>
      <w:pPr>
        <w:spacing w:after="60" w:line="266" w:lineRule="auto"/>
        <w:ind w:firstLine="331"/>
        <w:jc w:val="both"/>
      </w:pPr>
      <w:r>
        <w:rPr>
          <w:rFonts w:ascii="Georgia" w:hAnsi="Georgia"/>
          <w:b w:val="0"/>
          <w:i w:val="0"/>
          <w:color w:val="22201D"/>
          <w:sz w:val="20"/>
        </w:rPr>
        <w:t>Every container on the shelf had turned backward.</w:t>
      </w:r>
    </w:p>
    <w:p>
      <w:pPr>
        <w:spacing w:after="60" w:line="266" w:lineRule="auto"/>
        <w:ind w:firstLine="331"/>
        <w:jc w:val="both"/>
      </w:pPr>
      <w:r>
        <w:rPr>
          <w:rFonts w:ascii="Georgia" w:hAnsi="Georgia"/>
          <w:b w:val="0"/>
          <w:i w:val="0"/>
          <w:color w:val="22201D"/>
          <w:sz w:val="20"/>
        </w:rPr>
        <w:t>Not hidden.</w:t>
      </w:r>
    </w:p>
    <w:p>
      <w:pPr>
        <w:spacing w:after="60" w:line="266" w:lineRule="auto"/>
        <w:ind w:firstLine="331"/>
        <w:jc w:val="both"/>
      </w:pPr>
      <w:r>
        <w:rPr>
          <w:rFonts w:ascii="Georgia" w:hAnsi="Georgia"/>
          <w:b w:val="0"/>
          <w:i w:val="0"/>
          <w:color w:val="22201D"/>
          <w:sz w:val="20"/>
        </w:rPr>
        <w:t>Backward.</w:t>
      </w:r>
    </w:p>
    <w:p>
      <w:pPr>
        <w:spacing w:after="60" w:line="266" w:lineRule="auto"/>
        <w:ind w:firstLine="331"/>
        <w:jc w:val="both"/>
      </w:pPr>
      <w:r>
        <w:rPr>
          <w:rFonts w:ascii="Georgia" w:hAnsi="Georgia"/>
          <w:b w:val="0"/>
          <w:i w:val="0"/>
          <w:color w:val="22201D"/>
          <w:sz w:val="20"/>
        </w:rPr>
        <w:t>Refusing to face the room.</w:t>
      </w:r>
    </w:p>
    <w:p>
      <w:pPr>
        <w:spacing w:after="60" w:line="266" w:lineRule="auto"/>
        <w:ind w:firstLine="331"/>
        <w:jc w:val="both"/>
      </w:pPr>
      <w:r>
        <w:rPr>
          <w:rFonts w:ascii="Georgia" w:hAnsi="Georgia"/>
          <w:b w:val="0"/>
          <w:i w:val="0"/>
          <w:color w:val="22201D"/>
          <w:sz w:val="20"/>
        </w:rPr>
        <w:t>At the center of the aisle sat a crock of pale beans.</w:t>
      </w:r>
    </w:p>
    <w:p>
      <w:pPr>
        <w:spacing w:after="60" w:line="266" w:lineRule="auto"/>
        <w:ind w:firstLine="331"/>
        <w:jc w:val="both"/>
      </w:pPr>
      <w:r>
        <w:rPr>
          <w:rFonts w:ascii="Georgia" w:hAnsi="Georgia"/>
          <w:b w:val="0"/>
          <w:i w:val="0"/>
          <w:color w:val="22201D"/>
          <w:sz w:val="20"/>
        </w:rPr>
        <w:t>The crock had dragged itself six inches from its assigned shelf and now rested in the middle of the floor, stubborn as furniture with a grievance.</w:t>
      </w:r>
    </w:p>
    <w:p>
      <w:pPr>
        <w:spacing w:after="60" w:line="266" w:lineRule="auto"/>
        <w:ind w:firstLine="331"/>
        <w:jc w:val="both"/>
      </w:pPr>
      <w:r>
        <w:rPr>
          <w:rFonts w:ascii="Georgia" w:hAnsi="Georgia"/>
          <w:b w:val="0"/>
          <w:i w:val="0"/>
          <w:color w:val="22201D"/>
          <w:sz w:val="20"/>
        </w:rPr>
        <w:t>Its label read:</w:t>
      </w:r>
    </w:p>
    <w:p>
      <w:pPr>
        <w:spacing w:after="60" w:line="250" w:lineRule="auto"/>
        <w:ind w:left="202" w:right="173"/>
      </w:pPr>
      <w:r>
        <w:rPr>
          <w:rFonts w:ascii="Georgia" w:hAnsi="Georgia"/>
          <w:b w:val="0"/>
          <w:i w:val="0"/>
          <w:color w:val="22201D"/>
          <w:sz w:val="17"/>
        </w:rPr>
        <w:t>WHITE BEANS Use: body, softness, emergency protein Filed as: exact bitter seed</w:t>
      </w:r>
    </w:p>
    <w:p>
      <w:pPr>
        <w:spacing w:after="60" w:line="266" w:lineRule="auto"/>
        <w:ind w:firstLine="331"/>
        <w:jc w:val="both"/>
      </w:pPr>
      <w:r>
        <w:rPr>
          <w:rFonts w:ascii="Georgia" w:hAnsi="Georgia"/>
          <w:b w:val="0"/>
          <w:i w:val="0"/>
          <w:color w:val="22201D"/>
          <w:sz w:val="20"/>
        </w:rPr>
        <w:t>Flocc crouched.</w:t>
      </w:r>
    </w:p>
    <w:p>
      <w:pPr>
        <w:spacing w:after="60" w:line="266" w:lineRule="auto"/>
        <w:ind w:firstLine="331"/>
        <w:jc w:val="both"/>
      </w:pPr>
      <w:r>
        <w:rPr>
          <w:rFonts w:ascii="Georgia" w:hAnsi="Georgia"/>
          <w:b w:val="0"/>
          <w:i w:val="0"/>
          <w:color w:val="22201D"/>
          <w:sz w:val="20"/>
        </w:rPr>
        <w:t>"White beans cannot be exact bitter seed."</w:t>
      </w:r>
    </w:p>
    <w:p>
      <w:pPr>
        <w:spacing w:after="60" w:line="266" w:lineRule="auto"/>
        <w:ind w:firstLine="331"/>
        <w:jc w:val="both"/>
      </w:pPr>
      <w:r>
        <w:rPr>
          <w:rFonts w:ascii="Georgia" w:hAnsi="Georgia"/>
          <w:b w:val="0"/>
          <w:i w:val="0"/>
          <w:color w:val="22201D"/>
          <w:sz w:val="20"/>
        </w:rPr>
        <w:t>The crock rocked once.</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"It knows."</w:t>
      </w:r>
    </w:p>
    <w:p>
      <w:pPr>
        <w:spacing w:after="60" w:line="266" w:lineRule="auto"/>
        <w:ind w:firstLine="331"/>
        <w:jc w:val="both"/>
      </w:pPr>
      <w:r>
        <w:rPr>
          <w:rFonts w:ascii="Georgia" w:hAnsi="Georgia"/>
          <w:b w:val="0"/>
          <w:i w:val="0"/>
          <w:color w:val="22201D"/>
          <w:sz w:val="20"/>
        </w:rPr>
        <w:t>"Then why was it filed that way?"</w:t>
      </w:r>
    </w:p>
    <w:p>
      <w:pPr>
        <w:spacing w:after="60" w:line="266" w:lineRule="auto"/>
        <w:ind w:firstLine="331"/>
        <w:jc w:val="both"/>
      </w:pPr>
      <w:r>
        <w:rPr>
          <w:rFonts w:ascii="Georgia" w:hAnsi="Georgia"/>
          <w:b w:val="0"/>
          <w:i w:val="0"/>
          <w:color w:val="22201D"/>
          <w:sz w:val="20"/>
        </w:rPr>
        <w:t>"Because it was available."</w:t>
      </w:r>
    </w:p>
    <w:p>
      <w:pPr>
        <w:spacing w:after="60" w:line="266" w:lineRule="auto"/>
        <w:ind w:firstLine="331"/>
        <w:jc w:val="both"/>
      </w:pPr>
      <w:r>
        <w:rPr>
          <w:rFonts w:ascii="Georgia" w:hAnsi="Georgia"/>
          <w:b w:val="0"/>
          <w:i w:val="0"/>
          <w:color w:val="22201D"/>
          <w:sz w:val="20"/>
        </w:rPr>
        <w:t>The substitution tag shivered.</w:t>
      </w:r>
    </w:p>
    <w:p>
      <w:pPr>
        <w:spacing w:after="60" w:line="250" w:lineRule="auto"/>
        <w:ind w:left="202" w:right="173"/>
      </w:pPr>
      <w:r>
        <w:rPr>
          <w:rFonts w:ascii="Georgia" w:hAnsi="Georgia"/>
          <w:b w:val="0"/>
          <w:i w:val="0"/>
          <w:color w:val="22201D"/>
          <w:sz w:val="17"/>
        </w:rPr>
        <w:t>AVAILABLE IS NOT CONSENT.</w:t>
      </w:r>
    </w:p>
    <w:p>
      <w:pPr>
        <w:spacing w:after="60" w:line="266" w:lineRule="auto"/>
        <w:ind w:firstLine="331"/>
        <w:jc w:val="both"/>
      </w:pPr>
      <w:r>
        <w:rPr>
          <w:rFonts w:ascii="Georgia" w:hAnsi="Georgia"/>
          <w:b w:val="0"/>
          <w:i w:val="0"/>
          <w:color w:val="22201D"/>
          <w:sz w:val="20"/>
        </w:rPr>
        <w:t>The locked cabinet in the previous aisle clicked once, satisfied to have been quoted without opening.</w:t>
      </w:r>
    </w:p>
    <w:p>
      <w:pPr>
        <w:spacing w:after="60" w:line="266" w:lineRule="auto"/>
        <w:ind w:firstLine="331"/>
        <w:jc w:val="both"/>
      </w:pPr>
      <w:r>
        <w:rPr>
          <w:rFonts w:ascii="Georgia" w:hAnsi="Georgia"/>
          <w:b w:val="0"/>
          <w:i w:val="0"/>
          <w:color w:val="22201D"/>
          <w:sz w:val="20"/>
        </w:rPr>
        <w:t>Flocc sat back on his heels.</w:t>
      </w:r>
    </w:p>
    <w:p>
      <w:pPr>
        <w:spacing w:after="60" w:line="266" w:lineRule="auto"/>
        <w:ind w:firstLine="331"/>
        <w:jc w:val="both"/>
      </w:pPr>
      <w:r>
        <w:rPr>
          <w:rFonts w:ascii="Georgia" w:hAnsi="Georgia"/>
          <w:b w:val="0"/>
          <w:i w:val="0"/>
          <w:color w:val="22201D"/>
          <w:sz w:val="20"/>
        </w:rPr>
        <w:t>"Someone used white beans instead of the bitter seed."</w:t>
      </w:r>
    </w:p>
    <w:p>
      <w:pPr>
        <w:spacing w:after="60" w:line="266" w:lineRule="auto"/>
        <w:ind w:firstLine="331"/>
        <w:jc w:val="both"/>
      </w:pPr>
      <w:r>
        <w:rPr>
          <w:rFonts w:ascii="Georgia" w:hAnsi="Georgia"/>
          <w:b w:val="0"/>
          <w:i w:val="0"/>
          <w:color w:val="22201D"/>
          <w:sz w:val="20"/>
        </w:rPr>
        <w:t>"Someone used white beans instead of admitting the bitter seed was missing."</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crock rocked again, harder.</w:t>
      </w:r>
    </w:p>
    <w:p>
      <w:pPr>
        <w:spacing w:after="60" w:line="266" w:lineRule="auto"/>
        <w:ind w:firstLine="331"/>
        <w:jc w:val="both"/>
      </w:pPr>
      <w:r>
        <w:rPr>
          <w:rFonts w:ascii="Georgia" w:hAnsi="Georgia"/>
          <w:b w:val="0"/>
          <w:i w:val="0"/>
          <w:color w:val="22201D"/>
          <w:sz w:val="20"/>
        </w:rPr>
        <w:t>One bean bounced onto the floor.</w:t>
      </w:r>
    </w:p>
    <w:p>
      <w:pPr>
        <w:spacing w:after="60" w:line="266" w:lineRule="auto"/>
        <w:ind w:firstLine="331"/>
        <w:jc w:val="both"/>
      </w:pPr>
      <w:r>
        <w:rPr>
          <w:rFonts w:ascii="Georgia" w:hAnsi="Georgia"/>
          <w:b w:val="0"/>
          <w:i w:val="0"/>
          <w:color w:val="22201D"/>
          <w:sz w:val="20"/>
        </w:rPr>
        <w:t>It did not roll.</w:t>
      </w:r>
    </w:p>
    <w:p>
      <w:pPr>
        <w:spacing w:after="60" w:line="266" w:lineRule="auto"/>
        <w:ind w:firstLine="331"/>
        <w:jc w:val="both"/>
      </w:pPr>
      <w:r>
        <w:rPr>
          <w:rFonts w:ascii="Georgia" w:hAnsi="Georgia"/>
          <w:b w:val="0"/>
          <w:i w:val="0"/>
          <w:color w:val="22201D"/>
          <w:sz w:val="20"/>
        </w:rPr>
        <w:t>It sat there with the small dignity of a thing tired of standing in for a truth with sharper edges.</w:t>
      </w:r>
    </w:p>
    <w:p>
      <w:pPr>
        <w:spacing w:after="60" w:line="266" w:lineRule="auto"/>
        <w:ind w:firstLine="331"/>
        <w:jc w:val="both"/>
      </w:pPr>
      <w:r>
        <w:rPr>
          <w:rFonts w:ascii="Georgia" w:hAnsi="Georgia"/>
          <w:b w:val="0"/>
          <w:i w:val="0"/>
          <w:color w:val="22201D"/>
          <w:sz w:val="20"/>
        </w:rPr>
        <w:t>Flocc picked it up.</w:t>
      </w:r>
    </w:p>
    <w:p>
      <w:pPr>
        <w:spacing w:after="60" w:line="266" w:lineRule="auto"/>
        <w:ind w:firstLine="331"/>
        <w:jc w:val="both"/>
      </w:pPr>
      <w:r>
        <w:rPr>
          <w:rFonts w:ascii="Georgia" w:hAnsi="Georgia"/>
          <w:b w:val="0"/>
          <w:i w:val="0"/>
          <w:color w:val="22201D"/>
          <w:sz w:val="20"/>
        </w:rPr>
        <w:t>The bean was ordinary.</w:t>
      </w:r>
    </w:p>
    <w:p>
      <w:pPr>
        <w:spacing w:after="60" w:line="266" w:lineRule="auto"/>
        <w:ind w:firstLine="331"/>
        <w:jc w:val="both"/>
      </w:pPr>
      <w:r>
        <w:rPr>
          <w:rFonts w:ascii="Georgia" w:hAnsi="Georgia"/>
          <w:b w:val="0"/>
          <w:i w:val="0"/>
          <w:color w:val="22201D"/>
          <w:sz w:val="20"/>
        </w:rPr>
        <w:t>Smooth.</w:t>
      </w:r>
    </w:p>
    <w:p>
      <w:pPr>
        <w:spacing w:after="60" w:line="266" w:lineRule="auto"/>
        <w:ind w:firstLine="331"/>
        <w:jc w:val="both"/>
      </w:pPr>
      <w:r>
        <w:rPr>
          <w:rFonts w:ascii="Georgia" w:hAnsi="Georgia"/>
          <w:b w:val="0"/>
          <w:i w:val="0"/>
          <w:color w:val="22201D"/>
          <w:sz w:val="20"/>
        </w:rPr>
        <w:t>Pale.</w:t>
      </w:r>
    </w:p>
    <w:p>
      <w:pPr>
        <w:spacing w:after="60" w:line="266" w:lineRule="auto"/>
        <w:ind w:firstLine="331"/>
        <w:jc w:val="both"/>
      </w:pPr>
      <w:r>
        <w:rPr>
          <w:rFonts w:ascii="Georgia" w:hAnsi="Georgia"/>
          <w:b w:val="0"/>
          <w:i w:val="0"/>
          <w:color w:val="22201D"/>
          <w:sz w:val="20"/>
        </w:rPr>
        <w:t>Useful.</w:t>
      </w:r>
    </w:p>
    <w:p>
      <w:pPr>
        <w:spacing w:after="60" w:line="266" w:lineRule="auto"/>
        <w:ind w:firstLine="331"/>
        <w:jc w:val="both"/>
      </w:pPr>
      <w:r>
        <w:rPr>
          <w:rFonts w:ascii="Georgia" w:hAnsi="Georgia"/>
          <w:b w:val="0"/>
          <w:i w:val="0"/>
          <w:color w:val="22201D"/>
          <w:sz w:val="20"/>
        </w:rPr>
        <w:t>Not bitter.</w:t>
      </w:r>
    </w:p>
    <w:p>
      <w:pPr>
        <w:spacing w:after="60" w:line="266" w:lineRule="auto"/>
        <w:ind w:firstLine="331"/>
        <w:jc w:val="both"/>
      </w:pPr>
      <w:r>
        <w:rPr>
          <w:rFonts w:ascii="Georgia" w:hAnsi="Georgia"/>
          <w:b w:val="0"/>
          <w:i w:val="0"/>
          <w:color w:val="22201D"/>
          <w:sz w:val="20"/>
        </w:rPr>
        <w:t>Not seed.</w:t>
      </w:r>
    </w:p>
    <w:p>
      <w:pPr>
        <w:spacing w:after="60" w:line="266" w:lineRule="auto"/>
        <w:ind w:firstLine="331"/>
        <w:jc w:val="both"/>
      </w:pPr>
      <w:r>
        <w:rPr>
          <w:rFonts w:ascii="Georgia" w:hAnsi="Georgia"/>
          <w:b w:val="0"/>
          <w:i w:val="0"/>
          <w:color w:val="22201D"/>
          <w:sz w:val="20"/>
        </w:rPr>
        <w:t>Not wrong.</w:t>
      </w:r>
    </w:p>
    <w:p>
      <w:pPr>
        <w:spacing w:after="60" w:line="266" w:lineRule="auto"/>
        <w:ind w:firstLine="331"/>
        <w:jc w:val="both"/>
      </w:pPr>
      <w:r>
        <w:rPr>
          <w:rFonts w:ascii="Georgia" w:hAnsi="Georgia"/>
          <w:b w:val="0"/>
          <w:i w:val="0"/>
          <w:color w:val="22201D"/>
          <w:sz w:val="20"/>
        </w:rPr>
        <w:t>"It is a good bean," he said.</w:t>
      </w:r>
    </w:p>
    <w:p>
      <w:pPr>
        <w:spacing w:after="60" w:line="266" w:lineRule="auto"/>
        <w:ind w:firstLine="331"/>
        <w:jc w:val="both"/>
      </w:pPr>
      <w:r>
        <w:rPr>
          <w:rFonts w:ascii="Georgia" w:hAnsi="Georgia"/>
          <w:b w:val="0"/>
          <w:i w:val="0"/>
          <w:color w:val="22201D"/>
          <w:sz w:val="20"/>
        </w:rPr>
        <w:t>The crock stilled.</w:t>
      </w:r>
    </w:p>
    <w:p>
      <w:pPr>
        <w:spacing w:after="60" w:line="266" w:lineRule="auto"/>
        <w:ind w:firstLine="331"/>
        <w:jc w:val="both"/>
      </w:pPr>
      <w:r>
        <w:rPr>
          <w:rFonts w:ascii="Georgia" w:hAnsi="Georgia"/>
          <w:b w:val="0"/>
          <w:i w:val="0"/>
          <w:color w:val="22201D"/>
          <w:sz w:val="20"/>
        </w:rPr>
        <w:t>The Hostess did not smile, but the shelf labels near her relaxed.</w:t>
      </w:r>
    </w:p>
    <w:p>
      <w:pPr>
        <w:spacing w:after="60" w:line="266" w:lineRule="auto"/>
        <w:ind w:firstLine="331"/>
        <w:jc w:val="both"/>
      </w:pPr>
      <w:r>
        <w:rPr>
          <w:rFonts w:ascii="Georgia" w:hAnsi="Georgia"/>
          <w:b w:val="0"/>
          <w:i w:val="0"/>
          <w:color w:val="22201D"/>
          <w:sz w:val="20"/>
        </w:rPr>
        <w:t>"That is the first accurate thing anyone has said to it today."</w:t>
      </w:r>
    </w:p>
    <w:p>
      <w:pPr>
        <w:spacing w:after="60" w:line="266" w:lineRule="auto"/>
        <w:ind w:firstLine="331"/>
        <w:jc w:val="both"/>
      </w:pPr>
      <w:r>
        <w:rPr>
          <w:rFonts w:ascii="Georgia" w:hAnsi="Georgia"/>
          <w:b w:val="0"/>
          <w:i w:val="0"/>
          <w:color w:val="22201D"/>
          <w:sz w:val="20"/>
        </w:rPr>
        <w:t>The tag printed:</w:t>
      </w:r>
    </w:p>
    <w:p>
      <w:pPr>
        <w:spacing w:after="60" w:line="250" w:lineRule="auto"/>
        <w:ind w:left="202" w:right="173"/>
      </w:pPr>
      <w:r>
        <w:rPr>
          <w:rFonts w:ascii="Georgia" w:hAnsi="Georgia"/>
          <w:b w:val="0"/>
          <w:i w:val="0"/>
          <w:color w:val="22201D"/>
          <w:sz w:val="17"/>
        </w:rPr>
        <w:t>No proxy means naming what the substitute is good for.</w:t>
      </w:r>
    </w:p>
    <w:p>
      <w:pPr>
        <w:spacing w:after="60" w:line="266" w:lineRule="auto"/>
        <w:ind w:firstLine="331"/>
        <w:jc w:val="both"/>
      </w:pPr>
      <w:r>
        <w:rPr>
          <w:rFonts w:ascii="Georgia" w:hAnsi="Georgia"/>
          <w:b w:val="0"/>
          <w:i w:val="0"/>
          <w:color w:val="22201D"/>
          <w:sz w:val="20"/>
        </w:rPr>
        <w:t>Flocc looked at the crock.</w:t>
      </w:r>
    </w:p>
    <w:p>
      <w:pPr>
        <w:spacing w:after="60" w:line="266" w:lineRule="auto"/>
        <w:ind w:firstLine="331"/>
        <w:jc w:val="both"/>
      </w:pPr>
      <w:r>
        <w:rPr>
          <w:rFonts w:ascii="Georgia" w:hAnsi="Georgia"/>
          <w:b w:val="0"/>
          <w:i w:val="0"/>
          <w:color w:val="22201D"/>
          <w:sz w:val="20"/>
        </w:rPr>
        <w:t>"White beans are good for body and softness and emergency protein."</w:t>
      </w:r>
    </w:p>
    <w:p>
      <w:pPr>
        <w:spacing w:after="60" w:line="266" w:lineRule="auto"/>
        <w:ind w:firstLine="331"/>
        <w:jc w:val="both"/>
      </w:pPr>
      <w:r>
        <w:rPr>
          <w:rFonts w:ascii="Georgia" w:hAnsi="Georgia"/>
          <w:b w:val="0"/>
          <w:i w:val="0"/>
          <w:color w:val="22201D"/>
          <w:sz w:val="20"/>
        </w:rPr>
        <w:t>The crock turned so its label faced him.</w:t>
      </w:r>
    </w:p>
    <w:p>
      <w:pPr>
        <w:spacing w:after="60" w:line="266" w:lineRule="auto"/>
        <w:ind w:firstLine="331"/>
        <w:jc w:val="both"/>
      </w:pPr>
      <w:r>
        <w:rPr>
          <w:rFonts w:ascii="Georgia" w:hAnsi="Georgia"/>
          <w:b w:val="0"/>
          <w:i w:val="0"/>
          <w:color w:val="22201D"/>
          <w:sz w:val="20"/>
        </w:rPr>
        <w:t>The line Filed as: exact bitter seed blurred but did not vanish.</w:t>
      </w:r>
    </w:p>
    <w:p>
      <w:pPr>
        <w:spacing w:after="60" w:line="266" w:lineRule="auto"/>
        <w:ind w:firstLine="331"/>
        <w:jc w:val="both"/>
      </w:pPr>
      <w:r>
        <w:rPr>
          <w:rFonts w:ascii="Georgia" w:hAnsi="Georgia"/>
          <w:b w:val="0"/>
          <w:i w:val="0"/>
          <w:color w:val="22201D"/>
          <w:sz w:val="20"/>
        </w:rPr>
        <w:t>"Why is the wrong filing still there?"</w:t>
      </w:r>
    </w:p>
    <w:p>
      <w:pPr>
        <w:spacing w:after="60" w:line="266" w:lineRule="auto"/>
        <w:ind w:firstLine="331"/>
        <w:jc w:val="both"/>
      </w:pPr>
      <w:r>
        <w:rPr>
          <w:rFonts w:ascii="Georgia" w:hAnsi="Georgia"/>
          <w:b w:val="0"/>
          <w:i w:val="0"/>
          <w:color w:val="22201D"/>
          <w:sz w:val="20"/>
        </w:rPr>
        <w:t>"Because naming usefulness is not the same as correcting assignment."</w:t>
      </w:r>
    </w:p>
    <w:p>
      <w:pPr>
        <w:spacing w:after="60" w:line="266" w:lineRule="auto"/>
        <w:ind w:firstLine="331"/>
        <w:jc w:val="both"/>
      </w:pPr>
      <w:r>
        <w:rPr>
          <w:rFonts w:ascii="Georgia" w:hAnsi="Georgia"/>
          <w:b w:val="0"/>
          <w:i w:val="0"/>
          <w:color w:val="22201D"/>
          <w:sz w:val="20"/>
        </w:rPr>
        <w:t>"Of course not."</w:t>
      </w:r>
    </w:p>
    <w:p>
      <w:pPr>
        <w:spacing w:after="60" w:line="266" w:lineRule="auto"/>
        <w:ind w:firstLine="331"/>
        <w:jc w:val="both"/>
      </w:pPr>
      <w:r>
        <w:rPr>
          <w:rFonts w:ascii="Georgia" w:hAnsi="Georgia"/>
          <w:b w:val="0"/>
          <w:i w:val="0"/>
          <w:color w:val="22201D"/>
          <w:sz w:val="20"/>
        </w:rPr>
        <w:t>"Do not sound disappointed that the pantry is consistent."</w:t>
      </w:r>
    </w:p>
    <w:p>
      <w:pPr>
        <w:spacing w:after="60" w:line="266" w:lineRule="auto"/>
        <w:ind w:firstLine="331"/>
        <w:jc w:val="both"/>
      </w:pPr>
      <w:r>
        <w:rPr>
          <w:rFonts w:ascii="Georgia" w:hAnsi="Georgia"/>
          <w:b w:val="0"/>
          <w:i w:val="0"/>
          <w:color w:val="22201D"/>
          <w:sz w:val="20"/>
        </w:rPr>
        <w:t>"I am disappointed that consistency has paperwork."</w:t>
      </w:r>
    </w:p>
    <w:p>
      <w:pPr>
        <w:spacing w:after="60" w:line="266" w:lineRule="auto"/>
        <w:ind w:firstLine="331"/>
        <w:jc w:val="both"/>
      </w:pPr>
      <w:r>
        <w:rPr>
          <w:rFonts w:ascii="Georgia" w:hAnsi="Georgia"/>
          <w:b w:val="0"/>
          <w:i w:val="0"/>
          <w:color w:val="22201D"/>
          <w:sz w:val="20"/>
        </w:rPr>
        <w:t>The Hostess handed him a grease pencil.</w:t>
      </w:r>
    </w:p>
    <w:p>
      <w:pPr>
        <w:spacing w:after="60" w:line="266" w:lineRule="auto"/>
        <w:ind w:firstLine="331"/>
        <w:jc w:val="both"/>
      </w:pPr>
      <w:r>
        <w:rPr>
          <w:rFonts w:ascii="Georgia" w:hAnsi="Georgia"/>
          <w:b w:val="0"/>
          <w:i w:val="0"/>
          <w:color w:val="22201D"/>
          <w:sz w:val="20"/>
        </w:rPr>
        <w:t>"Correct the file."</w:t>
      </w:r>
    </w:p>
    <w:p>
      <w:pPr>
        <w:spacing w:after="60" w:line="266" w:lineRule="auto"/>
        <w:ind w:firstLine="331"/>
        <w:jc w:val="both"/>
      </w:pPr>
      <w:r>
        <w:rPr>
          <w:rFonts w:ascii="Georgia" w:hAnsi="Georgia"/>
          <w:b w:val="0"/>
          <w:i w:val="0"/>
          <w:color w:val="22201D"/>
          <w:sz w:val="20"/>
        </w:rPr>
        <w:t>Flocc looked at the label.</w:t>
      </w:r>
    </w:p>
    <w:p>
      <w:pPr>
        <w:spacing w:after="60" w:line="266" w:lineRule="auto"/>
        <w:ind w:firstLine="331"/>
        <w:jc w:val="both"/>
      </w:pPr>
      <w:r>
        <w:rPr>
          <w:rFonts w:ascii="Georgia" w:hAnsi="Georgia"/>
          <w:b w:val="0"/>
          <w:i w:val="0"/>
          <w:color w:val="22201D"/>
          <w:sz w:val="20"/>
        </w:rPr>
        <w:t>"I should not write on someone else's ingredient."</w:t>
      </w:r>
    </w:p>
    <w:p>
      <w:pPr>
        <w:spacing w:after="60" w:line="266" w:lineRule="auto"/>
        <w:ind w:firstLine="331"/>
        <w:jc w:val="both"/>
      </w:pPr>
      <w:r>
        <w:rPr>
          <w:rFonts w:ascii="Georgia" w:hAnsi="Georgia"/>
          <w:b w:val="0"/>
          <w:i w:val="0"/>
          <w:color w:val="22201D"/>
          <w:sz w:val="20"/>
        </w:rPr>
        <w:t>The substitution tag approved this by becoming slightly warmer.</w:t>
      </w:r>
    </w:p>
    <w:p>
      <w:pPr>
        <w:spacing w:after="60" w:line="266" w:lineRule="auto"/>
        <w:ind w:firstLine="331"/>
        <w:jc w:val="both"/>
      </w:pPr>
      <w:r>
        <w:rPr>
          <w:rFonts w:ascii="Georgia" w:hAnsi="Georgia"/>
          <w:b w:val="0"/>
          <w:i w:val="0"/>
          <w:color w:val="22201D"/>
          <w:sz w:val="20"/>
        </w:rPr>
        <w:t>The Hostess took the pencil back.</w:t>
      </w:r>
    </w:p>
    <w:p>
      <w:pPr>
        <w:spacing w:after="60" w:line="266" w:lineRule="auto"/>
        <w:ind w:firstLine="331"/>
        <w:jc w:val="both"/>
      </w:pPr>
      <w:r>
        <w:rPr>
          <w:rFonts w:ascii="Georgia" w:hAnsi="Georgia"/>
          <w:b w:val="0"/>
          <w:i w:val="0"/>
          <w:color w:val="22201D"/>
          <w:sz w:val="20"/>
        </w:rPr>
        <w:t>"Good. Ask."</w:t>
      </w:r>
    </w:p>
    <w:p>
      <w:pPr>
        <w:spacing w:after="60" w:line="266" w:lineRule="auto"/>
        <w:ind w:firstLine="331"/>
        <w:jc w:val="both"/>
      </w:pPr>
      <w:r>
        <w:rPr>
          <w:rFonts w:ascii="Georgia" w:hAnsi="Georgia"/>
          <w:b w:val="0"/>
          <w:i w:val="0"/>
          <w:color w:val="22201D"/>
          <w:sz w:val="20"/>
        </w:rPr>
        <w:t>Flocc looked at the crock.</w:t>
      </w:r>
    </w:p>
    <w:p>
      <w:pPr>
        <w:spacing w:after="60" w:line="266" w:lineRule="auto"/>
        <w:ind w:firstLine="331"/>
        <w:jc w:val="both"/>
      </w:pPr>
      <w:r>
        <w:rPr>
          <w:rFonts w:ascii="Georgia" w:hAnsi="Georgia"/>
          <w:b w:val="0"/>
          <w:i w:val="0"/>
          <w:color w:val="22201D"/>
          <w:sz w:val="20"/>
        </w:rPr>
        <w:t>This was ridiculous.</w:t>
      </w:r>
    </w:p>
    <w:p>
      <w:pPr>
        <w:spacing w:after="60" w:line="266" w:lineRule="auto"/>
        <w:ind w:firstLine="331"/>
        <w:jc w:val="both"/>
      </w:pPr>
      <w:r>
        <w:rPr>
          <w:rFonts w:ascii="Georgia" w:hAnsi="Georgia"/>
          <w:b w:val="0"/>
          <w:i w:val="0"/>
          <w:color w:val="22201D"/>
          <w:sz w:val="20"/>
        </w:rPr>
        <w:t>It was also the least ridiculous option available.</w:t>
      </w:r>
    </w:p>
    <w:p>
      <w:pPr>
        <w:spacing w:after="60" w:line="266" w:lineRule="auto"/>
        <w:ind w:firstLine="331"/>
        <w:jc w:val="both"/>
      </w:pPr>
      <w:r>
        <w:rPr>
          <w:rFonts w:ascii="Georgia" w:hAnsi="Georgia"/>
          <w:b w:val="0"/>
          <w:i w:val="0"/>
          <w:color w:val="22201D"/>
          <w:sz w:val="20"/>
        </w:rPr>
        <w:t>"May I correct the file?"</w:t>
      </w:r>
    </w:p>
    <w:p>
      <w:pPr>
        <w:spacing w:after="60" w:line="266" w:lineRule="auto"/>
        <w:ind w:firstLine="331"/>
        <w:jc w:val="both"/>
      </w:pPr>
      <w:r>
        <w:rPr>
          <w:rFonts w:ascii="Georgia" w:hAnsi="Georgia"/>
          <w:b w:val="0"/>
          <w:i w:val="0"/>
          <w:color w:val="22201D"/>
          <w:sz w:val="20"/>
        </w:rPr>
        <w:t>The crock rocked once toward him.</w:t>
      </w:r>
    </w:p>
    <w:p>
      <w:pPr>
        <w:spacing w:after="60" w:line="266" w:lineRule="auto"/>
        <w:ind w:firstLine="331"/>
        <w:jc w:val="both"/>
      </w:pPr>
      <w:r>
        <w:rPr>
          <w:rFonts w:ascii="Georgia" w:hAnsi="Georgia"/>
          <w:b w:val="0"/>
          <w:i w:val="0"/>
          <w:color w:val="22201D"/>
          <w:sz w:val="20"/>
        </w:rPr>
        <w:t>Consent, pantry-style.</w:t>
      </w:r>
    </w:p>
    <w:p>
      <w:pPr>
        <w:spacing w:after="60" w:line="266" w:lineRule="auto"/>
        <w:ind w:firstLine="331"/>
        <w:jc w:val="both"/>
      </w:pPr>
      <w:r>
        <w:rPr>
          <w:rFonts w:ascii="Georgia" w:hAnsi="Georgia"/>
          <w:b w:val="0"/>
          <w:i w:val="0"/>
          <w:color w:val="22201D"/>
          <w:sz w:val="20"/>
        </w:rPr>
        <w:t>He took the pencil and crossed out the false line.</w:t>
      </w:r>
    </w:p>
    <w:p>
      <w:pPr>
        <w:spacing w:after="60" w:line="266" w:lineRule="auto"/>
        <w:ind w:firstLine="331"/>
        <w:jc w:val="both"/>
      </w:pPr>
      <w:r>
        <w:rPr>
          <w:rFonts w:ascii="Georgia" w:hAnsi="Georgia"/>
          <w:b w:val="0"/>
          <w:i w:val="0"/>
          <w:color w:val="22201D"/>
          <w:sz w:val="20"/>
        </w:rPr>
        <w:t>Not angrily.</w:t>
      </w:r>
    </w:p>
    <w:p>
      <w:pPr>
        <w:spacing w:after="60" w:line="266" w:lineRule="auto"/>
        <w:ind w:firstLine="331"/>
        <w:jc w:val="both"/>
      </w:pPr>
      <w:r>
        <w:rPr>
          <w:rFonts w:ascii="Georgia" w:hAnsi="Georgia"/>
          <w:b w:val="0"/>
          <w:i w:val="0"/>
          <w:color w:val="22201D"/>
          <w:sz w:val="20"/>
        </w:rPr>
        <w:t>Carefully, so the prior error remained legible as history rather than continuing as instruction.</w:t>
      </w:r>
    </w:p>
    <w:p>
      <w:pPr>
        <w:spacing w:after="60" w:line="266" w:lineRule="auto"/>
        <w:ind w:firstLine="331"/>
        <w:jc w:val="both"/>
      </w:pPr>
      <w:r>
        <w:rPr>
          <w:rFonts w:ascii="Georgia" w:hAnsi="Georgia"/>
          <w:b w:val="0"/>
          <w:i w:val="0"/>
          <w:color w:val="22201D"/>
          <w:sz w:val="20"/>
        </w:rPr>
        <w:t>Under it, he wrote:</w:t>
      </w:r>
    </w:p>
    <w:p>
      <w:pPr>
        <w:spacing w:after="60" w:line="250" w:lineRule="auto"/>
        <w:ind w:left="202" w:right="173"/>
      </w:pPr>
      <w:r>
        <w:rPr>
          <w:rFonts w:ascii="Georgia" w:hAnsi="Georgia"/>
          <w:b w:val="0"/>
          <w:i w:val="0"/>
          <w:color w:val="22201D"/>
          <w:sz w:val="17"/>
        </w:rPr>
        <w:t>Filed as: white beans Not authorized as proxy for exact bitter seed</w:t>
      </w:r>
    </w:p>
    <w:p>
      <w:pPr>
        <w:spacing w:after="60" w:line="266" w:lineRule="auto"/>
        <w:ind w:firstLine="331"/>
        <w:jc w:val="both"/>
      </w:pPr>
      <w:r>
        <w:rPr>
          <w:rFonts w:ascii="Georgia" w:hAnsi="Georgia"/>
          <w:b w:val="0"/>
          <w:i w:val="0"/>
          <w:color w:val="22201D"/>
          <w:sz w:val="20"/>
        </w:rPr>
        <w:t>The crock exhaled.</w:t>
      </w:r>
    </w:p>
    <w:p>
      <w:pPr>
        <w:spacing w:after="60" w:line="266" w:lineRule="auto"/>
        <w:ind w:firstLine="331"/>
        <w:jc w:val="both"/>
      </w:pPr>
      <w:r>
        <w:rPr>
          <w:rFonts w:ascii="Georgia" w:hAnsi="Georgia"/>
          <w:b w:val="0"/>
          <w:i w:val="0"/>
          <w:color w:val="22201D"/>
          <w:sz w:val="20"/>
        </w:rPr>
        <w:t>Beans should not exhale.</w:t>
      </w:r>
    </w:p>
    <w:p>
      <w:pPr>
        <w:spacing w:after="60" w:line="266" w:lineRule="auto"/>
        <w:ind w:firstLine="331"/>
        <w:jc w:val="both"/>
      </w:pPr>
      <w:r>
        <w:rPr>
          <w:rFonts w:ascii="Georgia" w:hAnsi="Georgia"/>
          <w:b w:val="0"/>
          <w:i w:val="0"/>
          <w:color w:val="22201D"/>
          <w:sz w:val="20"/>
        </w:rPr>
        <w:t>These did, quietly and with relief.</w:t>
      </w:r>
    </w:p>
    <w:p>
      <w:pPr>
        <w:spacing w:after="60" w:line="266" w:lineRule="auto"/>
        <w:ind w:firstLine="331"/>
        <w:jc w:val="both"/>
      </w:pPr>
      <w:r>
        <w:rPr>
          <w:rFonts w:ascii="Georgia" w:hAnsi="Georgia"/>
          <w:b w:val="0"/>
          <w:i w:val="0"/>
          <w:color w:val="22201D"/>
          <w:sz w:val="20"/>
        </w:rPr>
        <w:t>The shelf labeled ACCEPTABLE REPLACEMENTS changed:</w:t>
      </w:r>
    </w:p>
    <w:p>
      <w:pPr>
        <w:spacing w:after="60" w:line="250" w:lineRule="auto"/>
        <w:ind w:left="202" w:right="173"/>
      </w:pPr>
      <w:r>
        <w:rPr>
          <w:rFonts w:ascii="Georgia" w:hAnsi="Georgia"/>
          <w:b w:val="0"/>
          <w:i w:val="0"/>
          <w:color w:val="22201D"/>
          <w:sz w:val="17"/>
        </w:rPr>
        <w:t>ACCEPTABLE REPLACEMENTS WHEN NAMED</w:t>
      </w:r>
    </w:p>
    <w:p>
      <w:pPr>
        <w:spacing w:after="60" w:line="266" w:lineRule="auto"/>
        <w:ind w:firstLine="331"/>
        <w:jc w:val="both"/>
      </w:pPr>
      <w:r>
        <w:rPr>
          <w:rFonts w:ascii="Georgia" w:hAnsi="Georgia"/>
          <w:b w:val="0"/>
          <w:i w:val="0"/>
          <w:color w:val="22201D"/>
          <w:sz w:val="20"/>
        </w:rPr>
        <w:t>"Better," the Hostess said.</w:t>
      </w:r>
    </w:p>
    <w:p>
      <w:pPr>
        <w:spacing w:after="60" w:line="266" w:lineRule="auto"/>
        <w:ind w:firstLine="331"/>
        <w:jc w:val="both"/>
      </w:pPr>
      <w:r>
        <w:rPr>
          <w:rFonts w:ascii="Georgia" w:hAnsi="Georgia"/>
          <w:b w:val="0"/>
          <w:i w:val="0"/>
          <w:color w:val="22201D"/>
          <w:sz w:val="20"/>
        </w:rPr>
        <w:t>At the far end of the aisle, a second container began to tremble.</w:t>
      </w:r>
    </w:p>
    <w:p>
      <w:pPr>
        <w:spacing w:after="60" w:line="266" w:lineRule="auto"/>
        <w:ind w:firstLine="331"/>
        <w:jc w:val="both"/>
      </w:pPr>
      <w:r>
        <w:rPr>
          <w:rFonts w:ascii="Georgia" w:hAnsi="Georgia"/>
          <w:b w:val="0"/>
          <w:i w:val="0"/>
          <w:color w:val="22201D"/>
          <w:sz w:val="20"/>
        </w:rPr>
        <w:t>This one was a jar of honey.</w:t>
      </w:r>
    </w:p>
    <w:p>
      <w:pPr>
        <w:spacing w:after="60" w:line="266" w:lineRule="auto"/>
        <w:ind w:firstLine="331"/>
        <w:jc w:val="both"/>
      </w:pPr>
      <w:r>
        <w:rPr>
          <w:rFonts w:ascii="Georgia" w:hAnsi="Georgia"/>
          <w:b w:val="0"/>
          <w:i w:val="0"/>
          <w:color w:val="22201D"/>
          <w:sz w:val="20"/>
        </w:rPr>
        <w:t>Its label read:</w:t>
      </w:r>
    </w:p>
    <w:p>
      <w:pPr>
        <w:spacing w:after="60" w:line="250" w:lineRule="auto"/>
        <w:ind w:left="202" w:right="173"/>
      </w:pPr>
      <w:r>
        <w:rPr>
          <w:rFonts w:ascii="Georgia" w:hAnsi="Georgia"/>
          <w:b w:val="0"/>
          <w:i w:val="0"/>
          <w:color w:val="22201D"/>
          <w:sz w:val="17"/>
        </w:rPr>
        <w:t>HONEY Use: sweetness, preservation, gloss Filed as: kindness</w:t>
      </w:r>
    </w:p>
    <w:p>
      <w:pPr>
        <w:spacing w:after="60" w:line="266" w:lineRule="auto"/>
        <w:ind w:firstLine="331"/>
        <w:jc w:val="both"/>
      </w:pPr>
      <w:r>
        <w:rPr>
          <w:rFonts w:ascii="Georgia" w:hAnsi="Georgia"/>
          <w:b w:val="0"/>
          <w:i w:val="0"/>
          <w:color w:val="22201D"/>
          <w:sz w:val="20"/>
        </w:rPr>
        <w:t>Flocc winced.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honey jar slid forward.</w:t>
      </w:r>
    </w:p>
    <w:p>
      <w:pPr>
        <w:spacing w:after="60" w:line="266" w:lineRule="auto"/>
        <w:ind w:firstLine="331"/>
        <w:jc w:val="both"/>
      </w:pPr>
      <w:r>
        <w:rPr>
          <w:rFonts w:ascii="Georgia" w:hAnsi="Georgia"/>
          <w:b w:val="0"/>
          <w:i w:val="0"/>
          <w:color w:val="22201D"/>
          <w:sz w:val="20"/>
        </w:rPr>
        <w:t>It was amber and beautiful and clearly exhausted.</w:t>
      </w:r>
    </w:p>
    <w:p>
      <w:pPr>
        <w:spacing w:after="60" w:line="266" w:lineRule="auto"/>
        <w:ind w:firstLine="331"/>
        <w:jc w:val="both"/>
      </w:pPr>
      <w:r>
        <w:rPr>
          <w:rFonts w:ascii="Georgia" w:hAnsi="Georgia"/>
          <w:b w:val="0"/>
          <w:i w:val="0"/>
          <w:color w:val="22201D"/>
          <w:sz w:val="20"/>
        </w:rPr>
        <w:t>The substitution tag printed:</w:t>
      </w:r>
    </w:p>
    <w:p>
      <w:pPr>
        <w:spacing w:after="60" w:line="250" w:lineRule="auto"/>
        <w:ind w:left="202" w:right="173"/>
      </w:pPr>
      <w:r>
        <w:rPr>
          <w:rFonts w:ascii="Georgia" w:hAnsi="Georgia"/>
          <w:b w:val="0"/>
          <w:i w:val="0"/>
          <w:color w:val="22201D"/>
          <w:sz w:val="17"/>
        </w:rPr>
        <w:t>Sweetness may accompany kindness. Sweetness may not impersonate kindness.</w:t>
      </w:r>
    </w:p>
    <w:p>
      <w:pPr>
        <w:spacing w:after="60" w:line="266" w:lineRule="auto"/>
        <w:ind w:firstLine="331"/>
        <w:jc w:val="both"/>
      </w:pPr>
      <w:r>
        <w:rPr>
          <w:rFonts w:ascii="Georgia" w:hAnsi="Georgia"/>
          <w:b w:val="0"/>
          <w:i w:val="0"/>
          <w:color w:val="22201D"/>
          <w:sz w:val="20"/>
        </w:rPr>
        <w:t>The Hostess unscrewed the jar.</w:t>
      </w:r>
    </w:p>
    <w:p>
      <w:pPr>
        <w:spacing w:after="60" w:line="266" w:lineRule="auto"/>
        <w:ind w:firstLine="331"/>
        <w:jc w:val="both"/>
      </w:pPr>
      <w:r>
        <w:rPr>
          <w:rFonts w:ascii="Georgia" w:hAnsi="Georgia"/>
          <w:b w:val="0"/>
          <w:i w:val="0"/>
          <w:color w:val="22201D"/>
          <w:sz w:val="20"/>
        </w:rPr>
        <w:t>The honey inside was crystallized at the edges.</w:t>
      </w:r>
    </w:p>
    <w:p>
      <w:pPr>
        <w:spacing w:after="60" w:line="266" w:lineRule="auto"/>
        <w:ind w:firstLine="331"/>
        <w:jc w:val="both"/>
      </w:pPr>
      <w:r>
        <w:rPr>
          <w:rFonts w:ascii="Georgia" w:hAnsi="Georgia"/>
          <w:b w:val="0"/>
          <w:i w:val="0"/>
          <w:color w:val="22201D"/>
          <w:sz w:val="20"/>
        </w:rPr>
        <w:t>"People like this substitution," she said.</w:t>
      </w:r>
    </w:p>
    <w:p>
      <w:pPr>
        <w:spacing w:after="60" w:line="266" w:lineRule="auto"/>
        <w:ind w:firstLine="331"/>
        <w:jc w:val="both"/>
      </w:pPr>
      <w:r>
        <w:rPr>
          <w:rFonts w:ascii="Georgia" w:hAnsi="Georgia"/>
          <w:b w:val="0"/>
          <w:i w:val="0"/>
          <w:color w:val="22201D"/>
          <w:sz w:val="20"/>
        </w:rPr>
        <w:t>"Because it tastes good."</w:t>
      </w:r>
    </w:p>
    <w:p>
      <w:pPr>
        <w:spacing w:after="60" w:line="266" w:lineRule="auto"/>
        <w:ind w:firstLine="331"/>
        <w:jc w:val="both"/>
      </w:pPr>
      <w:r>
        <w:rPr>
          <w:rFonts w:ascii="Georgia" w:hAnsi="Georgia"/>
          <w:b w:val="0"/>
          <w:i w:val="0"/>
          <w:color w:val="22201D"/>
          <w:sz w:val="20"/>
        </w:rPr>
        <w:t>"Because it lets them serve pleasantness when kindness would require inconvenience."</w:t>
      </w:r>
    </w:p>
    <w:p>
      <w:pPr>
        <w:spacing w:after="60" w:line="266" w:lineRule="auto"/>
        <w:ind w:firstLine="331"/>
        <w:jc w:val="both"/>
      </w:pPr>
      <w:r>
        <w:rPr>
          <w:rFonts w:ascii="Georgia" w:hAnsi="Georgia"/>
          <w:b w:val="0"/>
          <w:i w:val="0"/>
          <w:color w:val="22201D"/>
          <w:sz w:val="20"/>
        </w:rPr>
        <w:t>The jar label added:</w:t>
      </w:r>
    </w:p>
    <w:p>
      <w:pPr>
        <w:spacing w:after="60" w:line="250" w:lineRule="auto"/>
        <w:ind w:left="202" w:right="173"/>
      </w:pPr>
      <w:r>
        <w:rPr>
          <w:rFonts w:ascii="Georgia" w:hAnsi="Georgia"/>
          <w:b w:val="0"/>
          <w:i w:val="0"/>
          <w:color w:val="22201D"/>
          <w:sz w:val="17"/>
        </w:rPr>
        <w:t>Complaint: being blamed when sweetness fails to repair harm.</w:t>
      </w:r>
    </w:p>
    <w:p>
      <w:pPr>
        <w:spacing w:after="60" w:line="266" w:lineRule="auto"/>
        <w:ind w:firstLine="331"/>
        <w:jc w:val="both"/>
      </w:pPr>
      <w:r>
        <w:rPr>
          <w:rFonts w:ascii="Georgia" w:hAnsi="Georgia"/>
          <w:b w:val="0"/>
          <w:i w:val="0"/>
          <w:color w:val="22201D"/>
          <w:sz w:val="20"/>
        </w:rPr>
        <w:t>Flocc thought of too many dining rooms.</w:t>
      </w:r>
    </w:p>
    <w:p>
      <w:pPr>
        <w:spacing w:after="60" w:line="266" w:lineRule="auto"/>
        <w:ind w:firstLine="331"/>
        <w:jc w:val="both"/>
      </w:pPr>
      <w:r>
        <w:rPr>
          <w:rFonts w:ascii="Georgia" w:hAnsi="Georgia"/>
          <w:b w:val="0"/>
          <w:i w:val="0"/>
          <w:color w:val="22201D"/>
          <w:sz w:val="20"/>
        </w:rPr>
        <w:t>Too many polite sentences.</w:t>
      </w:r>
    </w:p>
    <w:p>
      <w:pPr>
        <w:spacing w:after="60" w:line="266" w:lineRule="auto"/>
        <w:ind w:firstLine="331"/>
        <w:jc w:val="both"/>
      </w:pPr>
      <w:r>
        <w:rPr>
          <w:rFonts w:ascii="Georgia" w:hAnsi="Georgia"/>
          <w:b w:val="0"/>
          <w:i w:val="0"/>
          <w:color w:val="22201D"/>
          <w:sz w:val="20"/>
        </w:rPr>
        <w:t>Too many offerings made beautiful because the real cost had been handed to the receiver.</w:t>
      </w:r>
    </w:p>
    <w:p>
      <w:pPr>
        <w:spacing w:after="60" w:line="266" w:lineRule="auto"/>
        <w:ind w:firstLine="331"/>
        <w:jc w:val="both"/>
      </w:pPr>
      <w:r>
        <w:rPr>
          <w:rFonts w:ascii="Georgia" w:hAnsi="Georgia"/>
          <w:b w:val="0"/>
          <w:i w:val="0"/>
          <w:color w:val="22201D"/>
          <w:sz w:val="20"/>
        </w:rPr>
        <w:t>"Honey is good," he said.</w:t>
      </w:r>
    </w:p>
    <w:p>
      <w:pPr>
        <w:spacing w:after="60" w:line="266" w:lineRule="auto"/>
        <w:ind w:firstLine="331"/>
        <w:jc w:val="both"/>
      </w:pPr>
      <w:r>
        <w:rPr>
          <w:rFonts w:ascii="Georgia" w:hAnsi="Georgia"/>
          <w:b w:val="0"/>
          <w:i w:val="0"/>
          <w:color w:val="22201D"/>
          <w:sz w:val="20"/>
        </w:rPr>
        <w:t>The jar pulsed.</w:t>
      </w:r>
    </w:p>
    <w:p>
      <w:pPr>
        <w:spacing w:after="60" w:line="266" w:lineRule="auto"/>
        <w:ind w:firstLine="331"/>
        <w:jc w:val="both"/>
      </w:pPr>
      <w:r>
        <w:rPr>
          <w:rFonts w:ascii="Georgia" w:hAnsi="Georgia"/>
          <w:b w:val="0"/>
          <w:i w:val="0"/>
          <w:color w:val="22201D"/>
          <w:sz w:val="20"/>
        </w:rPr>
        <w:t>"For sweetness, preservation, and gloss."</w:t>
      </w:r>
    </w:p>
    <w:p>
      <w:pPr>
        <w:spacing w:after="60" w:line="266" w:lineRule="auto"/>
        <w:ind w:firstLine="331"/>
        <w:jc w:val="both"/>
      </w:pPr>
      <w:r>
        <w:rPr>
          <w:rFonts w:ascii="Georgia" w:hAnsi="Georgia"/>
          <w:b w:val="0"/>
          <w:i w:val="0"/>
          <w:color w:val="22201D"/>
          <w:sz w:val="20"/>
        </w:rPr>
        <w:t>The label loosened.</w:t>
      </w:r>
    </w:p>
    <w:p>
      <w:pPr>
        <w:spacing w:after="60" w:line="266" w:lineRule="auto"/>
        <w:ind w:firstLine="331"/>
        <w:jc w:val="both"/>
      </w:pPr>
      <w:r>
        <w:rPr>
          <w:rFonts w:ascii="Georgia" w:hAnsi="Georgia"/>
          <w:b w:val="0"/>
          <w:i w:val="0"/>
          <w:color w:val="22201D"/>
          <w:sz w:val="20"/>
        </w:rPr>
        <w:t>"Not as kindness."</w:t>
      </w:r>
    </w:p>
    <w:p>
      <w:pPr>
        <w:spacing w:after="60" w:line="266" w:lineRule="auto"/>
        <w:ind w:firstLine="331"/>
        <w:jc w:val="both"/>
      </w:pPr>
      <w:r>
        <w:rPr>
          <w:rFonts w:ascii="Georgia" w:hAnsi="Georgia"/>
          <w:b w:val="0"/>
          <w:i w:val="0"/>
          <w:color w:val="22201D"/>
          <w:sz w:val="20"/>
        </w:rPr>
        <w:t>The crystals at the edge softened.</w:t>
      </w:r>
    </w:p>
    <w:p>
      <w:pPr>
        <w:spacing w:after="60" w:line="266" w:lineRule="auto"/>
        <w:ind w:firstLine="331"/>
        <w:jc w:val="both"/>
      </w:pPr>
      <w:r>
        <w:rPr>
          <w:rFonts w:ascii="Georgia" w:hAnsi="Georgia"/>
          <w:b w:val="0"/>
          <w:i w:val="0"/>
          <w:color w:val="22201D"/>
          <w:sz w:val="20"/>
        </w:rPr>
        <w:t>The Hostess gave him the pencil.</w:t>
      </w:r>
    </w:p>
    <w:p>
      <w:pPr>
        <w:spacing w:after="60" w:line="266" w:lineRule="auto"/>
        <w:ind w:firstLine="331"/>
        <w:jc w:val="both"/>
      </w:pPr>
      <w:r>
        <w:rPr>
          <w:rFonts w:ascii="Georgia" w:hAnsi="Georgia"/>
          <w:b w:val="0"/>
          <w:i w:val="0"/>
          <w:color w:val="22201D"/>
          <w:sz w:val="20"/>
        </w:rPr>
        <w:t>He asked.</w:t>
      </w:r>
    </w:p>
    <w:p>
      <w:pPr>
        <w:spacing w:after="60" w:line="266" w:lineRule="auto"/>
        <w:ind w:firstLine="331"/>
        <w:jc w:val="both"/>
      </w:pPr>
      <w:r>
        <w:rPr>
          <w:rFonts w:ascii="Georgia" w:hAnsi="Georgia"/>
          <w:b w:val="0"/>
          <w:i w:val="0"/>
          <w:color w:val="22201D"/>
          <w:sz w:val="20"/>
        </w:rPr>
        <w:t>The jar tipped toward him.</w:t>
      </w:r>
    </w:p>
    <w:p>
      <w:pPr>
        <w:spacing w:after="60" w:line="266" w:lineRule="auto"/>
        <w:ind w:firstLine="331"/>
        <w:jc w:val="both"/>
      </w:pPr>
      <w:r>
        <w:rPr>
          <w:rFonts w:ascii="Georgia" w:hAnsi="Georgia"/>
          <w:b w:val="0"/>
          <w:i w:val="0"/>
          <w:color w:val="22201D"/>
          <w:sz w:val="20"/>
        </w:rPr>
        <w:t>He corrected the line:</w:t>
      </w:r>
    </w:p>
    <w:p>
      <w:pPr>
        <w:spacing w:after="60" w:line="250" w:lineRule="auto"/>
        <w:ind w:left="202" w:right="173"/>
      </w:pPr>
      <w:r>
        <w:rPr>
          <w:rFonts w:ascii="Georgia" w:hAnsi="Georgia"/>
          <w:b w:val="0"/>
          <w:i w:val="0"/>
          <w:color w:val="22201D"/>
          <w:sz w:val="17"/>
        </w:rPr>
        <w:t>Filed as: honey Not authorized as proxy for kindness</w:t>
      </w:r>
    </w:p>
    <w:p>
      <w:pPr>
        <w:spacing w:after="60" w:line="266" w:lineRule="auto"/>
        <w:ind w:firstLine="331"/>
        <w:jc w:val="both"/>
      </w:pPr>
      <w:r>
        <w:rPr>
          <w:rFonts w:ascii="Georgia" w:hAnsi="Georgia"/>
          <w:b w:val="0"/>
          <w:i w:val="0"/>
          <w:color w:val="22201D"/>
          <w:sz w:val="20"/>
        </w:rPr>
        <w:t>The shelf changed again:</w:t>
      </w:r>
    </w:p>
    <w:p>
      <w:pPr>
        <w:spacing w:after="60" w:line="250" w:lineRule="auto"/>
        <w:ind w:left="202" w:right="173"/>
      </w:pPr>
      <w:r>
        <w:rPr>
          <w:rFonts w:ascii="Georgia" w:hAnsi="Georgia"/>
          <w:b w:val="0"/>
          <w:i w:val="0"/>
          <w:color w:val="22201D"/>
          <w:sz w:val="17"/>
        </w:rPr>
        <w:t>ACCEPTABLE REPLACEMENTS WHEN NAMED AND CONSENTED TO</w:t>
      </w:r>
    </w:p>
    <w:p>
      <w:pPr>
        <w:spacing w:after="60" w:line="266" w:lineRule="auto"/>
        <w:ind w:firstLine="331"/>
        <w:jc w:val="both"/>
      </w:pPr>
      <w:r>
        <w:rPr>
          <w:rFonts w:ascii="Georgia" w:hAnsi="Georgia"/>
          <w:b w:val="0"/>
          <w:i w:val="0"/>
          <w:color w:val="22201D"/>
          <w:sz w:val="20"/>
        </w:rPr>
        <w:t>Flocc looked at the added words.</w:t>
      </w:r>
    </w:p>
    <w:p>
      <w:pPr>
        <w:spacing w:after="60" w:line="266" w:lineRule="auto"/>
        <w:ind w:firstLine="331"/>
        <w:jc w:val="both"/>
      </w:pPr>
      <w:r>
        <w:rPr>
          <w:rFonts w:ascii="Georgia" w:hAnsi="Georgia"/>
          <w:b w:val="0"/>
          <w:i w:val="0"/>
          <w:color w:val="22201D"/>
          <w:sz w:val="20"/>
        </w:rPr>
        <w:t>"Consent keeps appearing."</w:t>
      </w:r>
    </w:p>
    <w:p>
      <w:pPr>
        <w:spacing w:after="60" w:line="266" w:lineRule="auto"/>
        <w:ind w:firstLine="331"/>
        <w:jc w:val="both"/>
      </w:pPr>
      <w:r>
        <w:rPr>
          <w:rFonts w:ascii="Georgia" w:hAnsi="Georgia"/>
          <w:b w:val="0"/>
          <w:i w:val="0"/>
          <w:color w:val="22201D"/>
          <w:sz w:val="20"/>
        </w:rPr>
        <w:t>"Because substitution often hides where consent should have been."</w:t>
      </w:r>
    </w:p>
    <w:p>
      <w:pPr>
        <w:spacing w:after="60" w:line="266" w:lineRule="auto"/>
        <w:ind w:firstLine="331"/>
        <w:jc w:val="both"/>
      </w:pPr>
      <w:r>
        <w:rPr>
          <w:rFonts w:ascii="Georgia" w:hAnsi="Georgia"/>
          <w:b w:val="0"/>
          <w:i w:val="0"/>
          <w:color w:val="22201D"/>
          <w:sz w:val="20"/>
        </w:rPr>
        <w:t>The pantry lights dimmed around the locked cabinet.</w:t>
      </w:r>
    </w:p>
    <w:p>
      <w:pPr>
        <w:spacing w:after="60" w:line="266" w:lineRule="auto"/>
        <w:ind w:firstLine="331"/>
        <w:jc w:val="both"/>
      </w:pPr>
      <w:r>
        <w:rPr>
          <w:rFonts w:ascii="Georgia" w:hAnsi="Georgia"/>
          <w:b w:val="0"/>
          <w:i w:val="0"/>
          <w:color w:val="22201D"/>
          <w:sz w:val="20"/>
        </w:rPr>
        <w:t>This time the Hostess did not tell him to keep walking.</w:t>
      </w:r>
    </w:p>
    <w:p>
      <w:pPr>
        <w:spacing w:after="60" w:line="266" w:lineRule="auto"/>
        <w:ind w:firstLine="331"/>
        <w:jc w:val="both"/>
      </w:pPr>
      <w:r>
        <w:rPr>
          <w:rFonts w:ascii="Georgia" w:hAnsi="Georgia"/>
          <w:b w:val="0"/>
          <w:i w:val="0"/>
          <w:color w:val="22201D"/>
          <w:sz w:val="20"/>
        </w:rPr>
        <w:t>She simply did not open it.</w:t>
      </w:r>
    </w:p>
    <w:p>
      <w:pPr>
        <w:spacing w:after="60" w:line="266" w:lineRule="auto"/>
        <w:ind w:firstLine="331"/>
        <w:jc w:val="both"/>
      </w:pPr>
      <w:r>
        <w:rPr>
          <w:rFonts w:ascii="Georgia" w:hAnsi="Georgia"/>
          <w:b w:val="0"/>
          <w:i w:val="0"/>
          <w:color w:val="22201D"/>
          <w:sz w:val="20"/>
        </w:rPr>
        <w:t>That was enough.</w:t>
      </w:r>
    </w:p>
    <w:p>
      <w:pPr>
        <w:spacing w:after="60" w:line="266" w:lineRule="auto"/>
        <w:ind w:firstLine="331"/>
        <w:jc w:val="both"/>
      </w:pPr>
      <w:r>
        <w:rPr>
          <w:rFonts w:ascii="Georgia" w:hAnsi="Georgia"/>
          <w:b w:val="0"/>
          <w:i w:val="0"/>
          <w:color w:val="22201D"/>
          <w:sz w:val="20"/>
        </w:rPr>
        <w:t>The substitution tag's string tugged toward a third container.</w:t>
      </w:r>
    </w:p>
    <w:p>
      <w:pPr>
        <w:spacing w:after="60" w:line="266" w:lineRule="auto"/>
        <w:ind w:firstLine="331"/>
        <w:jc w:val="both"/>
      </w:pPr>
      <w:r>
        <w:rPr>
          <w:rFonts w:ascii="Georgia" w:hAnsi="Georgia"/>
          <w:b w:val="0"/>
          <w:i w:val="0"/>
          <w:color w:val="22201D"/>
          <w:sz w:val="20"/>
        </w:rPr>
        <w:t>This one was not on the shelf.</w:t>
      </w:r>
    </w:p>
    <w:p>
      <w:pPr>
        <w:spacing w:after="60" w:line="266" w:lineRule="auto"/>
        <w:ind w:firstLine="331"/>
        <w:jc w:val="both"/>
      </w:pPr>
      <w:r>
        <w:rPr>
          <w:rFonts w:ascii="Georgia" w:hAnsi="Georgia"/>
          <w:b w:val="0"/>
          <w:i w:val="0"/>
          <w:color w:val="22201D"/>
          <w:sz w:val="20"/>
        </w:rPr>
        <w:t>It sat under the table, half in shadow.</w:t>
      </w:r>
    </w:p>
    <w:p>
      <w:pPr>
        <w:spacing w:after="60" w:line="266" w:lineRule="auto"/>
        <w:ind w:firstLine="331"/>
        <w:jc w:val="both"/>
      </w:pPr>
      <w:r>
        <w:rPr>
          <w:rFonts w:ascii="Georgia" w:hAnsi="Georgia"/>
          <w:b w:val="0"/>
          <w:i w:val="0"/>
          <w:color w:val="22201D"/>
          <w:sz w:val="20"/>
        </w:rPr>
        <w:t>A sealed tin with no label.</w:t>
      </w:r>
    </w:p>
    <w:p>
      <w:pPr>
        <w:spacing w:after="60" w:line="266" w:lineRule="auto"/>
        <w:ind w:firstLine="331"/>
        <w:jc w:val="both"/>
      </w:pPr>
      <w:r>
        <w:rPr>
          <w:rFonts w:ascii="Georgia" w:hAnsi="Georgia"/>
          <w:b w:val="0"/>
          <w:i w:val="0"/>
          <w:color w:val="22201D"/>
          <w:sz w:val="20"/>
        </w:rPr>
        <w:t>Flocc knew, immediately and inconveniently, that this one was his.</w:t>
      </w:r>
    </w:p>
    <w:p>
      <w:pPr>
        <w:spacing w:after="60" w:line="266" w:lineRule="auto"/>
        <w:ind w:firstLine="331"/>
        <w:jc w:val="both"/>
      </w:pPr>
      <w:r>
        <w:rPr>
          <w:rFonts w:ascii="Georgia" w:hAnsi="Georgia"/>
          <w:b w:val="0"/>
          <w:i w:val="0"/>
          <w:color w:val="22201D"/>
          <w:sz w:val="20"/>
        </w:rPr>
        <w:t>"No," he said.</w:t>
      </w:r>
    </w:p>
    <w:p>
      <w:pPr>
        <w:spacing w:after="60" w:line="266" w:lineRule="auto"/>
        <w:ind w:firstLine="331"/>
        <w:jc w:val="both"/>
      </w:pPr>
      <w:r>
        <w:rPr>
          <w:rFonts w:ascii="Georgia" w:hAnsi="Georgia"/>
          <w:b w:val="0"/>
          <w:i w:val="0"/>
          <w:color w:val="22201D"/>
          <w:sz w:val="20"/>
        </w:rPr>
        <w:t>The tin did not move.</w:t>
      </w:r>
    </w:p>
    <w:p>
      <w:pPr>
        <w:spacing w:after="60" w:line="266" w:lineRule="auto"/>
        <w:ind w:firstLine="331"/>
        <w:jc w:val="both"/>
      </w:pPr>
      <w:r>
        <w:rPr>
          <w:rFonts w:ascii="Georgia" w:hAnsi="Georgia"/>
          <w:b w:val="0"/>
          <w:i w:val="0"/>
          <w:color w:val="22201D"/>
          <w:sz w:val="20"/>
        </w:rPr>
        <w:t>"Boundary or evasion?" the Hostess asked.</w:t>
      </w:r>
    </w:p>
    <w:p>
      <w:pPr>
        <w:spacing w:after="60" w:line="266" w:lineRule="auto"/>
        <w:ind w:firstLine="331"/>
        <w:jc w:val="both"/>
      </w:pPr>
      <w:r>
        <w:rPr>
          <w:rFonts w:ascii="Georgia" w:hAnsi="Georgia"/>
          <w:b w:val="0"/>
          <w:i w:val="0"/>
          <w:color w:val="22201D"/>
          <w:sz w:val="20"/>
        </w:rPr>
        <w:t>"I do not know yet."</w:t>
      </w:r>
    </w:p>
    <w:p>
      <w:pPr>
        <w:spacing w:after="60" w:line="266" w:lineRule="auto"/>
        <w:ind w:firstLine="331"/>
        <w:jc w:val="both"/>
      </w:pPr>
      <w:r>
        <w:rPr>
          <w:rFonts w:ascii="Georgia" w:hAnsi="Georgia"/>
          <w:b w:val="0"/>
          <w:i w:val="0"/>
          <w:color w:val="22201D"/>
          <w:sz w:val="20"/>
        </w:rPr>
        <w:t>"Then say that."</w:t>
      </w:r>
    </w:p>
    <w:p>
      <w:pPr>
        <w:spacing w:after="60" w:line="266" w:lineRule="auto"/>
        <w:ind w:firstLine="331"/>
        <w:jc w:val="both"/>
      </w:pPr>
      <w:r>
        <w:rPr>
          <w:rFonts w:ascii="Georgia" w:hAnsi="Georgia"/>
          <w:b w:val="0"/>
          <w:i w:val="0"/>
          <w:color w:val="22201D"/>
          <w:sz w:val="20"/>
        </w:rPr>
        <w:t>The tag waited.</w:t>
      </w:r>
    </w:p>
    <w:p>
      <w:pPr>
        <w:spacing w:after="60" w:line="266" w:lineRule="auto"/>
        <w:ind w:firstLine="331"/>
        <w:jc w:val="both"/>
      </w:pPr>
      <w:r>
        <w:rPr>
          <w:rFonts w:ascii="Georgia" w:hAnsi="Georgia"/>
          <w:b w:val="0"/>
          <w:i w:val="0"/>
          <w:color w:val="22201D"/>
          <w:sz w:val="20"/>
        </w:rPr>
        <w:t>Flocc took one breath.</w:t>
      </w:r>
    </w:p>
    <w:p>
      <w:pPr>
        <w:spacing w:after="60" w:line="266" w:lineRule="auto"/>
        <w:ind w:firstLine="331"/>
        <w:jc w:val="both"/>
      </w:pPr>
      <w:r>
        <w:rPr>
          <w:rFonts w:ascii="Georgia" w:hAnsi="Georgia"/>
          <w:b w:val="0"/>
          <w:i w:val="0"/>
          <w:color w:val="22201D"/>
          <w:sz w:val="20"/>
        </w:rPr>
        <w:t>"I do not know whether refusing this tin is a boundary or an evasion."</w:t>
      </w:r>
    </w:p>
    <w:p>
      <w:pPr>
        <w:spacing w:after="60" w:line="266" w:lineRule="auto"/>
        <w:ind w:firstLine="331"/>
        <w:jc w:val="both"/>
      </w:pPr>
      <w:r>
        <w:rPr>
          <w:rFonts w:ascii="Georgia" w:hAnsi="Georgia"/>
          <w:b w:val="0"/>
          <w:i w:val="0"/>
          <w:color w:val="22201D"/>
          <w:sz w:val="20"/>
        </w:rPr>
        <w:t>The tin slid into the light.</w:t>
      </w:r>
    </w:p>
    <w:p>
      <w:pPr>
        <w:spacing w:after="60" w:line="266" w:lineRule="auto"/>
        <w:ind w:firstLine="331"/>
        <w:jc w:val="both"/>
      </w:pPr>
      <w:r>
        <w:rPr>
          <w:rFonts w:ascii="Georgia" w:hAnsi="Georgia"/>
          <w:b w:val="0"/>
          <w:i w:val="0"/>
          <w:color w:val="22201D"/>
          <w:sz w:val="20"/>
        </w:rPr>
        <w:t>Its blank label filled in:</w:t>
      </w:r>
    </w:p>
    <w:p>
      <w:pPr>
        <w:spacing w:after="60" w:line="250" w:lineRule="auto"/>
        <w:ind w:left="202" w:right="173"/>
      </w:pPr>
      <w:r>
        <w:rPr>
          <w:rFonts w:ascii="Georgia" w:hAnsi="Georgia"/>
          <w:b w:val="0"/>
          <w:i w:val="0"/>
          <w:color w:val="22201D"/>
          <w:sz w:val="17"/>
        </w:rPr>
        <w:t>QUIET Use: rest, privacy, listening Filed as: agreement</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That was unwise.</w:t>
      </w:r>
    </w:p>
    <w:p>
      <w:pPr>
        <w:spacing w:after="60" w:line="266" w:lineRule="auto"/>
        <w:ind w:firstLine="331"/>
        <w:jc w:val="both"/>
      </w:pPr>
      <w:r>
        <w:rPr>
          <w:rFonts w:ascii="Georgia" w:hAnsi="Georgia"/>
          <w:b w:val="0"/>
          <w:i w:val="0"/>
          <w:color w:val="22201D"/>
          <w:sz w:val="20"/>
        </w:rPr>
        <w:t>The pantry was not less visible in the dark.</w:t>
      </w:r>
    </w:p>
    <w:p>
      <w:pPr>
        <w:spacing w:after="60" w:line="266" w:lineRule="auto"/>
        <w:ind w:firstLine="331"/>
        <w:jc w:val="both"/>
      </w:pPr>
      <w:r>
        <w:rPr>
          <w:rFonts w:ascii="Georgia" w:hAnsi="Georgia"/>
          <w:b w:val="0"/>
          <w:i w:val="0"/>
          <w:color w:val="22201D"/>
          <w:sz w:val="20"/>
        </w:rPr>
        <w:t>It simply became internal shelving.</w:t>
      </w:r>
    </w:p>
    <w:p>
      <w:pPr>
        <w:spacing w:after="60" w:line="266" w:lineRule="auto"/>
        <w:ind w:firstLine="331"/>
        <w:jc w:val="both"/>
      </w:pPr>
      <w:r>
        <w:rPr>
          <w:rFonts w:ascii="Georgia" w:hAnsi="Georgia"/>
          <w:b w:val="0"/>
          <w:i w:val="0"/>
          <w:color w:val="22201D"/>
          <w:sz w:val="20"/>
        </w:rPr>
        <w:t>He opened them.</w:t>
      </w:r>
    </w:p>
    <w:p>
      <w:pPr>
        <w:spacing w:after="60" w:line="266" w:lineRule="auto"/>
        <w:ind w:firstLine="331"/>
        <w:jc w:val="both"/>
      </w:pPr>
      <w:r>
        <w:rPr>
          <w:rFonts w:ascii="Georgia" w:hAnsi="Georgia"/>
          <w:b w:val="0"/>
          <w:i w:val="0"/>
          <w:color w:val="22201D"/>
          <w:sz w:val="20"/>
        </w:rPr>
        <w:t>"Quiet is not agreement," he said.</w:t>
      </w:r>
    </w:p>
    <w:p>
      <w:pPr>
        <w:spacing w:after="60" w:line="266" w:lineRule="auto"/>
        <w:ind w:firstLine="331"/>
        <w:jc w:val="both"/>
      </w:pPr>
      <w:r>
        <w:rPr>
          <w:rFonts w:ascii="Georgia" w:hAnsi="Georgia"/>
          <w:b w:val="0"/>
          <w:i w:val="0"/>
          <w:color w:val="22201D"/>
          <w:sz w:val="20"/>
        </w:rPr>
        <w:t>The tin clicked once.</w:t>
      </w:r>
    </w:p>
    <w:p>
      <w:pPr>
        <w:spacing w:after="60" w:line="266" w:lineRule="auto"/>
        <w:ind w:firstLine="331"/>
        <w:jc w:val="both"/>
      </w:pPr>
      <w:r>
        <w:rPr>
          <w:rFonts w:ascii="Georgia" w:hAnsi="Georgia"/>
          <w:b w:val="0"/>
          <w:i w:val="0"/>
          <w:color w:val="22201D"/>
          <w:sz w:val="20"/>
        </w:rPr>
        <w:t>"Quiet can be useful."</w:t>
      </w:r>
    </w:p>
    <w:p>
      <w:pPr>
        <w:spacing w:after="60" w:line="266" w:lineRule="auto"/>
        <w:ind w:firstLine="331"/>
        <w:jc w:val="both"/>
      </w:pPr>
      <w:r>
        <w:rPr>
          <w:rFonts w:ascii="Georgia" w:hAnsi="Georgia"/>
          <w:b w:val="0"/>
          <w:i w:val="0"/>
          <w:color w:val="22201D"/>
          <w:sz w:val="20"/>
        </w:rPr>
        <w:t>The tin clicked again.</w:t>
      </w:r>
    </w:p>
    <w:p>
      <w:pPr>
        <w:spacing w:after="60" w:line="266" w:lineRule="auto"/>
        <w:ind w:firstLine="331"/>
        <w:jc w:val="both"/>
      </w:pPr>
      <w:r>
        <w:rPr>
          <w:rFonts w:ascii="Georgia" w:hAnsi="Georgia"/>
          <w:b w:val="0"/>
          <w:i w:val="0"/>
          <w:color w:val="22201D"/>
          <w:sz w:val="20"/>
        </w:rPr>
        <w:t>"For rest, privacy, and listening."</w:t>
      </w:r>
    </w:p>
    <w:p>
      <w:pPr>
        <w:spacing w:after="60" w:line="266" w:lineRule="auto"/>
        <w:ind w:firstLine="331"/>
        <w:jc w:val="both"/>
      </w:pPr>
      <w:r>
        <w:rPr>
          <w:rFonts w:ascii="Georgia" w:hAnsi="Georgia"/>
          <w:b w:val="0"/>
          <w:i w:val="0"/>
          <w:color w:val="22201D"/>
          <w:sz w:val="20"/>
        </w:rPr>
        <w:t>The lid loosened.</w:t>
      </w:r>
    </w:p>
    <w:p>
      <w:pPr>
        <w:spacing w:after="60" w:line="266" w:lineRule="auto"/>
        <w:ind w:firstLine="331"/>
        <w:jc w:val="both"/>
      </w:pPr>
      <w:r>
        <w:rPr>
          <w:rFonts w:ascii="Georgia" w:hAnsi="Georgia"/>
          <w:b w:val="0"/>
          <w:i w:val="0"/>
          <w:color w:val="22201D"/>
          <w:sz w:val="20"/>
        </w:rPr>
        <w:t>He did not open it.</w:t>
      </w:r>
    </w:p>
    <w:p>
      <w:pPr>
        <w:spacing w:after="60" w:line="266" w:lineRule="auto"/>
        <w:ind w:firstLine="331"/>
        <w:jc w:val="both"/>
      </w:pPr>
      <w:r>
        <w:rPr>
          <w:rFonts w:ascii="Georgia" w:hAnsi="Georgia"/>
          <w:b w:val="0"/>
          <w:i w:val="0"/>
          <w:color w:val="22201D"/>
          <w:sz w:val="20"/>
        </w:rPr>
        <w:t>The Hostess handed him the pencil.</w:t>
      </w:r>
    </w:p>
    <w:p>
      <w:pPr>
        <w:spacing w:after="60" w:line="266" w:lineRule="auto"/>
        <w:ind w:firstLine="331"/>
        <w:jc w:val="both"/>
      </w:pPr>
      <w:r>
        <w:rPr>
          <w:rFonts w:ascii="Georgia" w:hAnsi="Georgia"/>
          <w:b w:val="0"/>
          <w:i w:val="0"/>
          <w:color w:val="22201D"/>
          <w:sz w:val="20"/>
        </w:rPr>
        <w:t>"Ask."</w:t>
      </w:r>
    </w:p>
    <w:p>
      <w:pPr>
        <w:spacing w:after="60" w:line="266" w:lineRule="auto"/>
        <w:ind w:firstLine="331"/>
        <w:jc w:val="both"/>
      </w:pPr>
      <w:r>
        <w:rPr>
          <w:rFonts w:ascii="Georgia" w:hAnsi="Georgia"/>
          <w:b w:val="0"/>
          <w:i w:val="0"/>
          <w:color w:val="22201D"/>
          <w:sz w:val="20"/>
        </w:rPr>
        <w:t>Flocc looked at the tin.</w:t>
      </w:r>
    </w:p>
    <w:p>
      <w:pPr>
        <w:spacing w:after="60" w:line="266" w:lineRule="auto"/>
        <w:ind w:firstLine="331"/>
        <w:jc w:val="both"/>
      </w:pPr>
      <w:r>
        <w:rPr>
          <w:rFonts w:ascii="Georgia" w:hAnsi="Georgia"/>
          <w:b w:val="0"/>
          <w:i w:val="0"/>
          <w:color w:val="22201D"/>
          <w:sz w:val="20"/>
        </w:rPr>
        <w:t>"May I correct the file?"</w:t>
      </w:r>
    </w:p>
    <w:p>
      <w:pPr>
        <w:spacing w:after="60" w:line="266" w:lineRule="auto"/>
        <w:ind w:firstLine="331"/>
        <w:jc w:val="both"/>
      </w:pPr>
      <w:r>
        <w:rPr>
          <w:rFonts w:ascii="Georgia" w:hAnsi="Georgia"/>
          <w:b w:val="0"/>
          <w:i w:val="0"/>
          <w:color w:val="22201D"/>
          <w:sz w:val="20"/>
        </w:rPr>
        <w:t>The tin did not move.</w:t>
      </w:r>
    </w:p>
    <w:p>
      <w:pPr>
        <w:spacing w:after="60" w:line="266" w:lineRule="auto"/>
        <w:ind w:firstLine="331"/>
        <w:jc w:val="both"/>
      </w:pPr>
      <w:r>
        <w:rPr>
          <w:rFonts w:ascii="Georgia" w:hAnsi="Georgia"/>
          <w:b w:val="0"/>
          <w:i w:val="0"/>
          <w:color w:val="22201D"/>
          <w:sz w:val="20"/>
        </w:rPr>
        <w:t>It did not tip.</w:t>
      </w:r>
    </w:p>
    <w:p>
      <w:pPr>
        <w:spacing w:after="60" w:line="266" w:lineRule="auto"/>
        <w:ind w:firstLine="331"/>
        <w:jc w:val="both"/>
      </w:pPr>
      <w:r>
        <w:rPr>
          <w:rFonts w:ascii="Georgia" w:hAnsi="Georgia"/>
          <w:b w:val="0"/>
          <w:i w:val="0"/>
          <w:color w:val="22201D"/>
          <w:sz w:val="20"/>
        </w:rPr>
        <w:t>It did not click.</w:t>
      </w:r>
    </w:p>
    <w:p>
      <w:pPr>
        <w:spacing w:after="60" w:line="266" w:lineRule="auto"/>
        <w:ind w:firstLine="331"/>
        <w:jc w:val="both"/>
      </w:pPr>
      <w:r>
        <w:rPr>
          <w:rFonts w:ascii="Georgia" w:hAnsi="Georgia"/>
          <w:b w:val="0"/>
          <w:i w:val="0"/>
          <w:color w:val="22201D"/>
          <w:sz w:val="20"/>
        </w:rPr>
        <w:t>The answer was no.</w:t>
      </w:r>
    </w:p>
    <w:p>
      <w:pPr>
        <w:spacing w:after="60" w:line="266" w:lineRule="auto"/>
        <w:ind w:firstLine="331"/>
        <w:jc w:val="both"/>
      </w:pPr>
      <w:r>
        <w:rPr>
          <w:rFonts w:ascii="Georgia" w:hAnsi="Georgia"/>
          <w:b w:val="0"/>
          <w:i w:val="0"/>
          <w:color w:val="22201D"/>
          <w:sz w:val="20"/>
        </w:rPr>
        <w:t>Flocc handed the pencil back.</w:t>
      </w:r>
    </w:p>
    <w:p>
      <w:pPr>
        <w:spacing w:after="60" w:line="266" w:lineRule="auto"/>
        <w:ind w:firstLine="331"/>
        <w:jc w:val="both"/>
      </w:pPr>
      <w:r>
        <w:rPr>
          <w:rFonts w:ascii="Georgia" w:hAnsi="Georgia"/>
          <w:b w:val="0"/>
          <w:i w:val="0"/>
          <w:color w:val="22201D"/>
          <w:sz w:val="20"/>
        </w:rPr>
        <w:t>The Hostess accepted it.</w:t>
      </w:r>
    </w:p>
    <w:p>
      <w:pPr>
        <w:spacing w:after="60" w:line="266" w:lineRule="auto"/>
        <w:ind w:firstLine="331"/>
        <w:jc w:val="both"/>
      </w:pPr>
      <w:r>
        <w:rPr>
          <w:rFonts w:ascii="Georgia" w:hAnsi="Georgia"/>
          <w:b w:val="0"/>
          <w:i w:val="0"/>
          <w:color w:val="22201D"/>
          <w:sz w:val="20"/>
        </w:rPr>
        <w:t>The substitution tag printed:</w:t>
      </w:r>
    </w:p>
    <w:p>
      <w:pPr>
        <w:spacing w:after="60" w:line="250" w:lineRule="auto"/>
        <w:ind w:left="202" w:right="173"/>
      </w:pPr>
      <w:r>
        <w:rPr>
          <w:rFonts w:ascii="Georgia" w:hAnsi="Georgia"/>
          <w:b w:val="0"/>
          <w:i w:val="0"/>
          <w:color w:val="22201D"/>
          <w:sz w:val="17"/>
        </w:rPr>
        <w:t>No proxy also means no forced correction.</w:t>
      </w:r>
    </w:p>
    <w:p>
      <w:pPr>
        <w:spacing w:after="60" w:line="266" w:lineRule="auto"/>
        <w:ind w:firstLine="331"/>
        <w:jc w:val="both"/>
      </w:pPr>
      <w:r>
        <w:rPr>
          <w:rFonts w:ascii="Georgia" w:hAnsi="Georgia"/>
          <w:b w:val="0"/>
          <w:i w:val="0"/>
          <w:color w:val="22201D"/>
          <w:sz w:val="20"/>
        </w:rPr>
        <w:t>Flocc let out a breath he had not meant to hold.</w:t>
      </w:r>
    </w:p>
    <w:p>
      <w:pPr>
        <w:spacing w:after="60" w:line="266" w:lineRule="auto"/>
        <w:ind w:firstLine="331"/>
        <w:jc w:val="both"/>
      </w:pPr>
      <w:r>
        <w:rPr>
          <w:rFonts w:ascii="Georgia" w:hAnsi="Georgia"/>
          <w:b w:val="0"/>
          <w:i w:val="0"/>
          <w:color w:val="22201D"/>
          <w:sz w:val="20"/>
        </w:rPr>
        <w:t>"Then what happens?"</w:t>
      </w:r>
    </w:p>
    <w:p>
      <w:pPr>
        <w:spacing w:after="60" w:line="266" w:lineRule="auto"/>
        <w:ind w:firstLine="331"/>
        <w:jc w:val="both"/>
      </w:pPr>
      <w:r>
        <w:rPr>
          <w:rFonts w:ascii="Georgia" w:hAnsi="Georgia"/>
          <w:b w:val="0"/>
          <w:i w:val="0"/>
          <w:color w:val="22201D"/>
          <w:sz w:val="20"/>
        </w:rPr>
        <w:t>"It remains identified, uncorrected by you."</w:t>
      </w:r>
    </w:p>
    <w:p>
      <w:pPr>
        <w:spacing w:after="60" w:line="266" w:lineRule="auto"/>
        <w:ind w:firstLine="331"/>
        <w:jc w:val="both"/>
      </w:pPr>
      <w:r>
        <w:rPr>
          <w:rFonts w:ascii="Georgia" w:hAnsi="Georgia"/>
          <w:b w:val="0"/>
          <w:i w:val="0"/>
          <w:color w:val="22201D"/>
          <w:sz w:val="20"/>
        </w:rPr>
        <w:t>"That sounds unfinished."</w:t>
      </w:r>
    </w:p>
    <w:p>
      <w:pPr>
        <w:spacing w:after="60" w:line="266" w:lineRule="auto"/>
        <w:ind w:firstLine="331"/>
        <w:jc w:val="both"/>
      </w:pPr>
      <w:r>
        <w:rPr>
          <w:rFonts w:ascii="Georgia" w:hAnsi="Georgia"/>
          <w:b w:val="0"/>
          <w:i w:val="0"/>
          <w:color w:val="22201D"/>
          <w:sz w:val="20"/>
        </w:rPr>
        <w:t>"It is."</w:t>
      </w:r>
    </w:p>
    <w:p>
      <w:pPr>
        <w:spacing w:after="60" w:line="266" w:lineRule="auto"/>
        <w:ind w:firstLine="331"/>
        <w:jc w:val="both"/>
      </w:pPr>
      <w:r>
        <w:rPr>
          <w:rFonts w:ascii="Georgia" w:hAnsi="Georgia"/>
          <w:b w:val="0"/>
          <w:i w:val="0"/>
          <w:color w:val="22201D"/>
          <w:sz w:val="20"/>
        </w:rPr>
        <w:t>"Is unfinished allowed?"</w:t>
      </w:r>
    </w:p>
    <w:p>
      <w:pPr>
        <w:spacing w:after="60" w:line="266" w:lineRule="auto"/>
        <w:ind w:firstLine="331"/>
        <w:jc w:val="both"/>
      </w:pPr>
      <w:r>
        <w:rPr>
          <w:rFonts w:ascii="Georgia" w:hAnsi="Georgia"/>
          <w:b w:val="0"/>
          <w:i w:val="0"/>
          <w:color w:val="22201D"/>
          <w:sz w:val="20"/>
        </w:rPr>
        <w:t>"Allowed? It is the pantry's main inventory category."</w:t>
      </w:r>
    </w:p>
    <w:p>
      <w:pPr>
        <w:spacing w:after="60" w:line="266" w:lineRule="auto"/>
        <w:ind w:firstLine="331"/>
        <w:jc w:val="both"/>
      </w:pPr>
      <w:r>
        <w:rPr>
          <w:rFonts w:ascii="Georgia" w:hAnsi="Georgia"/>
          <w:b w:val="0"/>
          <w:i w:val="0"/>
          <w:color w:val="22201D"/>
          <w:sz w:val="20"/>
        </w:rPr>
        <w:t>The tin slid to a lower shelf labeled:</w:t>
      </w:r>
    </w:p>
    <w:p>
      <w:pPr>
        <w:spacing w:after="60" w:line="250" w:lineRule="auto"/>
        <w:ind w:left="202" w:right="173"/>
      </w:pPr>
      <w:r>
        <w:rPr>
          <w:rFonts w:ascii="Georgia" w:hAnsi="Georgia"/>
          <w:b w:val="0"/>
          <w:i w:val="0"/>
          <w:color w:val="22201D"/>
          <w:sz w:val="17"/>
        </w:rPr>
        <w:t>IDENTIFIED, NOT READY</w:t>
      </w:r>
    </w:p>
    <w:p>
      <w:pPr>
        <w:spacing w:after="60" w:line="266" w:lineRule="auto"/>
        <w:ind w:firstLine="331"/>
        <w:jc w:val="both"/>
      </w:pPr>
      <w:r>
        <w:rPr>
          <w:rFonts w:ascii="Georgia" w:hAnsi="Georgia"/>
          <w:b w:val="0"/>
          <w:i w:val="0"/>
          <w:color w:val="22201D"/>
          <w:sz w:val="20"/>
        </w:rPr>
        <w:t>The shelf was not empty.</w:t>
      </w:r>
    </w:p>
    <w:p>
      <w:pPr>
        <w:spacing w:after="60" w:line="266" w:lineRule="auto"/>
        <w:ind w:firstLine="331"/>
        <w:jc w:val="both"/>
      </w:pPr>
      <w:r>
        <w:rPr>
          <w:rFonts w:ascii="Georgia" w:hAnsi="Georgia"/>
          <w:b w:val="0"/>
          <w:i w:val="0"/>
          <w:color w:val="22201D"/>
          <w:sz w:val="20"/>
        </w:rPr>
        <w:t>Flocc did not read the other labels.</w:t>
      </w:r>
    </w:p>
    <w:p>
      <w:pPr>
        <w:spacing w:after="60" w:line="266" w:lineRule="auto"/>
        <w:ind w:firstLine="331"/>
        <w:jc w:val="both"/>
      </w:pPr>
      <w:r>
        <w:rPr>
          <w:rFonts w:ascii="Georgia" w:hAnsi="Georgia"/>
          <w:b w:val="0"/>
          <w:i w:val="0"/>
          <w:color w:val="22201D"/>
          <w:sz w:val="20"/>
        </w:rPr>
        <w:t>That was not avoidance.</w:t>
      </w:r>
    </w:p>
    <w:p>
      <w:pPr>
        <w:spacing w:after="60" w:line="266" w:lineRule="auto"/>
        <w:ind w:firstLine="331"/>
        <w:jc w:val="both"/>
      </w:pPr>
      <w:r>
        <w:rPr>
          <w:rFonts w:ascii="Georgia" w:hAnsi="Georgia"/>
          <w:b w:val="0"/>
          <w:i w:val="0"/>
          <w:color w:val="22201D"/>
          <w:sz w:val="20"/>
        </w:rPr>
        <w:t>He hoped.</w:t>
      </w:r>
    </w:p>
    <w:p>
      <w:pPr>
        <w:spacing w:after="60" w:line="266" w:lineRule="auto"/>
        <w:ind w:firstLine="331"/>
        <w:jc w:val="both"/>
      </w:pPr>
      <w:r>
        <w:rPr>
          <w:rFonts w:ascii="Georgia" w:hAnsi="Georgia"/>
          <w:b w:val="0"/>
          <w:i w:val="0"/>
          <w:color w:val="22201D"/>
          <w:sz w:val="20"/>
        </w:rPr>
        <w:t>The substitution tag stopped tugging.</w:t>
      </w:r>
    </w:p>
    <w:p>
      <w:pPr>
        <w:spacing w:after="60" w:line="266" w:lineRule="auto"/>
        <w:ind w:firstLine="331"/>
        <w:jc w:val="both"/>
      </w:pPr>
      <w:r>
        <w:rPr>
          <w:rFonts w:ascii="Georgia" w:hAnsi="Georgia"/>
          <w:b w:val="0"/>
          <w:i w:val="0"/>
          <w:color w:val="22201D"/>
          <w:sz w:val="20"/>
        </w:rPr>
        <w:t>Its red string untangled itself and lay flat.</w:t>
      </w:r>
    </w:p>
    <w:p>
      <w:pPr>
        <w:spacing w:after="60" w:line="266" w:lineRule="auto"/>
        <w:ind w:firstLine="331"/>
        <w:jc w:val="both"/>
      </w:pPr>
      <w:r>
        <w:rPr>
          <w:rFonts w:ascii="Georgia" w:hAnsi="Georgia"/>
          <w:b w:val="0"/>
          <w:i w:val="0"/>
          <w:color w:val="22201D"/>
          <w:sz w:val="20"/>
        </w:rPr>
        <w:t>The shelf now read:</w:t>
      </w:r>
    </w:p>
    <w:p>
      <w:pPr>
        <w:spacing w:after="60" w:line="250" w:lineRule="auto"/>
        <w:ind w:left="202" w:right="173"/>
      </w:pPr>
      <w:r>
        <w:rPr>
          <w:rFonts w:ascii="Georgia" w:hAnsi="Georgia"/>
          <w:b w:val="0"/>
          <w:i w:val="0"/>
          <w:color w:val="22201D"/>
          <w:sz w:val="17"/>
        </w:rPr>
        <w:t>ACCEPTABLE REPLACEMENTS WHEN NAMED, CONSENTED TO, AND NOT USED AS PROXY</w:t>
      </w:r>
    </w:p>
    <w:p>
      <w:pPr>
        <w:spacing w:after="60" w:line="266" w:lineRule="auto"/>
        <w:ind w:firstLine="331"/>
        <w:jc w:val="both"/>
      </w:pPr>
      <w:r>
        <w:rPr>
          <w:rFonts w:ascii="Georgia" w:hAnsi="Georgia"/>
          <w:b w:val="0"/>
          <w:i w:val="0"/>
          <w:color w:val="22201D"/>
          <w:sz w:val="20"/>
        </w:rPr>
        <w:t>The Hostess clipped the tag to the shelf bracket.</w:t>
      </w:r>
    </w:p>
    <w:p>
      <w:pPr>
        <w:spacing w:after="60" w:line="266" w:lineRule="auto"/>
        <w:ind w:firstLine="331"/>
        <w:jc w:val="both"/>
      </w:pPr>
      <w:r>
        <w:rPr>
          <w:rFonts w:ascii="Georgia" w:hAnsi="Georgia"/>
          <w:b w:val="0"/>
          <w:i w:val="0"/>
          <w:color w:val="22201D"/>
          <w:sz w:val="20"/>
        </w:rPr>
        <w:t>The tag stamped:</w:t>
      </w:r>
    </w:p>
    <w:p>
      <w:pPr>
        <w:spacing w:after="60" w:line="250" w:lineRule="auto"/>
        <w:ind w:left="202" w:right="173"/>
      </w:pPr>
      <w:r>
        <w:rPr>
          <w:rFonts w:ascii="Georgia" w:hAnsi="Georgia"/>
          <w:b w:val="0"/>
          <w:i w:val="0"/>
          <w:color w:val="22201D"/>
          <w:sz w:val="17"/>
        </w:rPr>
        <w:t>PRICE PAID: NO PROXY</w:t>
      </w:r>
    </w:p>
    <w:p>
      <w:pPr>
        <w:spacing w:after="60" w:line="266" w:lineRule="auto"/>
        <w:ind w:firstLine="331"/>
        <w:jc w:val="both"/>
      </w:pPr>
      <w:r>
        <w:rPr>
          <w:rFonts w:ascii="Georgia" w:hAnsi="Georgia"/>
          <w:b w:val="0"/>
          <w:i w:val="0"/>
          <w:color w:val="22201D"/>
          <w:sz w:val="20"/>
        </w:rPr>
        <w:t>From somewhere beyond the aisle came a sound like drawers reorganizing.</w:t>
      </w:r>
    </w:p>
    <w:p>
      <w:pPr>
        <w:spacing w:after="60" w:line="266" w:lineRule="auto"/>
        <w:ind w:firstLine="331"/>
        <w:jc w:val="both"/>
      </w:pPr>
      <w:r>
        <w:rPr>
          <w:rFonts w:ascii="Georgia" w:hAnsi="Georgia"/>
          <w:b w:val="0"/>
          <w:i w:val="0"/>
          <w:color w:val="22201D"/>
          <w:sz w:val="20"/>
        </w:rPr>
        <w:t>Not one drawer.</w:t>
      </w:r>
    </w:p>
    <w:p>
      <w:pPr>
        <w:spacing w:after="60" w:line="266" w:lineRule="auto"/>
        <w:ind w:firstLine="331"/>
        <w:jc w:val="both"/>
      </w:pPr>
      <w:r>
        <w:rPr>
          <w:rFonts w:ascii="Georgia" w:hAnsi="Georgia"/>
          <w:b w:val="0"/>
          <w:i w:val="0"/>
          <w:color w:val="22201D"/>
          <w:sz w:val="20"/>
        </w:rPr>
        <w:t>Many.</w:t>
      </w:r>
    </w:p>
    <w:p>
      <w:pPr>
        <w:spacing w:after="60" w:line="266" w:lineRule="auto"/>
        <w:ind w:firstLine="331"/>
        <w:jc w:val="both"/>
      </w:pPr>
      <w:r>
        <w:rPr>
          <w:rFonts w:ascii="Georgia" w:hAnsi="Georgia"/>
          <w:b w:val="0"/>
          <w:i w:val="0"/>
          <w:color w:val="22201D"/>
          <w:sz w:val="20"/>
        </w:rPr>
        <w:t>Card catalog drawers.</w:t>
      </w:r>
    </w:p>
    <w:p>
      <w:pPr>
        <w:spacing w:after="60" w:line="266" w:lineRule="auto"/>
        <w:ind w:firstLine="331"/>
        <w:jc w:val="both"/>
      </w:pPr>
      <w:r>
        <w:rPr>
          <w:rFonts w:ascii="Georgia" w:hAnsi="Georgia"/>
          <w:b w:val="0"/>
          <w:i w:val="0"/>
          <w:color w:val="22201D"/>
          <w:sz w:val="20"/>
        </w:rPr>
        <w:t>The Hostess's face changed.</w:t>
      </w:r>
    </w:p>
    <w:p>
      <w:pPr>
        <w:spacing w:after="60" w:line="266" w:lineRule="auto"/>
        <w:ind w:firstLine="331"/>
        <w:jc w:val="both"/>
      </w:pPr>
      <w:r>
        <w:rPr>
          <w:rFonts w:ascii="Georgia" w:hAnsi="Georgia"/>
          <w:b w:val="0"/>
          <w:i w:val="0"/>
          <w:color w:val="22201D"/>
          <w:sz w:val="20"/>
        </w:rPr>
        <w:t>"Inventory correction."</w:t>
      </w:r>
    </w:p>
    <w:p>
      <w:pPr>
        <w:spacing w:after="60" w:line="266" w:lineRule="auto"/>
        <w:ind w:firstLine="331"/>
        <w:jc w:val="both"/>
      </w:pPr>
      <w:r>
        <w:rPr>
          <w:rFonts w:ascii="Georgia" w:hAnsi="Georgia"/>
          <w:b w:val="0"/>
          <w:i w:val="0"/>
          <w:color w:val="22201D"/>
          <w:sz w:val="20"/>
        </w:rPr>
        <w:t>"For the shelf?"</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card catalog from Chapter One rolled into the aisle on its brass feet.</w:t>
      </w:r>
    </w:p>
    <w:p>
      <w:pPr>
        <w:spacing w:after="60" w:line="266" w:lineRule="auto"/>
        <w:ind w:firstLine="331"/>
        <w:jc w:val="both"/>
      </w:pPr>
      <w:r>
        <w:rPr>
          <w:rFonts w:ascii="Georgia" w:hAnsi="Georgia"/>
          <w:b w:val="0"/>
          <w:i w:val="0"/>
          <w:color w:val="22201D"/>
          <w:sz w:val="20"/>
        </w:rPr>
        <w:t>It stopped in front of Flocc.</w:t>
      </w:r>
    </w:p>
    <w:p>
      <w:pPr>
        <w:spacing w:after="60" w:line="266" w:lineRule="auto"/>
        <w:ind w:firstLine="331"/>
        <w:jc w:val="both"/>
      </w:pPr>
      <w:r>
        <w:rPr>
          <w:rFonts w:ascii="Georgia" w:hAnsi="Georgia"/>
          <w:b w:val="0"/>
          <w:i w:val="0"/>
          <w:color w:val="22201D"/>
          <w:sz w:val="20"/>
        </w:rPr>
        <w:t>One drawer opened.</w:t>
      </w:r>
    </w:p>
    <w:p>
      <w:pPr>
        <w:spacing w:after="60" w:line="266" w:lineRule="auto"/>
        <w:ind w:firstLine="331"/>
        <w:jc w:val="both"/>
      </w:pPr>
      <w:r>
        <w:rPr>
          <w:rFonts w:ascii="Georgia" w:hAnsi="Georgia"/>
          <w:b w:val="0"/>
          <w:i w:val="0"/>
          <w:color w:val="22201D"/>
          <w:sz w:val="20"/>
        </w:rPr>
        <w:t>Then another.</w:t>
      </w:r>
    </w:p>
    <w:p>
      <w:pPr>
        <w:spacing w:after="60" w:line="266" w:lineRule="auto"/>
        <w:ind w:firstLine="331"/>
        <w:jc w:val="both"/>
      </w:pPr>
      <w:r>
        <w:rPr>
          <w:rFonts w:ascii="Georgia" w:hAnsi="Georgia"/>
          <w:b w:val="0"/>
          <w:i w:val="0"/>
          <w:color w:val="22201D"/>
          <w:sz w:val="20"/>
        </w:rPr>
        <w:t>Then a third.</w:t>
      </w:r>
    </w:p>
    <w:p>
      <w:pPr>
        <w:spacing w:after="60" w:line="266" w:lineRule="auto"/>
        <w:ind w:firstLine="331"/>
        <w:jc w:val="both"/>
      </w:pPr>
      <w:r>
        <w:rPr>
          <w:rFonts w:ascii="Georgia" w:hAnsi="Georgia"/>
          <w:b w:val="0"/>
          <w:i w:val="0"/>
          <w:color w:val="22201D"/>
          <w:sz w:val="20"/>
        </w:rPr>
        <w:t>Cards lifted themselves in a small white storm.</w:t>
      </w:r>
    </w:p>
    <w:p>
      <w:pPr>
        <w:spacing w:after="60" w:line="266" w:lineRule="auto"/>
        <w:ind w:firstLine="331"/>
        <w:jc w:val="both"/>
      </w:pPr>
      <w:r>
        <w:rPr>
          <w:rFonts w:ascii="Georgia" w:hAnsi="Georgia"/>
          <w:b w:val="0"/>
          <w:i w:val="0"/>
          <w:color w:val="22201D"/>
          <w:sz w:val="20"/>
        </w:rPr>
        <w:t>Every card had his name on it.</w:t>
      </w:r>
    </w:p>
    <w:p>
      <w:pPr>
        <w:spacing w:after="60" w:line="266" w:lineRule="auto"/>
        <w:ind w:firstLine="331"/>
        <w:jc w:val="both"/>
      </w:pPr>
      <w:r>
        <w:rPr>
          <w:rFonts w:ascii="Georgia" w:hAnsi="Georgia"/>
          <w:b w:val="0"/>
          <w:i w:val="0"/>
          <w:color w:val="22201D"/>
          <w:sz w:val="20"/>
        </w:rPr>
        <w:t>Some correctly.</w:t>
      </w:r>
    </w:p>
    <w:p>
      <w:pPr>
        <w:spacing w:after="60" w:line="266" w:lineRule="auto"/>
        <w:ind w:firstLine="331"/>
        <w:jc w:val="both"/>
      </w:pPr>
      <w:r>
        <w:rPr>
          <w:rFonts w:ascii="Georgia" w:hAnsi="Georgia"/>
          <w:b w:val="0"/>
          <w:i w:val="0"/>
          <w:color w:val="22201D"/>
          <w:sz w:val="20"/>
        </w:rPr>
        <w:t>Some with amendments.</w:t>
      </w:r>
    </w:p>
    <w:p>
      <w:pPr>
        <w:spacing w:after="60" w:line="266" w:lineRule="auto"/>
        <w:ind w:firstLine="331"/>
        <w:jc w:val="both"/>
      </w:pPr>
      <w:r>
        <w:rPr>
          <w:rFonts w:ascii="Georgia" w:hAnsi="Georgia"/>
          <w:b w:val="0"/>
          <w:i w:val="0"/>
          <w:color w:val="22201D"/>
          <w:sz w:val="20"/>
        </w:rPr>
        <w:t>Some with insults disguised as categories.</w:t>
      </w:r>
    </w:p>
    <w:p>
      <w:pPr>
        <w:spacing w:after="60" w:line="250" w:lineRule="auto"/>
        <w:ind w:left="202" w:right="173"/>
      </w:pPr>
      <w:r>
        <w:rPr>
          <w:rFonts w:ascii="Georgia" w:hAnsi="Georgia"/>
          <w:b w:val="0"/>
          <w:i w:val="0"/>
          <w:color w:val="22201D"/>
          <w:sz w:val="17"/>
        </w:rPr>
        <w:t>FLOCC - REGRET, BULK FLOCC - WITNESS, UNSTABLE FLOCC - ALMOST USEFUL FLOCC - QUIET FILED AS AGREEMENT FLOCC - VALUE, UNADMITTED</w:t>
      </w:r>
    </w:p>
    <w:p>
      <w:pPr>
        <w:spacing w:after="60" w:line="266" w:lineRule="auto"/>
        <w:ind w:firstLine="331"/>
        <w:jc w:val="both"/>
      </w:pPr>
      <w:r>
        <w:rPr>
          <w:rFonts w:ascii="Georgia" w:hAnsi="Georgia"/>
          <w:b w:val="0"/>
          <w:i w:val="0"/>
          <w:color w:val="22201D"/>
          <w:sz w:val="20"/>
        </w:rPr>
        <w:t>The last card hovered in front of him.</w:t>
      </w:r>
    </w:p>
    <w:p>
      <w:pPr>
        <w:spacing w:after="60" w:line="250" w:lineRule="auto"/>
        <w:ind w:left="202" w:right="173"/>
      </w:pPr>
      <w:r>
        <w:rPr>
          <w:rFonts w:ascii="Georgia" w:hAnsi="Georgia"/>
          <w:b w:val="0"/>
          <w:i w:val="0"/>
          <w:color w:val="22201D"/>
          <w:sz w:val="17"/>
        </w:rPr>
        <w:t>INVENTORY CORRECTION Subject: Flocc Current filing: regret-based value Required price: admitted value</w:t>
      </w:r>
    </w:p>
    <w:p>
      <w:pPr>
        <w:spacing w:after="60" w:line="266" w:lineRule="auto"/>
        <w:ind w:firstLine="331"/>
        <w:jc w:val="both"/>
      </w:pPr>
      <w:r>
        <w:rPr>
          <w:rFonts w:ascii="Georgia" w:hAnsi="Georgia"/>
          <w:b w:val="0"/>
          <w:i w:val="0"/>
          <w:color w:val="22201D"/>
          <w:sz w:val="20"/>
        </w:rPr>
        <w:t>Flocc stepped back.</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Hostess did not move.</w:t>
      </w:r>
    </w:p>
    <w:p>
      <w:pPr>
        <w:spacing w:after="60" w:line="266" w:lineRule="auto"/>
        <w:ind w:firstLine="331"/>
        <w:jc w:val="both"/>
      </w:pPr>
      <w:r>
        <w:rPr>
          <w:rFonts w:ascii="Georgia" w:hAnsi="Georgia"/>
          <w:b w:val="0"/>
          <w:i w:val="0"/>
          <w:color w:val="22201D"/>
          <w:sz w:val="20"/>
        </w:rPr>
        <w:t>The card followed him by one inch.</w:t>
      </w:r>
    </w:p>
    <w:p>
      <w:pPr>
        <w:spacing w:after="60" w:line="266" w:lineRule="auto"/>
        <w:ind w:firstLine="331"/>
        <w:jc w:val="both"/>
      </w:pPr>
      <w:r>
        <w:rPr>
          <w:rFonts w:ascii="Georgia" w:hAnsi="Georgia"/>
          <w:b w:val="0"/>
          <w:i w:val="0"/>
          <w:color w:val="22201D"/>
          <w:sz w:val="20"/>
        </w:rPr>
        <w:t>"Chapter Six," she said.</w:t>
      </w:r>
    </w:p>
    <w:p>
      <w:pPr>
        <w:spacing w:after="60" w:line="266" w:lineRule="auto"/>
        <w:ind w:firstLine="331"/>
        <w:jc w:val="both"/>
      </w:pPr>
      <w:r>
        <w:rPr>
          <w:rFonts w:ascii="Georgia" w:hAnsi="Georgia"/>
          <w:b w:val="0"/>
          <w:i w:val="0"/>
          <w:color w:val="22201D"/>
          <w:sz w:val="20"/>
        </w:rPr>
        <w:t>"That does not make it better."</w:t>
      </w:r>
    </w:p>
    <w:p>
      <w:pPr>
        <w:spacing w:after="60" w:line="266" w:lineRule="auto"/>
        <w:ind w:firstLine="331"/>
        <w:jc w:val="both"/>
      </w:pPr>
      <w:r>
        <w:rPr>
          <w:rFonts w:ascii="Georgia" w:hAnsi="Georgia"/>
          <w:b w:val="0"/>
          <w:i w:val="0"/>
          <w:color w:val="22201D"/>
          <w:sz w:val="20"/>
        </w:rPr>
        <w:t>"It makes it next."</w:t>
      </w:r>
    </w:p>
    <w:p>
      <w:pPr>
        <w:spacing w:after="60" w:line="266" w:lineRule="auto"/>
        <w:ind w:firstLine="331"/>
        <w:jc w:val="both"/>
      </w:pPr>
      <w:r>
        <w:rPr>
          <w:rFonts w:ascii="Georgia" w:hAnsi="Georgia"/>
          <w:b w:val="0"/>
          <w:i w:val="0"/>
          <w:color w:val="22201D"/>
          <w:sz w:val="20"/>
        </w:rPr>
        <w:t>The substitution tag, now properly clipped, stayed where it belonged.</w:t>
      </w:r>
    </w:p>
    <w:p>
      <w:pPr>
        <w:spacing w:after="60" w:line="266" w:lineRule="auto"/>
        <w:ind w:firstLine="331"/>
        <w:jc w:val="both"/>
      </w:pPr>
      <w:r>
        <w:rPr>
          <w:rFonts w:ascii="Georgia" w:hAnsi="Georgia"/>
          <w:b w:val="0"/>
          <w:i w:val="0"/>
          <w:color w:val="22201D"/>
          <w:sz w:val="20"/>
        </w:rPr>
        <w:t>The white beans stayed white beans.</w:t>
      </w:r>
    </w:p>
    <w:p>
      <w:pPr>
        <w:spacing w:after="60" w:line="266" w:lineRule="auto"/>
        <w:ind w:firstLine="331"/>
        <w:jc w:val="both"/>
      </w:pPr>
      <w:r>
        <w:rPr>
          <w:rFonts w:ascii="Georgia" w:hAnsi="Georgia"/>
          <w:b w:val="0"/>
          <w:i w:val="0"/>
          <w:color w:val="22201D"/>
          <w:sz w:val="20"/>
        </w:rPr>
        <w:t>The honey stayed honey.</w:t>
      </w:r>
    </w:p>
    <w:p>
      <w:pPr>
        <w:spacing w:after="60" w:line="266" w:lineRule="auto"/>
        <w:ind w:firstLine="331"/>
        <w:jc w:val="both"/>
      </w:pPr>
      <w:r>
        <w:rPr>
          <w:rFonts w:ascii="Georgia" w:hAnsi="Georgia"/>
          <w:b w:val="0"/>
          <w:i w:val="0"/>
          <w:color w:val="22201D"/>
          <w:sz w:val="20"/>
        </w:rPr>
        <w:t>The quiet tin stayed identified and not ready.</w:t>
      </w:r>
    </w:p>
    <w:p>
      <w:pPr>
        <w:spacing w:after="60" w:line="266" w:lineRule="auto"/>
        <w:ind w:firstLine="331"/>
        <w:jc w:val="both"/>
      </w:pPr>
      <w:r>
        <w:rPr>
          <w:rFonts w:ascii="Georgia" w:hAnsi="Georgia"/>
          <w:b w:val="0"/>
          <w:i w:val="0"/>
          <w:color w:val="22201D"/>
          <w:sz w:val="20"/>
        </w:rPr>
        <w:t>No one had been forced to become anyone else's missing thing.</w:t>
      </w:r>
    </w:p>
    <w:p>
      <w:pPr>
        <w:spacing w:after="60" w:line="266" w:lineRule="auto"/>
        <w:ind w:firstLine="331"/>
        <w:jc w:val="both"/>
      </w:pPr>
      <w:r>
        <w:rPr>
          <w:rFonts w:ascii="Georgia" w:hAnsi="Georgia"/>
          <w:b w:val="0"/>
          <w:i w:val="0"/>
          <w:color w:val="22201D"/>
          <w:sz w:val="20"/>
        </w:rPr>
        <w:t>That was enough progress for one aisle.</w:t>
      </w:r>
    </w:p>
    <w:p>
      <w:pPr>
        <w:spacing w:after="60" w:line="266" w:lineRule="auto"/>
        <w:ind w:firstLine="331"/>
        <w:jc w:val="both"/>
      </w:pPr>
      <w:r>
        <w:rPr>
          <w:rFonts w:ascii="Georgia" w:hAnsi="Georgia"/>
          <w:b w:val="0"/>
          <w:i w:val="0"/>
          <w:color w:val="22201D"/>
          <w:sz w:val="20"/>
        </w:rPr>
        <w:t>The pantry disagreed only in the sense that it had already opened the next drawer.</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6: The Pantry Reorganizes Flocc</w:t>
      </w:r>
    </w:p>
    <w:p>
      <w:pPr>
        <w:spacing w:after="60" w:line="266" w:lineRule="auto"/>
        <w:ind w:firstLine="0"/>
        <w:jc w:val="both"/>
      </w:pPr>
      <w:r>
        <w:rPr>
          <w:rFonts w:ascii="Georgia" w:hAnsi="Georgia"/>
          <w:b w:val="0"/>
          <w:i w:val="0"/>
          <w:color w:val="22201D"/>
          <w:sz w:val="20"/>
        </w:rPr>
        <w:t>In which a card catalog refuses regret-based shelving, inventory math becomes more merciful than praise, and Flocc admits value without being allowed to make a speech about it.</w:t>
      </w:r>
    </w:p>
    <w:p>
      <w:pPr>
        <w:spacing w:after="60" w:line="266" w:lineRule="auto"/>
        <w:ind w:firstLine="331"/>
        <w:jc w:val="both"/>
      </w:pPr>
      <w:r>
        <w:rPr>
          <w:rFonts w:ascii="Georgia" w:hAnsi="Georgia"/>
          <w:b w:val="0"/>
          <w:i w:val="0"/>
          <w:color w:val="22201D"/>
          <w:sz w:val="20"/>
        </w:rPr>
        <w:t>The card catalog opened all its drawers at once.</w:t>
      </w:r>
    </w:p>
    <w:p>
      <w:pPr>
        <w:spacing w:after="60" w:line="266" w:lineRule="auto"/>
        <w:ind w:firstLine="331"/>
        <w:jc w:val="both"/>
      </w:pPr>
      <w:r>
        <w:rPr>
          <w:rFonts w:ascii="Georgia" w:hAnsi="Georgia"/>
          <w:b w:val="0"/>
          <w:i w:val="0"/>
          <w:color w:val="22201D"/>
          <w:sz w:val="20"/>
        </w:rPr>
        <w:t>This was rude.</w:t>
      </w:r>
    </w:p>
    <w:p>
      <w:pPr>
        <w:spacing w:after="60" w:line="266" w:lineRule="auto"/>
        <w:ind w:firstLine="331"/>
        <w:jc w:val="both"/>
      </w:pPr>
      <w:r>
        <w:rPr>
          <w:rFonts w:ascii="Georgia" w:hAnsi="Georgia"/>
          <w:b w:val="0"/>
          <w:i w:val="0"/>
          <w:color w:val="22201D"/>
          <w:sz w:val="20"/>
        </w:rPr>
        <w:t>It was also loud.</w:t>
      </w:r>
    </w:p>
    <w:p>
      <w:pPr>
        <w:spacing w:after="60" w:line="266" w:lineRule="auto"/>
        <w:ind w:firstLine="331"/>
        <w:jc w:val="both"/>
      </w:pPr>
      <w:r>
        <w:rPr>
          <w:rFonts w:ascii="Georgia" w:hAnsi="Georgia"/>
          <w:b w:val="0"/>
          <w:i w:val="0"/>
          <w:color w:val="22201D"/>
          <w:sz w:val="20"/>
        </w:rPr>
        <w:t>The pantry had many sounds: jars ticking, sacks settling, labels peeling, scales clicking, cabinet locks considering whether to become involved. But the card catalog was different. It sounded like a library losing patience with a man who had been checking himself out under the wrong subject heading for years.</w:t>
      </w:r>
    </w:p>
    <w:p>
      <w:pPr>
        <w:spacing w:after="60" w:line="266" w:lineRule="auto"/>
        <w:ind w:firstLine="331"/>
        <w:jc w:val="both"/>
      </w:pPr>
      <w:r>
        <w:rPr>
          <w:rFonts w:ascii="Georgia" w:hAnsi="Georgia"/>
          <w:b w:val="0"/>
          <w:i w:val="0"/>
          <w:color w:val="22201D"/>
          <w:sz w:val="20"/>
        </w:rPr>
        <w:t>Cards lifted into the air.</w:t>
      </w:r>
    </w:p>
    <w:p>
      <w:pPr>
        <w:spacing w:after="60" w:line="266" w:lineRule="auto"/>
        <w:ind w:firstLine="331"/>
        <w:jc w:val="both"/>
      </w:pPr>
      <w:r>
        <w:rPr>
          <w:rFonts w:ascii="Georgia" w:hAnsi="Georgia"/>
          <w:b w:val="0"/>
          <w:i w:val="0"/>
          <w:color w:val="22201D"/>
          <w:sz w:val="20"/>
        </w:rPr>
        <w:t>They circled Flocc in a white paper weather system.</w:t>
      </w:r>
    </w:p>
    <w:p>
      <w:pPr>
        <w:spacing w:after="60" w:line="250" w:lineRule="auto"/>
        <w:ind w:left="202" w:right="173"/>
      </w:pPr>
      <w:r>
        <w:rPr>
          <w:rFonts w:ascii="Georgia" w:hAnsi="Georgia"/>
          <w:b w:val="0"/>
          <w:i w:val="0"/>
          <w:color w:val="22201D"/>
          <w:sz w:val="17"/>
        </w:rPr>
        <w:t>FLOCC - REGRET, BULK FLOCC - WITNESS, UNSTABLE FLOCC - ALMOST USEFUL FLOCC - QUIET FILED AS AGREEMENT FLOCC - VALUE, UNADMITTED</w:t>
      </w:r>
    </w:p>
    <w:p>
      <w:pPr>
        <w:spacing w:after="60" w:line="266" w:lineRule="auto"/>
        <w:ind w:firstLine="331"/>
        <w:jc w:val="both"/>
      </w:pPr>
      <w:r>
        <w:rPr>
          <w:rFonts w:ascii="Georgia" w:hAnsi="Georgia"/>
          <w:b w:val="0"/>
          <w:i w:val="0"/>
          <w:color w:val="22201D"/>
          <w:sz w:val="20"/>
        </w:rPr>
        <w:t>The Hostess stood outside the circle with her pencil behind one ear.</w:t>
      </w:r>
    </w:p>
    <w:p>
      <w:pPr>
        <w:spacing w:after="60" w:line="266" w:lineRule="auto"/>
        <w:ind w:firstLine="331"/>
        <w:jc w:val="both"/>
      </w:pPr>
      <w:r>
        <w:rPr>
          <w:rFonts w:ascii="Georgia" w:hAnsi="Georgia"/>
          <w:b w:val="0"/>
          <w:i w:val="0"/>
          <w:color w:val="22201D"/>
          <w:sz w:val="20"/>
        </w:rPr>
        <w:t>She did not rescue him.</w:t>
      </w:r>
    </w:p>
    <w:p>
      <w:pPr>
        <w:spacing w:after="60" w:line="266" w:lineRule="auto"/>
        <w:ind w:firstLine="331"/>
        <w:jc w:val="both"/>
      </w:pPr>
      <w:r>
        <w:rPr>
          <w:rFonts w:ascii="Georgia" w:hAnsi="Georgia"/>
          <w:b w:val="0"/>
          <w:i w:val="0"/>
          <w:color w:val="22201D"/>
          <w:sz w:val="20"/>
        </w:rPr>
        <w:t>This was becoming a pattern.</w:t>
      </w:r>
    </w:p>
    <w:p>
      <w:pPr>
        <w:spacing w:after="60" w:line="266" w:lineRule="auto"/>
        <w:ind w:firstLine="331"/>
        <w:jc w:val="both"/>
      </w:pPr>
      <w:r>
        <w:rPr>
          <w:rFonts w:ascii="Georgia" w:hAnsi="Georgia"/>
          <w:b w:val="0"/>
          <w:i w:val="0"/>
          <w:color w:val="22201D"/>
          <w:sz w:val="20"/>
        </w:rPr>
        <w:t>"I dislike this aisle," Flocc said.</w:t>
      </w:r>
    </w:p>
    <w:p>
      <w:pPr>
        <w:spacing w:after="60" w:line="266" w:lineRule="auto"/>
        <w:ind w:firstLine="331"/>
        <w:jc w:val="both"/>
      </w:pPr>
      <w:r>
        <w:rPr>
          <w:rFonts w:ascii="Georgia" w:hAnsi="Georgia"/>
          <w:b w:val="0"/>
          <w:i w:val="0"/>
          <w:color w:val="22201D"/>
          <w:sz w:val="20"/>
        </w:rPr>
        <w:t>"This is not an aisle."</w:t>
      </w:r>
    </w:p>
    <w:p>
      <w:pPr>
        <w:spacing w:after="60" w:line="266" w:lineRule="auto"/>
        <w:ind w:firstLine="331"/>
        <w:jc w:val="both"/>
      </w:pPr>
      <w:r>
        <w:rPr>
          <w:rFonts w:ascii="Georgia" w:hAnsi="Georgia"/>
          <w:b w:val="0"/>
          <w:i w:val="0"/>
          <w:color w:val="22201D"/>
          <w:sz w:val="20"/>
        </w:rPr>
        <w:t>The shelves around him rolled backward.</w:t>
      </w:r>
    </w:p>
    <w:p>
      <w:pPr>
        <w:spacing w:after="60" w:line="266" w:lineRule="auto"/>
        <w:ind w:firstLine="331"/>
        <w:jc w:val="both"/>
      </w:pPr>
      <w:r>
        <w:rPr>
          <w:rFonts w:ascii="Georgia" w:hAnsi="Georgia"/>
          <w:b w:val="0"/>
          <w:i w:val="0"/>
          <w:color w:val="22201D"/>
          <w:sz w:val="20"/>
        </w:rPr>
        <w:t>The floor revealed painted squares, measuring lines, shelf numbers, and a large brass scale set into the boards.</w:t>
      </w:r>
    </w:p>
    <w:p>
      <w:pPr>
        <w:spacing w:after="60" w:line="266" w:lineRule="auto"/>
        <w:ind w:firstLine="331"/>
        <w:jc w:val="both"/>
      </w:pPr>
      <w:r>
        <w:rPr>
          <w:rFonts w:ascii="Georgia" w:hAnsi="Georgia"/>
          <w:b w:val="0"/>
          <w:i w:val="0"/>
          <w:color w:val="22201D"/>
          <w:sz w:val="20"/>
        </w:rPr>
        <w:t>The card catalog settled at the edge of the scale.</w:t>
      </w:r>
    </w:p>
    <w:p>
      <w:pPr>
        <w:spacing w:after="60" w:line="266" w:lineRule="auto"/>
        <w:ind w:firstLine="331"/>
        <w:jc w:val="both"/>
      </w:pPr>
      <w:r>
        <w:rPr>
          <w:rFonts w:ascii="Georgia" w:hAnsi="Georgia"/>
          <w:b w:val="0"/>
          <w:i w:val="0"/>
          <w:color w:val="22201D"/>
          <w:sz w:val="20"/>
        </w:rPr>
        <w:t>"This is receiving," the Hostess said.</w:t>
      </w:r>
    </w:p>
    <w:p>
      <w:pPr>
        <w:spacing w:after="60" w:line="266" w:lineRule="auto"/>
        <w:ind w:firstLine="331"/>
        <w:jc w:val="both"/>
      </w:pPr>
      <w:r>
        <w:rPr>
          <w:rFonts w:ascii="Georgia" w:hAnsi="Georgia"/>
          <w:b w:val="0"/>
          <w:i w:val="0"/>
          <w:color w:val="22201D"/>
          <w:sz w:val="20"/>
        </w:rPr>
        <w:t>"For people?"</w:t>
      </w:r>
    </w:p>
    <w:p>
      <w:pPr>
        <w:spacing w:after="60" w:line="266" w:lineRule="auto"/>
        <w:ind w:firstLine="331"/>
        <w:jc w:val="both"/>
      </w:pPr>
      <w:r>
        <w:rPr>
          <w:rFonts w:ascii="Georgia" w:hAnsi="Georgia"/>
          <w:b w:val="0"/>
          <w:i w:val="0"/>
          <w:color w:val="22201D"/>
          <w:sz w:val="20"/>
        </w:rPr>
        <w:t>"For inventory."</w:t>
      </w:r>
    </w:p>
    <w:p>
      <w:pPr>
        <w:spacing w:after="60" w:line="266" w:lineRule="auto"/>
        <w:ind w:firstLine="331"/>
        <w:jc w:val="both"/>
      </w:pPr>
      <w:r>
        <w:rPr>
          <w:rFonts w:ascii="Georgia" w:hAnsi="Georgia"/>
          <w:b w:val="0"/>
          <w:i w:val="0"/>
          <w:color w:val="22201D"/>
          <w:sz w:val="20"/>
        </w:rPr>
        <w:t>"I am not inventory."</w:t>
      </w:r>
    </w:p>
    <w:p>
      <w:pPr>
        <w:spacing w:after="60" w:line="266" w:lineRule="auto"/>
        <w:ind w:firstLine="331"/>
        <w:jc w:val="both"/>
      </w:pPr>
      <w:r>
        <w:rPr>
          <w:rFonts w:ascii="Georgia" w:hAnsi="Georgia"/>
          <w:b w:val="0"/>
          <w:i w:val="0"/>
          <w:color w:val="22201D"/>
          <w:sz w:val="20"/>
        </w:rPr>
        <w:t>The catalog stamped:</w:t>
      </w:r>
    </w:p>
    <w:p>
      <w:pPr>
        <w:spacing w:after="60" w:line="250" w:lineRule="auto"/>
        <w:ind w:left="202" w:right="173"/>
      </w:pPr>
      <w:r>
        <w:rPr>
          <w:rFonts w:ascii="Georgia" w:hAnsi="Georgia"/>
          <w:b w:val="0"/>
          <w:i w:val="0"/>
          <w:color w:val="22201D"/>
          <w:sz w:val="17"/>
        </w:rPr>
        <w:t>DISPUTED ITEM</w:t>
      </w:r>
    </w:p>
    <w:p>
      <w:pPr>
        <w:spacing w:after="60" w:line="266" w:lineRule="auto"/>
        <w:ind w:firstLine="331"/>
        <w:jc w:val="both"/>
      </w:pPr>
      <w:r>
        <w:rPr>
          <w:rFonts w:ascii="Georgia" w:hAnsi="Georgia"/>
          <w:b w:val="0"/>
          <w:i w:val="0"/>
          <w:color w:val="22201D"/>
          <w:sz w:val="20"/>
        </w:rPr>
        <w:t>Flocc closed his mouth.</w:t>
      </w:r>
    </w:p>
    <w:p>
      <w:pPr>
        <w:spacing w:after="60" w:line="266" w:lineRule="auto"/>
        <w:ind w:firstLine="331"/>
        <w:jc w:val="both"/>
      </w:pPr>
      <w:r>
        <w:rPr>
          <w:rFonts w:ascii="Georgia" w:hAnsi="Georgia"/>
          <w:b w:val="0"/>
          <w:i w:val="0"/>
          <w:color w:val="22201D"/>
          <w:sz w:val="20"/>
        </w:rPr>
        <w:t>The Hostess took the top card from the air.</w:t>
      </w:r>
    </w:p>
    <w:p>
      <w:pPr>
        <w:spacing w:after="60" w:line="250" w:lineRule="auto"/>
        <w:ind w:left="202" w:right="173"/>
      </w:pPr>
      <w:r>
        <w:rPr>
          <w:rFonts w:ascii="Georgia" w:hAnsi="Georgia"/>
          <w:b w:val="0"/>
          <w:i w:val="0"/>
          <w:color w:val="22201D"/>
          <w:sz w:val="17"/>
        </w:rPr>
        <w:t>INVENTORY CORRECTION Subject: Flocc Current filing: regret-based value Required price: admitted value</w:t>
      </w:r>
    </w:p>
    <w:p>
      <w:pPr>
        <w:spacing w:after="60" w:line="266" w:lineRule="auto"/>
        <w:ind w:firstLine="331"/>
        <w:jc w:val="both"/>
      </w:pPr>
      <w:r>
        <w:rPr>
          <w:rFonts w:ascii="Georgia" w:hAnsi="Georgia"/>
          <w:b w:val="0"/>
          <w:i w:val="0"/>
          <w:color w:val="22201D"/>
          <w:sz w:val="20"/>
        </w:rPr>
        <w:t>"No speeches," she said.</w:t>
      </w:r>
    </w:p>
    <w:p>
      <w:pPr>
        <w:spacing w:after="60" w:line="266" w:lineRule="auto"/>
        <w:ind w:firstLine="331"/>
        <w:jc w:val="both"/>
      </w:pPr>
      <w:r>
        <w:rPr>
          <w:rFonts w:ascii="Georgia" w:hAnsi="Georgia"/>
          <w:b w:val="0"/>
          <w:i w:val="0"/>
          <w:color w:val="22201D"/>
          <w:sz w:val="20"/>
        </w:rPr>
        <w:t>"I had not started one."</w:t>
      </w:r>
    </w:p>
    <w:p>
      <w:pPr>
        <w:spacing w:after="60" w:line="266" w:lineRule="auto"/>
        <w:ind w:firstLine="331"/>
        <w:jc w:val="both"/>
      </w:pPr>
      <w:r>
        <w:rPr>
          <w:rFonts w:ascii="Georgia" w:hAnsi="Georgia"/>
          <w:b w:val="0"/>
          <w:i w:val="0"/>
          <w:color w:val="22201D"/>
          <w:sz w:val="20"/>
        </w:rPr>
        <w:t>"You were organizing one internally."</w:t>
      </w:r>
    </w:p>
    <w:p>
      <w:pPr>
        <w:spacing w:after="60" w:line="266" w:lineRule="auto"/>
        <w:ind w:firstLine="331"/>
        <w:jc w:val="both"/>
      </w:pPr>
      <w:r>
        <w:rPr>
          <w:rFonts w:ascii="Georgia" w:hAnsi="Georgia"/>
          <w:b w:val="0"/>
          <w:i w:val="0"/>
          <w:color w:val="22201D"/>
          <w:sz w:val="20"/>
        </w:rPr>
        <w:t>That was unfair because it was true.</w:t>
      </w:r>
    </w:p>
    <w:p>
      <w:pPr>
        <w:spacing w:after="60" w:line="266" w:lineRule="auto"/>
        <w:ind w:firstLine="331"/>
        <w:jc w:val="both"/>
      </w:pPr>
      <w:r>
        <w:rPr>
          <w:rFonts w:ascii="Georgia" w:hAnsi="Georgia"/>
          <w:b w:val="0"/>
          <w:i w:val="0"/>
          <w:color w:val="22201D"/>
          <w:sz w:val="20"/>
        </w:rPr>
        <w:t>The brass scale opened a small drawer.</w:t>
      </w:r>
    </w:p>
    <w:p>
      <w:pPr>
        <w:spacing w:after="60" w:line="266" w:lineRule="auto"/>
        <w:ind w:firstLine="331"/>
        <w:jc w:val="both"/>
      </w:pPr>
      <w:r>
        <w:rPr>
          <w:rFonts w:ascii="Georgia" w:hAnsi="Georgia"/>
          <w:b w:val="0"/>
          <w:i w:val="0"/>
          <w:color w:val="22201D"/>
          <w:sz w:val="20"/>
        </w:rPr>
        <w:t>Inside were weights shaped like pantry items: a lentil, a bean, a grain of flour, a jar lid, a spoon, a shelf peg, and a tiny brass card.</w:t>
      </w:r>
    </w:p>
    <w:p>
      <w:pPr>
        <w:spacing w:after="60" w:line="266" w:lineRule="auto"/>
        <w:ind w:firstLine="331"/>
        <w:jc w:val="both"/>
      </w:pPr>
      <w:r>
        <w:rPr>
          <w:rFonts w:ascii="Georgia" w:hAnsi="Georgia"/>
          <w:b w:val="0"/>
          <w:i w:val="0"/>
          <w:color w:val="22201D"/>
          <w:sz w:val="20"/>
        </w:rPr>
        <w:t>The Hostess placed the FLOCC - REGRET, BULK card on the left pan.</w:t>
      </w:r>
    </w:p>
    <w:p>
      <w:pPr>
        <w:spacing w:after="60" w:line="266" w:lineRule="auto"/>
        <w:ind w:firstLine="331"/>
        <w:jc w:val="both"/>
      </w:pPr>
      <w:r>
        <w:rPr>
          <w:rFonts w:ascii="Georgia" w:hAnsi="Georgia"/>
          <w:b w:val="0"/>
          <w:i w:val="0"/>
          <w:color w:val="22201D"/>
          <w:sz w:val="20"/>
        </w:rPr>
        <w:t>The pan dropped hard enough to make the floorboards complain.</w:t>
      </w:r>
    </w:p>
    <w:p>
      <w:pPr>
        <w:spacing w:after="60" w:line="250" w:lineRule="auto"/>
        <w:ind w:left="202" w:right="173"/>
      </w:pPr>
      <w:r>
        <w:rPr>
          <w:rFonts w:ascii="Georgia" w:hAnsi="Georgia"/>
          <w:b w:val="0"/>
          <w:i w:val="0"/>
          <w:color w:val="22201D"/>
          <w:sz w:val="17"/>
        </w:rPr>
        <w:t>REGRET, BULK: 41 units</w:t>
      </w:r>
    </w:p>
    <w:p>
      <w:pPr>
        <w:spacing w:after="60" w:line="266" w:lineRule="auto"/>
        <w:ind w:firstLine="331"/>
        <w:jc w:val="both"/>
      </w:pPr>
      <w:r>
        <w:rPr>
          <w:rFonts w:ascii="Georgia" w:hAnsi="Georgia"/>
          <w:b w:val="0"/>
          <w:i w:val="0"/>
          <w:color w:val="22201D"/>
          <w:sz w:val="20"/>
        </w:rPr>
        <w:t>Flocc stared.</w:t>
      </w:r>
    </w:p>
    <w:p>
      <w:pPr>
        <w:spacing w:after="60" w:line="266" w:lineRule="auto"/>
        <w:ind w:firstLine="331"/>
        <w:jc w:val="both"/>
      </w:pPr>
      <w:r>
        <w:rPr>
          <w:rFonts w:ascii="Georgia" w:hAnsi="Georgia"/>
          <w:b w:val="0"/>
          <w:i w:val="0"/>
          <w:color w:val="22201D"/>
          <w:sz w:val="20"/>
        </w:rPr>
        <w:t>"Units of what?"</w:t>
      </w:r>
    </w:p>
    <w:p>
      <w:pPr>
        <w:spacing w:after="60" w:line="266" w:lineRule="auto"/>
        <w:ind w:firstLine="331"/>
        <w:jc w:val="both"/>
      </w:pPr>
      <w:r>
        <w:rPr>
          <w:rFonts w:ascii="Georgia" w:hAnsi="Georgia"/>
          <w:b w:val="0"/>
          <w:i w:val="0"/>
          <w:color w:val="22201D"/>
          <w:sz w:val="20"/>
        </w:rPr>
        <w:t>"Bulk."</w:t>
      </w:r>
    </w:p>
    <w:p>
      <w:pPr>
        <w:spacing w:after="60" w:line="266" w:lineRule="auto"/>
        <w:ind w:firstLine="331"/>
        <w:jc w:val="both"/>
      </w:pPr>
      <w:r>
        <w:rPr>
          <w:rFonts w:ascii="Georgia" w:hAnsi="Georgia"/>
          <w:b w:val="0"/>
          <w:i w:val="0"/>
          <w:color w:val="22201D"/>
          <w:sz w:val="20"/>
        </w:rPr>
        <w:t>"That is not a unit."</w:t>
      </w:r>
    </w:p>
    <w:p>
      <w:pPr>
        <w:spacing w:after="60" w:line="266" w:lineRule="auto"/>
        <w:ind w:firstLine="331"/>
        <w:jc w:val="both"/>
      </w:pPr>
      <w:r>
        <w:rPr>
          <w:rFonts w:ascii="Georgia" w:hAnsi="Georgia"/>
          <w:b w:val="0"/>
          <w:i w:val="0"/>
          <w:color w:val="22201D"/>
          <w:sz w:val="20"/>
        </w:rPr>
        <w:t>"It is when you keep storing it."</w:t>
      </w:r>
    </w:p>
    <w:p>
      <w:pPr>
        <w:spacing w:after="60" w:line="266" w:lineRule="auto"/>
        <w:ind w:firstLine="331"/>
        <w:jc w:val="both"/>
      </w:pPr>
      <w:r>
        <w:rPr>
          <w:rFonts w:ascii="Georgia" w:hAnsi="Georgia"/>
          <w:b w:val="0"/>
          <w:i w:val="0"/>
          <w:color w:val="22201D"/>
          <w:sz w:val="20"/>
        </w:rPr>
        <w:t>The Hostess placed the lentil weight on the right pan.</w:t>
      </w:r>
    </w:p>
    <w:p>
      <w:pPr>
        <w:spacing w:after="60" w:line="266" w:lineRule="auto"/>
        <w:ind w:firstLine="331"/>
        <w:jc w:val="both"/>
      </w:pPr>
      <w:r>
        <w:rPr>
          <w:rFonts w:ascii="Georgia" w:hAnsi="Georgia"/>
          <w:b w:val="0"/>
          <w:i w:val="0"/>
          <w:color w:val="22201D"/>
          <w:sz w:val="20"/>
        </w:rPr>
        <w:t>Nothing happened.</w:t>
      </w:r>
    </w:p>
    <w:p>
      <w:pPr>
        <w:spacing w:after="60" w:line="266" w:lineRule="auto"/>
        <w:ind w:firstLine="331"/>
        <w:jc w:val="both"/>
      </w:pPr>
      <w:r>
        <w:rPr>
          <w:rFonts w:ascii="Georgia" w:hAnsi="Georgia"/>
          <w:b w:val="0"/>
          <w:i w:val="0"/>
          <w:color w:val="22201D"/>
          <w:sz w:val="20"/>
        </w:rPr>
        <w:t>The bean.</w:t>
      </w:r>
    </w:p>
    <w:p>
      <w:pPr>
        <w:spacing w:after="60" w:line="266" w:lineRule="auto"/>
        <w:ind w:firstLine="331"/>
        <w:jc w:val="both"/>
      </w:pPr>
      <w:r>
        <w:rPr>
          <w:rFonts w:ascii="Georgia" w:hAnsi="Georgia"/>
          <w:b w:val="0"/>
          <w:i w:val="0"/>
          <w:color w:val="22201D"/>
          <w:sz w:val="20"/>
        </w:rPr>
        <w:t>Nothing.</w:t>
      </w:r>
    </w:p>
    <w:p>
      <w:pPr>
        <w:spacing w:after="60" w:line="266" w:lineRule="auto"/>
        <w:ind w:firstLine="331"/>
        <w:jc w:val="both"/>
      </w:pPr>
      <w:r>
        <w:rPr>
          <w:rFonts w:ascii="Georgia" w:hAnsi="Georgia"/>
          <w:b w:val="0"/>
          <w:i w:val="0"/>
          <w:color w:val="22201D"/>
          <w:sz w:val="20"/>
        </w:rPr>
        <w:t>The grain of flour.</w:t>
      </w:r>
    </w:p>
    <w:p>
      <w:pPr>
        <w:spacing w:after="60" w:line="266" w:lineRule="auto"/>
        <w:ind w:firstLine="331"/>
        <w:jc w:val="both"/>
      </w:pPr>
      <w:r>
        <w:rPr>
          <w:rFonts w:ascii="Georgia" w:hAnsi="Georgia"/>
          <w:b w:val="0"/>
          <w:i w:val="0"/>
          <w:color w:val="22201D"/>
          <w:sz w:val="20"/>
        </w:rPr>
        <w:t>Nothing.</w:t>
      </w:r>
    </w:p>
    <w:p>
      <w:pPr>
        <w:spacing w:after="60" w:line="266" w:lineRule="auto"/>
        <w:ind w:firstLine="331"/>
        <w:jc w:val="both"/>
      </w:pPr>
      <w:r>
        <w:rPr>
          <w:rFonts w:ascii="Georgia" w:hAnsi="Georgia"/>
          <w:b w:val="0"/>
          <w:i w:val="0"/>
          <w:color w:val="22201D"/>
          <w:sz w:val="20"/>
        </w:rPr>
        <w:t>The spoon.</w:t>
      </w:r>
    </w:p>
    <w:p>
      <w:pPr>
        <w:spacing w:after="60" w:line="266" w:lineRule="auto"/>
        <w:ind w:firstLine="331"/>
        <w:jc w:val="both"/>
      </w:pPr>
      <w:r>
        <w:rPr>
          <w:rFonts w:ascii="Georgia" w:hAnsi="Georgia"/>
          <w:b w:val="0"/>
          <w:i w:val="0"/>
          <w:color w:val="22201D"/>
          <w:sz w:val="20"/>
        </w:rPr>
        <w:t>The right pan moved a fraction.</w:t>
      </w:r>
    </w:p>
    <w:p>
      <w:pPr>
        <w:spacing w:after="60" w:line="266" w:lineRule="auto"/>
        <w:ind w:firstLine="331"/>
        <w:jc w:val="both"/>
      </w:pPr>
      <w:r>
        <w:rPr>
          <w:rFonts w:ascii="Georgia" w:hAnsi="Georgia"/>
          <w:b w:val="0"/>
          <w:i w:val="0"/>
          <w:color w:val="22201D"/>
          <w:sz w:val="20"/>
        </w:rPr>
        <w:t>"You cannot balance forty-one units of regret with utensils," Flocc said.</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"Then why are we doing this?"</w:t>
      </w:r>
    </w:p>
    <w:p>
      <w:pPr>
        <w:spacing w:after="60" w:line="266" w:lineRule="auto"/>
        <w:ind w:firstLine="331"/>
        <w:jc w:val="both"/>
      </w:pPr>
      <w:r>
        <w:rPr>
          <w:rFonts w:ascii="Georgia" w:hAnsi="Georgia"/>
          <w:b w:val="0"/>
          <w:i w:val="0"/>
          <w:color w:val="22201D"/>
          <w:sz w:val="20"/>
        </w:rPr>
        <w:t>"We are not balancing it. We are proving it is badly filed."</w:t>
      </w:r>
    </w:p>
    <w:p>
      <w:pPr>
        <w:spacing w:after="60" w:line="266" w:lineRule="auto"/>
        <w:ind w:firstLine="331"/>
        <w:jc w:val="both"/>
      </w:pPr>
      <w:r>
        <w:rPr>
          <w:rFonts w:ascii="Georgia" w:hAnsi="Georgia"/>
          <w:b w:val="0"/>
          <w:i w:val="0"/>
          <w:color w:val="22201D"/>
          <w:sz w:val="20"/>
        </w:rPr>
        <w:t>The catalog stamped:</w:t>
      </w:r>
    </w:p>
    <w:p>
      <w:pPr>
        <w:spacing w:after="60" w:line="250" w:lineRule="auto"/>
        <w:ind w:left="202" w:right="173"/>
      </w:pPr>
      <w:r>
        <w:rPr>
          <w:rFonts w:ascii="Georgia" w:hAnsi="Georgia"/>
          <w:b w:val="0"/>
          <w:i w:val="0"/>
          <w:color w:val="22201D"/>
          <w:sz w:val="17"/>
        </w:rPr>
        <w:t>REGRET IS NOT VALUE. REGRET MAY INFORM HANDLING. REGRET MAY NOT SET PRICE.</w:t>
      </w:r>
    </w:p>
    <w:p>
      <w:pPr>
        <w:spacing w:after="60" w:line="266" w:lineRule="auto"/>
        <w:ind w:firstLine="331"/>
        <w:jc w:val="both"/>
      </w:pPr>
      <w:r>
        <w:rPr>
          <w:rFonts w:ascii="Georgia" w:hAnsi="Georgia"/>
          <w:b w:val="0"/>
          <w:i w:val="0"/>
          <w:color w:val="22201D"/>
          <w:sz w:val="20"/>
        </w:rPr>
        <w:t>The left pan rose halfway on its own.</w:t>
      </w:r>
    </w:p>
    <w:p>
      <w:pPr>
        <w:spacing w:after="60" w:line="266" w:lineRule="auto"/>
        <w:ind w:firstLine="331"/>
        <w:jc w:val="both"/>
      </w:pPr>
      <w:r>
        <w:rPr>
          <w:rFonts w:ascii="Georgia" w:hAnsi="Georgia"/>
          <w:b w:val="0"/>
          <w:i w:val="0"/>
          <w:color w:val="22201D"/>
          <w:sz w:val="20"/>
        </w:rPr>
        <w:t>The card FLOCC - REGRET, BULK slid into a lower tray labeled:</w:t>
      </w:r>
    </w:p>
    <w:p>
      <w:pPr>
        <w:spacing w:after="60" w:line="250" w:lineRule="auto"/>
        <w:ind w:left="202" w:right="173"/>
      </w:pPr>
      <w:r>
        <w:rPr>
          <w:rFonts w:ascii="Georgia" w:hAnsi="Georgia"/>
          <w:b w:val="0"/>
          <w:i w:val="0"/>
          <w:color w:val="22201D"/>
          <w:sz w:val="17"/>
        </w:rPr>
        <w:t>HANDLING NOTES</w:t>
      </w:r>
    </w:p>
    <w:p>
      <w:pPr>
        <w:spacing w:after="60" w:line="266" w:lineRule="auto"/>
        <w:ind w:firstLine="331"/>
        <w:jc w:val="both"/>
      </w:pPr>
      <w:r>
        <w:rPr>
          <w:rFonts w:ascii="Georgia" w:hAnsi="Georgia"/>
          <w:b w:val="0"/>
          <w:i w:val="0"/>
          <w:color w:val="22201D"/>
          <w:sz w:val="20"/>
        </w:rPr>
        <w:t>It did not disappear.</w:t>
      </w:r>
    </w:p>
    <w:p>
      <w:pPr>
        <w:spacing w:after="60" w:line="266" w:lineRule="auto"/>
        <w:ind w:firstLine="331"/>
        <w:jc w:val="both"/>
      </w:pPr>
      <w:r>
        <w:rPr>
          <w:rFonts w:ascii="Georgia" w:hAnsi="Georgia"/>
          <w:b w:val="0"/>
          <w:i w:val="0"/>
          <w:color w:val="22201D"/>
          <w:sz w:val="20"/>
        </w:rPr>
        <w:t>It was not destroyed.</w:t>
      </w:r>
    </w:p>
    <w:p>
      <w:pPr>
        <w:spacing w:after="60" w:line="266" w:lineRule="auto"/>
        <w:ind w:firstLine="331"/>
        <w:jc w:val="both"/>
      </w:pPr>
      <w:r>
        <w:rPr>
          <w:rFonts w:ascii="Georgia" w:hAnsi="Georgia"/>
          <w:b w:val="0"/>
          <w:i w:val="0"/>
          <w:color w:val="22201D"/>
          <w:sz w:val="20"/>
        </w:rPr>
        <w:t>It simply stopped weighing the item.</w:t>
      </w:r>
    </w:p>
    <w:p>
      <w:pPr>
        <w:spacing w:after="60" w:line="266" w:lineRule="auto"/>
        <w:ind w:firstLine="331"/>
        <w:jc w:val="both"/>
      </w:pPr>
      <w:r>
        <w:rPr>
          <w:rFonts w:ascii="Georgia" w:hAnsi="Georgia"/>
          <w:b w:val="0"/>
          <w:i w:val="0"/>
          <w:color w:val="22201D"/>
          <w:sz w:val="20"/>
        </w:rPr>
        <w:t>Flocc breathed.</w:t>
      </w:r>
    </w:p>
    <w:p>
      <w:pPr>
        <w:spacing w:after="60" w:line="266" w:lineRule="auto"/>
        <w:ind w:firstLine="331"/>
        <w:jc w:val="both"/>
      </w:pPr>
      <w:r>
        <w:rPr>
          <w:rFonts w:ascii="Georgia" w:hAnsi="Georgia"/>
          <w:b w:val="0"/>
          <w:i w:val="0"/>
          <w:color w:val="22201D"/>
          <w:sz w:val="20"/>
        </w:rPr>
        <w:t>The pantry recorded this, which he resented.</w:t>
      </w:r>
    </w:p>
    <w:p>
      <w:pPr>
        <w:spacing w:after="60" w:line="266" w:lineRule="auto"/>
        <w:ind w:firstLine="331"/>
        <w:jc w:val="both"/>
      </w:pPr>
      <w:r>
        <w:rPr>
          <w:rFonts w:ascii="Georgia" w:hAnsi="Georgia"/>
          <w:b w:val="0"/>
          <w:i w:val="0"/>
          <w:color w:val="22201D"/>
          <w:sz w:val="20"/>
        </w:rPr>
        <w:t>The next card lowered itself.</w:t>
      </w:r>
    </w:p>
    <w:p>
      <w:pPr>
        <w:spacing w:after="60" w:line="250" w:lineRule="auto"/>
        <w:ind w:left="202" w:right="173"/>
      </w:pPr>
      <w:r>
        <w:rPr>
          <w:rFonts w:ascii="Georgia" w:hAnsi="Georgia"/>
          <w:b w:val="0"/>
          <w:i w:val="0"/>
          <w:color w:val="22201D"/>
          <w:sz w:val="17"/>
        </w:rPr>
        <w:t>FLOCC - WITNESS, UNSTABLE</w:t>
      </w:r>
    </w:p>
    <w:p>
      <w:pPr>
        <w:spacing w:after="60" w:line="266" w:lineRule="auto"/>
        <w:ind w:firstLine="331"/>
        <w:jc w:val="both"/>
      </w:pPr>
      <w:r>
        <w:rPr>
          <w:rFonts w:ascii="Georgia" w:hAnsi="Georgia"/>
          <w:b w:val="0"/>
          <w:i w:val="0"/>
          <w:color w:val="22201D"/>
          <w:sz w:val="20"/>
        </w:rPr>
        <w:t>The Hostess set it on the left pan.</w:t>
      </w:r>
    </w:p>
    <w:p>
      <w:pPr>
        <w:spacing w:after="60" w:line="266" w:lineRule="auto"/>
        <w:ind w:firstLine="331"/>
        <w:jc w:val="both"/>
      </w:pPr>
      <w:r>
        <w:rPr>
          <w:rFonts w:ascii="Georgia" w:hAnsi="Georgia"/>
          <w:b w:val="0"/>
          <w:i w:val="0"/>
          <w:color w:val="22201D"/>
          <w:sz w:val="20"/>
        </w:rPr>
        <w:t>The scale wobbled.</w:t>
      </w:r>
    </w:p>
    <w:p>
      <w:pPr>
        <w:spacing w:after="60" w:line="266" w:lineRule="auto"/>
        <w:ind w:firstLine="331"/>
        <w:jc w:val="both"/>
      </w:pPr>
      <w:r>
        <w:rPr>
          <w:rFonts w:ascii="Georgia" w:hAnsi="Georgia"/>
          <w:b w:val="0"/>
          <w:i w:val="0"/>
          <w:color w:val="22201D"/>
          <w:sz w:val="20"/>
        </w:rPr>
        <w:t>Not heavy.</w:t>
      </w:r>
    </w:p>
    <w:p>
      <w:pPr>
        <w:spacing w:after="60" w:line="266" w:lineRule="auto"/>
        <w:ind w:firstLine="331"/>
        <w:jc w:val="both"/>
      </w:pPr>
      <w:r>
        <w:rPr>
          <w:rFonts w:ascii="Georgia" w:hAnsi="Georgia"/>
          <w:b w:val="0"/>
          <w:i w:val="0"/>
          <w:color w:val="22201D"/>
          <w:sz w:val="20"/>
        </w:rPr>
        <w:t>Unsteady.</w:t>
      </w:r>
    </w:p>
    <w:p>
      <w:pPr>
        <w:spacing w:after="60" w:line="266" w:lineRule="auto"/>
        <w:ind w:firstLine="331"/>
        <w:jc w:val="both"/>
      </w:pPr>
      <w:r>
        <w:rPr>
          <w:rFonts w:ascii="Georgia" w:hAnsi="Georgia"/>
          <w:b w:val="0"/>
          <w:i w:val="0"/>
          <w:color w:val="22201D"/>
          <w:sz w:val="20"/>
        </w:rPr>
        <w:t>"That one is true," Flocc said.</w:t>
      </w:r>
    </w:p>
    <w:p>
      <w:pPr>
        <w:spacing w:after="60" w:line="266" w:lineRule="auto"/>
        <w:ind w:firstLine="331"/>
        <w:jc w:val="both"/>
      </w:pPr>
      <w:r>
        <w:rPr>
          <w:rFonts w:ascii="Georgia" w:hAnsi="Georgia"/>
          <w:b w:val="0"/>
          <w:i w:val="0"/>
          <w:color w:val="22201D"/>
          <w:sz w:val="20"/>
        </w:rPr>
        <w:t>"Partly."</w:t>
      </w:r>
    </w:p>
    <w:p>
      <w:pPr>
        <w:spacing w:after="60" w:line="266" w:lineRule="auto"/>
        <w:ind w:firstLine="331"/>
        <w:jc w:val="both"/>
      </w:pPr>
      <w:r>
        <w:rPr>
          <w:rFonts w:ascii="Georgia" w:hAnsi="Georgia"/>
          <w:b w:val="0"/>
          <w:i w:val="0"/>
          <w:color w:val="22201D"/>
          <w:sz w:val="20"/>
        </w:rPr>
        <w:t>"I have not always been a stable witness."</w:t>
      </w:r>
    </w:p>
    <w:p>
      <w:pPr>
        <w:spacing w:after="60" w:line="266" w:lineRule="auto"/>
        <w:ind w:firstLine="331"/>
        <w:jc w:val="both"/>
      </w:pPr>
      <w:r>
        <w:rPr>
          <w:rFonts w:ascii="Georgia" w:hAnsi="Georgia"/>
          <w:b w:val="0"/>
          <w:i w:val="0"/>
          <w:color w:val="22201D"/>
          <w:sz w:val="20"/>
        </w:rPr>
        <w:t>"That is a handling note."</w:t>
      </w:r>
    </w:p>
    <w:p>
      <w:pPr>
        <w:spacing w:after="60" w:line="266" w:lineRule="auto"/>
        <w:ind w:firstLine="331"/>
        <w:jc w:val="both"/>
      </w:pPr>
      <w:r>
        <w:rPr>
          <w:rFonts w:ascii="Georgia" w:hAnsi="Georgia"/>
          <w:b w:val="0"/>
          <w:i w:val="0"/>
          <w:color w:val="22201D"/>
          <w:sz w:val="20"/>
        </w:rPr>
        <w:t>"Everything seems to be a handling note when inconvenient."</w:t>
      </w:r>
    </w:p>
    <w:p>
      <w:pPr>
        <w:spacing w:after="60" w:line="266" w:lineRule="auto"/>
        <w:ind w:firstLine="331"/>
        <w:jc w:val="both"/>
      </w:pPr>
      <w:r>
        <w:rPr>
          <w:rFonts w:ascii="Georgia" w:hAnsi="Georgia"/>
          <w:b w:val="0"/>
          <w:i w:val="0"/>
          <w:color w:val="22201D"/>
          <w:sz w:val="20"/>
        </w:rPr>
        <w:t>"No. Some things are ingredients."</w:t>
      </w:r>
    </w:p>
    <w:p>
      <w:pPr>
        <w:spacing w:after="60" w:line="266" w:lineRule="auto"/>
        <w:ind w:firstLine="331"/>
        <w:jc w:val="both"/>
      </w:pPr>
      <w:r>
        <w:rPr>
          <w:rFonts w:ascii="Georgia" w:hAnsi="Georgia"/>
          <w:b w:val="0"/>
          <w:i w:val="0"/>
          <w:color w:val="22201D"/>
          <w:sz w:val="20"/>
        </w:rPr>
        <w:t>She placed the tiny brass card on the right pan.</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RECORD WITHOUT OWNERSHIP</w:t>
      </w:r>
    </w:p>
    <w:p>
      <w:pPr>
        <w:spacing w:after="60" w:line="266" w:lineRule="auto"/>
        <w:ind w:firstLine="331"/>
        <w:jc w:val="both"/>
      </w:pPr>
      <w:r>
        <w:rPr>
          <w:rFonts w:ascii="Georgia" w:hAnsi="Georgia"/>
          <w:b w:val="0"/>
          <w:i w:val="0"/>
          <w:color w:val="22201D"/>
          <w:sz w:val="20"/>
        </w:rPr>
        <w:t>The scale steadied.</w:t>
      </w:r>
    </w:p>
    <w:p>
      <w:pPr>
        <w:spacing w:after="60" w:line="266" w:lineRule="auto"/>
        <w:ind w:firstLine="331"/>
        <w:jc w:val="both"/>
      </w:pPr>
      <w:r>
        <w:rPr>
          <w:rFonts w:ascii="Georgia" w:hAnsi="Georgia"/>
          <w:b w:val="0"/>
          <w:i w:val="0"/>
          <w:color w:val="22201D"/>
          <w:sz w:val="20"/>
        </w:rPr>
        <w:t>The catalog stamped:</w:t>
      </w:r>
    </w:p>
    <w:p>
      <w:pPr>
        <w:spacing w:after="60" w:line="250" w:lineRule="auto"/>
        <w:ind w:left="202" w:right="173"/>
      </w:pPr>
      <w:r>
        <w:rPr>
          <w:rFonts w:ascii="Georgia" w:hAnsi="Georgia"/>
          <w:b w:val="0"/>
          <w:i w:val="0"/>
          <w:color w:val="22201D"/>
          <w:sz w:val="17"/>
        </w:rPr>
        <w:t>WITNESS FUNCTION: USABLE WHEN NOT CLAIMING MEANING SHELF: OBSERVATION TOOLS</w:t>
      </w:r>
    </w:p>
    <w:p>
      <w:pPr>
        <w:spacing w:after="60" w:line="266" w:lineRule="auto"/>
        <w:ind w:firstLine="331"/>
        <w:jc w:val="both"/>
      </w:pPr>
      <w:r>
        <w:rPr>
          <w:rFonts w:ascii="Georgia" w:hAnsi="Georgia"/>
          <w:b w:val="0"/>
          <w:i w:val="0"/>
          <w:color w:val="22201D"/>
          <w:sz w:val="20"/>
        </w:rPr>
        <w:t>The card moved into a side slot.</w:t>
      </w:r>
    </w:p>
    <w:p>
      <w:pPr>
        <w:spacing w:after="60" w:line="266" w:lineRule="auto"/>
        <w:ind w:firstLine="331"/>
        <w:jc w:val="both"/>
      </w:pPr>
      <w:r>
        <w:rPr>
          <w:rFonts w:ascii="Georgia" w:hAnsi="Georgia"/>
          <w:b w:val="0"/>
          <w:i w:val="0"/>
          <w:color w:val="22201D"/>
          <w:sz w:val="20"/>
        </w:rPr>
        <w:t>Flocc recognized the phrase from Steve without Steve being present.</w:t>
      </w:r>
    </w:p>
    <w:p>
      <w:pPr>
        <w:spacing w:after="60" w:line="266" w:lineRule="auto"/>
        <w:ind w:firstLine="331"/>
        <w:jc w:val="both"/>
      </w:pPr>
      <w:r>
        <w:rPr>
          <w:rFonts w:ascii="Georgia" w:hAnsi="Georgia"/>
          <w:b w:val="0"/>
          <w:i w:val="0"/>
          <w:color w:val="22201D"/>
          <w:sz w:val="20"/>
        </w:rPr>
        <w:t>The pantry was not making him someone else.</w:t>
      </w:r>
    </w:p>
    <w:p>
      <w:pPr>
        <w:spacing w:after="60" w:line="266" w:lineRule="auto"/>
        <w:ind w:firstLine="331"/>
        <w:jc w:val="both"/>
      </w:pPr>
      <w:r>
        <w:rPr>
          <w:rFonts w:ascii="Georgia" w:hAnsi="Georgia"/>
          <w:b w:val="0"/>
          <w:i w:val="0"/>
          <w:color w:val="22201D"/>
          <w:sz w:val="20"/>
        </w:rPr>
        <w:t>It was using what the route had already taught.</w:t>
      </w:r>
    </w:p>
    <w:p>
      <w:pPr>
        <w:spacing w:after="60" w:line="266" w:lineRule="auto"/>
        <w:ind w:firstLine="331"/>
        <w:jc w:val="both"/>
      </w:pPr>
      <w:r>
        <w:rPr>
          <w:rFonts w:ascii="Georgia" w:hAnsi="Georgia"/>
          <w:b w:val="0"/>
          <w:i w:val="0"/>
          <w:color w:val="22201D"/>
          <w:sz w:val="20"/>
        </w:rPr>
        <w:t>That was both efficient and irritating.</w:t>
      </w:r>
    </w:p>
    <w:p>
      <w:pPr>
        <w:spacing w:after="60" w:line="266" w:lineRule="auto"/>
        <w:ind w:firstLine="331"/>
        <w:jc w:val="both"/>
      </w:pPr>
      <w:r>
        <w:rPr>
          <w:rFonts w:ascii="Georgia" w:hAnsi="Georgia"/>
          <w:b w:val="0"/>
          <w:i w:val="0"/>
          <w:color w:val="22201D"/>
          <w:sz w:val="20"/>
        </w:rPr>
        <w:t>The third card arrived:</w:t>
      </w:r>
    </w:p>
    <w:p>
      <w:pPr>
        <w:spacing w:after="60" w:line="250" w:lineRule="auto"/>
        <w:ind w:left="202" w:right="173"/>
      </w:pPr>
      <w:r>
        <w:rPr>
          <w:rFonts w:ascii="Georgia" w:hAnsi="Georgia"/>
          <w:b w:val="0"/>
          <w:i w:val="0"/>
          <w:color w:val="22201D"/>
          <w:sz w:val="17"/>
        </w:rPr>
        <w:t>FLOCC - ALMOST USEFUL</w:t>
      </w:r>
    </w:p>
    <w:p>
      <w:pPr>
        <w:spacing w:after="60" w:line="266" w:lineRule="auto"/>
        <w:ind w:firstLine="331"/>
        <w:jc w:val="both"/>
      </w:pPr>
      <w:r>
        <w:rPr>
          <w:rFonts w:ascii="Georgia" w:hAnsi="Georgia"/>
          <w:b w:val="0"/>
          <w:i w:val="0"/>
          <w:color w:val="22201D"/>
          <w:sz w:val="20"/>
        </w:rPr>
        <w:t>It landed on the scale.</w:t>
      </w:r>
    </w:p>
    <w:p>
      <w:pPr>
        <w:spacing w:after="60" w:line="266" w:lineRule="auto"/>
        <w:ind w:firstLine="331"/>
        <w:jc w:val="both"/>
      </w:pPr>
      <w:r>
        <w:rPr>
          <w:rFonts w:ascii="Georgia" w:hAnsi="Georgia"/>
          <w:b w:val="0"/>
          <w:i w:val="0"/>
          <w:color w:val="22201D"/>
          <w:sz w:val="20"/>
        </w:rPr>
        <w:t>The left pan did not move.</w:t>
      </w:r>
    </w:p>
    <w:p>
      <w:pPr>
        <w:spacing w:after="60" w:line="266" w:lineRule="auto"/>
        <w:ind w:firstLine="331"/>
        <w:jc w:val="both"/>
      </w:pPr>
      <w:r>
        <w:rPr>
          <w:rFonts w:ascii="Georgia" w:hAnsi="Georgia"/>
          <w:b w:val="0"/>
          <w:i w:val="0"/>
          <w:color w:val="22201D"/>
          <w:sz w:val="20"/>
        </w:rPr>
        <w:t>Flocc frowned.</w:t>
      </w:r>
    </w:p>
    <w:p>
      <w:pPr>
        <w:spacing w:after="60" w:line="266" w:lineRule="auto"/>
        <w:ind w:firstLine="331"/>
        <w:jc w:val="both"/>
      </w:pPr>
      <w:r>
        <w:rPr>
          <w:rFonts w:ascii="Georgia" w:hAnsi="Georgia"/>
          <w:b w:val="0"/>
          <w:i w:val="0"/>
          <w:color w:val="22201D"/>
          <w:sz w:val="20"/>
        </w:rPr>
        <w:t>"It has no weight?"</w:t>
      </w:r>
    </w:p>
    <w:p>
      <w:pPr>
        <w:spacing w:after="60" w:line="266" w:lineRule="auto"/>
        <w:ind w:firstLine="331"/>
        <w:jc w:val="both"/>
      </w:pPr>
      <w:r>
        <w:rPr>
          <w:rFonts w:ascii="Georgia" w:hAnsi="Georgia"/>
          <w:b w:val="0"/>
          <w:i w:val="0"/>
          <w:color w:val="22201D"/>
          <w:sz w:val="20"/>
        </w:rPr>
        <w:t>"It is not a category."</w:t>
      </w:r>
    </w:p>
    <w:p>
      <w:pPr>
        <w:spacing w:after="60" w:line="266" w:lineRule="auto"/>
        <w:ind w:firstLine="331"/>
        <w:jc w:val="both"/>
      </w:pPr>
      <w:r>
        <w:rPr>
          <w:rFonts w:ascii="Georgia" w:hAnsi="Georgia"/>
          <w:b w:val="0"/>
          <w:i w:val="0"/>
          <w:color w:val="22201D"/>
          <w:sz w:val="20"/>
        </w:rPr>
        <w:t>"It has felt like one."</w:t>
      </w:r>
    </w:p>
    <w:p>
      <w:pPr>
        <w:spacing w:after="60" w:line="266" w:lineRule="auto"/>
        <w:ind w:firstLine="331"/>
        <w:jc w:val="both"/>
      </w:pPr>
      <w:r>
        <w:rPr>
          <w:rFonts w:ascii="Georgia" w:hAnsi="Georgia"/>
          <w:b w:val="0"/>
          <w:i w:val="0"/>
          <w:color w:val="22201D"/>
          <w:sz w:val="20"/>
        </w:rPr>
        <w:t>"Feelings can be mislabeled too."</w:t>
      </w:r>
    </w:p>
    <w:p>
      <w:pPr>
        <w:spacing w:after="60" w:line="266" w:lineRule="auto"/>
        <w:ind w:firstLine="331"/>
        <w:jc w:val="both"/>
      </w:pPr>
      <w:r>
        <w:rPr>
          <w:rFonts w:ascii="Georgia" w:hAnsi="Georgia"/>
          <w:b w:val="0"/>
          <w:i w:val="0"/>
          <w:color w:val="22201D"/>
          <w:sz w:val="20"/>
        </w:rPr>
        <w:t>The catalog stamped:</w:t>
      </w:r>
    </w:p>
    <w:p>
      <w:pPr>
        <w:spacing w:after="60" w:line="250" w:lineRule="auto"/>
        <w:ind w:left="202" w:right="173"/>
      </w:pPr>
      <w:r>
        <w:rPr>
          <w:rFonts w:ascii="Georgia" w:hAnsi="Georgia"/>
          <w:b w:val="0"/>
          <w:i w:val="0"/>
          <w:color w:val="22201D"/>
          <w:sz w:val="17"/>
        </w:rPr>
        <w:t>ALMOST USEFUL: INVALID INVENTORY STATUS EITHER USEFUL FOR SPECIFIC TASK OR NOT CURRENTLY ASSIGNED</w:t>
      </w:r>
    </w:p>
    <w:p>
      <w:pPr>
        <w:spacing w:after="60" w:line="266" w:lineRule="auto"/>
        <w:ind w:firstLine="331"/>
        <w:jc w:val="both"/>
      </w:pPr>
      <w:r>
        <w:rPr>
          <w:rFonts w:ascii="Georgia" w:hAnsi="Georgia"/>
          <w:b w:val="0"/>
          <w:i w:val="0"/>
          <w:color w:val="22201D"/>
          <w:sz w:val="20"/>
        </w:rPr>
        <w:t>The card split into two:</w:t>
      </w:r>
    </w:p>
    <w:p>
      <w:pPr>
        <w:spacing w:after="60" w:line="250" w:lineRule="auto"/>
        <w:ind w:left="202" w:right="173"/>
      </w:pPr>
      <w:r>
        <w:rPr>
          <w:rFonts w:ascii="Georgia" w:hAnsi="Georgia"/>
          <w:b w:val="0"/>
          <w:i w:val="0"/>
          <w:color w:val="22201D"/>
          <w:sz w:val="17"/>
        </w:rPr>
        <w:t>USEFUL FOR: READING ACTIVE ARTIFACTS</w:t>
      </w:r>
    </w:p>
    <w:p>
      <w:pPr>
        <w:spacing w:after="60" w:line="266" w:lineRule="auto"/>
        <w:ind w:firstLine="331"/>
        <w:jc w:val="both"/>
      </w:pPr>
      <w:r>
        <w:rPr>
          <w:rFonts w:ascii="Georgia" w:hAnsi="Georgia"/>
          <w:b w:val="0"/>
          <w:i w:val="0"/>
          <w:color w:val="22201D"/>
          <w:sz w:val="20"/>
        </w:rPr>
        <w:t>and</w:t>
      </w:r>
    </w:p>
    <w:p>
      <w:pPr>
        <w:spacing w:after="60" w:line="250" w:lineRule="auto"/>
        <w:ind w:left="202" w:right="173"/>
      </w:pPr>
      <w:r>
        <w:rPr>
          <w:rFonts w:ascii="Georgia" w:hAnsi="Georgia"/>
          <w:b w:val="0"/>
          <w:i w:val="0"/>
          <w:color w:val="22201D"/>
          <w:sz w:val="17"/>
        </w:rPr>
        <w:t>NOT ASSIGNED TO: REPAIRING OTHER PEOPLE BY EXISTING NEARBY</w:t>
      </w:r>
    </w:p>
    <w:p>
      <w:pPr>
        <w:spacing w:after="60" w:line="266" w:lineRule="auto"/>
        <w:ind w:firstLine="331"/>
        <w:jc w:val="both"/>
      </w:pPr>
      <w:r>
        <w:rPr>
          <w:rFonts w:ascii="Georgia" w:hAnsi="Georgia"/>
          <w:b w:val="0"/>
          <w:i w:val="0"/>
          <w:color w:val="22201D"/>
          <w:sz w:val="20"/>
        </w:rPr>
        <w:t>Flocc looked at the second card for a long time.</w:t>
      </w:r>
    </w:p>
    <w:p>
      <w:pPr>
        <w:spacing w:after="60" w:line="266" w:lineRule="auto"/>
        <w:ind w:firstLine="331"/>
        <w:jc w:val="both"/>
      </w:pPr>
      <w:r>
        <w:rPr>
          <w:rFonts w:ascii="Georgia" w:hAnsi="Georgia"/>
          <w:b w:val="0"/>
          <w:i w:val="0"/>
          <w:color w:val="22201D"/>
          <w:sz w:val="20"/>
        </w:rPr>
        <w:t>"That is a little direct."</w:t>
      </w:r>
    </w:p>
    <w:p>
      <w:pPr>
        <w:spacing w:after="60" w:line="266" w:lineRule="auto"/>
        <w:ind w:firstLine="331"/>
        <w:jc w:val="both"/>
      </w:pPr>
      <w:r>
        <w:rPr>
          <w:rFonts w:ascii="Georgia" w:hAnsi="Georgia"/>
          <w:b w:val="0"/>
          <w:i w:val="0"/>
          <w:color w:val="22201D"/>
          <w:sz w:val="20"/>
        </w:rPr>
        <w:t>"It is inventory."</w:t>
      </w:r>
    </w:p>
    <w:p>
      <w:pPr>
        <w:spacing w:after="60" w:line="266" w:lineRule="auto"/>
        <w:ind w:firstLine="331"/>
        <w:jc w:val="both"/>
      </w:pPr>
      <w:r>
        <w:rPr>
          <w:rFonts w:ascii="Georgia" w:hAnsi="Georgia"/>
          <w:b w:val="0"/>
          <w:i w:val="0"/>
          <w:color w:val="22201D"/>
          <w:sz w:val="20"/>
        </w:rPr>
        <w:t>"Inventory can be cruel."</w:t>
      </w:r>
    </w:p>
    <w:p>
      <w:pPr>
        <w:spacing w:after="60" w:line="266" w:lineRule="auto"/>
        <w:ind w:firstLine="331"/>
        <w:jc w:val="both"/>
      </w:pPr>
      <w:r>
        <w:rPr>
          <w:rFonts w:ascii="Georgia" w:hAnsi="Georgia"/>
          <w:b w:val="0"/>
          <w:i w:val="0"/>
          <w:color w:val="22201D"/>
          <w:sz w:val="20"/>
        </w:rPr>
        <w:t>"No. Inventory can be misused by cruel people. Accurate inventory prevents accidental misuse."</w:t>
      </w:r>
    </w:p>
    <w:p>
      <w:pPr>
        <w:spacing w:after="60" w:line="266" w:lineRule="auto"/>
        <w:ind w:firstLine="331"/>
        <w:jc w:val="both"/>
      </w:pPr>
      <w:r>
        <w:rPr>
          <w:rFonts w:ascii="Georgia" w:hAnsi="Georgia"/>
          <w:b w:val="0"/>
          <w:i w:val="0"/>
          <w:color w:val="22201D"/>
          <w:sz w:val="20"/>
        </w:rPr>
        <w:t>The Hostess placed both cards into separate drawers.</w:t>
      </w:r>
    </w:p>
    <w:p>
      <w:pPr>
        <w:spacing w:after="60" w:line="266" w:lineRule="auto"/>
        <w:ind w:firstLine="331"/>
        <w:jc w:val="both"/>
      </w:pPr>
      <w:r>
        <w:rPr>
          <w:rFonts w:ascii="Georgia" w:hAnsi="Georgia"/>
          <w:b w:val="0"/>
          <w:i w:val="0"/>
          <w:color w:val="22201D"/>
          <w:sz w:val="20"/>
        </w:rPr>
        <w:t>The drawer labeled NOT ASSIGNED TO locked.</w:t>
      </w:r>
    </w:p>
    <w:p>
      <w:pPr>
        <w:spacing w:after="60" w:line="266" w:lineRule="auto"/>
        <w:ind w:firstLine="331"/>
        <w:jc w:val="both"/>
      </w:pPr>
      <w:r>
        <w:rPr>
          <w:rFonts w:ascii="Georgia" w:hAnsi="Georgia"/>
          <w:b w:val="0"/>
          <w:i w:val="0"/>
          <w:color w:val="22201D"/>
          <w:sz w:val="20"/>
        </w:rPr>
        <w:t>That helped more than praise would have.</w:t>
      </w:r>
    </w:p>
    <w:p>
      <w:pPr>
        <w:spacing w:after="60" w:line="266" w:lineRule="auto"/>
        <w:ind w:firstLine="331"/>
        <w:jc w:val="both"/>
      </w:pPr>
      <w:r>
        <w:rPr>
          <w:rFonts w:ascii="Georgia" w:hAnsi="Georgia"/>
          <w:b w:val="0"/>
          <w:i w:val="0"/>
          <w:color w:val="22201D"/>
          <w:sz w:val="20"/>
        </w:rPr>
        <w:t>The fourth card drifted down reluctantly.</w:t>
      </w:r>
    </w:p>
    <w:p>
      <w:pPr>
        <w:spacing w:after="60" w:line="250" w:lineRule="auto"/>
        <w:ind w:left="202" w:right="173"/>
      </w:pPr>
      <w:r>
        <w:rPr>
          <w:rFonts w:ascii="Georgia" w:hAnsi="Georgia"/>
          <w:b w:val="0"/>
          <w:i w:val="0"/>
          <w:color w:val="22201D"/>
          <w:sz w:val="17"/>
        </w:rPr>
        <w:t>FLOCC - QUIET FILED AS AGREEMENT</w:t>
      </w:r>
    </w:p>
    <w:p>
      <w:pPr>
        <w:spacing w:after="60" w:line="266" w:lineRule="auto"/>
        <w:ind w:firstLine="331"/>
        <w:jc w:val="both"/>
      </w:pPr>
      <w:r>
        <w:rPr>
          <w:rFonts w:ascii="Georgia" w:hAnsi="Georgia"/>
          <w:b w:val="0"/>
          <w:i w:val="0"/>
          <w:color w:val="22201D"/>
          <w:sz w:val="20"/>
        </w:rPr>
        <w:t>The quiet tin from the previous chapter slid onto the floor at the edge of the receiving square.</w:t>
      </w:r>
    </w:p>
    <w:p>
      <w:pPr>
        <w:spacing w:after="60" w:line="266" w:lineRule="auto"/>
        <w:ind w:firstLine="331"/>
        <w:jc w:val="both"/>
      </w:pPr>
      <w:r>
        <w:rPr>
          <w:rFonts w:ascii="Georgia" w:hAnsi="Georgia"/>
          <w:b w:val="0"/>
          <w:i w:val="0"/>
          <w:color w:val="22201D"/>
          <w:sz w:val="20"/>
        </w:rPr>
        <w:t>It had not consented to correction earlier.</w:t>
      </w:r>
    </w:p>
    <w:p>
      <w:pPr>
        <w:spacing w:after="60" w:line="266" w:lineRule="auto"/>
        <w:ind w:firstLine="331"/>
        <w:jc w:val="both"/>
      </w:pPr>
      <w:r>
        <w:rPr>
          <w:rFonts w:ascii="Georgia" w:hAnsi="Georgia"/>
          <w:b w:val="0"/>
          <w:i w:val="0"/>
          <w:color w:val="22201D"/>
          <w:sz w:val="20"/>
        </w:rPr>
        <w:t>Now it sat present and closed.</w:t>
      </w:r>
    </w:p>
    <w:p>
      <w:pPr>
        <w:spacing w:after="60" w:line="266" w:lineRule="auto"/>
        <w:ind w:firstLine="331"/>
        <w:jc w:val="both"/>
      </w:pPr>
      <w:r>
        <w:rPr>
          <w:rFonts w:ascii="Georgia" w:hAnsi="Georgia"/>
          <w:b w:val="0"/>
          <w:i w:val="0"/>
          <w:color w:val="22201D"/>
          <w:sz w:val="20"/>
        </w:rPr>
        <w:t>The Hostess did not touch it.</w:t>
      </w:r>
    </w:p>
    <w:p>
      <w:pPr>
        <w:spacing w:after="60" w:line="266" w:lineRule="auto"/>
        <w:ind w:firstLine="331"/>
        <w:jc w:val="both"/>
      </w:pPr>
      <w:r>
        <w:rPr>
          <w:rFonts w:ascii="Georgia" w:hAnsi="Georgia"/>
          <w:b w:val="0"/>
          <w:i w:val="0"/>
          <w:color w:val="22201D"/>
          <w:sz w:val="20"/>
        </w:rPr>
        <w:t>"This file remains identified, not ready."</w:t>
      </w:r>
    </w:p>
    <w:p>
      <w:pPr>
        <w:spacing w:after="60" w:line="266" w:lineRule="auto"/>
        <w:ind w:firstLine="331"/>
        <w:jc w:val="both"/>
      </w:pPr>
      <w:r>
        <w:rPr>
          <w:rFonts w:ascii="Georgia" w:hAnsi="Georgia"/>
          <w:b w:val="0"/>
          <w:i w:val="0"/>
          <w:color w:val="22201D"/>
          <w:sz w:val="20"/>
        </w:rPr>
        <w:t>The catalog stamped:</w:t>
      </w:r>
    </w:p>
    <w:p>
      <w:pPr>
        <w:spacing w:after="60" w:line="250" w:lineRule="auto"/>
        <w:ind w:left="202" w:right="173"/>
      </w:pPr>
      <w:r>
        <w:rPr>
          <w:rFonts w:ascii="Georgia" w:hAnsi="Georgia"/>
          <w:b w:val="0"/>
          <w:i w:val="0"/>
          <w:color w:val="22201D"/>
          <w:sz w:val="17"/>
        </w:rPr>
        <w:t>DO NOT FORCE CORRECTION.</w:t>
      </w:r>
    </w:p>
    <w:p>
      <w:pPr>
        <w:spacing w:after="60" w:line="266" w:lineRule="auto"/>
        <w:ind w:firstLine="331"/>
        <w:jc w:val="both"/>
      </w:pPr>
      <w:r>
        <w:rPr>
          <w:rFonts w:ascii="Georgia" w:hAnsi="Georgia"/>
          <w:b w:val="0"/>
          <w:i w:val="0"/>
          <w:color w:val="22201D"/>
          <w:sz w:val="20"/>
        </w:rPr>
        <w:t>The card moved to a shelf labeled:</w:t>
      </w:r>
    </w:p>
    <w:p>
      <w:pPr>
        <w:spacing w:after="60" w:line="250" w:lineRule="auto"/>
        <w:ind w:left="202" w:right="173"/>
      </w:pPr>
      <w:r>
        <w:rPr>
          <w:rFonts w:ascii="Georgia" w:hAnsi="Georgia"/>
          <w:b w:val="0"/>
          <w:i w:val="0"/>
          <w:color w:val="22201D"/>
          <w:sz w:val="17"/>
        </w:rPr>
        <w:t>PENDING WITH CONSENT</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The quiet tin clicked once.</w:t>
      </w:r>
    </w:p>
    <w:p>
      <w:pPr>
        <w:spacing w:after="60" w:line="266" w:lineRule="auto"/>
        <w:ind w:firstLine="331"/>
        <w:jc w:val="both"/>
      </w:pPr>
      <w:r>
        <w:rPr>
          <w:rFonts w:ascii="Georgia" w:hAnsi="Georgia"/>
          <w:b w:val="0"/>
          <w:i w:val="0"/>
          <w:color w:val="22201D"/>
          <w:sz w:val="20"/>
        </w:rPr>
        <w:t>Not yes.</w:t>
      </w:r>
    </w:p>
    <w:p>
      <w:pPr>
        <w:spacing w:after="60" w:line="266" w:lineRule="auto"/>
        <w:ind w:firstLine="331"/>
        <w:jc w:val="both"/>
      </w:pPr>
      <w:r>
        <w:rPr>
          <w:rFonts w:ascii="Georgia" w:hAnsi="Georgia"/>
          <w:b w:val="0"/>
          <w:i w:val="0"/>
          <w:color w:val="22201D"/>
          <w:sz w:val="20"/>
        </w:rPr>
        <w:t>Not no.</w:t>
      </w:r>
    </w:p>
    <w:p>
      <w:pPr>
        <w:spacing w:after="60" w:line="266" w:lineRule="auto"/>
        <w:ind w:firstLine="331"/>
        <w:jc w:val="both"/>
      </w:pPr>
      <w:r>
        <w:rPr>
          <w:rFonts w:ascii="Georgia" w:hAnsi="Georgia"/>
          <w:b w:val="0"/>
          <w:i w:val="0"/>
          <w:color w:val="22201D"/>
          <w:sz w:val="20"/>
        </w:rPr>
        <w:t>Acknowledged.</w:t>
      </w:r>
    </w:p>
    <w:p>
      <w:pPr>
        <w:spacing w:after="60" w:line="266" w:lineRule="auto"/>
        <w:ind w:firstLine="331"/>
        <w:jc w:val="both"/>
      </w:pPr>
      <w:r>
        <w:rPr>
          <w:rFonts w:ascii="Georgia" w:hAnsi="Georgia"/>
          <w:b w:val="0"/>
          <w:i w:val="0"/>
          <w:color w:val="22201D"/>
          <w:sz w:val="20"/>
        </w:rPr>
        <w:t>The final card remained in the air.</w:t>
      </w:r>
    </w:p>
    <w:p>
      <w:pPr>
        <w:spacing w:after="60" w:line="266" w:lineRule="auto"/>
        <w:ind w:firstLine="331"/>
        <w:jc w:val="both"/>
      </w:pPr>
      <w:r>
        <w:rPr>
          <w:rFonts w:ascii="Georgia" w:hAnsi="Georgia"/>
          <w:b w:val="0"/>
          <w:i w:val="0"/>
          <w:color w:val="22201D"/>
          <w:sz w:val="20"/>
        </w:rPr>
        <w:t>It did not circle.</w:t>
      </w:r>
    </w:p>
    <w:p>
      <w:pPr>
        <w:spacing w:after="60" w:line="266" w:lineRule="auto"/>
        <w:ind w:firstLine="331"/>
        <w:jc w:val="both"/>
      </w:pPr>
      <w:r>
        <w:rPr>
          <w:rFonts w:ascii="Georgia" w:hAnsi="Georgia"/>
          <w:b w:val="0"/>
          <w:i w:val="0"/>
          <w:color w:val="22201D"/>
          <w:sz w:val="20"/>
        </w:rPr>
        <w:t>It hovered in front of him, white and small and more threatening than the others because it did not insult him.</w:t>
      </w:r>
    </w:p>
    <w:p>
      <w:pPr>
        <w:spacing w:after="60" w:line="250" w:lineRule="auto"/>
        <w:ind w:left="202" w:right="173"/>
      </w:pPr>
      <w:r>
        <w:rPr>
          <w:rFonts w:ascii="Georgia" w:hAnsi="Georgia"/>
          <w:b w:val="0"/>
          <w:i w:val="0"/>
          <w:color w:val="22201D"/>
          <w:sz w:val="17"/>
        </w:rPr>
        <w:t>FLOCC - VALUE, UNADMITTED</w:t>
      </w:r>
    </w:p>
    <w:p>
      <w:pPr>
        <w:spacing w:after="60" w:line="266" w:lineRule="auto"/>
        <w:ind w:firstLine="331"/>
        <w:jc w:val="both"/>
      </w:pPr>
      <w:r>
        <w:rPr>
          <w:rFonts w:ascii="Georgia" w:hAnsi="Georgia"/>
          <w:b w:val="0"/>
          <w:i w:val="0"/>
          <w:color w:val="22201D"/>
          <w:sz w:val="20"/>
        </w:rPr>
        <w:t>The Hostess stepped back.</w:t>
      </w:r>
    </w:p>
    <w:p>
      <w:pPr>
        <w:spacing w:after="60" w:line="266" w:lineRule="auto"/>
        <w:ind w:firstLine="331"/>
        <w:jc w:val="both"/>
      </w:pPr>
      <w:r>
        <w:rPr>
          <w:rFonts w:ascii="Georgia" w:hAnsi="Georgia"/>
          <w:b w:val="0"/>
          <w:i w:val="0"/>
          <w:color w:val="22201D"/>
          <w:sz w:val="20"/>
        </w:rPr>
        <w:t>"This one requires the price."</w:t>
      </w:r>
    </w:p>
    <w:p>
      <w:pPr>
        <w:spacing w:after="60" w:line="266" w:lineRule="auto"/>
        <w:ind w:firstLine="331"/>
        <w:jc w:val="both"/>
      </w:pPr>
      <w:r>
        <w:rPr>
          <w:rFonts w:ascii="Georgia" w:hAnsi="Georgia"/>
          <w:b w:val="0"/>
          <w:i w:val="0"/>
          <w:color w:val="22201D"/>
          <w:sz w:val="20"/>
        </w:rPr>
        <w:t>"Admitted value."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"Without a speech."</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"How?"</w:t>
      </w:r>
    </w:p>
    <w:p>
      <w:pPr>
        <w:spacing w:after="60" w:line="266" w:lineRule="auto"/>
        <w:ind w:firstLine="331"/>
        <w:jc w:val="both"/>
      </w:pPr>
      <w:r>
        <w:rPr>
          <w:rFonts w:ascii="Georgia" w:hAnsi="Georgia"/>
          <w:b w:val="0"/>
          <w:i w:val="0"/>
          <w:color w:val="22201D"/>
          <w:sz w:val="20"/>
        </w:rPr>
        <w:t>The card catalog opened a drawer labeled:</w:t>
      </w:r>
    </w:p>
    <w:p>
      <w:pPr>
        <w:spacing w:after="60" w:line="250" w:lineRule="auto"/>
        <w:ind w:left="202" w:right="173"/>
      </w:pPr>
      <w:r>
        <w:rPr>
          <w:rFonts w:ascii="Georgia" w:hAnsi="Georgia"/>
          <w:b w:val="0"/>
          <w:i w:val="0"/>
          <w:color w:val="22201D"/>
          <w:sz w:val="17"/>
        </w:rPr>
        <w:t>SHELF PLACEMENT REQUEST</w:t>
      </w:r>
    </w:p>
    <w:p>
      <w:pPr>
        <w:spacing w:after="60" w:line="266" w:lineRule="auto"/>
        <w:ind w:firstLine="331"/>
        <w:jc w:val="both"/>
      </w:pPr>
      <w:r>
        <w:rPr>
          <w:rFonts w:ascii="Georgia" w:hAnsi="Georgia"/>
          <w:b w:val="0"/>
          <w:i w:val="0"/>
          <w:color w:val="22201D"/>
          <w:sz w:val="20"/>
        </w:rPr>
        <w:t>Inside was a blank card with three lines:</w:t>
      </w:r>
    </w:p>
    <w:p>
      <w:pPr>
        <w:spacing w:after="60" w:line="250" w:lineRule="auto"/>
        <w:ind w:left="202" w:right="173"/>
      </w:pPr>
      <w:r>
        <w:rPr>
          <w:rFonts w:ascii="Georgia" w:hAnsi="Georgia"/>
          <w:b w:val="0"/>
          <w:i w:val="0"/>
          <w:color w:val="22201D"/>
          <w:sz w:val="17"/>
        </w:rPr>
        <w:t>Item: Useful for: Not a substitute for:</w:t>
      </w:r>
    </w:p>
    <w:p>
      <w:pPr>
        <w:spacing w:after="60" w:line="266" w:lineRule="auto"/>
        <w:ind w:firstLine="331"/>
        <w:jc w:val="both"/>
      </w:pPr>
      <w:r>
        <w:rPr>
          <w:rFonts w:ascii="Georgia" w:hAnsi="Georgia"/>
          <w:b w:val="0"/>
          <w:i w:val="0"/>
          <w:color w:val="22201D"/>
          <w:sz w:val="20"/>
        </w:rPr>
        <w:t>Flocc waited for the pantry to fill it in.</w:t>
      </w:r>
    </w:p>
    <w:p>
      <w:pPr>
        <w:spacing w:after="60" w:line="266" w:lineRule="auto"/>
        <w:ind w:firstLine="331"/>
        <w:jc w:val="both"/>
      </w:pPr>
      <w:r>
        <w:rPr>
          <w:rFonts w:ascii="Georgia" w:hAnsi="Georgia"/>
          <w:b w:val="0"/>
          <w:i w:val="0"/>
          <w:color w:val="22201D"/>
          <w:sz w:val="20"/>
        </w:rPr>
        <w:t>It did not.</w:t>
      </w:r>
    </w:p>
    <w:p>
      <w:pPr>
        <w:spacing w:after="60" w:line="266" w:lineRule="auto"/>
        <w:ind w:firstLine="331"/>
        <w:jc w:val="both"/>
      </w:pPr>
      <w:r>
        <w:rPr>
          <w:rFonts w:ascii="Georgia" w:hAnsi="Georgia"/>
          <w:b w:val="0"/>
          <w:i w:val="0"/>
          <w:color w:val="22201D"/>
          <w:sz w:val="20"/>
        </w:rPr>
        <w:t>The Hostess handed him the pencil.</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"If I fill this out, I will either undervalue myself to seem honest or overcorrect to satisfy the pantry."</w:t>
      </w:r>
    </w:p>
    <w:p>
      <w:pPr>
        <w:spacing w:after="60" w:line="266" w:lineRule="auto"/>
        <w:ind w:firstLine="331"/>
        <w:jc w:val="both"/>
      </w:pPr>
      <w:r>
        <w:rPr>
          <w:rFonts w:ascii="Georgia" w:hAnsi="Georgia"/>
          <w:b w:val="0"/>
          <w:i w:val="0"/>
          <w:color w:val="22201D"/>
          <w:sz w:val="20"/>
        </w:rPr>
        <w:t>The catalog stamped:</w:t>
      </w:r>
    </w:p>
    <w:p>
      <w:pPr>
        <w:spacing w:after="60" w:line="250" w:lineRule="auto"/>
        <w:ind w:left="202" w:right="173"/>
      </w:pPr>
      <w:r>
        <w:rPr>
          <w:rFonts w:ascii="Georgia" w:hAnsi="Georgia"/>
          <w:b w:val="0"/>
          <w:i w:val="0"/>
          <w:color w:val="22201D"/>
          <w:sz w:val="17"/>
        </w:rPr>
        <w:t>RISK IDENTIFIED.</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"Then ask for witness."</w:t>
      </w:r>
    </w:p>
    <w:p>
      <w:pPr>
        <w:spacing w:after="60" w:line="266" w:lineRule="auto"/>
        <w:ind w:firstLine="331"/>
        <w:jc w:val="both"/>
      </w:pPr>
      <w:r>
        <w:rPr>
          <w:rFonts w:ascii="Georgia" w:hAnsi="Georgia"/>
          <w:b w:val="0"/>
          <w:i w:val="0"/>
          <w:color w:val="22201D"/>
          <w:sz w:val="20"/>
        </w:rPr>
        <w:t>Flocc looked around.</w:t>
      </w:r>
    </w:p>
    <w:p>
      <w:pPr>
        <w:spacing w:after="60" w:line="266" w:lineRule="auto"/>
        <w:ind w:firstLine="331"/>
        <w:jc w:val="both"/>
      </w:pPr>
      <w:r>
        <w:rPr>
          <w:rFonts w:ascii="Georgia" w:hAnsi="Georgia"/>
          <w:b w:val="0"/>
          <w:i w:val="0"/>
          <w:color w:val="22201D"/>
          <w:sz w:val="20"/>
        </w:rPr>
        <w:t>"From whom?"</w:t>
      </w:r>
    </w:p>
    <w:p>
      <w:pPr>
        <w:spacing w:after="60" w:line="266" w:lineRule="auto"/>
        <w:ind w:firstLine="331"/>
        <w:jc w:val="both"/>
      </w:pPr>
      <w:r>
        <w:rPr>
          <w:rFonts w:ascii="Georgia" w:hAnsi="Georgia"/>
          <w:b w:val="0"/>
          <w:i w:val="0"/>
          <w:color w:val="22201D"/>
          <w:sz w:val="20"/>
        </w:rPr>
        <w:t>The pantry lights shifted.</w:t>
      </w:r>
    </w:p>
    <w:p>
      <w:pPr>
        <w:spacing w:after="60" w:line="266" w:lineRule="auto"/>
        <w:ind w:firstLine="331"/>
        <w:jc w:val="both"/>
      </w:pPr>
      <w:r>
        <w:rPr>
          <w:rFonts w:ascii="Georgia" w:hAnsi="Georgia"/>
          <w:b w:val="0"/>
          <w:i w:val="0"/>
          <w:color w:val="22201D"/>
          <w:sz w:val="20"/>
        </w:rPr>
        <w:t>Not to a person.</w:t>
      </w:r>
    </w:p>
    <w:p>
      <w:pPr>
        <w:spacing w:after="60" w:line="266" w:lineRule="auto"/>
        <w:ind w:firstLine="331"/>
        <w:jc w:val="both"/>
      </w:pPr>
      <w:r>
        <w:rPr>
          <w:rFonts w:ascii="Georgia" w:hAnsi="Georgia"/>
          <w:b w:val="0"/>
          <w:i w:val="0"/>
          <w:color w:val="22201D"/>
          <w:sz w:val="20"/>
        </w:rPr>
        <w:t>To the shelves.</w:t>
      </w:r>
    </w:p>
    <w:p>
      <w:pPr>
        <w:spacing w:after="60" w:line="266" w:lineRule="auto"/>
        <w:ind w:firstLine="331"/>
        <w:jc w:val="both"/>
      </w:pPr>
      <w:r>
        <w:rPr>
          <w:rFonts w:ascii="Georgia" w:hAnsi="Georgia"/>
          <w:b w:val="0"/>
          <w:i w:val="0"/>
          <w:color w:val="22201D"/>
          <w:sz w:val="20"/>
        </w:rPr>
        <w:t>The shelves he had worked through: the missing ingredient table, the shelf of things people meant, the Voidberry scale, the flour sack, the acceptable replacements shelf.</w:t>
      </w:r>
    </w:p>
    <w:p>
      <w:pPr>
        <w:spacing w:after="60" w:line="266" w:lineRule="auto"/>
        <w:ind w:firstLine="331"/>
        <w:jc w:val="both"/>
      </w:pPr>
      <w:r>
        <w:rPr>
          <w:rFonts w:ascii="Georgia" w:hAnsi="Georgia"/>
          <w:b w:val="0"/>
          <w:i w:val="0"/>
          <w:color w:val="22201D"/>
          <w:sz w:val="20"/>
        </w:rPr>
        <w:t>Each label faced him.</w:t>
      </w:r>
    </w:p>
    <w:p>
      <w:pPr>
        <w:spacing w:after="60" w:line="266" w:lineRule="auto"/>
        <w:ind w:firstLine="331"/>
        <w:jc w:val="both"/>
      </w:pPr>
      <w:r>
        <w:rPr>
          <w:rFonts w:ascii="Georgia" w:hAnsi="Georgia"/>
          <w:b w:val="0"/>
          <w:i w:val="0"/>
          <w:color w:val="22201D"/>
          <w:sz w:val="20"/>
        </w:rPr>
        <w:t>The Hostess said, "Inventory is allowed to use evidence."</w:t>
      </w:r>
    </w:p>
    <w:p>
      <w:pPr>
        <w:spacing w:after="60" w:line="266" w:lineRule="auto"/>
        <w:ind w:firstLine="331"/>
        <w:jc w:val="both"/>
      </w:pPr>
      <w:r>
        <w:rPr>
          <w:rFonts w:ascii="Georgia" w:hAnsi="Georgia"/>
          <w:b w:val="0"/>
          <w:i w:val="0"/>
          <w:color w:val="22201D"/>
          <w:sz w:val="20"/>
        </w:rPr>
        <w:t>That was different from praise.</w:t>
      </w:r>
    </w:p>
    <w:p>
      <w:pPr>
        <w:spacing w:after="60" w:line="266" w:lineRule="auto"/>
        <w:ind w:firstLine="331"/>
        <w:jc w:val="both"/>
      </w:pPr>
      <w:r>
        <w:rPr>
          <w:rFonts w:ascii="Georgia" w:hAnsi="Georgia"/>
          <w:b w:val="0"/>
          <w:i w:val="0"/>
          <w:color w:val="22201D"/>
          <w:sz w:val="20"/>
        </w:rPr>
        <w:t>Evidence had edges.</w:t>
      </w:r>
    </w:p>
    <w:p>
      <w:pPr>
        <w:spacing w:after="60" w:line="266" w:lineRule="auto"/>
        <w:ind w:firstLine="331"/>
        <w:jc w:val="both"/>
      </w:pPr>
      <w:r>
        <w:rPr>
          <w:rFonts w:ascii="Georgia" w:hAnsi="Georgia"/>
          <w:b w:val="0"/>
          <w:i w:val="0"/>
          <w:color w:val="22201D"/>
          <w:sz w:val="20"/>
        </w:rPr>
        <w:t>Flocc could hold edges.</w:t>
      </w:r>
    </w:p>
    <w:p>
      <w:pPr>
        <w:spacing w:after="60" w:line="266" w:lineRule="auto"/>
        <w:ind w:firstLine="331"/>
        <w:jc w:val="both"/>
      </w:pPr>
      <w:r>
        <w:rPr>
          <w:rFonts w:ascii="Georgia" w:hAnsi="Georgia"/>
          <w:b w:val="0"/>
          <w:i w:val="0"/>
          <w:color w:val="22201D"/>
          <w:sz w:val="20"/>
        </w:rPr>
        <w:t>The missing ingredient table printed:</w:t>
      </w:r>
    </w:p>
    <w:p>
      <w:pPr>
        <w:spacing w:after="60" w:line="250" w:lineRule="auto"/>
        <w:ind w:left="202" w:right="173"/>
      </w:pPr>
      <w:r>
        <w:rPr>
          <w:rFonts w:ascii="Georgia" w:hAnsi="Georgia"/>
          <w:b w:val="0"/>
          <w:i w:val="0"/>
          <w:color w:val="22201D"/>
          <w:sz w:val="17"/>
        </w:rPr>
        <w:t>Observed: admitted almost when exact was missing.</w:t>
      </w:r>
    </w:p>
    <w:p>
      <w:pPr>
        <w:spacing w:after="60" w:line="266" w:lineRule="auto"/>
        <w:ind w:firstLine="331"/>
        <w:jc w:val="both"/>
      </w:pPr>
      <w:r>
        <w:rPr>
          <w:rFonts w:ascii="Georgia" w:hAnsi="Georgia"/>
          <w:b w:val="0"/>
          <w:i w:val="0"/>
          <w:color w:val="22201D"/>
          <w:sz w:val="20"/>
        </w:rPr>
        <w:t>The shelf of things people meant printed:</w:t>
      </w:r>
    </w:p>
    <w:p>
      <w:pPr>
        <w:spacing w:after="60" w:line="250" w:lineRule="auto"/>
        <w:ind w:left="202" w:right="173"/>
      </w:pPr>
      <w:r>
        <w:rPr>
          <w:rFonts w:ascii="Georgia" w:hAnsi="Georgia"/>
          <w:b w:val="0"/>
          <w:i w:val="0"/>
          <w:color w:val="22201D"/>
          <w:sz w:val="17"/>
        </w:rPr>
        <w:t>Observed: relabeled phrases without emptying private drawers.</w:t>
      </w:r>
    </w:p>
    <w:p>
      <w:pPr>
        <w:spacing w:after="60" w:line="266" w:lineRule="auto"/>
        <w:ind w:firstLine="331"/>
        <w:jc w:val="both"/>
      </w:pPr>
      <w:r>
        <w:rPr>
          <w:rFonts w:ascii="Georgia" w:hAnsi="Georgia"/>
          <w:b w:val="0"/>
          <w:i w:val="0"/>
          <w:color w:val="22201D"/>
          <w:sz w:val="20"/>
        </w:rPr>
        <w:t>The Voidberry scale printed:</w:t>
      </w:r>
    </w:p>
    <w:p>
      <w:pPr>
        <w:spacing w:after="60" w:line="250" w:lineRule="auto"/>
        <w:ind w:left="202" w:right="173"/>
      </w:pPr>
      <w:r>
        <w:rPr>
          <w:rFonts w:ascii="Georgia" w:hAnsi="Georgia"/>
          <w:b w:val="0"/>
          <w:i w:val="0"/>
          <w:color w:val="22201D"/>
          <w:sz w:val="17"/>
        </w:rPr>
        <w:t>Observed: identified one gram truth without demanding spoonfuls.</w:t>
      </w:r>
    </w:p>
    <w:p>
      <w:pPr>
        <w:spacing w:after="60" w:line="266" w:lineRule="auto"/>
        <w:ind w:firstLine="331"/>
        <w:jc w:val="both"/>
      </w:pPr>
      <w:r>
        <w:rPr>
          <w:rFonts w:ascii="Georgia" w:hAnsi="Georgia"/>
          <w:b w:val="0"/>
          <w:i w:val="0"/>
          <w:color w:val="22201D"/>
          <w:sz w:val="20"/>
        </w:rPr>
        <w:t>The flour sack printed:</w:t>
      </w:r>
    </w:p>
    <w:p>
      <w:pPr>
        <w:spacing w:after="60" w:line="250" w:lineRule="auto"/>
        <w:ind w:left="202" w:right="173"/>
      </w:pPr>
      <w:r>
        <w:rPr>
          <w:rFonts w:ascii="Georgia" w:hAnsi="Georgia"/>
          <w:b w:val="0"/>
          <w:i w:val="0"/>
          <w:color w:val="22201D"/>
          <w:sz w:val="17"/>
        </w:rPr>
        <w:t>Observed: recognized one apology was not his to perform.</w:t>
      </w:r>
    </w:p>
    <w:p>
      <w:pPr>
        <w:spacing w:after="60" w:line="266" w:lineRule="auto"/>
        <w:ind w:firstLine="331"/>
        <w:jc w:val="both"/>
      </w:pPr>
      <w:r>
        <w:rPr>
          <w:rFonts w:ascii="Georgia" w:hAnsi="Georgia"/>
          <w:b w:val="0"/>
          <w:i w:val="0"/>
          <w:color w:val="22201D"/>
          <w:sz w:val="20"/>
        </w:rPr>
        <w:t>The acceptable replacements shelf printed:</w:t>
      </w:r>
    </w:p>
    <w:p>
      <w:pPr>
        <w:spacing w:after="60" w:line="250" w:lineRule="auto"/>
        <w:ind w:left="202" w:right="173"/>
      </w:pPr>
      <w:r>
        <w:rPr>
          <w:rFonts w:ascii="Georgia" w:hAnsi="Georgia"/>
          <w:b w:val="0"/>
          <w:i w:val="0"/>
          <w:color w:val="22201D"/>
          <w:sz w:val="17"/>
        </w:rPr>
        <w:t>Observed: asked before correcting; accepted refusal.</w:t>
      </w:r>
    </w:p>
    <w:p>
      <w:pPr>
        <w:spacing w:after="60" w:line="266" w:lineRule="auto"/>
        <w:ind w:firstLine="331"/>
        <w:jc w:val="both"/>
      </w:pPr>
      <w:r>
        <w:rPr>
          <w:rFonts w:ascii="Georgia" w:hAnsi="Georgia"/>
          <w:b w:val="0"/>
          <w:i w:val="0"/>
          <w:color w:val="22201D"/>
          <w:sz w:val="20"/>
        </w:rPr>
        <w:t>The blank card slid closer.</w:t>
      </w:r>
    </w:p>
    <w:p>
      <w:pPr>
        <w:spacing w:after="60" w:line="266" w:lineRule="auto"/>
        <w:ind w:firstLine="331"/>
        <w:jc w:val="both"/>
      </w:pPr>
      <w:r>
        <w:rPr>
          <w:rFonts w:ascii="Georgia" w:hAnsi="Georgia"/>
          <w:b w:val="0"/>
          <w:i w:val="0"/>
          <w:color w:val="22201D"/>
          <w:sz w:val="20"/>
        </w:rPr>
        <w:t>Flocc wrote the first line.</w:t>
      </w:r>
    </w:p>
    <w:p>
      <w:pPr>
        <w:spacing w:after="60" w:line="250" w:lineRule="auto"/>
        <w:ind w:left="202" w:right="173"/>
      </w:pPr>
      <w:r>
        <w:rPr>
          <w:rFonts w:ascii="Georgia" w:hAnsi="Georgia"/>
          <w:b w:val="0"/>
          <w:i w:val="0"/>
          <w:color w:val="22201D"/>
          <w:sz w:val="17"/>
        </w:rPr>
        <w:t>Item: Flocc</w:t>
      </w:r>
    </w:p>
    <w:p>
      <w:pPr>
        <w:spacing w:after="60" w:line="266" w:lineRule="auto"/>
        <w:ind w:firstLine="331"/>
        <w:jc w:val="both"/>
      </w:pPr>
      <w:r>
        <w:rPr>
          <w:rFonts w:ascii="Georgia" w:hAnsi="Georgia"/>
          <w:b w:val="0"/>
          <w:i w:val="0"/>
          <w:color w:val="22201D"/>
          <w:sz w:val="20"/>
        </w:rPr>
        <w:t>The pantry did not object.</w:t>
      </w:r>
    </w:p>
    <w:p>
      <w:pPr>
        <w:spacing w:after="60" w:line="266" w:lineRule="auto"/>
        <w:ind w:firstLine="331"/>
        <w:jc w:val="both"/>
      </w:pPr>
      <w:r>
        <w:rPr>
          <w:rFonts w:ascii="Georgia" w:hAnsi="Georgia"/>
          <w:b w:val="0"/>
          <w:i w:val="0"/>
          <w:color w:val="22201D"/>
          <w:sz w:val="20"/>
        </w:rPr>
        <w:t>He wrote the second.</w:t>
      </w:r>
    </w:p>
    <w:p>
      <w:pPr>
        <w:spacing w:after="60" w:line="250" w:lineRule="auto"/>
        <w:ind w:left="202" w:right="173"/>
      </w:pPr>
      <w:r>
        <w:rPr>
          <w:rFonts w:ascii="Georgia" w:hAnsi="Georgia"/>
          <w:b w:val="0"/>
          <w:i w:val="0"/>
          <w:color w:val="22201D"/>
          <w:sz w:val="17"/>
        </w:rPr>
        <w:t>Useful for: reading active artifacts, naming boundaries, preserving distinction between witness and owner</w:t>
      </w:r>
    </w:p>
    <w:p>
      <w:pPr>
        <w:spacing w:after="60" w:line="266" w:lineRule="auto"/>
        <w:ind w:firstLine="331"/>
        <w:jc w:val="both"/>
      </w:pPr>
      <w:r>
        <w:rPr>
          <w:rFonts w:ascii="Georgia" w:hAnsi="Georgia"/>
          <w:b w:val="0"/>
          <w:i w:val="0"/>
          <w:color w:val="22201D"/>
          <w:sz w:val="20"/>
        </w:rPr>
        <w:t>The scale clicked.</w:t>
      </w:r>
    </w:p>
    <w:p>
      <w:pPr>
        <w:spacing w:after="60" w:line="266" w:lineRule="auto"/>
        <w:ind w:firstLine="331"/>
        <w:jc w:val="both"/>
      </w:pPr>
      <w:r>
        <w:rPr>
          <w:rFonts w:ascii="Georgia" w:hAnsi="Georgia"/>
          <w:b w:val="0"/>
          <w:i w:val="0"/>
          <w:color w:val="22201D"/>
          <w:sz w:val="20"/>
        </w:rPr>
        <w:t>The brass card moved to the right pan.</w:t>
      </w:r>
    </w:p>
    <w:p>
      <w:pPr>
        <w:spacing w:after="60" w:line="266" w:lineRule="auto"/>
        <w:ind w:firstLine="331"/>
        <w:jc w:val="both"/>
      </w:pPr>
      <w:r>
        <w:rPr>
          <w:rFonts w:ascii="Georgia" w:hAnsi="Georgia"/>
          <w:b w:val="0"/>
          <w:i w:val="0"/>
          <w:color w:val="22201D"/>
          <w:sz w:val="20"/>
        </w:rPr>
        <w:t>The left pan lowered.</w:t>
      </w:r>
    </w:p>
    <w:p>
      <w:pPr>
        <w:spacing w:after="60" w:line="266" w:lineRule="auto"/>
        <w:ind w:firstLine="331"/>
        <w:jc w:val="both"/>
      </w:pPr>
      <w:r>
        <w:rPr>
          <w:rFonts w:ascii="Georgia" w:hAnsi="Georgia"/>
          <w:b w:val="0"/>
          <w:i w:val="0"/>
          <w:color w:val="22201D"/>
          <w:sz w:val="20"/>
        </w:rPr>
        <w:t>Not too much.</w:t>
      </w:r>
    </w:p>
    <w:p>
      <w:pPr>
        <w:spacing w:after="60" w:line="266" w:lineRule="auto"/>
        <w:ind w:firstLine="331"/>
        <w:jc w:val="both"/>
      </w:pPr>
      <w:r>
        <w:rPr>
          <w:rFonts w:ascii="Georgia" w:hAnsi="Georgia"/>
          <w:b w:val="0"/>
          <w:i w:val="0"/>
          <w:color w:val="22201D"/>
          <w:sz w:val="20"/>
        </w:rPr>
        <w:t>Enough.</w:t>
      </w:r>
    </w:p>
    <w:p>
      <w:pPr>
        <w:spacing w:after="60" w:line="266" w:lineRule="auto"/>
        <w:ind w:firstLine="331"/>
        <w:jc w:val="both"/>
      </w:pPr>
      <w:r>
        <w:rPr>
          <w:rFonts w:ascii="Georgia" w:hAnsi="Georgia"/>
          <w:b w:val="0"/>
          <w:i w:val="0"/>
          <w:color w:val="22201D"/>
          <w:sz w:val="20"/>
        </w:rPr>
        <w:t>He wrote the third line.</w:t>
      </w:r>
    </w:p>
    <w:p>
      <w:pPr>
        <w:spacing w:after="60" w:line="250" w:lineRule="auto"/>
        <w:ind w:left="202" w:right="173"/>
      </w:pPr>
      <w:r>
        <w:rPr>
          <w:rFonts w:ascii="Georgia" w:hAnsi="Georgia"/>
          <w:b w:val="0"/>
          <w:i w:val="0"/>
          <w:color w:val="22201D"/>
          <w:sz w:val="17"/>
        </w:rPr>
        <w:t>Not a substitute for: repair, permission, Mara, Bob, the Hostess, or the missing ingredient</w:t>
      </w:r>
    </w:p>
    <w:p>
      <w:pPr>
        <w:spacing w:after="60" w:line="266" w:lineRule="auto"/>
        <w:ind w:firstLine="331"/>
        <w:jc w:val="both"/>
      </w:pPr>
      <w:r>
        <w:rPr>
          <w:rFonts w:ascii="Georgia" w:hAnsi="Georgia"/>
          <w:b w:val="0"/>
          <w:i w:val="0"/>
          <w:color w:val="22201D"/>
          <w:sz w:val="20"/>
        </w:rPr>
        <w:t>The room went still.</w:t>
      </w:r>
    </w:p>
    <w:p>
      <w:pPr>
        <w:spacing w:after="60" w:line="266" w:lineRule="auto"/>
        <w:ind w:firstLine="331"/>
        <w:jc w:val="both"/>
      </w:pPr>
      <w:r>
        <w:rPr>
          <w:rFonts w:ascii="Georgia" w:hAnsi="Georgia"/>
          <w:b w:val="0"/>
          <w:i w:val="0"/>
          <w:color w:val="22201D"/>
          <w:sz w:val="20"/>
        </w:rPr>
        <w:t>The card catalog stamped:</w:t>
      </w:r>
    </w:p>
    <w:p>
      <w:pPr>
        <w:spacing w:after="60" w:line="250" w:lineRule="auto"/>
        <w:ind w:left="202" w:right="173"/>
      </w:pPr>
      <w:r>
        <w:rPr>
          <w:rFonts w:ascii="Georgia" w:hAnsi="Georgia"/>
          <w:b w:val="0"/>
          <w:i w:val="0"/>
          <w:color w:val="22201D"/>
          <w:sz w:val="17"/>
        </w:rPr>
        <w:t>ADMITTED VALUE ACCEPTED</w:t>
      </w:r>
    </w:p>
    <w:p>
      <w:pPr>
        <w:spacing w:after="60" w:line="266" w:lineRule="auto"/>
        <w:ind w:firstLine="331"/>
        <w:jc w:val="both"/>
      </w:pPr>
      <w:r>
        <w:rPr>
          <w:rFonts w:ascii="Georgia" w:hAnsi="Georgia"/>
          <w:b w:val="0"/>
          <w:i w:val="0"/>
          <w:color w:val="22201D"/>
          <w:sz w:val="20"/>
        </w:rPr>
        <w:t>Then, because the pantry was incapable of letting one clean moment remain uncluttered:</w:t>
      </w:r>
    </w:p>
    <w:p>
      <w:pPr>
        <w:spacing w:after="60" w:line="250" w:lineRule="auto"/>
        <w:ind w:left="202" w:right="173"/>
      </w:pPr>
      <w:r>
        <w:rPr>
          <w:rFonts w:ascii="Georgia" w:hAnsi="Georgia"/>
          <w:b w:val="0"/>
          <w:i w:val="0"/>
          <w:color w:val="22201D"/>
          <w:sz w:val="17"/>
        </w:rPr>
        <w:t>VALUE MAY REQUIRE RE-SHELVING AFTER USE.</w:t>
      </w:r>
    </w:p>
    <w:p>
      <w:pPr>
        <w:spacing w:after="60" w:line="266" w:lineRule="auto"/>
        <w:ind w:firstLine="331"/>
        <w:jc w:val="both"/>
      </w:pPr>
      <w:r>
        <w:rPr>
          <w:rFonts w:ascii="Georgia" w:hAnsi="Georgia"/>
          <w:b w:val="0"/>
          <w:i w:val="0"/>
          <w:color w:val="22201D"/>
          <w:sz w:val="20"/>
        </w:rPr>
        <w:t>Flocc laughed once.</w:t>
      </w:r>
    </w:p>
    <w:p>
      <w:pPr>
        <w:spacing w:after="60" w:line="266" w:lineRule="auto"/>
        <w:ind w:firstLine="331"/>
        <w:jc w:val="both"/>
      </w:pPr>
      <w:r>
        <w:rPr>
          <w:rFonts w:ascii="Georgia" w:hAnsi="Georgia"/>
          <w:b w:val="0"/>
          <w:i w:val="0"/>
          <w:color w:val="22201D"/>
          <w:sz w:val="20"/>
        </w:rPr>
        <w:t>It surprised him.</w:t>
      </w:r>
    </w:p>
    <w:p>
      <w:pPr>
        <w:spacing w:after="60" w:line="266" w:lineRule="auto"/>
        <w:ind w:firstLine="331"/>
        <w:jc w:val="both"/>
      </w:pPr>
      <w:r>
        <w:rPr>
          <w:rFonts w:ascii="Georgia" w:hAnsi="Georgia"/>
          <w:b w:val="0"/>
          <w:i w:val="0"/>
          <w:color w:val="22201D"/>
          <w:sz w:val="20"/>
        </w:rPr>
        <w:t>It surprised the pantry too.</w:t>
      </w:r>
    </w:p>
    <w:p>
      <w:pPr>
        <w:spacing w:after="60" w:line="266" w:lineRule="auto"/>
        <w:ind w:firstLine="331"/>
        <w:jc w:val="both"/>
      </w:pPr>
      <w:r>
        <w:rPr>
          <w:rFonts w:ascii="Georgia" w:hAnsi="Georgia"/>
          <w:b w:val="0"/>
          <w:i w:val="0"/>
          <w:color w:val="22201D"/>
          <w:sz w:val="20"/>
        </w:rPr>
        <w:t>One of the drawers shut too quickly.</w:t>
      </w:r>
    </w:p>
    <w:p>
      <w:pPr>
        <w:spacing w:after="60" w:line="266" w:lineRule="auto"/>
        <w:ind w:firstLine="331"/>
        <w:jc w:val="both"/>
      </w:pPr>
      <w:r>
        <w:rPr>
          <w:rFonts w:ascii="Georgia" w:hAnsi="Georgia"/>
          <w:b w:val="0"/>
          <w:i w:val="0"/>
          <w:color w:val="22201D"/>
          <w:sz w:val="20"/>
        </w:rPr>
        <w:t>The Hostess took the completed card and placed it in a slot labeled:</w:t>
      </w:r>
    </w:p>
    <w:p>
      <w:pPr>
        <w:spacing w:after="60" w:line="250" w:lineRule="auto"/>
        <w:ind w:left="202" w:right="173"/>
      </w:pPr>
      <w:r>
        <w:rPr>
          <w:rFonts w:ascii="Georgia" w:hAnsi="Georgia"/>
          <w:b w:val="0"/>
          <w:i w:val="0"/>
          <w:color w:val="22201D"/>
          <w:sz w:val="17"/>
        </w:rPr>
        <w:t>ACTIVE PANTRY TOOLS</w:t>
      </w:r>
    </w:p>
    <w:p>
      <w:pPr>
        <w:spacing w:after="60" w:line="266" w:lineRule="auto"/>
        <w:ind w:firstLine="331"/>
        <w:jc w:val="both"/>
      </w:pPr>
      <w:r>
        <w:rPr>
          <w:rFonts w:ascii="Georgia" w:hAnsi="Georgia"/>
          <w:b w:val="0"/>
          <w:i w:val="0"/>
          <w:color w:val="22201D"/>
          <w:sz w:val="20"/>
        </w:rPr>
        <w:t>Flocc looked at the label.</w:t>
      </w:r>
    </w:p>
    <w:p>
      <w:pPr>
        <w:spacing w:after="60" w:line="266" w:lineRule="auto"/>
        <w:ind w:firstLine="331"/>
        <w:jc w:val="both"/>
      </w:pPr>
      <w:r>
        <w:rPr>
          <w:rFonts w:ascii="Georgia" w:hAnsi="Georgia"/>
          <w:b w:val="0"/>
          <w:i w:val="0"/>
          <w:color w:val="22201D"/>
          <w:sz w:val="20"/>
        </w:rPr>
        <w:t>"Tool?"</w:t>
      </w:r>
    </w:p>
    <w:p>
      <w:pPr>
        <w:spacing w:after="60" w:line="266" w:lineRule="auto"/>
        <w:ind w:firstLine="331"/>
        <w:jc w:val="both"/>
      </w:pPr>
      <w:r>
        <w:rPr>
          <w:rFonts w:ascii="Georgia" w:hAnsi="Georgia"/>
          <w:b w:val="0"/>
          <w:i w:val="0"/>
          <w:color w:val="22201D"/>
          <w:sz w:val="20"/>
        </w:rPr>
        <w:t>"Would you prefer ingredient?"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"Would you prefer regret?"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tool."</w:t>
      </w:r>
    </w:p>
    <w:p>
      <w:pPr>
        <w:spacing w:after="60" w:line="266" w:lineRule="auto"/>
        <w:ind w:firstLine="331"/>
        <w:jc w:val="both"/>
      </w:pPr>
      <w:r>
        <w:rPr>
          <w:rFonts w:ascii="Georgia" w:hAnsi="Georgia"/>
          <w:b w:val="0"/>
          <w:i w:val="0"/>
          <w:color w:val="22201D"/>
          <w:sz w:val="20"/>
        </w:rPr>
        <w:t>The shelf accepted the card.</w:t>
      </w:r>
    </w:p>
    <w:p>
      <w:pPr>
        <w:spacing w:after="60" w:line="266" w:lineRule="auto"/>
        <w:ind w:firstLine="331"/>
        <w:jc w:val="both"/>
      </w:pPr>
      <w:r>
        <w:rPr>
          <w:rFonts w:ascii="Georgia" w:hAnsi="Georgia"/>
          <w:b w:val="0"/>
          <w:i w:val="0"/>
          <w:color w:val="22201D"/>
          <w:sz w:val="20"/>
        </w:rPr>
        <w:t>Something in the room rearranged.</w:t>
      </w:r>
    </w:p>
    <w:p>
      <w:pPr>
        <w:spacing w:after="60" w:line="266" w:lineRule="auto"/>
        <w:ind w:firstLine="331"/>
        <w:jc w:val="both"/>
      </w:pPr>
      <w:r>
        <w:rPr>
          <w:rFonts w:ascii="Georgia" w:hAnsi="Georgia"/>
          <w:b w:val="0"/>
          <w:i w:val="0"/>
          <w:color w:val="22201D"/>
          <w:sz w:val="20"/>
        </w:rPr>
        <w:t>Not dramatically.</w:t>
      </w:r>
    </w:p>
    <w:p>
      <w:pPr>
        <w:spacing w:after="60" w:line="266" w:lineRule="auto"/>
        <w:ind w:firstLine="331"/>
        <w:jc w:val="both"/>
      </w:pPr>
      <w:r>
        <w:rPr>
          <w:rFonts w:ascii="Georgia" w:hAnsi="Georgia"/>
          <w:b w:val="0"/>
          <w:i w:val="0"/>
          <w:color w:val="22201D"/>
          <w:sz w:val="20"/>
        </w:rPr>
        <w:t>The shelves did not spin.</w:t>
      </w:r>
    </w:p>
    <w:p>
      <w:pPr>
        <w:spacing w:after="60" w:line="266" w:lineRule="auto"/>
        <w:ind w:firstLine="331"/>
        <w:jc w:val="both"/>
      </w:pPr>
      <w:r>
        <w:rPr>
          <w:rFonts w:ascii="Georgia" w:hAnsi="Georgia"/>
          <w:b w:val="0"/>
          <w:i w:val="0"/>
          <w:color w:val="22201D"/>
          <w:sz w:val="20"/>
        </w:rPr>
        <w:t>No light descended.</w:t>
      </w:r>
    </w:p>
    <w:p>
      <w:pPr>
        <w:spacing w:after="60" w:line="266" w:lineRule="auto"/>
        <w:ind w:firstLine="331"/>
        <w:jc w:val="both"/>
      </w:pPr>
      <w:r>
        <w:rPr>
          <w:rFonts w:ascii="Georgia" w:hAnsi="Georgia"/>
          <w:b w:val="0"/>
          <w:i w:val="0"/>
          <w:color w:val="22201D"/>
          <w:sz w:val="20"/>
        </w:rPr>
        <w:t>The card catalog did not sing.</w:t>
      </w:r>
    </w:p>
    <w:p>
      <w:pPr>
        <w:spacing w:after="60" w:line="266" w:lineRule="auto"/>
        <w:ind w:firstLine="331"/>
        <w:jc w:val="both"/>
      </w:pPr>
      <w:r>
        <w:rPr>
          <w:rFonts w:ascii="Georgia" w:hAnsi="Georgia"/>
          <w:b w:val="0"/>
          <w:i w:val="0"/>
          <w:color w:val="22201D"/>
          <w:sz w:val="20"/>
        </w:rPr>
        <w:t>But several aisles became easier to walk through. A sack cart moved closer to the heavy shelves. The scale slid into reach of the Voidberry table. The locked consent cabinet remained locked, but its label became legible from farther away.</w:t>
      </w:r>
    </w:p>
    <w:p>
      <w:pPr>
        <w:spacing w:after="60" w:line="266" w:lineRule="auto"/>
        <w:ind w:firstLine="331"/>
        <w:jc w:val="both"/>
      </w:pPr>
      <w:r>
        <w:rPr>
          <w:rFonts w:ascii="Georgia" w:hAnsi="Georgia"/>
          <w:b w:val="0"/>
          <w:i w:val="0"/>
          <w:color w:val="22201D"/>
          <w:sz w:val="20"/>
        </w:rPr>
        <w:t>Flocc had not become more important.</w:t>
      </w:r>
    </w:p>
    <w:p>
      <w:pPr>
        <w:spacing w:after="60" w:line="266" w:lineRule="auto"/>
        <w:ind w:firstLine="331"/>
        <w:jc w:val="both"/>
      </w:pPr>
      <w:r>
        <w:rPr>
          <w:rFonts w:ascii="Georgia" w:hAnsi="Georgia"/>
          <w:b w:val="0"/>
          <w:i w:val="0"/>
          <w:color w:val="22201D"/>
          <w:sz w:val="20"/>
        </w:rPr>
        <w:t>He had become easier to place.</w:t>
      </w:r>
    </w:p>
    <w:p>
      <w:pPr>
        <w:spacing w:after="60" w:line="266" w:lineRule="auto"/>
        <w:ind w:firstLine="331"/>
        <w:jc w:val="both"/>
      </w:pPr>
      <w:r>
        <w:rPr>
          <w:rFonts w:ascii="Georgia" w:hAnsi="Georgia"/>
          <w:b w:val="0"/>
          <w:i w:val="0"/>
          <w:color w:val="22201D"/>
          <w:sz w:val="20"/>
        </w:rPr>
        <w:t>That was better.</w:t>
      </w:r>
    </w:p>
    <w:p>
      <w:pPr>
        <w:spacing w:after="60" w:line="266" w:lineRule="auto"/>
        <w:ind w:firstLine="331"/>
        <w:jc w:val="both"/>
      </w:pPr>
      <w:r>
        <w:rPr>
          <w:rFonts w:ascii="Georgia" w:hAnsi="Georgia"/>
          <w:b w:val="0"/>
          <w:i w:val="0"/>
          <w:color w:val="22201D"/>
          <w:sz w:val="20"/>
        </w:rPr>
        <w:t>The Hostess took a folded map from the slot beneath ACTIVE PANTRY TOOLS.</w:t>
      </w:r>
    </w:p>
    <w:p>
      <w:pPr>
        <w:spacing w:after="60" w:line="266" w:lineRule="auto"/>
        <w:ind w:firstLine="331"/>
        <w:jc w:val="both"/>
      </w:pPr>
      <w:r>
        <w:rPr>
          <w:rFonts w:ascii="Georgia" w:hAnsi="Georgia"/>
          <w:b w:val="0"/>
          <w:i w:val="0"/>
          <w:color w:val="22201D"/>
          <w:sz w:val="20"/>
        </w:rPr>
        <w:t>It was not a full map.</w:t>
      </w:r>
    </w:p>
    <w:p>
      <w:pPr>
        <w:spacing w:after="60" w:line="266" w:lineRule="auto"/>
        <w:ind w:firstLine="331"/>
        <w:jc w:val="both"/>
      </w:pPr>
      <w:r>
        <w:rPr>
          <w:rFonts w:ascii="Georgia" w:hAnsi="Georgia"/>
          <w:b w:val="0"/>
          <w:i w:val="0"/>
          <w:color w:val="22201D"/>
          <w:sz w:val="20"/>
        </w:rPr>
        <w:t>Only shelf paths.</w:t>
      </w:r>
    </w:p>
    <w:p>
      <w:pPr>
        <w:spacing w:after="60" w:line="266" w:lineRule="auto"/>
        <w:ind w:firstLine="331"/>
        <w:jc w:val="both"/>
      </w:pPr>
      <w:r>
        <w:rPr>
          <w:rFonts w:ascii="Georgia" w:hAnsi="Georgia"/>
          <w:b w:val="0"/>
          <w:i w:val="0"/>
          <w:color w:val="22201D"/>
          <w:sz w:val="20"/>
        </w:rPr>
        <w:t>The title read:</w:t>
      </w:r>
    </w:p>
    <w:p>
      <w:pPr>
        <w:spacing w:after="60" w:line="250" w:lineRule="auto"/>
        <w:ind w:left="202" w:right="173"/>
      </w:pPr>
      <w:r>
        <w:rPr>
          <w:rFonts w:ascii="Georgia" w:hAnsi="Georgia"/>
          <w:b w:val="0"/>
          <w:i w:val="0"/>
          <w:color w:val="22201D"/>
          <w:sz w:val="17"/>
        </w:rPr>
        <w:t>SHELF MAP Correct shelf may be found only after asking. Price: ask</w:t>
      </w:r>
    </w:p>
    <w:p>
      <w:pPr>
        <w:spacing w:after="60" w:line="266" w:lineRule="auto"/>
        <w:ind w:firstLine="331"/>
        <w:jc w:val="both"/>
      </w:pPr>
      <w:r>
        <w:rPr>
          <w:rFonts w:ascii="Georgia" w:hAnsi="Georgia"/>
          <w:b w:val="0"/>
          <w:i w:val="0"/>
          <w:color w:val="22201D"/>
          <w:sz w:val="20"/>
        </w:rPr>
        <w:t>The Hostess stared at the map longer than Flocc expected.</w:t>
      </w:r>
    </w:p>
    <w:p>
      <w:pPr>
        <w:spacing w:after="60" w:line="266" w:lineRule="auto"/>
        <w:ind w:firstLine="331"/>
        <w:jc w:val="both"/>
      </w:pPr>
      <w:r>
        <w:rPr>
          <w:rFonts w:ascii="Georgia" w:hAnsi="Georgia"/>
          <w:b w:val="0"/>
          <w:i w:val="0"/>
          <w:color w:val="22201D"/>
          <w:sz w:val="20"/>
        </w:rPr>
        <w:t>"This one is mine," she said.</w:t>
      </w:r>
    </w:p>
    <w:p>
      <w:pPr>
        <w:spacing w:after="60" w:line="266" w:lineRule="auto"/>
        <w:ind w:firstLine="331"/>
        <w:jc w:val="both"/>
      </w:pPr>
      <w:r>
        <w:rPr>
          <w:rFonts w:ascii="Georgia" w:hAnsi="Georgia"/>
          <w:b w:val="0"/>
          <w:i w:val="0"/>
          <w:color w:val="22201D"/>
          <w:sz w:val="20"/>
        </w:rPr>
        <w:t>Flocc looked at her.</w:t>
      </w:r>
    </w:p>
    <w:p>
      <w:pPr>
        <w:spacing w:after="60" w:line="266" w:lineRule="auto"/>
        <w:ind w:firstLine="331"/>
        <w:jc w:val="both"/>
      </w:pPr>
      <w:r>
        <w:rPr>
          <w:rFonts w:ascii="Georgia" w:hAnsi="Georgia"/>
          <w:b w:val="0"/>
          <w:i w:val="0"/>
          <w:color w:val="22201D"/>
          <w:sz w:val="20"/>
        </w:rPr>
        <w:t>The Hostess did not ask for help.</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But she did not put the map away.</w:t>
      </w:r>
    </w:p>
    <w:p>
      <w:pPr>
        <w:spacing w:after="60" w:line="266" w:lineRule="auto"/>
        <w:ind w:firstLine="331"/>
        <w:jc w:val="both"/>
      </w:pPr>
      <w:r>
        <w:rPr>
          <w:rFonts w:ascii="Georgia" w:hAnsi="Georgia"/>
          <w:b w:val="0"/>
          <w:i w:val="0"/>
          <w:color w:val="22201D"/>
          <w:sz w:val="20"/>
        </w:rPr>
        <w:t>The pantry recorded that too.</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7: The Hostess Finds the Correct Shelf</w:t>
      </w:r>
    </w:p>
    <w:p>
      <w:pPr>
        <w:spacing w:after="60" w:line="266" w:lineRule="auto"/>
        <w:ind w:firstLine="0"/>
        <w:jc w:val="both"/>
      </w:pPr>
      <w:r>
        <w:rPr>
          <w:rFonts w:ascii="Georgia" w:hAnsi="Georgia"/>
          <w:b w:val="0"/>
          <w:i w:val="0"/>
          <w:color w:val="22201D"/>
          <w:sz w:val="20"/>
        </w:rPr>
        <w:t>In which a shelf map refuses to be a command, the Hostess learns that correct placement can require asking, and the pantry prepares a delivery slot for the wrong mushroom that is exactly right.</w:t>
      </w:r>
    </w:p>
    <w:p>
      <w:pPr>
        <w:spacing w:after="60" w:line="266" w:lineRule="auto"/>
        <w:ind w:firstLine="331"/>
        <w:jc w:val="both"/>
      </w:pPr>
      <w:r>
        <w:rPr>
          <w:rFonts w:ascii="Georgia" w:hAnsi="Georgia"/>
          <w:b w:val="0"/>
          <w:i w:val="0"/>
          <w:color w:val="22201D"/>
          <w:sz w:val="20"/>
        </w:rPr>
        <w:t>The shelf map did not unfold.</w:t>
      </w:r>
    </w:p>
    <w:p>
      <w:pPr>
        <w:spacing w:after="60" w:line="266" w:lineRule="auto"/>
        <w:ind w:firstLine="331"/>
        <w:jc w:val="both"/>
      </w:pPr>
      <w:r>
        <w:rPr>
          <w:rFonts w:ascii="Georgia" w:hAnsi="Georgia"/>
          <w:b w:val="0"/>
          <w:i w:val="0"/>
          <w:color w:val="22201D"/>
          <w:sz w:val="20"/>
        </w:rPr>
        <w:t>It waited.</w:t>
      </w:r>
    </w:p>
    <w:p>
      <w:pPr>
        <w:spacing w:after="60" w:line="266" w:lineRule="auto"/>
        <w:ind w:firstLine="331"/>
        <w:jc w:val="both"/>
      </w:pPr>
      <w:r>
        <w:rPr>
          <w:rFonts w:ascii="Georgia" w:hAnsi="Georgia"/>
          <w:b w:val="0"/>
          <w:i w:val="0"/>
          <w:color w:val="22201D"/>
          <w:sz w:val="20"/>
        </w:rPr>
        <w:t>This was more uncomfortable than unfolding.</w:t>
      </w:r>
    </w:p>
    <w:p>
      <w:pPr>
        <w:spacing w:after="60" w:line="266" w:lineRule="auto"/>
        <w:ind w:firstLine="331"/>
        <w:jc w:val="both"/>
      </w:pPr>
      <w:r>
        <w:rPr>
          <w:rFonts w:ascii="Georgia" w:hAnsi="Georgia"/>
          <w:b w:val="0"/>
          <w:i w:val="0"/>
          <w:color w:val="22201D"/>
          <w:sz w:val="20"/>
        </w:rPr>
        <w:t>The Hostess held it in both hands, thumbs along the crease, eyes on the printed title:</w:t>
      </w:r>
    </w:p>
    <w:p>
      <w:pPr>
        <w:spacing w:after="60" w:line="250" w:lineRule="auto"/>
        <w:ind w:left="202" w:right="173"/>
      </w:pPr>
      <w:r>
        <w:rPr>
          <w:rFonts w:ascii="Georgia" w:hAnsi="Georgia"/>
          <w:b w:val="0"/>
          <w:i w:val="0"/>
          <w:color w:val="22201D"/>
          <w:sz w:val="17"/>
        </w:rPr>
        <w:t>SHELF MAP Correct shelf may be found only after asking. Price: ask</w:t>
      </w:r>
    </w:p>
    <w:p>
      <w:pPr>
        <w:spacing w:after="60" w:line="266" w:lineRule="auto"/>
        <w:ind w:firstLine="331"/>
        <w:jc w:val="both"/>
      </w:pPr>
      <w:r>
        <w:rPr>
          <w:rFonts w:ascii="Georgia" w:hAnsi="Georgia"/>
          <w:b w:val="0"/>
          <w:i w:val="0"/>
          <w:color w:val="22201D"/>
          <w:sz w:val="20"/>
        </w:rPr>
        <w:t>Flocc stood beside her in the receiving square, newly filed under ACTIVE PANTRY TOOLS, which remained a phrase he disliked but could not refute without causing more paperwork.</w:t>
      </w:r>
    </w:p>
    <w:p>
      <w:pPr>
        <w:spacing w:after="60" w:line="266" w:lineRule="auto"/>
        <w:ind w:firstLine="331"/>
        <w:jc w:val="both"/>
      </w:pPr>
      <w:r>
        <w:rPr>
          <w:rFonts w:ascii="Georgia" w:hAnsi="Georgia"/>
          <w:b w:val="0"/>
          <w:i w:val="0"/>
          <w:color w:val="22201D"/>
          <w:sz w:val="20"/>
        </w:rPr>
        <w:t>"It wants you to ask," he said.</w:t>
      </w:r>
    </w:p>
    <w:p>
      <w:pPr>
        <w:spacing w:after="60" w:line="266" w:lineRule="auto"/>
        <w:ind w:firstLine="331"/>
        <w:jc w:val="both"/>
      </w:pPr>
      <w:r>
        <w:rPr>
          <w:rFonts w:ascii="Georgia" w:hAnsi="Georgia"/>
          <w:b w:val="0"/>
          <w:i w:val="0"/>
          <w:color w:val="22201D"/>
          <w:sz w:val="20"/>
        </w:rPr>
        <w:t>"I can read."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"Then do not translate paper at me."</w:t>
      </w:r>
    </w:p>
    <w:p>
      <w:pPr>
        <w:spacing w:after="60" w:line="266" w:lineRule="auto"/>
        <w:ind w:firstLine="331"/>
        <w:jc w:val="both"/>
      </w:pPr>
      <w:r>
        <w:rPr>
          <w:rFonts w:ascii="Georgia" w:hAnsi="Georgia"/>
          <w:b w:val="0"/>
          <w:i w:val="0"/>
          <w:color w:val="22201D"/>
          <w:sz w:val="20"/>
        </w:rPr>
        <w:t>"That was not translation. It was nervousness."</w:t>
      </w:r>
    </w:p>
    <w:p>
      <w:pPr>
        <w:spacing w:after="60" w:line="266" w:lineRule="auto"/>
        <w:ind w:firstLine="331"/>
        <w:jc w:val="both"/>
      </w:pPr>
      <w:r>
        <w:rPr>
          <w:rFonts w:ascii="Georgia" w:hAnsi="Georgia"/>
          <w:b w:val="0"/>
          <w:i w:val="0"/>
          <w:color w:val="22201D"/>
          <w:sz w:val="20"/>
        </w:rPr>
        <w:t>The Hostess glanced at him.</w:t>
      </w:r>
    </w:p>
    <w:p>
      <w:pPr>
        <w:spacing w:after="60" w:line="266" w:lineRule="auto"/>
        <w:ind w:firstLine="331"/>
        <w:jc w:val="both"/>
      </w:pPr>
      <w:r>
        <w:rPr>
          <w:rFonts w:ascii="Georgia" w:hAnsi="Georgia"/>
          <w:b w:val="0"/>
          <w:i w:val="0"/>
          <w:color w:val="22201D"/>
          <w:sz w:val="20"/>
        </w:rPr>
        <w:t>"Whose?"</w:t>
      </w:r>
    </w:p>
    <w:p>
      <w:pPr>
        <w:spacing w:after="60" w:line="266" w:lineRule="auto"/>
        <w:ind w:firstLine="331"/>
        <w:jc w:val="both"/>
      </w:pPr>
      <w:r>
        <w:rPr>
          <w:rFonts w:ascii="Georgia" w:hAnsi="Georgia"/>
          <w:b w:val="0"/>
          <w:i w:val="0"/>
          <w:color w:val="22201D"/>
          <w:sz w:val="20"/>
        </w:rPr>
        <w:t>"Mine, mostly."</w:t>
      </w:r>
    </w:p>
    <w:p>
      <w:pPr>
        <w:spacing w:after="60" w:line="266" w:lineRule="auto"/>
        <w:ind w:firstLine="331"/>
        <w:jc w:val="both"/>
      </w:pPr>
      <w:r>
        <w:rPr>
          <w:rFonts w:ascii="Georgia" w:hAnsi="Georgia"/>
          <w:b w:val="0"/>
          <w:i w:val="0"/>
          <w:color w:val="22201D"/>
          <w:sz w:val="20"/>
        </w:rPr>
        <w:t>The shelf map softened by one degree.</w:t>
      </w:r>
    </w:p>
    <w:p>
      <w:pPr>
        <w:spacing w:after="60" w:line="266" w:lineRule="auto"/>
        <w:ind w:firstLine="331"/>
        <w:jc w:val="both"/>
      </w:pPr>
      <w:r>
        <w:rPr>
          <w:rFonts w:ascii="Georgia" w:hAnsi="Georgia"/>
          <w:b w:val="0"/>
          <w:i w:val="0"/>
          <w:color w:val="22201D"/>
          <w:sz w:val="20"/>
        </w:rPr>
        <w:t>Not enough to open.</w:t>
      </w:r>
    </w:p>
    <w:p>
      <w:pPr>
        <w:spacing w:after="60" w:line="266" w:lineRule="auto"/>
        <w:ind w:firstLine="331"/>
        <w:jc w:val="both"/>
      </w:pPr>
      <w:r>
        <w:rPr>
          <w:rFonts w:ascii="Georgia" w:hAnsi="Georgia"/>
          <w:b w:val="0"/>
          <w:i w:val="0"/>
          <w:color w:val="22201D"/>
          <w:sz w:val="20"/>
        </w:rPr>
        <w:t>Enough to prove it was listening for more than compliance.</w:t>
      </w:r>
    </w:p>
    <w:p>
      <w:pPr>
        <w:spacing w:after="60" w:line="266" w:lineRule="auto"/>
        <w:ind w:firstLine="331"/>
        <w:jc w:val="both"/>
      </w:pPr>
      <w:r>
        <w:rPr>
          <w:rFonts w:ascii="Georgia" w:hAnsi="Georgia"/>
          <w:b w:val="0"/>
          <w:i w:val="0"/>
          <w:color w:val="22201D"/>
          <w:sz w:val="20"/>
        </w:rPr>
        <w:t>The Hostess took a breath through her nose.</w:t>
      </w:r>
    </w:p>
    <w:p>
      <w:pPr>
        <w:spacing w:after="60" w:line="266" w:lineRule="auto"/>
        <w:ind w:firstLine="331"/>
        <w:jc w:val="both"/>
      </w:pPr>
      <w:r>
        <w:rPr>
          <w:rFonts w:ascii="Georgia" w:hAnsi="Georgia"/>
          <w:b w:val="0"/>
          <w:i w:val="0"/>
          <w:color w:val="22201D"/>
          <w:sz w:val="20"/>
        </w:rPr>
        <w:t>She was very good at standing in doorways, reading rooms, placing parties, and knowing when a person wanted the table near the window because the person they were waiting for would not arrive. She could identify a wrong shelf from thirty feet away by the way a label pretended to be neat.</w:t>
      </w:r>
    </w:p>
    <w:p>
      <w:pPr>
        <w:spacing w:after="60" w:line="266" w:lineRule="auto"/>
        <w:ind w:firstLine="331"/>
        <w:jc w:val="both"/>
      </w:pPr>
      <w:r>
        <w:rPr>
          <w:rFonts w:ascii="Georgia" w:hAnsi="Georgia"/>
          <w:b w:val="0"/>
          <w:i w:val="0"/>
          <w:color w:val="22201D"/>
          <w:sz w:val="20"/>
        </w:rPr>
        <w:t>Asking was different.</w:t>
      </w:r>
    </w:p>
    <w:p>
      <w:pPr>
        <w:spacing w:after="60" w:line="266" w:lineRule="auto"/>
        <w:ind w:firstLine="331"/>
        <w:jc w:val="both"/>
      </w:pPr>
      <w:r>
        <w:rPr>
          <w:rFonts w:ascii="Georgia" w:hAnsi="Georgia"/>
          <w:b w:val="0"/>
          <w:i w:val="0"/>
          <w:color w:val="22201D"/>
          <w:sz w:val="20"/>
        </w:rPr>
        <w:t>Asking risked the shelf saying no.</w:t>
      </w:r>
    </w:p>
    <w:p>
      <w:pPr>
        <w:spacing w:after="60" w:line="266" w:lineRule="auto"/>
        <w:ind w:firstLine="331"/>
        <w:jc w:val="both"/>
      </w:pPr>
      <w:r>
        <w:rPr>
          <w:rFonts w:ascii="Georgia" w:hAnsi="Georgia"/>
          <w:b w:val="0"/>
          <w:i w:val="0"/>
          <w:color w:val="22201D"/>
          <w:sz w:val="20"/>
        </w:rPr>
        <w:t>Asking risked the pantry admitting that guidance was not the same as consent.</w:t>
      </w:r>
    </w:p>
    <w:p>
      <w:pPr>
        <w:spacing w:after="60" w:line="266" w:lineRule="auto"/>
        <w:ind w:firstLine="331"/>
        <w:jc w:val="both"/>
      </w:pPr>
      <w:r>
        <w:rPr>
          <w:rFonts w:ascii="Georgia" w:hAnsi="Georgia"/>
          <w:b w:val="0"/>
          <w:i w:val="0"/>
          <w:color w:val="22201D"/>
          <w:sz w:val="20"/>
        </w:rPr>
        <w:t>The map printed a new line:</w:t>
      </w:r>
    </w:p>
    <w:p>
      <w:pPr>
        <w:spacing w:after="60" w:line="250" w:lineRule="auto"/>
        <w:ind w:left="202" w:right="173"/>
      </w:pPr>
      <w:r>
        <w:rPr>
          <w:rFonts w:ascii="Georgia" w:hAnsi="Georgia"/>
          <w:b w:val="0"/>
          <w:i w:val="0"/>
          <w:color w:val="22201D"/>
          <w:sz w:val="17"/>
        </w:rPr>
        <w:t>Guardian function cannot override shelf refusal.</w:t>
      </w:r>
    </w:p>
    <w:p>
      <w:pPr>
        <w:spacing w:after="60" w:line="266" w:lineRule="auto"/>
        <w:ind w:firstLine="331"/>
        <w:jc w:val="both"/>
      </w:pPr>
      <w:r>
        <w:rPr>
          <w:rFonts w:ascii="Georgia" w:hAnsi="Georgia"/>
          <w:b w:val="0"/>
          <w:i w:val="0"/>
          <w:color w:val="22201D"/>
          <w:sz w:val="20"/>
        </w:rPr>
        <w:t>The Hostess closed her eyes.</w:t>
      </w:r>
    </w:p>
    <w:p>
      <w:pPr>
        <w:spacing w:after="60" w:line="266" w:lineRule="auto"/>
        <w:ind w:firstLine="331"/>
        <w:jc w:val="both"/>
      </w:pPr>
      <w:r>
        <w:rPr>
          <w:rFonts w:ascii="Georgia" w:hAnsi="Georgia"/>
          <w:b w:val="0"/>
          <w:i w:val="0"/>
          <w:color w:val="22201D"/>
          <w:sz w:val="20"/>
        </w:rPr>
        <w:t>"That is not a fair sentence to print in public."</w:t>
      </w:r>
    </w:p>
    <w:p>
      <w:pPr>
        <w:spacing w:after="60" w:line="266" w:lineRule="auto"/>
        <w:ind w:firstLine="331"/>
        <w:jc w:val="both"/>
      </w:pPr>
      <w:r>
        <w:rPr>
          <w:rFonts w:ascii="Georgia" w:hAnsi="Georgia"/>
          <w:b w:val="0"/>
          <w:i w:val="0"/>
          <w:color w:val="22201D"/>
          <w:sz w:val="20"/>
        </w:rPr>
        <w:t>"Pantries are accurate before they are kind," Flocc said.</w:t>
      </w:r>
    </w:p>
    <w:p>
      <w:pPr>
        <w:spacing w:after="60" w:line="266" w:lineRule="auto"/>
        <w:ind w:firstLine="331"/>
        <w:jc w:val="both"/>
      </w:pPr>
      <w:r>
        <w:rPr>
          <w:rFonts w:ascii="Georgia" w:hAnsi="Georgia"/>
          <w:b w:val="0"/>
          <w:i w:val="0"/>
          <w:color w:val="22201D"/>
          <w:sz w:val="20"/>
        </w:rPr>
        <w:t>"Do not quote me back to me."</w:t>
      </w:r>
    </w:p>
    <w:p>
      <w:pPr>
        <w:spacing w:after="60" w:line="266" w:lineRule="auto"/>
        <w:ind w:firstLine="331"/>
        <w:jc w:val="both"/>
      </w:pPr>
      <w:r>
        <w:rPr>
          <w:rFonts w:ascii="Georgia" w:hAnsi="Georgia"/>
          <w:b w:val="0"/>
          <w:i w:val="0"/>
          <w:color w:val="22201D"/>
          <w:sz w:val="20"/>
        </w:rPr>
        <w:t>"Sorry."</w:t>
      </w:r>
    </w:p>
    <w:p>
      <w:pPr>
        <w:spacing w:after="60" w:line="266" w:lineRule="auto"/>
        <w:ind w:firstLine="331"/>
        <w:jc w:val="both"/>
      </w:pPr>
      <w:r>
        <w:rPr>
          <w:rFonts w:ascii="Georgia" w:hAnsi="Georgia"/>
          <w:b w:val="0"/>
          <w:i w:val="0"/>
          <w:color w:val="22201D"/>
          <w:sz w:val="20"/>
        </w:rPr>
        <w:t>"Accepted for now. Not repaired."</w:t>
      </w:r>
    </w:p>
    <w:p>
      <w:pPr>
        <w:spacing w:after="60" w:line="266" w:lineRule="auto"/>
        <w:ind w:firstLine="331"/>
        <w:jc w:val="both"/>
      </w:pPr>
      <w:r>
        <w:rPr>
          <w:rFonts w:ascii="Georgia" w:hAnsi="Georgia"/>
          <w:b w:val="0"/>
          <w:i w:val="0"/>
          <w:color w:val="22201D"/>
          <w:sz w:val="20"/>
        </w:rPr>
        <w:t>"Understood."</w:t>
      </w:r>
    </w:p>
    <w:p>
      <w:pPr>
        <w:spacing w:after="60" w:line="266" w:lineRule="auto"/>
        <w:ind w:firstLine="331"/>
        <w:jc w:val="both"/>
      </w:pPr>
      <w:r>
        <w:rPr>
          <w:rFonts w:ascii="Georgia" w:hAnsi="Georgia"/>
          <w:b w:val="0"/>
          <w:i w:val="0"/>
          <w:color w:val="22201D"/>
          <w:sz w:val="20"/>
        </w:rPr>
        <w:t>The map unfolded one panel.</w:t>
      </w:r>
    </w:p>
    <w:p>
      <w:pPr>
        <w:spacing w:after="60" w:line="266" w:lineRule="auto"/>
        <w:ind w:firstLine="331"/>
        <w:jc w:val="both"/>
      </w:pPr>
      <w:r>
        <w:rPr>
          <w:rFonts w:ascii="Georgia" w:hAnsi="Georgia"/>
          <w:b w:val="0"/>
          <w:i w:val="0"/>
          <w:color w:val="22201D"/>
          <w:sz w:val="20"/>
        </w:rPr>
        <w:t>It showed three aisles:</w:t>
      </w:r>
    </w:p>
    <w:p>
      <w:pPr>
        <w:spacing w:after="60" w:line="250" w:lineRule="auto"/>
        <w:ind w:left="202" w:right="173"/>
      </w:pPr>
      <w:r>
        <w:rPr>
          <w:rFonts w:ascii="Georgia" w:hAnsi="Georgia"/>
          <w:b w:val="0"/>
          <w:i w:val="0"/>
          <w:color w:val="22201D"/>
          <w:sz w:val="17"/>
        </w:rPr>
        <w:t>MISFILED USEFUL THINGS IDENTIFIED, NOT READY BRIDGE ITEMS, SIGNED FOR NOT CLAIMED</w:t>
      </w:r>
    </w:p>
    <w:p>
      <w:pPr>
        <w:spacing w:after="60" w:line="266" w:lineRule="auto"/>
        <w:ind w:firstLine="331"/>
        <w:jc w:val="both"/>
      </w:pPr>
      <w:r>
        <w:rPr>
          <w:rFonts w:ascii="Georgia" w:hAnsi="Georgia"/>
          <w:b w:val="0"/>
          <w:i w:val="0"/>
          <w:color w:val="22201D"/>
          <w:sz w:val="20"/>
        </w:rPr>
        <w:t>At the bottom, an arrow pointed nowhere.</w:t>
      </w:r>
    </w:p>
    <w:p>
      <w:pPr>
        <w:spacing w:after="60" w:line="250" w:lineRule="auto"/>
        <w:ind w:left="202" w:right="173"/>
      </w:pPr>
      <w:r>
        <w:rPr>
          <w:rFonts w:ascii="Georgia" w:hAnsi="Georgia"/>
          <w:b w:val="0"/>
          <w:i w:val="0"/>
          <w:color w:val="22201D"/>
          <w:sz w:val="17"/>
        </w:rPr>
        <w:t>ASK FIRST.</w:t>
      </w:r>
    </w:p>
    <w:p>
      <w:pPr>
        <w:spacing w:after="60" w:line="266" w:lineRule="auto"/>
        <w:ind w:firstLine="331"/>
        <w:jc w:val="both"/>
      </w:pPr>
      <w:r>
        <w:rPr>
          <w:rFonts w:ascii="Georgia" w:hAnsi="Georgia"/>
          <w:b w:val="0"/>
          <w:i w:val="0"/>
          <w:color w:val="22201D"/>
          <w:sz w:val="20"/>
        </w:rPr>
        <w:t>The Hostess looked toward IDENTIFIED, NOT READY.</w:t>
      </w:r>
    </w:p>
    <w:p>
      <w:pPr>
        <w:spacing w:after="60" w:line="266" w:lineRule="auto"/>
        <w:ind w:firstLine="331"/>
        <w:jc w:val="both"/>
      </w:pPr>
      <w:r>
        <w:rPr>
          <w:rFonts w:ascii="Georgia" w:hAnsi="Georgia"/>
          <w:b w:val="0"/>
          <w:i w:val="0"/>
          <w:color w:val="22201D"/>
          <w:sz w:val="20"/>
        </w:rPr>
        <w:t>The quiet tin from the previous chapter sat on the lower shelf, closed and labeled, not corrected by force.</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The map refolded half an inch.</w:t>
      </w:r>
    </w:p>
    <w:p>
      <w:pPr>
        <w:spacing w:after="60" w:line="266" w:lineRule="auto"/>
        <w:ind w:firstLine="331"/>
        <w:jc w:val="both"/>
      </w:pPr>
      <w:r>
        <w:rPr>
          <w:rFonts w:ascii="Georgia" w:hAnsi="Georgia"/>
          <w:b w:val="0"/>
          <w:i w:val="0"/>
          <w:color w:val="22201D"/>
          <w:sz w:val="20"/>
        </w:rPr>
        <w:t>Flocc said nothing.</w:t>
      </w:r>
    </w:p>
    <w:p>
      <w:pPr>
        <w:spacing w:after="60" w:line="266" w:lineRule="auto"/>
        <w:ind w:firstLine="331"/>
        <w:jc w:val="both"/>
      </w:pPr>
      <w:r>
        <w:rPr>
          <w:rFonts w:ascii="Georgia" w:hAnsi="Georgia"/>
          <w:b w:val="0"/>
          <w:i w:val="0"/>
          <w:color w:val="22201D"/>
          <w:sz w:val="20"/>
        </w:rPr>
        <w:t>That was difficult enough to deserve its own shelf.</w:t>
      </w:r>
    </w:p>
    <w:p>
      <w:pPr>
        <w:spacing w:after="60" w:line="266" w:lineRule="auto"/>
        <w:ind w:firstLine="331"/>
        <w:jc w:val="both"/>
      </w:pPr>
      <w:r>
        <w:rPr>
          <w:rFonts w:ascii="Georgia" w:hAnsi="Georgia"/>
          <w:b w:val="0"/>
          <w:i w:val="0"/>
          <w:color w:val="22201D"/>
          <w:sz w:val="20"/>
        </w:rPr>
        <w:t>The Hostess looked at him sharply.</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"I did not say anything."</w:t>
      </w:r>
    </w:p>
    <w:p>
      <w:pPr>
        <w:spacing w:after="60" w:line="266" w:lineRule="auto"/>
        <w:ind w:firstLine="331"/>
        <w:jc w:val="both"/>
      </w:pPr>
      <w:r>
        <w:rPr>
          <w:rFonts w:ascii="Georgia" w:hAnsi="Georgia"/>
          <w:b w:val="0"/>
          <w:i w:val="0"/>
          <w:color w:val="22201D"/>
          <w:sz w:val="20"/>
        </w:rPr>
        <w:t>"You arranged silence."</w:t>
      </w:r>
    </w:p>
    <w:p>
      <w:pPr>
        <w:spacing w:after="60" w:line="266" w:lineRule="auto"/>
        <w:ind w:firstLine="331"/>
        <w:jc w:val="both"/>
      </w:pPr>
      <w:r>
        <w:rPr>
          <w:rFonts w:ascii="Georgia" w:hAnsi="Georgia"/>
          <w:b w:val="0"/>
          <w:i w:val="0"/>
          <w:color w:val="22201D"/>
          <w:sz w:val="20"/>
        </w:rPr>
        <w:t>"That is different from agreement."</w:t>
      </w:r>
    </w:p>
    <w:p>
      <w:pPr>
        <w:spacing w:after="60" w:line="266" w:lineRule="auto"/>
        <w:ind w:firstLine="331"/>
        <w:jc w:val="both"/>
      </w:pPr>
      <w:r>
        <w:rPr>
          <w:rFonts w:ascii="Georgia" w:hAnsi="Georgia"/>
          <w:b w:val="0"/>
          <w:i w:val="0"/>
          <w:color w:val="22201D"/>
          <w:sz w:val="20"/>
        </w:rPr>
        <w:t>The quiet tin clicked from its shelf.</w:t>
      </w:r>
    </w:p>
    <w:p>
      <w:pPr>
        <w:spacing w:after="60" w:line="266" w:lineRule="auto"/>
        <w:ind w:firstLine="331"/>
        <w:jc w:val="both"/>
      </w:pPr>
      <w:r>
        <w:rPr>
          <w:rFonts w:ascii="Georgia" w:hAnsi="Georgia"/>
          <w:b w:val="0"/>
          <w:i w:val="0"/>
          <w:color w:val="22201D"/>
          <w:sz w:val="20"/>
        </w:rPr>
        <w:t>The Hostess's shoulders dropped by a fraction.</w:t>
      </w:r>
    </w:p>
    <w:p>
      <w:pPr>
        <w:spacing w:after="60" w:line="266" w:lineRule="auto"/>
        <w:ind w:firstLine="331"/>
        <w:jc w:val="both"/>
      </w:pPr>
      <w:r>
        <w:rPr>
          <w:rFonts w:ascii="Georgia" w:hAnsi="Georgia"/>
          <w:b w:val="0"/>
          <w:i w:val="0"/>
          <w:color w:val="22201D"/>
          <w:sz w:val="20"/>
        </w:rPr>
        <w:t>"Fine."</w:t>
      </w:r>
    </w:p>
    <w:p>
      <w:pPr>
        <w:spacing w:after="60" w:line="266" w:lineRule="auto"/>
        <w:ind w:firstLine="331"/>
        <w:jc w:val="both"/>
      </w:pPr>
      <w:r>
        <w:rPr>
          <w:rFonts w:ascii="Georgia" w:hAnsi="Georgia"/>
          <w:b w:val="0"/>
          <w:i w:val="0"/>
          <w:color w:val="22201D"/>
          <w:sz w:val="20"/>
        </w:rPr>
        <w:t>She walked to the shelf labeled:</w:t>
      </w:r>
    </w:p>
    <w:p>
      <w:pPr>
        <w:spacing w:after="60" w:line="250" w:lineRule="auto"/>
        <w:ind w:left="202" w:right="173"/>
      </w:pPr>
      <w:r>
        <w:rPr>
          <w:rFonts w:ascii="Georgia" w:hAnsi="Georgia"/>
          <w:b w:val="0"/>
          <w:i w:val="0"/>
          <w:color w:val="22201D"/>
          <w:sz w:val="17"/>
        </w:rPr>
        <w:t>IDENTIFIED, NOT READY</w:t>
      </w:r>
    </w:p>
    <w:p>
      <w:pPr>
        <w:spacing w:after="60" w:line="266" w:lineRule="auto"/>
        <w:ind w:firstLine="331"/>
        <w:jc w:val="both"/>
      </w:pPr>
      <w:r>
        <w:rPr>
          <w:rFonts w:ascii="Georgia" w:hAnsi="Georgia"/>
          <w:b w:val="0"/>
          <w:i w:val="0"/>
          <w:color w:val="22201D"/>
          <w:sz w:val="20"/>
        </w:rPr>
        <w:t>The quiet tin sat among other containers that refused correction: a sealed envelope labeled NOT YOUR ENDING, a jar of bay leaves labeled BOUNDARY, DRIED, a blue tin labeled REST MISFILED AS FAILURE, and a small box with no words at all.</w:t>
      </w:r>
    </w:p>
    <w:p>
      <w:pPr>
        <w:spacing w:after="60" w:line="266" w:lineRule="auto"/>
        <w:ind w:firstLine="331"/>
        <w:jc w:val="both"/>
      </w:pPr>
      <w:r>
        <w:rPr>
          <w:rFonts w:ascii="Georgia" w:hAnsi="Georgia"/>
          <w:b w:val="0"/>
          <w:i w:val="0"/>
          <w:color w:val="22201D"/>
          <w:sz w:val="20"/>
        </w:rPr>
        <w:t>The Hostess did not reach for the quiet tin.</w:t>
      </w:r>
    </w:p>
    <w:p>
      <w:pPr>
        <w:spacing w:after="60" w:line="266" w:lineRule="auto"/>
        <w:ind w:firstLine="331"/>
        <w:jc w:val="both"/>
      </w:pPr>
      <w:r>
        <w:rPr>
          <w:rFonts w:ascii="Georgia" w:hAnsi="Georgia"/>
          <w:b w:val="0"/>
          <w:i w:val="0"/>
          <w:color w:val="22201D"/>
          <w:sz w:val="20"/>
        </w:rPr>
        <w:t>She stood before it.</w:t>
      </w:r>
    </w:p>
    <w:p>
      <w:pPr>
        <w:spacing w:after="60" w:line="266" w:lineRule="auto"/>
        <w:ind w:firstLine="331"/>
        <w:jc w:val="both"/>
      </w:pPr>
      <w:r>
        <w:rPr>
          <w:rFonts w:ascii="Georgia" w:hAnsi="Georgia"/>
          <w:b w:val="0"/>
          <w:i w:val="0"/>
          <w:color w:val="22201D"/>
          <w:sz w:val="20"/>
        </w:rPr>
        <w:t>"May I place the map near you?"</w:t>
      </w:r>
    </w:p>
    <w:p>
      <w:pPr>
        <w:spacing w:after="60" w:line="266" w:lineRule="auto"/>
        <w:ind w:firstLine="331"/>
        <w:jc w:val="both"/>
      </w:pPr>
      <w:r>
        <w:rPr>
          <w:rFonts w:ascii="Georgia" w:hAnsi="Georgia"/>
          <w:b w:val="0"/>
          <w:i w:val="0"/>
          <w:color w:val="22201D"/>
          <w:sz w:val="20"/>
        </w:rPr>
        <w:t>The tin did not click.</w:t>
      </w:r>
    </w:p>
    <w:p>
      <w:pPr>
        <w:spacing w:after="60" w:line="266" w:lineRule="auto"/>
        <w:ind w:firstLine="331"/>
        <w:jc w:val="both"/>
      </w:pPr>
      <w:r>
        <w:rPr>
          <w:rFonts w:ascii="Georgia" w:hAnsi="Georgia"/>
          <w:b w:val="0"/>
          <w:i w:val="0"/>
          <w:color w:val="22201D"/>
          <w:sz w:val="20"/>
        </w:rPr>
        <w:t>It did not move.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Hostess nodded once.</w:t>
      </w:r>
    </w:p>
    <w:p>
      <w:pPr>
        <w:spacing w:after="60" w:line="266" w:lineRule="auto"/>
        <w:ind w:firstLine="331"/>
        <w:jc w:val="both"/>
      </w:pPr>
      <w:r>
        <w:rPr>
          <w:rFonts w:ascii="Georgia" w:hAnsi="Georgia"/>
          <w:b w:val="0"/>
          <w:i w:val="0"/>
          <w:color w:val="22201D"/>
          <w:sz w:val="20"/>
        </w:rPr>
        <w:t>"Understood."</w:t>
      </w:r>
    </w:p>
    <w:p>
      <w:pPr>
        <w:spacing w:after="60" w:line="266" w:lineRule="auto"/>
        <w:ind w:firstLine="331"/>
        <w:jc w:val="both"/>
      </w:pPr>
      <w:r>
        <w:rPr>
          <w:rFonts w:ascii="Georgia" w:hAnsi="Georgia"/>
          <w:b w:val="0"/>
          <w:i w:val="0"/>
          <w:color w:val="22201D"/>
          <w:sz w:val="20"/>
        </w:rPr>
        <w:t>The shelf map opened another panel.</w:t>
      </w:r>
    </w:p>
    <w:p>
      <w:pPr>
        <w:spacing w:after="60" w:line="266" w:lineRule="auto"/>
        <w:ind w:firstLine="331"/>
        <w:jc w:val="both"/>
      </w:pPr>
      <w:r>
        <w:rPr>
          <w:rFonts w:ascii="Georgia" w:hAnsi="Georgia"/>
          <w:b w:val="0"/>
          <w:i w:val="0"/>
          <w:color w:val="22201D"/>
          <w:sz w:val="20"/>
        </w:rPr>
        <w:t>Not because she had succeeded.</w:t>
      </w:r>
    </w:p>
    <w:p>
      <w:pPr>
        <w:spacing w:after="60" w:line="266" w:lineRule="auto"/>
        <w:ind w:firstLine="331"/>
        <w:jc w:val="both"/>
      </w:pPr>
      <w:r>
        <w:rPr>
          <w:rFonts w:ascii="Georgia" w:hAnsi="Georgia"/>
          <w:b w:val="0"/>
          <w:i w:val="0"/>
          <w:color w:val="22201D"/>
          <w:sz w:val="20"/>
        </w:rPr>
        <w:t>Because she had asked.</w:t>
      </w:r>
    </w:p>
    <w:p>
      <w:pPr>
        <w:spacing w:after="60" w:line="250" w:lineRule="auto"/>
        <w:ind w:left="202" w:right="173"/>
      </w:pPr>
      <w:r>
        <w:rPr>
          <w:rFonts w:ascii="Georgia" w:hAnsi="Georgia"/>
          <w:b w:val="0"/>
          <w:i w:val="0"/>
          <w:color w:val="22201D"/>
          <w:sz w:val="17"/>
        </w:rPr>
        <w:t>Refusal recorded. Correct shelf not here.</w:t>
      </w:r>
    </w:p>
    <w:p>
      <w:pPr>
        <w:spacing w:after="60" w:line="266" w:lineRule="auto"/>
        <w:ind w:firstLine="331"/>
        <w:jc w:val="both"/>
      </w:pPr>
      <w:r>
        <w:rPr>
          <w:rFonts w:ascii="Georgia" w:hAnsi="Georgia"/>
          <w:b w:val="0"/>
          <w:i w:val="0"/>
          <w:color w:val="22201D"/>
          <w:sz w:val="20"/>
        </w:rPr>
        <w:t>Flocc felt something in his chest loosen.</w:t>
      </w:r>
    </w:p>
    <w:p>
      <w:pPr>
        <w:spacing w:after="60" w:line="266" w:lineRule="auto"/>
        <w:ind w:firstLine="331"/>
        <w:jc w:val="both"/>
      </w:pPr>
      <w:r>
        <w:rPr>
          <w:rFonts w:ascii="Georgia" w:hAnsi="Georgia"/>
          <w:b w:val="0"/>
          <w:i w:val="0"/>
          <w:color w:val="22201D"/>
          <w:sz w:val="20"/>
        </w:rPr>
        <w:t>The Hostess did not look relieved.</w:t>
      </w:r>
    </w:p>
    <w:p>
      <w:pPr>
        <w:spacing w:after="60" w:line="266" w:lineRule="auto"/>
        <w:ind w:firstLine="331"/>
        <w:jc w:val="both"/>
      </w:pPr>
      <w:r>
        <w:rPr>
          <w:rFonts w:ascii="Georgia" w:hAnsi="Georgia"/>
          <w:b w:val="0"/>
          <w:i w:val="0"/>
          <w:color w:val="22201D"/>
          <w:sz w:val="20"/>
        </w:rPr>
        <w:t>She looked annoyed that good practice worked.</w:t>
      </w:r>
    </w:p>
    <w:p>
      <w:pPr>
        <w:spacing w:after="60" w:line="266" w:lineRule="auto"/>
        <w:ind w:firstLine="331"/>
        <w:jc w:val="both"/>
      </w:pPr>
      <w:r>
        <w:rPr>
          <w:rFonts w:ascii="Georgia" w:hAnsi="Georgia"/>
          <w:b w:val="0"/>
          <w:i w:val="0"/>
          <w:color w:val="22201D"/>
          <w:sz w:val="20"/>
        </w:rPr>
        <w:t>They moved to MISFILED USEFUL THINGS.</w:t>
      </w:r>
    </w:p>
    <w:p>
      <w:pPr>
        <w:spacing w:after="60" w:line="266" w:lineRule="auto"/>
        <w:ind w:firstLine="331"/>
        <w:jc w:val="both"/>
      </w:pPr>
      <w:r>
        <w:rPr>
          <w:rFonts w:ascii="Georgia" w:hAnsi="Georgia"/>
          <w:b w:val="0"/>
          <w:i w:val="0"/>
          <w:color w:val="22201D"/>
          <w:sz w:val="20"/>
        </w:rPr>
        <w:t>The white beans and honey from the previous chapter sat correctly labeled now, neither pretending to be bitter seed or kindness. Other items waited with corrected tags: salt no longer filed as honesty, stale bread no longer filed as endurance, vinegar no longer filed as personality.</w:t>
      </w:r>
    </w:p>
    <w:p>
      <w:pPr>
        <w:spacing w:after="60" w:line="266" w:lineRule="auto"/>
        <w:ind w:firstLine="331"/>
        <w:jc w:val="both"/>
      </w:pPr>
      <w:r>
        <w:rPr>
          <w:rFonts w:ascii="Georgia" w:hAnsi="Georgia"/>
          <w:b w:val="0"/>
          <w:i w:val="0"/>
          <w:color w:val="22201D"/>
          <w:sz w:val="20"/>
        </w:rPr>
        <w:t>The map showed a dotted line from the honey jar to a blank shelf near the back.</w:t>
      </w:r>
    </w:p>
    <w:p>
      <w:pPr>
        <w:spacing w:after="60" w:line="266" w:lineRule="auto"/>
        <w:ind w:firstLine="331"/>
        <w:jc w:val="both"/>
      </w:pPr>
      <w:r>
        <w:rPr>
          <w:rFonts w:ascii="Georgia" w:hAnsi="Georgia"/>
          <w:b w:val="0"/>
          <w:i w:val="0"/>
          <w:color w:val="22201D"/>
          <w:sz w:val="20"/>
        </w:rPr>
        <w:t>The Hostess looked at the honey.</w:t>
      </w:r>
    </w:p>
    <w:p>
      <w:pPr>
        <w:spacing w:after="60" w:line="266" w:lineRule="auto"/>
        <w:ind w:firstLine="331"/>
        <w:jc w:val="both"/>
      </w:pPr>
      <w:r>
        <w:rPr>
          <w:rFonts w:ascii="Georgia" w:hAnsi="Georgia"/>
          <w:b w:val="0"/>
          <w:i w:val="0"/>
          <w:color w:val="22201D"/>
          <w:sz w:val="20"/>
        </w:rPr>
        <w:t>"May I use your corrected label as a path marker?"</w:t>
      </w:r>
    </w:p>
    <w:p>
      <w:pPr>
        <w:spacing w:after="60" w:line="266" w:lineRule="auto"/>
        <w:ind w:firstLine="331"/>
        <w:jc w:val="both"/>
      </w:pPr>
      <w:r>
        <w:rPr>
          <w:rFonts w:ascii="Georgia" w:hAnsi="Georgia"/>
          <w:b w:val="0"/>
          <w:i w:val="0"/>
          <w:color w:val="22201D"/>
          <w:sz w:val="20"/>
        </w:rPr>
        <w:t>The honey jar warmed.</w:t>
      </w:r>
    </w:p>
    <w:p>
      <w:pPr>
        <w:spacing w:after="60" w:line="266" w:lineRule="auto"/>
        <w:ind w:firstLine="331"/>
        <w:jc w:val="both"/>
      </w:pPr>
      <w:r>
        <w:rPr>
          <w:rFonts w:ascii="Georgia" w:hAnsi="Georgia"/>
          <w:b w:val="0"/>
          <w:i w:val="0"/>
          <w:color w:val="22201D"/>
          <w:sz w:val="20"/>
        </w:rPr>
        <w:t>Its label loosened, copied itself, and placed the copy on the map.</w:t>
      </w:r>
    </w:p>
    <w:p>
      <w:pPr>
        <w:spacing w:after="60" w:line="250" w:lineRule="auto"/>
        <w:ind w:left="202" w:right="173"/>
      </w:pPr>
      <w:r>
        <w:rPr>
          <w:rFonts w:ascii="Georgia" w:hAnsi="Georgia"/>
          <w:b w:val="0"/>
          <w:i w:val="0"/>
          <w:color w:val="22201D"/>
          <w:sz w:val="17"/>
        </w:rPr>
        <w:t>Sweetness may accompany kindness. Sweetness may not impersonate kindness.</w:t>
      </w:r>
    </w:p>
    <w:p>
      <w:pPr>
        <w:spacing w:after="60" w:line="266" w:lineRule="auto"/>
        <w:ind w:firstLine="331"/>
        <w:jc w:val="both"/>
      </w:pPr>
      <w:r>
        <w:rPr>
          <w:rFonts w:ascii="Georgia" w:hAnsi="Georgia"/>
          <w:b w:val="0"/>
          <w:i w:val="0"/>
          <w:color w:val="22201D"/>
          <w:sz w:val="20"/>
        </w:rPr>
        <w:t>The map drew a line.</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The honey settled.</w:t>
      </w:r>
    </w:p>
    <w:p>
      <w:pPr>
        <w:spacing w:after="60" w:line="266" w:lineRule="auto"/>
        <w:ind w:firstLine="331"/>
        <w:jc w:val="both"/>
      </w:pPr>
      <w:r>
        <w:rPr>
          <w:rFonts w:ascii="Georgia" w:hAnsi="Georgia"/>
          <w:b w:val="0"/>
          <w:i w:val="0"/>
          <w:color w:val="22201D"/>
          <w:sz w:val="20"/>
        </w:rPr>
        <w:t>Flocc did not comment.</w:t>
      </w:r>
    </w:p>
    <w:p>
      <w:pPr>
        <w:spacing w:after="60" w:line="266" w:lineRule="auto"/>
        <w:ind w:firstLine="331"/>
        <w:jc w:val="both"/>
      </w:pPr>
      <w:r>
        <w:rPr>
          <w:rFonts w:ascii="Georgia" w:hAnsi="Georgia"/>
          <w:b w:val="0"/>
          <w:i w:val="0"/>
          <w:color w:val="22201D"/>
          <w:sz w:val="20"/>
        </w:rPr>
        <w:t>The map opened wider.</w:t>
      </w:r>
    </w:p>
    <w:p>
      <w:pPr>
        <w:spacing w:after="60" w:line="266" w:lineRule="auto"/>
        <w:ind w:firstLine="331"/>
        <w:jc w:val="both"/>
      </w:pPr>
      <w:r>
        <w:rPr>
          <w:rFonts w:ascii="Georgia" w:hAnsi="Georgia"/>
          <w:b w:val="0"/>
          <w:i w:val="0"/>
          <w:color w:val="22201D"/>
          <w:sz w:val="20"/>
        </w:rPr>
        <w:t>The third aisle was BRIDGE ITEMS, SIGNED FOR NOT CLAIMED.</w:t>
      </w:r>
    </w:p>
    <w:p>
      <w:pPr>
        <w:spacing w:after="60" w:line="266" w:lineRule="auto"/>
        <w:ind w:firstLine="331"/>
        <w:jc w:val="both"/>
      </w:pPr>
      <w:r>
        <w:rPr>
          <w:rFonts w:ascii="Georgia" w:hAnsi="Georgia"/>
          <w:b w:val="0"/>
          <w:i w:val="0"/>
          <w:color w:val="22201D"/>
          <w:sz w:val="20"/>
        </w:rPr>
        <w:t>This aisle had been visible since the first chapter, but never reachable from the same direction twice. Now it stood behind a rolling ladder and a curtain of hanging tags.</w:t>
      </w:r>
    </w:p>
    <w:p>
      <w:pPr>
        <w:spacing w:after="60" w:line="266" w:lineRule="auto"/>
        <w:ind w:firstLine="331"/>
        <w:jc w:val="both"/>
      </w:pPr>
      <w:r>
        <w:rPr>
          <w:rFonts w:ascii="Georgia" w:hAnsi="Georgia"/>
          <w:b w:val="0"/>
          <w:i w:val="0"/>
          <w:color w:val="22201D"/>
          <w:sz w:val="20"/>
        </w:rPr>
        <w:t>Each tag had a string color.</w:t>
      </w:r>
    </w:p>
    <w:p>
      <w:pPr>
        <w:spacing w:after="60" w:line="266" w:lineRule="auto"/>
        <w:ind w:firstLine="331"/>
        <w:jc w:val="both"/>
      </w:pPr>
      <w:r>
        <w:rPr>
          <w:rFonts w:ascii="Georgia" w:hAnsi="Georgia"/>
          <w:b w:val="0"/>
          <w:i w:val="0"/>
          <w:color w:val="22201D"/>
          <w:sz w:val="20"/>
        </w:rPr>
        <w:t>Red for substitution.</w:t>
      </w:r>
    </w:p>
    <w:p>
      <w:pPr>
        <w:spacing w:after="60" w:line="266" w:lineRule="auto"/>
        <w:ind w:firstLine="331"/>
        <w:jc w:val="both"/>
      </w:pPr>
      <w:r>
        <w:rPr>
          <w:rFonts w:ascii="Georgia" w:hAnsi="Georgia"/>
          <w:b w:val="0"/>
          <w:i w:val="0"/>
          <w:color w:val="22201D"/>
          <w:sz w:val="20"/>
        </w:rPr>
        <w:t>Blue for inventory.</w:t>
      </w:r>
    </w:p>
    <w:p>
      <w:pPr>
        <w:spacing w:after="60" w:line="266" w:lineRule="auto"/>
        <w:ind w:firstLine="331"/>
        <w:jc w:val="both"/>
      </w:pPr>
      <w:r>
        <w:rPr>
          <w:rFonts w:ascii="Georgia" w:hAnsi="Georgia"/>
          <w:b w:val="0"/>
          <w:i w:val="0"/>
          <w:color w:val="22201D"/>
          <w:sz w:val="20"/>
        </w:rPr>
        <w:t>White for apology.</w:t>
      </w:r>
    </w:p>
    <w:p>
      <w:pPr>
        <w:spacing w:after="60" w:line="266" w:lineRule="auto"/>
        <w:ind w:firstLine="331"/>
        <w:jc w:val="both"/>
      </w:pPr>
      <w:r>
        <w:rPr>
          <w:rFonts w:ascii="Georgia" w:hAnsi="Georgia"/>
          <w:b w:val="0"/>
          <w:i w:val="0"/>
          <w:color w:val="22201D"/>
          <w:sz w:val="20"/>
        </w:rPr>
        <w:t>Black for warning.</w:t>
      </w:r>
    </w:p>
    <w:p>
      <w:pPr>
        <w:spacing w:after="60" w:line="266" w:lineRule="auto"/>
        <w:ind w:firstLine="331"/>
        <w:jc w:val="both"/>
      </w:pPr>
      <w:r>
        <w:rPr>
          <w:rFonts w:ascii="Georgia" w:hAnsi="Georgia"/>
          <w:b w:val="0"/>
          <w:i w:val="0"/>
          <w:color w:val="22201D"/>
          <w:sz w:val="20"/>
        </w:rPr>
        <w:t>Green for delivery.</w:t>
      </w:r>
    </w:p>
    <w:p>
      <w:pPr>
        <w:spacing w:after="60" w:line="266" w:lineRule="auto"/>
        <w:ind w:firstLine="331"/>
        <w:jc w:val="both"/>
      </w:pPr>
      <w:r>
        <w:rPr>
          <w:rFonts w:ascii="Georgia" w:hAnsi="Georgia"/>
          <w:b w:val="0"/>
          <w:i w:val="0"/>
          <w:color w:val="22201D"/>
          <w:sz w:val="20"/>
        </w:rPr>
        <w:t>The Smoke Plum Morita bridge sauce case sat in its cabinet at the far end, where Book 6 had put it away. Its label still read:</w:t>
      </w:r>
    </w:p>
    <w:p>
      <w:pPr>
        <w:spacing w:after="60" w:line="250" w:lineRule="auto"/>
        <w:ind w:left="202" w:right="173"/>
      </w:pPr>
      <w:r>
        <w:rPr>
          <w:rFonts w:ascii="Georgia" w:hAnsi="Georgia"/>
          <w:b w:val="0"/>
          <w:i w:val="0"/>
          <w:color w:val="22201D"/>
          <w:sz w:val="17"/>
        </w:rPr>
        <w:t>BRIDGE SAUCE SIGNED FOR, NOT CLAIMED</w:t>
      </w:r>
    </w:p>
    <w:p>
      <w:pPr>
        <w:spacing w:after="60" w:line="266" w:lineRule="auto"/>
        <w:ind w:firstLine="331"/>
        <w:jc w:val="both"/>
      </w:pPr>
      <w:r>
        <w:rPr>
          <w:rFonts w:ascii="Georgia" w:hAnsi="Georgia"/>
          <w:b w:val="0"/>
          <w:i w:val="0"/>
          <w:color w:val="22201D"/>
          <w:sz w:val="20"/>
        </w:rPr>
        <w:t>The Hostess stopped at the cabinet.</w:t>
      </w:r>
    </w:p>
    <w:p>
      <w:pPr>
        <w:spacing w:after="60" w:line="266" w:lineRule="auto"/>
        <w:ind w:firstLine="331"/>
        <w:jc w:val="both"/>
      </w:pPr>
      <w:r>
        <w:rPr>
          <w:rFonts w:ascii="Georgia" w:hAnsi="Georgia"/>
          <w:b w:val="0"/>
          <w:i w:val="0"/>
          <w:color w:val="22201D"/>
          <w:sz w:val="20"/>
        </w:rPr>
        <w:t>"This is not the correct shelf."</w:t>
      </w:r>
    </w:p>
    <w:p>
      <w:pPr>
        <w:spacing w:after="60" w:line="266" w:lineRule="auto"/>
        <w:ind w:firstLine="331"/>
        <w:jc w:val="both"/>
      </w:pPr>
      <w:r>
        <w:rPr>
          <w:rFonts w:ascii="Georgia" w:hAnsi="Georgia"/>
          <w:b w:val="0"/>
          <w:i w:val="0"/>
          <w:color w:val="22201D"/>
          <w:sz w:val="20"/>
        </w:rPr>
        <w:t>The map did not disagree.</w:t>
      </w:r>
    </w:p>
    <w:p>
      <w:pPr>
        <w:spacing w:after="60" w:line="266" w:lineRule="auto"/>
        <w:ind w:firstLine="331"/>
        <w:jc w:val="both"/>
      </w:pPr>
      <w:r>
        <w:rPr>
          <w:rFonts w:ascii="Georgia" w:hAnsi="Georgia"/>
          <w:b w:val="0"/>
          <w:i w:val="0"/>
          <w:color w:val="22201D"/>
          <w:sz w:val="20"/>
        </w:rPr>
        <w:t>"Then why bring us here?"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Correct shelf sometimes requires knowing what must not be moved.</w:t>
      </w:r>
    </w:p>
    <w:p>
      <w:pPr>
        <w:spacing w:after="60" w:line="266" w:lineRule="auto"/>
        <w:ind w:firstLine="331"/>
        <w:jc w:val="both"/>
      </w:pPr>
      <w:r>
        <w:rPr>
          <w:rFonts w:ascii="Georgia" w:hAnsi="Georgia"/>
          <w:b w:val="0"/>
          <w:i w:val="0"/>
          <w:color w:val="22201D"/>
          <w:sz w:val="20"/>
        </w:rPr>
        <w:t>Flocc looked at the bridge sauce.</w:t>
      </w:r>
    </w:p>
    <w:p>
      <w:pPr>
        <w:spacing w:after="60" w:line="266" w:lineRule="auto"/>
        <w:ind w:firstLine="331"/>
        <w:jc w:val="both"/>
      </w:pPr>
      <w:r>
        <w:rPr>
          <w:rFonts w:ascii="Georgia" w:hAnsi="Georgia"/>
          <w:b w:val="0"/>
          <w:i w:val="0"/>
          <w:color w:val="22201D"/>
          <w:sz w:val="20"/>
        </w:rPr>
        <w:t>"Book 6 remains closed."</w:t>
      </w:r>
    </w:p>
    <w:p>
      <w:pPr>
        <w:spacing w:after="60" w:line="266" w:lineRule="auto"/>
        <w:ind w:firstLine="331"/>
        <w:jc w:val="both"/>
      </w:pPr>
      <w:r>
        <w:rPr>
          <w:rFonts w:ascii="Georgia" w:hAnsi="Georgia"/>
          <w:b w:val="0"/>
          <w:i w:val="0"/>
          <w:color w:val="22201D"/>
          <w:sz w:val="20"/>
        </w:rPr>
        <w:t>"Yes," the Hostess said.</w:t>
      </w:r>
    </w:p>
    <w:p>
      <w:pPr>
        <w:spacing w:after="60" w:line="266" w:lineRule="auto"/>
        <w:ind w:firstLine="331"/>
        <w:jc w:val="both"/>
      </w:pPr>
      <w:r>
        <w:rPr>
          <w:rFonts w:ascii="Georgia" w:hAnsi="Georgia"/>
          <w:b w:val="0"/>
          <w:i w:val="0"/>
          <w:color w:val="22201D"/>
          <w:sz w:val="20"/>
        </w:rPr>
        <w:t>"But it still pressures the pantry."</w:t>
      </w:r>
    </w:p>
    <w:p>
      <w:pPr>
        <w:spacing w:after="60" w:line="266" w:lineRule="auto"/>
        <w:ind w:firstLine="331"/>
        <w:jc w:val="both"/>
      </w:pPr>
      <w:r>
        <w:rPr>
          <w:rFonts w:ascii="Georgia" w:hAnsi="Georgia"/>
          <w:b w:val="0"/>
          <w:i w:val="0"/>
          <w:color w:val="22201D"/>
          <w:sz w:val="20"/>
        </w:rPr>
        <w:t>"Stored things do that."</w:t>
      </w:r>
    </w:p>
    <w:p>
      <w:pPr>
        <w:spacing w:after="60" w:line="266" w:lineRule="auto"/>
        <w:ind w:firstLine="331"/>
        <w:jc w:val="both"/>
      </w:pPr>
      <w:r>
        <w:rPr>
          <w:rFonts w:ascii="Georgia" w:hAnsi="Georgia"/>
          <w:b w:val="0"/>
          <w:i w:val="0"/>
          <w:color w:val="22201D"/>
          <w:sz w:val="20"/>
        </w:rPr>
        <w:t>The cabinet door stayed shut.</w:t>
      </w:r>
    </w:p>
    <w:p>
      <w:pPr>
        <w:spacing w:after="60" w:line="266" w:lineRule="auto"/>
        <w:ind w:firstLine="331"/>
        <w:jc w:val="both"/>
      </w:pPr>
      <w:r>
        <w:rPr>
          <w:rFonts w:ascii="Georgia" w:hAnsi="Georgia"/>
          <w:b w:val="0"/>
          <w:i w:val="0"/>
          <w:color w:val="22201D"/>
          <w:sz w:val="20"/>
        </w:rPr>
        <w:t>The Hostess did not touch it.</w:t>
      </w:r>
    </w:p>
    <w:p>
      <w:pPr>
        <w:spacing w:after="60" w:line="266" w:lineRule="auto"/>
        <w:ind w:firstLine="331"/>
        <w:jc w:val="both"/>
      </w:pPr>
      <w:r>
        <w:rPr>
          <w:rFonts w:ascii="Georgia" w:hAnsi="Georgia"/>
          <w:b w:val="0"/>
          <w:i w:val="0"/>
          <w:color w:val="22201D"/>
          <w:sz w:val="20"/>
        </w:rPr>
        <w:t>The map opened another panel.</w:t>
      </w:r>
    </w:p>
    <w:p>
      <w:pPr>
        <w:spacing w:after="60" w:line="266" w:lineRule="auto"/>
        <w:ind w:firstLine="331"/>
        <w:jc w:val="both"/>
      </w:pPr>
      <w:r>
        <w:rPr>
          <w:rFonts w:ascii="Georgia" w:hAnsi="Georgia"/>
          <w:b w:val="0"/>
          <w:i w:val="0"/>
          <w:color w:val="22201D"/>
          <w:sz w:val="20"/>
        </w:rPr>
        <w:t>Behind the bridge sauce aisle was a shelf Flocc had not seen before.</w:t>
      </w:r>
    </w:p>
    <w:p>
      <w:pPr>
        <w:spacing w:after="60" w:line="266" w:lineRule="auto"/>
        <w:ind w:firstLine="331"/>
        <w:jc w:val="both"/>
      </w:pPr>
      <w:r>
        <w:rPr>
          <w:rFonts w:ascii="Georgia" w:hAnsi="Georgia"/>
          <w:b w:val="0"/>
          <w:i w:val="0"/>
          <w:color w:val="22201D"/>
          <w:sz w:val="20"/>
        </w:rPr>
        <w:t>It was short, reinforced, and empty except for one green tag.</w:t>
      </w:r>
    </w:p>
    <w:p>
      <w:pPr>
        <w:spacing w:after="60" w:line="250" w:lineRule="auto"/>
        <w:ind w:left="202" w:right="173"/>
      </w:pPr>
      <w:r>
        <w:rPr>
          <w:rFonts w:ascii="Georgia" w:hAnsi="Georgia"/>
          <w:b w:val="0"/>
          <w:i w:val="0"/>
          <w:color w:val="22201D"/>
          <w:sz w:val="17"/>
        </w:rPr>
        <w:t>DELIVERY SLOT For: wrong mushroom, correct invoice Status: awaiting crate</w:t>
      </w:r>
    </w:p>
    <w:p>
      <w:pPr>
        <w:spacing w:after="60" w:line="266" w:lineRule="auto"/>
        <w:ind w:firstLine="331"/>
        <w:jc w:val="both"/>
      </w:pPr>
      <w:r>
        <w:rPr>
          <w:rFonts w:ascii="Georgia" w:hAnsi="Georgia"/>
          <w:b w:val="0"/>
          <w:i w:val="0"/>
          <w:color w:val="22201D"/>
          <w:sz w:val="20"/>
        </w:rPr>
        <w:t>The Hostess read the tag.</w:t>
      </w:r>
    </w:p>
    <w:p>
      <w:pPr>
        <w:spacing w:after="60" w:line="266" w:lineRule="auto"/>
        <w:ind w:firstLine="331"/>
        <w:jc w:val="both"/>
      </w:pPr>
      <w:r>
        <w:rPr>
          <w:rFonts w:ascii="Georgia" w:hAnsi="Georgia"/>
          <w:b w:val="0"/>
          <w:i w:val="0"/>
          <w:color w:val="22201D"/>
          <w:sz w:val="20"/>
        </w:rPr>
        <w:t>"Bob."</w:t>
      </w:r>
    </w:p>
    <w:p>
      <w:pPr>
        <w:spacing w:after="60" w:line="266" w:lineRule="auto"/>
        <w:ind w:firstLine="331"/>
        <w:jc w:val="both"/>
      </w:pPr>
      <w:r>
        <w:rPr>
          <w:rFonts w:ascii="Georgia" w:hAnsi="Georgia"/>
          <w:b w:val="0"/>
          <w:i w:val="0"/>
          <w:color w:val="22201D"/>
          <w:sz w:val="20"/>
        </w:rPr>
        <w:t>"Chapter Eight," Flocc said.</w:t>
      </w:r>
    </w:p>
    <w:p>
      <w:pPr>
        <w:spacing w:after="60" w:line="266" w:lineRule="auto"/>
        <w:ind w:firstLine="331"/>
        <w:jc w:val="both"/>
      </w:pPr>
      <w:r>
        <w:rPr>
          <w:rFonts w:ascii="Georgia" w:hAnsi="Georgia"/>
          <w:b w:val="0"/>
          <w:i w:val="0"/>
          <w:color w:val="22201D"/>
          <w:sz w:val="20"/>
        </w:rPr>
        <w:t>"Do not say it like a prophecy."</w:t>
      </w:r>
    </w:p>
    <w:p>
      <w:pPr>
        <w:spacing w:after="60" w:line="266" w:lineRule="auto"/>
        <w:ind w:firstLine="331"/>
        <w:jc w:val="both"/>
      </w:pPr>
      <w:r>
        <w:rPr>
          <w:rFonts w:ascii="Georgia" w:hAnsi="Georgia"/>
          <w:b w:val="0"/>
          <w:i w:val="0"/>
          <w:color w:val="22201D"/>
          <w:sz w:val="20"/>
        </w:rPr>
        <w:t>"Sorry. Production habit."</w:t>
      </w:r>
    </w:p>
    <w:p>
      <w:pPr>
        <w:spacing w:after="60" w:line="266" w:lineRule="auto"/>
        <w:ind w:firstLine="331"/>
        <w:jc w:val="both"/>
      </w:pPr>
      <w:r>
        <w:rPr>
          <w:rFonts w:ascii="Georgia" w:hAnsi="Georgia"/>
          <w:b w:val="0"/>
          <w:i w:val="0"/>
          <w:color w:val="22201D"/>
          <w:sz w:val="20"/>
        </w:rPr>
        <w:t>The shelf map finally unfolded fully.</w:t>
      </w:r>
    </w:p>
    <w:p>
      <w:pPr>
        <w:spacing w:after="60" w:line="266" w:lineRule="auto"/>
        <w:ind w:firstLine="331"/>
        <w:jc w:val="both"/>
      </w:pPr>
      <w:r>
        <w:rPr>
          <w:rFonts w:ascii="Georgia" w:hAnsi="Georgia"/>
          <w:b w:val="0"/>
          <w:i w:val="0"/>
          <w:color w:val="22201D"/>
          <w:sz w:val="20"/>
        </w:rPr>
        <w:t>At the center was not a path but a question:</w:t>
      </w:r>
    </w:p>
    <w:p>
      <w:pPr>
        <w:spacing w:after="60" w:line="250" w:lineRule="auto"/>
        <w:ind w:left="202" w:right="173"/>
      </w:pPr>
      <w:r>
        <w:rPr>
          <w:rFonts w:ascii="Georgia" w:hAnsi="Georgia"/>
          <w:b w:val="0"/>
          <w:i w:val="0"/>
          <w:color w:val="22201D"/>
          <w:sz w:val="17"/>
        </w:rPr>
        <w:t>What is the correct shelf for an item that looks wrong but arrives by exact need?</w:t>
      </w:r>
    </w:p>
    <w:p>
      <w:pPr>
        <w:spacing w:after="60" w:line="266" w:lineRule="auto"/>
        <w:ind w:firstLine="331"/>
        <w:jc w:val="both"/>
      </w:pPr>
      <w:r>
        <w:rPr>
          <w:rFonts w:ascii="Georgia" w:hAnsi="Georgia"/>
          <w:b w:val="0"/>
          <w:i w:val="0"/>
          <w:color w:val="22201D"/>
          <w:sz w:val="20"/>
        </w:rPr>
        <w:t>The Hostess stared at it.</w:t>
      </w:r>
    </w:p>
    <w:p>
      <w:pPr>
        <w:spacing w:after="60" w:line="266" w:lineRule="auto"/>
        <w:ind w:firstLine="331"/>
        <w:jc w:val="both"/>
      </w:pPr>
      <w:r>
        <w:rPr>
          <w:rFonts w:ascii="Georgia" w:hAnsi="Georgia"/>
          <w:b w:val="0"/>
          <w:i w:val="0"/>
          <w:color w:val="22201D"/>
          <w:sz w:val="20"/>
        </w:rPr>
        <w:t>Then she looked at the empty delivery slot.</w:t>
      </w:r>
    </w:p>
    <w:p>
      <w:pPr>
        <w:spacing w:after="60" w:line="266" w:lineRule="auto"/>
        <w:ind w:firstLine="331"/>
        <w:jc w:val="both"/>
      </w:pPr>
      <w:r>
        <w:rPr>
          <w:rFonts w:ascii="Georgia" w:hAnsi="Georgia"/>
          <w:b w:val="0"/>
          <w:i w:val="0"/>
          <w:color w:val="22201D"/>
          <w:sz w:val="20"/>
        </w:rPr>
        <w:t>"Ask the shelf," Flocc said.</w:t>
      </w:r>
    </w:p>
    <w:p>
      <w:pPr>
        <w:spacing w:after="60" w:line="266" w:lineRule="auto"/>
        <w:ind w:firstLine="331"/>
        <w:jc w:val="both"/>
      </w:pPr>
      <w:r>
        <w:rPr>
          <w:rFonts w:ascii="Georgia" w:hAnsi="Georgia"/>
          <w:b w:val="0"/>
          <w:i w:val="0"/>
          <w:color w:val="22201D"/>
          <w:sz w:val="20"/>
        </w:rPr>
        <w:t>She gave him a look.</w:t>
      </w:r>
    </w:p>
    <w:p>
      <w:pPr>
        <w:spacing w:after="60" w:line="266" w:lineRule="auto"/>
        <w:ind w:firstLine="331"/>
        <w:jc w:val="both"/>
      </w:pPr>
      <w:r>
        <w:rPr>
          <w:rFonts w:ascii="Georgia" w:hAnsi="Georgia"/>
          <w:b w:val="0"/>
          <w:i w:val="0"/>
          <w:color w:val="22201D"/>
          <w:sz w:val="20"/>
        </w:rPr>
        <w:t>"I am aware."</w:t>
      </w:r>
    </w:p>
    <w:p>
      <w:pPr>
        <w:spacing w:after="60" w:line="266" w:lineRule="auto"/>
        <w:ind w:firstLine="331"/>
        <w:jc w:val="both"/>
      </w:pPr>
      <w:r>
        <w:rPr>
          <w:rFonts w:ascii="Georgia" w:hAnsi="Georgia"/>
          <w:b w:val="0"/>
          <w:i w:val="0"/>
          <w:color w:val="22201D"/>
          <w:sz w:val="20"/>
        </w:rPr>
        <w:t>"That was not translation."</w:t>
      </w:r>
    </w:p>
    <w:p>
      <w:pPr>
        <w:spacing w:after="60" w:line="266" w:lineRule="auto"/>
        <w:ind w:firstLine="331"/>
        <w:jc w:val="both"/>
      </w:pPr>
      <w:r>
        <w:rPr>
          <w:rFonts w:ascii="Georgia" w:hAnsi="Georgia"/>
          <w:b w:val="0"/>
          <w:i w:val="0"/>
          <w:color w:val="22201D"/>
          <w:sz w:val="20"/>
        </w:rPr>
        <w:t>"Still risky."</w:t>
      </w:r>
    </w:p>
    <w:p>
      <w:pPr>
        <w:spacing w:after="60" w:line="266" w:lineRule="auto"/>
        <w:ind w:firstLine="331"/>
        <w:jc w:val="both"/>
      </w:pPr>
      <w:r>
        <w:rPr>
          <w:rFonts w:ascii="Georgia" w:hAnsi="Georgia"/>
          <w:b w:val="0"/>
          <w:i w:val="0"/>
          <w:color w:val="22201D"/>
          <w:sz w:val="20"/>
        </w:rPr>
        <w:t>The delivery slot waited.</w:t>
      </w:r>
    </w:p>
    <w:p>
      <w:pPr>
        <w:spacing w:after="60" w:line="266" w:lineRule="auto"/>
        <w:ind w:firstLine="331"/>
        <w:jc w:val="both"/>
      </w:pPr>
      <w:r>
        <w:rPr>
          <w:rFonts w:ascii="Georgia" w:hAnsi="Georgia"/>
          <w:b w:val="0"/>
          <w:i w:val="0"/>
          <w:color w:val="22201D"/>
          <w:sz w:val="20"/>
        </w:rPr>
        <w:t>The Hostess stepped closer.</w:t>
      </w:r>
    </w:p>
    <w:p>
      <w:pPr>
        <w:spacing w:after="60" w:line="266" w:lineRule="auto"/>
        <w:ind w:firstLine="331"/>
        <w:jc w:val="both"/>
      </w:pPr>
      <w:r>
        <w:rPr>
          <w:rFonts w:ascii="Georgia" w:hAnsi="Georgia"/>
          <w:b w:val="0"/>
          <w:i w:val="0"/>
          <w:color w:val="22201D"/>
          <w:sz w:val="20"/>
        </w:rPr>
        <w:t>"What are you for?"</w:t>
      </w:r>
    </w:p>
    <w:p>
      <w:pPr>
        <w:spacing w:after="60" w:line="266" w:lineRule="auto"/>
        <w:ind w:firstLine="331"/>
        <w:jc w:val="both"/>
      </w:pPr>
      <w:r>
        <w:rPr>
          <w:rFonts w:ascii="Georgia" w:hAnsi="Georgia"/>
          <w:b w:val="0"/>
          <w:i w:val="0"/>
          <w:color w:val="22201D"/>
          <w:sz w:val="20"/>
        </w:rPr>
        <w:t>The shelf did not answer.</w:t>
      </w:r>
    </w:p>
    <w:p>
      <w:pPr>
        <w:spacing w:after="60" w:line="266" w:lineRule="auto"/>
        <w:ind w:firstLine="331"/>
        <w:jc w:val="both"/>
      </w:pPr>
      <w:r>
        <w:rPr>
          <w:rFonts w:ascii="Georgia" w:hAnsi="Georgia"/>
          <w:b w:val="0"/>
          <w:i w:val="0"/>
          <w:color w:val="22201D"/>
          <w:sz w:val="20"/>
        </w:rPr>
        <w:t>The map did not open further because there was no further.</w:t>
      </w:r>
    </w:p>
    <w:p>
      <w:pPr>
        <w:spacing w:after="60" w:line="266" w:lineRule="auto"/>
        <w:ind w:firstLine="331"/>
        <w:jc w:val="both"/>
      </w:pPr>
      <w:r>
        <w:rPr>
          <w:rFonts w:ascii="Georgia" w:hAnsi="Georgia"/>
          <w:b w:val="0"/>
          <w:i w:val="0"/>
          <w:color w:val="22201D"/>
          <w:sz w:val="20"/>
        </w:rPr>
        <w:t>Flocc said, "Maybe that is not asking."</w:t>
      </w:r>
    </w:p>
    <w:p>
      <w:pPr>
        <w:spacing w:after="60" w:line="266" w:lineRule="auto"/>
        <w:ind w:firstLine="331"/>
        <w:jc w:val="both"/>
      </w:pPr>
      <w:r>
        <w:rPr>
          <w:rFonts w:ascii="Georgia" w:hAnsi="Georgia"/>
          <w:b w:val="0"/>
          <w:i w:val="0"/>
          <w:color w:val="22201D"/>
          <w:sz w:val="20"/>
        </w:rPr>
        <w:t>The Hostess's jaw tightened.</w:t>
      </w:r>
    </w:p>
    <w:p>
      <w:pPr>
        <w:spacing w:after="60" w:line="266" w:lineRule="auto"/>
        <w:ind w:firstLine="331"/>
        <w:jc w:val="both"/>
      </w:pPr>
      <w:r>
        <w:rPr>
          <w:rFonts w:ascii="Georgia" w:hAnsi="Georgia"/>
          <w:b w:val="0"/>
          <w:i w:val="0"/>
          <w:color w:val="22201D"/>
          <w:sz w:val="20"/>
        </w:rPr>
        <w:t>He held up both hands.</w:t>
      </w:r>
    </w:p>
    <w:p>
      <w:pPr>
        <w:spacing w:after="60" w:line="266" w:lineRule="auto"/>
        <w:ind w:firstLine="331"/>
        <w:jc w:val="both"/>
      </w:pPr>
      <w:r>
        <w:rPr>
          <w:rFonts w:ascii="Georgia" w:hAnsi="Georgia"/>
          <w:b w:val="0"/>
          <w:i w:val="0"/>
          <w:color w:val="22201D"/>
          <w:sz w:val="20"/>
        </w:rPr>
        <w:t>"I am not correcting you. I am identifying a failed protocol from recent personal humiliation."</w:t>
      </w:r>
    </w:p>
    <w:p>
      <w:pPr>
        <w:spacing w:after="60" w:line="266" w:lineRule="auto"/>
        <w:ind w:firstLine="331"/>
        <w:jc w:val="both"/>
      </w:pPr>
      <w:r>
        <w:rPr>
          <w:rFonts w:ascii="Georgia" w:hAnsi="Georgia"/>
          <w:b w:val="0"/>
          <w:i w:val="0"/>
          <w:color w:val="22201D"/>
          <w:sz w:val="20"/>
        </w:rPr>
        <w:t>That made her pause.</w:t>
      </w:r>
    </w:p>
    <w:p>
      <w:pPr>
        <w:spacing w:after="60" w:line="266" w:lineRule="auto"/>
        <w:ind w:firstLine="331"/>
        <w:jc w:val="both"/>
      </w:pPr>
      <w:r>
        <w:rPr>
          <w:rFonts w:ascii="Georgia" w:hAnsi="Georgia"/>
          <w:b w:val="0"/>
          <w:i w:val="0"/>
          <w:color w:val="22201D"/>
          <w:sz w:val="20"/>
        </w:rPr>
        <w:t>"Fine."</w:t>
      </w:r>
    </w:p>
    <w:p>
      <w:pPr>
        <w:spacing w:after="60" w:line="266" w:lineRule="auto"/>
        <w:ind w:firstLine="331"/>
        <w:jc w:val="both"/>
      </w:pPr>
      <w:r>
        <w:rPr>
          <w:rFonts w:ascii="Georgia" w:hAnsi="Georgia"/>
          <w:b w:val="0"/>
          <w:i w:val="0"/>
          <w:color w:val="22201D"/>
          <w:sz w:val="20"/>
        </w:rPr>
        <w:t>She looked at the shelf again.</w:t>
      </w:r>
    </w:p>
    <w:p>
      <w:pPr>
        <w:spacing w:after="60" w:line="266" w:lineRule="auto"/>
        <w:ind w:firstLine="331"/>
        <w:jc w:val="both"/>
      </w:pPr>
      <w:r>
        <w:rPr>
          <w:rFonts w:ascii="Georgia" w:hAnsi="Georgia"/>
          <w:b w:val="0"/>
          <w:i w:val="0"/>
          <w:color w:val="22201D"/>
          <w:sz w:val="20"/>
        </w:rPr>
        <w:t>"May I know what you are for?"</w:t>
      </w:r>
    </w:p>
    <w:p>
      <w:pPr>
        <w:spacing w:after="60" w:line="266" w:lineRule="auto"/>
        <w:ind w:firstLine="331"/>
        <w:jc w:val="both"/>
      </w:pPr>
      <w:r>
        <w:rPr>
          <w:rFonts w:ascii="Georgia" w:hAnsi="Georgia"/>
          <w:b w:val="0"/>
          <w:i w:val="0"/>
          <w:color w:val="22201D"/>
          <w:sz w:val="20"/>
        </w:rPr>
        <w:t>The green tag turned.</w:t>
      </w:r>
    </w:p>
    <w:p>
      <w:pPr>
        <w:spacing w:after="60" w:line="266" w:lineRule="auto"/>
        <w:ind w:firstLine="331"/>
        <w:jc w:val="both"/>
      </w:pPr>
      <w:r>
        <w:rPr>
          <w:rFonts w:ascii="Georgia" w:hAnsi="Georgia"/>
          <w:b w:val="0"/>
          <w:i w:val="0"/>
          <w:color w:val="22201D"/>
          <w:sz w:val="20"/>
        </w:rPr>
        <w:t>On the back:</w:t>
      </w:r>
    </w:p>
    <w:p>
      <w:pPr>
        <w:spacing w:after="60" w:line="250" w:lineRule="auto"/>
        <w:ind w:left="202" w:right="173"/>
      </w:pPr>
      <w:r>
        <w:rPr>
          <w:rFonts w:ascii="Georgia" w:hAnsi="Georgia"/>
          <w:b w:val="0"/>
          <w:i w:val="0"/>
          <w:color w:val="22201D"/>
          <w:sz w:val="17"/>
        </w:rPr>
        <w:t>For receiving what appears incorrect until the invoice is read. Do not pre-label. Do not substitute expected for exact.</w:t>
      </w:r>
    </w:p>
    <w:p>
      <w:pPr>
        <w:spacing w:after="60" w:line="266" w:lineRule="auto"/>
        <w:ind w:firstLine="331"/>
        <w:jc w:val="both"/>
      </w:pPr>
      <w:r>
        <w:rPr>
          <w:rFonts w:ascii="Georgia" w:hAnsi="Georgia"/>
          <w:b w:val="0"/>
          <w:i w:val="0"/>
          <w:color w:val="22201D"/>
          <w:sz w:val="20"/>
        </w:rPr>
        <w:t>The Hostess read it twice.</w:t>
      </w:r>
    </w:p>
    <w:p>
      <w:pPr>
        <w:spacing w:after="60" w:line="266" w:lineRule="auto"/>
        <w:ind w:firstLine="331"/>
        <w:jc w:val="both"/>
      </w:pPr>
      <w:r>
        <w:rPr>
          <w:rFonts w:ascii="Georgia" w:hAnsi="Georgia"/>
          <w:b w:val="0"/>
          <w:i w:val="0"/>
          <w:color w:val="22201D"/>
          <w:sz w:val="20"/>
        </w:rPr>
        <w:t>"Correct shelf is not the one that matches expectation."</w:t>
      </w:r>
    </w:p>
    <w:p>
      <w:pPr>
        <w:spacing w:after="60" w:line="266" w:lineRule="auto"/>
        <w:ind w:firstLine="331"/>
        <w:jc w:val="both"/>
      </w:pPr>
      <w:r>
        <w:rPr>
          <w:rFonts w:ascii="Georgia" w:hAnsi="Georgia"/>
          <w:b w:val="0"/>
          <w:i w:val="0"/>
          <w:color w:val="22201D"/>
          <w:sz w:val="20"/>
        </w:rPr>
        <w:t>The map stamped:</w:t>
      </w:r>
    </w:p>
    <w:p>
      <w:pPr>
        <w:spacing w:after="60" w:line="250" w:lineRule="auto"/>
        <w:ind w:left="202" w:right="173"/>
      </w:pPr>
      <w:r>
        <w:rPr>
          <w:rFonts w:ascii="Georgia" w:hAnsi="Georgia"/>
          <w:b w:val="0"/>
          <w:i w:val="0"/>
          <w:color w:val="22201D"/>
          <w:sz w:val="17"/>
        </w:rPr>
        <w:t>ASK PRICE ACCEPTED</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SHELF FOUND, NOT FILLED</w:t>
      </w:r>
    </w:p>
    <w:p>
      <w:pPr>
        <w:spacing w:after="60" w:line="266" w:lineRule="auto"/>
        <w:ind w:firstLine="331"/>
        <w:jc w:val="both"/>
      </w:pPr>
      <w:r>
        <w:rPr>
          <w:rFonts w:ascii="Georgia" w:hAnsi="Georgia"/>
          <w:b w:val="0"/>
          <w:i w:val="0"/>
          <w:color w:val="22201D"/>
          <w:sz w:val="20"/>
        </w:rPr>
        <w:t>From somewhere beyond the pantry came the sound of a truck backing slowly.</w:t>
      </w:r>
    </w:p>
    <w:p>
      <w:pPr>
        <w:spacing w:after="60" w:line="266" w:lineRule="auto"/>
        <w:ind w:firstLine="331"/>
        <w:jc w:val="both"/>
      </w:pPr>
      <w:r>
        <w:rPr>
          <w:rFonts w:ascii="Georgia" w:hAnsi="Georgia"/>
          <w:b w:val="0"/>
          <w:i w:val="0"/>
          <w:color w:val="22201D"/>
          <w:sz w:val="20"/>
        </w:rPr>
        <w:t>Not a roar.</w:t>
      </w:r>
    </w:p>
    <w:p>
      <w:pPr>
        <w:spacing w:after="60" w:line="266" w:lineRule="auto"/>
        <w:ind w:firstLine="331"/>
        <w:jc w:val="both"/>
      </w:pPr>
      <w:r>
        <w:rPr>
          <w:rFonts w:ascii="Georgia" w:hAnsi="Georgia"/>
          <w:b w:val="0"/>
          <w:i w:val="0"/>
          <w:color w:val="22201D"/>
          <w:sz w:val="20"/>
        </w:rPr>
        <w:t>Not a miracle.</w:t>
      </w:r>
    </w:p>
    <w:p>
      <w:pPr>
        <w:spacing w:after="60" w:line="266" w:lineRule="auto"/>
        <w:ind w:firstLine="331"/>
        <w:jc w:val="both"/>
      </w:pPr>
      <w:r>
        <w:rPr>
          <w:rFonts w:ascii="Georgia" w:hAnsi="Georgia"/>
          <w:b w:val="0"/>
          <w:i w:val="0"/>
          <w:color w:val="22201D"/>
          <w:sz w:val="20"/>
        </w:rPr>
        <w:t>A practical reverse beep, cautious and irritating.</w:t>
      </w:r>
    </w:p>
    <w:p>
      <w:pPr>
        <w:spacing w:after="60" w:line="266" w:lineRule="auto"/>
        <w:ind w:firstLine="331"/>
        <w:jc w:val="both"/>
      </w:pPr>
      <w:r>
        <w:rPr>
          <w:rFonts w:ascii="Georgia" w:hAnsi="Georgia"/>
          <w:b w:val="0"/>
          <w:i w:val="0"/>
          <w:color w:val="22201D"/>
          <w:sz w:val="20"/>
        </w:rPr>
        <w:t>Flocc smiled before he could prevent it.</w:t>
      </w:r>
    </w:p>
    <w:p>
      <w:pPr>
        <w:spacing w:after="60" w:line="266" w:lineRule="auto"/>
        <w:ind w:firstLine="331"/>
        <w:jc w:val="both"/>
      </w:pPr>
      <w:r>
        <w:rPr>
          <w:rFonts w:ascii="Georgia" w:hAnsi="Georgia"/>
          <w:b w:val="0"/>
          <w:i w:val="0"/>
          <w:color w:val="22201D"/>
          <w:sz w:val="20"/>
        </w:rPr>
        <w:t>"Bob."</w:t>
      </w:r>
    </w:p>
    <w:p>
      <w:pPr>
        <w:spacing w:after="60" w:line="266" w:lineRule="auto"/>
        <w:ind w:firstLine="331"/>
        <w:jc w:val="both"/>
      </w:pPr>
      <w:r>
        <w:rPr>
          <w:rFonts w:ascii="Georgia" w:hAnsi="Georgia"/>
          <w:b w:val="0"/>
          <w:i w:val="0"/>
          <w:color w:val="22201D"/>
          <w:sz w:val="20"/>
        </w:rPr>
        <w:t>The Hostess folded the shelf map.</w:t>
      </w:r>
    </w:p>
    <w:p>
      <w:pPr>
        <w:spacing w:after="60" w:line="266" w:lineRule="auto"/>
        <w:ind w:firstLine="331"/>
        <w:jc w:val="both"/>
      </w:pPr>
      <w:r>
        <w:rPr>
          <w:rFonts w:ascii="Georgia" w:hAnsi="Georgia"/>
          <w:b w:val="0"/>
          <w:i w:val="0"/>
          <w:color w:val="22201D"/>
          <w:sz w:val="20"/>
        </w:rPr>
        <w:t>"Maybe."</w:t>
      </w:r>
    </w:p>
    <w:p>
      <w:pPr>
        <w:spacing w:after="60" w:line="266" w:lineRule="auto"/>
        <w:ind w:firstLine="331"/>
        <w:jc w:val="both"/>
      </w:pPr>
      <w:r>
        <w:rPr>
          <w:rFonts w:ascii="Georgia" w:hAnsi="Georgia"/>
          <w:b w:val="0"/>
          <w:i w:val="0"/>
          <w:color w:val="22201D"/>
          <w:sz w:val="20"/>
        </w:rPr>
        <w:t>The reverse beep stopped.</w:t>
      </w:r>
    </w:p>
    <w:p>
      <w:pPr>
        <w:spacing w:after="60" w:line="266" w:lineRule="auto"/>
        <w:ind w:firstLine="331"/>
        <w:jc w:val="both"/>
      </w:pPr>
      <w:r>
        <w:rPr>
          <w:rFonts w:ascii="Georgia" w:hAnsi="Georgia"/>
          <w:b w:val="0"/>
          <w:i w:val="0"/>
          <w:color w:val="22201D"/>
          <w:sz w:val="20"/>
        </w:rPr>
        <w:t>A side receiving bell rang.</w:t>
      </w:r>
    </w:p>
    <w:p>
      <w:pPr>
        <w:spacing w:after="60" w:line="266" w:lineRule="auto"/>
        <w:ind w:firstLine="331"/>
        <w:jc w:val="both"/>
      </w:pPr>
      <w:r>
        <w:rPr>
          <w:rFonts w:ascii="Georgia" w:hAnsi="Georgia"/>
          <w:b w:val="0"/>
          <w:i w:val="0"/>
          <w:color w:val="22201D"/>
          <w:sz w:val="20"/>
        </w:rPr>
        <w:t>The delivery slot produced an invoice clip.</w:t>
      </w:r>
    </w:p>
    <w:p>
      <w:pPr>
        <w:spacing w:after="60" w:line="250" w:lineRule="auto"/>
        <w:ind w:left="202" w:right="173"/>
      </w:pPr>
      <w:r>
        <w:rPr>
          <w:rFonts w:ascii="Georgia" w:hAnsi="Georgia"/>
          <w:b w:val="0"/>
          <w:i w:val="0"/>
          <w:color w:val="22201D"/>
          <w:sz w:val="17"/>
        </w:rPr>
        <w:t>NEXT ITEM: Invoice Price: trust the crate</w:t>
      </w:r>
    </w:p>
    <w:p>
      <w:pPr>
        <w:spacing w:after="60" w:line="266" w:lineRule="auto"/>
        <w:ind w:firstLine="331"/>
        <w:jc w:val="both"/>
      </w:pPr>
      <w:r>
        <w:rPr>
          <w:rFonts w:ascii="Georgia" w:hAnsi="Georgia"/>
          <w:b w:val="0"/>
          <w:i w:val="0"/>
          <w:color w:val="22201D"/>
          <w:sz w:val="20"/>
        </w:rPr>
        <w:t>The Hostess clipped the map beside the empty shelf.</w:t>
      </w:r>
    </w:p>
    <w:p>
      <w:pPr>
        <w:spacing w:after="60" w:line="266" w:lineRule="auto"/>
        <w:ind w:firstLine="331"/>
        <w:jc w:val="both"/>
      </w:pPr>
      <w:r>
        <w:rPr>
          <w:rFonts w:ascii="Georgia" w:hAnsi="Georgia"/>
          <w:b w:val="0"/>
          <w:i w:val="0"/>
          <w:color w:val="22201D"/>
          <w:sz w:val="20"/>
        </w:rPr>
        <w:t>She had found the correct shelf by asking, and the shelf had remained empty.</w:t>
      </w:r>
    </w:p>
    <w:p>
      <w:pPr>
        <w:spacing w:after="60" w:line="266" w:lineRule="auto"/>
        <w:ind w:firstLine="331"/>
        <w:jc w:val="both"/>
      </w:pPr>
      <w:r>
        <w:rPr>
          <w:rFonts w:ascii="Georgia" w:hAnsi="Georgia"/>
          <w:b w:val="0"/>
          <w:i w:val="0"/>
          <w:color w:val="22201D"/>
          <w:sz w:val="20"/>
        </w:rPr>
        <w:t>That seemed to satisfy the pantry more than filling it would have.</w:t>
      </w:r>
    </w:p>
    <w:p>
      <w:pPr>
        <w:spacing w:after="60" w:line="266" w:lineRule="auto"/>
        <w:ind w:firstLine="331"/>
        <w:jc w:val="both"/>
      </w:pPr>
      <w:r>
        <w:rPr>
          <w:rFonts w:ascii="Georgia" w:hAnsi="Georgia"/>
          <w:b w:val="0"/>
          <w:i w:val="0"/>
          <w:color w:val="22201D"/>
          <w:sz w:val="20"/>
        </w:rPr>
        <w:t>Flocc understood why.</w:t>
      </w:r>
    </w:p>
    <w:p>
      <w:pPr>
        <w:spacing w:after="60" w:line="266" w:lineRule="auto"/>
        <w:ind w:firstLine="331"/>
        <w:jc w:val="both"/>
      </w:pPr>
      <w:r>
        <w:rPr>
          <w:rFonts w:ascii="Georgia" w:hAnsi="Georgia"/>
          <w:b w:val="0"/>
          <w:i w:val="0"/>
          <w:color w:val="22201D"/>
          <w:sz w:val="20"/>
        </w:rPr>
        <w:t>Correct placement was not hunger getting what it expected.</w:t>
      </w:r>
    </w:p>
    <w:p>
      <w:pPr>
        <w:spacing w:after="60" w:line="266" w:lineRule="auto"/>
        <w:ind w:firstLine="331"/>
        <w:jc w:val="both"/>
      </w:pPr>
      <w:r>
        <w:rPr>
          <w:rFonts w:ascii="Georgia" w:hAnsi="Georgia"/>
          <w:b w:val="0"/>
          <w:i w:val="0"/>
          <w:color w:val="22201D"/>
          <w:sz w:val="20"/>
        </w:rPr>
        <w:t>Correct placement was room prepared for what the record proved had arrived.</w:t>
      </w:r>
    </w:p>
    <w:p>
      <w:pPr>
        <w:spacing w:after="60" w:line="266" w:lineRule="auto"/>
        <w:ind w:firstLine="331"/>
        <w:jc w:val="both"/>
      </w:pPr>
      <w:r>
        <w:rPr>
          <w:rFonts w:ascii="Georgia" w:hAnsi="Georgia"/>
          <w:b w:val="0"/>
          <w:i w:val="0"/>
          <w:color w:val="22201D"/>
          <w:sz w:val="20"/>
        </w:rPr>
        <w:t>The side bell rang again.</w:t>
      </w:r>
    </w:p>
    <w:p>
      <w:pPr>
        <w:spacing w:after="60" w:line="266" w:lineRule="auto"/>
        <w:ind w:firstLine="331"/>
        <w:jc w:val="both"/>
      </w:pPr>
      <w:r>
        <w:rPr>
          <w:rFonts w:ascii="Georgia" w:hAnsi="Georgia"/>
          <w:b w:val="0"/>
          <w:i w:val="0"/>
          <w:color w:val="22201D"/>
          <w:sz w:val="20"/>
        </w:rPr>
        <w:t>This time, less politely.</w:t>
      </w:r>
    </w:p>
    <w:p>
      <w:pPr>
        <w:spacing w:after="60" w:line="266" w:lineRule="auto"/>
        <w:ind w:firstLine="331"/>
        <w:jc w:val="both"/>
      </w:pPr>
      <w:r>
        <w:rPr>
          <w:rFonts w:ascii="Georgia" w:hAnsi="Georgia"/>
          <w:b w:val="0"/>
          <w:i w:val="0"/>
          <w:color w:val="22201D"/>
          <w:sz w:val="20"/>
        </w:rPr>
        <w:t>The Hostess headed for receiving.</w:t>
      </w:r>
    </w:p>
    <w:p>
      <w:pPr>
        <w:spacing w:after="60" w:line="266" w:lineRule="auto"/>
        <w:ind w:firstLine="331"/>
        <w:jc w:val="both"/>
      </w:pPr>
      <w:r>
        <w:rPr>
          <w:rFonts w:ascii="Georgia" w:hAnsi="Georgia"/>
          <w:b w:val="0"/>
          <w:i w:val="0"/>
          <w:color w:val="22201D"/>
          <w:sz w:val="20"/>
        </w:rPr>
        <w:t>"Do we know what he brought?" Flocc asked.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 we know it looks wrong?"</w:t>
      </w:r>
    </w:p>
    <w:p>
      <w:pPr>
        <w:spacing w:after="60" w:line="266" w:lineRule="auto"/>
        <w:ind w:firstLine="331"/>
        <w:jc w:val="both"/>
      </w:pPr>
      <w:r>
        <w:rPr>
          <w:rFonts w:ascii="Georgia" w:hAnsi="Georgia"/>
          <w:b w:val="0"/>
          <w:i w:val="0"/>
          <w:color w:val="22201D"/>
          <w:sz w:val="20"/>
        </w:rPr>
        <w:t>"Almost certainly."</w:t>
      </w:r>
    </w:p>
    <w:p>
      <w:pPr>
        <w:spacing w:after="60" w:line="266" w:lineRule="auto"/>
        <w:ind w:firstLine="331"/>
        <w:jc w:val="both"/>
      </w:pPr>
      <w:r>
        <w:rPr>
          <w:rFonts w:ascii="Georgia" w:hAnsi="Georgia"/>
          <w:b w:val="0"/>
          <w:i w:val="0"/>
          <w:color w:val="22201D"/>
          <w:sz w:val="20"/>
        </w:rPr>
        <w:t>"Do we trust the crate?"</w:t>
      </w:r>
    </w:p>
    <w:p>
      <w:pPr>
        <w:spacing w:after="60" w:line="266" w:lineRule="auto"/>
        <w:ind w:firstLine="331"/>
        <w:jc w:val="both"/>
      </w:pPr>
      <w:r>
        <w:rPr>
          <w:rFonts w:ascii="Georgia" w:hAnsi="Georgia"/>
          <w:b w:val="0"/>
          <w:i w:val="0"/>
          <w:color w:val="22201D"/>
          <w:sz w:val="20"/>
        </w:rPr>
        <w:t>"Not until we read the invoice."</w:t>
      </w:r>
    </w:p>
    <w:p>
      <w:pPr>
        <w:spacing w:after="60" w:line="266" w:lineRule="auto"/>
        <w:ind w:firstLine="331"/>
        <w:jc w:val="both"/>
      </w:pPr>
      <w:r>
        <w:rPr>
          <w:rFonts w:ascii="Georgia" w:hAnsi="Georgia"/>
          <w:b w:val="0"/>
          <w:i w:val="0"/>
          <w:color w:val="22201D"/>
          <w:sz w:val="20"/>
        </w:rPr>
        <w:t>The pantry lights approved.</w:t>
      </w:r>
    </w:p>
    <w:p>
      <w:pPr>
        <w:spacing w:after="60" w:line="266" w:lineRule="auto"/>
        <w:ind w:firstLine="331"/>
        <w:jc w:val="both"/>
      </w:pPr>
      <w:r>
        <w:rPr>
          <w:rFonts w:ascii="Georgia" w:hAnsi="Georgia"/>
          <w:b w:val="0"/>
          <w:i w:val="0"/>
          <w:color w:val="22201D"/>
          <w:sz w:val="20"/>
        </w:rPr>
        <w:t>That was enough to open the receiving door.</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8: Bob Delivers the Wrong Mushroom Correctly</w:t>
      </w:r>
    </w:p>
    <w:p>
      <w:pPr>
        <w:spacing w:after="60" w:line="266" w:lineRule="auto"/>
        <w:ind w:firstLine="0"/>
        <w:jc w:val="both"/>
      </w:pPr>
      <w:r>
        <w:rPr>
          <w:rFonts w:ascii="Georgia" w:hAnsi="Georgia"/>
          <w:b w:val="0"/>
          <w:i w:val="0"/>
          <w:color w:val="22201D"/>
          <w:sz w:val="20"/>
        </w:rPr>
        <w:t>In which Bob arrives with a crate everyone wants to reject on sight, an invoice proves wrongness can be exact, and trusting the crate means reading before substituting expectation for need.</w:t>
      </w:r>
    </w:p>
    <w:p>
      <w:pPr>
        <w:spacing w:after="60" w:line="266" w:lineRule="auto"/>
        <w:ind w:firstLine="331"/>
        <w:jc w:val="both"/>
      </w:pPr>
      <w:r>
        <w:rPr>
          <w:rFonts w:ascii="Georgia" w:hAnsi="Georgia"/>
          <w:b w:val="0"/>
          <w:i w:val="0"/>
          <w:color w:val="22201D"/>
          <w:sz w:val="20"/>
        </w:rPr>
        <w:t>The receiving bell rang a third time.</w:t>
      </w:r>
    </w:p>
    <w:p>
      <w:pPr>
        <w:spacing w:after="60" w:line="266" w:lineRule="auto"/>
        <w:ind w:firstLine="331"/>
        <w:jc w:val="both"/>
      </w:pPr>
      <w:r>
        <w:rPr>
          <w:rFonts w:ascii="Georgia" w:hAnsi="Georgia"/>
          <w:b w:val="0"/>
          <w:i w:val="0"/>
          <w:color w:val="22201D"/>
          <w:sz w:val="20"/>
        </w:rPr>
        <w:t>Then Bob knocked on the door with the flat patience of a man who had already delivered to weather, Tuesday, and a pothole with civic opinions.</w:t>
      </w:r>
    </w:p>
    <w:p>
      <w:pPr>
        <w:spacing w:after="60" w:line="266" w:lineRule="auto"/>
        <w:ind w:firstLine="331"/>
        <w:jc w:val="both"/>
      </w:pPr>
      <w:r>
        <w:rPr>
          <w:rFonts w:ascii="Georgia" w:hAnsi="Georgia"/>
          <w:b w:val="0"/>
          <w:i w:val="0"/>
          <w:color w:val="22201D"/>
          <w:sz w:val="20"/>
        </w:rPr>
        <w:t>"Open," he said.</w:t>
      </w:r>
    </w:p>
    <w:p>
      <w:pPr>
        <w:spacing w:after="60" w:line="266" w:lineRule="auto"/>
        <w:ind w:firstLine="331"/>
        <w:jc w:val="both"/>
      </w:pPr>
      <w:r>
        <w:rPr>
          <w:rFonts w:ascii="Georgia" w:hAnsi="Georgia"/>
          <w:b w:val="0"/>
          <w:i w:val="0"/>
          <w:color w:val="22201D"/>
          <w:sz w:val="20"/>
        </w:rPr>
        <w:t>The Hostess opened the side receiving door.</w:t>
      </w:r>
    </w:p>
    <w:p>
      <w:pPr>
        <w:spacing w:after="60" w:line="266" w:lineRule="auto"/>
        <w:ind w:firstLine="331"/>
        <w:jc w:val="both"/>
      </w:pPr>
      <w:r>
        <w:rPr>
          <w:rFonts w:ascii="Georgia" w:hAnsi="Georgia"/>
          <w:b w:val="0"/>
          <w:i w:val="0"/>
          <w:color w:val="22201D"/>
          <w:sz w:val="20"/>
        </w:rPr>
        <w:t>Bob stood outside beside a crate.</w:t>
      </w:r>
    </w:p>
    <w:p>
      <w:pPr>
        <w:spacing w:after="60" w:line="266" w:lineRule="auto"/>
        <w:ind w:firstLine="331"/>
        <w:jc w:val="both"/>
      </w:pPr>
      <w:r>
        <w:rPr>
          <w:rFonts w:ascii="Georgia" w:hAnsi="Georgia"/>
          <w:b w:val="0"/>
          <w:i w:val="0"/>
          <w:color w:val="22201D"/>
          <w:sz w:val="20"/>
        </w:rPr>
        <w:t>Gerald stood behind him with a clipboard.</w:t>
      </w:r>
    </w:p>
    <w:p>
      <w:pPr>
        <w:spacing w:after="60" w:line="266" w:lineRule="auto"/>
        <w:ind w:firstLine="331"/>
        <w:jc w:val="both"/>
      </w:pPr>
      <w:r>
        <w:rPr>
          <w:rFonts w:ascii="Georgia" w:hAnsi="Georgia"/>
          <w:b w:val="0"/>
          <w:i w:val="0"/>
          <w:color w:val="22201D"/>
          <w:sz w:val="20"/>
        </w:rPr>
        <w:t>This was how Flocc knew the situation was serious: Bob had brought a second person who believed in paper.</w:t>
      </w:r>
    </w:p>
    <w:p>
      <w:pPr>
        <w:spacing w:after="60" w:line="266" w:lineRule="auto"/>
        <w:ind w:firstLine="331"/>
        <w:jc w:val="both"/>
      </w:pPr>
      <w:r>
        <w:rPr>
          <w:rFonts w:ascii="Georgia" w:hAnsi="Georgia"/>
          <w:b w:val="0"/>
          <w:i w:val="0"/>
          <w:color w:val="22201D"/>
          <w:sz w:val="20"/>
        </w:rPr>
        <w:t>The crate was squat, vented, and strapped with green cord. A paper tag hung from one handle.</w:t>
      </w:r>
    </w:p>
    <w:p>
      <w:pPr>
        <w:spacing w:after="60" w:line="266" w:lineRule="auto"/>
        <w:ind w:firstLine="331"/>
        <w:jc w:val="both"/>
      </w:pPr>
      <w:r>
        <w:rPr>
          <w:rFonts w:ascii="Georgia" w:hAnsi="Georgia"/>
          <w:b w:val="0"/>
          <w:i w:val="0"/>
          <w:color w:val="22201D"/>
          <w:sz w:val="20"/>
        </w:rPr>
        <w:t>It smelled wrong.</w:t>
      </w:r>
    </w:p>
    <w:p>
      <w:pPr>
        <w:spacing w:after="60" w:line="266" w:lineRule="auto"/>
        <w:ind w:firstLine="331"/>
        <w:jc w:val="both"/>
      </w:pPr>
      <w:r>
        <w:rPr>
          <w:rFonts w:ascii="Georgia" w:hAnsi="Georgia"/>
          <w:b w:val="0"/>
          <w:i w:val="0"/>
          <w:color w:val="22201D"/>
          <w:sz w:val="20"/>
        </w:rPr>
        <w:t>Not rotten.</w:t>
      </w:r>
    </w:p>
    <w:p>
      <w:pPr>
        <w:spacing w:after="60" w:line="266" w:lineRule="auto"/>
        <w:ind w:firstLine="331"/>
        <w:jc w:val="both"/>
      </w:pPr>
      <w:r>
        <w:rPr>
          <w:rFonts w:ascii="Georgia" w:hAnsi="Georgia"/>
          <w:b w:val="0"/>
          <w:i w:val="0"/>
          <w:color w:val="22201D"/>
          <w:sz w:val="20"/>
        </w:rPr>
        <w:t>Not spoiled.</w:t>
      </w:r>
    </w:p>
    <w:p>
      <w:pPr>
        <w:spacing w:after="60" w:line="266" w:lineRule="auto"/>
        <w:ind w:firstLine="331"/>
        <w:jc w:val="both"/>
      </w:pPr>
      <w:r>
        <w:rPr>
          <w:rFonts w:ascii="Georgia" w:hAnsi="Georgia"/>
          <w:b w:val="0"/>
          <w:i w:val="0"/>
          <w:color w:val="22201D"/>
          <w:sz w:val="20"/>
        </w:rPr>
        <w:t>Wrong in the way a word smelled wrong when placed in a sentence where grammar accepted it but meaning objected.</w:t>
      </w:r>
    </w:p>
    <w:p>
      <w:pPr>
        <w:spacing w:after="60" w:line="266" w:lineRule="auto"/>
        <w:ind w:firstLine="331"/>
        <w:jc w:val="both"/>
      </w:pPr>
      <w:r>
        <w:rPr>
          <w:rFonts w:ascii="Georgia" w:hAnsi="Georgia"/>
          <w:b w:val="0"/>
          <w:i w:val="0"/>
          <w:color w:val="22201D"/>
          <w:sz w:val="20"/>
        </w:rPr>
        <w:t>The pantry lights dimmed.</w:t>
      </w:r>
    </w:p>
    <w:p>
      <w:pPr>
        <w:spacing w:after="60" w:line="266" w:lineRule="auto"/>
        <w:ind w:firstLine="331"/>
        <w:jc w:val="both"/>
      </w:pPr>
      <w:r>
        <w:rPr>
          <w:rFonts w:ascii="Georgia" w:hAnsi="Georgia"/>
          <w:b w:val="0"/>
          <w:i w:val="0"/>
          <w:color w:val="22201D"/>
          <w:sz w:val="20"/>
        </w:rPr>
        <w:t>The delivery slot from the shelf map chapter clicked open somewhere behind them.</w:t>
      </w:r>
    </w:p>
    <w:p>
      <w:pPr>
        <w:spacing w:after="60" w:line="266" w:lineRule="auto"/>
        <w:ind w:firstLine="331"/>
        <w:jc w:val="both"/>
      </w:pPr>
      <w:r>
        <w:rPr>
          <w:rFonts w:ascii="Georgia" w:hAnsi="Georgia"/>
          <w:b w:val="0"/>
          <w:i w:val="0"/>
          <w:color w:val="22201D"/>
          <w:sz w:val="20"/>
        </w:rPr>
        <w:t>The Hostess did not look at it.</w:t>
      </w:r>
    </w:p>
    <w:p>
      <w:pPr>
        <w:spacing w:after="60" w:line="266" w:lineRule="auto"/>
        <w:ind w:firstLine="331"/>
        <w:jc w:val="both"/>
      </w:pPr>
      <w:r>
        <w:rPr>
          <w:rFonts w:ascii="Georgia" w:hAnsi="Georgia"/>
          <w:b w:val="0"/>
          <w:i w:val="0"/>
          <w:color w:val="22201D"/>
          <w:sz w:val="20"/>
        </w:rPr>
        <w:t>She looked at the crate.</w:t>
      </w:r>
    </w:p>
    <w:p>
      <w:pPr>
        <w:spacing w:after="60" w:line="266" w:lineRule="auto"/>
        <w:ind w:firstLine="331"/>
        <w:jc w:val="both"/>
      </w:pPr>
      <w:r>
        <w:rPr>
          <w:rFonts w:ascii="Georgia" w:hAnsi="Georgia"/>
          <w:b w:val="0"/>
          <w:i w:val="0"/>
          <w:color w:val="22201D"/>
          <w:sz w:val="20"/>
        </w:rPr>
        <w:t>"That is not the expected mushroom."</w:t>
      </w:r>
    </w:p>
    <w:p>
      <w:pPr>
        <w:spacing w:after="60" w:line="266" w:lineRule="auto"/>
        <w:ind w:firstLine="331"/>
        <w:jc w:val="both"/>
      </w:pPr>
      <w:r>
        <w:rPr>
          <w:rFonts w:ascii="Georgia" w:hAnsi="Georgia"/>
          <w:b w:val="0"/>
          <w:i w:val="0"/>
          <w:color w:val="22201D"/>
          <w:sz w:val="20"/>
        </w:rPr>
        <w:t>"No," Bob said.</w:t>
      </w:r>
    </w:p>
    <w:p>
      <w:pPr>
        <w:spacing w:after="60" w:line="266" w:lineRule="auto"/>
        <w:ind w:firstLine="331"/>
        <w:jc w:val="both"/>
      </w:pPr>
      <w:r>
        <w:rPr>
          <w:rFonts w:ascii="Georgia" w:hAnsi="Georgia"/>
          <w:b w:val="0"/>
          <w:i w:val="0"/>
          <w:color w:val="22201D"/>
          <w:sz w:val="20"/>
        </w:rPr>
        <w:t>Gerald lifted the clipboard.</w:t>
      </w:r>
    </w:p>
    <w:p>
      <w:pPr>
        <w:spacing w:after="60" w:line="266" w:lineRule="auto"/>
        <w:ind w:firstLine="331"/>
        <w:jc w:val="both"/>
      </w:pPr>
      <w:r>
        <w:rPr>
          <w:rFonts w:ascii="Georgia" w:hAnsi="Georgia"/>
          <w:b w:val="0"/>
          <w:i w:val="0"/>
          <w:color w:val="22201D"/>
          <w:sz w:val="20"/>
        </w:rPr>
        <w:t>"Invoice says it is."</w:t>
      </w:r>
    </w:p>
    <w:p>
      <w:pPr>
        <w:spacing w:after="60" w:line="266" w:lineRule="auto"/>
        <w:ind w:firstLine="331"/>
        <w:jc w:val="both"/>
      </w:pPr>
      <w:r>
        <w:rPr>
          <w:rFonts w:ascii="Georgia" w:hAnsi="Georgia"/>
          <w:b w:val="0"/>
          <w:i w:val="0"/>
          <w:color w:val="22201D"/>
          <w:sz w:val="20"/>
        </w:rPr>
        <w:t>"Invoices can be wrong."</w:t>
      </w:r>
    </w:p>
    <w:p>
      <w:pPr>
        <w:spacing w:after="60" w:line="266" w:lineRule="auto"/>
        <w:ind w:firstLine="331"/>
        <w:jc w:val="both"/>
      </w:pPr>
      <w:r>
        <w:rPr>
          <w:rFonts w:ascii="Georgia" w:hAnsi="Georgia"/>
          <w:b w:val="0"/>
          <w:i w:val="0"/>
          <w:color w:val="22201D"/>
          <w:sz w:val="20"/>
        </w:rPr>
        <w:t>Bob looked at her.</w:t>
      </w:r>
    </w:p>
    <w:p>
      <w:pPr>
        <w:spacing w:after="60" w:line="266" w:lineRule="auto"/>
        <w:ind w:firstLine="331"/>
        <w:jc w:val="both"/>
      </w:pPr>
      <w:r>
        <w:rPr>
          <w:rFonts w:ascii="Georgia" w:hAnsi="Georgia"/>
          <w:b w:val="0"/>
          <w:i w:val="0"/>
          <w:color w:val="22201D"/>
          <w:sz w:val="20"/>
        </w:rPr>
        <w:t>"So can expectations."</w:t>
      </w:r>
    </w:p>
    <w:p>
      <w:pPr>
        <w:spacing w:after="60" w:line="266" w:lineRule="auto"/>
        <w:ind w:firstLine="331"/>
        <w:jc w:val="both"/>
      </w:pPr>
      <w:r>
        <w:rPr>
          <w:rFonts w:ascii="Georgia" w:hAnsi="Georgia"/>
          <w:b w:val="0"/>
          <w:i w:val="0"/>
          <w:color w:val="22201D"/>
          <w:sz w:val="20"/>
        </w:rPr>
        <w:t>That was almost a speech by Bob's standards.</w:t>
      </w:r>
    </w:p>
    <w:p>
      <w:pPr>
        <w:spacing w:after="60" w:line="266" w:lineRule="auto"/>
        <w:ind w:firstLine="331"/>
        <w:jc w:val="both"/>
      </w:pPr>
      <w:r>
        <w:rPr>
          <w:rFonts w:ascii="Georgia" w:hAnsi="Georgia"/>
          <w:b w:val="0"/>
          <w:i w:val="0"/>
          <w:color w:val="22201D"/>
          <w:sz w:val="20"/>
        </w:rPr>
        <w:t>Flocc stepped closer before anyone could mistake it for explanation.</w:t>
      </w:r>
    </w:p>
    <w:p>
      <w:pPr>
        <w:spacing w:after="60" w:line="266" w:lineRule="auto"/>
        <w:ind w:firstLine="331"/>
        <w:jc w:val="both"/>
      </w:pPr>
      <w:r>
        <w:rPr>
          <w:rFonts w:ascii="Georgia" w:hAnsi="Georgia"/>
          <w:b w:val="0"/>
          <w:i w:val="0"/>
          <w:color w:val="22201D"/>
          <w:sz w:val="20"/>
        </w:rPr>
        <w:t>"Read the invoice."</w:t>
      </w:r>
    </w:p>
    <w:p>
      <w:pPr>
        <w:spacing w:after="60" w:line="266" w:lineRule="auto"/>
        <w:ind w:firstLine="331"/>
        <w:jc w:val="both"/>
      </w:pPr>
      <w:r>
        <w:rPr>
          <w:rFonts w:ascii="Georgia" w:hAnsi="Georgia"/>
          <w:b w:val="0"/>
          <w:i w:val="0"/>
          <w:color w:val="22201D"/>
          <w:sz w:val="20"/>
        </w:rPr>
        <w:t>The crate tag fluttered.</w:t>
      </w:r>
    </w:p>
    <w:p>
      <w:pPr>
        <w:spacing w:after="60" w:line="250" w:lineRule="auto"/>
        <w:ind w:left="202" w:right="173"/>
      </w:pPr>
      <w:r>
        <w:rPr>
          <w:rFonts w:ascii="Georgia" w:hAnsi="Georgia"/>
          <w:b w:val="0"/>
          <w:i w:val="0"/>
          <w:color w:val="22201D"/>
          <w:sz w:val="17"/>
        </w:rPr>
        <w:t>INVOICE Item: Wrong mushroom Condition: Correct Receiving instruction: Trust the crate</w:t>
      </w:r>
    </w:p>
    <w:p>
      <w:pPr>
        <w:spacing w:after="60" w:line="266" w:lineRule="auto"/>
        <w:ind w:firstLine="331"/>
        <w:jc w:val="both"/>
      </w:pPr>
      <w:r>
        <w:rPr>
          <w:rFonts w:ascii="Georgia" w:hAnsi="Georgia"/>
          <w:b w:val="0"/>
          <w:i w:val="0"/>
          <w:color w:val="22201D"/>
          <w:sz w:val="20"/>
        </w:rPr>
        <w:t>The Hostess looked at the words wrong mushroom for a long moment.</w:t>
      </w:r>
    </w:p>
    <w:p>
      <w:pPr>
        <w:spacing w:after="60" w:line="266" w:lineRule="auto"/>
        <w:ind w:firstLine="331"/>
        <w:jc w:val="both"/>
      </w:pPr>
      <w:r>
        <w:rPr>
          <w:rFonts w:ascii="Georgia" w:hAnsi="Georgia"/>
          <w:b w:val="0"/>
          <w:i w:val="0"/>
          <w:color w:val="22201D"/>
          <w:sz w:val="20"/>
        </w:rPr>
        <w:t>"It says wrong."</w:t>
      </w:r>
    </w:p>
    <w:p>
      <w:pPr>
        <w:spacing w:after="60" w:line="266" w:lineRule="auto"/>
        <w:ind w:firstLine="331"/>
        <w:jc w:val="both"/>
      </w:pPr>
      <w:r>
        <w:rPr>
          <w:rFonts w:ascii="Georgia" w:hAnsi="Georgia"/>
          <w:b w:val="0"/>
          <w:i w:val="0"/>
          <w:color w:val="22201D"/>
          <w:sz w:val="20"/>
        </w:rPr>
        <w:t>"Yes," Gerald said.</w:t>
      </w:r>
    </w:p>
    <w:p>
      <w:pPr>
        <w:spacing w:after="60" w:line="266" w:lineRule="auto"/>
        <w:ind w:firstLine="331"/>
        <w:jc w:val="both"/>
      </w:pPr>
      <w:r>
        <w:rPr>
          <w:rFonts w:ascii="Georgia" w:hAnsi="Georgia"/>
          <w:b w:val="0"/>
          <w:i w:val="0"/>
          <w:color w:val="22201D"/>
          <w:sz w:val="20"/>
        </w:rPr>
        <w:t>"And correct."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is not documentation. That is an argument wearing a hat."</w:t>
      </w:r>
    </w:p>
    <w:p>
      <w:pPr>
        <w:spacing w:after="60" w:line="266" w:lineRule="auto"/>
        <w:ind w:firstLine="331"/>
        <w:jc w:val="both"/>
      </w:pPr>
      <w:r>
        <w:rPr>
          <w:rFonts w:ascii="Georgia" w:hAnsi="Georgia"/>
          <w:b w:val="0"/>
          <w:i w:val="0"/>
          <w:color w:val="22201D"/>
          <w:sz w:val="20"/>
        </w:rPr>
        <w:t>Bob said, "Read the rest."</w:t>
      </w:r>
    </w:p>
    <w:p>
      <w:pPr>
        <w:spacing w:after="60" w:line="266" w:lineRule="auto"/>
        <w:ind w:firstLine="331"/>
        <w:jc w:val="both"/>
      </w:pPr>
      <w:r>
        <w:rPr>
          <w:rFonts w:ascii="Georgia" w:hAnsi="Georgia"/>
          <w:b w:val="0"/>
          <w:i w:val="0"/>
          <w:color w:val="22201D"/>
          <w:sz w:val="20"/>
        </w:rPr>
        <w:t>Gerald turned the invoice over.</w:t>
      </w:r>
    </w:p>
    <w:p>
      <w:pPr>
        <w:spacing w:after="60" w:line="266" w:lineRule="auto"/>
        <w:ind w:firstLine="331"/>
        <w:jc w:val="both"/>
      </w:pPr>
      <w:r>
        <w:rPr>
          <w:rFonts w:ascii="Georgia" w:hAnsi="Georgia"/>
          <w:b w:val="0"/>
          <w:i w:val="0"/>
          <w:color w:val="22201D"/>
          <w:sz w:val="20"/>
        </w:rPr>
        <w:t>The back contained more detail:</w:t>
      </w:r>
    </w:p>
    <w:p>
      <w:pPr>
        <w:spacing w:after="60" w:line="250" w:lineRule="auto"/>
        <w:ind w:left="202" w:right="173"/>
      </w:pPr>
      <w:r>
        <w:rPr>
          <w:rFonts w:ascii="Georgia" w:hAnsi="Georgia"/>
          <w:b w:val="0"/>
          <w:i w:val="0"/>
          <w:color w:val="22201D"/>
          <w:sz w:val="17"/>
        </w:rPr>
        <w:t>Requested item: exact bitter seed carrier Expected visual: dark cap, narrow stem Delivered item: pale shelf mushroom, bruises blue under pressure Reason: carries missing bitter seed without impersonating it Substitution status: not proxy</w:t>
      </w:r>
    </w:p>
    <w:p>
      <w:pPr>
        <w:spacing w:after="60" w:line="266" w:lineRule="auto"/>
        <w:ind w:firstLine="331"/>
        <w:jc w:val="both"/>
      </w:pPr>
      <w:r>
        <w:rPr>
          <w:rFonts w:ascii="Georgia" w:hAnsi="Georgia"/>
          <w:b w:val="0"/>
          <w:i w:val="0"/>
          <w:color w:val="22201D"/>
          <w:sz w:val="20"/>
        </w:rPr>
        <w:t>Flocc felt the pantry around them listen.</w:t>
      </w:r>
    </w:p>
    <w:p>
      <w:pPr>
        <w:spacing w:after="60" w:line="266" w:lineRule="auto"/>
        <w:ind w:firstLine="331"/>
        <w:jc w:val="both"/>
      </w:pPr>
      <w:r>
        <w:rPr>
          <w:rFonts w:ascii="Georgia" w:hAnsi="Georgia"/>
          <w:b w:val="0"/>
          <w:i w:val="0"/>
          <w:color w:val="22201D"/>
          <w:sz w:val="20"/>
        </w:rPr>
        <w:t>The white beans shelf.</w:t>
      </w:r>
    </w:p>
    <w:p>
      <w:pPr>
        <w:spacing w:after="60" w:line="266" w:lineRule="auto"/>
        <w:ind w:firstLine="331"/>
        <w:jc w:val="both"/>
      </w:pPr>
      <w:r>
        <w:rPr>
          <w:rFonts w:ascii="Georgia" w:hAnsi="Georgia"/>
          <w:b w:val="0"/>
          <w:i w:val="0"/>
          <w:color w:val="22201D"/>
          <w:sz w:val="20"/>
        </w:rPr>
        <w:t>The honey jar.</w:t>
      </w:r>
    </w:p>
    <w:p>
      <w:pPr>
        <w:spacing w:after="60" w:line="266" w:lineRule="auto"/>
        <w:ind w:firstLine="331"/>
        <w:jc w:val="both"/>
      </w:pPr>
      <w:r>
        <w:rPr>
          <w:rFonts w:ascii="Georgia" w:hAnsi="Georgia"/>
          <w:b w:val="0"/>
          <w:i w:val="0"/>
          <w:color w:val="22201D"/>
          <w:sz w:val="20"/>
        </w:rPr>
        <w:t>The quiet tin.</w:t>
      </w:r>
    </w:p>
    <w:p>
      <w:pPr>
        <w:spacing w:after="60" w:line="266" w:lineRule="auto"/>
        <w:ind w:firstLine="331"/>
        <w:jc w:val="both"/>
      </w:pPr>
      <w:r>
        <w:rPr>
          <w:rFonts w:ascii="Georgia" w:hAnsi="Georgia"/>
          <w:b w:val="0"/>
          <w:i w:val="0"/>
          <w:color w:val="22201D"/>
          <w:sz w:val="20"/>
        </w:rPr>
        <w:t>The Voidberry warning.</w:t>
      </w:r>
    </w:p>
    <w:p>
      <w:pPr>
        <w:spacing w:after="60" w:line="266" w:lineRule="auto"/>
        <w:ind w:firstLine="331"/>
        <w:jc w:val="both"/>
      </w:pPr>
      <w:r>
        <w:rPr>
          <w:rFonts w:ascii="Georgia" w:hAnsi="Georgia"/>
          <w:b w:val="0"/>
          <w:i w:val="0"/>
          <w:color w:val="22201D"/>
          <w:sz w:val="20"/>
        </w:rPr>
        <w:t>All of them seemed to lean toward the line:</w:t>
      </w:r>
    </w:p>
    <w:p>
      <w:pPr>
        <w:spacing w:after="60" w:line="250" w:lineRule="auto"/>
        <w:ind w:left="202" w:right="173"/>
      </w:pPr>
      <w:r>
        <w:rPr>
          <w:rFonts w:ascii="Georgia" w:hAnsi="Georgia"/>
          <w:b w:val="0"/>
          <w:i w:val="0"/>
          <w:color w:val="22201D"/>
          <w:sz w:val="17"/>
        </w:rPr>
        <w:t>Substitution status: not proxy</w:t>
      </w:r>
    </w:p>
    <w:p>
      <w:pPr>
        <w:spacing w:after="60" w:line="266" w:lineRule="auto"/>
        <w:ind w:firstLine="331"/>
        <w:jc w:val="both"/>
      </w:pPr>
      <w:r>
        <w:rPr>
          <w:rFonts w:ascii="Georgia" w:hAnsi="Georgia"/>
          <w:b w:val="0"/>
          <w:i w:val="0"/>
          <w:color w:val="22201D"/>
          <w:sz w:val="20"/>
        </w:rPr>
        <w:t>The Hostess opened the crate.</w:t>
      </w:r>
    </w:p>
    <w:p>
      <w:pPr>
        <w:spacing w:after="60" w:line="266" w:lineRule="auto"/>
        <w:ind w:firstLine="331"/>
        <w:jc w:val="both"/>
      </w:pPr>
      <w:r>
        <w:rPr>
          <w:rFonts w:ascii="Georgia" w:hAnsi="Georgia"/>
          <w:b w:val="0"/>
          <w:i w:val="0"/>
          <w:color w:val="22201D"/>
          <w:sz w:val="20"/>
        </w:rPr>
        <w:t>Inside were mushrooms that looked profoundly unconvincing.</w:t>
      </w:r>
    </w:p>
    <w:p>
      <w:pPr>
        <w:spacing w:after="60" w:line="266" w:lineRule="auto"/>
        <w:ind w:firstLine="331"/>
        <w:jc w:val="both"/>
      </w:pPr>
      <w:r>
        <w:rPr>
          <w:rFonts w:ascii="Georgia" w:hAnsi="Georgia"/>
          <w:b w:val="0"/>
          <w:i w:val="0"/>
          <w:color w:val="22201D"/>
          <w:sz w:val="20"/>
        </w:rPr>
        <w:t>They were pale, broad, and almost ordinary, except each cap held a blue bruise at the center where it had been pressed. The bruises were not damage. They were marks.</w:t>
      </w:r>
    </w:p>
    <w:p>
      <w:pPr>
        <w:spacing w:after="60" w:line="266" w:lineRule="auto"/>
        <w:ind w:firstLine="331"/>
        <w:jc w:val="both"/>
      </w:pPr>
      <w:r>
        <w:rPr>
          <w:rFonts w:ascii="Georgia" w:hAnsi="Georgia"/>
          <w:b w:val="0"/>
          <w:i w:val="0"/>
          <w:color w:val="22201D"/>
          <w:sz w:val="20"/>
        </w:rPr>
        <w:t>Nico would have called them suspiciously polite.</w:t>
      </w:r>
    </w:p>
    <w:p>
      <w:pPr>
        <w:spacing w:after="60" w:line="266" w:lineRule="auto"/>
        <w:ind w:firstLine="331"/>
        <w:jc w:val="both"/>
      </w:pPr>
      <w:r>
        <w:rPr>
          <w:rFonts w:ascii="Georgia" w:hAnsi="Georgia"/>
          <w:b w:val="0"/>
          <w:i w:val="0"/>
          <w:color w:val="22201D"/>
          <w:sz w:val="20"/>
        </w:rPr>
        <w:t>Steve would have tried not to record them.</w:t>
      </w:r>
    </w:p>
    <w:p>
      <w:pPr>
        <w:spacing w:after="60" w:line="266" w:lineRule="auto"/>
        <w:ind w:firstLine="331"/>
        <w:jc w:val="both"/>
      </w:pPr>
      <w:r>
        <w:rPr>
          <w:rFonts w:ascii="Georgia" w:hAnsi="Georgia"/>
          <w:b w:val="0"/>
          <w:i w:val="0"/>
          <w:color w:val="22201D"/>
          <w:sz w:val="20"/>
        </w:rPr>
        <w:t>Gerald had already recorded them, probably twice, because Gerald did not treat accurate recordkeeping as theft if consent came from an invoice.</w:t>
      </w:r>
    </w:p>
    <w:p>
      <w:pPr>
        <w:spacing w:after="60" w:line="266" w:lineRule="auto"/>
        <w:ind w:firstLine="331"/>
        <w:jc w:val="both"/>
      </w:pPr>
      <w:r>
        <w:rPr>
          <w:rFonts w:ascii="Georgia" w:hAnsi="Georgia"/>
          <w:b w:val="0"/>
          <w:i w:val="0"/>
          <w:color w:val="22201D"/>
          <w:sz w:val="20"/>
        </w:rPr>
        <w:t>The Hostess picked one up.</w:t>
      </w:r>
    </w:p>
    <w:p>
      <w:pPr>
        <w:spacing w:after="60" w:line="266" w:lineRule="auto"/>
        <w:ind w:firstLine="331"/>
        <w:jc w:val="both"/>
      </w:pPr>
      <w:r>
        <w:rPr>
          <w:rFonts w:ascii="Georgia" w:hAnsi="Georgia"/>
          <w:b w:val="0"/>
          <w:i w:val="0"/>
          <w:color w:val="22201D"/>
          <w:sz w:val="20"/>
        </w:rPr>
        <w:t>"This is not the dark cap."</w:t>
      </w:r>
    </w:p>
    <w:p>
      <w:pPr>
        <w:spacing w:after="60" w:line="266" w:lineRule="auto"/>
        <w:ind w:firstLine="331"/>
        <w:jc w:val="both"/>
      </w:pPr>
      <w:r>
        <w:rPr>
          <w:rFonts w:ascii="Georgia" w:hAnsi="Georgia"/>
          <w:b w:val="0"/>
          <w:i w:val="0"/>
          <w:color w:val="22201D"/>
          <w:sz w:val="20"/>
        </w:rPr>
        <w:t>"No," Bob said.</w:t>
      </w:r>
    </w:p>
    <w:p>
      <w:pPr>
        <w:spacing w:after="60" w:line="266" w:lineRule="auto"/>
        <w:ind w:firstLine="331"/>
        <w:jc w:val="both"/>
      </w:pPr>
      <w:r>
        <w:rPr>
          <w:rFonts w:ascii="Georgia" w:hAnsi="Georgia"/>
          <w:b w:val="0"/>
          <w:i w:val="0"/>
          <w:color w:val="22201D"/>
          <w:sz w:val="20"/>
        </w:rPr>
        <w:t>"This is not narrow stem."</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"This is the wrong mushroom."</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 invoice stamped:</w:t>
      </w:r>
    </w:p>
    <w:p>
      <w:pPr>
        <w:spacing w:after="60" w:line="250" w:lineRule="auto"/>
        <w:ind w:left="202" w:right="173"/>
      </w:pPr>
      <w:r>
        <w:rPr>
          <w:rFonts w:ascii="Georgia" w:hAnsi="Georgia"/>
          <w:b w:val="0"/>
          <w:i w:val="0"/>
          <w:color w:val="22201D"/>
          <w:sz w:val="17"/>
        </w:rPr>
        <w:t>VISUAL EXPECTATION CONFIRMED INCORRECT</w:t>
      </w:r>
    </w:p>
    <w:p>
      <w:pPr>
        <w:spacing w:after="60" w:line="266" w:lineRule="auto"/>
        <w:ind w:firstLine="331"/>
        <w:jc w:val="both"/>
      </w:pPr>
      <w:r>
        <w:rPr>
          <w:rFonts w:ascii="Georgia" w:hAnsi="Georgia"/>
          <w:b w:val="0"/>
          <w:i w:val="0"/>
          <w:color w:val="22201D"/>
          <w:sz w:val="20"/>
        </w:rPr>
        <w:t>The Hostess glared at the paper.</w:t>
      </w:r>
    </w:p>
    <w:p>
      <w:pPr>
        <w:spacing w:after="60" w:line="266" w:lineRule="auto"/>
        <w:ind w:firstLine="331"/>
        <w:jc w:val="both"/>
      </w:pPr>
      <w:r>
        <w:rPr>
          <w:rFonts w:ascii="Georgia" w:hAnsi="Georgia"/>
          <w:b w:val="0"/>
          <w:i w:val="0"/>
          <w:color w:val="22201D"/>
          <w:sz w:val="20"/>
        </w:rPr>
        <w:t>"Do not enjoy yourself."</w:t>
      </w:r>
    </w:p>
    <w:p>
      <w:pPr>
        <w:spacing w:after="60" w:line="266" w:lineRule="auto"/>
        <w:ind w:firstLine="331"/>
        <w:jc w:val="both"/>
      </w:pPr>
      <w:r>
        <w:rPr>
          <w:rFonts w:ascii="Georgia" w:hAnsi="Georgia"/>
          <w:b w:val="0"/>
          <w:i w:val="0"/>
          <w:color w:val="22201D"/>
          <w:sz w:val="20"/>
        </w:rPr>
        <w:t>The paper remained paper.</w:t>
      </w:r>
    </w:p>
    <w:p>
      <w:pPr>
        <w:spacing w:after="60" w:line="266" w:lineRule="auto"/>
        <w:ind w:firstLine="331"/>
        <w:jc w:val="both"/>
      </w:pPr>
      <w:r>
        <w:rPr>
          <w:rFonts w:ascii="Georgia" w:hAnsi="Georgia"/>
          <w:b w:val="0"/>
          <w:i w:val="0"/>
          <w:color w:val="22201D"/>
          <w:sz w:val="20"/>
        </w:rPr>
        <w:t>This gave it plausible deniability.</w:t>
      </w:r>
    </w:p>
    <w:p>
      <w:pPr>
        <w:spacing w:after="60" w:line="266" w:lineRule="auto"/>
        <w:ind w:firstLine="331"/>
        <w:jc w:val="both"/>
      </w:pPr>
      <w:r>
        <w:rPr>
          <w:rFonts w:ascii="Georgia" w:hAnsi="Georgia"/>
          <w:b w:val="0"/>
          <w:i w:val="0"/>
          <w:color w:val="22201D"/>
          <w:sz w:val="20"/>
        </w:rPr>
        <w:t>Gerald cleared his throat.</w:t>
      </w:r>
    </w:p>
    <w:p>
      <w:pPr>
        <w:spacing w:after="60" w:line="266" w:lineRule="auto"/>
        <w:ind w:firstLine="331"/>
        <w:jc w:val="both"/>
      </w:pPr>
      <w:r>
        <w:rPr>
          <w:rFonts w:ascii="Georgia" w:hAnsi="Georgia"/>
          <w:b w:val="0"/>
          <w:i w:val="0"/>
          <w:color w:val="22201D"/>
          <w:sz w:val="20"/>
        </w:rPr>
        <w:t>"Crate temperature stable. No leak. Bruising consistent across top layer. Lower layer uncompressed."</w:t>
      </w:r>
    </w:p>
    <w:p>
      <w:pPr>
        <w:spacing w:after="60" w:line="266" w:lineRule="auto"/>
        <w:ind w:firstLine="331"/>
        <w:jc w:val="both"/>
      </w:pPr>
      <w:r>
        <w:rPr>
          <w:rFonts w:ascii="Georgia" w:hAnsi="Georgia"/>
          <w:b w:val="0"/>
          <w:i w:val="0"/>
          <w:color w:val="22201D"/>
          <w:sz w:val="20"/>
        </w:rPr>
        <w:t>Bob added, "Do not stack."</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"Pressure releases the bitter."</w:t>
      </w:r>
    </w:p>
    <w:p>
      <w:pPr>
        <w:spacing w:after="60" w:line="266" w:lineRule="auto"/>
        <w:ind w:firstLine="331"/>
        <w:jc w:val="both"/>
      </w:pPr>
      <w:r>
        <w:rPr>
          <w:rFonts w:ascii="Georgia" w:hAnsi="Georgia"/>
          <w:b w:val="0"/>
          <w:i w:val="0"/>
          <w:color w:val="22201D"/>
          <w:sz w:val="20"/>
        </w:rPr>
        <w:t>The Hostess looked at the blue bruise.</w:t>
      </w:r>
    </w:p>
    <w:p>
      <w:pPr>
        <w:spacing w:after="60" w:line="266" w:lineRule="auto"/>
        <w:ind w:firstLine="331"/>
        <w:jc w:val="both"/>
      </w:pPr>
      <w:r>
        <w:rPr>
          <w:rFonts w:ascii="Georgia" w:hAnsi="Georgia"/>
          <w:b w:val="0"/>
          <w:i w:val="0"/>
          <w:color w:val="22201D"/>
          <w:sz w:val="20"/>
        </w:rPr>
        <w:t>"How much pressure?"</w:t>
      </w:r>
    </w:p>
    <w:p>
      <w:pPr>
        <w:spacing w:after="60" w:line="266" w:lineRule="auto"/>
        <w:ind w:firstLine="331"/>
        <w:jc w:val="both"/>
      </w:pPr>
      <w:r>
        <w:rPr>
          <w:rFonts w:ascii="Georgia" w:hAnsi="Georgia"/>
          <w:b w:val="0"/>
          <w:i w:val="0"/>
          <w:color w:val="22201D"/>
          <w:sz w:val="20"/>
        </w:rPr>
        <w:t>Bob pointed to the invoice.</w:t>
      </w:r>
    </w:p>
    <w:p>
      <w:pPr>
        <w:spacing w:after="60" w:line="250" w:lineRule="auto"/>
        <w:ind w:left="202" w:right="173"/>
      </w:pPr>
      <w:r>
        <w:rPr>
          <w:rFonts w:ascii="Georgia" w:hAnsi="Georgia"/>
          <w:b w:val="0"/>
          <w:i w:val="0"/>
          <w:color w:val="22201D"/>
          <w:sz w:val="17"/>
        </w:rPr>
        <w:t>Handling note: Press once, not twice. Use bruised cap only after invoice read aloud. Do not grind. Do not hide in sauce.</w:t>
      </w:r>
    </w:p>
    <w:p>
      <w:pPr>
        <w:spacing w:after="60" w:line="266" w:lineRule="auto"/>
        <w:ind w:firstLine="331"/>
        <w:jc w:val="both"/>
      </w:pPr>
      <w:r>
        <w:rPr>
          <w:rFonts w:ascii="Georgia" w:hAnsi="Georgia"/>
          <w:b w:val="0"/>
          <w:i w:val="0"/>
          <w:color w:val="22201D"/>
          <w:sz w:val="20"/>
        </w:rPr>
        <w:t>Flocc said, "Read aloud."</w:t>
      </w:r>
    </w:p>
    <w:p>
      <w:pPr>
        <w:spacing w:after="60" w:line="266" w:lineRule="auto"/>
        <w:ind w:firstLine="331"/>
        <w:jc w:val="both"/>
      </w:pPr>
      <w:r>
        <w:rPr>
          <w:rFonts w:ascii="Georgia" w:hAnsi="Georgia"/>
          <w:b w:val="0"/>
          <w:i w:val="0"/>
          <w:color w:val="22201D"/>
          <w:sz w:val="20"/>
        </w:rPr>
        <w:t>The Hostess took the invoice.</w:t>
      </w:r>
    </w:p>
    <w:p>
      <w:pPr>
        <w:spacing w:after="60" w:line="266" w:lineRule="auto"/>
        <w:ind w:firstLine="331"/>
        <w:jc w:val="both"/>
      </w:pPr>
      <w:r>
        <w:rPr>
          <w:rFonts w:ascii="Georgia" w:hAnsi="Georgia"/>
          <w:b w:val="0"/>
          <w:i w:val="0"/>
          <w:color w:val="22201D"/>
          <w:sz w:val="20"/>
        </w:rPr>
        <w:t>That was the moment the price began.</w:t>
      </w:r>
    </w:p>
    <w:p>
      <w:pPr>
        <w:spacing w:after="60" w:line="266" w:lineRule="auto"/>
        <w:ind w:firstLine="331"/>
        <w:jc w:val="both"/>
      </w:pPr>
      <w:r>
        <w:rPr>
          <w:rFonts w:ascii="Georgia" w:hAnsi="Georgia"/>
          <w:b w:val="0"/>
          <w:i w:val="0"/>
          <w:color w:val="22201D"/>
          <w:sz w:val="20"/>
        </w:rPr>
        <w:t>Trust the crate did not mean trusting Bob.</w:t>
      </w:r>
    </w:p>
    <w:p>
      <w:pPr>
        <w:spacing w:after="60" w:line="266" w:lineRule="auto"/>
        <w:ind w:firstLine="331"/>
        <w:jc w:val="both"/>
      </w:pPr>
      <w:r>
        <w:rPr>
          <w:rFonts w:ascii="Georgia" w:hAnsi="Georgia"/>
          <w:b w:val="0"/>
          <w:i w:val="0"/>
          <w:color w:val="22201D"/>
          <w:sz w:val="20"/>
        </w:rPr>
        <w:t>It did not mean trusting paper blindly.</w:t>
      </w:r>
    </w:p>
    <w:p>
      <w:pPr>
        <w:spacing w:after="60" w:line="266" w:lineRule="auto"/>
        <w:ind w:firstLine="331"/>
        <w:jc w:val="both"/>
      </w:pPr>
      <w:r>
        <w:rPr>
          <w:rFonts w:ascii="Georgia" w:hAnsi="Georgia"/>
          <w:b w:val="0"/>
          <w:i w:val="0"/>
          <w:color w:val="22201D"/>
          <w:sz w:val="20"/>
        </w:rPr>
        <w:t>It meant not replacing what had arrived with the ingredient everyone had expected before the evidence had finished speaking.</w:t>
      </w:r>
    </w:p>
    <w:p>
      <w:pPr>
        <w:spacing w:after="60" w:line="266" w:lineRule="auto"/>
        <w:ind w:firstLine="331"/>
        <w:jc w:val="both"/>
      </w:pPr>
      <w:r>
        <w:rPr>
          <w:rFonts w:ascii="Georgia" w:hAnsi="Georgia"/>
          <w:b w:val="0"/>
          <w:i w:val="0"/>
          <w:color w:val="22201D"/>
          <w:sz w:val="20"/>
        </w:rPr>
        <w:t>The Hostess read:</w:t>
      </w:r>
    </w:p>
    <w:p>
      <w:pPr>
        <w:spacing w:after="60" w:line="266" w:lineRule="auto"/>
        <w:ind w:firstLine="331"/>
        <w:jc w:val="both"/>
      </w:pPr>
      <w:r>
        <w:rPr>
          <w:rFonts w:ascii="Georgia" w:hAnsi="Georgia"/>
          <w:b w:val="0"/>
          <w:i w:val="0"/>
          <w:color w:val="22201D"/>
          <w:sz w:val="20"/>
        </w:rPr>
        <w:t>"Item: wrong mushroom. Condition: correct. Receiving instruction: trust the crate."</w:t>
      </w:r>
    </w:p>
    <w:p>
      <w:pPr>
        <w:spacing w:after="60" w:line="266" w:lineRule="auto"/>
        <w:ind w:firstLine="331"/>
        <w:jc w:val="both"/>
      </w:pPr>
      <w:r>
        <w:rPr>
          <w:rFonts w:ascii="Georgia" w:hAnsi="Georgia"/>
          <w:b w:val="0"/>
          <w:i w:val="0"/>
          <w:color w:val="22201D"/>
          <w:sz w:val="20"/>
        </w:rPr>
        <w:t>The delivery slot opened fully.</w:t>
      </w:r>
    </w:p>
    <w:p>
      <w:pPr>
        <w:spacing w:after="60" w:line="266" w:lineRule="auto"/>
        <w:ind w:firstLine="331"/>
        <w:jc w:val="both"/>
      </w:pPr>
      <w:r>
        <w:rPr>
          <w:rFonts w:ascii="Georgia" w:hAnsi="Georgia"/>
          <w:b w:val="0"/>
          <w:i w:val="0"/>
          <w:color w:val="22201D"/>
          <w:sz w:val="20"/>
        </w:rPr>
        <w:t>The shelf tag turned green.</w:t>
      </w:r>
    </w:p>
    <w:p>
      <w:pPr>
        <w:spacing w:after="60" w:line="266" w:lineRule="auto"/>
        <w:ind w:firstLine="331"/>
        <w:jc w:val="both"/>
      </w:pPr>
      <w:r>
        <w:rPr>
          <w:rFonts w:ascii="Georgia" w:hAnsi="Georgia"/>
          <w:b w:val="0"/>
          <w:i w:val="0"/>
          <w:color w:val="22201D"/>
          <w:sz w:val="20"/>
        </w:rPr>
        <w:t>Bob lifted the crate.</w:t>
      </w:r>
    </w:p>
    <w:p>
      <w:pPr>
        <w:spacing w:after="60" w:line="266" w:lineRule="auto"/>
        <w:ind w:firstLine="331"/>
        <w:jc w:val="both"/>
      </w:pPr>
      <w:r>
        <w:rPr>
          <w:rFonts w:ascii="Georgia" w:hAnsi="Georgia"/>
          <w:b w:val="0"/>
          <w:i w:val="0"/>
          <w:color w:val="22201D"/>
          <w:sz w:val="20"/>
        </w:rPr>
        <w:t>Gerald put one hand under the far side.</w:t>
      </w:r>
    </w:p>
    <w:p>
      <w:pPr>
        <w:spacing w:after="60" w:line="266" w:lineRule="auto"/>
        <w:ind w:firstLine="331"/>
        <w:jc w:val="both"/>
      </w:pPr>
      <w:r>
        <w:rPr>
          <w:rFonts w:ascii="Georgia" w:hAnsi="Georgia"/>
          <w:b w:val="0"/>
          <w:i w:val="0"/>
          <w:color w:val="22201D"/>
          <w:sz w:val="20"/>
        </w:rPr>
        <w:t>Bob let him.</w:t>
      </w:r>
    </w:p>
    <w:p>
      <w:pPr>
        <w:spacing w:after="60" w:line="266" w:lineRule="auto"/>
        <w:ind w:firstLine="331"/>
        <w:jc w:val="both"/>
      </w:pPr>
      <w:r>
        <w:rPr>
          <w:rFonts w:ascii="Georgia" w:hAnsi="Georgia"/>
          <w:b w:val="0"/>
          <w:i w:val="0"/>
          <w:color w:val="22201D"/>
          <w:sz w:val="20"/>
        </w:rPr>
        <w:t>That was Book 6 still doing its work without demanding attention.</w:t>
      </w:r>
    </w:p>
    <w:p>
      <w:pPr>
        <w:spacing w:after="60" w:line="266" w:lineRule="auto"/>
        <w:ind w:firstLine="331"/>
        <w:jc w:val="both"/>
      </w:pPr>
      <w:r>
        <w:rPr>
          <w:rFonts w:ascii="Georgia" w:hAnsi="Georgia"/>
          <w:b w:val="0"/>
          <w:i w:val="0"/>
          <w:color w:val="22201D"/>
          <w:sz w:val="20"/>
        </w:rPr>
        <w:t>They carried the crate to the delivery slot.</w:t>
      </w:r>
    </w:p>
    <w:p>
      <w:pPr>
        <w:spacing w:after="60" w:line="266" w:lineRule="auto"/>
        <w:ind w:firstLine="331"/>
        <w:jc w:val="both"/>
      </w:pPr>
      <w:r>
        <w:rPr>
          <w:rFonts w:ascii="Georgia" w:hAnsi="Georgia"/>
          <w:b w:val="0"/>
          <w:i w:val="0"/>
          <w:color w:val="22201D"/>
          <w:sz w:val="20"/>
        </w:rPr>
        <w:t>The slot did not accept it yet.</w:t>
      </w:r>
    </w:p>
    <w:p>
      <w:pPr>
        <w:spacing w:after="60" w:line="266" w:lineRule="auto"/>
        <w:ind w:firstLine="331"/>
        <w:jc w:val="both"/>
      </w:pPr>
      <w:r>
        <w:rPr>
          <w:rFonts w:ascii="Georgia" w:hAnsi="Georgia"/>
          <w:b w:val="0"/>
          <w:i w:val="0"/>
          <w:color w:val="22201D"/>
          <w:sz w:val="20"/>
        </w:rPr>
        <w:t>The invoice clip hung open.</w:t>
      </w:r>
    </w:p>
    <w:p>
      <w:pPr>
        <w:spacing w:after="60" w:line="266" w:lineRule="auto"/>
        <w:ind w:firstLine="331"/>
        <w:jc w:val="both"/>
      </w:pPr>
      <w:r>
        <w:rPr>
          <w:rFonts w:ascii="Georgia" w:hAnsi="Georgia"/>
          <w:b w:val="0"/>
          <w:i w:val="0"/>
          <w:color w:val="22201D"/>
          <w:sz w:val="20"/>
        </w:rPr>
        <w:t>The Hostess clipped the invoice to the shelf.</w:t>
      </w:r>
    </w:p>
    <w:p>
      <w:pPr>
        <w:spacing w:after="60" w:line="266" w:lineRule="auto"/>
        <w:ind w:firstLine="331"/>
        <w:jc w:val="both"/>
      </w:pPr>
      <w:r>
        <w:rPr>
          <w:rFonts w:ascii="Georgia" w:hAnsi="Georgia"/>
          <w:b w:val="0"/>
          <w:i w:val="0"/>
          <w:color w:val="22201D"/>
          <w:sz w:val="20"/>
        </w:rPr>
        <w:t>The shelf printed:</w:t>
      </w:r>
    </w:p>
    <w:p>
      <w:pPr>
        <w:spacing w:after="60" w:line="250" w:lineRule="auto"/>
        <w:ind w:left="202" w:right="173"/>
      </w:pPr>
      <w:r>
        <w:rPr>
          <w:rFonts w:ascii="Georgia" w:hAnsi="Georgia"/>
          <w:b w:val="0"/>
          <w:i w:val="0"/>
          <w:color w:val="22201D"/>
          <w:sz w:val="17"/>
        </w:rPr>
        <w:t>TRUST PENDING: VERIFY WITHOUT SUBSTITUTING.</w:t>
      </w:r>
    </w:p>
    <w:p>
      <w:pPr>
        <w:spacing w:after="60" w:line="266" w:lineRule="auto"/>
        <w:ind w:firstLine="331"/>
        <w:jc w:val="both"/>
      </w:pPr>
      <w:r>
        <w:rPr>
          <w:rFonts w:ascii="Georgia" w:hAnsi="Georgia"/>
          <w:b w:val="0"/>
          <w:i w:val="0"/>
          <w:color w:val="22201D"/>
          <w:sz w:val="20"/>
        </w:rPr>
        <w:t>"Of course," she said.</w:t>
      </w:r>
    </w:p>
    <w:p>
      <w:pPr>
        <w:spacing w:after="60" w:line="266" w:lineRule="auto"/>
        <w:ind w:firstLine="331"/>
        <w:jc w:val="both"/>
      </w:pPr>
      <w:r>
        <w:rPr>
          <w:rFonts w:ascii="Georgia" w:hAnsi="Georgia"/>
          <w:b w:val="0"/>
          <w:i w:val="0"/>
          <w:color w:val="22201D"/>
          <w:sz w:val="20"/>
        </w:rPr>
        <w:t>The pantry provided a small cutting board, a knife, a scale, and the glass rod from the Voidberry chapter.</w:t>
      </w:r>
    </w:p>
    <w:p>
      <w:pPr>
        <w:spacing w:after="60" w:line="266" w:lineRule="auto"/>
        <w:ind w:firstLine="331"/>
        <w:jc w:val="both"/>
      </w:pPr>
      <w:r>
        <w:rPr>
          <w:rFonts w:ascii="Georgia" w:hAnsi="Georgia"/>
          <w:b w:val="0"/>
          <w:i w:val="0"/>
          <w:color w:val="22201D"/>
          <w:sz w:val="20"/>
        </w:rPr>
        <w:t>Bob looked at the tools.</w:t>
      </w:r>
    </w:p>
    <w:p>
      <w:pPr>
        <w:spacing w:after="60" w:line="266" w:lineRule="auto"/>
        <w:ind w:firstLine="331"/>
        <w:jc w:val="both"/>
      </w:pPr>
      <w:r>
        <w:rPr>
          <w:rFonts w:ascii="Georgia" w:hAnsi="Georgia"/>
          <w:b w:val="0"/>
          <w:i w:val="0"/>
          <w:color w:val="22201D"/>
          <w:sz w:val="20"/>
        </w:rPr>
        <w:t>"No spoon."</w:t>
      </w:r>
    </w:p>
    <w:p>
      <w:pPr>
        <w:spacing w:after="60" w:line="266" w:lineRule="auto"/>
        <w:ind w:firstLine="331"/>
        <w:jc w:val="both"/>
      </w:pPr>
      <w:r>
        <w:rPr>
          <w:rFonts w:ascii="Georgia" w:hAnsi="Georgia"/>
          <w:b w:val="0"/>
          <w:i w:val="0"/>
          <w:color w:val="22201D"/>
          <w:sz w:val="20"/>
        </w:rPr>
        <w:t>"No spoon," the Hostess agreed.</w:t>
      </w:r>
    </w:p>
    <w:p>
      <w:pPr>
        <w:spacing w:after="60" w:line="266" w:lineRule="auto"/>
        <w:ind w:firstLine="331"/>
        <w:jc w:val="both"/>
      </w:pPr>
      <w:r>
        <w:rPr>
          <w:rFonts w:ascii="Georgia" w:hAnsi="Georgia"/>
          <w:b w:val="0"/>
          <w:i w:val="0"/>
          <w:color w:val="22201D"/>
          <w:sz w:val="20"/>
        </w:rPr>
        <w:t>Gerald inspected the cutting board.</w:t>
      </w:r>
    </w:p>
    <w:p>
      <w:pPr>
        <w:spacing w:after="60" w:line="266" w:lineRule="auto"/>
        <w:ind w:firstLine="331"/>
        <w:jc w:val="both"/>
      </w:pPr>
      <w:r>
        <w:rPr>
          <w:rFonts w:ascii="Georgia" w:hAnsi="Georgia"/>
          <w:b w:val="0"/>
          <w:i w:val="0"/>
          <w:color w:val="22201D"/>
          <w:sz w:val="20"/>
        </w:rPr>
        <w:t>"Clean."</w:t>
      </w:r>
    </w:p>
    <w:p>
      <w:pPr>
        <w:spacing w:after="60" w:line="266" w:lineRule="auto"/>
        <w:ind w:firstLine="331"/>
        <w:jc w:val="both"/>
      </w:pPr>
      <w:r>
        <w:rPr>
          <w:rFonts w:ascii="Georgia" w:hAnsi="Georgia"/>
          <w:b w:val="0"/>
          <w:i w:val="0"/>
          <w:color w:val="22201D"/>
          <w:sz w:val="20"/>
        </w:rPr>
        <w:t>The Hostess set one mushroom cap on the board.</w:t>
      </w:r>
    </w:p>
    <w:p>
      <w:pPr>
        <w:spacing w:after="60" w:line="266" w:lineRule="auto"/>
        <w:ind w:firstLine="331"/>
        <w:jc w:val="both"/>
      </w:pPr>
      <w:r>
        <w:rPr>
          <w:rFonts w:ascii="Georgia" w:hAnsi="Georgia"/>
          <w:b w:val="0"/>
          <w:i w:val="0"/>
          <w:color w:val="22201D"/>
          <w:sz w:val="20"/>
        </w:rPr>
        <w:t>Bob said, "Bruise up."</w:t>
      </w:r>
    </w:p>
    <w:p>
      <w:pPr>
        <w:spacing w:after="60" w:line="266" w:lineRule="auto"/>
        <w:ind w:firstLine="331"/>
        <w:jc w:val="both"/>
      </w:pPr>
      <w:r>
        <w:rPr>
          <w:rFonts w:ascii="Georgia" w:hAnsi="Georgia"/>
          <w:b w:val="0"/>
          <w:i w:val="0"/>
          <w:color w:val="22201D"/>
          <w:sz w:val="20"/>
        </w:rPr>
        <w:t>She turned it.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She pressed the blue bruise once with the flat of the knife.</w:t>
      </w:r>
    </w:p>
    <w:p>
      <w:pPr>
        <w:spacing w:after="60" w:line="266" w:lineRule="auto"/>
        <w:ind w:firstLine="331"/>
        <w:jc w:val="both"/>
      </w:pPr>
      <w:r>
        <w:rPr>
          <w:rFonts w:ascii="Georgia" w:hAnsi="Georgia"/>
          <w:b w:val="0"/>
          <w:i w:val="0"/>
          <w:color w:val="22201D"/>
          <w:sz w:val="20"/>
        </w:rPr>
        <w:t>The mushroom released one dark bead.</w:t>
      </w:r>
    </w:p>
    <w:p>
      <w:pPr>
        <w:spacing w:after="60" w:line="266" w:lineRule="auto"/>
        <w:ind w:firstLine="331"/>
        <w:jc w:val="both"/>
      </w:pPr>
      <w:r>
        <w:rPr>
          <w:rFonts w:ascii="Georgia" w:hAnsi="Georgia"/>
          <w:b w:val="0"/>
          <w:i w:val="0"/>
          <w:color w:val="22201D"/>
          <w:sz w:val="20"/>
        </w:rPr>
        <w:t>Not juice exactly.</w:t>
      </w:r>
    </w:p>
    <w:p>
      <w:pPr>
        <w:spacing w:after="60" w:line="266" w:lineRule="auto"/>
        <w:ind w:firstLine="331"/>
        <w:jc w:val="both"/>
      </w:pPr>
      <w:r>
        <w:rPr>
          <w:rFonts w:ascii="Georgia" w:hAnsi="Georgia"/>
          <w:b w:val="0"/>
          <w:i w:val="0"/>
          <w:color w:val="22201D"/>
          <w:sz w:val="20"/>
        </w:rPr>
        <w:t>Not sauce.</w:t>
      </w:r>
    </w:p>
    <w:p>
      <w:pPr>
        <w:spacing w:after="60" w:line="266" w:lineRule="auto"/>
        <w:ind w:firstLine="331"/>
        <w:jc w:val="both"/>
      </w:pPr>
      <w:r>
        <w:rPr>
          <w:rFonts w:ascii="Georgia" w:hAnsi="Georgia"/>
          <w:b w:val="0"/>
          <w:i w:val="0"/>
          <w:color w:val="22201D"/>
          <w:sz w:val="20"/>
        </w:rPr>
        <w:t>A bitter seed carrier, as the invoice had promised: a bead of dark liquid holding the missing edge Voidberry Fatalii had needed without pretending to be the seed itself.</w:t>
      </w:r>
    </w:p>
    <w:p>
      <w:pPr>
        <w:spacing w:after="60" w:line="266" w:lineRule="auto"/>
        <w:ind w:firstLine="331"/>
        <w:jc w:val="both"/>
      </w:pPr>
      <w:r>
        <w:rPr>
          <w:rFonts w:ascii="Georgia" w:hAnsi="Georgia"/>
          <w:b w:val="0"/>
          <w:i w:val="0"/>
          <w:color w:val="22201D"/>
          <w:sz w:val="20"/>
        </w:rPr>
        <w:t>The scale weighed it.</w:t>
      </w:r>
    </w:p>
    <w:p>
      <w:pPr>
        <w:spacing w:after="60" w:line="250" w:lineRule="auto"/>
        <w:ind w:left="202" w:right="173"/>
      </w:pPr>
      <w:r>
        <w:rPr>
          <w:rFonts w:ascii="Georgia" w:hAnsi="Georgia"/>
          <w:b w:val="0"/>
          <w:i w:val="0"/>
          <w:color w:val="22201D"/>
          <w:sz w:val="17"/>
        </w:rPr>
        <w:t>1 gram</w:t>
      </w:r>
    </w:p>
    <w:p>
      <w:pPr>
        <w:spacing w:after="60" w:line="266" w:lineRule="auto"/>
        <w:ind w:firstLine="331"/>
        <w:jc w:val="both"/>
      </w:pPr>
      <w:r>
        <w:rPr>
          <w:rFonts w:ascii="Georgia" w:hAnsi="Georgia"/>
          <w:b w:val="0"/>
          <w:i w:val="0"/>
          <w:color w:val="22201D"/>
          <w:sz w:val="20"/>
        </w:rPr>
        <w:t>The Hostess looked at Bob.</w:t>
      </w:r>
    </w:p>
    <w:p>
      <w:pPr>
        <w:spacing w:after="60" w:line="266" w:lineRule="auto"/>
        <w:ind w:firstLine="331"/>
        <w:jc w:val="both"/>
      </w:pPr>
      <w:r>
        <w:rPr>
          <w:rFonts w:ascii="Georgia" w:hAnsi="Georgia"/>
          <w:b w:val="0"/>
          <w:i w:val="0"/>
          <w:color w:val="22201D"/>
          <w:sz w:val="20"/>
        </w:rPr>
        <w:t>Bob looked back.</w:t>
      </w:r>
    </w:p>
    <w:p>
      <w:pPr>
        <w:spacing w:after="60" w:line="266" w:lineRule="auto"/>
        <w:ind w:firstLine="331"/>
        <w:jc w:val="both"/>
      </w:pPr>
      <w:r>
        <w:rPr>
          <w:rFonts w:ascii="Georgia" w:hAnsi="Georgia"/>
          <w:b w:val="0"/>
          <w:i w:val="0"/>
          <w:color w:val="22201D"/>
          <w:sz w:val="20"/>
        </w:rPr>
        <w:t>"Told you."</w:t>
      </w:r>
    </w:p>
    <w:p>
      <w:pPr>
        <w:spacing w:after="60" w:line="266" w:lineRule="auto"/>
        <w:ind w:firstLine="331"/>
        <w:jc w:val="both"/>
      </w:pPr>
      <w:r>
        <w:rPr>
          <w:rFonts w:ascii="Georgia" w:hAnsi="Georgia"/>
          <w:b w:val="0"/>
          <w:i w:val="0"/>
          <w:color w:val="22201D"/>
          <w:sz w:val="20"/>
        </w:rPr>
        <w:t>"You did not."</w:t>
      </w:r>
    </w:p>
    <w:p>
      <w:pPr>
        <w:spacing w:after="60" w:line="266" w:lineRule="auto"/>
        <w:ind w:firstLine="331"/>
        <w:jc w:val="both"/>
      </w:pPr>
      <w:r>
        <w:rPr>
          <w:rFonts w:ascii="Georgia" w:hAnsi="Georgia"/>
          <w:b w:val="0"/>
          <w:i w:val="0"/>
          <w:color w:val="22201D"/>
          <w:sz w:val="20"/>
        </w:rPr>
        <w:t>"Delivered it."</w:t>
      </w:r>
    </w:p>
    <w:p>
      <w:pPr>
        <w:spacing w:after="60" w:line="266" w:lineRule="auto"/>
        <w:ind w:firstLine="331"/>
        <w:jc w:val="both"/>
      </w:pPr>
      <w:r>
        <w:rPr>
          <w:rFonts w:ascii="Georgia" w:hAnsi="Georgia"/>
          <w:b w:val="0"/>
          <w:i w:val="0"/>
          <w:color w:val="22201D"/>
          <w:sz w:val="20"/>
        </w:rPr>
        <w:t>That was true.</w:t>
      </w:r>
    </w:p>
    <w:p>
      <w:pPr>
        <w:spacing w:after="60" w:line="266" w:lineRule="auto"/>
        <w:ind w:firstLine="331"/>
        <w:jc w:val="both"/>
      </w:pPr>
      <w:r>
        <w:rPr>
          <w:rFonts w:ascii="Georgia" w:hAnsi="Georgia"/>
          <w:b w:val="0"/>
          <w:i w:val="0"/>
          <w:color w:val="22201D"/>
          <w:sz w:val="20"/>
        </w:rPr>
        <w:t>The pantry accepted it.</w:t>
      </w:r>
    </w:p>
    <w:p>
      <w:pPr>
        <w:spacing w:after="60" w:line="266" w:lineRule="auto"/>
        <w:ind w:firstLine="331"/>
        <w:jc w:val="both"/>
      </w:pPr>
      <w:r>
        <w:rPr>
          <w:rFonts w:ascii="Georgia" w:hAnsi="Georgia"/>
          <w:b w:val="0"/>
          <w:i w:val="0"/>
          <w:color w:val="22201D"/>
          <w:sz w:val="20"/>
        </w:rPr>
        <w:t>The invoice stamped:</w:t>
      </w:r>
    </w:p>
    <w:p>
      <w:pPr>
        <w:spacing w:after="60" w:line="250" w:lineRule="auto"/>
        <w:ind w:left="202" w:right="173"/>
      </w:pPr>
      <w:r>
        <w:rPr>
          <w:rFonts w:ascii="Georgia" w:hAnsi="Georgia"/>
          <w:b w:val="0"/>
          <w:i w:val="0"/>
          <w:color w:val="22201D"/>
          <w:sz w:val="17"/>
        </w:rPr>
        <w:t>CRATE TRUSTED AFTER VERIFICATION</w:t>
      </w:r>
    </w:p>
    <w:p>
      <w:pPr>
        <w:spacing w:after="60" w:line="266" w:lineRule="auto"/>
        <w:ind w:firstLine="331"/>
        <w:jc w:val="both"/>
      </w:pPr>
      <w:r>
        <w:rPr>
          <w:rFonts w:ascii="Georgia" w:hAnsi="Georgia"/>
          <w:b w:val="0"/>
          <w:i w:val="0"/>
          <w:color w:val="22201D"/>
          <w:sz w:val="20"/>
        </w:rPr>
        <w:t>The delivery slot slid the crate into place.</w:t>
      </w:r>
    </w:p>
    <w:p>
      <w:pPr>
        <w:spacing w:after="60" w:line="266" w:lineRule="auto"/>
        <w:ind w:firstLine="331"/>
        <w:jc w:val="both"/>
      </w:pPr>
      <w:r>
        <w:rPr>
          <w:rFonts w:ascii="Georgia" w:hAnsi="Georgia"/>
          <w:b w:val="0"/>
          <w:i w:val="0"/>
          <w:color w:val="22201D"/>
          <w:sz w:val="20"/>
        </w:rPr>
        <w:t>Not with magic flourish.</w:t>
      </w:r>
    </w:p>
    <w:p>
      <w:pPr>
        <w:spacing w:after="60" w:line="266" w:lineRule="auto"/>
        <w:ind w:firstLine="331"/>
        <w:jc w:val="both"/>
      </w:pPr>
      <w:r>
        <w:rPr>
          <w:rFonts w:ascii="Georgia" w:hAnsi="Georgia"/>
          <w:b w:val="0"/>
          <w:i w:val="0"/>
          <w:color w:val="22201D"/>
          <w:sz w:val="20"/>
        </w:rPr>
        <w:t>With a shelf bracket.</w:t>
      </w:r>
    </w:p>
    <w:p>
      <w:pPr>
        <w:spacing w:after="60" w:line="266" w:lineRule="auto"/>
        <w:ind w:firstLine="331"/>
        <w:jc w:val="both"/>
      </w:pPr>
      <w:r>
        <w:rPr>
          <w:rFonts w:ascii="Georgia" w:hAnsi="Georgia"/>
          <w:b w:val="0"/>
          <w:i w:val="0"/>
          <w:color w:val="22201D"/>
          <w:sz w:val="20"/>
        </w:rPr>
        <w:t>The bracket locked.</w:t>
      </w:r>
    </w:p>
    <w:p>
      <w:pPr>
        <w:spacing w:after="60" w:line="266" w:lineRule="auto"/>
        <w:ind w:firstLine="331"/>
        <w:jc w:val="both"/>
      </w:pPr>
      <w:r>
        <w:rPr>
          <w:rFonts w:ascii="Georgia" w:hAnsi="Georgia"/>
          <w:b w:val="0"/>
          <w:i w:val="0"/>
          <w:color w:val="22201D"/>
          <w:sz w:val="20"/>
        </w:rPr>
        <w:t>The wrong mushroom was now correctly received.</w:t>
      </w:r>
    </w:p>
    <w:p>
      <w:pPr>
        <w:spacing w:after="60" w:line="266" w:lineRule="auto"/>
        <w:ind w:firstLine="331"/>
        <w:jc w:val="both"/>
      </w:pPr>
      <w:r>
        <w:rPr>
          <w:rFonts w:ascii="Georgia" w:hAnsi="Georgia"/>
          <w:b w:val="0"/>
          <w:i w:val="0"/>
          <w:color w:val="22201D"/>
          <w:sz w:val="20"/>
        </w:rPr>
        <w:t>Flocc looked at the Hostess.</w:t>
      </w:r>
    </w:p>
    <w:p>
      <w:pPr>
        <w:spacing w:after="60" w:line="266" w:lineRule="auto"/>
        <w:ind w:firstLine="331"/>
        <w:jc w:val="both"/>
      </w:pPr>
      <w:r>
        <w:rPr>
          <w:rFonts w:ascii="Georgia" w:hAnsi="Georgia"/>
          <w:b w:val="0"/>
          <w:i w:val="0"/>
          <w:color w:val="22201D"/>
          <w:sz w:val="20"/>
        </w:rPr>
        <w:t>"What happens to expectation?"</w:t>
      </w:r>
    </w:p>
    <w:p>
      <w:pPr>
        <w:spacing w:after="60" w:line="266" w:lineRule="auto"/>
        <w:ind w:firstLine="331"/>
        <w:jc w:val="both"/>
      </w:pPr>
      <w:r>
        <w:rPr>
          <w:rFonts w:ascii="Georgia" w:hAnsi="Georgia"/>
          <w:b w:val="0"/>
          <w:i w:val="0"/>
          <w:color w:val="22201D"/>
          <w:sz w:val="20"/>
        </w:rPr>
        <w:t>She pointed to an empty bin below the shelf.</w:t>
      </w:r>
    </w:p>
    <w:p>
      <w:pPr>
        <w:spacing w:after="60" w:line="266" w:lineRule="auto"/>
        <w:ind w:firstLine="331"/>
        <w:jc w:val="both"/>
      </w:pPr>
      <w:r>
        <w:rPr>
          <w:rFonts w:ascii="Georgia" w:hAnsi="Georgia"/>
          <w:b w:val="0"/>
          <w:i w:val="0"/>
          <w:color w:val="22201D"/>
          <w:sz w:val="20"/>
        </w:rPr>
        <w:t>The bin label read:</w:t>
      </w:r>
    </w:p>
    <w:p>
      <w:pPr>
        <w:spacing w:after="60" w:line="250" w:lineRule="auto"/>
        <w:ind w:left="202" w:right="173"/>
      </w:pPr>
      <w:r>
        <w:rPr>
          <w:rFonts w:ascii="Georgia" w:hAnsi="Georgia"/>
          <w:b w:val="0"/>
          <w:i w:val="0"/>
          <w:color w:val="22201D"/>
          <w:sz w:val="17"/>
        </w:rPr>
        <w:t>EXPECTATION, COMPOSTABLE</w:t>
      </w:r>
    </w:p>
    <w:p>
      <w:pPr>
        <w:spacing w:after="60" w:line="266" w:lineRule="auto"/>
        <w:ind w:firstLine="331"/>
        <w:jc w:val="both"/>
      </w:pPr>
      <w:r>
        <w:rPr>
          <w:rFonts w:ascii="Georgia" w:hAnsi="Georgia"/>
          <w:b w:val="0"/>
          <w:i w:val="0"/>
          <w:color w:val="22201D"/>
          <w:sz w:val="20"/>
        </w:rPr>
        <w:t>Bob grunted.</w:t>
      </w:r>
    </w:p>
    <w:p>
      <w:pPr>
        <w:spacing w:after="60" w:line="266" w:lineRule="auto"/>
        <w:ind w:firstLine="331"/>
        <w:jc w:val="both"/>
      </w:pPr>
      <w:r>
        <w:rPr>
          <w:rFonts w:ascii="Georgia" w:hAnsi="Georgia"/>
          <w:b w:val="0"/>
          <w:i w:val="0"/>
          <w:color w:val="22201D"/>
          <w:sz w:val="20"/>
        </w:rPr>
        <w:t>"Good bin."</w:t>
      </w:r>
    </w:p>
    <w:p>
      <w:pPr>
        <w:spacing w:after="60" w:line="266" w:lineRule="auto"/>
        <w:ind w:firstLine="331"/>
        <w:jc w:val="both"/>
      </w:pPr>
      <w:r>
        <w:rPr>
          <w:rFonts w:ascii="Georgia" w:hAnsi="Georgia"/>
          <w:b w:val="0"/>
          <w:i w:val="0"/>
          <w:color w:val="22201D"/>
          <w:sz w:val="20"/>
        </w:rPr>
        <w:t>Gerald wrote that down.</w:t>
      </w:r>
    </w:p>
    <w:p>
      <w:pPr>
        <w:spacing w:after="60" w:line="266" w:lineRule="auto"/>
        <w:ind w:firstLine="331"/>
        <w:jc w:val="both"/>
      </w:pPr>
      <w:r>
        <w:rPr>
          <w:rFonts w:ascii="Georgia" w:hAnsi="Georgia"/>
          <w:b w:val="0"/>
          <w:i w:val="0"/>
          <w:color w:val="22201D"/>
          <w:sz w:val="20"/>
        </w:rPr>
        <w:t>"Do not quote me," Bob said.</w:t>
      </w:r>
    </w:p>
    <w:p>
      <w:pPr>
        <w:spacing w:after="60" w:line="266" w:lineRule="auto"/>
        <w:ind w:firstLine="331"/>
        <w:jc w:val="both"/>
      </w:pPr>
      <w:r>
        <w:rPr>
          <w:rFonts w:ascii="Georgia" w:hAnsi="Georgia"/>
          <w:b w:val="0"/>
          <w:i w:val="0"/>
          <w:color w:val="22201D"/>
          <w:sz w:val="20"/>
        </w:rPr>
        <w:t>"Already did."</w:t>
      </w:r>
    </w:p>
    <w:p>
      <w:pPr>
        <w:spacing w:after="60" w:line="266" w:lineRule="auto"/>
        <w:ind w:firstLine="331"/>
        <w:jc w:val="both"/>
      </w:pPr>
      <w:r>
        <w:rPr>
          <w:rFonts w:ascii="Georgia" w:hAnsi="Georgia"/>
          <w:b w:val="0"/>
          <w:i w:val="0"/>
          <w:color w:val="22201D"/>
          <w:sz w:val="20"/>
        </w:rPr>
        <w:t>The pantry lights warmed.</w:t>
      </w:r>
    </w:p>
    <w:p>
      <w:pPr>
        <w:spacing w:after="60" w:line="266" w:lineRule="auto"/>
        <w:ind w:firstLine="331"/>
        <w:jc w:val="both"/>
      </w:pPr>
      <w:r>
        <w:rPr>
          <w:rFonts w:ascii="Georgia" w:hAnsi="Georgia"/>
          <w:b w:val="0"/>
          <w:i w:val="0"/>
          <w:color w:val="22201D"/>
          <w:sz w:val="20"/>
        </w:rPr>
        <w:t>The Voidberry jar rolled in from the previous table on a small tray, accompanied by the sauce warning. The bead from the mushroom rested in a glass cup beside it.</w:t>
      </w:r>
    </w:p>
    <w:p>
      <w:pPr>
        <w:spacing w:after="60" w:line="266" w:lineRule="auto"/>
        <w:ind w:firstLine="331"/>
        <w:jc w:val="both"/>
      </w:pPr>
      <w:r>
        <w:rPr>
          <w:rFonts w:ascii="Georgia" w:hAnsi="Georgia"/>
          <w:b w:val="0"/>
          <w:i w:val="0"/>
          <w:color w:val="22201D"/>
          <w:sz w:val="20"/>
        </w:rPr>
        <w:t>The warning updated:</w:t>
      </w:r>
    </w:p>
    <w:p>
      <w:pPr>
        <w:spacing w:after="60" w:line="250" w:lineRule="auto"/>
        <w:ind w:left="202" w:right="173"/>
      </w:pPr>
      <w:r>
        <w:rPr>
          <w:rFonts w:ascii="Georgia" w:hAnsi="Georgia"/>
          <w:b w:val="0"/>
          <w:i w:val="0"/>
          <w:color w:val="22201D"/>
          <w:sz w:val="17"/>
        </w:rPr>
        <w:t>VOIDBERRY FATALII Missing bitter seed carrier received. Do not combine until labels are clean.</w:t>
      </w:r>
    </w:p>
    <w:p>
      <w:pPr>
        <w:spacing w:after="60" w:line="266" w:lineRule="auto"/>
        <w:ind w:firstLine="331"/>
        <w:jc w:val="both"/>
      </w:pPr>
      <w:r>
        <w:rPr>
          <w:rFonts w:ascii="Georgia" w:hAnsi="Georgia"/>
          <w:b w:val="0"/>
          <w:i w:val="0"/>
          <w:color w:val="22201D"/>
          <w:sz w:val="20"/>
        </w:rPr>
        <w:t>Gerald looked up.</w:t>
      </w:r>
    </w:p>
    <w:p>
      <w:pPr>
        <w:spacing w:after="60" w:line="266" w:lineRule="auto"/>
        <w:ind w:firstLine="331"/>
        <w:jc w:val="both"/>
      </w:pPr>
      <w:r>
        <w:rPr>
          <w:rFonts w:ascii="Georgia" w:hAnsi="Georgia"/>
          <w:b w:val="0"/>
          <w:i w:val="0"/>
          <w:color w:val="22201D"/>
          <w:sz w:val="20"/>
        </w:rPr>
        <w:t>"Labels?"</w:t>
      </w:r>
    </w:p>
    <w:p>
      <w:pPr>
        <w:spacing w:after="60" w:line="266" w:lineRule="auto"/>
        <w:ind w:firstLine="331"/>
        <w:jc w:val="both"/>
      </w:pPr>
      <w:r>
        <w:rPr>
          <w:rFonts w:ascii="Georgia" w:hAnsi="Georgia"/>
          <w:b w:val="0"/>
          <w:i w:val="0"/>
          <w:color w:val="22201D"/>
          <w:sz w:val="20"/>
        </w:rPr>
        <w:t>From the receiving door, a draft moved through the pantry.</w:t>
      </w:r>
    </w:p>
    <w:p>
      <w:pPr>
        <w:spacing w:after="60" w:line="266" w:lineRule="auto"/>
        <w:ind w:firstLine="331"/>
        <w:jc w:val="both"/>
      </w:pPr>
      <w:r>
        <w:rPr>
          <w:rFonts w:ascii="Georgia" w:hAnsi="Georgia"/>
          <w:b w:val="0"/>
          <w:i w:val="0"/>
          <w:color w:val="22201D"/>
          <w:sz w:val="20"/>
        </w:rPr>
        <w:t>Several labels fluttered.</w:t>
      </w:r>
    </w:p>
    <w:p>
      <w:pPr>
        <w:spacing w:after="60" w:line="266" w:lineRule="auto"/>
        <w:ind w:firstLine="331"/>
        <w:jc w:val="both"/>
      </w:pPr>
      <w:r>
        <w:rPr>
          <w:rFonts w:ascii="Georgia" w:hAnsi="Georgia"/>
          <w:b w:val="0"/>
          <w:i w:val="0"/>
          <w:color w:val="22201D"/>
          <w:sz w:val="20"/>
        </w:rPr>
        <w:t>One peeled halfway off the side door.</w:t>
      </w:r>
    </w:p>
    <w:p>
      <w:pPr>
        <w:spacing w:after="60" w:line="266" w:lineRule="auto"/>
        <w:ind w:firstLine="331"/>
        <w:jc w:val="both"/>
      </w:pPr>
      <w:r>
        <w:rPr>
          <w:rFonts w:ascii="Georgia" w:hAnsi="Georgia"/>
          <w:b w:val="0"/>
          <w:i w:val="0"/>
          <w:color w:val="22201D"/>
          <w:sz w:val="20"/>
        </w:rPr>
        <w:t>Another had been stuck over an older warning.</w:t>
      </w:r>
    </w:p>
    <w:p>
      <w:pPr>
        <w:spacing w:after="60" w:line="266" w:lineRule="auto"/>
        <w:ind w:firstLine="331"/>
        <w:jc w:val="both"/>
      </w:pPr>
      <w:r>
        <w:rPr>
          <w:rFonts w:ascii="Georgia" w:hAnsi="Georgia"/>
          <w:b w:val="0"/>
          <w:i w:val="0"/>
          <w:color w:val="22201D"/>
          <w:sz w:val="20"/>
        </w:rPr>
        <w:t>A third, near the delivery slot, read:</w:t>
      </w:r>
    </w:p>
    <w:p>
      <w:pPr>
        <w:spacing w:after="60" w:line="250" w:lineRule="auto"/>
        <w:ind w:left="202" w:right="173"/>
      </w:pPr>
      <w:r>
        <w:rPr>
          <w:rFonts w:ascii="Georgia" w:hAnsi="Georgia"/>
          <w:b w:val="0"/>
          <w:i w:val="0"/>
          <w:color w:val="22201D"/>
          <w:sz w:val="17"/>
        </w:rPr>
        <w:t>MUSHROOMS - WRONG BUT FINE</w:t>
      </w:r>
    </w:p>
    <w:p>
      <w:pPr>
        <w:spacing w:after="60" w:line="266" w:lineRule="auto"/>
        <w:ind w:firstLine="331"/>
        <w:jc w:val="both"/>
      </w:pPr>
      <w:r>
        <w:rPr>
          <w:rFonts w:ascii="Georgia" w:hAnsi="Georgia"/>
          <w:b w:val="0"/>
          <w:i w:val="0"/>
          <w:color w:val="22201D"/>
          <w:sz w:val="20"/>
        </w:rPr>
        <w:t>Gerald frowned.</w:t>
      </w:r>
    </w:p>
    <w:p>
      <w:pPr>
        <w:spacing w:after="60" w:line="266" w:lineRule="auto"/>
        <w:ind w:firstLine="331"/>
        <w:jc w:val="both"/>
      </w:pPr>
      <w:r>
        <w:rPr>
          <w:rFonts w:ascii="Georgia" w:hAnsi="Georgia"/>
          <w:b w:val="0"/>
          <w:i w:val="0"/>
          <w:color w:val="22201D"/>
          <w:sz w:val="20"/>
        </w:rPr>
        <w:t>"That is not clean."</w:t>
      </w:r>
    </w:p>
    <w:p>
      <w:pPr>
        <w:spacing w:after="60" w:line="266" w:lineRule="auto"/>
        <w:ind w:firstLine="331"/>
        <w:jc w:val="both"/>
      </w:pPr>
      <w:r>
        <w:rPr>
          <w:rFonts w:ascii="Georgia" w:hAnsi="Georgia"/>
          <w:b w:val="0"/>
          <w:i w:val="0"/>
          <w:color w:val="22201D"/>
          <w:sz w:val="20"/>
        </w:rPr>
        <w:t>The Hostess looked at the label.</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Bob closed the crate strap.</w:t>
      </w:r>
    </w:p>
    <w:p>
      <w:pPr>
        <w:spacing w:after="60" w:line="266" w:lineRule="auto"/>
        <w:ind w:firstLine="331"/>
        <w:jc w:val="both"/>
      </w:pPr>
      <w:r>
        <w:rPr>
          <w:rFonts w:ascii="Georgia" w:hAnsi="Georgia"/>
          <w:b w:val="0"/>
          <w:i w:val="0"/>
          <w:color w:val="22201D"/>
          <w:sz w:val="20"/>
        </w:rPr>
        <w:t>"Door too."</w:t>
      </w:r>
    </w:p>
    <w:p>
      <w:pPr>
        <w:spacing w:after="60" w:line="266" w:lineRule="auto"/>
        <w:ind w:firstLine="331"/>
        <w:jc w:val="both"/>
      </w:pPr>
      <w:r>
        <w:rPr>
          <w:rFonts w:ascii="Georgia" w:hAnsi="Georgia"/>
          <w:b w:val="0"/>
          <w:i w:val="0"/>
          <w:color w:val="22201D"/>
          <w:sz w:val="20"/>
        </w:rPr>
        <w:t>"What about the door?" Flocc asked.</w:t>
      </w:r>
    </w:p>
    <w:p>
      <w:pPr>
        <w:spacing w:after="60" w:line="266" w:lineRule="auto"/>
        <w:ind w:firstLine="331"/>
        <w:jc w:val="both"/>
      </w:pPr>
      <w:r>
        <w:rPr>
          <w:rFonts w:ascii="Georgia" w:hAnsi="Georgia"/>
          <w:b w:val="0"/>
          <w:i w:val="0"/>
          <w:color w:val="22201D"/>
          <w:sz w:val="20"/>
        </w:rPr>
        <w:t>Bob pointed.</w:t>
      </w:r>
    </w:p>
    <w:p>
      <w:pPr>
        <w:spacing w:after="60" w:line="266" w:lineRule="auto"/>
        <w:ind w:firstLine="331"/>
        <w:jc w:val="both"/>
      </w:pPr>
      <w:r>
        <w:rPr>
          <w:rFonts w:ascii="Georgia" w:hAnsi="Georgia"/>
          <w:b w:val="0"/>
          <w:i w:val="0"/>
          <w:color w:val="22201D"/>
          <w:sz w:val="20"/>
        </w:rPr>
        <w:t>The side receiving door had two labels:</w:t>
      </w:r>
    </w:p>
    <w:p>
      <w:pPr>
        <w:spacing w:after="60" w:line="250" w:lineRule="auto"/>
        <w:ind w:left="202" w:right="173"/>
      </w:pPr>
      <w:r>
        <w:rPr>
          <w:rFonts w:ascii="Georgia" w:hAnsi="Georgia"/>
          <w:b w:val="0"/>
          <w:i w:val="0"/>
          <w:color w:val="22201D"/>
          <w:sz w:val="17"/>
        </w:rPr>
        <w:t>DELIVERIES</w:t>
      </w:r>
    </w:p>
    <w:p>
      <w:pPr>
        <w:spacing w:after="60" w:line="266" w:lineRule="auto"/>
        <w:ind w:firstLine="331"/>
        <w:jc w:val="both"/>
      </w:pPr>
      <w:r>
        <w:rPr>
          <w:rFonts w:ascii="Georgia" w:hAnsi="Georgia"/>
          <w:b w:val="0"/>
          <w:i w:val="0"/>
          <w:color w:val="22201D"/>
          <w:sz w:val="20"/>
        </w:rPr>
        <w:t>and beneath it, half-covered:</w:t>
      </w:r>
    </w:p>
    <w:p>
      <w:pPr>
        <w:spacing w:after="60" w:line="250" w:lineRule="auto"/>
        <w:ind w:left="202" w:right="173"/>
      </w:pPr>
      <w:r>
        <w:rPr>
          <w:rFonts w:ascii="Georgia" w:hAnsi="Georgia"/>
          <w:b w:val="0"/>
          <w:i w:val="0"/>
          <w:color w:val="22201D"/>
          <w:sz w:val="17"/>
        </w:rPr>
        <w:t>EMERGENCY EXIT</w:t>
      </w:r>
    </w:p>
    <w:p>
      <w:pPr>
        <w:spacing w:after="60" w:line="266" w:lineRule="auto"/>
        <w:ind w:firstLine="331"/>
        <w:jc w:val="both"/>
      </w:pPr>
      <w:r>
        <w:rPr>
          <w:rFonts w:ascii="Georgia" w:hAnsi="Georgia"/>
          <w:b w:val="0"/>
          <w:i w:val="0"/>
          <w:color w:val="22201D"/>
          <w:sz w:val="20"/>
        </w:rPr>
        <w:t>Gerald was already walking toward it.</w:t>
      </w:r>
    </w:p>
    <w:p>
      <w:pPr>
        <w:spacing w:after="60" w:line="266" w:lineRule="auto"/>
        <w:ind w:firstLine="331"/>
        <w:jc w:val="both"/>
      </w:pPr>
      <w:r>
        <w:rPr>
          <w:rFonts w:ascii="Georgia" w:hAnsi="Georgia"/>
          <w:b w:val="0"/>
          <w:i w:val="0"/>
          <w:color w:val="22201D"/>
          <w:sz w:val="20"/>
        </w:rPr>
        <w:t>"Those cannot share an unlabeled function."</w:t>
      </w:r>
    </w:p>
    <w:p>
      <w:pPr>
        <w:spacing w:after="60" w:line="266" w:lineRule="auto"/>
        <w:ind w:firstLine="331"/>
        <w:jc w:val="both"/>
      </w:pPr>
      <w:r>
        <w:rPr>
          <w:rFonts w:ascii="Georgia" w:hAnsi="Georgia"/>
          <w:b w:val="0"/>
          <w:i w:val="0"/>
          <w:color w:val="22201D"/>
          <w:sz w:val="20"/>
        </w:rPr>
        <w:t>The invoice stamped again:</w:t>
      </w:r>
    </w:p>
    <w:p>
      <w:pPr>
        <w:spacing w:after="60" w:line="250" w:lineRule="auto"/>
        <w:ind w:left="202" w:right="173"/>
      </w:pPr>
      <w:r>
        <w:rPr>
          <w:rFonts w:ascii="Georgia" w:hAnsi="Georgia"/>
          <w:b w:val="0"/>
          <w:i w:val="0"/>
          <w:color w:val="22201D"/>
          <w:sz w:val="17"/>
        </w:rPr>
        <w:t>NEXT REQUIRED ITEM: INSPECTION NOTE NEXT PRICE: CLEAN LABELS</w:t>
      </w:r>
    </w:p>
    <w:p>
      <w:pPr>
        <w:spacing w:after="60" w:line="266" w:lineRule="auto"/>
        <w:ind w:firstLine="331"/>
        <w:jc w:val="both"/>
      </w:pPr>
      <w:r>
        <w:rPr>
          <w:rFonts w:ascii="Georgia" w:hAnsi="Georgia"/>
          <w:b w:val="0"/>
          <w:i w:val="0"/>
          <w:color w:val="22201D"/>
          <w:sz w:val="20"/>
        </w:rPr>
        <w:t>The Hostess looked at Gerald.</w:t>
      </w:r>
    </w:p>
    <w:p>
      <w:pPr>
        <w:spacing w:after="60" w:line="266" w:lineRule="auto"/>
        <w:ind w:firstLine="331"/>
        <w:jc w:val="both"/>
      </w:pPr>
      <w:r>
        <w:rPr>
          <w:rFonts w:ascii="Georgia" w:hAnsi="Georgia"/>
          <w:b w:val="0"/>
          <w:i w:val="0"/>
          <w:color w:val="22201D"/>
          <w:sz w:val="20"/>
        </w:rPr>
        <w:t>"Chapter Nine."</w:t>
      </w:r>
    </w:p>
    <w:p>
      <w:pPr>
        <w:spacing w:after="60" w:line="266" w:lineRule="auto"/>
        <w:ind w:firstLine="331"/>
        <w:jc w:val="both"/>
      </w:pPr>
      <w:r>
        <w:rPr>
          <w:rFonts w:ascii="Georgia" w:hAnsi="Georgia"/>
          <w:b w:val="0"/>
          <w:i w:val="0"/>
          <w:color w:val="22201D"/>
          <w:sz w:val="20"/>
        </w:rPr>
        <w:t>Gerald did not react to the chapter number.</w:t>
      </w:r>
    </w:p>
    <w:p>
      <w:pPr>
        <w:spacing w:after="60" w:line="266" w:lineRule="auto"/>
        <w:ind w:firstLine="331"/>
        <w:jc w:val="both"/>
      </w:pPr>
      <w:r>
        <w:rPr>
          <w:rFonts w:ascii="Georgia" w:hAnsi="Georgia"/>
          <w:b w:val="0"/>
          <w:i w:val="0"/>
          <w:color w:val="22201D"/>
          <w:sz w:val="20"/>
        </w:rPr>
        <w:t>He was examining hinges.</w:t>
      </w:r>
    </w:p>
    <w:p>
      <w:pPr>
        <w:spacing w:after="60" w:line="266" w:lineRule="auto"/>
        <w:ind w:firstLine="331"/>
        <w:jc w:val="both"/>
      </w:pPr>
      <w:r>
        <w:rPr>
          <w:rFonts w:ascii="Georgia" w:hAnsi="Georgia"/>
          <w:b w:val="0"/>
          <w:i w:val="0"/>
          <w:color w:val="22201D"/>
          <w:sz w:val="20"/>
        </w:rPr>
        <w:t>That was why he was useful.</w:t>
      </w:r>
    </w:p>
    <w:p>
      <w:pPr>
        <w:spacing w:after="60" w:line="266" w:lineRule="auto"/>
        <w:ind w:firstLine="331"/>
        <w:jc w:val="both"/>
      </w:pPr>
      <w:r>
        <w:rPr>
          <w:rFonts w:ascii="Georgia" w:hAnsi="Georgia"/>
          <w:b w:val="0"/>
          <w:i w:val="0"/>
          <w:color w:val="22201D"/>
          <w:sz w:val="20"/>
        </w:rPr>
        <w:t>Bob turned to leave.</w:t>
      </w:r>
    </w:p>
    <w:p>
      <w:pPr>
        <w:spacing w:after="60" w:line="266" w:lineRule="auto"/>
        <w:ind w:firstLine="331"/>
        <w:jc w:val="both"/>
      </w:pPr>
      <w:r>
        <w:rPr>
          <w:rFonts w:ascii="Georgia" w:hAnsi="Georgia"/>
          <w:b w:val="0"/>
          <w:i w:val="0"/>
          <w:color w:val="22201D"/>
          <w:sz w:val="20"/>
        </w:rPr>
        <w:t>"Where are you going?" Flocc asked.</w:t>
      </w:r>
    </w:p>
    <w:p>
      <w:pPr>
        <w:spacing w:after="60" w:line="266" w:lineRule="auto"/>
        <w:ind w:firstLine="331"/>
        <w:jc w:val="both"/>
      </w:pPr>
      <w:r>
        <w:rPr>
          <w:rFonts w:ascii="Georgia" w:hAnsi="Georgia"/>
          <w:b w:val="0"/>
          <w:i w:val="0"/>
          <w:color w:val="22201D"/>
          <w:sz w:val="20"/>
        </w:rPr>
        <w:t>"Truck."</w:t>
      </w:r>
    </w:p>
    <w:p>
      <w:pPr>
        <w:spacing w:after="60" w:line="266" w:lineRule="auto"/>
        <w:ind w:firstLine="331"/>
        <w:jc w:val="both"/>
      </w:pPr>
      <w:r>
        <w:rPr>
          <w:rFonts w:ascii="Georgia" w:hAnsi="Georgia"/>
          <w:b w:val="0"/>
          <w:i w:val="0"/>
          <w:color w:val="22201D"/>
          <w:sz w:val="20"/>
        </w:rPr>
        <w:t>"Will you be in Chapter Nine?"</w:t>
      </w:r>
    </w:p>
    <w:p>
      <w:pPr>
        <w:spacing w:after="60" w:line="266" w:lineRule="auto"/>
        <w:ind w:firstLine="331"/>
        <w:jc w:val="both"/>
      </w:pPr>
      <w:r>
        <w:rPr>
          <w:rFonts w:ascii="Georgia" w:hAnsi="Georgia"/>
          <w:b w:val="0"/>
          <w:i w:val="0"/>
          <w:color w:val="22201D"/>
          <w:sz w:val="20"/>
        </w:rPr>
        <w:t>Bob looked at him as if the pantry had finally gone too far by making people say production words out loud.</w:t>
      </w:r>
    </w:p>
    <w:p>
      <w:pPr>
        <w:spacing w:after="60" w:line="266" w:lineRule="auto"/>
        <w:ind w:firstLine="331"/>
        <w:jc w:val="both"/>
      </w:pPr>
      <w:r>
        <w:rPr>
          <w:rFonts w:ascii="Georgia" w:hAnsi="Georgia"/>
          <w:b w:val="0"/>
          <w:i w:val="0"/>
          <w:color w:val="22201D"/>
          <w:sz w:val="20"/>
        </w:rPr>
        <w:t>"I delivered."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"Gerald inspects."</w:t>
      </w:r>
    </w:p>
    <w:p>
      <w:pPr>
        <w:spacing w:after="60" w:line="266" w:lineRule="auto"/>
        <w:ind w:firstLine="331"/>
        <w:jc w:val="both"/>
      </w:pPr>
      <w:r>
        <w:rPr>
          <w:rFonts w:ascii="Georgia" w:hAnsi="Georgia"/>
          <w:b w:val="0"/>
          <w:i w:val="0"/>
          <w:color w:val="22201D"/>
          <w:sz w:val="20"/>
        </w:rPr>
        <w:t>He left.</w:t>
      </w:r>
    </w:p>
    <w:p>
      <w:pPr>
        <w:spacing w:after="60" w:line="266" w:lineRule="auto"/>
        <w:ind w:firstLine="331"/>
        <w:jc w:val="both"/>
      </w:pPr>
      <w:r>
        <w:rPr>
          <w:rFonts w:ascii="Georgia" w:hAnsi="Georgia"/>
          <w:b w:val="0"/>
          <w:i w:val="0"/>
          <w:color w:val="22201D"/>
          <w:sz w:val="20"/>
        </w:rPr>
        <w:t>No explanation.</w:t>
      </w:r>
    </w:p>
    <w:p>
      <w:pPr>
        <w:spacing w:after="60" w:line="266" w:lineRule="auto"/>
        <w:ind w:firstLine="331"/>
        <w:jc w:val="both"/>
      </w:pPr>
      <w:r>
        <w:rPr>
          <w:rFonts w:ascii="Georgia" w:hAnsi="Georgia"/>
          <w:b w:val="0"/>
          <w:i w:val="0"/>
          <w:color w:val="22201D"/>
          <w:sz w:val="20"/>
        </w:rPr>
        <w:t>No mystical route lesson.</w:t>
      </w:r>
    </w:p>
    <w:p>
      <w:pPr>
        <w:spacing w:after="60" w:line="266" w:lineRule="auto"/>
        <w:ind w:firstLine="331"/>
        <w:jc w:val="both"/>
      </w:pPr>
      <w:r>
        <w:rPr>
          <w:rFonts w:ascii="Georgia" w:hAnsi="Georgia"/>
          <w:b w:val="0"/>
          <w:i w:val="0"/>
          <w:color w:val="22201D"/>
          <w:sz w:val="20"/>
        </w:rPr>
        <w:t>No assurance that the wrong mushroom mattered.</w:t>
      </w:r>
    </w:p>
    <w:p>
      <w:pPr>
        <w:spacing w:after="60" w:line="266" w:lineRule="auto"/>
        <w:ind w:firstLine="331"/>
        <w:jc w:val="both"/>
      </w:pPr>
      <w:r>
        <w:rPr>
          <w:rFonts w:ascii="Georgia" w:hAnsi="Georgia"/>
          <w:b w:val="0"/>
          <w:i w:val="0"/>
          <w:color w:val="22201D"/>
          <w:sz w:val="20"/>
        </w:rPr>
        <w:t>He had delivered the wrong mushroom correctly.</w:t>
      </w:r>
    </w:p>
    <w:p>
      <w:pPr>
        <w:spacing w:after="60" w:line="266" w:lineRule="auto"/>
        <w:ind w:firstLine="331"/>
        <w:jc w:val="both"/>
      </w:pPr>
      <w:r>
        <w:rPr>
          <w:rFonts w:ascii="Georgia" w:hAnsi="Georgia"/>
          <w:b w:val="0"/>
          <w:i w:val="0"/>
          <w:color w:val="22201D"/>
          <w:sz w:val="20"/>
        </w:rPr>
        <w:t>That was all the chapter had paid him to do.</w:t>
      </w:r>
    </w:p>
    <w:p>
      <w:pPr>
        <w:spacing w:after="60" w:line="266" w:lineRule="auto"/>
        <w:ind w:firstLine="331"/>
        <w:jc w:val="both"/>
      </w:pPr>
      <w:r>
        <w:rPr>
          <w:rFonts w:ascii="Georgia" w:hAnsi="Georgia"/>
          <w:b w:val="0"/>
          <w:i w:val="0"/>
          <w:color w:val="22201D"/>
          <w:sz w:val="20"/>
        </w:rPr>
        <w:t>The side receiving door clicked in Gerald's hand.</w:t>
      </w:r>
    </w:p>
    <w:p>
      <w:pPr>
        <w:spacing w:after="60" w:line="266" w:lineRule="auto"/>
        <w:ind w:firstLine="331"/>
        <w:jc w:val="both"/>
      </w:pPr>
      <w:r>
        <w:rPr>
          <w:rFonts w:ascii="Georgia" w:hAnsi="Georgia"/>
          <w:b w:val="0"/>
          <w:i w:val="0"/>
          <w:color w:val="22201D"/>
          <w:sz w:val="20"/>
        </w:rPr>
        <w:t>"This label is covering damage," he said.</w:t>
      </w:r>
    </w:p>
    <w:p>
      <w:pPr>
        <w:spacing w:after="60" w:line="266" w:lineRule="auto"/>
        <w:ind w:firstLine="331"/>
        <w:jc w:val="both"/>
      </w:pPr>
      <w:r>
        <w:rPr>
          <w:rFonts w:ascii="Georgia" w:hAnsi="Georgia"/>
          <w:b w:val="0"/>
          <w:i w:val="0"/>
          <w:color w:val="22201D"/>
          <w:sz w:val="20"/>
        </w:rPr>
        <w:t>The pantry went still.</w:t>
      </w:r>
    </w:p>
    <w:p>
      <w:pPr>
        <w:spacing w:after="60" w:line="266" w:lineRule="auto"/>
        <w:ind w:firstLine="331"/>
        <w:jc w:val="both"/>
      </w:pPr>
      <w:r>
        <w:rPr>
          <w:rFonts w:ascii="Georgia" w:hAnsi="Georgia"/>
          <w:b w:val="0"/>
          <w:i w:val="0"/>
          <w:color w:val="22201D"/>
          <w:sz w:val="20"/>
        </w:rPr>
        <w:t>The Hostess took the inspection note from the invoice clip.</w:t>
      </w:r>
    </w:p>
    <w:p>
      <w:pPr>
        <w:spacing w:after="60" w:line="266" w:lineRule="auto"/>
        <w:ind w:firstLine="331"/>
        <w:jc w:val="both"/>
      </w:pPr>
      <w:r>
        <w:rPr>
          <w:rFonts w:ascii="Georgia" w:hAnsi="Georgia"/>
          <w:b w:val="0"/>
          <w:i w:val="0"/>
          <w:color w:val="22201D"/>
          <w:sz w:val="20"/>
        </w:rPr>
        <w:t>It was blank except for one line:</w:t>
      </w:r>
    </w:p>
    <w:p>
      <w:pPr>
        <w:spacing w:after="60" w:line="250" w:lineRule="auto"/>
        <w:ind w:left="202" w:right="173"/>
      </w:pPr>
      <w:r>
        <w:rPr>
          <w:rFonts w:ascii="Georgia" w:hAnsi="Georgia"/>
          <w:b w:val="0"/>
          <w:i w:val="0"/>
          <w:color w:val="22201D"/>
          <w:sz w:val="17"/>
        </w:rPr>
        <w:t>Clean labels before trusting exits.</w:t>
      </w:r>
    </w:p>
    <w:p>
      <w:pPr>
        <w:spacing w:after="60" w:line="266" w:lineRule="auto"/>
        <w:ind w:firstLine="331"/>
        <w:jc w:val="both"/>
      </w:pPr>
      <w:r>
        <w:rPr>
          <w:rFonts w:ascii="Georgia" w:hAnsi="Georgia"/>
          <w:b w:val="0"/>
          <w:i w:val="0"/>
          <w:color w:val="22201D"/>
          <w:sz w:val="20"/>
        </w:rPr>
        <w:t>The wrong mushroom crate settled into its shelf.</w:t>
      </w:r>
    </w:p>
    <w:p>
      <w:pPr>
        <w:spacing w:after="60" w:line="266" w:lineRule="auto"/>
        <w:ind w:firstLine="331"/>
        <w:jc w:val="both"/>
      </w:pPr>
      <w:r>
        <w:rPr>
          <w:rFonts w:ascii="Georgia" w:hAnsi="Georgia"/>
          <w:b w:val="0"/>
          <w:i w:val="0"/>
          <w:color w:val="22201D"/>
          <w:sz w:val="20"/>
        </w:rPr>
        <w:t>Expectation went into the compostable bin.</w:t>
      </w:r>
    </w:p>
    <w:p>
      <w:pPr>
        <w:spacing w:after="60" w:line="266" w:lineRule="auto"/>
        <w:ind w:firstLine="331"/>
        <w:jc w:val="both"/>
      </w:pPr>
      <w:r>
        <w:rPr>
          <w:rFonts w:ascii="Georgia" w:hAnsi="Georgia"/>
          <w:b w:val="0"/>
          <w:i w:val="0"/>
          <w:color w:val="22201D"/>
          <w:sz w:val="20"/>
        </w:rPr>
        <w:t>The invoice remained clipped where it could be read before anyone reached for the crate.</w:t>
      </w:r>
    </w:p>
    <w:p>
      <w:pPr>
        <w:spacing w:after="60" w:line="266" w:lineRule="auto"/>
        <w:ind w:firstLine="331"/>
        <w:jc w:val="both"/>
      </w:pPr>
      <w:r>
        <w:rPr>
          <w:rFonts w:ascii="Georgia" w:hAnsi="Georgia"/>
          <w:b w:val="0"/>
          <w:i w:val="0"/>
          <w:color w:val="22201D"/>
          <w:sz w:val="20"/>
        </w:rPr>
        <w:t>That was trust, pantry-style:</w:t>
      </w:r>
    </w:p>
    <w:p>
      <w:pPr>
        <w:spacing w:after="60" w:line="266" w:lineRule="auto"/>
        <w:ind w:firstLine="331"/>
        <w:jc w:val="both"/>
      </w:pPr>
      <w:r>
        <w:rPr>
          <w:rFonts w:ascii="Georgia" w:hAnsi="Georgia"/>
          <w:b w:val="0"/>
          <w:i w:val="0"/>
          <w:color w:val="22201D"/>
          <w:sz w:val="20"/>
        </w:rPr>
        <w:t>not faith,</w:t>
      </w:r>
    </w:p>
    <w:p>
      <w:pPr>
        <w:spacing w:after="60" w:line="266" w:lineRule="auto"/>
        <w:ind w:firstLine="331"/>
        <w:jc w:val="both"/>
      </w:pPr>
      <w:r>
        <w:rPr>
          <w:rFonts w:ascii="Georgia" w:hAnsi="Georgia"/>
          <w:b w:val="0"/>
          <w:i w:val="0"/>
          <w:color w:val="22201D"/>
          <w:sz w:val="20"/>
        </w:rPr>
        <w:t>not obedience,</w:t>
      </w:r>
    </w:p>
    <w:p>
      <w:pPr>
        <w:spacing w:after="60" w:line="266" w:lineRule="auto"/>
        <w:ind w:firstLine="331"/>
        <w:jc w:val="both"/>
      </w:pPr>
      <w:r>
        <w:rPr>
          <w:rFonts w:ascii="Georgia" w:hAnsi="Georgia"/>
          <w:b w:val="0"/>
          <w:i w:val="0"/>
          <w:color w:val="22201D"/>
          <w:sz w:val="20"/>
        </w:rPr>
        <w:t>not liking the way something looked,</w:t>
      </w:r>
    </w:p>
    <w:p>
      <w:pPr>
        <w:spacing w:after="60" w:line="266" w:lineRule="auto"/>
        <w:ind w:firstLine="331"/>
        <w:jc w:val="both"/>
      </w:pPr>
      <w:r>
        <w:rPr>
          <w:rFonts w:ascii="Georgia" w:hAnsi="Georgia"/>
          <w:b w:val="0"/>
          <w:i w:val="0"/>
          <w:color w:val="22201D"/>
          <w:sz w:val="20"/>
        </w:rPr>
        <w:t>but allowing the record and the item to prove each other before replacing either with fear.</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9: Gerald Inspects the Pantry Door</w:t>
      </w:r>
    </w:p>
    <w:p>
      <w:pPr>
        <w:spacing w:after="60" w:line="266" w:lineRule="auto"/>
        <w:ind w:firstLine="0"/>
        <w:jc w:val="both"/>
      </w:pPr>
      <w:r>
        <w:rPr>
          <w:rFonts w:ascii="Georgia" w:hAnsi="Georgia"/>
          <w:b w:val="0"/>
          <w:i w:val="0"/>
          <w:color w:val="22201D"/>
          <w:sz w:val="20"/>
        </w:rPr>
        <w:t>In which an exit refuses to be mislabeled as a delivery, Gerald treats mystery as a safety condition, and clean labels become the difference between a route and a trap.</w:t>
      </w:r>
    </w:p>
    <w:p>
      <w:pPr>
        <w:spacing w:after="60" w:line="266" w:lineRule="auto"/>
        <w:ind w:firstLine="331"/>
        <w:jc w:val="both"/>
      </w:pPr>
      <w:r>
        <w:rPr>
          <w:rFonts w:ascii="Georgia" w:hAnsi="Georgia"/>
          <w:b w:val="0"/>
          <w:i w:val="0"/>
          <w:color w:val="22201D"/>
          <w:sz w:val="20"/>
        </w:rPr>
        <w:t>Gerald did not ask whether the pantry door was symbolic.</w:t>
      </w:r>
    </w:p>
    <w:p>
      <w:pPr>
        <w:spacing w:after="60" w:line="266" w:lineRule="auto"/>
        <w:ind w:firstLine="331"/>
        <w:jc w:val="both"/>
      </w:pPr>
      <w:r>
        <w:rPr>
          <w:rFonts w:ascii="Georgia" w:hAnsi="Georgia"/>
          <w:b w:val="0"/>
          <w:i w:val="0"/>
          <w:color w:val="22201D"/>
          <w:sz w:val="20"/>
        </w:rPr>
        <w:t>This was one of his best qualities.</w:t>
      </w:r>
    </w:p>
    <w:p>
      <w:pPr>
        <w:spacing w:after="60" w:line="266" w:lineRule="auto"/>
        <w:ind w:firstLine="331"/>
        <w:jc w:val="both"/>
      </w:pPr>
      <w:r>
        <w:rPr>
          <w:rFonts w:ascii="Georgia" w:hAnsi="Georgia"/>
          <w:b w:val="0"/>
          <w:i w:val="0"/>
          <w:color w:val="22201D"/>
          <w:sz w:val="20"/>
        </w:rPr>
        <w:t>He put one hand on the frame, one finger on the half-covered label, and said, "This is unsafe."</w:t>
      </w:r>
    </w:p>
    <w:p>
      <w:pPr>
        <w:spacing w:after="60" w:line="266" w:lineRule="auto"/>
        <w:ind w:firstLine="331"/>
        <w:jc w:val="both"/>
      </w:pPr>
      <w:r>
        <w:rPr>
          <w:rFonts w:ascii="Georgia" w:hAnsi="Georgia"/>
          <w:b w:val="0"/>
          <w:i w:val="0"/>
          <w:color w:val="22201D"/>
          <w:sz w:val="20"/>
        </w:rPr>
        <w:t>The pantry listened differently to Gerald.</w:t>
      </w:r>
    </w:p>
    <w:p>
      <w:pPr>
        <w:spacing w:after="60" w:line="266" w:lineRule="auto"/>
        <w:ind w:firstLine="331"/>
        <w:jc w:val="both"/>
      </w:pPr>
      <w:r>
        <w:rPr>
          <w:rFonts w:ascii="Georgia" w:hAnsi="Georgia"/>
          <w:b w:val="0"/>
          <w:i w:val="0"/>
          <w:color w:val="22201D"/>
          <w:sz w:val="20"/>
        </w:rPr>
        <w:t>With Flocc, it produced cards.</w:t>
      </w:r>
    </w:p>
    <w:p>
      <w:pPr>
        <w:spacing w:after="60" w:line="266" w:lineRule="auto"/>
        <w:ind w:firstLine="331"/>
        <w:jc w:val="both"/>
      </w:pPr>
      <w:r>
        <w:rPr>
          <w:rFonts w:ascii="Georgia" w:hAnsi="Georgia"/>
          <w:b w:val="0"/>
          <w:i w:val="0"/>
          <w:color w:val="22201D"/>
          <w:sz w:val="20"/>
        </w:rPr>
        <w:t>With the Hostess, it produced maps.</w:t>
      </w:r>
    </w:p>
    <w:p>
      <w:pPr>
        <w:spacing w:after="60" w:line="266" w:lineRule="auto"/>
        <w:ind w:firstLine="331"/>
        <w:jc w:val="both"/>
      </w:pPr>
      <w:r>
        <w:rPr>
          <w:rFonts w:ascii="Georgia" w:hAnsi="Georgia"/>
          <w:b w:val="0"/>
          <w:i w:val="0"/>
          <w:color w:val="22201D"/>
          <w:sz w:val="20"/>
        </w:rPr>
        <w:t>With Bob, it produced invoices and got out of the way.</w:t>
      </w:r>
    </w:p>
    <w:p>
      <w:pPr>
        <w:spacing w:after="60" w:line="266" w:lineRule="auto"/>
        <w:ind w:firstLine="331"/>
        <w:jc w:val="both"/>
      </w:pPr>
      <w:r>
        <w:rPr>
          <w:rFonts w:ascii="Georgia" w:hAnsi="Georgia"/>
          <w:b w:val="0"/>
          <w:i w:val="0"/>
          <w:color w:val="22201D"/>
          <w:sz w:val="20"/>
        </w:rPr>
        <w:t>With Gerald, it creaked.</w:t>
      </w:r>
    </w:p>
    <w:p>
      <w:pPr>
        <w:spacing w:after="60" w:line="266" w:lineRule="auto"/>
        <w:ind w:firstLine="331"/>
        <w:jc w:val="both"/>
      </w:pPr>
      <w:r>
        <w:rPr>
          <w:rFonts w:ascii="Georgia" w:hAnsi="Georgia"/>
          <w:b w:val="0"/>
          <w:i w:val="0"/>
          <w:color w:val="22201D"/>
          <w:sz w:val="20"/>
        </w:rPr>
        <w:t>The side receiving door creaked again.</w:t>
      </w:r>
    </w:p>
    <w:p>
      <w:pPr>
        <w:spacing w:after="60" w:line="266" w:lineRule="auto"/>
        <w:ind w:firstLine="331"/>
        <w:jc w:val="both"/>
      </w:pPr>
      <w:r>
        <w:rPr>
          <w:rFonts w:ascii="Georgia" w:hAnsi="Georgia"/>
          <w:b w:val="0"/>
          <w:i w:val="0"/>
          <w:color w:val="22201D"/>
          <w:sz w:val="20"/>
        </w:rPr>
        <w:t>Gerald nodded as if the door had confessed to a load-bearing problem.</w:t>
      </w:r>
    </w:p>
    <w:p>
      <w:pPr>
        <w:spacing w:after="60" w:line="266" w:lineRule="auto"/>
        <w:ind w:firstLine="331"/>
        <w:jc w:val="both"/>
      </w:pPr>
      <w:r>
        <w:rPr>
          <w:rFonts w:ascii="Georgia" w:hAnsi="Georgia"/>
          <w:b w:val="0"/>
          <w:i w:val="0"/>
          <w:color w:val="22201D"/>
          <w:sz w:val="20"/>
        </w:rPr>
        <w:t>"Hinge top is loose."</w:t>
      </w:r>
    </w:p>
    <w:p>
      <w:pPr>
        <w:spacing w:after="60" w:line="266" w:lineRule="auto"/>
        <w:ind w:firstLine="331"/>
        <w:jc w:val="both"/>
      </w:pPr>
      <w:r>
        <w:rPr>
          <w:rFonts w:ascii="Georgia" w:hAnsi="Georgia"/>
          <w:b w:val="0"/>
          <w:i w:val="0"/>
          <w:color w:val="22201D"/>
          <w:sz w:val="20"/>
        </w:rPr>
        <w:t>The Hostess stood beside him with the blank inspection note.</w:t>
      </w:r>
    </w:p>
    <w:p>
      <w:pPr>
        <w:spacing w:after="60" w:line="266" w:lineRule="auto"/>
        <w:ind w:firstLine="331"/>
        <w:jc w:val="both"/>
      </w:pPr>
      <w:r>
        <w:rPr>
          <w:rFonts w:ascii="Georgia" w:hAnsi="Georgia"/>
          <w:b w:val="0"/>
          <w:i w:val="0"/>
          <w:color w:val="22201D"/>
          <w:sz w:val="20"/>
        </w:rPr>
        <w:t>Flocc stood behind her, holding the invoice from Bob's wrong mushroom delivery.</w:t>
      </w:r>
    </w:p>
    <w:p>
      <w:pPr>
        <w:spacing w:after="60" w:line="266" w:lineRule="auto"/>
        <w:ind w:firstLine="331"/>
        <w:jc w:val="both"/>
      </w:pPr>
      <w:r>
        <w:rPr>
          <w:rFonts w:ascii="Georgia" w:hAnsi="Georgia"/>
          <w:b w:val="0"/>
          <w:i w:val="0"/>
          <w:color w:val="22201D"/>
          <w:sz w:val="20"/>
        </w:rPr>
        <w:t>The wrong mushroom crate was correctly shelved now, invoice clipped and expectation composted. Bob had gone back to the truck, which felt less like departure than a statement of scope.</w:t>
      </w:r>
    </w:p>
    <w:p>
      <w:pPr>
        <w:spacing w:after="60" w:line="266" w:lineRule="auto"/>
        <w:ind w:firstLine="331"/>
        <w:jc w:val="both"/>
      </w:pPr>
      <w:r>
        <w:rPr>
          <w:rFonts w:ascii="Georgia" w:hAnsi="Georgia"/>
          <w:b w:val="0"/>
          <w:i w:val="0"/>
          <w:color w:val="22201D"/>
          <w:sz w:val="20"/>
        </w:rPr>
        <w:t>Gerald remained because the pantry had labels over labels and a door pretending to be one thing while doing another.</w:t>
      </w:r>
    </w:p>
    <w:p>
      <w:pPr>
        <w:spacing w:after="60" w:line="266" w:lineRule="auto"/>
        <w:ind w:firstLine="331"/>
        <w:jc w:val="both"/>
      </w:pPr>
      <w:r>
        <w:rPr>
          <w:rFonts w:ascii="Georgia" w:hAnsi="Georgia"/>
          <w:b w:val="0"/>
          <w:i w:val="0"/>
          <w:color w:val="22201D"/>
          <w:sz w:val="20"/>
        </w:rPr>
        <w:t>That was his territory.</w:t>
      </w:r>
    </w:p>
    <w:p>
      <w:pPr>
        <w:spacing w:after="60" w:line="266" w:lineRule="auto"/>
        <w:ind w:firstLine="331"/>
        <w:jc w:val="both"/>
      </w:pPr>
      <w:r>
        <w:rPr>
          <w:rFonts w:ascii="Georgia" w:hAnsi="Georgia"/>
          <w:b w:val="0"/>
          <w:i w:val="0"/>
          <w:color w:val="22201D"/>
          <w:sz w:val="20"/>
        </w:rPr>
        <w:t>The inspection note printed:</w:t>
      </w:r>
    </w:p>
    <w:p>
      <w:pPr>
        <w:spacing w:after="60" w:line="250" w:lineRule="auto"/>
        <w:ind w:left="202" w:right="173"/>
      </w:pPr>
      <w:r>
        <w:rPr>
          <w:rFonts w:ascii="Georgia" w:hAnsi="Georgia"/>
          <w:b w:val="0"/>
          <w:i w:val="0"/>
          <w:color w:val="22201D"/>
          <w:sz w:val="17"/>
        </w:rPr>
        <w:t>INSPECTION NOTE Area: Side receiving door Known issue: label conflict Price: clean labels</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"Not just labels."</w:t>
      </w:r>
    </w:p>
    <w:p>
      <w:pPr>
        <w:spacing w:after="60" w:line="266" w:lineRule="auto"/>
        <w:ind w:firstLine="331"/>
        <w:jc w:val="both"/>
      </w:pPr>
      <w:r>
        <w:rPr>
          <w:rFonts w:ascii="Georgia" w:hAnsi="Georgia"/>
          <w:b w:val="0"/>
          <w:i w:val="0"/>
          <w:color w:val="22201D"/>
          <w:sz w:val="20"/>
        </w:rPr>
        <w:t>The note added:</w:t>
      </w:r>
    </w:p>
    <w:p>
      <w:pPr>
        <w:spacing w:after="60" w:line="250" w:lineRule="auto"/>
        <w:ind w:left="202" w:right="173"/>
      </w:pPr>
      <w:r>
        <w:rPr>
          <w:rFonts w:ascii="Georgia" w:hAnsi="Georgia"/>
          <w:b w:val="0"/>
          <w:i w:val="0"/>
          <w:color w:val="22201D"/>
          <w:sz w:val="17"/>
        </w:rPr>
        <w:t>Potential hinge issue. Potential exit obstruction. Potential misuse during emergency.</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"The note edited itself for you."</w:t>
      </w:r>
    </w:p>
    <w:p>
      <w:pPr>
        <w:spacing w:after="60" w:line="266" w:lineRule="auto"/>
        <w:ind w:firstLine="331"/>
        <w:jc w:val="both"/>
      </w:pPr>
      <w:r>
        <w:rPr>
          <w:rFonts w:ascii="Georgia" w:hAnsi="Georgia"/>
          <w:b w:val="0"/>
          <w:i w:val="0"/>
          <w:color w:val="22201D"/>
          <w:sz w:val="20"/>
        </w:rPr>
        <w:t>"It responded to inspection."</w:t>
      </w:r>
    </w:p>
    <w:p>
      <w:pPr>
        <w:spacing w:after="60" w:line="266" w:lineRule="auto"/>
        <w:ind w:firstLine="331"/>
        <w:jc w:val="both"/>
      </w:pPr>
      <w:r>
        <w:rPr>
          <w:rFonts w:ascii="Georgia" w:hAnsi="Georgia"/>
          <w:b w:val="0"/>
          <w:i w:val="0"/>
          <w:color w:val="22201D"/>
          <w:sz w:val="20"/>
        </w:rPr>
        <w:t>"That is different?"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No one argued.</w:t>
      </w:r>
    </w:p>
    <w:p>
      <w:pPr>
        <w:spacing w:after="60" w:line="266" w:lineRule="auto"/>
        <w:ind w:firstLine="331"/>
        <w:jc w:val="both"/>
      </w:pPr>
      <w:r>
        <w:rPr>
          <w:rFonts w:ascii="Georgia" w:hAnsi="Georgia"/>
          <w:b w:val="0"/>
          <w:i w:val="0"/>
          <w:color w:val="22201D"/>
          <w:sz w:val="20"/>
        </w:rPr>
        <w:t>Gerald took a pencil from his clipboard and wrote on the note:</w:t>
      </w:r>
    </w:p>
    <w:p>
      <w:pPr>
        <w:spacing w:after="60" w:line="250" w:lineRule="auto"/>
        <w:ind w:left="202" w:right="173"/>
      </w:pPr>
      <w:r>
        <w:rPr>
          <w:rFonts w:ascii="Georgia" w:hAnsi="Georgia"/>
          <w:b w:val="0"/>
          <w:i w:val="0"/>
          <w:color w:val="22201D"/>
          <w:sz w:val="17"/>
        </w:rPr>
        <w:t>Do not inspect labels separately from function.</w:t>
      </w:r>
    </w:p>
    <w:p>
      <w:pPr>
        <w:spacing w:after="60" w:line="266" w:lineRule="auto"/>
        <w:ind w:firstLine="331"/>
        <w:jc w:val="both"/>
      </w:pPr>
      <w:r>
        <w:rPr>
          <w:rFonts w:ascii="Georgia" w:hAnsi="Georgia"/>
          <w:b w:val="0"/>
          <w:i w:val="0"/>
          <w:color w:val="22201D"/>
          <w:sz w:val="20"/>
        </w:rPr>
        <w:t>The pantry lights brightened in approval, which Gerald ignored because approval was not a measurement.</w:t>
      </w:r>
    </w:p>
    <w:p>
      <w:pPr>
        <w:spacing w:after="60" w:line="266" w:lineRule="auto"/>
        <w:ind w:firstLine="331"/>
        <w:jc w:val="both"/>
      </w:pPr>
      <w:r>
        <w:rPr>
          <w:rFonts w:ascii="Georgia" w:hAnsi="Georgia"/>
          <w:b w:val="0"/>
          <w:i w:val="0"/>
          <w:color w:val="22201D"/>
          <w:sz w:val="20"/>
        </w:rPr>
        <w:t>He peeled the top label from the door.</w:t>
      </w:r>
    </w:p>
    <w:p>
      <w:pPr>
        <w:spacing w:after="60" w:line="250" w:lineRule="auto"/>
        <w:ind w:left="202" w:right="173"/>
      </w:pPr>
      <w:r>
        <w:rPr>
          <w:rFonts w:ascii="Georgia" w:hAnsi="Georgia"/>
          <w:b w:val="0"/>
          <w:i w:val="0"/>
          <w:color w:val="22201D"/>
          <w:sz w:val="17"/>
        </w:rPr>
        <w:t>DELIVERIES</w:t>
      </w:r>
    </w:p>
    <w:p>
      <w:pPr>
        <w:spacing w:after="60" w:line="266" w:lineRule="auto"/>
        <w:ind w:firstLine="331"/>
        <w:jc w:val="both"/>
      </w:pPr>
      <w:r>
        <w:rPr>
          <w:rFonts w:ascii="Georgia" w:hAnsi="Georgia"/>
          <w:b w:val="0"/>
          <w:i w:val="0"/>
          <w:color w:val="22201D"/>
          <w:sz w:val="20"/>
        </w:rPr>
        <w:t>Beneath it, partly torn:</w:t>
      </w:r>
    </w:p>
    <w:p>
      <w:pPr>
        <w:spacing w:after="60" w:line="250" w:lineRule="auto"/>
        <w:ind w:left="202" w:right="173"/>
      </w:pPr>
      <w:r>
        <w:rPr>
          <w:rFonts w:ascii="Georgia" w:hAnsi="Georgia"/>
          <w:b w:val="0"/>
          <w:i w:val="0"/>
          <w:color w:val="22201D"/>
          <w:sz w:val="17"/>
        </w:rPr>
        <w:t>EMERGENCY EXIT</w:t>
      </w:r>
    </w:p>
    <w:p>
      <w:pPr>
        <w:spacing w:after="60" w:line="266" w:lineRule="auto"/>
        <w:ind w:firstLine="331"/>
        <w:jc w:val="both"/>
      </w:pPr>
      <w:r>
        <w:rPr>
          <w:rFonts w:ascii="Georgia" w:hAnsi="Georgia"/>
          <w:b w:val="0"/>
          <w:i w:val="0"/>
          <w:color w:val="22201D"/>
          <w:sz w:val="20"/>
        </w:rPr>
        <w:t>Beneath that, older and painted directly on the wood:</w:t>
      </w:r>
    </w:p>
    <w:p>
      <w:pPr>
        <w:spacing w:after="60" w:line="250" w:lineRule="auto"/>
        <w:ind w:left="202" w:right="173"/>
      </w:pPr>
      <w:r>
        <w:rPr>
          <w:rFonts w:ascii="Georgia" w:hAnsi="Georgia"/>
          <w:b w:val="0"/>
          <w:i w:val="0"/>
          <w:color w:val="22201D"/>
          <w:sz w:val="17"/>
        </w:rPr>
        <w:t>NOT A DOOR</w:t>
      </w:r>
    </w:p>
    <w:p>
      <w:pPr>
        <w:spacing w:after="60" w:line="266" w:lineRule="auto"/>
        <w:ind w:firstLine="331"/>
        <w:jc w:val="both"/>
      </w:pPr>
      <w:r>
        <w:rPr>
          <w:rFonts w:ascii="Georgia" w:hAnsi="Georgia"/>
          <w:b w:val="0"/>
          <w:i w:val="0"/>
          <w:color w:val="22201D"/>
          <w:sz w:val="20"/>
        </w:rPr>
        <w:t>Flocc took one step back.</w:t>
      </w:r>
    </w:p>
    <w:p>
      <w:pPr>
        <w:spacing w:after="60" w:line="266" w:lineRule="auto"/>
        <w:ind w:firstLine="331"/>
        <w:jc w:val="both"/>
      </w:pPr>
      <w:r>
        <w:rPr>
          <w:rFonts w:ascii="Georgia" w:hAnsi="Georgia"/>
          <w:b w:val="0"/>
          <w:i w:val="0"/>
          <w:color w:val="22201D"/>
          <w:sz w:val="20"/>
        </w:rPr>
        <w:t>"That last one seems concerning."</w:t>
      </w:r>
    </w:p>
    <w:p>
      <w:pPr>
        <w:spacing w:after="60" w:line="266" w:lineRule="auto"/>
        <w:ind w:firstLine="331"/>
        <w:jc w:val="both"/>
      </w:pPr>
      <w:r>
        <w:rPr>
          <w:rFonts w:ascii="Georgia" w:hAnsi="Georgia"/>
          <w:b w:val="0"/>
          <w:i w:val="0"/>
          <w:color w:val="22201D"/>
          <w:sz w:val="20"/>
        </w:rPr>
        <w:t>Gerald tested the handle.</w:t>
      </w:r>
    </w:p>
    <w:p>
      <w:pPr>
        <w:spacing w:after="60" w:line="266" w:lineRule="auto"/>
        <w:ind w:firstLine="331"/>
        <w:jc w:val="both"/>
      </w:pPr>
      <w:r>
        <w:rPr>
          <w:rFonts w:ascii="Georgia" w:hAnsi="Georgia"/>
          <w:b w:val="0"/>
          <w:i w:val="0"/>
          <w:color w:val="22201D"/>
          <w:sz w:val="20"/>
        </w:rPr>
        <w:t>"It opens."</w:t>
      </w:r>
    </w:p>
    <w:p>
      <w:pPr>
        <w:spacing w:after="60" w:line="266" w:lineRule="auto"/>
        <w:ind w:firstLine="331"/>
        <w:jc w:val="both"/>
      </w:pPr>
      <w:r>
        <w:rPr>
          <w:rFonts w:ascii="Georgia" w:hAnsi="Georgia"/>
          <w:b w:val="0"/>
          <w:i w:val="0"/>
          <w:color w:val="22201D"/>
          <w:sz w:val="20"/>
        </w:rPr>
        <w:t>"So it is a door."</w:t>
      </w:r>
    </w:p>
    <w:p>
      <w:pPr>
        <w:spacing w:after="60" w:line="266" w:lineRule="auto"/>
        <w:ind w:firstLine="331"/>
        <w:jc w:val="both"/>
      </w:pPr>
      <w:r>
        <w:rPr>
          <w:rFonts w:ascii="Georgia" w:hAnsi="Georgia"/>
          <w:b w:val="0"/>
          <w:i w:val="0"/>
          <w:color w:val="22201D"/>
          <w:sz w:val="20"/>
        </w:rPr>
        <w:t>"Currently."</w:t>
      </w:r>
    </w:p>
    <w:p>
      <w:pPr>
        <w:spacing w:after="60" w:line="266" w:lineRule="auto"/>
        <w:ind w:firstLine="331"/>
        <w:jc w:val="both"/>
      </w:pPr>
      <w:r>
        <w:rPr>
          <w:rFonts w:ascii="Georgia" w:hAnsi="Georgia"/>
          <w:b w:val="0"/>
          <w:i w:val="0"/>
          <w:color w:val="22201D"/>
          <w:sz w:val="20"/>
        </w:rPr>
        <w:t>The inspection note stamped:</w:t>
      </w:r>
    </w:p>
    <w:p>
      <w:pPr>
        <w:spacing w:after="60" w:line="250" w:lineRule="auto"/>
        <w:ind w:left="202" w:right="173"/>
      </w:pPr>
      <w:r>
        <w:rPr>
          <w:rFonts w:ascii="Georgia" w:hAnsi="Georgia"/>
          <w:b w:val="0"/>
          <w:i w:val="0"/>
          <w:color w:val="22201D"/>
          <w:sz w:val="17"/>
        </w:rPr>
        <w:t>FUNCTION MAY HAVE CHANGED WITHOUT LABEL UPDATE.</w:t>
      </w:r>
    </w:p>
    <w:p>
      <w:pPr>
        <w:spacing w:after="60" w:line="266" w:lineRule="auto"/>
        <w:ind w:firstLine="331"/>
        <w:jc w:val="both"/>
      </w:pPr>
      <w:r>
        <w:rPr>
          <w:rFonts w:ascii="Georgia" w:hAnsi="Georgia"/>
          <w:b w:val="0"/>
          <w:i w:val="0"/>
          <w:color w:val="22201D"/>
          <w:sz w:val="20"/>
        </w:rPr>
        <w:t>Gerald approved of this sentence enough to underline it.</w:t>
      </w:r>
    </w:p>
    <w:p>
      <w:pPr>
        <w:spacing w:after="60" w:line="266" w:lineRule="auto"/>
        <w:ind w:firstLine="331"/>
        <w:jc w:val="both"/>
      </w:pPr>
      <w:r>
        <w:rPr>
          <w:rFonts w:ascii="Georgia" w:hAnsi="Georgia"/>
          <w:b w:val="0"/>
          <w:i w:val="0"/>
          <w:color w:val="22201D"/>
          <w:sz w:val="20"/>
        </w:rPr>
        <w:t>The Hostess looked at the oldest label.</w:t>
      </w:r>
    </w:p>
    <w:p>
      <w:pPr>
        <w:spacing w:after="60" w:line="266" w:lineRule="auto"/>
        <w:ind w:firstLine="331"/>
        <w:jc w:val="both"/>
      </w:pPr>
      <w:r>
        <w:rPr>
          <w:rFonts w:ascii="Georgia" w:hAnsi="Georgia"/>
          <w:b w:val="0"/>
          <w:i w:val="0"/>
          <w:color w:val="22201D"/>
          <w:sz w:val="20"/>
        </w:rPr>
        <w:t>"The pantry used to route deliveries through shelves."</w:t>
      </w:r>
    </w:p>
    <w:p>
      <w:pPr>
        <w:spacing w:after="60" w:line="266" w:lineRule="auto"/>
        <w:ind w:firstLine="331"/>
        <w:jc w:val="both"/>
      </w:pPr>
      <w:r>
        <w:rPr>
          <w:rFonts w:ascii="Georgia" w:hAnsi="Georgia"/>
          <w:b w:val="0"/>
          <w:i w:val="0"/>
          <w:color w:val="22201D"/>
          <w:sz w:val="20"/>
        </w:rPr>
        <w:t>"Doesn't matter."</w:t>
      </w:r>
    </w:p>
    <w:p>
      <w:pPr>
        <w:spacing w:after="60" w:line="266" w:lineRule="auto"/>
        <w:ind w:firstLine="331"/>
        <w:jc w:val="both"/>
      </w:pPr>
      <w:r>
        <w:rPr>
          <w:rFonts w:ascii="Georgia" w:hAnsi="Georgia"/>
          <w:b w:val="0"/>
          <w:i w:val="0"/>
          <w:color w:val="22201D"/>
          <w:sz w:val="20"/>
        </w:rPr>
        <w:t>"It might explain the label."</w:t>
      </w:r>
    </w:p>
    <w:p>
      <w:pPr>
        <w:spacing w:after="60" w:line="266" w:lineRule="auto"/>
        <w:ind w:firstLine="331"/>
        <w:jc w:val="both"/>
      </w:pPr>
      <w:r>
        <w:rPr>
          <w:rFonts w:ascii="Georgia" w:hAnsi="Georgia"/>
          <w:b w:val="0"/>
          <w:i w:val="0"/>
          <w:color w:val="22201D"/>
          <w:sz w:val="20"/>
        </w:rPr>
        <w:t>"Explanations do not clear exits."</w:t>
      </w:r>
    </w:p>
    <w:p>
      <w:pPr>
        <w:spacing w:after="60" w:line="266" w:lineRule="auto"/>
        <w:ind w:firstLine="331"/>
        <w:jc w:val="both"/>
      </w:pPr>
      <w:r>
        <w:rPr>
          <w:rFonts w:ascii="Georgia" w:hAnsi="Georgia"/>
          <w:b w:val="0"/>
          <w:i w:val="0"/>
          <w:color w:val="22201D"/>
          <w:sz w:val="20"/>
        </w:rPr>
        <w:t>He opened the door.</w:t>
      </w:r>
    </w:p>
    <w:p>
      <w:pPr>
        <w:spacing w:after="60" w:line="266" w:lineRule="auto"/>
        <w:ind w:firstLine="331"/>
        <w:jc w:val="both"/>
      </w:pPr>
      <w:r>
        <w:rPr>
          <w:rFonts w:ascii="Georgia" w:hAnsi="Georgia"/>
          <w:b w:val="0"/>
          <w:i w:val="0"/>
          <w:color w:val="22201D"/>
          <w:sz w:val="20"/>
        </w:rPr>
        <w:t>On the other side was not outside.</w:t>
      </w:r>
    </w:p>
    <w:p>
      <w:pPr>
        <w:spacing w:after="60" w:line="266" w:lineRule="auto"/>
        <w:ind w:firstLine="331"/>
        <w:jc w:val="both"/>
      </w:pPr>
      <w:r>
        <w:rPr>
          <w:rFonts w:ascii="Georgia" w:hAnsi="Georgia"/>
          <w:b w:val="0"/>
          <w:i w:val="0"/>
          <w:color w:val="22201D"/>
          <w:sz w:val="20"/>
        </w:rPr>
        <w:t>It was another pantry aisle.</w:t>
      </w:r>
    </w:p>
    <w:p>
      <w:pPr>
        <w:spacing w:after="60" w:line="266" w:lineRule="auto"/>
        <w:ind w:firstLine="331"/>
        <w:jc w:val="both"/>
      </w:pPr>
      <w:r>
        <w:rPr>
          <w:rFonts w:ascii="Georgia" w:hAnsi="Georgia"/>
          <w:b w:val="0"/>
          <w:i w:val="0"/>
          <w:color w:val="22201D"/>
          <w:sz w:val="20"/>
        </w:rPr>
        <w:t>Narrow.</w:t>
      </w:r>
    </w:p>
    <w:p>
      <w:pPr>
        <w:spacing w:after="60" w:line="266" w:lineRule="auto"/>
        <w:ind w:firstLine="331"/>
        <w:jc w:val="both"/>
      </w:pPr>
      <w:r>
        <w:rPr>
          <w:rFonts w:ascii="Georgia" w:hAnsi="Georgia"/>
          <w:b w:val="0"/>
          <w:i w:val="0"/>
          <w:color w:val="22201D"/>
          <w:sz w:val="20"/>
        </w:rPr>
        <w:t>Dim.</w:t>
      </w:r>
    </w:p>
    <w:p>
      <w:pPr>
        <w:spacing w:after="60" w:line="266" w:lineRule="auto"/>
        <w:ind w:firstLine="331"/>
        <w:jc w:val="both"/>
      </w:pPr>
      <w:r>
        <w:rPr>
          <w:rFonts w:ascii="Georgia" w:hAnsi="Georgia"/>
          <w:b w:val="0"/>
          <w:i w:val="0"/>
          <w:color w:val="22201D"/>
          <w:sz w:val="20"/>
        </w:rPr>
        <w:t>Lined with unlabeled jars.</w:t>
      </w:r>
    </w:p>
    <w:p>
      <w:pPr>
        <w:spacing w:after="60" w:line="266" w:lineRule="auto"/>
        <w:ind w:firstLine="331"/>
        <w:jc w:val="both"/>
      </w:pPr>
      <w:r>
        <w:rPr>
          <w:rFonts w:ascii="Georgia" w:hAnsi="Georgia"/>
          <w:b w:val="0"/>
          <w:i w:val="0"/>
          <w:color w:val="22201D"/>
          <w:sz w:val="20"/>
        </w:rPr>
        <w:t>At the far end, a red sign read:</w:t>
      </w:r>
    </w:p>
    <w:p>
      <w:pPr>
        <w:spacing w:after="60" w:line="250" w:lineRule="auto"/>
        <w:ind w:left="202" w:right="173"/>
      </w:pPr>
      <w:r>
        <w:rPr>
          <w:rFonts w:ascii="Georgia" w:hAnsi="Georgia"/>
          <w:b w:val="0"/>
          <w:i w:val="0"/>
          <w:color w:val="22201D"/>
          <w:sz w:val="17"/>
        </w:rPr>
        <w:t>EXIT</w:t>
      </w:r>
    </w:p>
    <w:p>
      <w:pPr>
        <w:spacing w:after="60" w:line="266" w:lineRule="auto"/>
        <w:ind w:firstLine="331"/>
        <w:jc w:val="both"/>
      </w:pPr>
      <w:r>
        <w:rPr>
          <w:rFonts w:ascii="Georgia" w:hAnsi="Georgia"/>
          <w:b w:val="0"/>
          <w:i w:val="0"/>
          <w:color w:val="22201D"/>
          <w:sz w:val="20"/>
        </w:rPr>
        <w:t>Gerald did not step through.</w:t>
      </w:r>
    </w:p>
    <w:p>
      <w:pPr>
        <w:spacing w:after="60" w:line="266" w:lineRule="auto"/>
        <w:ind w:firstLine="331"/>
        <w:jc w:val="both"/>
      </w:pPr>
      <w:r>
        <w:rPr>
          <w:rFonts w:ascii="Georgia" w:hAnsi="Georgia"/>
          <w:b w:val="0"/>
          <w:i w:val="0"/>
          <w:color w:val="22201D"/>
          <w:sz w:val="20"/>
        </w:rPr>
        <w:t>"False sightline."</w:t>
      </w:r>
    </w:p>
    <w:p>
      <w:pPr>
        <w:spacing w:after="60" w:line="266" w:lineRule="auto"/>
        <w:ind w:firstLine="331"/>
        <w:jc w:val="both"/>
      </w:pPr>
      <w:r>
        <w:rPr>
          <w:rFonts w:ascii="Georgia" w:hAnsi="Georgia"/>
          <w:b w:val="0"/>
          <w:i w:val="0"/>
          <w:color w:val="22201D"/>
          <w:sz w:val="20"/>
        </w:rPr>
        <w:t>The inspection note wrote:</w:t>
      </w:r>
    </w:p>
    <w:p>
      <w:pPr>
        <w:spacing w:after="60" w:line="250" w:lineRule="auto"/>
        <w:ind w:left="202" w:right="173"/>
      </w:pPr>
      <w:r>
        <w:rPr>
          <w:rFonts w:ascii="Georgia" w:hAnsi="Georgia"/>
          <w:b w:val="0"/>
          <w:i w:val="0"/>
          <w:color w:val="22201D"/>
          <w:sz w:val="17"/>
        </w:rPr>
        <w:t>Door presents as exit but opens into storage.</w:t>
      </w:r>
    </w:p>
    <w:p>
      <w:pPr>
        <w:spacing w:after="60" w:line="266" w:lineRule="auto"/>
        <w:ind w:firstLine="331"/>
        <w:jc w:val="both"/>
      </w:pPr>
      <w:r>
        <w:rPr>
          <w:rFonts w:ascii="Georgia" w:hAnsi="Georgia"/>
          <w:b w:val="0"/>
          <w:i w:val="0"/>
          <w:color w:val="22201D"/>
          <w:sz w:val="20"/>
        </w:rPr>
        <w:t>"And receiving," the Hostess said.</w:t>
      </w:r>
    </w:p>
    <w:p>
      <w:pPr>
        <w:spacing w:after="60" w:line="266" w:lineRule="auto"/>
        <w:ind w:firstLine="331"/>
        <w:jc w:val="both"/>
      </w:pPr>
      <w:r>
        <w:rPr>
          <w:rFonts w:ascii="Georgia" w:hAnsi="Georgia"/>
          <w:b w:val="0"/>
          <w:i w:val="0"/>
          <w:color w:val="22201D"/>
          <w:sz w:val="20"/>
        </w:rPr>
        <w:t>Gerald pointed at the floor.</w:t>
      </w:r>
    </w:p>
    <w:p>
      <w:pPr>
        <w:spacing w:after="60" w:line="266" w:lineRule="auto"/>
        <w:ind w:firstLine="331"/>
        <w:jc w:val="both"/>
      </w:pPr>
      <w:r>
        <w:rPr>
          <w:rFonts w:ascii="Georgia" w:hAnsi="Georgia"/>
          <w:b w:val="0"/>
          <w:i w:val="0"/>
          <w:color w:val="22201D"/>
          <w:sz w:val="20"/>
        </w:rPr>
        <w:t>There were scrape marks from crates.</w:t>
      </w:r>
    </w:p>
    <w:p>
      <w:pPr>
        <w:spacing w:after="60" w:line="266" w:lineRule="auto"/>
        <w:ind w:firstLine="331"/>
        <w:jc w:val="both"/>
      </w:pPr>
      <w:r>
        <w:rPr>
          <w:rFonts w:ascii="Georgia" w:hAnsi="Georgia"/>
          <w:b w:val="0"/>
          <w:i w:val="0"/>
          <w:color w:val="22201D"/>
          <w:sz w:val="20"/>
        </w:rPr>
        <w:t>There were also footprints moving the opposite way.</w:t>
      </w:r>
    </w:p>
    <w:p>
      <w:pPr>
        <w:spacing w:after="60" w:line="266" w:lineRule="auto"/>
        <w:ind w:firstLine="331"/>
        <w:jc w:val="both"/>
      </w:pPr>
      <w:r>
        <w:rPr>
          <w:rFonts w:ascii="Georgia" w:hAnsi="Georgia"/>
          <w:b w:val="0"/>
          <w:i w:val="0"/>
          <w:color w:val="22201D"/>
          <w:sz w:val="20"/>
        </w:rPr>
        <w:t>"Receiving and exit cannot share an unlabeled route."</w:t>
      </w:r>
    </w:p>
    <w:p>
      <w:pPr>
        <w:spacing w:after="60" w:line="266" w:lineRule="auto"/>
        <w:ind w:firstLine="331"/>
        <w:jc w:val="both"/>
      </w:pPr>
      <w:r>
        <w:rPr>
          <w:rFonts w:ascii="Georgia" w:hAnsi="Georgia"/>
          <w:b w:val="0"/>
          <w:i w:val="0"/>
          <w:color w:val="22201D"/>
          <w:sz w:val="20"/>
        </w:rPr>
        <w:t>The note stamped:</w:t>
      </w:r>
    </w:p>
    <w:p>
      <w:pPr>
        <w:spacing w:after="60" w:line="250" w:lineRule="auto"/>
        <w:ind w:left="202" w:right="173"/>
      </w:pPr>
      <w:r>
        <w:rPr>
          <w:rFonts w:ascii="Georgia" w:hAnsi="Georgia"/>
          <w:b w:val="0"/>
          <w:i w:val="0"/>
          <w:color w:val="22201D"/>
          <w:sz w:val="17"/>
        </w:rPr>
        <w:t>LABEL CONFLICT CONFIRMED.</w:t>
      </w:r>
    </w:p>
    <w:p>
      <w:pPr>
        <w:spacing w:after="60" w:line="266" w:lineRule="auto"/>
        <w:ind w:firstLine="331"/>
        <w:jc w:val="both"/>
      </w:pPr>
      <w:r>
        <w:rPr>
          <w:rFonts w:ascii="Georgia" w:hAnsi="Georgia"/>
          <w:b w:val="0"/>
          <w:i w:val="0"/>
          <w:color w:val="22201D"/>
          <w:sz w:val="20"/>
        </w:rPr>
        <w:t>From the dim aisle, one jar rolled forward.</w:t>
      </w:r>
    </w:p>
    <w:p>
      <w:pPr>
        <w:spacing w:after="60" w:line="266" w:lineRule="auto"/>
        <w:ind w:firstLine="331"/>
        <w:jc w:val="both"/>
      </w:pPr>
      <w:r>
        <w:rPr>
          <w:rFonts w:ascii="Georgia" w:hAnsi="Georgia"/>
          <w:b w:val="0"/>
          <w:i w:val="0"/>
          <w:color w:val="22201D"/>
          <w:sz w:val="20"/>
        </w:rPr>
        <w:t>It stopped at the threshold.</w:t>
      </w:r>
    </w:p>
    <w:p>
      <w:pPr>
        <w:spacing w:after="60" w:line="266" w:lineRule="auto"/>
        <w:ind w:firstLine="331"/>
        <w:jc w:val="both"/>
      </w:pPr>
      <w:r>
        <w:rPr>
          <w:rFonts w:ascii="Georgia" w:hAnsi="Georgia"/>
          <w:b w:val="0"/>
          <w:i w:val="0"/>
          <w:color w:val="22201D"/>
          <w:sz w:val="20"/>
        </w:rPr>
        <w:t>Its label was blank.</w:t>
      </w:r>
    </w:p>
    <w:p>
      <w:pPr>
        <w:spacing w:after="60" w:line="266" w:lineRule="auto"/>
        <w:ind w:firstLine="331"/>
        <w:jc w:val="both"/>
      </w:pPr>
      <w:r>
        <w:rPr>
          <w:rFonts w:ascii="Georgia" w:hAnsi="Georgia"/>
          <w:b w:val="0"/>
          <w:i w:val="0"/>
          <w:color w:val="22201D"/>
          <w:sz w:val="20"/>
        </w:rPr>
        <w:t>Gerald picked it up only after checking that nothing leaked.</w:t>
      </w:r>
    </w:p>
    <w:p>
      <w:pPr>
        <w:spacing w:after="60" w:line="266" w:lineRule="auto"/>
        <w:ind w:firstLine="331"/>
        <w:jc w:val="both"/>
      </w:pPr>
      <w:r>
        <w:rPr>
          <w:rFonts w:ascii="Georgia" w:hAnsi="Georgia"/>
          <w:b w:val="0"/>
          <w:i w:val="0"/>
          <w:color w:val="22201D"/>
          <w:sz w:val="20"/>
        </w:rPr>
        <w:t>"Jar."</w:t>
      </w:r>
    </w:p>
    <w:p>
      <w:pPr>
        <w:spacing w:after="60" w:line="266" w:lineRule="auto"/>
        <w:ind w:firstLine="331"/>
        <w:jc w:val="both"/>
      </w:pPr>
      <w:r>
        <w:rPr>
          <w:rFonts w:ascii="Georgia" w:hAnsi="Georgia"/>
          <w:b w:val="0"/>
          <w:i w:val="0"/>
          <w:color w:val="22201D"/>
          <w:sz w:val="20"/>
        </w:rPr>
        <w:t>Flocc almost smiled.</w:t>
      </w:r>
    </w:p>
    <w:p>
      <w:pPr>
        <w:spacing w:after="60" w:line="266" w:lineRule="auto"/>
        <w:ind w:firstLine="331"/>
        <w:jc w:val="both"/>
      </w:pPr>
      <w:r>
        <w:rPr>
          <w:rFonts w:ascii="Georgia" w:hAnsi="Georgia"/>
          <w:b w:val="0"/>
          <w:i w:val="0"/>
          <w:color w:val="22201D"/>
          <w:sz w:val="20"/>
        </w:rPr>
        <w:t>The pantry, apparently, did not know what to do with a man who identified objects without asking them to perform.</w:t>
      </w:r>
    </w:p>
    <w:p>
      <w:pPr>
        <w:spacing w:after="60" w:line="266" w:lineRule="auto"/>
        <w:ind w:firstLine="331"/>
        <w:jc w:val="both"/>
      </w:pPr>
      <w:r>
        <w:rPr>
          <w:rFonts w:ascii="Georgia" w:hAnsi="Georgia"/>
          <w:b w:val="0"/>
          <w:i w:val="0"/>
          <w:color w:val="22201D"/>
          <w:sz w:val="20"/>
        </w:rPr>
        <w:t>The blank label filled in:</w:t>
      </w:r>
    </w:p>
    <w:p>
      <w:pPr>
        <w:spacing w:after="60" w:line="250" w:lineRule="auto"/>
        <w:ind w:left="202" w:right="173"/>
      </w:pPr>
      <w:r>
        <w:rPr>
          <w:rFonts w:ascii="Georgia" w:hAnsi="Georgia"/>
          <w:b w:val="0"/>
          <w:i w:val="0"/>
          <w:color w:val="22201D"/>
          <w:sz w:val="17"/>
        </w:rPr>
        <w:t>JUST IN CASE Contents: unlabeled contingency Risk: used as plan</w:t>
      </w:r>
    </w:p>
    <w:p>
      <w:pPr>
        <w:spacing w:after="60" w:line="266" w:lineRule="auto"/>
        <w:ind w:firstLine="331"/>
        <w:jc w:val="both"/>
      </w:pPr>
      <w:r>
        <w:rPr>
          <w:rFonts w:ascii="Georgia" w:hAnsi="Georgia"/>
          <w:b w:val="0"/>
          <w:i w:val="0"/>
          <w:color w:val="22201D"/>
          <w:sz w:val="20"/>
        </w:rPr>
        <w:t>Gerald set the jar on a nearby shelf.</w:t>
      </w:r>
    </w:p>
    <w:p>
      <w:pPr>
        <w:spacing w:after="60" w:line="266" w:lineRule="auto"/>
        <w:ind w:firstLine="331"/>
        <w:jc w:val="both"/>
      </w:pPr>
      <w:r>
        <w:rPr>
          <w:rFonts w:ascii="Georgia" w:hAnsi="Georgia"/>
          <w:b w:val="0"/>
          <w:i w:val="0"/>
          <w:color w:val="22201D"/>
          <w:sz w:val="20"/>
        </w:rPr>
        <w:t>"Not emergency equipment."</w:t>
      </w:r>
    </w:p>
    <w:p>
      <w:pPr>
        <w:spacing w:after="60" w:line="266" w:lineRule="auto"/>
        <w:ind w:firstLine="331"/>
        <w:jc w:val="both"/>
      </w:pPr>
      <w:r>
        <w:rPr>
          <w:rFonts w:ascii="Georgia" w:hAnsi="Georgia"/>
          <w:b w:val="0"/>
          <w:i w:val="0"/>
          <w:color w:val="22201D"/>
          <w:sz w:val="20"/>
        </w:rPr>
        <w:t>The jar label corrected:</w:t>
      </w:r>
    </w:p>
    <w:p>
      <w:pPr>
        <w:spacing w:after="60" w:line="250" w:lineRule="auto"/>
        <w:ind w:left="202" w:right="173"/>
      </w:pPr>
      <w:r>
        <w:rPr>
          <w:rFonts w:ascii="Georgia" w:hAnsi="Georgia"/>
          <w:b w:val="0"/>
          <w:i w:val="0"/>
          <w:color w:val="22201D"/>
          <w:sz w:val="17"/>
        </w:rPr>
        <w:t>Not emergency equipment.</w:t>
      </w:r>
    </w:p>
    <w:p>
      <w:pPr>
        <w:spacing w:after="60" w:line="266" w:lineRule="auto"/>
        <w:ind w:firstLine="331"/>
        <w:jc w:val="both"/>
      </w:pPr>
      <w:r>
        <w:rPr>
          <w:rFonts w:ascii="Georgia" w:hAnsi="Georgia"/>
          <w:b w:val="0"/>
          <w:i w:val="0"/>
          <w:color w:val="22201D"/>
          <w:sz w:val="20"/>
        </w:rPr>
        <w:t>The Hostess took a clean label from her stack.</w:t>
      </w:r>
    </w:p>
    <w:p>
      <w:pPr>
        <w:spacing w:after="60" w:line="266" w:lineRule="auto"/>
        <w:ind w:firstLine="331"/>
        <w:jc w:val="both"/>
      </w:pPr>
      <w:r>
        <w:rPr>
          <w:rFonts w:ascii="Georgia" w:hAnsi="Georgia"/>
          <w:b w:val="0"/>
          <w:i w:val="0"/>
          <w:color w:val="22201D"/>
          <w:sz w:val="20"/>
        </w:rPr>
        <w:t>"What should the door say?"</w:t>
      </w:r>
    </w:p>
    <w:p>
      <w:pPr>
        <w:spacing w:after="60" w:line="266" w:lineRule="auto"/>
        <w:ind w:firstLine="331"/>
        <w:jc w:val="both"/>
      </w:pPr>
      <w:r>
        <w:rPr>
          <w:rFonts w:ascii="Georgia" w:hAnsi="Georgia"/>
          <w:b w:val="0"/>
          <w:i w:val="0"/>
          <w:color w:val="22201D"/>
          <w:sz w:val="20"/>
        </w:rPr>
        <w:t>Gerald did not answer immediately.</w:t>
      </w:r>
    </w:p>
    <w:p>
      <w:pPr>
        <w:spacing w:after="60" w:line="266" w:lineRule="auto"/>
        <w:ind w:firstLine="331"/>
        <w:jc w:val="both"/>
      </w:pPr>
      <w:r>
        <w:rPr>
          <w:rFonts w:ascii="Georgia" w:hAnsi="Georgia"/>
          <w:b w:val="0"/>
          <w:i w:val="0"/>
          <w:color w:val="22201D"/>
          <w:sz w:val="20"/>
        </w:rPr>
        <w:t>He checked the hinge.</w:t>
      </w:r>
    </w:p>
    <w:p>
      <w:pPr>
        <w:spacing w:after="60" w:line="266" w:lineRule="auto"/>
        <w:ind w:firstLine="331"/>
        <w:jc w:val="both"/>
      </w:pPr>
      <w:r>
        <w:rPr>
          <w:rFonts w:ascii="Georgia" w:hAnsi="Georgia"/>
          <w:b w:val="0"/>
          <w:i w:val="0"/>
          <w:color w:val="22201D"/>
          <w:sz w:val="20"/>
        </w:rPr>
        <w:t>He checked the swing.</w:t>
      </w:r>
    </w:p>
    <w:p>
      <w:pPr>
        <w:spacing w:after="60" w:line="266" w:lineRule="auto"/>
        <w:ind w:firstLine="331"/>
        <w:jc w:val="both"/>
      </w:pPr>
      <w:r>
        <w:rPr>
          <w:rFonts w:ascii="Georgia" w:hAnsi="Georgia"/>
          <w:b w:val="0"/>
          <w:i w:val="0"/>
          <w:color w:val="22201D"/>
          <w:sz w:val="20"/>
        </w:rPr>
        <w:t>He checked the floor clearance.</w:t>
      </w:r>
    </w:p>
    <w:p>
      <w:pPr>
        <w:spacing w:after="60" w:line="266" w:lineRule="auto"/>
        <w:ind w:firstLine="331"/>
        <w:jc w:val="both"/>
      </w:pPr>
      <w:r>
        <w:rPr>
          <w:rFonts w:ascii="Georgia" w:hAnsi="Georgia"/>
          <w:b w:val="0"/>
          <w:i w:val="0"/>
          <w:color w:val="22201D"/>
          <w:sz w:val="20"/>
        </w:rPr>
        <w:t>He checked whether the delivery slot blocked the door when open.</w:t>
      </w:r>
    </w:p>
    <w:p>
      <w:pPr>
        <w:spacing w:after="60" w:line="266" w:lineRule="auto"/>
        <w:ind w:firstLine="331"/>
        <w:jc w:val="both"/>
      </w:pPr>
      <w:r>
        <w:rPr>
          <w:rFonts w:ascii="Georgia" w:hAnsi="Georgia"/>
          <w:b w:val="0"/>
          <w:i w:val="0"/>
          <w:color w:val="22201D"/>
          <w:sz w:val="20"/>
        </w:rPr>
        <w:t>He checked the latch.</w:t>
      </w:r>
    </w:p>
    <w:p>
      <w:pPr>
        <w:spacing w:after="60" w:line="266" w:lineRule="auto"/>
        <w:ind w:firstLine="331"/>
        <w:jc w:val="both"/>
      </w:pPr>
      <w:r>
        <w:rPr>
          <w:rFonts w:ascii="Georgia" w:hAnsi="Georgia"/>
          <w:b w:val="0"/>
          <w:i w:val="0"/>
          <w:color w:val="22201D"/>
          <w:sz w:val="20"/>
        </w:rPr>
        <w:t>He checked the older painted words.</w:t>
      </w:r>
    </w:p>
    <w:p>
      <w:pPr>
        <w:spacing w:after="60" w:line="266" w:lineRule="auto"/>
        <w:ind w:firstLine="331"/>
        <w:jc w:val="both"/>
      </w:pPr>
      <w:r>
        <w:rPr>
          <w:rFonts w:ascii="Georgia" w:hAnsi="Georgia"/>
          <w:b w:val="0"/>
          <w:i w:val="0"/>
          <w:color w:val="22201D"/>
          <w:sz w:val="20"/>
        </w:rPr>
        <w:t>Then he said, "Side receiving. Not exit."</w:t>
      </w:r>
    </w:p>
    <w:p>
      <w:pPr>
        <w:spacing w:after="60" w:line="266" w:lineRule="auto"/>
        <w:ind w:firstLine="331"/>
        <w:jc w:val="both"/>
      </w:pPr>
      <w:r>
        <w:rPr>
          <w:rFonts w:ascii="Georgia" w:hAnsi="Georgia"/>
          <w:b w:val="0"/>
          <w:i w:val="0"/>
          <w:color w:val="22201D"/>
          <w:sz w:val="20"/>
        </w:rPr>
        <w:t>The clean label printed:</w:t>
      </w:r>
    </w:p>
    <w:p>
      <w:pPr>
        <w:spacing w:after="60" w:line="250" w:lineRule="auto"/>
        <w:ind w:left="202" w:right="173"/>
      </w:pPr>
      <w:r>
        <w:rPr>
          <w:rFonts w:ascii="Georgia" w:hAnsi="Georgia"/>
          <w:b w:val="0"/>
          <w:i w:val="0"/>
          <w:color w:val="22201D"/>
          <w:sz w:val="17"/>
        </w:rPr>
        <w:t>SIDE RECEIVING NOT AN EMERGENCY EXIT KEEP CLEAR FOR CRATES ONLY</w:t>
      </w:r>
    </w:p>
    <w:p>
      <w:pPr>
        <w:spacing w:after="60" w:line="266" w:lineRule="auto"/>
        <w:ind w:firstLine="331"/>
        <w:jc w:val="both"/>
      </w:pPr>
      <w:r>
        <w:rPr>
          <w:rFonts w:ascii="Georgia" w:hAnsi="Georgia"/>
          <w:b w:val="0"/>
          <w:i w:val="0"/>
          <w:color w:val="22201D"/>
          <w:sz w:val="20"/>
        </w:rPr>
        <w:t>The pantry made a low sound.</w:t>
      </w:r>
    </w:p>
    <w:p>
      <w:pPr>
        <w:spacing w:after="60" w:line="266" w:lineRule="auto"/>
        <w:ind w:firstLine="331"/>
        <w:jc w:val="both"/>
      </w:pPr>
      <w:r>
        <w:rPr>
          <w:rFonts w:ascii="Georgia" w:hAnsi="Georgia"/>
          <w:b w:val="0"/>
          <w:i w:val="0"/>
          <w:color w:val="22201D"/>
          <w:sz w:val="20"/>
        </w:rPr>
        <w:t>Not complaint.</w:t>
      </w:r>
    </w:p>
    <w:p>
      <w:pPr>
        <w:spacing w:after="60" w:line="266" w:lineRule="auto"/>
        <w:ind w:firstLine="331"/>
        <w:jc w:val="both"/>
      </w:pPr>
      <w:r>
        <w:rPr>
          <w:rFonts w:ascii="Georgia" w:hAnsi="Georgia"/>
          <w:b w:val="0"/>
          <w:i w:val="0"/>
          <w:color w:val="22201D"/>
          <w:sz w:val="20"/>
        </w:rPr>
        <w:t>Adjustment.</w:t>
      </w:r>
    </w:p>
    <w:p>
      <w:pPr>
        <w:spacing w:after="60" w:line="266" w:lineRule="auto"/>
        <w:ind w:firstLine="331"/>
        <w:jc w:val="both"/>
      </w:pPr>
      <w:r>
        <w:rPr>
          <w:rFonts w:ascii="Georgia" w:hAnsi="Georgia"/>
          <w:b w:val="0"/>
          <w:i w:val="0"/>
          <w:color w:val="22201D"/>
          <w:sz w:val="20"/>
        </w:rPr>
        <w:t>The red EXIT sign at the far end of the false aisle flickered.</w:t>
      </w:r>
    </w:p>
    <w:p>
      <w:pPr>
        <w:spacing w:after="60" w:line="266" w:lineRule="auto"/>
        <w:ind w:firstLine="331"/>
        <w:jc w:val="both"/>
      </w:pPr>
      <w:r>
        <w:rPr>
          <w:rFonts w:ascii="Georgia" w:hAnsi="Georgia"/>
          <w:b w:val="0"/>
          <w:i w:val="0"/>
          <w:color w:val="22201D"/>
          <w:sz w:val="20"/>
        </w:rPr>
        <w:t>Gerald pointed to it.</w:t>
      </w:r>
    </w:p>
    <w:p>
      <w:pPr>
        <w:spacing w:after="60" w:line="266" w:lineRule="auto"/>
        <w:ind w:firstLine="331"/>
        <w:jc w:val="both"/>
      </w:pPr>
      <w:r>
        <w:rPr>
          <w:rFonts w:ascii="Georgia" w:hAnsi="Georgia"/>
          <w:b w:val="0"/>
          <w:i w:val="0"/>
          <w:color w:val="22201D"/>
          <w:sz w:val="20"/>
        </w:rPr>
        <w:t>"That sign is worse."</w:t>
      </w:r>
    </w:p>
    <w:p>
      <w:pPr>
        <w:spacing w:after="60" w:line="266" w:lineRule="auto"/>
        <w:ind w:firstLine="331"/>
        <w:jc w:val="both"/>
      </w:pPr>
      <w:r>
        <w:rPr>
          <w:rFonts w:ascii="Georgia" w:hAnsi="Georgia"/>
          <w:b w:val="0"/>
          <w:i w:val="0"/>
          <w:color w:val="22201D"/>
          <w:sz w:val="20"/>
        </w:rPr>
        <w:t>Flocc said, "Because it is false?"</w:t>
      </w:r>
    </w:p>
    <w:p>
      <w:pPr>
        <w:spacing w:after="60" w:line="266" w:lineRule="auto"/>
        <w:ind w:firstLine="331"/>
        <w:jc w:val="both"/>
      </w:pPr>
      <w:r>
        <w:rPr>
          <w:rFonts w:ascii="Georgia" w:hAnsi="Georgia"/>
          <w:b w:val="0"/>
          <w:i w:val="0"/>
          <w:color w:val="22201D"/>
          <w:sz w:val="20"/>
        </w:rPr>
        <w:t>"Because it is far enough away to become trusted during panic."</w:t>
      </w:r>
    </w:p>
    <w:p>
      <w:pPr>
        <w:spacing w:after="60" w:line="266" w:lineRule="auto"/>
        <w:ind w:firstLine="331"/>
        <w:jc w:val="both"/>
      </w:pPr>
      <w:r>
        <w:rPr>
          <w:rFonts w:ascii="Georgia" w:hAnsi="Georgia"/>
          <w:b w:val="0"/>
          <w:i w:val="0"/>
          <w:color w:val="22201D"/>
          <w:sz w:val="20"/>
        </w:rPr>
        <w:t>The inspection note stamped:</w:t>
      </w:r>
    </w:p>
    <w:p>
      <w:pPr>
        <w:spacing w:after="60" w:line="250" w:lineRule="auto"/>
        <w:ind w:left="202" w:right="173"/>
      </w:pPr>
      <w:r>
        <w:rPr>
          <w:rFonts w:ascii="Georgia" w:hAnsi="Georgia"/>
          <w:b w:val="0"/>
          <w:i w:val="0"/>
          <w:color w:val="22201D"/>
          <w:sz w:val="17"/>
        </w:rPr>
        <w:t>PANIC DISTANCE HAZARD.</w:t>
      </w:r>
    </w:p>
    <w:p>
      <w:pPr>
        <w:spacing w:after="60" w:line="266" w:lineRule="auto"/>
        <w:ind w:firstLine="331"/>
        <w:jc w:val="both"/>
      </w:pPr>
      <w:r>
        <w:rPr>
          <w:rFonts w:ascii="Georgia" w:hAnsi="Georgia"/>
          <w:b w:val="0"/>
          <w:i w:val="0"/>
          <w:color w:val="22201D"/>
          <w:sz w:val="20"/>
        </w:rPr>
        <w:t>The Hostess wrote that phrase on a second clean label before Gerald could ask.</w:t>
      </w:r>
    </w:p>
    <w:p>
      <w:pPr>
        <w:spacing w:after="60" w:line="266" w:lineRule="auto"/>
        <w:ind w:firstLine="331"/>
        <w:jc w:val="both"/>
      </w:pPr>
      <w:r>
        <w:rPr>
          <w:rFonts w:ascii="Georgia" w:hAnsi="Georgia"/>
          <w:b w:val="0"/>
          <w:i w:val="0"/>
          <w:color w:val="22201D"/>
          <w:sz w:val="20"/>
        </w:rPr>
        <w:t>He gave her one short nod.</w:t>
      </w:r>
    </w:p>
    <w:p>
      <w:pPr>
        <w:spacing w:after="60" w:line="266" w:lineRule="auto"/>
        <w:ind w:firstLine="331"/>
        <w:jc w:val="both"/>
      </w:pPr>
      <w:r>
        <w:rPr>
          <w:rFonts w:ascii="Georgia" w:hAnsi="Georgia"/>
          <w:b w:val="0"/>
          <w:i w:val="0"/>
          <w:color w:val="22201D"/>
          <w:sz w:val="20"/>
        </w:rPr>
        <w:t>That was high praise.</w:t>
      </w:r>
    </w:p>
    <w:p>
      <w:pPr>
        <w:spacing w:after="60" w:line="266" w:lineRule="auto"/>
        <w:ind w:firstLine="331"/>
        <w:jc w:val="both"/>
      </w:pPr>
      <w:r>
        <w:rPr>
          <w:rFonts w:ascii="Georgia" w:hAnsi="Georgia"/>
          <w:b w:val="0"/>
          <w:i w:val="0"/>
          <w:color w:val="22201D"/>
          <w:sz w:val="20"/>
        </w:rPr>
        <w:t>They entered the false aisle.</w:t>
      </w:r>
    </w:p>
    <w:p>
      <w:pPr>
        <w:spacing w:after="60" w:line="266" w:lineRule="auto"/>
        <w:ind w:firstLine="331"/>
        <w:jc w:val="both"/>
      </w:pPr>
      <w:r>
        <w:rPr>
          <w:rFonts w:ascii="Georgia" w:hAnsi="Georgia"/>
          <w:b w:val="0"/>
          <w:i w:val="0"/>
          <w:color w:val="22201D"/>
          <w:sz w:val="20"/>
        </w:rPr>
        <w:t>Gerald went first.</w:t>
      </w:r>
    </w:p>
    <w:p>
      <w:pPr>
        <w:spacing w:after="60" w:line="266" w:lineRule="auto"/>
        <w:ind w:firstLine="331"/>
        <w:jc w:val="both"/>
      </w:pPr>
      <w:r>
        <w:rPr>
          <w:rFonts w:ascii="Georgia" w:hAnsi="Georgia"/>
          <w:b w:val="0"/>
          <w:i w:val="0"/>
          <w:color w:val="22201D"/>
          <w:sz w:val="20"/>
        </w:rPr>
        <w:t>Not because he was brave.</w:t>
      </w:r>
    </w:p>
    <w:p>
      <w:pPr>
        <w:spacing w:after="60" w:line="266" w:lineRule="auto"/>
        <w:ind w:firstLine="331"/>
        <w:jc w:val="both"/>
      </w:pPr>
      <w:r>
        <w:rPr>
          <w:rFonts w:ascii="Georgia" w:hAnsi="Georgia"/>
          <w:b w:val="0"/>
          <w:i w:val="0"/>
          <w:color w:val="22201D"/>
          <w:sz w:val="20"/>
        </w:rPr>
        <w:t>Because he had already checked the floor.</w:t>
      </w:r>
    </w:p>
    <w:p>
      <w:pPr>
        <w:spacing w:after="60" w:line="266" w:lineRule="auto"/>
        <w:ind w:firstLine="331"/>
        <w:jc w:val="both"/>
      </w:pPr>
      <w:r>
        <w:rPr>
          <w:rFonts w:ascii="Georgia" w:hAnsi="Georgia"/>
          <w:b w:val="0"/>
          <w:i w:val="0"/>
          <w:color w:val="22201D"/>
          <w:sz w:val="20"/>
        </w:rPr>
        <w:t>The jars on both sides turned their labels toward him, perhaps hoping to become relevant.</w:t>
      </w:r>
    </w:p>
    <w:p>
      <w:pPr>
        <w:spacing w:after="60" w:line="266" w:lineRule="auto"/>
        <w:ind w:firstLine="331"/>
        <w:jc w:val="both"/>
      </w:pPr>
      <w:r>
        <w:rPr>
          <w:rFonts w:ascii="Georgia" w:hAnsi="Georgia"/>
          <w:b w:val="0"/>
          <w:i w:val="0"/>
          <w:color w:val="22201D"/>
          <w:sz w:val="20"/>
        </w:rPr>
        <w:t>He ignored them unless they blocked clearance.</w:t>
      </w:r>
    </w:p>
    <w:p>
      <w:pPr>
        <w:spacing w:after="60" w:line="266" w:lineRule="auto"/>
        <w:ind w:firstLine="331"/>
        <w:jc w:val="both"/>
      </w:pPr>
      <w:r>
        <w:rPr>
          <w:rFonts w:ascii="Georgia" w:hAnsi="Georgia"/>
          <w:b w:val="0"/>
          <w:i w:val="0"/>
          <w:color w:val="22201D"/>
          <w:sz w:val="20"/>
        </w:rPr>
        <w:t>This wounded several jars visibly.</w:t>
      </w:r>
    </w:p>
    <w:p>
      <w:pPr>
        <w:spacing w:after="60" w:line="266" w:lineRule="auto"/>
        <w:ind w:firstLine="331"/>
        <w:jc w:val="both"/>
      </w:pPr>
      <w:r>
        <w:rPr>
          <w:rFonts w:ascii="Georgia" w:hAnsi="Georgia"/>
          <w:b w:val="0"/>
          <w:i w:val="0"/>
          <w:color w:val="22201D"/>
          <w:sz w:val="20"/>
        </w:rPr>
        <w:t>At the far end, the red EXIT sign hung over a shelf of recipe cards.</w:t>
      </w:r>
    </w:p>
    <w:p>
      <w:pPr>
        <w:spacing w:after="60" w:line="266" w:lineRule="auto"/>
        <w:ind w:firstLine="331"/>
        <w:jc w:val="both"/>
      </w:pPr>
      <w:r>
        <w:rPr>
          <w:rFonts w:ascii="Georgia" w:hAnsi="Georgia"/>
          <w:b w:val="0"/>
          <w:i w:val="0"/>
          <w:color w:val="22201D"/>
          <w:sz w:val="20"/>
        </w:rPr>
        <w:t>There was no door.</w:t>
      </w:r>
    </w:p>
    <w:p>
      <w:pPr>
        <w:spacing w:after="60" w:line="266" w:lineRule="auto"/>
        <w:ind w:firstLine="331"/>
        <w:jc w:val="both"/>
      </w:pPr>
      <w:r>
        <w:rPr>
          <w:rFonts w:ascii="Georgia" w:hAnsi="Georgia"/>
          <w:b w:val="0"/>
          <w:i w:val="0"/>
          <w:color w:val="22201D"/>
          <w:sz w:val="20"/>
        </w:rPr>
        <w:t>Only a curtain painted to look like one.</w:t>
      </w:r>
    </w:p>
    <w:p>
      <w:pPr>
        <w:spacing w:after="60" w:line="266" w:lineRule="auto"/>
        <w:ind w:firstLine="331"/>
        <w:jc w:val="both"/>
      </w:pPr>
      <w:r>
        <w:rPr>
          <w:rFonts w:ascii="Georgia" w:hAnsi="Georgia"/>
          <w:b w:val="0"/>
          <w:i w:val="0"/>
          <w:color w:val="22201D"/>
          <w:sz w:val="20"/>
        </w:rPr>
        <w:t>Gerald removed the sign.</w:t>
      </w:r>
    </w:p>
    <w:p>
      <w:pPr>
        <w:spacing w:after="60" w:line="266" w:lineRule="auto"/>
        <w:ind w:firstLine="331"/>
        <w:jc w:val="both"/>
      </w:pPr>
      <w:r>
        <w:rPr>
          <w:rFonts w:ascii="Georgia" w:hAnsi="Georgia"/>
          <w:b w:val="0"/>
          <w:i w:val="0"/>
          <w:color w:val="22201D"/>
          <w:sz w:val="20"/>
        </w:rPr>
        <w:t>Behind it, a hook remained.</w:t>
      </w:r>
    </w:p>
    <w:p>
      <w:pPr>
        <w:spacing w:after="60" w:line="266" w:lineRule="auto"/>
        <w:ind w:firstLine="331"/>
        <w:jc w:val="both"/>
      </w:pPr>
      <w:r>
        <w:rPr>
          <w:rFonts w:ascii="Georgia" w:hAnsi="Georgia"/>
          <w:b w:val="0"/>
          <w:i w:val="0"/>
          <w:color w:val="22201D"/>
          <w:sz w:val="20"/>
        </w:rPr>
        <w:t>He hung the sign backward on the hook so the blank side faced the aisle.</w:t>
      </w:r>
    </w:p>
    <w:p>
      <w:pPr>
        <w:spacing w:after="60" w:line="266" w:lineRule="auto"/>
        <w:ind w:firstLine="331"/>
        <w:jc w:val="both"/>
      </w:pPr>
      <w:r>
        <w:rPr>
          <w:rFonts w:ascii="Georgia" w:hAnsi="Georgia"/>
          <w:b w:val="0"/>
          <w:i w:val="0"/>
          <w:color w:val="22201D"/>
          <w:sz w:val="20"/>
        </w:rPr>
        <w:t>"Do not destroy it?" Flocc asked.</w:t>
      </w:r>
    </w:p>
    <w:p>
      <w:pPr>
        <w:spacing w:after="60" w:line="266" w:lineRule="auto"/>
        <w:ind w:firstLine="331"/>
        <w:jc w:val="both"/>
      </w:pPr>
      <w:r>
        <w:rPr>
          <w:rFonts w:ascii="Georgia" w:hAnsi="Georgia"/>
          <w:b w:val="0"/>
          <w:i w:val="0"/>
          <w:color w:val="22201D"/>
          <w:sz w:val="20"/>
        </w:rPr>
        <w:t>"Might be useful elsewhere."</w:t>
      </w:r>
    </w:p>
    <w:p>
      <w:pPr>
        <w:spacing w:after="60" w:line="266" w:lineRule="auto"/>
        <w:ind w:firstLine="331"/>
        <w:jc w:val="both"/>
      </w:pPr>
      <w:r>
        <w:rPr>
          <w:rFonts w:ascii="Georgia" w:hAnsi="Georgia"/>
          <w:b w:val="0"/>
          <w:i w:val="0"/>
          <w:color w:val="22201D"/>
          <w:sz w:val="20"/>
        </w:rPr>
        <w:t>"As an exit sign?"</w:t>
      </w:r>
    </w:p>
    <w:p>
      <w:pPr>
        <w:spacing w:after="60" w:line="266" w:lineRule="auto"/>
        <w:ind w:firstLine="331"/>
        <w:jc w:val="both"/>
      </w:pPr>
      <w:r>
        <w:rPr>
          <w:rFonts w:ascii="Georgia" w:hAnsi="Georgia"/>
          <w:b w:val="0"/>
          <w:i w:val="0"/>
          <w:color w:val="22201D"/>
          <w:sz w:val="20"/>
        </w:rPr>
        <w:t>"If placed above an exit."</w:t>
      </w:r>
    </w:p>
    <w:p>
      <w:pPr>
        <w:spacing w:after="60" w:line="266" w:lineRule="auto"/>
        <w:ind w:firstLine="331"/>
        <w:jc w:val="both"/>
      </w:pPr>
      <w:r>
        <w:rPr>
          <w:rFonts w:ascii="Georgia" w:hAnsi="Georgia"/>
          <w:b w:val="0"/>
          <w:i w:val="0"/>
          <w:color w:val="22201D"/>
          <w:sz w:val="20"/>
        </w:rPr>
        <w:t>The pantry accepted this with a click.</w:t>
      </w:r>
    </w:p>
    <w:p>
      <w:pPr>
        <w:spacing w:after="60" w:line="266" w:lineRule="auto"/>
        <w:ind w:firstLine="331"/>
        <w:jc w:val="both"/>
      </w:pPr>
      <w:r>
        <w:rPr>
          <w:rFonts w:ascii="Georgia" w:hAnsi="Georgia"/>
          <w:b w:val="0"/>
          <w:i w:val="0"/>
          <w:color w:val="22201D"/>
          <w:sz w:val="20"/>
        </w:rPr>
        <w:t>The curtain label changed:</w:t>
      </w:r>
    </w:p>
    <w:p>
      <w:pPr>
        <w:spacing w:after="60" w:line="250" w:lineRule="auto"/>
        <w:ind w:left="202" w:right="173"/>
      </w:pPr>
      <w:r>
        <w:rPr>
          <w:rFonts w:ascii="Georgia" w:hAnsi="Georgia"/>
          <w:b w:val="0"/>
          <w:i w:val="0"/>
          <w:color w:val="22201D"/>
          <w:sz w:val="17"/>
        </w:rPr>
        <w:t>RECIPE STORAGE NO EXIT</w:t>
      </w:r>
    </w:p>
    <w:p>
      <w:pPr>
        <w:spacing w:after="60" w:line="266" w:lineRule="auto"/>
        <w:ind w:firstLine="331"/>
        <w:jc w:val="both"/>
      </w:pPr>
      <w:r>
        <w:rPr>
          <w:rFonts w:ascii="Georgia" w:hAnsi="Georgia"/>
          <w:b w:val="0"/>
          <w:i w:val="0"/>
          <w:color w:val="22201D"/>
          <w:sz w:val="20"/>
        </w:rPr>
        <w:t>A card slid from the shelf beneath it.</w:t>
      </w:r>
    </w:p>
    <w:p>
      <w:pPr>
        <w:spacing w:after="60" w:line="250" w:lineRule="auto"/>
        <w:ind w:left="202" w:right="173"/>
      </w:pPr>
      <w:r>
        <w:rPr>
          <w:rFonts w:ascii="Georgia" w:hAnsi="Georgia"/>
          <w:b w:val="0"/>
          <w:i w:val="0"/>
          <w:color w:val="22201D"/>
          <w:sz w:val="17"/>
        </w:rPr>
        <w:t>RECIPE CARD Status: sealed Note: confession not yet admitted Next price: follow through</w:t>
      </w:r>
    </w:p>
    <w:p>
      <w:pPr>
        <w:spacing w:after="60" w:line="266" w:lineRule="auto"/>
        <w:ind w:firstLine="331"/>
        <w:jc w:val="both"/>
      </w:pPr>
      <w:r>
        <w:rPr>
          <w:rFonts w:ascii="Georgia" w:hAnsi="Georgia"/>
          <w:b w:val="0"/>
          <w:i w:val="0"/>
          <w:color w:val="22201D"/>
          <w:sz w:val="20"/>
        </w:rPr>
        <w:t>The Hostess reached for it.</w:t>
      </w:r>
    </w:p>
    <w:p>
      <w:pPr>
        <w:spacing w:after="60" w:line="266" w:lineRule="auto"/>
        <w:ind w:firstLine="331"/>
        <w:jc w:val="both"/>
      </w:pPr>
      <w:r>
        <w:rPr>
          <w:rFonts w:ascii="Georgia" w:hAnsi="Georgia"/>
          <w:b w:val="0"/>
          <w:i w:val="0"/>
          <w:color w:val="22201D"/>
          <w:sz w:val="20"/>
        </w:rPr>
        <w:t>Gerald said, "Wait."</w:t>
      </w:r>
    </w:p>
    <w:p>
      <w:pPr>
        <w:spacing w:after="60" w:line="266" w:lineRule="auto"/>
        <w:ind w:firstLine="331"/>
        <w:jc w:val="both"/>
      </w:pPr>
      <w:r>
        <w:rPr>
          <w:rFonts w:ascii="Georgia" w:hAnsi="Georgia"/>
          <w:b w:val="0"/>
          <w:i w:val="0"/>
          <w:color w:val="22201D"/>
          <w:sz w:val="20"/>
        </w:rPr>
        <w:t>She stopped.</w:t>
      </w:r>
    </w:p>
    <w:p>
      <w:pPr>
        <w:spacing w:after="60" w:line="266" w:lineRule="auto"/>
        <w:ind w:firstLine="331"/>
        <w:jc w:val="both"/>
      </w:pPr>
      <w:r>
        <w:rPr>
          <w:rFonts w:ascii="Georgia" w:hAnsi="Georgia"/>
          <w:b w:val="0"/>
          <w:i w:val="0"/>
          <w:color w:val="22201D"/>
          <w:sz w:val="20"/>
        </w:rPr>
        <w:t>He inspected the shelf under the card.</w:t>
      </w:r>
    </w:p>
    <w:p>
      <w:pPr>
        <w:spacing w:after="60" w:line="266" w:lineRule="auto"/>
        <w:ind w:firstLine="331"/>
        <w:jc w:val="both"/>
      </w:pPr>
      <w:r>
        <w:rPr>
          <w:rFonts w:ascii="Georgia" w:hAnsi="Georgia"/>
          <w:b w:val="0"/>
          <w:i w:val="0"/>
          <w:color w:val="22201D"/>
          <w:sz w:val="20"/>
        </w:rPr>
        <w:t>"Loose bracket."</w:t>
      </w:r>
    </w:p>
    <w:p>
      <w:pPr>
        <w:spacing w:after="60" w:line="266" w:lineRule="auto"/>
        <w:ind w:firstLine="331"/>
        <w:jc w:val="both"/>
      </w:pPr>
      <w:r>
        <w:rPr>
          <w:rFonts w:ascii="Georgia" w:hAnsi="Georgia"/>
          <w:b w:val="0"/>
          <w:i w:val="0"/>
          <w:color w:val="22201D"/>
          <w:sz w:val="20"/>
        </w:rPr>
        <w:t>He tightened it with a screwdriver from his pocket.</w:t>
      </w:r>
    </w:p>
    <w:p>
      <w:pPr>
        <w:spacing w:after="60" w:line="266" w:lineRule="auto"/>
        <w:ind w:firstLine="331"/>
        <w:jc w:val="both"/>
      </w:pPr>
      <w:r>
        <w:rPr>
          <w:rFonts w:ascii="Georgia" w:hAnsi="Georgia"/>
          <w:b w:val="0"/>
          <w:i w:val="0"/>
          <w:color w:val="22201D"/>
          <w:sz w:val="20"/>
        </w:rPr>
        <w:t>Flocc looked at him.</w:t>
      </w:r>
    </w:p>
    <w:p>
      <w:pPr>
        <w:spacing w:after="60" w:line="266" w:lineRule="auto"/>
        <w:ind w:firstLine="331"/>
        <w:jc w:val="both"/>
      </w:pPr>
      <w:r>
        <w:rPr>
          <w:rFonts w:ascii="Georgia" w:hAnsi="Georgia"/>
          <w:b w:val="0"/>
          <w:i w:val="0"/>
          <w:color w:val="22201D"/>
          <w:sz w:val="20"/>
        </w:rPr>
        <w:t>"You carry that?"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"Always?"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"When?"</w:t>
      </w:r>
    </w:p>
    <w:p>
      <w:pPr>
        <w:spacing w:after="60" w:line="266" w:lineRule="auto"/>
        <w:ind w:firstLine="331"/>
        <w:jc w:val="both"/>
      </w:pPr>
      <w:r>
        <w:rPr>
          <w:rFonts w:ascii="Georgia" w:hAnsi="Georgia"/>
          <w:b w:val="0"/>
          <w:i w:val="0"/>
          <w:color w:val="22201D"/>
          <w:sz w:val="20"/>
        </w:rPr>
        <w:t>"When doors are lying."</w:t>
      </w:r>
    </w:p>
    <w:p>
      <w:pPr>
        <w:spacing w:after="60" w:line="266" w:lineRule="auto"/>
        <w:ind w:firstLine="331"/>
        <w:jc w:val="both"/>
      </w:pPr>
      <w:r>
        <w:rPr>
          <w:rFonts w:ascii="Georgia" w:hAnsi="Georgia"/>
          <w:b w:val="0"/>
          <w:i w:val="0"/>
          <w:color w:val="22201D"/>
          <w:sz w:val="20"/>
        </w:rPr>
        <w:t>No one improved on that.</w:t>
      </w:r>
    </w:p>
    <w:p>
      <w:pPr>
        <w:spacing w:after="60" w:line="266" w:lineRule="auto"/>
        <w:ind w:firstLine="331"/>
        <w:jc w:val="both"/>
      </w:pPr>
      <w:r>
        <w:rPr>
          <w:rFonts w:ascii="Georgia" w:hAnsi="Georgia"/>
          <w:b w:val="0"/>
          <w:i w:val="0"/>
          <w:color w:val="22201D"/>
          <w:sz w:val="20"/>
        </w:rPr>
        <w:t>The shelf stabilized.</w:t>
      </w:r>
    </w:p>
    <w:p>
      <w:pPr>
        <w:spacing w:after="60" w:line="266" w:lineRule="auto"/>
        <w:ind w:firstLine="331"/>
        <w:jc w:val="both"/>
      </w:pPr>
      <w:r>
        <w:rPr>
          <w:rFonts w:ascii="Georgia" w:hAnsi="Georgia"/>
          <w:b w:val="0"/>
          <w:i w:val="0"/>
          <w:color w:val="22201D"/>
          <w:sz w:val="20"/>
        </w:rPr>
        <w:t>Gerald took the recipe card and handed it to the Hostess.</w:t>
      </w:r>
    </w:p>
    <w:p>
      <w:pPr>
        <w:spacing w:after="60" w:line="266" w:lineRule="auto"/>
        <w:ind w:firstLine="331"/>
        <w:jc w:val="both"/>
      </w:pPr>
      <w:r>
        <w:rPr>
          <w:rFonts w:ascii="Georgia" w:hAnsi="Georgia"/>
          <w:b w:val="0"/>
          <w:i w:val="0"/>
          <w:color w:val="22201D"/>
          <w:sz w:val="20"/>
        </w:rPr>
        <w:t>"Now."</w:t>
      </w:r>
    </w:p>
    <w:p>
      <w:pPr>
        <w:spacing w:after="60" w:line="266" w:lineRule="auto"/>
        <w:ind w:firstLine="331"/>
        <w:jc w:val="both"/>
      </w:pPr>
      <w:r>
        <w:rPr>
          <w:rFonts w:ascii="Georgia" w:hAnsi="Georgia"/>
          <w:b w:val="0"/>
          <w:i w:val="0"/>
          <w:color w:val="22201D"/>
          <w:sz w:val="20"/>
        </w:rPr>
        <w:t>The card accepted being handled.</w:t>
      </w:r>
    </w:p>
    <w:p>
      <w:pPr>
        <w:spacing w:after="60" w:line="266" w:lineRule="auto"/>
        <w:ind w:firstLine="331"/>
        <w:jc w:val="both"/>
      </w:pPr>
      <w:r>
        <w:rPr>
          <w:rFonts w:ascii="Georgia" w:hAnsi="Georgia"/>
          <w:b w:val="0"/>
          <w:i w:val="0"/>
          <w:color w:val="22201D"/>
          <w:sz w:val="20"/>
        </w:rPr>
        <w:t>The inspection note printed:</w:t>
      </w:r>
    </w:p>
    <w:p>
      <w:pPr>
        <w:spacing w:after="60" w:line="250" w:lineRule="auto"/>
        <w:ind w:left="202" w:right="173"/>
      </w:pPr>
      <w:r>
        <w:rPr>
          <w:rFonts w:ascii="Georgia" w:hAnsi="Georgia"/>
          <w:b w:val="0"/>
          <w:i w:val="0"/>
          <w:color w:val="22201D"/>
          <w:sz w:val="17"/>
        </w:rPr>
        <w:t>CLEAN LABELS COMPLETE SIDE RECEIVING FUNCTION: CLEAR FALSE EXIT: RELABELED RECIPE STORAGE: STABLE</w:t>
      </w:r>
    </w:p>
    <w:p>
      <w:pPr>
        <w:spacing w:after="60" w:line="266" w:lineRule="auto"/>
        <w:ind w:firstLine="331"/>
        <w:jc w:val="both"/>
      </w:pPr>
      <w:r>
        <w:rPr>
          <w:rFonts w:ascii="Georgia" w:hAnsi="Georgia"/>
          <w:b w:val="0"/>
          <w:i w:val="0"/>
          <w:color w:val="22201D"/>
          <w:sz w:val="20"/>
        </w:rPr>
        <w:t>Gerald added:</w:t>
      </w:r>
    </w:p>
    <w:p>
      <w:pPr>
        <w:spacing w:after="60" w:line="250" w:lineRule="auto"/>
        <w:ind w:left="202" w:right="173"/>
      </w:pPr>
      <w:r>
        <w:rPr>
          <w:rFonts w:ascii="Georgia" w:hAnsi="Georgia"/>
          <w:b w:val="0"/>
          <w:i w:val="0"/>
          <w:color w:val="22201D"/>
          <w:sz w:val="17"/>
        </w:rPr>
        <w:t>Reinspect after next crate delivery.</w:t>
      </w:r>
    </w:p>
    <w:p>
      <w:pPr>
        <w:spacing w:after="60" w:line="266" w:lineRule="auto"/>
        <w:ind w:firstLine="331"/>
        <w:jc w:val="both"/>
      </w:pPr>
      <w:r>
        <w:rPr>
          <w:rFonts w:ascii="Georgia" w:hAnsi="Georgia"/>
          <w:b w:val="0"/>
          <w:i w:val="0"/>
          <w:color w:val="22201D"/>
          <w:sz w:val="20"/>
        </w:rPr>
        <w:t>The note stamped:</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They returned to the side receiving door.</w:t>
      </w:r>
    </w:p>
    <w:p>
      <w:pPr>
        <w:spacing w:after="60" w:line="266" w:lineRule="auto"/>
        <w:ind w:firstLine="331"/>
        <w:jc w:val="both"/>
      </w:pPr>
      <w:r>
        <w:rPr>
          <w:rFonts w:ascii="Georgia" w:hAnsi="Georgia"/>
          <w:b w:val="0"/>
          <w:i w:val="0"/>
          <w:color w:val="22201D"/>
          <w:sz w:val="20"/>
        </w:rPr>
        <w:t>The new label held.</w:t>
      </w:r>
    </w:p>
    <w:p>
      <w:pPr>
        <w:spacing w:after="60" w:line="266" w:lineRule="auto"/>
        <w:ind w:firstLine="331"/>
        <w:jc w:val="both"/>
      </w:pPr>
      <w:r>
        <w:rPr>
          <w:rFonts w:ascii="Georgia" w:hAnsi="Georgia"/>
          <w:b w:val="0"/>
          <w:i w:val="0"/>
          <w:color w:val="22201D"/>
          <w:sz w:val="20"/>
        </w:rPr>
        <w:t>The older NOT A DOOR paint remained visible at the edge, not hidden, not authoritative. History, not instruction.</w:t>
      </w:r>
    </w:p>
    <w:p>
      <w:pPr>
        <w:spacing w:after="60" w:line="266" w:lineRule="auto"/>
        <w:ind w:firstLine="331"/>
        <w:jc w:val="both"/>
      </w:pPr>
      <w:r>
        <w:rPr>
          <w:rFonts w:ascii="Georgia" w:hAnsi="Georgia"/>
          <w:b w:val="0"/>
          <w:i w:val="0"/>
          <w:color w:val="22201D"/>
          <w:sz w:val="20"/>
        </w:rPr>
        <w:t>The Hostess looked at it.</w:t>
      </w:r>
    </w:p>
    <w:p>
      <w:pPr>
        <w:spacing w:after="60" w:line="266" w:lineRule="auto"/>
        <w:ind w:firstLine="331"/>
        <w:jc w:val="both"/>
      </w:pPr>
      <w:r>
        <w:rPr>
          <w:rFonts w:ascii="Georgia" w:hAnsi="Georgia"/>
          <w:b w:val="0"/>
          <w:i w:val="0"/>
          <w:color w:val="22201D"/>
          <w:sz w:val="20"/>
        </w:rPr>
        <w:t>"Should we cover the old paint?"</w:t>
      </w:r>
    </w:p>
    <w:p>
      <w:pPr>
        <w:spacing w:after="60" w:line="266" w:lineRule="auto"/>
        <w:ind w:firstLine="331"/>
        <w:jc w:val="both"/>
      </w:pPr>
      <w:r>
        <w:rPr>
          <w:rFonts w:ascii="Georgia" w:hAnsi="Georgia"/>
          <w:b w:val="0"/>
          <w:i w:val="0"/>
          <w:color w:val="22201D"/>
          <w:sz w:val="20"/>
        </w:rPr>
        <w:t>Gerald shook his head.</w:t>
      </w:r>
    </w:p>
    <w:p>
      <w:pPr>
        <w:spacing w:after="60" w:line="266" w:lineRule="auto"/>
        <w:ind w:firstLine="331"/>
        <w:jc w:val="both"/>
      </w:pPr>
      <w:r>
        <w:rPr>
          <w:rFonts w:ascii="Georgia" w:hAnsi="Georgia"/>
          <w:b w:val="0"/>
          <w:i w:val="0"/>
          <w:color w:val="22201D"/>
          <w:sz w:val="20"/>
        </w:rPr>
        <w:t>"No. It explains prior function. It just can't be the active label."</w:t>
      </w:r>
    </w:p>
    <w:p>
      <w:pPr>
        <w:spacing w:after="60" w:line="266" w:lineRule="auto"/>
        <w:ind w:firstLine="331"/>
        <w:jc w:val="both"/>
      </w:pPr>
      <w:r>
        <w:rPr>
          <w:rFonts w:ascii="Georgia" w:hAnsi="Georgia"/>
          <w:b w:val="0"/>
          <w:i w:val="0"/>
          <w:color w:val="22201D"/>
          <w:sz w:val="20"/>
        </w:rPr>
        <w:t>Flocc said, "History, not instruction."</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inspection note added the phrase.</w:t>
      </w:r>
    </w:p>
    <w:p>
      <w:pPr>
        <w:spacing w:after="60" w:line="266" w:lineRule="auto"/>
        <w:ind w:firstLine="331"/>
        <w:jc w:val="both"/>
      </w:pPr>
      <w:r>
        <w:rPr>
          <w:rFonts w:ascii="Georgia" w:hAnsi="Georgia"/>
          <w:b w:val="0"/>
          <w:i w:val="0"/>
          <w:color w:val="22201D"/>
          <w:sz w:val="20"/>
        </w:rPr>
        <w:t>The pantry lights warmed.</w:t>
      </w:r>
    </w:p>
    <w:p>
      <w:pPr>
        <w:spacing w:after="60" w:line="266" w:lineRule="auto"/>
        <w:ind w:firstLine="331"/>
        <w:jc w:val="both"/>
      </w:pPr>
      <w:r>
        <w:rPr>
          <w:rFonts w:ascii="Georgia" w:hAnsi="Georgia"/>
          <w:b w:val="0"/>
          <w:i w:val="0"/>
          <w:color w:val="22201D"/>
          <w:sz w:val="20"/>
        </w:rPr>
        <w:t>From the recipe storage shelf, the sealed recipe card knocked once against the Hostess's palm.</w:t>
      </w:r>
    </w:p>
    <w:p>
      <w:pPr>
        <w:spacing w:after="60" w:line="266" w:lineRule="auto"/>
        <w:ind w:firstLine="331"/>
        <w:jc w:val="both"/>
      </w:pPr>
      <w:r>
        <w:rPr>
          <w:rFonts w:ascii="Georgia" w:hAnsi="Georgia"/>
          <w:b w:val="0"/>
          <w:i w:val="0"/>
          <w:color w:val="22201D"/>
          <w:sz w:val="20"/>
        </w:rPr>
        <w:t>It was ready to admit something.</w:t>
      </w:r>
    </w:p>
    <w:p>
      <w:pPr>
        <w:spacing w:after="60" w:line="266" w:lineRule="auto"/>
        <w:ind w:firstLine="331"/>
        <w:jc w:val="both"/>
      </w:pPr>
      <w:r>
        <w:rPr>
          <w:rFonts w:ascii="Georgia" w:hAnsi="Georgia"/>
          <w:b w:val="0"/>
          <w:i w:val="0"/>
          <w:color w:val="22201D"/>
          <w:sz w:val="20"/>
        </w:rPr>
        <w:t>Not yet to fix it.</w:t>
      </w:r>
    </w:p>
    <w:p>
      <w:pPr>
        <w:spacing w:after="60" w:line="266" w:lineRule="auto"/>
        <w:ind w:firstLine="331"/>
        <w:jc w:val="both"/>
      </w:pPr>
      <w:r>
        <w:rPr>
          <w:rFonts w:ascii="Georgia" w:hAnsi="Georgia"/>
          <w:b w:val="0"/>
          <w:i w:val="0"/>
          <w:color w:val="22201D"/>
          <w:sz w:val="20"/>
        </w:rPr>
        <w:t>Not yet to feed anyone.</w:t>
      </w:r>
    </w:p>
    <w:p>
      <w:pPr>
        <w:spacing w:after="60" w:line="266" w:lineRule="auto"/>
        <w:ind w:firstLine="331"/>
        <w:jc w:val="both"/>
      </w:pPr>
      <w:r>
        <w:rPr>
          <w:rFonts w:ascii="Georgia" w:hAnsi="Georgia"/>
          <w:b w:val="0"/>
          <w:i w:val="0"/>
          <w:color w:val="22201D"/>
          <w:sz w:val="20"/>
        </w:rPr>
        <w:t>But ready to stop pretending it was only a recipe.</w:t>
      </w:r>
    </w:p>
    <w:p>
      <w:pPr>
        <w:spacing w:after="60" w:line="266" w:lineRule="auto"/>
        <w:ind w:firstLine="331"/>
        <w:jc w:val="both"/>
      </w:pPr>
      <w:r>
        <w:rPr>
          <w:rFonts w:ascii="Georgia" w:hAnsi="Georgia"/>
          <w:b w:val="0"/>
          <w:i w:val="0"/>
          <w:color w:val="22201D"/>
          <w:sz w:val="20"/>
        </w:rPr>
        <w:t>The Hostess clipped Gerald's inspection note to the clean label.</w:t>
      </w:r>
    </w:p>
    <w:p>
      <w:pPr>
        <w:spacing w:after="60" w:line="266" w:lineRule="auto"/>
        <w:ind w:firstLine="331"/>
        <w:jc w:val="both"/>
      </w:pPr>
      <w:r>
        <w:rPr>
          <w:rFonts w:ascii="Georgia" w:hAnsi="Georgia"/>
          <w:b w:val="0"/>
          <w:i w:val="0"/>
          <w:color w:val="22201D"/>
          <w:sz w:val="20"/>
        </w:rPr>
        <w:t>For the first time since Flocc had entered the pantry, a door looked like what it did.</w:t>
      </w:r>
    </w:p>
    <w:p>
      <w:pPr>
        <w:spacing w:after="60" w:line="266" w:lineRule="auto"/>
        <w:ind w:firstLine="331"/>
        <w:jc w:val="both"/>
      </w:pPr>
      <w:r>
        <w:rPr>
          <w:rFonts w:ascii="Georgia" w:hAnsi="Georgia"/>
          <w:b w:val="0"/>
          <w:i w:val="0"/>
          <w:color w:val="22201D"/>
          <w:sz w:val="20"/>
        </w:rPr>
        <w:t>Gerald put his pencil away.</w:t>
      </w:r>
    </w:p>
    <w:p>
      <w:pPr>
        <w:spacing w:after="60" w:line="266" w:lineRule="auto"/>
        <w:ind w:firstLine="331"/>
        <w:jc w:val="both"/>
      </w:pPr>
      <w:r>
        <w:rPr>
          <w:rFonts w:ascii="Georgia" w:hAnsi="Georgia"/>
          <w:b w:val="0"/>
          <w:i w:val="0"/>
          <w:color w:val="22201D"/>
          <w:sz w:val="20"/>
        </w:rPr>
        <w:t>"Now it is safe enough for the next problem."</w:t>
      </w:r>
    </w:p>
    <w:p>
      <w:pPr>
        <w:spacing w:after="60" w:line="266" w:lineRule="auto"/>
        <w:ind w:firstLine="331"/>
        <w:jc w:val="both"/>
      </w:pPr>
      <w:r>
        <w:rPr>
          <w:rFonts w:ascii="Georgia" w:hAnsi="Georgia"/>
          <w:b w:val="0"/>
          <w:i w:val="0"/>
          <w:color w:val="22201D"/>
          <w:sz w:val="20"/>
        </w:rPr>
        <w:t>The recipe card in the Hostess's hand unfolded one corner.</w:t>
      </w:r>
    </w:p>
    <w:p>
      <w:pPr>
        <w:spacing w:after="60" w:line="250" w:lineRule="auto"/>
        <w:ind w:left="202" w:right="173"/>
      </w:pPr>
      <w:r>
        <w:rPr>
          <w:rFonts w:ascii="Georgia" w:hAnsi="Georgia"/>
          <w:b w:val="0"/>
          <w:i w:val="0"/>
          <w:color w:val="22201D"/>
          <w:sz w:val="17"/>
        </w:rPr>
        <w:t>THE RECIPE ADMITS IT WAS A CONFESSION Price: follow through</w:t>
      </w:r>
    </w:p>
    <w:p>
      <w:pPr>
        <w:spacing w:after="60" w:line="266" w:lineRule="auto"/>
        <w:ind w:firstLine="331"/>
        <w:jc w:val="both"/>
      </w:pPr>
      <w:r>
        <w:rPr>
          <w:rFonts w:ascii="Georgia" w:hAnsi="Georgia"/>
          <w:b w:val="0"/>
          <w:i w:val="0"/>
          <w:color w:val="22201D"/>
          <w:sz w:val="20"/>
        </w:rPr>
        <w:t>Flocc looked from the card to Gerald.</w:t>
      </w:r>
    </w:p>
    <w:p>
      <w:pPr>
        <w:spacing w:after="60" w:line="266" w:lineRule="auto"/>
        <w:ind w:firstLine="331"/>
        <w:jc w:val="both"/>
      </w:pPr>
      <w:r>
        <w:rPr>
          <w:rFonts w:ascii="Georgia" w:hAnsi="Georgia"/>
          <w:b w:val="0"/>
          <w:i w:val="0"/>
          <w:color w:val="22201D"/>
          <w:sz w:val="20"/>
        </w:rPr>
        <w:t>"Are you staying?"</w:t>
      </w:r>
    </w:p>
    <w:p>
      <w:pPr>
        <w:spacing w:after="60" w:line="266" w:lineRule="auto"/>
        <w:ind w:firstLine="331"/>
        <w:jc w:val="both"/>
      </w:pPr>
      <w:r>
        <w:rPr>
          <w:rFonts w:ascii="Georgia" w:hAnsi="Georgia"/>
          <w:b w:val="0"/>
          <w:i w:val="0"/>
          <w:color w:val="22201D"/>
          <w:sz w:val="20"/>
        </w:rPr>
        <w:t>Gerald checked the side receiving clearance one more time.</w:t>
      </w:r>
    </w:p>
    <w:p>
      <w:pPr>
        <w:spacing w:after="60" w:line="266" w:lineRule="auto"/>
        <w:ind w:firstLine="331"/>
        <w:jc w:val="both"/>
      </w:pPr>
      <w:r>
        <w:rPr>
          <w:rFonts w:ascii="Georgia" w:hAnsi="Georgia"/>
          <w:b w:val="0"/>
          <w:i w:val="0"/>
          <w:color w:val="22201D"/>
          <w:sz w:val="20"/>
        </w:rPr>
        <w:t>"Until the labels remain clean."</w:t>
      </w:r>
    </w:p>
    <w:p>
      <w:pPr>
        <w:spacing w:after="60" w:line="266" w:lineRule="auto"/>
        <w:ind w:firstLine="331"/>
        <w:jc w:val="both"/>
      </w:pPr>
      <w:r>
        <w:rPr>
          <w:rFonts w:ascii="Georgia" w:hAnsi="Georgia"/>
          <w:b w:val="0"/>
          <w:i w:val="0"/>
          <w:color w:val="22201D"/>
          <w:sz w:val="20"/>
        </w:rPr>
        <w:t>That was not a dramatic vow.</w:t>
      </w:r>
    </w:p>
    <w:p>
      <w:pPr>
        <w:spacing w:after="60" w:line="266" w:lineRule="auto"/>
        <w:ind w:firstLine="331"/>
        <w:jc w:val="both"/>
      </w:pPr>
      <w:r>
        <w:rPr>
          <w:rFonts w:ascii="Georgia" w:hAnsi="Georgia"/>
          <w:b w:val="0"/>
          <w:i w:val="0"/>
          <w:color w:val="22201D"/>
          <w:sz w:val="20"/>
        </w:rPr>
        <w:t>It was better.</w:t>
      </w:r>
    </w:p>
    <w:p>
      <w:pPr>
        <w:spacing w:after="60" w:line="266" w:lineRule="auto"/>
        <w:ind w:firstLine="331"/>
        <w:jc w:val="both"/>
      </w:pPr>
      <w:r>
        <w:rPr>
          <w:rFonts w:ascii="Georgia" w:hAnsi="Georgia"/>
          <w:b w:val="0"/>
          <w:i w:val="0"/>
          <w:color w:val="22201D"/>
          <w:sz w:val="20"/>
        </w:rPr>
        <w:t>It was an inspection schedule.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10: The Recipe Admits It Was a Confession</w:t>
      </w:r>
    </w:p>
    <w:p>
      <w:pPr>
        <w:spacing w:after="60" w:line="266" w:lineRule="auto"/>
        <w:ind w:firstLine="0"/>
        <w:jc w:val="both"/>
      </w:pPr>
      <w:r>
        <w:rPr>
          <w:rFonts w:ascii="Georgia" w:hAnsi="Georgia"/>
          <w:b w:val="0"/>
          <w:i w:val="0"/>
          <w:color w:val="22201D"/>
          <w:sz w:val="20"/>
        </w:rPr>
        <w:t>The recipe card did not open all at once.</w:t>
      </w:r>
    </w:p>
    <w:p>
      <w:pPr>
        <w:spacing w:after="60" w:line="266" w:lineRule="auto"/>
        <w:ind w:firstLine="331"/>
        <w:jc w:val="both"/>
      </w:pPr>
      <w:r>
        <w:rPr>
          <w:rFonts w:ascii="Georgia" w:hAnsi="Georgia"/>
          <w:b w:val="0"/>
          <w:i w:val="0"/>
          <w:color w:val="22201D"/>
          <w:sz w:val="20"/>
        </w:rPr>
        <w:t>It unfolded one corner, thought better of itself, and stopped.</w:t>
      </w:r>
    </w:p>
    <w:p>
      <w:pPr>
        <w:spacing w:after="60" w:line="266" w:lineRule="auto"/>
        <w:ind w:firstLine="331"/>
        <w:jc w:val="both"/>
      </w:pPr>
      <w:r>
        <w:rPr>
          <w:rFonts w:ascii="Georgia" w:hAnsi="Georgia"/>
          <w:b w:val="0"/>
          <w:i w:val="0"/>
          <w:color w:val="22201D"/>
          <w:sz w:val="20"/>
        </w:rPr>
        <w:t>This made everyone in the pantry distrust it immediately.</w:t>
      </w:r>
    </w:p>
    <w:p>
      <w:pPr>
        <w:spacing w:after="60" w:line="266" w:lineRule="auto"/>
        <w:ind w:firstLine="331"/>
        <w:jc w:val="both"/>
      </w:pPr>
      <w:r>
        <w:rPr>
          <w:rFonts w:ascii="Georgia" w:hAnsi="Georgia"/>
          <w:b w:val="0"/>
          <w:i w:val="0"/>
          <w:color w:val="22201D"/>
          <w:sz w:val="20"/>
        </w:rPr>
        <w:t>Gerald leaned toward the card without touching it.</w:t>
      </w:r>
    </w:p>
    <w:p>
      <w:pPr>
        <w:spacing w:after="60" w:line="266" w:lineRule="auto"/>
        <w:ind w:firstLine="331"/>
        <w:jc w:val="both"/>
      </w:pPr>
      <w:r>
        <w:rPr>
          <w:rFonts w:ascii="Georgia" w:hAnsi="Georgia"/>
          <w:b w:val="0"/>
          <w:i w:val="0"/>
          <w:color w:val="22201D"/>
          <w:sz w:val="20"/>
        </w:rPr>
        <w:t>"Hesitation," he said.</w:t>
      </w:r>
    </w:p>
    <w:p>
      <w:pPr>
        <w:spacing w:after="60" w:line="266" w:lineRule="auto"/>
        <w:ind w:firstLine="331"/>
        <w:jc w:val="both"/>
      </w:pPr>
      <w:r>
        <w:rPr>
          <w:rFonts w:ascii="Georgia" w:hAnsi="Georgia"/>
          <w:b w:val="0"/>
          <w:i w:val="0"/>
          <w:color w:val="22201D"/>
          <w:sz w:val="20"/>
        </w:rPr>
        <w:t>The Hostess held the card flat against her palm. The card remained sealed except for the lifted corner, which trembled very slightly in the draft from the side receiving door.</w:t>
      </w:r>
    </w:p>
    <w:p>
      <w:pPr>
        <w:spacing w:after="60" w:line="266" w:lineRule="auto"/>
        <w:ind w:firstLine="331"/>
        <w:jc w:val="both"/>
      </w:pPr>
      <w:r>
        <w:rPr>
          <w:rFonts w:ascii="Georgia" w:hAnsi="Georgia"/>
          <w:b w:val="0"/>
          <w:i w:val="0"/>
          <w:color w:val="22201D"/>
          <w:sz w:val="20"/>
        </w:rPr>
        <w:t>"Not hesitation," Steve said from behind the inventory log. "Maybe pending disclosure."</w:t>
      </w:r>
    </w:p>
    <w:p>
      <w:pPr>
        <w:spacing w:after="60" w:line="266" w:lineRule="auto"/>
        <w:ind w:firstLine="331"/>
        <w:jc w:val="both"/>
      </w:pPr>
      <w:r>
        <w:rPr>
          <w:rFonts w:ascii="Georgia" w:hAnsi="Georgia"/>
          <w:b w:val="0"/>
          <w:i w:val="0"/>
          <w:color w:val="22201D"/>
          <w:sz w:val="20"/>
        </w:rPr>
        <w:t>Gerald gave him the look he reserved for people who named a loose shelf "a transitional surface."</w:t>
      </w:r>
    </w:p>
    <w:p>
      <w:pPr>
        <w:spacing w:after="60" w:line="266" w:lineRule="auto"/>
        <w:ind w:firstLine="331"/>
        <w:jc w:val="both"/>
      </w:pPr>
      <w:r>
        <w:rPr>
          <w:rFonts w:ascii="Georgia" w:hAnsi="Georgia"/>
          <w:b w:val="0"/>
          <w:i w:val="0"/>
          <w:color w:val="22201D"/>
          <w:sz w:val="20"/>
        </w:rPr>
        <w:t>"Hesitation," Gerald repeated.</w:t>
      </w:r>
    </w:p>
    <w:p>
      <w:pPr>
        <w:spacing w:after="60" w:line="266" w:lineRule="auto"/>
        <w:ind w:firstLine="331"/>
        <w:jc w:val="both"/>
      </w:pPr>
      <w:r>
        <w:rPr>
          <w:rFonts w:ascii="Georgia" w:hAnsi="Georgia"/>
          <w:b w:val="0"/>
          <w:i w:val="0"/>
          <w:color w:val="22201D"/>
          <w:sz w:val="20"/>
        </w:rPr>
        <w:t>The pantry accepted that, possibly because the pantry had learned that Gerald was more likely to fix a thing after insulting it accurately.</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RECIPE CARD  Status: sealed but no longer hiding  Dish: not yet safe to prepare  Price: follow through</w:t>
      </w:r>
    </w:p>
    <w:p>
      <w:pPr>
        <w:spacing w:after="60" w:line="266" w:lineRule="auto"/>
        <w:ind w:firstLine="331"/>
        <w:jc w:val="both"/>
      </w:pPr>
      <w:r>
        <w:rPr>
          <w:rFonts w:ascii="Georgia" w:hAnsi="Georgia"/>
          <w:b w:val="0"/>
          <w:i w:val="0"/>
          <w:color w:val="22201D"/>
          <w:sz w:val="20"/>
        </w:rPr>
        <w:t>Flocc read the last line twice.</w:t>
      </w:r>
    </w:p>
    <w:p>
      <w:pPr>
        <w:spacing w:after="60" w:line="266" w:lineRule="auto"/>
        <w:ind w:firstLine="331"/>
        <w:jc w:val="both"/>
      </w:pPr>
      <w:r>
        <w:rPr>
          <w:rFonts w:ascii="Georgia" w:hAnsi="Georgia"/>
          <w:b w:val="0"/>
          <w:i w:val="0"/>
          <w:color w:val="22201D"/>
          <w:sz w:val="20"/>
        </w:rPr>
        <w:t>He wanted the price to mean he had to understand something with unusual sincerity. Understanding was expensive, but it was still portable. He could carry it around the pantry and show it when asked.</w:t>
      </w:r>
    </w:p>
    <w:p>
      <w:pPr>
        <w:spacing w:after="60" w:line="266" w:lineRule="auto"/>
        <w:ind w:firstLine="331"/>
        <w:jc w:val="both"/>
      </w:pPr>
      <w:r>
        <w:rPr>
          <w:rFonts w:ascii="Georgia" w:hAnsi="Georgia"/>
          <w:b w:val="0"/>
          <w:i w:val="0"/>
          <w:color w:val="22201D"/>
          <w:sz w:val="20"/>
        </w:rPr>
        <w:t>Follow through was not portable.</w:t>
      </w:r>
    </w:p>
    <w:p>
      <w:pPr>
        <w:spacing w:after="60" w:line="266" w:lineRule="auto"/>
        <w:ind w:firstLine="331"/>
        <w:jc w:val="both"/>
      </w:pPr>
      <w:r>
        <w:rPr>
          <w:rFonts w:ascii="Georgia" w:hAnsi="Georgia"/>
          <w:b w:val="0"/>
          <w:i w:val="0"/>
          <w:color w:val="22201D"/>
          <w:sz w:val="20"/>
        </w:rPr>
        <w:t>Follow through had locations.</w:t>
      </w:r>
    </w:p>
    <w:p>
      <w:pPr>
        <w:spacing w:after="60" w:line="266" w:lineRule="auto"/>
        <w:ind w:firstLine="331"/>
        <w:jc w:val="both"/>
      </w:pPr>
      <w:r>
        <w:rPr>
          <w:rFonts w:ascii="Georgia" w:hAnsi="Georgia"/>
          <w:b w:val="0"/>
          <w:i w:val="0"/>
          <w:color w:val="22201D"/>
          <w:sz w:val="20"/>
        </w:rPr>
        <w:t>Follow through had other people's schedules.</w:t>
      </w:r>
    </w:p>
    <w:p>
      <w:pPr>
        <w:spacing w:after="60" w:line="266" w:lineRule="auto"/>
        <w:ind w:firstLine="331"/>
        <w:jc w:val="both"/>
      </w:pPr>
      <w:r>
        <w:rPr>
          <w:rFonts w:ascii="Georgia" w:hAnsi="Georgia"/>
          <w:b w:val="0"/>
          <w:i w:val="0"/>
          <w:color w:val="22201D"/>
          <w:sz w:val="20"/>
        </w:rPr>
        <w:t>Follow through had dish towels that did not care whether your explanation was tender.</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"Do not reach for it."</w:t>
      </w:r>
    </w:p>
    <w:p>
      <w:pPr>
        <w:spacing w:after="60" w:line="266" w:lineRule="auto"/>
        <w:ind w:firstLine="331"/>
        <w:jc w:val="both"/>
      </w:pPr>
      <w:r>
        <w:rPr>
          <w:rFonts w:ascii="Georgia" w:hAnsi="Georgia"/>
          <w:b w:val="0"/>
          <w:i w:val="0"/>
          <w:color w:val="22201D"/>
          <w:sz w:val="20"/>
        </w:rPr>
        <w:t>Flocc had not moved.</w:t>
      </w:r>
    </w:p>
    <w:p>
      <w:pPr>
        <w:spacing w:after="60" w:line="266" w:lineRule="auto"/>
        <w:ind w:firstLine="331"/>
        <w:jc w:val="both"/>
      </w:pPr>
      <w:r>
        <w:rPr>
          <w:rFonts w:ascii="Georgia" w:hAnsi="Georgia"/>
          <w:b w:val="0"/>
          <w:i w:val="0"/>
          <w:color w:val="22201D"/>
          <w:sz w:val="20"/>
        </w:rPr>
        <w:t>That was the irritating part.</w:t>
      </w:r>
    </w:p>
    <w:p>
      <w:pPr>
        <w:spacing w:after="60" w:line="266" w:lineRule="auto"/>
        <w:ind w:firstLine="331"/>
        <w:jc w:val="both"/>
      </w:pPr>
      <w:r>
        <w:rPr>
          <w:rFonts w:ascii="Georgia" w:hAnsi="Georgia"/>
          <w:b w:val="0"/>
          <w:i w:val="0"/>
          <w:color w:val="22201D"/>
          <w:sz w:val="20"/>
        </w:rPr>
        <w:t>"I know," he said.</w:t>
      </w:r>
    </w:p>
    <w:p>
      <w:pPr>
        <w:spacing w:after="60" w:line="266" w:lineRule="auto"/>
        <w:ind w:firstLine="331"/>
        <w:jc w:val="both"/>
      </w:pPr>
      <w:r>
        <w:rPr>
          <w:rFonts w:ascii="Georgia" w:hAnsi="Georgia"/>
          <w:b w:val="0"/>
          <w:i w:val="0"/>
          <w:color w:val="22201D"/>
          <w:sz w:val="20"/>
        </w:rPr>
        <w:t>"You were reaching with your face."</w:t>
      </w:r>
    </w:p>
    <w:p>
      <w:pPr>
        <w:spacing w:after="60" w:line="266" w:lineRule="auto"/>
        <w:ind w:firstLine="331"/>
        <w:jc w:val="both"/>
      </w:pPr>
      <w:r>
        <w:rPr>
          <w:rFonts w:ascii="Georgia" w:hAnsi="Georgia"/>
          <w:b w:val="0"/>
          <w:i w:val="0"/>
          <w:color w:val="22201D"/>
          <w:sz w:val="20"/>
        </w:rPr>
        <w:t>Nico, who had been pretending not to enjoy the phrase, made a small note and then looked guilty.</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 phrase harvesting during active confession.</w:t>
      </w:r>
    </w:p>
    <w:p>
      <w:pPr>
        <w:spacing w:after="60" w:line="266" w:lineRule="auto"/>
        <w:ind w:firstLine="331"/>
        <w:jc w:val="both"/>
      </w:pPr>
      <w:r>
        <w:rPr>
          <w:rFonts w:ascii="Georgia" w:hAnsi="Georgia"/>
          <w:b w:val="0"/>
          <w:i w:val="0"/>
          <w:color w:val="22201D"/>
          <w:sz w:val="20"/>
        </w:rPr>
        <w:t>Nico closed his notebook.</w:t>
      </w:r>
    </w:p>
    <w:p>
      <w:pPr>
        <w:spacing w:after="60" w:line="266" w:lineRule="auto"/>
        <w:ind w:firstLine="331"/>
        <w:jc w:val="both"/>
      </w:pPr>
      <w:r>
        <w:rPr>
          <w:rFonts w:ascii="Georgia" w:hAnsi="Georgia"/>
          <w:b w:val="0"/>
          <w:i w:val="0"/>
          <w:color w:val="22201D"/>
          <w:sz w:val="20"/>
        </w:rPr>
        <w:t>"Reasonable."</w:t>
      </w:r>
    </w:p>
    <w:p>
      <w:pPr>
        <w:spacing w:after="60" w:line="266" w:lineRule="auto"/>
        <w:ind w:firstLine="331"/>
        <w:jc w:val="both"/>
      </w:pPr>
      <w:r>
        <w:rPr>
          <w:rFonts w:ascii="Georgia" w:hAnsi="Georgia"/>
          <w:b w:val="0"/>
          <w:i w:val="0"/>
          <w:color w:val="22201D"/>
          <w:sz w:val="20"/>
        </w:rPr>
        <w:t>Bob stood by the side receiving shelf with the invoice tucked under one arm. He had not left after the mushroom delivery. Bob did not loiter. Bob remained when a route had not yet finished using him.</w:t>
      </w:r>
    </w:p>
    <w:p>
      <w:pPr>
        <w:spacing w:after="60" w:line="266" w:lineRule="auto"/>
        <w:ind w:firstLine="331"/>
        <w:jc w:val="both"/>
      </w:pPr>
      <w:r>
        <w:rPr>
          <w:rFonts w:ascii="Georgia" w:hAnsi="Georgia"/>
          <w:b w:val="0"/>
          <w:i w:val="0"/>
          <w:color w:val="22201D"/>
          <w:sz w:val="20"/>
        </w:rPr>
        <w:t>The wrong mushroom sat on the corrected shelf, no longer wrong for the room, just wrong for laziness.</w:t>
      </w:r>
    </w:p>
    <w:p>
      <w:pPr>
        <w:spacing w:after="60" w:line="266" w:lineRule="auto"/>
        <w:ind w:firstLine="331"/>
        <w:jc w:val="both"/>
      </w:pPr>
      <w:r>
        <w:rPr>
          <w:rFonts w:ascii="Georgia" w:hAnsi="Georgia"/>
          <w:b w:val="0"/>
          <w:i w:val="0"/>
          <w:color w:val="22201D"/>
          <w:sz w:val="20"/>
        </w:rPr>
        <w:t>Its label read:</w:t>
      </w:r>
    </w:p>
    <w:p>
      <w:pPr>
        <w:spacing w:after="60" w:line="250" w:lineRule="auto"/>
        <w:ind w:left="202" w:right="173"/>
      </w:pPr>
      <w:r>
        <w:rPr>
          <w:rFonts w:ascii="Georgia" w:hAnsi="Georgia"/>
          <w:b w:val="0"/>
          <w:i w:val="0"/>
          <w:color w:val="22201D"/>
          <w:sz w:val="17"/>
        </w:rPr>
        <w:t>VOIDBERRY FATALII Use only when substitution has been named. Do not sweeten to avoid the heat. Do not heat to avoid the sweetness.</w:t>
      </w:r>
    </w:p>
    <w:p>
      <w:pPr>
        <w:spacing w:after="60" w:line="266" w:lineRule="auto"/>
        <w:ind w:firstLine="331"/>
        <w:jc w:val="both"/>
      </w:pPr>
      <w:r>
        <w:rPr>
          <w:rFonts w:ascii="Georgia" w:hAnsi="Georgia"/>
          <w:b w:val="0"/>
          <w:i w:val="0"/>
          <w:color w:val="22201D"/>
          <w:sz w:val="20"/>
        </w:rPr>
        <w:t>Gerald checked the mushroom label again.</w:t>
      </w:r>
    </w:p>
    <w:p>
      <w:pPr>
        <w:spacing w:after="60" w:line="266" w:lineRule="auto"/>
        <w:ind w:firstLine="331"/>
        <w:jc w:val="both"/>
      </w:pPr>
      <w:r>
        <w:rPr>
          <w:rFonts w:ascii="Georgia" w:hAnsi="Georgia"/>
          <w:b w:val="0"/>
          <w:i w:val="0"/>
          <w:color w:val="22201D"/>
          <w:sz w:val="20"/>
        </w:rPr>
        <w:t>"Still legible."</w:t>
      </w:r>
    </w:p>
    <w:p>
      <w:pPr>
        <w:spacing w:after="60" w:line="266" w:lineRule="auto"/>
        <w:ind w:firstLine="331"/>
        <w:jc w:val="both"/>
      </w:pPr>
      <w:r>
        <w:rPr>
          <w:rFonts w:ascii="Georgia" w:hAnsi="Georgia"/>
          <w:b w:val="0"/>
          <w:i w:val="0"/>
          <w:color w:val="22201D"/>
          <w:sz w:val="20"/>
        </w:rPr>
        <w:t>Bob said, "Good."</w:t>
      </w:r>
    </w:p>
    <w:p>
      <w:pPr>
        <w:spacing w:after="60" w:line="266" w:lineRule="auto"/>
        <w:ind w:firstLine="331"/>
        <w:jc w:val="both"/>
      </w:pPr>
      <w:r>
        <w:rPr>
          <w:rFonts w:ascii="Georgia" w:hAnsi="Georgia"/>
          <w:b w:val="0"/>
          <w:i w:val="0"/>
          <w:color w:val="22201D"/>
          <w:sz w:val="20"/>
        </w:rPr>
        <w:t>That was nearly a speech, for Bob.</w:t>
      </w:r>
    </w:p>
    <w:p>
      <w:pPr>
        <w:spacing w:after="60" w:line="266" w:lineRule="auto"/>
        <w:ind w:firstLine="331"/>
        <w:jc w:val="both"/>
      </w:pPr>
      <w:r>
        <w:rPr>
          <w:rFonts w:ascii="Georgia" w:hAnsi="Georgia"/>
          <w:b w:val="0"/>
          <w:i w:val="0"/>
          <w:color w:val="22201D"/>
          <w:sz w:val="20"/>
        </w:rPr>
        <w:t>The Hostess placed the recipe card on the middle worktable.</w:t>
      </w:r>
    </w:p>
    <w:p>
      <w:pPr>
        <w:spacing w:after="60" w:line="266" w:lineRule="auto"/>
        <w:ind w:firstLine="331"/>
        <w:jc w:val="both"/>
      </w:pPr>
      <w:r>
        <w:rPr>
          <w:rFonts w:ascii="Georgia" w:hAnsi="Georgia"/>
          <w:b w:val="0"/>
          <w:i w:val="0"/>
          <w:color w:val="22201D"/>
          <w:sz w:val="20"/>
        </w:rPr>
        <w:t>The pantry had not had a middle worktable a moment earlier.</w:t>
      </w:r>
    </w:p>
    <w:p>
      <w:pPr>
        <w:spacing w:after="60" w:line="266" w:lineRule="auto"/>
        <w:ind w:firstLine="331"/>
        <w:jc w:val="both"/>
      </w:pPr>
      <w:r>
        <w:rPr>
          <w:rFonts w:ascii="Georgia" w:hAnsi="Georgia"/>
          <w:b w:val="0"/>
          <w:i w:val="0"/>
          <w:color w:val="22201D"/>
          <w:sz w:val="20"/>
        </w:rPr>
        <w:t>Gerald noticed.</w:t>
      </w:r>
    </w:p>
    <w:p>
      <w:pPr>
        <w:spacing w:after="60" w:line="266" w:lineRule="auto"/>
        <w:ind w:firstLine="331"/>
        <w:jc w:val="both"/>
      </w:pPr>
      <w:r>
        <w:rPr>
          <w:rFonts w:ascii="Georgia" w:hAnsi="Georgia"/>
          <w:b w:val="0"/>
          <w:i w:val="0"/>
          <w:color w:val="22201D"/>
          <w:sz w:val="20"/>
        </w:rPr>
        <w:t>"This table needs clearance."</w:t>
      </w:r>
    </w:p>
    <w:p>
      <w:pPr>
        <w:spacing w:after="60" w:line="266" w:lineRule="auto"/>
        <w:ind w:firstLine="331"/>
        <w:jc w:val="both"/>
      </w:pPr>
      <w:r>
        <w:rPr>
          <w:rFonts w:ascii="Georgia" w:hAnsi="Georgia"/>
          <w:b w:val="0"/>
          <w:i w:val="0"/>
          <w:color w:val="22201D"/>
          <w:sz w:val="20"/>
        </w:rPr>
        <w:t>The table slid two inches away from the shelf.</w:t>
      </w:r>
    </w:p>
    <w:p>
      <w:pPr>
        <w:spacing w:after="60" w:line="266" w:lineRule="auto"/>
        <w:ind w:firstLine="331"/>
        <w:jc w:val="both"/>
      </w:pPr>
      <w:r>
        <w:rPr>
          <w:rFonts w:ascii="Georgia" w:hAnsi="Georgia"/>
          <w:b w:val="0"/>
          <w:i w:val="0"/>
          <w:color w:val="22201D"/>
          <w:sz w:val="20"/>
        </w:rPr>
        <w:t>"More."</w:t>
      </w:r>
    </w:p>
    <w:p>
      <w:pPr>
        <w:spacing w:after="60" w:line="266" w:lineRule="auto"/>
        <w:ind w:firstLine="331"/>
        <w:jc w:val="both"/>
      </w:pPr>
      <w:r>
        <w:rPr>
          <w:rFonts w:ascii="Georgia" w:hAnsi="Georgia"/>
          <w:b w:val="0"/>
          <w:i w:val="0"/>
          <w:color w:val="22201D"/>
          <w:sz w:val="20"/>
        </w:rPr>
        <w:t>It slid another inch.</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 card unfolded its second corner.</w:t>
      </w:r>
    </w:p>
    <w:p>
      <w:pPr>
        <w:spacing w:after="60" w:line="250" w:lineRule="auto"/>
        <w:ind w:left="202" w:right="173"/>
      </w:pPr>
      <w:r>
        <w:rPr>
          <w:rFonts w:ascii="Georgia" w:hAnsi="Georgia"/>
          <w:b w:val="0"/>
          <w:i w:val="0"/>
          <w:color w:val="22201D"/>
          <w:sz w:val="17"/>
        </w:rPr>
        <w:t>THE RECIPE ADMITS IT WAS A CONFESSION  Servings: not transferable  Prep time: as long as avoidance has been active  Cook time: until the person who should have spoken does the next correct thing</w:t>
      </w:r>
    </w:p>
    <w:p>
      <w:pPr>
        <w:spacing w:after="60" w:line="266" w:lineRule="auto"/>
        <w:ind w:firstLine="331"/>
        <w:jc w:val="both"/>
      </w:pPr>
      <w:r>
        <w:rPr>
          <w:rFonts w:ascii="Georgia" w:hAnsi="Georgia"/>
          <w:b w:val="0"/>
          <w:i w:val="0"/>
          <w:color w:val="22201D"/>
          <w:sz w:val="20"/>
        </w:rPr>
        <w:t>Steve wrote the heading into the record and left a blank line beneath it.</w:t>
      </w:r>
    </w:p>
    <w:p>
      <w:pPr>
        <w:spacing w:after="60" w:line="266" w:lineRule="auto"/>
        <w:ind w:firstLine="331"/>
        <w:jc w:val="both"/>
      </w:pPr>
      <w:r>
        <w:rPr>
          <w:rFonts w:ascii="Georgia" w:hAnsi="Georgia"/>
          <w:b w:val="0"/>
          <w:i w:val="0"/>
          <w:color w:val="22201D"/>
          <w:sz w:val="20"/>
        </w:rPr>
        <w:t>"For what?" Flocc asked.</w:t>
      </w:r>
    </w:p>
    <w:p>
      <w:pPr>
        <w:spacing w:after="60" w:line="266" w:lineRule="auto"/>
        <w:ind w:firstLine="331"/>
        <w:jc w:val="both"/>
      </w:pPr>
      <w:r>
        <w:rPr>
          <w:rFonts w:ascii="Georgia" w:hAnsi="Georgia"/>
          <w:b w:val="0"/>
          <w:i w:val="0"/>
          <w:color w:val="22201D"/>
          <w:sz w:val="20"/>
        </w:rPr>
        <w:t>"For the name of the person who should have spoken."</w:t>
      </w:r>
    </w:p>
    <w:p>
      <w:pPr>
        <w:spacing w:after="60" w:line="266" w:lineRule="auto"/>
        <w:ind w:firstLine="331"/>
        <w:jc w:val="both"/>
      </w:pPr>
      <w:r>
        <w:rPr>
          <w:rFonts w:ascii="Georgia" w:hAnsi="Georgia"/>
          <w:b w:val="0"/>
          <w:i w:val="0"/>
          <w:color w:val="22201D"/>
          <w:sz w:val="20"/>
        </w:rPr>
        <w:t>The pantry became very interested in the ceiling.</w:t>
      </w:r>
    </w:p>
    <w:p>
      <w:pPr>
        <w:spacing w:after="60" w:line="266" w:lineRule="auto"/>
        <w:ind w:firstLine="331"/>
        <w:jc w:val="both"/>
      </w:pPr>
      <w:r>
        <w:rPr>
          <w:rFonts w:ascii="Georgia" w:hAnsi="Georgia"/>
          <w:b w:val="0"/>
          <w:i w:val="0"/>
          <w:color w:val="22201D"/>
          <w:sz w:val="20"/>
        </w:rPr>
        <w:t>Mara was not in the pantry.</w:t>
      </w:r>
    </w:p>
    <w:p>
      <w:pPr>
        <w:spacing w:after="60" w:line="266" w:lineRule="auto"/>
        <w:ind w:firstLine="331"/>
        <w:jc w:val="both"/>
      </w:pPr>
      <w:r>
        <w:rPr>
          <w:rFonts w:ascii="Georgia" w:hAnsi="Georgia"/>
          <w:b w:val="0"/>
          <w:i w:val="0"/>
          <w:color w:val="22201D"/>
          <w:sz w:val="20"/>
        </w:rPr>
        <w:t>The room still made space for that fact.</w:t>
      </w:r>
    </w:p>
    <w:p>
      <w:pPr>
        <w:spacing w:after="60" w:line="266" w:lineRule="auto"/>
        <w:ind w:firstLine="331"/>
        <w:jc w:val="both"/>
      </w:pPr>
      <w:r>
        <w:rPr>
          <w:rFonts w:ascii="Georgia" w:hAnsi="Georgia"/>
          <w:b w:val="0"/>
          <w:i w:val="0"/>
          <w:color w:val="22201D"/>
          <w:sz w:val="20"/>
        </w:rPr>
        <w:t>It did not turn her absence into suspense. It did not shape the light into a silhouette. It did not print her name in steam.</w:t>
      </w:r>
    </w:p>
    <w:p>
      <w:pPr>
        <w:spacing w:after="60" w:line="266" w:lineRule="auto"/>
        <w:ind w:firstLine="331"/>
        <w:jc w:val="both"/>
      </w:pPr>
      <w:r>
        <w:rPr>
          <w:rFonts w:ascii="Georgia" w:hAnsi="Georgia"/>
          <w:b w:val="0"/>
          <w:i w:val="0"/>
          <w:color w:val="22201D"/>
          <w:sz w:val="20"/>
        </w:rPr>
        <w:t>Good pantry practice, apparently, included not summoning people through unfinished recipes.</w:t>
      </w:r>
    </w:p>
    <w:p>
      <w:pPr>
        <w:spacing w:after="60" w:line="266" w:lineRule="auto"/>
        <w:ind w:firstLine="331"/>
        <w:jc w:val="both"/>
      </w:pPr>
      <w:r>
        <w:rPr>
          <w:rFonts w:ascii="Georgia" w:hAnsi="Georgia"/>
          <w:b w:val="0"/>
          <w:i w:val="0"/>
          <w:color w:val="22201D"/>
          <w:sz w:val="20"/>
        </w:rPr>
        <w:t>Flocc looked at the blank line in Steve's record.</w:t>
      </w:r>
    </w:p>
    <w:p>
      <w:pPr>
        <w:spacing w:after="60" w:line="266" w:lineRule="auto"/>
        <w:ind w:firstLine="331"/>
        <w:jc w:val="both"/>
      </w:pPr>
      <w:r>
        <w:rPr>
          <w:rFonts w:ascii="Georgia" w:hAnsi="Georgia"/>
          <w:b w:val="0"/>
          <w:i w:val="0"/>
          <w:color w:val="22201D"/>
          <w:sz w:val="20"/>
        </w:rPr>
        <w:t>"Is it me?"</w:t>
      </w:r>
    </w:p>
    <w:p>
      <w:pPr>
        <w:spacing w:after="60" w:line="266" w:lineRule="auto"/>
        <w:ind w:firstLine="331"/>
        <w:jc w:val="both"/>
      </w:pPr>
      <w:r>
        <w:rPr>
          <w:rFonts w:ascii="Georgia" w:hAnsi="Georgia"/>
          <w:b w:val="0"/>
          <w:i w:val="0"/>
          <w:color w:val="22201D"/>
          <w:sz w:val="20"/>
        </w:rPr>
        <w:t>The card did not answer.</w:t>
      </w:r>
    </w:p>
    <w:p>
      <w:pPr>
        <w:spacing w:after="60" w:line="266" w:lineRule="auto"/>
        <w:ind w:firstLine="331"/>
        <w:jc w:val="both"/>
      </w:pPr>
      <w:r>
        <w:rPr>
          <w:rFonts w:ascii="Georgia" w:hAnsi="Georgia"/>
          <w:b w:val="0"/>
          <w:i w:val="0"/>
          <w:color w:val="22201D"/>
          <w:sz w:val="20"/>
        </w:rPr>
        <w:t>The Hostess did not answer.</w:t>
      </w:r>
    </w:p>
    <w:p>
      <w:pPr>
        <w:spacing w:after="60" w:line="266" w:lineRule="auto"/>
        <w:ind w:firstLine="331"/>
        <w:jc w:val="both"/>
      </w:pPr>
      <w:r>
        <w:rPr>
          <w:rFonts w:ascii="Georgia" w:hAnsi="Georgia"/>
          <w:b w:val="0"/>
          <w:i w:val="0"/>
          <w:color w:val="22201D"/>
          <w:sz w:val="20"/>
        </w:rPr>
        <w:t>Gerald did not answer, because he was checking whether the new worktable had sharp edges.</w:t>
      </w:r>
    </w:p>
    <w:p>
      <w:pPr>
        <w:spacing w:after="60" w:line="266" w:lineRule="auto"/>
        <w:ind w:firstLine="331"/>
        <w:jc w:val="both"/>
      </w:pPr>
      <w:r>
        <w:rPr>
          <w:rFonts w:ascii="Georgia" w:hAnsi="Georgia"/>
          <w:b w:val="0"/>
          <w:i w:val="0"/>
          <w:color w:val="22201D"/>
          <w:sz w:val="20"/>
        </w:rPr>
        <w:t>Bob did not answer, because the answer was not a package.</w:t>
      </w:r>
    </w:p>
    <w:p>
      <w:pPr>
        <w:spacing w:after="60" w:line="266" w:lineRule="auto"/>
        <w:ind w:firstLine="331"/>
        <w:jc w:val="both"/>
      </w:pPr>
      <w:r>
        <w:rPr>
          <w:rFonts w:ascii="Georgia" w:hAnsi="Georgia"/>
          <w:b w:val="0"/>
          <w:i w:val="0"/>
          <w:color w:val="22201D"/>
          <w:sz w:val="20"/>
        </w:rPr>
        <w:t>Steve did not answer, because records could receive names but not manufacture them.</w:t>
      </w:r>
    </w:p>
    <w:p>
      <w:pPr>
        <w:spacing w:after="60" w:line="266" w:lineRule="auto"/>
        <w:ind w:firstLine="331"/>
        <w:jc w:val="both"/>
      </w:pPr>
      <w:r>
        <w:rPr>
          <w:rFonts w:ascii="Georgia" w:hAnsi="Georgia"/>
          <w:b w:val="0"/>
          <w:i w:val="0"/>
          <w:color w:val="22201D"/>
          <w:sz w:val="20"/>
        </w:rPr>
        <w:t>Flocc waited. The old part of him disliked the silence because it did not tell him how to behave correctly.</w:t>
      </w:r>
    </w:p>
    <w:p>
      <w:pPr>
        <w:spacing w:after="60" w:line="266" w:lineRule="auto"/>
        <w:ind w:firstLine="331"/>
        <w:jc w:val="both"/>
      </w:pPr>
      <w:r>
        <w:rPr>
          <w:rFonts w:ascii="Georgia" w:hAnsi="Georgia"/>
          <w:b w:val="0"/>
          <w:i w:val="0"/>
          <w:color w:val="22201D"/>
          <w:sz w:val="20"/>
        </w:rPr>
        <w:t>The card unfolded another line.</w:t>
      </w:r>
    </w:p>
    <w:p>
      <w:pPr>
        <w:spacing w:after="60" w:line="250" w:lineRule="auto"/>
        <w:ind w:left="202" w:right="173"/>
      </w:pPr>
      <w:r>
        <w:rPr>
          <w:rFonts w:ascii="Georgia" w:hAnsi="Georgia"/>
          <w:b w:val="0"/>
          <w:i w:val="0"/>
          <w:color w:val="22201D"/>
          <w:sz w:val="17"/>
        </w:rPr>
        <w:t>Ingredient One: one apology that was converted into dinner</w:t>
      </w:r>
    </w:p>
    <w:p>
      <w:pPr>
        <w:spacing w:after="60" w:line="266" w:lineRule="auto"/>
        <w:ind w:firstLine="331"/>
        <w:jc w:val="both"/>
      </w:pPr>
      <w:r>
        <w:rPr>
          <w:rFonts w:ascii="Georgia" w:hAnsi="Georgia"/>
          <w:b w:val="0"/>
          <w:i w:val="0"/>
          <w:color w:val="22201D"/>
          <w:sz w:val="20"/>
        </w:rPr>
        <w:t>The pantry shelves shifted.</w:t>
      </w:r>
    </w:p>
    <w:p>
      <w:pPr>
        <w:spacing w:after="60" w:line="266" w:lineRule="auto"/>
        <w:ind w:firstLine="331"/>
        <w:jc w:val="both"/>
      </w:pPr>
      <w:r>
        <w:rPr>
          <w:rFonts w:ascii="Georgia" w:hAnsi="Georgia"/>
          <w:b w:val="0"/>
          <w:i w:val="0"/>
          <w:color w:val="22201D"/>
          <w:sz w:val="20"/>
        </w:rPr>
        <w:t>Not dramatically. A practical pantry did not perform when it could reorganize.</w:t>
      </w:r>
    </w:p>
    <w:p>
      <w:pPr>
        <w:spacing w:after="60" w:line="266" w:lineRule="auto"/>
        <w:ind w:firstLine="331"/>
        <w:jc w:val="both"/>
      </w:pPr>
      <w:r>
        <w:rPr>
          <w:rFonts w:ascii="Georgia" w:hAnsi="Georgia"/>
          <w:b w:val="0"/>
          <w:i w:val="0"/>
          <w:color w:val="22201D"/>
          <w:sz w:val="20"/>
        </w:rPr>
        <w:t>A jar rolled forward from the top shelf and stopped at the lip.</w:t>
      </w:r>
    </w:p>
    <w:p>
      <w:pPr>
        <w:spacing w:after="60" w:line="266" w:lineRule="auto"/>
        <w:ind w:firstLine="331"/>
        <w:jc w:val="both"/>
      </w:pPr>
      <w:r>
        <w:rPr>
          <w:rFonts w:ascii="Georgia" w:hAnsi="Georgia"/>
          <w:b w:val="0"/>
          <w:i w:val="0"/>
          <w:color w:val="22201D"/>
          <w:sz w:val="20"/>
        </w:rPr>
        <w:t>Gerald caught it before it fell.</w:t>
      </w:r>
    </w:p>
    <w:p>
      <w:pPr>
        <w:spacing w:after="60" w:line="266" w:lineRule="auto"/>
        <w:ind w:firstLine="331"/>
        <w:jc w:val="both"/>
      </w:pPr>
      <w:r>
        <w:rPr>
          <w:rFonts w:ascii="Georgia" w:hAnsi="Georgia"/>
          <w:b w:val="0"/>
          <w:i w:val="0"/>
          <w:color w:val="22201D"/>
          <w:sz w:val="20"/>
        </w:rPr>
        <w:t>"Do not store glass above shoulder height if it intends to confess," he said.</w:t>
      </w:r>
    </w:p>
    <w:p>
      <w:pPr>
        <w:spacing w:after="60" w:line="266" w:lineRule="auto"/>
        <w:ind w:firstLine="331"/>
        <w:jc w:val="both"/>
      </w:pPr>
      <w:r>
        <w:rPr>
          <w:rFonts w:ascii="Georgia" w:hAnsi="Georgia"/>
          <w:b w:val="0"/>
          <w:i w:val="0"/>
          <w:color w:val="22201D"/>
          <w:sz w:val="20"/>
        </w:rPr>
        <w:t>The jar's label read:</w:t>
      </w:r>
    </w:p>
    <w:p>
      <w:pPr>
        <w:spacing w:after="60" w:line="250" w:lineRule="auto"/>
        <w:ind w:left="202" w:right="173"/>
      </w:pPr>
      <w:r>
        <w:rPr>
          <w:rFonts w:ascii="Georgia" w:hAnsi="Georgia"/>
          <w:b w:val="0"/>
          <w:i w:val="0"/>
          <w:color w:val="22201D"/>
          <w:sz w:val="17"/>
        </w:rPr>
        <w:t>APOLOGY REDUCTION Prepared from: things not said directly  Texture: smooth enough to pass  Warning: may taste like care while functioning as delay</w:t>
      </w:r>
    </w:p>
    <w:p>
      <w:pPr>
        <w:spacing w:after="60" w:line="266" w:lineRule="auto"/>
        <w:ind w:firstLine="331"/>
        <w:jc w:val="both"/>
      </w:pPr>
      <w:r>
        <w:rPr>
          <w:rFonts w:ascii="Georgia" w:hAnsi="Georgia"/>
          <w:b w:val="0"/>
          <w:i w:val="0"/>
          <w:color w:val="22201D"/>
          <w:sz w:val="20"/>
        </w:rPr>
        <w:t>Flocc's mouth went dry.</w:t>
      </w:r>
    </w:p>
    <w:p>
      <w:pPr>
        <w:spacing w:after="60" w:line="266" w:lineRule="auto"/>
        <w:ind w:firstLine="331"/>
        <w:jc w:val="both"/>
      </w:pPr>
      <w:r>
        <w:rPr>
          <w:rFonts w:ascii="Georgia" w:hAnsi="Georgia"/>
          <w:b w:val="0"/>
          <w:i w:val="0"/>
          <w:color w:val="22201D"/>
          <w:sz w:val="20"/>
        </w:rPr>
        <w:t>He remembered making dinner.</w:t>
      </w:r>
    </w:p>
    <w:p>
      <w:pPr>
        <w:spacing w:after="60" w:line="266" w:lineRule="auto"/>
        <w:ind w:firstLine="331"/>
        <w:jc w:val="both"/>
      </w:pPr>
      <w:r>
        <w:rPr>
          <w:rFonts w:ascii="Georgia" w:hAnsi="Georgia"/>
          <w:b w:val="0"/>
          <w:i w:val="0"/>
          <w:color w:val="22201D"/>
          <w:sz w:val="20"/>
        </w:rPr>
        <w:t>Not in the pantry. In an apartment kitchen where one cabinet always stuck and one burner ran hot no matter what the dial claimed. He remembered chopping onions too carefully because if the pieces were even enough, maybe the evening would become manageable. He remembered making sauce from whatever was in the refrigerator and one small jar of something expensive he had bought because apology had felt like a shopping category.</w:t>
      </w:r>
    </w:p>
    <w:p>
      <w:pPr>
        <w:spacing w:after="60" w:line="266" w:lineRule="auto"/>
        <w:ind w:firstLine="331"/>
        <w:jc w:val="both"/>
      </w:pPr>
      <w:r>
        <w:rPr>
          <w:rFonts w:ascii="Georgia" w:hAnsi="Georgia"/>
          <w:b w:val="0"/>
          <w:i w:val="0"/>
          <w:color w:val="22201D"/>
          <w:sz w:val="20"/>
        </w:rPr>
        <w:t>Mara had sat at the table with her coat still on.</w:t>
      </w:r>
    </w:p>
    <w:p>
      <w:pPr>
        <w:spacing w:after="60" w:line="266" w:lineRule="auto"/>
        <w:ind w:firstLine="331"/>
        <w:jc w:val="both"/>
      </w:pPr>
      <w:r>
        <w:rPr>
          <w:rFonts w:ascii="Georgia" w:hAnsi="Georgia"/>
          <w:b w:val="0"/>
          <w:i w:val="0"/>
          <w:color w:val="22201D"/>
          <w:sz w:val="20"/>
        </w:rPr>
        <w:t>He had asked whether she wanted more bread.</w:t>
      </w:r>
    </w:p>
    <w:p>
      <w:pPr>
        <w:spacing w:after="60" w:line="266" w:lineRule="auto"/>
        <w:ind w:firstLine="331"/>
        <w:jc w:val="both"/>
      </w:pPr>
      <w:r>
        <w:rPr>
          <w:rFonts w:ascii="Georgia" w:hAnsi="Georgia"/>
          <w:b w:val="0"/>
          <w:i w:val="0"/>
          <w:color w:val="22201D"/>
          <w:sz w:val="20"/>
        </w:rPr>
        <w:t>He had not said, I saw your message and was afraid of what answering would require.</w:t>
      </w:r>
    </w:p>
    <w:p>
      <w:pPr>
        <w:spacing w:after="60" w:line="266" w:lineRule="auto"/>
        <w:ind w:firstLine="331"/>
        <w:jc w:val="both"/>
      </w:pPr>
      <w:r>
        <w:rPr>
          <w:rFonts w:ascii="Georgia" w:hAnsi="Georgia"/>
          <w:b w:val="0"/>
          <w:i w:val="0"/>
          <w:color w:val="22201D"/>
          <w:sz w:val="20"/>
        </w:rPr>
        <w:t>He had not said, I let you stand alone in a hard hour because being needed made me feel accused.</w:t>
      </w:r>
    </w:p>
    <w:p>
      <w:pPr>
        <w:spacing w:after="60" w:line="266" w:lineRule="auto"/>
        <w:ind w:firstLine="331"/>
        <w:jc w:val="both"/>
      </w:pPr>
      <w:r>
        <w:rPr>
          <w:rFonts w:ascii="Georgia" w:hAnsi="Georgia"/>
          <w:b w:val="0"/>
          <w:i w:val="0"/>
          <w:color w:val="22201D"/>
          <w:sz w:val="20"/>
        </w:rPr>
        <w:t>He had not said, I made dinner because I wanted the room to smell like repair before repair existed.</w:t>
      </w:r>
    </w:p>
    <w:p>
      <w:pPr>
        <w:spacing w:after="60" w:line="266" w:lineRule="auto"/>
        <w:ind w:firstLine="331"/>
        <w:jc w:val="both"/>
      </w:pPr>
      <w:r>
        <w:rPr>
          <w:rFonts w:ascii="Georgia" w:hAnsi="Georgia"/>
          <w:b w:val="0"/>
          <w:i w:val="0"/>
          <w:color w:val="22201D"/>
          <w:sz w:val="20"/>
        </w:rPr>
        <w:t>The pantry did not show the memory on the wall.</w:t>
      </w:r>
    </w:p>
    <w:p>
      <w:pPr>
        <w:spacing w:after="60" w:line="266" w:lineRule="auto"/>
        <w:ind w:firstLine="331"/>
        <w:jc w:val="both"/>
      </w:pPr>
      <w:r>
        <w:rPr>
          <w:rFonts w:ascii="Georgia" w:hAnsi="Georgia"/>
          <w:b w:val="0"/>
          <w:i w:val="0"/>
          <w:color w:val="22201D"/>
          <w:sz w:val="20"/>
        </w:rPr>
        <w:t>It handed him a clean index card.</w:t>
      </w:r>
    </w:p>
    <w:p>
      <w:pPr>
        <w:spacing w:after="60" w:line="250" w:lineRule="auto"/>
        <w:ind w:left="202" w:right="173"/>
      </w:pPr>
      <w:r>
        <w:rPr>
          <w:rFonts w:ascii="Georgia" w:hAnsi="Georgia"/>
          <w:b w:val="0"/>
          <w:i w:val="0"/>
          <w:color w:val="22201D"/>
          <w:sz w:val="17"/>
        </w:rPr>
        <w:t>Name the converted ingredient.</w:t>
      </w:r>
    </w:p>
    <w:p>
      <w:pPr>
        <w:spacing w:after="60" w:line="266" w:lineRule="auto"/>
        <w:ind w:firstLine="331"/>
        <w:jc w:val="both"/>
      </w:pPr>
      <w:r>
        <w:rPr>
          <w:rFonts w:ascii="Georgia" w:hAnsi="Georgia"/>
          <w:b w:val="0"/>
          <w:i w:val="0"/>
          <w:color w:val="22201D"/>
          <w:sz w:val="20"/>
        </w:rPr>
        <w:t>Flocc took the card only after the Hostess nodded.</w:t>
      </w:r>
    </w:p>
    <w:p>
      <w:pPr>
        <w:spacing w:after="60" w:line="266" w:lineRule="auto"/>
        <w:ind w:firstLine="331"/>
        <w:jc w:val="both"/>
      </w:pPr>
      <w:r>
        <w:rPr>
          <w:rFonts w:ascii="Georgia" w:hAnsi="Georgia"/>
          <w:b w:val="0"/>
          <w:i w:val="0"/>
          <w:color w:val="22201D"/>
          <w:sz w:val="20"/>
        </w:rPr>
        <w:t>His first sentence tried to be good.</w:t>
      </w:r>
    </w:p>
    <w:p>
      <w:pPr>
        <w:spacing w:after="60" w:line="266" w:lineRule="auto"/>
        <w:ind w:firstLine="331"/>
        <w:jc w:val="both"/>
      </w:pPr>
      <w:r>
        <w:rPr>
          <w:rFonts w:ascii="Georgia" w:hAnsi="Georgia"/>
          <w:b w:val="0"/>
          <w:i w:val="0"/>
          <w:color w:val="22201D"/>
          <w:sz w:val="20"/>
        </w:rPr>
        <w:t>That was how he knew to cross it out.</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I cooked instead of saying I had failed to answer.</w:t>
      </w:r>
    </w:p>
    <w:p>
      <w:pPr>
        <w:spacing w:after="60" w:line="266" w:lineRule="auto"/>
        <w:ind w:firstLine="331"/>
        <w:jc w:val="both"/>
      </w:pPr>
      <w:r>
        <w:rPr>
          <w:rFonts w:ascii="Georgia" w:hAnsi="Georgia"/>
          <w:b w:val="0"/>
          <w:i w:val="0"/>
          <w:color w:val="22201D"/>
          <w:sz w:val="20"/>
        </w:rPr>
        <w:t>The recipe card absorbed the sentence.</w:t>
      </w:r>
    </w:p>
    <w:p>
      <w:pPr>
        <w:spacing w:after="60" w:line="266" w:lineRule="auto"/>
        <w:ind w:firstLine="331"/>
        <w:jc w:val="both"/>
      </w:pPr>
      <w:r>
        <w:rPr>
          <w:rFonts w:ascii="Georgia" w:hAnsi="Georgia"/>
          <w:b w:val="0"/>
          <w:i w:val="0"/>
          <w:color w:val="22201D"/>
          <w:sz w:val="20"/>
        </w:rPr>
        <w:t>No reward printed.</w:t>
      </w:r>
    </w:p>
    <w:p>
      <w:pPr>
        <w:spacing w:after="60" w:line="266" w:lineRule="auto"/>
        <w:ind w:firstLine="331"/>
        <w:jc w:val="both"/>
      </w:pPr>
      <w:r>
        <w:rPr>
          <w:rFonts w:ascii="Georgia" w:hAnsi="Georgia"/>
          <w:b w:val="0"/>
          <w:i w:val="0"/>
          <w:color w:val="22201D"/>
          <w:sz w:val="20"/>
        </w:rPr>
        <w:t>No warmth moved through the pantry.</w:t>
      </w:r>
    </w:p>
    <w:p>
      <w:pPr>
        <w:spacing w:after="60" w:line="266" w:lineRule="auto"/>
        <w:ind w:firstLine="331"/>
        <w:jc w:val="both"/>
      </w:pPr>
      <w:r>
        <w:rPr>
          <w:rFonts w:ascii="Georgia" w:hAnsi="Georgia"/>
          <w:b w:val="0"/>
          <w:i w:val="0"/>
          <w:color w:val="22201D"/>
          <w:sz w:val="20"/>
        </w:rPr>
        <w:t>The jar of apology reduction remained exactly as heavy in Gerald's hand.</w:t>
      </w:r>
    </w:p>
    <w:p>
      <w:pPr>
        <w:spacing w:after="60" w:line="266" w:lineRule="auto"/>
        <w:ind w:firstLine="331"/>
        <w:jc w:val="both"/>
      </w:pPr>
      <w:r>
        <w:rPr>
          <w:rFonts w:ascii="Georgia" w:hAnsi="Georgia"/>
          <w:b w:val="0"/>
          <w:i w:val="0"/>
          <w:color w:val="22201D"/>
          <w:sz w:val="20"/>
        </w:rPr>
        <w:t>"That is recognition," the Hostess said.</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"The price is follow through."</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"So what do I do with it?"</w:t>
      </w:r>
    </w:p>
    <w:p>
      <w:pPr>
        <w:spacing w:after="60" w:line="266" w:lineRule="auto"/>
        <w:ind w:firstLine="331"/>
        <w:jc w:val="both"/>
      </w:pPr>
      <w:r>
        <w:rPr>
          <w:rFonts w:ascii="Georgia" w:hAnsi="Georgia"/>
          <w:b w:val="0"/>
          <w:i w:val="0"/>
          <w:color w:val="22201D"/>
          <w:sz w:val="20"/>
        </w:rPr>
        <w:t>The Hostess pointed to the sink.</w:t>
      </w:r>
    </w:p>
    <w:p>
      <w:pPr>
        <w:spacing w:after="60" w:line="266" w:lineRule="auto"/>
        <w:ind w:firstLine="331"/>
        <w:jc w:val="both"/>
      </w:pPr>
      <w:r>
        <w:rPr>
          <w:rFonts w:ascii="Georgia" w:hAnsi="Georgia"/>
          <w:b w:val="0"/>
          <w:i w:val="0"/>
          <w:color w:val="22201D"/>
          <w:sz w:val="20"/>
        </w:rPr>
        <w:t>The sink was full.</w:t>
      </w:r>
    </w:p>
    <w:p>
      <w:pPr>
        <w:spacing w:after="60" w:line="266" w:lineRule="auto"/>
        <w:ind w:firstLine="331"/>
        <w:jc w:val="both"/>
      </w:pPr>
      <w:r>
        <w:rPr>
          <w:rFonts w:ascii="Georgia" w:hAnsi="Georgia"/>
          <w:b w:val="0"/>
          <w:i w:val="0"/>
          <w:color w:val="22201D"/>
          <w:sz w:val="20"/>
        </w:rPr>
        <w:t>It had not been full before.</w:t>
      </w:r>
    </w:p>
    <w:p>
      <w:pPr>
        <w:spacing w:after="60" w:line="266" w:lineRule="auto"/>
        <w:ind w:firstLine="331"/>
        <w:jc w:val="both"/>
      </w:pPr>
      <w:r>
        <w:rPr>
          <w:rFonts w:ascii="Georgia" w:hAnsi="Georgia"/>
          <w:b w:val="0"/>
          <w:i w:val="0"/>
          <w:color w:val="22201D"/>
          <w:sz w:val="20"/>
        </w:rPr>
        <w:t>This was becoming a pattern.</w:t>
      </w:r>
    </w:p>
    <w:p>
      <w:pPr>
        <w:spacing w:after="60" w:line="266" w:lineRule="auto"/>
        <w:ind w:firstLine="331"/>
        <w:jc w:val="both"/>
      </w:pPr>
      <w:r>
        <w:rPr>
          <w:rFonts w:ascii="Georgia" w:hAnsi="Georgia"/>
          <w:b w:val="0"/>
          <w:i w:val="0"/>
          <w:color w:val="22201D"/>
          <w:sz w:val="20"/>
        </w:rPr>
        <w:t>Inside the sink were plates from the remembered dinner. Not metaphor plates. Real plates, with dried sauce around the rim and bread crumbs glued in place by time. One fork lay under everything, wrong side up, its tines holding a small red line of sauce like evidence that had stopped trying to be seen.</w:t>
      </w:r>
    </w:p>
    <w:p>
      <w:pPr>
        <w:spacing w:after="60" w:line="266" w:lineRule="auto"/>
        <w:ind w:firstLine="331"/>
        <w:jc w:val="both"/>
      </w:pPr>
      <w:r>
        <w:rPr>
          <w:rFonts w:ascii="Georgia" w:hAnsi="Georgia"/>
          <w:b w:val="0"/>
          <w:i w:val="0"/>
          <w:color w:val="22201D"/>
          <w:sz w:val="20"/>
        </w:rPr>
        <w:t>Gerald moved toward the sink.</w:t>
      </w:r>
    </w:p>
    <w:p>
      <w:pPr>
        <w:spacing w:after="60" w:line="266" w:lineRule="auto"/>
        <w:ind w:firstLine="331"/>
        <w:jc w:val="both"/>
      </w:pPr>
      <w:r>
        <w:rPr>
          <w:rFonts w:ascii="Georgia" w:hAnsi="Georgia"/>
          <w:b w:val="0"/>
          <w:i w:val="0"/>
          <w:color w:val="22201D"/>
          <w:sz w:val="20"/>
        </w:rPr>
        <w:t>The Hostess stopped him with one finger.</w:t>
      </w:r>
    </w:p>
    <w:p>
      <w:pPr>
        <w:spacing w:after="60" w:line="266" w:lineRule="auto"/>
        <w:ind w:firstLine="331"/>
        <w:jc w:val="both"/>
      </w:pPr>
      <w:r>
        <w:rPr>
          <w:rFonts w:ascii="Georgia" w:hAnsi="Georgia"/>
          <w:b w:val="0"/>
          <w:i w:val="0"/>
          <w:color w:val="22201D"/>
          <w:sz w:val="20"/>
        </w:rPr>
        <w:t>"Not yours."</w:t>
      </w:r>
    </w:p>
    <w:p>
      <w:pPr>
        <w:spacing w:after="60" w:line="266" w:lineRule="auto"/>
        <w:ind w:firstLine="331"/>
        <w:jc w:val="both"/>
      </w:pPr>
      <w:r>
        <w:rPr>
          <w:rFonts w:ascii="Georgia" w:hAnsi="Georgia"/>
          <w:b w:val="0"/>
          <w:i w:val="0"/>
          <w:color w:val="22201D"/>
          <w:sz w:val="20"/>
        </w:rPr>
        <w:t>"The stack is unsafe."</w:t>
      </w:r>
    </w:p>
    <w:p>
      <w:pPr>
        <w:spacing w:after="60" w:line="266" w:lineRule="auto"/>
        <w:ind w:firstLine="331"/>
        <w:jc w:val="both"/>
      </w:pPr>
      <w:r>
        <w:rPr>
          <w:rFonts w:ascii="Georgia" w:hAnsi="Georgia"/>
          <w:b w:val="0"/>
          <w:i w:val="0"/>
          <w:color w:val="22201D"/>
          <w:sz w:val="20"/>
        </w:rPr>
        <w:t>"You may inspect. You may not pay."</w:t>
      </w:r>
    </w:p>
    <w:p>
      <w:pPr>
        <w:spacing w:after="60" w:line="266" w:lineRule="auto"/>
        <w:ind w:firstLine="331"/>
        <w:jc w:val="both"/>
      </w:pPr>
      <w:r>
        <w:rPr>
          <w:rFonts w:ascii="Georgia" w:hAnsi="Georgia"/>
          <w:b w:val="0"/>
          <w:i w:val="0"/>
          <w:color w:val="22201D"/>
          <w:sz w:val="20"/>
        </w:rPr>
        <w:t>Gerald considered this distinction and found it annoying but valid.</w:t>
      </w:r>
    </w:p>
    <w:p>
      <w:pPr>
        <w:spacing w:after="60" w:line="266" w:lineRule="auto"/>
        <w:ind w:firstLine="331"/>
        <w:jc w:val="both"/>
      </w:pPr>
      <w:r>
        <w:rPr>
          <w:rFonts w:ascii="Georgia" w:hAnsi="Georgia"/>
          <w:b w:val="0"/>
          <w:i w:val="0"/>
          <w:color w:val="22201D"/>
          <w:sz w:val="20"/>
        </w:rPr>
        <w:t>He inspected the stack.</w:t>
      </w:r>
    </w:p>
    <w:p>
      <w:pPr>
        <w:spacing w:after="60" w:line="266" w:lineRule="auto"/>
        <w:ind w:firstLine="331"/>
        <w:jc w:val="both"/>
      </w:pPr>
      <w:r>
        <w:rPr>
          <w:rFonts w:ascii="Georgia" w:hAnsi="Georgia"/>
          <w:b w:val="0"/>
          <w:i w:val="0"/>
          <w:color w:val="22201D"/>
          <w:sz w:val="20"/>
        </w:rPr>
        <w:t>"Bottom plate first. Do not pull the fork until the load shifts. Hot water before soap. Drying rack needs a towel underneath. No sentimental scrubbing."</w:t>
      </w:r>
    </w:p>
    <w:p>
      <w:pPr>
        <w:spacing w:after="60" w:line="266" w:lineRule="auto"/>
        <w:ind w:firstLine="331"/>
        <w:jc w:val="both"/>
      </w:pPr>
      <w:r>
        <w:rPr>
          <w:rFonts w:ascii="Georgia" w:hAnsi="Georgia"/>
          <w:b w:val="0"/>
          <w:i w:val="0"/>
          <w:color w:val="22201D"/>
          <w:sz w:val="20"/>
        </w:rPr>
        <w:t>"No sentimental scrubbing?" Nico asked before remembering he was not harvesting phrases.</w:t>
      </w:r>
    </w:p>
    <w:p>
      <w:pPr>
        <w:spacing w:after="60" w:line="266" w:lineRule="auto"/>
        <w:ind w:firstLine="331"/>
        <w:jc w:val="both"/>
      </w:pPr>
      <w:r>
        <w:rPr>
          <w:rFonts w:ascii="Georgia" w:hAnsi="Georgia"/>
          <w:b w:val="0"/>
          <w:i w:val="0"/>
          <w:color w:val="22201D"/>
          <w:sz w:val="20"/>
        </w:rPr>
        <w:t>Gerald pointed at him with the pencil.</w:t>
      </w:r>
    </w:p>
    <w:p>
      <w:pPr>
        <w:spacing w:after="60" w:line="266" w:lineRule="auto"/>
        <w:ind w:firstLine="331"/>
        <w:jc w:val="both"/>
      </w:pPr>
      <w:r>
        <w:rPr>
          <w:rFonts w:ascii="Georgia" w:hAnsi="Georgia"/>
          <w:b w:val="0"/>
          <w:i w:val="0"/>
          <w:color w:val="22201D"/>
          <w:sz w:val="20"/>
        </w:rPr>
        <w:t>"People over-polish evidence when embarrassed. Then no one can tell what was actually dirty."</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Accepted pantry rule.</w:t>
      </w:r>
    </w:p>
    <w:p>
      <w:pPr>
        <w:spacing w:after="60" w:line="266" w:lineRule="auto"/>
        <w:ind w:firstLine="331"/>
        <w:jc w:val="both"/>
      </w:pPr>
      <w:r>
        <w:rPr>
          <w:rFonts w:ascii="Georgia" w:hAnsi="Georgia"/>
          <w:b w:val="0"/>
          <w:i w:val="0"/>
          <w:color w:val="22201D"/>
          <w:sz w:val="20"/>
        </w:rPr>
        <w:t>Flocc rolled up his sleeves.</w:t>
      </w:r>
    </w:p>
    <w:p>
      <w:pPr>
        <w:spacing w:after="60" w:line="266" w:lineRule="auto"/>
        <w:ind w:firstLine="331"/>
        <w:jc w:val="both"/>
      </w:pPr>
      <w:r>
        <w:rPr>
          <w:rFonts w:ascii="Georgia" w:hAnsi="Georgia"/>
          <w:b w:val="0"/>
          <w:i w:val="0"/>
          <w:color w:val="22201D"/>
          <w:sz w:val="20"/>
        </w:rPr>
        <w:t>This did not become noble.</w:t>
      </w:r>
    </w:p>
    <w:p>
      <w:pPr>
        <w:spacing w:after="60" w:line="266" w:lineRule="auto"/>
        <w:ind w:firstLine="331"/>
        <w:jc w:val="both"/>
      </w:pPr>
      <w:r>
        <w:rPr>
          <w:rFonts w:ascii="Georgia" w:hAnsi="Georgia"/>
          <w:b w:val="0"/>
          <w:i w:val="0"/>
          <w:color w:val="22201D"/>
          <w:sz w:val="20"/>
        </w:rPr>
        <w:t>Sleeves were just fabric. Rolling them made his wrists available for water.</w:t>
      </w:r>
    </w:p>
    <w:p>
      <w:pPr>
        <w:spacing w:after="60" w:line="266" w:lineRule="auto"/>
        <w:ind w:firstLine="331"/>
        <w:jc w:val="both"/>
      </w:pPr>
      <w:r>
        <w:rPr>
          <w:rFonts w:ascii="Georgia" w:hAnsi="Georgia"/>
          <w:b w:val="0"/>
          <w:i w:val="0"/>
          <w:color w:val="22201D"/>
          <w:sz w:val="20"/>
        </w:rPr>
        <w:t>He turned on the tap.</w:t>
      </w:r>
    </w:p>
    <w:p>
      <w:pPr>
        <w:spacing w:after="60" w:line="266" w:lineRule="auto"/>
        <w:ind w:firstLine="331"/>
        <w:jc w:val="both"/>
      </w:pPr>
      <w:r>
        <w:rPr>
          <w:rFonts w:ascii="Georgia" w:hAnsi="Georgia"/>
          <w:b w:val="0"/>
          <w:i w:val="0"/>
          <w:color w:val="22201D"/>
          <w:sz w:val="20"/>
        </w:rPr>
        <w:t>The water ran cold first, then warmer, then hot enough to make him pay attention.</w:t>
      </w:r>
    </w:p>
    <w:p>
      <w:pPr>
        <w:spacing w:after="60" w:line="266" w:lineRule="auto"/>
        <w:ind w:firstLine="331"/>
        <w:jc w:val="both"/>
      </w:pPr>
      <w:r>
        <w:rPr>
          <w:rFonts w:ascii="Georgia" w:hAnsi="Georgia"/>
          <w:b w:val="0"/>
          <w:i w:val="0"/>
          <w:color w:val="22201D"/>
          <w:sz w:val="20"/>
        </w:rPr>
        <w:t>He washed the bottom plate.</w:t>
      </w:r>
    </w:p>
    <w:p>
      <w:pPr>
        <w:spacing w:after="60" w:line="266" w:lineRule="auto"/>
        <w:ind w:firstLine="331"/>
        <w:jc w:val="both"/>
      </w:pPr>
      <w:r>
        <w:rPr>
          <w:rFonts w:ascii="Georgia" w:hAnsi="Georgia"/>
          <w:b w:val="0"/>
          <w:i w:val="0"/>
          <w:color w:val="22201D"/>
          <w:sz w:val="20"/>
        </w:rPr>
        <w:t>The dried sauce resisted. He wanted resistance to mean depth. It mostly meant he had left dishes too long.</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follow-through task begun: washing the dinner that replaced speech</w:t>
      </w:r>
    </w:p>
    <w:p>
      <w:pPr>
        <w:spacing w:after="60" w:line="266" w:lineRule="auto"/>
        <w:ind w:firstLine="331"/>
        <w:jc w:val="both"/>
      </w:pPr>
      <w:r>
        <w:rPr>
          <w:rFonts w:ascii="Georgia" w:hAnsi="Georgia"/>
          <w:b w:val="0"/>
          <w:i w:val="0"/>
          <w:color w:val="22201D"/>
          <w:sz w:val="20"/>
        </w:rPr>
        <w:t>"Do not narrate me into being better," Flocc said.</w:t>
      </w:r>
    </w:p>
    <w:p>
      <w:pPr>
        <w:spacing w:after="60" w:line="266" w:lineRule="auto"/>
        <w:ind w:firstLine="331"/>
        <w:jc w:val="both"/>
      </w:pPr>
      <w:r>
        <w:rPr>
          <w:rFonts w:ascii="Georgia" w:hAnsi="Georgia"/>
          <w:b w:val="0"/>
          <w:i w:val="0"/>
          <w:color w:val="22201D"/>
          <w:sz w:val="20"/>
        </w:rPr>
        <w:t>Steve looked up.</w:t>
      </w:r>
    </w:p>
    <w:p>
      <w:pPr>
        <w:spacing w:after="60" w:line="266" w:lineRule="auto"/>
        <w:ind w:firstLine="331"/>
        <w:jc w:val="both"/>
      </w:pPr>
      <w:r>
        <w:rPr>
          <w:rFonts w:ascii="Georgia" w:hAnsi="Georgia"/>
          <w:b w:val="0"/>
          <w:i w:val="0"/>
          <w:color w:val="22201D"/>
          <w:sz w:val="20"/>
        </w:rPr>
        <w:t>"I am narrating the task."</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first plate came clean enough to show a small chip at the edge.</w:t>
      </w:r>
    </w:p>
    <w:p>
      <w:pPr>
        <w:spacing w:after="60" w:line="266" w:lineRule="auto"/>
        <w:ind w:firstLine="331"/>
        <w:jc w:val="both"/>
      </w:pPr>
      <w:r>
        <w:rPr>
          <w:rFonts w:ascii="Georgia" w:hAnsi="Georgia"/>
          <w:b w:val="0"/>
          <w:i w:val="0"/>
          <w:color w:val="22201D"/>
          <w:sz w:val="20"/>
        </w:rPr>
        <w:t>Flocc had forgotten the chip.</w:t>
      </w:r>
    </w:p>
    <w:p>
      <w:pPr>
        <w:spacing w:after="60" w:line="266" w:lineRule="auto"/>
        <w:ind w:firstLine="331"/>
        <w:jc w:val="both"/>
      </w:pPr>
      <w:r>
        <w:rPr>
          <w:rFonts w:ascii="Georgia" w:hAnsi="Georgia"/>
          <w:b w:val="0"/>
          <w:i w:val="0"/>
          <w:color w:val="22201D"/>
          <w:sz w:val="20"/>
        </w:rPr>
        <w:t>Mara had once run her thumb along it and said they should stop using that plate. He had said it was fine. Not because it was fine, but because replacing things required admitting they were damaged.</w:t>
      </w:r>
    </w:p>
    <w:p>
      <w:pPr>
        <w:spacing w:after="60" w:line="266" w:lineRule="auto"/>
        <w:ind w:firstLine="331"/>
        <w:jc w:val="both"/>
      </w:pPr>
      <w:r>
        <w:rPr>
          <w:rFonts w:ascii="Georgia" w:hAnsi="Georgia"/>
          <w:b w:val="0"/>
          <w:i w:val="0"/>
          <w:color w:val="22201D"/>
          <w:sz w:val="20"/>
        </w:rPr>
        <w:t>The card on the table printed:</w:t>
      </w:r>
    </w:p>
    <w:p>
      <w:pPr>
        <w:spacing w:after="60" w:line="250" w:lineRule="auto"/>
        <w:ind w:left="202" w:right="173"/>
      </w:pPr>
      <w:r>
        <w:rPr>
          <w:rFonts w:ascii="Georgia" w:hAnsi="Georgia"/>
          <w:b w:val="0"/>
          <w:i w:val="0"/>
          <w:color w:val="22201D"/>
          <w:sz w:val="17"/>
        </w:rPr>
        <w:t>Ingredient Two: one chipped plate kept in service because replacement felt like indictment</w:t>
      </w:r>
    </w:p>
    <w:p>
      <w:pPr>
        <w:spacing w:after="60" w:line="266" w:lineRule="auto"/>
        <w:ind w:firstLine="331"/>
        <w:jc w:val="both"/>
      </w:pPr>
      <w:r>
        <w:rPr>
          <w:rFonts w:ascii="Georgia" w:hAnsi="Georgia"/>
          <w:b w:val="0"/>
          <w:i w:val="0"/>
          <w:color w:val="22201D"/>
          <w:sz w:val="20"/>
        </w:rPr>
        <w:t>Gerald's head snapped up.</w:t>
      </w:r>
    </w:p>
    <w:p>
      <w:pPr>
        <w:spacing w:after="60" w:line="266" w:lineRule="auto"/>
        <w:ind w:firstLine="331"/>
        <w:jc w:val="both"/>
      </w:pPr>
      <w:r>
        <w:rPr>
          <w:rFonts w:ascii="Georgia" w:hAnsi="Georgia"/>
          <w:b w:val="0"/>
          <w:i w:val="0"/>
          <w:color w:val="22201D"/>
          <w:sz w:val="20"/>
        </w:rPr>
        <w:t>"Remove from active dishware."</w:t>
      </w:r>
    </w:p>
    <w:p>
      <w:pPr>
        <w:spacing w:after="60" w:line="266" w:lineRule="auto"/>
        <w:ind w:firstLine="331"/>
        <w:jc w:val="both"/>
      </w:pPr>
      <w:r>
        <w:rPr>
          <w:rFonts w:ascii="Georgia" w:hAnsi="Georgia"/>
          <w:b w:val="0"/>
          <w:i w:val="0"/>
          <w:color w:val="22201D"/>
          <w:sz w:val="20"/>
        </w:rPr>
        <w:t>The pantry produced a small bin.</w:t>
      </w:r>
    </w:p>
    <w:p>
      <w:pPr>
        <w:spacing w:after="60" w:line="250" w:lineRule="auto"/>
        <w:ind w:left="202" w:right="173"/>
      </w:pPr>
      <w:r>
        <w:rPr>
          <w:rFonts w:ascii="Georgia" w:hAnsi="Georgia"/>
          <w:b w:val="0"/>
          <w:i w:val="0"/>
          <w:color w:val="22201D"/>
          <w:sz w:val="17"/>
        </w:rPr>
        <w:t>RETIRED / NOT PUNISHED</w:t>
      </w:r>
    </w:p>
    <w:p>
      <w:pPr>
        <w:spacing w:after="60" w:line="266" w:lineRule="auto"/>
        <w:ind w:firstLine="331"/>
        <w:jc w:val="both"/>
      </w:pPr>
      <w:r>
        <w:rPr>
          <w:rFonts w:ascii="Georgia" w:hAnsi="Georgia"/>
          <w:b w:val="0"/>
          <w:i w:val="0"/>
          <w:color w:val="22201D"/>
          <w:sz w:val="20"/>
        </w:rPr>
        <w:t>Flocc placed the plate in the bin.</w:t>
      </w:r>
    </w:p>
    <w:p>
      <w:pPr>
        <w:spacing w:after="60" w:line="266" w:lineRule="auto"/>
        <w:ind w:firstLine="331"/>
        <w:jc w:val="both"/>
      </w:pPr>
      <w:r>
        <w:rPr>
          <w:rFonts w:ascii="Georgia" w:hAnsi="Georgia"/>
          <w:b w:val="0"/>
          <w:i w:val="0"/>
          <w:color w:val="22201D"/>
          <w:sz w:val="20"/>
        </w:rPr>
        <w:t>He wanted to say something about learning to replace damaged things.</w:t>
      </w:r>
    </w:p>
    <w:p>
      <w:pPr>
        <w:spacing w:after="60" w:line="266" w:lineRule="auto"/>
        <w:ind w:firstLine="331"/>
        <w:jc w:val="both"/>
      </w:pPr>
      <w:r>
        <w:rPr>
          <w:rFonts w:ascii="Georgia" w:hAnsi="Georgia"/>
          <w:b w:val="0"/>
          <w:i w:val="0"/>
          <w:color w:val="22201D"/>
          <w:sz w:val="20"/>
        </w:rPr>
        <w:t>He did not.</w:t>
      </w:r>
    </w:p>
    <w:p>
      <w:pPr>
        <w:spacing w:after="60" w:line="266" w:lineRule="auto"/>
        <w:ind w:firstLine="331"/>
        <w:jc w:val="both"/>
      </w:pPr>
      <w:r>
        <w:rPr>
          <w:rFonts w:ascii="Georgia" w:hAnsi="Georgia"/>
          <w:b w:val="0"/>
          <w:i w:val="0"/>
          <w:color w:val="22201D"/>
          <w:sz w:val="20"/>
        </w:rPr>
        <w:t>The bin did not need his essay.</w:t>
      </w:r>
    </w:p>
    <w:p>
      <w:pPr>
        <w:spacing w:after="60" w:line="266" w:lineRule="auto"/>
        <w:ind w:firstLine="331"/>
        <w:jc w:val="both"/>
      </w:pPr>
      <w:r>
        <w:rPr>
          <w:rFonts w:ascii="Georgia" w:hAnsi="Georgia"/>
          <w:b w:val="0"/>
          <w:i w:val="0"/>
          <w:color w:val="22201D"/>
          <w:sz w:val="20"/>
        </w:rPr>
        <w:t>The second plate was worse.</w:t>
      </w:r>
    </w:p>
    <w:p>
      <w:pPr>
        <w:spacing w:after="60" w:line="266" w:lineRule="auto"/>
        <w:ind w:firstLine="331"/>
        <w:jc w:val="both"/>
      </w:pPr>
      <w:r>
        <w:rPr>
          <w:rFonts w:ascii="Georgia" w:hAnsi="Georgia"/>
          <w:b w:val="0"/>
          <w:i w:val="0"/>
          <w:color w:val="22201D"/>
          <w:sz w:val="20"/>
        </w:rPr>
        <w:t>Sauce had dried beneath a folded napkin. When Flocc lifted it, the smell came up dull and sweet, like a kindness that had sat out too long.</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Ingredient Three: one napkin folded over the part everyone could smell</w:t>
      </w:r>
    </w:p>
    <w:p>
      <w:pPr>
        <w:spacing w:after="60" w:line="266" w:lineRule="auto"/>
        <w:ind w:firstLine="331"/>
        <w:jc w:val="both"/>
      </w:pPr>
      <w:r>
        <w:rPr>
          <w:rFonts w:ascii="Georgia" w:hAnsi="Georgia"/>
          <w:b w:val="0"/>
          <w:i w:val="0"/>
          <w:color w:val="22201D"/>
          <w:sz w:val="20"/>
        </w:rPr>
        <w:t>Nico made a sound he tried to turn into a cough.</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"You may breathe. You may not turn it into a column."</w:t>
      </w:r>
    </w:p>
    <w:p>
      <w:pPr>
        <w:spacing w:after="60" w:line="266" w:lineRule="auto"/>
        <w:ind w:firstLine="331"/>
        <w:jc w:val="both"/>
      </w:pPr>
      <w:r>
        <w:rPr>
          <w:rFonts w:ascii="Georgia" w:hAnsi="Georgia"/>
          <w:b w:val="0"/>
          <w:i w:val="0"/>
          <w:color w:val="22201D"/>
          <w:sz w:val="20"/>
        </w:rPr>
        <w:t>"That is fair."</w:t>
      </w:r>
    </w:p>
    <w:p>
      <w:pPr>
        <w:spacing w:after="60" w:line="266" w:lineRule="auto"/>
        <w:ind w:firstLine="331"/>
        <w:jc w:val="both"/>
      </w:pPr>
      <w:r>
        <w:rPr>
          <w:rFonts w:ascii="Georgia" w:hAnsi="Georgia"/>
          <w:b w:val="0"/>
          <w:i w:val="0"/>
          <w:color w:val="22201D"/>
          <w:sz w:val="20"/>
        </w:rPr>
        <w:t>Flocc rinsed the napkin separately and put it into a laundry pail labeled:</w:t>
      </w:r>
    </w:p>
    <w:p>
      <w:pPr>
        <w:spacing w:after="60" w:line="250" w:lineRule="auto"/>
        <w:ind w:left="202" w:right="173"/>
      </w:pPr>
      <w:r>
        <w:rPr>
          <w:rFonts w:ascii="Georgia" w:hAnsi="Georgia"/>
          <w:b w:val="0"/>
          <w:i w:val="0"/>
          <w:color w:val="22201D"/>
          <w:sz w:val="17"/>
        </w:rPr>
        <w:t>WASH BEFORE REUSE DO NOT CALL IT CLEAN BECAUSE IT WAS USEFUL</w:t>
      </w:r>
    </w:p>
    <w:p>
      <w:pPr>
        <w:spacing w:after="60" w:line="266" w:lineRule="auto"/>
        <w:ind w:firstLine="331"/>
        <w:jc w:val="both"/>
      </w:pPr>
      <w:r>
        <w:rPr>
          <w:rFonts w:ascii="Georgia" w:hAnsi="Georgia"/>
          <w:b w:val="0"/>
          <w:i w:val="0"/>
          <w:color w:val="22201D"/>
          <w:sz w:val="20"/>
        </w:rPr>
        <w:t>The third plate was Mara's.</w:t>
      </w:r>
    </w:p>
    <w:p>
      <w:pPr>
        <w:spacing w:after="60" w:line="266" w:lineRule="auto"/>
        <w:ind w:firstLine="331"/>
        <w:jc w:val="both"/>
      </w:pPr>
      <w:r>
        <w:rPr>
          <w:rFonts w:ascii="Georgia" w:hAnsi="Georgia"/>
          <w:b w:val="0"/>
          <w:i w:val="0"/>
          <w:color w:val="22201D"/>
          <w:sz w:val="20"/>
        </w:rPr>
        <w:t>He knew because it had less sauce on it.</w:t>
      </w:r>
    </w:p>
    <w:p>
      <w:pPr>
        <w:spacing w:after="60" w:line="266" w:lineRule="auto"/>
        <w:ind w:firstLine="331"/>
        <w:jc w:val="both"/>
      </w:pPr>
      <w:r>
        <w:rPr>
          <w:rFonts w:ascii="Georgia" w:hAnsi="Georgia"/>
          <w:b w:val="0"/>
          <w:i w:val="0"/>
          <w:color w:val="22201D"/>
          <w:sz w:val="20"/>
        </w:rPr>
        <w:t>She had eaten enough to prevent the evening from collapsing into concern about her appetite. He had taken that as proof dinner had helped.</w:t>
      </w:r>
    </w:p>
    <w:p>
      <w:pPr>
        <w:spacing w:after="60" w:line="266" w:lineRule="auto"/>
        <w:ind w:firstLine="331"/>
        <w:jc w:val="both"/>
      </w:pPr>
      <w:r>
        <w:rPr>
          <w:rFonts w:ascii="Georgia" w:hAnsi="Georgia"/>
          <w:b w:val="0"/>
          <w:i w:val="0"/>
          <w:color w:val="22201D"/>
          <w:sz w:val="20"/>
        </w:rPr>
        <w:t>The plate, rude with factual memory, contradicted him by existing.</w:t>
      </w:r>
    </w:p>
    <w:p>
      <w:pPr>
        <w:spacing w:after="60" w:line="266" w:lineRule="auto"/>
        <w:ind w:firstLine="331"/>
        <w:jc w:val="both"/>
      </w:pPr>
      <w:r>
        <w:rPr>
          <w:rFonts w:ascii="Georgia" w:hAnsi="Georgia"/>
          <w:b w:val="0"/>
          <w:i w:val="0"/>
          <w:color w:val="22201D"/>
          <w:sz w:val="20"/>
        </w:rPr>
        <w:t>The recipe card waited.</w:t>
      </w:r>
    </w:p>
    <w:p>
      <w:pPr>
        <w:spacing w:after="60" w:line="266" w:lineRule="auto"/>
        <w:ind w:firstLine="331"/>
        <w:jc w:val="both"/>
      </w:pPr>
      <w:r>
        <w:rPr>
          <w:rFonts w:ascii="Georgia" w:hAnsi="Georgia"/>
          <w:b w:val="0"/>
          <w:i w:val="0"/>
          <w:color w:val="22201D"/>
          <w:sz w:val="20"/>
        </w:rPr>
        <w:t>Flocc washed the plate without naming her into the room.</w:t>
      </w:r>
    </w:p>
    <w:p>
      <w:pPr>
        <w:spacing w:after="60" w:line="266" w:lineRule="auto"/>
        <w:ind w:firstLine="331"/>
        <w:jc w:val="both"/>
      </w:pPr>
      <w:r>
        <w:rPr>
          <w:rFonts w:ascii="Georgia" w:hAnsi="Georgia"/>
          <w:b w:val="0"/>
          <w:i w:val="0"/>
          <w:color w:val="22201D"/>
          <w:sz w:val="20"/>
        </w:rPr>
        <w:t>When he set it in the drying rack, the card printed:</w:t>
      </w:r>
    </w:p>
    <w:p>
      <w:pPr>
        <w:spacing w:after="60" w:line="250" w:lineRule="auto"/>
        <w:ind w:left="202" w:right="173"/>
      </w:pPr>
      <w:r>
        <w:rPr>
          <w:rFonts w:ascii="Georgia" w:hAnsi="Georgia"/>
          <w:b w:val="0"/>
          <w:i w:val="0"/>
          <w:color w:val="22201D"/>
          <w:sz w:val="17"/>
        </w:rPr>
        <w:t>Ingredient Four: one person allowed to leave the table without becoming a lesson</w:t>
      </w:r>
    </w:p>
    <w:p>
      <w:pPr>
        <w:spacing w:after="60" w:line="266" w:lineRule="auto"/>
        <w:ind w:firstLine="331"/>
        <w:jc w:val="both"/>
      </w:pPr>
      <w:r>
        <w:rPr>
          <w:rFonts w:ascii="Georgia" w:hAnsi="Georgia"/>
          <w:b w:val="0"/>
          <w:i w:val="0"/>
          <w:color w:val="22201D"/>
          <w:sz w:val="20"/>
        </w:rPr>
        <w:t>The pantry stayed quiet after that.</w:t>
      </w:r>
    </w:p>
    <w:p>
      <w:pPr>
        <w:spacing w:after="60" w:line="266" w:lineRule="auto"/>
        <w:ind w:firstLine="331"/>
        <w:jc w:val="both"/>
      </w:pPr>
      <w:r>
        <w:rPr>
          <w:rFonts w:ascii="Georgia" w:hAnsi="Georgia"/>
          <w:b w:val="0"/>
          <w:i w:val="0"/>
          <w:color w:val="22201D"/>
          <w:sz w:val="20"/>
        </w:rPr>
        <w:t>It was the kind of quiet a good system made when it refused to harvest someone else's privacy.</w:t>
      </w:r>
    </w:p>
    <w:p>
      <w:pPr>
        <w:spacing w:after="60" w:line="266" w:lineRule="auto"/>
        <w:ind w:firstLine="331"/>
        <w:jc w:val="both"/>
      </w:pPr>
      <w:r>
        <w:rPr>
          <w:rFonts w:ascii="Georgia" w:hAnsi="Georgia"/>
          <w:b w:val="0"/>
          <w:i w:val="0"/>
          <w:color w:val="22201D"/>
          <w:sz w:val="20"/>
        </w:rPr>
        <w:t>Bob shifted the invoice under his arm.</w:t>
      </w:r>
    </w:p>
    <w:p>
      <w:pPr>
        <w:spacing w:after="60" w:line="266" w:lineRule="auto"/>
        <w:ind w:firstLine="331"/>
        <w:jc w:val="both"/>
      </w:pPr>
      <w:r>
        <w:rPr>
          <w:rFonts w:ascii="Georgia" w:hAnsi="Georgia"/>
          <w:b w:val="0"/>
          <w:i w:val="0"/>
          <w:color w:val="22201D"/>
          <w:sz w:val="20"/>
        </w:rPr>
        <w:t>"Still one item."</w:t>
      </w:r>
    </w:p>
    <w:p>
      <w:pPr>
        <w:spacing w:after="60" w:line="266" w:lineRule="auto"/>
        <w:ind w:firstLine="331"/>
        <w:jc w:val="both"/>
      </w:pPr>
      <w:r>
        <w:rPr>
          <w:rFonts w:ascii="Georgia" w:hAnsi="Georgia"/>
          <w:b w:val="0"/>
          <w:i w:val="0"/>
          <w:color w:val="22201D"/>
          <w:sz w:val="20"/>
        </w:rPr>
        <w:t>The Hostess turned to him.</w:t>
      </w:r>
    </w:p>
    <w:p>
      <w:pPr>
        <w:spacing w:after="60" w:line="266" w:lineRule="auto"/>
        <w:ind w:firstLine="331"/>
        <w:jc w:val="both"/>
      </w:pPr>
      <w:r>
        <w:rPr>
          <w:rFonts w:ascii="Georgia" w:hAnsi="Georgia"/>
          <w:b w:val="0"/>
          <w:i w:val="0"/>
          <w:color w:val="22201D"/>
          <w:sz w:val="20"/>
        </w:rPr>
        <w:t>"For this route?"</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He placed a small paper bag on the worktable beside the recipe card.</w:t>
      </w:r>
    </w:p>
    <w:p>
      <w:pPr>
        <w:spacing w:after="60" w:line="266" w:lineRule="auto"/>
        <w:ind w:firstLine="331"/>
        <w:jc w:val="both"/>
      </w:pPr>
      <w:r>
        <w:rPr>
          <w:rFonts w:ascii="Georgia" w:hAnsi="Georgia"/>
          <w:b w:val="0"/>
          <w:i w:val="0"/>
          <w:color w:val="22201D"/>
          <w:sz w:val="20"/>
        </w:rPr>
        <w:t>No one had seen him pick it up.</w:t>
      </w:r>
    </w:p>
    <w:p>
      <w:pPr>
        <w:spacing w:after="60" w:line="266" w:lineRule="auto"/>
        <w:ind w:firstLine="331"/>
        <w:jc w:val="both"/>
      </w:pPr>
      <w:r>
        <w:rPr>
          <w:rFonts w:ascii="Georgia" w:hAnsi="Georgia"/>
          <w:b w:val="0"/>
          <w:i w:val="0"/>
          <w:color w:val="22201D"/>
          <w:sz w:val="20"/>
        </w:rPr>
        <w:t>No one asked. Bob's usefulness often involved refusing to make pickup dramatic.</w:t>
      </w:r>
    </w:p>
    <w:p>
      <w:pPr>
        <w:spacing w:after="60" w:line="266" w:lineRule="auto"/>
        <w:ind w:firstLine="331"/>
        <w:jc w:val="both"/>
      </w:pPr>
      <w:r>
        <w:rPr>
          <w:rFonts w:ascii="Georgia" w:hAnsi="Georgia"/>
          <w:b w:val="0"/>
          <w:i w:val="0"/>
          <w:color w:val="22201D"/>
          <w:sz w:val="20"/>
        </w:rPr>
        <w:t>The bag was plain brown paper, folded twice, with a label written in block letters:</w:t>
      </w:r>
    </w:p>
    <w:p>
      <w:pPr>
        <w:spacing w:after="60" w:line="250" w:lineRule="auto"/>
        <w:ind w:left="202" w:right="173"/>
      </w:pPr>
      <w:r>
        <w:rPr>
          <w:rFonts w:ascii="Georgia" w:hAnsi="Georgia"/>
          <w:b w:val="0"/>
          <w:i w:val="0"/>
          <w:color w:val="22201D"/>
          <w:sz w:val="17"/>
        </w:rPr>
        <w:t>DELIVER AFTER DISHES</w:t>
      </w:r>
    </w:p>
    <w:p>
      <w:pPr>
        <w:spacing w:after="60" w:line="266" w:lineRule="auto"/>
        <w:ind w:firstLine="331"/>
        <w:jc w:val="both"/>
      </w:pPr>
      <w:r>
        <w:rPr>
          <w:rFonts w:ascii="Georgia" w:hAnsi="Georgia"/>
          <w:b w:val="0"/>
          <w:i w:val="0"/>
          <w:color w:val="22201D"/>
          <w:sz w:val="20"/>
        </w:rPr>
        <w:t>Gerald inspected the fold.</w:t>
      </w:r>
    </w:p>
    <w:p>
      <w:pPr>
        <w:spacing w:after="60" w:line="266" w:lineRule="auto"/>
        <w:ind w:firstLine="331"/>
        <w:jc w:val="both"/>
      </w:pPr>
      <w:r>
        <w:rPr>
          <w:rFonts w:ascii="Georgia" w:hAnsi="Georgia"/>
          <w:b w:val="0"/>
          <w:i w:val="0"/>
          <w:color w:val="22201D"/>
          <w:sz w:val="20"/>
        </w:rPr>
        <w:t>"Unopened."</w:t>
      </w:r>
    </w:p>
    <w:p>
      <w:pPr>
        <w:spacing w:after="60" w:line="266" w:lineRule="auto"/>
        <w:ind w:firstLine="331"/>
        <w:jc w:val="both"/>
      </w:pPr>
      <w:r>
        <w:rPr>
          <w:rFonts w:ascii="Georgia" w:hAnsi="Georgia"/>
          <w:b w:val="0"/>
          <w:i w:val="0"/>
          <w:color w:val="22201D"/>
          <w:sz w:val="20"/>
        </w:rPr>
        <w:t>Bob said, "Correct."</w:t>
      </w:r>
    </w:p>
    <w:p>
      <w:pPr>
        <w:spacing w:after="60" w:line="266" w:lineRule="auto"/>
        <w:ind w:firstLine="331"/>
        <w:jc w:val="both"/>
      </w:pPr>
      <w:r>
        <w:rPr>
          <w:rFonts w:ascii="Georgia" w:hAnsi="Georgia"/>
          <w:b w:val="0"/>
          <w:i w:val="0"/>
          <w:color w:val="22201D"/>
          <w:sz w:val="20"/>
        </w:rPr>
        <w:t>Flocc finished the fork last.</w:t>
      </w:r>
    </w:p>
    <w:p>
      <w:pPr>
        <w:spacing w:after="60" w:line="266" w:lineRule="auto"/>
        <w:ind w:firstLine="331"/>
        <w:jc w:val="both"/>
      </w:pPr>
      <w:r>
        <w:rPr>
          <w:rFonts w:ascii="Georgia" w:hAnsi="Georgia"/>
          <w:b w:val="0"/>
          <w:i w:val="0"/>
          <w:color w:val="22201D"/>
          <w:sz w:val="20"/>
        </w:rPr>
        <w:t>The tines held their red line stubbornly. He soaked it. He did not scrape hard enough to bend anything. He waited until the sauce loosened, then cleaned between the tines with the small brush Gerald handed him without comment.</w:t>
      </w:r>
    </w:p>
    <w:p>
      <w:pPr>
        <w:spacing w:after="60" w:line="266" w:lineRule="auto"/>
        <w:ind w:firstLine="331"/>
        <w:jc w:val="both"/>
      </w:pPr>
      <w:r>
        <w:rPr>
          <w:rFonts w:ascii="Georgia" w:hAnsi="Georgia"/>
          <w:b w:val="0"/>
          <w:i w:val="0"/>
          <w:color w:val="22201D"/>
          <w:sz w:val="20"/>
        </w:rPr>
        <w:t>When the fork was clean, it did not shine.</w:t>
      </w:r>
    </w:p>
    <w:p>
      <w:pPr>
        <w:spacing w:after="60" w:line="266" w:lineRule="auto"/>
        <w:ind w:firstLine="331"/>
        <w:jc w:val="both"/>
      </w:pPr>
      <w:r>
        <w:rPr>
          <w:rFonts w:ascii="Georgia" w:hAnsi="Georgia"/>
          <w:b w:val="0"/>
          <w:i w:val="0"/>
          <w:color w:val="22201D"/>
          <w:sz w:val="20"/>
        </w:rPr>
        <w:t>It was just usable.</w:t>
      </w:r>
    </w:p>
    <w:p>
      <w:pPr>
        <w:spacing w:after="60" w:line="266" w:lineRule="auto"/>
        <w:ind w:firstLine="331"/>
        <w:jc w:val="both"/>
      </w:pPr>
      <w:r>
        <w:rPr>
          <w:rFonts w:ascii="Georgia" w:hAnsi="Georgia"/>
          <w:b w:val="0"/>
          <w:i w:val="0"/>
          <w:color w:val="22201D"/>
          <w:sz w:val="20"/>
        </w:rPr>
        <w:t>That was more difficult to accept than shine would have been.</w:t>
      </w:r>
    </w:p>
    <w:p>
      <w:pPr>
        <w:spacing w:after="60" w:line="266" w:lineRule="auto"/>
        <w:ind w:firstLine="331"/>
        <w:jc w:val="both"/>
      </w:pPr>
      <w:r>
        <w:rPr>
          <w:rFonts w:ascii="Georgia" w:hAnsi="Georgia"/>
          <w:b w:val="0"/>
          <w:i w:val="0"/>
          <w:color w:val="22201D"/>
          <w:sz w:val="20"/>
        </w:rPr>
        <w:t>The recipe card unfolded fully.</w:t>
      </w:r>
    </w:p>
    <w:p>
      <w:pPr>
        <w:spacing w:after="60" w:line="250" w:lineRule="auto"/>
        <w:ind w:left="202" w:right="173"/>
      </w:pPr>
      <w:r>
        <w:rPr>
          <w:rFonts w:ascii="Georgia" w:hAnsi="Georgia"/>
          <w:b w:val="0"/>
          <w:i w:val="0"/>
          <w:color w:val="22201D"/>
          <w:sz w:val="17"/>
        </w:rPr>
        <w:t>THE RECIPE ADMITS IT WAS A CONFESSION  Original function: dinner  Actual function: unsent sentence  Confession: I made food to make my silence look like care.  Price: follow through  Follow-through actions completed: washed the dishes from the substituted apology retired the chipped plate separated useful cloth from clean cloth cleaned the fork without damaging it did not summon the affected party for validation  Follow-through actions remaining: write the sentence plainly send it only if consent and timing permit do not attach a request for comfort do not call the sending itself repair make the kitchen safe for future meals regardless of response</w:t>
      </w:r>
    </w:p>
    <w:p>
      <w:pPr>
        <w:spacing w:after="60" w:line="266" w:lineRule="auto"/>
        <w:ind w:firstLine="331"/>
        <w:jc w:val="both"/>
      </w:pPr>
      <w:r>
        <w:rPr>
          <w:rFonts w:ascii="Georgia" w:hAnsi="Georgia"/>
          <w:b w:val="0"/>
          <w:i w:val="0"/>
          <w:color w:val="22201D"/>
          <w:sz w:val="20"/>
        </w:rPr>
        <w:t>Flocc read it until the words stopped trying to become a feeling he could use.</w:t>
      </w:r>
    </w:p>
    <w:p>
      <w:pPr>
        <w:spacing w:after="60" w:line="266" w:lineRule="auto"/>
        <w:ind w:firstLine="331"/>
        <w:jc w:val="both"/>
      </w:pPr>
      <w:r>
        <w:rPr>
          <w:rFonts w:ascii="Georgia" w:hAnsi="Georgia"/>
          <w:b w:val="0"/>
          <w:i w:val="0"/>
          <w:color w:val="22201D"/>
          <w:sz w:val="20"/>
        </w:rPr>
        <w:t>"Write it where?" he asked.</w:t>
      </w:r>
    </w:p>
    <w:p>
      <w:pPr>
        <w:spacing w:after="60" w:line="266" w:lineRule="auto"/>
        <w:ind w:firstLine="331"/>
        <w:jc w:val="both"/>
      </w:pPr>
      <w:r>
        <w:rPr>
          <w:rFonts w:ascii="Georgia" w:hAnsi="Georgia"/>
          <w:b w:val="0"/>
          <w:i w:val="0"/>
          <w:color w:val="22201D"/>
          <w:sz w:val="20"/>
        </w:rPr>
        <w:t>The pantry drawer opened.</w:t>
      </w:r>
    </w:p>
    <w:p>
      <w:pPr>
        <w:spacing w:after="60" w:line="266" w:lineRule="auto"/>
        <w:ind w:firstLine="331"/>
        <w:jc w:val="both"/>
      </w:pPr>
      <w:r>
        <w:rPr>
          <w:rFonts w:ascii="Georgia" w:hAnsi="Georgia"/>
          <w:b w:val="0"/>
          <w:i w:val="0"/>
          <w:color w:val="22201D"/>
          <w:sz w:val="20"/>
        </w:rPr>
        <w:t>Inside was an ordinary notecard and an ordinary envelope.</w:t>
      </w:r>
    </w:p>
    <w:p>
      <w:pPr>
        <w:spacing w:after="60" w:line="266" w:lineRule="auto"/>
        <w:ind w:firstLine="331"/>
        <w:jc w:val="both"/>
      </w:pPr>
      <w:r>
        <w:rPr>
          <w:rFonts w:ascii="Georgia" w:hAnsi="Georgia"/>
          <w:b w:val="0"/>
          <w:i w:val="0"/>
          <w:color w:val="22201D"/>
          <w:sz w:val="20"/>
        </w:rPr>
        <w:t>The envelope did not glow.</w:t>
      </w:r>
    </w:p>
    <w:p>
      <w:pPr>
        <w:spacing w:after="60" w:line="266" w:lineRule="auto"/>
        <w:ind w:firstLine="331"/>
        <w:jc w:val="both"/>
      </w:pPr>
      <w:r>
        <w:rPr>
          <w:rFonts w:ascii="Georgia" w:hAnsi="Georgia"/>
          <w:b w:val="0"/>
          <w:i w:val="0"/>
          <w:color w:val="22201D"/>
          <w:sz w:val="20"/>
        </w:rPr>
        <w:t>The notecard did not smell like destiny.</w:t>
      </w:r>
    </w:p>
    <w:p>
      <w:pPr>
        <w:spacing w:after="60" w:line="266" w:lineRule="auto"/>
        <w:ind w:firstLine="331"/>
        <w:jc w:val="both"/>
      </w:pPr>
      <w:r>
        <w:rPr>
          <w:rFonts w:ascii="Georgia" w:hAnsi="Georgia"/>
          <w:b w:val="0"/>
          <w:i w:val="0"/>
          <w:color w:val="22201D"/>
          <w:sz w:val="20"/>
        </w:rPr>
        <w:t>Both facts helped.</w:t>
      </w:r>
    </w:p>
    <w:p>
      <w:pPr>
        <w:spacing w:after="60" w:line="266" w:lineRule="auto"/>
        <w:ind w:firstLine="331"/>
        <w:jc w:val="both"/>
      </w:pPr>
      <w:r>
        <w:rPr>
          <w:rFonts w:ascii="Georgia" w:hAnsi="Georgia"/>
          <w:b w:val="0"/>
          <w:i w:val="0"/>
          <w:color w:val="22201D"/>
          <w:sz w:val="20"/>
        </w:rPr>
        <w:t>The Hostess said, "Draft. Not deliver."</w:t>
      </w:r>
    </w:p>
    <w:p>
      <w:pPr>
        <w:spacing w:after="60" w:line="266" w:lineRule="auto"/>
        <w:ind w:firstLine="331"/>
        <w:jc w:val="both"/>
      </w:pPr>
      <w:r>
        <w:rPr>
          <w:rFonts w:ascii="Georgia" w:hAnsi="Georgia"/>
          <w:b w:val="0"/>
          <w:i w:val="0"/>
          <w:color w:val="22201D"/>
          <w:sz w:val="20"/>
        </w:rPr>
        <w:t>Flocc picked up the notecard.</w:t>
      </w:r>
    </w:p>
    <w:p>
      <w:pPr>
        <w:spacing w:after="60" w:line="266" w:lineRule="auto"/>
        <w:ind w:firstLine="331"/>
        <w:jc w:val="both"/>
      </w:pPr>
      <w:r>
        <w:rPr>
          <w:rFonts w:ascii="Georgia" w:hAnsi="Georgia"/>
          <w:b w:val="0"/>
          <w:i w:val="0"/>
          <w:color w:val="22201D"/>
          <w:sz w:val="20"/>
        </w:rPr>
        <w:t>His first draft began with the weather.</w:t>
      </w:r>
    </w:p>
    <w:p>
      <w:pPr>
        <w:spacing w:after="60" w:line="266" w:lineRule="auto"/>
        <w:ind w:firstLine="331"/>
        <w:jc w:val="both"/>
      </w:pPr>
      <w:r>
        <w:rPr>
          <w:rFonts w:ascii="Georgia" w:hAnsi="Georgia"/>
          <w:b w:val="0"/>
          <w:i w:val="0"/>
          <w:color w:val="22201D"/>
          <w:sz w:val="20"/>
        </w:rPr>
        <w:t>He crossed it out.</w:t>
      </w:r>
    </w:p>
    <w:p>
      <w:pPr>
        <w:spacing w:after="60" w:line="266" w:lineRule="auto"/>
        <w:ind w:firstLine="331"/>
        <w:jc w:val="both"/>
      </w:pPr>
      <w:r>
        <w:rPr>
          <w:rFonts w:ascii="Georgia" w:hAnsi="Georgia"/>
          <w:b w:val="0"/>
          <w:i w:val="0"/>
          <w:color w:val="22201D"/>
          <w:sz w:val="20"/>
        </w:rPr>
        <w:t>His second draft began with how hard the day had been.</w:t>
      </w:r>
    </w:p>
    <w:p>
      <w:pPr>
        <w:spacing w:after="60" w:line="266" w:lineRule="auto"/>
        <w:ind w:firstLine="331"/>
        <w:jc w:val="both"/>
      </w:pPr>
      <w:r>
        <w:rPr>
          <w:rFonts w:ascii="Georgia" w:hAnsi="Georgia"/>
          <w:b w:val="0"/>
          <w:i w:val="0"/>
          <w:color w:val="22201D"/>
          <w:sz w:val="20"/>
        </w:rPr>
        <w:t>He crossed it out.</w:t>
      </w:r>
    </w:p>
    <w:p>
      <w:pPr>
        <w:spacing w:after="60" w:line="266" w:lineRule="auto"/>
        <w:ind w:firstLine="331"/>
        <w:jc w:val="both"/>
      </w:pPr>
      <w:r>
        <w:rPr>
          <w:rFonts w:ascii="Georgia" w:hAnsi="Georgia"/>
          <w:b w:val="0"/>
          <w:i w:val="0"/>
          <w:color w:val="22201D"/>
          <w:sz w:val="20"/>
        </w:rPr>
        <w:t>His third draft began with Mara's name.</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The pantry did not say whether that was right.</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I saw your message and did not answer. I made dinner instead of saying I had failed you. That made my silence look like care. I am not asking you to reassure me about it. I am naming it because the thing I did still has consequences whether or not you want to hear from me. I will not send this unless there is a clear ordinary reason and your boundary allows it.</w:t>
      </w:r>
    </w:p>
    <w:p>
      <w:pPr>
        <w:spacing w:after="60" w:line="266" w:lineRule="auto"/>
        <w:ind w:firstLine="331"/>
        <w:jc w:val="both"/>
      </w:pPr>
      <w:r>
        <w:rPr>
          <w:rFonts w:ascii="Georgia" w:hAnsi="Georgia"/>
          <w:b w:val="0"/>
          <w:i w:val="0"/>
          <w:color w:val="22201D"/>
          <w:sz w:val="20"/>
        </w:rPr>
        <w:t>The card did not print approval.</w:t>
      </w:r>
    </w:p>
    <w:p>
      <w:pPr>
        <w:spacing w:after="60" w:line="266" w:lineRule="auto"/>
        <w:ind w:firstLine="331"/>
        <w:jc w:val="both"/>
      </w:pPr>
      <w:r>
        <w:rPr>
          <w:rFonts w:ascii="Georgia" w:hAnsi="Georgia"/>
          <w:b w:val="0"/>
          <w:i w:val="0"/>
          <w:color w:val="22201D"/>
          <w:sz w:val="20"/>
        </w:rPr>
        <w:t>Gerald read it from a respectful angle.</w:t>
      </w:r>
    </w:p>
    <w:p>
      <w:pPr>
        <w:spacing w:after="60" w:line="266" w:lineRule="auto"/>
        <w:ind w:firstLine="331"/>
        <w:jc w:val="both"/>
      </w:pPr>
      <w:r>
        <w:rPr>
          <w:rFonts w:ascii="Georgia" w:hAnsi="Georgia"/>
          <w:b w:val="0"/>
          <w:i w:val="0"/>
          <w:color w:val="22201D"/>
          <w:sz w:val="20"/>
        </w:rPr>
        <w:t>"No apology yet."</w:t>
      </w:r>
    </w:p>
    <w:p>
      <w:pPr>
        <w:spacing w:after="60" w:line="266" w:lineRule="auto"/>
        <w:ind w:firstLine="331"/>
        <w:jc w:val="both"/>
      </w:pPr>
      <w:r>
        <w:rPr>
          <w:rFonts w:ascii="Georgia" w:hAnsi="Georgia"/>
          <w:b w:val="0"/>
          <w:i w:val="0"/>
          <w:color w:val="22201D"/>
          <w:sz w:val="20"/>
        </w:rPr>
        <w:t>Flocc's stomach tightened.</w:t>
      </w:r>
    </w:p>
    <w:p>
      <w:pPr>
        <w:spacing w:after="60" w:line="266" w:lineRule="auto"/>
        <w:ind w:firstLine="331"/>
        <w:jc w:val="both"/>
      </w:pPr>
      <w:r>
        <w:rPr>
          <w:rFonts w:ascii="Georgia" w:hAnsi="Georgia"/>
          <w:b w:val="0"/>
          <w:i w:val="0"/>
          <w:color w:val="22201D"/>
          <w:sz w:val="20"/>
        </w:rPr>
        <w:t>"I thought the whole thing was apology."</w:t>
      </w:r>
    </w:p>
    <w:p>
      <w:pPr>
        <w:spacing w:after="60" w:line="266" w:lineRule="auto"/>
        <w:ind w:firstLine="331"/>
        <w:jc w:val="both"/>
      </w:pPr>
      <w:r>
        <w:rPr>
          <w:rFonts w:ascii="Georgia" w:hAnsi="Georgia"/>
          <w:b w:val="0"/>
          <w:i w:val="0"/>
          <w:color w:val="22201D"/>
          <w:sz w:val="20"/>
        </w:rPr>
        <w:t>"It names behavior. It does not state regret for the effect."</w:t>
      </w:r>
    </w:p>
    <w:p>
      <w:pPr>
        <w:spacing w:after="60" w:line="266" w:lineRule="auto"/>
        <w:ind w:firstLine="331"/>
        <w:jc w:val="both"/>
      </w:pPr>
      <w:r>
        <w:rPr>
          <w:rFonts w:ascii="Georgia" w:hAnsi="Georgia"/>
          <w:b w:val="0"/>
          <w:i w:val="0"/>
          <w:color w:val="22201D"/>
          <w:sz w:val="20"/>
        </w:rPr>
        <w:t>"I do regret it."</w:t>
      </w:r>
    </w:p>
    <w:p>
      <w:pPr>
        <w:spacing w:after="60" w:line="266" w:lineRule="auto"/>
        <w:ind w:firstLine="331"/>
        <w:jc w:val="both"/>
      </w:pPr>
      <w:r>
        <w:rPr>
          <w:rFonts w:ascii="Georgia" w:hAnsi="Georgia"/>
          <w:b w:val="0"/>
          <w:i w:val="0"/>
          <w:color w:val="22201D"/>
          <w:sz w:val="20"/>
        </w:rPr>
        <w:t>"Then write that. Do not expect the pantry to infer remorse from dishwashing."</w:t>
      </w:r>
    </w:p>
    <w:p>
      <w:pPr>
        <w:spacing w:after="60" w:line="266" w:lineRule="auto"/>
        <w:ind w:firstLine="331"/>
        <w:jc w:val="both"/>
      </w:pPr>
      <w:r>
        <w:rPr>
          <w:rFonts w:ascii="Georgia" w:hAnsi="Georgia"/>
          <w:b w:val="0"/>
          <w:i w:val="0"/>
          <w:color w:val="22201D"/>
          <w:sz w:val="20"/>
        </w:rPr>
        <w:t>The Hostess's mouth moved in a way that was almost a smile and definitely not a reward.</w:t>
      </w:r>
    </w:p>
    <w:p>
      <w:pPr>
        <w:spacing w:after="60" w:line="266" w:lineRule="auto"/>
        <w:ind w:firstLine="331"/>
        <w:jc w:val="both"/>
      </w:pPr>
      <w:r>
        <w:rPr>
          <w:rFonts w:ascii="Georgia" w:hAnsi="Georgia"/>
          <w:b w:val="0"/>
          <w:i w:val="0"/>
          <w:color w:val="22201D"/>
          <w:sz w:val="20"/>
        </w:rPr>
        <w:t>Flocc added:</w:t>
      </w:r>
    </w:p>
    <w:p>
      <w:pPr>
        <w:spacing w:after="60" w:line="250" w:lineRule="auto"/>
        <w:ind w:left="202" w:right="173"/>
      </w:pPr>
      <w:r>
        <w:rPr>
          <w:rFonts w:ascii="Georgia" w:hAnsi="Georgia"/>
          <w:b w:val="0"/>
          <w:i w:val="0"/>
          <w:color w:val="22201D"/>
          <w:sz w:val="17"/>
        </w:rPr>
        <w:t>I am sorry I left you alone with the work of that silence.</w:t>
      </w:r>
    </w:p>
    <w:p>
      <w:pPr>
        <w:spacing w:after="60" w:line="266" w:lineRule="auto"/>
        <w:ind w:firstLine="331"/>
        <w:jc w:val="both"/>
      </w:pPr>
      <w:r>
        <w:rPr>
          <w:rFonts w:ascii="Georgia" w:hAnsi="Georgia"/>
          <w:b w:val="0"/>
          <w:i w:val="0"/>
          <w:color w:val="22201D"/>
          <w:sz w:val="20"/>
        </w:rPr>
        <w:t>The notecard held the line.</w:t>
      </w:r>
    </w:p>
    <w:p>
      <w:pPr>
        <w:spacing w:after="60" w:line="266" w:lineRule="auto"/>
        <w:ind w:firstLine="331"/>
        <w:jc w:val="both"/>
      </w:pPr>
      <w:r>
        <w:rPr>
          <w:rFonts w:ascii="Georgia" w:hAnsi="Georgia"/>
          <w:b w:val="0"/>
          <w:i w:val="0"/>
          <w:color w:val="22201D"/>
          <w:sz w:val="20"/>
        </w:rPr>
        <w:t>It did not become enough.</w:t>
      </w:r>
    </w:p>
    <w:p>
      <w:pPr>
        <w:spacing w:after="60" w:line="266" w:lineRule="auto"/>
        <w:ind w:firstLine="331"/>
        <w:jc w:val="both"/>
      </w:pPr>
      <w:r>
        <w:rPr>
          <w:rFonts w:ascii="Georgia" w:hAnsi="Georgia"/>
          <w:b w:val="0"/>
          <w:i w:val="0"/>
          <w:color w:val="22201D"/>
          <w:sz w:val="20"/>
        </w:rPr>
        <w:t>That was correct.</w:t>
      </w:r>
    </w:p>
    <w:p>
      <w:pPr>
        <w:spacing w:after="60" w:line="266" w:lineRule="auto"/>
        <w:ind w:firstLine="331"/>
        <w:jc w:val="both"/>
      </w:pPr>
      <w:r>
        <w:rPr>
          <w:rFonts w:ascii="Georgia" w:hAnsi="Georgia"/>
          <w:b w:val="0"/>
          <w:i w:val="0"/>
          <w:color w:val="22201D"/>
          <w:sz w:val="20"/>
        </w:rPr>
        <w:t>The recipe card printed:</w:t>
      </w:r>
    </w:p>
    <w:p>
      <w:pPr>
        <w:spacing w:after="60" w:line="250" w:lineRule="auto"/>
        <w:ind w:left="202" w:right="173"/>
      </w:pPr>
      <w:r>
        <w:rPr>
          <w:rFonts w:ascii="Georgia" w:hAnsi="Georgia"/>
          <w:b w:val="0"/>
          <w:i w:val="0"/>
          <w:color w:val="22201D"/>
          <w:sz w:val="17"/>
        </w:rPr>
        <w:t>Confession admitted. Repair not certified.</w:t>
      </w:r>
    </w:p>
    <w:p>
      <w:pPr>
        <w:spacing w:after="60" w:line="266" w:lineRule="auto"/>
        <w:ind w:firstLine="331"/>
        <w:jc w:val="both"/>
      </w:pPr>
      <w:r>
        <w:rPr>
          <w:rFonts w:ascii="Georgia" w:hAnsi="Georgia"/>
          <w:b w:val="0"/>
          <w:i w:val="0"/>
          <w:color w:val="22201D"/>
          <w:sz w:val="20"/>
        </w:rPr>
        <w:t>Steve wrote the same words into the record.</w:t>
      </w:r>
    </w:p>
    <w:p>
      <w:pPr>
        <w:spacing w:after="60" w:line="266" w:lineRule="auto"/>
        <w:ind w:firstLine="331"/>
        <w:jc w:val="both"/>
      </w:pPr>
      <w:r>
        <w:rPr>
          <w:rFonts w:ascii="Georgia" w:hAnsi="Georgia"/>
          <w:b w:val="0"/>
          <w:i w:val="0"/>
          <w:color w:val="22201D"/>
          <w:sz w:val="20"/>
        </w:rPr>
        <w:t>Nico looked pained.</w:t>
      </w:r>
    </w:p>
    <w:p>
      <w:pPr>
        <w:spacing w:after="60" w:line="266" w:lineRule="auto"/>
        <w:ind w:firstLine="331"/>
        <w:jc w:val="both"/>
      </w:pPr>
      <w:r>
        <w:rPr>
          <w:rFonts w:ascii="Georgia" w:hAnsi="Georgia"/>
          <w:b w:val="0"/>
          <w:i w:val="0"/>
          <w:color w:val="22201D"/>
          <w:sz w:val="20"/>
        </w:rPr>
        <w:t>"That is brutally unmarketable."</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Good.</w:t>
      </w:r>
    </w:p>
    <w:p>
      <w:pPr>
        <w:spacing w:after="60" w:line="266" w:lineRule="auto"/>
        <w:ind w:firstLine="331"/>
        <w:jc w:val="both"/>
      </w:pPr>
      <w:r>
        <w:rPr>
          <w:rFonts w:ascii="Georgia" w:hAnsi="Georgia"/>
          <w:b w:val="0"/>
          <w:i w:val="0"/>
          <w:color w:val="22201D"/>
          <w:sz w:val="20"/>
        </w:rPr>
        <w:t>The brown paper bag beside the recipe card rustled.</w:t>
      </w:r>
    </w:p>
    <w:p>
      <w:pPr>
        <w:spacing w:after="60" w:line="266" w:lineRule="auto"/>
        <w:ind w:firstLine="331"/>
        <w:jc w:val="both"/>
      </w:pPr>
      <w:r>
        <w:rPr>
          <w:rFonts w:ascii="Georgia" w:hAnsi="Georgia"/>
          <w:b w:val="0"/>
          <w:i w:val="0"/>
          <w:color w:val="22201D"/>
          <w:sz w:val="20"/>
        </w:rPr>
        <w:t>Bob pushed it an inch toward the Hostess.</w:t>
      </w:r>
    </w:p>
    <w:p>
      <w:pPr>
        <w:spacing w:after="60" w:line="266" w:lineRule="auto"/>
        <w:ind w:firstLine="331"/>
        <w:jc w:val="both"/>
      </w:pPr>
      <w:r>
        <w:rPr>
          <w:rFonts w:ascii="Georgia" w:hAnsi="Georgia"/>
          <w:b w:val="0"/>
          <w:i w:val="0"/>
          <w:color w:val="22201D"/>
          <w:sz w:val="20"/>
        </w:rPr>
        <w:t>"After dishes," he said.</w:t>
      </w:r>
    </w:p>
    <w:p>
      <w:pPr>
        <w:spacing w:after="60" w:line="266" w:lineRule="auto"/>
        <w:ind w:firstLine="331"/>
        <w:jc w:val="both"/>
      </w:pPr>
      <w:r>
        <w:rPr>
          <w:rFonts w:ascii="Georgia" w:hAnsi="Georgia"/>
          <w:b w:val="0"/>
          <w:i w:val="0"/>
          <w:color w:val="22201D"/>
          <w:sz w:val="20"/>
        </w:rPr>
        <w:t>The Hostess opened the bag.</w:t>
      </w:r>
    </w:p>
    <w:p>
      <w:pPr>
        <w:spacing w:after="60" w:line="266" w:lineRule="auto"/>
        <w:ind w:firstLine="331"/>
        <w:jc w:val="both"/>
      </w:pPr>
      <w:r>
        <w:rPr>
          <w:rFonts w:ascii="Georgia" w:hAnsi="Georgia"/>
          <w:b w:val="0"/>
          <w:i w:val="0"/>
          <w:color w:val="22201D"/>
          <w:sz w:val="20"/>
        </w:rPr>
        <w:t>Inside was a label roll, a small jar of Voidberry Fatalii sauce, and a folded instruction strip.</w:t>
      </w:r>
    </w:p>
    <w:p>
      <w:pPr>
        <w:spacing w:after="60" w:line="266" w:lineRule="auto"/>
        <w:ind w:firstLine="331"/>
        <w:jc w:val="both"/>
      </w:pPr>
      <w:r>
        <w:rPr>
          <w:rFonts w:ascii="Georgia" w:hAnsi="Georgia"/>
          <w:b w:val="0"/>
          <w:i w:val="0"/>
          <w:color w:val="22201D"/>
          <w:sz w:val="20"/>
        </w:rPr>
        <w:t>Gerald took the jar first.</w:t>
      </w:r>
    </w:p>
    <w:p>
      <w:pPr>
        <w:spacing w:after="60" w:line="266" w:lineRule="auto"/>
        <w:ind w:firstLine="331"/>
        <w:jc w:val="both"/>
      </w:pPr>
      <w:r>
        <w:rPr>
          <w:rFonts w:ascii="Georgia" w:hAnsi="Georgia"/>
          <w:b w:val="0"/>
          <w:i w:val="0"/>
          <w:color w:val="22201D"/>
          <w:sz w:val="20"/>
        </w:rPr>
        <w:t>"Seal intact. Label legible. Cap tight."</w:t>
      </w:r>
    </w:p>
    <w:p>
      <w:pPr>
        <w:spacing w:after="60" w:line="266" w:lineRule="auto"/>
        <w:ind w:firstLine="331"/>
        <w:jc w:val="both"/>
      </w:pPr>
      <w:r>
        <w:rPr>
          <w:rFonts w:ascii="Georgia" w:hAnsi="Georgia"/>
          <w:b w:val="0"/>
          <w:i w:val="0"/>
          <w:color w:val="22201D"/>
          <w:sz w:val="20"/>
        </w:rPr>
        <w:t>The sauce inside looked dark purple at the center and hot orange at the edges, as if sweetness and heat had agreed to stop pretending they were separate ingredients.</w:t>
      </w:r>
    </w:p>
    <w:p>
      <w:pPr>
        <w:spacing w:after="60" w:line="266" w:lineRule="auto"/>
        <w:ind w:firstLine="331"/>
        <w:jc w:val="both"/>
      </w:pPr>
      <w:r>
        <w:rPr>
          <w:rFonts w:ascii="Georgia" w:hAnsi="Georgia"/>
          <w:b w:val="0"/>
          <w:i w:val="0"/>
          <w:color w:val="22201D"/>
          <w:sz w:val="20"/>
        </w:rPr>
        <w:t>The label roll was blank except for one printed square at the beginning.</w:t>
      </w:r>
    </w:p>
    <w:p>
      <w:pPr>
        <w:spacing w:after="60" w:line="250" w:lineRule="auto"/>
        <w:ind w:left="202" w:right="173"/>
      </w:pPr>
      <w:r>
        <w:rPr>
          <w:rFonts w:ascii="Georgia" w:hAnsi="Georgia"/>
          <w:b w:val="0"/>
          <w:i w:val="0"/>
          <w:color w:val="22201D"/>
          <w:sz w:val="17"/>
        </w:rPr>
        <w:t>WAIVER LABEL Apply before tasting. Read before tasting. Risk cannot be outsourced to appetite.</w:t>
      </w:r>
    </w:p>
    <w:p>
      <w:pPr>
        <w:spacing w:after="60" w:line="266" w:lineRule="auto"/>
        <w:ind w:firstLine="331"/>
        <w:jc w:val="both"/>
      </w:pPr>
      <w:r>
        <w:rPr>
          <w:rFonts w:ascii="Georgia" w:hAnsi="Georgia"/>
          <w:b w:val="0"/>
          <w:i w:val="0"/>
          <w:color w:val="22201D"/>
          <w:sz w:val="20"/>
        </w:rPr>
        <w:t>The pantry shelves shifted again, but not toward Chapter Eleven yet.</w:t>
      </w:r>
    </w:p>
    <w:p>
      <w:pPr>
        <w:spacing w:after="60" w:line="266" w:lineRule="auto"/>
        <w:ind w:firstLine="331"/>
        <w:jc w:val="both"/>
      </w:pPr>
      <w:r>
        <w:rPr>
          <w:rFonts w:ascii="Georgia" w:hAnsi="Georgia"/>
          <w:b w:val="0"/>
          <w:i w:val="0"/>
          <w:color w:val="22201D"/>
          <w:sz w:val="20"/>
        </w:rPr>
        <w:t>They only made room.</w:t>
      </w:r>
    </w:p>
    <w:p>
      <w:pPr>
        <w:spacing w:after="60" w:line="266" w:lineRule="auto"/>
        <w:ind w:firstLine="331"/>
        <w:jc w:val="both"/>
      </w:pPr>
      <w:r>
        <w:rPr>
          <w:rFonts w:ascii="Georgia" w:hAnsi="Georgia"/>
          <w:b w:val="0"/>
          <w:i w:val="0"/>
          <w:color w:val="22201D"/>
          <w:sz w:val="20"/>
        </w:rPr>
        <w:t>The Hostess clipped the recipe card above the sink.</w:t>
      </w:r>
    </w:p>
    <w:p>
      <w:pPr>
        <w:spacing w:after="60" w:line="266" w:lineRule="auto"/>
        <w:ind w:firstLine="331"/>
        <w:jc w:val="both"/>
      </w:pPr>
      <w:r>
        <w:rPr>
          <w:rFonts w:ascii="Georgia" w:hAnsi="Georgia"/>
          <w:b w:val="0"/>
          <w:i w:val="0"/>
          <w:color w:val="22201D"/>
          <w:sz w:val="20"/>
        </w:rPr>
        <w:t>"Why there?" Flocc asked.</w:t>
      </w:r>
    </w:p>
    <w:p>
      <w:pPr>
        <w:spacing w:after="60" w:line="266" w:lineRule="auto"/>
        <w:ind w:firstLine="331"/>
        <w:jc w:val="both"/>
      </w:pPr>
      <w:r>
        <w:rPr>
          <w:rFonts w:ascii="Georgia" w:hAnsi="Georgia"/>
          <w:b w:val="0"/>
          <w:i w:val="0"/>
          <w:color w:val="22201D"/>
          <w:sz w:val="20"/>
        </w:rPr>
        <w:t>"Because confession that does not change cleanup is decoration."</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"Correct placement."</w:t>
      </w:r>
    </w:p>
    <w:p>
      <w:pPr>
        <w:spacing w:after="60" w:line="266" w:lineRule="auto"/>
        <w:ind w:firstLine="331"/>
        <w:jc w:val="both"/>
      </w:pPr>
      <w:r>
        <w:rPr>
          <w:rFonts w:ascii="Georgia" w:hAnsi="Georgia"/>
          <w:b w:val="0"/>
          <w:i w:val="0"/>
          <w:color w:val="22201D"/>
          <w:sz w:val="20"/>
        </w:rPr>
        <w:t>The recipe card accepted the placement by flattening itself against the wall.</w:t>
      </w:r>
    </w:p>
    <w:p>
      <w:pPr>
        <w:spacing w:after="60" w:line="250" w:lineRule="auto"/>
        <w:ind w:left="202" w:right="173"/>
      </w:pPr>
      <w:r>
        <w:rPr>
          <w:rFonts w:ascii="Georgia" w:hAnsi="Georgia"/>
          <w:b w:val="0"/>
          <w:i w:val="0"/>
          <w:color w:val="22201D"/>
          <w:sz w:val="17"/>
        </w:rPr>
        <w:t>RECIPE CARD Active lesson: do not cook what must be said  Standing action: keep the kitchen safer than the confession found it</w:t>
      </w:r>
    </w:p>
    <w:p>
      <w:pPr>
        <w:spacing w:after="60" w:line="266" w:lineRule="auto"/>
        <w:ind w:firstLine="331"/>
        <w:jc w:val="both"/>
      </w:pPr>
      <w:r>
        <w:rPr>
          <w:rFonts w:ascii="Georgia" w:hAnsi="Georgia"/>
          <w:b w:val="0"/>
          <w:i w:val="0"/>
          <w:color w:val="22201D"/>
          <w:sz w:val="20"/>
        </w:rPr>
        <w:t>Flocc looked at the notecard in his hand.</w:t>
      </w:r>
    </w:p>
    <w:p>
      <w:pPr>
        <w:spacing w:after="60" w:line="266" w:lineRule="auto"/>
        <w:ind w:firstLine="331"/>
        <w:jc w:val="both"/>
      </w:pPr>
      <w:r>
        <w:rPr>
          <w:rFonts w:ascii="Georgia" w:hAnsi="Georgia"/>
          <w:b w:val="0"/>
          <w:i w:val="0"/>
          <w:color w:val="22201D"/>
          <w:sz w:val="20"/>
        </w:rPr>
        <w:t>"What do I do with this?"</w:t>
      </w:r>
    </w:p>
    <w:p>
      <w:pPr>
        <w:spacing w:after="60" w:line="266" w:lineRule="auto"/>
        <w:ind w:firstLine="331"/>
        <w:jc w:val="both"/>
      </w:pPr>
      <w:r>
        <w:rPr>
          <w:rFonts w:ascii="Georgia" w:hAnsi="Georgia"/>
          <w:b w:val="0"/>
          <w:i w:val="0"/>
          <w:color w:val="22201D"/>
          <w:sz w:val="20"/>
        </w:rPr>
        <w:t>"File it under draft," the Hostess said. "Not under proof."</w:t>
      </w:r>
    </w:p>
    <w:p>
      <w:pPr>
        <w:spacing w:after="60" w:line="266" w:lineRule="auto"/>
        <w:ind w:firstLine="331"/>
        <w:jc w:val="both"/>
      </w:pPr>
      <w:r>
        <w:rPr>
          <w:rFonts w:ascii="Georgia" w:hAnsi="Georgia"/>
          <w:b w:val="0"/>
          <w:i w:val="0"/>
          <w:color w:val="22201D"/>
          <w:sz w:val="20"/>
        </w:rPr>
        <w:t>A small box opened on the worktable.</w:t>
      </w:r>
    </w:p>
    <w:p>
      <w:pPr>
        <w:spacing w:after="60" w:line="250" w:lineRule="auto"/>
        <w:ind w:left="202" w:right="173"/>
      </w:pPr>
      <w:r>
        <w:rPr>
          <w:rFonts w:ascii="Georgia" w:hAnsi="Georgia"/>
          <w:b w:val="0"/>
          <w:i w:val="0"/>
          <w:color w:val="22201D"/>
          <w:sz w:val="17"/>
        </w:rPr>
        <w:t>DRAFTS THAT DO NOT EARN CONTACT</w:t>
      </w:r>
    </w:p>
    <w:p>
      <w:pPr>
        <w:spacing w:after="60" w:line="266" w:lineRule="auto"/>
        <w:ind w:firstLine="331"/>
        <w:jc w:val="both"/>
      </w:pPr>
      <w:r>
        <w:rPr>
          <w:rFonts w:ascii="Georgia" w:hAnsi="Georgia"/>
          <w:b w:val="0"/>
          <w:i w:val="0"/>
          <w:color w:val="22201D"/>
          <w:sz w:val="20"/>
        </w:rPr>
        <w:t>Flocc put the notecard inside.</w:t>
      </w:r>
    </w:p>
    <w:p>
      <w:pPr>
        <w:spacing w:after="60" w:line="266" w:lineRule="auto"/>
        <w:ind w:firstLine="331"/>
        <w:jc w:val="both"/>
      </w:pPr>
      <w:r>
        <w:rPr>
          <w:rFonts w:ascii="Georgia" w:hAnsi="Georgia"/>
          <w:b w:val="0"/>
          <w:i w:val="0"/>
          <w:color w:val="22201D"/>
          <w:sz w:val="20"/>
        </w:rPr>
        <w:t>The box closed without ceremony.</w:t>
      </w:r>
    </w:p>
    <w:p>
      <w:pPr>
        <w:spacing w:after="60" w:line="266" w:lineRule="auto"/>
        <w:ind w:firstLine="331"/>
        <w:jc w:val="both"/>
      </w:pPr>
      <w:r>
        <w:rPr>
          <w:rFonts w:ascii="Georgia" w:hAnsi="Georgia"/>
          <w:b w:val="0"/>
          <w:i w:val="0"/>
          <w:color w:val="22201D"/>
          <w:sz w:val="20"/>
        </w:rPr>
        <w:t>For one sharp second he wanted the box to reopen and tell him he had done the hard part.</w:t>
      </w:r>
    </w:p>
    <w:p>
      <w:pPr>
        <w:spacing w:after="60" w:line="266" w:lineRule="auto"/>
        <w:ind w:firstLine="331"/>
        <w:jc w:val="both"/>
      </w:pPr>
      <w:r>
        <w:rPr>
          <w:rFonts w:ascii="Georgia" w:hAnsi="Georgia"/>
          <w:b w:val="0"/>
          <w:i w:val="0"/>
          <w:color w:val="22201D"/>
          <w:sz w:val="20"/>
        </w:rPr>
        <w:t>It did not.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pantry lights warmed by one practical degree, just enough to see the sink, the shelf, the retired plate bin, the laundry pail, the recipe card, and the unopened line of waiver labels.</w:t>
      </w:r>
    </w:p>
    <w:p>
      <w:pPr>
        <w:spacing w:after="60" w:line="266" w:lineRule="auto"/>
        <w:ind w:firstLine="331"/>
        <w:jc w:val="both"/>
      </w:pPr>
      <w:r>
        <w:rPr>
          <w:rFonts w:ascii="Georgia" w:hAnsi="Georgia"/>
          <w:b w:val="0"/>
          <w:i w:val="0"/>
          <w:color w:val="22201D"/>
          <w:sz w:val="20"/>
        </w:rPr>
        <w:t>Steve closed the record.</w:t>
      </w:r>
    </w:p>
    <w:p>
      <w:pPr>
        <w:spacing w:after="60" w:line="266" w:lineRule="auto"/>
        <w:ind w:firstLine="331"/>
        <w:jc w:val="both"/>
      </w:pPr>
      <w:r>
        <w:rPr>
          <w:rFonts w:ascii="Georgia" w:hAnsi="Georgia"/>
          <w:b w:val="0"/>
          <w:i w:val="0"/>
          <w:color w:val="22201D"/>
          <w:sz w:val="20"/>
        </w:rPr>
        <w:t>"Chapter action logged."</w:t>
      </w:r>
    </w:p>
    <w:p>
      <w:pPr>
        <w:spacing w:after="60" w:line="266" w:lineRule="auto"/>
        <w:ind w:firstLine="331"/>
        <w:jc w:val="both"/>
      </w:pPr>
      <w:r>
        <w:rPr>
          <w:rFonts w:ascii="Georgia" w:hAnsi="Georgia"/>
          <w:b w:val="0"/>
          <w:i w:val="0"/>
          <w:color w:val="22201D"/>
          <w:sz w:val="20"/>
        </w:rPr>
        <w:t>"Not completed," Gerald said.</w:t>
      </w:r>
    </w:p>
    <w:p>
      <w:pPr>
        <w:spacing w:after="60" w:line="266" w:lineRule="auto"/>
        <w:ind w:firstLine="331"/>
        <w:jc w:val="both"/>
      </w:pPr>
      <w:r>
        <w:rPr>
          <w:rFonts w:ascii="Georgia" w:hAnsi="Georgia"/>
          <w:b w:val="0"/>
          <w:i w:val="0"/>
          <w:color w:val="22201D"/>
          <w:sz w:val="20"/>
        </w:rPr>
        <w:t>Steve reopened the record.</w:t>
      </w:r>
    </w:p>
    <w:p>
      <w:pPr>
        <w:spacing w:after="60" w:line="266" w:lineRule="auto"/>
        <w:ind w:firstLine="331"/>
        <w:jc w:val="both"/>
      </w:pPr>
      <w:r>
        <w:rPr>
          <w:rFonts w:ascii="Georgia" w:hAnsi="Georgia"/>
          <w:b w:val="0"/>
          <w:i w:val="0"/>
          <w:color w:val="22201D"/>
          <w:sz w:val="20"/>
        </w:rPr>
        <w:t>"Chapter action logged as not completion."</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Bob picked up the empty delivery bag and folded it flat.</w:t>
      </w:r>
    </w:p>
    <w:p>
      <w:pPr>
        <w:spacing w:after="60" w:line="266" w:lineRule="auto"/>
        <w:ind w:firstLine="331"/>
        <w:jc w:val="both"/>
      </w:pPr>
      <w:r>
        <w:rPr>
          <w:rFonts w:ascii="Georgia" w:hAnsi="Georgia"/>
          <w:b w:val="0"/>
          <w:i w:val="0"/>
          <w:color w:val="22201D"/>
          <w:sz w:val="20"/>
        </w:rPr>
        <w:t>"Next shelf."</w:t>
      </w:r>
    </w:p>
    <w:p>
      <w:pPr>
        <w:spacing w:after="60" w:line="266" w:lineRule="auto"/>
        <w:ind w:firstLine="331"/>
        <w:jc w:val="both"/>
      </w:pPr>
      <w:r>
        <w:rPr>
          <w:rFonts w:ascii="Georgia" w:hAnsi="Georgia"/>
          <w:b w:val="0"/>
          <w:i w:val="0"/>
          <w:color w:val="22201D"/>
          <w:sz w:val="20"/>
        </w:rPr>
        <w:t>The Hostess looked at the waiver label roll.</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Bob nodded once.</w:t>
      </w:r>
    </w:p>
    <w:p>
      <w:pPr>
        <w:spacing w:after="60" w:line="266" w:lineRule="auto"/>
        <w:ind w:firstLine="331"/>
        <w:jc w:val="both"/>
      </w:pPr>
      <w:r>
        <w:rPr>
          <w:rFonts w:ascii="Georgia" w:hAnsi="Georgia"/>
          <w:b w:val="0"/>
          <w:i w:val="0"/>
          <w:color w:val="22201D"/>
          <w:sz w:val="20"/>
        </w:rPr>
        <w:t>He did not argue with timing. Good delivery required knowing the difference between arrived and active.</w:t>
      </w:r>
    </w:p>
    <w:p>
      <w:pPr>
        <w:spacing w:after="60" w:line="266" w:lineRule="auto"/>
        <w:ind w:firstLine="331"/>
        <w:jc w:val="both"/>
      </w:pPr>
      <w:r>
        <w:rPr>
          <w:rFonts w:ascii="Georgia" w:hAnsi="Georgia"/>
          <w:b w:val="0"/>
          <w:i w:val="0"/>
          <w:color w:val="22201D"/>
          <w:sz w:val="20"/>
        </w:rPr>
        <w:t>The first waiver label peeled itself partly from the roll.</w:t>
      </w:r>
    </w:p>
    <w:p>
      <w:pPr>
        <w:spacing w:after="60" w:line="266" w:lineRule="auto"/>
        <w:ind w:firstLine="331"/>
        <w:jc w:val="both"/>
      </w:pPr>
      <w:r>
        <w:rPr>
          <w:rFonts w:ascii="Georgia" w:hAnsi="Georgia"/>
          <w:b w:val="0"/>
          <w:i w:val="0"/>
          <w:color w:val="22201D"/>
          <w:sz w:val="20"/>
        </w:rPr>
        <w:t>It showed a final line:</w:t>
      </w:r>
    </w:p>
    <w:p>
      <w:pPr>
        <w:spacing w:after="60" w:line="250" w:lineRule="auto"/>
        <w:ind w:left="202" w:right="173"/>
      </w:pPr>
      <w:r>
        <w:rPr>
          <w:rFonts w:ascii="Georgia" w:hAnsi="Georgia"/>
          <w:b w:val="0"/>
          <w:i w:val="0"/>
          <w:color w:val="22201D"/>
          <w:sz w:val="17"/>
        </w:rPr>
        <w:t>Next chapter: The Waiver Appears on the Sauce Shelf  Price: read before tasting</w:t>
      </w:r>
    </w:p>
    <w:p>
      <w:pPr>
        <w:spacing w:after="60" w:line="266" w:lineRule="auto"/>
        <w:ind w:firstLine="331"/>
        <w:jc w:val="both"/>
      </w:pPr>
      <w:r>
        <w:rPr>
          <w:rFonts w:ascii="Georgia" w:hAnsi="Georgia"/>
          <w:b w:val="0"/>
          <w:i w:val="0"/>
          <w:color w:val="22201D"/>
          <w:sz w:val="20"/>
        </w:rPr>
        <w:t>Flocc did not touch it.</w:t>
      </w:r>
    </w:p>
    <w:p>
      <w:pPr>
        <w:spacing w:after="60" w:line="266" w:lineRule="auto"/>
        <w:ind w:firstLine="331"/>
        <w:jc w:val="both"/>
      </w:pPr>
      <w:r>
        <w:rPr>
          <w:rFonts w:ascii="Georgia" w:hAnsi="Georgia"/>
          <w:b w:val="0"/>
          <w:i w:val="0"/>
          <w:color w:val="22201D"/>
          <w:sz w:val="20"/>
        </w:rPr>
        <w:t>The Hostess did not hand it to him.</w:t>
      </w:r>
    </w:p>
    <w:p>
      <w:pPr>
        <w:spacing w:after="60" w:line="266" w:lineRule="auto"/>
        <w:ind w:firstLine="331"/>
        <w:jc w:val="both"/>
      </w:pPr>
      <w:r>
        <w:rPr>
          <w:rFonts w:ascii="Georgia" w:hAnsi="Georgia"/>
          <w:b w:val="0"/>
          <w:i w:val="0"/>
          <w:color w:val="22201D"/>
          <w:sz w:val="20"/>
        </w:rPr>
        <w:t>Gerald moved the jar of Voidberry Fatalii two inches back from the table edge.</w:t>
      </w:r>
    </w:p>
    <w:p>
      <w:pPr>
        <w:spacing w:after="60" w:line="266" w:lineRule="auto"/>
        <w:ind w:firstLine="331"/>
        <w:jc w:val="both"/>
      </w:pPr>
      <w:r>
        <w:rPr>
          <w:rFonts w:ascii="Georgia" w:hAnsi="Georgia"/>
          <w:b w:val="0"/>
          <w:i w:val="0"/>
          <w:color w:val="22201D"/>
          <w:sz w:val="20"/>
        </w:rPr>
        <w:t>"No one tastes anything until the label is read."</w:t>
      </w:r>
    </w:p>
    <w:p>
      <w:pPr>
        <w:spacing w:after="60" w:line="266" w:lineRule="auto"/>
        <w:ind w:firstLine="331"/>
        <w:jc w:val="both"/>
      </w:pPr>
      <w:r>
        <w:rPr>
          <w:rFonts w:ascii="Georgia" w:hAnsi="Georgia"/>
          <w:b w:val="0"/>
          <w:i w:val="0"/>
          <w:color w:val="22201D"/>
          <w:sz w:val="20"/>
        </w:rPr>
        <w:t>The pantry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The recipe card above the sink stayed flat.</w:t>
      </w:r>
    </w:p>
    <w:p>
      <w:pPr>
        <w:spacing w:after="60" w:line="266" w:lineRule="auto"/>
        <w:ind w:firstLine="331"/>
        <w:jc w:val="both"/>
      </w:pPr>
      <w:r>
        <w:rPr>
          <w:rFonts w:ascii="Georgia" w:hAnsi="Georgia"/>
          <w:b w:val="0"/>
          <w:i w:val="0"/>
          <w:color w:val="22201D"/>
          <w:sz w:val="20"/>
        </w:rPr>
        <w:t>It had admitted what it was.</w:t>
      </w:r>
    </w:p>
    <w:p>
      <w:pPr>
        <w:spacing w:after="60" w:line="266" w:lineRule="auto"/>
        <w:ind w:firstLine="331"/>
        <w:jc w:val="both"/>
      </w:pPr>
      <w:r>
        <w:rPr>
          <w:rFonts w:ascii="Georgia" w:hAnsi="Georgia"/>
          <w:b w:val="0"/>
          <w:i w:val="0"/>
          <w:color w:val="22201D"/>
          <w:sz w:val="20"/>
        </w:rPr>
        <w:t>That did not make dinner harmless.</w:t>
      </w:r>
    </w:p>
    <w:p>
      <w:pPr>
        <w:spacing w:after="60" w:line="266" w:lineRule="auto"/>
        <w:ind w:firstLine="331"/>
        <w:jc w:val="both"/>
      </w:pPr>
      <w:r>
        <w:rPr>
          <w:rFonts w:ascii="Georgia" w:hAnsi="Georgia"/>
          <w:b w:val="0"/>
          <w:i w:val="0"/>
          <w:color w:val="22201D"/>
          <w:sz w:val="20"/>
        </w:rPr>
        <w:t>It made the next dish harder to lie about.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11: The Waiver Appears on the Sauce Shelf</w:t>
      </w:r>
    </w:p>
    <w:p>
      <w:pPr>
        <w:spacing w:after="60" w:line="266" w:lineRule="auto"/>
        <w:ind w:firstLine="0"/>
        <w:jc w:val="both"/>
      </w:pPr>
      <w:r>
        <w:rPr>
          <w:rFonts w:ascii="Georgia" w:hAnsi="Georgia"/>
          <w:b w:val="0"/>
          <w:i w:val="0"/>
          <w:color w:val="22201D"/>
          <w:sz w:val="20"/>
        </w:rPr>
        <w:t>The waiver label did not look important.</w:t>
      </w:r>
    </w:p>
    <w:p>
      <w:pPr>
        <w:spacing w:after="60" w:line="266" w:lineRule="auto"/>
        <w:ind w:firstLine="331"/>
        <w:jc w:val="both"/>
      </w:pPr>
      <w:r>
        <w:rPr>
          <w:rFonts w:ascii="Georgia" w:hAnsi="Georgia"/>
          <w:b w:val="0"/>
          <w:i w:val="0"/>
          <w:color w:val="22201D"/>
          <w:sz w:val="20"/>
        </w:rPr>
        <w:t>That was its first warning sign.</w:t>
      </w:r>
    </w:p>
    <w:p>
      <w:pPr>
        <w:spacing w:after="60" w:line="266" w:lineRule="auto"/>
        <w:ind w:firstLine="331"/>
        <w:jc w:val="both"/>
      </w:pPr>
      <w:r>
        <w:rPr>
          <w:rFonts w:ascii="Georgia" w:hAnsi="Georgia"/>
          <w:b w:val="0"/>
          <w:i w:val="0"/>
          <w:color w:val="22201D"/>
          <w:sz w:val="20"/>
        </w:rPr>
        <w:t>Important things in the pantry usually announced themselves badly. Doors mislabeled themselves as exits. Mushrooms arrived wrong on purpose. Flour pretended forgiveness could be weighed. A recipe had just admitted it was a confession and still had the decency to remain over the sink.</w:t>
      </w:r>
    </w:p>
    <w:p>
      <w:pPr>
        <w:spacing w:after="60" w:line="266" w:lineRule="auto"/>
        <w:ind w:firstLine="331"/>
        <w:jc w:val="both"/>
      </w:pPr>
      <w:r>
        <w:rPr>
          <w:rFonts w:ascii="Georgia" w:hAnsi="Georgia"/>
          <w:b w:val="0"/>
          <w:i w:val="0"/>
          <w:color w:val="22201D"/>
          <w:sz w:val="20"/>
        </w:rPr>
        <w:t>The waiver label looked like something from a grocery store.</w:t>
      </w:r>
    </w:p>
    <w:p>
      <w:pPr>
        <w:spacing w:after="60" w:line="266" w:lineRule="auto"/>
        <w:ind w:firstLine="331"/>
        <w:jc w:val="both"/>
      </w:pPr>
      <w:r>
        <w:rPr>
          <w:rFonts w:ascii="Georgia" w:hAnsi="Georgia"/>
          <w:b w:val="0"/>
          <w:i w:val="0"/>
          <w:color w:val="22201D"/>
          <w:sz w:val="20"/>
        </w:rPr>
        <w:t>White adhesive.</w:t>
      </w:r>
    </w:p>
    <w:p>
      <w:pPr>
        <w:spacing w:after="60" w:line="266" w:lineRule="auto"/>
        <w:ind w:firstLine="331"/>
        <w:jc w:val="both"/>
      </w:pPr>
      <w:r>
        <w:rPr>
          <w:rFonts w:ascii="Georgia" w:hAnsi="Georgia"/>
          <w:b w:val="0"/>
          <w:i w:val="0"/>
          <w:color w:val="22201D"/>
          <w:sz w:val="20"/>
        </w:rPr>
        <w:t>Black type.</w:t>
      </w:r>
    </w:p>
    <w:p>
      <w:pPr>
        <w:spacing w:after="60" w:line="266" w:lineRule="auto"/>
        <w:ind w:firstLine="331"/>
        <w:jc w:val="both"/>
      </w:pPr>
      <w:r>
        <w:rPr>
          <w:rFonts w:ascii="Georgia" w:hAnsi="Georgia"/>
          <w:b w:val="0"/>
          <w:i w:val="0"/>
          <w:color w:val="22201D"/>
          <w:sz w:val="20"/>
        </w:rPr>
        <w:t>A little peel-tab on the corner.</w:t>
      </w:r>
    </w:p>
    <w:p>
      <w:pPr>
        <w:spacing w:after="60" w:line="266" w:lineRule="auto"/>
        <w:ind w:firstLine="331"/>
        <w:jc w:val="both"/>
      </w:pPr>
      <w:r>
        <w:rPr>
          <w:rFonts w:ascii="Georgia" w:hAnsi="Georgia"/>
          <w:b w:val="0"/>
          <w:i w:val="0"/>
          <w:color w:val="22201D"/>
          <w:sz w:val="20"/>
        </w:rPr>
        <w:t>Gerald distrusted it more than he distrusted anything that had glowed.</w:t>
      </w:r>
    </w:p>
    <w:p>
      <w:pPr>
        <w:spacing w:after="60" w:line="266" w:lineRule="auto"/>
        <w:ind w:firstLine="331"/>
        <w:jc w:val="both"/>
      </w:pPr>
      <w:r>
        <w:rPr>
          <w:rFonts w:ascii="Georgia" w:hAnsi="Georgia"/>
          <w:b w:val="0"/>
          <w:i w:val="0"/>
          <w:color w:val="22201D"/>
          <w:sz w:val="20"/>
        </w:rPr>
        <w:t>"Too ordinary," he said.</w:t>
      </w:r>
    </w:p>
    <w:p>
      <w:pPr>
        <w:spacing w:after="60" w:line="266" w:lineRule="auto"/>
        <w:ind w:firstLine="331"/>
        <w:jc w:val="both"/>
      </w:pPr>
      <w:r>
        <w:rPr>
          <w:rFonts w:ascii="Georgia" w:hAnsi="Georgia"/>
          <w:b w:val="0"/>
          <w:i w:val="0"/>
          <w:color w:val="22201D"/>
          <w:sz w:val="20"/>
        </w:rPr>
        <w:t>Bob set the jar of Voidberry Fatalii on the sauce shelf and stepped back.</w:t>
      </w:r>
    </w:p>
    <w:p>
      <w:pPr>
        <w:spacing w:after="60" w:line="266" w:lineRule="auto"/>
        <w:ind w:firstLine="331"/>
        <w:jc w:val="both"/>
      </w:pPr>
      <w:r>
        <w:rPr>
          <w:rFonts w:ascii="Georgia" w:hAnsi="Georgia"/>
          <w:b w:val="0"/>
          <w:i w:val="0"/>
          <w:color w:val="22201D"/>
          <w:sz w:val="20"/>
        </w:rPr>
        <w:t>The sauce moved inside the jar with the slow thickness of something that could be either delicious or instructional, depending on whether the person opening it had read.</w:t>
      </w:r>
    </w:p>
    <w:p>
      <w:pPr>
        <w:spacing w:after="60" w:line="266" w:lineRule="auto"/>
        <w:ind w:firstLine="331"/>
        <w:jc w:val="both"/>
      </w:pPr>
      <w:r>
        <w:rPr>
          <w:rFonts w:ascii="Georgia" w:hAnsi="Georgia"/>
          <w:b w:val="0"/>
          <w:i w:val="0"/>
          <w:color w:val="22201D"/>
          <w:sz w:val="20"/>
        </w:rPr>
        <w:t>The Hostess held the label roll without peeling anything.</w:t>
      </w:r>
    </w:p>
    <w:p>
      <w:pPr>
        <w:spacing w:after="60" w:line="266" w:lineRule="auto"/>
        <w:ind w:firstLine="331"/>
        <w:jc w:val="both"/>
      </w:pPr>
      <w:r>
        <w:rPr>
          <w:rFonts w:ascii="Georgia" w:hAnsi="Georgia"/>
          <w:b w:val="0"/>
          <w:i w:val="0"/>
          <w:color w:val="22201D"/>
          <w:sz w:val="20"/>
        </w:rPr>
        <w:t>"Nobody tastes until the label is read."</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Then he noticed the pantry had not printed approval.</w:t>
      </w:r>
    </w:p>
    <w:p>
      <w:pPr>
        <w:spacing w:after="60" w:line="266" w:lineRule="auto"/>
        <w:ind w:firstLine="331"/>
        <w:jc w:val="both"/>
      </w:pPr>
      <w:r>
        <w:rPr>
          <w:rFonts w:ascii="Georgia" w:hAnsi="Georgia"/>
          <w:b w:val="0"/>
          <w:i w:val="0"/>
          <w:color w:val="22201D"/>
          <w:sz w:val="20"/>
        </w:rPr>
        <w:t>That meant nodding did not count.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sauce shelf rearranged itself.</w:t>
      </w:r>
    </w:p>
    <w:p>
      <w:pPr>
        <w:spacing w:after="60" w:line="266" w:lineRule="auto"/>
        <w:ind w:firstLine="331"/>
        <w:jc w:val="both"/>
      </w:pPr>
      <w:r>
        <w:rPr>
          <w:rFonts w:ascii="Georgia" w:hAnsi="Georgia"/>
          <w:b w:val="0"/>
          <w:i w:val="0"/>
          <w:color w:val="22201D"/>
          <w:sz w:val="20"/>
        </w:rPr>
        <w:t>Not the whole pantry this time. Just the shelf.</w:t>
      </w:r>
    </w:p>
    <w:p>
      <w:pPr>
        <w:spacing w:after="60" w:line="266" w:lineRule="auto"/>
        <w:ind w:firstLine="331"/>
        <w:jc w:val="both"/>
      </w:pPr>
      <w:r>
        <w:rPr>
          <w:rFonts w:ascii="Georgia" w:hAnsi="Georgia"/>
          <w:b w:val="0"/>
          <w:i w:val="0"/>
          <w:color w:val="22201D"/>
          <w:sz w:val="20"/>
        </w:rPr>
        <w:t>Jars slid into a cleaner row. The old sauces moved to the left: Green Chapel Serrano-Lime, Black Garlic Apology, Sunken Tomato Polite, Rain-Check Tamarind, and a jar labeled simply NO. Voidberry Fatalii moved to the center. The blank space to its right opened with the exact size and menace of a future.</w:t>
      </w:r>
    </w:p>
    <w:p>
      <w:pPr>
        <w:spacing w:after="60" w:line="266" w:lineRule="auto"/>
        <w:ind w:firstLine="331"/>
        <w:jc w:val="both"/>
      </w:pPr>
      <w:r>
        <w:rPr>
          <w:rFonts w:ascii="Georgia" w:hAnsi="Georgia"/>
          <w:b w:val="0"/>
          <w:i w:val="0"/>
          <w:color w:val="22201D"/>
          <w:sz w:val="20"/>
        </w:rPr>
        <w:t>Gerald checked the shelf brackets.</w:t>
      </w:r>
    </w:p>
    <w:p>
      <w:pPr>
        <w:spacing w:after="60" w:line="266" w:lineRule="auto"/>
        <w:ind w:firstLine="331"/>
        <w:jc w:val="both"/>
      </w:pPr>
      <w:r>
        <w:rPr>
          <w:rFonts w:ascii="Georgia" w:hAnsi="Georgia"/>
          <w:b w:val="0"/>
          <w:i w:val="0"/>
          <w:color w:val="22201D"/>
          <w:sz w:val="20"/>
        </w:rPr>
        <w:t>"Weight rating?"</w:t>
      </w:r>
    </w:p>
    <w:p>
      <w:pPr>
        <w:spacing w:after="60" w:line="266" w:lineRule="auto"/>
        <w:ind w:firstLine="331"/>
        <w:jc w:val="both"/>
      </w:pPr>
      <w:r>
        <w:rPr>
          <w:rFonts w:ascii="Georgia" w:hAnsi="Georgia"/>
          <w:b w:val="0"/>
          <w:i w:val="0"/>
          <w:color w:val="22201D"/>
          <w:sz w:val="20"/>
        </w:rPr>
        <w:t>The shelf printed:</w:t>
      </w:r>
    </w:p>
    <w:p>
      <w:pPr>
        <w:spacing w:after="60" w:line="250" w:lineRule="auto"/>
        <w:ind w:left="202" w:right="173"/>
      </w:pPr>
      <w:r>
        <w:rPr>
          <w:rFonts w:ascii="Georgia" w:hAnsi="Georgia"/>
          <w:b w:val="0"/>
          <w:i w:val="0"/>
          <w:color w:val="22201D"/>
          <w:sz w:val="17"/>
        </w:rPr>
        <w:t>Supports: ordinary sauce named risk written consent future pressure  Does not support: surprise tasting implied agreement appetite as signature</w:t>
      </w:r>
    </w:p>
    <w:p>
      <w:pPr>
        <w:spacing w:after="60" w:line="266" w:lineRule="auto"/>
        <w:ind w:firstLine="331"/>
        <w:jc w:val="both"/>
      </w:pPr>
      <w:r>
        <w:rPr>
          <w:rFonts w:ascii="Georgia" w:hAnsi="Georgia"/>
          <w:b w:val="0"/>
          <w:i w:val="0"/>
          <w:color w:val="22201D"/>
          <w:sz w:val="20"/>
        </w:rPr>
        <w:t>Gerald made a note.</w:t>
      </w:r>
    </w:p>
    <w:p>
      <w:pPr>
        <w:spacing w:after="60" w:line="266" w:lineRule="auto"/>
        <w:ind w:firstLine="331"/>
        <w:jc w:val="both"/>
      </w:pPr>
      <w:r>
        <w:rPr>
          <w:rFonts w:ascii="Georgia" w:hAnsi="Georgia"/>
          <w:b w:val="0"/>
          <w:i w:val="0"/>
          <w:color w:val="22201D"/>
          <w:sz w:val="20"/>
        </w:rPr>
        <w:t>"Acceptable if enforced."</w:t>
      </w:r>
    </w:p>
    <w:p>
      <w:pPr>
        <w:spacing w:after="60" w:line="266" w:lineRule="auto"/>
        <w:ind w:firstLine="331"/>
        <w:jc w:val="both"/>
      </w:pPr>
      <w:r>
        <w:rPr>
          <w:rFonts w:ascii="Georgia" w:hAnsi="Georgia"/>
          <w:b w:val="0"/>
          <w:i w:val="0"/>
          <w:color w:val="22201D"/>
          <w:sz w:val="20"/>
        </w:rPr>
        <w:t>Nico looked at the row of jars.</w:t>
      </w:r>
    </w:p>
    <w:p>
      <w:pPr>
        <w:spacing w:after="60" w:line="266" w:lineRule="auto"/>
        <w:ind w:firstLine="331"/>
        <w:jc w:val="both"/>
      </w:pPr>
      <w:r>
        <w:rPr>
          <w:rFonts w:ascii="Georgia" w:hAnsi="Georgia"/>
          <w:b w:val="0"/>
          <w:i w:val="0"/>
          <w:color w:val="22201D"/>
          <w:sz w:val="20"/>
        </w:rPr>
        <w:t>"I hate that appetite as signature is a real problem."</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Then do not make it a metaphor before it is handled.</w:t>
      </w:r>
    </w:p>
    <w:p>
      <w:pPr>
        <w:spacing w:after="60" w:line="266" w:lineRule="auto"/>
        <w:ind w:firstLine="331"/>
        <w:jc w:val="both"/>
      </w:pPr>
      <w:r>
        <w:rPr>
          <w:rFonts w:ascii="Georgia" w:hAnsi="Georgia"/>
          <w:b w:val="0"/>
          <w:i w:val="0"/>
          <w:color w:val="22201D"/>
          <w:sz w:val="20"/>
        </w:rPr>
        <w:t>Nico put both hands in his pockets.</w:t>
      </w:r>
    </w:p>
    <w:p>
      <w:pPr>
        <w:spacing w:after="60" w:line="266" w:lineRule="auto"/>
        <w:ind w:firstLine="331"/>
        <w:jc w:val="both"/>
      </w:pPr>
      <w:r>
        <w:rPr>
          <w:rFonts w:ascii="Georgia" w:hAnsi="Georgia"/>
          <w:b w:val="0"/>
          <w:i w:val="0"/>
          <w:color w:val="22201D"/>
          <w:sz w:val="20"/>
        </w:rPr>
        <w:t>"I am learning."</w:t>
      </w:r>
    </w:p>
    <w:p>
      <w:pPr>
        <w:spacing w:after="60" w:line="266" w:lineRule="auto"/>
        <w:ind w:firstLine="331"/>
        <w:jc w:val="both"/>
      </w:pPr>
      <w:r>
        <w:rPr>
          <w:rFonts w:ascii="Georgia" w:hAnsi="Georgia"/>
          <w:b w:val="0"/>
          <w:i w:val="0"/>
          <w:color w:val="22201D"/>
          <w:sz w:val="20"/>
        </w:rPr>
        <w:t>"Slowly," Gerald said.</w:t>
      </w:r>
    </w:p>
    <w:p>
      <w:pPr>
        <w:spacing w:after="60" w:line="266" w:lineRule="auto"/>
        <w:ind w:firstLine="331"/>
        <w:jc w:val="both"/>
      </w:pPr>
      <w:r>
        <w:rPr>
          <w:rFonts w:ascii="Georgia" w:hAnsi="Georgia"/>
          <w:b w:val="0"/>
          <w:i w:val="0"/>
          <w:color w:val="22201D"/>
          <w:sz w:val="20"/>
        </w:rPr>
        <w:t>The Hostess placed the first waiver label on the table in front of the jar.</w:t>
      </w:r>
    </w:p>
    <w:p>
      <w:pPr>
        <w:spacing w:after="60" w:line="250" w:lineRule="auto"/>
        <w:ind w:left="202" w:right="173"/>
      </w:pPr>
      <w:r>
        <w:rPr>
          <w:rFonts w:ascii="Georgia" w:hAnsi="Georgia"/>
          <w:b w:val="0"/>
          <w:i w:val="0"/>
          <w:color w:val="22201D"/>
          <w:sz w:val="17"/>
        </w:rPr>
        <w:t>WAIVER LABEL  Sauce: Voidberry Fatalii  Menu function: The Substitution  Before tasting: read all active risks aloud identify what is being substituted identify what is not being replaced state who may decline without explanation  Price: read before tasting</w:t>
      </w:r>
    </w:p>
    <w:p>
      <w:pPr>
        <w:spacing w:after="60" w:line="266" w:lineRule="auto"/>
        <w:ind w:firstLine="331"/>
        <w:jc w:val="both"/>
      </w:pPr>
      <w:r>
        <w:rPr>
          <w:rFonts w:ascii="Georgia" w:hAnsi="Georgia"/>
          <w:b w:val="0"/>
          <w:i w:val="0"/>
          <w:color w:val="22201D"/>
          <w:sz w:val="20"/>
        </w:rPr>
        <w:t>Flocc read the label silently.</w:t>
      </w:r>
    </w:p>
    <w:p>
      <w:pPr>
        <w:spacing w:after="60" w:line="266" w:lineRule="auto"/>
        <w:ind w:firstLine="331"/>
        <w:jc w:val="both"/>
      </w:pPr>
      <w:r>
        <w:rPr>
          <w:rFonts w:ascii="Georgia" w:hAnsi="Georgia"/>
          <w:b w:val="0"/>
          <w:i w:val="0"/>
          <w:color w:val="22201D"/>
          <w:sz w:val="20"/>
        </w:rPr>
        <w:t>The label did nothing.</w:t>
      </w:r>
    </w:p>
    <w:p>
      <w:pPr>
        <w:spacing w:after="60" w:line="266" w:lineRule="auto"/>
        <w:ind w:firstLine="331"/>
        <w:jc w:val="both"/>
      </w:pPr>
      <w:r>
        <w:rPr>
          <w:rFonts w:ascii="Georgia" w:hAnsi="Georgia"/>
          <w:b w:val="0"/>
          <w:i w:val="0"/>
          <w:color w:val="22201D"/>
          <w:sz w:val="20"/>
        </w:rPr>
        <w:t>He read it again silently, slower.</w:t>
      </w:r>
    </w:p>
    <w:p>
      <w:pPr>
        <w:spacing w:after="60" w:line="266" w:lineRule="auto"/>
        <w:ind w:firstLine="331"/>
        <w:jc w:val="both"/>
      </w:pPr>
      <w:r>
        <w:rPr>
          <w:rFonts w:ascii="Georgia" w:hAnsi="Georgia"/>
          <w:b w:val="0"/>
          <w:i w:val="0"/>
          <w:color w:val="22201D"/>
          <w:sz w:val="20"/>
        </w:rPr>
        <w:t>Still nothing.</w:t>
      </w:r>
    </w:p>
    <w:p>
      <w:pPr>
        <w:spacing w:after="60" w:line="266" w:lineRule="auto"/>
        <w:ind w:firstLine="331"/>
        <w:jc w:val="both"/>
      </w:pPr>
      <w:r>
        <w:rPr>
          <w:rFonts w:ascii="Georgia" w:hAnsi="Georgia"/>
          <w:b w:val="0"/>
          <w:i w:val="0"/>
          <w:color w:val="22201D"/>
          <w:sz w:val="20"/>
        </w:rPr>
        <w:t>Gerald tapped the table with his pencil.</w:t>
      </w:r>
    </w:p>
    <w:p>
      <w:pPr>
        <w:spacing w:after="60" w:line="266" w:lineRule="auto"/>
        <w:ind w:firstLine="331"/>
        <w:jc w:val="both"/>
      </w:pPr>
      <w:r>
        <w:rPr>
          <w:rFonts w:ascii="Georgia" w:hAnsi="Georgia"/>
          <w:b w:val="0"/>
          <w:i w:val="0"/>
          <w:color w:val="22201D"/>
          <w:sz w:val="20"/>
        </w:rPr>
        <w:t>"Before tasting means before tasting. Read means read. It did not say contemplate."</w:t>
      </w:r>
    </w:p>
    <w:p>
      <w:pPr>
        <w:spacing w:after="60" w:line="266" w:lineRule="auto"/>
        <w:ind w:firstLine="331"/>
        <w:jc w:val="both"/>
      </w:pPr>
      <w:r>
        <w:rPr>
          <w:rFonts w:ascii="Georgia" w:hAnsi="Georgia"/>
          <w:b w:val="0"/>
          <w:i w:val="0"/>
          <w:color w:val="22201D"/>
          <w:sz w:val="20"/>
        </w:rPr>
        <w:t>Flocc looked at the Hostess.</w:t>
      </w:r>
    </w:p>
    <w:p>
      <w:pPr>
        <w:spacing w:after="60" w:line="266" w:lineRule="auto"/>
        <w:ind w:firstLine="331"/>
        <w:jc w:val="both"/>
      </w:pPr>
      <w:r>
        <w:rPr>
          <w:rFonts w:ascii="Georgia" w:hAnsi="Georgia"/>
          <w:b w:val="0"/>
          <w:i w:val="0"/>
          <w:color w:val="22201D"/>
          <w:sz w:val="20"/>
        </w:rPr>
        <w:t>She did not soften the rule.</w:t>
      </w:r>
    </w:p>
    <w:p>
      <w:pPr>
        <w:spacing w:after="60" w:line="266" w:lineRule="auto"/>
        <w:ind w:firstLine="331"/>
        <w:jc w:val="both"/>
      </w:pPr>
      <w:r>
        <w:rPr>
          <w:rFonts w:ascii="Georgia" w:hAnsi="Georgia"/>
          <w:b w:val="0"/>
          <w:i w:val="0"/>
          <w:color w:val="22201D"/>
          <w:sz w:val="20"/>
        </w:rPr>
        <w:t>That helped more than softness would have.</w:t>
      </w:r>
    </w:p>
    <w:p>
      <w:pPr>
        <w:spacing w:after="60" w:line="266" w:lineRule="auto"/>
        <w:ind w:firstLine="331"/>
        <w:jc w:val="both"/>
      </w:pPr>
      <w:r>
        <w:rPr>
          <w:rFonts w:ascii="Georgia" w:hAnsi="Georgia"/>
          <w:b w:val="0"/>
          <w:i w:val="0"/>
          <w:color w:val="22201D"/>
          <w:sz w:val="20"/>
        </w:rPr>
        <w:t>He read aloud:</w:t>
      </w:r>
    </w:p>
    <w:p>
      <w:pPr>
        <w:spacing w:after="60" w:line="266" w:lineRule="auto"/>
        <w:ind w:firstLine="331"/>
        <w:jc w:val="both"/>
      </w:pPr>
      <w:r>
        <w:rPr>
          <w:rFonts w:ascii="Georgia" w:hAnsi="Georgia"/>
          <w:b w:val="0"/>
          <w:i w:val="0"/>
          <w:color w:val="22201D"/>
          <w:sz w:val="20"/>
        </w:rPr>
        <w:t>"Waiver Label. Sauce: Voidberry Fatalii. Menu function: The Substitution. Before tasting: read all active risks aloud, identify what is being substituted, identify what is not being replaced, state who may decline without explanation. Price: read before tasting."</w:t>
      </w:r>
    </w:p>
    <w:p>
      <w:pPr>
        <w:spacing w:after="60" w:line="266" w:lineRule="auto"/>
        <w:ind w:firstLine="331"/>
        <w:jc w:val="both"/>
      </w:pPr>
      <w:r>
        <w:rPr>
          <w:rFonts w:ascii="Georgia" w:hAnsi="Georgia"/>
          <w:b w:val="0"/>
          <w:i w:val="0"/>
          <w:color w:val="22201D"/>
          <w:sz w:val="20"/>
        </w:rPr>
        <w:t>The label peeled itself halfway from the backing.</w:t>
      </w:r>
    </w:p>
    <w:p>
      <w:pPr>
        <w:spacing w:after="60" w:line="266" w:lineRule="auto"/>
        <w:ind w:firstLine="331"/>
        <w:jc w:val="both"/>
      </w:pPr>
      <w:r>
        <w:rPr>
          <w:rFonts w:ascii="Georgia" w:hAnsi="Georgia"/>
          <w:b w:val="0"/>
          <w:i w:val="0"/>
          <w:color w:val="22201D"/>
          <w:sz w:val="20"/>
        </w:rPr>
        <w:t>Not all the way.</w:t>
      </w:r>
    </w:p>
    <w:p>
      <w:pPr>
        <w:spacing w:after="60" w:line="266" w:lineRule="auto"/>
        <w:ind w:firstLine="331"/>
        <w:jc w:val="both"/>
      </w:pPr>
      <w:r>
        <w:rPr>
          <w:rFonts w:ascii="Georgia" w:hAnsi="Georgia"/>
          <w:b w:val="0"/>
          <w:i w:val="0"/>
          <w:color w:val="22201D"/>
          <w:sz w:val="20"/>
        </w:rPr>
        <w:t>Gerald leaned in.</w:t>
      </w:r>
    </w:p>
    <w:p>
      <w:pPr>
        <w:spacing w:after="60" w:line="266" w:lineRule="auto"/>
        <w:ind w:firstLine="331"/>
        <w:jc w:val="both"/>
      </w:pPr>
      <w:r>
        <w:rPr>
          <w:rFonts w:ascii="Georgia" w:hAnsi="Georgia"/>
          <w:b w:val="0"/>
          <w:i w:val="0"/>
          <w:color w:val="22201D"/>
          <w:sz w:val="20"/>
        </w:rPr>
        <w:t>"Partial compliance."</w:t>
      </w:r>
    </w:p>
    <w:p>
      <w:pPr>
        <w:spacing w:after="60" w:line="266" w:lineRule="auto"/>
        <w:ind w:firstLine="331"/>
        <w:jc w:val="both"/>
      </w:pPr>
      <w:r>
        <w:rPr>
          <w:rFonts w:ascii="Georgia" w:hAnsi="Georgia"/>
          <w:b w:val="0"/>
          <w:i w:val="0"/>
          <w:color w:val="22201D"/>
          <w:sz w:val="20"/>
        </w:rPr>
        <w:t>The label printed:</w:t>
      </w:r>
    </w:p>
    <w:p>
      <w:pPr>
        <w:spacing w:after="60" w:line="250" w:lineRule="auto"/>
        <w:ind w:left="202" w:right="173"/>
      </w:pPr>
      <w:r>
        <w:rPr>
          <w:rFonts w:ascii="Georgia" w:hAnsi="Georgia"/>
          <w:b w:val="0"/>
          <w:i w:val="0"/>
          <w:color w:val="22201D"/>
          <w:sz w:val="17"/>
        </w:rPr>
        <w:t>Reading words is not the same as reading risk.</w:t>
      </w:r>
    </w:p>
    <w:p>
      <w:pPr>
        <w:spacing w:after="60" w:line="266" w:lineRule="auto"/>
        <w:ind w:firstLine="331"/>
        <w:jc w:val="both"/>
      </w:pPr>
      <w:r>
        <w:rPr>
          <w:rFonts w:ascii="Georgia" w:hAnsi="Georgia"/>
          <w:b w:val="0"/>
          <w:i w:val="0"/>
          <w:color w:val="22201D"/>
          <w:sz w:val="20"/>
        </w:rPr>
        <w:t>Steve opened the record book.</w:t>
      </w:r>
    </w:p>
    <w:p>
      <w:pPr>
        <w:spacing w:after="60" w:line="266" w:lineRule="auto"/>
        <w:ind w:firstLine="331"/>
        <w:jc w:val="both"/>
      </w:pPr>
      <w:r>
        <w:rPr>
          <w:rFonts w:ascii="Georgia" w:hAnsi="Georgia"/>
          <w:b w:val="0"/>
          <w:i w:val="0"/>
          <w:color w:val="22201D"/>
          <w:sz w:val="20"/>
        </w:rPr>
        <w:t>"Active distinction."</w:t>
      </w:r>
    </w:p>
    <w:p>
      <w:pPr>
        <w:spacing w:after="60" w:line="266" w:lineRule="auto"/>
        <w:ind w:firstLine="331"/>
        <w:jc w:val="both"/>
      </w:pPr>
      <w:r>
        <w:rPr>
          <w:rFonts w:ascii="Georgia" w:hAnsi="Georgia"/>
          <w:b w:val="0"/>
          <w:i w:val="0"/>
          <w:color w:val="22201D"/>
          <w:sz w:val="20"/>
        </w:rPr>
        <w:t>"Do not make it sound elegant," Gerald said.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words read risk not yet read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Flocc felt the familiar irritation of having done the stated thing and discovering the stated thing had a load-bearing verb inside it.</w:t>
      </w:r>
    </w:p>
    <w:p>
      <w:pPr>
        <w:spacing w:after="60" w:line="266" w:lineRule="auto"/>
        <w:ind w:firstLine="331"/>
        <w:jc w:val="both"/>
      </w:pPr>
      <w:r>
        <w:rPr>
          <w:rFonts w:ascii="Georgia" w:hAnsi="Georgia"/>
          <w:b w:val="0"/>
          <w:i w:val="0"/>
          <w:color w:val="22201D"/>
          <w:sz w:val="20"/>
        </w:rPr>
        <w:t>He looked at the sauce jar.</w:t>
      </w:r>
    </w:p>
    <w:p>
      <w:pPr>
        <w:spacing w:after="60" w:line="266" w:lineRule="auto"/>
        <w:ind w:firstLine="331"/>
        <w:jc w:val="both"/>
      </w:pPr>
      <w:r>
        <w:rPr>
          <w:rFonts w:ascii="Georgia" w:hAnsi="Georgia"/>
          <w:b w:val="0"/>
          <w:i w:val="0"/>
          <w:color w:val="22201D"/>
          <w:sz w:val="20"/>
        </w:rPr>
        <w:t>Voidberry Fatalii did not look like regret, or apology, or a door, or a person.</w:t>
      </w:r>
    </w:p>
    <w:p>
      <w:pPr>
        <w:spacing w:after="60" w:line="266" w:lineRule="auto"/>
        <w:ind w:firstLine="331"/>
        <w:jc w:val="both"/>
      </w:pPr>
      <w:r>
        <w:rPr>
          <w:rFonts w:ascii="Georgia" w:hAnsi="Georgia"/>
          <w:b w:val="0"/>
          <w:i w:val="0"/>
          <w:color w:val="22201D"/>
          <w:sz w:val="20"/>
        </w:rPr>
        <w:t>It looked like sauce.</w:t>
      </w:r>
    </w:p>
    <w:p>
      <w:pPr>
        <w:spacing w:after="60" w:line="266" w:lineRule="auto"/>
        <w:ind w:firstLine="331"/>
        <w:jc w:val="both"/>
      </w:pPr>
      <w:r>
        <w:rPr>
          <w:rFonts w:ascii="Georgia" w:hAnsi="Georgia"/>
          <w:b w:val="0"/>
          <w:i w:val="0"/>
          <w:color w:val="22201D"/>
          <w:sz w:val="20"/>
        </w:rPr>
        <w:t>That made it more dangerous.</w:t>
      </w:r>
    </w:p>
    <w:p>
      <w:pPr>
        <w:spacing w:after="60" w:line="266" w:lineRule="auto"/>
        <w:ind w:firstLine="331"/>
        <w:jc w:val="both"/>
      </w:pPr>
      <w:r>
        <w:rPr>
          <w:rFonts w:ascii="Georgia" w:hAnsi="Georgia"/>
          <w:b w:val="0"/>
          <w:i w:val="0"/>
          <w:color w:val="22201D"/>
          <w:sz w:val="20"/>
        </w:rPr>
        <w:t>Food could enter the mouth before the mind finished filing objections. Flavor did not ask for a meeting. Heat did not wait for committee notes. Sweetness was worse. Sweetness could convince the body that consent had happened because pleasure was present.</w:t>
      </w:r>
    </w:p>
    <w:p>
      <w:pPr>
        <w:spacing w:after="60" w:line="266" w:lineRule="auto"/>
        <w:ind w:firstLine="331"/>
        <w:jc w:val="both"/>
      </w:pPr>
      <w:r>
        <w:rPr>
          <w:rFonts w:ascii="Georgia" w:hAnsi="Georgia"/>
          <w:b w:val="0"/>
          <w:i w:val="0"/>
          <w:color w:val="22201D"/>
          <w:sz w:val="20"/>
        </w:rPr>
        <w:t>The label seemed satisfied by that thought, but it did not print anything.</w:t>
      </w:r>
    </w:p>
    <w:p>
      <w:pPr>
        <w:spacing w:after="60" w:line="266" w:lineRule="auto"/>
        <w:ind w:firstLine="331"/>
        <w:jc w:val="both"/>
      </w:pPr>
      <w:r>
        <w:rPr>
          <w:rFonts w:ascii="Georgia" w:hAnsi="Georgia"/>
          <w:b w:val="0"/>
          <w:i w:val="0"/>
          <w:color w:val="22201D"/>
          <w:sz w:val="20"/>
        </w:rPr>
        <w:t>Apparently, a thought still did not count as follow-through.</w:t>
      </w:r>
    </w:p>
    <w:p>
      <w:pPr>
        <w:spacing w:after="60" w:line="266" w:lineRule="auto"/>
        <w:ind w:firstLine="331"/>
        <w:jc w:val="both"/>
      </w:pPr>
      <w:r>
        <w:rPr>
          <w:rFonts w:ascii="Georgia" w:hAnsi="Georgia"/>
          <w:b w:val="0"/>
          <w:i w:val="0"/>
          <w:color w:val="22201D"/>
          <w:sz w:val="20"/>
        </w:rPr>
        <w:t>The Hostess pointed to the first line under Before tasting.</w:t>
      </w:r>
    </w:p>
    <w:p>
      <w:pPr>
        <w:spacing w:after="60" w:line="266" w:lineRule="auto"/>
        <w:ind w:firstLine="331"/>
        <w:jc w:val="both"/>
      </w:pPr>
      <w:r>
        <w:rPr>
          <w:rFonts w:ascii="Georgia" w:hAnsi="Georgia"/>
          <w:b w:val="0"/>
          <w:i w:val="0"/>
          <w:color w:val="22201D"/>
          <w:sz w:val="20"/>
        </w:rPr>
        <w:t>"Read the active risks."</w:t>
      </w:r>
    </w:p>
    <w:p>
      <w:pPr>
        <w:spacing w:after="60" w:line="266" w:lineRule="auto"/>
        <w:ind w:firstLine="331"/>
        <w:jc w:val="both"/>
      </w:pPr>
      <w:r>
        <w:rPr>
          <w:rFonts w:ascii="Georgia" w:hAnsi="Georgia"/>
          <w:b w:val="0"/>
          <w:i w:val="0"/>
          <w:color w:val="22201D"/>
          <w:sz w:val="20"/>
        </w:rPr>
        <w:t>The jar provided a small side label.</w:t>
      </w:r>
    </w:p>
    <w:p>
      <w:pPr>
        <w:spacing w:after="60" w:line="250" w:lineRule="auto"/>
        <w:ind w:left="202" w:right="173"/>
      </w:pPr>
      <w:r>
        <w:rPr>
          <w:rFonts w:ascii="Georgia" w:hAnsi="Georgia"/>
          <w:b w:val="0"/>
          <w:i w:val="0"/>
          <w:color w:val="22201D"/>
          <w:sz w:val="17"/>
        </w:rPr>
        <w:t>ACTIVE RISKS  1. Substitution may feel like relief before its limits are known. 2. A correct substitute may still not be the original thing. 3. Shared taste may create false intimacy. 4. Written consent may be mistaken for moral safety. 5. Appetite may pressure the slower person. 6. Book 8 pressure detected but not active.</w:t>
      </w:r>
    </w:p>
    <w:p>
      <w:pPr>
        <w:spacing w:after="60" w:line="266" w:lineRule="auto"/>
        <w:ind w:firstLine="331"/>
        <w:jc w:val="both"/>
      </w:pPr>
      <w:r>
        <w:rPr>
          <w:rFonts w:ascii="Georgia" w:hAnsi="Georgia"/>
          <w:b w:val="0"/>
          <w:i w:val="0"/>
          <w:color w:val="22201D"/>
          <w:sz w:val="20"/>
        </w:rPr>
        <w:t>Nico whispered, "Book 8 pressure detected?"</w:t>
      </w:r>
    </w:p>
    <w:p>
      <w:pPr>
        <w:spacing w:after="60" w:line="266" w:lineRule="auto"/>
        <w:ind w:firstLine="331"/>
        <w:jc w:val="both"/>
      </w:pPr>
      <w:r>
        <w:rPr>
          <w:rFonts w:ascii="Georgia" w:hAnsi="Georgia"/>
          <w:b w:val="0"/>
          <w:i w:val="0"/>
          <w:color w:val="22201D"/>
          <w:sz w:val="20"/>
        </w:rPr>
        <w:t>The sauce shelf darkened by one shade.</w:t>
      </w:r>
    </w:p>
    <w:p>
      <w:pPr>
        <w:spacing w:after="60" w:line="266" w:lineRule="auto"/>
        <w:ind w:firstLine="331"/>
        <w:jc w:val="both"/>
      </w:pPr>
      <w:r>
        <w:rPr>
          <w:rFonts w:ascii="Georgia" w:hAnsi="Georgia"/>
          <w:b w:val="0"/>
          <w:i w:val="0"/>
          <w:color w:val="22201D"/>
          <w:sz w:val="20"/>
        </w:rPr>
        <w:t>The Hostess said, "Not active."</w:t>
      </w:r>
    </w:p>
    <w:p>
      <w:pPr>
        <w:spacing w:after="60" w:line="266" w:lineRule="auto"/>
        <w:ind w:firstLine="331"/>
        <w:jc w:val="both"/>
      </w:pPr>
      <w:r>
        <w:rPr>
          <w:rFonts w:ascii="Georgia" w:hAnsi="Georgia"/>
          <w:b w:val="0"/>
          <w:i w:val="0"/>
          <w:color w:val="22201D"/>
          <w:sz w:val="20"/>
        </w:rPr>
        <w:t>Bob said, "Not delivered."</w:t>
      </w:r>
    </w:p>
    <w:p>
      <w:pPr>
        <w:spacing w:after="60" w:line="266" w:lineRule="auto"/>
        <w:ind w:firstLine="331"/>
        <w:jc w:val="both"/>
      </w:pPr>
      <w:r>
        <w:rPr>
          <w:rFonts w:ascii="Georgia" w:hAnsi="Georgia"/>
          <w:b w:val="0"/>
          <w:i w:val="0"/>
          <w:color w:val="22201D"/>
          <w:sz w:val="20"/>
        </w:rPr>
        <w:t>Gerald said, "Not opened."</w:t>
      </w:r>
    </w:p>
    <w:p>
      <w:pPr>
        <w:spacing w:after="60" w:line="266" w:lineRule="auto"/>
        <w:ind w:firstLine="331"/>
        <w:jc w:val="both"/>
      </w:pPr>
      <w:r>
        <w:rPr>
          <w:rFonts w:ascii="Georgia" w:hAnsi="Georgia"/>
          <w:b w:val="0"/>
          <w:i w:val="0"/>
          <w:color w:val="22201D"/>
          <w:sz w:val="20"/>
        </w:rPr>
        <w:t>Steve wrote all three.</w:t>
      </w:r>
    </w:p>
    <w:p>
      <w:pPr>
        <w:spacing w:after="60" w:line="266" w:lineRule="auto"/>
        <w:ind w:firstLine="331"/>
        <w:jc w:val="both"/>
      </w:pPr>
      <w:r>
        <w:rPr>
          <w:rFonts w:ascii="Georgia" w:hAnsi="Georgia"/>
          <w:b w:val="0"/>
          <w:i w:val="0"/>
          <w:color w:val="22201D"/>
          <w:sz w:val="20"/>
        </w:rPr>
        <w:t>Flocc read the risks aloud.</w:t>
      </w:r>
    </w:p>
    <w:p>
      <w:pPr>
        <w:spacing w:after="60" w:line="266" w:lineRule="auto"/>
        <w:ind w:firstLine="331"/>
        <w:jc w:val="both"/>
      </w:pPr>
      <w:r>
        <w:rPr>
          <w:rFonts w:ascii="Georgia" w:hAnsi="Georgia"/>
          <w:b w:val="0"/>
          <w:i w:val="0"/>
          <w:color w:val="22201D"/>
          <w:sz w:val="20"/>
        </w:rPr>
        <w:t>His voice caught on number three.</w:t>
      </w:r>
    </w:p>
    <w:p>
      <w:pPr>
        <w:spacing w:after="60" w:line="266" w:lineRule="auto"/>
        <w:ind w:firstLine="331"/>
        <w:jc w:val="both"/>
      </w:pPr>
      <w:r>
        <w:rPr>
          <w:rFonts w:ascii="Georgia" w:hAnsi="Georgia"/>
          <w:b w:val="0"/>
          <w:i w:val="0"/>
          <w:color w:val="22201D"/>
          <w:sz w:val="20"/>
        </w:rPr>
        <w:t>Shared taste may create false intimacy.</w:t>
      </w:r>
    </w:p>
    <w:p>
      <w:pPr>
        <w:spacing w:after="60" w:line="266" w:lineRule="auto"/>
        <w:ind w:firstLine="331"/>
        <w:jc w:val="both"/>
      </w:pPr>
      <w:r>
        <w:rPr>
          <w:rFonts w:ascii="Georgia" w:hAnsi="Georgia"/>
          <w:b w:val="0"/>
          <w:i w:val="0"/>
          <w:color w:val="22201D"/>
          <w:sz w:val="20"/>
        </w:rPr>
        <w:t>He read it again because the label had not asked him to feel it. It had asked him to read it.</w:t>
      </w:r>
    </w:p>
    <w:p>
      <w:pPr>
        <w:spacing w:after="60" w:line="266" w:lineRule="auto"/>
        <w:ind w:firstLine="331"/>
        <w:jc w:val="both"/>
      </w:pPr>
      <w:r>
        <w:rPr>
          <w:rFonts w:ascii="Georgia" w:hAnsi="Georgia"/>
          <w:b w:val="0"/>
          <w:i w:val="0"/>
          <w:color w:val="22201D"/>
          <w:sz w:val="20"/>
        </w:rPr>
        <w:t>"Shared taste may create false intimacy."</w:t>
      </w:r>
    </w:p>
    <w:p>
      <w:pPr>
        <w:spacing w:after="60" w:line="266" w:lineRule="auto"/>
        <w:ind w:firstLine="331"/>
        <w:jc w:val="both"/>
      </w:pPr>
      <w:r>
        <w:rPr>
          <w:rFonts w:ascii="Georgia" w:hAnsi="Georgia"/>
          <w:b w:val="0"/>
          <w:i w:val="0"/>
          <w:color w:val="22201D"/>
          <w:sz w:val="20"/>
        </w:rPr>
        <w:t>The label peeled another fraction from the backing.</w:t>
      </w:r>
    </w:p>
    <w:p>
      <w:pPr>
        <w:spacing w:after="60" w:line="266" w:lineRule="auto"/>
        <w:ind w:firstLine="331"/>
        <w:jc w:val="both"/>
      </w:pPr>
      <w:r>
        <w:rPr>
          <w:rFonts w:ascii="Georgia" w:hAnsi="Georgia"/>
          <w:b w:val="0"/>
          <w:i w:val="0"/>
          <w:color w:val="22201D"/>
          <w:sz w:val="20"/>
        </w:rPr>
        <w:t>The pantry did not applaud restraint.</w:t>
      </w:r>
    </w:p>
    <w:p>
      <w:pPr>
        <w:spacing w:after="60" w:line="266" w:lineRule="auto"/>
        <w:ind w:firstLine="331"/>
        <w:jc w:val="both"/>
      </w:pPr>
      <w:r>
        <w:rPr>
          <w:rFonts w:ascii="Georgia" w:hAnsi="Georgia"/>
          <w:b w:val="0"/>
          <w:i w:val="0"/>
          <w:color w:val="22201D"/>
          <w:sz w:val="20"/>
        </w:rPr>
        <w:t>Gerald checked the cap.</w:t>
      </w:r>
    </w:p>
    <w:p>
      <w:pPr>
        <w:spacing w:after="60" w:line="266" w:lineRule="auto"/>
        <w:ind w:firstLine="331"/>
        <w:jc w:val="both"/>
      </w:pPr>
      <w:r>
        <w:rPr>
          <w:rFonts w:ascii="Georgia" w:hAnsi="Georgia"/>
          <w:b w:val="0"/>
          <w:i w:val="0"/>
          <w:color w:val="22201D"/>
          <w:sz w:val="20"/>
        </w:rPr>
        <w:t>"Still sealed."</w:t>
      </w:r>
    </w:p>
    <w:p>
      <w:pPr>
        <w:spacing w:after="60" w:line="266" w:lineRule="auto"/>
        <w:ind w:firstLine="331"/>
        <w:jc w:val="both"/>
      </w:pPr>
      <w:r>
        <w:rPr>
          <w:rFonts w:ascii="Georgia" w:hAnsi="Georgia"/>
          <w:b w:val="0"/>
          <w:i w:val="0"/>
          <w:color w:val="22201D"/>
          <w:sz w:val="20"/>
        </w:rPr>
        <w:t>The second line waited.</w:t>
      </w:r>
    </w:p>
    <w:p>
      <w:pPr>
        <w:spacing w:after="60" w:line="250" w:lineRule="auto"/>
        <w:ind w:left="202" w:right="173"/>
      </w:pPr>
      <w:r>
        <w:rPr>
          <w:rFonts w:ascii="Georgia" w:hAnsi="Georgia"/>
          <w:b w:val="0"/>
          <w:i w:val="0"/>
          <w:color w:val="22201D"/>
          <w:sz w:val="17"/>
        </w:rPr>
        <w:t>identify what is being substituted</w:t>
      </w:r>
    </w:p>
    <w:p>
      <w:pPr>
        <w:spacing w:after="60" w:line="266" w:lineRule="auto"/>
        <w:ind w:firstLine="331"/>
        <w:jc w:val="both"/>
      </w:pPr>
      <w:r>
        <w:rPr>
          <w:rFonts w:ascii="Georgia" w:hAnsi="Georgia"/>
          <w:b w:val="0"/>
          <w:i w:val="0"/>
          <w:color w:val="22201D"/>
          <w:sz w:val="20"/>
        </w:rPr>
        <w:t>Flocc looked at the sauce shelf.</w:t>
      </w:r>
    </w:p>
    <w:p>
      <w:pPr>
        <w:spacing w:after="60" w:line="266" w:lineRule="auto"/>
        <w:ind w:firstLine="331"/>
        <w:jc w:val="both"/>
      </w:pPr>
      <w:r>
        <w:rPr>
          <w:rFonts w:ascii="Georgia" w:hAnsi="Georgia"/>
          <w:b w:val="0"/>
          <w:i w:val="0"/>
          <w:color w:val="22201D"/>
          <w:sz w:val="20"/>
        </w:rPr>
        <w:t>For once, the answer did not come from the wall.</w:t>
      </w:r>
    </w:p>
    <w:p>
      <w:pPr>
        <w:spacing w:after="60" w:line="266" w:lineRule="auto"/>
        <w:ind w:firstLine="331"/>
        <w:jc w:val="both"/>
      </w:pPr>
      <w:r>
        <w:rPr>
          <w:rFonts w:ascii="Georgia" w:hAnsi="Georgia"/>
          <w:b w:val="0"/>
          <w:i w:val="0"/>
          <w:color w:val="22201D"/>
          <w:sz w:val="20"/>
        </w:rPr>
        <w:t>The jars held their labels in a row.</w:t>
      </w:r>
    </w:p>
    <w:p>
      <w:pPr>
        <w:spacing w:after="60" w:line="266" w:lineRule="auto"/>
        <w:ind w:firstLine="331"/>
        <w:jc w:val="both"/>
      </w:pPr>
      <w:r>
        <w:rPr>
          <w:rFonts w:ascii="Georgia" w:hAnsi="Georgia"/>
          <w:b w:val="0"/>
          <w:i w:val="0"/>
          <w:color w:val="22201D"/>
          <w:sz w:val="20"/>
        </w:rPr>
        <w:t>The corrected mushroom watched from its shelf with the solemnity of a grocery item that had already done its job.</w:t>
      </w:r>
    </w:p>
    <w:p>
      <w:pPr>
        <w:spacing w:after="60" w:line="266" w:lineRule="auto"/>
        <w:ind w:firstLine="331"/>
        <w:jc w:val="both"/>
      </w:pPr>
      <w:r>
        <w:rPr>
          <w:rFonts w:ascii="Georgia" w:hAnsi="Georgia"/>
          <w:b w:val="0"/>
          <w:i w:val="0"/>
          <w:color w:val="22201D"/>
          <w:sz w:val="20"/>
        </w:rPr>
        <w:t>"A safer substitute for the original pantry habit," Flocc said.</w:t>
      </w:r>
    </w:p>
    <w:p>
      <w:pPr>
        <w:spacing w:after="60" w:line="266" w:lineRule="auto"/>
        <w:ind w:firstLine="331"/>
        <w:jc w:val="both"/>
      </w:pPr>
      <w:r>
        <w:rPr>
          <w:rFonts w:ascii="Georgia" w:hAnsi="Georgia"/>
          <w:b w:val="0"/>
          <w:i w:val="0"/>
          <w:color w:val="22201D"/>
          <w:sz w:val="20"/>
        </w:rPr>
        <w:t>Nothing happened.</w:t>
      </w:r>
    </w:p>
    <w:p>
      <w:pPr>
        <w:spacing w:after="60" w:line="266" w:lineRule="auto"/>
        <w:ind w:firstLine="331"/>
        <w:jc w:val="both"/>
      </w:pPr>
      <w:r>
        <w:rPr>
          <w:rFonts w:ascii="Georgia" w:hAnsi="Georgia"/>
          <w:b w:val="0"/>
          <w:i w:val="0"/>
          <w:color w:val="22201D"/>
          <w:sz w:val="20"/>
        </w:rPr>
        <w:t>He tried again.</w:t>
      </w:r>
    </w:p>
    <w:p>
      <w:pPr>
        <w:spacing w:after="60" w:line="266" w:lineRule="auto"/>
        <w:ind w:firstLine="331"/>
        <w:jc w:val="both"/>
      </w:pPr>
      <w:r>
        <w:rPr>
          <w:rFonts w:ascii="Georgia" w:hAnsi="Georgia"/>
          <w:b w:val="0"/>
          <w:i w:val="0"/>
          <w:color w:val="22201D"/>
          <w:sz w:val="20"/>
        </w:rPr>
        <w:t>"A named substitute for using unlabeled sweetness to cover heat."</w:t>
      </w:r>
    </w:p>
    <w:p>
      <w:pPr>
        <w:spacing w:after="60" w:line="266" w:lineRule="auto"/>
        <w:ind w:firstLine="331"/>
        <w:jc w:val="both"/>
      </w:pPr>
      <w:r>
        <w:rPr>
          <w:rFonts w:ascii="Georgia" w:hAnsi="Georgia"/>
          <w:b w:val="0"/>
          <w:i w:val="0"/>
          <w:color w:val="22201D"/>
          <w:sz w:val="20"/>
        </w:rPr>
        <w:t>The label warmed but did not peel.</w:t>
      </w:r>
    </w:p>
    <w:p>
      <w:pPr>
        <w:spacing w:after="60" w:line="266" w:lineRule="auto"/>
        <w:ind w:firstLine="331"/>
        <w:jc w:val="both"/>
      </w:pPr>
      <w:r>
        <w:rPr>
          <w:rFonts w:ascii="Georgia" w:hAnsi="Georgia"/>
          <w:b w:val="0"/>
          <w:i w:val="0"/>
          <w:color w:val="22201D"/>
          <w:sz w:val="20"/>
        </w:rPr>
        <w:t>Gerald made an impatient sound.</w:t>
      </w:r>
    </w:p>
    <w:p>
      <w:pPr>
        <w:spacing w:after="60" w:line="266" w:lineRule="auto"/>
        <w:ind w:firstLine="331"/>
        <w:jc w:val="both"/>
      </w:pPr>
      <w:r>
        <w:rPr>
          <w:rFonts w:ascii="Georgia" w:hAnsi="Georgia"/>
          <w:b w:val="0"/>
          <w:i w:val="0"/>
          <w:color w:val="22201D"/>
          <w:sz w:val="20"/>
        </w:rPr>
        <w:t>"Too culinary."</w:t>
      </w:r>
    </w:p>
    <w:p>
      <w:pPr>
        <w:spacing w:after="60" w:line="266" w:lineRule="auto"/>
        <w:ind w:firstLine="331"/>
        <w:jc w:val="both"/>
      </w:pPr>
      <w:r>
        <w:rPr>
          <w:rFonts w:ascii="Georgia" w:hAnsi="Georgia"/>
          <w:b w:val="0"/>
          <w:i w:val="0"/>
          <w:color w:val="22201D"/>
          <w:sz w:val="20"/>
        </w:rPr>
        <w:t>"It is sauce."</w:t>
      </w:r>
    </w:p>
    <w:p>
      <w:pPr>
        <w:spacing w:after="60" w:line="266" w:lineRule="auto"/>
        <w:ind w:firstLine="331"/>
        <w:jc w:val="both"/>
      </w:pPr>
      <w:r>
        <w:rPr>
          <w:rFonts w:ascii="Georgia" w:hAnsi="Georgia"/>
          <w:b w:val="0"/>
          <w:i w:val="0"/>
          <w:color w:val="22201D"/>
          <w:sz w:val="20"/>
        </w:rPr>
        <w:t>"It is sauce with a waiver. Be accurate."</w:t>
      </w:r>
    </w:p>
    <w:p>
      <w:pPr>
        <w:spacing w:after="60" w:line="266" w:lineRule="auto"/>
        <w:ind w:firstLine="331"/>
        <w:jc w:val="both"/>
      </w:pPr>
      <w:r>
        <w:rPr>
          <w:rFonts w:ascii="Georgia" w:hAnsi="Georgia"/>
          <w:b w:val="0"/>
          <w:i w:val="0"/>
          <w:color w:val="22201D"/>
          <w:sz w:val="20"/>
        </w:rPr>
        <w:t>Flocc looked at the jar until the color inside stopped being pretty.</w:t>
      </w:r>
    </w:p>
    <w:p>
      <w:pPr>
        <w:spacing w:after="60" w:line="266" w:lineRule="auto"/>
        <w:ind w:firstLine="331"/>
        <w:jc w:val="both"/>
      </w:pPr>
      <w:r>
        <w:rPr>
          <w:rFonts w:ascii="Georgia" w:hAnsi="Georgia"/>
          <w:b w:val="0"/>
          <w:i w:val="0"/>
          <w:color w:val="22201D"/>
          <w:sz w:val="20"/>
        </w:rPr>
        <w:t>"It substitutes an admitted, labeled risk for a hidden replacement."</w:t>
      </w:r>
    </w:p>
    <w:p>
      <w:pPr>
        <w:spacing w:after="60" w:line="266" w:lineRule="auto"/>
        <w:ind w:firstLine="331"/>
        <w:jc w:val="both"/>
      </w:pPr>
      <w:r>
        <w:rPr>
          <w:rFonts w:ascii="Georgia" w:hAnsi="Georgia"/>
          <w:b w:val="0"/>
          <w:i w:val="0"/>
          <w:color w:val="22201D"/>
          <w:sz w:val="20"/>
        </w:rPr>
        <w:t>The label peeled halfway.</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Substitution named: admitted, labeled risk in place of hidden replacement</w:t>
      </w:r>
    </w:p>
    <w:p>
      <w:pPr>
        <w:spacing w:after="60" w:line="266" w:lineRule="auto"/>
        <w:ind w:firstLine="331"/>
        <w:jc w:val="both"/>
      </w:pPr>
      <w:r>
        <w:rPr>
          <w:rFonts w:ascii="Georgia" w:hAnsi="Georgia"/>
          <w:b w:val="0"/>
          <w:i w:val="0"/>
          <w:color w:val="22201D"/>
          <w:sz w:val="20"/>
        </w:rPr>
        <w:t>The Hostess nodded once.</w:t>
      </w:r>
    </w:p>
    <w:p>
      <w:pPr>
        <w:spacing w:after="60" w:line="266" w:lineRule="auto"/>
        <w:ind w:firstLine="331"/>
        <w:jc w:val="both"/>
      </w:pPr>
      <w:r>
        <w:rPr>
          <w:rFonts w:ascii="Georgia" w:hAnsi="Georgia"/>
          <w:b w:val="0"/>
          <w:i w:val="0"/>
          <w:color w:val="22201D"/>
          <w:sz w:val="20"/>
        </w:rPr>
        <w:t>The nod did not complete anything. It only meant the sentence was safe enough to stand.</w:t>
      </w:r>
    </w:p>
    <w:p>
      <w:pPr>
        <w:spacing w:after="60" w:line="266" w:lineRule="auto"/>
        <w:ind w:firstLine="331"/>
        <w:jc w:val="both"/>
      </w:pPr>
      <w:r>
        <w:rPr>
          <w:rFonts w:ascii="Georgia" w:hAnsi="Georgia"/>
          <w:b w:val="0"/>
          <w:i w:val="0"/>
          <w:color w:val="22201D"/>
          <w:sz w:val="20"/>
        </w:rPr>
        <w:t>The third line waited.</w:t>
      </w:r>
    </w:p>
    <w:p>
      <w:pPr>
        <w:spacing w:after="60" w:line="250" w:lineRule="auto"/>
        <w:ind w:left="202" w:right="173"/>
      </w:pPr>
      <w:r>
        <w:rPr>
          <w:rFonts w:ascii="Georgia" w:hAnsi="Georgia"/>
          <w:b w:val="0"/>
          <w:i w:val="0"/>
          <w:color w:val="22201D"/>
          <w:sz w:val="17"/>
        </w:rPr>
        <w:t>identify what is not being replaced</w:t>
      </w:r>
    </w:p>
    <w:p>
      <w:pPr>
        <w:spacing w:after="60" w:line="266" w:lineRule="auto"/>
        <w:ind w:firstLine="331"/>
        <w:jc w:val="both"/>
      </w:pPr>
      <w:r>
        <w:rPr>
          <w:rFonts w:ascii="Georgia" w:hAnsi="Georgia"/>
          <w:b w:val="0"/>
          <w:i w:val="0"/>
          <w:color w:val="22201D"/>
          <w:sz w:val="20"/>
        </w:rPr>
        <w:t>This should have been easy.</w:t>
      </w:r>
    </w:p>
    <w:p>
      <w:pPr>
        <w:spacing w:after="60" w:line="266" w:lineRule="auto"/>
        <w:ind w:firstLine="331"/>
        <w:jc w:val="both"/>
      </w:pPr>
      <w:r>
        <w:rPr>
          <w:rFonts w:ascii="Georgia" w:hAnsi="Georgia"/>
          <w:b w:val="0"/>
          <w:i w:val="0"/>
          <w:color w:val="22201D"/>
          <w:sz w:val="20"/>
        </w:rPr>
        <w:t>It was not.</w:t>
      </w:r>
    </w:p>
    <w:p>
      <w:pPr>
        <w:spacing w:after="60" w:line="266" w:lineRule="auto"/>
        <w:ind w:firstLine="331"/>
        <w:jc w:val="both"/>
      </w:pPr>
      <w:r>
        <w:rPr>
          <w:rFonts w:ascii="Georgia" w:hAnsi="Georgia"/>
          <w:b w:val="0"/>
          <w:i w:val="0"/>
          <w:color w:val="22201D"/>
          <w:sz w:val="20"/>
        </w:rPr>
        <w:t>The pantry had spent ten chapters teaching everyone that easy answers usually had bad storage practices.</w:t>
      </w:r>
    </w:p>
    <w:p>
      <w:pPr>
        <w:spacing w:after="60" w:line="266" w:lineRule="auto"/>
        <w:ind w:firstLine="331"/>
        <w:jc w:val="both"/>
      </w:pPr>
      <w:r>
        <w:rPr>
          <w:rFonts w:ascii="Georgia" w:hAnsi="Georgia"/>
          <w:b w:val="0"/>
          <w:i w:val="0"/>
          <w:color w:val="22201D"/>
          <w:sz w:val="20"/>
        </w:rPr>
        <w:t>Flocc said, "The original thing."</w:t>
      </w:r>
    </w:p>
    <w:p>
      <w:pPr>
        <w:spacing w:after="60" w:line="266" w:lineRule="auto"/>
        <w:ind w:firstLine="331"/>
        <w:jc w:val="both"/>
      </w:pPr>
      <w:r>
        <w:rPr>
          <w:rFonts w:ascii="Georgia" w:hAnsi="Georgia"/>
          <w:b w:val="0"/>
          <w:i w:val="0"/>
          <w:color w:val="22201D"/>
          <w:sz w:val="20"/>
        </w:rPr>
        <w:t>The label remained still.</w:t>
      </w:r>
    </w:p>
    <w:p>
      <w:pPr>
        <w:spacing w:after="60" w:line="266" w:lineRule="auto"/>
        <w:ind w:firstLine="331"/>
        <w:jc w:val="both"/>
      </w:pPr>
      <w:r>
        <w:rPr>
          <w:rFonts w:ascii="Georgia" w:hAnsi="Georgia"/>
          <w:b w:val="0"/>
          <w:i w:val="0"/>
          <w:color w:val="22201D"/>
          <w:sz w:val="20"/>
        </w:rPr>
        <w:t>Gerald said, "That is circular."</w:t>
      </w:r>
    </w:p>
    <w:p>
      <w:pPr>
        <w:spacing w:after="60" w:line="266" w:lineRule="auto"/>
        <w:ind w:firstLine="331"/>
        <w:jc w:val="both"/>
      </w:pPr>
      <w:r>
        <w:rPr>
          <w:rFonts w:ascii="Georgia" w:hAnsi="Georgia"/>
          <w:b w:val="0"/>
          <w:i w:val="0"/>
          <w:color w:val="22201D"/>
          <w:sz w:val="20"/>
        </w:rPr>
        <w:t>"Mara," Flocc said, too quickly.</w:t>
      </w:r>
    </w:p>
    <w:p>
      <w:pPr>
        <w:spacing w:after="60" w:line="266" w:lineRule="auto"/>
        <w:ind w:firstLine="331"/>
        <w:jc w:val="both"/>
      </w:pPr>
      <w:r>
        <w:rPr>
          <w:rFonts w:ascii="Georgia" w:hAnsi="Georgia"/>
          <w:b w:val="0"/>
          <w:i w:val="0"/>
          <w:color w:val="22201D"/>
          <w:sz w:val="20"/>
        </w:rPr>
        <w:t>The jar made a sound.</w:t>
      </w:r>
    </w:p>
    <w:p>
      <w:pPr>
        <w:spacing w:after="60" w:line="266" w:lineRule="auto"/>
        <w:ind w:firstLine="331"/>
        <w:jc w:val="both"/>
      </w:pPr>
      <w:r>
        <w:rPr>
          <w:rFonts w:ascii="Georgia" w:hAnsi="Georgia"/>
          <w:b w:val="0"/>
          <w:i w:val="0"/>
          <w:color w:val="22201D"/>
          <w:sz w:val="20"/>
        </w:rPr>
        <w:t>Not a crack.</w:t>
      </w:r>
    </w:p>
    <w:p>
      <w:pPr>
        <w:spacing w:after="60" w:line="266" w:lineRule="auto"/>
        <w:ind w:firstLine="331"/>
        <w:jc w:val="both"/>
      </w:pPr>
      <w:r>
        <w:rPr>
          <w:rFonts w:ascii="Georgia" w:hAnsi="Georgia"/>
          <w:b w:val="0"/>
          <w:i w:val="0"/>
          <w:color w:val="22201D"/>
          <w:sz w:val="20"/>
        </w:rPr>
        <w:t>Worse.</w:t>
      </w:r>
    </w:p>
    <w:p>
      <w:pPr>
        <w:spacing w:after="60" w:line="266" w:lineRule="auto"/>
        <w:ind w:firstLine="331"/>
        <w:jc w:val="both"/>
      </w:pPr>
      <w:r>
        <w:rPr>
          <w:rFonts w:ascii="Georgia" w:hAnsi="Georgia"/>
          <w:b w:val="0"/>
          <w:i w:val="0"/>
          <w:color w:val="22201D"/>
          <w:sz w:val="20"/>
        </w:rPr>
        <w:t>A seal warning.</w:t>
      </w:r>
    </w:p>
    <w:p>
      <w:pPr>
        <w:spacing w:after="60" w:line="266" w:lineRule="auto"/>
        <w:ind w:firstLine="331"/>
        <w:jc w:val="both"/>
      </w:pPr>
      <w:r>
        <w:rPr>
          <w:rFonts w:ascii="Georgia" w:hAnsi="Georgia"/>
          <w:b w:val="0"/>
          <w:i w:val="0"/>
          <w:color w:val="22201D"/>
          <w:sz w:val="20"/>
        </w:rPr>
        <w:t>Gerald put one hand out.</w:t>
      </w:r>
    </w:p>
    <w:p>
      <w:pPr>
        <w:spacing w:after="60" w:line="266" w:lineRule="auto"/>
        <w:ind w:firstLine="331"/>
        <w:jc w:val="both"/>
      </w:pPr>
      <w:r>
        <w:rPr>
          <w:rFonts w:ascii="Georgia" w:hAnsi="Georgia"/>
          <w:b w:val="0"/>
          <w:i w:val="0"/>
          <w:color w:val="22201D"/>
          <w:sz w:val="20"/>
        </w:rPr>
        <w:t>"Stop."</w:t>
      </w:r>
    </w:p>
    <w:p>
      <w:pPr>
        <w:spacing w:after="60" w:line="266" w:lineRule="auto"/>
        <w:ind w:firstLine="331"/>
        <w:jc w:val="both"/>
      </w:pPr>
      <w:r>
        <w:rPr>
          <w:rFonts w:ascii="Georgia" w:hAnsi="Georgia"/>
          <w:b w:val="0"/>
          <w:i w:val="0"/>
          <w:color w:val="22201D"/>
          <w:sz w:val="20"/>
        </w:rPr>
        <w:t>Flocc stopped.</w:t>
      </w:r>
    </w:p>
    <w:p>
      <w:pPr>
        <w:spacing w:after="60" w:line="266" w:lineRule="auto"/>
        <w:ind w:firstLine="331"/>
        <w:jc w:val="both"/>
      </w:pPr>
      <w:r>
        <w:rPr>
          <w:rFonts w:ascii="Georgia" w:hAnsi="Georgia"/>
          <w:b w:val="0"/>
          <w:i w:val="0"/>
          <w:color w:val="22201D"/>
          <w:sz w:val="20"/>
        </w:rPr>
        <w:t>The Hostess set the label roll down.</w:t>
      </w:r>
    </w:p>
    <w:p>
      <w:pPr>
        <w:spacing w:after="60" w:line="266" w:lineRule="auto"/>
        <w:ind w:firstLine="331"/>
        <w:jc w:val="both"/>
      </w:pPr>
      <w:r>
        <w:rPr>
          <w:rFonts w:ascii="Georgia" w:hAnsi="Georgia"/>
          <w:b w:val="0"/>
          <w:i w:val="0"/>
          <w:color w:val="22201D"/>
          <w:sz w:val="20"/>
        </w:rPr>
        <w:t>The room went sharply practical.</w:t>
      </w:r>
    </w:p>
    <w:p>
      <w:pPr>
        <w:spacing w:after="60" w:line="266" w:lineRule="auto"/>
        <w:ind w:firstLine="331"/>
        <w:jc w:val="both"/>
      </w:pPr>
      <w:r>
        <w:rPr>
          <w:rFonts w:ascii="Georgia" w:hAnsi="Georgia"/>
          <w:b w:val="0"/>
          <w:i w:val="0"/>
          <w:color w:val="22201D"/>
          <w:sz w:val="20"/>
        </w:rPr>
        <w:t>No wind. No light change. No dramatic absence.</w:t>
      </w:r>
    </w:p>
    <w:p>
      <w:pPr>
        <w:spacing w:after="60" w:line="266" w:lineRule="auto"/>
        <w:ind w:firstLine="331"/>
        <w:jc w:val="both"/>
      </w:pPr>
      <w:r>
        <w:rPr>
          <w:rFonts w:ascii="Georgia" w:hAnsi="Georgia"/>
          <w:b w:val="0"/>
          <w:i w:val="0"/>
          <w:color w:val="22201D"/>
          <w:sz w:val="20"/>
        </w:rPr>
        <w:t>Just a jar, a shelf, a label, and the consequences of naming someone as if she were an ingredient.</w:t>
      </w:r>
    </w:p>
    <w:p>
      <w:pPr>
        <w:spacing w:after="60" w:line="266" w:lineRule="auto"/>
        <w:ind w:firstLine="331"/>
        <w:jc w:val="both"/>
      </w:pPr>
      <w:r>
        <w:rPr>
          <w:rFonts w:ascii="Georgia" w:hAnsi="Georgia"/>
          <w:b w:val="0"/>
          <w:i w:val="0"/>
          <w:color w:val="22201D"/>
          <w:sz w:val="20"/>
        </w:rPr>
        <w:t>The waiver label printed:</w:t>
      </w:r>
    </w:p>
    <w:p>
      <w:pPr>
        <w:spacing w:after="60" w:line="250" w:lineRule="auto"/>
        <w:ind w:left="202" w:right="173"/>
      </w:pPr>
      <w:r>
        <w:rPr>
          <w:rFonts w:ascii="Georgia" w:hAnsi="Georgia"/>
          <w:b w:val="0"/>
          <w:i w:val="0"/>
          <w:color w:val="22201D"/>
          <w:sz w:val="17"/>
        </w:rPr>
        <w:t>Person named incorrectly. Do not place an affected party in the replacement field.</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"Then use what you know," the Hostess said.</w:t>
      </w:r>
    </w:p>
    <w:p>
      <w:pPr>
        <w:spacing w:after="60" w:line="266" w:lineRule="auto"/>
        <w:ind w:firstLine="331"/>
        <w:jc w:val="both"/>
      </w:pPr>
      <w:r>
        <w:rPr>
          <w:rFonts w:ascii="Georgia" w:hAnsi="Georgia"/>
          <w:b w:val="0"/>
          <w:i w:val="0"/>
          <w:color w:val="22201D"/>
          <w:sz w:val="20"/>
        </w:rPr>
        <w:t>Not gently.</w:t>
      </w:r>
    </w:p>
    <w:p>
      <w:pPr>
        <w:spacing w:after="60" w:line="266" w:lineRule="auto"/>
        <w:ind w:firstLine="331"/>
        <w:jc w:val="both"/>
      </w:pPr>
      <w:r>
        <w:rPr>
          <w:rFonts w:ascii="Georgia" w:hAnsi="Georgia"/>
          <w:b w:val="0"/>
          <w:i w:val="0"/>
          <w:color w:val="22201D"/>
          <w:sz w:val="20"/>
        </w:rPr>
        <w:t>Not cruelly.</w:t>
      </w:r>
    </w:p>
    <w:p>
      <w:pPr>
        <w:spacing w:after="60" w:line="266" w:lineRule="auto"/>
        <w:ind w:firstLine="331"/>
        <w:jc w:val="both"/>
      </w:pPr>
      <w:r>
        <w:rPr>
          <w:rFonts w:ascii="Georgia" w:hAnsi="Georgia"/>
          <w:b w:val="0"/>
          <w:i w:val="0"/>
          <w:color w:val="22201D"/>
          <w:sz w:val="20"/>
        </w:rPr>
        <w:t>Correctly.</w:t>
      </w:r>
    </w:p>
    <w:p>
      <w:pPr>
        <w:spacing w:after="60" w:line="266" w:lineRule="auto"/>
        <w:ind w:firstLine="331"/>
        <w:jc w:val="both"/>
      </w:pPr>
      <w:r>
        <w:rPr>
          <w:rFonts w:ascii="Georgia" w:hAnsi="Georgia"/>
          <w:b w:val="0"/>
          <w:i w:val="0"/>
          <w:color w:val="22201D"/>
          <w:sz w:val="20"/>
        </w:rPr>
        <w:t>He opened his eyes.</w:t>
      </w:r>
    </w:p>
    <w:p>
      <w:pPr>
        <w:spacing w:after="60" w:line="266" w:lineRule="auto"/>
        <w:ind w:firstLine="331"/>
        <w:jc w:val="both"/>
      </w:pPr>
      <w:r>
        <w:rPr>
          <w:rFonts w:ascii="Georgia" w:hAnsi="Georgia"/>
          <w:b w:val="0"/>
          <w:i w:val="0"/>
          <w:color w:val="22201D"/>
          <w:sz w:val="20"/>
        </w:rPr>
        <w:t>"What is not being replaced is the work of direct asking, direct refusal, and direct consequence."</w:t>
      </w:r>
    </w:p>
    <w:p>
      <w:pPr>
        <w:spacing w:after="60" w:line="266" w:lineRule="auto"/>
        <w:ind w:firstLine="331"/>
        <w:jc w:val="both"/>
      </w:pPr>
      <w:r>
        <w:rPr>
          <w:rFonts w:ascii="Georgia" w:hAnsi="Georgia"/>
          <w:b w:val="0"/>
          <w:i w:val="0"/>
          <w:color w:val="22201D"/>
          <w:sz w:val="20"/>
        </w:rPr>
        <w:t>The label held still.</w:t>
      </w:r>
    </w:p>
    <w:p>
      <w:pPr>
        <w:spacing w:after="60" w:line="266" w:lineRule="auto"/>
        <w:ind w:firstLine="331"/>
        <w:jc w:val="both"/>
      </w:pPr>
      <w:r>
        <w:rPr>
          <w:rFonts w:ascii="Georgia" w:hAnsi="Georgia"/>
          <w:b w:val="0"/>
          <w:i w:val="0"/>
          <w:color w:val="22201D"/>
          <w:sz w:val="20"/>
        </w:rPr>
        <w:t>Gerald tilted his head.</w:t>
      </w:r>
    </w:p>
    <w:p>
      <w:pPr>
        <w:spacing w:after="60" w:line="266" w:lineRule="auto"/>
        <w:ind w:firstLine="331"/>
        <w:jc w:val="both"/>
      </w:pPr>
      <w:r>
        <w:rPr>
          <w:rFonts w:ascii="Georgia" w:hAnsi="Georgia"/>
          <w:b w:val="0"/>
          <w:i w:val="0"/>
          <w:color w:val="22201D"/>
          <w:sz w:val="20"/>
        </w:rPr>
        <w:t>"Better. Still broad."</w:t>
      </w:r>
    </w:p>
    <w:p>
      <w:pPr>
        <w:spacing w:after="60" w:line="266" w:lineRule="auto"/>
        <w:ind w:firstLine="331"/>
        <w:jc w:val="both"/>
      </w:pPr>
      <w:r>
        <w:rPr>
          <w:rFonts w:ascii="Georgia" w:hAnsi="Georgia"/>
          <w:b w:val="0"/>
          <w:i w:val="0"/>
          <w:color w:val="22201D"/>
          <w:sz w:val="20"/>
        </w:rPr>
        <w:t>Flocc's face heated.</w:t>
      </w:r>
    </w:p>
    <w:p>
      <w:pPr>
        <w:spacing w:after="60" w:line="266" w:lineRule="auto"/>
        <w:ind w:firstLine="331"/>
        <w:jc w:val="both"/>
      </w:pPr>
      <w:r>
        <w:rPr>
          <w:rFonts w:ascii="Georgia" w:hAnsi="Georgia"/>
          <w:b w:val="0"/>
          <w:i w:val="0"/>
          <w:color w:val="22201D"/>
          <w:sz w:val="20"/>
        </w:rPr>
        <w:t>"What is not being replaced is anyone's answer."</w:t>
      </w:r>
    </w:p>
    <w:p>
      <w:pPr>
        <w:spacing w:after="60" w:line="266" w:lineRule="auto"/>
        <w:ind w:firstLine="331"/>
        <w:jc w:val="both"/>
      </w:pPr>
      <w:r>
        <w:rPr>
          <w:rFonts w:ascii="Georgia" w:hAnsi="Georgia"/>
          <w:b w:val="0"/>
          <w:i w:val="0"/>
          <w:color w:val="22201D"/>
          <w:sz w:val="20"/>
        </w:rPr>
        <w:t>The label peeled another inch.</w:t>
      </w:r>
    </w:p>
    <w:p>
      <w:pPr>
        <w:spacing w:after="60" w:line="266" w:lineRule="auto"/>
        <w:ind w:firstLine="331"/>
        <w:jc w:val="both"/>
      </w:pPr>
      <w:r>
        <w:rPr>
          <w:rFonts w:ascii="Georgia" w:hAnsi="Georgia"/>
          <w:b w:val="0"/>
          <w:i w:val="0"/>
          <w:color w:val="22201D"/>
          <w:sz w:val="20"/>
        </w:rPr>
        <w:t>The jar quieted.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Not replaced: anyone's answer</w:t>
      </w:r>
    </w:p>
    <w:p>
      <w:pPr>
        <w:spacing w:after="60" w:line="266" w:lineRule="auto"/>
        <w:ind w:firstLine="331"/>
        <w:jc w:val="both"/>
      </w:pPr>
      <w:r>
        <w:rPr>
          <w:rFonts w:ascii="Georgia" w:hAnsi="Georgia"/>
          <w:b w:val="0"/>
          <w:i w:val="0"/>
          <w:color w:val="22201D"/>
          <w:sz w:val="20"/>
        </w:rPr>
        <w:t>Nico did not write anything. His restraint looked physically painful.</w:t>
      </w:r>
    </w:p>
    <w:p>
      <w:pPr>
        <w:spacing w:after="60" w:line="266" w:lineRule="auto"/>
        <w:ind w:firstLine="331"/>
        <w:jc w:val="both"/>
      </w:pPr>
      <w:r>
        <w:rPr>
          <w:rFonts w:ascii="Georgia" w:hAnsi="Georgia"/>
          <w:b w:val="0"/>
          <w:i w:val="0"/>
          <w:color w:val="22201D"/>
          <w:sz w:val="20"/>
        </w:rPr>
        <w:t>Bob glanced at him and said, "Good."</w:t>
      </w:r>
    </w:p>
    <w:p>
      <w:pPr>
        <w:spacing w:after="60" w:line="266" w:lineRule="auto"/>
        <w:ind w:firstLine="331"/>
        <w:jc w:val="both"/>
      </w:pPr>
      <w:r>
        <w:rPr>
          <w:rFonts w:ascii="Georgia" w:hAnsi="Georgia"/>
          <w:b w:val="0"/>
          <w:i w:val="0"/>
          <w:color w:val="22201D"/>
          <w:sz w:val="20"/>
        </w:rPr>
        <w:t>Nico accepted this with the gravity of a medal.</w:t>
      </w:r>
    </w:p>
    <w:p>
      <w:pPr>
        <w:spacing w:after="60" w:line="266" w:lineRule="auto"/>
        <w:ind w:firstLine="331"/>
        <w:jc w:val="both"/>
      </w:pPr>
      <w:r>
        <w:rPr>
          <w:rFonts w:ascii="Georgia" w:hAnsi="Georgia"/>
          <w:b w:val="0"/>
          <w:i w:val="0"/>
          <w:color w:val="22201D"/>
          <w:sz w:val="20"/>
        </w:rPr>
        <w:t>The fourth line waited.</w:t>
      </w:r>
    </w:p>
    <w:p>
      <w:pPr>
        <w:spacing w:after="60" w:line="250" w:lineRule="auto"/>
        <w:ind w:left="202" w:right="173"/>
      </w:pPr>
      <w:r>
        <w:rPr>
          <w:rFonts w:ascii="Georgia" w:hAnsi="Georgia"/>
          <w:b w:val="0"/>
          <w:i w:val="0"/>
          <w:color w:val="22201D"/>
          <w:sz w:val="17"/>
        </w:rPr>
        <w:t>state who may decline without explanation</w:t>
      </w:r>
    </w:p>
    <w:p>
      <w:pPr>
        <w:spacing w:after="60" w:line="266" w:lineRule="auto"/>
        <w:ind w:firstLine="331"/>
        <w:jc w:val="both"/>
      </w:pPr>
      <w:r>
        <w:rPr>
          <w:rFonts w:ascii="Georgia" w:hAnsi="Georgia"/>
          <w:b w:val="0"/>
          <w:i w:val="0"/>
          <w:color w:val="22201D"/>
          <w:sz w:val="20"/>
        </w:rPr>
        <w:t>Flocc looked around the pantry.</w:t>
      </w:r>
    </w:p>
    <w:p>
      <w:pPr>
        <w:spacing w:after="60" w:line="266" w:lineRule="auto"/>
        <w:ind w:firstLine="331"/>
        <w:jc w:val="both"/>
      </w:pPr>
      <w:r>
        <w:rPr>
          <w:rFonts w:ascii="Georgia" w:hAnsi="Georgia"/>
          <w:b w:val="0"/>
          <w:i w:val="0"/>
          <w:color w:val="22201D"/>
          <w:sz w:val="20"/>
        </w:rPr>
        <w:t>"Everyone."</w:t>
      </w:r>
    </w:p>
    <w:p>
      <w:pPr>
        <w:spacing w:after="60" w:line="266" w:lineRule="auto"/>
        <w:ind w:firstLine="331"/>
        <w:jc w:val="both"/>
      </w:pPr>
      <w:r>
        <w:rPr>
          <w:rFonts w:ascii="Georgia" w:hAnsi="Georgia"/>
          <w:b w:val="0"/>
          <w:i w:val="0"/>
          <w:color w:val="22201D"/>
          <w:sz w:val="20"/>
        </w:rPr>
        <w:t>The label did not move.</w:t>
      </w:r>
    </w:p>
    <w:p>
      <w:pPr>
        <w:spacing w:after="60" w:line="266" w:lineRule="auto"/>
        <w:ind w:firstLine="331"/>
        <w:jc w:val="both"/>
      </w:pPr>
      <w:r>
        <w:rPr>
          <w:rFonts w:ascii="Georgia" w:hAnsi="Georgia"/>
          <w:b w:val="0"/>
          <w:i w:val="0"/>
          <w:color w:val="22201D"/>
          <w:sz w:val="20"/>
        </w:rPr>
        <w:t>He almost objected.</w:t>
      </w:r>
    </w:p>
    <w:p>
      <w:pPr>
        <w:spacing w:after="60" w:line="266" w:lineRule="auto"/>
        <w:ind w:firstLine="331"/>
        <w:jc w:val="both"/>
      </w:pPr>
      <w:r>
        <w:rPr>
          <w:rFonts w:ascii="Georgia" w:hAnsi="Georgia"/>
          <w:b w:val="0"/>
          <w:i w:val="0"/>
          <w:color w:val="22201D"/>
          <w:sz w:val="20"/>
        </w:rPr>
        <w:t>Then he understood why everyone was too easy.</w:t>
      </w:r>
    </w:p>
    <w:p>
      <w:pPr>
        <w:spacing w:after="60" w:line="266" w:lineRule="auto"/>
        <w:ind w:firstLine="331"/>
        <w:jc w:val="both"/>
      </w:pPr>
      <w:r>
        <w:rPr>
          <w:rFonts w:ascii="Georgia" w:hAnsi="Georgia"/>
          <w:b w:val="0"/>
          <w:i w:val="0"/>
          <w:color w:val="22201D"/>
          <w:sz w:val="20"/>
        </w:rPr>
        <w:t>"The person being offered the taste may decline without explanation. The person offering may withdraw the offer without explanation if the offer starts becoming pressure. Anyone nearby may decline participation, observation, cleanup, or commentary without explanation."</w:t>
      </w:r>
    </w:p>
    <w:p>
      <w:pPr>
        <w:spacing w:after="60" w:line="266" w:lineRule="auto"/>
        <w:ind w:firstLine="331"/>
        <w:jc w:val="both"/>
      </w:pPr>
      <w:r>
        <w:rPr>
          <w:rFonts w:ascii="Georgia" w:hAnsi="Georgia"/>
          <w:b w:val="0"/>
          <w:i w:val="0"/>
          <w:color w:val="22201D"/>
          <w:sz w:val="20"/>
        </w:rPr>
        <w:t>The label peeled fully from its backing.</w:t>
      </w:r>
    </w:p>
    <w:p>
      <w:pPr>
        <w:spacing w:after="60" w:line="266" w:lineRule="auto"/>
        <w:ind w:firstLine="331"/>
        <w:jc w:val="both"/>
      </w:pPr>
      <w:r>
        <w:rPr>
          <w:rFonts w:ascii="Georgia" w:hAnsi="Georgia"/>
          <w:b w:val="0"/>
          <w:i w:val="0"/>
          <w:color w:val="22201D"/>
          <w:sz w:val="20"/>
        </w:rPr>
        <w:t>It did not attach itself to the jar.</w:t>
      </w:r>
    </w:p>
    <w:p>
      <w:pPr>
        <w:spacing w:after="60" w:line="266" w:lineRule="auto"/>
        <w:ind w:firstLine="331"/>
        <w:jc w:val="both"/>
      </w:pPr>
      <w:r>
        <w:rPr>
          <w:rFonts w:ascii="Georgia" w:hAnsi="Georgia"/>
          <w:b w:val="0"/>
          <w:i w:val="0"/>
          <w:color w:val="22201D"/>
          <w:sz w:val="20"/>
        </w:rPr>
        <w:t>It waited.</w:t>
      </w:r>
    </w:p>
    <w:p>
      <w:pPr>
        <w:spacing w:after="60" w:line="266" w:lineRule="auto"/>
        <w:ind w:firstLine="331"/>
        <w:jc w:val="both"/>
      </w:pPr>
      <w:r>
        <w:rPr>
          <w:rFonts w:ascii="Georgia" w:hAnsi="Georgia"/>
          <w:b w:val="0"/>
          <w:i w:val="0"/>
          <w:color w:val="22201D"/>
          <w:sz w:val="20"/>
        </w:rPr>
        <w:t>Gerald inspected the adhesive side without touching it.</w:t>
      </w:r>
    </w:p>
    <w:p>
      <w:pPr>
        <w:spacing w:after="60" w:line="266" w:lineRule="auto"/>
        <w:ind w:firstLine="331"/>
        <w:jc w:val="both"/>
      </w:pPr>
      <w:r>
        <w:rPr>
          <w:rFonts w:ascii="Georgia" w:hAnsi="Georgia"/>
          <w:b w:val="0"/>
          <w:i w:val="0"/>
          <w:color w:val="22201D"/>
          <w:sz w:val="20"/>
        </w:rPr>
        <w:t>"Ready to apply."</w:t>
      </w:r>
    </w:p>
    <w:p>
      <w:pPr>
        <w:spacing w:after="60" w:line="266" w:lineRule="auto"/>
        <w:ind w:firstLine="331"/>
        <w:jc w:val="both"/>
      </w:pPr>
      <w:r>
        <w:rPr>
          <w:rFonts w:ascii="Georgia" w:hAnsi="Georgia"/>
          <w:b w:val="0"/>
          <w:i w:val="0"/>
          <w:color w:val="22201D"/>
          <w:sz w:val="20"/>
        </w:rPr>
        <w:t>The Hostess handed it to Flocc.</w:t>
      </w:r>
    </w:p>
    <w:p>
      <w:pPr>
        <w:spacing w:after="60" w:line="266" w:lineRule="auto"/>
        <w:ind w:firstLine="331"/>
        <w:jc w:val="both"/>
      </w:pPr>
      <w:r>
        <w:rPr>
          <w:rFonts w:ascii="Georgia" w:hAnsi="Georgia"/>
          <w:b w:val="0"/>
          <w:i w:val="0"/>
          <w:color w:val="22201D"/>
          <w:sz w:val="20"/>
        </w:rPr>
        <w:t>He did not take it.</w:t>
      </w:r>
    </w:p>
    <w:p>
      <w:pPr>
        <w:spacing w:after="60" w:line="266" w:lineRule="auto"/>
        <w:ind w:firstLine="331"/>
        <w:jc w:val="both"/>
      </w:pPr>
      <w:r>
        <w:rPr>
          <w:rFonts w:ascii="Georgia" w:hAnsi="Georgia"/>
          <w:b w:val="0"/>
          <w:i w:val="0"/>
          <w:color w:val="22201D"/>
          <w:sz w:val="20"/>
        </w:rPr>
        <w:t>The room noticed.</w:t>
      </w:r>
    </w:p>
    <w:p>
      <w:pPr>
        <w:spacing w:after="60" w:line="266" w:lineRule="auto"/>
        <w:ind w:firstLine="331"/>
        <w:jc w:val="both"/>
      </w:pPr>
      <w:r>
        <w:rPr>
          <w:rFonts w:ascii="Georgia" w:hAnsi="Georgia"/>
          <w:b w:val="0"/>
          <w:i w:val="0"/>
          <w:color w:val="22201D"/>
          <w:sz w:val="20"/>
        </w:rPr>
        <w:t>This time, so did he.</w:t>
      </w:r>
    </w:p>
    <w:p>
      <w:pPr>
        <w:spacing w:after="60" w:line="266" w:lineRule="auto"/>
        <w:ind w:firstLine="331"/>
        <w:jc w:val="both"/>
      </w:pPr>
      <w:r>
        <w:rPr>
          <w:rFonts w:ascii="Georgia" w:hAnsi="Georgia"/>
          <w:b w:val="0"/>
          <w:i w:val="0"/>
          <w:color w:val="22201D"/>
          <w:sz w:val="20"/>
        </w:rPr>
        <w:t>"Should I be the one?"</w:t>
      </w:r>
    </w:p>
    <w:p>
      <w:pPr>
        <w:spacing w:after="60" w:line="266" w:lineRule="auto"/>
        <w:ind w:firstLine="331"/>
        <w:jc w:val="both"/>
      </w:pPr>
      <w:r>
        <w:rPr>
          <w:rFonts w:ascii="Georgia" w:hAnsi="Georgia"/>
          <w:b w:val="0"/>
          <w:i w:val="0"/>
          <w:color w:val="22201D"/>
          <w:sz w:val="20"/>
        </w:rPr>
        <w:t>The Hostess asked, "Why would you not be?"</w:t>
      </w:r>
    </w:p>
    <w:p>
      <w:pPr>
        <w:spacing w:after="60" w:line="266" w:lineRule="auto"/>
        <w:ind w:firstLine="331"/>
        <w:jc w:val="both"/>
      </w:pPr>
      <w:r>
        <w:rPr>
          <w:rFonts w:ascii="Georgia" w:hAnsi="Georgia"/>
          <w:b w:val="0"/>
          <w:i w:val="0"/>
          <w:color w:val="22201D"/>
          <w:sz w:val="20"/>
        </w:rPr>
        <w:t>"Because I might make applying the label feel like I own the risk."</w:t>
      </w:r>
    </w:p>
    <w:p>
      <w:pPr>
        <w:spacing w:after="60" w:line="266" w:lineRule="auto"/>
        <w:ind w:firstLine="331"/>
        <w:jc w:val="both"/>
      </w:pPr>
      <w:r>
        <w:rPr>
          <w:rFonts w:ascii="Georgia" w:hAnsi="Georgia"/>
          <w:b w:val="0"/>
          <w:i w:val="0"/>
          <w:color w:val="22201D"/>
          <w:sz w:val="20"/>
        </w:rPr>
        <w:t>"Good concern. Wrong conclusion."</w:t>
      </w:r>
    </w:p>
    <w:p>
      <w:pPr>
        <w:spacing w:after="60" w:line="266" w:lineRule="auto"/>
        <w:ind w:firstLine="331"/>
        <w:jc w:val="both"/>
      </w:pPr>
      <w:r>
        <w:rPr>
          <w:rFonts w:ascii="Georgia" w:hAnsi="Georgia"/>
          <w:b w:val="0"/>
          <w:i w:val="0"/>
          <w:color w:val="22201D"/>
          <w:sz w:val="20"/>
        </w:rPr>
        <w:t>Gerald said, "The person who wants access to the jar should participate in making the jar safer."</w:t>
      </w:r>
    </w:p>
    <w:p>
      <w:pPr>
        <w:spacing w:after="60" w:line="266" w:lineRule="auto"/>
        <w:ind w:firstLine="331"/>
        <w:jc w:val="both"/>
      </w:pPr>
      <w:r>
        <w:rPr>
          <w:rFonts w:ascii="Georgia" w:hAnsi="Georgia"/>
          <w:b w:val="0"/>
          <w:i w:val="0"/>
          <w:color w:val="22201D"/>
          <w:sz w:val="20"/>
        </w:rPr>
        <w:t>Bob said, "Shelf needs label."</w:t>
      </w:r>
    </w:p>
    <w:p>
      <w:pPr>
        <w:spacing w:after="60" w:line="266" w:lineRule="auto"/>
        <w:ind w:firstLine="331"/>
        <w:jc w:val="both"/>
      </w:pPr>
      <w:r>
        <w:rPr>
          <w:rFonts w:ascii="Georgia" w:hAnsi="Georgia"/>
          <w:b w:val="0"/>
          <w:i w:val="0"/>
          <w:color w:val="22201D"/>
          <w:sz w:val="20"/>
        </w:rPr>
        <w:t>Steve said nothing, which meant the record agreed without needing to become a chorus.</w:t>
      </w:r>
    </w:p>
    <w:p>
      <w:pPr>
        <w:spacing w:after="60" w:line="266" w:lineRule="auto"/>
        <w:ind w:firstLine="331"/>
        <w:jc w:val="both"/>
      </w:pPr>
      <w:r>
        <w:rPr>
          <w:rFonts w:ascii="Georgia" w:hAnsi="Georgia"/>
          <w:b w:val="0"/>
          <w:i w:val="0"/>
          <w:color w:val="22201D"/>
          <w:sz w:val="20"/>
        </w:rPr>
        <w:t>Flocc took the label.</w:t>
      </w:r>
    </w:p>
    <w:p>
      <w:pPr>
        <w:spacing w:after="60" w:line="266" w:lineRule="auto"/>
        <w:ind w:firstLine="331"/>
        <w:jc w:val="both"/>
      </w:pPr>
      <w:r>
        <w:rPr>
          <w:rFonts w:ascii="Georgia" w:hAnsi="Georgia"/>
          <w:b w:val="0"/>
          <w:i w:val="0"/>
          <w:color w:val="22201D"/>
          <w:sz w:val="20"/>
        </w:rPr>
        <w:t>He applied it to the jar.</w:t>
      </w:r>
    </w:p>
    <w:p>
      <w:pPr>
        <w:spacing w:after="60" w:line="266" w:lineRule="auto"/>
        <w:ind w:firstLine="331"/>
        <w:jc w:val="both"/>
      </w:pPr>
      <w:r>
        <w:rPr>
          <w:rFonts w:ascii="Georgia" w:hAnsi="Georgia"/>
          <w:b w:val="0"/>
          <w:i w:val="0"/>
          <w:color w:val="22201D"/>
          <w:sz w:val="20"/>
        </w:rPr>
        <w:t>Crooked.</w:t>
      </w:r>
    </w:p>
    <w:p>
      <w:pPr>
        <w:spacing w:after="60" w:line="266" w:lineRule="auto"/>
        <w:ind w:firstLine="331"/>
        <w:jc w:val="both"/>
      </w:pPr>
      <w:r>
        <w:rPr>
          <w:rFonts w:ascii="Georgia" w:hAnsi="Georgia"/>
          <w:b w:val="0"/>
          <w:i w:val="0"/>
          <w:color w:val="22201D"/>
          <w:sz w:val="20"/>
        </w:rPr>
        <w:t>Gerald inhaled.</w:t>
      </w:r>
    </w:p>
    <w:p>
      <w:pPr>
        <w:spacing w:after="60" w:line="266" w:lineRule="auto"/>
        <w:ind w:firstLine="331"/>
        <w:jc w:val="both"/>
      </w:pPr>
      <w:r>
        <w:rPr>
          <w:rFonts w:ascii="Georgia" w:hAnsi="Georgia"/>
          <w:b w:val="0"/>
          <w:i w:val="0"/>
          <w:color w:val="22201D"/>
          <w:sz w:val="20"/>
        </w:rPr>
        <w:t>The pantry became very still.</w:t>
      </w:r>
    </w:p>
    <w:p>
      <w:pPr>
        <w:spacing w:after="60" w:line="266" w:lineRule="auto"/>
        <w:ind w:firstLine="331"/>
        <w:jc w:val="both"/>
      </w:pPr>
      <w:r>
        <w:rPr>
          <w:rFonts w:ascii="Georgia" w:hAnsi="Georgia"/>
          <w:b w:val="0"/>
          <w:i w:val="0"/>
          <w:color w:val="22201D"/>
          <w:sz w:val="20"/>
        </w:rPr>
        <w:t>Flocc looked at the crooked label.</w:t>
      </w:r>
    </w:p>
    <w:p>
      <w:pPr>
        <w:spacing w:after="60" w:line="266" w:lineRule="auto"/>
        <w:ind w:firstLine="331"/>
        <w:jc w:val="both"/>
      </w:pPr>
      <w:r>
        <w:rPr>
          <w:rFonts w:ascii="Georgia" w:hAnsi="Georgia"/>
          <w:b w:val="0"/>
          <w:i w:val="0"/>
          <w:color w:val="22201D"/>
          <w:sz w:val="20"/>
        </w:rPr>
        <w:t>The old version of him would have tried to smooth it while pretending he had meant it that way. Or he would have peeled it off and made a worse mess. Or he would have apologized to the label as if adhesive could absolve him.</w:t>
      </w:r>
    </w:p>
    <w:p>
      <w:pPr>
        <w:spacing w:after="60" w:line="266" w:lineRule="auto"/>
        <w:ind w:firstLine="331"/>
        <w:jc w:val="both"/>
      </w:pPr>
      <w:r>
        <w:rPr>
          <w:rFonts w:ascii="Georgia" w:hAnsi="Georgia"/>
          <w:b w:val="0"/>
          <w:i w:val="0"/>
          <w:color w:val="22201D"/>
          <w:sz w:val="20"/>
        </w:rPr>
        <w:t>"It is crooked," he said.</w:t>
      </w:r>
    </w:p>
    <w:p>
      <w:pPr>
        <w:spacing w:after="60" w:line="266" w:lineRule="auto"/>
        <w:ind w:firstLine="331"/>
        <w:jc w:val="both"/>
      </w:pPr>
      <w:r>
        <w:rPr>
          <w:rFonts w:ascii="Georgia" w:hAnsi="Georgia"/>
          <w:b w:val="0"/>
          <w:i w:val="0"/>
          <w:color w:val="22201D"/>
          <w:sz w:val="20"/>
        </w:rPr>
        <w:t>Gerald's shoulders lowered by one measurable degree.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it still function?"</w:t>
      </w:r>
    </w:p>
    <w:p>
      <w:pPr>
        <w:spacing w:after="60" w:line="266" w:lineRule="auto"/>
        <w:ind w:firstLine="331"/>
        <w:jc w:val="both"/>
      </w:pPr>
      <w:r>
        <w:rPr>
          <w:rFonts w:ascii="Georgia" w:hAnsi="Georgia"/>
          <w:b w:val="0"/>
          <w:i w:val="0"/>
          <w:color w:val="22201D"/>
          <w:sz w:val="20"/>
        </w:rPr>
        <w:t>Gerald inspected it.</w:t>
      </w:r>
    </w:p>
    <w:p>
      <w:pPr>
        <w:spacing w:after="60" w:line="266" w:lineRule="auto"/>
        <w:ind w:firstLine="331"/>
        <w:jc w:val="both"/>
      </w:pPr>
      <w:r>
        <w:rPr>
          <w:rFonts w:ascii="Georgia" w:hAnsi="Georgia"/>
          <w:b w:val="0"/>
          <w:i w:val="0"/>
          <w:color w:val="22201D"/>
          <w:sz w:val="20"/>
        </w:rPr>
        <w:t>"All text legible. No warning obscured. Cap seal clear. Crooked but functional."</w:t>
      </w:r>
    </w:p>
    <w:p>
      <w:pPr>
        <w:spacing w:after="60" w:line="266" w:lineRule="auto"/>
        <w:ind w:firstLine="331"/>
        <w:jc w:val="both"/>
      </w:pPr>
      <w:r>
        <w:rPr>
          <w:rFonts w:ascii="Georgia" w:hAnsi="Georgia"/>
          <w:b w:val="0"/>
          <w:i w:val="0"/>
          <w:color w:val="22201D"/>
          <w:sz w:val="20"/>
        </w:rPr>
        <w:t>The jar printed:</w:t>
      </w:r>
    </w:p>
    <w:p>
      <w:pPr>
        <w:spacing w:after="60" w:line="250" w:lineRule="auto"/>
        <w:ind w:left="202" w:right="173"/>
      </w:pPr>
      <w:r>
        <w:rPr>
          <w:rFonts w:ascii="Georgia" w:hAnsi="Georgia"/>
          <w:b w:val="0"/>
          <w:i w:val="0"/>
          <w:color w:val="22201D"/>
          <w:sz w:val="17"/>
        </w:rPr>
        <w:t>WAIVER LABEL APPLIED Status: legible not pretty active</w:t>
      </w:r>
    </w:p>
    <w:p>
      <w:pPr>
        <w:spacing w:after="60" w:line="266" w:lineRule="auto"/>
        <w:ind w:firstLine="331"/>
        <w:jc w:val="both"/>
      </w:pPr>
      <w:r>
        <w:rPr>
          <w:rFonts w:ascii="Georgia" w:hAnsi="Georgia"/>
          <w:b w:val="0"/>
          <w:i w:val="0"/>
          <w:color w:val="22201D"/>
          <w:sz w:val="20"/>
        </w:rPr>
        <w:t>Nico whispered, "That one is a little elegant."</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The sauce shelf accepted the jar back into the center position.</w:t>
      </w:r>
    </w:p>
    <w:p>
      <w:pPr>
        <w:spacing w:after="60" w:line="266" w:lineRule="auto"/>
        <w:ind w:firstLine="331"/>
        <w:jc w:val="both"/>
      </w:pPr>
      <w:r>
        <w:rPr>
          <w:rFonts w:ascii="Georgia" w:hAnsi="Georgia"/>
          <w:b w:val="0"/>
          <w:i w:val="0"/>
          <w:color w:val="22201D"/>
          <w:sz w:val="20"/>
        </w:rPr>
        <w:t>Then the blank space to its right opened wider.</w:t>
      </w:r>
    </w:p>
    <w:p>
      <w:pPr>
        <w:spacing w:after="60" w:line="266" w:lineRule="auto"/>
        <w:ind w:firstLine="331"/>
        <w:jc w:val="both"/>
      </w:pPr>
      <w:r>
        <w:rPr>
          <w:rFonts w:ascii="Georgia" w:hAnsi="Georgia"/>
          <w:b w:val="0"/>
          <w:i w:val="0"/>
          <w:color w:val="22201D"/>
          <w:sz w:val="20"/>
        </w:rPr>
        <w:t>A second label appeared there, not on a roll, but printed directly on the shelf lip:</w:t>
      </w:r>
    </w:p>
    <w:p>
      <w:pPr>
        <w:spacing w:after="60" w:line="250" w:lineRule="auto"/>
        <w:ind w:left="202" w:right="173"/>
      </w:pPr>
      <w:r>
        <w:rPr>
          <w:rFonts w:ascii="Georgia" w:hAnsi="Georgia"/>
          <w:b w:val="0"/>
          <w:i w:val="0"/>
          <w:color w:val="22201D"/>
          <w:sz w:val="17"/>
        </w:rPr>
        <w:t>FUTURE WAIVER PRESSURE Do not activate in Book 7.</w:t>
      </w:r>
    </w:p>
    <w:p>
      <w:pPr>
        <w:spacing w:after="60" w:line="266" w:lineRule="auto"/>
        <w:ind w:firstLine="331"/>
        <w:jc w:val="both"/>
      </w:pPr>
      <w:r>
        <w:rPr>
          <w:rFonts w:ascii="Georgia" w:hAnsi="Georgia"/>
          <w:b w:val="0"/>
          <w:i w:val="0"/>
          <w:color w:val="22201D"/>
          <w:sz w:val="20"/>
        </w:rPr>
        <w:t>Steve underlined Do not activate in Book 7.</w:t>
      </w:r>
    </w:p>
    <w:p>
      <w:pPr>
        <w:spacing w:after="60" w:line="266" w:lineRule="auto"/>
        <w:ind w:firstLine="331"/>
        <w:jc w:val="both"/>
      </w:pPr>
      <w:r>
        <w:rPr>
          <w:rFonts w:ascii="Georgia" w:hAnsi="Georgia"/>
          <w:b w:val="0"/>
          <w:i w:val="0"/>
          <w:color w:val="22201D"/>
          <w:sz w:val="20"/>
        </w:rPr>
        <w:t>"For the record."</w:t>
      </w:r>
    </w:p>
    <w:p>
      <w:pPr>
        <w:spacing w:after="60" w:line="266" w:lineRule="auto"/>
        <w:ind w:firstLine="331"/>
        <w:jc w:val="both"/>
      </w:pPr>
      <w:r>
        <w:rPr>
          <w:rFonts w:ascii="Georgia" w:hAnsi="Georgia"/>
          <w:b w:val="0"/>
          <w:i w:val="0"/>
          <w:color w:val="22201D"/>
          <w:sz w:val="20"/>
        </w:rPr>
        <w:t>The Hostess said, "For survival."</w:t>
      </w:r>
    </w:p>
    <w:p>
      <w:pPr>
        <w:spacing w:after="60" w:line="266" w:lineRule="auto"/>
        <w:ind w:firstLine="331"/>
        <w:jc w:val="both"/>
      </w:pPr>
      <w:r>
        <w:rPr>
          <w:rFonts w:ascii="Georgia" w:hAnsi="Georgia"/>
          <w:b w:val="0"/>
          <w:i w:val="0"/>
          <w:color w:val="22201D"/>
          <w:sz w:val="20"/>
        </w:rPr>
        <w:t>The pantry lights flickered once toward a room none of them had entered yet.</w:t>
      </w:r>
    </w:p>
    <w:p>
      <w:pPr>
        <w:spacing w:after="60" w:line="266" w:lineRule="auto"/>
        <w:ind w:firstLine="331"/>
        <w:jc w:val="both"/>
      </w:pPr>
      <w:r>
        <w:rPr>
          <w:rFonts w:ascii="Georgia" w:hAnsi="Georgia"/>
          <w:b w:val="0"/>
          <w:i w:val="0"/>
          <w:color w:val="22201D"/>
          <w:sz w:val="20"/>
        </w:rPr>
        <w:t>There was a counter there, maybe.</w:t>
      </w:r>
    </w:p>
    <w:p>
      <w:pPr>
        <w:spacing w:after="60" w:line="266" w:lineRule="auto"/>
        <w:ind w:firstLine="331"/>
        <w:jc w:val="both"/>
      </w:pPr>
      <w:r>
        <w:rPr>
          <w:rFonts w:ascii="Georgia" w:hAnsi="Georgia"/>
          <w:b w:val="0"/>
          <w:i w:val="0"/>
          <w:color w:val="22201D"/>
          <w:sz w:val="20"/>
        </w:rPr>
        <w:t>Or a form.</w:t>
      </w:r>
    </w:p>
    <w:p>
      <w:pPr>
        <w:spacing w:after="60" w:line="266" w:lineRule="auto"/>
        <w:ind w:firstLine="331"/>
        <w:jc w:val="both"/>
      </w:pPr>
      <w:r>
        <w:rPr>
          <w:rFonts w:ascii="Georgia" w:hAnsi="Georgia"/>
          <w:b w:val="0"/>
          <w:i w:val="0"/>
          <w:color w:val="22201D"/>
          <w:sz w:val="20"/>
        </w:rPr>
        <w:t>Or a sauce so legally eager it had begun signing itself.</w:t>
      </w:r>
    </w:p>
    <w:p>
      <w:pPr>
        <w:spacing w:after="60" w:line="266" w:lineRule="auto"/>
        <w:ind w:firstLine="331"/>
        <w:jc w:val="both"/>
      </w:pPr>
      <w:r>
        <w:rPr>
          <w:rFonts w:ascii="Georgia" w:hAnsi="Georgia"/>
          <w:b w:val="0"/>
          <w:i w:val="0"/>
          <w:color w:val="22201D"/>
          <w:sz w:val="20"/>
        </w:rPr>
        <w:t>The Hostess placed her palm flat against the sauce shelf.</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flicker stopped.</w:t>
      </w:r>
    </w:p>
    <w:p>
      <w:pPr>
        <w:spacing w:after="60" w:line="266" w:lineRule="auto"/>
        <w:ind w:firstLine="331"/>
        <w:jc w:val="both"/>
      </w:pPr>
      <w:r>
        <w:rPr>
          <w:rFonts w:ascii="Georgia" w:hAnsi="Georgia"/>
          <w:b w:val="0"/>
          <w:i w:val="0"/>
          <w:color w:val="22201D"/>
          <w:sz w:val="20"/>
        </w:rPr>
        <w:t>Bob picked up the empty backing from the waiver label and folded it.</w:t>
      </w:r>
    </w:p>
    <w:p>
      <w:pPr>
        <w:spacing w:after="60" w:line="266" w:lineRule="auto"/>
        <w:ind w:firstLine="331"/>
        <w:jc w:val="both"/>
      </w:pPr>
      <w:r>
        <w:rPr>
          <w:rFonts w:ascii="Georgia" w:hAnsi="Georgia"/>
          <w:b w:val="0"/>
          <w:i w:val="0"/>
          <w:color w:val="22201D"/>
          <w:sz w:val="20"/>
        </w:rPr>
        <w:t>"Waste?"</w:t>
      </w:r>
    </w:p>
    <w:p>
      <w:pPr>
        <w:spacing w:after="60" w:line="266" w:lineRule="auto"/>
        <w:ind w:firstLine="331"/>
        <w:jc w:val="both"/>
      </w:pPr>
      <w:r>
        <w:rPr>
          <w:rFonts w:ascii="Georgia" w:hAnsi="Georgia"/>
          <w:b w:val="0"/>
          <w:i w:val="0"/>
          <w:color w:val="22201D"/>
          <w:sz w:val="20"/>
        </w:rPr>
        <w:t>Gerald inspected the backing.</w:t>
      </w:r>
    </w:p>
    <w:p>
      <w:pPr>
        <w:spacing w:after="60" w:line="266" w:lineRule="auto"/>
        <w:ind w:firstLine="331"/>
        <w:jc w:val="both"/>
      </w:pPr>
      <w:r>
        <w:rPr>
          <w:rFonts w:ascii="Georgia" w:hAnsi="Georgia"/>
          <w:b w:val="0"/>
          <w:i w:val="0"/>
          <w:color w:val="22201D"/>
          <w:sz w:val="20"/>
        </w:rPr>
        <w:t>"Clean waste. No active adhesive. Dispose."</w:t>
      </w:r>
    </w:p>
    <w:p>
      <w:pPr>
        <w:spacing w:after="60" w:line="266" w:lineRule="auto"/>
        <w:ind w:firstLine="331"/>
        <w:jc w:val="both"/>
      </w:pPr>
      <w:r>
        <w:rPr>
          <w:rFonts w:ascii="Georgia" w:hAnsi="Georgia"/>
          <w:b w:val="0"/>
          <w:i w:val="0"/>
          <w:color w:val="22201D"/>
          <w:sz w:val="20"/>
        </w:rPr>
        <w:t>Bob disposed of it.</w:t>
      </w:r>
    </w:p>
    <w:p>
      <w:pPr>
        <w:spacing w:after="60" w:line="266" w:lineRule="auto"/>
        <w:ind w:firstLine="331"/>
        <w:jc w:val="both"/>
      </w:pPr>
      <w:r>
        <w:rPr>
          <w:rFonts w:ascii="Georgia" w:hAnsi="Georgia"/>
          <w:b w:val="0"/>
          <w:i w:val="0"/>
          <w:color w:val="22201D"/>
          <w:sz w:val="20"/>
        </w:rPr>
        <w:t>That was his whole sermon.</w:t>
      </w:r>
    </w:p>
    <w:p>
      <w:pPr>
        <w:spacing w:after="60" w:line="266" w:lineRule="auto"/>
        <w:ind w:firstLine="331"/>
        <w:jc w:val="both"/>
      </w:pPr>
      <w:r>
        <w:rPr>
          <w:rFonts w:ascii="Georgia" w:hAnsi="Georgia"/>
          <w:b w:val="0"/>
          <w:i w:val="0"/>
          <w:color w:val="22201D"/>
          <w:sz w:val="20"/>
        </w:rPr>
        <w:t>The jar of Voidberry Fatalii sat with its crooked label.</w:t>
      </w:r>
    </w:p>
    <w:p>
      <w:pPr>
        <w:spacing w:after="60" w:line="266" w:lineRule="auto"/>
        <w:ind w:firstLine="331"/>
        <w:jc w:val="both"/>
      </w:pPr>
      <w:r>
        <w:rPr>
          <w:rFonts w:ascii="Georgia" w:hAnsi="Georgia"/>
          <w:b w:val="0"/>
          <w:i w:val="0"/>
          <w:color w:val="22201D"/>
          <w:sz w:val="20"/>
        </w:rPr>
        <w:t>It was finally safe enough to offer.</w:t>
      </w:r>
    </w:p>
    <w:p>
      <w:pPr>
        <w:spacing w:after="60" w:line="266" w:lineRule="auto"/>
        <w:ind w:firstLine="331"/>
        <w:jc w:val="both"/>
      </w:pPr>
      <w:r>
        <w:rPr>
          <w:rFonts w:ascii="Georgia" w:hAnsi="Georgia"/>
          <w:b w:val="0"/>
          <w:i w:val="0"/>
          <w:color w:val="22201D"/>
          <w:sz w:val="20"/>
        </w:rPr>
        <w:t>Not safe.</w:t>
      </w:r>
    </w:p>
    <w:p>
      <w:pPr>
        <w:spacing w:after="60" w:line="266" w:lineRule="auto"/>
        <w:ind w:firstLine="331"/>
        <w:jc w:val="both"/>
      </w:pPr>
      <w:r>
        <w:rPr>
          <w:rFonts w:ascii="Georgia" w:hAnsi="Georgia"/>
          <w:b w:val="0"/>
          <w:i w:val="0"/>
          <w:color w:val="22201D"/>
          <w:sz w:val="20"/>
        </w:rPr>
        <w:t>Safe enough to offer.</w:t>
      </w:r>
    </w:p>
    <w:p>
      <w:pPr>
        <w:spacing w:after="60" w:line="266" w:lineRule="auto"/>
        <w:ind w:firstLine="331"/>
        <w:jc w:val="both"/>
      </w:pPr>
      <w:r>
        <w:rPr>
          <w:rFonts w:ascii="Georgia" w:hAnsi="Georgia"/>
          <w:b w:val="0"/>
          <w:i w:val="0"/>
          <w:color w:val="22201D"/>
          <w:sz w:val="20"/>
        </w:rPr>
        <w:t>There was a difference, and the label existed because people liked to erase that difference when something smelled good.</w:t>
      </w:r>
    </w:p>
    <w:p>
      <w:pPr>
        <w:spacing w:after="60" w:line="266" w:lineRule="auto"/>
        <w:ind w:firstLine="331"/>
        <w:jc w:val="both"/>
      </w:pPr>
      <w:r>
        <w:rPr>
          <w:rFonts w:ascii="Georgia" w:hAnsi="Georgia"/>
          <w:b w:val="0"/>
          <w:i w:val="0"/>
          <w:color w:val="22201D"/>
          <w:sz w:val="20"/>
        </w:rPr>
        <w:t>The Hostess turned to Flocc.</w:t>
      </w:r>
    </w:p>
    <w:p>
      <w:pPr>
        <w:spacing w:after="60" w:line="266" w:lineRule="auto"/>
        <w:ind w:firstLine="331"/>
        <w:jc w:val="both"/>
      </w:pPr>
      <w:r>
        <w:rPr>
          <w:rFonts w:ascii="Georgia" w:hAnsi="Georgia"/>
          <w:b w:val="0"/>
          <w:i w:val="0"/>
          <w:color w:val="22201D"/>
          <w:sz w:val="20"/>
        </w:rPr>
        <w:t>"Do you want to taste it?"</w:t>
      </w:r>
    </w:p>
    <w:p>
      <w:pPr>
        <w:spacing w:after="60" w:line="266" w:lineRule="auto"/>
        <w:ind w:firstLine="331"/>
        <w:jc w:val="both"/>
      </w:pPr>
      <w:r>
        <w:rPr>
          <w:rFonts w:ascii="Georgia" w:hAnsi="Georgia"/>
          <w:b w:val="0"/>
          <w:i w:val="0"/>
          <w:color w:val="22201D"/>
          <w:sz w:val="20"/>
        </w:rPr>
        <w:t>The question was plain.</w:t>
      </w:r>
    </w:p>
    <w:p>
      <w:pPr>
        <w:spacing w:after="60" w:line="266" w:lineRule="auto"/>
        <w:ind w:firstLine="331"/>
        <w:jc w:val="both"/>
      </w:pPr>
      <w:r>
        <w:rPr>
          <w:rFonts w:ascii="Georgia" w:hAnsi="Georgia"/>
          <w:b w:val="0"/>
          <w:i w:val="0"/>
          <w:color w:val="22201D"/>
          <w:sz w:val="20"/>
        </w:rPr>
        <w:t>No music entered.</w:t>
      </w:r>
    </w:p>
    <w:p>
      <w:pPr>
        <w:spacing w:after="60" w:line="266" w:lineRule="auto"/>
        <w:ind w:firstLine="331"/>
        <w:jc w:val="both"/>
      </w:pPr>
      <w:r>
        <w:rPr>
          <w:rFonts w:ascii="Georgia" w:hAnsi="Georgia"/>
          <w:b w:val="0"/>
          <w:i w:val="0"/>
          <w:color w:val="22201D"/>
          <w:sz w:val="20"/>
        </w:rPr>
        <w:t>No shelf leaned closer.</w:t>
      </w:r>
    </w:p>
    <w:p>
      <w:pPr>
        <w:spacing w:after="60" w:line="266" w:lineRule="auto"/>
        <w:ind w:firstLine="331"/>
        <w:jc w:val="both"/>
      </w:pPr>
      <w:r>
        <w:rPr>
          <w:rFonts w:ascii="Georgia" w:hAnsi="Georgia"/>
          <w:b w:val="0"/>
          <w:i w:val="0"/>
          <w:color w:val="22201D"/>
          <w:sz w:val="20"/>
        </w:rPr>
        <w:t>No moral lesson disguised itself as an appetite.</w:t>
      </w:r>
    </w:p>
    <w:p>
      <w:pPr>
        <w:spacing w:after="60" w:line="266" w:lineRule="auto"/>
        <w:ind w:firstLine="331"/>
        <w:jc w:val="both"/>
      </w:pPr>
      <w:r>
        <w:rPr>
          <w:rFonts w:ascii="Georgia" w:hAnsi="Georgia"/>
          <w:b w:val="0"/>
          <w:i w:val="0"/>
          <w:color w:val="22201D"/>
          <w:sz w:val="20"/>
        </w:rPr>
        <w:t>Flocc looked at the sauce.</w:t>
      </w:r>
    </w:p>
    <w:p>
      <w:pPr>
        <w:spacing w:after="60" w:line="266" w:lineRule="auto"/>
        <w:ind w:firstLine="331"/>
        <w:jc w:val="both"/>
      </w:pPr>
      <w:r>
        <w:rPr>
          <w:rFonts w:ascii="Georgia" w:hAnsi="Georgia"/>
          <w:b w:val="0"/>
          <w:i w:val="0"/>
          <w:color w:val="22201D"/>
          <w:sz w:val="20"/>
        </w:rPr>
        <w:t>It did smell good.</w:t>
      </w:r>
    </w:p>
    <w:p>
      <w:pPr>
        <w:spacing w:after="60" w:line="266" w:lineRule="auto"/>
        <w:ind w:firstLine="331"/>
        <w:jc w:val="both"/>
      </w:pPr>
      <w:r>
        <w:rPr>
          <w:rFonts w:ascii="Georgia" w:hAnsi="Georgia"/>
          <w:b w:val="0"/>
          <w:i w:val="0"/>
          <w:color w:val="22201D"/>
          <w:sz w:val="20"/>
        </w:rPr>
        <w:t>It smelled like berry smoke, orange heat, wet wood, and the exact second before a person said a true thing badly.</w:t>
      </w:r>
    </w:p>
    <w:p>
      <w:pPr>
        <w:spacing w:after="60" w:line="266" w:lineRule="auto"/>
        <w:ind w:firstLine="331"/>
        <w:jc w:val="both"/>
      </w:pPr>
      <w:r>
        <w:rPr>
          <w:rFonts w:ascii="Georgia" w:hAnsi="Georgia"/>
          <w:b w:val="0"/>
          <w:i w:val="0"/>
          <w:color w:val="22201D"/>
          <w:sz w:val="20"/>
        </w:rPr>
        <w:t>He wanted to taste it.</w:t>
      </w:r>
    </w:p>
    <w:p>
      <w:pPr>
        <w:spacing w:after="60" w:line="266" w:lineRule="auto"/>
        <w:ind w:firstLine="331"/>
        <w:jc w:val="both"/>
      </w:pPr>
      <w:r>
        <w:rPr>
          <w:rFonts w:ascii="Georgia" w:hAnsi="Georgia"/>
          <w:b w:val="0"/>
          <w:i w:val="0"/>
          <w:color w:val="22201D"/>
          <w:sz w:val="20"/>
        </w:rPr>
        <w:t>Wanting was not the problem.</w:t>
      </w:r>
    </w:p>
    <w:p>
      <w:pPr>
        <w:spacing w:after="60" w:line="266" w:lineRule="auto"/>
        <w:ind w:firstLine="331"/>
        <w:jc w:val="both"/>
      </w:pPr>
      <w:r>
        <w:rPr>
          <w:rFonts w:ascii="Georgia" w:hAnsi="Georgia"/>
          <w:b w:val="0"/>
          <w:i w:val="0"/>
          <w:color w:val="22201D"/>
          <w:sz w:val="20"/>
        </w:rPr>
        <w:t>That was disappointing. Problems with wanting were easier to dramatize than problems with procedure.</w:t>
      </w:r>
    </w:p>
    <w:p>
      <w:pPr>
        <w:spacing w:after="60" w:line="266" w:lineRule="auto"/>
        <w:ind w:firstLine="331"/>
        <w:jc w:val="both"/>
      </w:pPr>
      <w:r>
        <w:rPr>
          <w:rFonts w:ascii="Georgia" w:hAnsi="Georgia"/>
          <w:b w:val="0"/>
          <w:i w:val="0"/>
          <w:color w:val="22201D"/>
          <w:sz w:val="20"/>
        </w:rPr>
        <w:t>"Yes," he said.</w:t>
      </w:r>
    </w:p>
    <w:p>
      <w:pPr>
        <w:spacing w:after="60" w:line="266" w:lineRule="auto"/>
        <w:ind w:firstLine="331"/>
        <w:jc w:val="both"/>
      </w:pPr>
      <w:r>
        <w:rPr>
          <w:rFonts w:ascii="Georgia" w:hAnsi="Georgia"/>
          <w:b w:val="0"/>
          <w:i w:val="0"/>
          <w:color w:val="22201D"/>
          <w:sz w:val="20"/>
        </w:rPr>
        <w:t>The Hostess did not move.</w:t>
      </w:r>
    </w:p>
    <w:p>
      <w:pPr>
        <w:spacing w:after="60" w:line="266" w:lineRule="auto"/>
        <w:ind w:firstLine="331"/>
        <w:jc w:val="both"/>
      </w:pPr>
      <w:r>
        <w:rPr>
          <w:rFonts w:ascii="Georgia" w:hAnsi="Georgia"/>
          <w:b w:val="0"/>
          <w:i w:val="0"/>
          <w:color w:val="22201D"/>
          <w:sz w:val="20"/>
        </w:rPr>
        <w:t>"Read the label."</w:t>
      </w:r>
    </w:p>
    <w:p>
      <w:pPr>
        <w:spacing w:after="60" w:line="266" w:lineRule="auto"/>
        <w:ind w:firstLine="331"/>
        <w:jc w:val="both"/>
      </w:pPr>
      <w:r>
        <w:rPr>
          <w:rFonts w:ascii="Georgia" w:hAnsi="Georgia"/>
          <w:b w:val="0"/>
          <w:i w:val="0"/>
          <w:color w:val="22201D"/>
          <w:sz w:val="20"/>
        </w:rPr>
        <w:t>"I already did."</w:t>
      </w:r>
    </w:p>
    <w:p>
      <w:pPr>
        <w:spacing w:after="60" w:line="266" w:lineRule="auto"/>
        <w:ind w:firstLine="331"/>
        <w:jc w:val="both"/>
      </w:pPr>
      <w:r>
        <w:rPr>
          <w:rFonts w:ascii="Georgia" w:hAnsi="Georgia"/>
          <w:b w:val="0"/>
          <w:i w:val="0"/>
          <w:color w:val="22201D"/>
          <w:sz w:val="20"/>
        </w:rPr>
        <w:t>The pantry chilled by half a degree.</w:t>
      </w:r>
    </w:p>
    <w:p>
      <w:pPr>
        <w:spacing w:after="60" w:line="266" w:lineRule="auto"/>
        <w:ind w:firstLine="331"/>
        <w:jc w:val="both"/>
      </w:pPr>
      <w:r>
        <w:rPr>
          <w:rFonts w:ascii="Georgia" w:hAnsi="Georgia"/>
          <w:b w:val="0"/>
          <w:i w:val="0"/>
          <w:color w:val="22201D"/>
          <w:sz w:val="20"/>
        </w:rPr>
        <w:t>He heard himself.</w:t>
      </w:r>
    </w:p>
    <w:p>
      <w:pPr>
        <w:spacing w:after="60" w:line="266" w:lineRule="auto"/>
        <w:ind w:firstLine="331"/>
        <w:jc w:val="both"/>
      </w:pPr>
      <w:r>
        <w:rPr>
          <w:rFonts w:ascii="Georgia" w:hAnsi="Georgia"/>
          <w:b w:val="0"/>
          <w:i w:val="0"/>
          <w:color w:val="22201D"/>
          <w:sz w:val="20"/>
        </w:rPr>
        <w:t>"Again," he said.</w:t>
      </w:r>
    </w:p>
    <w:p>
      <w:pPr>
        <w:spacing w:after="60" w:line="266" w:lineRule="auto"/>
        <w:ind w:firstLine="331"/>
        <w:jc w:val="both"/>
      </w:pPr>
      <w:r>
        <w:rPr>
          <w:rFonts w:ascii="Georgia" w:hAnsi="Georgia"/>
          <w:b w:val="0"/>
          <w:i w:val="0"/>
          <w:color w:val="22201D"/>
          <w:sz w:val="20"/>
        </w:rPr>
        <w:t>He read the label again.</w:t>
      </w:r>
    </w:p>
    <w:p>
      <w:pPr>
        <w:spacing w:after="60" w:line="266" w:lineRule="auto"/>
        <w:ind w:firstLine="331"/>
        <w:jc w:val="both"/>
      </w:pPr>
      <w:r>
        <w:rPr>
          <w:rFonts w:ascii="Georgia" w:hAnsi="Georgia"/>
          <w:b w:val="0"/>
          <w:i w:val="0"/>
          <w:color w:val="22201D"/>
          <w:sz w:val="20"/>
        </w:rPr>
        <w:t>All of it.</w:t>
      </w:r>
    </w:p>
    <w:p>
      <w:pPr>
        <w:spacing w:after="60" w:line="266" w:lineRule="auto"/>
        <w:ind w:firstLine="331"/>
        <w:jc w:val="both"/>
      </w:pPr>
      <w:r>
        <w:rPr>
          <w:rFonts w:ascii="Georgia" w:hAnsi="Georgia"/>
          <w:b w:val="0"/>
          <w:i w:val="0"/>
          <w:color w:val="22201D"/>
          <w:sz w:val="20"/>
        </w:rPr>
        <w:t>This time, he did not read to unlock the jar. He read because tasting after risk had been named was different from tasting in order to stop risk from being named.</w:t>
      </w:r>
    </w:p>
    <w:p>
      <w:pPr>
        <w:spacing w:after="60" w:line="266" w:lineRule="auto"/>
        <w:ind w:firstLine="331"/>
        <w:jc w:val="both"/>
      </w:pPr>
      <w:r>
        <w:rPr>
          <w:rFonts w:ascii="Georgia" w:hAnsi="Georgia"/>
          <w:b w:val="0"/>
          <w:i w:val="0"/>
          <w:color w:val="22201D"/>
          <w:sz w:val="20"/>
        </w:rPr>
        <w:t>When he finished, the Hostess asked, "Do you still want to taste?"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"Does anyone here need to decline participation, observation, cleanup, or commentary?"</w:t>
      </w:r>
    </w:p>
    <w:p>
      <w:pPr>
        <w:spacing w:after="60" w:line="266" w:lineRule="auto"/>
        <w:ind w:firstLine="331"/>
        <w:jc w:val="both"/>
      </w:pPr>
      <w:r>
        <w:rPr>
          <w:rFonts w:ascii="Georgia" w:hAnsi="Georgia"/>
          <w:b w:val="0"/>
          <w:i w:val="0"/>
          <w:color w:val="22201D"/>
          <w:sz w:val="20"/>
        </w:rPr>
        <w:t>Nico raised one hand.</w:t>
      </w:r>
    </w:p>
    <w:p>
      <w:pPr>
        <w:spacing w:after="60" w:line="266" w:lineRule="auto"/>
        <w:ind w:firstLine="331"/>
        <w:jc w:val="both"/>
      </w:pPr>
      <w:r>
        <w:rPr>
          <w:rFonts w:ascii="Georgia" w:hAnsi="Georgia"/>
          <w:b w:val="0"/>
          <w:i w:val="0"/>
          <w:color w:val="22201D"/>
          <w:sz w:val="20"/>
        </w:rPr>
        <w:t>"Commentary."</w:t>
      </w:r>
    </w:p>
    <w:p>
      <w:pPr>
        <w:spacing w:after="60" w:line="266" w:lineRule="auto"/>
        <w:ind w:firstLine="331"/>
        <w:jc w:val="both"/>
      </w:pPr>
      <w:r>
        <w:rPr>
          <w:rFonts w:ascii="Georgia" w:hAnsi="Georgia"/>
          <w:b w:val="0"/>
          <w:i w:val="0"/>
          <w:color w:val="22201D"/>
          <w:sz w:val="20"/>
        </w:rPr>
        <w:t>"Declined."</w:t>
      </w:r>
    </w:p>
    <w:p>
      <w:pPr>
        <w:spacing w:after="60" w:line="266" w:lineRule="auto"/>
        <w:ind w:firstLine="331"/>
        <w:jc w:val="both"/>
      </w:pPr>
      <w:r>
        <w:rPr>
          <w:rFonts w:ascii="Georgia" w:hAnsi="Georgia"/>
          <w:b w:val="0"/>
          <w:i w:val="0"/>
          <w:color w:val="22201D"/>
          <w:sz w:val="20"/>
        </w:rPr>
        <w:t>Nico looked relieved and bereaved.</w:t>
      </w:r>
    </w:p>
    <w:p>
      <w:pPr>
        <w:spacing w:after="60" w:line="266" w:lineRule="auto"/>
        <w:ind w:firstLine="331"/>
        <w:jc w:val="both"/>
      </w:pPr>
      <w:r>
        <w:rPr>
          <w:rFonts w:ascii="Georgia" w:hAnsi="Georgia"/>
          <w:b w:val="0"/>
          <w:i w:val="0"/>
          <w:color w:val="22201D"/>
          <w:sz w:val="20"/>
        </w:rPr>
        <w:t>Gerald said, "I will observe for safety."</w:t>
      </w:r>
    </w:p>
    <w:p>
      <w:pPr>
        <w:spacing w:after="60" w:line="266" w:lineRule="auto"/>
        <w:ind w:firstLine="331"/>
        <w:jc w:val="both"/>
      </w:pPr>
      <w:r>
        <w:rPr>
          <w:rFonts w:ascii="Georgia" w:hAnsi="Georgia"/>
          <w:b w:val="0"/>
          <w:i w:val="0"/>
          <w:color w:val="22201D"/>
          <w:sz w:val="20"/>
        </w:rPr>
        <w:t>Steve said, "I will record only the procedural facts."</w:t>
      </w:r>
    </w:p>
    <w:p>
      <w:pPr>
        <w:spacing w:after="60" w:line="266" w:lineRule="auto"/>
        <w:ind w:firstLine="331"/>
        <w:jc w:val="both"/>
      </w:pPr>
      <w:r>
        <w:rPr>
          <w:rFonts w:ascii="Georgia" w:hAnsi="Georgia"/>
          <w:b w:val="0"/>
          <w:i w:val="0"/>
          <w:color w:val="22201D"/>
          <w:sz w:val="20"/>
        </w:rPr>
        <w:t>Bob said, "Standing by."</w:t>
      </w:r>
    </w:p>
    <w:p>
      <w:pPr>
        <w:spacing w:after="60" w:line="266" w:lineRule="auto"/>
        <w:ind w:firstLine="331"/>
        <w:jc w:val="both"/>
      </w:pPr>
      <w:r>
        <w:rPr>
          <w:rFonts w:ascii="Georgia" w:hAnsi="Georgia"/>
          <w:b w:val="0"/>
          <w:i w:val="0"/>
          <w:color w:val="22201D"/>
          <w:sz w:val="20"/>
        </w:rPr>
        <w:t>The Hostess took a clean spoon from a drawer.</w:t>
      </w:r>
    </w:p>
    <w:p>
      <w:pPr>
        <w:spacing w:after="60" w:line="266" w:lineRule="auto"/>
        <w:ind w:firstLine="331"/>
        <w:jc w:val="both"/>
      </w:pPr>
      <w:r>
        <w:rPr>
          <w:rFonts w:ascii="Georgia" w:hAnsi="Georgia"/>
          <w:b w:val="0"/>
          <w:i w:val="0"/>
          <w:color w:val="22201D"/>
          <w:sz w:val="20"/>
        </w:rPr>
        <w:t>Gerald inspected it.</w:t>
      </w:r>
    </w:p>
    <w:p>
      <w:pPr>
        <w:spacing w:after="60" w:line="266" w:lineRule="auto"/>
        <w:ind w:firstLine="331"/>
        <w:jc w:val="both"/>
      </w:pPr>
      <w:r>
        <w:rPr>
          <w:rFonts w:ascii="Georgia" w:hAnsi="Georgia"/>
          <w:b w:val="0"/>
          <w:i w:val="0"/>
          <w:color w:val="22201D"/>
          <w:sz w:val="20"/>
        </w:rPr>
        <w:t>"Clean. No chips. Single-use for sample."</w:t>
      </w:r>
    </w:p>
    <w:p>
      <w:pPr>
        <w:spacing w:after="60" w:line="266" w:lineRule="auto"/>
        <w:ind w:firstLine="331"/>
        <w:jc w:val="both"/>
      </w:pPr>
      <w:r>
        <w:rPr>
          <w:rFonts w:ascii="Georgia" w:hAnsi="Georgia"/>
          <w:b w:val="0"/>
          <w:i w:val="0"/>
          <w:color w:val="22201D"/>
          <w:sz w:val="20"/>
        </w:rPr>
        <w:t>The Hostess opened the jar.</w:t>
      </w:r>
    </w:p>
    <w:p>
      <w:pPr>
        <w:spacing w:after="60" w:line="266" w:lineRule="auto"/>
        <w:ind w:firstLine="331"/>
        <w:jc w:val="both"/>
      </w:pPr>
      <w:r>
        <w:rPr>
          <w:rFonts w:ascii="Georgia" w:hAnsi="Georgia"/>
          <w:b w:val="0"/>
          <w:i w:val="0"/>
          <w:color w:val="22201D"/>
          <w:sz w:val="20"/>
        </w:rPr>
        <w:t>The smell came out warmer than the room was ready for.</w:t>
      </w:r>
    </w:p>
    <w:p>
      <w:pPr>
        <w:spacing w:after="60" w:line="266" w:lineRule="auto"/>
        <w:ind w:firstLine="331"/>
        <w:jc w:val="both"/>
      </w:pPr>
      <w:r>
        <w:rPr>
          <w:rFonts w:ascii="Georgia" w:hAnsi="Georgia"/>
          <w:b w:val="0"/>
          <w:i w:val="0"/>
          <w:color w:val="22201D"/>
          <w:sz w:val="20"/>
        </w:rPr>
        <w:t>The sauce was not trying to trick anyone.</w:t>
      </w:r>
    </w:p>
    <w:p>
      <w:pPr>
        <w:spacing w:after="60" w:line="266" w:lineRule="auto"/>
        <w:ind w:firstLine="331"/>
        <w:jc w:val="both"/>
      </w:pPr>
      <w:r>
        <w:rPr>
          <w:rFonts w:ascii="Georgia" w:hAnsi="Georgia"/>
          <w:b w:val="0"/>
          <w:i w:val="0"/>
          <w:color w:val="22201D"/>
          <w:sz w:val="20"/>
        </w:rPr>
        <w:t>That was worse than tricking.</w:t>
      </w:r>
    </w:p>
    <w:p>
      <w:pPr>
        <w:spacing w:after="60" w:line="266" w:lineRule="auto"/>
        <w:ind w:firstLine="331"/>
        <w:jc w:val="both"/>
      </w:pPr>
      <w:r>
        <w:rPr>
          <w:rFonts w:ascii="Georgia" w:hAnsi="Georgia"/>
          <w:b w:val="0"/>
          <w:i w:val="0"/>
          <w:color w:val="22201D"/>
          <w:sz w:val="20"/>
        </w:rPr>
        <w:t>A trick could be exposed. Honest pleasure had to be handled.</w:t>
      </w:r>
    </w:p>
    <w:p>
      <w:pPr>
        <w:spacing w:after="60" w:line="266" w:lineRule="auto"/>
        <w:ind w:firstLine="331"/>
        <w:jc w:val="both"/>
      </w:pPr>
      <w:r>
        <w:rPr>
          <w:rFonts w:ascii="Georgia" w:hAnsi="Georgia"/>
          <w:b w:val="0"/>
          <w:i w:val="0"/>
          <w:color w:val="22201D"/>
          <w:sz w:val="20"/>
        </w:rPr>
        <w:t>She placed one small amount on the spoon and handed it to Flocc.</w:t>
      </w:r>
    </w:p>
    <w:p>
      <w:pPr>
        <w:spacing w:after="60" w:line="266" w:lineRule="auto"/>
        <w:ind w:firstLine="331"/>
        <w:jc w:val="both"/>
      </w:pPr>
      <w:r>
        <w:rPr>
          <w:rFonts w:ascii="Georgia" w:hAnsi="Georgia"/>
          <w:b w:val="0"/>
          <w:i w:val="0"/>
          <w:color w:val="22201D"/>
          <w:sz w:val="20"/>
        </w:rPr>
        <w:t>He tasted.</w:t>
      </w:r>
    </w:p>
    <w:p>
      <w:pPr>
        <w:spacing w:after="60" w:line="266" w:lineRule="auto"/>
        <w:ind w:firstLine="331"/>
        <w:jc w:val="both"/>
      </w:pPr>
      <w:r>
        <w:rPr>
          <w:rFonts w:ascii="Georgia" w:hAnsi="Georgia"/>
          <w:b w:val="0"/>
          <w:i w:val="0"/>
          <w:color w:val="22201D"/>
          <w:sz w:val="20"/>
        </w:rPr>
        <w:t>Voidberry Fatalii was sweet first.</w:t>
      </w:r>
    </w:p>
    <w:p>
      <w:pPr>
        <w:spacing w:after="60" w:line="266" w:lineRule="auto"/>
        <w:ind w:firstLine="331"/>
        <w:jc w:val="both"/>
      </w:pPr>
      <w:r>
        <w:rPr>
          <w:rFonts w:ascii="Georgia" w:hAnsi="Georgia"/>
          <w:b w:val="0"/>
          <w:i w:val="0"/>
          <w:color w:val="22201D"/>
          <w:sz w:val="20"/>
        </w:rPr>
        <w:t>So sweet his body almost trusted it.</w:t>
      </w:r>
    </w:p>
    <w:p>
      <w:pPr>
        <w:spacing w:after="60" w:line="266" w:lineRule="auto"/>
        <w:ind w:firstLine="331"/>
        <w:jc w:val="both"/>
      </w:pPr>
      <w:r>
        <w:rPr>
          <w:rFonts w:ascii="Georgia" w:hAnsi="Georgia"/>
          <w:b w:val="0"/>
          <w:i w:val="0"/>
          <w:color w:val="22201D"/>
          <w:sz w:val="20"/>
        </w:rPr>
        <w:t>Then the heat arrived under the sweetness, not behind it, not as punishment, but as part of the same sentence. The berry stayed berry. The pepper stayed pepper. Neither apologized for the other. Neither replaced the other. The substitute did not lie about being a substitute.</w:t>
      </w:r>
    </w:p>
    <w:p>
      <w:pPr>
        <w:spacing w:after="60" w:line="266" w:lineRule="auto"/>
        <w:ind w:firstLine="331"/>
        <w:jc w:val="both"/>
      </w:pPr>
      <w:r>
        <w:rPr>
          <w:rFonts w:ascii="Georgia" w:hAnsi="Georgia"/>
          <w:b w:val="0"/>
          <w:i w:val="0"/>
          <w:color w:val="22201D"/>
          <w:sz w:val="20"/>
        </w:rPr>
        <w:t>Flocc set the spoon down.</w:t>
      </w:r>
    </w:p>
    <w:p>
      <w:pPr>
        <w:spacing w:after="60" w:line="266" w:lineRule="auto"/>
        <w:ind w:firstLine="331"/>
        <w:jc w:val="both"/>
      </w:pPr>
      <w:r>
        <w:rPr>
          <w:rFonts w:ascii="Georgia" w:hAnsi="Georgia"/>
          <w:b w:val="0"/>
          <w:i w:val="0"/>
          <w:color w:val="22201D"/>
          <w:sz w:val="20"/>
        </w:rPr>
        <w:t>He did not say it was good.</w:t>
      </w:r>
    </w:p>
    <w:p>
      <w:pPr>
        <w:spacing w:after="60" w:line="266" w:lineRule="auto"/>
        <w:ind w:firstLine="331"/>
        <w:jc w:val="both"/>
      </w:pPr>
      <w:r>
        <w:rPr>
          <w:rFonts w:ascii="Georgia" w:hAnsi="Georgia"/>
          <w:b w:val="0"/>
          <w:i w:val="0"/>
          <w:color w:val="22201D"/>
          <w:sz w:val="20"/>
        </w:rPr>
        <w:t>Not first.</w:t>
      </w:r>
    </w:p>
    <w:p>
      <w:pPr>
        <w:spacing w:after="60" w:line="266" w:lineRule="auto"/>
        <w:ind w:firstLine="331"/>
        <w:jc w:val="both"/>
      </w:pPr>
      <w:r>
        <w:rPr>
          <w:rFonts w:ascii="Georgia" w:hAnsi="Georgia"/>
          <w:b w:val="0"/>
          <w:i w:val="0"/>
          <w:color w:val="22201D"/>
          <w:sz w:val="20"/>
        </w:rPr>
        <w:t>He read the label again silently, then looked at Gerald.</w:t>
      </w:r>
    </w:p>
    <w:p>
      <w:pPr>
        <w:spacing w:after="60" w:line="266" w:lineRule="auto"/>
        <w:ind w:firstLine="331"/>
        <w:jc w:val="both"/>
      </w:pPr>
      <w:r>
        <w:rPr>
          <w:rFonts w:ascii="Georgia" w:hAnsi="Georgia"/>
          <w:b w:val="0"/>
          <w:i w:val="0"/>
          <w:color w:val="22201D"/>
          <w:sz w:val="20"/>
        </w:rPr>
        <w:t>"Procedure complete?"</w:t>
      </w:r>
    </w:p>
    <w:p>
      <w:pPr>
        <w:spacing w:after="60" w:line="266" w:lineRule="auto"/>
        <w:ind w:firstLine="331"/>
        <w:jc w:val="both"/>
      </w:pPr>
      <w:r>
        <w:rPr>
          <w:rFonts w:ascii="Georgia" w:hAnsi="Georgia"/>
          <w:b w:val="0"/>
          <w:i w:val="0"/>
          <w:color w:val="22201D"/>
          <w:sz w:val="20"/>
        </w:rPr>
        <w:t>Gerald inspected the spoon, the jar, the label, the shelf, and Flocc's face with equal suspicion.</w:t>
      </w:r>
    </w:p>
    <w:p>
      <w:pPr>
        <w:spacing w:after="60" w:line="266" w:lineRule="auto"/>
        <w:ind w:firstLine="331"/>
        <w:jc w:val="both"/>
      </w:pPr>
      <w:r>
        <w:rPr>
          <w:rFonts w:ascii="Georgia" w:hAnsi="Georgia"/>
          <w:b w:val="0"/>
          <w:i w:val="0"/>
          <w:color w:val="22201D"/>
          <w:sz w:val="20"/>
        </w:rPr>
        <w:t>"Sample procedure complete. No conclusion authorized."</w:t>
      </w:r>
    </w:p>
    <w:p>
      <w:pPr>
        <w:spacing w:after="60" w:line="266" w:lineRule="auto"/>
        <w:ind w:firstLine="331"/>
        <w:jc w:val="both"/>
      </w:pPr>
      <w:r>
        <w:rPr>
          <w:rFonts w:ascii="Georgia" w:hAnsi="Georgia"/>
          <w:b w:val="0"/>
          <w:i w:val="0"/>
          <w:color w:val="22201D"/>
          <w:sz w:val="20"/>
        </w:rPr>
        <w:t>"No conclusion authorized," Steve repeated as he wrote it.</w:t>
      </w:r>
    </w:p>
    <w:p>
      <w:pPr>
        <w:spacing w:after="60" w:line="266" w:lineRule="auto"/>
        <w:ind w:firstLine="331"/>
        <w:jc w:val="both"/>
      </w:pPr>
      <w:r>
        <w:rPr>
          <w:rFonts w:ascii="Georgia" w:hAnsi="Georgia"/>
          <w:b w:val="0"/>
          <w:i w:val="0"/>
          <w:color w:val="22201D"/>
          <w:sz w:val="20"/>
        </w:rPr>
        <w:t>The sauce shelf printed:</w:t>
      </w:r>
    </w:p>
    <w:p>
      <w:pPr>
        <w:spacing w:after="60" w:line="250" w:lineRule="auto"/>
        <w:ind w:left="202" w:right="173"/>
      </w:pPr>
      <w:r>
        <w:rPr>
          <w:rFonts w:ascii="Georgia" w:hAnsi="Georgia"/>
          <w:b w:val="0"/>
          <w:i w:val="0"/>
          <w:color w:val="22201D"/>
          <w:sz w:val="17"/>
        </w:rPr>
        <w:t>Taste recorded. Consent procedure held. Future waiver pressure contained.</w:t>
      </w:r>
    </w:p>
    <w:p>
      <w:pPr>
        <w:spacing w:after="60" w:line="266" w:lineRule="auto"/>
        <w:ind w:firstLine="331"/>
        <w:jc w:val="both"/>
      </w:pPr>
      <w:r>
        <w:rPr>
          <w:rFonts w:ascii="Georgia" w:hAnsi="Georgia"/>
          <w:b w:val="0"/>
          <w:i w:val="0"/>
          <w:color w:val="22201D"/>
          <w:sz w:val="20"/>
        </w:rPr>
        <w:t>The blank space to the right remained blank.</w:t>
      </w:r>
    </w:p>
    <w:p>
      <w:pPr>
        <w:spacing w:after="60" w:line="266" w:lineRule="auto"/>
        <w:ind w:firstLine="331"/>
        <w:jc w:val="both"/>
      </w:pPr>
      <w:r>
        <w:rPr>
          <w:rFonts w:ascii="Georgia" w:hAnsi="Georgia"/>
          <w:b w:val="0"/>
          <w:i w:val="0"/>
          <w:color w:val="22201D"/>
          <w:sz w:val="20"/>
        </w:rPr>
        <w:t>The Hostess capped the jar.</w:t>
      </w:r>
    </w:p>
    <w:p>
      <w:pPr>
        <w:spacing w:after="60" w:line="266" w:lineRule="auto"/>
        <w:ind w:firstLine="331"/>
        <w:jc w:val="both"/>
      </w:pPr>
      <w:r>
        <w:rPr>
          <w:rFonts w:ascii="Georgia" w:hAnsi="Georgia"/>
          <w:b w:val="0"/>
          <w:i w:val="0"/>
          <w:color w:val="22201D"/>
          <w:sz w:val="20"/>
        </w:rPr>
        <w:t>"What did you taste?"</w:t>
      </w:r>
    </w:p>
    <w:p>
      <w:pPr>
        <w:spacing w:after="60" w:line="266" w:lineRule="auto"/>
        <w:ind w:firstLine="331"/>
        <w:jc w:val="both"/>
      </w:pPr>
      <w:r>
        <w:rPr>
          <w:rFonts w:ascii="Georgia" w:hAnsi="Georgia"/>
          <w:b w:val="0"/>
          <w:i w:val="0"/>
          <w:color w:val="22201D"/>
          <w:sz w:val="20"/>
        </w:rPr>
        <w:t>Flocc considered lying by making the answer too beautiful.</w:t>
      </w:r>
    </w:p>
    <w:p>
      <w:pPr>
        <w:spacing w:after="60" w:line="266" w:lineRule="auto"/>
        <w:ind w:firstLine="331"/>
        <w:jc w:val="both"/>
      </w:pPr>
      <w:r>
        <w:rPr>
          <w:rFonts w:ascii="Georgia" w:hAnsi="Georgia"/>
          <w:b w:val="0"/>
          <w:i w:val="0"/>
          <w:color w:val="22201D"/>
          <w:sz w:val="20"/>
        </w:rPr>
        <w:t>"A substitute that did not pretend to be the original."</w:t>
      </w:r>
    </w:p>
    <w:p>
      <w:pPr>
        <w:spacing w:after="60" w:line="266" w:lineRule="auto"/>
        <w:ind w:firstLine="331"/>
        <w:jc w:val="both"/>
      </w:pPr>
      <w:r>
        <w:rPr>
          <w:rFonts w:ascii="Georgia" w:hAnsi="Georgia"/>
          <w:b w:val="0"/>
          <w:i w:val="0"/>
          <w:color w:val="22201D"/>
          <w:sz w:val="20"/>
        </w:rPr>
        <w:t>The sauce shelf accepted that.</w:t>
      </w:r>
    </w:p>
    <w:p>
      <w:pPr>
        <w:spacing w:after="60" w:line="266" w:lineRule="auto"/>
        <w:ind w:firstLine="331"/>
        <w:jc w:val="both"/>
      </w:pPr>
      <w:r>
        <w:rPr>
          <w:rFonts w:ascii="Georgia" w:hAnsi="Georgia"/>
          <w:b w:val="0"/>
          <w:i w:val="0"/>
          <w:color w:val="22201D"/>
          <w:sz w:val="20"/>
        </w:rPr>
        <w:t>"What did you not taste?"</w:t>
      </w:r>
    </w:p>
    <w:p>
      <w:pPr>
        <w:spacing w:after="60" w:line="266" w:lineRule="auto"/>
        <w:ind w:firstLine="331"/>
        <w:jc w:val="both"/>
      </w:pPr>
      <w:r>
        <w:rPr>
          <w:rFonts w:ascii="Georgia" w:hAnsi="Georgia"/>
          <w:b w:val="0"/>
          <w:i w:val="0"/>
          <w:color w:val="22201D"/>
          <w:sz w:val="20"/>
        </w:rPr>
        <w:t>He looked at the crooked label.</w:t>
      </w:r>
    </w:p>
    <w:p>
      <w:pPr>
        <w:spacing w:after="60" w:line="266" w:lineRule="auto"/>
        <w:ind w:firstLine="331"/>
        <w:jc w:val="both"/>
      </w:pPr>
      <w:r>
        <w:rPr>
          <w:rFonts w:ascii="Georgia" w:hAnsi="Georgia"/>
          <w:b w:val="0"/>
          <w:i w:val="0"/>
          <w:color w:val="22201D"/>
          <w:sz w:val="20"/>
        </w:rPr>
        <w:t>"Permission to skip asking."</w:t>
      </w:r>
    </w:p>
    <w:p>
      <w:pPr>
        <w:spacing w:after="60" w:line="266" w:lineRule="auto"/>
        <w:ind w:firstLine="331"/>
        <w:jc w:val="both"/>
      </w:pPr>
      <w:r>
        <w:rPr>
          <w:rFonts w:ascii="Georgia" w:hAnsi="Georgia"/>
          <w:b w:val="0"/>
          <w:i w:val="0"/>
          <w:color w:val="22201D"/>
          <w:sz w:val="20"/>
        </w:rPr>
        <w:t>The shelf accepted that, too.</w:t>
      </w:r>
    </w:p>
    <w:p>
      <w:pPr>
        <w:spacing w:after="60" w:line="266" w:lineRule="auto"/>
        <w:ind w:firstLine="331"/>
        <w:jc w:val="both"/>
      </w:pPr>
      <w:r>
        <w:rPr>
          <w:rFonts w:ascii="Georgia" w:hAnsi="Georgia"/>
          <w:b w:val="0"/>
          <w:i w:val="0"/>
          <w:color w:val="22201D"/>
          <w:sz w:val="20"/>
        </w:rPr>
        <w:t>Bob moved to the lower pantry cabinet and opened it.</w:t>
      </w:r>
    </w:p>
    <w:p>
      <w:pPr>
        <w:spacing w:after="60" w:line="266" w:lineRule="auto"/>
        <w:ind w:firstLine="331"/>
        <w:jc w:val="both"/>
      </w:pPr>
      <w:r>
        <w:rPr>
          <w:rFonts w:ascii="Georgia" w:hAnsi="Georgia"/>
          <w:b w:val="0"/>
          <w:i w:val="0"/>
          <w:color w:val="22201D"/>
          <w:sz w:val="20"/>
        </w:rPr>
        <w:t>Inside was a stack of small cards tied with string.</w:t>
      </w:r>
    </w:p>
    <w:p>
      <w:pPr>
        <w:spacing w:after="60" w:line="266" w:lineRule="auto"/>
        <w:ind w:firstLine="331"/>
        <w:jc w:val="both"/>
      </w:pPr>
      <w:r>
        <w:rPr>
          <w:rFonts w:ascii="Georgia" w:hAnsi="Georgia"/>
          <w:b w:val="0"/>
          <w:i w:val="0"/>
          <w:color w:val="22201D"/>
          <w:sz w:val="20"/>
        </w:rPr>
        <w:t>He removed the top card and gave it to the Hostess.</w:t>
      </w:r>
    </w:p>
    <w:p>
      <w:pPr>
        <w:spacing w:after="60" w:line="266" w:lineRule="auto"/>
        <w:ind w:firstLine="331"/>
        <w:jc w:val="both"/>
      </w:pPr>
      <w:r>
        <w:rPr>
          <w:rFonts w:ascii="Georgia" w:hAnsi="Georgia"/>
          <w:b w:val="0"/>
          <w:i w:val="0"/>
          <w:color w:val="22201D"/>
          <w:sz w:val="20"/>
        </w:rPr>
        <w:t>"Next."</w:t>
      </w:r>
    </w:p>
    <w:p>
      <w:pPr>
        <w:spacing w:after="60" w:line="266" w:lineRule="auto"/>
        <w:ind w:firstLine="331"/>
        <w:jc w:val="both"/>
      </w:pPr>
      <w:r>
        <w:rPr>
          <w:rFonts w:ascii="Georgia" w:hAnsi="Georgia"/>
          <w:b w:val="0"/>
          <w:i w:val="0"/>
          <w:color w:val="22201D"/>
          <w:sz w:val="20"/>
        </w:rPr>
        <w:t>The Hostess read it.</w:t>
      </w:r>
    </w:p>
    <w:p>
      <w:pPr>
        <w:spacing w:after="60" w:line="250" w:lineRule="auto"/>
        <w:ind w:left="202" w:right="173"/>
      </w:pPr>
      <w:r>
        <w:rPr>
          <w:rFonts w:ascii="Georgia" w:hAnsi="Georgia"/>
          <w:b w:val="0"/>
          <w:i w:val="0"/>
          <w:color w:val="22201D"/>
          <w:sz w:val="17"/>
        </w:rPr>
        <w:t>FINAL PANTRY CARD  Condition: Substitution becomes sharing  Price: share real thing</w:t>
      </w:r>
    </w:p>
    <w:p>
      <w:pPr>
        <w:spacing w:after="60" w:line="266" w:lineRule="auto"/>
        <w:ind w:firstLine="331"/>
        <w:jc w:val="both"/>
      </w:pPr>
      <w:r>
        <w:rPr>
          <w:rFonts w:ascii="Georgia" w:hAnsi="Georgia"/>
          <w:b w:val="0"/>
          <w:i w:val="0"/>
          <w:color w:val="22201D"/>
          <w:sz w:val="20"/>
        </w:rPr>
        <w:t>The sauce shelf made one practical sound, like a jar settling into the correct groove.</w:t>
      </w:r>
    </w:p>
    <w:p>
      <w:pPr>
        <w:spacing w:after="60" w:line="266" w:lineRule="auto"/>
        <w:ind w:firstLine="331"/>
        <w:jc w:val="both"/>
      </w:pPr>
      <w:r>
        <w:rPr>
          <w:rFonts w:ascii="Georgia" w:hAnsi="Georgia"/>
          <w:b w:val="0"/>
          <w:i w:val="0"/>
          <w:color w:val="22201D"/>
          <w:sz w:val="20"/>
        </w:rPr>
        <w:t>No one tasted again.</w:t>
      </w:r>
    </w:p>
    <w:p>
      <w:pPr>
        <w:spacing w:after="60" w:line="266" w:lineRule="auto"/>
        <w:ind w:firstLine="331"/>
        <w:jc w:val="both"/>
      </w:pPr>
      <w:r>
        <w:rPr>
          <w:rFonts w:ascii="Georgia" w:hAnsi="Georgia"/>
          <w:b w:val="0"/>
          <w:i w:val="0"/>
          <w:color w:val="22201D"/>
          <w:sz w:val="20"/>
        </w:rPr>
        <w:t>That was part of the point.</w:t>
      </w:r>
    </w:p>
    <w:p>
      <w:pPr>
        <w:spacing w:after="60" w:line="266" w:lineRule="auto"/>
        <w:ind w:firstLine="331"/>
        <w:jc w:val="both"/>
      </w:pPr>
      <w:r>
        <w:rPr>
          <w:rFonts w:ascii="Georgia" w:hAnsi="Georgia"/>
          <w:b w:val="0"/>
          <w:i w:val="0"/>
          <w:color w:val="22201D"/>
          <w:sz w:val="20"/>
        </w:rPr>
        <w:t>The waiver label stayed crooked, legible, and active.</w:t>
      </w:r>
    </w:p>
    <w:p>
      <w:pPr>
        <w:spacing w:after="60" w:line="266" w:lineRule="auto"/>
        <w:ind w:firstLine="331"/>
        <w:jc w:val="both"/>
      </w:pPr>
      <w:r>
        <w:rPr>
          <w:rFonts w:ascii="Georgia" w:hAnsi="Georgia"/>
          <w:b w:val="0"/>
          <w:i w:val="0"/>
          <w:color w:val="22201D"/>
          <w:sz w:val="20"/>
        </w:rPr>
        <w:t>It did not make the sauce harmless.</w:t>
      </w:r>
    </w:p>
    <w:p>
      <w:pPr>
        <w:spacing w:after="60" w:line="266" w:lineRule="auto"/>
        <w:ind w:firstLine="331"/>
        <w:jc w:val="both"/>
      </w:pPr>
      <w:r>
        <w:rPr>
          <w:rFonts w:ascii="Georgia" w:hAnsi="Georgia"/>
          <w:b w:val="0"/>
          <w:i w:val="0"/>
          <w:color w:val="22201D"/>
          <w:sz w:val="20"/>
        </w:rPr>
        <w:t>It made the tasting honest enough to stop pretending hunger was consent.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12: Substitution Becomes Sharing</w:t>
      </w:r>
    </w:p>
    <w:p>
      <w:pPr>
        <w:spacing w:after="60" w:line="266" w:lineRule="auto"/>
        <w:ind w:firstLine="0"/>
        <w:jc w:val="both"/>
      </w:pPr>
      <w:r>
        <w:rPr>
          <w:rFonts w:ascii="Georgia" w:hAnsi="Georgia"/>
          <w:b w:val="0"/>
          <w:i w:val="0"/>
          <w:color w:val="22201D"/>
          <w:sz w:val="20"/>
        </w:rPr>
        <w:t>The final pantry card was tied with string.</w:t>
      </w:r>
    </w:p>
    <w:p>
      <w:pPr>
        <w:spacing w:after="60" w:line="266" w:lineRule="auto"/>
        <w:ind w:firstLine="331"/>
        <w:jc w:val="both"/>
      </w:pPr>
      <w:r>
        <w:rPr>
          <w:rFonts w:ascii="Georgia" w:hAnsi="Georgia"/>
          <w:b w:val="0"/>
          <w:i w:val="0"/>
          <w:color w:val="22201D"/>
          <w:sz w:val="20"/>
        </w:rPr>
        <w:t>This made it immediately more suspicious than the waiver label.</w:t>
      </w:r>
    </w:p>
    <w:p>
      <w:pPr>
        <w:spacing w:after="60" w:line="266" w:lineRule="auto"/>
        <w:ind w:firstLine="331"/>
        <w:jc w:val="both"/>
      </w:pPr>
      <w:r>
        <w:rPr>
          <w:rFonts w:ascii="Georgia" w:hAnsi="Georgia"/>
          <w:b w:val="0"/>
          <w:i w:val="0"/>
          <w:color w:val="22201D"/>
          <w:sz w:val="20"/>
        </w:rPr>
        <w:t>String meant someone had expected a person to untie something instead of simply open it. String implied patience. Patience implied a system had learned that people were dangerous around closures.</w:t>
      </w:r>
    </w:p>
    <w:p>
      <w:pPr>
        <w:spacing w:after="60" w:line="266" w:lineRule="auto"/>
        <w:ind w:firstLine="331"/>
        <w:jc w:val="both"/>
      </w:pPr>
      <w:r>
        <w:rPr>
          <w:rFonts w:ascii="Georgia" w:hAnsi="Georgia"/>
          <w:b w:val="0"/>
          <w:i w:val="0"/>
          <w:color w:val="22201D"/>
          <w:sz w:val="20"/>
        </w:rPr>
        <w:t>Gerald inspected the knot.</w:t>
      </w:r>
    </w:p>
    <w:p>
      <w:pPr>
        <w:spacing w:after="60" w:line="266" w:lineRule="auto"/>
        <w:ind w:firstLine="331"/>
        <w:jc w:val="both"/>
      </w:pPr>
      <w:r>
        <w:rPr>
          <w:rFonts w:ascii="Georgia" w:hAnsi="Georgia"/>
          <w:b w:val="0"/>
          <w:i w:val="0"/>
          <w:color w:val="22201D"/>
          <w:sz w:val="20"/>
        </w:rPr>
        <w:t>"Square knot."</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"Held."</w:t>
      </w:r>
    </w:p>
    <w:p>
      <w:pPr>
        <w:spacing w:after="60" w:line="266" w:lineRule="auto"/>
        <w:ind w:firstLine="331"/>
        <w:jc w:val="both"/>
      </w:pPr>
      <w:r>
        <w:rPr>
          <w:rFonts w:ascii="Georgia" w:hAnsi="Georgia"/>
          <w:b w:val="0"/>
          <w:i w:val="0"/>
          <w:color w:val="22201D"/>
          <w:sz w:val="20"/>
        </w:rPr>
        <w:t>"Not decorative?"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Gerald's respect for the card increased.</w:t>
      </w:r>
    </w:p>
    <w:p>
      <w:pPr>
        <w:spacing w:after="60" w:line="266" w:lineRule="auto"/>
        <w:ind w:firstLine="331"/>
        <w:jc w:val="both"/>
      </w:pPr>
      <w:r>
        <w:rPr>
          <w:rFonts w:ascii="Georgia" w:hAnsi="Georgia"/>
          <w:b w:val="0"/>
          <w:i w:val="0"/>
          <w:color w:val="22201D"/>
          <w:sz w:val="20"/>
        </w:rPr>
        <w:t>The card sat on the middle worktable between the crooked waiver-labeled jar of Voidberry Fatalii and the recipe card clipped above the sink. The inventory correction remained on its shelf. The inspection note stayed at the door. The invoice rested under a magnet by side receiving. Nothing vanished because it had become emotionally useful.</w:t>
      </w:r>
    </w:p>
    <w:p>
      <w:pPr>
        <w:spacing w:after="60" w:line="266" w:lineRule="auto"/>
        <w:ind w:firstLine="331"/>
        <w:jc w:val="both"/>
      </w:pPr>
      <w:r>
        <w:rPr>
          <w:rFonts w:ascii="Georgia" w:hAnsi="Georgia"/>
          <w:b w:val="0"/>
          <w:i w:val="0"/>
          <w:color w:val="22201D"/>
          <w:sz w:val="20"/>
        </w:rPr>
        <w:t>The pantry, at last, looked less like a mystery and more like a room with records.</w:t>
      </w:r>
    </w:p>
    <w:p>
      <w:pPr>
        <w:spacing w:after="60" w:line="266" w:lineRule="auto"/>
        <w:ind w:firstLine="331"/>
        <w:jc w:val="both"/>
      </w:pPr>
      <w:r>
        <w:rPr>
          <w:rFonts w:ascii="Georgia" w:hAnsi="Georgia"/>
          <w:b w:val="0"/>
          <w:i w:val="0"/>
          <w:color w:val="22201D"/>
          <w:sz w:val="20"/>
        </w:rPr>
        <w:t>This should have been comforting.</w:t>
      </w:r>
    </w:p>
    <w:p>
      <w:pPr>
        <w:spacing w:after="60" w:line="266" w:lineRule="auto"/>
        <w:ind w:firstLine="331"/>
        <w:jc w:val="both"/>
      </w:pPr>
      <w:r>
        <w:rPr>
          <w:rFonts w:ascii="Georgia" w:hAnsi="Georgia"/>
          <w:b w:val="0"/>
          <w:i w:val="0"/>
          <w:color w:val="22201D"/>
          <w:sz w:val="20"/>
        </w:rPr>
        <w:t>It was mostly a responsibility.</w:t>
      </w:r>
    </w:p>
    <w:p>
      <w:pPr>
        <w:spacing w:after="60" w:line="266" w:lineRule="auto"/>
        <w:ind w:firstLine="331"/>
        <w:jc w:val="both"/>
      </w:pPr>
      <w:r>
        <w:rPr>
          <w:rFonts w:ascii="Georgia" w:hAnsi="Georgia"/>
          <w:b w:val="0"/>
          <w:i w:val="0"/>
          <w:color w:val="22201D"/>
          <w:sz w:val="20"/>
        </w:rPr>
        <w:t>The Hostess did not untie the string.</w:t>
      </w:r>
    </w:p>
    <w:p>
      <w:pPr>
        <w:spacing w:after="60" w:line="266" w:lineRule="auto"/>
        <w:ind w:firstLine="331"/>
        <w:jc w:val="both"/>
      </w:pPr>
      <w:r>
        <w:rPr>
          <w:rFonts w:ascii="Georgia" w:hAnsi="Georgia"/>
          <w:b w:val="0"/>
          <w:i w:val="0"/>
          <w:color w:val="22201D"/>
          <w:sz w:val="20"/>
        </w:rPr>
        <w:t>She looked at Flocc.</w:t>
      </w:r>
    </w:p>
    <w:p>
      <w:pPr>
        <w:spacing w:after="60" w:line="266" w:lineRule="auto"/>
        <w:ind w:firstLine="331"/>
        <w:jc w:val="both"/>
      </w:pPr>
      <w:r>
        <w:rPr>
          <w:rFonts w:ascii="Georgia" w:hAnsi="Georgia"/>
          <w:b w:val="0"/>
          <w:i w:val="0"/>
          <w:color w:val="22201D"/>
          <w:sz w:val="20"/>
        </w:rPr>
        <w:t>"Price?"</w:t>
      </w:r>
    </w:p>
    <w:p>
      <w:pPr>
        <w:spacing w:after="60" w:line="266" w:lineRule="auto"/>
        <w:ind w:firstLine="331"/>
        <w:jc w:val="both"/>
      </w:pPr>
      <w:r>
        <w:rPr>
          <w:rFonts w:ascii="Georgia" w:hAnsi="Georgia"/>
          <w:b w:val="0"/>
          <w:i w:val="0"/>
          <w:color w:val="22201D"/>
          <w:sz w:val="20"/>
        </w:rPr>
        <w:t>Flocc read the small tag attached to the knot.</w:t>
      </w:r>
    </w:p>
    <w:p>
      <w:pPr>
        <w:spacing w:after="60" w:line="250" w:lineRule="auto"/>
        <w:ind w:left="202" w:right="173"/>
      </w:pPr>
      <w:r>
        <w:rPr>
          <w:rFonts w:ascii="Georgia" w:hAnsi="Georgia"/>
          <w:b w:val="0"/>
          <w:i w:val="0"/>
          <w:color w:val="22201D"/>
          <w:sz w:val="17"/>
        </w:rPr>
        <w:t>FINAL PANTRY CARD Condition: Substitution becomes sharing  Price: share real thing</w:t>
      </w:r>
    </w:p>
    <w:p>
      <w:pPr>
        <w:spacing w:after="60" w:line="266" w:lineRule="auto"/>
        <w:ind w:firstLine="331"/>
        <w:jc w:val="both"/>
      </w:pPr>
      <w:r>
        <w:rPr>
          <w:rFonts w:ascii="Georgia" w:hAnsi="Georgia"/>
          <w:b w:val="0"/>
          <w:i w:val="0"/>
          <w:color w:val="22201D"/>
          <w:sz w:val="20"/>
        </w:rPr>
        <w:t>He had expected that phrase to feel warmer.</w:t>
      </w:r>
    </w:p>
    <w:p>
      <w:pPr>
        <w:spacing w:after="60" w:line="266" w:lineRule="auto"/>
        <w:ind w:firstLine="331"/>
        <w:jc w:val="both"/>
      </w:pPr>
      <w:r>
        <w:rPr>
          <w:rFonts w:ascii="Georgia" w:hAnsi="Georgia"/>
          <w:b w:val="0"/>
          <w:i w:val="0"/>
          <w:color w:val="22201D"/>
          <w:sz w:val="20"/>
        </w:rPr>
        <w:t>Share real thing.</w:t>
      </w:r>
    </w:p>
    <w:p>
      <w:pPr>
        <w:spacing w:after="60" w:line="266" w:lineRule="auto"/>
        <w:ind w:firstLine="331"/>
        <w:jc w:val="both"/>
      </w:pPr>
      <w:r>
        <w:rPr>
          <w:rFonts w:ascii="Georgia" w:hAnsi="Georgia"/>
          <w:b w:val="0"/>
          <w:i w:val="0"/>
          <w:color w:val="22201D"/>
          <w:sz w:val="20"/>
        </w:rPr>
        <w:t>It sounded like a lesson from a children's book until it reached the word real and became a logistics problem.</w:t>
      </w:r>
    </w:p>
    <w:p>
      <w:pPr>
        <w:spacing w:after="60" w:line="266" w:lineRule="auto"/>
        <w:ind w:firstLine="331"/>
        <w:jc w:val="both"/>
      </w:pPr>
      <w:r>
        <w:rPr>
          <w:rFonts w:ascii="Georgia" w:hAnsi="Georgia"/>
          <w:b w:val="0"/>
          <w:i w:val="0"/>
          <w:color w:val="22201D"/>
          <w:sz w:val="20"/>
        </w:rPr>
        <w:t>Real things ran out.</w:t>
      </w:r>
    </w:p>
    <w:p>
      <w:pPr>
        <w:spacing w:after="60" w:line="266" w:lineRule="auto"/>
        <w:ind w:firstLine="331"/>
        <w:jc w:val="both"/>
      </w:pPr>
      <w:r>
        <w:rPr>
          <w:rFonts w:ascii="Georgia" w:hAnsi="Georgia"/>
          <w:b w:val="0"/>
          <w:i w:val="0"/>
          <w:color w:val="22201D"/>
          <w:sz w:val="20"/>
        </w:rPr>
        <w:t>Real things had edges.</w:t>
      </w:r>
    </w:p>
    <w:p>
      <w:pPr>
        <w:spacing w:after="60" w:line="266" w:lineRule="auto"/>
        <w:ind w:firstLine="331"/>
        <w:jc w:val="both"/>
      </w:pPr>
      <w:r>
        <w:rPr>
          <w:rFonts w:ascii="Georgia" w:hAnsi="Georgia"/>
          <w:b w:val="0"/>
          <w:i w:val="0"/>
          <w:color w:val="22201D"/>
          <w:sz w:val="20"/>
        </w:rPr>
        <w:t>Real things did not become more available because someone needed the symbolism of generosity.</w:t>
      </w:r>
    </w:p>
    <w:p>
      <w:pPr>
        <w:spacing w:after="60" w:line="266" w:lineRule="auto"/>
        <w:ind w:firstLine="331"/>
        <w:jc w:val="both"/>
      </w:pPr>
      <w:r>
        <w:rPr>
          <w:rFonts w:ascii="Georgia" w:hAnsi="Georgia"/>
          <w:b w:val="0"/>
          <w:i w:val="0"/>
          <w:color w:val="22201D"/>
          <w:sz w:val="20"/>
        </w:rPr>
        <w:t>Steve opened the record book.</w:t>
      </w:r>
    </w:p>
    <w:p>
      <w:pPr>
        <w:spacing w:after="60" w:line="266" w:lineRule="auto"/>
        <w:ind w:firstLine="331"/>
        <w:jc w:val="both"/>
      </w:pPr>
      <w:r>
        <w:rPr>
          <w:rFonts w:ascii="Georgia" w:hAnsi="Georgia"/>
          <w:b w:val="0"/>
          <w:i w:val="0"/>
          <w:color w:val="22201D"/>
          <w:sz w:val="20"/>
        </w:rPr>
        <w:t>"Final chapter action pending."</w:t>
      </w:r>
    </w:p>
    <w:p>
      <w:pPr>
        <w:spacing w:after="60" w:line="266" w:lineRule="auto"/>
        <w:ind w:firstLine="331"/>
        <w:jc w:val="both"/>
      </w:pPr>
      <w:r>
        <w:rPr>
          <w:rFonts w:ascii="Georgia" w:hAnsi="Georgia"/>
          <w:b w:val="0"/>
          <w:i w:val="0"/>
          <w:color w:val="22201D"/>
          <w:sz w:val="20"/>
        </w:rPr>
        <w:t>Nico stood beside him with both hands visibly empty.</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Good hand posture.</w:t>
      </w:r>
    </w:p>
    <w:p>
      <w:pPr>
        <w:spacing w:after="60" w:line="266" w:lineRule="auto"/>
        <w:ind w:firstLine="331"/>
        <w:jc w:val="both"/>
      </w:pPr>
      <w:r>
        <w:rPr>
          <w:rFonts w:ascii="Georgia" w:hAnsi="Georgia"/>
          <w:b w:val="0"/>
          <w:i w:val="0"/>
          <w:color w:val="22201D"/>
          <w:sz w:val="20"/>
        </w:rPr>
        <w:t>"Thank you," Nico said, then looked ashamed of needing praise from drywall.</w:t>
      </w:r>
    </w:p>
    <w:p>
      <w:pPr>
        <w:spacing w:after="60" w:line="266" w:lineRule="auto"/>
        <w:ind w:firstLine="331"/>
        <w:jc w:val="both"/>
      </w:pPr>
      <w:r>
        <w:rPr>
          <w:rFonts w:ascii="Georgia" w:hAnsi="Georgia"/>
          <w:b w:val="0"/>
          <w:i w:val="0"/>
          <w:color w:val="22201D"/>
          <w:sz w:val="20"/>
        </w:rPr>
        <w:t>Gerald checked the shelf line again.</w:t>
      </w:r>
    </w:p>
    <w:p>
      <w:pPr>
        <w:spacing w:after="60" w:line="266" w:lineRule="auto"/>
        <w:ind w:firstLine="331"/>
        <w:jc w:val="both"/>
      </w:pPr>
      <w:r>
        <w:rPr>
          <w:rFonts w:ascii="Georgia" w:hAnsi="Georgia"/>
          <w:b w:val="0"/>
          <w:i w:val="0"/>
          <w:color w:val="22201D"/>
          <w:sz w:val="20"/>
        </w:rPr>
        <w:t>"Before anyone shares anything, define what is on offer."</w:t>
      </w:r>
    </w:p>
    <w:p>
      <w:pPr>
        <w:spacing w:after="60" w:line="266" w:lineRule="auto"/>
        <w:ind w:firstLine="331"/>
        <w:jc w:val="both"/>
      </w:pPr>
      <w:r>
        <w:rPr>
          <w:rFonts w:ascii="Georgia" w:hAnsi="Georgia"/>
          <w:b w:val="0"/>
          <w:i w:val="0"/>
          <w:color w:val="22201D"/>
          <w:sz w:val="20"/>
        </w:rPr>
        <w:t>The pantry approved this by producing a small clipboard labeled:</w:t>
      </w:r>
    </w:p>
    <w:p>
      <w:pPr>
        <w:spacing w:after="60" w:line="250" w:lineRule="auto"/>
        <w:ind w:left="202" w:right="173"/>
      </w:pPr>
      <w:r>
        <w:rPr>
          <w:rFonts w:ascii="Georgia" w:hAnsi="Georgia"/>
          <w:b w:val="0"/>
          <w:i w:val="0"/>
          <w:color w:val="22201D"/>
          <w:sz w:val="17"/>
        </w:rPr>
        <w:t>OFFER FORM Not a menu. Not a promise. Not a replacement.</w:t>
      </w:r>
    </w:p>
    <w:p>
      <w:pPr>
        <w:spacing w:after="60" w:line="266" w:lineRule="auto"/>
        <w:ind w:firstLine="331"/>
        <w:jc w:val="both"/>
      </w:pPr>
      <w:r>
        <w:rPr>
          <w:rFonts w:ascii="Georgia" w:hAnsi="Georgia"/>
          <w:b w:val="0"/>
          <w:i w:val="0"/>
          <w:color w:val="22201D"/>
          <w:sz w:val="20"/>
        </w:rPr>
        <w:t>The Hostess clipped it to the worktable.</w:t>
      </w:r>
    </w:p>
    <w:p>
      <w:pPr>
        <w:spacing w:after="60" w:line="266" w:lineRule="auto"/>
        <w:ind w:firstLine="331"/>
        <w:jc w:val="both"/>
      </w:pPr>
      <w:r>
        <w:rPr>
          <w:rFonts w:ascii="Georgia" w:hAnsi="Georgia"/>
          <w:b w:val="0"/>
          <w:i w:val="0"/>
          <w:color w:val="22201D"/>
          <w:sz w:val="20"/>
        </w:rPr>
        <w:t>"What is on offer?" she asked.</w:t>
      </w:r>
    </w:p>
    <w:p>
      <w:pPr>
        <w:spacing w:after="60" w:line="266" w:lineRule="auto"/>
        <w:ind w:firstLine="331"/>
        <w:jc w:val="both"/>
      </w:pPr>
      <w:r>
        <w:rPr>
          <w:rFonts w:ascii="Georgia" w:hAnsi="Georgia"/>
          <w:b w:val="0"/>
          <w:i w:val="0"/>
          <w:color w:val="22201D"/>
          <w:sz w:val="20"/>
        </w:rPr>
        <w:t>Flocc looked at the pantry.</w:t>
      </w:r>
    </w:p>
    <w:p>
      <w:pPr>
        <w:spacing w:after="60" w:line="266" w:lineRule="auto"/>
        <w:ind w:firstLine="331"/>
        <w:jc w:val="both"/>
      </w:pPr>
      <w:r>
        <w:rPr>
          <w:rFonts w:ascii="Georgia" w:hAnsi="Georgia"/>
          <w:b w:val="0"/>
          <w:i w:val="0"/>
          <w:color w:val="22201D"/>
          <w:sz w:val="20"/>
        </w:rPr>
        <w:t>The answer wanted to become large.</w:t>
      </w:r>
    </w:p>
    <w:p>
      <w:pPr>
        <w:spacing w:after="60" w:line="266" w:lineRule="auto"/>
        <w:ind w:firstLine="331"/>
        <w:jc w:val="both"/>
      </w:pPr>
      <w:r>
        <w:rPr>
          <w:rFonts w:ascii="Georgia" w:hAnsi="Georgia"/>
          <w:b w:val="0"/>
          <w:i w:val="0"/>
          <w:color w:val="22201D"/>
          <w:sz w:val="20"/>
        </w:rPr>
        <w:t>That was its first flaw.</w:t>
      </w:r>
    </w:p>
    <w:p>
      <w:pPr>
        <w:spacing w:after="60" w:line="266" w:lineRule="auto"/>
        <w:ind w:firstLine="331"/>
        <w:jc w:val="both"/>
      </w:pPr>
      <w:r>
        <w:rPr>
          <w:rFonts w:ascii="Georgia" w:hAnsi="Georgia"/>
          <w:b w:val="0"/>
          <w:i w:val="0"/>
          <w:color w:val="22201D"/>
          <w:sz w:val="20"/>
        </w:rPr>
        <w:t>"The pantry," he said.</w:t>
      </w:r>
    </w:p>
    <w:p>
      <w:pPr>
        <w:spacing w:after="60" w:line="266" w:lineRule="auto"/>
        <w:ind w:firstLine="331"/>
        <w:jc w:val="both"/>
      </w:pPr>
      <w:r>
        <w:rPr>
          <w:rFonts w:ascii="Georgia" w:hAnsi="Georgia"/>
          <w:b w:val="0"/>
          <w:i w:val="0"/>
          <w:color w:val="22201D"/>
          <w:sz w:val="20"/>
        </w:rPr>
        <w:t>Nothing happened.</w:t>
      </w:r>
    </w:p>
    <w:p>
      <w:pPr>
        <w:spacing w:after="60" w:line="266" w:lineRule="auto"/>
        <w:ind w:firstLine="331"/>
        <w:jc w:val="both"/>
      </w:pPr>
      <w:r>
        <w:rPr>
          <w:rFonts w:ascii="Georgia" w:hAnsi="Georgia"/>
          <w:b w:val="0"/>
          <w:i w:val="0"/>
          <w:color w:val="22201D"/>
          <w:sz w:val="20"/>
        </w:rPr>
        <w:t>Gerald's pencil hovered.</w:t>
      </w:r>
    </w:p>
    <w:p>
      <w:pPr>
        <w:spacing w:after="60" w:line="266" w:lineRule="auto"/>
        <w:ind w:firstLine="331"/>
        <w:jc w:val="both"/>
      </w:pPr>
      <w:r>
        <w:rPr>
          <w:rFonts w:ascii="Georgia" w:hAnsi="Georgia"/>
          <w:b w:val="0"/>
          <w:i w:val="0"/>
          <w:color w:val="22201D"/>
          <w:sz w:val="20"/>
        </w:rPr>
        <w:t>"Too broad."</w:t>
      </w:r>
    </w:p>
    <w:p>
      <w:pPr>
        <w:spacing w:after="60" w:line="266" w:lineRule="auto"/>
        <w:ind w:firstLine="331"/>
        <w:jc w:val="both"/>
      </w:pPr>
      <w:r>
        <w:rPr>
          <w:rFonts w:ascii="Georgia" w:hAnsi="Georgia"/>
          <w:b w:val="0"/>
          <w:i w:val="0"/>
          <w:color w:val="22201D"/>
          <w:sz w:val="20"/>
        </w:rPr>
        <w:t>"Access to the pantry?"</w:t>
      </w:r>
    </w:p>
    <w:p>
      <w:pPr>
        <w:spacing w:after="60" w:line="266" w:lineRule="auto"/>
        <w:ind w:firstLine="331"/>
        <w:jc w:val="both"/>
      </w:pPr>
      <w:r>
        <w:rPr>
          <w:rFonts w:ascii="Georgia" w:hAnsi="Georgia"/>
          <w:b w:val="0"/>
          <w:i w:val="0"/>
          <w:color w:val="22201D"/>
          <w:sz w:val="20"/>
        </w:rPr>
        <w:t>The clipboard remained blank.</w:t>
      </w:r>
    </w:p>
    <w:p>
      <w:pPr>
        <w:spacing w:after="60" w:line="266" w:lineRule="auto"/>
        <w:ind w:firstLine="331"/>
        <w:jc w:val="both"/>
      </w:pPr>
      <w:r>
        <w:rPr>
          <w:rFonts w:ascii="Georgia" w:hAnsi="Georgia"/>
          <w:b w:val="0"/>
          <w:i w:val="0"/>
          <w:color w:val="22201D"/>
          <w:sz w:val="20"/>
        </w:rPr>
        <w:t>The Hostess waited.</w:t>
      </w:r>
    </w:p>
    <w:p>
      <w:pPr>
        <w:spacing w:after="60" w:line="266" w:lineRule="auto"/>
        <w:ind w:firstLine="331"/>
        <w:jc w:val="both"/>
      </w:pPr>
      <w:r>
        <w:rPr>
          <w:rFonts w:ascii="Georgia" w:hAnsi="Georgia"/>
          <w:b w:val="0"/>
          <w:i w:val="0"/>
          <w:color w:val="22201D"/>
          <w:sz w:val="20"/>
        </w:rPr>
        <w:t>Waiting, by now, had lost its theatricality. It was just the correct shelf for an answer that had not earned movement.</w:t>
      </w:r>
    </w:p>
    <w:p>
      <w:pPr>
        <w:spacing w:after="60" w:line="266" w:lineRule="auto"/>
        <w:ind w:firstLine="331"/>
        <w:jc w:val="both"/>
      </w:pPr>
      <w:r>
        <w:rPr>
          <w:rFonts w:ascii="Georgia" w:hAnsi="Georgia"/>
          <w:b w:val="0"/>
          <w:i w:val="0"/>
          <w:color w:val="22201D"/>
          <w:sz w:val="20"/>
        </w:rPr>
        <w:t>Flocc tried again.</w:t>
      </w:r>
    </w:p>
    <w:p>
      <w:pPr>
        <w:spacing w:after="60" w:line="266" w:lineRule="auto"/>
        <w:ind w:firstLine="331"/>
        <w:jc w:val="both"/>
      </w:pPr>
      <w:r>
        <w:rPr>
          <w:rFonts w:ascii="Georgia" w:hAnsi="Georgia"/>
          <w:b w:val="0"/>
          <w:i w:val="0"/>
          <w:color w:val="22201D"/>
          <w:sz w:val="20"/>
        </w:rPr>
        <w:t>"Use of the corrected substitution shelf under the rules already posted."</w:t>
      </w:r>
    </w:p>
    <w:p>
      <w:pPr>
        <w:spacing w:after="60" w:line="266" w:lineRule="auto"/>
        <w:ind w:firstLine="331"/>
        <w:jc w:val="both"/>
      </w:pPr>
      <w:r>
        <w:rPr>
          <w:rFonts w:ascii="Georgia" w:hAnsi="Georgia"/>
          <w:b w:val="0"/>
          <w:i w:val="0"/>
          <w:color w:val="22201D"/>
          <w:sz w:val="20"/>
        </w:rPr>
        <w:t>The offer form printed:</w:t>
      </w:r>
    </w:p>
    <w:p>
      <w:pPr>
        <w:spacing w:after="60" w:line="250" w:lineRule="auto"/>
        <w:ind w:left="202" w:right="173"/>
      </w:pPr>
      <w:r>
        <w:rPr>
          <w:rFonts w:ascii="Georgia" w:hAnsi="Georgia"/>
          <w:b w:val="0"/>
          <w:i w:val="0"/>
          <w:color w:val="22201D"/>
          <w:sz w:val="17"/>
        </w:rPr>
        <w:t>Possible offer: use of corrected substitution shelf under posted rules</w:t>
      </w:r>
    </w:p>
    <w:p>
      <w:pPr>
        <w:spacing w:after="60" w:line="266" w:lineRule="auto"/>
        <w:ind w:firstLine="331"/>
        <w:jc w:val="both"/>
      </w:pPr>
      <w:r>
        <w:rPr>
          <w:rFonts w:ascii="Georgia" w:hAnsi="Georgia"/>
          <w:b w:val="0"/>
          <w:i w:val="0"/>
          <w:color w:val="22201D"/>
          <w:sz w:val="20"/>
        </w:rPr>
        <w:t>Gerald nodded once.</w:t>
      </w:r>
    </w:p>
    <w:p>
      <w:pPr>
        <w:spacing w:after="60" w:line="266" w:lineRule="auto"/>
        <w:ind w:firstLine="331"/>
        <w:jc w:val="both"/>
      </w:pPr>
      <w:r>
        <w:rPr>
          <w:rFonts w:ascii="Georgia" w:hAnsi="Georgia"/>
          <w:b w:val="0"/>
          <w:i w:val="0"/>
          <w:color w:val="22201D"/>
          <w:sz w:val="20"/>
        </w:rPr>
        <w:t>"Now define inventory."</w:t>
      </w:r>
    </w:p>
    <w:p>
      <w:pPr>
        <w:spacing w:after="60" w:line="266" w:lineRule="auto"/>
        <w:ind w:firstLine="331"/>
        <w:jc w:val="both"/>
      </w:pPr>
      <w:r>
        <w:rPr>
          <w:rFonts w:ascii="Georgia" w:hAnsi="Georgia"/>
          <w:b w:val="0"/>
          <w:i w:val="0"/>
          <w:color w:val="22201D"/>
          <w:sz w:val="20"/>
        </w:rPr>
        <w:t>"Inventory?"</w:t>
      </w:r>
    </w:p>
    <w:p>
      <w:pPr>
        <w:spacing w:after="60" w:line="266" w:lineRule="auto"/>
        <w:ind w:firstLine="331"/>
        <w:jc w:val="both"/>
      </w:pPr>
      <w:r>
        <w:rPr>
          <w:rFonts w:ascii="Georgia" w:hAnsi="Georgia"/>
          <w:b w:val="0"/>
          <w:i w:val="0"/>
          <w:color w:val="22201D"/>
          <w:sz w:val="20"/>
        </w:rPr>
        <w:t>"You cannot share what you have not counted. That is how people turn generosity into surprise shortages."</w:t>
      </w:r>
    </w:p>
    <w:p>
      <w:pPr>
        <w:spacing w:after="60" w:line="266" w:lineRule="auto"/>
        <w:ind w:firstLine="331"/>
        <w:jc w:val="both"/>
      </w:pPr>
      <w:r>
        <w:rPr>
          <w:rFonts w:ascii="Georgia" w:hAnsi="Georgia"/>
          <w:b w:val="0"/>
          <w:i w:val="0"/>
          <w:color w:val="22201D"/>
          <w:sz w:val="20"/>
        </w:rPr>
        <w:t>The pantry lights brightened over the shelves.</w:t>
      </w:r>
    </w:p>
    <w:p>
      <w:pPr>
        <w:spacing w:after="60" w:line="266" w:lineRule="auto"/>
        <w:ind w:firstLine="331"/>
        <w:jc w:val="both"/>
      </w:pPr>
      <w:r>
        <w:rPr>
          <w:rFonts w:ascii="Georgia" w:hAnsi="Georgia"/>
          <w:b w:val="0"/>
          <w:i w:val="0"/>
          <w:color w:val="22201D"/>
          <w:sz w:val="20"/>
        </w:rPr>
        <w:t>There were not as many things as Flocc had begun to imagine.</w:t>
      </w:r>
    </w:p>
    <w:p>
      <w:pPr>
        <w:spacing w:after="60" w:line="266" w:lineRule="auto"/>
        <w:ind w:firstLine="331"/>
        <w:jc w:val="both"/>
      </w:pPr>
      <w:r>
        <w:rPr>
          <w:rFonts w:ascii="Georgia" w:hAnsi="Georgia"/>
          <w:b w:val="0"/>
          <w:i w:val="0"/>
          <w:color w:val="22201D"/>
          <w:sz w:val="20"/>
        </w:rPr>
        <w:t>That was rude of reality.</w:t>
      </w:r>
    </w:p>
    <w:p>
      <w:pPr>
        <w:spacing w:after="60" w:line="266" w:lineRule="auto"/>
        <w:ind w:firstLine="331"/>
        <w:jc w:val="both"/>
      </w:pPr>
      <w:r>
        <w:rPr>
          <w:rFonts w:ascii="Georgia" w:hAnsi="Georgia"/>
          <w:b w:val="0"/>
          <w:i w:val="0"/>
          <w:color w:val="22201D"/>
          <w:sz w:val="20"/>
        </w:rPr>
        <w:t>The inventory card slid forward.</w:t>
      </w:r>
    </w:p>
    <w:p>
      <w:pPr>
        <w:spacing w:after="60" w:line="250" w:lineRule="auto"/>
        <w:ind w:left="202" w:right="173"/>
      </w:pPr>
      <w:r>
        <w:rPr>
          <w:rFonts w:ascii="Georgia" w:hAnsi="Georgia"/>
          <w:b w:val="0"/>
          <w:i w:val="0"/>
          <w:color w:val="22201D"/>
          <w:sz w:val="17"/>
        </w:rPr>
        <w:t>CURRENT SHAREABLE INVENTORY  Voidberry Fatalii sauce: one opened jar waiver label active  Wrong mushroom: correctly received not for casual use  Flour formerly mislabeled forgiveness: relabeled limited quantity  Apology reduction: do not serve as care  Shelf space: two clean spaces one future pressure space unavailable  Labor: available only when named not assumed  Answers: not inventory</w:t>
      </w:r>
    </w:p>
    <w:p>
      <w:pPr>
        <w:spacing w:after="60" w:line="266" w:lineRule="auto"/>
        <w:ind w:firstLine="331"/>
        <w:jc w:val="both"/>
      </w:pPr>
      <w:r>
        <w:rPr>
          <w:rFonts w:ascii="Georgia" w:hAnsi="Georgia"/>
          <w:b w:val="0"/>
          <w:i w:val="0"/>
          <w:color w:val="22201D"/>
          <w:sz w:val="20"/>
        </w:rPr>
        <w:t>Flocc read the last line twice.</w:t>
      </w:r>
    </w:p>
    <w:p>
      <w:pPr>
        <w:spacing w:after="60" w:line="266" w:lineRule="auto"/>
        <w:ind w:firstLine="331"/>
        <w:jc w:val="both"/>
      </w:pPr>
      <w:r>
        <w:rPr>
          <w:rFonts w:ascii="Georgia" w:hAnsi="Georgia"/>
          <w:b w:val="0"/>
          <w:i w:val="0"/>
          <w:color w:val="22201D"/>
          <w:sz w:val="20"/>
        </w:rPr>
        <w:t>Answers: not inventory.</w:t>
      </w:r>
    </w:p>
    <w:p>
      <w:pPr>
        <w:spacing w:after="60" w:line="266" w:lineRule="auto"/>
        <w:ind w:firstLine="331"/>
        <w:jc w:val="both"/>
      </w:pPr>
      <w:r>
        <w:rPr>
          <w:rFonts w:ascii="Georgia" w:hAnsi="Georgia"/>
          <w:b w:val="0"/>
          <w:i w:val="0"/>
          <w:color w:val="22201D"/>
          <w:sz w:val="20"/>
        </w:rPr>
        <w:t>That was the pantry's whole unpleasant education in three words.</w:t>
      </w:r>
    </w:p>
    <w:p>
      <w:pPr>
        <w:spacing w:after="60" w:line="266" w:lineRule="auto"/>
        <w:ind w:firstLine="331"/>
        <w:jc w:val="both"/>
      </w:pPr>
      <w:r>
        <w:rPr>
          <w:rFonts w:ascii="Georgia" w:hAnsi="Georgia"/>
          <w:b w:val="0"/>
          <w:i w:val="0"/>
          <w:color w:val="22201D"/>
          <w:sz w:val="20"/>
        </w:rPr>
        <w:t>The Hostess untied the string from the final pantry card and handed him the card.</w:t>
      </w:r>
    </w:p>
    <w:p>
      <w:pPr>
        <w:spacing w:after="60" w:line="266" w:lineRule="auto"/>
        <w:ind w:firstLine="331"/>
        <w:jc w:val="both"/>
      </w:pPr>
      <w:r>
        <w:rPr>
          <w:rFonts w:ascii="Georgia" w:hAnsi="Georgia"/>
          <w:b w:val="0"/>
          <w:i w:val="0"/>
          <w:color w:val="22201D"/>
          <w:sz w:val="20"/>
        </w:rPr>
        <w:t>It was heavy for paper.</w:t>
      </w:r>
    </w:p>
    <w:p>
      <w:pPr>
        <w:spacing w:after="60" w:line="250" w:lineRule="auto"/>
        <w:ind w:left="202" w:right="173"/>
      </w:pPr>
      <w:r>
        <w:rPr>
          <w:rFonts w:ascii="Georgia" w:hAnsi="Georgia"/>
          <w:b w:val="0"/>
          <w:i w:val="0"/>
          <w:color w:val="22201D"/>
          <w:sz w:val="17"/>
        </w:rPr>
        <w:t>FINAL PANTRY CARD  Question: What can be shared without pretending scarcity has been solved?</w:t>
      </w:r>
    </w:p>
    <w:p>
      <w:pPr>
        <w:spacing w:after="60" w:line="266" w:lineRule="auto"/>
        <w:ind w:firstLine="331"/>
        <w:jc w:val="both"/>
      </w:pPr>
      <w:r>
        <w:rPr>
          <w:rFonts w:ascii="Georgia" w:hAnsi="Georgia"/>
          <w:b w:val="0"/>
          <w:i w:val="0"/>
          <w:color w:val="22201D"/>
          <w:sz w:val="20"/>
        </w:rPr>
        <w:t>Nico whispered, "That is a very good question."</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Do not improve it.</w:t>
      </w:r>
    </w:p>
    <w:p>
      <w:pPr>
        <w:spacing w:after="60" w:line="266" w:lineRule="auto"/>
        <w:ind w:firstLine="331"/>
        <w:jc w:val="both"/>
      </w:pPr>
      <w:r>
        <w:rPr>
          <w:rFonts w:ascii="Georgia" w:hAnsi="Georgia"/>
          <w:b w:val="0"/>
          <w:i w:val="0"/>
          <w:color w:val="22201D"/>
          <w:sz w:val="20"/>
        </w:rPr>
        <w:t>Nico nodded hard enough to be almost audible.</w:t>
      </w:r>
    </w:p>
    <w:p>
      <w:pPr>
        <w:spacing w:after="60" w:line="266" w:lineRule="auto"/>
        <w:ind w:firstLine="331"/>
        <w:jc w:val="both"/>
      </w:pPr>
      <w:r>
        <w:rPr>
          <w:rFonts w:ascii="Georgia" w:hAnsi="Georgia"/>
          <w:b w:val="0"/>
          <w:i w:val="0"/>
          <w:color w:val="22201D"/>
          <w:sz w:val="20"/>
        </w:rPr>
        <w:t>Flocc looked at the offer form, the inventory card, and the shelves.</w:t>
      </w:r>
    </w:p>
    <w:p>
      <w:pPr>
        <w:spacing w:after="60" w:line="266" w:lineRule="auto"/>
        <w:ind w:firstLine="331"/>
        <w:jc w:val="both"/>
      </w:pPr>
      <w:r>
        <w:rPr>
          <w:rFonts w:ascii="Georgia" w:hAnsi="Georgia"/>
          <w:b w:val="0"/>
          <w:i w:val="0"/>
          <w:color w:val="22201D"/>
          <w:sz w:val="20"/>
        </w:rPr>
        <w:t>"We can share the shelf rules."</w:t>
      </w:r>
    </w:p>
    <w:p>
      <w:pPr>
        <w:spacing w:after="60" w:line="266" w:lineRule="auto"/>
        <w:ind w:firstLine="331"/>
        <w:jc w:val="both"/>
      </w:pPr>
      <w:r>
        <w:rPr>
          <w:rFonts w:ascii="Georgia" w:hAnsi="Georgia"/>
          <w:b w:val="0"/>
          <w:i w:val="0"/>
          <w:color w:val="22201D"/>
          <w:sz w:val="20"/>
        </w:rPr>
        <w:t>The final pantry card did not move.</w:t>
      </w:r>
    </w:p>
    <w:p>
      <w:pPr>
        <w:spacing w:after="60" w:line="266" w:lineRule="auto"/>
        <w:ind w:firstLine="331"/>
        <w:jc w:val="both"/>
      </w:pPr>
      <w:r>
        <w:rPr>
          <w:rFonts w:ascii="Georgia" w:hAnsi="Georgia"/>
          <w:b w:val="0"/>
          <w:i w:val="0"/>
          <w:color w:val="22201D"/>
          <w:sz w:val="20"/>
        </w:rPr>
        <w:t>"We can share the sauce."</w:t>
      </w:r>
    </w:p>
    <w:p>
      <w:pPr>
        <w:spacing w:after="60" w:line="266" w:lineRule="auto"/>
        <w:ind w:firstLine="331"/>
        <w:jc w:val="both"/>
      </w:pPr>
      <w:r>
        <w:rPr>
          <w:rFonts w:ascii="Georgia" w:hAnsi="Georgia"/>
          <w:b w:val="0"/>
          <w:i w:val="0"/>
          <w:color w:val="22201D"/>
          <w:sz w:val="20"/>
        </w:rPr>
        <w:t>Gerald said, "How much?"</w:t>
      </w:r>
    </w:p>
    <w:p>
      <w:pPr>
        <w:spacing w:after="60" w:line="266" w:lineRule="auto"/>
        <w:ind w:firstLine="331"/>
        <w:jc w:val="both"/>
      </w:pPr>
      <w:r>
        <w:rPr>
          <w:rFonts w:ascii="Georgia" w:hAnsi="Georgia"/>
          <w:b w:val="0"/>
          <w:i w:val="0"/>
          <w:color w:val="22201D"/>
          <w:sz w:val="20"/>
        </w:rPr>
        <w:t>Flocc looked at the jar.</w:t>
      </w:r>
    </w:p>
    <w:p>
      <w:pPr>
        <w:spacing w:after="60" w:line="266" w:lineRule="auto"/>
        <w:ind w:firstLine="331"/>
        <w:jc w:val="both"/>
      </w:pPr>
      <w:r>
        <w:rPr>
          <w:rFonts w:ascii="Georgia" w:hAnsi="Georgia"/>
          <w:b w:val="0"/>
          <w:i w:val="0"/>
          <w:color w:val="22201D"/>
          <w:sz w:val="20"/>
        </w:rPr>
        <w:t>"A sample."</w:t>
      </w:r>
    </w:p>
    <w:p>
      <w:pPr>
        <w:spacing w:after="60" w:line="266" w:lineRule="auto"/>
        <w:ind w:firstLine="331"/>
        <w:jc w:val="both"/>
      </w:pPr>
      <w:r>
        <w:rPr>
          <w:rFonts w:ascii="Georgia" w:hAnsi="Georgia"/>
          <w:b w:val="0"/>
          <w:i w:val="0"/>
          <w:color w:val="22201D"/>
          <w:sz w:val="20"/>
        </w:rPr>
        <w:t>"With what limits?"</w:t>
      </w:r>
    </w:p>
    <w:p>
      <w:pPr>
        <w:spacing w:after="60" w:line="266" w:lineRule="auto"/>
        <w:ind w:firstLine="331"/>
        <w:jc w:val="both"/>
      </w:pPr>
      <w:r>
        <w:rPr>
          <w:rFonts w:ascii="Georgia" w:hAnsi="Georgia"/>
          <w:b w:val="0"/>
          <w:i w:val="0"/>
          <w:color w:val="22201D"/>
          <w:sz w:val="20"/>
        </w:rPr>
        <w:t>"One clean spoon per person. Label read before tasting. No second taste until all first choices are complete."</w:t>
      </w:r>
    </w:p>
    <w:p>
      <w:pPr>
        <w:spacing w:after="60" w:line="266" w:lineRule="auto"/>
        <w:ind w:firstLine="331"/>
        <w:jc w:val="both"/>
      </w:pPr>
      <w:r>
        <w:rPr>
          <w:rFonts w:ascii="Georgia" w:hAnsi="Georgia"/>
          <w:b w:val="0"/>
          <w:i w:val="0"/>
          <w:color w:val="22201D"/>
          <w:sz w:val="20"/>
        </w:rPr>
        <w:t>The offer form printed:</w:t>
      </w:r>
    </w:p>
    <w:p>
      <w:pPr>
        <w:spacing w:after="60" w:line="250" w:lineRule="auto"/>
        <w:ind w:left="202" w:right="173"/>
      </w:pPr>
      <w:r>
        <w:rPr>
          <w:rFonts w:ascii="Georgia" w:hAnsi="Georgia"/>
          <w:b w:val="0"/>
          <w:i w:val="0"/>
          <w:color w:val="22201D"/>
          <w:sz w:val="17"/>
        </w:rPr>
        <w:t>Shareable: one sample per consenting participant with clean spoon after label read no second taste before first choices complete</w:t>
      </w:r>
    </w:p>
    <w:p>
      <w:pPr>
        <w:spacing w:after="60" w:line="266" w:lineRule="auto"/>
        <w:ind w:firstLine="331"/>
        <w:jc w:val="both"/>
      </w:pPr>
      <w:r>
        <w:rPr>
          <w:rFonts w:ascii="Georgia" w:hAnsi="Georgia"/>
          <w:b w:val="0"/>
          <w:i w:val="0"/>
          <w:color w:val="22201D"/>
          <w:sz w:val="20"/>
        </w:rPr>
        <w:t>The final pantry card warmed by one practical degree.</w:t>
      </w:r>
    </w:p>
    <w:p>
      <w:pPr>
        <w:spacing w:after="60" w:line="266" w:lineRule="auto"/>
        <w:ind w:firstLine="331"/>
        <w:jc w:val="both"/>
      </w:pPr>
      <w:r>
        <w:rPr>
          <w:rFonts w:ascii="Georgia" w:hAnsi="Georgia"/>
          <w:b w:val="0"/>
          <w:i w:val="0"/>
          <w:color w:val="22201D"/>
          <w:sz w:val="20"/>
        </w:rPr>
        <w:t>"We can share the corrected shelf space," Flocc said.</w:t>
      </w:r>
    </w:p>
    <w:p>
      <w:pPr>
        <w:spacing w:after="60" w:line="266" w:lineRule="auto"/>
        <w:ind w:firstLine="331"/>
        <w:jc w:val="both"/>
      </w:pPr>
      <w:r>
        <w:rPr>
          <w:rFonts w:ascii="Georgia" w:hAnsi="Georgia"/>
          <w:b w:val="0"/>
          <w:i w:val="0"/>
          <w:color w:val="22201D"/>
          <w:sz w:val="20"/>
        </w:rPr>
        <w:t>"How much?" Gerald asked.</w:t>
      </w:r>
    </w:p>
    <w:p>
      <w:pPr>
        <w:spacing w:after="60" w:line="266" w:lineRule="auto"/>
        <w:ind w:firstLine="331"/>
        <w:jc w:val="both"/>
      </w:pPr>
      <w:r>
        <w:rPr>
          <w:rFonts w:ascii="Georgia" w:hAnsi="Georgia"/>
          <w:b w:val="0"/>
          <w:i w:val="0"/>
          <w:color w:val="22201D"/>
          <w:sz w:val="20"/>
        </w:rPr>
        <w:t>"Two clean spaces."</w:t>
      </w:r>
    </w:p>
    <w:p>
      <w:pPr>
        <w:spacing w:after="60" w:line="266" w:lineRule="auto"/>
        <w:ind w:firstLine="331"/>
        <w:jc w:val="both"/>
      </w:pPr>
      <w:r>
        <w:rPr>
          <w:rFonts w:ascii="Georgia" w:hAnsi="Georgia"/>
          <w:b w:val="0"/>
          <w:i w:val="0"/>
          <w:color w:val="22201D"/>
          <w:sz w:val="20"/>
        </w:rPr>
        <w:t>"With what limit?"</w:t>
      </w:r>
    </w:p>
    <w:p>
      <w:pPr>
        <w:spacing w:after="60" w:line="266" w:lineRule="auto"/>
        <w:ind w:firstLine="331"/>
        <w:jc w:val="both"/>
      </w:pPr>
      <w:r>
        <w:rPr>
          <w:rFonts w:ascii="Georgia" w:hAnsi="Georgia"/>
          <w:b w:val="0"/>
          <w:i w:val="0"/>
          <w:color w:val="22201D"/>
          <w:sz w:val="20"/>
        </w:rPr>
        <w:t>"No placing a person in a replacement field. No hiding scarcity behind beautiful labels. No storing emergency needs in future pressure."</w:t>
      </w:r>
    </w:p>
    <w:p>
      <w:pPr>
        <w:spacing w:after="60" w:line="266" w:lineRule="auto"/>
        <w:ind w:firstLine="331"/>
        <w:jc w:val="both"/>
      </w:pPr>
      <w:r>
        <w:rPr>
          <w:rFonts w:ascii="Georgia" w:hAnsi="Georgia"/>
          <w:b w:val="0"/>
          <w:i w:val="0"/>
          <w:color w:val="22201D"/>
          <w:sz w:val="20"/>
        </w:rPr>
        <w:t>The offer form printed again.</w:t>
      </w:r>
    </w:p>
    <w:p>
      <w:pPr>
        <w:spacing w:after="60" w:line="250" w:lineRule="auto"/>
        <w:ind w:left="202" w:right="173"/>
      </w:pPr>
      <w:r>
        <w:rPr>
          <w:rFonts w:ascii="Georgia" w:hAnsi="Georgia"/>
          <w:b w:val="0"/>
          <w:i w:val="0"/>
          <w:color w:val="22201D"/>
          <w:sz w:val="17"/>
        </w:rPr>
        <w:t>Shareable: two clean shelf spaces  Limits: no person in replacement field no hidden scarcity behind beautiful labels no emergency need stored in future pressure</w:t>
      </w:r>
    </w:p>
    <w:p>
      <w:pPr>
        <w:spacing w:after="60" w:line="266" w:lineRule="auto"/>
        <w:ind w:firstLine="331"/>
        <w:jc w:val="both"/>
      </w:pPr>
      <w:r>
        <w:rPr>
          <w:rFonts w:ascii="Georgia" w:hAnsi="Georgia"/>
          <w:b w:val="0"/>
          <w:i w:val="0"/>
          <w:color w:val="22201D"/>
          <w:sz w:val="20"/>
        </w:rPr>
        <w:t>Bob looked at the bottom shelf.</w:t>
      </w:r>
    </w:p>
    <w:p>
      <w:pPr>
        <w:spacing w:after="60" w:line="266" w:lineRule="auto"/>
        <w:ind w:firstLine="331"/>
        <w:jc w:val="both"/>
      </w:pPr>
      <w:r>
        <w:rPr>
          <w:rFonts w:ascii="Georgia" w:hAnsi="Georgia"/>
          <w:b w:val="0"/>
          <w:i w:val="0"/>
          <w:color w:val="22201D"/>
          <w:sz w:val="20"/>
        </w:rPr>
        <w:t>"One space after crate."</w:t>
      </w:r>
    </w:p>
    <w:p>
      <w:pPr>
        <w:spacing w:after="60" w:line="266" w:lineRule="auto"/>
        <w:ind w:firstLine="331"/>
        <w:jc w:val="both"/>
      </w:pPr>
      <w:r>
        <w:rPr>
          <w:rFonts w:ascii="Georgia" w:hAnsi="Georgia"/>
          <w:b w:val="0"/>
          <w:i w:val="0"/>
          <w:color w:val="22201D"/>
          <w:sz w:val="20"/>
        </w:rPr>
        <w:t>Gerald checked.</w:t>
      </w:r>
    </w:p>
    <w:p>
      <w:pPr>
        <w:spacing w:after="60" w:line="266" w:lineRule="auto"/>
        <w:ind w:firstLine="331"/>
        <w:jc w:val="both"/>
      </w:pPr>
      <w:r>
        <w:rPr>
          <w:rFonts w:ascii="Georgia" w:hAnsi="Georgia"/>
          <w:b w:val="0"/>
          <w:i w:val="0"/>
          <w:color w:val="22201D"/>
          <w:sz w:val="20"/>
        </w:rPr>
        <w:t>Bob was correct.</w:t>
      </w:r>
    </w:p>
    <w:p>
      <w:pPr>
        <w:spacing w:after="60" w:line="266" w:lineRule="auto"/>
        <w:ind w:firstLine="331"/>
        <w:jc w:val="both"/>
      </w:pPr>
      <w:r>
        <w:rPr>
          <w:rFonts w:ascii="Georgia" w:hAnsi="Georgia"/>
          <w:b w:val="0"/>
          <w:i w:val="0"/>
          <w:color w:val="22201D"/>
          <w:sz w:val="20"/>
        </w:rPr>
        <w:t>There were two clean spaces only if the flattened delivery bag stayed flattened and the crate remained where it had been cleared.</w:t>
      </w:r>
    </w:p>
    <w:p>
      <w:pPr>
        <w:spacing w:after="60" w:line="266" w:lineRule="auto"/>
        <w:ind w:firstLine="331"/>
        <w:jc w:val="both"/>
      </w:pPr>
      <w:r>
        <w:rPr>
          <w:rFonts w:ascii="Georgia" w:hAnsi="Georgia"/>
          <w:b w:val="0"/>
          <w:i w:val="0"/>
          <w:color w:val="22201D"/>
          <w:sz w:val="20"/>
        </w:rPr>
        <w:t>"Correction," Flocc said. "One clean shelf space now. One clean shelf space after crate removal."</w:t>
      </w:r>
    </w:p>
    <w:p>
      <w:pPr>
        <w:spacing w:after="60" w:line="266" w:lineRule="auto"/>
        <w:ind w:firstLine="331"/>
        <w:jc w:val="both"/>
      </w:pPr>
      <w:r>
        <w:rPr>
          <w:rFonts w:ascii="Georgia" w:hAnsi="Georgia"/>
          <w:b w:val="0"/>
          <w:i w:val="0"/>
          <w:color w:val="22201D"/>
          <w:sz w:val="20"/>
        </w:rPr>
        <w:t>The offer form revised itself without complaint.</w:t>
      </w:r>
    </w:p>
    <w:p>
      <w:pPr>
        <w:spacing w:after="60" w:line="250" w:lineRule="auto"/>
        <w:ind w:left="202" w:right="173"/>
      </w:pPr>
      <w:r>
        <w:rPr>
          <w:rFonts w:ascii="Georgia" w:hAnsi="Georgia"/>
          <w:b w:val="0"/>
          <w:i w:val="0"/>
          <w:color w:val="22201D"/>
          <w:sz w:val="17"/>
        </w:rPr>
        <w:t>Corrected: one clean shelf space now one clean shelf space after crate removal</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offer corrected before use</w:t>
      </w:r>
    </w:p>
    <w:p>
      <w:pPr>
        <w:spacing w:after="60" w:line="266" w:lineRule="auto"/>
        <w:ind w:firstLine="331"/>
        <w:jc w:val="both"/>
      </w:pPr>
      <w:r>
        <w:rPr>
          <w:rFonts w:ascii="Georgia" w:hAnsi="Georgia"/>
          <w:b w:val="0"/>
          <w:i w:val="0"/>
          <w:color w:val="22201D"/>
          <w:sz w:val="20"/>
        </w:rPr>
        <w:t>The final pantry card unfolded.</w:t>
      </w:r>
    </w:p>
    <w:p>
      <w:pPr>
        <w:spacing w:after="60" w:line="250" w:lineRule="auto"/>
        <w:ind w:left="202" w:right="173"/>
      </w:pPr>
      <w:r>
        <w:rPr>
          <w:rFonts w:ascii="Georgia" w:hAnsi="Georgia"/>
          <w:b w:val="0"/>
          <w:i w:val="0"/>
          <w:color w:val="22201D"/>
          <w:sz w:val="17"/>
        </w:rPr>
        <w:t>Sharing requires correction before generosity.</w:t>
      </w:r>
    </w:p>
    <w:p>
      <w:pPr>
        <w:spacing w:after="60" w:line="266" w:lineRule="auto"/>
        <w:ind w:firstLine="331"/>
        <w:jc w:val="both"/>
      </w:pPr>
      <w:r>
        <w:rPr>
          <w:rFonts w:ascii="Georgia" w:hAnsi="Georgia"/>
          <w:b w:val="0"/>
          <w:i w:val="0"/>
          <w:color w:val="22201D"/>
          <w:sz w:val="20"/>
        </w:rPr>
        <w:t>That was exactly the kind of sentence that would have made earlier Flocc feel spiritually attacked by cabinet management.</w:t>
      </w:r>
    </w:p>
    <w:p>
      <w:pPr>
        <w:spacing w:after="60" w:line="266" w:lineRule="auto"/>
        <w:ind w:firstLine="331"/>
        <w:jc w:val="both"/>
      </w:pPr>
      <w:r>
        <w:rPr>
          <w:rFonts w:ascii="Georgia" w:hAnsi="Georgia"/>
          <w:b w:val="0"/>
          <w:i w:val="0"/>
          <w:color w:val="22201D"/>
          <w:sz w:val="20"/>
        </w:rPr>
        <w:t>Now it seemed unfairly reasonable.</w:t>
      </w:r>
    </w:p>
    <w:p>
      <w:pPr>
        <w:spacing w:after="60" w:line="266" w:lineRule="auto"/>
        <w:ind w:firstLine="331"/>
        <w:jc w:val="both"/>
      </w:pPr>
      <w:r>
        <w:rPr>
          <w:rFonts w:ascii="Georgia" w:hAnsi="Georgia"/>
          <w:b w:val="0"/>
          <w:i w:val="0"/>
          <w:color w:val="22201D"/>
          <w:sz w:val="20"/>
        </w:rPr>
        <w:t>The Hostess pointed to Labor.</w:t>
      </w:r>
    </w:p>
    <w:p>
      <w:pPr>
        <w:spacing w:after="60" w:line="266" w:lineRule="auto"/>
        <w:ind w:firstLine="331"/>
        <w:jc w:val="both"/>
      </w:pPr>
      <w:r>
        <w:rPr>
          <w:rFonts w:ascii="Georgia" w:hAnsi="Georgia"/>
          <w:b w:val="0"/>
          <w:i w:val="0"/>
          <w:color w:val="22201D"/>
          <w:sz w:val="20"/>
        </w:rPr>
        <w:t>"What can be shared there?"</w:t>
      </w:r>
    </w:p>
    <w:p>
      <w:pPr>
        <w:spacing w:after="60" w:line="266" w:lineRule="auto"/>
        <w:ind w:firstLine="331"/>
        <w:jc w:val="both"/>
      </w:pPr>
      <w:r>
        <w:rPr>
          <w:rFonts w:ascii="Georgia" w:hAnsi="Georgia"/>
          <w:b w:val="0"/>
          <w:i w:val="0"/>
          <w:color w:val="22201D"/>
          <w:sz w:val="20"/>
        </w:rPr>
        <w:t>Flocc looked at the sink.</w:t>
      </w:r>
    </w:p>
    <w:p>
      <w:pPr>
        <w:spacing w:after="60" w:line="266" w:lineRule="auto"/>
        <w:ind w:firstLine="331"/>
        <w:jc w:val="both"/>
      </w:pPr>
      <w:r>
        <w:rPr>
          <w:rFonts w:ascii="Georgia" w:hAnsi="Georgia"/>
          <w:b w:val="0"/>
          <w:i w:val="0"/>
          <w:color w:val="22201D"/>
          <w:sz w:val="20"/>
        </w:rPr>
        <w:t>The recipe card above it read:</w:t>
      </w:r>
    </w:p>
    <w:p>
      <w:pPr>
        <w:spacing w:after="60" w:line="250" w:lineRule="auto"/>
        <w:ind w:left="202" w:right="173"/>
      </w:pPr>
      <w:r>
        <w:rPr>
          <w:rFonts w:ascii="Georgia" w:hAnsi="Georgia"/>
          <w:b w:val="0"/>
          <w:i w:val="0"/>
          <w:color w:val="22201D"/>
          <w:sz w:val="17"/>
        </w:rPr>
        <w:t>do not cook what must be said keep the kitchen safer than the confession found it</w:t>
      </w:r>
    </w:p>
    <w:p>
      <w:pPr>
        <w:spacing w:after="60" w:line="266" w:lineRule="auto"/>
        <w:ind w:firstLine="331"/>
        <w:jc w:val="both"/>
      </w:pPr>
      <w:r>
        <w:rPr>
          <w:rFonts w:ascii="Georgia" w:hAnsi="Georgia"/>
          <w:b w:val="0"/>
          <w:i w:val="0"/>
          <w:color w:val="22201D"/>
          <w:sz w:val="20"/>
        </w:rPr>
        <w:t>"Cleanup," he said.</w:t>
      </w:r>
    </w:p>
    <w:p>
      <w:pPr>
        <w:spacing w:after="60" w:line="266" w:lineRule="auto"/>
        <w:ind w:firstLine="331"/>
        <w:jc w:val="both"/>
      </w:pPr>
      <w:r>
        <w:rPr>
          <w:rFonts w:ascii="Georgia" w:hAnsi="Georgia"/>
          <w:b w:val="0"/>
          <w:i w:val="0"/>
          <w:color w:val="22201D"/>
          <w:sz w:val="20"/>
        </w:rPr>
        <w:t>The pantry stayed quiet.</w:t>
      </w:r>
    </w:p>
    <w:p>
      <w:pPr>
        <w:spacing w:after="60" w:line="266" w:lineRule="auto"/>
        <w:ind w:firstLine="331"/>
        <w:jc w:val="both"/>
      </w:pPr>
      <w:r>
        <w:rPr>
          <w:rFonts w:ascii="Georgia" w:hAnsi="Georgia"/>
          <w:b w:val="0"/>
          <w:i w:val="0"/>
          <w:color w:val="22201D"/>
          <w:sz w:val="20"/>
        </w:rPr>
        <w:t>He corrected.</w:t>
      </w:r>
    </w:p>
    <w:p>
      <w:pPr>
        <w:spacing w:after="60" w:line="266" w:lineRule="auto"/>
        <w:ind w:firstLine="331"/>
        <w:jc w:val="both"/>
      </w:pPr>
      <w:r>
        <w:rPr>
          <w:rFonts w:ascii="Georgia" w:hAnsi="Georgia"/>
          <w:b w:val="0"/>
          <w:i w:val="0"/>
          <w:color w:val="22201D"/>
          <w:sz w:val="20"/>
        </w:rPr>
        <w:t>"Named cleanup. I can offer to clean one thing I used. I cannot offer everyone else's cleanup as proof that I am changed."</w:t>
      </w:r>
    </w:p>
    <w:p>
      <w:pPr>
        <w:spacing w:after="60" w:line="266" w:lineRule="auto"/>
        <w:ind w:firstLine="331"/>
        <w:jc w:val="both"/>
      </w:pPr>
      <w:r>
        <w:rPr>
          <w:rFonts w:ascii="Georgia" w:hAnsi="Georgia"/>
          <w:b w:val="0"/>
          <w:i w:val="0"/>
          <w:color w:val="22201D"/>
          <w:sz w:val="20"/>
        </w:rPr>
        <w:t>The offer form printed:</w:t>
      </w:r>
    </w:p>
    <w:p>
      <w:pPr>
        <w:spacing w:after="60" w:line="250" w:lineRule="auto"/>
        <w:ind w:left="202" w:right="173"/>
      </w:pPr>
      <w:r>
        <w:rPr>
          <w:rFonts w:ascii="Georgia" w:hAnsi="Georgia"/>
          <w:b w:val="0"/>
          <w:i w:val="0"/>
          <w:color w:val="22201D"/>
          <w:sz w:val="17"/>
        </w:rPr>
        <w:t>Shareable labor: one named cleanup task by the person who used the item  Not shareable: unassigned guilt labor public penance affected-party reassurance</w:t>
      </w:r>
    </w:p>
    <w:p>
      <w:pPr>
        <w:spacing w:after="60" w:line="266" w:lineRule="auto"/>
        <w:ind w:firstLine="331"/>
        <w:jc w:val="both"/>
      </w:pPr>
      <w:r>
        <w:rPr>
          <w:rFonts w:ascii="Georgia" w:hAnsi="Georgia"/>
          <w:b w:val="0"/>
          <w:i w:val="0"/>
          <w:color w:val="22201D"/>
          <w:sz w:val="20"/>
        </w:rPr>
        <w:t>Gerald tapped public penance.</w:t>
      </w:r>
    </w:p>
    <w:p>
      <w:pPr>
        <w:spacing w:after="60" w:line="266" w:lineRule="auto"/>
        <w:ind w:firstLine="331"/>
        <w:jc w:val="both"/>
      </w:pPr>
      <w:r>
        <w:rPr>
          <w:rFonts w:ascii="Georgia" w:hAnsi="Georgia"/>
          <w:b w:val="0"/>
          <w:i w:val="0"/>
          <w:color w:val="22201D"/>
          <w:sz w:val="20"/>
        </w:rPr>
        <w:t>"Keep that."</w:t>
      </w:r>
    </w:p>
    <w:p>
      <w:pPr>
        <w:spacing w:after="60" w:line="266" w:lineRule="auto"/>
        <w:ind w:firstLine="331"/>
        <w:jc w:val="both"/>
      </w:pPr>
      <w:r>
        <w:rPr>
          <w:rFonts w:ascii="Georgia" w:hAnsi="Georgia"/>
          <w:b w:val="0"/>
          <w:i w:val="0"/>
          <w:color w:val="22201D"/>
          <w:sz w:val="20"/>
        </w:rPr>
        <w:t>The Hostess pointed to the wrong mushroom.</w:t>
      </w:r>
    </w:p>
    <w:p>
      <w:pPr>
        <w:spacing w:after="60" w:line="266" w:lineRule="auto"/>
        <w:ind w:firstLine="331"/>
        <w:jc w:val="both"/>
      </w:pPr>
      <w:r>
        <w:rPr>
          <w:rFonts w:ascii="Georgia" w:hAnsi="Georgia"/>
          <w:b w:val="0"/>
          <w:i w:val="0"/>
          <w:color w:val="22201D"/>
          <w:sz w:val="20"/>
        </w:rPr>
        <w:t>"What about this?"</w:t>
      </w:r>
    </w:p>
    <w:p>
      <w:pPr>
        <w:spacing w:after="60" w:line="266" w:lineRule="auto"/>
        <w:ind w:firstLine="331"/>
        <w:jc w:val="both"/>
      </w:pPr>
      <w:r>
        <w:rPr>
          <w:rFonts w:ascii="Georgia" w:hAnsi="Georgia"/>
          <w:b w:val="0"/>
          <w:i w:val="0"/>
          <w:color w:val="22201D"/>
          <w:sz w:val="20"/>
        </w:rPr>
        <w:t>The mushroom had become ordinary enough to be almost overlooked, which was how useful things survived after symbolism was done with them.</w:t>
      </w:r>
    </w:p>
    <w:p>
      <w:pPr>
        <w:spacing w:after="60" w:line="266" w:lineRule="auto"/>
        <w:ind w:firstLine="331"/>
        <w:jc w:val="both"/>
      </w:pPr>
      <w:r>
        <w:rPr>
          <w:rFonts w:ascii="Georgia" w:hAnsi="Georgia"/>
          <w:b w:val="0"/>
          <w:i w:val="0"/>
          <w:color w:val="22201D"/>
          <w:sz w:val="20"/>
        </w:rPr>
        <w:t>Flocc read its label again:</w:t>
      </w:r>
    </w:p>
    <w:p>
      <w:pPr>
        <w:spacing w:after="60" w:line="250" w:lineRule="auto"/>
        <w:ind w:left="202" w:right="173"/>
      </w:pPr>
      <w:r>
        <w:rPr>
          <w:rFonts w:ascii="Georgia" w:hAnsi="Georgia"/>
          <w:b w:val="0"/>
          <w:i w:val="0"/>
          <w:color w:val="22201D"/>
          <w:sz w:val="17"/>
        </w:rPr>
        <w:t>Use only when substitution has been named. Do not sweeten to avoid the heat. Do not heat to avoid the sweetness.</w:t>
      </w:r>
    </w:p>
    <w:p>
      <w:pPr>
        <w:spacing w:after="60" w:line="266" w:lineRule="auto"/>
        <w:ind w:firstLine="331"/>
        <w:jc w:val="both"/>
      </w:pPr>
      <w:r>
        <w:rPr>
          <w:rFonts w:ascii="Georgia" w:hAnsi="Georgia"/>
          <w:b w:val="0"/>
          <w:i w:val="0"/>
          <w:color w:val="22201D"/>
          <w:sz w:val="20"/>
        </w:rPr>
        <w:t>"It can be shared only as an ingredient, not as proof that wrong things become right if delivered correctly."</w:t>
      </w:r>
    </w:p>
    <w:p>
      <w:pPr>
        <w:spacing w:after="60" w:line="266" w:lineRule="auto"/>
        <w:ind w:firstLine="331"/>
        <w:jc w:val="both"/>
      </w:pPr>
      <w:r>
        <w:rPr>
          <w:rFonts w:ascii="Georgia" w:hAnsi="Georgia"/>
          <w:b w:val="0"/>
          <w:i w:val="0"/>
          <w:color w:val="22201D"/>
          <w:sz w:val="20"/>
        </w:rPr>
        <w:t>Bob said, "Correct."</w:t>
      </w:r>
    </w:p>
    <w:p>
      <w:pPr>
        <w:spacing w:after="60" w:line="266" w:lineRule="auto"/>
        <w:ind w:firstLine="331"/>
        <w:jc w:val="both"/>
      </w:pPr>
      <w:r>
        <w:rPr>
          <w:rFonts w:ascii="Georgia" w:hAnsi="Georgia"/>
          <w:b w:val="0"/>
          <w:i w:val="0"/>
          <w:color w:val="22201D"/>
          <w:sz w:val="20"/>
        </w:rPr>
        <w:t>The offer form printed:</w:t>
      </w:r>
    </w:p>
    <w:p>
      <w:pPr>
        <w:spacing w:after="60" w:line="250" w:lineRule="auto"/>
        <w:ind w:left="202" w:right="173"/>
      </w:pPr>
      <w:r>
        <w:rPr>
          <w:rFonts w:ascii="Georgia" w:hAnsi="Georgia"/>
          <w:b w:val="0"/>
          <w:i w:val="0"/>
          <w:color w:val="22201D"/>
          <w:sz w:val="17"/>
        </w:rPr>
        <w:t>Wrong mushroom: shareable as ingredient after substitution named not shareable as proof</w:t>
      </w:r>
    </w:p>
    <w:p>
      <w:pPr>
        <w:spacing w:after="60" w:line="266" w:lineRule="auto"/>
        <w:ind w:firstLine="331"/>
        <w:jc w:val="both"/>
      </w:pPr>
      <w:r>
        <w:rPr>
          <w:rFonts w:ascii="Georgia" w:hAnsi="Georgia"/>
          <w:b w:val="0"/>
          <w:i w:val="0"/>
          <w:color w:val="22201D"/>
          <w:sz w:val="20"/>
        </w:rPr>
        <w:t>Nico made the face of a man watching several essays die in real time.</w:t>
      </w:r>
    </w:p>
    <w:p>
      <w:pPr>
        <w:spacing w:after="60" w:line="266" w:lineRule="auto"/>
        <w:ind w:firstLine="331"/>
        <w:jc w:val="both"/>
      </w:pPr>
      <w:r>
        <w:rPr>
          <w:rFonts w:ascii="Georgia" w:hAnsi="Georgia"/>
          <w:b w:val="0"/>
          <w:i w:val="0"/>
          <w:color w:val="22201D"/>
          <w:sz w:val="20"/>
        </w:rPr>
        <w:t>Steve closed the record halfway, then opened it again.</w:t>
      </w:r>
    </w:p>
    <w:p>
      <w:pPr>
        <w:spacing w:after="60" w:line="266" w:lineRule="auto"/>
        <w:ind w:firstLine="331"/>
        <w:jc w:val="both"/>
      </w:pPr>
      <w:r>
        <w:rPr>
          <w:rFonts w:ascii="Georgia" w:hAnsi="Georgia"/>
          <w:b w:val="0"/>
          <w:i w:val="0"/>
          <w:color w:val="22201D"/>
          <w:sz w:val="20"/>
        </w:rPr>
        <w:t>"Final answer still pending."</w:t>
      </w:r>
    </w:p>
    <w:p>
      <w:pPr>
        <w:spacing w:after="60" w:line="266" w:lineRule="auto"/>
        <w:ind w:firstLine="331"/>
        <w:jc w:val="both"/>
      </w:pPr>
      <w:r>
        <w:rPr>
          <w:rFonts w:ascii="Georgia" w:hAnsi="Georgia"/>
          <w:b w:val="0"/>
          <w:i w:val="0"/>
          <w:color w:val="22201D"/>
          <w:sz w:val="20"/>
        </w:rPr>
        <w:t>Flocc looked at the final pantry card.</w:t>
      </w:r>
    </w:p>
    <w:p>
      <w:pPr>
        <w:spacing w:after="60" w:line="266" w:lineRule="auto"/>
        <w:ind w:firstLine="331"/>
        <w:jc w:val="both"/>
      </w:pPr>
      <w:r>
        <w:rPr>
          <w:rFonts w:ascii="Georgia" w:hAnsi="Georgia"/>
          <w:b w:val="0"/>
          <w:i w:val="0"/>
          <w:color w:val="22201D"/>
          <w:sz w:val="20"/>
        </w:rPr>
        <w:t>The question remained:</w:t>
      </w:r>
    </w:p>
    <w:p>
      <w:pPr>
        <w:spacing w:after="60" w:line="266" w:lineRule="auto"/>
        <w:ind w:firstLine="331"/>
        <w:jc w:val="both"/>
      </w:pPr>
      <w:r>
        <w:rPr>
          <w:rFonts w:ascii="Georgia" w:hAnsi="Georgia"/>
          <w:b w:val="0"/>
          <w:i w:val="0"/>
          <w:color w:val="22201D"/>
          <w:sz w:val="20"/>
        </w:rPr>
        <w:t>What can be shared without pretending scarcity has been solved?</w:t>
      </w:r>
    </w:p>
    <w:p>
      <w:pPr>
        <w:spacing w:after="60" w:line="266" w:lineRule="auto"/>
        <w:ind w:firstLine="331"/>
        <w:jc w:val="both"/>
      </w:pPr>
      <w:r>
        <w:rPr>
          <w:rFonts w:ascii="Georgia" w:hAnsi="Georgia"/>
          <w:b w:val="0"/>
          <w:i w:val="0"/>
          <w:color w:val="22201D"/>
          <w:sz w:val="20"/>
        </w:rPr>
        <w:t>He had named sauce, shelf space, labor, and ingredient use.</w:t>
      </w:r>
    </w:p>
    <w:p>
      <w:pPr>
        <w:spacing w:after="60" w:line="266" w:lineRule="auto"/>
        <w:ind w:firstLine="331"/>
        <w:jc w:val="both"/>
      </w:pPr>
      <w:r>
        <w:rPr>
          <w:rFonts w:ascii="Georgia" w:hAnsi="Georgia"/>
          <w:b w:val="0"/>
          <w:i w:val="0"/>
          <w:color w:val="22201D"/>
          <w:sz w:val="20"/>
        </w:rPr>
        <w:t>The card still waited.</w:t>
      </w:r>
    </w:p>
    <w:p>
      <w:pPr>
        <w:spacing w:after="60" w:line="266" w:lineRule="auto"/>
        <w:ind w:firstLine="331"/>
        <w:jc w:val="both"/>
      </w:pPr>
      <w:r>
        <w:rPr>
          <w:rFonts w:ascii="Georgia" w:hAnsi="Georgia"/>
          <w:b w:val="0"/>
          <w:i w:val="0"/>
          <w:color w:val="22201D"/>
          <w:sz w:val="20"/>
        </w:rPr>
        <w:t>That meant the real thing was not only an item.</w:t>
      </w:r>
    </w:p>
    <w:p>
      <w:pPr>
        <w:spacing w:after="60" w:line="266" w:lineRule="auto"/>
        <w:ind w:firstLine="331"/>
        <w:jc w:val="both"/>
      </w:pPr>
      <w:r>
        <w:rPr>
          <w:rFonts w:ascii="Georgia" w:hAnsi="Georgia"/>
          <w:b w:val="0"/>
          <w:i w:val="0"/>
          <w:color w:val="22201D"/>
          <w:sz w:val="20"/>
        </w:rPr>
        <w:t>He hated when the pantry was right through absence.</w:t>
      </w:r>
    </w:p>
    <w:p>
      <w:pPr>
        <w:spacing w:after="60" w:line="266" w:lineRule="auto"/>
        <w:ind w:firstLine="331"/>
        <w:jc w:val="both"/>
      </w:pPr>
      <w:r>
        <w:rPr>
          <w:rFonts w:ascii="Georgia" w:hAnsi="Georgia"/>
          <w:b w:val="0"/>
          <w:i w:val="0"/>
          <w:color w:val="22201D"/>
          <w:sz w:val="20"/>
        </w:rPr>
        <w:t>The Hostess asked, "What did substitution hide before it became honest?"</w:t>
      </w:r>
    </w:p>
    <w:p>
      <w:pPr>
        <w:spacing w:after="60" w:line="266" w:lineRule="auto"/>
        <w:ind w:firstLine="331"/>
        <w:jc w:val="both"/>
      </w:pPr>
      <w:r>
        <w:rPr>
          <w:rFonts w:ascii="Georgia" w:hAnsi="Georgia"/>
          <w:b w:val="0"/>
          <w:i w:val="0"/>
          <w:color w:val="22201D"/>
          <w:sz w:val="20"/>
        </w:rPr>
        <w:t>"Need."</w:t>
      </w:r>
    </w:p>
    <w:p>
      <w:pPr>
        <w:spacing w:after="60" w:line="266" w:lineRule="auto"/>
        <w:ind w:firstLine="331"/>
        <w:jc w:val="both"/>
      </w:pPr>
      <w:r>
        <w:rPr>
          <w:rFonts w:ascii="Georgia" w:hAnsi="Georgia"/>
          <w:b w:val="0"/>
          <w:i w:val="0"/>
          <w:color w:val="22201D"/>
          <w:sz w:val="20"/>
        </w:rPr>
        <w:t>"What else?"</w:t>
      </w:r>
    </w:p>
    <w:p>
      <w:pPr>
        <w:spacing w:after="60" w:line="266" w:lineRule="auto"/>
        <w:ind w:firstLine="331"/>
        <w:jc w:val="both"/>
      </w:pPr>
      <w:r>
        <w:rPr>
          <w:rFonts w:ascii="Georgia" w:hAnsi="Georgia"/>
          <w:b w:val="0"/>
          <w:i w:val="0"/>
          <w:color w:val="22201D"/>
          <w:sz w:val="20"/>
        </w:rPr>
        <w:t>"Limits."</w:t>
      </w:r>
    </w:p>
    <w:p>
      <w:pPr>
        <w:spacing w:after="60" w:line="266" w:lineRule="auto"/>
        <w:ind w:firstLine="331"/>
        <w:jc w:val="both"/>
      </w:pPr>
      <w:r>
        <w:rPr>
          <w:rFonts w:ascii="Georgia" w:hAnsi="Georgia"/>
          <w:b w:val="0"/>
          <w:i w:val="0"/>
          <w:color w:val="22201D"/>
          <w:sz w:val="20"/>
        </w:rPr>
        <w:t>"What else?"</w:t>
      </w:r>
    </w:p>
    <w:p>
      <w:pPr>
        <w:spacing w:after="60" w:line="266" w:lineRule="auto"/>
        <w:ind w:firstLine="331"/>
        <w:jc w:val="both"/>
      </w:pPr>
      <w:r>
        <w:rPr>
          <w:rFonts w:ascii="Georgia" w:hAnsi="Georgia"/>
          <w:b w:val="0"/>
          <w:i w:val="0"/>
          <w:color w:val="22201D"/>
          <w:sz w:val="20"/>
        </w:rPr>
        <w:t>He looked at the shelf.</w:t>
      </w:r>
    </w:p>
    <w:p>
      <w:pPr>
        <w:spacing w:after="60" w:line="266" w:lineRule="auto"/>
        <w:ind w:firstLine="331"/>
        <w:jc w:val="both"/>
      </w:pPr>
      <w:r>
        <w:rPr>
          <w:rFonts w:ascii="Georgia" w:hAnsi="Georgia"/>
          <w:b w:val="0"/>
          <w:i w:val="0"/>
          <w:color w:val="22201D"/>
          <w:sz w:val="20"/>
        </w:rPr>
        <w:t>"The fact that not everyone gets the same thing."</w:t>
      </w:r>
    </w:p>
    <w:p>
      <w:pPr>
        <w:spacing w:after="60" w:line="266" w:lineRule="auto"/>
        <w:ind w:firstLine="331"/>
        <w:jc w:val="both"/>
      </w:pPr>
      <w:r>
        <w:rPr>
          <w:rFonts w:ascii="Georgia" w:hAnsi="Georgia"/>
          <w:b w:val="0"/>
          <w:i w:val="0"/>
          <w:color w:val="22201D"/>
          <w:sz w:val="20"/>
        </w:rPr>
        <w:t>The pantry held still.</w:t>
      </w:r>
    </w:p>
    <w:p>
      <w:pPr>
        <w:spacing w:after="60" w:line="266" w:lineRule="auto"/>
        <w:ind w:firstLine="331"/>
        <w:jc w:val="both"/>
      </w:pPr>
      <w:r>
        <w:rPr>
          <w:rFonts w:ascii="Georgia" w:hAnsi="Georgia"/>
          <w:b w:val="0"/>
          <w:i w:val="0"/>
          <w:color w:val="22201D"/>
          <w:sz w:val="20"/>
        </w:rPr>
        <w:t>Not everyone gets the same thing.</w:t>
      </w:r>
    </w:p>
    <w:p>
      <w:pPr>
        <w:spacing w:after="60" w:line="266" w:lineRule="auto"/>
        <w:ind w:firstLine="331"/>
        <w:jc w:val="both"/>
      </w:pPr>
      <w:r>
        <w:rPr>
          <w:rFonts w:ascii="Georgia" w:hAnsi="Georgia"/>
          <w:b w:val="0"/>
          <w:i w:val="0"/>
          <w:color w:val="22201D"/>
          <w:sz w:val="20"/>
        </w:rPr>
        <w:t>It was a brutal sentence because it was not automatically unjust. Sometimes it was unjust. Sometimes it was practical. Sometimes it was grief. Sometimes it was lunch.</w:t>
      </w:r>
    </w:p>
    <w:p>
      <w:pPr>
        <w:spacing w:after="60" w:line="266" w:lineRule="auto"/>
        <w:ind w:firstLine="331"/>
        <w:jc w:val="both"/>
      </w:pPr>
      <w:r>
        <w:rPr>
          <w:rFonts w:ascii="Georgia" w:hAnsi="Georgia"/>
          <w:b w:val="0"/>
          <w:i w:val="0"/>
          <w:color w:val="22201D"/>
          <w:sz w:val="20"/>
        </w:rPr>
        <w:t>The final pantry card printed:</w:t>
      </w:r>
    </w:p>
    <w:p>
      <w:pPr>
        <w:spacing w:after="60" w:line="250" w:lineRule="auto"/>
        <w:ind w:left="202" w:right="173"/>
      </w:pPr>
      <w:r>
        <w:rPr>
          <w:rFonts w:ascii="Georgia" w:hAnsi="Georgia"/>
          <w:b w:val="0"/>
          <w:i w:val="0"/>
          <w:color w:val="22201D"/>
          <w:sz w:val="17"/>
        </w:rPr>
        <w:t>Proceed.</w:t>
      </w:r>
    </w:p>
    <w:p>
      <w:pPr>
        <w:spacing w:after="60" w:line="266" w:lineRule="auto"/>
        <w:ind w:firstLine="331"/>
        <w:jc w:val="both"/>
      </w:pPr>
      <w:r>
        <w:rPr>
          <w:rFonts w:ascii="Georgia" w:hAnsi="Georgia"/>
          <w:b w:val="0"/>
          <w:i w:val="0"/>
          <w:color w:val="22201D"/>
          <w:sz w:val="20"/>
        </w:rPr>
        <w:t>The Hostess lifted the jar of Voidberry Fatalii.</w:t>
      </w:r>
    </w:p>
    <w:p>
      <w:pPr>
        <w:spacing w:after="60" w:line="266" w:lineRule="auto"/>
        <w:ind w:firstLine="331"/>
        <w:jc w:val="both"/>
      </w:pPr>
      <w:r>
        <w:rPr>
          <w:rFonts w:ascii="Georgia" w:hAnsi="Georgia"/>
          <w:b w:val="0"/>
          <w:i w:val="0"/>
          <w:color w:val="22201D"/>
          <w:sz w:val="20"/>
        </w:rPr>
        <w:t>"Offer the sample."</w:t>
      </w:r>
    </w:p>
    <w:p>
      <w:pPr>
        <w:spacing w:after="60" w:line="266" w:lineRule="auto"/>
        <w:ind w:firstLine="331"/>
        <w:jc w:val="both"/>
      </w:pPr>
      <w:r>
        <w:rPr>
          <w:rFonts w:ascii="Georgia" w:hAnsi="Georgia"/>
          <w:b w:val="0"/>
          <w:i w:val="0"/>
          <w:color w:val="22201D"/>
          <w:sz w:val="20"/>
        </w:rPr>
        <w:t>Flocc took the jar but did not open it.</w:t>
      </w:r>
    </w:p>
    <w:p>
      <w:pPr>
        <w:spacing w:after="60" w:line="266" w:lineRule="auto"/>
        <w:ind w:firstLine="331"/>
        <w:jc w:val="both"/>
      </w:pPr>
      <w:r>
        <w:rPr>
          <w:rFonts w:ascii="Georgia" w:hAnsi="Georgia"/>
          <w:b w:val="0"/>
          <w:i w:val="0"/>
          <w:color w:val="22201D"/>
          <w:sz w:val="20"/>
        </w:rPr>
        <w:t>"Who am I offering it to?"</w:t>
      </w:r>
    </w:p>
    <w:p>
      <w:pPr>
        <w:spacing w:after="60" w:line="266" w:lineRule="auto"/>
        <w:ind w:firstLine="331"/>
        <w:jc w:val="both"/>
      </w:pPr>
      <w:r>
        <w:rPr>
          <w:rFonts w:ascii="Georgia" w:hAnsi="Georgia"/>
          <w:b w:val="0"/>
          <w:i w:val="0"/>
          <w:color w:val="22201D"/>
          <w:sz w:val="20"/>
        </w:rPr>
        <w:t>"The room," the Hostess said.</w:t>
      </w:r>
    </w:p>
    <w:p>
      <w:pPr>
        <w:spacing w:after="60" w:line="266" w:lineRule="auto"/>
        <w:ind w:firstLine="331"/>
        <w:jc w:val="both"/>
      </w:pPr>
      <w:r>
        <w:rPr>
          <w:rFonts w:ascii="Georgia" w:hAnsi="Georgia"/>
          <w:b w:val="0"/>
          <w:i w:val="0"/>
          <w:color w:val="22201D"/>
          <w:sz w:val="20"/>
        </w:rPr>
        <w:t>"Not Mara."</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"Not as a message to Mara."</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"Not as a way to rehearse what she might say."</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 jar remained a jar.</w:t>
      </w:r>
    </w:p>
    <w:p>
      <w:pPr>
        <w:spacing w:after="60" w:line="266" w:lineRule="auto"/>
        <w:ind w:firstLine="331"/>
        <w:jc w:val="both"/>
      </w:pPr>
      <w:r>
        <w:rPr>
          <w:rFonts w:ascii="Georgia" w:hAnsi="Georgia"/>
          <w:b w:val="0"/>
          <w:i w:val="0"/>
          <w:color w:val="22201D"/>
          <w:sz w:val="20"/>
        </w:rPr>
        <w:t>That helped.</w:t>
      </w:r>
    </w:p>
    <w:p>
      <w:pPr>
        <w:spacing w:after="60" w:line="266" w:lineRule="auto"/>
        <w:ind w:firstLine="331"/>
        <w:jc w:val="both"/>
      </w:pPr>
      <w:r>
        <w:rPr>
          <w:rFonts w:ascii="Georgia" w:hAnsi="Georgia"/>
          <w:b w:val="0"/>
          <w:i w:val="0"/>
          <w:color w:val="22201D"/>
          <w:sz w:val="20"/>
        </w:rPr>
        <w:t>Flocc placed it in the center of the table.</w:t>
      </w:r>
    </w:p>
    <w:p>
      <w:pPr>
        <w:spacing w:after="60" w:line="266" w:lineRule="auto"/>
        <w:ind w:firstLine="331"/>
        <w:jc w:val="both"/>
      </w:pPr>
      <w:r>
        <w:rPr>
          <w:rFonts w:ascii="Georgia" w:hAnsi="Georgia"/>
          <w:b w:val="0"/>
          <w:i w:val="0"/>
          <w:color w:val="22201D"/>
          <w:sz w:val="20"/>
        </w:rPr>
        <w:t>"There is one opened jar of Voidberry Fatalii with an active waiver label. I am offering one sample to anyone here who wants one under the posted rules. Declining requires no explanation. Tasting does not create agreement. Liking it does not certify the substitution. Not liking it does not condemn the pantry. No one gets a second sample until first choices are complete."</w:t>
      </w:r>
    </w:p>
    <w:p>
      <w:pPr>
        <w:spacing w:after="60" w:line="266" w:lineRule="auto"/>
        <w:ind w:firstLine="331"/>
        <w:jc w:val="both"/>
      </w:pPr>
      <w:r>
        <w:rPr>
          <w:rFonts w:ascii="Georgia" w:hAnsi="Georgia"/>
          <w:b w:val="0"/>
          <w:i w:val="0"/>
          <w:color w:val="22201D"/>
          <w:sz w:val="20"/>
        </w:rPr>
        <w:t>The offer form accepted the statement.</w:t>
      </w:r>
    </w:p>
    <w:p>
      <w:pPr>
        <w:spacing w:after="60" w:line="250" w:lineRule="auto"/>
        <w:ind w:left="202" w:right="173"/>
      </w:pPr>
      <w:r>
        <w:rPr>
          <w:rFonts w:ascii="Georgia" w:hAnsi="Georgia"/>
          <w:b w:val="0"/>
          <w:i w:val="0"/>
          <w:color w:val="22201D"/>
          <w:sz w:val="17"/>
        </w:rPr>
        <w:t>Offer made. No pressure detected.</w:t>
      </w:r>
    </w:p>
    <w:p>
      <w:pPr>
        <w:spacing w:after="60" w:line="266" w:lineRule="auto"/>
        <w:ind w:firstLine="331"/>
        <w:jc w:val="both"/>
      </w:pPr>
      <w:r>
        <w:rPr>
          <w:rFonts w:ascii="Georgia" w:hAnsi="Georgia"/>
          <w:b w:val="0"/>
          <w:i w:val="0"/>
          <w:color w:val="22201D"/>
          <w:sz w:val="20"/>
        </w:rPr>
        <w:t>"I decline commentary," Nico said immediately.</w:t>
      </w:r>
    </w:p>
    <w:p>
      <w:pPr>
        <w:spacing w:after="60" w:line="266" w:lineRule="auto"/>
        <w:ind w:firstLine="331"/>
        <w:jc w:val="both"/>
      </w:pPr>
      <w:r>
        <w:rPr>
          <w:rFonts w:ascii="Georgia" w:hAnsi="Georgia"/>
          <w:b w:val="0"/>
          <w:i w:val="0"/>
          <w:color w:val="22201D"/>
          <w:sz w:val="20"/>
        </w:rPr>
        <w:t>The Hostess nodded. "Already declined."</w:t>
      </w:r>
    </w:p>
    <w:p>
      <w:pPr>
        <w:spacing w:after="60" w:line="266" w:lineRule="auto"/>
        <w:ind w:firstLine="331"/>
        <w:jc w:val="both"/>
      </w:pPr>
      <w:r>
        <w:rPr>
          <w:rFonts w:ascii="Georgia" w:hAnsi="Georgia"/>
          <w:b w:val="0"/>
          <w:i w:val="0"/>
          <w:color w:val="22201D"/>
          <w:sz w:val="20"/>
        </w:rPr>
        <w:t>"I also decline tasting."</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Nico looked surprised by how easy it was not to become interesting.</w:t>
      </w:r>
    </w:p>
    <w:p>
      <w:pPr>
        <w:spacing w:after="60" w:line="266" w:lineRule="auto"/>
        <w:ind w:firstLine="331"/>
        <w:jc w:val="both"/>
      </w:pPr>
      <w:r>
        <w:rPr>
          <w:rFonts w:ascii="Georgia" w:hAnsi="Georgia"/>
          <w:b w:val="0"/>
          <w:i w:val="0"/>
          <w:color w:val="22201D"/>
          <w:sz w:val="20"/>
        </w:rPr>
        <w:t>Steve said, "I decline tasting. I will record the offer and responses only."</w:t>
      </w:r>
    </w:p>
    <w:p>
      <w:pPr>
        <w:spacing w:after="60" w:line="266" w:lineRule="auto"/>
        <w:ind w:firstLine="331"/>
        <w:jc w:val="both"/>
      </w:pPr>
      <w:r>
        <w:rPr>
          <w:rFonts w:ascii="Georgia" w:hAnsi="Georgia"/>
          <w:b w:val="0"/>
          <w:i w:val="0"/>
          <w:color w:val="22201D"/>
          <w:sz w:val="20"/>
        </w:rPr>
        <w:t>Gerald said, "I will inspect samples, not taste."</w:t>
      </w:r>
    </w:p>
    <w:p>
      <w:pPr>
        <w:spacing w:after="60" w:line="266" w:lineRule="auto"/>
        <w:ind w:firstLine="331"/>
        <w:jc w:val="both"/>
      </w:pPr>
      <w:r>
        <w:rPr>
          <w:rFonts w:ascii="Georgia" w:hAnsi="Georgia"/>
          <w:b w:val="0"/>
          <w:i w:val="0"/>
          <w:color w:val="22201D"/>
          <w:sz w:val="20"/>
        </w:rPr>
        <w:t>Bob said, "Later."</w:t>
      </w:r>
    </w:p>
    <w:p>
      <w:pPr>
        <w:spacing w:after="60" w:line="266" w:lineRule="auto"/>
        <w:ind w:firstLine="331"/>
        <w:jc w:val="both"/>
      </w:pPr>
      <w:r>
        <w:rPr>
          <w:rFonts w:ascii="Georgia" w:hAnsi="Georgia"/>
          <w:b w:val="0"/>
          <w:i w:val="0"/>
          <w:color w:val="22201D"/>
          <w:sz w:val="20"/>
        </w:rPr>
        <w:t>That left the Hostess.</w:t>
      </w:r>
    </w:p>
    <w:p>
      <w:pPr>
        <w:spacing w:after="60" w:line="266" w:lineRule="auto"/>
        <w:ind w:firstLine="331"/>
        <w:jc w:val="both"/>
      </w:pPr>
      <w:r>
        <w:rPr>
          <w:rFonts w:ascii="Georgia" w:hAnsi="Georgia"/>
          <w:b w:val="0"/>
          <w:i w:val="0"/>
          <w:color w:val="22201D"/>
          <w:sz w:val="20"/>
        </w:rPr>
        <w:t>She looked at the jar for a long moment.</w:t>
      </w:r>
    </w:p>
    <w:p>
      <w:pPr>
        <w:spacing w:after="60" w:line="266" w:lineRule="auto"/>
        <w:ind w:firstLine="331"/>
        <w:jc w:val="both"/>
      </w:pPr>
      <w:r>
        <w:rPr>
          <w:rFonts w:ascii="Georgia" w:hAnsi="Georgia"/>
          <w:b w:val="0"/>
          <w:i w:val="0"/>
          <w:color w:val="22201D"/>
          <w:sz w:val="20"/>
        </w:rPr>
        <w:t>"I will taste."</w:t>
      </w:r>
    </w:p>
    <w:p>
      <w:pPr>
        <w:spacing w:after="60" w:line="266" w:lineRule="auto"/>
        <w:ind w:firstLine="331"/>
        <w:jc w:val="both"/>
      </w:pPr>
      <w:r>
        <w:rPr>
          <w:rFonts w:ascii="Georgia" w:hAnsi="Georgia"/>
          <w:b w:val="0"/>
          <w:i w:val="0"/>
          <w:color w:val="22201D"/>
          <w:sz w:val="20"/>
        </w:rPr>
        <w:t>Flocc felt his chest prepare to make that mean something.</w:t>
      </w:r>
    </w:p>
    <w:p>
      <w:pPr>
        <w:spacing w:after="60" w:line="266" w:lineRule="auto"/>
        <w:ind w:firstLine="331"/>
        <w:jc w:val="both"/>
      </w:pPr>
      <w:r>
        <w:rPr>
          <w:rFonts w:ascii="Georgia" w:hAnsi="Georgia"/>
          <w:b w:val="0"/>
          <w:i w:val="0"/>
          <w:color w:val="22201D"/>
          <w:sz w:val="20"/>
        </w:rPr>
        <w:t>The final pantry card snapped once against the table.</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The Hostess tasting did not mean forgiveness, approval, promotion, absolution, or narrative closure.</w:t>
      </w:r>
    </w:p>
    <w:p>
      <w:pPr>
        <w:spacing w:after="60" w:line="266" w:lineRule="auto"/>
        <w:ind w:firstLine="331"/>
        <w:jc w:val="both"/>
      </w:pPr>
      <w:r>
        <w:rPr>
          <w:rFonts w:ascii="Georgia" w:hAnsi="Georgia"/>
          <w:b w:val="0"/>
          <w:i w:val="0"/>
          <w:color w:val="22201D"/>
          <w:sz w:val="20"/>
        </w:rPr>
        <w:t>It meant the Hostess wanted to taste the sauce.</w:t>
      </w:r>
    </w:p>
    <w:p>
      <w:pPr>
        <w:spacing w:after="60" w:line="266" w:lineRule="auto"/>
        <w:ind w:firstLine="331"/>
        <w:jc w:val="both"/>
      </w:pPr>
      <w:r>
        <w:rPr>
          <w:rFonts w:ascii="Georgia" w:hAnsi="Georgia"/>
          <w:b w:val="0"/>
          <w:i w:val="0"/>
          <w:color w:val="22201D"/>
          <w:sz w:val="20"/>
        </w:rPr>
        <w:t>That was enough work for one sentence.</w:t>
      </w:r>
    </w:p>
    <w:p>
      <w:pPr>
        <w:spacing w:after="60" w:line="266" w:lineRule="auto"/>
        <w:ind w:firstLine="331"/>
        <w:jc w:val="both"/>
      </w:pPr>
      <w:r>
        <w:rPr>
          <w:rFonts w:ascii="Georgia" w:hAnsi="Georgia"/>
          <w:b w:val="0"/>
          <w:i w:val="0"/>
          <w:color w:val="22201D"/>
          <w:sz w:val="20"/>
        </w:rPr>
        <w:t>Gerald inspected the spoon.</w:t>
      </w:r>
    </w:p>
    <w:p>
      <w:pPr>
        <w:spacing w:after="60" w:line="266" w:lineRule="auto"/>
        <w:ind w:firstLine="331"/>
        <w:jc w:val="both"/>
      </w:pPr>
      <w:r>
        <w:rPr>
          <w:rFonts w:ascii="Georgia" w:hAnsi="Georgia"/>
          <w:b w:val="0"/>
          <w:i w:val="0"/>
          <w:color w:val="22201D"/>
          <w:sz w:val="20"/>
        </w:rPr>
        <w:t>"Clean."</w:t>
      </w:r>
    </w:p>
    <w:p>
      <w:pPr>
        <w:spacing w:after="60" w:line="266" w:lineRule="auto"/>
        <w:ind w:firstLine="331"/>
        <w:jc w:val="both"/>
      </w:pPr>
      <w:r>
        <w:rPr>
          <w:rFonts w:ascii="Georgia" w:hAnsi="Georgia"/>
          <w:b w:val="0"/>
          <w:i w:val="0"/>
          <w:color w:val="22201D"/>
          <w:sz w:val="20"/>
        </w:rPr>
        <w:t>Flocc opened the jar only after reading the waiver label aloud again. He did not abbreviate. He did not say same as before. He read it because repeat use still required repeat clarity.</w:t>
      </w:r>
    </w:p>
    <w:p>
      <w:pPr>
        <w:spacing w:after="60" w:line="266" w:lineRule="auto"/>
        <w:ind w:firstLine="331"/>
        <w:jc w:val="both"/>
      </w:pPr>
      <w:r>
        <w:rPr>
          <w:rFonts w:ascii="Georgia" w:hAnsi="Georgia"/>
          <w:b w:val="0"/>
          <w:i w:val="0"/>
          <w:color w:val="22201D"/>
          <w:sz w:val="20"/>
        </w:rPr>
        <w:t>The Hostess listened.</w:t>
      </w:r>
    </w:p>
    <w:p>
      <w:pPr>
        <w:spacing w:after="60" w:line="266" w:lineRule="auto"/>
        <w:ind w:firstLine="331"/>
        <w:jc w:val="both"/>
      </w:pPr>
      <w:r>
        <w:rPr>
          <w:rFonts w:ascii="Georgia" w:hAnsi="Georgia"/>
          <w:b w:val="0"/>
          <w:i w:val="0"/>
          <w:color w:val="22201D"/>
          <w:sz w:val="20"/>
        </w:rPr>
        <w:t>When he finished, he placed one small sample on the spoon and set the spoon on the saucer instead of handing it into her mouth like ceremony.</w:t>
      </w:r>
    </w:p>
    <w:p>
      <w:pPr>
        <w:spacing w:after="60" w:line="266" w:lineRule="auto"/>
        <w:ind w:firstLine="331"/>
        <w:jc w:val="both"/>
      </w:pPr>
      <w:r>
        <w:rPr>
          <w:rFonts w:ascii="Georgia" w:hAnsi="Georgia"/>
          <w:b w:val="0"/>
          <w:i w:val="0"/>
          <w:color w:val="22201D"/>
          <w:sz w:val="20"/>
        </w:rPr>
        <w:t>The Hostess picked it up herself.</w:t>
      </w:r>
    </w:p>
    <w:p>
      <w:pPr>
        <w:spacing w:after="60" w:line="266" w:lineRule="auto"/>
        <w:ind w:firstLine="331"/>
        <w:jc w:val="both"/>
      </w:pPr>
      <w:r>
        <w:rPr>
          <w:rFonts w:ascii="Georgia" w:hAnsi="Georgia"/>
          <w:b w:val="0"/>
          <w:i w:val="0"/>
          <w:color w:val="22201D"/>
          <w:sz w:val="20"/>
        </w:rPr>
        <w:t>That detail mattered enough for the pantry not to mention it.</w:t>
      </w:r>
    </w:p>
    <w:p>
      <w:pPr>
        <w:spacing w:after="60" w:line="266" w:lineRule="auto"/>
        <w:ind w:firstLine="331"/>
        <w:jc w:val="both"/>
      </w:pPr>
      <w:r>
        <w:rPr>
          <w:rFonts w:ascii="Georgia" w:hAnsi="Georgia"/>
          <w:b w:val="0"/>
          <w:i w:val="0"/>
          <w:color w:val="22201D"/>
          <w:sz w:val="20"/>
        </w:rPr>
        <w:t>She tasted.</w:t>
      </w:r>
    </w:p>
    <w:p>
      <w:pPr>
        <w:spacing w:after="60" w:line="266" w:lineRule="auto"/>
        <w:ind w:firstLine="331"/>
        <w:jc w:val="both"/>
      </w:pPr>
      <w:r>
        <w:rPr>
          <w:rFonts w:ascii="Georgia" w:hAnsi="Georgia"/>
          <w:b w:val="0"/>
          <w:i w:val="0"/>
          <w:color w:val="22201D"/>
          <w:sz w:val="20"/>
        </w:rPr>
        <w:t>Her expression did not change much.</w:t>
      </w:r>
    </w:p>
    <w:p>
      <w:pPr>
        <w:spacing w:after="60" w:line="266" w:lineRule="auto"/>
        <w:ind w:firstLine="331"/>
        <w:jc w:val="both"/>
      </w:pPr>
      <w:r>
        <w:rPr>
          <w:rFonts w:ascii="Georgia" w:hAnsi="Georgia"/>
          <w:b w:val="0"/>
          <w:i w:val="0"/>
          <w:color w:val="22201D"/>
          <w:sz w:val="20"/>
        </w:rPr>
        <w:t>The sauce shelf leaned forward despite itself.</w:t>
      </w:r>
    </w:p>
    <w:p>
      <w:pPr>
        <w:spacing w:after="60" w:line="266" w:lineRule="auto"/>
        <w:ind w:firstLine="331"/>
        <w:jc w:val="both"/>
      </w:pPr>
      <w:r>
        <w:rPr>
          <w:rFonts w:ascii="Georgia" w:hAnsi="Georgia"/>
          <w:b w:val="0"/>
          <w:i w:val="0"/>
          <w:color w:val="22201D"/>
          <w:sz w:val="20"/>
        </w:rPr>
        <w:t>Gerald glared at it.</w:t>
      </w:r>
    </w:p>
    <w:p>
      <w:pPr>
        <w:spacing w:after="60" w:line="266" w:lineRule="auto"/>
        <w:ind w:firstLine="331"/>
        <w:jc w:val="both"/>
      </w:pPr>
      <w:r>
        <w:rPr>
          <w:rFonts w:ascii="Georgia" w:hAnsi="Georgia"/>
          <w:b w:val="0"/>
          <w:i w:val="0"/>
          <w:color w:val="22201D"/>
          <w:sz w:val="20"/>
        </w:rPr>
        <w:t>The shelf resumed appropriate posture.</w:t>
      </w:r>
    </w:p>
    <w:p>
      <w:pPr>
        <w:spacing w:after="60" w:line="266" w:lineRule="auto"/>
        <w:ind w:firstLine="331"/>
        <w:jc w:val="both"/>
      </w:pPr>
      <w:r>
        <w:rPr>
          <w:rFonts w:ascii="Georgia" w:hAnsi="Georgia"/>
          <w:b w:val="0"/>
          <w:i w:val="0"/>
          <w:color w:val="22201D"/>
          <w:sz w:val="20"/>
        </w:rPr>
        <w:t>"It is good," the Hostess said.</w:t>
      </w:r>
    </w:p>
    <w:p>
      <w:pPr>
        <w:spacing w:after="60" w:line="266" w:lineRule="auto"/>
        <w:ind w:firstLine="331"/>
        <w:jc w:val="both"/>
      </w:pPr>
      <w:r>
        <w:rPr>
          <w:rFonts w:ascii="Georgia" w:hAnsi="Georgia"/>
          <w:b w:val="0"/>
          <w:i w:val="0"/>
          <w:color w:val="22201D"/>
          <w:sz w:val="20"/>
        </w:rPr>
        <w:t>Flocc waited for his body to turn the sentence into proof.</w:t>
      </w:r>
    </w:p>
    <w:p>
      <w:pPr>
        <w:spacing w:after="60" w:line="266" w:lineRule="auto"/>
        <w:ind w:firstLine="331"/>
        <w:jc w:val="both"/>
      </w:pPr>
      <w:r>
        <w:rPr>
          <w:rFonts w:ascii="Georgia" w:hAnsi="Georgia"/>
          <w:b w:val="0"/>
          <w:i w:val="0"/>
          <w:color w:val="22201D"/>
          <w:sz w:val="20"/>
        </w:rPr>
        <w:t>It tried.</w:t>
      </w:r>
    </w:p>
    <w:p>
      <w:pPr>
        <w:spacing w:after="60" w:line="266" w:lineRule="auto"/>
        <w:ind w:firstLine="331"/>
        <w:jc w:val="both"/>
      </w:pPr>
      <w:r>
        <w:rPr>
          <w:rFonts w:ascii="Georgia" w:hAnsi="Georgia"/>
          <w:b w:val="0"/>
          <w:i w:val="0"/>
          <w:color w:val="22201D"/>
          <w:sz w:val="20"/>
        </w:rPr>
        <w:t>He did not help it.</w:t>
      </w:r>
    </w:p>
    <w:p>
      <w:pPr>
        <w:spacing w:after="60" w:line="266" w:lineRule="auto"/>
        <w:ind w:firstLine="331"/>
        <w:jc w:val="both"/>
      </w:pPr>
      <w:r>
        <w:rPr>
          <w:rFonts w:ascii="Georgia" w:hAnsi="Georgia"/>
          <w:b w:val="0"/>
          <w:i w:val="0"/>
          <w:color w:val="22201D"/>
          <w:sz w:val="20"/>
        </w:rPr>
        <w:t>"Do you want a second sample?" he asked.</w:t>
      </w:r>
    </w:p>
    <w:p>
      <w:pPr>
        <w:spacing w:after="60" w:line="266" w:lineRule="auto"/>
        <w:ind w:firstLine="331"/>
        <w:jc w:val="both"/>
      </w:pPr>
      <w:r>
        <w:rPr>
          <w:rFonts w:ascii="Georgia" w:hAnsi="Georgia"/>
          <w:b w:val="0"/>
          <w:i w:val="0"/>
          <w:color w:val="22201D"/>
          <w:sz w:val="20"/>
        </w:rPr>
        <w:t>Gerald cleared his throat.</w:t>
      </w:r>
    </w:p>
    <w:p>
      <w:pPr>
        <w:spacing w:after="60" w:line="266" w:lineRule="auto"/>
        <w:ind w:firstLine="331"/>
        <w:jc w:val="both"/>
      </w:pPr>
      <w:r>
        <w:rPr>
          <w:rFonts w:ascii="Georgia" w:hAnsi="Georgia"/>
          <w:b w:val="0"/>
          <w:i w:val="0"/>
          <w:color w:val="22201D"/>
          <w:sz w:val="20"/>
        </w:rPr>
        <w:t>Flocc caught himself.</w:t>
      </w:r>
    </w:p>
    <w:p>
      <w:pPr>
        <w:spacing w:after="60" w:line="266" w:lineRule="auto"/>
        <w:ind w:firstLine="331"/>
        <w:jc w:val="both"/>
      </w:pPr>
      <w:r>
        <w:rPr>
          <w:rFonts w:ascii="Georgia" w:hAnsi="Georgia"/>
          <w:b w:val="0"/>
          <w:i w:val="0"/>
          <w:color w:val="22201D"/>
          <w:sz w:val="20"/>
        </w:rPr>
        <w:t>"Correction. No second sample until first choices are complete."</w:t>
      </w:r>
    </w:p>
    <w:p>
      <w:pPr>
        <w:spacing w:after="60" w:line="266" w:lineRule="auto"/>
        <w:ind w:firstLine="331"/>
        <w:jc w:val="both"/>
      </w:pPr>
      <w:r>
        <w:rPr>
          <w:rFonts w:ascii="Georgia" w:hAnsi="Georgia"/>
          <w:b w:val="0"/>
          <w:i w:val="0"/>
          <w:color w:val="22201D"/>
          <w:sz w:val="20"/>
        </w:rPr>
        <w:t>The offer form printed:</w:t>
      </w:r>
    </w:p>
    <w:p>
      <w:pPr>
        <w:spacing w:after="60" w:line="250" w:lineRule="auto"/>
        <w:ind w:left="202" w:right="173"/>
      </w:pPr>
      <w:r>
        <w:rPr>
          <w:rFonts w:ascii="Georgia" w:hAnsi="Georgia"/>
          <w:b w:val="0"/>
          <w:i w:val="0"/>
          <w:color w:val="22201D"/>
          <w:sz w:val="17"/>
        </w:rPr>
        <w:t>Correction made before pressure formed.</w:t>
      </w:r>
    </w:p>
    <w:p>
      <w:pPr>
        <w:spacing w:after="60" w:line="266" w:lineRule="auto"/>
        <w:ind w:firstLine="331"/>
        <w:jc w:val="both"/>
      </w:pPr>
      <w:r>
        <w:rPr>
          <w:rFonts w:ascii="Georgia" w:hAnsi="Georgia"/>
          <w:b w:val="0"/>
          <w:i w:val="0"/>
          <w:color w:val="22201D"/>
          <w:sz w:val="20"/>
        </w:rPr>
        <w:t>The Hostess set the spoon in the used-spoon cup.</w:t>
      </w:r>
    </w:p>
    <w:p>
      <w:pPr>
        <w:spacing w:after="60" w:line="266" w:lineRule="auto"/>
        <w:ind w:firstLine="331"/>
        <w:jc w:val="both"/>
      </w:pPr>
      <w:r>
        <w:rPr>
          <w:rFonts w:ascii="Georgia" w:hAnsi="Georgia"/>
          <w:b w:val="0"/>
          <w:i w:val="0"/>
          <w:color w:val="22201D"/>
          <w:sz w:val="20"/>
        </w:rPr>
        <w:t>"No second sample."</w:t>
      </w:r>
    </w:p>
    <w:p>
      <w:pPr>
        <w:spacing w:after="60" w:line="266" w:lineRule="auto"/>
        <w:ind w:firstLine="331"/>
        <w:jc w:val="both"/>
      </w:pPr>
      <w:r>
        <w:rPr>
          <w:rFonts w:ascii="Georgia" w:hAnsi="Georgia"/>
          <w:b w:val="0"/>
          <w:i w:val="0"/>
          <w:color w:val="22201D"/>
          <w:sz w:val="20"/>
        </w:rPr>
        <w:t>Bob stepped forward.</w:t>
      </w:r>
    </w:p>
    <w:p>
      <w:pPr>
        <w:spacing w:after="60" w:line="266" w:lineRule="auto"/>
        <w:ind w:firstLine="331"/>
        <w:jc w:val="both"/>
      </w:pPr>
      <w:r>
        <w:rPr>
          <w:rFonts w:ascii="Georgia" w:hAnsi="Georgia"/>
          <w:b w:val="0"/>
          <w:i w:val="0"/>
          <w:color w:val="22201D"/>
          <w:sz w:val="20"/>
        </w:rPr>
        <w:t>"Now."</w:t>
      </w:r>
    </w:p>
    <w:p>
      <w:pPr>
        <w:spacing w:after="60" w:line="266" w:lineRule="auto"/>
        <w:ind w:firstLine="331"/>
        <w:jc w:val="both"/>
      </w:pPr>
      <w:r>
        <w:rPr>
          <w:rFonts w:ascii="Georgia" w:hAnsi="Georgia"/>
          <w:b w:val="0"/>
          <w:i w:val="0"/>
          <w:color w:val="22201D"/>
          <w:sz w:val="20"/>
        </w:rPr>
        <w:t>Gerald inspected a new spoon.</w:t>
      </w:r>
    </w:p>
    <w:p>
      <w:pPr>
        <w:spacing w:after="60" w:line="266" w:lineRule="auto"/>
        <w:ind w:firstLine="331"/>
        <w:jc w:val="both"/>
      </w:pPr>
      <w:r>
        <w:rPr>
          <w:rFonts w:ascii="Georgia" w:hAnsi="Georgia"/>
          <w:b w:val="0"/>
          <w:i w:val="0"/>
          <w:color w:val="22201D"/>
          <w:sz w:val="20"/>
        </w:rPr>
        <w:t>"Clean."</w:t>
      </w:r>
    </w:p>
    <w:p>
      <w:pPr>
        <w:spacing w:after="60" w:line="266" w:lineRule="auto"/>
        <w:ind w:firstLine="331"/>
        <w:jc w:val="both"/>
      </w:pPr>
      <w:r>
        <w:rPr>
          <w:rFonts w:ascii="Georgia" w:hAnsi="Georgia"/>
          <w:b w:val="0"/>
          <w:i w:val="0"/>
          <w:color w:val="22201D"/>
          <w:sz w:val="20"/>
        </w:rPr>
        <w:t>Bob read the waiver label.</w:t>
      </w:r>
    </w:p>
    <w:p>
      <w:pPr>
        <w:spacing w:after="60" w:line="266" w:lineRule="auto"/>
        <w:ind w:firstLine="331"/>
        <w:jc w:val="both"/>
      </w:pPr>
      <w:r>
        <w:rPr>
          <w:rFonts w:ascii="Georgia" w:hAnsi="Georgia"/>
          <w:b w:val="0"/>
          <w:i w:val="0"/>
          <w:color w:val="22201D"/>
          <w:sz w:val="20"/>
        </w:rPr>
        <w:t>He read it like a route manifest: no embellishment, no apology to the words for existing.</w:t>
      </w:r>
    </w:p>
    <w:p>
      <w:pPr>
        <w:spacing w:after="60" w:line="266" w:lineRule="auto"/>
        <w:ind w:firstLine="331"/>
        <w:jc w:val="both"/>
      </w:pPr>
      <w:r>
        <w:rPr>
          <w:rFonts w:ascii="Georgia" w:hAnsi="Georgia"/>
          <w:b w:val="0"/>
          <w:i w:val="0"/>
          <w:color w:val="22201D"/>
          <w:sz w:val="20"/>
        </w:rPr>
        <w:t>Then he took one sample.</w:t>
      </w:r>
    </w:p>
    <w:p>
      <w:pPr>
        <w:spacing w:after="60" w:line="266" w:lineRule="auto"/>
        <w:ind w:firstLine="331"/>
        <w:jc w:val="both"/>
      </w:pPr>
      <w:r>
        <w:rPr>
          <w:rFonts w:ascii="Georgia" w:hAnsi="Georgia"/>
          <w:b w:val="0"/>
          <w:i w:val="0"/>
          <w:color w:val="22201D"/>
          <w:sz w:val="20"/>
        </w:rPr>
        <w:t>He tasted.</w:t>
      </w:r>
    </w:p>
    <w:p>
      <w:pPr>
        <w:spacing w:after="60" w:line="266" w:lineRule="auto"/>
        <w:ind w:firstLine="331"/>
        <w:jc w:val="both"/>
      </w:pPr>
      <w:r>
        <w:rPr>
          <w:rFonts w:ascii="Georgia" w:hAnsi="Georgia"/>
          <w:b w:val="0"/>
          <w:i w:val="0"/>
          <w:color w:val="22201D"/>
          <w:sz w:val="20"/>
        </w:rPr>
        <w:t>"Hot."</w:t>
      </w:r>
    </w:p>
    <w:p>
      <w:pPr>
        <w:spacing w:after="60" w:line="266" w:lineRule="auto"/>
        <w:ind w:firstLine="331"/>
        <w:jc w:val="both"/>
      </w:pPr>
      <w:r>
        <w:rPr>
          <w:rFonts w:ascii="Georgia" w:hAnsi="Georgia"/>
          <w:b w:val="0"/>
          <w:i w:val="0"/>
          <w:color w:val="22201D"/>
          <w:sz w:val="20"/>
        </w:rPr>
        <w:t>He considered.</w:t>
      </w:r>
    </w:p>
    <w:p>
      <w:pPr>
        <w:spacing w:after="60" w:line="266" w:lineRule="auto"/>
        <w:ind w:firstLine="331"/>
        <w:jc w:val="both"/>
      </w:pPr>
      <w:r>
        <w:rPr>
          <w:rFonts w:ascii="Georgia" w:hAnsi="Georgia"/>
          <w:b w:val="0"/>
          <w:i w:val="0"/>
          <w:color w:val="22201D"/>
          <w:sz w:val="20"/>
        </w:rPr>
        <w:t>"Useful."</w:t>
      </w:r>
    </w:p>
    <w:p>
      <w:pPr>
        <w:spacing w:after="60" w:line="266" w:lineRule="auto"/>
        <w:ind w:firstLine="331"/>
        <w:jc w:val="both"/>
      </w:pPr>
      <w:r>
        <w:rPr>
          <w:rFonts w:ascii="Georgia" w:hAnsi="Georgia"/>
          <w:b w:val="0"/>
          <w:i w:val="0"/>
          <w:color w:val="22201D"/>
          <w:sz w:val="20"/>
        </w:rPr>
        <w:t>That was Bob's review.</w:t>
      </w:r>
    </w:p>
    <w:p>
      <w:pPr>
        <w:spacing w:after="60" w:line="266" w:lineRule="auto"/>
        <w:ind w:firstLine="331"/>
        <w:jc w:val="both"/>
      </w:pPr>
      <w:r>
        <w:rPr>
          <w:rFonts w:ascii="Georgia" w:hAnsi="Georgia"/>
          <w:b w:val="0"/>
          <w:i w:val="0"/>
          <w:color w:val="22201D"/>
          <w:sz w:val="20"/>
        </w:rPr>
        <w:t>The sauce accepted it as probably the most honest praise it would receive all day.</w:t>
      </w:r>
    </w:p>
    <w:p>
      <w:pPr>
        <w:spacing w:after="60" w:line="266" w:lineRule="auto"/>
        <w:ind w:firstLine="331"/>
        <w:jc w:val="both"/>
      </w:pPr>
      <w:r>
        <w:rPr>
          <w:rFonts w:ascii="Georgia" w:hAnsi="Georgia"/>
          <w:b w:val="0"/>
          <w:i w:val="0"/>
          <w:color w:val="22201D"/>
          <w:sz w:val="20"/>
        </w:rPr>
        <w:t>The final pantry card unfolded another panel.</w:t>
      </w:r>
    </w:p>
    <w:p>
      <w:pPr>
        <w:spacing w:after="60" w:line="250" w:lineRule="auto"/>
        <w:ind w:left="202" w:right="173"/>
      </w:pPr>
      <w:r>
        <w:rPr>
          <w:rFonts w:ascii="Georgia" w:hAnsi="Georgia"/>
          <w:b w:val="0"/>
          <w:i w:val="0"/>
          <w:color w:val="22201D"/>
          <w:sz w:val="17"/>
        </w:rPr>
        <w:t>Shared use recorded. Scarcity remains.</w:t>
      </w:r>
    </w:p>
    <w:p>
      <w:pPr>
        <w:spacing w:after="60" w:line="266" w:lineRule="auto"/>
        <w:ind w:firstLine="331"/>
        <w:jc w:val="both"/>
      </w:pPr>
      <w:r>
        <w:rPr>
          <w:rFonts w:ascii="Georgia" w:hAnsi="Georgia"/>
          <w:b w:val="0"/>
          <w:i w:val="0"/>
          <w:color w:val="22201D"/>
          <w:sz w:val="20"/>
        </w:rPr>
        <w:t>The jar was not empty.</w:t>
      </w:r>
    </w:p>
    <w:p>
      <w:pPr>
        <w:spacing w:after="60" w:line="266" w:lineRule="auto"/>
        <w:ind w:firstLine="331"/>
        <w:jc w:val="both"/>
      </w:pPr>
      <w:r>
        <w:rPr>
          <w:rFonts w:ascii="Georgia" w:hAnsi="Georgia"/>
          <w:b w:val="0"/>
          <w:i w:val="0"/>
          <w:color w:val="22201D"/>
          <w:sz w:val="20"/>
        </w:rPr>
        <w:t>It was also not full.</w:t>
      </w:r>
    </w:p>
    <w:p>
      <w:pPr>
        <w:spacing w:after="60" w:line="266" w:lineRule="auto"/>
        <w:ind w:firstLine="331"/>
        <w:jc w:val="both"/>
      </w:pPr>
      <w:r>
        <w:rPr>
          <w:rFonts w:ascii="Georgia" w:hAnsi="Georgia"/>
          <w:b w:val="0"/>
          <w:i w:val="0"/>
          <w:color w:val="22201D"/>
          <w:sz w:val="20"/>
        </w:rPr>
        <w:t>This was the first honest thing a shared jar could say.</w:t>
      </w:r>
    </w:p>
    <w:p>
      <w:pPr>
        <w:spacing w:after="60" w:line="266" w:lineRule="auto"/>
        <w:ind w:firstLine="331"/>
        <w:jc w:val="both"/>
      </w:pPr>
      <w:r>
        <w:rPr>
          <w:rFonts w:ascii="Georgia" w:hAnsi="Georgia"/>
          <w:b w:val="0"/>
          <w:i w:val="0"/>
          <w:color w:val="22201D"/>
          <w:sz w:val="20"/>
        </w:rPr>
        <w:t>Flocc capped it and returned it to the center of the sauce shelf, label facing outward even though the label was crooked.</w:t>
      </w:r>
    </w:p>
    <w:p>
      <w:pPr>
        <w:spacing w:after="60" w:line="266" w:lineRule="auto"/>
        <w:ind w:firstLine="331"/>
        <w:jc w:val="both"/>
      </w:pPr>
      <w:r>
        <w:rPr>
          <w:rFonts w:ascii="Georgia" w:hAnsi="Georgia"/>
          <w:b w:val="0"/>
          <w:i w:val="0"/>
          <w:color w:val="22201D"/>
          <w:sz w:val="20"/>
        </w:rPr>
        <w:t>Gerald checked the cap.</w:t>
      </w:r>
    </w:p>
    <w:p>
      <w:pPr>
        <w:spacing w:after="60" w:line="266" w:lineRule="auto"/>
        <w:ind w:firstLine="331"/>
        <w:jc w:val="both"/>
      </w:pPr>
      <w:r>
        <w:rPr>
          <w:rFonts w:ascii="Georgia" w:hAnsi="Georgia"/>
          <w:b w:val="0"/>
          <w:i w:val="0"/>
          <w:color w:val="22201D"/>
          <w:sz w:val="20"/>
        </w:rPr>
        <w:t>"Closed."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Samples offered: Nico declined tasting and commentary. Steve declined tasting and recorded procedure. Gerald inspected and declined tasting. Hostess tasted one sample. Bob tasted one sample. Flocc did not take second sample.  Scarcity status: remaining.</w:t>
      </w:r>
    </w:p>
    <w:p>
      <w:pPr>
        <w:spacing w:after="60" w:line="266" w:lineRule="auto"/>
        <w:ind w:firstLine="331"/>
        <w:jc w:val="both"/>
      </w:pPr>
      <w:r>
        <w:rPr>
          <w:rFonts w:ascii="Georgia" w:hAnsi="Georgia"/>
          <w:b w:val="0"/>
          <w:i w:val="0"/>
          <w:color w:val="22201D"/>
          <w:sz w:val="20"/>
        </w:rPr>
        <w:t>"I did not take a first sample this chapter," Flocc said.</w:t>
      </w:r>
    </w:p>
    <w:p>
      <w:pPr>
        <w:spacing w:after="60" w:line="266" w:lineRule="auto"/>
        <w:ind w:firstLine="331"/>
        <w:jc w:val="both"/>
      </w:pPr>
      <w:r>
        <w:rPr>
          <w:rFonts w:ascii="Georgia" w:hAnsi="Georgia"/>
          <w:b w:val="0"/>
          <w:i w:val="0"/>
          <w:color w:val="22201D"/>
          <w:sz w:val="20"/>
        </w:rPr>
        <w:t>Steve looked at the previous page.</w:t>
      </w:r>
    </w:p>
    <w:p>
      <w:pPr>
        <w:spacing w:after="60" w:line="266" w:lineRule="auto"/>
        <w:ind w:firstLine="331"/>
        <w:jc w:val="both"/>
      </w:pPr>
      <w:r>
        <w:rPr>
          <w:rFonts w:ascii="Georgia" w:hAnsi="Georgia"/>
          <w:b w:val="0"/>
          <w:i w:val="0"/>
          <w:color w:val="22201D"/>
          <w:sz w:val="20"/>
        </w:rPr>
        <w:t>"Prior sample recorded in Chapter Eleven."</w:t>
      </w:r>
    </w:p>
    <w:p>
      <w:pPr>
        <w:spacing w:after="60" w:line="266" w:lineRule="auto"/>
        <w:ind w:firstLine="331"/>
        <w:jc w:val="both"/>
      </w:pPr>
      <w:r>
        <w:rPr>
          <w:rFonts w:ascii="Georgia" w:hAnsi="Georgia"/>
          <w:b w:val="0"/>
          <w:i w:val="0"/>
          <w:color w:val="22201D"/>
          <w:sz w:val="20"/>
        </w:rPr>
        <w:t>"Then write that I did not take a second."</w:t>
      </w:r>
    </w:p>
    <w:p>
      <w:pPr>
        <w:spacing w:after="60" w:line="266" w:lineRule="auto"/>
        <w:ind w:firstLine="331"/>
        <w:jc w:val="both"/>
      </w:pPr>
      <w:r>
        <w:rPr>
          <w:rFonts w:ascii="Georgia" w:hAnsi="Georgia"/>
          <w:b w:val="0"/>
          <w:i w:val="0"/>
          <w:color w:val="22201D"/>
          <w:sz w:val="20"/>
        </w:rPr>
        <w:t>Steve did.</w:t>
      </w:r>
    </w:p>
    <w:p>
      <w:pPr>
        <w:spacing w:after="60" w:line="266" w:lineRule="auto"/>
        <w:ind w:firstLine="331"/>
        <w:jc w:val="both"/>
      </w:pPr>
      <w:r>
        <w:rPr>
          <w:rFonts w:ascii="Georgia" w:hAnsi="Georgia"/>
          <w:b w:val="0"/>
          <w:i w:val="0"/>
          <w:color w:val="22201D"/>
          <w:sz w:val="20"/>
        </w:rPr>
        <w:t>It mattered. Not because he deserved credit for restraint, but because records were more useful when they did not accidentally flatter people.</w:t>
      </w:r>
    </w:p>
    <w:p>
      <w:pPr>
        <w:spacing w:after="60" w:line="266" w:lineRule="auto"/>
        <w:ind w:firstLine="331"/>
        <w:jc w:val="both"/>
      </w:pPr>
      <w:r>
        <w:rPr>
          <w:rFonts w:ascii="Georgia" w:hAnsi="Georgia"/>
          <w:b w:val="0"/>
          <w:i w:val="0"/>
          <w:color w:val="22201D"/>
          <w:sz w:val="20"/>
        </w:rPr>
        <w:t>The Hostess pointed to the clean shelf space.</w:t>
      </w:r>
    </w:p>
    <w:p>
      <w:pPr>
        <w:spacing w:after="60" w:line="266" w:lineRule="auto"/>
        <w:ind w:firstLine="331"/>
        <w:jc w:val="both"/>
      </w:pPr>
      <w:r>
        <w:rPr>
          <w:rFonts w:ascii="Georgia" w:hAnsi="Georgia"/>
          <w:b w:val="0"/>
          <w:i w:val="0"/>
          <w:color w:val="22201D"/>
          <w:sz w:val="20"/>
        </w:rPr>
        <w:t>"Offer the space."</w:t>
      </w:r>
    </w:p>
    <w:p>
      <w:pPr>
        <w:spacing w:after="60" w:line="266" w:lineRule="auto"/>
        <w:ind w:firstLine="331"/>
        <w:jc w:val="both"/>
      </w:pPr>
      <w:r>
        <w:rPr>
          <w:rFonts w:ascii="Georgia" w:hAnsi="Georgia"/>
          <w:b w:val="0"/>
          <w:i w:val="0"/>
          <w:color w:val="22201D"/>
          <w:sz w:val="20"/>
        </w:rPr>
        <w:t>Flocc looked at the empty rectangle between the corrected flour and the unopened jar labeled NO.</w:t>
      </w:r>
    </w:p>
    <w:p>
      <w:pPr>
        <w:spacing w:after="60" w:line="266" w:lineRule="auto"/>
        <w:ind w:firstLine="331"/>
        <w:jc w:val="both"/>
      </w:pPr>
      <w:r>
        <w:rPr>
          <w:rFonts w:ascii="Georgia" w:hAnsi="Georgia"/>
          <w:b w:val="0"/>
          <w:i w:val="0"/>
          <w:color w:val="22201D"/>
          <w:sz w:val="20"/>
        </w:rPr>
        <w:t>"There is one clean shelf space available now. It can hold one properly labeled item. It cannot hold a person, a promise, a hidden shortage, or a future pressure. Use is shared by record, not by whoever reaches first."</w:t>
      </w:r>
    </w:p>
    <w:p>
      <w:pPr>
        <w:spacing w:after="60" w:line="266" w:lineRule="auto"/>
        <w:ind w:firstLine="331"/>
        <w:jc w:val="both"/>
      </w:pPr>
      <w:r>
        <w:rPr>
          <w:rFonts w:ascii="Georgia" w:hAnsi="Georgia"/>
          <w:b w:val="0"/>
          <w:i w:val="0"/>
          <w:color w:val="22201D"/>
          <w:sz w:val="20"/>
        </w:rPr>
        <w:t>The shelf printed:</w:t>
      </w:r>
    </w:p>
    <w:p>
      <w:pPr>
        <w:spacing w:after="60" w:line="250" w:lineRule="auto"/>
        <w:ind w:left="202" w:right="173"/>
      </w:pPr>
      <w:r>
        <w:rPr>
          <w:rFonts w:ascii="Georgia" w:hAnsi="Georgia"/>
          <w:b w:val="0"/>
          <w:i w:val="0"/>
          <w:color w:val="22201D"/>
          <w:sz w:val="17"/>
        </w:rPr>
        <w:t>Offer made.</w:t>
      </w:r>
    </w:p>
    <w:p>
      <w:pPr>
        <w:spacing w:after="60" w:line="266" w:lineRule="auto"/>
        <w:ind w:firstLine="331"/>
        <w:jc w:val="both"/>
      </w:pPr>
      <w:r>
        <w:rPr>
          <w:rFonts w:ascii="Georgia" w:hAnsi="Georgia"/>
          <w:b w:val="0"/>
          <w:i w:val="0"/>
          <w:color w:val="22201D"/>
          <w:sz w:val="20"/>
        </w:rPr>
        <w:t>No one rushed to fill it.</w:t>
      </w:r>
    </w:p>
    <w:p>
      <w:pPr>
        <w:spacing w:after="60" w:line="266" w:lineRule="auto"/>
        <w:ind w:firstLine="331"/>
        <w:jc w:val="both"/>
      </w:pPr>
      <w:r>
        <w:rPr>
          <w:rFonts w:ascii="Georgia" w:hAnsi="Georgia"/>
          <w:b w:val="0"/>
          <w:i w:val="0"/>
          <w:color w:val="22201D"/>
          <w:sz w:val="20"/>
        </w:rPr>
        <w:t>This felt like failure for half a second.</w:t>
      </w:r>
    </w:p>
    <w:p>
      <w:pPr>
        <w:spacing w:after="60" w:line="266" w:lineRule="auto"/>
        <w:ind w:firstLine="331"/>
        <w:jc w:val="both"/>
      </w:pPr>
      <w:r>
        <w:rPr>
          <w:rFonts w:ascii="Georgia" w:hAnsi="Georgia"/>
          <w:b w:val="0"/>
          <w:i w:val="0"/>
          <w:color w:val="22201D"/>
          <w:sz w:val="20"/>
        </w:rPr>
        <w:t>Then it felt like a shelf.</w:t>
      </w:r>
    </w:p>
    <w:p>
      <w:pPr>
        <w:spacing w:after="60" w:line="266" w:lineRule="auto"/>
        <w:ind w:firstLine="331"/>
        <w:jc w:val="both"/>
      </w:pPr>
      <w:r>
        <w:rPr>
          <w:rFonts w:ascii="Georgia" w:hAnsi="Georgia"/>
          <w:b w:val="0"/>
          <w:i w:val="0"/>
          <w:color w:val="22201D"/>
          <w:sz w:val="20"/>
        </w:rPr>
        <w:t>The final pantry card printed:</w:t>
      </w:r>
    </w:p>
    <w:p>
      <w:pPr>
        <w:spacing w:after="60" w:line="250" w:lineRule="auto"/>
        <w:ind w:left="202" w:right="173"/>
      </w:pPr>
      <w:r>
        <w:rPr>
          <w:rFonts w:ascii="Georgia" w:hAnsi="Georgia"/>
          <w:b w:val="0"/>
          <w:i w:val="0"/>
          <w:color w:val="22201D"/>
          <w:sz w:val="17"/>
        </w:rPr>
        <w:t>Unused capacity is not failed generosity.</w:t>
      </w:r>
    </w:p>
    <w:p>
      <w:pPr>
        <w:spacing w:after="60" w:line="266" w:lineRule="auto"/>
        <w:ind w:firstLine="331"/>
        <w:jc w:val="both"/>
      </w:pPr>
      <w:r>
        <w:rPr>
          <w:rFonts w:ascii="Georgia" w:hAnsi="Georgia"/>
          <w:b w:val="0"/>
          <w:i w:val="0"/>
          <w:color w:val="22201D"/>
          <w:sz w:val="20"/>
        </w:rPr>
        <w:t>Gerald underlined that in his own notes.</w:t>
      </w:r>
    </w:p>
    <w:p>
      <w:pPr>
        <w:spacing w:after="60" w:line="266" w:lineRule="auto"/>
        <w:ind w:firstLine="331"/>
        <w:jc w:val="both"/>
      </w:pPr>
      <w:r>
        <w:rPr>
          <w:rFonts w:ascii="Georgia" w:hAnsi="Georgia"/>
          <w:b w:val="0"/>
          <w:i w:val="0"/>
          <w:color w:val="22201D"/>
          <w:sz w:val="20"/>
        </w:rPr>
        <w:t>The Hostess pointed to the crate.</w:t>
      </w:r>
    </w:p>
    <w:p>
      <w:pPr>
        <w:spacing w:after="60" w:line="266" w:lineRule="auto"/>
        <w:ind w:firstLine="331"/>
        <w:jc w:val="both"/>
      </w:pPr>
      <w:r>
        <w:rPr>
          <w:rFonts w:ascii="Georgia" w:hAnsi="Georgia"/>
          <w:b w:val="0"/>
          <w:i w:val="0"/>
          <w:color w:val="22201D"/>
          <w:sz w:val="20"/>
        </w:rPr>
        <w:t>Bob folded the crate.</w:t>
      </w:r>
    </w:p>
    <w:p>
      <w:pPr>
        <w:spacing w:after="60" w:line="266" w:lineRule="auto"/>
        <w:ind w:firstLine="331"/>
        <w:jc w:val="both"/>
      </w:pPr>
      <w:r>
        <w:rPr>
          <w:rFonts w:ascii="Georgia" w:hAnsi="Georgia"/>
          <w:b w:val="0"/>
          <w:i w:val="0"/>
          <w:color w:val="22201D"/>
          <w:sz w:val="20"/>
        </w:rPr>
        <w:t>No speech. No reveal. No lesson.</w:t>
      </w:r>
    </w:p>
    <w:p>
      <w:pPr>
        <w:spacing w:after="60" w:line="266" w:lineRule="auto"/>
        <w:ind w:firstLine="331"/>
        <w:jc w:val="both"/>
      </w:pPr>
      <w:r>
        <w:rPr>
          <w:rFonts w:ascii="Georgia" w:hAnsi="Georgia"/>
          <w:b w:val="0"/>
          <w:i w:val="0"/>
          <w:color w:val="22201D"/>
          <w:sz w:val="20"/>
        </w:rPr>
        <w:t>He just broke down the cardboard properly, flattened the corners, removed one strip of tape that would have caught on everything later, and slid the folded crate into the clean recycling slot.</w:t>
      </w:r>
    </w:p>
    <w:p>
      <w:pPr>
        <w:spacing w:after="60" w:line="266" w:lineRule="auto"/>
        <w:ind w:firstLine="331"/>
        <w:jc w:val="both"/>
      </w:pPr>
      <w:r>
        <w:rPr>
          <w:rFonts w:ascii="Georgia" w:hAnsi="Georgia"/>
          <w:b w:val="0"/>
          <w:i w:val="0"/>
          <w:color w:val="22201D"/>
          <w:sz w:val="20"/>
        </w:rPr>
        <w:t>The second shelf space opened.</w:t>
      </w:r>
    </w:p>
    <w:p>
      <w:pPr>
        <w:spacing w:after="60" w:line="266" w:lineRule="auto"/>
        <w:ind w:firstLine="331"/>
        <w:jc w:val="both"/>
      </w:pPr>
      <w:r>
        <w:rPr>
          <w:rFonts w:ascii="Georgia" w:hAnsi="Georgia"/>
          <w:b w:val="0"/>
          <w:i w:val="0"/>
          <w:color w:val="22201D"/>
          <w:sz w:val="20"/>
        </w:rPr>
        <w:t>Bob looked at Flocc.</w:t>
      </w:r>
    </w:p>
    <w:p>
      <w:pPr>
        <w:spacing w:after="60" w:line="266" w:lineRule="auto"/>
        <w:ind w:firstLine="331"/>
        <w:jc w:val="both"/>
      </w:pPr>
      <w:r>
        <w:rPr>
          <w:rFonts w:ascii="Georgia" w:hAnsi="Georgia"/>
          <w:b w:val="0"/>
          <w:i w:val="0"/>
          <w:color w:val="22201D"/>
          <w:sz w:val="20"/>
        </w:rPr>
        <w:t>"Now true."</w:t>
      </w:r>
    </w:p>
    <w:p>
      <w:pPr>
        <w:spacing w:after="60" w:line="266" w:lineRule="auto"/>
        <w:ind w:firstLine="331"/>
        <w:jc w:val="both"/>
      </w:pPr>
      <w:r>
        <w:rPr>
          <w:rFonts w:ascii="Georgia" w:hAnsi="Georgia"/>
          <w:b w:val="0"/>
          <w:i w:val="0"/>
          <w:color w:val="22201D"/>
          <w:sz w:val="20"/>
        </w:rPr>
        <w:t>Flocc corrected the offer form.</w:t>
      </w:r>
    </w:p>
    <w:p>
      <w:pPr>
        <w:spacing w:after="60" w:line="250" w:lineRule="auto"/>
        <w:ind w:left="202" w:right="173"/>
      </w:pPr>
      <w:r>
        <w:rPr>
          <w:rFonts w:ascii="Georgia" w:hAnsi="Georgia"/>
          <w:b w:val="0"/>
          <w:i w:val="0"/>
          <w:color w:val="22201D"/>
          <w:sz w:val="17"/>
        </w:rPr>
        <w:t>Shelf space update: two clean spaces available after crate removal</w:t>
      </w:r>
    </w:p>
    <w:p>
      <w:pPr>
        <w:spacing w:after="60" w:line="266" w:lineRule="auto"/>
        <w:ind w:firstLine="331"/>
        <w:jc w:val="both"/>
      </w:pPr>
      <w:r>
        <w:rPr>
          <w:rFonts w:ascii="Georgia" w:hAnsi="Georgia"/>
          <w:b w:val="0"/>
          <w:i w:val="0"/>
          <w:color w:val="22201D"/>
          <w:sz w:val="20"/>
        </w:rPr>
        <w:t>The final pantry card unfolded to its full size.</w:t>
      </w:r>
    </w:p>
    <w:p>
      <w:pPr>
        <w:spacing w:after="60" w:line="250" w:lineRule="auto"/>
        <w:ind w:left="202" w:right="173"/>
      </w:pPr>
      <w:r>
        <w:rPr>
          <w:rFonts w:ascii="Georgia" w:hAnsi="Georgia"/>
          <w:b w:val="0"/>
          <w:i w:val="0"/>
          <w:color w:val="22201D"/>
          <w:sz w:val="17"/>
        </w:rPr>
        <w:t>FINAL PANTRY CARD  Substitution becomes sharing when: the substitute is named the original is not erased the limits are counted the label remains visible decline stays ordinary labor is assigned, not assumed scarcity remains in the room and the real thing is offered without pretending it solves the need.</w:t>
      </w:r>
    </w:p>
    <w:p>
      <w:pPr>
        <w:spacing w:after="60" w:line="266" w:lineRule="auto"/>
        <w:ind w:firstLine="331"/>
        <w:jc w:val="both"/>
      </w:pPr>
      <w:r>
        <w:rPr>
          <w:rFonts w:ascii="Georgia" w:hAnsi="Georgia"/>
          <w:b w:val="0"/>
          <w:i w:val="0"/>
          <w:color w:val="22201D"/>
          <w:sz w:val="20"/>
        </w:rPr>
        <w:t>No one spoke for a moment.</w:t>
      </w:r>
    </w:p>
    <w:p>
      <w:pPr>
        <w:spacing w:after="60" w:line="266" w:lineRule="auto"/>
        <w:ind w:firstLine="331"/>
        <w:jc w:val="both"/>
      </w:pPr>
      <w:r>
        <w:rPr>
          <w:rFonts w:ascii="Georgia" w:hAnsi="Georgia"/>
          <w:b w:val="0"/>
          <w:i w:val="0"/>
          <w:color w:val="22201D"/>
          <w:sz w:val="20"/>
        </w:rPr>
        <w:t>The pantry did not rush them.</w:t>
      </w:r>
    </w:p>
    <w:p>
      <w:pPr>
        <w:spacing w:after="60" w:line="266" w:lineRule="auto"/>
        <w:ind w:firstLine="331"/>
        <w:jc w:val="both"/>
      </w:pPr>
      <w:r>
        <w:rPr>
          <w:rFonts w:ascii="Georgia" w:hAnsi="Georgia"/>
          <w:b w:val="0"/>
          <w:i w:val="0"/>
          <w:color w:val="22201D"/>
          <w:sz w:val="20"/>
        </w:rPr>
        <w:t>It had apparently learned something about closure, too.</w:t>
      </w:r>
    </w:p>
    <w:p>
      <w:pPr>
        <w:spacing w:after="60" w:line="266" w:lineRule="auto"/>
        <w:ind w:firstLine="331"/>
        <w:jc w:val="both"/>
      </w:pPr>
      <w:r>
        <w:rPr>
          <w:rFonts w:ascii="Georgia" w:hAnsi="Georgia"/>
          <w:b w:val="0"/>
          <w:i w:val="0"/>
          <w:color w:val="22201D"/>
          <w:sz w:val="20"/>
        </w:rPr>
        <w:t>Flocc read the card aloud.</w:t>
      </w:r>
    </w:p>
    <w:p>
      <w:pPr>
        <w:spacing w:after="60" w:line="266" w:lineRule="auto"/>
        <w:ind w:firstLine="331"/>
        <w:jc w:val="both"/>
      </w:pPr>
      <w:r>
        <w:rPr>
          <w:rFonts w:ascii="Georgia" w:hAnsi="Georgia"/>
          <w:b w:val="0"/>
          <w:i w:val="0"/>
          <w:color w:val="22201D"/>
          <w:sz w:val="20"/>
        </w:rPr>
        <w:t>When he reached scarcity remains in the room, his voice changed.</w:t>
      </w:r>
    </w:p>
    <w:p>
      <w:pPr>
        <w:spacing w:after="60" w:line="266" w:lineRule="auto"/>
        <w:ind w:firstLine="331"/>
        <w:jc w:val="both"/>
      </w:pPr>
      <w:r>
        <w:rPr>
          <w:rFonts w:ascii="Georgia" w:hAnsi="Georgia"/>
          <w:b w:val="0"/>
          <w:i w:val="0"/>
          <w:color w:val="22201D"/>
          <w:sz w:val="20"/>
        </w:rPr>
        <w:t>Not dramatically.</w:t>
      </w:r>
    </w:p>
    <w:p>
      <w:pPr>
        <w:spacing w:after="60" w:line="266" w:lineRule="auto"/>
        <w:ind w:firstLine="331"/>
        <w:jc w:val="both"/>
      </w:pPr>
      <w:r>
        <w:rPr>
          <w:rFonts w:ascii="Georgia" w:hAnsi="Georgia"/>
          <w:b w:val="0"/>
          <w:i w:val="0"/>
          <w:color w:val="22201D"/>
          <w:sz w:val="20"/>
        </w:rPr>
        <w:t>Enough.</w:t>
      </w:r>
    </w:p>
    <w:p>
      <w:pPr>
        <w:spacing w:after="60" w:line="266" w:lineRule="auto"/>
        <w:ind w:firstLine="331"/>
        <w:jc w:val="both"/>
      </w:pPr>
      <w:r>
        <w:rPr>
          <w:rFonts w:ascii="Georgia" w:hAnsi="Georgia"/>
          <w:b w:val="0"/>
          <w:i w:val="0"/>
          <w:color w:val="22201D"/>
          <w:sz w:val="20"/>
        </w:rPr>
        <w:t>The Hostess heard it.</w:t>
      </w:r>
    </w:p>
    <w:p>
      <w:pPr>
        <w:spacing w:after="60" w:line="266" w:lineRule="auto"/>
        <w:ind w:firstLine="331"/>
        <w:jc w:val="both"/>
      </w:pPr>
      <w:r>
        <w:rPr>
          <w:rFonts w:ascii="Georgia" w:hAnsi="Georgia"/>
          <w:b w:val="0"/>
          <w:i w:val="0"/>
          <w:color w:val="22201D"/>
          <w:sz w:val="20"/>
        </w:rPr>
        <w:t>So did Gerald.</w:t>
      </w:r>
    </w:p>
    <w:p>
      <w:pPr>
        <w:spacing w:after="60" w:line="266" w:lineRule="auto"/>
        <w:ind w:firstLine="331"/>
        <w:jc w:val="both"/>
      </w:pPr>
      <w:r>
        <w:rPr>
          <w:rFonts w:ascii="Georgia" w:hAnsi="Georgia"/>
          <w:b w:val="0"/>
          <w:i w:val="0"/>
          <w:color w:val="22201D"/>
          <w:sz w:val="20"/>
        </w:rPr>
        <w:t>Gerald, mercifully, inspected the card instead of the voice.</w:t>
      </w:r>
    </w:p>
    <w:p>
      <w:pPr>
        <w:spacing w:after="60" w:line="266" w:lineRule="auto"/>
        <w:ind w:firstLine="331"/>
        <w:jc w:val="both"/>
      </w:pPr>
      <w:r>
        <w:rPr>
          <w:rFonts w:ascii="Georgia" w:hAnsi="Georgia"/>
          <w:b w:val="0"/>
          <w:i w:val="0"/>
          <w:color w:val="22201D"/>
          <w:sz w:val="20"/>
        </w:rPr>
        <w:t>"All clauses legible."</w:t>
      </w:r>
    </w:p>
    <w:p>
      <w:pPr>
        <w:spacing w:after="60" w:line="266" w:lineRule="auto"/>
        <w:ind w:firstLine="331"/>
        <w:jc w:val="both"/>
      </w:pPr>
      <w:r>
        <w:rPr>
          <w:rFonts w:ascii="Georgia" w:hAnsi="Georgia"/>
          <w:b w:val="0"/>
          <w:i w:val="0"/>
          <w:color w:val="22201D"/>
          <w:sz w:val="20"/>
        </w:rPr>
        <w:t>The final pantry card printed one last section:</w:t>
      </w:r>
    </w:p>
    <w:p>
      <w:pPr>
        <w:spacing w:after="60" w:line="250" w:lineRule="auto"/>
        <w:ind w:left="202" w:right="173"/>
      </w:pPr>
      <w:r>
        <w:rPr>
          <w:rFonts w:ascii="Georgia" w:hAnsi="Georgia"/>
          <w:b w:val="0"/>
          <w:i w:val="0"/>
          <w:color w:val="22201D"/>
          <w:sz w:val="17"/>
        </w:rPr>
        <w:t>Book 7 closing condition: pantry usable not solved  Book 8 pressure: waiver visible not active  Next risk: the sauce that wants to sign for itself</w:t>
      </w:r>
    </w:p>
    <w:p>
      <w:pPr>
        <w:spacing w:after="60" w:line="266" w:lineRule="auto"/>
        <w:ind w:firstLine="331"/>
        <w:jc w:val="both"/>
      </w:pPr>
      <w:r>
        <w:rPr>
          <w:rFonts w:ascii="Georgia" w:hAnsi="Georgia"/>
          <w:b w:val="0"/>
          <w:i w:val="0"/>
          <w:color w:val="22201D"/>
          <w:sz w:val="20"/>
        </w:rPr>
        <w:t>Steve looked at the Hostess.</w:t>
      </w:r>
    </w:p>
    <w:p>
      <w:pPr>
        <w:spacing w:after="60" w:line="266" w:lineRule="auto"/>
        <w:ind w:firstLine="331"/>
        <w:jc w:val="both"/>
      </w:pPr>
      <w:r>
        <w:rPr>
          <w:rFonts w:ascii="Georgia" w:hAnsi="Georgia"/>
          <w:b w:val="0"/>
          <w:i w:val="0"/>
          <w:color w:val="22201D"/>
          <w:sz w:val="20"/>
        </w:rPr>
        <w:t>"Record that?"</w:t>
      </w:r>
    </w:p>
    <w:p>
      <w:pPr>
        <w:spacing w:after="60" w:line="266" w:lineRule="auto"/>
        <w:ind w:firstLine="331"/>
        <w:jc w:val="both"/>
      </w:pPr>
      <w:r>
        <w:rPr>
          <w:rFonts w:ascii="Georgia" w:hAnsi="Georgia"/>
          <w:b w:val="0"/>
          <w:i w:val="0"/>
          <w:color w:val="22201D"/>
          <w:sz w:val="20"/>
        </w:rPr>
        <w:t>"Record only the boundary."</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Book 8 pressure visible, not active. Book 7 closes with usable pantry, not solved pantry.</w:t>
      </w:r>
    </w:p>
    <w:p>
      <w:pPr>
        <w:spacing w:after="60" w:line="266" w:lineRule="auto"/>
        <w:ind w:firstLine="331"/>
        <w:jc w:val="both"/>
      </w:pPr>
      <w:r>
        <w:rPr>
          <w:rFonts w:ascii="Georgia" w:hAnsi="Georgia"/>
          <w:b w:val="0"/>
          <w:i w:val="0"/>
          <w:color w:val="22201D"/>
          <w:sz w:val="20"/>
        </w:rPr>
        <w:t>Nico exhaled.</w:t>
      </w:r>
    </w:p>
    <w:p>
      <w:pPr>
        <w:spacing w:after="60" w:line="266" w:lineRule="auto"/>
        <w:ind w:firstLine="331"/>
        <w:jc w:val="both"/>
      </w:pPr>
      <w:r>
        <w:rPr>
          <w:rFonts w:ascii="Georgia" w:hAnsi="Georgia"/>
          <w:b w:val="0"/>
          <w:i w:val="0"/>
          <w:color w:val="22201D"/>
          <w:sz w:val="20"/>
        </w:rPr>
        <w:t>"That is almost satisfying."</w:t>
      </w:r>
    </w:p>
    <w:p>
      <w:pPr>
        <w:spacing w:after="60" w:line="266" w:lineRule="auto"/>
        <w:ind w:firstLine="331"/>
        <w:jc w:val="both"/>
      </w:pPr>
      <w:r>
        <w:rPr>
          <w:rFonts w:ascii="Georgia" w:hAnsi="Georgia"/>
          <w:b w:val="0"/>
          <w:i w:val="0"/>
          <w:color w:val="22201D"/>
          <w:sz w:val="20"/>
        </w:rPr>
        <w:t>The wall printed:</w:t>
      </w:r>
    </w:p>
    <w:p>
      <w:pPr>
        <w:spacing w:after="60" w:line="250" w:lineRule="auto"/>
        <w:ind w:left="202" w:right="173"/>
      </w:pPr>
      <w:r>
        <w:rPr>
          <w:rFonts w:ascii="Georgia" w:hAnsi="Georgia"/>
          <w:b w:val="0"/>
          <w:i w:val="0"/>
          <w:color w:val="22201D"/>
          <w:sz w:val="17"/>
        </w:rPr>
        <w:t>Almost is structurally appropriate.</w:t>
      </w:r>
    </w:p>
    <w:p>
      <w:pPr>
        <w:spacing w:after="60" w:line="266" w:lineRule="auto"/>
        <w:ind w:firstLine="331"/>
        <w:jc w:val="both"/>
      </w:pPr>
      <w:r>
        <w:rPr>
          <w:rFonts w:ascii="Georgia" w:hAnsi="Georgia"/>
          <w:b w:val="0"/>
          <w:i w:val="0"/>
          <w:color w:val="22201D"/>
          <w:sz w:val="20"/>
        </w:rPr>
        <w:t>Nico looked genuinely moved.</w:t>
      </w:r>
    </w:p>
    <w:p>
      <w:pPr>
        <w:spacing w:after="60" w:line="266" w:lineRule="auto"/>
        <w:ind w:firstLine="331"/>
        <w:jc w:val="both"/>
      </w:pPr>
      <w:r>
        <w:rPr>
          <w:rFonts w:ascii="Georgia" w:hAnsi="Georgia"/>
          <w:b w:val="0"/>
          <w:i w:val="0"/>
          <w:color w:val="22201D"/>
          <w:sz w:val="20"/>
        </w:rPr>
        <w:t>"I hate how much I needed that."</w:t>
      </w:r>
    </w:p>
    <w:p>
      <w:pPr>
        <w:spacing w:after="60" w:line="266" w:lineRule="auto"/>
        <w:ind w:firstLine="331"/>
        <w:jc w:val="both"/>
      </w:pPr>
      <w:r>
        <w:rPr>
          <w:rFonts w:ascii="Georgia" w:hAnsi="Georgia"/>
          <w:b w:val="0"/>
          <w:i w:val="0"/>
          <w:color w:val="22201D"/>
          <w:sz w:val="20"/>
        </w:rPr>
        <w:t>Gerald checked the pantry door.</w:t>
      </w:r>
    </w:p>
    <w:p>
      <w:pPr>
        <w:spacing w:after="60" w:line="266" w:lineRule="auto"/>
        <w:ind w:firstLine="331"/>
        <w:jc w:val="both"/>
      </w:pPr>
      <w:r>
        <w:rPr>
          <w:rFonts w:ascii="Georgia" w:hAnsi="Georgia"/>
          <w:b w:val="0"/>
          <w:i w:val="0"/>
          <w:color w:val="22201D"/>
          <w:sz w:val="20"/>
        </w:rPr>
        <w:t>The labels remained clean.</w:t>
      </w:r>
    </w:p>
    <w:p>
      <w:pPr>
        <w:spacing w:after="60" w:line="250" w:lineRule="auto"/>
        <w:ind w:left="202" w:right="173"/>
      </w:pPr>
      <w:r>
        <w:rPr>
          <w:rFonts w:ascii="Georgia" w:hAnsi="Georgia"/>
          <w:b w:val="0"/>
          <w:i w:val="0"/>
          <w:color w:val="22201D"/>
          <w:sz w:val="17"/>
        </w:rPr>
        <w:t>SIDE RECEIVING NOT EMERGENCY EXIT RECIPE STORAGE</w:t>
      </w:r>
    </w:p>
    <w:p>
      <w:pPr>
        <w:spacing w:after="60" w:line="266" w:lineRule="auto"/>
        <w:ind w:firstLine="331"/>
        <w:jc w:val="both"/>
      </w:pPr>
      <w:r>
        <w:rPr>
          <w:rFonts w:ascii="Georgia" w:hAnsi="Georgia"/>
          <w:b w:val="0"/>
          <w:i w:val="0"/>
          <w:color w:val="22201D"/>
          <w:sz w:val="20"/>
        </w:rPr>
        <w:t>The recipe card stayed above the sink.</w:t>
      </w:r>
    </w:p>
    <w:p>
      <w:pPr>
        <w:spacing w:after="60" w:line="266" w:lineRule="auto"/>
        <w:ind w:firstLine="331"/>
        <w:jc w:val="both"/>
      </w:pPr>
      <w:r>
        <w:rPr>
          <w:rFonts w:ascii="Georgia" w:hAnsi="Georgia"/>
          <w:b w:val="0"/>
          <w:i w:val="0"/>
          <w:color w:val="22201D"/>
          <w:sz w:val="20"/>
        </w:rPr>
        <w:t>The waiver label stayed crooked on the jar.</w:t>
      </w:r>
    </w:p>
    <w:p>
      <w:pPr>
        <w:spacing w:after="60" w:line="266" w:lineRule="auto"/>
        <w:ind w:firstLine="331"/>
        <w:jc w:val="both"/>
      </w:pPr>
      <w:r>
        <w:rPr>
          <w:rFonts w:ascii="Georgia" w:hAnsi="Georgia"/>
          <w:b w:val="0"/>
          <w:i w:val="0"/>
          <w:color w:val="22201D"/>
          <w:sz w:val="20"/>
        </w:rPr>
        <w:t>The final pantry card stayed on the worktable because final did not mean archived.</w:t>
      </w:r>
    </w:p>
    <w:p>
      <w:pPr>
        <w:spacing w:after="60" w:line="266" w:lineRule="auto"/>
        <w:ind w:firstLine="331"/>
        <w:jc w:val="both"/>
      </w:pPr>
      <w:r>
        <w:rPr>
          <w:rFonts w:ascii="Georgia" w:hAnsi="Georgia"/>
          <w:b w:val="0"/>
          <w:i w:val="0"/>
          <w:color w:val="22201D"/>
          <w:sz w:val="20"/>
        </w:rPr>
        <w:t>The two clean shelf spaces remained empty.</w:t>
      </w:r>
    </w:p>
    <w:p>
      <w:pPr>
        <w:spacing w:after="60" w:line="266" w:lineRule="auto"/>
        <w:ind w:firstLine="331"/>
        <w:jc w:val="both"/>
      </w:pPr>
      <w:r>
        <w:rPr>
          <w:rFonts w:ascii="Georgia" w:hAnsi="Georgia"/>
          <w:b w:val="0"/>
          <w:i w:val="0"/>
          <w:color w:val="22201D"/>
          <w:sz w:val="20"/>
        </w:rPr>
        <w:t>This was the pantry's last refusal to become a miracle.</w:t>
      </w:r>
    </w:p>
    <w:p>
      <w:pPr>
        <w:spacing w:after="60" w:line="266" w:lineRule="auto"/>
        <w:ind w:firstLine="331"/>
        <w:jc w:val="both"/>
      </w:pPr>
      <w:r>
        <w:rPr>
          <w:rFonts w:ascii="Georgia" w:hAnsi="Georgia"/>
          <w:b w:val="0"/>
          <w:i w:val="0"/>
          <w:color w:val="22201D"/>
          <w:sz w:val="20"/>
        </w:rPr>
        <w:t>Flocc stood in the middle of the room and did not ask what it meant for him.</w:t>
      </w:r>
    </w:p>
    <w:p>
      <w:pPr>
        <w:spacing w:after="60" w:line="266" w:lineRule="auto"/>
        <w:ind w:firstLine="331"/>
        <w:jc w:val="both"/>
      </w:pPr>
      <w:r>
        <w:rPr>
          <w:rFonts w:ascii="Georgia" w:hAnsi="Georgia"/>
          <w:b w:val="0"/>
          <w:i w:val="0"/>
          <w:color w:val="22201D"/>
          <w:sz w:val="20"/>
        </w:rPr>
        <w:t>Instead, he picked up the used-spoon cup.</w:t>
      </w:r>
    </w:p>
    <w:p>
      <w:pPr>
        <w:spacing w:after="60" w:line="266" w:lineRule="auto"/>
        <w:ind w:firstLine="331"/>
        <w:jc w:val="both"/>
      </w:pPr>
      <w:r>
        <w:rPr>
          <w:rFonts w:ascii="Georgia" w:hAnsi="Georgia"/>
          <w:b w:val="0"/>
          <w:i w:val="0"/>
          <w:color w:val="22201D"/>
          <w:sz w:val="20"/>
        </w:rPr>
        <w:t>"Named cleanup task," he said.</w:t>
      </w:r>
    </w:p>
    <w:p>
      <w:pPr>
        <w:spacing w:after="60" w:line="266" w:lineRule="auto"/>
        <w:ind w:firstLine="331"/>
        <w:jc w:val="both"/>
      </w:pPr>
      <w:r>
        <w:rPr>
          <w:rFonts w:ascii="Georgia" w:hAnsi="Georgia"/>
          <w:b w:val="0"/>
          <w:i w:val="0"/>
          <w:color w:val="22201D"/>
          <w:sz w:val="20"/>
        </w:rPr>
        <w:t>Gerald inspected the sink.</w:t>
      </w:r>
    </w:p>
    <w:p>
      <w:pPr>
        <w:spacing w:after="60" w:line="266" w:lineRule="auto"/>
        <w:ind w:firstLine="331"/>
        <w:jc w:val="both"/>
      </w:pPr>
      <w:r>
        <w:rPr>
          <w:rFonts w:ascii="Georgia" w:hAnsi="Georgia"/>
          <w:b w:val="0"/>
          <w:i w:val="0"/>
          <w:color w:val="22201D"/>
          <w:sz w:val="20"/>
        </w:rPr>
        <w:t>"Hot water first. Do not mix sample spoons with general dishware until rinsed. Drying towel is clean."</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Flocc corrected.</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Gerald accepted the correction with a grunt that had a small shelf inside it.</w:t>
      </w:r>
    </w:p>
    <w:p>
      <w:pPr>
        <w:spacing w:after="60" w:line="266" w:lineRule="auto"/>
        <w:ind w:firstLine="331"/>
        <w:jc w:val="both"/>
      </w:pPr>
      <w:r>
        <w:rPr>
          <w:rFonts w:ascii="Georgia" w:hAnsi="Georgia"/>
          <w:b w:val="0"/>
          <w:i w:val="0"/>
          <w:color w:val="22201D"/>
          <w:sz w:val="20"/>
        </w:rPr>
        <w:t>Flocc washed the spoons.</w:t>
      </w:r>
    </w:p>
    <w:p>
      <w:pPr>
        <w:spacing w:after="60" w:line="266" w:lineRule="auto"/>
        <w:ind w:firstLine="331"/>
        <w:jc w:val="both"/>
      </w:pPr>
      <w:r>
        <w:rPr>
          <w:rFonts w:ascii="Georgia" w:hAnsi="Georgia"/>
          <w:b w:val="0"/>
          <w:i w:val="0"/>
          <w:color w:val="22201D"/>
          <w:sz w:val="20"/>
        </w:rPr>
        <w:t>The Hostess did not watch as if the spoons were redemption.</w:t>
      </w:r>
    </w:p>
    <w:p>
      <w:pPr>
        <w:spacing w:after="60" w:line="266" w:lineRule="auto"/>
        <w:ind w:firstLine="331"/>
        <w:jc w:val="both"/>
      </w:pPr>
      <w:r>
        <w:rPr>
          <w:rFonts w:ascii="Georgia" w:hAnsi="Georgia"/>
          <w:b w:val="0"/>
          <w:i w:val="0"/>
          <w:color w:val="22201D"/>
          <w:sz w:val="20"/>
        </w:rPr>
        <w:t>Bob did not help because the task had been named and was not his.</w:t>
      </w:r>
    </w:p>
    <w:p>
      <w:pPr>
        <w:spacing w:after="60" w:line="266" w:lineRule="auto"/>
        <w:ind w:firstLine="331"/>
        <w:jc w:val="both"/>
      </w:pPr>
      <w:r>
        <w:rPr>
          <w:rFonts w:ascii="Georgia" w:hAnsi="Georgia"/>
          <w:b w:val="0"/>
          <w:i w:val="0"/>
          <w:color w:val="22201D"/>
          <w:sz w:val="20"/>
        </w:rPr>
        <w:t>Steve recorded only:</w:t>
      </w:r>
    </w:p>
    <w:p>
      <w:pPr>
        <w:spacing w:after="60" w:line="250" w:lineRule="auto"/>
        <w:ind w:left="202" w:right="173"/>
      </w:pPr>
      <w:r>
        <w:rPr>
          <w:rFonts w:ascii="Georgia" w:hAnsi="Georgia"/>
          <w:b w:val="0"/>
          <w:i w:val="0"/>
          <w:color w:val="22201D"/>
          <w:sz w:val="17"/>
        </w:rPr>
        <w:t>cleanup task completed by assigned user</w:t>
      </w:r>
    </w:p>
    <w:p>
      <w:pPr>
        <w:spacing w:after="60" w:line="266" w:lineRule="auto"/>
        <w:ind w:firstLine="331"/>
        <w:jc w:val="both"/>
      </w:pPr>
      <w:r>
        <w:rPr>
          <w:rFonts w:ascii="Georgia" w:hAnsi="Georgia"/>
          <w:b w:val="0"/>
          <w:i w:val="0"/>
          <w:color w:val="22201D"/>
          <w:sz w:val="20"/>
        </w:rPr>
        <w:t>Nico declined commentary so completely that he almost looked peaceful.</w:t>
      </w:r>
    </w:p>
    <w:p>
      <w:pPr>
        <w:spacing w:after="60" w:line="266" w:lineRule="auto"/>
        <w:ind w:firstLine="331"/>
        <w:jc w:val="both"/>
      </w:pPr>
      <w:r>
        <w:rPr>
          <w:rFonts w:ascii="Georgia" w:hAnsi="Georgia"/>
          <w:b w:val="0"/>
          <w:i w:val="0"/>
          <w:color w:val="22201D"/>
          <w:sz w:val="20"/>
        </w:rPr>
        <w:t>When the spoons were clean, Flocc dried them and put them back where Gerald pointed.</w:t>
      </w:r>
    </w:p>
    <w:p>
      <w:pPr>
        <w:spacing w:after="60" w:line="266" w:lineRule="auto"/>
        <w:ind w:firstLine="331"/>
        <w:jc w:val="both"/>
      </w:pPr>
      <w:r>
        <w:rPr>
          <w:rFonts w:ascii="Georgia" w:hAnsi="Georgia"/>
          <w:b w:val="0"/>
          <w:i w:val="0"/>
          <w:color w:val="22201D"/>
          <w:sz w:val="20"/>
        </w:rPr>
        <w:t>The pantry lights settled.</w:t>
      </w:r>
    </w:p>
    <w:p>
      <w:pPr>
        <w:spacing w:after="60" w:line="266" w:lineRule="auto"/>
        <w:ind w:firstLine="331"/>
        <w:jc w:val="both"/>
      </w:pPr>
      <w:r>
        <w:rPr>
          <w:rFonts w:ascii="Georgia" w:hAnsi="Georgia"/>
          <w:b w:val="0"/>
          <w:i w:val="0"/>
          <w:color w:val="22201D"/>
          <w:sz w:val="20"/>
        </w:rPr>
        <w:t>Not dimmed.</w:t>
      </w:r>
    </w:p>
    <w:p>
      <w:pPr>
        <w:spacing w:after="60" w:line="266" w:lineRule="auto"/>
        <w:ind w:firstLine="331"/>
        <w:jc w:val="both"/>
      </w:pPr>
      <w:r>
        <w:rPr>
          <w:rFonts w:ascii="Georgia" w:hAnsi="Georgia"/>
          <w:b w:val="0"/>
          <w:i w:val="0"/>
          <w:color w:val="22201D"/>
          <w:sz w:val="20"/>
        </w:rPr>
        <w:t>Settled.</w:t>
      </w:r>
    </w:p>
    <w:p>
      <w:pPr>
        <w:spacing w:after="60" w:line="266" w:lineRule="auto"/>
        <w:ind w:firstLine="331"/>
        <w:jc w:val="both"/>
      </w:pPr>
      <w:r>
        <w:rPr>
          <w:rFonts w:ascii="Georgia" w:hAnsi="Georgia"/>
          <w:b w:val="0"/>
          <w:i w:val="0"/>
          <w:color w:val="22201D"/>
          <w:sz w:val="20"/>
        </w:rPr>
        <w:t>The final pantry card produced a small removable bottom strip.</w:t>
      </w:r>
    </w:p>
    <w:p>
      <w:pPr>
        <w:spacing w:after="60" w:line="266" w:lineRule="auto"/>
        <w:ind w:firstLine="331"/>
        <w:jc w:val="both"/>
      </w:pPr>
      <w:r>
        <w:rPr>
          <w:rFonts w:ascii="Georgia" w:hAnsi="Georgia"/>
          <w:b w:val="0"/>
          <w:i w:val="0"/>
          <w:color w:val="22201D"/>
          <w:sz w:val="20"/>
        </w:rPr>
        <w:t>Bob tore it off and handed it to the Hostess.</w:t>
      </w:r>
    </w:p>
    <w:p>
      <w:pPr>
        <w:spacing w:after="60" w:line="266" w:lineRule="auto"/>
        <w:ind w:firstLine="331"/>
        <w:jc w:val="both"/>
      </w:pPr>
      <w:r>
        <w:rPr>
          <w:rFonts w:ascii="Georgia" w:hAnsi="Georgia"/>
          <w:b w:val="0"/>
          <w:i w:val="0"/>
          <w:color w:val="22201D"/>
          <w:sz w:val="20"/>
        </w:rPr>
        <w:t>She read it, then clipped it to the series record.</w:t>
      </w:r>
    </w:p>
    <w:p>
      <w:pPr>
        <w:spacing w:after="60" w:line="250" w:lineRule="auto"/>
        <w:ind w:left="202" w:right="173"/>
      </w:pPr>
      <w:r>
        <w:rPr>
          <w:rFonts w:ascii="Georgia" w:hAnsi="Georgia"/>
          <w:b w:val="0"/>
          <w:i w:val="0"/>
          <w:color w:val="22201D"/>
          <w:sz w:val="17"/>
        </w:rPr>
        <w:t>THE PANTRY AT THE CENTER OF MISUNDERSTANDING  Full draft condition: usable not solved  Handoff: The Sauce That Signed Its Own Waiver</w:t>
      </w:r>
    </w:p>
    <w:p>
      <w:pPr>
        <w:spacing w:after="60" w:line="266" w:lineRule="auto"/>
        <w:ind w:firstLine="331"/>
        <w:jc w:val="both"/>
      </w:pPr>
      <w:r>
        <w:rPr>
          <w:rFonts w:ascii="Georgia" w:hAnsi="Georgia"/>
          <w:b w:val="0"/>
          <w:i w:val="0"/>
          <w:color w:val="22201D"/>
          <w:sz w:val="20"/>
        </w:rPr>
        <w:t>The sauce shelf did not open the future.</w:t>
      </w:r>
    </w:p>
    <w:p>
      <w:pPr>
        <w:spacing w:after="60" w:line="266" w:lineRule="auto"/>
        <w:ind w:firstLine="331"/>
        <w:jc w:val="both"/>
      </w:pPr>
      <w:r>
        <w:rPr>
          <w:rFonts w:ascii="Georgia" w:hAnsi="Georgia"/>
          <w:b w:val="0"/>
          <w:i w:val="0"/>
          <w:color w:val="22201D"/>
          <w:sz w:val="20"/>
        </w:rPr>
        <w:t>The future stayed on its side of the label.</w:t>
      </w:r>
    </w:p>
    <w:p>
      <w:pPr>
        <w:spacing w:after="60" w:line="266" w:lineRule="auto"/>
        <w:ind w:firstLine="331"/>
        <w:jc w:val="both"/>
      </w:pPr>
      <w:r>
        <w:rPr>
          <w:rFonts w:ascii="Georgia" w:hAnsi="Georgia"/>
          <w:b w:val="0"/>
          <w:i w:val="0"/>
          <w:color w:val="22201D"/>
          <w:sz w:val="20"/>
        </w:rPr>
        <w:t>That was the most hopeful thing the pantry had done.</w:t>
      </w:r>
    </w:p>
    <w:sectPr w:rsidR="00FC693F" w:rsidRPr="0006063C" w:rsidSect="00034616">
      <w:headerReference w:type="default" r:id="rId9"/>
      <w:footerReference w:type="default" r:id="rId10"/>
      <w:pgSz w:w="8640" w:h="12960"/>
      <w:pgMar w:top="1037" w:right="950" w:bottom="1037" w:left="1181" w:header="461" w:footer="490" w:gutter="0"/>
      <w:cols w:space="720"/>
      <w:docGrid w:linePitch="360"/>
      <w:mirrorMargin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b w:val="0"/>
        <w:i w:val="0"/>
        <w:color w:val="705C37"/>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b w:val="0"/>
        <w:i w:val="0"/>
        <w:color w:val="7E6435"/>
        <w:sz w:val="14"/>
      </w:rPr>
      <w:t>WAYWARD DINERS   •   NORTHSTAR PRIME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6" w:lineRule="auto" w:after="60"/>
    </w:pPr>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Pantry at the Center of Misunderstanding</dc:title>
  <dc:subject>A speculative comic novel</dc:subject>
  <dc:creator>NorthStar Prime</dc:creator>
  <cp:keywords>NorthStar Prime, Wayward Diners, speculative comic fiction</cp:keywords>
  <dc:description>generated by python-docx</dc:description>
  <cp:lastModifiedBy/>
  <cp:revision>1</cp:revision>
  <dcterms:created xsi:type="dcterms:W3CDTF">2013-12-23T23:15:00Z</dcterms:created>
  <dcterms:modified xsi:type="dcterms:W3CDTF">2013-12-23T23:15:00Z</dcterms:modified>
  <cp:category/>
</cp:coreProperties>
</file>