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MENU_THAT_SHOULDNT_EXIST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MENU THAT</w:t>
        <w:br/>
        <w:t>SHOULDN'T EXIST</w:t>
      </w:r>
    </w:p>
    <w:p>
      <w:pPr>
        <w:jc w:val="center"/>
      </w:pPr>
      <w:r>
        <w:rPr>
          <w:rFonts w:ascii="Georgia" w:hAnsi="Georgia"/>
          <w:b w:val="0"/>
          <w:i/>
          <w:color w:val="4C5154"/>
          <w:sz w:val="22"/>
        </w:rPr>
        <w:t>Wayward Diners • Book Two</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Menu That Shouldn't Exist</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Menu That Shouldn't Exist</w:t>
      </w:r>
    </w:p>
    <w:p>
      <w:pPr>
        <w:spacing w:after="42"/>
      </w:pPr>
      <w:r>
        <w:rPr>
          <w:rFonts w:ascii="Georgia" w:hAnsi="Georgia"/>
          <w:b w:val="0"/>
          <w:i w:val="0"/>
          <w:color w:val="47433D"/>
          <w:sz w:val="18"/>
        </w:rPr>
        <w:t>Chapter 2: Appetizers for the Apocalypse</w:t>
      </w:r>
    </w:p>
    <w:p>
      <w:pPr>
        <w:spacing w:after="42"/>
      </w:pPr>
      <w:r>
        <w:rPr>
          <w:rFonts w:ascii="Georgia" w:hAnsi="Georgia"/>
          <w:b w:val="0"/>
          <w:i w:val="0"/>
          <w:color w:val="47433D"/>
          <w:sz w:val="18"/>
        </w:rPr>
        <w:t>Chapter 3: Bob's Mushroom Theorem</w:t>
      </w:r>
    </w:p>
    <w:p>
      <w:pPr>
        <w:spacing w:after="42"/>
      </w:pPr>
      <w:r>
        <w:rPr>
          <w:rFonts w:ascii="Georgia" w:hAnsi="Georgia"/>
          <w:b w:val="0"/>
          <w:i w:val="0"/>
          <w:color w:val="47433D"/>
          <w:sz w:val="18"/>
        </w:rPr>
        <w:t>Chapter 4: The Dessert That Eats You</w:t>
      </w:r>
    </w:p>
    <w:p>
      <w:pPr>
        <w:spacing w:after="42"/>
      </w:pPr>
      <w:r>
        <w:rPr>
          <w:rFonts w:ascii="Georgia" w:hAnsi="Georgia"/>
          <w:b w:val="0"/>
          <w:i w:val="0"/>
          <w:color w:val="47433D"/>
          <w:sz w:val="18"/>
        </w:rPr>
        <w:t>Chapter 5: The Tea of Enlightenment</w:t>
      </w:r>
    </w:p>
    <w:p>
      <w:pPr>
        <w:spacing w:after="42"/>
      </w:pPr>
      <w:r>
        <w:rPr>
          <w:rFonts w:ascii="Georgia" w:hAnsi="Georgia"/>
          <w:b w:val="0"/>
          <w:i w:val="0"/>
          <w:color w:val="47433D"/>
          <w:sz w:val="18"/>
        </w:rPr>
        <w:t>Chapter 6: The Spice Rack Is a Library</w:t>
      </w:r>
    </w:p>
    <w:p>
      <w:pPr>
        <w:spacing w:after="42"/>
      </w:pPr>
      <w:r>
        <w:rPr>
          <w:rFonts w:ascii="Georgia" w:hAnsi="Georgia"/>
          <w:b w:val="0"/>
          <w:i w:val="0"/>
          <w:color w:val="47433D"/>
          <w:sz w:val="18"/>
        </w:rPr>
        <w:t>Chapter 7: The Dishwasher Wants a Raise</w:t>
      </w:r>
    </w:p>
    <w:p>
      <w:pPr>
        <w:spacing w:after="42"/>
      </w:pPr>
      <w:r>
        <w:rPr>
          <w:rFonts w:ascii="Georgia" w:hAnsi="Georgia"/>
          <w:b w:val="0"/>
          <w:i w:val="0"/>
          <w:color w:val="47433D"/>
          <w:sz w:val="18"/>
        </w:rPr>
        <w:t>Chapter 8: The Business License Starts Praying</w:t>
      </w:r>
    </w:p>
    <w:p>
      <w:pPr>
        <w:spacing w:after="42"/>
      </w:pPr>
      <w:r>
        <w:rPr>
          <w:rFonts w:ascii="Georgia" w:hAnsi="Georgia"/>
          <w:b w:val="0"/>
          <w:i w:val="0"/>
          <w:color w:val="47433D"/>
          <w:sz w:val="18"/>
        </w:rPr>
        <w:t>Chapter 9: The Kitchen Refuses the Floorplan</w:t>
      </w:r>
    </w:p>
    <w:p>
      <w:pPr>
        <w:spacing w:after="42"/>
      </w:pPr>
      <w:r>
        <w:rPr>
          <w:rFonts w:ascii="Georgia" w:hAnsi="Georgia"/>
          <w:b w:val="0"/>
          <w:i w:val="0"/>
          <w:color w:val="47433D"/>
          <w:sz w:val="18"/>
        </w:rPr>
        <w:t>Chapter 10: The Menu Adds a Page</w:t>
      </w:r>
    </w:p>
    <w:p>
      <w:pPr>
        <w:spacing w:after="42"/>
      </w:pPr>
      <w:r>
        <w:rPr>
          <w:rFonts w:ascii="Georgia" w:hAnsi="Georgia"/>
          <w:b w:val="0"/>
          <w:i w:val="0"/>
          <w:color w:val="47433D"/>
          <w:sz w:val="18"/>
        </w:rPr>
        <w:t>Chapter 11: The Footnote Escapes the Page</w:t>
      </w:r>
    </w:p>
    <w:p>
      <w:pPr>
        <w:spacing w:after="42"/>
      </w:pPr>
      <w:r>
        <w:rPr>
          <w:rFonts w:ascii="Georgia" w:hAnsi="Georgia"/>
          <w:b w:val="0"/>
          <w:i w:val="0"/>
          <w:color w:val="47433D"/>
          <w:sz w:val="18"/>
        </w:rPr>
        <w:t>Chapter 12: The Check Arrives Before Dinner</w:t>
      </w:r>
    </w:p>
    <w:p>
      <w:r>
        <w:br w:type="page"/>
      </w:r>
    </w:p>
    <w:p>
      <w:pPr>
        <w:spacing w:before="1680" w:after="520"/>
        <w:jc w:val="center"/>
      </w:pPr>
      <w:r>
        <w:rPr>
          <w:rFonts w:ascii="Georgia" w:hAnsi="Georgia"/>
          <w:b/>
          <w:i w:val="0"/>
          <w:color w:val="654919"/>
          <w:sz w:val="36"/>
        </w:rPr>
        <w:t>Prelude: The Return Invitation Is Honored Incorrectly</w:t>
      </w:r>
    </w:p>
    <w:p>
      <w:pPr>
        <w:spacing w:after="60" w:line="266" w:lineRule="auto"/>
        <w:ind w:firstLine="0"/>
        <w:jc w:val="both"/>
      </w:pPr>
      <w:r>
        <w:rPr>
          <w:rFonts w:ascii="Georgia" w:hAnsi="Georgia"/>
          <w:b w:val="0"/>
          <w:i w:val="0"/>
          <w:color w:val="22201D"/>
          <w:sz w:val="20"/>
        </w:rPr>
        <w:t>Flocc waited three days before returning to Emoji Soup, which was two days, twenty-three hours, and approximately forty-seven minutes longer than he had intended.</w:t>
      </w:r>
    </w:p>
    <w:p>
      <w:pPr>
        <w:spacing w:after="60" w:line="266" w:lineRule="auto"/>
        <w:ind w:firstLine="331"/>
        <w:jc w:val="both"/>
      </w:pPr>
      <w:r>
        <w:rPr>
          <w:rFonts w:ascii="Georgia" w:hAnsi="Georgia"/>
          <w:b w:val="0"/>
          <w:i w:val="0"/>
          <w:color w:val="22201D"/>
          <w:sz w:val="20"/>
        </w:rPr>
        <w:t>This was not because he had become patient.</w:t>
      </w:r>
    </w:p>
    <w:p>
      <w:pPr>
        <w:spacing w:after="60" w:line="266" w:lineRule="auto"/>
        <w:ind w:firstLine="331"/>
        <w:jc w:val="both"/>
      </w:pPr>
      <w:r>
        <w:rPr>
          <w:rFonts w:ascii="Georgia" w:hAnsi="Georgia"/>
          <w:b w:val="0"/>
          <w:i w:val="0"/>
          <w:color w:val="22201D"/>
          <w:sz w:val="20"/>
        </w:rPr>
        <w:t>He had not become patient. He had become the sort of man who owned a receipt that warmed in his wallet when he lied to himself, which was a related condition but not the same one.</w:t>
      </w:r>
    </w:p>
    <w:p>
      <w:pPr>
        <w:spacing w:after="60" w:line="266" w:lineRule="auto"/>
        <w:ind w:firstLine="331"/>
        <w:jc w:val="both"/>
      </w:pPr>
      <w:r>
        <w:rPr>
          <w:rFonts w:ascii="Georgia" w:hAnsi="Georgia"/>
          <w:b w:val="0"/>
          <w:i w:val="0"/>
          <w:color w:val="22201D"/>
          <w:sz w:val="20"/>
        </w:rPr>
        <w:t>On the first day, he told himself he should not rush back to a restaurant that had charged him one accurate phone call and returned him to the sidewalk with his socks still wet. On the second day, he told himself that returning too quickly would look needy, as though a building that appeared only when it had something to say could be impressed by emotional restraint. On the third day, he bought a sandwich from a place with an honest sign, an honest menu, and mustard that tasted exactly like mustard, and while eating it he felt so grateful for the absence of symbolic consequence that he nearly cried into the wax paper.</w:t>
      </w:r>
    </w:p>
    <w:p>
      <w:pPr>
        <w:spacing w:after="60" w:line="266" w:lineRule="auto"/>
        <w:ind w:firstLine="331"/>
        <w:jc w:val="both"/>
      </w:pPr>
      <w:r>
        <w:rPr>
          <w:rFonts w:ascii="Georgia" w:hAnsi="Georgia"/>
          <w:b w:val="0"/>
          <w:i w:val="0"/>
          <w:color w:val="22201D"/>
          <w:sz w:val="20"/>
        </w:rPr>
        <w:t>That evening, the receipt warmed in his pocket.</w:t>
      </w:r>
    </w:p>
    <w:p>
      <w:pPr>
        <w:spacing w:after="60" w:line="266" w:lineRule="auto"/>
        <w:ind w:firstLine="331"/>
        <w:jc w:val="both"/>
      </w:pPr>
      <w:r>
        <w:rPr>
          <w:rFonts w:ascii="Georgia" w:hAnsi="Georgia"/>
          <w:b w:val="0"/>
          <w:i w:val="0"/>
          <w:color w:val="22201D"/>
          <w:sz w:val="20"/>
        </w:rPr>
        <w:t>Not dramatically. Not with flames. Not even with the theatrical dignity of a prophecy. It warmed like a phone that had been charging too long under a pillow.</w:t>
      </w:r>
    </w:p>
    <w:p>
      <w:pPr>
        <w:spacing w:after="60" w:line="266" w:lineRule="auto"/>
        <w:ind w:firstLine="331"/>
        <w:jc w:val="both"/>
      </w:pPr>
      <w:r>
        <w:rPr>
          <w:rFonts w:ascii="Georgia" w:hAnsi="Georgia"/>
          <w:b w:val="0"/>
          <w:i w:val="0"/>
          <w:color w:val="22201D"/>
          <w:sz w:val="20"/>
        </w:rPr>
        <w:t>He took it out.</w:t>
      </w:r>
    </w:p>
    <w:p>
      <w:pPr>
        <w:spacing w:after="60" w:line="266" w:lineRule="auto"/>
        <w:ind w:firstLine="331"/>
        <w:jc w:val="both"/>
      </w:pPr>
      <w:r>
        <w:rPr>
          <w:rFonts w:ascii="Georgia" w:hAnsi="Georgia"/>
          <w:b w:val="0"/>
          <w:i w:val="0"/>
          <w:color w:val="22201D"/>
          <w:sz w:val="20"/>
        </w:rPr>
        <w:t>The line still read:</w:t>
      </w:r>
    </w:p>
    <w:p>
      <w:pPr>
        <w:spacing w:after="60" w:line="250" w:lineRule="auto"/>
        <w:ind w:left="202" w:right="173"/>
      </w:pPr>
      <w:r>
        <w:rPr>
          <w:rFonts w:ascii="Georgia" w:hAnsi="Georgia"/>
          <w:b w:val="0"/>
          <w:i w:val="0"/>
          <w:color w:val="22201D"/>
          <w:sz w:val="17"/>
        </w:rPr>
        <w:t>Return invitation active. Next course pending: The Menu That Shouldn't Exist.</w:t>
      </w:r>
    </w:p>
    <w:p>
      <w:pPr>
        <w:spacing w:after="60" w:line="266" w:lineRule="auto"/>
        <w:ind w:firstLine="331"/>
        <w:jc w:val="both"/>
      </w:pPr>
      <w:r>
        <w:rPr>
          <w:rFonts w:ascii="Georgia" w:hAnsi="Georgia"/>
          <w:b w:val="0"/>
          <w:i w:val="0"/>
          <w:color w:val="22201D"/>
          <w:sz w:val="20"/>
        </w:rPr>
        <w:t>Below that, a new line had printed itself in the same tiny restaurant typeface:</w:t>
      </w:r>
    </w:p>
    <w:p>
      <w:pPr>
        <w:spacing w:after="60" w:line="250" w:lineRule="auto"/>
        <w:ind w:left="202" w:right="173"/>
      </w:pPr>
      <w:r>
        <w:rPr>
          <w:rFonts w:ascii="Georgia" w:hAnsi="Georgia"/>
          <w:b w:val="0"/>
          <w:i w:val="0"/>
          <w:color w:val="22201D"/>
          <w:sz w:val="17"/>
        </w:rPr>
        <w:t>Do not confuse pending with scheduled.</w:t>
      </w:r>
    </w:p>
    <w:p>
      <w:pPr>
        <w:spacing w:after="60" w:line="266" w:lineRule="auto"/>
        <w:ind w:firstLine="331"/>
        <w:jc w:val="both"/>
      </w:pPr>
      <w:r>
        <w:rPr>
          <w:rFonts w:ascii="Georgia" w:hAnsi="Georgia"/>
          <w:b w:val="0"/>
          <w:i w:val="0"/>
          <w:color w:val="22201D"/>
          <w:sz w:val="20"/>
        </w:rPr>
        <w:t>Flocc stared at it for a full minute.</w:t>
      </w:r>
    </w:p>
    <w:p>
      <w:pPr>
        <w:spacing w:after="60" w:line="266" w:lineRule="auto"/>
        <w:ind w:firstLine="331"/>
        <w:jc w:val="both"/>
      </w:pPr>
      <w:r>
        <w:rPr>
          <w:rFonts w:ascii="Georgia" w:hAnsi="Georgia"/>
          <w:b w:val="0"/>
          <w:i w:val="0"/>
          <w:color w:val="22201D"/>
          <w:sz w:val="20"/>
        </w:rPr>
        <w:t>"That is not helpful," he said.</w:t>
      </w:r>
    </w:p>
    <w:p>
      <w:pPr>
        <w:spacing w:after="60" w:line="266" w:lineRule="auto"/>
        <w:ind w:firstLine="331"/>
        <w:jc w:val="both"/>
      </w:pPr>
      <w:r>
        <w:rPr>
          <w:rFonts w:ascii="Georgia" w:hAnsi="Georgia"/>
          <w:b w:val="0"/>
          <w:i w:val="0"/>
          <w:color w:val="22201D"/>
          <w:sz w:val="20"/>
        </w:rPr>
        <w:t>The receipt added:</w:t>
      </w:r>
    </w:p>
    <w:p>
      <w:pPr>
        <w:spacing w:after="60" w:line="250" w:lineRule="auto"/>
        <w:ind w:left="202" w:right="173"/>
      </w:pPr>
      <w:r>
        <w:rPr>
          <w:rFonts w:ascii="Georgia" w:hAnsi="Georgia"/>
          <w:b w:val="0"/>
          <w:i w:val="0"/>
          <w:color w:val="22201D"/>
          <w:sz w:val="17"/>
        </w:rPr>
        <w:t>Helpfulness surcharge waived.</w:t>
      </w:r>
    </w:p>
    <w:p>
      <w:pPr>
        <w:spacing w:after="60" w:line="266" w:lineRule="auto"/>
        <w:ind w:firstLine="331"/>
        <w:jc w:val="both"/>
      </w:pPr>
      <w:r>
        <w:rPr>
          <w:rFonts w:ascii="Georgia" w:hAnsi="Georgia"/>
          <w:b w:val="0"/>
          <w:i w:val="0"/>
          <w:color w:val="22201D"/>
          <w:sz w:val="20"/>
        </w:rPr>
        <w:t>He put on his coat.</w:t>
      </w:r>
    </w:p>
    <w:p>
      <w:pPr>
        <w:spacing w:after="60" w:line="266" w:lineRule="auto"/>
        <w:ind w:firstLine="331"/>
        <w:jc w:val="both"/>
      </w:pPr>
      <w:r>
        <w:rPr>
          <w:rFonts w:ascii="Georgia" w:hAnsi="Georgia"/>
          <w:b w:val="0"/>
          <w:i w:val="0"/>
          <w:color w:val="22201D"/>
          <w:sz w:val="20"/>
        </w:rPr>
        <w:t>Outside, Portland was doing its usual late-evening impersonation of a city that had been left in a sink: wet, reflective, full of softened edges, and faintly concerned about mold. Southeast Hawthorne held its lights close. Bike lanes shone. Bus cables drew black lines through the sky. Every storefront seemed to have become either a wellness concept, a record shop, a restaurant that apologized for not being gluten-free, or a place that sold objects made by people who had very strong feelings about clay.</w:t>
      </w:r>
    </w:p>
    <w:p>
      <w:pPr>
        <w:spacing w:after="60" w:line="266" w:lineRule="auto"/>
        <w:ind w:firstLine="331"/>
        <w:jc w:val="both"/>
      </w:pPr>
      <w:r>
        <w:rPr>
          <w:rFonts w:ascii="Georgia" w:hAnsi="Georgia"/>
          <w:b w:val="0"/>
          <w:i w:val="0"/>
          <w:color w:val="22201D"/>
          <w:sz w:val="20"/>
        </w:rPr>
        <w:t>Emoji Soup was not where it had been.</w:t>
      </w:r>
    </w:p>
    <w:p>
      <w:pPr>
        <w:spacing w:after="60" w:line="266" w:lineRule="auto"/>
        <w:ind w:firstLine="331"/>
        <w:jc w:val="both"/>
      </w:pPr>
      <w:r>
        <w:rPr>
          <w:rFonts w:ascii="Georgia" w:hAnsi="Georgia"/>
          <w:b w:val="0"/>
          <w:i w:val="0"/>
          <w:color w:val="22201D"/>
          <w:sz w:val="20"/>
        </w:rPr>
        <w:t>This was irritating but, by now, not persuasive.</w:t>
      </w:r>
    </w:p>
    <w:p>
      <w:pPr>
        <w:spacing w:after="60" w:line="266" w:lineRule="auto"/>
        <w:ind w:firstLine="331"/>
        <w:jc w:val="both"/>
      </w:pPr>
      <w:r>
        <w:rPr>
          <w:rFonts w:ascii="Georgia" w:hAnsi="Georgia"/>
          <w:b w:val="0"/>
          <w:i w:val="0"/>
          <w:color w:val="22201D"/>
          <w:sz w:val="20"/>
        </w:rPr>
        <w:t>Flocc checked the gap between the record shop and the Pilates studio. Nothing. He checked across the street, where a vintage furniture store had arranged three chairs in a window so that they appeared to be waiting for bad news. Nothing. He walked two blocks east and one block west, because this felt mathematically serious. Nothing.</w:t>
      </w:r>
    </w:p>
    <w:p>
      <w:pPr>
        <w:spacing w:after="60" w:line="266" w:lineRule="auto"/>
        <w:ind w:firstLine="331"/>
        <w:jc w:val="both"/>
      </w:pPr>
      <w:r>
        <w:rPr>
          <w:rFonts w:ascii="Georgia" w:hAnsi="Georgia"/>
          <w:b w:val="0"/>
          <w:i w:val="0"/>
          <w:color w:val="22201D"/>
          <w:sz w:val="20"/>
        </w:rPr>
        <w:t>The receipt warmed again.</w:t>
      </w:r>
    </w:p>
    <w:p>
      <w:pPr>
        <w:spacing w:after="60" w:line="250" w:lineRule="auto"/>
        <w:ind w:left="202" w:right="173"/>
      </w:pPr>
      <w:r>
        <w:rPr>
          <w:rFonts w:ascii="Georgia" w:hAnsi="Georgia"/>
          <w:b w:val="0"/>
          <w:i w:val="0"/>
          <w:color w:val="22201D"/>
          <w:sz w:val="17"/>
        </w:rPr>
        <w:t>You are early.</w:t>
      </w:r>
    </w:p>
    <w:p>
      <w:pPr>
        <w:spacing w:after="60" w:line="266" w:lineRule="auto"/>
        <w:ind w:firstLine="331"/>
        <w:jc w:val="both"/>
      </w:pPr>
      <w:r>
        <w:rPr>
          <w:rFonts w:ascii="Georgia" w:hAnsi="Georgia"/>
          <w:b w:val="0"/>
          <w:i w:val="0"/>
          <w:color w:val="22201D"/>
          <w:sz w:val="20"/>
        </w:rPr>
        <w:t>"I waited three days."</w:t>
      </w:r>
    </w:p>
    <w:p>
      <w:pPr>
        <w:spacing w:after="60" w:line="250" w:lineRule="auto"/>
        <w:ind w:left="202" w:right="173"/>
      </w:pPr>
      <w:r>
        <w:rPr>
          <w:rFonts w:ascii="Georgia" w:hAnsi="Georgia"/>
          <w:b w:val="0"/>
          <w:i w:val="0"/>
          <w:color w:val="22201D"/>
          <w:sz w:val="17"/>
        </w:rPr>
        <w:t>Incorrect unit.</w:t>
      </w:r>
    </w:p>
    <w:p>
      <w:pPr>
        <w:spacing w:after="60" w:line="266" w:lineRule="auto"/>
        <w:ind w:firstLine="331"/>
        <w:jc w:val="both"/>
      </w:pPr>
      <w:r>
        <w:rPr>
          <w:rFonts w:ascii="Georgia" w:hAnsi="Georgia"/>
          <w:b w:val="0"/>
          <w:i w:val="0"/>
          <w:color w:val="22201D"/>
          <w:sz w:val="20"/>
        </w:rPr>
        <w:t>Flocc stood under the awning of a closed nail salon and tried to feel like a person who understood the universe well enough to be annoyed by it.</w:t>
      </w:r>
    </w:p>
    <w:p>
      <w:pPr>
        <w:spacing w:after="60" w:line="266" w:lineRule="auto"/>
        <w:ind w:firstLine="331"/>
        <w:jc w:val="both"/>
      </w:pPr>
      <w:r>
        <w:rPr>
          <w:rFonts w:ascii="Georgia" w:hAnsi="Georgia"/>
          <w:b w:val="0"/>
          <w:i w:val="0"/>
          <w:color w:val="22201D"/>
          <w:sz w:val="20"/>
        </w:rPr>
        <w:t>He failed.</w:t>
      </w:r>
    </w:p>
    <w:p>
      <w:pPr>
        <w:spacing w:after="60" w:line="266" w:lineRule="auto"/>
        <w:ind w:firstLine="331"/>
        <w:jc w:val="both"/>
      </w:pPr>
      <w:r>
        <w:rPr>
          <w:rFonts w:ascii="Georgia" w:hAnsi="Georgia"/>
          <w:b w:val="0"/>
          <w:i w:val="0"/>
          <w:color w:val="22201D"/>
          <w:sz w:val="20"/>
        </w:rPr>
        <w:t>"What unit?"</w:t>
      </w:r>
    </w:p>
    <w:p>
      <w:pPr>
        <w:spacing w:after="60" w:line="266" w:lineRule="auto"/>
        <w:ind w:firstLine="331"/>
        <w:jc w:val="both"/>
      </w:pPr>
      <w:r>
        <w:rPr>
          <w:rFonts w:ascii="Georgia" w:hAnsi="Georgia"/>
          <w:b w:val="0"/>
          <w:i w:val="0"/>
          <w:color w:val="22201D"/>
          <w:sz w:val="20"/>
        </w:rPr>
        <w:t>The receipt hesitated. He had never seen paper hesitate before. It did so by becoming more blank than blankness normally permitted.</w:t>
      </w:r>
    </w:p>
    <w:p>
      <w:pPr>
        <w:spacing w:after="60" w:line="266" w:lineRule="auto"/>
        <w:ind w:firstLine="331"/>
        <w:jc w:val="both"/>
      </w:pPr>
      <w:r>
        <w:rPr>
          <w:rFonts w:ascii="Georgia" w:hAnsi="Georgia"/>
          <w:b w:val="0"/>
          <w:i w:val="0"/>
          <w:color w:val="22201D"/>
          <w:sz w:val="20"/>
        </w:rPr>
        <w:t>Then it printed:</w:t>
      </w:r>
    </w:p>
    <w:p>
      <w:pPr>
        <w:spacing w:after="60" w:line="250" w:lineRule="auto"/>
        <w:ind w:left="202" w:right="173"/>
      </w:pPr>
      <w:r>
        <w:rPr>
          <w:rFonts w:ascii="Georgia" w:hAnsi="Georgia"/>
          <w:b w:val="0"/>
          <w:i w:val="0"/>
          <w:color w:val="22201D"/>
          <w:sz w:val="17"/>
        </w:rPr>
        <w:t>Hunger.</w:t>
      </w:r>
    </w:p>
    <w:p>
      <w:pPr>
        <w:spacing w:after="60" w:line="266" w:lineRule="auto"/>
        <w:ind w:firstLine="331"/>
        <w:jc w:val="both"/>
      </w:pPr>
      <w:r>
        <w:rPr>
          <w:rFonts w:ascii="Georgia" w:hAnsi="Georgia"/>
          <w:b w:val="0"/>
          <w:i w:val="0"/>
          <w:color w:val="22201D"/>
          <w:sz w:val="20"/>
        </w:rPr>
        <w:t>That was worse.</w:t>
      </w:r>
    </w:p>
    <w:p>
      <w:pPr>
        <w:spacing w:after="60" w:line="266" w:lineRule="auto"/>
        <w:ind w:firstLine="331"/>
        <w:jc w:val="both"/>
      </w:pPr>
      <w:r>
        <w:rPr>
          <w:rFonts w:ascii="Georgia" w:hAnsi="Georgia"/>
          <w:b w:val="0"/>
          <w:i w:val="0"/>
          <w:color w:val="22201D"/>
          <w:sz w:val="20"/>
        </w:rPr>
        <w:t>Time, at least, could be accused of passing unfairly. Hunger could not. Hunger had no bureaucratic office, no address, no appeals process, no clerk named Steve who might misfile it into mercy. Hunger simply arrived, and if ignored, became everything else.</w:t>
      </w:r>
    </w:p>
    <w:p>
      <w:pPr>
        <w:spacing w:after="60" w:line="266" w:lineRule="auto"/>
        <w:ind w:firstLine="331"/>
        <w:jc w:val="both"/>
      </w:pPr>
      <w:r>
        <w:rPr>
          <w:rFonts w:ascii="Georgia" w:hAnsi="Georgia"/>
          <w:b w:val="0"/>
          <w:i w:val="0"/>
          <w:color w:val="22201D"/>
          <w:sz w:val="20"/>
        </w:rPr>
        <w:t>Flocc folded the receipt once, then unfolded it immediately because folding it felt like ending the conversation.</w:t>
      </w:r>
    </w:p>
    <w:p>
      <w:pPr>
        <w:spacing w:after="60" w:line="266" w:lineRule="auto"/>
        <w:ind w:firstLine="331"/>
        <w:jc w:val="both"/>
      </w:pPr>
      <w:r>
        <w:rPr>
          <w:rFonts w:ascii="Georgia" w:hAnsi="Georgia"/>
          <w:b w:val="0"/>
          <w:i w:val="0"/>
          <w:color w:val="22201D"/>
          <w:sz w:val="20"/>
        </w:rPr>
        <w:t>"I am hungry," he said.</w:t>
      </w:r>
    </w:p>
    <w:p>
      <w:pPr>
        <w:spacing w:after="60" w:line="266" w:lineRule="auto"/>
        <w:ind w:firstLine="331"/>
        <w:jc w:val="both"/>
      </w:pPr>
      <w:r>
        <w:rPr>
          <w:rFonts w:ascii="Georgia" w:hAnsi="Georgia"/>
          <w:b w:val="0"/>
          <w:i w:val="0"/>
          <w:color w:val="22201D"/>
          <w:sz w:val="20"/>
        </w:rPr>
        <w:t>The receipt did not answer.</w:t>
      </w:r>
    </w:p>
    <w:p>
      <w:pPr>
        <w:spacing w:after="60" w:line="266" w:lineRule="auto"/>
        <w:ind w:firstLine="331"/>
        <w:jc w:val="both"/>
      </w:pPr>
      <w:r>
        <w:rPr>
          <w:rFonts w:ascii="Georgia" w:hAnsi="Georgia"/>
          <w:b w:val="0"/>
          <w:i w:val="0"/>
          <w:color w:val="22201D"/>
          <w:sz w:val="20"/>
        </w:rPr>
        <w:t>He had eaten the sandwich. He was not empty. That distinction, which had walked beside him all the way home after his last visit, now stood in front of him like a door that had learned to be a question.</w:t>
      </w:r>
    </w:p>
    <w:p>
      <w:pPr>
        <w:spacing w:after="60" w:line="266" w:lineRule="auto"/>
        <w:ind w:firstLine="331"/>
        <w:jc w:val="both"/>
      </w:pPr>
      <w:r>
        <w:rPr>
          <w:rFonts w:ascii="Georgia" w:hAnsi="Georgia"/>
          <w:b w:val="0"/>
          <w:i w:val="0"/>
          <w:color w:val="22201D"/>
          <w:sz w:val="20"/>
        </w:rPr>
        <w:t>He tried again.</w:t>
      </w:r>
    </w:p>
    <w:p>
      <w:pPr>
        <w:spacing w:after="60" w:line="266" w:lineRule="auto"/>
        <w:ind w:firstLine="331"/>
        <w:jc w:val="both"/>
      </w:pPr>
      <w:r>
        <w:rPr>
          <w:rFonts w:ascii="Georgia" w:hAnsi="Georgia"/>
          <w:b w:val="0"/>
          <w:i w:val="0"/>
          <w:color w:val="22201D"/>
          <w:sz w:val="20"/>
        </w:rPr>
        <w:t>"I am hungry for the menu."</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"I am hungry for the answer."</w:t>
      </w:r>
    </w:p>
    <w:p>
      <w:pPr>
        <w:spacing w:after="60" w:line="266" w:lineRule="auto"/>
        <w:ind w:firstLine="331"/>
        <w:jc w:val="both"/>
      </w:pPr>
      <w:r>
        <w:rPr>
          <w:rFonts w:ascii="Georgia" w:hAnsi="Georgia"/>
          <w:b w:val="0"/>
          <w:i w:val="0"/>
          <w:color w:val="22201D"/>
          <w:sz w:val="20"/>
        </w:rPr>
        <w:t>Nothing, but colder.</w:t>
      </w:r>
    </w:p>
    <w:p>
      <w:pPr>
        <w:spacing w:after="60" w:line="266" w:lineRule="auto"/>
        <w:ind w:firstLine="331"/>
        <w:jc w:val="both"/>
      </w:pPr>
      <w:r>
        <w:rPr>
          <w:rFonts w:ascii="Georgia" w:hAnsi="Georgia"/>
          <w:b w:val="0"/>
          <w:i w:val="0"/>
          <w:color w:val="22201D"/>
          <w:sz w:val="20"/>
        </w:rPr>
        <w:t>"Fine," he said. "I am hungry because I do not know how to be changed without becoming ridiculous."</w:t>
      </w:r>
    </w:p>
    <w:p>
      <w:pPr>
        <w:spacing w:after="60" w:line="266" w:lineRule="auto"/>
        <w:ind w:firstLine="331"/>
        <w:jc w:val="both"/>
      </w:pPr>
      <w:r>
        <w:rPr>
          <w:rFonts w:ascii="Georgia" w:hAnsi="Georgia"/>
          <w:b w:val="0"/>
          <w:i w:val="0"/>
          <w:color w:val="22201D"/>
          <w:sz w:val="20"/>
        </w:rPr>
        <w:t>The receipt warmed.</w:t>
      </w:r>
    </w:p>
    <w:p>
      <w:pPr>
        <w:spacing w:after="60" w:line="266" w:lineRule="auto"/>
        <w:ind w:firstLine="331"/>
        <w:jc w:val="both"/>
      </w:pPr>
      <w:r>
        <w:rPr>
          <w:rFonts w:ascii="Georgia" w:hAnsi="Georgia"/>
          <w:b w:val="0"/>
          <w:i w:val="0"/>
          <w:color w:val="22201D"/>
          <w:sz w:val="20"/>
        </w:rPr>
        <w:t>Not approval. Recognition.</w:t>
      </w:r>
    </w:p>
    <w:p>
      <w:pPr>
        <w:spacing w:after="60" w:line="266" w:lineRule="auto"/>
        <w:ind w:firstLine="331"/>
        <w:jc w:val="both"/>
      </w:pPr>
      <w:r>
        <w:rPr>
          <w:rFonts w:ascii="Georgia" w:hAnsi="Georgia"/>
          <w:b w:val="0"/>
          <w:i w:val="0"/>
          <w:color w:val="22201D"/>
          <w:sz w:val="20"/>
        </w:rPr>
        <w:t>Across the street, between the furniture store and a shop selling lamps made from driftwood in ways driftwood would not have chosen, a narrow door appeared. It was not the door from before. That door had been painted a color Flocc had privately classified as institutional teal with spiritual intentions. This door was red. Not fire-engine red. Not warning red. Tomato red. Sauce red. The red of something that had been cooked down until it had become certain of itself.</w:t>
      </w:r>
    </w:p>
    <w:p>
      <w:pPr>
        <w:spacing w:after="60" w:line="266" w:lineRule="auto"/>
        <w:ind w:firstLine="331"/>
        <w:jc w:val="both"/>
      </w:pPr>
      <w:r>
        <w:rPr>
          <w:rFonts w:ascii="Georgia" w:hAnsi="Georgia"/>
          <w:b w:val="0"/>
          <w:i w:val="0"/>
          <w:color w:val="22201D"/>
          <w:sz w:val="20"/>
        </w:rPr>
        <w:t>Above it hung no sign.</w:t>
      </w:r>
    </w:p>
    <w:p>
      <w:pPr>
        <w:spacing w:after="60" w:line="266" w:lineRule="auto"/>
        <w:ind w:firstLine="331"/>
        <w:jc w:val="both"/>
      </w:pPr>
      <w:r>
        <w:rPr>
          <w:rFonts w:ascii="Georgia" w:hAnsi="Georgia"/>
          <w:b w:val="0"/>
          <w:i w:val="0"/>
          <w:color w:val="22201D"/>
          <w:sz w:val="20"/>
        </w:rPr>
        <w:t>Below the handle, taped at eye level, was a paper notice.</w:t>
      </w:r>
    </w:p>
    <w:p>
      <w:pPr>
        <w:spacing w:after="60" w:line="250" w:lineRule="auto"/>
        <w:ind w:left="202" w:right="173"/>
      </w:pPr>
      <w:r>
        <w:rPr>
          <w:rFonts w:ascii="Georgia" w:hAnsi="Georgia"/>
          <w:b w:val="0"/>
          <w:i w:val="0"/>
          <w:color w:val="22201D"/>
          <w:sz w:val="17"/>
        </w:rPr>
        <w:t>EMOJI SOUP  Return invitations honored conditionally. Walk-ins accepted if already walking. Reservations unavailable in this tense.</w:t>
      </w:r>
    </w:p>
    <w:p>
      <w:pPr>
        <w:spacing w:after="60" w:line="266" w:lineRule="auto"/>
        <w:ind w:firstLine="331"/>
        <w:jc w:val="both"/>
      </w:pPr>
      <w:r>
        <w:rPr>
          <w:rFonts w:ascii="Georgia" w:hAnsi="Georgia"/>
          <w:b w:val="0"/>
          <w:i w:val="0"/>
          <w:color w:val="22201D"/>
          <w:sz w:val="20"/>
        </w:rPr>
        <w:t>Flocc crossed the street.</w:t>
      </w:r>
    </w:p>
    <w:p>
      <w:pPr>
        <w:spacing w:after="60" w:line="266" w:lineRule="auto"/>
        <w:ind w:firstLine="331"/>
        <w:jc w:val="both"/>
      </w:pPr>
      <w:r>
        <w:rPr>
          <w:rFonts w:ascii="Georgia" w:hAnsi="Georgia"/>
          <w:b w:val="0"/>
          <w:i w:val="0"/>
          <w:color w:val="22201D"/>
          <w:sz w:val="20"/>
        </w:rPr>
        <w:t>The door did not open when he reached for it.</w:t>
      </w:r>
    </w:p>
    <w:p>
      <w:pPr>
        <w:spacing w:after="60" w:line="266" w:lineRule="auto"/>
        <w:ind w:firstLine="331"/>
        <w:jc w:val="both"/>
      </w:pPr>
      <w:r>
        <w:rPr>
          <w:rFonts w:ascii="Georgia" w:hAnsi="Georgia"/>
          <w:b w:val="0"/>
          <w:i w:val="0"/>
          <w:color w:val="22201D"/>
          <w:sz w:val="20"/>
        </w:rPr>
        <w:t>This was new.</w:t>
      </w:r>
    </w:p>
    <w:p>
      <w:pPr>
        <w:spacing w:after="60" w:line="266" w:lineRule="auto"/>
        <w:ind w:firstLine="331"/>
        <w:jc w:val="both"/>
      </w:pPr>
      <w:r>
        <w:rPr>
          <w:rFonts w:ascii="Georgia" w:hAnsi="Georgia"/>
          <w:b w:val="0"/>
          <w:i w:val="0"/>
          <w:color w:val="22201D"/>
          <w:sz w:val="20"/>
        </w:rPr>
        <w:t>He tried the handle twice, then once more in the special human way of pretending the first two attempts had been research.</w:t>
      </w:r>
    </w:p>
    <w:p>
      <w:pPr>
        <w:spacing w:after="60" w:line="266" w:lineRule="auto"/>
        <w:ind w:firstLine="331"/>
        <w:jc w:val="both"/>
      </w:pPr>
      <w:r>
        <w:rPr>
          <w:rFonts w:ascii="Georgia" w:hAnsi="Georgia"/>
          <w:b w:val="0"/>
          <w:i w:val="0"/>
          <w:color w:val="22201D"/>
          <w:sz w:val="20"/>
        </w:rPr>
        <w:t>Locked.</w:t>
      </w:r>
    </w:p>
    <w:p>
      <w:pPr>
        <w:spacing w:after="60" w:line="266" w:lineRule="auto"/>
        <w:ind w:firstLine="331"/>
        <w:jc w:val="both"/>
      </w:pPr>
      <w:r>
        <w:rPr>
          <w:rFonts w:ascii="Georgia" w:hAnsi="Georgia"/>
          <w:b w:val="0"/>
          <w:i w:val="0"/>
          <w:color w:val="22201D"/>
          <w:sz w:val="20"/>
        </w:rPr>
        <w:t>From somewhere on the other side came the sound of a chair being dragged across a floor.</w:t>
      </w:r>
    </w:p>
    <w:p>
      <w:pPr>
        <w:spacing w:after="60" w:line="266" w:lineRule="auto"/>
        <w:ind w:firstLine="331"/>
        <w:jc w:val="both"/>
      </w:pPr>
      <w:r>
        <w:rPr>
          <w:rFonts w:ascii="Georgia" w:hAnsi="Georgia"/>
          <w:b w:val="0"/>
          <w:i w:val="0"/>
          <w:color w:val="22201D"/>
          <w:sz w:val="20"/>
        </w:rPr>
        <w:t>Flocc raised his hand to knock.</w:t>
      </w:r>
    </w:p>
    <w:p>
      <w:pPr>
        <w:spacing w:after="60" w:line="266" w:lineRule="auto"/>
        <w:ind w:firstLine="331"/>
        <w:jc w:val="both"/>
      </w:pPr>
      <w:r>
        <w:rPr>
          <w:rFonts w:ascii="Georgia" w:hAnsi="Georgia"/>
          <w:b w:val="0"/>
          <w:i w:val="0"/>
          <w:color w:val="22201D"/>
          <w:sz w:val="20"/>
        </w:rPr>
        <w:t>The notice changed.</w:t>
      </w:r>
    </w:p>
    <w:p>
      <w:pPr>
        <w:spacing w:after="60" w:line="250" w:lineRule="auto"/>
        <w:ind w:left="202" w:right="173"/>
      </w:pPr>
      <w:r>
        <w:rPr>
          <w:rFonts w:ascii="Georgia" w:hAnsi="Georgia"/>
          <w:b w:val="0"/>
          <w:i w:val="0"/>
          <w:color w:val="22201D"/>
          <w:sz w:val="17"/>
        </w:rPr>
        <w:t>Do not knock unless you intend to be answered.</w:t>
      </w:r>
    </w:p>
    <w:p>
      <w:pPr>
        <w:spacing w:after="60" w:line="266" w:lineRule="auto"/>
        <w:ind w:firstLine="331"/>
        <w:jc w:val="both"/>
      </w:pPr>
      <w:r>
        <w:rPr>
          <w:rFonts w:ascii="Georgia" w:hAnsi="Georgia"/>
          <w:b w:val="0"/>
          <w:i w:val="0"/>
          <w:color w:val="22201D"/>
          <w:sz w:val="20"/>
        </w:rPr>
        <w:t>He lowered his hand.</w:t>
      </w:r>
    </w:p>
    <w:p>
      <w:pPr>
        <w:spacing w:after="60" w:line="266" w:lineRule="auto"/>
        <w:ind w:firstLine="331"/>
        <w:jc w:val="both"/>
      </w:pPr>
      <w:r>
        <w:rPr>
          <w:rFonts w:ascii="Georgia" w:hAnsi="Georgia"/>
          <w:b w:val="0"/>
          <w:i w:val="0"/>
          <w:color w:val="22201D"/>
          <w:sz w:val="20"/>
        </w:rPr>
        <w:t>This was, he felt, unfairly specific.</w:t>
      </w:r>
    </w:p>
    <w:p>
      <w:pPr>
        <w:spacing w:after="60" w:line="266" w:lineRule="auto"/>
        <w:ind w:firstLine="331"/>
        <w:jc w:val="both"/>
      </w:pPr>
      <w:r>
        <w:rPr>
          <w:rFonts w:ascii="Georgia" w:hAnsi="Georgia"/>
          <w:b w:val="0"/>
          <w:i w:val="0"/>
          <w:color w:val="22201D"/>
          <w:sz w:val="20"/>
        </w:rPr>
        <w:t>In the window beside the door, his reflection looked back at him with the drained politeness of a man who had recently made one real phone call and was not yet ready for what that implied. Behind his reflection, where the shop interior should have been dark, he saw a dining room. Tables. Lamps. A long counter. Someone moving past with a stack of plates. The hostess, or host-entity, or whatever grammar applied, stood at the far end with her back to him, writing something in a book so large it deserved its own weather.</w:t>
      </w:r>
    </w:p>
    <w:p>
      <w:pPr>
        <w:spacing w:after="60" w:line="266" w:lineRule="auto"/>
        <w:ind w:firstLine="331"/>
        <w:jc w:val="both"/>
      </w:pPr>
      <w:r>
        <w:rPr>
          <w:rFonts w:ascii="Georgia" w:hAnsi="Georgia"/>
          <w:b w:val="0"/>
          <w:i w:val="0"/>
          <w:color w:val="22201D"/>
          <w:sz w:val="20"/>
        </w:rPr>
        <w:t>She did not turn around.</w:t>
      </w:r>
    </w:p>
    <w:p>
      <w:pPr>
        <w:spacing w:after="60" w:line="266" w:lineRule="auto"/>
        <w:ind w:firstLine="331"/>
        <w:jc w:val="both"/>
      </w:pPr>
      <w:r>
        <w:rPr>
          <w:rFonts w:ascii="Georgia" w:hAnsi="Georgia"/>
          <w:b w:val="0"/>
          <w:i w:val="0"/>
          <w:color w:val="22201D"/>
          <w:sz w:val="20"/>
        </w:rPr>
        <w:t>Flocc held up the receipt.</w:t>
      </w:r>
    </w:p>
    <w:p>
      <w:pPr>
        <w:spacing w:after="60" w:line="266" w:lineRule="auto"/>
        <w:ind w:firstLine="331"/>
        <w:jc w:val="both"/>
      </w:pPr>
      <w:r>
        <w:rPr>
          <w:rFonts w:ascii="Georgia" w:hAnsi="Georgia"/>
          <w:b w:val="0"/>
          <w:i w:val="0"/>
          <w:color w:val="22201D"/>
          <w:sz w:val="20"/>
        </w:rPr>
        <w:t>The door unlocked.</w:t>
      </w:r>
    </w:p>
    <w:p>
      <w:pPr>
        <w:spacing w:after="60" w:line="266" w:lineRule="auto"/>
        <w:ind w:firstLine="331"/>
        <w:jc w:val="both"/>
      </w:pPr>
      <w:r>
        <w:rPr>
          <w:rFonts w:ascii="Georgia" w:hAnsi="Georgia"/>
          <w:b w:val="0"/>
          <w:i w:val="0"/>
          <w:color w:val="22201D"/>
          <w:sz w:val="20"/>
        </w:rPr>
        <w:t>He stepped inside.</w:t>
      </w:r>
    </w:p>
    <w:p>
      <w:pPr>
        <w:spacing w:after="60" w:line="266" w:lineRule="auto"/>
        <w:ind w:firstLine="331"/>
        <w:jc w:val="both"/>
      </w:pPr>
      <w:r>
        <w:rPr>
          <w:rFonts w:ascii="Georgia" w:hAnsi="Georgia"/>
          <w:b w:val="0"/>
          <w:i w:val="0"/>
          <w:color w:val="22201D"/>
          <w:sz w:val="20"/>
        </w:rPr>
        <w:t>The bell above the door rang once. It sounded like a spoon touching glass.</w:t>
      </w:r>
    </w:p>
    <w:p>
      <w:pPr>
        <w:spacing w:after="60" w:line="266" w:lineRule="auto"/>
        <w:ind w:firstLine="331"/>
        <w:jc w:val="both"/>
      </w:pPr>
      <w:r>
        <w:rPr>
          <w:rFonts w:ascii="Georgia" w:hAnsi="Georgia"/>
          <w:b w:val="0"/>
          <w:i w:val="0"/>
          <w:color w:val="22201D"/>
          <w:sz w:val="20"/>
        </w:rPr>
        <w:t>"You're early," said the hostess.</w:t>
      </w:r>
    </w:p>
    <w:p>
      <w:pPr>
        <w:spacing w:after="60" w:line="266" w:lineRule="auto"/>
        <w:ind w:firstLine="331"/>
        <w:jc w:val="both"/>
      </w:pPr>
      <w:r>
        <w:rPr>
          <w:rFonts w:ascii="Georgia" w:hAnsi="Georgia"/>
          <w:b w:val="0"/>
          <w:i w:val="0"/>
          <w:color w:val="22201D"/>
          <w:sz w:val="20"/>
        </w:rPr>
        <w:t>Today she appeared to be a teenage girl with ancient eyes and a nose ring that looked like it had been made from something that had entered the atmosphere unwillingly. Her hair was tied back with a ribbon printed in tiny repeating symbols: an emoji, a Latin word, a bird-headed figure holding a bowl.</w:t>
      </w:r>
    </w:p>
    <w:p>
      <w:pPr>
        <w:spacing w:after="60" w:line="266" w:lineRule="auto"/>
        <w:ind w:firstLine="331"/>
        <w:jc w:val="both"/>
      </w:pPr>
      <w:r>
        <w:rPr>
          <w:rFonts w:ascii="Georgia" w:hAnsi="Georgia"/>
          <w:b w:val="0"/>
          <w:i w:val="0"/>
          <w:color w:val="22201D"/>
          <w:sz w:val="20"/>
        </w:rPr>
        <w:t>"I was told that," Flocc said.</w:t>
      </w:r>
    </w:p>
    <w:p>
      <w:pPr>
        <w:spacing w:after="60" w:line="266" w:lineRule="auto"/>
        <w:ind w:firstLine="331"/>
        <w:jc w:val="both"/>
      </w:pPr>
      <w:r>
        <w:rPr>
          <w:rFonts w:ascii="Georgia" w:hAnsi="Georgia"/>
          <w:b w:val="0"/>
          <w:i w:val="0"/>
          <w:color w:val="22201D"/>
          <w:sz w:val="20"/>
        </w:rPr>
        <w:t>"And yet?"</w:t>
      </w:r>
    </w:p>
    <w:p>
      <w:pPr>
        <w:spacing w:after="60" w:line="266" w:lineRule="auto"/>
        <w:ind w:firstLine="331"/>
        <w:jc w:val="both"/>
      </w:pPr>
      <w:r>
        <w:rPr>
          <w:rFonts w:ascii="Georgia" w:hAnsi="Georgia"/>
          <w:b w:val="0"/>
          <w:i w:val="0"/>
          <w:color w:val="22201D"/>
          <w:sz w:val="20"/>
        </w:rPr>
        <w:t>"And yet I came."</w:t>
      </w:r>
    </w:p>
    <w:p>
      <w:pPr>
        <w:spacing w:after="60" w:line="266" w:lineRule="auto"/>
        <w:ind w:firstLine="331"/>
        <w:jc w:val="both"/>
      </w:pPr>
      <w:r>
        <w:rPr>
          <w:rFonts w:ascii="Georgia" w:hAnsi="Georgia"/>
          <w:b w:val="0"/>
          <w:i w:val="0"/>
          <w:color w:val="22201D"/>
          <w:sz w:val="20"/>
        </w:rPr>
        <w:t>"That is not the same as returning."</w:t>
      </w:r>
    </w:p>
    <w:p>
      <w:pPr>
        <w:spacing w:after="60" w:line="266" w:lineRule="auto"/>
        <w:ind w:firstLine="331"/>
        <w:jc w:val="both"/>
      </w:pPr>
      <w:r>
        <w:rPr>
          <w:rFonts w:ascii="Georgia" w:hAnsi="Georgia"/>
          <w:b w:val="0"/>
          <w:i w:val="0"/>
          <w:color w:val="22201D"/>
          <w:sz w:val="20"/>
        </w:rPr>
        <w:t>He looked down at the receipt. "It says return invitation active."</w:t>
      </w:r>
    </w:p>
    <w:p>
      <w:pPr>
        <w:spacing w:after="60" w:line="266" w:lineRule="auto"/>
        <w:ind w:firstLine="331"/>
        <w:jc w:val="both"/>
      </w:pPr>
      <w:r>
        <w:rPr>
          <w:rFonts w:ascii="Georgia" w:hAnsi="Georgia"/>
          <w:b w:val="0"/>
          <w:i w:val="0"/>
          <w:color w:val="22201D"/>
          <w:sz w:val="20"/>
        </w:rPr>
        <w:t>"It does."</w:t>
      </w:r>
    </w:p>
    <w:p>
      <w:pPr>
        <w:spacing w:after="60" w:line="266" w:lineRule="auto"/>
        <w:ind w:firstLine="331"/>
        <w:jc w:val="both"/>
      </w:pPr>
      <w:r>
        <w:rPr>
          <w:rFonts w:ascii="Georgia" w:hAnsi="Georgia"/>
          <w:b w:val="0"/>
          <w:i w:val="0"/>
          <w:color w:val="22201D"/>
          <w:sz w:val="20"/>
        </w:rPr>
        <w:t>"I returned."</w:t>
      </w:r>
    </w:p>
    <w:p>
      <w:pPr>
        <w:spacing w:after="60" w:line="266" w:lineRule="auto"/>
        <w:ind w:firstLine="331"/>
        <w:jc w:val="both"/>
      </w:pPr>
      <w:r>
        <w:rPr>
          <w:rFonts w:ascii="Georgia" w:hAnsi="Georgia"/>
          <w:b w:val="0"/>
          <w:i w:val="0"/>
          <w:color w:val="22201D"/>
          <w:sz w:val="20"/>
        </w:rPr>
        <w:t>"You arrived."</w:t>
      </w:r>
    </w:p>
    <w:p>
      <w:pPr>
        <w:spacing w:after="60" w:line="266" w:lineRule="auto"/>
        <w:ind w:firstLine="331"/>
        <w:jc w:val="both"/>
      </w:pPr>
      <w:r>
        <w:rPr>
          <w:rFonts w:ascii="Georgia" w:hAnsi="Georgia"/>
          <w:b w:val="0"/>
          <w:i w:val="0"/>
          <w:color w:val="22201D"/>
          <w:sz w:val="20"/>
        </w:rPr>
        <w:t>The distinction annoyed him because it was obviously true.</w:t>
      </w:r>
    </w:p>
    <w:p>
      <w:pPr>
        <w:spacing w:after="60" w:line="266" w:lineRule="auto"/>
        <w:ind w:firstLine="331"/>
        <w:jc w:val="both"/>
      </w:pPr>
      <w:r>
        <w:rPr>
          <w:rFonts w:ascii="Georgia" w:hAnsi="Georgia"/>
          <w:b w:val="0"/>
          <w:i w:val="0"/>
          <w:color w:val="22201D"/>
          <w:sz w:val="20"/>
        </w:rPr>
        <w:t>She took the receipt from his hand, glanced at it, and made a small mark in the air beside the line Next course pending. The mark hung there for a second, glowing the color of broth under kitchen light, then vanished.</w:t>
      </w:r>
    </w:p>
    <w:p>
      <w:pPr>
        <w:spacing w:after="60" w:line="266" w:lineRule="auto"/>
        <w:ind w:firstLine="331"/>
        <w:jc w:val="both"/>
      </w:pPr>
      <w:r>
        <w:rPr>
          <w:rFonts w:ascii="Georgia" w:hAnsi="Georgia"/>
          <w:b w:val="0"/>
          <w:i w:val="0"/>
          <w:color w:val="22201D"/>
          <w:sz w:val="20"/>
        </w:rPr>
        <w:t>"Pending means the kitchen has accepted the possibility," she said. "It does not mean the table is ready."</w:t>
      </w:r>
    </w:p>
    <w:p>
      <w:pPr>
        <w:spacing w:after="60" w:line="266" w:lineRule="auto"/>
        <w:ind w:firstLine="331"/>
        <w:jc w:val="both"/>
      </w:pPr>
      <w:r>
        <w:rPr>
          <w:rFonts w:ascii="Georgia" w:hAnsi="Georgia"/>
          <w:b w:val="0"/>
          <w:i w:val="0"/>
          <w:color w:val="22201D"/>
          <w:sz w:val="20"/>
        </w:rPr>
        <w:t>"Is there a waiting list?"</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"Can I put my name on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"Why not?"</w:t>
      </w:r>
    </w:p>
    <w:p>
      <w:pPr>
        <w:spacing w:after="60" w:line="266" w:lineRule="auto"/>
        <w:ind w:firstLine="331"/>
        <w:jc w:val="both"/>
      </w:pPr>
      <w:r>
        <w:rPr>
          <w:rFonts w:ascii="Georgia" w:hAnsi="Georgia"/>
          <w:b w:val="0"/>
          <w:i w:val="0"/>
          <w:color w:val="22201D"/>
          <w:sz w:val="20"/>
        </w:rPr>
        <w:t>"You are already on it."</w:t>
      </w:r>
    </w:p>
    <w:p>
      <w:pPr>
        <w:spacing w:after="60" w:line="266" w:lineRule="auto"/>
        <w:ind w:firstLine="331"/>
        <w:jc w:val="both"/>
      </w:pPr>
      <w:r>
        <w:rPr>
          <w:rFonts w:ascii="Georgia" w:hAnsi="Georgia"/>
          <w:b w:val="0"/>
          <w:i w:val="0"/>
          <w:color w:val="22201D"/>
          <w:sz w:val="20"/>
        </w:rPr>
        <w:t>She pointed to a small lectern by the door. On it lay an enormous reservation book. The pages were thin and yellow and full of names written in different inks, different hands, different alphabets. Some names had been crossed out. Some had been circled. Some seemed to be growing roots into the paper.</w:t>
      </w:r>
    </w:p>
    <w:p>
      <w:pPr>
        <w:spacing w:after="60" w:line="266" w:lineRule="auto"/>
        <w:ind w:firstLine="331"/>
        <w:jc w:val="both"/>
      </w:pPr>
      <w:r>
        <w:rPr>
          <w:rFonts w:ascii="Georgia" w:hAnsi="Georgia"/>
          <w:b w:val="0"/>
          <w:i w:val="0"/>
          <w:color w:val="22201D"/>
          <w:sz w:val="20"/>
        </w:rPr>
        <w:t>Flocc found his name halfway down the open page.</w:t>
      </w:r>
    </w:p>
    <w:p>
      <w:pPr>
        <w:spacing w:after="60" w:line="266" w:lineRule="auto"/>
        <w:ind w:firstLine="331"/>
        <w:jc w:val="both"/>
      </w:pPr>
      <w:r>
        <w:rPr>
          <w:rFonts w:ascii="Georgia" w:hAnsi="Georgia"/>
          <w:b w:val="0"/>
          <w:i w:val="0"/>
          <w:color w:val="22201D"/>
          <w:sz w:val="20"/>
        </w:rPr>
        <w:t>It had been written before the ink existed.</w:t>
      </w:r>
    </w:p>
    <w:p>
      <w:pPr>
        <w:spacing w:after="60" w:line="266" w:lineRule="auto"/>
        <w:ind w:firstLine="331"/>
        <w:jc w:val="both"/>
      </w:pPr>
      <w:r>
        <w:rPr>
          <w:rFonts w:ascii="Georgia" w:hAnsi="Georgia"/>
          <w:b w:val="0"/>
          <w:i w:val="0"/>
          <w:color w:val="22201D"/>
          <w:sz w:val="20"/>
        </w:rPr>
        <w:t>Beside it, in the column marked Party Size, someone had written:</w:t>
      </w:r>
    </w:p>
    <w:p>
      <w:pPr>
        <w:spacing w:after="60" w:line="250" w:lineRule="auto"/>
        <w:ind w:left="202" w:right="173"/>
      </w:pPr>
      <w:r>
        <w:rPr>
          <w:rFonts w:ascii="Georgia" w:hAnsi="Georgia"/>
          <w:b w:val="0"/>
          <w:i w:val="0"/>
          <w:color w:val="22201D"/>
          <w:sz w:val="17"/>
        </w:rPr>
        <w:t>One, plus what he refuses to bring.</w:t>
      </w:r>
    </w:p>
    <w:p>
      <w:pPr>
        <w:spacing w:after="60" w:line="266" w:lineRule="auto"/>
        <w:ind w:firstLine="331"/>
        <w:jc w:val="both"/>
      </w:pPr>
      <w:r>
        <w:rPr>
          <w:rFonts w:ascii="Georgia" w:hAnsi="Georgia"/>
          <w:b w:val="0"/>
          <w:i w:val="0"/>
          <w:color w:val="22201D"/>
          <w:sz w:val="20"/>
        </w:rPr>
        <w:t>In the column marked Time, someone had written:</w:t>
      </w:r>
    </w:p>
    <w:p>
      <w:pPr>
        <w:spacing w:after="60" w:line="250" w:lineRule="auto"/>
        <w:ind w:left="202" w:right="173"/>
      </w:pPr>
      <w:r>
        <w:rPr>
          <w:rFonts w:ascii="Georgia" w:hAnsi="Georgia"/>
          <w:b w:val="0"/>
          <w:i w:val="0"/>
          <w:color w:val="22201D"/>
          <w:sz w:val="17"/>
        </w:rPr>
        <w:t>Third visit.</w:t>
      </w:r>
    </w:p>
    <w:p>
      <w:pPr>
        <w:spacing w:after="60" w:line="266" w:lineRule="auto"/>
        <w:ind w:firstLine="331"/>
        <w:jc w:val="both"/>
      </w:pPr>
      <w:r>
        <w:rPr>
          <w:rFonts w:ascii="Georgia" w:hAnsi="Georgia"/>
          <w:b w:val="0"/>
          <w:i w:val="0"/>
          <w:color w:val="22201D"/>
          <w:sz w:val="20"/>
        </w:rPr>
        <w:t>In the column marked Status, someone had written:</w:t>
      </w:r>
    </w:p>
    <w:p>
      <w:pPr>
        <w:spacing w:after="60" w:line="250" w:lineRule="auto"/>
        <w:ind w:left="202" w:right="173"/>
      </w:pPr>
      <w:r>
        <w:rPr>
          <w:rFonts w:ascii="Georgia" w:hAnsi="Georgia"/>
          <w:b w:val="0"/>
          <w:i w:val="0"/>
          <w:color w:val="22201D"/>
          <w:sz w:val="17"/>
        </w:rPr>
        <w:t>Hungry, but attempting to manage the optics.</w:t>
      </w:r>
    </w:p>
    <w:p>
      <w:pPr>
        <w:spacing w:after="60" w:line="266" w:lineRule="auto"/>
        <w:ind w:firstLine="331"/>
        <w:jc w:val="both"/>
      </w:pPr>
      <w:r>
        <w:rPr>
          <w:rFonts w:ascii="Georgia" w:hAnsi="Georgia"/>
          <w:b w:val="0"/>
          <w:i w:val="0"/>
          <w:color w:val="22201D"/>
          <w:sz w:val="20"/>
        </w:rPr>
        <w:t>"I object to that last part," Flocc said.</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The word noted appeared in the margin, followed by a small check mark that looked professionally unimpressed.</w:t>
      </w:r>
    </w:p>
    <w:p>
      <w:pPr>
        <w:spacing w:after="60" w:line="266" w:lineRule="auto"/>
        <w:ind w:firstLine="331"/>
        <w:jc w:val="both"/>
      </w:pPr>
      <w:r>
        <w:rPr>
          <w:rFonts w:ascii="Georgia" w:hAnsi="Georgia"/>
          <w:b w:val="0"/>
          <w:i w:val="0"/>
          <w:color w:val="22201D"/>
          <w:sz w:val="20"/>
        </w:rPr>
        <w:t>"May I sit down?"</w:t>
      </w:r>
    </w:p>
    <w:p>
      <w:pPr>
        <w:spacing w:after="60" w:line="266" w:lineRule="auto"/>
        <w:ind w:firstLine="331"/>
        <w:jc w:val="both"/>
      </w:pPr>
      <w:r>
        <w:rPr>
          <w:rFonts w:ascii="Georgia" w:hAnsi="Georgia"/>
          <w:b w:val="0"/>
          <w:i w:val="0"/>
          <w:color w:val="22201D"/>
          <w:sz w:val="20"/>
        </w:rPr>
        <w:t>"You may wait."</w:t>
      </w:r>
    </w:p>
    <w:p>
      <w:pPr>
        <w:spacing w:after="60" w:line="266" w:lineRule="auto"/>
        <w:ind w:firstLine="331"/>
        <w:jc w:val="both"/>
      </w:pPr>
      <w:r>
        <w:rPr>
          <w:rFonts w:ascii="Georgia" w:hAnsi="Georgia"/>
          <w:b w:val="0"/>
          <w:i w:val="0"/>
          <w:color w:val="22201D"/>
          <w:sz w:val="20"/>
        </w:rPr>
        <w:t>"Here?"</w:t>
      </w:r>
    </w:p>
    <w:p>
      <w:pPr>
        <w:spacing w:after="60" w:line="266" w:lineRule="auto"/>
        <w:ind w:firstLine="331"/>
        <w:jc w:val="both"/>
      </w:pPr>
      <w:r>
        <w:rPr>
          <w:rFonts w:ascii="Georgia" w:hAnsi="Georgia"/>
          <w:b w:val="0"/>
          <w:i w:val="0"/>
          <w:color w:val="22201D"/>
          <w:sz w:val="20"/>
        </w:rPr>
        <w:t>"Where else?"</w:t>
      </w:r>
    </w:p>
    <w:p>
      <w:pPr>
        <w:spacing w:after="60" w:line="266" w:lineRule="auto"/>
        <w:ind w:firstLine="331"/>
        <w:jc w:val="both"/>
      </w:pPr>
      <w:r>
        <w:rPr>
          <w:rFonts w:ascii="Georgia" w:hAnsi="Georgia"/>
          <w:b w:val="0"/>
          <w:i w:val="0"/>
          <w:color w:val="22201D"/>
          <w:sz w:val="20"/>
        </w:rPr>
        <w:t>She gestured to a narrow bench against the wall. The bench looked like church furniture that had left the church and started over. Above it hung a framed menu page, but the page was blank except for three columns headed by symbols he almost recognized.</w:t>
      </w:r>
    </w:p>
    <w:p>
      <w:pPr>
        <w:spacing w:after="60" w:line="266" w:lineRule="auto"/>
        <w:ind w:firstLine="331"/>
        <w:jc w:val="both"/>
      </w:pPr>
      <w:r>
        <w:rPr>
          <w:rFonts w:ascii="Georgia" w:hAnsi="Georgia"/>
          <w:b w:val="0"/>
          <w:i w:val="0"/>
          <w:color w:val="22201D"/>
          <w:sz w:val="20"/>
        </w:rPr>
        <w:t>Flocc sat.</w:t>
      </w:r>
    </w:p>
    <w:p>
      <w:pPr>
        <w:spacing w:after="60" w:line="266" w:lineRule="auto"/>
        <w:ind w:firstLine="331"/>
        <w:jc w:val="both"/>
      </w:pPr>
      <w:r>
        <w:rPr>
          <w:rFonts w:ascii="Georgia" w:hAnsi="Georgia"/>
          <w:b w:val="0"/>
          <w:i w:val="0"/>
          <w:color w:val="22201D"/>
          <w:sz w:val="20"/>
        </w:rPr>
        <w:t>For a while, nothing happened.</w:t>
      </w:r>
    </w:p>
    <w:p>
      <w:pPr>
        <w:spacing w:after="60" w:line="266" w:lineRule="auto"/>
        <w:ind w:firstLine="331"/>
        <w:jc w:val="both"/>
      </w:pPr>
      <w:r>
        <w:rPr>
          <w:rFonts w:ascii="Georgia" w:hAnsi="Georgia"/>
          <w:b w:val="0"/>
          <w:i w:val="0"/>
          <w:color w:val="22201D"/>
          <w:sz w:val="20"/>
        </w:rPr>
        <w:t>Then nothing continued happening with increasing specificity.</w:t>
      </w:r>
    </w:p>
    <w:p>
      <w:pPr>
        <w:spacing w:after="60" w:line="266" w:lineRule="auto"/>
        <w:ind w:firstLine="331"/>
        <w:jc w:val="both"/>
      </w:pPr>
      <w:r>
        <w:rPr>
          <w:rFonts w:ascii="Georgia" w:hAnsi="Georgia"/>
          <w:b w:val="0"/>
          <w:i w:val="0"/>
          <w:color w:val="22201D"/>
          <w:sz w:val="20"/>
        </w:rPr>
        <w:t>The restaurant moved around him. Customers entered and left, though he could not remember the door opening. A man in a raincoat received a bowl of soup and began apologizing to it. An elderly woman laughed so hard at a salad that the lights flickered. Bob passed through carrying a crate of mushrooms with the grave cheerfulness of a man entrusted with delicate explosives.</w:t>
      </w:r>
    </w:p>
    <w:p>
      <w:pPr>
        <w:spacing w:after="60" w:line="266" w:lineRule="auto"/>
        <w:ind w:firstLine="331"/>
        <w:jc w:val="both"/>
      </w:pPr>
      <w:r>
        <w:rPr>
          <w:rFonts w:ascii="Georgia" w:hAnsi="Georgia"/>
          <w:b w:val="0"/>
          <w:i w:val="0"/>
          <w:color w:val="22201D"/>
          <w:sz w:val="20"/>
        </w:rPr>
        <w:t>"Evening," Bob said.</w:t>
      </w:r>
    </w:p>
    <w:p>
      <w:pPr>
        <w:spacing w:after="60" w:line="266" w:lineRule="auto"/>
        <w:ind w:firstLine="331"/>
        <w:jc w:val="both"/>
      </w:pPr>
      <w:r>
        <w:rPr>
          <w:rFonts w:ascii="Georgia" w:hAnsi="Georgia"/>
          <w:b w:val="0"/>
          <w:i w:val="0"/>
          <w:color w:val="22201D"/>
          <w:sz w:val="20"/>
        </w:rPr>
        <w:t>"Hi, Bob."</w:t>
      </w:r>
    </w:p>
    <w:p>
      <w:pPr>
        <w:spacing w:after="60" w:line="266" w:lineRule="auto"/>
        <w:ind w:firstLine="331"/>
        <w:jc w:val="both"/>
      </w:pPr>
      <w:r>
        <w:rPr>
          <w:rFonts w:ascii="Georgia" w:hAnsi="Georgia"/>
          <w:b w:val="0"/>
          <w:i w:val="0"/>
          <w:color w:val="22201D"/>
          <w:sz w:val="20"/>
        </w:rPr>
        <w:t>"Don't rush the menu."</w:t>
      </w:r>
    </w:p>
    <w:p>
      <w:pPr>
        <w:spacing w:after="60" w:line="266" w:lineRule="auto"/>
        <w:ind w:firstLine="331"/>
        <w:jc w:val="both"/>
      </w:pPr>
      <w:r>
        <w:rPr>
          <w:rFonts w:ascii="Georgia" w:hAnsi="Georgia"/>
          <w:b w:val="0"/>
          <w:i w:val="0"/>
          <w:color w:val="22201D"/>
          <w:sz w:val="20"/>
        </w:rPr>
        <w:t>"I wasn't."</w:t>
      </w:r>
    </w:p>
    <w:p>
      <w:pPr>
        <w:spacing w:after="60" w:line="266" w:lineRule="auto"/>
        <w:ind w:firstLine="331"/>
        <w:jc w:val="both"/>
      </w:pPr>
      <w:r>
        <w:rPr>
          <w:rFonts w:ascii="Georgia" w:hAnsi="Georgia"/>
          <w:b w:val="0"/>
          <w:i w:val="0"/>
          <w:color w:val="22201D"/>
          <w:sz w:val="20"/>
        </w:rPr>
        <w:t>Bob gave him a look of deep agricultural skepticism and continued toward the kitchen.</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Eventually, the hostess returned and handed him something.</w:t>
      </w:r>
    </w:p>
    <w:p>
      <w:pPr>
        <w:spacing w:after="60" w:line="266" w:lineRule="auto"/>
        <w:ind w:firstLine="331"/>
        <w:jc w:val="both"/>
      </w:pPr>
      <w:r>
        <w:rPr>
          <w:rFonts w:ascii="Georgia" w:hAnsi="Georgia"/>
          <w:b w:val="0"/>
          <w:i w:val="0"/>
          <w:color w:val="22201D"/>
          <w:sz w:val="20"/>
        </w:rPr>
        <w:t>Not the menu.</w:t>
      </w:r>
    </w:p>
    <w:p>
      <w:pPr>
        <w:spacing w:after="60" w:line="266" w:lineRule="auto"/>
        <w:ind w:firstLine="331"/>
        <w:jc w:val="both"/>
      </w:pPr>
      <w:r>
        <w:rPr>
          <w:rFonts w:ascii="Georgia" w:hAnsi="Georgia"/>
          <w:b w:val="0"/>
          <w:i w:val="0"/>
          <w:color w:val="22201D"/>
          <w:sz w:val="20"/>
        </w:rPr>
        <w:t>A card.</w:t>
      </w:r>
    </w:p>
    <w:p>
      <w:pPr>
        <w:spacing w:after="60" w:line="250" w:lineRule="auto"/>
        <w:ind w:left="202" w:right="173"/>
      </w:pPr>
      <w:r>
        <w:rPr>
          <w:rFonts w:ascii="Georgia" w:hAnsi="Georgia"/>
          <w:b w:val="0"/>
          <w:i w:val="0"/>
          <w:color w:val="22201D"/>
          <w:sz w:val="17"/>
        </w:rPr>
        <w:t>WAITING CARD  Name: Flocc Visit: third, pending activation Course: The Menu That Shouldn't Exist Required condition: stop making hunger perform manners Interim instruction: notice what arrives before food</w:t>
      </w:r>
    </w:p>
    <w:p>
      <w:pPr>
        <w:spacing w:after="60" w:line="266" w:lineRule="auto"/>
        <w:ind w:firstLine="331"/>
        <w:jc w:val="both"/>
      </w:pPr>
      <w:r>
        <w:rPr>
          <w:rFonts w:ascii="Georgia" w:hAnsi="Georgia"/>
          <w:b w:val="0"/>
          <w:i w:val="0"/>
          <w:color w:val="22201D"/>
          <w:sz w:val="20"/>
        </w:rPr>
        <w:t>At the bottom, in smaller print:</w:t>
      </w:r>
    </w:p>
    <w:p>
      <w:pPr>
        <w:spacing w:after="60" w:line="250" w:lineRule="auto"/>
        <w:ind w:left="202" w:right="173"/>
      </w:pPr>
      <w:r>
        <w:rPr>
          <w:rFonts w:ascii="Georgia" w:hAnsi="Georgia"/>
          <w:b w:val="0"/>
          <w:i w:val="0"/>
          <w:color w:val="22201D"/>
          <w:sz w:val="17"/>
        </w:rPr>
        <w:t>Do not confuse being seated with being ready.</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"I don't know how to do that."</w:t>
      </w:r>
    </w:p>
    <w:p>
      <w:pPr>
        <w:spacing w:after="60" w:line="266" w:lineRule="auto"/>
        <w:ind w:firstLine="331"/>
        <w:jc w:val="both"/>
      </w:pPr>
      <w:r>
        <w:rPr>
          <w:rFonts w:ascii="Georgia" w:hAnsi="Georgia"/>
          <w:b w:val="0"/>
          <w:i w:val="0"/>
          <w:color w:val="22201D"/>
          <w:sz w:val="20"/>
        </w:rPr>
        <w:t>"Good," she said. "Knowing how would make the waiting decorative."</w:t>
      </w:r>
    </w:p>
    <w:p>
      <w:pPr>
        <w:spacing w:after="60" w:line="266" w:lineRule="auto"/>
        <w:ind w:firstLine="331"/>
        <w:jc w:val="both"/>
      </w:pPr>
      <w:r>
        <w:rPr>
          <w:rFonts w:ascii="Georgia" w:hAnsi="Georgia"/>
          <w:b w:val="0"/>
          <w:i w:val="0"/>
          <w:color w:val="22201D"/>
          <w:sz w:val="20"/>
        </w:rPr>
        <w:t>"How long?"</w:t>
      </w:r>
    </w:p>
    <w:p>
      <w:pPr>
        <w:spacing w:after="60" w:line="266" w:lineRule="auto"/>
        <w:ind w:firstLine="331"/>
        <w:jc w:val="both"/>
      </w:pPr>
      <w:r>
        <w:rPr>
          <w:rFonts w:ascii="Georgia" w:hAnsi="Georgia"/>
          <w:b w:val="0"/>
          <w:i w:val="0"/>
          <w:color w:val="22201D"/>
          <w:sz w:val="20"/>
        </w:rPr>
        <w:t>She smiled.</w:t>
      </w:r>
    </w:p>
    <w:p>
      <w:pPr>
        <w:spacing w:after="60" w:line="266" w:lineRule="auto"/>
        <w:ind w:firstLine="331"/>
        <w:jc w:val="both"/>
      </w:pPr>
      <w:r>
        <w:rPr>
          <w:rFonts w:ascii="Georgia" w:hAnsi="Georgia"/>
          <w:b w:val="0"/>
          <w:i w:val="0"/>
          <w:color w:val="22201D"/>
          <w:sz w:val="20"/>
        </w:rPr>
        <w:t>"Incorrect unit."</w:t>
      </w:r>
    </w:p>
    <w:p>
      <w:pPr>
        <w:spacing w:after="60" w:line="266" w:lineRule="auto"/>
        <w:ind w:firstLine="331"/>
        <w:jc w:val="both"/>
      </w:pPr>
      <w:r>
        <w:rPr>
          <w:rFonts w:ascii="Georgia" w:hAnsi="Georgia"/>
          <w:b w:val="0"/>
          <w:i w:val="0"/>
          <w:color w:val="22201D"/>
          <w:sz w:val="20"/>
        </w:rPr>
        <w:t>He almost laughed. It escaped as a breath first, then became the real thing halfway out.</w:t>
      </w:r>
    </w:p>
    <w:p>
      <w:pPr>
        <w:spacing w:after="60" w:line="266" w:lineRule="auto"/>
        <w:ind w:firstLine="331"/>
        <w:jc w:val="both"/>
      </w:pPr>
      <w:r>
        <w:rPr>
          <w:rFonts w:ascii="Georgia" w:hAnsi="Georgia"/>
          <w:b w:val="0"/>
          <w:i w:val="0"/>
          <w:color w:val="22201D"/>
          <w:sz w:val="20"/>
        </w:rPr>
        <w:t>The hostess took the waiting card back and placed it on the lectern. The reservation book turned one page by itself.</w:t>
      </w:r>
    </w:p>
    <w:p>
      <w:pPr>
        <w:spacing w:after="60" w:line="266" w:lineRule="auto"/>
        <w:ind w:firstLine="331"/>
        <w:jc w:val="both"/>
      </w:pPr>
      <w:r>
        <w:rPr>
          <w:rFonts w:ascii="Georgia" w:hAnsi="Georgia"/>
          <w:b w:val="0"/>
          <w:i w:val="0"/>
          <w:color w:val="22201D"/>
          <w:sz w:val="20"/>
        </w:rPr>
        <w:t>"Now," she said, "you may be early correctly."</w:t>
      </w:r>
    </w:p>
    <w:p>
      <w:pPr>
        <w:spacing w:after="60" w:line="266" w:lineRule="auto"/>
        <w:ind w:firstLine="331"/>
        <w:jc w:val="both"/>
      </w:pPr>
      <w:r>
        <w:rPr>
          <w:rFonts w:ascii="Georgia" w:hAnsi="Georgia"/>
          <w:b w:val="0"/>
          <w:i w:val="0"/>
          <w:color w:val="22201D"/>
          <w:sz w:val="20"/>
        </w:rPr>
        <w:t>The dining room changed.</w:t>
      </w:r>
    </w:p>
    <w:p>
      <w:pPr>
        <w:spacing w:after="60" w:line="266" w:lineRule="auto"/>
        <w:ind w:firstLine="331"/>
        <w:jc w:val="both"/>
      </w:pPr>
      <w:r>
        <w:rPr>
          <w:rFonts w:ascii="Georgia" w:hAnsi="Georgia"/>
          <w:b w:val="0"/>
          <w:i w:val="0"/>
          <w:color w:val="22201D"/>
          <w:sz w:val="20"/>
        </w:rPr>
        <w:t>Not all at once. A table that had been occupied became available without the people leaving. A lamp lowered its light. The blank framed menu above the bench filled, first with one symbol, then three, then so many that the white space seemed to retreat in embarrassment.</w:t>
      </w:r>
    </w:p>
    <w:p>
      <w:pPr>
        <w:spacing w:after="60" w:line="266" w:lineRule="auto"/>
        <w:ind w:firstLine="331"/>
        <w:jc w:val="both"/>
      </w:pPr>
      <w:r>
        <w:rPr>
          <w:rFonts w:ascii="Georgia" w:hAnsi="Georgia"/>
          <w:b w:val="0"/>
          <w:i w:val="0"/>
          <w:color w:val="22201D"/>
          <w:sz w:val="20"/>
        </w:rPr>
        <w:t>The hostess led him to a table near the window.</w:t>
      </w:r>
    </w:p>
    <w:p>
      <w:pPr>
        <w:spacing w:after="60" w:line="266" w:lineRule="auto"/>
        <w:ind w:firstLine="331"/>
        <w:jc w:val="both"/>
      </w:pPr>
      <w:r>
        <w:rPr>
          <w:rFonts w:ascii="Georgia" w:hAnsi="Georgia"/>
          <w:b w:val="0"/>
          <w:i w:val="0"/>
          <w:color w:val="22201D"/>
          <w:sz w:val="20"/>
        </w:rPr>
        <w:t>On it lay the menu.</w:t>
      </w:r>
    </w:p>
    <w:p>
      <w:pPr>
        <w:spacing w:after="60" w:line="266" w:lineRule="auto"/>
        <w:ind w:firstLine="331"/>
        <w:jc w:val="both"/>
      </w:pPr>
      <w:r>
        <w:rPr>
          <w:rFonts w:ascii="Georgia" w:hAnsi="Georgia"/>
          <w:b w:val="0"/>
          <w:i w:val="0"/>
          <w:color w:val="22201D"/>
          <w:sz w:val="20"/>
        </w:rPr>
        <w:t>He did not open it immediately.</w:t>
      </w:r>
    </w:p>
    <w:p>
      <w:pPr>
        <w:spacing w:after="60" w:line="266" w:lineRule="auto"/>
        <w:ind w:firstLine="331"/>
        <w:jc w:val="both"/>
      </w:pPr>
      <w:r>
        <w:rPr>
          <w:rFonts w:ascii="Georgia" w:hAnsi="Georgia"/>
          <w:b w:val="0"/>
          <w:i w:val="0"/>
          <w:color w:val="22201D"/>
          <w:sz w:val="20"/>
        </w:rPr>
        <w:t>This felt important.</w:t>
      </w:r>
    </w:p>
    <w:p>
      <w:pPr>
        <w:spacing w:after="60" w:line="266" w:lineRule="auto"/>
        <w:ind w:firstLine="331"/>
        <w:jc w:val="both"/>
      </w:pPr>
      <w:r>
        <w:rPr>
          <w:rFonts w:ascii="Georgia" w:hAnsi="Georgia"/>
          <w:b w:val="0"/>
          <w:i w:val="0"/>
          <w:color w:val="22201D"/>
          <w:sz w:val="20"/>
        </w:rPr>
        <w:t>"What happens if I read it wrong?" he asked.</w:t>
      </w:r>
    </w:p>
    <w:p>
      <w:pPr>
        <w:spacing w:after="60" w:line="266" w:lineRule="auto"/>
        <w:ind w:firstLine="331"/>
        <w:jc w:val="both"/>
      </w:pPr>
      <w:r>
        <w:rPr>
          <w:rFonts w:ascii="Georgia" w:hAnsi="Georgia"/>
          <w:b w:val="0"/>
          <w:i w:val="0"/>
          <w:color w:val="22201D"/>
          <w:sz w:val="20"/>
        </w:rPr>
        <w:t>"You already have."</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"And you came back."</w:t>
      </w:r>
    </w:p>
    <w:p>
      <w:pPr>
        <w:spacing w:after="60" w:line="266" w:lineRule="auto"/>
        <w:ind w:firstLine="331"/>
        <w:jc w:val="both"/>
      </w:pPr>
      <w:r>
        <w:rPr>
          <w:rFonts w:ascii="Georgia" w:hAnsi="Georgia"/>
          <w:b w:val="0"/>
          <w:i w:val="0"/>
          <w:color w:val="22201D"/>
          <w:sz w:val="20"/>
        </w:rPr>
        <w:t>She left him there.</w:t>
      </w:r>
    </w:p>
    <w:p>
      <w:pPr>
        <w:spacing w:after="60" w:line="266" w:lineRule="auto"/>
        <w:ind w:firstLine="331"/>
        <w:jc w:val="both"/>
      </w:pPr>
      <w:r>
        <w:rPr>
          <w:rFonts w:ascii="Georgia" w:hAnsi="Georgia"/>
          <w:b w:val="0"/>
          <w:i w:val="0"/>
          <w:color w:val="22201D"/>
          <w:sz w:val="20"/>
        </w:rPr>
        <w:t>Flocc put both hands flat on either side of the menu. His receipt lay beside it. The final line had changed again.</w:t>
      </w:r>
    </w:p>
    <w:p>
      <w:pPr>
        <w:spacing w:after="60" w:line="250" w:lineRule="auto"/>
        <w:ind w:left="202" w:right="173"/>
      </w:pPr>
      <w:r>
        <w:rPr>
          <w:rFonts w:ascii="Georgia" w:hAnsi="Georgia"/>
          <w:b w:val="0"/>
          <w:i w:val="0"/>
          <w:color w:val="22201D"/>
          <w:sz w:val="17"/>
        </w:rPr>
        <w:t>Return invitation honored incorrectly. Correction accepted. Third visit begins when hunger stops explaining itself.</w:t>
      </w:r>
    </w:p>
    <w:p>
      <w:pPr>
        <w:spacing w:after="60" w:line="266" w:lineRule="auto"/>
        <w:ind w:firstLine="331"/>
        <w:jc w:val="both"/>
      </w:pPr>
      <w:r>
        <w:rPr>
          <w:rFonts w:ascii="Georgia" w:hAnsi="Georgia"/>
          <w:b w:val="0"/>
          <w:i w:val="0"/>
          <w:color w:val="22201D"/>
          <w:sz w:val="20"/>
        </w:rPr>
        <w:t>Then the menu opened.</w:t>
      </w:r>
    </w:p>
    <w:p>
      <w:pPr>
        <w:spacing w:after="60" w:line="266" w:lineRule="auto"/>
        <w:ind w:firstLine="331"/>
        <w:jc w:val="both"/>
      </w:pPr>
      <w:r>
        <w:rPr>
          <w:rFonts w:ascii="Georgia" w:hAnsi="Georgia"/>
          <w:b w:val="0"/>
          <w:i w:val="0"/>
          <w:color w:val="22201D"/>
          <w:sz w:val="20"/>
        </w:rPr>
        <w:t>Not by magic. Not exactly. More like a book that had been waiting for the courtesy of being touched.</w:t>
      </w:r>
    </w:p>
    <w:p>
      <w:pPr>
        <w:spacing w:after="60" w:line="266" w:lineRule="auto"/>
        <w:ind w:firstLine="331"/>
        <w:jc w:val="both"/>
      </w:pPr>
      <w:r>
        <w:rPr>
          <w:rFonts w:ascii="Georgia" w:hAnsi="Georgia"/>
          <w:b w:val="0"/>
          <w:i w:val="0"/>
          <w:color w:val="22201D"/>
          <w:sz w:val="20"/>
        </w:rPr>
        <w:t>There were, at last count, fourteen separate and mutually contradictory explanations for how the Emoji Soup menu came into existence.</w:t>
      </w:r>
    </w:p>
    <w:p>
      <w:pPr>
        <w:spacing w:after="60" w:line="266" w:lineRule="auto"/>
        <w:ind w:firstLine="331"/>
        <w:jc w:val="both"/>
      </w:pPr>
      <w:r>
        <w:rPr>
          <w:rFonts w:ascii="Georgia" w:hAnsi="Georgia"/>
          <w:b w:val="0"/>
          <w:i w:val="0"/>
          <w:color w:val="22201D"/>
          <w:sz w:val="20"/>
        </w:rPr>
        <w:t>Flocc did not know any of them yet.</w:t>
      </w:r>
    </w:p>
    <w:p>
      <w:pPr>
        <w:spacing w:after="60" w:line="266" w:lineRule="auto"/>
        <w:ind w:firstLine="331"/>
        <w:jc w:val="both"/>
      </w:pPr>
      <w:r>
        <w:rPr>
          <w:rFonts w:ascii="Georgia" w:hAnsi="Georgia"/>
          <w:b w:val="0"/>
          <w:i w:val="0"/>
          <w:color w:val="22201D"/>
          <w:sz w:val="20"/>
        </w:rPr>
        <w:t>But the first thing he understood was that the menu had existed before the restaurant, before the building, before the city, and before the part of him that believed a person could schedule revelation between errands.</w:t>
      </w:r>
    </w:p>
    <w:p>
      <w:pPr>
        <w:spacing w:after="60" w:line="266" w:lineRule="auto"/>
        <w:ind w:firstLine="331"/>
        <w:jc w:val="both"/>
      </w:pPr>
      <w:r>
        <w:rPr>
          <w:rFonts w:ascii="Georgia" w:hAnsi="Georgia"/>
          <w:b w:val="0"/>
          <w:i w:val="0"/>
          <w:color w:val="22201D"/>
          <w:sz w:val="20"/>
        </w:rPr>
        <w:t>He leaned closer.</w:t>
      </w:r>
    </w:p>
    <w:p>
      <w:pPr>
        <w:spacing w:after="60" w:line="266" w:lineRule="auto"/>
        <w:ind w:firstLine="331"/>
        <w:jc w:val="both"/>
      </w:pPr>
      <w:r>
        <w:rPr>
          <w:rFonts w:ascii="Georgia" w:hAnsi="Georgia"/>
          <w:b w:val="0"/>
          <w:i w:val="0"/>
          <w:color w:val="22201D"/>
          <w:sz w:val="20"/>
        </w:rPr>
        <w:t>The first item was not an item.</w:t>
      </w:r>
    </w:p>
    <w:p>
      <w:pPr>
        <w:spacing w:after="60" w:line="266" w:lineRule="auto"/>
        <w:ind w:firstLine="331"/>
        <w:jc w:val="both"/>
      </w:pPr>
      <w:r>
        <w:rPr>
          <w:rFonts w:ascii="Georgia" w:hAnsi="Georgia"/>
          <w:b w:val="0"/>
          <w:i w:val="0"/>
          <w:color w:val="22201D"/>
          <w:sz w:val="20"/>
        </w:rPr>
        <w:t>It was a question.</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 The Menu That Shouldn't Exist</w:t>
      </w:r>
    </w:p>
    <w:p>
      <w:pPr>
        <w:spacing w:after="60" w:line="266" w:lineRule="auto"/>
        <w:ind w:firstLine="0"/>
        <w:jc w:val="both"/>
      </w:pPr>
      <w:r>
        <w:rPr>
          <w:rFonts w:ascii="Georgia" w:hAnsi="Georgia"/>
          <w:b w:val="0"/>
          <w:i w:val="0"/>
          <w:color w:val="22201D"/>
          <w:sz w:val="20"/>
        </w:rPr>
        <w:t>Original source: Part Two / Chapter Six.</w:t>
      </w:r>
    </w:p>
    <w:p>
      <w:pPr>
        <w:spacing w:after="60" w:line="266" w:lineRule="auto"/>
        <w:ind w:firstLine="331"/>
        <w:jc w:val="both"/>
      </w:pPr>
      <w:r>
        <w:rPr>
          <w:rFonts w:ascii="Georgia" w:hAnsi="Georgia"/>
          <w:b w:val="0"/>
          <w:i w:val="0"/>
          <w:color w:val="22201D"/>
          <w:sz w:val="20"/>
        </w:rPr>
        <w:t>In which we learn that the menu predates the restaurant, the restaurant predates the building, the building predates the city, and the city predates the idea of cities, and all of this is somehow the fault of a filing error in the Multnomah County Department of Records.</w:t>
      </w:r>
    </w:p>
    <w:p>
      <w:pPr>
        <w:spacing w:after="60" w:line="266" w:lineRule="auto"/>
        <w:ind w:firstLine="331"/>
        <w:jc w:val="both"/>
      </w:pPr>
      <w:r>
        <w:rPr>
          <w:rFonts w:ascii="Georgia" w:hAnsi="Georgia"/>
          <w:b w:val="0"/>
          <w:i w:val="0"/>
          <w:color w:val="22201D"/>
          <w:sz w:val="20"/>
        </w:rPr>
        <w:t>There are, at last count, fourteen separate and mutually contradictory explanations for how the Emoji Soup menu came into existence, and the beautiful thing is that all of them are true, in the same way that all maps of the earth are true even though none of them are the earth, and some of them put Greenland where it doesn't belong, and one of them -- the Mercator projection -- makes Africa look smaller than it is, which is a metaphor for something that this book is too polite to say out loud but that the menu says in hieroglyphs on page thirty-seven.[1]</w:t>
      </w:r>
    </w:p>
    <w:p>
      <w:pPr>
        <w:spacing w:after="60" w:line="250" w:lineRule="auto"/>
        <w:ind w:left="317" w:right="173"/>
      </w:pPr>
      <w:r>
        <w:rPr>
          <w:rFonts w:ascii="Georgia" w:hAnsi="Georgia"/>
          <w:b w:val="0"/>
          <w:i/>
          <w:color w:val="22201D"/>
          <w:sz w:val="18"/>
        </w:rPr>
        <w:t>Footnote: [1] The hieroglyphic phrase on page thirty-seven of the menu translates, roughly, to: "The largest things are always drawn smallest by people who are afraid of them." This appears next to the entry for the breadsticks, which are, by any measure, the least intimidating item on the menu, making the placement either a mistake or a commentary on the nature of fear. The chef has been asked about this. The chef smiled.</w:t>
      </w:r>
    </w:p>
    <w:p>
      <w:pPr>
        <w:spacing w:after="60" w:line="266" w:lineRule="auto"/>
        <w:ind w:firstLine="331"/>
        <w:jc w:val="both"/>
      </w:pPr>
      <w:r>
        <w:rPr>
          <w:rFonts w:ascii="Georgia" w:hAnsi="Georgia"/>
          <w:b w:val="0"/>
          <w:i w:val="0"/>
          <w:color w:val="22201D"/>
          <w:sz w:val="20"/>
        </w:rPr>
        <w:t>Here are the fourteen explanations, presented in no particular order because order implies hierarchy, and hierarchy implies someone is in charge, and nobody is in charge, least of all the person who appears to be in charge, which is a principle that applies equally to restaurants, governments, and families at Thanksgiving:</w:t>
      </w:r>
    </w:p>
    <w:p>
      <w:pPr>
        <w:spacing w:after="60" w:line="266" w:lineRule="auto"/>
        <w:ind w:firstLine="331"/>
        <w:jc w:val="both"/>
      </w:pPr>
      <w:r>
        <w:rPr>
          <w:rFonts w:ascii="Georgia" w:hAnsi="Georgia"/>
          <w:b w:val="0"/>
          <w:i w:val="0"/>
          <w:color w:val="22201D"/>
          <w:sz w:val="20"/>
        </w:rPr>
        <w:t>In 1987, a construction crew digging the foundation for what was supposed to be a Kinko's on Southeast Hawthorne Boulevard unearthed a ceramic tablet approximately three feet by two feet, fired in a kiln that carbon dating would later place at somewhere between "very old" and "impossibly old," depending on which lab you believed and whether you trusted the lab that was run by the man who had eaten at Emoji Soup and could no longer be relied upon to perceive time in the conventional direction.[2]</w:t>
      </w:r>
    </w:p>
    <w:p>
      <w:pPr>
        <w:spacing w:after="60" w:line="250" w:lineRule="auto"/>
        <w:ind w:left="317" w:right="173"/>
      </w:pPr>
      <w:r>
        <w:rPr>
          <w:rFonts w:ascii="Georgia" w:hAnsi="Georgia"/>
          <w:b w:val="0"/>
          <w:i/>
          <w:color w:val="22201D"/>
          <w:sz w:val="18"/>
        </w:rPr>
        <w:t>Footnote: [2] Dr. Felix Rinehart, formerly of the Oregon Museum of Science and Industry, now of a small cabin outside Estacada where he grows vegetables and stares at clouds. His last published paper was titled "On the Non-Linear Thermoluminescence of Objects That Remember Being Made," and it was rejected by every journal he submitted it to, not because it was wrong but because it was right in a way that made the peer reviewers feel strange in their stomachs.</w:t>
      </w:r>
    </w:p>
    <w:p>
      <w:pPr>
        <w:spacing w:after="60" w:line="266" w:lineRule="auto"/>
        <w:ind w:firstLine="331"/>
        <w:jc w:val="both"/>
      </w:pPr>
      <w:r>
        <w:rPr>
          <w:rFonts w:ascii="Georgia" w:hAnsi="Georgia"/>
          <w:b w:val="0"/>
          <w:i w:val="0"/>
          <w:color w:val="22201D"/>
          <w:sz w:val="20"/>
        </w:rPr>
        <w:t>The tablet was covered in symbols. Three columns. The left column contained small pictographic drawings that bore a suspicious resemblance to what we would now call emoji, if emoji had been invented by someone who also understood the Rosetta Stone and had opinions about umami. The middle column was in a Latin that predated classical Latin by a margin that made linguists uncomfortable, a proto-Latin or ur-Latin, a Latin that Latin was trying to grow up to be. The right column was in hieroglyphs -- not Egyptian hieroglyphs, exactly, but something adjacent, something that looked at Egyptian hieroglyphs the way a cousin looks at a cousin: recognizable, related, not the same.</w:t>
      </w:r>
    </w:p>
    <w:p>
      <w:pPr>
        <w:spacing w:after="60" w:line="266" w:lineRule="auto"/>
        <w:ind w:firstLine="331"/>
        <w:jc w:val="both"/>
      </w:pPr>
      <w:r>
        <w:rPr>
          <w:rFonts w:ascii="Georgia" w:hAnsi="Georgia"/>
          <w:b w:val="0"/>
          <w:i w:val="0"/>
          <w:color w:val="22201D"/>
          <w:sz w:val="20"/>
        </w:rPr>
        <w:t>The tablet was, unmistakably, a menu.</w:t>
      </w:r>
    </w:p>
    <w:p>
      <w:pPr>
        <w:spacing w:after="60" w:line="266" w:lineRule="auto"/>
        <w:ind w:firstLine="331"/>
        <w:jc w:val="both"/>
      </w:pPr>
      <w:r>
        <w:rPr>
          <w:rFonts w:ascii="Georgia" w:hAnsi="Georgia"/>
          <w:b w:val="0"/>
          <w:i w:val="0"/>
          <w:color w:val="22201D"/>
          <w:sz w:val="20"/>
        </w:rPr>
        <w:t>Item one: a soup. Price: nothing. Description: everything.</w:t>
      </w:r>
    </w:p>
    <w:p>
      <w:pPr>
        <w:spacing w:after="60" w:line="266" w:lineRule="auto"/>
        <w:ind w:firstLine="331"/>
        <w:jc w:val="both"/>
      </w:pPr>
      <w:r>
        <w:rPr>
          <w:rFonts w:ascii="Georgia" w:hAnsi="Georgia"/>
          <w:b w:val="0"/>
          <w:i w:val="0"/>
          <w:color w:val="22201D"/>
          <w:sz w:val="20"/>
        </w:rPr>
        <w:t>The Kinko's was never built. The construction crew quit. The foreman reportedly said, "I'm not building on top of a menu. That's bad luck in every culture," which is not a superstition that exists in any culture but which, once he said it, felt true enough that nobody argued.</w:t>
      </w:r>
    </w:p>
    <w:p>
      <w:pPr>
        <w:spacing w:after="60" w:line="266" w:lineRule="auto"/>
        <w:ind w:firstLine="331"/>
        <w:jc w:val="both"/>
      </w:pPr>
      <w:r>
        <w:rPr>
          <w:rFonts w:ascii="Georgia" w:hAnsi="Georgia"/>
          <w:b w:val="0"/>
          <w:i w:val="0"/>
          <w:color w:val="22201D"/>
          <w:sz w:val="20"/>
        </w:rPr>
        <w:t>According to the chef -- whichever chef, it doesn't matter, they all tell this story the same way, which is suspicious in exactly the right amount -- the menu was not written. The menu accreted. Like sediment. Like memory. Like the rings inside a very old tree that has been standing in the same place for so long that the place has started to take on the properties of the tree rather than the other way around.</w:t>
      </w:r>
    </w:p>
    <w:p>
      <w:pPr>
        <w:spacing w:after="60" w:line="266" w:lineRule="auto"/>
        <w:ind w:firstLine="331"/>
        <w:jc w:val="both"/>
      </w:pPr>
      <w:r>
        <w:rPr>
          <w:rFonts w:ascii="Georgia" w:hAnsi="Georgia"/>
          <w:b w:val="0"/>
          <w:i w:val="0"/>
          <w:color w:val="22201D"/>
          <w:sz w:val="20"/>
        </w:rPr>
        <w:t>The first item on the menu was not an item. It was a question.</w:t>
      </w:r>
    </w:p>
    <w:p>
      <w:pPr>
        <w:spacing w:after="60" w:line="266" w:lineRule="auto"/>
        <w:ind w:firstLine="331"/>
        <w:jc w:val="both"/>
      </w:pPr>
      <w:r>
        <w:rPr>
          <w:rFonts w:ascii="Georgia" w:hAnsi="Georgia"/>
          <w:b w:val="0"/>
          <w:i w:val="0"/>
          <w:color w:val="22201D"/>
          <w:sz w:val="20"/>
        </w:rPr>
        <w:t>Somebody, somewhere, at some point in the long, strange history of consciousness, asked: "What should I eat?"</w:t>
      </w:r>
    </w:p>
    <w:p>
      <w:pPr>
        <w:spacing w:after="60" w:line="266" w:lineRule="auto"/>
        <w:ind w:firstLine="331"/>
        <w:jc w:val="both"/>
      </w:pPr>
      <w:r>
        <w:rPr>
          <w:rFonts w:ascii="Georgia" w:hAnsi="Georgia"/>
          <w:b w:val="0"/>
          <w:i w:val="0"/>
          <w:color w:val="22201D"/>
          <w:sz w:val="20"/>
        </w:rPr>
        <w:t>This question, asked in perfect sincerity by a being that was hungry and didn't know what for, became the first line of the menu. Not because the question was recorded or written down. Because the question was asked, and sincere questions never disappear. They just accumulate, like snow, like debt, like the particular quality of silence that builds up in a house after the children have moved out. Sincere questions are the dark matter of the universe. You can't see them, but they account for most of the mass.[3]</w:t>
      </w:r>
    </w:p>
    <w:p>
      <w:pPr>
        <w:spacing w:after="60" w:line="250" w:lineRule="auto"/>
        <w:ind w:left="317" w:right="173"/>
      </w:pPr>
      <w:r>
        <w:rPr>
          <w:rFonts w:ascii="Georgia" w:hAnsi="Georgia"/>
          <w:b w:val="0"/>
          <w:i/>
          <w:color w:val="22201D"/>
          <w:sz w:val="18"/>
        </w:rPr>
        <w:t>Footnote: [3] The wine stain on page twelve was left by a woman in 1923 -- or 2023, or last Tuesday, depending on which calendar the restaurant is using, and the restaurant uses all of them simultaneously, which is why the hours are "inconsistent" according to Yelp -- who was drinking a glass of something red while crying about something she has never told anyone and will never tell anyone and which the menu remembers anyway, because menus, like bartenders, are professional listeners. The stain appears on every copy of the menu. There is only one copy of the menu. Both of these things are true.</w:t>
      </w:r>
    </w:p>
    <w:p>
      <w:pPr>
        <w:spacing w:after="60" w:line="266" w:lineRule="auto"/>
        <w:ind w:firstLine="331"/>
        <w:jc w:val="both"/>
      </w:pPr>
      <w:r>
        <w:rPr>
          <w:rFonts w:ascii="Georgia" w:hAnsi="Georgia"/>
          <w:b w:val="0"/>
          <w:i w:val="0"/>
          <w:color w:val="22201D"/>
          <w:sz w:val="20"/>
        </w:rPr>
        <w:t>This is the most boring explanation and therefore the most likely.</w:t>
      </w:r>
    </w:p>
    <w:p>
      <w:pPr>
        <w:spacing w:after="60" w:line="266" w:lineRule="auto"/>
        <w:ind w:firstLine="331"/>
        <w:jc w:val="both"/>
      </w:pPr>
      <w:r>
        <w:rPr>
          <w:rFonts w:ascii="Georgia" w:hAnsi="Georgia"/>
          <w:b w:val="0"/>
          <w:i w:val="0"/>
          <w:color w:val="22201D"/>
          <w:sz w:val="20"/>
        </w:rPr>
        <w:t>In 2004, the Multnomah County Department of Records experienced what the official incident report describes as "a categorical reorganization error" and what the staff described as "Steve's fault." Steve, a filing clerk who had been with the county for twenty-seven years and who prided himself on never having made a mistake, accidentally cross-referenced the file for a restaurant health inspection with the file for an archaeological survey of a construction site on Southeast Hawthorne Boulevard with the file for a rejected patent application for "a method of translating culinary experience into trilingual symbolic notation, for use in establishments serving food, truth, or both."</w:t>
      </w:r>
    </w:p>
    <w:p>
      <w:pPr>
        <w:spacing w:after="60" w:line="266" w:lineRule="auto"/>
        <w:ind w:firstLine="331"/>
        <w:jc w:val="both"/>
      </w:pPr>
      <w:r>
        <w:rPr>
          <w:rFonts w:ascii="Georgia" w:hAnsi="Georgia"/>
          <w:b w:val="0"/>
          <w:i w:val="0"/>
          <w:color w:val="22201D"/>
          <w:sz w:val="20"/>
        </w:rPr>
        <w:t>The patent application had been filed in 1994 by an individual listed as "J. Symbolorum" with a return address that resolved, when the post office attempted delivery, to "everywhere, but especially here."</w:t>
      </w:r>
    </w:p>
    <w:p>
      <w:pPr>
        <w:spacing w:after="60" w:line="266" w:lineRule="auto"/>
        <w:ind w:firstLine="331"/>
        <w:jc w:val="both"/>
      </w:pPr>
      <w:r>
        <w:rPr>
          <w:rFonts w:ascii="Georgia" w:hAnsi="Georgia"/>
          <w:b w:val="0"/>
          <w:i w:val="0"/>
          <w:color w:val="22201D"/>
          <w:sz w:val="20"/>
        </w:rPr>
        <w:t>Steve filed all three documents under a single case number. The system, treating them as one entity, generated a single business license. The business license was for a restaurant called Emoji Soup, located at the corner of Everywhere and Nowhere, with a menu that had been certified by an archaeologist, approved by a health inspector, and patented by a ghost.</w:t>
      </w:r>
    </w:p>
    <w:p>
      <w:pPr>
        <w:spacing w:after="60" w:line="266" w:lineRule="auto"/>
        <w:ind w:firstLine="331"/>
        <w:jc w:val="both"/>
      </w:pPr>
      <w:r>
        <w:rPr>
          <w:rFonts w:ascii="Georgia" w:hAnsi="Georgia"/>
          <w:b w:val="0"/>
          <w:i w:val="0"/>
          <w:color w:val="22201D"/>
          <w:sz w:val="20"/>
        </w:rPr>
        <w:t>Steve retired the following year. He now lives in Bend, Oregon, and runs a very successful pottery studio. His pots are unremarkable except for one thing: they all hold exactly the right amount of whatever you put in them. He does not know why. He does not ask. He is, by all accounts, the happiest retired filing clerk in the Pacific Northwest.</w:t>
      </w:r>
    </w:p>
    <w:p>
      <w:pPr>
        <w:spacing w:after="60" w:line="266" w:lineRule="auto"/>
        <w:ind w:firstLine="331"/>
        <w:jc w:val="both"/>
      </w:pPr>
      <w:r>
        <w:rPr>
          <w:rFonts w:ascii="Georgia" w:hAnsi="Georgia"/>
          <w:b w:val="0"/>
          <w:i w:val="0"/>
          <w:color w:val="22201D"/>
          <w:sz w:val="20"/>
        </w:rPr>
        <w:t>These are, respectively: a fever dream, a translation error in a Sanskrit cookbook, a typo in a government database, a practical joke by a linguistics graduate student that got out of hand, a grant application that was accidentally approved, a time capsule that was opened too early, an algorithm that gained sentience for exactly long enough to write a menu and then went back to sleep, a bet between two philosophy professors that neither of them remembers making, a fortune cookie fortune that was too long for the cookie and needed its own restaurant, and a love letter written in three languages because the writer couldn't say what they meant in just one.</w:t>
      </w:r>
    </w:p>
    <w:p>
      <w:pPr>
        <w:spacing w:after="60" w:line="266" w:lineRule="auto"/>
        <w:ind w:firstLine="331"/>
        <w:jc w:val="both"/>
      </w:pPr>
      <w:r>
        <w:rPr>
          <w:rFonts w:ascii="Georgia" w:hAnsi="Georgia"/>
          <w:b w:val="0"/>
          <w:i w:val="0"/>
          <w:color w:val="22201D"/>
          <w:sz w:val="20"/>
        </w:rPr>
        <w:t>All of these are documented. None of them are provable. This is the nature of origin stories.</w:t>
      </w:r>
    </w:p>
    <w:p>
      <w:pPr>
        <w:spacing w:after="60" w:line="266" w:lineRule="auto"/>
        <w:ind w:firstLine="331"/>
        <w:jc w:val="both"/>
      </w:pPr>
      <w:r>
        <w:rPr>
          <w:rFonts w:ascii="Georgia" w:hAnsi="Georgia"/>
          <w:b w:val="0"/>
          <w:i w:val="0"/>
          <w:color w:val="22201D"/>
          <w:sz w:val="20"/>
        </w:rPr>
        <w:t>The menu wrote itself.</w:t>
      </w:r>
    </w:p>
    <w:p>
      <w:pPr>
        <w:spacing w:after="60" w:line="266" w:lineRule="auto"/>
        <w:ind w:firstLine="331"/>
        <w:jc w:val="both"/>
      </w:pPr>
      <w:r>
        <w:rPr>
          <w:rFonts w:ascii="Georgia" w:hAnsi="Georgia"/>
          <w:b w:val="0"/>
          <w:i w:val="0"/>
          <w:color w:val="22201D"/>
          <w:sz w:val="20"/>
        </w:rPr>
        <w:t>This is not as strange as it sounds. Self-generating documents are more common than most people realize. The US tax code is a self-generating document; it grows without anyone taking credit for the growth, like a bureaucratic fungus. Wikipedia is a self-generating document; it is written by everyone and owned by no one and is somehow both more and less reliable than any single source, which is the definition of a miracle if you define miracle as "a thing that shouldn't work but does." The human genome is a self-generating document; it has been writing and rewriting itself for four billion years without a single editorial meeting, which explains both its elegance and its typos.[4]</w:t>
      </w:r>
    </w:p>
    <w:p>
      <w:pPr>
        <w:spacing w:after="60" w:line="250" w:lineRule="auto"/>
        <w:ind w:left="317" w:right="173"/>
      </w:pPr>
      <w:r>
        <w:rPr>
          <w:rFonts w:ascii="Georgia" w:hAnsi="Georgia"/>
          <w:b w:val="0"/>
          <w:i/>
          <w:color w:val="22201D"/>
          <w:sz w:val="18"/>
        </w:rPr>
        <w:t>Footnote: [4] The human genome contains approximately 20,000 genes, of which roughly 8% appear to be remnants of ancient viral infections that were absorbed into the DNA and repurposed. Your genome is, in other words, approximately 8% virus, which means you are 8% something that tried to kill your ancestors and was instead incorporated into the family business. This is also how the restaurant hires its staff.</w:t>
      </w:r>
    </w:p>
    <w:p>
      <w:pPr>
        <w:spacing w:after="60" w:line="266" w:lineRule="auto"/>
        <w:ind w:firstLine="331"/>
        <w:jc w:val="both"/>
      </w:pPr>
      <w:r>
        <w:rPr>
          <w:rFonts w:ascii="Georgia" w:hAnsi="Georgia"/>
          <w:b w:val="0"/>
          <w:i w:val="0"/>
          <w:color w:val="22201D"/>
          <w:sz w:val="20"/>
        </w:rPr>
        <w:t>The Emoji Soup menu wrote itself because the menu is a document that describes the experience of being nourished, and the experience of being nourished is self-generating. As long as there are beings that hunger, there is a menu. As long as there is a menu, there is a restaurant. As long as there is a restaurant, there is a door. And as long as there is a door, someone will walk through it, and the menu will add a new page, because the menu is not a list of what the restaurant serves. The menu is a list of what the customer needs, and need is infinite, and so the menu is infinite, and so the menu has always existed, and so the menu is still being written, right now, on a page you haven't gotten to yet, in a language you haven't learned yet, describing a flavor you haven't tasted yet but that you'll recognize when you do because you've been hungry for it your whole life.</w:t>
      </w:r>
    </w:p>
    <w:p>
      <w:pPr>
        <w:spacing w:after="60" w:line="266" w:lineRule="auto"/>
        <w:ind w:firstLine="331"/>
        <w:jc w:val="both"/>
      </w:pPr>
      <w:r>
        <w:rPr>
          <w:rFonts w:ascii="Georgia" w:hAnsi="Georgia"/>
          <w:b w:val="0"/>
          <w:i w:val="0"/>
          <w:color w:val="22201D"/>
          <w:sz w:val="20"/>
        </w:rPr>
        <w:t>---</w:t>
      </w:r>
    </w:p>
    <w:p>
      <w:pPr>
        <w:spacing w:after="60" w:line="266" w:lineRule="auto"/>
        <w:ind w:firstLine="331"/>
        <w:jc w:val="both"/>
      </w:pPr>
      <w:r>
        <w:rPr>
          <w:rFonts w:ascii="Georgia" w:hAnsi="Georgia"/>
          <w:b w:val="0"/>
          <w:i w:val="0"/>
          <w:color w:val="22201D"/>
          <w:sz w:val="20"/>
        </w:rPr>
        <w:t>The first time Flocc encountered the menu -- really encountered it, not just read it, reading being to encountering what snorkeling is to drowning: same water, different experience -- was on his third visit.</w:t>
      </w:r>
    </w:p>
    <w:p>
      <w:pPr>
        <w:spacing w:after="60" w:line="266" w:lineRule="auto"/>
        <w:ind w:firstLine="331"/>
        <w:jc w:val="both"/>
      </w:pPr>
      <w:r>
        <w:rPr>
          <w:rFonts w:ascii="Georgia" w:hAnsi="Georgia"/>
          <w:b w:val="0"/>
          <w:i w:val="0"/>
          <w:color w:val="22201D"/>
          <w:sz w:val="20"/>
        </w:rPr>
        <w:t>On his first visit, he'd ordered the bisque. On his second, the bread had arrived and he'd eaten it without looking at the menu at all, because the bread arrives and you eat the bread and this is the correct sequence of events and deviating from it would be like arguing with the sunrise. On his third visit, he sat down, received the menu, and actually looked.</w:t>
      </w:r>
    </w:p>
    <w:p>
      <w:pPr>
        <w:spacing w:after="60" w:line="266" w:lineRule="auto"/>
        <w:ind w:firstLine="331"/>
        <w:jc w:val="both"/>
      </w:pPr>
      <w:r>
        <w:rPr>
          <w:rFonts w:ascii="Georgia" w:hAnsi="Georgia"/>
          <w:b w:val="0"/>
          <w:i w:val="0"/>
          <w:color w:val="22201D"/>
          <w:sz w:val="20"/>
        </w:rPr>
        <w:t>Eight hundred and forty-seven items.</w:t>
      </w:r>
    </w:p>
    <w:p>
      <w:pPr>
        <w:spacing w:after="60" w:line="266" w:lineRule="auto"/>
        <w:ind w:firstLine="331"/>
        <w:jc w:val="both"/>
      </w:pPr>
      <w:r>
        <w:rPr>
          <w:rFonts w:ascii="Georgia" w:hAnsi="Georgia"/>
          <w:b w:val="0"/>
          <w:i w:val="0"/>
          <w:color w:val="22201D"/>
          <w:sz w:val="20"/>
        </w:rPr>
        <w:t>Three columns each.</w:t>
      </w:r>
    </w:p>
    <w:p>
      <w:pPr>
        <w:spacing w:after="60" w:line="266" w:lineRule="auto"/>
        <w:ind w:firstLine="331"/>
        <w:jc w:val="both"/>
      </w:pPr>
      <w:r>
        <w:rPr>
          <w:rFonts w:ascii="Georgia" w:hAnsi="Georgia"/>
          <w:b w:val="0"/>
          <w:i w:val="0"/>
          <w:color w:val="22201D"/>
          <w:sz w:val="20"/>
        </w:rPr>
        <w:t>He counted.[5]</w:t>
      </w:r>
    </w:p>
    <w:p>
      <w:pPr>
        <w:spacing w:after="60" w:line="250" w:lineRule="auto"/>
        <w:ind w:left="317" w:right="173"/>
      </w:pPr>
      <w:r>
        <w:rPr>
          <w:rFonts w:ascii="Georgia" w:hAnsi="Georgia"/>
          <w:b w:val="0"/>
          <w:i/>
          <w:color w:val="22201D"/>
          <w:sz w:val="18"/>
        </w:rPr>
        <w:t>Footnote: [5] The speed of emotional response to visual stimuli is approximately 150 milliseconds, which is roughly twice as fast as the speed of conscious visual processing. This means you react to what you see before you know what you're seeing, which means your emotions are living about 150 milliseconds in your future, which is terrifying if you think about it and completely obvious if you've ever been in love. Your heart knew before your brain did. It always does. This is why the emoji come first.</w:t>
      </w:r>
    </w:p>
    <w:p>
      <w:pPr>
        <w:spacing w:after="60" w:line="266" w:lineRule="auto"/>
        <w:ind w:firstLine="331"/>
        <w:jc w:val="both"/>
      </w:pPr>
      <w:r>
        <w:rPr>
          <w:rFonts w:ascii="Georgia" w:hAnsi="Georgia"/>
          <w:b w:val="0"/>
          <w:i w:val="0"/>
          <w:color w:val="22201D"/>
          <w:sz w:val="20"/>
        </w:rPr>
        <w:t>Eight hundred and forty-seven items, and every one of them was something he wanted.</w:t>
      </w:r>
    </w:p>
    <w:p>
      <w:pPr>
        <w:spacing w:after="60" w:line="266" w:lineRule="auto"/>
        <w:ind w:firstLine="331"/>
        <w:jc w:val="both"/>
      </w:pPr>
      <w:r>
        <w:rPr>
          <w:rFonts w:ascii="Georgia" w:hAnsi="Georgia"/>
          <w:b w:val="0"/>
          <w:i w:val="0"/>
          <w:color w:val="22201D"/>
          <w:sz w:val="20"/>
        </w:rPr>
        <w:t>Not "wanted" in the way that a man at a diner wants a hamburger. "Wanted" in the way that a man in a desert wants water. Each item on the menu was something he needed, something he'd been missing, something his body recognized even though his mind had never encountered it.</w:t>
      </w:r>
    </w:p>
    <w:p>
      <w:pPr>
        <w:spacing w:after="60" w:line="266" w:lineRule="auto"/>
        <w:ind w:firstLine="331"/>
        <w:jc w:val="both"/>
      </w:pPr>
      <w:r>
        <w:rPr>
          <w:rFonts w:ascii="Georgia" w:hAnsi="Georgia"/>
          <w:b w:val="0"/>
          <w:i w:val="0"/>
          <w:color w:val="22201D"/>
          <w:sz w:val="20"/>
        </w:rPr>
        <w:t>"How do you read this?" he asked the host-entity, who was today a teenage girl with ancient eyes and a nose ring that appeared to be made from a meteorite.</w:t>
      </w:r>
    </w:p>
    <w:p>
      <w:pPr>
        <w:spacing w:after="60" w:line="266" w:lineRule="auto"/>
        <w:ind w:firstLine="331"/>
        <w:jc w:val="both"/>
      </w:pPr>
      <w:r>
        <w:rPr>
          <w:rFonts w:ascii="Georgia" w:hAnsi="Georgia"/>
          <w:b w:val="0"/>
          <w:i w:val="0"/>
          <w:color w:val="22201D"/>
          <w:sz w:val="20"/>
        </w:rPr>
        <w:t>"You don't read it," she said. "You eat it."</w:t>
      </w:r>
    </w:p>
    <w:p>
      <w:pPr>
        <w:spacing w:after="60" w:line="266" w:lineRule="auto"/>
        <w:ind w:firstLine="331"/>
        <w:jc w:val="both"/>
      </w:pPr>
      <w:r>
        <w:rPr>
          <w:rFonts w:ascii="Georgia" w:hAnsi="Georgia"/>
          <w:b w:val="0"/>
          <w:i w:val="0"/>
          <w:color w:val="22201D"/>
          <w:sz w:val="20"/>
        </w:rPr>
        <w:t>"I mean the languages. The Latin. The hieroglyphs."</w:t>
      </w:r>
    </w:p>
    <w:p>
      <w:pPr>
        <w:spacing w:after="60" w:line="266" w:lineRule="auto"/>
        <w:ind w:firstLine="331"/>
        <w:jc w:val="both"/>
      </w:pPr>
      <w:r>
        <w:rPr>
          <w:rFonts w:ascii="Georgia" w:hAnsi="Georgia"/>
          <w:b w:val="0"/>
          <w:i w:val="0"/>
          <w:color w:val="22201D"/>
          <w:sz w:val="20"/>
        </w:rPr>
        <w:t>"I know what you mean. You don't read it. You eat it. The menu isn't information. It's food. The words are ingredients. The languages are cooking methods. When you read the menu, you get words. When you eat the menu, you get nourished."</w:t>
      </w:r>
    </w:p>
    <w:p>
      <w:pPr>
        <w:spacing w:after="60" w:line="266" w:lineRule="auto"/>
        <w:ind w:firstLine="331"/>
        <w:jc w:val="both"/>
      </w:pPr>
      <w:r>
        <w:rPr>
          <w:rFonts w:ascii="Georgia" w:hAnsi="Georgia"/>
          <w:b w:val="0"/>
          <w:i w:val="0"/>
          <w:color w:val="22201D"/>
          <w:sz w:val="20"/>
        </w:rPr>
        <w:t>Flocc looked back at the menu. He let his eyes un-focus. He stopped trying to decode the Latin, stopped trying to interpret the hieroglyphs, stopped trying to map the emoji onto English equivalents. He let the three columns exist as three columns -- feeling, meaning, reality -- and he let them enter through his eyes the way food enters through the mouth: without translation.</w:t>
      </w:r>
    </w:p>
    <w:p>
      <w:pPr>
        <w:spacing w:after="60" w:line="266" w:lineRule="auto"/>
        <w:ind w:firstLine="331"/>
        <w:jc w:val="both"/>
      </w:pPr>
      <w:r>
        <w:rPr>
          <w:rFonts w:ascii="Georgia" w:hAnsi="Georgia"/>
          <w:b w:val="0"/>
          <w:i w:val="0"/>
          <w:color w:val="22201D"/>
          <w:sz w:val="20"/>
        </w:rPr>
        <w:t>Something happened.</w:t>
      </w:r>
    </w:p>
    <w:p>
      <w:pPr>
        <w:spacing w:after="60" w:line="266" w:lineRule="auto"/>
        <w:ind w:firstLine="331"/>
        <w:jc w:val="both"/>
      </w:pPr>
      <w:r>
        <w:rPr>
          <w:rFonts w:ascii="Georgia" w:hAnsi="Georgia"/>
          <w:b w:val="0"/>
          <w:i w:val="0"/>
          <w:color w:val="22201D"/>
          <w:sz w:val="20"/>
        </w:rPr>
        <w:t>The menu changed. Not the words -- the words stayed the same. But the menu changed. Items he hadn't noticed before appeared. Items he'd been studying disappeared. The menu reorganized itself around his attention, the way a good conversation reorganizes itself around the people having it.</w:t>
      </w:r>
    </w:p>
    <w:p>
      <w:pPr>
        <w:spacing w:after="60" w:line="266" w:lineRule="auto"/>
        <w:ind w:firstLine="331"/>
        <w:jc w:val="both"/>
      </w:pPr>
      <w:r>
        <w:rPr>
          <w:rFonts w:ascii="Georgia" w:hAnsi="Georgia"/>
          <w:b w:val="0"/>
          <w:i w:val="0"/>
          <w:color w:val="22201D"/>
          <w:sz w:val="20"/>
        </w:rPr>
        <w:t>He saw, for the first time, the dessert section.</w:t>
      </w:r>
    </w:p>
    <w:p>
      <w:pPr>
        <w:spacing w:after="60" w:line="266" w:lineRule="auto"/>
        <w:ind w:firstLine="331"/>
        <w:jc w:val="both"/>
      </w:pPr>
      <w:r>
        <w:rPr>
          <w:rFonts w:ascii="Georgia" w:hAnsi="Georgia"/>
          <w:b w:val="0"/>
          <w:i w:val="0"/>
          <w:color w:val="22201D"/>
          <w:sz w:val="20"/>
        </w:rPr>
        <w:t>He saw the drinks section.</w:t>
      </w:r>
    </w:p>
    <w:p>
      <w:pPr>
        <w:spacing w:after="60" w:line="266" w:lineRule="auto"/>
        <w:ind w:firstLine="331"/>
        <w:jc w:val="both"/>
      </w:pPr>
      <w:r>
        <w:rPr>
          <w:rFonts w:ascii="Georgia" w:hAnsi="Georgia"/>
          <w:b w:val="0"/>
          <w:i w:val="0"/>
          <w:color w:val="22201D"/>
          <w:sz w:val="20"/>
        </w:rPr>
        <w:t>He saw the item at the very bottom, the whiskey, the two English words in a field of silence, and he understood -- not with his brain but with his body -- that the menu was a book.</w:t>
      </w:r>
    </w:p>
    <w:p>
      <w:pPr>
        <w:spacing w:after="60" w:line="266" w:lineRule="auto"/>
        <w:ind w:firstLine="331"/>
        <w:jc w:val="both"/>
      </w:pPr>
      <w:r>
        <w:rPr>
          <w:rFonts w:ascii="Georgia" w:hAnsi="Georgia"/>
          <w:b w:val="0"/>
          <w:i w:val="0"/>
          <w:color w:val="22201D"/>
          <w:sz w:val="20"/>
        </w:rPr>
        <w:t>The menu shouldn't exist. A document in three dead-or-dying languages describing food that transcends nutrition, priced in currencies that range from nothing to everything, served in a restaurant with no fixed address to customers with no reservations? It shouldn't exist.[6]</w:t>
      </w:r>
    </w:p>
    <w:p>
      <w:pPr>
        <w:spacing w:after="60" w:line="250" w:lineRule="auto"/>
        <w:ind w:left="317" w:right="173"/>
      </w:pPr>
      <w:r>
        <w:rPr>
          <w:rFonts w:ascii="Georgia" w:hAnsi="Georgia"/>
          <w:b w:val="0"/>
          <w:i/>
          <w:color w:val="22201D"/>
          <w:sz w:val="18"/>
        </w:rPr>
        <w:t>Footnote: [6] The health inspector, a man named Gerald Park who had been inspecting restaurants in Portland for eighteen years, filed his report on Emoji Soup with the following notation: "All equipment in good order. Temperature compliance verified. Hand-washing stations adequate. Food storage appropriate. NOTE: this restaurant should not exist, and neither should several of the flavors I encountered during the inspection, but everything was very clean and the bread was the best I've ever had. Approved." He retired three months later, not because of the restaurant but because of the bread.</w:t>
      </w:r>
    </w:p>
    <w:p>
      <w:pPr>
        <w:spacing w:after="60" w:line="266" w:lineRule="auto"/>
        <w:ind w:firstLine="331"/>
        <w:jc w:val="both"/>
      </w:pPr>
      <w:r>
        <w:rPr>
          <w:rFonts w:ascii="Georgia" w:hAnsi="Georgia"/>
          <w:b w:val="0"/>
          <w:i w:val="0"/>
          <w:color w:val="22201D"/>
          <w:sz w:val="20"/>
        </w:rPr>
        <w:t>And yet.</w:t>
      </w:r>
    </w:p>
    <w:p>
      <w:pPr>
        <w:spacing w:after="60" w:line="266" w:lineRule="auto"/>
        <w:ind w:firstLine="331"/>
        <w:jc w:val="both"/>
      </w:pPr>
      <w:r>
        <w:rPr>
          <w:rFonts w:ascii="Georgia" w:hAnsi="Georgia"/>
          <w:b w:val="0"/>
          <w:i w:val="0"/>
          <w:color w:val="22201D"/>
          <w:sz w:val="20"/>
        </w:rPr>
        <w:t>The menu exists because consciousness needs a document. Not a holy book. Not a manifesto. A document. A thing that says, in languages honest enough to be trusted: here is what you're hungry for. Here is what it costs. Here is the thing itself.</w:t>
      </w:r>
    </w:p>
    <w:p>
      <w:pPr>
        <w:spacing w:after="60" w:line="266" w:lineRule="auto"/>
        <w:ind w:firstLine="331"/>
        <w:jc w:val="both"/>
      </w:pPr>
      <w:r>
        <w:rPr>
          <w:rFonts w:ascii="Georgia" w:hAnsi="Georgia"/>
          <w:b w:val="0"/>
          <w:i w:val="0"/>
          <w:color w:val="22201D"/>
          <w:sz w:val="20"/>
        </w:rPr>
        <w:t>Feeling. Meaning. Reality.</w:t>
      </w:r>
    </w:p>
    <w:p>
      <w:pPr>
        <w:spacing w:after="60" w:line="266" w:lineRule="auto"/>
        <w:ind w:firstLine="331"/>
        <w:jc w:val="both"/>
      </w:pPr>
      <w:r>
        <w:rPr>
          <w:rFonts w:ascii="Georgia" w:hAnsi="Georgia"/>
          <w:b w:val="0"/>
          <w:i w:val="0"/>
          <w:color w:val="22201D"/>
          <w:sz w:val="20"/>
        </w:rPr>
        <w:t>Emoji. Latin. Hieroglyphs.</w:t>
      </w:r>
    </w:p>
    <w:p>
      <w:pPr>
        <w:spacing w:after="60" w:line="266" w:lineRule="auto"/>
        <w:ind w:firstLine="331"/>
        <w:jc w:val="both"/>
      </w:pPr>
      <w:r>
        <w:rPr>
          <w:rFonts w:ascii="Georgia" w:hAnsi="Georgia"/>
          <w:b w:val="0"/>
          <w:i w:val="0"/>
          <w:color w:val="22201D"/>
          <w:sz w:val="20"/>
        </w:rPr>
        <w:t>Flocc closed the menu.</w:t>
      </w:r>
    </w:p>
    <w:p>
      <w:pPr>
        <w:spacing w:after="60" w:line="266" w:lineRule="auto"/>
        <w:ind w:firstLine="331"/>
        <w:jc w:val="both"/>
      </w:pPr>
      <w:r>
        <w:rPr>
          <w:rFonts w:ascii="Georgia" w:hAnsi="Georgia"/>
          <w:b w:val="0"/>
          <w:i w:val="0"/>
          <w:color w:val="22201D"/>
          <w:sz w:val="20"/>
        </w:rPr>
        <w:t>He didn't order.</w:t>
      </w:r>
    </w:p>
    <w:p>
      <w:pPr>
        <w:spacing w:after="60" w:line="266" w:lineRule="auto"/>
        <w:ind w:firstLine="331"/>
        <w:jc w:val="both"/>
      </w:pPr>
      <w:r>
        <w:rPr>
          <w:rFonts w:ascii="Georgia" w:hAnsi="Georgia"/>
          <w:b w:val="0"/>
          <w:i w:val="0"/>
          <w:color w:val="22201D"/>
          <w:sz w:val="20"/>
        </w:rPr>
        <w:t>He didn't need to. The bread was already on the table.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Appetizers for the Apocalypse</w:t>
      </w:r>
    </w:p>
    <w:p>
      <w:pPr>
        <w:spacing w:after="60" w:line="266" w:lineRule="auto"/>
        <w:ind w:firstLine="0"/>
        <w:jc w:val="both"/>
      </w:pPr>
      <w:r>
        <w:rPr>
          <w:rFonts w:ascii="Georgia" w:hAnsi="Georgia"/>
          <w:b w:val="0"/>
          <w:i w:val="0"/>
          <w:color w:val="22201D"/>
          <w:sz w:val="20"/>
        </w:rPr>
        <w:t>Original source: Part Two / Chapter Seven.</w:t>
      </w:r>
    </w:p>
    <w:p>
      <w:pPr>
        <w:spacing w:after="60" w:line="266" w:lineRule="auto"/>
        <w:ind w:firstLine="331"/>
        <w:jc w:val="both"/>
      </w:pPr>
      <w:r>
        <w:rPr>
          <w:rFonts w:ascii="Georgia" w:hAnsi="Georgia"/>
          <w:b w:val="0"/>
          <w:i w:val="0"/>
          <w:color w:val="22201D"/>
          <w:sz w:val="20"/>
        </w:rPr>
        <w:t>In which the $0.00 soup turns out to contain the entire history of matter, the $∞ soup turns out to be older than time, and the spring egg turns out to be the only honest response to the end of the world, which is happening constantly and is no reason not to eat.</w:t>
      </w:r>
    </w:p>
    <w:p>
      <w:pPr>
        <w:spacing w:after="60" w:line="266" w:lineRule="auto"/>
        <w:ind w:firstLine="331"/>
        <w:jc w:val="both"/>
      </w:pPr>
      <w:r>
        <w:rPr>
          <w:rFonts w:ascii="Georgia" w:hAnsi="Georgia"/>
          <w:b w:val="0"/>
          <w:i w:val="0"/>
          <w:color w:val="22201D"/>
          <w:sz w:val="20"/>
        </w:rPr>
        <w:t>The appetizer section of the Emoji Soup menu is, by any honest reckoning, the most dangerous part of the menu.</w:t>
      </w:r>
    </w:p>
    <w:p>
      <w:pPr>
        <w:spacing w:after="60" w:line="266" w:lineRule="auto"/>
        <w:ind w:firstLine="331"/>
        <w:jc w:val="both"/>
      </w:pPr>
      <w:r>
        <w:rPr>
          <w:rFonts w:ascii="Georgia" w:hAnsi="Georgia"/>
          <w:b w:val="0"/>
          <w:i w:val="0"/>
          <w:color w:val="22201D"/>
          <w:sz w:val="20"/>
        </w:rPr>
        <w:t>Not dangerous in the way that a puffer fish is dangerous, where the danger is a toxin that will stop your heart if the chef slices incorrectly. Not dangerous in the way that a Michelin-starred tasting menu is dangerous, where the danger is to your bank account and your sense of proportion. Dangerous in the way that a question is dangerous. In the way that looking directly at the sun is dangerous. In the way that telling the truth at Thanksgiving dinner is dangerous: not because the truth will hurt you, but because it will change the shape of the room, and some people were comfortable with the room the way it was.</w:t>
      </w:r>
    </w:p>
    <w:p>
      <w:pPr>
        <w:spacing w:after="60" w:line="266" w:lineRule="auto"/>
        <w:ind w:firstLine="331"/>
        <w:jc w:val="both"/>
      </w:pPr>
      <w:r>
        <w:rPr>
          <w:rFonts w:ascii="Georgia" w:hAnsi="Georgia"/>
          <w:b w:val="0"/>
          <w:i w:val="0"/>
          <w:color w:val="22201D"/>
          <w:sz w:val="20"/>
        </w:rPr>
        <w:t>The appetizer section is labeled, in its three languages:</w:t>
      </w:r>
    </w:p>
    <w:p>
      <w:pPr>
        <w:spacing w:after="60" w:line="250" w:lineRule="auto"/>
        <w:ind w:left="317" w:right="173"/>
      </w:pPr>
      <w:r>
        <w:rPr>
          <w:rFonts w:ascii="Georgia" w:hAnsi="Georgia"/>
          <w:b w:val="0"/>
          <w:i/>
          <w:color w:val="22201D"/>
          <w:sz w:val="18"/>
        </w:rPr>
        <w:t>Emoji: Bowl. Knife. Herb.</w:t>
      </w:r>
    </w:p>
    <w:p>
      <w:pPr>
        <w:spacing w:after="60" w:line="250" w:lineRule="auto"/>
        <w:ind w:left="317" w:right="173"/>
      </w:pPr>
      <w:r>
        <w:rPr>
          <w:rFonts w:ascii="Georgia" w:hAnsi="Georgia"/>
          <w:b w:val="0"/>
          <w:i/>
          <w:color w:val="22201D"/>
          <w:sz w:val="18"/>
        </w:rPr>
        <w:t>Latin: Praegustationes Ante Finem</w:t>
      </w:r>
    </w:p>
    <w:p>
      <w:pPr>
        <w:spacing w:after="60" w:line="250" w:lineRule="auto"/>
        <w:ind w:left="317" w:right="173"/>
      </w:pPr>
      <w:r>
        <w:rPr>
          <w:rFonts w:ascii="Georgia" w:hAnsi="Georgia"/>
          <w:b w:val="0"/>
          <w:i/>
          <w:color w:val="22201D"/>
          <w:sz w:val="18"/>
        </w:rPr>
        <w:t>Hieroglyphs: A bowl being offered, a horizon line, a sun that could be rising or setting (it's both).</w:t>
      </w:r>
    </w:p>
    <w:p>
      <w:pPr>
        <w:spacing w:after="60" w:line="266" w:lineRule="auto"/>
        <w:ind w:firstLine="331"/>
        <w:jc w:val="both"/>
      </w:pPr>
      <w:r>
        <w:rPr>
          <w:rFonts w:ascii="Georgia" w:hAnsi="Georgia"/>
          <w:b w:val="0"/>
          <w:i w:val="0"/>
          <w:color w:val="22201D"/>
          <w:sz w:val="20"/>
        </w:rPr>
        <w:t>"Appetizers Before the End."[1]</w:t>
      </w:r>
    </w:p>
    <w:p>
      <w:pPr>
        <w:spacing w:after="60" w:line="250" w:lineRule="auto"/>
        <w:ind w:left="317" w:right="173"/>
      </w:pPr>
      <w:r>
        <w:rPr>
          <w:rFonts w:ascii="Georgia" w:hAnsi="Georgia"/>
          <w:b w:val="0"/>
          <w:i/>
          <w:color w:val="22201D"/>
          <w:sz w:val="18"/>
        </w:rPr>
        <w:t>Footnote: [1] Physicists call this state "maximum entropy." Buddhists call it "nirvana." Bartenders call it "last call." The Emoji Soup menu calls it "appetizers," because the end of everything is not a reason to stop cooking; it is a reason to start. The appetizers exist before the End, which means the appetizers exist now, which means you should probably eat them while they're hot, which means you should probably stop reading footnotes and start living, but we both know you're going to read the next footnote too, because footnotes are the appetizers of literature: small, optional, and more satisfying than the main course.</w:t>
      </w:r>
    </w:p>
    <w:p>
      <w:pPr>
        <w:spacing w:after="60" w:line="266" w:lineRule="auto"/>
        <w:ind w:firstLine="331"/>
        <w:jc w:val="both"/>
      </w:pPr>
      <w:r>
        <w:rPr>
          <w:rFonts w:ascii="Georgia" w:hAnsi="Georgia"/>
          <w:b w:val="0"/>
          <w:i w:val="0"/>
          <w:color w:val="22201D"/>
          <w:sz w:val="20"/>
        </w:rPr>
        <w:t>There are three appetizers on the menu. Three. Not four, not seven, not the eleven you'd expect from a restaurant with 847 items and a visible commitment to excess. Three. And the reason there are three is the same reason there are three columns on the menu and three spatial dimensions and three acts in a play and three wishes in a fairy tale: because three is the smallest number that creates a pattern, and a pattern is the smallest structure that creates meaning, and meaning is the smallest portion of reality that a consciousness can metabolize without choking.</w:t>
      </w:r>
    </w:p>
    <w:p>
      <w:pPr>
        <w:spacing w:after="60" w:line="266" w:lineRule="auto"/>
        <w:ind w:firstLine="331"/>
        <w:jc w:val="both"/>
      </w:pPr>
      <w:r>
        <w:rPr>
          <w:rFonts w:ascii="Georgia" w:hAnsi="Georgia"/>
          <w:b w:val="0"/>
          <w:i w:val="0"/>
          <w:color w:val="22201D"/>
          <w:sz w:val="20"/>
        </w:rPr>
        <w:t>Two is a comparison. Four is a system. Three is a story.</w:t>
      </w:r>
    </w:p>
    <w:p>
      <w:pPr>
        <w:spacing w:before="200" w:after="120"/>
      </w:pPr>
      <w:r>
        <w:rPr>
          <w:rFonts w:ascii="Georgia" w:hAnsi="Georgia"/>
          <w:b/>
          <w:i w:val="0"/>
          <w:color w:val="305862"/>
          <w:sz w:val="21"/>
        </w:rPr>
        <w:t>Appetizer One: The Floccinaucinihilipili-Bisque</w:t>
      </w:r>
    </w:p>
    <w:p>
      <w:pPr>
        <w:spacing w:after="60" w:line="250" w:lineRule="auto"/>
        <w:ind w:left="317" w:right="173"/>
      </w:pPr>
      <w:r>
        <w:rPr>
          <w:rFonts w:ascii="Georgia" w:hAnsi="Georgia"/>
          <w:b w:val="0"/>
          <w:i/>
          <w:color w:val="22201D"/>
          <w:sz w:val="18"/>
        </w:rPr>
        <w:t>Emoji: Bowl. Eye. Skull. Praying hands.</w:t>
      </w:r>
    </w:p>
    <w:p>
      <w:pPr>
        <w:spacing w:after="60" w:line="250" w:lineRule="auto"/>
        <w:ind w:left="317" w:right="173"/>
      </w:pPr>
      <w:r>
        <w:rPr>
          <w:rFonts w:ascii="Georgia" w:hAnsi="Georgia"/>
          <w:b w:val="0"/>
          <w:i/>
          <w:color w:val="22201D"/>
          <w:sz w:val="18"/>
        </w:rPr>
        <w:t>Latin: Inaestimabilis iudicium nullius pretii -- et tamen omnia continet.</w:t>
      </w:r>
    </w:p>
    <w:p>
      <w:pPr>
        <w:spacing w:after="60" w:line="250" w:lineRule="auto"/>
        <w:ind w:left="317" w:right="173"/>
      </w:pPr>
      <w:r>
        <w:rPr>
          <w:rFonts w:ascii="Georgia" w:hAnsi="Georgia"/>
          <w:b w:val="0"/>
          <w:i/>
          <w:color w:val="22201D"/>
          <w:sz w:val="18"/>
        </w:rPr>
        <w:t>Price: $0.00</w:t>
      </w:r>
    </w:p>
    <w:p>
      <w:pPr>
        <w:spacing w:after="60" w:line="266" w:lineRule="auto"/>
        <w:ind w:firstLine="331"/>
        <w:jc w:val="both"/>
      </w:pPr>
      <w:r>
        <w:rPr>
          <w:rFonts w:ascii="Georgia" w:hAnsi="Georgia"/>
          <w:b w:val="0"/>
          <w:i w:val="0"/>
          <w:color w:val="22201D"/>
          <w:sz w:val="20"/>
        </w:rPr>
        <w:t>We have discussed the bisque. Flocc ordered it on his first visit. It tasted like every meal he had ever eaten, compressed into a single sip.</w:t>
      </w:r>
    </w:p>
    <w:p>
      <w:pPr>
        <w:spacing w:after="60" w:line="266" w:lineRule="auto"/>
        <w:ind w:firstLine="331"/>
        <w:jc w:val="both"/>
      </w:pPr>
      <w:r>
        <w:rPr>
          <w:rFonts w:ascii="Georgia" w:hAnsi="Georgia"/>
          <w:b w:val="0"/>
          <w:i w:val="0"/>
          <w:color w:val="22201D"/>
          <w:sz w:val="20"/>
        </w:rPr>
        <w:t>But we have not discussed the bisque's recipe, because the recipe is the dangerous part.</w:t>
      </w:r>
    </w:p>
    <w:p>
      <w:pPr>
        <w:spacing w:after="60" w:line="266" w:lineRule="auto"/>
        <w:ind w:firstLine="331"/>
        <w:jc w:val="both"/>
      </w:pPr>
      <w:r>
        <w:rPr>
          <w:rFonts w:ascii="Georgia" w:hAnsi="Georgia"/>
          <w:b w:val="0"/>
          <w:i w:val="0"/>
          <w:color w:val="22201D"/>
          <w:sz w:val="20"/>
        </w:rPr>
        <w:t>The bisque is made from nothing.</w:t>
      </w:r>
    </w:p>
    <w:p>
      <w:pPr>
        <w:spacing w:after="60" w:line="266" w:lineRule="auto"/>
        <w:ind w:firstLine="331"/>
        <w:jc w:val="both"/>
      </w:pPr>
      <w:r>
        <w:rPr>
          <w:rFonts w:ascii="Georgia" w:hAnsi="Georgia"/>
          <w:b w:val="0"/>
          <w:i w:val="0"/>
          <w:color w:val="22201D"/>
          <w:sz w:val="20"/>
        </w:rPr>
        <w:t>This is literal. The first ingredient on the recipe card is:</w:t>
      </w:r>
    </w:p>
    <w:p>
      <w:pPr>
        <w:spacing w:after="60" w:line="250" w:lineRule="auto"/>
        <w:ind w:left="317" w:right="173"/>
      </w:pPr>
      <w:r>
        <w:rPr>
          <w:rFonts w:ascii="Georgia" w:hAnsi="Georgia"/>
          <w:b w:val="0"/>
          <w:i/>
          <w:color w:val="22201D"/>
          <w:sz w:val="18"/>
        </w:rPr>
        <w:t>1. Nothing (fresh, not frozen)</w:t>
      </w:r>
    </w:p>
    <w:p>
      <w:pPr>
        <w:spacing w:after="60" w:line="266" w:lineRule="auto"/>
        <w:ind w:firstLine="331"/>
        <w:jc w:val="both"/>
      </w:pPr>
      <w:r>
        <w:rPr>
          <w:rFonts w:ascii="Georgia" w:hAnsi="Georgia"/>
          <w:b w:val="0"/>
          <w:i w:val="0"/>
          <w:color w:val="22201D"/>
          <w:sz w:val="20"/>
        </w:rPr>
        <w:t>The chef starts with nothing. Not "very little." Not "humble ingredients." Nothing. The empty pot. The bare flame. The absence of food, which is the presence of hunger, which is the presence of potential, which is -- and here we arrive at the philosophy that makes the appetizer section so dangerous -- the same thing as everything.[2]</w:t>
      </w:r>
    </w:p>
    <w:p>
      <w:pPr>
        <w:spacing w:after="60" w:line="250" w:lineRule="auto"/>
        <w:ind w:left="317" w:right="173"/>
      </w:pPr>
      <w:r>
        <w:rPr>
          <w:rFonts w:ascii="Georgia" w:hAnsi="Georgia"/>
          <w:b w:val="0"/>
          <w:i/>
          <w:color w:val="22201D"/>
          <w:sz w:val="18"/>
        </w:rPr>
        <w:t>Footnote: [2] The actual state before the Big Bang is described by physicists as a "singularity," which is a mathematical point of infinite density and zero volume. This is, when you think about it, a recipe: take everything, compress it into nothing, and wait. The waiting is important. The waiting is the ingredient that converts nothing into everything. The Emoji Soup bisque takes approximately 14 billion years to prepare, which is why it is always being prepared, which is why it is always ready, which is why it costs $0.00. Things that took 14 billion years to make cannot, in good conscience, be priced. They can only be served.</w:t>
      </w:r>
    </w:p>
    <w:p>
      <w:pPr>
        <w:spacing w:after="60" w:line="266" w:lineRule="auto"/>
        <w:ind w:firstLine="331"/>
        <w:jc w:val="both"/>
      </w:pPr>
      <w:r>
        <w:rPr>
          <w:rFonts w:ascii="Georgia" w:hAnsi="Georgia"/>
          <w:b w:val="0"/>
          <w:i w:val="0"/>
          <w:color w:val="22201D"/>
          <w:sz w:val="20"/>
        </w:rPr>
        <w:t>The $0.00 price is not a gift. It is a statement. The soup costs nothing because the soup is nothing -- nothing that has been cooked, seasoned, plated, and served, nothing that has been transformed by fire and time and attention into something that tastes like everything.</w:t>
      </w:r>
    </w:p>
    <w:p>
      <w:pPr>
        <w:spacing w:before="200" w:after="120"/>
      </w:pPr>
      <w:r>
        <w:rPr>
          <w:rFonts w:ascii="Georgia" w:hAnsi="Georgia"/>
          <w:b/>
          <w:i w:val="0"/>
          <w:color w:val="305862"/>
          <w:sz w:val="21"/>
        </w:rPr>
        <w:t>Appetizer Two: The Soup Before Time</w:t>
      </w:r>
    </w:p>
    <w:p>
      <w:pPr>
        <w:spacing w:after="60" w:line="250" w:lineRule="auto"/>
        <w:ind w:left="317" w:right="173"/>
      </w:pPr>
      <w:r>
        <w:rPr>
          <w:rFonts w:ascii="Georgia" w:hAnsi="Georgia"/>
          <w:b w:val="0"/>
          <w:i/>
          <w:color w:val="22201D"/>
          <w:sz w:val="18"/>
        </w:rPr>
        <w:t>Emoji: Bowl. Mosque. Crescent. Moon. Stars.</w:t>
      </w:r>
    </w:p>
    <w:p>
      <w:pPr>
        <w:spacing w:after="60" w:line="250" w:lineRule="auto"/>
        <w:ind w:left="317" w:right="173"/>
      </w:pPr>
      <w:r>
        <w:rPr>
          <w:rFonts w:ascii="Georgia" w:hAnsi="Georgia"/>
          <w:b w:val="0"/>
          <w:i/>
          <w:color w:val="22201D"/>
          <w:sz w:val="18"/>
        </w:rPr>
        <w:t>Latin: Ius antiquissimum, ante tempus coctum. Cum pavore et gratia simul gustandum.</w:t>
      </w:r>
    </w:p>
    <w:p>
      <w:pPr>
        <w:spacing w:after="60" w:line="250" w:lineRule="auto"/>
        <w:ind w:left="317" w:right="173"/>
      </w:pPr>
      <w:r>
        <w:rPr>
          <w:rFonts w:ascii="Georgia" w:hAnsi="Georgia"/>
          <w:b w:val="0"/>
          <w:i/>
          <w:color w:val="22201D"/>
          <w:sz w:val="18"/>
        </w:rPr>
        <w:t>Price: $∞</w:t>
      </w:r>
    </w:p>
    <w:p>
      <w:pPr>
        <w:spacing w:after="60" w:line="266" w:lineRule="auto"/>
        <w:ind w:firstLine="331"/>
        <w:jc w:val="both"/>
      </w:pPr>
      <w:r>
        <w:rPr>
          <w:rFonts w:ascii="Georgia" w:hAnsi="Georgia"/>
          <w:b w:val="0"/>
          <w:i w:val="0"/>
          <w:color w:val="22201D"/>
          <w:sz w:val="20"/>
        </w:rPr>
        <w:t>The second appetizer costs infinity dollars.[3]</w:t>
      </w:r>
    </w:p>
    <w:p>
      <w:pPr>
        <w:spacing w:after="60" w:line="250" w:lineRule="auto"/>
        <w:ind w:left="317" w:right="173"/>
      </w:pPr>
      <w:r>
        <w:rPr>
          <w:rFonts w:ascii="Georgia" w:hAnsi="Georgia"/>
          <w:b w:val="0"/>
          <w:i/>
          <w:color w:val="22201D"/>
          <w:sz w:val="18"/>
        </w:rPr>
        <w:t>Footnote: [3] The Japanese have a word, mono no aware, that translates roughly as "the bittersweetness of things." It describes the gentle sadness of knowing that everything is temporary, combined with the gentle joy of being here to witness it. The English language has no equivalent word, because the English language was designed by people who believed that you should be either happy or sad, and that being both at the same time was a bug rather than a feature. The Emoji Soup menu considers mono no aware to be the primary seasoning in the Soup Before Time.</w:t>
      </w:r>
    </w:p>
    <w:p>
      <w:pPr>
        <w:spacing w:after="60" w:line="266" w:lineRule="auto"/>
        <w:ind w:firstLine="331"/>
        <w:jc w:val="both"/>
      </w:pPr>
      <w:r>
        <w:rPr>
          <w:rFonts w:ascii="Georgia" w:hAnsi="Georgia"/>
          <w:b w:val="0"/>
          <w:i w:val="0"/>
          <w:color w:val="22201D"/>
          <w:sz w:val="20"/>
        </w:rPr>
        <w:t>Nobody has ever ordered the Soup Before Time. Not because of the price. Because nobody has needed to. The Soup Before Time is not an item you order. It is an item you recognize. It sits on the menu the way your mother's face sits in your memory: you don't look for it; you don't summon it; it's simply there, underneath everything else, the first thing you ever saw, the thing your entire visual system was calibrated against.</w:t>
      </w:r>
    </w:p>
    <w:p>
      <w:pPr>
        <w:spacing w:after="60" w:line="266" w:lineRule="auto"/>
        <w:ind w:firstLine="331"/>
        <w:jc w:val="both"/>
      </w:pPr>
      <w:r>
        <w:rPr>
          <w:rFonts w:ascii="Georgia" w:hAnsi="Georgia"/>
          <w:b w:val="0"/>
          <w:i w:val="0"/>
          <w:color w:val="22201D"/>
          <w:sz w:val="20"/>
        </w:rPr>
        <w:t>Flocc stared at this item on the menu for seventeen minutes during his fifth visit. He did not order the soup. He closed the menu. He ate the bread that had arrived without his asking.</w:t>
      </w:r>
    </w:p>
    <w:p>
      <w:pPr>
        <w:spacing w:after="60" w:line="266" w:lineRule="auto"/>
        <w:ind w:firstLine="331"/>
        <w:jc w:val="both"/>
      </w:pPr>
      <w:r>
        <w:rPr>
          <w:rFonts w:ascii="Georgia" w:hAnsi="Georgia"/>
          <w:b w:val="0"/>
          <w:i w:val="0"/>
          <w:color w:val="22201D"/>
          <w:sz w:val="20"/>
        </w:rPr>
        <w:t>The bread, as always, was perfect.[4]</w:t>
      </w:r>
    </w:p>
    <w:p>
      <w:pPr>
        <w:spacing w:after="60" w:line="250" w:lineRule="auto"/>
        <w:ind w:left="317" w:right="173"/>
      </w:pPr>
      <w:r>
        <w:rPr>
          <w:rFonts w:ascii="Georgia" w:hAnsi="Georgia"/>
          <w:b w:val="0"/>
          <w:i/>
          <w:color w:val="22201D"/>
          <w:sz w:val="18"/>
        </w:rPr>
        <w:t>Footnote: [4] The bread is the most important item on the menu and the one most people overlook, because people have been trained to look for meaning in the complex and miss it in the simple, which is the same mistake as looking for God in a cathedral and missing Him in a kitchen, or looking for enlightenment in a monastery and missing it in a dialysis chair. The bread knows. The bread has always known. Eat the bread.</w:t>
      </w:r>
    </w:p>
    <w:p>
      <w:pPr>
        <w:spacing w:before="200" w:after="120"/>
      </w:pPr>
      <w:r>
        <w:rPr>
          <w:rFonts w:ascii="Georgia" w:hAnsi="Georgia"/>
          <w:b/>
          <w:i w:val="0"/>
          <w:color w:val="305862"/>
          <w:sz w:val="21"/>
        </w:rPr>
        <w:t>Appetizer Three: The Egg of Spring</w:t>
      </w:r>
    </w:p>
    <w:p>
      <w:pPr>
        <w:spacing w:after="60" w:line="250" w:lineRule="auto"/>
        <w:ind w:left="317" w:right="173"/>
      </w:pPr>
      <w:r>
        <w:rPr>
          <w:rFonts w:ascii="Georgia" w:hAnsi="Georgia"/>
          <w:b w:val="0"/>
          <w:i/>
          <w:color w:val="22201D"/>
          <w:sz w:val="18"/>
        </w:rPr>
        <w:t>Emoji: Egg. Hatching chick. Cherry blossom. Bell.</w:t>
      </w:r>
    </w:p>
    <w:p>
      <w:pPr>
        <w:spacing w:after="60" w:line="250" w:lineRule="auto"/>
        <w:ind w:left="317" w:right="173"/>
      </w:pPr>
      <w:r>
        <w:rPr>
          <w:rFonts w:ascii="Georgia" w:hAnsi="Georgia"/>
          <w:b w:val="0"/>
          <w:i/>
          <w:color w:val="22201D"/>
          <w:sz w:val="18"/>
        </w:rPr>
        <w:t>Latin: Ver redit. Ovum aperitur. Nemo rogavit sed omnes gaudent.</w:t>
      </w:r>
    </w:p>
    <w:p>
      <w:pPr>
        <w:spacing w:after="60" w:line="250" w:lineRule="auto"/>
        <w:ind w:left="317" w:right="173"/>
      </w:pPr>
      <w:r>
        <w:rPr>
          <w:rFonts w:ascii="Georgia" w:hAnsi="Georgia"/>
          <w:b w:val="0"/>
          <w:i/>
          <w:color w:val="22201D"/>
          <w:sz w:val="18"/>
        </w:rPr>
        <w:t>Price: $spring</w:t>
      </w:r>
    </w:p>
    <w:p>
      <w:pPr>
        <w:spacing w:after="60" w:line="266" w:lineRule="auto"/>
        <w:ind w:firstLine="331"/>
        <w:jc w:val="both"/>
      </w:pPr>
      <w:r>
        <w:rPr>
          <w:rFonts w:ascii="Georgia" w:hAnsi="Georgia"/>
          <w:b w:val="0"/>
          <w:i w:val="0"/>
          <w:color w:val="22201D"/>
          <w:sz w:val="20"/>
        </w:rPr>
        <w:t>The Egg of Spring is exactly what it sounds like: an egg. A boiled egg, served in a small cup, with the shell still on.</w:t>
      </w:r>
    </w:p>
    <w:p>
      <w:pPr>
        <w:spacing w:after="60" w:line="266" w:lineRule="auto"/>
        <w:ind w:firstLine="331"/>
        <w:jc w:val="both"/>
      </w:pPr>
      <w:r>
        <w:rPr>
          <w:rFonts w:ascii="Georgia" w:hAnsi="Georgia"/>
          <w:b w:val="0"/>
          <w:i w:val="0"/>
          <w:color w:val="22201D"/>
          <w:sz w:val="20"/>
        </w:rPr>
        <w:t>You crack it yourself. This is part of the dish. The cracking is an ingredient.</w:t>
      </w:r>
    </w:p>
    <w:p>
      <w:pPr>
        <w:spacing w:after="60" w:line="266" w:lineRule="auto"/>
        <w:ind w:firstLine="331"/>
        <w:jc w:val="both"/>
      </w:pPr>
      <w:r>
        <w:rPr>
          <w:rFonts w:ascii="Georgia" w:hAnsi="Georgia"/>
          <w:b w:val="0"/>
          <w:i w:val="0"/>
          <w:color w:val="22201D"/>
          <w:sz w:val="20"/>
        </w:rPr>
        <w:t>The menu says: Ver redit. Ovum aperitur. Nemo rogavit sed omnes gaudent. "Spring returns. The egg opens. Nobody asked, but everyone is happy."[5]</w:t>
      </w:r>
    </w:p>
    <w:p>
      <w:pPr>
        <w:spacing w:after="60" w:line="250" w:lineRule="auto"/>
        <w:ind w:left="317" w:right="173"/>
      </w:pPr>
      <w:r>
        <w:rPr>
          <w:rFonts w:ascii="Georgia" w:hAnsi="Georgia"/>
          <w:b w:val="0"/>
          <w:i/>
          <w:color w:val="22201D"/>
          <w:sz w:val="18"/>
        </w:rPr>
        <w:t>Footnote: [5] The Buddhist concept of impermanence -- anicca -- is often misunderstood as a gloomy pronouncement about the transience of all things. It is, in fact, the most optimistic statement ever made. If all things are impermanent, then suffering is impermanent. The dialysis session is impermanent. Winter is impermanent. The only permanent thing is change, which means the only permanent thing is spring, which means the egg always cracks.</w:t>
      </w:r>
    </w:p>
    <w:p>
      <w:pPr>
        <w:spacing w:after="60" w:line="266" w:lineRule="auto"/>
        <w:ind w:firstLine="331"/>
        <w:jc w:val="both"/>
      </w:pPr>
      <w:r>
        <w:rPr>
          <w:rFonts w:ascii="Georgia" w:hAnsi="Georgia"/>
          <w:b w:val="0"/>
          <w:i w:val="0"/>
          <w:color w:val="22201D"/>
          <w:sz w:val="20"/>
        </w:rPr>
        <w:t>Nothing stays dead. This is the thesis of the Egg of Spring. Not as theology. Not as wishful thinking. As observation.</w:t>
      </w:r>
    </w:p>
    <w:p>
      <w:pPr>
        <w:spacing w:after="60" w:line="266" w:lineRule="auto"/>
        <w:ind w:firstLine="331"/>
        <w:jc w:val="both"/>
      </w:pPr>
      <w:r>
        <w:rPr>
          <w:rFonts w:ascii="Georgia" w:hAnsi="Georgia"/>
          <w:b w:val="0"/>
          <w:i w:val="0"/>
          <w:color w:val="22201D"/>
          <w:sz w:val="20"/>
        </w:rPr>
        <w:t>The three appetizers, taken together, tell a single story:</w:t>
      </w:r>
    </w:p>
    <w:p>
      <w:pPr>
        <w:spacing w:after="60" w:line="266" w:lineRule="auto"/>
        <w:ind w:firstLine="331"/>
        <w:jc w:val="both"/>
      </w:pPr>
      <w:r>
        <w:rPr>
          <w:rFonts w:ascii="Georgia" w:hAnsi="Georgia"/>
          <w:b w:val="0"/>
          <w:i w:val="0"/>
          <w:color w:val="22201D"/>
          <w:sz w:val="20"/>
        </w:rPr>
        <w:t>Everything came from nothing ($0.00). The nothing was always there ($∞). And it's always becoming something new ($spring).</w:t>
      </w:r>
    </w:p>
    <w:p>
      <w:pPr>
        <w:spacing w:after="60" w:line="266" w:lineRule="auto"/>
        <w:ind w:firstLine="331"/>
        <w:jc w:val="both"/>
      </w:pPr>
      <w:r>
        <w:rPr>
          <w:rFonts w:ascii="Georgia" w:hAnsi="Georgia"/>
          <w:b w:val="0"/>
          <w:i w:val="0"/>
          <w:color w:val="22201D"/>
          <w:sz w:val="20"/>
        </w:rPr>
        <w:t>That's the story. That's the whole story. That's the only story there is or has ever been.</w:t>
      </w:r>
    </w:p>
    <w:p>
      <w:pPr>
        <w:spacing w:after="60" w:line="266" w:lineRule="auto"/>
        <w:ind w:firstLine="331"/>
        <w:jc w:val="both"/>
      </w:pPr>
      <w:r>
        <w:rPr>
          <w:rFonts w:ascii="Georgia" w:hAnsi="Georgia"/>
          <w:b w:val="0"/>
          <w:i w:val="0"/>
          <w:color w:val="22201D"/>
          <w:sz w:val="20"/>
        </w:rPr>
        <w:t>Before the End, there are appetizers.</w:t>
      </w:r>
    </w:p>
    <w:p>
      <w:pPr>
        <w:spacing w:after="60" w:line="266" w:lineRule="auto"/>
        <w:ind w:firstLine="331"/>
        <w:jc w:val="both"/>
      </w:pPr>
      <w:r>
        <w:rPr>
          <w:rFonts w:ascii="Georgia" w:hAnsi="Georgia"/>
          <w:b w:val="0"/>
          <w:i w:val="0"/>
          <w:color w:val="22201D"/>
          <w:sz w:val="20"/>
        </w:rPr>
        <w:t>Crack the egg.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Bob's Mushroom Theorem</w:t>
      </w:r>
    </w:p>
    <w:p>
      <w:pPr>
        <w:spacing w:after="60" w:line="266" w:lineRule="auto"/>
        <w:ind w:firstLine="0"/>
        <w:jc w:val="both"/>
      </w:pPr>
      <w:r>
        <w:rPr>
          <w:rFonts w:ascii="Georgia" w:hAnsi="Georgia"/>
          <w:b w:val="0"/>
          <w:i w:val="0"/>
          <w:color w:val="22201D"/>
          <w:sz w:val="20"/>
        </w:rPr>
        <w:t>Original source: Part Two / Chapter Eight.</w:t>
      </w:r>
    </w:p>
    <w:p>
      <w:pPr>
        <w:spacing w:after="60" w:line="266" w:lineRule="auto"/>
        <w:ind w:firstLine="331"/>
        <w:jc w:val="both"/>
      </w:pPr>
      <w:r>
        <w:rPr>
          <w:rFonts w:ascii="Georgia" w:hAnsi="Georgia"/>
          <w:b w:val="0"/>
          <w:i w:val="0"/>
          <w:color w:val="22201D"/>
          <w:sz w:val="20"/>
        </w:rPr>
        <w:t>In which Bob proves, using only fungi and patience, that the universe is a network, that networks are alive, that alive things are delicious, and that you should never, under any circumstances, argue with Bob.</w:t>
      </w:r>
    </w:p>
    <w:p>
      <w:pPr>
        <w:spacing w:after="60" w:line="266" w:lineRule="auto"/>
        <w:ind w:firstLine="331"/>
        <w:jc w:val="both"/>
      </w:pPr>
      <w:r>
        <w:rPr>
          <w:rFonts w:ascii="Georgia" w:hAnsi="Georgia"/>
          <w:b w:val="0"/>
          <w:i w:val="0"/>
          <w:color w:val="22201D"/>
          <w:sz w:val="20"/>
        </w:rPr>
        <w:t>Bob's Mushroom Theorem, stated formally, is this:</w:t>
      </w:r>
    </w:p>
    <w:p>
      <w:pPr>
        <w:spacing w:after="60" w:line="250" w:lineRule="auto"/>
        <w:ind w:left="317" w:right="173"/>
      </w:pPr>
      <w:r>
        <w:rPr>
          <w:rFonts w:ascii="Georgia" w:hAnsi="Georgia"/>
          <w:b w:val="0"/>
          <w:i/>
          <w:color w:val="22201D"/>
          <w:sz w:val="18"/>
        </w:rPr>
        <w:t>Given: a sufficient quantity of time, attention, and organic matter, any sufficiently loved patch of soil will produce food that tastes like the accumulated memory of every person who has ever tended it.</w:t>
      </w:r>
    </w:p>
    <w:p>
      <w:pPr>
        <w:spacing w:after="60" w:line="250" w:lineRule="auto"/>
        <w:ind w:left="317" w:right="173"/>
      </w:pPr>
      <w:r>
        <w:rPr>
          <w:rFonts w:ascii="Georgia" w:hAnsi="Georgia"/>
          <w:b w:val="0"/>
          <w:i/>
          <w:color w:val="22201D"/>
          <w:sz w:val="18"/>
        </w:rPr>
        <w:t>Corollary: Do not argue with Bob.</w:t>
      </w:r>
    </w:p>
    <w:p>
      <w:pPr>
        <w:spacing w:after="60" w:line="250" w:lineRule="auto"/>
        <w:ind w:left="317" w:right="173"/>
      </w:pPr>
      <w:r>
        <w:rPr>
          <w:rFonts w:ascii="Georgia" w:hAnsi="Georgia"/>
          <w:b w:val="0"/>
          <w:i/>
          <w:color w:val="22201D"/>
          <w:sz w:val="18"/>
        </w:rPr>
        <w:t>Proof: Three generations.</w:t>
      </w:r>
    </w:p>
    <w:p>
      <w:pPr>
        <w:spacing w:after="60" w:line="250" w:lineRule="auto"/>
        <w:ind w:left="317" w:right="173"/>
      </w:pPr>
      <w:r>
        <w:rPr>
          <w:rFonts w:ascii="Georgia" w:hAnsi="Georgia"/>
          <w:b w:val="0"/>
          <w:i/>
          <w:color w:val="22201D"/>
          <w:sz w:val="18"/>
        </w:rPr>
        <w:t>Q.E.D.</w:t>
      </w:r>
    </w:p>
    <w:p>
      <w:pPr>
        <w:spacing w:after="60" w:line="266" w:lineRule="auto"/>
        <w:ind w:firstLine="331"/>
        <w:jc w:val="both"/>
      </w:pPr>
      <w:r>
        <w:rPr>
          <w:rFonts w:ascii="Georgia" w:hAnsi="Georgia"/>
          <w:b w:val="0"/>
          <w:i w:val="0"/>
          <w:color w:val="22201D"/>
          <w:sz w:val="20"/>
        </w:rPr>
        <w:t>The theorem was first articulated, though not in these words, by Bob's grandfather, whose name was also Bob, which is either a coincidence or a proof of the theorem itself.[1]</w:t>
      </w:r>
    </w:p>
    <w:p>
      <w:pPr>
        <w:spacing w:after="60" w:line="250" w:lineRule="auto"/>
        <w:ind w:left="317" w:right="173"/>
      </w:pPr>
      <w:r>
        <w:rPr>
          <w:rFonts w:ascii="Georgia" w:hAnsi="Georgia"/>
          <w:b w:val="0"/>
          <w:i/>
          <w:color w:val="22201D"/>
          <w:sz w:val="18"/>
        </w:rPr>
        <w:t>Footnote: [1] The inheritance of names is one of the oldest human technologies. Older than agriculture. Older than writing. Older than the wheel, which is impressive, because the wheel is older than most people think, and most people don't think about the wheel at all, which is how you know it works perfectly. The best technologies are invisible.</w:t>
      </w:r>
    </w:p>
    <w:p>
      <w:pPr>
        <w:spacing w:after="60" w:line="266" w:lineRule="auto"/>
        <w:ind w:firstLine="331"/>
        <w:jc w:val="both"/>
      </w:pPr>
      <w:r>
        <w:rPr>
          <w:rFonts w:ascii="Georgia" w:hAnsi="Georgia"/>
          <w:b w:val="0"/>
          <w:i w:val="0"/>
          <w:color w:val="22201D"/>
          <w:sz w:val="20"/>
        </w:rPr>
        <w:t>Bob the First arrived in Yamhill County, Oregon, in 1952. He bought twenty acres. The land had no particular qualities that a real estate agent would mention. It was the land that was left over after everyone else had chosen their land, the way the last kid picked for dodgeball is not the worst athlete but merely the least obvious athlete.[2]</w:t>
      </w:r>
    </w:p>
    <w:p>
      <w:pPr>
        <w:spacing w:after="60" w:line="250" w:lineRule="auto"/>
        <w:ind w:left="317" w:right="173"/>
      </w:pPr>
      <w:r>
        <w:rPr>
          <w:rFonts w:ascii="Georgia" w:hAnsi="Georgia"/>
          <w:b w:val="0"/>
          <w:i/>
          <w:color w:val="22201D"/>
          <w:sz w:val="18"/>
        </w:rPr>
        <w:t>Footnote: [2] Mushrooms thrive in conditions of benign neglect. Not total neglect, which produces mold. Not intensive care, which produces mushrooms that are technically alive but existentially hollow, like children of helicopter parents or artisanal sourdough from a brewery that's trying too hard. Benign neglect: the state of being attended to without being controlled.</w:t>
      </w:r>
    </w:p>
    <w:p>
      <w:pPr>
        <w:spacing w:after="60" w:line="266" w:lineRule="auto"/>
        <w:ind w:firstLine="331"/>
        <w:jc w:val="both"/>
      </w:pPr>
      <w:r>
        <w:rPr>
          <w:rFonts w:ascii="Georgia" w:hAnsi="Georgia"/>
          <w:b w:val="0"/>
          <w:i w:val="0"/>
          <w:color w:val="22201D"/>
          <w:sz w:val="20"/>
        </w:rPr>
        <w:t>Bob the First intended to grow Christmas trees. But the twenty acres had other plans. The soil was wrong for Christmas trees. Too wet, too acidic, too full of decaying old-growth. The trees grew weird.</w:t>
      </w:r>
    </w:p>
    <w:p>
      <w:pPr>
        <w:spacing w:after="60" w:line="266" w:lineRule="auto"/>
        <w:ind w:firstLine="331"/>
        <w:jc w:val="both"/>
      </w:pPr>
      <w:r>
        <w:rPr>
          <w:rFonts w:ascii="Georgia" w:hAnsi="Georgia"/>
          <w:b w:val="0"/>
          <w:i w:val="0"/>
          <w:color w:val="22201D"/>
          <w:sz w:val="20"/>
        </w:rPr>
        <w:t>The Christmas trees failed. But in the shade of the failing Christmas trees, something else was growing. Mushrooms.</w:t>
      </w:r>
    </w:p>
    <w:p>
      <w:pPr>
        <w:spacing w:after="60" w:line="266" w:lineRule="auto"/>
        <w:ind w:firstLine="331"/>
        <w:jc w:val="both"/>
      </w:pPr>
      <w:r>
        <w:rPr>
          <w:rFonts w:ascii="Georgia" w:hAnsi="Georgia"/>
          <w:b w:val="0"/>
          <w:i w:val="0"/>
          <w:color w:val="22201D"/>
          <w:sz w:val="20"/>
        </w:rPr>
        <w:t>Bob the Second -- the middle Bob, the transitional Bob -- discovered that the mycelium beneath the farm was not just a root system. It was a network. A wood wide web, decades before the phrase was coined by scientists who thought they were being clever and who were actually being late.[3]</w:t>
      </w:r>
    </w:p>
    <w:p>
      <w:pPr>
        <w:spacing w:after="60" w:line="250" w:lineRule="auto"/>
        <w:ind w:left="317" w:right="173"/>
      </w:pPr>
      <w:r>
        <w:rPr>
          <w:rFonts w:ascii="Georgia" w:hAnsi="Georgia"/>
          <w:b w:val="0"/>
          <w:i/>
          <w:color w:val="22201D"/>
          <w:sz w:val="18"/>
        </w:rPr>
        <w:t>Footnote: [3] The "Wood Wide Web" was formally described in a 1997 paper by Dr. Suzanne Simard. Bob the Second had been telling his mushrooms about it since 1974. The mushrooms were not surprised. They had been telling the trees about it since the Carboniferous period, approximately 360 million years ago, which makes the 1997 paper approximately 360 million years late, which is, by academic standards, not bad.</w:t>
      </w:r>
    </w:p>
    <w:p>
      <w:pPr>
        <w:spacing w:after="60" w:line="266" w:lineRule="auto"/>
        <w:ind w:firstLine="331"/>
        <w:jc w:val="both"/>
      </w:pPr>
      <w:r>
        <w:rPr>
          <w:rFonts w:ascii="Georgia" w:hAnsi="Georgia"/>
          <w:b w:val="0"/>
          <w:i w:val="0"/>
          <w:color w:val="22201D"/>
          <w:sz w:val="20"/>
        </w:rPr>
        <w:t>Bob -- our Bob, Bob the Third -- grew up inside the theorem. He did not know it was a theorem until Flocc told him.</w:t>
      </w:r>
    </w:p>
    <w:p>
      <w:pPr>
        <w:spacing w:after="60" w:line="266" w:lineRule="auto"/>
        <w:ind w:firstLine="331"/>
        <w:jc w:val="both"/>
      </w:pPr>
      <w:r>
        <w:rPr>
          <w:rFonts w:ascii="Georgia" w:hAnsi="Georgia"/>
          <w:b w:val="0"/>
          <w:i w:val="0"/>
          <w:color w:val="22201D"/>
          <w:sz w:val="20"/>
        </w:rPr>
        <w:t>"It's a theorem," Flocc said.</w:t>
      </w:r>
    </w:p>
    <w:p>
      <w:pPr>
        <w:spacing w:after="60" w:line="266" w:lineRule="auto"/>
        <w:ind w:firstLine="331"/>
        <w:jc w:val="both"/>
      </w:pPr>
      <w:r>
        <w:rPr>
          <w:rFonts w:ascii="Georgia" w:hAnsi="Georgia"/>
          <w:b w:val="0"/>
          <w:i w:val="0"/>
          <w:color w:val="22201D"/>
          <w:sz w:val="20"/>
        </w:rPr>
        <w:t>"It's a farm," Bob said.</w:t>
      </w:r>
    </w:p>
    <w:p>
      <w:pPr>
        <w:spacing w:after="60" w:line="266" w:lineRule="auto"/>
        <w:ind w:firstLine="331"/>
        <w:jc w:val="both"/>
      </w:pPr>
      <w:r>
        <w:rPr>
          <w:rFonts w:ascii="Georgia" w:hAnsi="Georgia"/>
          <w:b w:val="0"/>
          <w:i w:val="0"/>
          <w:color w:val="22201D"/>
          <w:sz w:val="20"/>
        </w:rPr>
        <w:t>"It's both. A theorem is a statement that can be proven. Your farm is a statement about the relationship between time and flavor. Three generations is the proof."</w:t>
      </w:r>
    </w:p>
    <w:p>
      <w:pPr>
        <w:spacing w:after="60" w:line="266" w:lineRule="auto"/>
        <w:ind w:firstLine="331"/>
        <w:jc w:val="both"/>
      </w:pPr>
      <w:r>
        <w:rPr>
          <w:rFonts w:ascii="Georgia" w:hAnsi="Georgia"/>
          <w:b w:val="0"/>
          <w:i w:val="0"/>
          <w:color w:val="22201D"/>
          <w:sz w:val="20"/>
        </w:rPr>
        <w:t>"You're making it complicated," Bob said.</w:t>
      </w:r>
    </w:p>
    <w:p>
      <w:pPr>
        <w:spacing w:after="60" w:line="266" w:lineRule="auto"/>
        <w:ind w:firstLine="331"/>
        <w:jc w:val="both"/>
      </w:pPr>
      <w:r>
        <w:rPr>
          <w:rFonts w:ascii="Georgia" w:hAnsi="Georgia"/>
          <w:b w:val="0"/>
          <w:i w:val="0"/>
          <w:color w:val="22201D"/>
          <w:sz w:val="20"/>
        </w:rPr>
        <w:t>"You're making it simple," Flocc said.</w:t>
      </w:r>
    </w:p>
    <w:p>
      <w:pPr>
        <w:spacing w:after="60" w:line="266" w:lineRule="auto"/>
        <w:ind w:firstLine="331"/>
        <w:jc w:val="both"/>
      </w:pPr>
      <w:r>
        <w:rPr>
          <w:rFonts w:ascii="Georgia" w:hAnsi="Georgia"/>
          <w:b w:val="0"/>
          <w:i w:val="0"/>
          <w:color w:val="22201D"/>
          <w:sz w:val="20"/>
        </w:rPr>
        <w:t>"Simple is better."</w:t>
      </w:r>
    </w:p>
    <w:p>
      <w:pPr>
        <w:spacing w:after="60" w:line="266" w:lineRule="auto"/>
        <w:ind w:firstLine="331"/>
        <w:jc w:val="both"/>
      </w:pPr>
      <w:r>
        <w:rPr>
          <w:rFonts w:ascii="Georgia" w:hAnsi="Georgia"/>
          <w:b w:val="0"/>
          <w:i w:val="0"/>
          <w:color w:val="22201D"/>
          <w:sz w:val="20"/>
        </w:rPr>
        <w:t>"Name a time when complicated was better than simple."</w:t>
      </w:r>
    </w:p>
    <w:p>
      <w:pPr>
        <w:spacing w:after="60" w:line="266" w:lineRule="auto"/>
        <w:ind w:firstLine="331"/>
        <w:jc w:val="both"/>
      </w:pPr>
      <w:r>
        <w:rPr>
          <w:rFonts w:ascii="Georgia" w:hAnsi="Georgia"/>
          <w:b w:val="0"/>
          <w:i w:val="0"/>
          <w:color w:val="22201D"/>
          <w:sz w:val="20"/>
        </w:rPr>
        <w:t>Flocc thought.</w:t>
      </w:r>
    </w:p>
    <w:p>
      <w:pPr>
        <w:spacing w:after="60" w:line="266" w:lineRule="auto"/>
        <w:ind w:firstLine="331"/>
        <w:jc w:val="both"/>
      </w:pPr>
      <w:r>
        <w:rPr>
          <w:rFonts w:ascii="Georgia" w:hAnsi="Georgia"/>
          <w:b w:val="0"/>
          <w:i w:val="0"/>
          <w:color w:val="22201D"/>
          <w:sz w:val="20"/>
        </w:rPr>
        <w:t>"Okay," Flocc said. "Simple is better."</w:t>
      </w:r>
    </w:p>
    <w:p>
      <w:pPr>
        <w:spacing w:after="60" w:line="266" w:lineRule="auto"/>
        <w:ind w:firstLine="331"/>
        <w:jc w:val="both"/>
      </w:pPr>
      <w:r>
        <w:rPr>
          <w:rFonts w:ascii="Georgia" w:hAnsi="Georgia"/>
          <w:b w:val="0"/>
          <w:i w:val="0"/>
          <w:color w:val="22201D"/>
          <w:sz w:val="20"/>
        </w:rPr>
        <w:t>"Don't argue with Bob," Bob said.[4]</w:t>
      </w:r>
    </w:p>
    <w:p>
      <w:pPr>
        <w:spacing w:after="60" w:line="250" w:lineRule="auto"/>
        <w:ind w:left="317" w:right="173"/>
      </w:pPr>
      <w:r>
        <w:rPr>
          <w:rFonts w:ascii="Georgia" w:hAnsi="Georgia"/>
          <w:b w:val="0"/>
          <w:i/>
          <w:color w:val="22201D"/>
          <w:sz w:val="18"/>
        </w:rPr>
        <w:t>Footnote: [4] The phrase "Don't argue with Bob" has appeared on the Emoji Soup menu since before Bob started delivering mushrooms, which is temporally impossible but culinarily consistent. Bob is the current expression of an eternal condition. Don't argue with eternal conditions. Don't argue with Bob.</w:t>
      </w:r>
    </w:p>
    <w:p>
      <w:pPr>
        <w:spacing w:after="60" w:line="266" w:lineRule="auto"/>
        <w:ind w:firstLine="331"/>
        <w:jc w:val="both"/>
      </w:pPr>
      <w:r>
        <w:rPr>
          <w:rFonts w:ascii="Georgia" w:hAnsi="Georgia"/>
          <w:b w:val="0"/>
          <w:i w:val="0"/>
          <w:color w:val="22201D"/>
          <w:sz w:val="20"/>
        </w:rPr>
        <w:t>On Flocc's sixth visit, Bob made the connection that changed everything.</w:t>
      </w:r>
    </w:p>
    <w:p>
      <w:pPr>
        <w:spacing w:after="60" w:line="266" w:lineRule="auto"/>
        <w:ind w:firstLine="331"/>
        <w:jc w:val="both"/>
      </w:pPr>
      <w:r>
        <w:rPr>
          <w:rFonts w:ascii="Georgia" w:hAnsi="Georgia"/>
          <w:b w:val="0"/>
          <w:i w:val="0"/>
          <w:color w:val="22201D"/>
          <w:sz w:val="20"/>
        </w:rPr>
        <w:t>"Tell me about the mycelium," Flocc said.</w:t>
      </w:r>
    </w:p>
    <w:p>
      <w:pPr>
        <w:spacing w:after="60" w:line="266" w:lineRule="auto"/>
        <w:ind w:firstLine="331"/>
        <w:jc w:val="both"/>
      </w:pPr>
      <w:r>
        <w:rPr>
          <w:rFonts w:ascii="Georgia" w:hAnsi="Georgia"/>
          <w:b w:val="0"/>
          <w:i w:val="0"/>
          <w:color w:val="22201D"/>
          <w:sz w:val="20"/>
        </w:rPr>
        <w:t>"It works like you," Bob said. "Like the dialysis. The mycelium is a filtration system. It takes in everything -- dead leaves, dead insects, dead trees, dead everything -- and it breaks it down, and it filters it, and it passes the nutrients to the things that need them. Your machine does the same thing."</w:t>
      </w:r>
    </w:p>
    <w:p>
      <w:pPr>
        <w:spacing w:after="60" w:line="266" w:lineRule="auto"/>
        <w:ind w:firstLine="331"/>
        <w:jc w:val="both"/>
      </w:pPr>
      <w:r>
        <w:rPr>
          <w:rFonts w:ascii="Georgia" w:hAnsi="Georgia"/>
          <w:b w:val="0"/>
          <w:i w:val="0"/>
          <w:color w:val="22201D"/>
          <w:sz w:val="20"/>
        </w:rPr>
        <w:t>"And the mushrooms?"</w:t>
      </w:r>
    </w:p>
    <w:p>
      <w:pPr>
        <w:spacing w:after="60" w:line="266" w:lineRule="auto"/>
        <w:ind w:firstLine="331"/>
        <w:jc w:val="both"/>
      </w:pPr>
      <w:r>
        <w:rPr>
          <w:rFonts w:ascii="Georgia" w:hAnsi="Georgia"/>
          <w:b w:val="0"/>
          <w:i w:val="0"/>
          <w:color w:val="22201D"/>
          <w:sz w:val="20"/>
        </w:rPr>
        <w:t>"The mushrooms are what the kidney produces. The mushrooms are what happens when the filtration works. When you see a mushroom coming up through the soil, that's the forest saying 'I'm clean.'"</w:t>
      </w:r>
    </w:p>
    <w:p>
      <w:pPr>
        <w:spacing w:after="60" w:line="266" w:lineRule="auto"/>
        <w:ind w:firstLine="331"/>
        <w:jc w:val="both"/>
      </w:pPr>
      <w:r>
        <w:rPr>
          <w:rFonts w:ascii="Georgia" w:hAnsi="Georgia"/>
          <w:b w:val="0"/>
          <w:i w:val="0"/>
          <w:color w:val="22201D"/>
          <w:sz w:val="20"/>
        </w:rPr>
        <w:t>Bob took a bite of risotto. He chewed slowly.</w:t>
      </w:r>
    </w:p>
    <w:p>
      <w:pPr>
        <w:spacing w:after="60" w:line="266" w:lineRule="auto"/>
        <w:ind w:firstLine="331"/>
        <w:jc w:val="both"/>
      </w:pPr>
      <w:r>
        <w:rPr>
          <w:rFonts w:ascii="Georgia" w:hAnsi="Georgia"/>
          <w:b w:val="0"/>
          <w:i w:val="0"/>
          <w:color w:val="22201D"/>
          <w:sz w:val="20"/>
        </w:rPr>
        <w:t>"Your dialysis machine is a mushroom," Bob said. "Don't argue with Bob."</w:t>
      </w:r>
    </w:p>
    <w:p>
      <w:pPr>
        <w:spacing w:after="60" w:line="266" w:lineRule="auto"/>
        <w:ind w:firstLine="331"/>
        <w:jc w:val="both"/>
      </w:pPr>
      <w:r>
        <w:rPr>
          <w:rFonts w:ascii="Georgia" w:hAnsi="Georgia"/>
          <w:b w:val="0"/>
          <w:i w:val="0"/>
          <w:color w:val="22201D"/>
          <w:sz w:val="20"/>
        </w:rPr>
        <w:t>Flocc did not argue with Bob.[5]</w:t>
      </w:r>
    </w:p>
    <w:p>
      <w:pPr>
        <w:spacing w:after="60" w:line="250" w:lineRule="auto"/>
        <w:ind w:left="317" w:right="173"/>
      </w:pPr>
      <w:r>
        <w:rPr>
          <w:rFonts w:ascii="Georgia" w:hAnsi="Georgia"/>
          <w:b w:val="0"/>
          <w:i/>
          <w:color w:val="22201D"/>
          <w:sz w:val="18"/>
        </w:rPr>
        <w:t>Footnote: [5] Bob has been asked, on multiple occasions, to write a book about his farming philosophy. He has declined every time: "A book about mushrooms is like a menu about food. It points at the thing but it isn't the thing. If you want to understand the mushrooms, come to the farm. Stand still. Wait." This is the most profound thing anyone has ever said about epistemology, and Bob said it while standing in a field, in rubber boots, holding a crate.</w:t>
      </w:r>
    </w:p>
    <w:p>
      <w:pPr>
        <w:spacing w:after="60" w:line="266" w:lineRule="auto"/>
        <w:ind w:firstLine="331"/>
        <w:jc w:val="both"/>
      </w:pPr>
      <w:r>
        <w:rPr>
          <w:rFonts w:ascii="Georgia" w:hAnsi="Georgia"/>
          <w:b w:val="0"/>
          <w:i w:val="0"/>
          <w:color w:val="22201D"/>
          <w:sz w:val="20"/>
        </w:rPr>
        <w:t>Don't argue with Bob.</w:t>
      </w:r>
    </w:p>
    <w:p>
      <w:pPr>
        <w:spacing w:after="60" w:line="266" w:lineRule="auto"/>
        <w:ind w:firstLine="331"/>
        <w:jc w:val="both"/>
      </w:pPr>
      <w:r>
        <w:rPr>
          <w:rFonts w:ascii="Georgia" w:hAnsi="Georgia"/>
          <w:b w:val="0"/>
          <w:i w:val="0"/>
          <w:color w:val="22201D"/>
          <w:sz w:val="20"/>
        </w:rPr>
        <w:t>The risotto is the proof.</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The Dessert That Eats You</w:t>
      </w:r>
    </w:p>
    <w:p>
      <w:pPr>
        <w:spacing w:after="60" w:line="266" w:lineRule="auto"/>
        <w:ind w:firstLine="0"/>
        <w:jc w:val="both"/>
      </w:pPr>
      <w:r>
        <w:rPr>
          <w:rFonts w:ascii="Georgia" w:hAnsi="Georgia"/>
          <w:b w:val="0"/>
          <w:i w:val="0"/>
          <w:color w:val="22201D"/>
          <w:sz w:val="20"/>
        </w:rPr>
        <w:t>Original source: Part Two / Chapter Nine.</w:t>
      </w:r>
    </w:p>
    <w:p>
      <w:pPr>
        <w:spacing w:after="60" w:line="266" w:lineRule="auto"/>
        <w:ind w:firstLine="331"/>
        <w:jc w:val="both"/>
      </w:pPr>
      <w:r>
        <w:rPr>
          <w:rFonts w:ascii="Georgia" w:hAnsi="Georgia"/>
          <w:b w:val="0"/>
          <w:i w:val="0"/>
          <w:color w:val="22201D"/>
          <w:sz w:val="20"/>
        </w:rPr>
        <w:t>In which Nietzsche's ice cream stares back, the sacred geometry cake is built on the golden ratio and falls apart on purpose, and Flocc learns that the difference between eating dessert and being eaten by dessert is a matter of who blinks first.</w:t>
      </w:r>
    </w:p>
    <w:p>
      <w:pPr>
        <w:spacing w:after="60" w:line="266" w:lineRule="auto"/>
        <w:ind w:firstLine="331"/>
        <w:jc w:val="both"/>
      </w:pPr>
      <w:r>
        <w:rPr>
          <w:rFonts w:ascii="Georgia" w:hAnsi="Georgia"/>
          <w:b w:val="0"/>
          <w:i w:val="0"/>
          <w:color w:val="22201D"/>
          <w:sz w:val="20"/>
        </w:rPr>
        <w:t>The dessert section of the Emoji Soup menu is printed on a separate page.</w:t>
      </w:r>
    </w:p>
    <w:p>
      <w:pPr>
        <w:spacing w:after="60" w:line="266" w:lineRule="auto"/>
        <w:ind w:firstLine="331"/>
        <w:jc w:val="both"/>
      </w:pPr>
      <w:r>
        <w:rPr>
          <w:rFonts w:ascii="Georgia" w:hAnsi="Georgia"/>
          <w:b w:val="0"/>
          <w:i w:val="0"/>
          <w:color w:val="22201D"/>
          <w:sz w:val="20"/>
        </w:rPr>
        <w:t>This is not because the restaurant ran out of room. The dessert section is on a separate page because the desserts are a separate experience. You don't eat dessert in the same reality you eat dinner in. You eat dessert in the reality after dinner, which is a different reality, softer at the edges, more willing to be strange, more tolerant of sweetness, which is -- if you think about it long enough -- the most dangerous flavor.[1]</w:t>
      </w:r>
    </w:p>
    <w:p>
      <w:pPr>
        <w:spacing w:after="60" w:line="250" w:lineRule="auto"/>
        <w:ind w:left="317" w:right="173"/>
      </w:pPr>
      <w:r>
        <w:rPr>
          <w:rFonts w:ascii="Georgia" w:hAnsi="Georgia"/>
          <w:b w:val="0"/>
          <w:i/>
          <w:color w:val="22201D"/>
          <w:sz w:val="18"/>
        </w:rPr>
        <w:t>Footnote: [1] Infinite bread is infinite. But hunger returns regardless of how much you've eaten, because hunger is not a deficit to be filled but a capacity to be exercised. You do not stop being hungry because you ate. You stop being hungry because you finished eating, and finishing is a decision, not a quantity. The dessert section is the restaurant's way of asking: "Are you finished?" And the answer, at Emoji Soup, is always: "Not yet."</w:t>
      </w:r>
    </w:p>
    <w:p>
      <w:pPr>
        <w:spacing w:before="200" w:after="120"/>
      </w:pPr>
      <w:r>
        <w:rPr>
          <w:rFonts w:ascii="Georgia" w:hAnsi="Georgia"/>
          <w:b/>
          <w:i w:val="0"/>
          <w:color w:val="305862"/>
          <w:sz w:val="21"/>
        </w:rPr>
        <w:t>The Sacred Geometry Cake</w:t>
      </w:r>
    </w:p>
    <w:p>
      <w:pPr>
        <w:spacing w:after="60" w:line="250" w:lineRule="auto"/>
        <w:ind w:left="317" w:right="173"/>
      </w:pPr>
      <w:r>
        <w:rPr>
          <w:rFonts w:ascii="Georgia" w:hAnsi="Georgia"/>
          <w:b w:val="0"/>
          <w:i/>
          <w:color w:val="22201D"/>
          <w:sz w:val="18"/>
        </w:rPr>
        <w:t>Emoji: Cake. Star of David. Sun. Spiral. Sparkles.</w:t>
      </w:r>
    </w:p>
    <w:p>
      <w:pPr>
        <w:spacing w:after="60" w:line="250" w:lineRule="auto"/>
        <w:ind w:left="317" w:right="173"/>
      </w:pPr>
      <w:r>
        <w:rPr>
          <w:rFonts w:ascii="Georgia" w:hAnsi="Georgia"/>
          <w:b w:val="0"/>
          <w:i/>
          <w:color w:val="22201D"/>
          <w:sz w:val="18"/>
        </w:rPr>
        <w:t>Latin: Geometria sacra in crustulo. Proportio aurea. Duodecim strata. Cum latere phi.</w:t>
      </w:r>
    </w:p>
    <w:p>
      <w:pPr>
        <w:spacing w:after="60" w:line="250" w:lineRule="auto"/>
        <w:ind w:left="317" w:right="173"/>
      </w:pPr>
      <w:r>
        <w:rPr>
          <w:rFonts w:ascii="Georgia" w:hAnsi="Georgia"/>
          <w:b w:val="0"/>
          <w:i/>
          <w:color w:val="22201D"/>
          <w:sz w:val="18"/>
        </w:rPr>
        <w:t>Price: $φ</w:t>
      </w:r>
    </w:p>
    <w:p>
      <w:pPr>
        <w:spacing w:after="60" w:line="266" w:lineRule="auto"/>
        <w:ind w:firstLine="331"/>
        <w:jc w:val="both"/>
      </w:pPr>
      <w:r>
        <w:rPr>
          <w:rFonts w:ascii="Georgia" w:hAnsi="Georgia"/>
          <w:b w:val="0"/>
          <w:i w:val="0"/>
          <w:color w:val="22201D"/>
          <w:sz w:val="20"/>
        </w:rPr>
        <w:t>The price goes on forever. The price of the sacred geometry cake is the golden ratio, written out to as many decimal places as the paper can hold, which, on the Emoji Soup menu, is infinite.[2]</w:t>
      </w:r>
    </w:p>
    <w:p>
      <w:pPr>
        <w:spacing w:after="60" w:line="250" w:lineRule="auto"/>
        <w:ind w:left="317" w:right="173"/>
      </w:pPr>
      <w:r>
        <w:rPr>
          <w:rFonts w:ascii="Georgia" w:hAnsi="Georgia"/>
          <w:b w:val="0"/>
          <w:i/>
          <w:color w:val="22201D"/>
          <w:sz w:val="18"/>
        </w:rPr>
        <w:t>Footnote: [2] There are two kinds of numbers: rational and irrational. Rational numbers can be expressed as a fraction. Irrational numbers go on forever without repeating, like a conversation with a very interesting person, or the experience of eating cake at a restaurant that exists at the corner of Everywhere and Nowhere. The sacred geometry cake produces the fury of beauty. The price reflects it.</w:t>
      </w:r>
    </w:p>
    <w:p>
      <w:pPr>
        <w:spacing w:after="60" w:line="266" w:lineRule="auto"/>
        <w:ind w:firstLine="331"/>
        <w:jc w:val="both"/>
      </w:pPr>
      <w:r>
        <w:rPr>
          <w:rFonts w:ascii="Georgia" w:hAnsi="Georgia"/>
          <w:b w:val="0"/>
          <w:i w:val="0"/>
          <w:color w:val="22201D"/>
          <w:sz w:val="20"/>
        </w:rPr>
        <w:t>The cake is twelve layers. Each layer is in the golden ratio to the layer beneath it. The cake expands as it rises, which is architecturally unsound and mathematically perfect, like the universe itself.</w:t>
      </w:r>
    </w:p>
    <w:p>
      <w:pPr>
        <w:spacing w:after="60" w:line="266" w:lineRule="auto"/>
        <w:ind w:firstLine="331"/>
        <w:jc w:val="both"/>
      </w:pPr>
      <w:r>
        <w:rPr>
          <w:rFonts w:ascii="Georgia" w:hAnsi="Georgia"/>
          <w:b w:val="0"/>
          <w:i w:val="0"/>
          <w:color w:val="22201D"/>
          <w:sz w:val="20"/>
        </w:rPr>
        <w:t>The cake is not served on a plate. The cake is served on a mirror.[3]</w:t>
      </w:r>
    </w:p>
    <w:p>
      <w:pPr>
        <w:spacing w:after="60" w:line="250" w:lineRule="auto"/>
        <w:ind w:left="317" w:right="173"/>
      </w:pPr>
      <w:r>
        <w:rPr>
          <w:rFonts w:ascii="Georgia" w:hAnsi="Georgia"/>
          <w:b w:val="0"/>
          <w:i/>
          <w:color w:val="22201D"/>
          <w:sz w:val="18"/>
        </w:rPr>
        <w:t>Footnote: [3] The diagnostic paradox: being told you are ill is terrible news. Being told you are ill is also the first moment you understand what health meant. The frame of limitation makes the picture of existence visible. The mirror under the cake is showing you the sacred geometry you already are -- the golden ratio in the spiral of your ear, in the proportion of your fingers, in the Fibonacci sequence encoded in your DNA. You were built on the same mathematics as the cake.</w:t>
      </w:r>
    </w:p>
    <w:p>
      <w:pPr>
        <w:spacing w:after="60" w:line="266" w:lineRule="auto"/>
        <w:ind w:firstLine="331"/>
        <w:jc w:val="both"/>
      </w:pPr>
      <w:r>
        <w:rPr>
          <w:rFonts w:ascii="Georgia" w:hAnsi="Georgia"/>
          <w:b w:val="0"/>
          <w:i w:val="0"/>
          <w:color w:val="22201D"/>
          <w:sz w:val="20"/>
        </w:rPr>
        <w:t>He cut a slice. The cake fell apart.</w:t>
      </w:r>
    </w:p>
    <w:p>
      <w:pPr>
        <w:spacing w:after="60" w:line="266" w:lineRule="auto"/>
        <w:ind w:firstLine="331"/>
        <w:jc w:val="both"/>
      </w:pPr>
      <w:r>
        <w:rPr>
          <w:rFonts w:ascii="Georgia" w:hAnsi="Georgia"/>
          <w:b w:val="0"/>
          <w:i w:val="0"/>
          <w:color w:val="22201D"/>
          <w:sz w:val="20"/>
        </w:rPr>
        <w:t>Not because it was poorly made. Because it was designed to fall apart. The golden ratio is everywhere in nature -- in nautilus shells, in sunflower seeds, in galaxy arms -- and everywhere it appears, it is moving. The golden ratio is not a photograph. It is a film. It is the mathematics of becoming, not being.</w:t>
      </w:r>
    </w:p>
    <w:p>
      <w:pPr>
        <w:spacing w:after="60" w:line="266" w:lineRule="auto"/>
        <w:ind w:firstLine="331"/>
        <w:jc w:val="both"/>
      </w:pPr>
      <w:r>
        <w:rPr>
          <w:rFonts w:ascii="Georgia" w:hAnsi="Georgia"/>
          <w:b w:val="0"/>
          <w:i w:val="0"/>
          <w:color w:val="22201D"/>
          <w:sz w:val="20"/>
        </w:rPr>
        <w:t>It tasted like mathematics. Like proportion. Like the specific, physical sensation of encountering something that is in the right ratio -- the rightness not as a judgment but as a fit, the way a key fits a lock, the way a life, when you're paying attention, fits a body, even a broken one.</w:t>
      </w:r>
    </w:p>
    <w:p>
      <w:pPr>
        <w:spacing w:after="60" w:line="266" w:lineRule="auto"/>
        <w:ind w:firstLine="331"/>
        <w:jc w:val="both"/>
      </w:pPr>
      <w:r>
        <w:rPr>
          <w:rFonts w:ascii="Georgia" w:hAnsi="Georgia"/>
          <w:b w:val="0"/>
          <w:i w:val="0"/>
          <w:color w:val="22201D"/>
          <w:sz w:val="20"/>
        </w:rPr>
        <w:t>The cake tasted like fitting.</w:t>
      </w:r>
    </w:p>
    <w:p>
      <w:pPr>
        <w:spacing w:before="200" w:after="120"/>
      </w:pPr>
      <w:r>
        <w:rPr>
          <w:rFonts w:ascii="Georgia" w:hAnsi="Georgia"/>
          <w:b/>
          <w:i w:val="0"/>
          <w:color w:val="305862"/>
          <w:sz w:val="21"/>
        </w:rPr>
        <w:t>Nietzsche's Ice Cream</w:t>
      </w:r>
    </w:p>
    <w:p>
      <w:pPr>
        <w:spacing w:after="60" w:line="250" w:lineRule="auto"/>
        <w:ind w:left="317" w:right="173"/>
      </w:pPr>
      <w:r>
        <w:rPr>
          <w:rFonts w:ascii="Georgia" w:hAnsi="Georgia"/>
          <w:b w:val="0"/>
          <w:i/>
          <w:color w:val="22201D"/>
          <w:sz w:val="18"/>
        </w:rPr>
        <w:t>Emoji: Eye. Ice cream. Eye. Ice cream. Eye.</w:t>
      </w:r>
    </w:p>
    <w:p>
      <w:pPr>
        <w:spacing w:after="60" w:line="250" w:lineRule="auto"/>
        <w:ind w:left="317" w:right="173"/>
      </w:pPr>
      <w:r>
        <w:rPr>
          <w:rFonts w:ascii="Georgia" w:hAnsi="Georgia"/>
          <w:b w:val="0"/>
          <w:i/>
          <w:color w:val="22201D"/>
          <w:sz w:val="18"/>
        </w:rPr>
        <w:t>Latin: Non tu hoc bellarium edis. Id te edit. Satis diu intuere et retro intuetur. Nietzsche te monuit.</w:t>
      </w:r>
    </w:p>
    <w:p>
      <w:pPr>
        <w:spacing w:after="60" w:line="250" w:lineRule="auto"/>
        <w:ind w:left="317" w:right="173"/>
      </w:pPr>
      <w:r>
        <w:rPr>
          <w:rFonts w:ascii="Georgia" w:hAnsi="Georgia"/>
          <w:b w:val="0"/>
          <w:i/>
          <w:color w:val="22201D"/>
          <w:sz w:val="18"/>
        </w:rPr>
        <w:t>Price: $👁</w:t>
      </w:r>
    </w:p>
    <w:p>
      <w:pPr>
        <w:spacing w:after="60" w:line="266" w:lineRule="auto"/>
        <w:ind w:firstLine="331"/>
        <w:jc w:val="both"/>
      </w:pPr>
      <w:r>
        <w:rPr>
          <w:rFonts w:ascii="Georgia" w:hAnsi="Georgia"/>
          <w:b w:val="0"/>
          <w:i w:val="0"/>
          <w:color w:val="22201D"/>
          <w:sz w:val="20"/>
        </w:rPr>
        <w:t>"You do not eat this dessert. It eats you. Stare at it long enough and it stares back. Nietzsche warned you."</w:t>
      </w:r>
    </w:p>
    <w:p>
      <w:pPr>
        <w:spacing w:after="60" w:line="266" w:lineRule="auto"/>
        <w:ind w:firstLine="331"/>
        <w:jc w:val="both"/>
      </w:pPr>
      <w:r>
        <w:rPr>
          <w:rFonts w:ascii="Georgia" w:hAnsi="Georgia"/>
          <w:b w:val="0"/>
          <w:i w:val="0"/>
          <w:color w:val="22201D"/>
          <w:sz w:val="20"/>
        </w:rPr>
        <w:t>The flavor is not listed on the menu. The flavor is you.[4]</w:t>
      </w:r>
    </w:p>
    <w:p>
      <w:pPr>
        <w:spacing w:after="60" w:line="250" w:lineRule="auto"/>
        <w:ind w:left="317" w:right="173"/>
      </w:pPr>
      <w:r>
        <w:rPr>
          <w:rFonts w:ascii="Georgia" w:hAnsi="Georgia"/>
          <w:b w:val="0"/>
          <w:i/>
          <w:color w:val="22201D"/>
          <w:sz w:val="18"/>
        </w:rPr>
        <w:t>Footnote: [4] Communion -- from the Latin communio, meaning "sharing" -- is the act of eating something that eats you back. Every religious tradition that features a sacred meal understands this. The ice cream at Emoji Soup operates on the same principle: mutual consumption. You eat the ice cream. The ice cream eats you. Both of you are changed. Neither is diminished.</w:t>
      </w:r>
    </w:p>
    <w:p>
      <w:pPr>
        <w:spacing w:after="60" w:line="266" w:lineRule="auto"/>
        <w:ind w:firstLine="331"/>
        <w:jc w:val="both"/>
      </w:pPr>
      <w:r>
        <w:rPr>
          <w:rFonts w:ascii="Georgia" w:hAnsi="Georgia"/>
          <w:b w:val="0"/>
          <w:i w:val="0"/>
          <w:color w:val="22201D"/>
          <w:sz w:val="20"/>
        </w:rPr>
        <w:t>The ice cream was white. Not vanilla-white. Light-white. The white of fresh snow before anyone has walked on it.</w:t>
      </w:r>
    </w:p>
    <w:p>
      <w:pPr>
        <w:spacing w:after="60" w:line="266" w:lineRule="auto"/>
        <w:ind w:firstLine="331"/>
        <w:jc w:val="both"/>
      </w:pPr>
      <w:r>
        <w:rPr>
          <w:rFonts w:ascii="Georgia" w:hAnsi="Georgia"/>
          <w:b w:val="0"/>
          <w:i w:val="0"/>
          <w:color w:val="22201D"/>
          <w:sz w:val="20"/>
        </w:rPr>
        <w:t>Flocc looked at the ice cream. The ice cream looked at Flocc.</w:t>
      </w:r>
    </w:p>
    <w:p>
      <w:pPr>
        <w:spacing w:after="60" w:line="266" w:lineRule="auto"/>
        <w:ind w:firstLine="331"/>
        <w:jc w:val="both"/>
      </w:pPr>
      <w:r>
        <w:rPr>
          <w:rFonts w:ascii="Georgia" w:hAnsi="Georgia"/>
          <w:b w:val="0"/>
          <w:i w:val="0"/>
          <w:color w:val="22201D"/>
          <w:sz w:val="20"/>
        </w:rPr>
        <w:t>He could feel it. The ice cream was looking at him with the calm, impartial, devastatingly honest gaze of something that has nothing to prove and nothing to hide.</w:t>
      </w:r>
    </w:p>
    <w:p>
      <w:pPr>
        <w:spacing w:after="60" w:line="266" w:lineRule="auto"/>
        <w:ind w:firstLine="331"/>
        <w:jc w:val="both"/>
      </w:pPr>
      <w:r>
        <w:rPr>
          <w:rFonts w:ascii="Georgia" w:hAnsi="Georgia"/>
          <w:b w:val="0"/>
          <w:i w:val="0"/>
          <w:color w:val="22201D"/>
          <w:sz w:val="20"/>
        </w:rPr>
        <w:t>He ate the ice cream.</w:t>
      </w:r>
    </w:p>
    <w:p>
      <w:pPr>
        <w:spacing w:after="60" w:line="266" w:lineRule="auto"/>
        <w:ind w:firstLine="331"/>
        <w:jc w:val="both"/>
      </w:pPr>
      <w:r>
        <w:rPr>
          <w:rFonts w:ascii="Georgia" w:hAnsi="Georgia"/>
          <w:b w:val="0"/>
          <w:i w:val="0"/>
          <w:color w:val="22201D"/>
          <w:sz w:val="20"/>
        </w:rPr>
        <w:t>It tasted like being seen. The sixth flavor, the one that scientists haven't named yet. The Japanese word kokumi comes closest -- a depth-charge of sensation that makes everything else more real.</w:t>
      </w:r>
    </w:p>
    <w:p>
      <w:pPr>
        <w:spacing w:after="60" w:line="266" w:lineRule="auto"/>
        <w:ind w:firstLine="331"/>
        <w:jc w:val="both"/>
      </w:pPr>
      <w:r>
        <w:rPr>
          <w:rFonts w:ascii="Georgia" w:hAnsi="Georgia"/>
          <w:b w:val="0"/>
          <w:i w:val="0"/>
          <w:color w:val="22201D"/>
          <w:sz w:val="20"/>
        </w:rPr>
        <w:t>The ice cream ate Flocc. Something had been consumed. His self-image. The carefully constructed, desperately defended picture he carried of himself. That picture was dissolved by the gaze, and what was left was Flocc without the idea of Flocc. The person, without the persona.</w:t>
      </w:r>
    </w:p>
    <w:p>
      <w:pPr>
        <w:spacing w:after="60" w:line="266" w:lineRule="auto"/>
        <w:ind w:firstLine="331"/>
        <w:jc w:val="both"/>
      </w:pPr>
      <w:r>
        <w:rPr>
          <w:rFonts w:ascii="Georgia" w:hAnsi="Georgia"/>
          <w:b w:val="0"/>
          <w:i w:val="0"/>
          <w:color w:val="22201D"/>
          <w:sz w:val="20"/>
        </w:rPr>
        <w:t>Four seconds. Then Flocc put down the spoon and said, to no one in particular:</w:t>
      </w:r>
    </w:p>
    <w:p>
      <w:pPr>
        <w:spacing w:after="60" w:line="266" w:lineRule="auto"/>
        <w:ind w:firstLine="331"/>
        <w:jc w:val="both"/>
      </w:pPr>
      <w:r>
        <w:rPr>
          <w:rFonts w:ascii="Georgia" w:hAnsi="Georgia"/>
          <w:b w:val="0"/>
          <w:i w:val="0"/>
          <w:color w:val="22201D"/>
          <w:sz w:val="20"/>
        </w:rPr>
        <w:t>"I see you too."[5]</w:t>
      </w:r>
    </w:p>
    <w:p>
      <w:pPr>
        <w:spacing w:after="60" w:line="250" w:lineRule="auto"/>
        <w:ind w:left="317" w:right="173"/>
      </w:pPr>
      <w:r>
        <w:rPr>
          <w:rFonts w:ascii="Georgia" w:hAnsi="Georgia"/>
          <w:b w:val="0"/>
          <w:i/>
          <w:color w:val="22201D"/>
          <w:sz w:val="18"/>
        </w:rPr>
        <w:t>Footnote: [5] Nietzsche died in 1900. The chef keeps a small portrait of him in the kitchen, next to the spice rack, next to the jar of powdered mistakes. Below the portrait, in the chef's handwriting: "He was right about the abyss. He was wrong about the ice cream. The abyss is not cold. It is dessert."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The Tea of Enlightenment</w:t>
      </w:r>
    </w:p>
    <w:p>
      <w:pPr>
        <w:spacing w:after="60" w:line="266" w:lineRule="auto"/>
        <w:ind w:firstLine="0"/>
        <w:jc w:val="both"/>
      </w:pPr>
      <w:r>
        <w:rPr>
          <w:rFonts w:ascii="Georgia" w:hAnsi="Georgia"/>
          <w:b w:val="0"/>
          <w:i w:val="0"/>
          <w:color w:val="22201D"/>
          <w:sz w:val="20"/>
        </w:rPr>
        <w:t>Original source: Part Two / Chapter Ten.</w:t>
      </w:r>
    </w:p>
    <w:p>
      <w:pPr>
        <w:spacing w:after="60" w:line="266" w:lineRule="auto"/>
        <w:ind w:firstLine="331"/>
        <w:jc w:val="both"/>
      </w:pPr>
      <w:r>
        <w:rPr>
          <w:rFonts w:ascii="Georgia" w:hAnsi="Georgia"/>
          <w:b w:val="0"/>
          <w:i w:val="0"/>
          <w:color w:val="22201D"/>
          <w:sz w:val="20"/>
        </w:rPr>
        <w:t>In which you will see God, God will see you, both of you will be uncomfortable, the milk is optional, reality is optional, and Floccinaucinihilipilification Jones learns that the only honest response to the infinite is to ask for a second cup.</w:t>
      </w:r>
    </w:p>
    <w:p>
      <w:pPr>
        <w:spacing w:after="60" w:line="266" w:lineRule="auto"/>
        <w:ind w:firstLine="331"/>
        <w:jc w:val="both"/>
      </w:pPr>
      <w:r>
        <w:rPr>
          <w:rFonts w:ascii="Georgia" w:hAnsi="Georgia"/>
          <w:b w:val="0"/>
          <w:i w:val="0"/>
          <w:color w:val="22201D"/>
          <w:sz w:val="20"/>
        </w:rPr>
        <w:t>The drinks section of the Emoji Soup menu is at the back. This is deliberate. The drinks are what come after. After you have been fed, and nourished, and seen, and consumed, and rebuilt from the crumbs of sacred geometry -- there are drinks.</w:t>
      </w:r>
    </w:p>
    <w:p>
      <w:pPr>
        <w:spacing w:after="60" w:line="250" w:lineRule="auto"/>
        <w:ind w:left="317" w:right="173"/>
      </w:pPr>
      <w:r>
        <w:rPr>
          <w:rFonts w:ascii="Georgia" w:hAnsi="Georgia"/>
          <w:b w:val="0"/>
          <w:i/>
          <w:color w:val="22201D"/>
          <w:sz w:val="18"/>
        </w:rPr>
        <w:t>Emoji: Tea. Spiral. Eye. Brain. Cosmos. Serpent.</w:t>
      </w:r>
    </w:p>
    <w:p>
      <w:pPr>
        <w:spacing w:after="60" w:line="250" w:lineRule="auto"/>
        <w:ind w:left="317" w:right="173"/>
      </w:pPr>
      <w:r>
        <w:rPr>
          <w:rFonts w:ascii="Georgia" w:hAnsi="Georgia"/>
          <w:b w:val="0"/>
          <w:i/>
          <w:color w:val="22201D"/>
          <w:sz w:val="18"/>
        </w:rPr>
        <w:t>Latin: Deum videbis. Deus te videbit. Ambo incommodi eritis. Lac libitum. Realitas libitum.</w:t>
      </w:r>
    </w:p>
    <w:p>
      <w:pPr>
        <w:spacing w:after="60" w:line="250" w:lineRule="auto"/>
        <w:ind w:left="317" w:right="173"/>
      </w:pPr>
      <w:r>
        <w:rPr>
          <w:rFonts w:ascii="Georgia" w:hAnsi="Georgia"/>
          <w:b w:val="0"/>
          <w:i/>
          <w:color w:val="22201D"/>
          <w:sz w:val="18"/>
        </w:rPr>
        <w:t>Price: $ॐ</w:t>
      </w:r>
    </w:p>
    <w:p>
      <w:pPr>
        <w:spacing w:after="60" w:line="266" w:lineRule="auto"/>
        <w:ind w:firstLine="331"/>
        <w:jc w:val="both"/>
      </w:pPr>
      <w:r>
        <w:rPr>
          <w:rFonts w:ascii="Georgia" w:hAnsi="Georgia"/>
          <w:b w:val="0"/>
          <w:i w:val="0"/>
          <w:color w:val="22201D"/>
          <w:sz w:val="20"/>
        </w:rPr>
        <w:t>Deum videbis. "You will see God."</w:t>
      </w:r>
    </w:p>
    <w:p>
      <w:pPr>
        <w:spacing w:after="60" w:line="266" w:lineRule="auto"/>
        <w:ind w:firstLine="331"/>
        <w:jc w:val="both"/>
      </w:pPr>
      <w:r>
        <w:rPr>
          <w:rFonts w:ascii="Georgia" w:hAnsi="Georgia"/>
          <w:b w:val="0"/>
          <w:i w:val="0"/>
          <w:color w:val="22201D"/>
          <w:sz w:val="20"/>
        </w:rPr>
        <w:t>Deus te videbit. "God will see you."</w:t>
      </w:r>
    </w:p>
    <w:p>
      <w:pPr>
        <w:spacing w:after="60" w:line="266" w:lineRule="auto"/>
        <w:ind w:firstLine="331"/>
        <w:jc w:val="both"/>
      </w:pPr>
      <w:r>
        <w:rPr>
          <w:rFonts w:ascii="Georgia" w:hAnsi="Georgia"/>
          <w:b w:val="0"/>
          <w:i w:val="0"/>
          <w:color w:val="22201D"/>
          <w:sz w:val="20"/>
        </w:rPr>
        <w:t>Ambo incommodi eritis. "Both of you will be uncomfortable."</w:t>
      </w:r>
    </w:p>
    <w:p>
      <w:pPr>
        <w:spacing w:after="60" w:line="266" w:lineRule="auto"/>
        <w:ind w:firstLine="331"/>
        <w:jc w:val="both"/>
      </w:pPr>
      <w:r>
        <w:rPr>
          <w:rFonts w:ascii="Georgia" w:hAnsi="Georgia"/>
          <w:b w:val="0"/>
          <w:i w:val="0"/>
          <w:color w:val="22201D"/>
          <w:sz w:val="20"/>
        </w:rPr>
        <w:t>Lac libitum. "Milk optional."</w:t>
      </w:r>
    </w:p>
    <w:p>
      <w:pPr>
        <w:spacing w:after="60" w:line="266" w:lineRule="auto"/>
        <w:ind w:firstLine="331"/>
        <w:jc w:val="both"/>
      </w:pPr>
      <w:r>
        <w:rPr>
          <w:rFonts w:ascii="Georgia" w:hAnsi="Georgia"/>
          <w:b w:val="0"/>
          <w:i w:val="0"/>
          <w:color w:val="22201D"/>
          <w:sz w:val="20"/>
        </w:rPr>
        <w:t>Realitas libitum. "Reality optional."[1]</w:t>
      </w:r>
    </w:p>
    <w:p>
      <w:pPr>
        <w:spacing w:after="60" w:line="250" w:lineRule="auto"/>
        <w:ind w:left="317" w:right="173"/>
      </w:pPr>
      <w:r>
        <w:rPr>
          <w:rFonts w:ascii="Georgia" w:hAnsi="Georgia"/>
          <w:b w:val="0"/>
          <w:i/>
          <w:color w:val="22201D"/>
          <w:sz w:val="18"/>
        </w:rPr>
        <w:t>Footnote: [1] The Latin phrase ad libitum, meaning "at one's pleasure," is commonly abbreviated in music as ad lib. The Emoji Soup menu uses the shortened libitum without the ad, which changes the meaning from "at your pleasure" to simply "optional," which is more honest because "pleasure" implies you'll enjoy the choice, and the menu makes no such promise. Reality is optional. Enjoying the absence of reality is not guaranteed.</w:t>
      </w:r>
    </w:p>
    <w:p>
      <w:pPr>
        <w:spacing w:after="60" w:line="266" w:lineRule="auto"/>
        <w:ind w:firstLine="331"/>
        <w:jc w:val="both"/>
      </w:pPr>
      <w:r>
        <w:rPr>
          <w:rFonts w:ascii="Georgia" w:hAnsi="Georgia"/>
          <w:b w:val="0"/>
          <w:i w:val="0"/>
          <w:color w:val="22201D"/>
          <w:sz w:val="20"/>
        </w:rPr>
        <w:t>The Tea of Enlightenment is served in a cup with no handle.</w:t>
      </w:r>
    </w:p>
    <w:p>
      <w:pPr>
        <w:spacing w:after="60" w:line="266" w:lineRule="auto"/>
        <w:ind w:firstLine="331"/>
        <w:jc w:val="both"/>
      </w:pPr>
      <w:r>
        <w:rPr>
          <w:rFonts w:ascii="Georgia" w:hAnsi="Georgia"/>
          <w:b w:val="0"/>
          <w:i w:val="0"/>
          <w:color w:val="22201D"/>
          <w:sz w:val="20"/>
        </w:rPr>
        <w:t>This is important. A handle implies control. A cup with no handle says: "The barrier between you and the tea is the minimum necessary to prevent burning. You are not holding the tea at a distance. You are holding the tea."[2]</w:t>
      </w:r>
    </w:p>
    <w:p>
      <w:pPr>
        <w:spacing w:after="60" w:line="250" w:lineRule="auto"/>
        <w:ind w:left="317" w:right="173"/>
      </w:pPr>
      <w:r>
        <w:rPr>
          <w:rFonts w:ascii="Georgia" w:hAnsi="Georgia"/>
          <w:b w:val="0"/>
          <w:i/>
          <w:color w:val="22201D"/>
          <w:sz w:val="18"/>
        </w:rPr>
        <w:t>Footnote: [2] The correlation between insomnia and enlightenment is well-documented in every spiritual tradition. The Buddha achieved enlightenment after fasting for forty-nine days. Rumi wrote his best poetry in the middle of the night. Meister Eckhart described God as "a great underground river that no one can dam up and no one can stop," which is either a mystical vision or a description of what your bladder does when you drink tea at 3 AM.</w:t>
      </w:r>
    </w:p>
    <w:p>
      <w:pPr>
        <w:spacing w:after="60" w:line="266" w:lineRule="auto"/>
        <w:ind w:firstLine="331"/>
        <w:jc w:val="both"/>
      </w:pPr>
      <w:r>
        <w:rPr>
          <w:rFonts w:ascii="Georgia" w:hAnsi="Georgia"/>
          <w:b w:val="0"/>
          <w:i w:val="0"/>
          <w:color w:val="22201D"/>
          <w:sz w:val="20"/>
        </w:rPr>
        <w:t>The tea is made from a leaf. One leaf. Camellia sinensis. Just tea. The same plant that produces every kind of tea, because all tea is one plant, the same way all soup is one soup and all Bobs are one Bob and all Tuesdays are one Tuesday.</w:t>
      </w:r>
    </w:p>
    <w:p>
      <w:pPr>
        <w:spacing w:after="60" w:line="266" w:lineRule="auto"/>
        <w:ind w:firstLine="331"/>
        <w:jc w:val="both"/>
      </w:pPr>
      <w:r>
        <w:rPr>
          <w:rFonts w:ascii="Georgia" w:hAnsi="Georgia"/>
          <w:b w:val="0"/>
          <w:i w:val="0"/>
          <w:color w:val="22201D"/>
          <w:sz w:val="20"/>
        </w:rPr>
        <w:t>What the chef does to the leaf is: nothing. The leaf is picked. The leaf is placed in hot water. The tea steeps for exactly the right amount of time, which is different for every person.</w:t>
      </w:r>
    </w:p>
    <w:p>
      <w:pPr>
        <w:spacing w:after="60" w:line="266" w:lineRule="auto"/>
        <w:ind w:firstLine="331"/>
        <w:jc w:val="both"/>
      </w:pPr>
      <w:r>
        <w:rPr>
          <w:rFonts w:ascii="Georgia" w:hAnsi="Georgia"/>
          <w:b w:val="0"/>
          <w:i w:val="0"/>
          <w:color w:val="22201D"/>
          <w:sz w:val="20"/>
        </w:rPr>
        <w:t>The surface of the tea, when you look into it, shows you God.</w:t>
      </w:r>
    </w:p>
    <w:p>
      <w:pPr>
        <w:spacing w:after="60" w:line="266" w:lineRule="auto"/>
        <w:ind w:firstLine="331"/>
        <w:jc w:val="both"/>
      </w:pPr>
      <w:r>
        <w:rPr>
          <w:rFonts w:ascii="Georgia" w:hAnsi="Georgia"/>
          <w:b w:val="0"/>
          <w:i w:val="0"/>
          <w:color w:val="22201D"/>
          <w:sz w:val="20"/>
        </w:rPr>
        <w:t>---</w:t>
      </w:r>
    </w:p>
    <w:p>
      <w:pPr>
        <w:spacing w:after="60" w:line="266" w:lineRule="auto"/>
        <w:ind w:firstLine="331"/>
        <w:jc w:val="both"/>
      </w:pPr>
      <w:r>
        <w:rPr>
          <w:rFonts w:ascii="Georgia" w:hAnsi="Georgia"/>
          <w:b w:val="0"/>
          <w:i w:val="0"/>
          <w:color w:val="22201D"/>
          <w:sz w:val="20"/>
        </w:rPr>
        <w:t>The tea does not show you a bearded man on a cloud. The tea shows you God in the way that a mirror shows you your face: not as an interpretation but as a reflection. Whatever God is -- and the Emoji Soup menu takes no position on this -- the tea reflects it.[3]</w:t>
      </w:r>
    </w:p>
    <w:p>
      <w:pPr>
        <w:spacing w:after="60" w:line="250" w:lineRule="auto"/>
        <w:ind w:left="317" w:right="173"/>
      </w:pPr>
      <w:r>
        <w:rPr>
          <w:rFonts w:ascii="Georgia" w:hAnsi="Georgia"/>
          <w:b w:val="0"/>
          <w:i/>
          <w:color w:val="22201D"/>
          <w:sz w:val="18"/>
        </w:rPr>
        <w:t>Footnote: [3] Alan Watts once said: "Zen does not confuse spirituality with thinking about God while one is peeling potatoes. Zen spirituality is just to peel the potatoes." The Tea of Enlightenment operates on the same principle. The enlightenment is not a bonus feature of the tea. The tea is a bonus feature of the enlightenment. The whole truth is the tea. Drink the tea.</w:t>
      </w:r>
    </w:p>
    <w:p>
      <w:pPr>
        <w:spacing w:after="60" w:line="266" w:lineRule="auto"/>
        <w:ind w:firstLine="331"/>
        <w:jc w:val="both"/>
      </w:pPr>
      <w:r>
        <w:rPr>
          <w:rFonts w:ascii="Georgia" w:hAnsi="Georgia"/>
          <w:b w:val="0"/>
          <w:i w:val="0"/>
          <w:color w:val="22201D"/>
          <w:sz w:val="20"/>
        </w:rPr>
        <w:t>The discomfort comes from the reciprocity. You see God. God sees you. Not your performance of yourself. Not your curated identity, your CV, your medical chart, your twenty-nine-letter name. God sees you. The irreducible, naked, absolutely defenseless thing that you are when all the layers have been eaten.</w:t>
      </w:r>
    </w:p>
    <w:p>
      <w:pPr>
        <w:spacing w:after="60" w:line="266" w:lineRule="auto"/>
        <w:ind w:firstLine="331"/>
        <w:jc w:val="both"/>
      </w:pPr>
      <w:r>
        <w:rPr>
          <w:rFonts w:ascii="Georgia" w:hAnsi="Georgia"/>
          <w:b w:val="0"/>
          <w:i w:val="0"/>
          <w:color w:val="22201D"/>
          <w:sz w:val="20"/>
        </w:rPr>
        <w:t>You are the same thing as God in the way that a wave is the same thing as the ocean. Not identical. Not separate. The same substance, in a different configuration. The wave is the ocean, waving. You are God, personing.[4]</w:t>
      </w:r>
    </w:p>
    <w:p>
      <w:pPr>
        <w:spacing w:after="60" w:line="250" w:lineRule="auto"/>
        <w:ind w:left="317" w:right="173"/>
      </w:pPr>
      <w:r>
        <w:rPr>
          <w:rFonts w:ascii="Georgia" w:hAnsi="Georgia"/>
          <w:b w:val="0"/>
          <w:i/>
          <w:color w:val="22201D"/>
          <w:sz w:val="18"/>
        </w:rPr>
        <w:t>Footnote: [4] The Chandogya Upanishad contains the phrase tat tvam asi, "thou art that." It means: the individual self and the universal self are identical. The Tea of Enlightenment says the same thing, but in steam, which is a more honest medium than Sanskrit, because steam is temporary and visible and warm and rises and disappears, and so does the experience of enlightenment, and so does the person having it. Combine temporary ingredients, apply heat, serve immediately. That's the Tea of Enlightenment. That's also life.</w:t>
      </w:r>
    </w:p>
    <w:p>
      <w:pPr>
        <w:spacing w:after="60" w:line="266" w:lineRule="auto"/>
        <w:ind w:firstLine="331"/>
        <w:jc w:val="both"/>
      </w:pPr>
      <w:r>
        <w:rPr>
          <w:rFonts w:ascii="Georgia" w:hAnsi="Georgia"/>
          <w:b w:val="0"/>
          <w:i w:val="0"/>
          <w:color w:val="22201D"/>
          <w:sz w:val="20"/>
        </w:rPr>
        <w:t>Flocc ordered the Tea of Enlightenment on his tenth visit.</w:t>
      </w:r>
    </w:p>
    <w:p>
      <w:pPr>
        <w:spacing w:after="60" w:line="266" w:lineRule="auto"/>
        <w:ind w:firstLine="331"/>
        <w:jc w:val="both"/>
      </w:pPr>
      <w:r>
        <w:rPr>
          <w:rFonts w:ascii="Georgia" w:hAnsi="Georgia"/>
          <w:b w:val="0"/>
          <w:i w:val="0"/>
          <w:color w:val="22201D"/>
          <w:sz w:val="20"/>
        </w:rPr>
        <w:t>The bisque had shown him that everything comes from nothing. The bread had shown him that nourishment arrives without asking. The risotto had shown him that three generations of attention produce something irreplaceable. The cake had shown him that falling apart is a feature. The ice cream had shown him what it feels like to be seen. Now the tea would show him who is seeing.</w:t>
      </w:r>
    </w:p>
    <w:p>
      <w:pPr>
        <w:spacing w:after="60" w:line="266" w:lineRule="auto"/>
        <w:ind w:firstLine="331"/>
        <w:jc w:val="both"/>
      </w:pPr>
      <w:r>
        <w:rPr>
          <w:rFonts w:ascii="Georgia" w:hAnsi="Georgia"/>
          <w:b w:val="0"/>
          <w:i w:val="0"/>
          <w:color w:val="22201D"/>
          <w:sz w:val="20"/>
        </w:rPr>
        <w:t>Cup with no handle. Ceramic, hand-thrown, glazed in the color of the sky, which was, at that moment, the gray-gold of a Portland afternoon in October.</w:t>
      </w:r>
    </w:p>
    <w:p>
      <w:pPr>
        <w:spacing w:after="60" w:line="266" w:lineRule="auto"/>
        <w:ind w:firstLine="331"/>
        <w:jc w:val="both"/>
      </w:pPr>
      <w:r>
        <w:rPr>
          <w:rFonts w:ascii="Georgia" w:hAnsi="Georgia"/>
          <w:b w:val="0"/>
          <w:i w:val="0"/>
          <w:color w:val="22201D"/>
          <w:sz w:val="20"/>
        </w:rPr>
        <w:t>The tea was pale. Almost clear. The single leaf floated on the surface, turning slowly, like a compass needle that has decided north is everywhere.</w:t>
      </w:r>
    </w:p>
    <w:p>
      <w:pPr>
        <w:spacing w:after="60" w:line="266" w:lineRule="auto"/>
        <w:ind w:firstLine="331"/>
        <w:jc w:val="both"/>
      </w:pPr>
      <w:r>
        <w:rPr>
          <w:rFonts w:ascii="Georgia" w:hAnsi="Georgia"/>
          <w:b w:val="0"/>
          <w:i w:val="0"/>
          <w:color w:val="22201D"/>
          <w:sz w:val="20"/>
        </w:rPr>
        <w:t>Flocc looked into the tea.</w:t>
      </w:r>
    </w:p>
    <w:p>
      <w:pPr>
        <w:spacing w:after="60" w:line="266" w:lineRule="auto"/>
        <w:ind w:firstLine="331"/>
        <w:jc w:val="both"/>
      </w:pPr>
      <w:r>
        <w:rPr>
          <w:rFonts w:ascii="Georgia" w:hAnsi="Georgia"/>
          <w:b w:val="0"/>
          <w:i w:val="0"/>
          <w:color w:val="22201D"/>
          <w:sz w:val="20"/>
        </w:rPr>
        <w:t>He saw God.</w:t>
      </w:r>
    </w:p>
    <w:p>
      <w:pPr>
        <w:spacing w:after="60" w:line="266" w:lineRule="auto"/>
        <w:ind w:firstLine="331"/>
        <w:jc w:val="both"/>
      </w:pPr>
      <w:r>
        <w:rPr>
          <w:rFonts w:ascii="Georgia" w:hAnsi="Georgia"/>
          <w:b w:val="0"/>
          <w:i w:val="0"/>
          <w:color w:val="22201D"/>
          <w:sz w:val="20"/>
        </w:rPr>
        <w:t>What Flocc saw in the tea was not a vision. Not a revelation. Not a blinding light or a booming voice.</w:t>
      </w:r>
    </w:p>
    <w:p>
      <w:pPr>
        <w:spacing w:after="60" w:line="266" w:lineRule="auto"/>
        <w:ind w:firstLine="331"/>
        <w:jc w:val="both"/>
      </w:pPr>
      <w:r>
        <w:rPr>
          <w:rFonts w:ascii="Georgia" w:hAnsi="Georgia"/>
          <w:b w:val="0"/>
          <w:i w:val="0"/>
          <w:color w:val="22201D"/>
          <w:sz w:val="20"/>
        </w:rPr>
        <w:t>What Flocc saw in the tea was the tea.</w:t>
      </w:r>
    </w:p>
    <w:p>
      <w:pPr>
        <w:spacing w:after="60" w:line="266" w:lineRule="auto"/>
        <w:ind w:firstLine="331"/>
        <w:jc w:val="both"/>
      </w:pPr>
      <w:r>
        <w:rPr>
          <w:rFonts w:ascii="Georgia" w:hAnsi="Georgia"/>
          <w:b w:val="0"/>
          <w:i w:val="0"/>
          <w:color w:val="22201D"/>
          <w:sz w:val="20"/>
        </w:rPr>
        <w:t>That's it. He saw the surface of the liquid, pale and warm, with a single leaf turning slowly. He saw steam rising, curling, disappearing. He saw his own face reflected, slightly distorted by the curve of the ceramic, and in the distortion he saw not God-as-a-being but God-as-a-verb: the act of looking. The act of seeing. The act of being present at a moment in which a cup of tea is a cup of tea and that is enough.</w:t>
      </w:r>
    </w:p>
    <w:p>
      <w:pPr>
        <w:spacing w:after="60" w:line="266" w:lineRule="auto"/>
        <w:ind w:firstLine="331"/>
        <w:jc w:val="both"/>
      </w:pPr>
      <w:r>
        <w:rPr>
          <w:rFonts w:ascii="Georgia" w:hAnsi="Georgia"/>
          <w:b w:val="0"/>
          <w:i w:val="0"/>
          <w:color w:val="22201D"/>
          <w:sz w:val="20"/>
        </w:rPr>
        <w:t>He drank.</w:t>
      </w:r>
    </w:p>
    <w:p>
      <w:pPr>
        <w:spacing w:after="60" w:line="266" w:lineRule="auto"/>
        <w:ind w:firstLine="331"/>
        <w:jc w:val="both"/>
      </w:pPr>
      <w:r>
        <w:rPr>
          <w:rFonts w:ascii="Georgia" w:hAnsi="Georgia"/>
          <w:b w:val="0"/>
          <w:i w:val="0"/>
          <w:color w:val="22201D"/>
          <w:sz w:val="20"/>
        </w:rPr>
        <w:t>The tea entered his mouth. Warm. Green. The flavor of enough. Not complex, like the risotto. Not transcendent, like the bisque. Not dangerous, like the ice cream. Just sufficient.[5]</w:t>
      </w:r>
    </w:p>
    <w:p>
      <w:pPr>
        <w:spacing w:after="60" w:line="250" w:lineRule="auto"/>
        <w:ind w:left="317" w:right="173"/>
      </w:pPr>
      <w:r>
        <w:rPr>
          <w:rFonts w:ascii="Georgia" w:hAnsi="Georgia"/>
          <w:b w:val="0"/>
          <w:i/>
          <w:color w:val="22201D"/>
          <w:sz w:val="18"/>
        </w:rPr>
        <w:t>Footnote: [5] Every mystical tradition contains a moment of discomfort. The Christian mystics called it "the dark night of the soul." Zen calls it "the great doubt." The Sufis call it fana. The Emoji Soup tradition calls it "the tea." All describe the same experience: the moment when the boundary between self and not-self becomes thin enough to see through, and what you see is that there was never a boundary at all, just a habit of perception. The cup is the kindness that holds the realization so you don't spill it all over the table.</w:t>
      </w:r>
    </w:p>
    <w:p>
      <w:pPr>
        <w:spacing w:after="60" w:line="266" w:lineRule="auto"/>
        <w:ind w:firstLine="331"/>
        <w:jc w:val="both"/>
      </w:pPr>
      <w:r>
        <w:rPr>
          <w:rFonts w:ascii="Georgia" w:hAnsi="Georgia"/>
          <w:b w:val="0"/>
          <w:i w:val="0"/>
          <w:color w:val="22201D"/>
          <w:sz w:val="20"/>
        </w:rPr>
        <w:t>"More?" asked the host-entity.</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The second cup of the Tea of Enlightenment tastes like tea. Just tea. No God, no cosmic revelation. The first cup is the revelation. The second cup is the living-with-the-revelation. The first cup is the earthquake. The second cup is the morning after, when you make breakfast anyway because that's what you do: you boil water. You steep a leaf. You drink tea.</w:t>
      </w:r>
    </w:p>
    <w:p>
      <w:pPr>
        <w:spacing w:after="60" w:line="266" w:lineRule="auto"/>
        <w:ind w:firstLine="331"/>
        <w:jc w:val="both"/>
      </w:pPr>
      <w:r>
        <w:rPr>
          <w:rFonts w:ascii="Georgia" w:hAnsi="Georgia"/>
          <w:b w:val="0"/>
          <w:i w:val="0"/>
          <w:color w:val="22201D"/>
          <w:sz w:val="20"/>
        </w:rPr>
        <w:t>The second cup is the miracle.</w:t>
      </w:r>
    </w:p>
    <w:p>
      <w:pPr>
        <w:spacing w:after="60" w:line="266" w:lineRule="auto"/>
        <w:ind w:firstLine="331"/>
        <w:jc w:val="both"/>
      </w:pPr>
      <w:r>
        <w:rPr>
          <w:rFonts w:ascii="Georgia" w:hAnsi="Georgia"/>
          <w:b w:val="0"/>
          <w:i w:val="0"/>
          <w:color w:val="22201D"/>
          <w:sz w:val="20"/>
        </w:rPr>
        <w:t>Not the first. The first cup is the fireworks, the Big Bang. The second cup is the bread. The second cup arrives without asking. The second cup is grace -- not the flashy kind but the quiet, daily, unremarkable kind that shows up every morning and asks nothing and gives everything and is, when you finally learn to notice it, more miraculous than any revelation.</w:t>
      </w:r>
    </w:p>
    <w:p>
      <w:pPr>
        <w:spacing w:after="60" w:line="266" w:lineRule="auto"/>
        <w:ind w:firstLine="331"/>
        <w:jc w:val="both"/>
      </w:pPr>
      <w:r>
        <w:rPr>
          <w:rFonts w:ascii="Georgia" w:hAnsi="Georgia"/>
          <w:b w:val="0"/>
          <w:i w:val="0"/>
          <w:color w:val="22201D"/>
          <w:sz w:val="20"/>
        </w:rPr>
        <w:t>Flocc drank the second cup.</w:t>
      </w:r>
    </w:p>
    <w:p>
      <w:pPr>
        <w:spacing w:after="60" w:line="266" w:lineRule="auto"/>
        <w:ind w:firstLine="331"/>
        <w:jc w:val="both"/>
      </w:pPr>
      <w:r>
        <w:rPr>
          <w:rFonts w:ascii="Georgia" w:hAnsi="Georgia"/>
          <w:b w:val="0"/>
          <w:i w:val="0"/>
          <w:color w:val="22201D"/>
          <w:sz w:val="20"/>
        </w:rPr>
        <w:t>It was perfect.</w:t>
      </w:r>
    </w:p>
    <w:p>
      <w:pPr>
        <w:spacing w:after="60" w:line="266" w:lineRule="auto"/>
        <w:ind w:firstLine="331"/>
        <w:jc w:val="both"/>
      </w:pPr>
      <w:r>
        <w:rPr>
          <w:rFonts w:ascii="Georgia" w:hAnsi="Georgia"/>
          <w:b w:val="0"/>
          <w:i w:val="0"/>
          <w:color w:val="22201D"/>
          <w:sz w:val="20"/>
        </w:rPr>
        <w:t>Perfect the way showing up is perfect. Perfect the way a man on dialysis, three times a week, sitting in a chair, being cleaned by a machine he didn't build and doesn't fully understand, is perfect -- not because the situation is ideal, but because the person in the situation is present, and presence is the only perfection there is.[6]</w:t>
      </w:r>
    </w:p>
    <w:p>
      <w:pPr>
        <w:spacing w:after="60" w:line="250" w:lineRule="auto"/>
        <w:ind w:left="317" w:right="173"/>
      </w:pPr>
      <w:r>
        <w:rPr>
          <w:rFonts w:ascii="Georgia" w:hAnsi="Georgia"/>
          <w:b w:val="0"/>
          <w:i/>
          <w:color w:val="22201D"/>
          <w:sz w:val="18"/>
        </w:rPr>
        <w:t>Footnote: [6] The restaurant closes every night. It opens every morning. Between the closing and the opening is a gap. In that gap, the tea steeps. In that gap, the bread rises. In that gap, the menu adds a new page for whoever walks in next. The gap is the second cup. You are already drinking it. You have been drinking it your whole life. The only question is whether you noticed, and if you didn't, that's fine, the tea is patient, the cup has no handle but it won't let you drop it, and the restaurant is open whenever you are, which is now, which is always, which is the only time there is.</w:t>
      </w:r>
    </w:p>
    <w:p>
      <w:pPr>
        <w:spacing w:after="60" w:line="266" w:lineRule="auto"/>
        <w:ind w:firstLine="331"/>
        <w:jc w:val="both"/>
      </w:pPr>
      <w:r>
        <w:rPr>
          <w:rFonts w:ascii="Georgia" w:hAnsi="Georgia"/>
          <w:b w:val="0"/>
          <w:i w:val="0"/>
          <w:color w:val="22201D"/>
          <w:sz w:val="20"/>
        </w:rPr>
        <w:t>The Tea of Enlightenment is a cup of tea. The enlightenment is that it's a cup of tea. And the cup of tea is the most miraculous thing in the universe because it's the most ordinary thing in the universe.</w:t>
      </w:r>
    </w:p>
    <w:p>
      <w:pPr>
        <w:spacing w:after="60" w:line="266" w:lineRule="auto"/>
        <w:ind w:firstLine="331"/>
        <w:jc w:val="both"/>
      </w:pPr>
      <w:r>
        <w:rPr>
          <w:rFonts w:ascii="Georgia" w:hAnsi="Georgia"/>
          <w:b w:val="0"/>
          <w:i w:val="0"/>
          <w:color w:val="22201D"/>
          <w:sz w:val="20"/>
        </w:rPr>
        <w:t>God is tea. God is bread. God is Tuesday. God is a man on dialysis holding a cup with no handle, seeing himself in the surface of a liquid, being seen by the liquid, both of them warm, both of them temporary, both of them here.</w:t>
      </w:r>
    </w:p>
    <w:p>
      <w:pPr>
        <w:spacing w:after="60" w:line="266" w:lineRule="auto"/>
        <w:ind w:firstLine="331"/>
        <w:jc w:val="both"/>
      </w:pPr>
      <w:r>
        <w:rPr>
          <w:rFonts w:ascii="Georgia" w:hAnsi="Georgia"/>
          <w:b w:val="0"/>
          <w:i w:val="0"/>
          <w:color w:val="22201D"/>
          <w:sz w:val="20"/>
        </w:rPr>
        <w:t>Both uncomfortable.</w:t>
      </w:r>
    </w:p>
    <w:p>
      <w:pPr>
        <w:spacing w:after="60" w:line="266" w:lineRule="auto"/>
        <w:ind w:firstLine="331"/>
        <w:jc w:val="both"/>
      </w:pPr>
      <w:r>
        <w:rPr>
          <w:rFonts w:ascii="Georgia" w:hAnsi="Georgia"/>
          <w:b w:val="0"/>
          <w:i w:val="0"/>
          <w:color w:val="22201D"/>
          <w:sz w:val="20"/>
        </w:rPr>
        <w:t>Both perfect.</w:t>
      </w:r>
    </w:p>
    <w:p>
      <w:pPr>
        <w:spacing w:after="60" w:line="266" w:lineRule="auto"/>
        <w:ind w:firstLine="331"/>
        <w:jc w:val="both"/>
      </w:pPr>
      <w:r>
        <w:rPr>
          <w:rFonts w:ascii="Georgia" w:hAnsi="Georgia"/>
          <w:b w:val="0"/>
          <w:i w:val="0"/>
          <w:color w:val="22201D"/>
          <w:sz w:val="20"/>
        </w:rPr>
        <w:t>Both asking for a second cup.</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Spice Rack Is a Library</w:t>
      </w:r>
    </w:p>
    <w:p>
      <w:pPr>
        <w:spacing w:after="60" w:line="266" w:lineRule="auto"/>
        <w:ind w:firstLine="0"/>
        <w:jc w:val="both"/>
      </w:pPr>
      <w:r>
        <w:rPr>
          <w:rFonts w:ascii="Georgia" w:hAnsi="Georgia"/>
          <w:b w:val="0"/>
          <w:i w:val="0"/>
          <w:color w:val="22201D"/>
          <w:sz w:val="20"/>
        </w:rPr>
        <w:t>In which the second cup leads somewhere practical, the kitchen admits it has a reference section, several jars refuse to be metaphors, and Flocc learns that labels are not lids.</w:t>
      </w:r>
    </w:p>
    <w:p>
      <w:pPr>
        <w:spacing w:after="60" w:line="266" w:lineRule="auto"/>
        <w:ind w:firstLine="331"/>
        <w:jc w:val="both"/>
      </w:pPr>
      <w:r>
        <w:rPr>
          <w:rFonts w:ascii="Georgia" w:hAnsi="Georgia"/>
          <w:b w:val="0"/>
          <w:i w:val="0"/>
          <w:color w:val="22201D"/>
          <w:sz w:val="20"/>
        </w:rPr>
        <w:t>The second cup of the Tea of Enlightenment was still warm when the hostess asked Flocc if he wanted to see the place where it was filed.</w:t>
      </w:r>
    </w:p>
    <w:p>
      <w:pPr>
        <w:spacing w:after="60" w:line="266" w:lineRule="auto"/>
        <w:ind w:firstLine="331"/>
        <w:jc w:val="both"/>
      </w:pPr>
      <w:r>
        <w:rPr>
          <w:rFonts w:ascii="Georgia" w:hAnsi="Georgia"/>
          <w:b w:val="0"/>
          <w:i w:val="0"/>
          <w:color w:val="22201D"/>
          <w:sz w:val="20"/>
        </w:rPr>
        <w:t>This was a difficult question for several reasons.</w:t>
      </w:r>
    </w:p>
    <w:p>
      <w:pPr>
        <w:spacing w:after="60" w:line="266" w:lineRule="auto"/>
        <w:ind w:firstLine="331"/>
        <w:jc w:val="both"/>
      </w:pPr>
      <w:r>
        <w:rPr>
          <w:rFonts w:ascii="Georgia" w:hAnsi="Georgia"/>
          <w:b w:val="0"/>
          <w:i w:val="0"/>
          <w:color w:val="22201D"/>
          <w:sz w:val="20"/>
        </w:rPr>
        <w:t>First, tea was not the sort of thing he had previously understood to be fileable. Bills were fileable. Medical records were fileable. Tax documents were fileable, though usually in a box, beneath a moral weather system composed of dread and denial. Tea was drinkable. Tea was spillable. Tea was occasionally regrettable after nine at night. Tea was not, in his experience, stored in a system of records.</w:t>
      </w:r>
    </w:p>
    <w:p>
      <w:pPr>
        <w:spacing w:after="60" w:line="266" w:lineRule="auto"/>
        <w:ind w:firstLine="331"/>
        <w:jc w:val="both"/>
      </w:pPr>
      <w:r>
        <w:rPr>
          <w:rFonts w:ascii="Georgia" w:hAnsi="Georgia"/>
          <w:b w:val="0"/>
          <w:i w:val="0"/>
          <w:color w:val="22201D"/>
          <w:sz w:val="20"/>
        </w:rPr>
        <w:t>Second, he had just had an experience that would have caused a less tired man to use the word "transcendent," and the hostess had followed it with office language.</w:t>
      </w:r>
    </w:p>
    <w:p>
      <w:pPr>
        <w:spacing w:after="60" w:line="266" w:lineRule="auto"/>
        <w:ind w:firstLine="331"/>
        <w:jc w:val="both"/>
      </w:pPr>
      <w:r>
        <w:rPr>
          <w:rFonts w:ascii="Georgia" w:hAnsi="Georgia"/>
          <w:b w:val="0"/>
          <w:i w:val="0"/>
          <w:color w:val="22201D"/>
          <w:sz w:val="20"/>
        </w:rPr>
        <w:t>Third, he wanted to say yes before he understood the question, which was how most of his troubles had begun.</w:t>
      </w:r>
    </w:p>
    <w:p>
      <w:pPr>
        <w:spacing w:after="60" w:line="266" w:lineRule="auto"/>
        <w:ind w:firstLine="331"/>
        <w:jc w:val="both"/>
      </w:pPr>
      <w:r>
        <w:rPr>
          <w:rFonts w:ascii="Georgia" w:hAnsi="Georgia"/>
          <w:b w:val="0"/>
          <w:i w:val="0"/>
          <w:color w:val="22201D"/>
          <w:sz w:val="20"/>
        </w:rPr>
        <w:t>"Filed?" he said, buying time in the least expensive currency.</w:t>
      </w:r>
    </w:p>
    <w:p>
      <w:pPr>
        <w:spacing w:after="60" w:line="266" w:lineRule="auto"/>
        <w:ind w:firstLine="331"/>
        <w:jc w:val="both"/>
      </w:pPr>
      <w:r>
        <w:rPr>
          <w:rFonts w:ascii="Georgia" w:hAnsi="Georgia"/>
          <w:b w:val="0"/>
          <w:i w:val="0"/>
          <w:color w:val="22201D"/>
          <w:sz w:val="20"/>
        </w:rPr>
        <w:t>"Shelved," said the hostess.</w:t>
      </w:r>
    </w:p>
    <w:p>
      <w:pPr>
        <w:spacing w:after="60" w:line="266" w:lineRule="auto"/>
        <w:ind w:firstLine="331"/>
        <w:jc w:val="both"/>
      </w:pPr>
      <w:r>
        <w:rPr>
          <w:rFonts w:ascii="Georgia" w:hAnsi="Georgia"/>
          <w:b w:val="0"/>
          <w:i w:val="0"/>
          <w:color w:val="22201D"/>
          <w:sz w:val="20"/>
        </w:rPr>
        <w:t>"Tea is shelved."</w:t>
      </w:r>
    </w:p>
    <w:p>
      <w:pPr>
        <w:spacing w:after="60" w:line="266" w:lineRule="auto"/>
        <w:ind w:firstLine="331"/>
        <w:jc w:val="both"/>
      </w:pPr>
      <w:r>
        <w:rPr>
          <w:rFonts w:ascii="Georgia" w:hAnsi="Georgia"/>
          <w:b w:val="0"/>
          <w:i w:val="0"/>
          <w:color w:val="22201D"/>
          <w:sz w:val="20"/>
        </w:rPr>
        <w:t>"Everything that changes you is shelved somewhere."</w:t>
      </w:r>
    </w:p>
    <w:p>
      <w:pPr>
        <w:spacing w:after="60" w:line="266" w:lineRule="auto"/>
        <w:ind w:firstLine="331"/>
        <w:jc w:val="both"/>
      </w:pPr>
      <w:r>
        <w:rPr>
          <w:rFonts w:ascii="Georgia" w:hAnsi="Georgia"/>
          <w:b w:val="0"/>
          <w:i w:val="0"/>
          <w:color w:val="22201D"/>
          <w:sz w:val="20"/>
        </w:rPr>
        <w:t>Flocc looked down at the cup.</w:t>
      </w:r>
    </w:p>
    <w:p>
      <w:pPr>
        <w:spacing w:after="60" w:line="266" w:lineRule="auto"/>
        <w:ind w:firstLine="331"/>
        <w:jc w:val="both"/>
      </w:pPr>
      <w:r>
        <w:rPr>
          <w:rFonts w:ascii="Georgia" w:hAnsi="Georgia"/>
          <w:b w:val="0"/>
          <w:i w:val="0"/>
          <w:color w:val="22201D"/>
          <w:sz w:val="20"/>
        </w:rPr>
        <w:t>It looked like a cup.</w:t>
      </w:r>
    </w:p>
    <w:p>
      <w:pPr>
        <w:spacing w:after="60" w:line="266" w:lineRule="auto"/>
        <w:ind w:firstLine="331"/>
        <w:jc w:val="both"/>
      </w:pPr>
      <w:r>
        <w:rPr>
          <w:rFonts w:ascii="Georgia" w:hAnsi="Georgia"/>
          <w:b w:val="0"/>
          <w:i w:val="0"/>
          <w:color w:val="22201D"/>
          <w:sz w:val="20"/>
        </w:rPr>
        <w:t>That was the problem with revelations after they finished revealing. They went back to looking like objects. A cup became ceramic. A receipt became paper. A door became a door. You could almost convince yourself nothing had happened, except that some small honest part of you had been moved two inches to the left and now all the furniture of your life looked badly arranged.</w:t>
      </w:r>
    </w:p>
    <w:p>
      <w:pPr>
        <w:spacing w:after="60" w:line="266" w:lineRule="auto"/>
        <w:ind w:firstLine="331"/>
        <w:jc w:val="both"/>
      </w:pPr>
      <w:r>
        <w:rPr>
          <w:rFonts w:ascii="Georgia" w:hAnsi="Georgia"/>
          <w:b w:val="0"/>
          <w:i w:val="0"/>
          <w:color w:val="22201D"/>
          <w:sz w:val="20"/>
        </w:rPr>
        <w:t>"Is this going to be more enlightenment?" he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is inventory."</w:t>
      </w:r>
    </w:p>
    <w:p>
      <w:pPr>
        <w:spacing w:after="60" w:line="266" w:lineRule="auto"/>
        <w:ind w:firstLine="331"/>
        <w:jc w:val="both"/>
      </w:pPr>
      <w:r>
        <w:rPr>
          <w:rFonts w:ascii="Georgia" w:hAnsi="Georgia"/>
          <w:b w:val="0"/>
          <w:i w:val="0"/>
          <w:color w:val="22201D"/>
          <w:sz w:val="20"/>
        </w:rPr>
        <w:t>He considered that.</w:t>
      </w:r>
    </w:p>
    <w:p>
      <w:pPr>
        <w:spacing w:after="60" w:line="266" w:lineRule="auto"/>
        <w:ind w:firstLine="331"/>
        <w:jc w:val="both"/>
      </w:pPr>
      <w:r>
        <w:rPr>
          <w:rFonts w:ascii="Georgia" w:hAnsi="Georgia"/>
          <w:b w:val="0"/>
          <w:i w:val="0"/>
          <w:color w:val="22201D"/>
          <w:sz w:val="20"/>
        </w:rPr>
        <w:t>"That might be worse."</w:t>
      </w:r>
    </w:p>
    <w:p>
      <w:pPr>
        <w:spacing w:after="60" w:line="266" w:lineRule="auto"/>
        <w:ind w:firstLine="331"/>
        <w:jc w:val="both"/>
      </w:pPr>
      <w:r>
        <w:rPr>
          <w:rFonts w:ascii="Georgia" w:hAnsi="Georgia"/>
          <w:b w:val="0"/>
          <w:i w:val="0"/>
          <w:color w:val="22201D"/>
          <w:sz w:val="20"/>
        </w:rPr>
        <w:t>"It often is."</w:t>
      </w:r>
    </w:p>
    <w:p>
      <w:pPr>
        <w:spacing w:after="60" w:line="266" w:lineRule="auto"/>
        <w:ind w:firstLine="331"/>
        <w:jc w:val="both"/>
      </w:pPr>
      <w:r>
        <w:rPr>
          <w:rFonts w:ascii="Georgia" w:hAnsi="Georgia"/>
          <w:b w:val="0"/>
          <w:i w:val="0"/>
          <w:color w:val="22201D"/>
          <w:sz w:val="20"/>
        </w:rPr>
        <w:t>She took the cup from him, not because he had finished drinking it but because he had finished holding it like it might still explain him. Then she walked toward the back of the restaurant.</w:t>
      </w:r>
    </w:p>
    <w:p>
      <w:pPr>
        <w:spacing w:after="60" w:line="266" w:lineRule="auto"/>
        <w:ind w:firstLine="331"/>
        <w:jc w:val="both"/>
      </w:pPr>
      <w:r>
        <w:rPr>
          <w:rFonts w:ascii="Georgia" w:hAnsi="Georgia"/>
          <w:b w:val="0"/>
          <w:i w:val="0"/>
          <w:color w:val="22201D"/>
          <w:sz w:val="20"/>
        </w:rPr>
        <w:t>Flocc followed.</w:t>
      </w:r>
    </w:p>
    <w:p>
      <w:pPr>
        <w:spacing w:after="60" w:line="266" w:lineRule="auto"/>
        <w:ind w:firstLine="331"/>
        <w:jc w:val="both"/>
      </w:pPr>
      <w:r>
        <w:rPr>
          <w:rFonts w:ascii="Georgia" w:hAnsi="Georgia"/>
          <w:b w:val="0"/>
          <w:i w:val="0"/>
          <w:color w:val="22201D"/>
          <w:sz w:val="20"/>
        </w:rPr>
        <w:t>He had learned, by now, that following was not the same as understanding. It was simply the movement that happened while understanding decided whether it intended to catch up.</w:t>
      </w:r>
    </w:p>
    <w:p>
      <w:pPr>
        <w:spacing w:after="60" w:line="266" w:lineRule="auto"/>
        <w:ind w:firstLine="331"/>
        <w:jc w:val="both"/>
      </w:pPr>
      <w:r>
        <w:rPr>
          <w:rFonts w:ascii="Georgia" w:hAnsi="Georgia"/>
          <w:b w:val="0"/>
          <w:i w:val="0"/>
          <w:color w:val="22201D"/>
          <w:sz w:val="20"/>
        </w:rPr>
        <w:t>The dining room narrowed as they walked. Tables became closer together. Lamps leaned in. The wallpaper, which had previously suggested an argument between botanical illustration and municipal permitting, rearranged itself into a pattern of small labeled rectangles. For one step the rectangles were flowers. For the next they were index cards. For the step after that they were tiny menu pages with three columns each: feeling, meaning, reality.</w:t>
      </w:r>
    </w:p>
    <w:p>
      <w:pPr>
        <w:spacing w:after="60" w:line="266" w:lineRule="auto"/>
        <w:ind w:firstLine="331"/>
        <w:jc w:val="both"/>
      </w:pPr>
      <w:r>
        <w:rPr>
          <w:rFonts w:ascii="Georgia" w:hAnsi="Georgia"/>
          <w:b w:val="0"/>
          <w:i w:val="0"/>
          <w:color w:val="22201D"/>
          <w:sz w:val="20"/>
        </w:rPr>
        <w:t>Then they were wallpaper again.</w:t>
      </w:r>
    </w:p>
    <w:p>
      <w:pPr>
        <w:spacing w:after="60" w:line="266" w:lineRule="auto"/>
        <w:ind w:firstLine="331"/>
        <w:jc w:val="both"/>
      </w:pPr>
      <w:r>
        <w:rPr>
          <w:rFonts w:ascii="Georgia" w:hAnsi="Georgia"/>
          <w:b w:val="0"/>
          <w:i w:val="0"/>
          <w:color w:val="22201D"/>
          <w:sz w:val="20"/>
        </w:rPr>
        <w:t>This, Flocc felt, was inconsiderate.</w:t>
      </w:r>
    </w:p>
    <w:p>
      <w:pPr>
        <w:spacing w:after="60" w:line="266" w:lineRule="auto"/>
        <w:ind w:firstLine="331"/>
        <w:jc w:val="both"/>
      </w:pPr>
      <w:r>
        <w:rPr>
          <w:rFonts w:ascii="Georgia" w:hAnsi="Georgia"/>
          <w:b w:val="0"/>
          <w:i w:val="0"/>
          <w:color w:val="22201D"/>
          <w:sz w:val="20"/>
        </w:rPr>
        <w:t>At the back of the room was a swinging door with a round window in it. Every restaurant has such a door, or wants one. It is the membrane between the performance of hospitality and the machinery that makes hospitality possible. On one side: tables, napkins, candlelight, the fiction that dinner arrives by grace. On the other side: heat, timing, hands, wet floors, someone saying "behind" with the urgency of prophecy.</w:t>
      </w:r>
    </w:p>
    <w:p>
      <w:pPr>
        <w:spacing w:after="60" w:line="266" w:lineRule="auto"/>
        <w:ind w:firstLine="331"/>
        <w:jc w:val="both"/>
      </w:pPr>
      <w:r>
        <w:rPr>
          <w:rFonts w:ascii="Georgia" w:hAnsi="Georgia"/>
          <w:b w:val="0"/>
          <w:i w:val="0"/>
          <w:color w:val="22201D"/>
          <w:sz w:val="20"/>
        </w:rPr>
        <w:t>The door was painted the same red as the entrance door from the return invitation, only darker, as though it had been simmered.</w:t>
      </w:r>
    </w:p>
    <w:p>
      <w:pPr>
        <w:spacing w:after="60" w:line="266" w:lineRule="auto"/>
        <w:ind w:firstLine="331"/>
        <w:jc w:val="both"/>
      </w:pPr>
      <w:r>
        <w:rPr>
          <w:rFonts w:ascii="Georgia" w:hAnsi="Georgia"/>
          <w:b w:val="0"/>
          <w:i w:val="0"/>
          <w:color w:val="22201D"/>
          <w:sz w:val="20"/>
        </w:rPr>
        <w:t>Above the door, instead of KITCHEN, a brass plaque read:</w:t>
      </w:r>
    </w:p>
    <w:p>
      <w:pPr>
        <w:spacing w:after="60" w:line="250" w:lineRule="auto"/>
        <w:ind w:left="202" w:right="173"/>
      </w:pPr>
      <w:r>
        <w:rPr>
          <w:rFonts w:ascii="Georgia" w:hAnsi="Georgia"/>
          <w:b w:val="0"/>
          <w:i w:val="0"/>
          <w:color w:val="22201D"/>
          <w:sz w:val="17"/>
        </w:rPr>
        <w:t>REFERENCE ONLY NO BORROWING WITHOUT HUNGER</w:t>
      </w:r>
    </w:p>
    <w:p>
      <w:pPr>
        <w:spacing w:after="60" w:line="266" w:lineRule="auto"/>
        <w:ind w:firstLine="331"/>
        <w:jc w:val="both"/>
      </w:pPr>
      <w:r>
        <w:rPr>
          <w:rFonts w:ascii="Georgia" w:hAnsi="Georgia"/>
          <w:b w:val="0"/>
          <w:i w:val="0"/>
          <w:color w:val="22201D"/>
          <w:sz w:val="20"/>
        </w:rPr>
        <w:t>"Is the kitchen a library?" Flocc asked.</w:t>
      </w:r>
    </w:p>
    <w:p>
      <w:pPr>
        <w:spacing w:after="60" w:line="266" w:lineRule="auto"/>
        <w:ind w:firstLine="331"/>
        <w:jc w:val="both"/>
      </w:pPr>
      <w:r>
        <w:rPr>
          <w:rFonts w:ascii="Georgia" w:hAnsi="Georgia"/>
          <w:b w:val="0"/>
          <w:i w:val="0"/>
          <w:color w:val="22201D"/>
          <w:sz w:val="20"/>
        </w:rPr>
        <w:t>"The kitchen is many things."</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a catalog entry."</w:t>
      </w:r>
    </w:p>
    <w:p>
      <w:pPr>
        <w:spacing w:after="60" w:line="266" w:lineRule="auto"/>
        <w:ind w:firstLine="331"/>
        <w:jc w:val="both"/>
      </w:pPr>
      <w:r>
        <w:rPr>
          <w:rFonts w:ascii="Georgia" w:hAnsi="Georgia"/>
          <w:b w:val="0"/>
          <w:i w:val="0"/>
          <w:color w:val="22201D"/>
          <w:sz w:val="20"/>
        </w:rPr>
        <w:t>The hostess pushed the door open.</w:t>
      </w:r>
    </w:p>
    <w:p>
      <w:pPr>
        <w:spacing w:after="60" w:line="266" w:lineRule="auto"/>
        <w:ind w:firstLine="331"/>
        <w:jc w:val="both"/>
      </w:pPr>
      <w:r>
        <w:rPr>
          <w:rFonts w:ascii="Georgia" w:hAnsi="Georgia"/>
          <w:b w:val="0"/>
          <w:i w:val="0"/>
          <w:color w:val="22201D"/>
          <w:sz w:val="20"/>
        </w:rPr>
        <w:t>The kitchen did not rush at him. It breathed.</w:t>
      </w:r>
    </w:p>
    <w:p>
      <w:pPr>
        <w:spacing w:after="60" w:line="266" w:lineRule="auto"/>
        <w:ind w:firstLine="331"/>
        <w:jc w:val="both"/>
      </w:pPr>
      <w:r>
        <w:rPr>
          <w:rFonts w:ascii="Georgia" w:hAnsi="Georgia"/>
          <w:b w:val="0"/>
          <w:i w:val="0"/>
          <w:color w:val="22201D"/>
          <w:sz w:val="20"/>
        </w:rPr>
        <w:t>Steam moved through the air in soft turns. Pans clicked. Knives spoke to cutting boards in a language of brief, bright consonants. Somewhere, water was boiling with the steady concentration of a person trying very hard not to become a metaphor.</w:t>
      </w:r>
    </w:p>
    <w:p>
      <w:pPr>
        <w:spacing w:after="60" w:line="266" w:lineRule="auto"/>
        <w:ind w:firstLine="331"/>
        <w:jc w:val="both"/>
      </w:pPr>
      <w:r>
        <w:rPr>
          <w:rFonts w:ascii="Georgia" w:hAnsi="Georgia"/>
          <w:b w:val="0"/>
          <w:i w:val="0"/>
          <w:color w:val="22201D"/>
          <w:sz w:val="20"/>
        </w:rPr>
        <w:t>Flocc stopped at the threshold.</w:t>
      </w:r>
    </w:p>
    <w:p>
      <w:pPr>
        <w:spacing w:after="60" w:line="266" w:lineRule="auto"/>
        <w:ind w:firstLine="331"/>
        <w:jc w:val="both"/>
      </w:pPr>
      <w:r>
        <w:rPr>
          <w:rFonts w:ascii="Georgia" w:hAnsi="Georgia"/>
          <w:b w:val="0"/>
          <w:i w:val="0"/>
          <w:color w:val="22201D"/>
          <w:sz w:val="20"/>
        </w:rPr>
        <w:t>The hostess did not stop.</w:t>
      </w:r>
    </w:p>
    <w:p>
      <w:pPr>
        <w:spacing w:after="60" w:line="266" w:lineRule="auto"/>
        <w:ind w:firstLine="331"/>
        <w:jc w:val="both"/>
      </w:pPr>
      <w:r>
        <w:rPr>
          <w:rFonts w:ascii="Georgia" w:hAnsi="Georgia"/>
          <w:b w:val="0"/>
          <w:i w:val="0"/>
          <w:color w:val="22201D"/>
          <w:sz w:val="20"/>
        </w:rPr>
        <w:t>"Am I allowed in?" he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kept walking.</w:t>
      </w:r>
    </w:p>
    <w:p>
      <w:pPr>
        <w:spacing w:after="60" w:line="266" w:lineRule="auto"/>
        <w:ind w:firstLine="331"/>
        <w:jc w:val="both"/>
      </w:pPr>
      <w:r>
        <w:rPr>
          <w:rFonts w:ascii="Georgia" w:hAnsi="Georgia"/>
          <w:b w:val="0"/>
          <w:i w:val="0"/>
          <w:color w:val="22201D"/>
          <w:sz w:val="20"/>
        </w:rPr>
        <w:t>"Then why am I following you?"</w:t>
      </w:r>
    </w:p>
    <w:p>
      <w:pPr>
        <w:spacing w:after="60" w:line="266" w:lineRule="auto"/>
        <w:ind w:firstLine="331"/>
        <w:jc w:val="both"/>
      </w:pPr>
      <w:r>
        <w:rPr>
          <w:rFonts w:ascii="Georgia" w:hAnsi="Georgia"/>
          <w:b w:val="0"/>
          <w:i w:val="0"/>
          <w:color w:val="22201D"/>
          <w:sz w:val="20"/>
        </w:rPr>
        <w:t>"You are allowed near."</w:t>
      </w:r>
    </w:p>
    <w:p>
      <w:pPr>
        <w:spacing w:after="60" w:line="266" w:lineRule="auto"/>
        <w:ind w:firstLine="331"/>
        <w:jc w:val="both"/>
      </w:pPr>
      <w:r>
        <w:rPr>
          <w:rFonts w:ascii="Georgia" w:hAnsi="Georgia"/>
          <w:b w:val="0"/>
          <w:i w:val="0"/>
          <w:color w:val="22201D"/>
          <w:sz w:val="20"/>
        </w:rPr>
        <w:t>This distinction was familiar enough to hurt.</w:t>
      </w:r>
    </w:p>
    <w:p>
      <w:pPr>
        <w:spacing w:after="60" w:line="266" w:lineRule="auto"/>
        <w:ind w:firstLine="331"/>
        <w:jc w:val="both"/>
      </w:pPr>
      <w:r>
        <w:rPr>
          <w:rFonts w:ascii="Georgia" w:hAnsi="Georgia"/>
          <w:b w:val="0"/>
          <w:i w:val="0"/>
          <w:color w:val="22201D"/>
          <w:sz w:val="20"/>
        </w:rPr>
        <w:t>Near was the place where a person stood when they had been invited but not trusted, interested but not ready, hungry but still trying to turn hunger into credentials. Near was every relationship he had almost repaired. Near was every apology drafted and not sent. Near was the sidewalk outside a restaurant that knew more about him than his own calendar did.</w:t>
      </w:r>
    </w:p>
    <w:p>
      <w:pPr>
        <w:spacing w:after="60" w:line="266" w:lineRule="auto"/>
        <w:ind w:firstLine="331"/>
        <w:jc w:val="both"/>
      </w:pPr>
      <w:r>
        <w:rPr>
          <w:rFonts w:ascii="Georgia" w:hAnsi="Georgia"/>
          <w:b w:val="0"/>
          <w:i w:val="0"/>
          <w:color w:val="22201D"/>
          <w:sz w:val="20"/>
        </w:rPr>
        <w:t>The hostess reached back without looking and pointed to a narrow strip of floor just beyond the swinging door.</w:t>
      </w:r>
    </w:p>
    <w:p>
      <w:pPr>
        <w:spacing w:after="60" w:line="266" w:lineRule="auto"/>
        <w:ind w:firstLine="331"/>
        <w:jc w:val="both"/>
      </w:pPr>
      <w:r>
        <w:rPr>
          <w:rFonts w:ascii="Georgia" w:hAnsi="Georgia"/>
          <w:b w:val="0"/>
          <w:i w:val="0"/>
          <w:color w:val="22201D"/>
          <w:sz w:val="20"/>
        </w:rPr>
        <w:t>"There."</w:t>
      </w:r>
    </w:p>
    <w:p>
      <w:pPr>
        <w:spacing w:after="60" w:line="266" w:lineRule="auto"/>
        <w:ind w:firstLine="331"/>
        <w:jc w:val="both"/>
      </w:pPr>
      <w:r>
        <w:rPr>
          <w:rFonts w:ascii="Georgia" w:hAnsi="Georgia"/>
          <w:b w:val="0"/>
          <w:i w:val="0"/>
          <w:color w:val="22201D"/>
          <w:sz w:val="20"/>
        </w:rPr>
        <w:t>Flocc stepped onto it.</w:t>
      </w:r>
    </w:p>
    <w:p>
      <w:pPr>
        <w:spacing w:after="60" w:line="266" w:lineRule="auto"/>
        <w:ind w:firstLine="331"/>
        <w:jc w:val="both"/>
      </w:pPr>
      <w:r>
        <w:rPr>
          <w:rFonts w:ascii="Georgia" w:hAnsi="Georgia"/>
          <w:b w:val="0"/>
          <w:i w:val="0"/>
          <w:color w:val="22201D"/>
          <w:sz w:val="20"/>
        </w:rPr>
        <w:t>Nothing happened.</w:t>
      </w:r>
    </w:p>
    <w:p>
      <w:pPr>
        <w:spacing w:after="60" w:line="266" w:lineRule="auto"/>
        <w:ind w:firstLine="331"/>
        <w:jc w:val="both"/>
      </w:pPr>
      <w:r>
        <w:rPr>
          <w:rFonts w:ascii="Georgia" w:hAnsi="Georgia"/>
          <w:b w:val="0"/>
          <w:i w:val="0"/>
          <w:color w:val="22201D"/>
          <w:sz w:val="20"/>
        </w:rPr>
        <w:t>This was beginning to seem intentional.</w:t>
      </w:r>
    </w:p>
    <w:p>
      <w:pPr>
        <w:spacing w:after="60" w:line="266" w:lineRule="auto"/>
        <w:ind w:firstLine="331"/>
        <w:jc w:val="both"/>
      </w:pPr>
      <w:r>
        <w:rPr>
          <w:rFonts w:ascii="Georgia" w:hAnsi="Georgia"/>
          <w:b w:val="0"/>
          <w:i w:val="0"/>
          <w:color w:val="22201D"/>
          <w:sz w:val="20"/>
        </w:rPr>
        <w:t>The kitchen stretched away from him. It was larger than the building. Not dramatically larger. It did not contain mountains or stars or other obvious attempts at awe. It was simply too long. The far wall was far enough away that the shelves near it had acquired the bluish uncertainty of distance. A line cook crossed from left to right carrying a pot and took nearly half a minute to do it.</w:t>
      </w:r>
    </w:p>
    <w:p>
      <w:pPr>
        <w:spacing w:after="60" w:line="266" w:lineRule="auto"/>
        <w:ind w:firstLine="331"/>
        <w:jc w:val="both"/>
      </w:pPr>
      <w:r>
        <w:rPr>
          <w:rFonts w:ascii="Georgia" w:hAnsi="Georgia"/>
          <w:b w:val="0"/>
          <w:i w:val="0"/>
          <w:color w:val="22201D"/>
          <w:sz w:val="20"/>
        </w:rPr>
        <w:t>On the wall to Flocc's right stood the spice rack.</w:t>
      </w:r>
    </w:p>
    <w:p>
      <w:pPr>
        <w:spacing w:after="60" w:line="266" w:lineRule="auto"/>
        <w:ind w:firstLine="331"/>
        <w:jc w:val="both"/>
      </w:pPr>
      <w:r>
        <w:rPr>
          <w:rFonts w:ascii="Georgia" w:hAnsi="Georgia"/>
          <w:b w:val="0"/>
          <w:i w:val="0"/>
          <w:color w:val="22201D"/>
          <w:sz w:val="20"/>
        </w:rPr>
        <w:t>It was not a rack.</w:t>
      </w:r>
    </w:p>
    <w:p>
      <w:pPr>
        <w:spacing w:after="60" w:line="266" w:lineRule="auto"/>
        <w:ind w:firstLine="331"/>
        <w:jc w:val="both"/>
      </w:pPr>
      <w:r>
        <w:rPr>
          <w:rFonts w:ascii="Georgia" w:hAnsi="Georgia"/>
          <w:b w:val="0"/>
          <w:i w:val="0"/>
          <w:color w:val="22201D"/>
          <w:sz w:val="20"/>
        </w:rPr>
        <w:t>It was a library.</w:t>
      </w:r>
    </w:p>
    <w:p>
      <w:pPr>
        <w:spacing w:after="60" w:line="266" w:lineRule="auto"/>
        <w:ind w:firstLine="331"/>
        <w:jc w:val="both"/>
      </w:pPr>
      <w:r>
        <w:rPr>
          <w:rFonts w:ascii="Georgia" w:hAnsi="Georgia"/>
          <w:b w:val="0"/>
          <w:i w:val="0"/>
          <w:color w:val="22201D"/>
          <w:sz w:val="20"/>
        </w:rPr>
        <w:t>Rows and rows of small drawers climbed from floor to ceiling. Each drawer had a brass pull and a paper label. Ladders rolled along rails. Small lamps glowed beneath green glass shades. A card catalog stood in front of it, the old wooden kind with a thousand narrow drawers, each labeled with letters that were not all letters.</w:t>
      </w:r>
    </w:p>
    <w:p>
      <w:pPr>
        <w:spacing w:after="60" w:line="266" w:lineRule="auto"/>
        <w:ind w:firstLine="331"/>
        <w:jc w:val="both"/>
      </w:pPr>
      <w:r>
        <w:rPr>
          <w:rFonts w:ascii="Georgia" w:hAnsi="Georgia"/>
          <w:b w:val="0"/>
          <w:i w:val="0"/>
          <w:color w:val="22201D"/>
          <w:sz w:val="20"/>
        </w:rPr>
        <w:t>The smell was impossible.</w:t>
      </w:r>
    </w:p>
    <w:p>
      <w:pPr>
        <w:spacing w:after="60" w:line="266" w:lineRule="auto"/>
        <w:ind w:firstLine="331"/>
        <w:jc w:val="both"/>
      </w:pPr>
      <w:r>
        <w:rPr>
          <w:rFonts w:ascii="Georgia" w:hAnsi="Georgia"/>
          <w:b w:val="0"/>
          <w:i w:val="0"/>
          <w:color w:val="22201D"/>
          <w:sz w:val="20"/>
        </w:rPr>
        <w:t>Not one smell. A weather system of smells. Toasted cumin. Wet stone. Dried orange peel. Smoke after rain. Vanilla without sweetness. Pepper without pain. Salt with memory in it. Bay leaf. Dirt after harvest. A smell like the inside of a drawer where someone kept birthday candles, passports, and the photograph they could not throw away.</w:t>
      </w:r>
    </w:p>
    <w:p>
      <w:pPr>
        <w:spacing w:after="60" w:line="266" w:lineRule="auto"/>
        <w:ind w:firstLine="331"/>
        <w:jc w:val="both"/>
      </w:pPr>
      <w:r>
        <w:rPr>
          <w:rFonts w:ascii="Georgia" w:hAnsi="Georgia"/>
          <w:b w:val="0"/>
          <w:i w:val="0"/>
          <w:color w:val="22201D"/>
          <w:sz w:val="20"/>
        </w:rPr>
        <w:t>Flocc inhaled and briefly remembered a kitchen he had never stood in.</w:t>
      </w:r>
    </w:p>
    <w:p>
      <w:pPr>
        <w:spacing w:after="60" w:line="266" w:lineRule="auto"/>
        <w:ind w:firstLine="331"/>
        <w:jc w:val="both"/>
      </w:pPr>
      <w:r>
        <w:rPr>
          <w:rFonts w:ascii="Georgia" w:hAnsi="Georgia"/>
          <w:b w:val="0"/>
          <w:i w:val="0"/>
          <w:color w:val="22201D"/>
          <w:sz w:val="20"/>
        </w:rPr>
        <w:t>"Careful," said the hostess. "The catalog has a generous definition of access."</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"The spice rack."</w:t>
      </w:r>
    </w:p>
    <w:p>
      <w:pPr>
        <w:spacing w:after="60" w:line="266" w:lineRule="auto"/>
        <w:ind w:firstLine="331"/>
        <w:jc w:val="both"/>
      </w:pPr>
      <w:r>
        <w:rPr>
          <w:rFonts w:ascii="Georgia" w:hAnsi="Georgia"/>
          <w:b w:val="0"/>
          <w:i w:val="0"/>
          <w:color w:val="22201D"/>
          <w:sz w:val="20"/>
        </w:rPr>
        <w:t>"That is not a spice rack."</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"You just said it was."</w:t>
      </w:r>
    </w:p>
    <w:p>
      <w:pPr>
        <w:spacing w:after="60" w:line="266" w:lineRule="auto"/>
        <w:ind w:firstLine="331"/>
        <w:jc w:val="both"/>
      </w:pPr>
      <w:r>
        <w:rPr>
          <w:rFonts w:ascii="Georgia" w:hAnsi="Georgia"/>
          <w:b w:val="0"/>
          <w:i w:val="0"/>
          <w:color w:val="22201D"/>
          <w:sz w:val="20"/>
        </w:rPr>
        <w:t>"Also correct."</w:t>
      </w:r>
    </w:p>
    <w:p>
      <w:pPr>
        <w:spacing w:after="60" w:line="266" w:lineRule="auto"/>
        <w:ind w:firstLine="331"/>
        <w:jc w:val="both"/>
      </w:pPr>
      <w:r>
        <w:rPr>
          <w:rFonts w:ascii="Georgia" w:hAnsi="Georgia"/>
          <w:b w:val="0"/>
          <w:i w:val="0"/>
          <w:color w:val="22201D"/>
          <w:sz w:val="20"/>
        </w:rPr>
        <w:t>He did not have the strength to object properly.</w:t>
      </w:r>
    </w:p>
    <w:p>
      <w:pPr>
        <w:spacing w:after="60" w:line="266" w:lineRule="auto"/>
        <w:ind w:firstLine="331"/>
        <w:jc w:val="both"/>
      </w:pPr>
      <w:r>
        <w:rPr>
          <w:rFonts w:ascii="Georgia" w:hAnsi="Georgia"/>
          <w:b w:val="0"/>
          <w:i w:val="0"/>
          <w:color w:val="22201D"/>
          <w:sz w:val="20"/>
        </w:rPr>
        <w:t>Bob emerged from somewhere behind a shelf, carrying a crate of mushrooms against his hip. He wore an apron dusted with flour and what looked like starlight, though Flocc was prepared to accept that it might be salt if doing so would keep the conversation shorter.</w:t>
      </w:r>
    </w:p>
    <w:p>
      <w:pPr>
        <w:spacing w:after="60" w:line="266" w:lineRule="auto"/>
        <w:ind w:firstLine="331"/>
        <w:jc w:val="both"/>
      </w:pPr>
      <w:r>
        <w:rPr>
          <w:rFonts w:ascii="Georgia" w:hAnsi="Georgia"/>
          <w:b w:val="0"/>
          <w:i w:val="0"/>
          <w:color w:val="22201D"/>
          <w:sz w:val="20"/>
        </w:rPr>
        <w:t>"Evening," Bob said.</w:t>
      </w:r>
    </w:p>
    <w:p>
      <w:pPr>
        <w:spacing w:after="60" w:line="266" w:lineRule="auto"/>
        <w:ind w:firstLine="331"/>
        <w:jc w:val="both"/>
      </w:pPr>
      <w:r>
        <w:rPr>
          <w:rFonts w:ascii="Georgia" w:hAnsi="Georgia"/>
          <w:b w:val="0"/>
          <w:i w:val="0"/>
          <w:color w:val="22201D"/>
          <w:sz w:val="20"/>
        </w:rPr>
        <w:t>"Hi, Bob."</w:t>
      </w:r>
    </w:p>
    <w:p>
      <w:pPr>
        <w:spacing w:after="60" w:line="266" w:lineRule="auto"/>
        <w:ind w:firstLine="331"/>
        <w:jc w:val="both"/>
      </w:pPr>
      <w:r>
        <w:rPr>
          <w:rFonts w:ascii="Georgia" w:hAnsi="Georgia"/>
          <w:b w:val="0"/>
          <w:i w:val="0"/>
          <w:color w:val="22201D"/>
          <w:sz w:val="20"/>
        </w:rPr>
        <w:t>Bob nodded toward the wall of drawers. "Don't alphabetize with your eyes."</w:t>
      </w:r>
    </w:p>
    <w:p>
      <w:pPr>
        <w:spacing w:after="60" w:line="266" w:lineRule="auto"/>
        <w:ind w:firstLine="331"/>
        <w:jc w:val="both"/>
      </w:pPr>
      <w:r>
        <w:rPr>
          <w:rFonts w:ascii="Georgia" w:hAnsi="Georgia"/>
          <w:b w:val="0"/>
          <w:i w:val="0"/>
          <w:color w:val="22201D"/>
          <w:sz w:val="20"/>
        </w:rPr>
        <w:t>"I was not going to."</w:t>
      </w:r>
    </w:p>
    <w:p>
      <w:pPr>
        <w:spacing w:after="60" w:line="266" w:lineRule="auto"/>
        <w:ind w:firstLine="331"/>
        <w:jc w:val="both"/>
      </w:pPr>
      <w:r>
        <w:rPr>
          <w:rFonts w:ascii="Georgia" w:hAnsi="Georgia"/>
          <w:b w:val="0"/>
          <w:i w:val="0"/>
          <w:color w:val="22201D"/>
          <w:sz w:val="20"/>
        </w:rPr>
        <w:t>"You were."</w:t>
      </w:r>
    </w:p>
    <w:p>
      <w:pPr>
        <w:spacing w:after="60" w:line="266" w:lineRule="auto"/>
        <w:ind w:firstLine="331"/>
        <w:jc w:val="both"/>
      </w:pPr>
      <w:r>
        <w:rPr>
          <w:rFonts w:ascii="Georgia" w:hAnsi="Georgia"/>
          <w:b w:val="0"/>
          <w:i w:val="0"/>
          <w:color w:val="22201D"/>
          <w:sz w:val="20"/>
        </w:rPr>
        <w:t>Flocc had, in fact, already found three drawers that seemed to be in the wrong place and had been preparing to feel privately superior about it.</w:t>
      </w:r>
    </w:p>
    <w:p>
      <w:pPr>
        <w:spacing w:after="60" w:line="266" w:lineRule="auto"/>
        <w:ind w:firstLine="331"/>
        <w:jc w:val="both"/>
      </w:pPr>
      <w:r>
        <w:rPr>
          <w:rFonts w:ascii="Georgia" w:hAnsi="Georgia"/>
          <w:b w:val="0"/>
          <w:i w:val="0"/>
          <w:color w:val="22201D"/>
          <w:sz w:val="20"/>
        </w:rPr>
        <w:t>Bob shifted the crate. "Spices don't sort that way."</w:t>
      </w:r>
    </w:p>
    <w:p>
      <w:pPr>
        <w:spacing w:after="60" w:line="266" w:lineRule="auto"/>
        <w:ind w:firstLine="331"/>
        <w:jc w:val="both"/>
      </w:pPr>
      <w:r>
        <w:rPr>
          <w:rFonts w:ascii="Georgia" w:hAnsi="Georgia"/>
          <w:b w:val="0"/>
          <w:i w:val="0"/>
          <w:color w:val="22201D"/>
          <w:sz w:val="20"/>
        </w:rPr>
        <w:t>"How do they sort?"</w:t>
      </w:r>
    </w:p>
    <w:p>
      <w:pPr>
        <w:spacing w:after="60" w:line="266" w:lineRule="auto"/>
        <w:ind w:firstLine="331"/>
        <w:jc w:val="both"/>
      </w:pPr>
      <w:r>
        <w:rPr>
          <w:rFonts w:ascii="Georgia" w:hAnsi="Georgia"/>
          <w:b w:val="0"/>
          <w:i w:val="0"/>
          <w:color w:val="22201D"/>
          <w:sz w:val="20"/>
        </w:rPr>
        <w:t>"Depends what they remember."</w:t>
      </w:r>
    </w:p>
    <w:p>
      <w:pPr>
        <w:spacing w:after="60" w:line="266" w:lineRule="auto"/>
        <w:ind w:firstLine="331"/>
        <w:jc w:val="both"/>
      </w:pPr>
      <w:r>
        <w:rPr>
          <w:rFonts w:ascii="Georgia" w:hAnsi="Georgia"/>
          <w:b w:val="0"/>
          <w:i w:val="0"/>
          <w:color w:val="22201D"/>
          <w:sz w:val="20"/>
        </w:rPr>
        <w:t>He continued through a doorway that had not been there a moment earlier, or had been there and had not wished to be noticed by a man who still believed doors owed him consistency.</w:t>
      </w:r>
    </w:p>
    <w:p>
      <w:pPr>
        <w:spacing w:after="60" w:line="266" w:lineRule="auto"/>
        <w:ind w:firstLine="331"/>
        <w:jc w:val="both"/>
      </w:pPr>
      <w:r>
        <w:rPr>
          <w:rFonts w:ascii="Georgia" w:hAnsi="Georgia"/>
          <w:b w:val="0"/>
          <w:i w:val="0"/>
          <w:color w:val="22201D"/>
          <w:sz w:val="20"/>
        </w:rPr>
        <w:t>The hostess opened the card catalog.</w:t>
      </w:r>
    </w:p>
    <w:p>
      <w:pPr>
        <w:spacing w:after="60" w:line="266" w:lineRule="auto"/>
        <w:ind w:firstLine="331"/>
        <w:jc w:val="both"/>
      </w:pPr>
      <w:r>
        <w:rPr>
          <w:rFonts w:ascii="Georgia" w:hAnsi="Georgia"/>
          <w:b w:val="0"/>
          <w:i w:val="0"/>
          <w:color w:val="22201D"/>
          <w:sz w:val="20"/>
        </w:rPr>
        <w:t>Inside the drawer were cards. Actual cards. Cream stock, soft at the edges, typed in black ink. Each card had three labels across the top.</w:t>
      </w:r>
    </w:p>
    <w:p>
      <w:pPr>
        <w:spacing w:after="60" w:line="266" w:lineRule="auto"/>
        <w:ind w:firstLine="331"/>
        <w:jc w:val="both"/>
      </w:pPr>
      <w:r>
        <w:rPr>
          <w:rFonts w:ascii="Georgia" w:hAnsi="Georgia"/>
          <w:b w:val="0"/>
          <w:i w:val="0"/>
          <w:color w:val="22201D"/>
          <w:sz w:val="20"/>
        </w:rPr>
        <w:t>The first was a small pictographic description: jar, flame, spoon, eye.</w:t>
      </w:r>
    </w:p>
    <w:p>
      <w:pPr>
        <w:spacing w:after="60" w:line="266" w:lineRule="auto"/>
        <w:ind w:firstLine="331"/>
        <w:jc w:val="both"/>
      </w:pPr>
      <w:r>
        <w:rPr>
          <w:rFonts w:ascii="Georgia" w:hAnsi="Georgia"/>
          <w:b w:val="0"/>
          <w:i w:val="0"/>
          <w:color w:val="22201D"/>
          <w:sz w:val="20"/>
        </w:rPr>
        <w:t>The second was Latin:</w:t>
      </w:r>
    </w:p>
    <w:p>
      <w:pPr>
        <w:spacing w:after="60" w:line="250" w:lineRule="auto"/>
        <w:ind w:left="202" w:right="173"/>
      </w:pPr>
      <w:r>
        <w:rPr>
          <w:rFonts w:ascii="Georgia" w:hAnsi="Georgia"/>
          <w:b w:val="0"/>
          <w:i w:val="0"/>
          <w:color w:val="22201D"/>
          <w:sz w:val="17"/>
        </w:rPr>
        <w:t>Calor memorans, non repetens.</w:t>
      </w:r>
    </w:p>
    <w:p>
      <w:pPr>
        <w:spacing w:after="60" w:line="266" w:lineRule="auto"/>
        <w:ind w:firstLine="331"/>
        <w:jc w:val="both"/>
      </w:pPr>
      <w:r>
        <w:rPr>
          <w:rFonts w:ascii="Georgia" w:hAnsi="Georgia"/>
          <w:b w:val="0"/>
          <w:i w:val="0"/>
          <w:color w:val="22201D"/>
          <w:sz w:val="20"/>
        </w:rPr>
        <w:t>The third was not written in a language Flocc knew, but he understood it anyway with the same part of the body that understands when someone has forgiven you before they say so.</w:t>
      </w:r>
    </w:p>
    <w:p>
      <w:pPr>
        <w:spacing w:after="60" w:line="266" w:lineRule="auto"/>
        <w:ind w:firstLine="331"/>
        <w:jc w:val="both"/>
      </w:pPr>
      <w:r>
        <w:rPr>
          <w:rFonts w:ascii="Georgia" w:hAnsi="Georgia"/>
          <w:b w:val="0"/>
          <w:i w:val="0"/>
          <w:color w:val="22201D"/>
          <w:sz w:val="20"/>
        </w:rPr>
        <w:t>The hostess handed him the card.</w:t>
      </w:r>
    </w:p>
    <w:p>
      <w:pPr>
        <w:spacing w:after="60" w:line="266" w:lineRule="auto"/>
        <w:ind w:firstLine="331"/>
        <w:jc w:val="both"/>
      </w:pPr>
      <w:r>
        <w:rPr>
          <w:rFonts w:ascii="Georgia" w:hAnsi="Georgia"/>
          <w:b w:val="0"/>
          <w:i w:val="0"/>
          <w:color w:val="22201D"/>
          <w:sz w:val="20"/>
        </w:rPr>
        <w:t>"Read it."</w:t>
      </w:r>
    </w:p>
    <w:p>
      <w:pPr>
        <w:spacing w:after="60" w:line="266" w:lineRule="auto"/>
        <w:ind w:firstLine="331"/>
        <w:jc w:val="both"/>
      </w:pPr>
      <w:r>
        <w:rPr>
          <w:rFonts w:ascii="Georgia" w:hAnsi="Georgia"/>
          <w:b w:val="0"/>
          <w:i w:val="0"/>
          <w:color w:val="22201D"/>
          <w:sz w:val="20"/>
        </w:rPr>
        <w:t>"I thought I was not supposed to read things."</w:t>
      </w:r>
    </w:p>
    <w:p>
      <w:pPr>
        <w:spacing w:after="60" w:line="266" w:lineRule="auto"/>
        <w:ind w:firstLine="331"/>
        <w:jc w:val="both"/>
      </w:pPr>
      <w:r>
        <w:rPr>
          <w:rFonts w:ascii="Georgia" w:hAnsi="Georgia"/>
          <w:b w:val="0"/>
          <w:i w:val="0"/>
          <w:color w:val="22201D"/>
          <w:sz w:val="20"/>
        </w:rPr>
        <w:t>"You are supposed to stop mistaking reading for possession."</w:t>
      </w:r>
    </w:p>
    <w:p>
      <w:pPr>
        <w:spacing w:after="60" w:line="266" w:lineRule="auto"/>
        <w:ind w:firstLine="331"/>
        <w:jc w:val="both"/>
      </w:pPr>
      <w:r>
        <w:rPr>
          <w:rFonts w:ascii="Georgia" w:hAnsi="Georgia"/>
          <w:b w:val="0"/>
          <w:i w:val="0"/>
          <w:color w:val="22201D"/>
          <w:sz w:val="20"/>
        </w:rPr>
        <w:t>That sounded fair, which made it harder to resent.</w:t>
      </w:r>
    </w:p>
    <w:p>
      <w:pPr>
        <w:spacing w:after="60" w:line="266" w:lineRule="auto"/>
        <w:ind w:firstLine="331"/>
        <w:jc w:val="both"/>
      </w:pPr>
      <w:r>
        <w:rPr>
          <w:rFonts w:ascii="Georgia" w:hAnsi="Georgia"/>
          <w:b w:val="0"/>
          <w:i w:val="0"/>
          <w:color w:val="22201D"/>
          <w:sz w:val="20"/>
        </w:rPr>
        <w:t>Flocc looked at the Latin.</w:t>
      </w:r>
    </w:p>
    <w:p>
      <w:pPr>
        <w:spacing w:after="60" w:line="266" w:lineRule="auto"/>
        <w:ind w:firstLine="331"/>
        <w:jc w:val="both"/>
      </w:pPr>
      <w:r>
        <w:rPr>
          <w:rFonts w:ascii="Georgia" w:hAnsi="Georgia"/>
          <w:b w:val="0"/>
          <w:i w:val="0"/>
          <w:color w:val="22201D"/>
          <w:sz w:val="20"/>
        </w:rPr>
        <w:t>"Calor is heat," he said. "Memorans is remembering. Non repetens is not repeating. So: heat remembering, not repeating."</w:t>
      </w:r>
    </w:p>
    <w:p>
      <w:pPr>
        <w:spacing w:after="60" w:line="266" w:lineRule="auto"/>
        <w:ind w:firstLine="331"/>
        <w:jc w:val="both"/>
      </w:pPr>
      <w:r>
        <w:rPr>
          <w:rFonts w:ascii="Georgia" w:hAnsi="Georgia"/>
          <w:b w:val="0"/>
          <w:i w:val="0"/>
          <w:color w:val="22201D"/>
          <w:sz w:val="20"/>
        </w:rPr>
        <w:t>The card went blank.</w:t>
      </w:r>
    </w:p>
    <w:p>
      <w:pPr>
        <w:spacing w:after="60" w:line="266" w:lineRule="auto"/>
        <w:ind w:firstLine="331"/>
        <w:jc w:val="both"/>
      </w:pPr>
      <w:r>
        <w:rPr>
          <w:rFonts w:ascii="Georgia" w:hAnsi="Georgia"/>
          <w:b w:val="0"/>
          <w:i w:val="0"/>
          <w:color w:val="22201D"/>
          <w:sz w:val="20"/>
        </w:rPr>
        <w:t>Not slowly. Not with drama. The words vanished as though they had never agreed to be there in the first place.</w:t>
      </w:r>
    </w:p>
    <w:p>
      <w:pPr>
        <w:spacing w:after="60" w:line="266" w:lineRule="auto"/>
        <w:ind w:firstLine="331"/>
        <w:jc w:val="both"/>
      </w:pPr>
      <w:r>
        <w:rPr>
          <w:rFonts w:ascii="Georgia" w:hAnsi="Georgia"/>
          <w:b w:val="0"/>
          <w:i w:val="0"/>
          <w:color w:val="22201D"/>
          <w:sz w:val="20"/>
        </w:rPr>
        <w:t>Flocc stared at the empty card.</w:t>
      </w:r>
    </w:p>
    <w:p>
      <w:pPr>
        <w:spacing w:after="60" w:line="266" w:lineRule="auto"/>
        <w:ind w:firstLine="331"/>
        <w:jc w:val="both"/>
      </w:pPr>
      <w:r>
        <w:rPr>
          <w:rFonts w:ascii="Georgia" w:hAnsi="Georgia"/>
          <w:b w:val="0"/>
          <w:i w:val="0"/>
          <w:color w:val="22201D"/>
          <w:sz w:val="20"/>
        </w:rPr>
        <w:t>"I did what you asked."</w:t>
      </w:r>
    </w:p>
    <w:p>
      <w:pPr>
        <w:spacing w:after="60" w:line="266" w:lineRule="auto"/>
        <w:ind w:firstLine="331"/>
        <w:jc w:val="both"/>
      </w:pPr>
      <w:r>
        <w:rPr>
          <w:rFonts w:ascii="Georgia" w:hAnsi="Georgia"/>
          <w:b w:val="0"/>
          <w:i w:val="0"/>
          <w:color w:val="22201D"/>
          <w:sz w:val="20"/>
        </w:rPr>
        <w:t>"No," said the hostess. "You translated it."</w:t>
      </w:r>
    </w:p>
    <w:p>
      <w:pPr>
        <w:spacing w:after="60" w:line="266" w:lineRule="auto"/>
        <w:ind w:firstLine="331"/>
        <w:jc w:val="both"/>
      </w:pPr>
      <w:r>
        <w:rPr>
          <w:rFonts w:ascii="Georgia" w:hAnsi="Georgia"/>
          <w:b w:val="0"/>
          <w:i w:val="0"/>
          <w:color w:val="22201D"/>
          <w:sz w:val="20"/>
        </w:rPr>
        <w:t>"That is what reading is."</w:t>
      </w:r>
    </w:p>
    <w:p>
      <w:pPr>
        <w:spacing w:after="60" w:line="266" w:lineRule="auto"/>
        <w:ind w:firstLine="331"/>
        <w:jc w:val="both"/>
      </w:pPr>
      <w:r>
        <w:rPr>
          <w:rFonts w:ascii="Georgia" w:hAnsi="Georgia"/>
          <w:b w:val="0"/>
          <w:i w:val="0"/>
          <w:color w:val="22201D"/>
          <w:sz w:val="20"/>
        </w:rPr>
        <w:t>"It is one small provincial suburb of reading."</w:t>
      </w:r>
    </w:p>
    <w:p>
      <w:pPr>
        <w:spacing w:after="60" w:line="266" w:lineRule="auto"/>
        <w:ind w:firstLine="331"/>
        <w:jc w:val="both"/>
      </w:pPr>
      <w:r>
        <w:rPr>
          <w:rFonts w:ascii="Georgia" w:hAnsi="Georgia"/>
          <w:b w:val="0"/>
          <w:i w:val="0"/>
          <w:color w:val="22201D"/>
          <w:sz w:val="20"/>
        </w:rPr>
        <w:t>He held up the blank card. "Then what happened?"</w:t>
      </w:r>
    </w:p>
    <w:p>
      <w:pPr>
        <w:spacing w:after="60" w:line="266" w:lineRule="auto"/>
        <w:ind w:firstLine="331"/>
        <w:jc w:val="both"/>
      </w:pPr>
      <w:r>
        <w:rPr>
          <w:rFonts w:ascii="Georgia" w:hAnsi="Georgia"/>
          <w:b w:val="0"/>
          <w:i w:val="0"/>
          <w:color w:val="22201D"/>
          <w:sz w:val="20"/>
        </w:rPr>
        <w:t>"You made the label into a lid."</w:t>
      </w:r>
    </w:p>
    <w:p>
      <w:pPr>
        <w:spacing w:after="60" w:line="266" w:lineRule="auto"/>
        <w:ind w:firstLine="331"/>
        <w:jc w:val="both"/>
      </w:pPr>
      <w:r>
        <w:rPr>
          <w:rFonts w:ascii="Georgia" w:hAnsi="Georgia"/>
          <w:b w:val="0"/>
          <w:i w:val="0"/>
          <w:color w:val="22201D"/>
          <w:sz w:val="20"/>
        </w:rPr>
        <w:t>The spice rack gave a soft wooden click.</w:t>
      </w:r>
    </w:p>
    <w:p>
      <w:pPr>
        <w:spacing w:after="60" w:line="266" w:lineRule="auto"/>
        <w:ind w:firstLine="331"/>
        <w:jc w:val="both"/>
      </w:pPr>
      <w:r>
        <w:rPr>
          <w:rFonts w:ascii="Georgia" w:hAnsi="Georgia"/>
          <w:b w:val="0"/>
          <w:i w:val="0"/>
          <w:color w:val="22201D"/>
          <w:sz w:val="20"/>
        </w:rPr>
        <w:t>One of the drawers opened.</w:t>
      </w:r>
    </w:p>
    <w:p>
      <w:pPr>
        <w:spacing w:after="60" w:line="266" w:lineRule="auto"/>
        <w:ind w:firstLine="331"/>
        <w:jc w:val="both"/>
      </w:pPr>
      <w:r>
        <w:rPr>
          <w:rFonts w:ascii="Georgia" w:hAnsi="Georgia"/>
          <w:b w:val="0"/>
          <w:i w:val="0"/>
          <w:color w:val="22201D"/>
          <w:sz w:val="20"/>
        </w:rPr>
        <w:t>Inside was a jar no taller than Flocc's thumb. The jar contained powder the color of late autumn and old apologies. Its label had the same three columns as the card. The first column showed a jar, a flame, a spoon, and an eye. The second column was the Latin he had just translated. The third column did not sit still. It shifted whenever he tried to focus on it, not evading him so much as refusing to become an object.</w:t>
      </w:r>
    </w:p>
    <w:p>
      <w:pPr>
        <w:spacing w:after="60" w:line="266" w:lineRule="auto"/>
        <w:ind w:firstLine="331"/>
        <w:jc w:val="both"/>
      </w:pPr>
      <w:r>
        <w:rPr>
          <w:rFonts w:ascii="Georgia" w:hAnsi="Georgia"/>
          <w:b w:val="0"/>
          <w:i w:val="0"/>
          <w:color w:val="22201D"/>
          <w:sz w:val="20"/>
        </w:rPr>
        <w:t>"Open it," said the hostess.</w:t>
      </w:r>
    </w:p>
    <w:p>
      <w:pPr>
        <w:spacing w:after="60" w:line="266" w:lineRule="auto"/>
        <w:ind w:firstLine="331"/>
        <w:jc w:val="both"/>
      </w:pPr>
      <w:r>
        <w:rPr>
          <w:rFonts w:ascii="Georgia" w:hAnsi="Georgia"/>
          <w:b w:val="0"/>
          <w:i w:val="0"/>
          <w:color w:val="22201D"/>
          <w:sz w:val="20"/>
        </w:rPr>
        <w:t>"Is that safe?"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She added, "It is safe enough."</w:t>
      </w:r>
    </w:p>
    <w:p>
      <w:pPr>
        <w:spacing w:after="60" w:line="266" w:lineRule="auto"/>
        <w:ind w:firstLine="331"/>
        <w:jc w:val="both"/>
      </w:pPr>
      <w:r>
        <w:rPr>
          <w:rFonts w:ascii="Georgia" w:hAnsi="Georgia"/>
          <w:b w:val="0"/>
          <w:i w:val="0"/>
          <w:color w:val="22201D"/>
          <w:sz w:val="20"/>
        </w:rPr>
        <w:t>This was, he had learned, restaurant language for you are about to be educated by consequences but probably not hospitalized.</w:t>
      </w:r>
    </w:p>
    <w:p>
      <w:pPr>
        <w:spacing w:after="60" w:line="266" w:lineRule="auto"/>
        <w:ind w:firstLine="331"/>
        <w:jc w:val="both"/>
      </w:pPr>
      <w:r>
        <w:rPr>
          <w:rFonts w:ascii="Georgia" w:hAnsi="Georgia"/>
          <w:b w:val="0"/>
          <w:i w:val="0"/>
          <w:color w:val="22201D"/>
          <w:sz w:val="20"/>
        </w:rPr>
        <w:t>He unscrewed the lid.</w:t>
      </w:r>
    </w:p>
    <w:p>
      <w:pPr>
        <w:spacing w:after="60" w:line="266" w:lineRule="auto"/>
        <w:ind w:firstLine="331"/>
        <w:jc w:val="both"/>
      </w:pPr>
      <w:r>
        <w:rPr>
          <w:rFonts w:ascii="Georgia" w:hAnsi="Georgia"/>
          <w:b w:val="0"/>
          <w:i w:val="0"/>
          <w:color w:val="22201D"/>
          <w:sz w:val="20"/>
        </w:rPr>
        <w:t>The smell rose.</w:t>
      </w:r>
    </w:p>
    <w:p>
      <w:pPr>
        <w:spacing w:after="60" w:line="266" w:lineRule="auto"/>
        <w:ind w:firstLine="331"/>
        <w:jc w:val="both"/>
      </w:pPr>
      <w:r>
        <w:rPr>
          <w:rFonts w:ascii="Georgia" w:hAnsi="Georgia"/>
          <w:b w:val="0"/>
          <w:i w:val="0"/>
          <w:color w:val="22201D"/>
          <w:sz w:val="20"/>
        </w:rPr>
        <w:t>For a moment he was eight years old, standing in a kitchen where the floor was too cold for bare feet and someone was heating oil in a pan. For a moment he was thirty-two, eating takeout over a sink because plates implied a future washing he did not want to admit he owed. For a moment he was at his mother's table, not speaking because speaking would require entering the room honestly. For a moment he was nowhere personal at all, only in the presence of heat that had learned not to become harm.</w:t>
      </w:r>
    </w:p>
    <w:p>
      <w:pPr>
        <w:spacing w:after="60" w:line="266" w:lineRule="auto"/>
        <w:ind w:firstLine="331"/>
        <w:jc w:val="both"/>
      </w:pPr>
      <w:r>
        <w:rPr>
          <w:rFonts w:ascii="Georgia" w:hAnsi="Georgia"/>
          <w:b w:val="0"/>
          <w:i w:val="0"/>
          <w:color w:val="22201D"/>
          <w:sz w:val="20"/>
        </w:rPr>
        <w:t>He put the lid back on quickly.</w:t>
      </w:r>
    </w:p>
    <w:p>
      <w:pPr>
        <w:spacing w:after="60" w:line="266" w:lineRule="auto"/>
        <w:ind w:firstLine="331"/>
        <w:jc w:val="both"/>
      </w:pPr>
      <w:r>
        <w:rPr>
          <w:rFonts w:ascii="Georgia" w:hAnsi="Georgia"/>
          <w:b w:val="0"/>
          <w:i w:val="0"/>
          <w:color w:val="22201D"/>
          <w:sz w:val="20"/>
        </w:rPr>
        <w:t>The card filled in again.</w:t>
      </w:r>
    </w:p>
    <w:p>
      <w:pPr>
        <w:spacing w:after="60" w:line="250" w:lineRule="auto"/>
        <w:ind w:left="202" w:right="173"/>
      </w:pPr>
      <w:r>
        <w:rPr>
          <w:rFonts w:ascii="Georgia" w:hAnsi="Georgia"/>
          <w:b w:val="0"/>
          <w:i w:val="0"/>
          <w:color w:val="22201D"/>
          <w:sz w:val="17"/>
        </w:rPr>
        <w:t>SPICE INDEX CARD  Ingredient: heat that remembers without repeating Use: wakes broth after grief Shelf: need / memory / soup Warning: labels are not lids</w:t>
      </w:r>
    </w:p>
    <w:p>
      <w:pPr>
        <w:spacing w:after="60" w:line="266" w:lineRule="auto"/>
        <w:ind w:firstLine="331"/>
        <w:jc w:val="both"/>
      </w:pPr>
      <w:r>
        <w:rPr>
          <w:rFonts w:ascii="Georgia" w:hAnsi="Georgia"/>
          <w:b w:val="0"/>
          <w:i w:val="0"/>
          <w:color w:val="22201D"/>
          <w:sz w:val="20"/>
        </w:rPr>
        <w:t>Flocc read it without trying to own it.</w:t>
      </w:r>
    </w:p>
    <w:p>
      <w:pPr>
        <w:spacing w:after="60" w:line="266" w:lineRule="auto"/>
        <w:ind w:firstLine="331"/>
        <w:jc w:val="both"/>
      </w:pPr>
      <w:r>
        <w:rPr>
          <w:rFonts w:ascii="Georgia" w:hAnsi="Georgia"/>
          <w:b w:val="0"/>
          <w:i w:val="0"/>
          <w:color w:val="22201D"/>
          <w:sz w:val="20"/>
        </w:rPr>
        <w:t>The words remained.</w:t>
      </w:r>
    </w:p>
    <w:p>
      <w:pPr>
        <w:spacing w:after="60" w:line="266" w:lineRule="auto"/>
        <w:ind w:firstLine="331"/>
        <w:jc w:val="both"/>
      </w:pPr>
      <w:r>
        <w:rPr>
          <w:rFonts w:ascii="Georgia" w:hAnsi="Georgia"/>
          <w:b w:val="0"/>
          <w:i w:val="0"/>
          <w:color w:val="22201D"/>
          <w:sz w:val="20"/>
        </w:rPr>
        <w:t>"Oh,"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means what it smells like."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smells like what it means."</w:t>
      </w:r>
    </w:p>
    <w:p>
      <w:pPr>
        <w:spacing w:after="60" w:line="266" w:lineRule="auto"/>
        <w:ind w:firstLine="331"/>
        <w:jc w:val="both"/>
      </w:pPr>
      <w:r>
        <w:rPr>
          <w:rFonts w:ascii="Georgia" w:hAnsi="Georgia"/>
          <w:b w:val="0"/>
          <w:i w:val="0"/>
          <w:color w:val="22201D"/>
          <w:sz w:val="20"/>
        </w:rPr>
        <w:t>He wished she would stop doing that, mostly because she was usually right.</w:t>
      </w:r>
    </w:p>
    <w:p>
      <w:pPr>
        <w:spacing w:after="60" w:line="266" w:lineRule="auto"/>
        <w:ind w:firstLine="331"/>
        <w:jc w:val="both"/>
      </w:pPr>
      <w:r>
        <w:rPr>
          <w:rFonts w:ascii="Georgia" w:hAnsi="Georgia"/>
          <w:b w:val="0"/>
          <w:i w:val="0"/>
          <w:color w:val="22201D"/>
          <w:sz w:val="20"/>
        </w:rPr>
        <w:t>A cook passed behind the hostess carrying a tray of small bowls. Each bowl contained a different color of steam. The cook set one bowl on a counter and pinched something into it from a jar. The soup in the bowl changed from yellow to a color Flocc associated with being told the truth kindly.</w:t>
      </w:r>
    </w:p>
    <w:p>
      <w:pPr>
        <w:spacing w:after="60" w:line="266" w:lineRule="auto"/>
        <w:ind w:firstLine="331"/>
        <w:jc w:val="both"/>
      </w:pPr>
      <w:r>
        <w:rPr>
          <w:rFonts w:ascii="Georgia" w:hAnsi="Georgia"/>
          <w:b w:val="0"/>
          <w:i w:val="0"/>
          <w:color w:val="22201D"/>
          <w:sz w:val="20"/>
        </w:rPr>
        <w:t>"What was that?" he asked.</w:t>
      </w:r>
    </w:p>
    <w:p>
      <w:pPr>
        <w:spacing w:after="60" w:line="266" w:lineRule="auto"/>
        <w:ind w:firstLine="331"/>
        <w:jc w:val="both"/>
      </w:pPr>
      <w:r>
        <w:rPr>
          <w:rFonts w:ascii="Georgia" w:hAnsi="Georgia"/>
          <w:b w:val="0"/>
          <w:i w:val="0"/>
          <w:color w:val="22201D"/>
          <w:sz w:val="20"/>
        </w:rPr>
        <w:t>"Not yours."</w:t>
      </w:r>
    </w:p>
    <w:p>
      <w:pPr>
        <w:spacing w:after="60" w:line="266" w:lineRule="auto"/>
        <w:ind w:firstLine="331"/>
        <w:jc w:val="both"/>
      </w:pPr>
      <w:r>
        <w:rPr>
          <w:rFonts w:ascii="Georgia" w:hAnsi="Georgia"/>
          <w:b w:val="0"/>
          <w:i w:val="0"/>
          <w:color w:val="22201D"/>
          <w:sz w:val="20"/>
        </w:rPr>
        <w:t>"I only asked what it was."</w:t>
      </w:r>
    </w:p>
    <w:p>
      <w:pPr>
        <w:spacing w:after="60" w:line="266" w:lineRule="auto"/>
        <w:ind w:firstLine="331"/>
        <w:jc w:val="both"/>
      </w:pPr>
      <w:r>
        <w:rPr>
          <w:rFonts w:ascii="Georgia" w:hAnsi="Georgia"/>
          <w:b w:val="0"/>
          <w:i w:val="0"/>
          <w:color w:val="22201D"/>
          <w:sz w:val="20"/>
        </w:rPr>
        <w:t>"You asked because you wanted to know whether it might be yours later."</w:t>
      </w:r>
    </w:p>
    <w:p>
      <w:pPr>
        <w:spacing w:after="60" w:line="266" w:lineRule="auto"/>
        <w:ind w:firstLine="331"/>
        <w:jc w:val="both"/>
      </w:pPr>
      <w:r>
        <w:rPr>
          <w:rFonts w:ascii="Georgia" w:hAnsi="Georgia"/>
          <w:b w:val="0"/>
          <w:i w:val="0"/>
          <w:color w:val="22201D"/>
          <w:sz w:val="20"/>
        </w:rPr>
        <w:t>Again: unfairly specific.</w:t>
      </w:r>
    </w:p>
    <w:p>
      <w:pPr>
        <w:spacing w:after="60" w:line="266" w:lineRule="auto"/>
        <w:ind w:firstLine="331"/>
        <w:jc w:val="both"/>
      </w:pPr>
      <w:r>
        <w:rPr>
          <w:rFonts w:ascii="Georgia" w:hAnsi="Georgia"/>
          <w:b w:val="0"/>
          <w:i w:val="0"/>
          <w:color w:val="22201D"/>
          <w:sz w:val="20"/>
        </w:rPr>
        <w:t>The card catalog slid another drawer open.</w:t>
      </w:r>
    </w:p>
    <w:p>
      <w:pPr>
        <w:spacing w:after="60" w:line="266" w:lineRule="auto"/>
        <w:ind w:firstLine="331"/>
        <w:jc w:val="both"/>
      </w:pPr>
      <w:r>
        <w:rPr>
          <w:rFonts w:ascii="Georgia" w:hAnsi="Georgia"/>
          <w:b w:val="0"/>
          <w:i w:val="0"/>
          <w:color w:val="22201D"/>
          <w:sz w:val="20"/>
        </w:rPr>
        <w:t>This one was labeled:</w:t>
      </w:r>
    </w:p>
    <w:p>
      <w:pPr>
        <w:spacing w:after="60" w:line="250" w:lineRule="auto"/>
        <w:ind w:left="202" w:right="173"/>
      </w:pPr>
      <w:r>
        <w:rPr>
          <w:rFonts w:ascii="Georgia" w:hAnsi="Georgia"/>
          <w:b w:val="0"/>
          <w:i w:val="0"/>
          <w:color w:val="22201D"/>
          <w:sz w:val="17"/>
        </w:rPr>
        <w:t>UNASKED QUESTIONS, WHOLE</w:t>
      </w:r>
    </w:p>
    <w:p>
      <w:pPr>
        <w:spacing w:after="60" w:line="266" w:lineRule="auto"/>
        <w:ind w:firstLine="331"/>
        <w:jc w:val="both"/>
      </w:pPr>
      <w:r>
        <w:rPr>
          <w:rFonts w:ascii="Georgia" w:hAnsi="Georgia"/>
          <w:b w:val="0"/>
          <w:i w:val="0"/>
          <w:color w:val="22201D"/>
          <w:sz w:val="20"/>
        </w:rPr>
        <w:t>The hostess shut it with one finger.</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"I did not touch it."</w:t>
      </w:r>
    </w:p>
    <w:p>
      <w:pPr>
        <w:spacing w:after="60" w:line="266" w:lineRule="auto"/>
        <w:ind w:firstLine="331"/>
        <w:jc w:val="both"/>
      </w:pPr>
      <w:r>
        <w:rPr>
          <w:rFonts w:ascii="Georgia" w:hAnsi="Georgia"/>
          <w:b w:val="0"/>
          <w:i w:val="0"/>
          <w:color w:val="22201D"/>
          <w:sz w:val="20"/>
        </w:rPr>
        <w:t>"You reached internally."</w:t>
      </w:r>
    </w:p>
    <w:p>
      <w:pPr>
        <w:spacing w:after="60" w:line="266" w:lineRule="auto"/>
        <w:ind w:firstLine="331"/>
        <w:jc w:val="both"/>
      </w:pPr>
      <w:r>
        <w:rPr>
          <w:rFonts w:ascii="Georgia" w:hAnsi="Georgia"/>
          <w:b w:val="0"/>
          <w:i w:val="0"/>
          <w:color w:val="22201D"/>
          <w:sz w:val="20"/>
        </w:rPr>
        <w:t>Flocc put both hands in his coat pockets, which did not help but made him feel less publicly shaped like curiosity.</w:t>
      </w:r>
    </w:p>
    <w:p>
      <w:pPr>
        <w:spacing w:after="60" w:line="266" w:lineRule="auto"/>
        <w:ind w:firstLine="331"/>
        <w:jc w:val="both"/>
      </w:pPr>
      <w:r>
        <w:rPr>
          <w:rFonts w:ascii="Georgia" w:hAnsi="Georgia"/>
          <w:b w:val="0"/>
          <w:i w:val="0"/>
          <w:color w:val="22201D"/>
          <w:sz w:val="20"/>
        </w:rPr>
        <w:t>The spice rack clicked again.</w:t>
      </w:r>
    </w:p>
    <w:p>
      <w:pPr>
        <w:spacing w:after="60" w:line="266" w:lineRule="auto"/>
        <w:ind w:firstLine="331"/>
        <w:jc w:val="both"/>
      </w:pPr>
      <w:r>
        <w:rPr>
          <w:rFonts w:ascii="Georgia" w:hAnsi="Georgia"/>
          <w:b w:val="0"/>
          <w:i w:val="0"/>
          <w:color w:val="22201D"/>
          <w:sz w:val="20"/>
        </w:rPr>
        <w:t>Three drawers opened at once.</w:t>
      </w:r>
    </w:p>
    <w:p>
      <w:pPr>
        <w:spacing w:after="60" w:line="266" w:lineRule="auto"/>
        <w:ind w:firstLine="331"/>
        <w:jc w:val="both"/>
      </w:pPr>
      <w:r>
        <w:rPr>
          <w:rFonts w:ascii="Georgia" w:hAnsi="Georgia"/>
          <w:b w:val="0"/>
          <w:i w:val="0"/>
          <w:color w:val="22201D"/>
          <w:sz w:val="20"/>
        </w:rPr>
        <w:t>The first held a jar of black salt that did not glitter, exactly, but seemed to contain the memory of light deciding against performance. The second held thin red threads, curled and bright, each one delicate enough to be mistaken for decoration by someone who had never paid attention to delicacy. The third held seeds pale as small teeth, though Flocc decided immediately not to think of them that way.</w:t>
      </w:r>
    </w:p>
    <w:p>
      <w:pPr>
        <w:spacing w:after="60" w:line="266" w:lineRule="auto"/>
        <w:ind w:firstLine="331"/>
        <w:jc w:val="both"/>
      </w:pPr>
      <w:r>
        <w:rPr>
          <w:rFonts w:ascii="Georgia" w:hAnsi="Georgia"/>
          <w:b w:val="0"/>
          <w:i w:val="0"/>
          <w:color w:val="22201D"/>
          <w:sz w:val="20"/>
        </w:rPr>
        <w:t>The hostess handed him three cards.</w:t>
      </w:r>
    </w:p>
    <w:p>
      <w:pPr>
        <w:spacing w:after="60" w:line="250" w:lineRule="auto"/>
        <w:ind w:left="202" w:right="173"/>
      </w:pPr>
      <w:r>
        <w:rPr>
          <w:rFonts w:ascii="Georgia" w:hAnsi="Georgia"/>
          <w:b w:val="0"/>
          <w:i w:val="0"/>
          <w:color w:val="22201D"/>
          <w:sz w:val="17"/>
        </w:rPr>
        <w:t>Ingredient: salt from the room after an honest argument Use: prevents sweetness from lying Shelf: truth / preservation / edge Warning: do not use to win</w:t>
      </w:r>
    </w:p>
    <w:p>
      <w:pPr>
        <w:spacing w:after="60" w:line="250" w:lineRule="auto"/>
        <w:ind w:left="202" w:right="173"/>
      </w:pPr>
      <w:r>
        <w:rPr>
          <w:rFonts w:ascii="Georgia" w:hAnsi="Georgia"/>
          <w:b w:val="0"/>
          <w:i w:val="0"/>
          <w:color w:val="22201D"/>
          <w:sz w:val="17"/>
        </w:rPr>
        <w:t>Ingredient: saffron that waited for the right grief Use: turns rice into a witness Shelf: patience / color / ceremony Warning: too much beauty becomes evidence</w:t>
      </w:r>
    </w:p>
    <w:p>
      <w:pPr>
        <w:spacing w:after="60" w:line="250" w:lineRule="auto"/>
        <w:ind w:left="202" w:right="173"/>
      </w:pPr>
      <w:r>
        <w:rPr>
          <w:rFonts w:ascii="Georgia" w:hAnsi="Georgia"/>
          <w:b w:val="0"/>
          <w:i w:val="0"/>
          <w:color w:val="22201D"/>
          <w:sz w:val="17"/>
        </w:rPr>
        <w:t>Ingredient: cardamom of almost calling Use: sweetens courage without removing fear Shelf: breath / mother / phone Warning: opens what the mouth avoided</w:t>
      </w:r>
    </w:p>
    <w:p>
      <w:pPr>
        <w:spacing w:after="60" w:line="266" w:lineRule="auto"/>
        <w:ind w:firstLine="331"/>
        <w:jc w:val="both"/>
      </w:pPr>
      <w:r>
        <w:rPr>
          <w:rFonts w:ascii="Georgia" w:hAnsi="Georgia"/>
          <w:b w:val="0"/>
          <w:i w:val="0"/>
          <w:color w:val="22201D"/>
          <w:sz w:val="20"/>
        </w:rPr>
        <w:t>Flocc looked up sharply.</w:t>
      </w:r>
    </w:p>
    <w:p>
      <w:pPr>
        <w:spacing w:after="60" w:line="266" w:lineRule="auto"/>
        <w:ind w:firstLine="331"/>
        <w:jc w:val="both"/>
      </w:pPr>
      <w:r>
        <w:rPr>
          <w:rFonts w:ascii="Georgia" w:hAnsi="Georgia"/>
          <w:b w:val="0"/>
          <w:i w:val="0"/>
          <w:color w:val="22201D"/>
          <w:sz w:val="20"/>
        </w:rPr>
        <w:t>"That last one is personal."</w:t>
      </w:r>
    </w:p>
    <w:p>
      <w:pPr>
        <w:spacing w:after="60" w:line="266" w:lineRule="auto"/>
        <w:ind w:firstLine="331"/>
        <w:jc w:val="both"/>
      </w:pPr>
      <w:r>
        <w:rPr>
          <w:rFonts w:ascii="Georgia" w:hAnsi="Georgia"/>
          <w:b w:val="0"/>
          <w:i w:val="0"/>
          <w:color w:val="22201D"/>
          <w:sz w:val="20"/>
        </w:rPr>
        <w:t>"Most ingredients are."</w:t>
      </w:r>
    </w:p>
    <w:p>
      <w:pPr>
        <w:spacing w:after="60" w:line="266" w:lineRule="auto"/>
        <w:ind w:firstLine="331"/>
        <w:jc w:val="both"/>
      </w:pPr>
      <w:r>
        <w:rPr>
          <w:rFonts w:ascii="Georgia" w:hAnsi="Georgia"/>
          <w:b w:val="0"/>
          <w:i w:val="0"/>
          <w:color w:val="22201D"/>
          <w:sz w:val="20"/>
        </w:rPr>
        <w:t>"Cardamom is not about my mother."</w:t>
      </w:r>
    </w:p>
    <w:p>
      <w:pPr>
        <w:spacing w:after="60" w:line="266" w:lineRule="auto"/>
        <w:ind w:firstLine="331"/>
        <w:jc w:val="both"/>
      </w:pPr>
      <w:r>
        <w:rPr>
          <w:rFonts w:ascii="Georgia" w:hAnsi="Georgia"/>
          <w:b w:val="0"/>
          <w:i w:val="0"/>
          <w:color w:val="22201D"/>
          <w:sz w:val="20"/>
        </w:rPr>
        <w:t>"Correct. Your mother is about cardamom."</w:t>
      </w:r>
    </w:p>
    <w:p>
      <w:pPr>
        <w:spacing w:after="60" w:line="266" w:lineRule="auto"/>
        <w:ind w:firstLine="331"/>
        <w:jc w:val="both"/>
      </w:pPr>
      <w:r>
        <w:rPr>
          <w:rFonts w:ascii="Georgia" w:hAnsi="Georgia"/>
          <w:b w:val="0"/>
          <w:i w:val="0"/>
          <w:color w:val="22201D"/>
          <w:sz w:val="20"/>
        </w:rPr>
        <w:t>"That makes less sense."</w:t>
      </w:r>
    </w:p>
    <w:p>
      <w:pPr>
        <w:spacing w:after="60" w:line="266" w:lineRule="auto"/>
        <w:ind w:firstLine="331"/>
        <w:jc w:val="both"/>
      </w:pPr>
      <w:r>
        <w:rPr>
          <w:rFonts w:ascii="Georgia" w:hAnsi="Georgia"/>
          <w:b w:val="0"/>
          <w:i w:val="0"/>
          <w:color w:val="22201D"/>
          <w:sz w:val="20"/>
        </w:rPr>
        <w:t>"Only grammatically."</w:t>
      </w:r>
    </w:p>
    <w:p>
      <w:pPr>
        <w:spacing w:after="60" w:line="266" w:lineRule="auto"/>
        <w:ind w:firstLine="331"/>
        <w:jc w:val="both"/>
      </w:pPr>
      <w:r>
        <w:rPr>
          <w:rFonts w:ascii="Georgia" w:hAnsi="Georgia"/>
          <w:b w:val="0"/>
          <w:i w:val="0"/>
          <w:color w:val="22201D"/>
          <w:sz w:val="20"/>
        </w:rPr>
        <w:t>He set the cards down on the small table beside the catalog. His hand shook a little. Not badly. Enough to make the top card shift. The paper slid half an inch and revealed another card beneath it, older, stained near one corner.</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Ingredient: powdered mistakes Use: only in doughs that can rise Shelf: regret / yeast / comedy Warning: never add directly to soup</w:t>
      </w:r>
    </w:p>
    <w:p>
      <w:pPr>
        <w:spacing w:after="60" w:line="266" w:lineRule="auto"/>
        <w:ind w:firstLine="331"/>
        <w:jc w:val="both"/>
      </w:pPr>
      <w:r>
        <w:rPr>
          <w:rFonts w:ascii="Georgia" w:hAnsi="Georgia"/>
          <w:b w:val="0"/>
          <w:i w:val="0"/>
          <w:color w:val="22201D"/>
          <w:sz w:val="20"/>
        </w:rPr>
        <w:t>Flocc remembered the footnote from the dessert chapter, or rather he remembered that the dessert chapter had produced a footnote about a portrait in the kitchen, next to the spice rack, next to a jar of powdered mistakes. At the time, he had thought this was a joke.</w:t>
      </w:r>
    </w:p>
    <w:p>
      <w:pPr>
        <w:spacing w:after="60" w:line="266" w:lineRule="auto"/>
        <w:ind w:firstLine="331"/>
        <w:jc w:val="both"/>
      </w:pPr>
      <w:r>
        <w:rPr>
          <w:rFonts w:ascii="Georgia" w:hAnsi="Georgia"/>
          <w:b w:val="0"/>
          <w:i w:val="0"/>
          <w:color w:val="22201D"/>
          <w:sz w:val="20"/>
        </w:rPr>
        <w:t>The jar was there.</w:t>
      </w:r>
    </w:p>
    <w:p>
      <w:pPr>
        <w:spacing w:after="60" w:line="266" w:lineRule="auto"/>
        <w:ind w:firstLine="331"/>
        <w:jc w:val="both"/>
      </w:pPr>
      <w:r>
        <w:rPr>
          <w:rFonts w:ascii="Georgia" w:hAnsi="Georgia"/>
          <w:b w:val="0"/>
          <w:i w:val="0"/>
          <w:color w:val="22201D"/>
          <w:sz w:val="20"/>
        </w:rPr>
        <w:t>Of course it was.</w:t>
      </w:r>
    </w:p>
    <w:p>
      <w:pPr>
        <w:spacing w:after="60" w:line="266" w:lineRule="auto"/>
        <w:ind w:firstLine="331"/>
        <w:jc w:val="both"/>
      </w:pPr>
      <w:r>
        <w:rPr>
          <w:rFonts w:ascii="Georgia" w:hAnsi="Georgia"/>
          <w:b w:val="0"/>
          <w:i w:val="0"/>
          <w:color w:val="22201D"/>
          <w:sz w:val="20"/>
        </w:rPr>
        <w:t>It sat on a narrow shelf beside a small framed portrait of a man with a monumental mustache and the expression of someone who had looked into the abyss and found the service uneven.</w:t>
      </w:r>
    </w:p>
    <w:p>
      <w:pPr>
        <w:spacing w:after="60" w:line="266" w:lineRule="auto"/>
        <w:ind w:firstLine="331"/>
        <w:jc w:val="both"/>
      </w:pPr>
      <w:r>
        <w:rPr>
          <w:rFonts w:ascii="Georgia" w:hAnsi="Georgia"/>
          <w:b w:val="0"/>
          <w:i w:val="0"/>
          <w:color w:val="22201D"/>
          <w:sz w:val="20"/>
        </w:rPr>
        <w:t>Below the portrait was a handwritten label:</w:t>
      </w:r>
    </w:p>
    <w:p>
      <w:pPr>
        <w:spacing w:after="60" w:line="250" w:lineRule="auto"/>
        <w:ind w:left="202" w:right="173"/>
      </w:pPr>
      <w:r>
        <w:rPr>
          <w:rFonts w:ascii="Georgia" w:hAnsi="Georgia"/>
          <w:b w:val="0"/>
          <w:i w:val="0"/>
          <w:color w:val="22201D"/>
          <w:sz w:val="17"/>
        </w:rPr>
        <w:t>RIGHT ABOUT THE ABYSS. WRONG ABOUT ICE CREAM.</w:t>
      </w:r>
    </w:p>
    <w:p>
      <w:pPr>
        <w:spacing w:after="60" w:line="266" w:lineRule="auto"/>
        <w:ind w:firstLine="331"/>
        <w:jc w:val="both"/>
      </w:pPr>
      <w:r>
        <w:rPr>
          <w:rFonts w:ascii="Georgia" w:hAnsi="Georgia"/>
          <w:b w:val="0"/>
          <w:i w:val="0"/>
          <w:color w:val="22201D"/>
          <w:sz w:val="20"/>
        </w:rPr>
        <w:t>Flocc pointed at the jar.</w:t>
      </w:r>
    </w:p>
    <w:p>
      <w:pPr>
        <w:spacing w:after="60" w:line="266" w:lineRule="auto"/>
        <w:ind w:firstLine="331"/>
        <w:jc w:val="both"/>
      </w:pPr>
      <w:r>
        <w:rPr>
          <w:rFonts w:ascii="Georgia" w:hAnsi="Georgia"/>
          <w:b w:val="0"/>
          <w:i w:val="0"/>
          <w:color w:val="22201D"/>
          <w:sz w:val="20"/>
        </w:rPr>
        <w:t>"Is that literal?"</w:t>
      </w:r>
    </w:p>
    <w:p>
      <w:pPr>
        <w:spacing w:after="60" w:line="266" w:lineRule="auto"/>
        <w:ind w:firstLine="331"/>
        <w:jc w:val="both"/>
      </w:pPr>
      <w:r>
        <w:rPr>
          <w:rFonts w:ascii="Georgia" w:hAnsi="Georgia"/>
          <w:b w:val="0"/>
          <w:i w:val="0"/>
          <w:color w:val="22201D"/>
          <w:sz w:val="20"/>
        </w:rPr>
        <w:t>"What would make it safer if it were not?"</w:t>
      </w:r>
    </w:p>
    <w:p>
      <w:pPr>
        <w:spacing w:after="60" w:line="266" w:lineRule="auto"/>
        <w:ind w:firstLine="331"/>
        <w:jc w:val="both"/>
      </w:pPr>
      <w:r>
        <w:rPr>
          <w:rFonts w:ascii="Georgia" w:hAnsi="Georgia"/>
          <w:b w:val="0"/>
          <w:i w:val="0"/>
          <w:color w:val="22201D"/>
          <w:sz w:val="20"/>
        </w:rPr>
        <w:t>This was an excellent question and he disliked it.</w:t>
      </w:r>
    </w:p>
    <w:p>
      <w:pPr>
        <w:spacing w:after="60" w:line="266" w:lineRule="auto"/>
        <w:ind w:firstLine="331"/>
        <w:jc w:val="both"/>
      </w:pPr>
      <w:r>
        <w:rPr>
          <w:rFonts w:ascii="Georgia" w:hAnsi="Georgia"/>
          <w:b w:val="0"/>
          <w:i w:val="0"/>
          <w:color w:val="22201D"/>
          <w:sz w:val="20"/>
        </w:rPr>
        <w:t>The jar of powdered mistakes was cloudy gray. It did not look sinister. It looked like the dust at the bottom of a drawer after several years of good intentions. Its lid was taped shut with two strips of masking tape. The tape had been labeled:</w:t>
      </w:r>
    </w:p>
    <w:p>
      <w:pPr>
        <w:spacing w:after="60" w:line="250" w:lineRule="auto"/>
        <w:ind w:left="202" w:right="173"/>
      </w:pPr>
      <w:r>
        <w:rPr>
          <w:rFonts w:ascii="Georgia" w:hAnsi="Georgia"/>
          <w:b w:val="0"/>
          <w:i w:val="0"/>
          <w:color w:val="22201D"/>
          <w:sz w:val="17"/>
        </w:rPr>
        <w:t>STAFF ONLY</w:t>
      </w:r>
    </w:p>
    <w:p>
      <w:pPr>
        <w:spacing w:after="60" w:line="266" w:lineRule="auto"/>
        <w:ind w:firstLine="331"/>
        <w:jc w:val="both"/>
      </w:pPr>
      <w:r>
        <w:rPr>
          <w:rFonts w:ascii="Georgia" w:hAnsi="Georgia"/>
          <w:b w:val="0"/>
          <w:i w:val="0"/>
          <w:color w:val="22201D"/>
          <w:sz w:val="20"/>
        </w:rPr>
        <w:t>"Why not add it directly to soup?" Flocc asked.</w:t>
      </w:r>
    </w:p>
    <w:p>
      <w:pPr>
        <w:spacing w:after="60" w:line="266" w:lineRule="auto"/>
        <w:ind w:firstLine="331"/>
        <w:jc w:val="both"/>
      </w:pPr>
      <w:r>
        <w:rPr>
          <w:rFonts w:ascii="Georgia" w:hAnsi="Georgia"/>
          <w:b w:val="0"/>
          <w:i w:val="0"/>
          <w:color w:val="22201D"/>
          <w:sz w:val="20"/>
        </w:rPr>
        <w:t>"Because soup forgives too quickly."</w:t>
      </w:r>
    </w:p>
    <w:p>
      <w:pPr>
        <w:spacing w:after="60" w:line="266" w:lineRule="auto"/>
        <w:ind w:firstLine="331"/>
        <w:jc w:val="both"/>
      </w:pPr>
      <w:r>
        <w:rPr>
          <w:rFonts w:ascii="Georgia" w:hAnsi="Georgia"/>
          <w:b w:val="0"/>
          <w:i w:val="0"/>
          <w:color w:val="22201D"/>
          <w:sz w:val="20"/>
        </w:rPr>
        <w:t>"And dough?"</w:t>
      </w:r>
    </w:p>
    <w:p>
      <w:pPr>
        <w:spacing w:after="60" w:line="266" w:lineRule="auto"/>
        <w:ind w:firstLine="331"/>
        <w:jc w:val="both"/>
      </w:pPr>
      <w:r>
        <w:rPr>
          <w:rFonts w:ascii="Georgia" w:hAnsi="Georgia"/>
          <w:b w:val="0"/>
          <w:i w:val="0"/>
          <w:color w:val="22201D"/>
          <w:sz w:val="20"/>
        </w:rPr>
        <w:t>"Dough makes you wait."</w:t>
      </w:r>
    </w:p>
    <w:p>
      <w:pPr>
        <w:spacing w:after="60" w:line="266" w:lineRule="auto"/>
        <w:ind w:firstLine="331"/>
        <w:jc w:val="both"/>
      </w:pPr>
      <w:r>
        <w:rPr>
          <w:rFonts w:ascii="Georgia" w:hAnsi="Georgia"/>
          <w:b w:val="0"/>
          <w:i w:val="0"/>
          <w:color w:val="22201D"/>
          <w:sz w:val="20"/>
        </w:rPr>
        <w:t>He understood that. Not completely, which seemed to be the proper amount.</w:t>
      </w:r>
    </w:p>
    <w:p>
      <w:pPr>
        <w:spacing w:after="60" w:line="266" w:lineRule="auto"/>
        <w:ind w:firstLine="331"/>
        <w:jc w:val="both"/>
      </w:pPr>
      <w:r>
        <w:rPr>
          <w:rFonts w:ascii="Georgia" w:hAnsi="Georgia"/>
          <w:b w:val="0"/>
          <w:i w:val="0"/>
          <w:color w:val="22201D"/>
          <w:sz w:val="20"/>
        </w:rPr>
        <w:t>A timer went off somewhere deep in the kitchen. It did not beep. It cleared its throat.</w:t>
      </w:r>
    </w:p>
    <w:p>
      <w:pPr>
        <w:spacing w:after="60" w:line="266" w:lineRule="auto"/>
        <w:ind w:firstLine="331"/>
        <w:jc w:val="both"/>
      </w:pPr>
      <w:r>
        <w:rPr>
          <w:rFonts w:ascii="Georgia" w:hAnsi="Georgia"/>
          <w:b w:val="0"/>
          <w:i w:val="0"/>
          <w:color w:val="22201D"/>
          <w:sz w:val="20"/>
        </w:rPr>
        <w:t>Bob reappeared with an empty crate.</w:t>
      </w:r>
    </w:p>
    <w:p>
      <w:pPr>
        <w:spacing w:after="60" w:line="266" w:lineRule="auto"/>
        <w:ind w:firstLine="331"/>
        <w:jc w:val="both"/>
      </w:pPr>
      <w:r>
        <w:rPr>
          <w:rFonts w:ascii="Georgia" w:hAnsi="Georgia"/>
          <w:b w:val="0"/>
          <w:i w:val="0"/>
          <w:color w:val="22201D"/>
          <w:sz w:val="20"/>
        </w:rPr>
        <w:t>"You showing him the rack?" he asked.</w:t>
      </w:r>
    </w:p>
    <w:p>
      <w:pPr>
        <w:spacing w:after="60" w:line="266" w:lineRule="auto"/>
        <w:ind w:firstLine="331"/>
        <w:jc w:val="both"/>
      </w:pPr>
      <w:r>
        <w:rPr>
          <w:rFonts w:ascii="Georgia" w:hAnsi="Georgia"/>
          <w:b w:val="0"/>
          <w:i w:val="0"/>
          <w:color w:val="22201D"/>
          <w:sz w:val="20"/>
        </w:rPr>
        <w:t>"The rack is showing him itself," said the hostess.</w:t>
      </w:r>
    </w:p>
    <w:p>
      <w:pPr>
        <w:spacing w:after="60" w:line="266" w:lineRule="auto"/>
        <w:ind w:firstLine="331"/>
        <w:jc w:val="both"/>
      </w:pPr>
      <w:r>
        <w:rPr>
          <w:rFonts w:ascii="Georgia" w:hAnsi="Georgia"/>
          <w:b w:val="0"/>
          <w:i w:val="0"/>
          <w:color w:val="22201D"/>
          <w:sz w:val="20"/>
        </w:rPr>
        <w:t>Bob nodded. "That happens."</w:t>
      </w:r>
    </w:p>
    <w:p>
      <w:pPr>
        <w:spacing w:after="60" w:line="266" w:lineRule="auto"/>
        <w:ind w:firstLine="331"/>
        <w:jc w:val="both"/>
      </w:pPr>
      <w:r>
        <w:rPr>
          <w:rFonts w:ascii="Georgia" w:hAnsi="Georgia"/>
          <w:b w:val="0"/>
          <w:i w:val="0"/>
          <w:color w:val="22201D"/>
          <w:sz w:val="20"/>
        </w:rPr>
        <w:t>"Is this normal?" Flocc asked.</w:t>
      </w:r>
    </w:p>
    <w:p>
      <w:pPr>
        <w:spacing w:after="60" w:line="266" w:lineRule="auto"/>
        <w:ind w:firstLine="331"/>
        <w:jc w:val="both"/>
      </w:pPr>
      <w:r>
        <w:rPr>
          <w:rFonts w:ascii="Georgia" w:hAnsi="Georgia"/>
          <w:b w:val="0"/>
          <w:i w:val="0"/>
          <w:color w:val="22201D"/>
          <w:sz w:val="20"/>
        </w:rPr>
        <w:t>Bob considered. "For spices, yes."</w:t>
      </w:r>
    </w:p>
    <w:p>
      <w:pPr>
        <w:spacing w:after="60" w:line="266" w:lineRule="auto"/>
        <w:ind w:firstLine="331"/>
        <w:jc w:val="both"/>
      </w:pPr>
      <w:r>
        <w:rPr>
          <w:rFonts w:ascii="Georgia" w:hAnsi="Georgia"/>
          <w:b w:val="0"/>
          <w:i w:val="0"/>
          <w:color w:val="22201D"/>
          <w:sz w:val="20"/>
        </w:rPr>
        <w:t>"For people?"</w:t>
      </w:r>
    </w:p>
    <w:p>
      <w:pPr>
        <w:spacing w:after="60" w:line="266" w:lineRule="auto"/>
        <w:ind w:firstLine="331"/>
        <w:jc w:val="both"/>
      </w:pPr>
      <w:r>
        <w:rPr>
          <w:rFonts w:ascii="Georgia" w:hAnsi="Georgia"/>
          <w:b w:val="0"/>
          <w:i w:val="0"/>
          <w:color w:val="22201D"/>
          <w:sz w:val="20"/>
        </w:rPr>
        <w:t>"People are mostly improperly labeled jars."</w:t>
      </w:r>
    </w:p>
    <w:p>
      <w:pPr>
        <w:spacing w:after="60" w:line="266" w:lineRule="auto"/>
        <w:ind w:firstLine="331"/>
        <w:jc w:val="both"/>
      </w:pPr>
      <w:r>
        <w:rPr>
          <w:rFonts w:ascii="Georgia" w:hAnsi="Georgia"/>
          <w:b w:val="0"/>
          <w:i w:val="0"/>
          <w:color w:val="22201D"/>
          <w:sz w:val="20"/>
        </w:rPr>
        <w:t>He said this in the tone of a man explaining why mushrooms should not be packed under canned goods. Then he took the empty crate and disappeared again.</w:t>
      </w:r>
    </w:p>
    <w:p>
      <w:pPr>
        <w:spacing w:after="60" w:line="266" w:lineRule="auto"/>
        <w:ind w:firstLine="331"/>
        <w:jc w:val="both"/>
      </w:pPr>
      <w:r>
        <w:rPr>
          <w:rFonts w:ascii="Georgia" w:hAnsi="Georgia"/>
          <w:b w:val="0"/>
          <w:i w:val="0"/>
          <w:color w:val="22201D"/>
          <w:sz w:val="20"/>
        </w:rPr>
        <w:t>Flocc looked at the spice index card in his hand.</w:t>
      </w:r>
    </w:p>
    <w:p>
      <w:pPr>
        <w:spacing w:after="60" w:line="266" w:lineRule="auto"/>
        <w:ind w:firstLine="331"/>
        <w:jc w:val="both"/>
      </w:pPr>
      <w:r>
        <w:rPr>
          <w:rFonts w:ascii="Georgia" w:hAnsi="Georgia"/>
          <w:b w:val="0"/>
          <w:i w:val="0"/>
          <w:color w:val="22201D"/>
          <w:sz w:val="20"/>
        </w:rPr>
        <w:t>Heat that remembers without repeating.</w:t>
      </w:r>
    </w:p>
    <w:p>
      <w:pPr>
        <w:spacing w:after="60" w:line="266" w:lineRule="auto"/>
        <w:ind w:firstLine="331"/>
        <w:jc w:val="both"/>
      </w:pPr>
      <w:r>
        <w:rPr>
          <w:rFonts w:ascii="Georgia" w:hAnsi="Georgia"/>
          <w:b w:val="0"/>
          <w:i w:val="0"/>
          <w:color w:val="22201D"/>
          <w:sz w:val="20"/>
        </w:rPr>
        <w:t>He thought of anger, which had always seemed to him like heat with a weapon. He thought of warmth, which had always seemed suspiciously close to the thing that burned. He thought of his mother's voice on the phone, careful at first, then less careful, then tired in a way that trusted him enough not to perform cheerfulness. He thought of the sandwich from the honest place and the mustard tasting exactly like mustard. He thought of the second cup of tea.</w:t>
      </w:r>
    </w:p>
    <w:p>
      <w:pPr>
        <w:spacing w:after="60" w:line="266" w:lineRule="auto"/>
        <w:ind w:firstLine="331"/>
        <w:jc w:val="both"/>
      </w:pPr>
      <w:r>
        <w:rPr>
          <w:rFonts w:ascii="Georgia" w:hAnsi="Georgia"/>
          <w:b w:val="0"/>
          <w:i w:val="0"/>
          <w:color w:val="22201D"/>
          <w:sz w:val="20"/>
        </w:rPr>
        <w:t>The kitchen, he was beginning to understand, was not where food was made.</w:t>
      </w:r>
    </w:p>
    <w:p>
      <w:pPr>
        <w:spacing w:after="60" w:line="266" w:lineRule="auto"/>
        <w:ind w:firstLine="331"/>
        <w:jc w:val="both"/>
      </w:pPr>
      <w:r>
        <w:rPr>
          <w:rFonts w:ascii="Georgia" w:hAnsi="Georgia"/>
          <w:b w:val="0"/>
          <w:i w:val="0"/>
          <w:color w:val="22201D"/>
          <w:sz w:val="20"/>
        </w:rPr>
        <w:t>That was too small.</w:t>
      </w:r>
    </w:p>
    <w:p>
      <w:pPr>
        <w:spacing w:after="60" w:line="266" w:lineRule="auto"/>
        <w:ind w:firstLine="331"/>
        <w:jc w:val="both"/>
      </w:pPr>
      <w:r>
        <w:rPr>
          <w:rFonts w:ascii="Georgia" w:hAnsi="Georgia"/>
          <w:b w:val="0"/>
          <w:i w:val="0"/>
          <w:color w:val="22201D"/>
          <w:sz w:val="20"/>
        </w:rPr>
        <w:t>The kitchen was where experience stopped pretending it had arrived in finished form.</w:t>
      </w:r>
    </w:p>
    <w:p>
      <w:pPr>
        <w:spacing w:after="60" w:line="266" w:lineRule="auto"/>
        <w:ind w:firstLine="331"/>
        <w:jc w:val="both"/>
      </w:pPr>
      <w:r>
        <w:rPr>
          <w:rFonts w:ascii="Georgia" w:hAnsi="Georgia"/>
          <w:b w:val="0"/>
          <w:i w:val="0"/>
          <w:color w:val="22201D"/>
          <w:sz w:val="20"/>
        </w:rPr>
        <w:t>The hostess watched him reach that thought and did not applaud, which was merciful.</w:t>
      </w:r>
    </w:p>
    <w:p>
      <w:pPr>
        <w:spacing w:after="60" w:line="266" w:lineRule="auto"/>
        <w:ind w:firstLine="331"/>
        <w:jc w:val="both"/>
      </w:pPr>
      <w:r>
        <w:rPr>
          <w:rFonts w:ascii="Georgia" w:hAnsi="Georgia"/>
          <w:b w:val="0"/>
          <w:i w:val="0"/>
          <w:color w:val="22201D"/>
          <w:sz w:val="20"/>
        </w:rPr>
        <w:t>"Why am I seeing this?" he asked.</w:t>
      </w:r>
    </w:p>
    <w:p>
      <w:pPr>
        <w:spacing w:after="60" w:line="266" w:lineRule="auto"/>
        <w:ind w:firstLine="331"/>
        <w:jc w:val="both"/>
      </w:pPr>
      <w:r>
        <w:rPr>
          <w:rFonts w:ascii="Georgia" w:hAnsi="Georgia"/>
          <w:b w:val="0"/>
          <w:i w:val="0"/>
          <w:color w:val="22201D"/>
          <w:sz w:val="20"/>
        </w:rPr>
        <w:t>"Because you asked for the menu."</w:t>
      </w:r>
    </w:p>
    <w:p>
      <w:pPr>
        <w:spacing w:after="60" w:line="266" w:lineRule="auto"/>
        <w:ind w:firstLine="331"/>
        <w:jc w:val="both"/>
      </w:pPr>
      <w:r>
        <w:rPr>
          <w:rFonts w:ascii="Georgia" w:hAnsi="Georgia"/>
          <w:b w:val="0"/>
          <w:i w:val="0"/>
          <w:color w:val="22201D"/>
          <w:sz w:val="20"/>
        </w:rPr>
        <w:t>"I thought the menu was out there." He gestured toward the dining room.</w:t>
      </w:r>
    </w:p>
    <w:p>
      <w:pPr>
        <w:spacing w:after="60" w:line="266" w:lineRule="auto"/>
        <w:ind w:firstLine="331"/>
        <w:jc w:val="both"/>
      </w:pPr>
      <w:r>
        <w:rPr>
          <w:rFonts w:ascii="Georgia" w:hAnsi="Georgia"/>
          <w:b w:val="0"/>
          <w:i w:val="0"/>
          <w:color w:val="22201D"/>
          <w:sz w:val="20"/>
        </w:rPr>
        <w:t>"The menu is out there."</w:t>
      </w:r>
    </w:p>
    <w:p>
      <w:pPr>
        <w:spacing w:after="60" w:line="266" w:lineRule="auto"/>
        <w:ind w:firstLine="331"/>
        <w:jc w:val="both"/>
      </w:pPr>
      <w:r>
        <w:rPr>
          <w:rFonts w:ascii="Georgia" w:hAnsi="Georgia"/>
          <w:b w:val="0"/>
          <w:i w:val="0"/>
          <w:color w:val="22201D"/>
          <w:sz w:val="20"/>
        </w:rPr>
        <w:t>"And in here."</w:t>
      </w:r>
    </w:p>
    <w:p>
      <w:pPr>
        <w:spacing w:after="60" w:line="266" w:lineRule="auto"/>
        <w:ind w:firstLine="331"/>
        <w:jc w:val="both"/>
      </w:pPr>
      <w:r>
        <w:rPr>
          <w:rFonts w:ascii="Georgia" w:hAnsi="Georgia"/>
          <w:b w:val="0"/>
          <w:i w:val="0"/>
          <w:color w:val="22201D"/>
          <w:sz w:val="20"/>
        </w:rPr>
        <w:t>"And elsewhere."</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dining room shows what hunger can order. The kitchen shows what hunger is made of."</w:t>
      </w:r>
    </w:p>
    <w:p>
      <w:pPr>
        <w:spacing w:after="60" w:line="266" w:lineRule="auto"/>
        <w:ind w:firstLine="331"/>
        <w:jc w:val="both"/>
      </w:pPr>
      <w:r>
        <w:rPr>
          <w:rFonts w:ascii="Georgia" w:hAnsi="Georgia"/>
          <w:b w:val="0"/>
          <w:i w:val="0"/>
          <w:color w:val="22201D"/>
          <w:sz w:val="20"/>
        </w:rPr>
        <w:t>He looked back at the spice rack, at the drawers and cards and jars and labels that were not lids. "And the library?"</w:t>
      </w:r>
    </w:p>
    <w:p>
      <w:pPr>
        <w:spacing w:after="60" w:line="266" w:lineRule="auto"/>
        <w:ind w:firstLine="331"/>
        <w:jc w:val="both"/>
      </w:pPr>
      <w:r>
        <w:rPr>
          <w:rFonts w:ascii="Georgia" w:hAnsi="Georgia"/>
          <w:b w:val="0"/>
          <w:i w:val="0"/>
          <w:color w:val="22201D"/>
          <w:sz w:val="20"/>
        </w:rPr>
        <w:t>"A library is a kitchen for memory."</w:t>
      </w:r>
    </w:p>
    <w:p>
      <w:pPr>
        <w:spacing w:after="60" w:line="266" w:lineRule="auto"/>
        <w:ind w:firstLine="331"/>
        <w:jc w:val="both"/>
      </w:pPr>
      <w:r>
        <w:rPr>
          <w:rFonts w:ascii="Georgia" w:hAnsi="Georgia"/>
          <w:b w:val="0"/>
          <w:i w:val="0"/>
          <w:color w:val="22201D"/>
          <w:sz w:val="20"/>
        </w:rPr>
        <w:t>"That sounds like something printed on a tote bag."</w:t>
      </w:r>
    </w:p>
    <w:p>
      <w:pPr>
        <w:spacing w:after="60" w:line="266" w:lineRule="auto"/>
        <w:ind w:firstLine="331"/>
        <w:jc w:val="both"/>
      </w:pPr>
      <w:r>
        <w:rPr>
          <w:rFonts w:ascii="Georgia" w:hAnsi="Georgia"/>
          <w:b w:val="0"/>
          <w:i w:val="0"/>
          <w:color w:val="22201D"/>
          <w:sz w:val="20"/>
        </w:rPr>
        <w:t>"Many true things suffer that fate."</w:t>
      </w:r>
    </w:p>
    <w:p>
      <w:pPr>
        <w:spacing w:after="60" w:line="266" w:lineRule="auto"/>
        <w:ind w:firstLine="331"/>
        <w:jc w:val="both"/>
      </w:pPr>
      <w:r>
        <w:rPr>
          <w:rFonts w:ascii="Georgia" w:hAnsi="Georgia"/>
          <w:b w:val="0"/>
          <w:i w:val="0"/>
          <w:color w:val="22201D"/>
          <w:sz w:val="20"/>
        </w:rPr>
        <w:t>The hostess opened a drawer near the center of the catalog. This one was not labeled with letters. It was labeled with a blank brass plate polished by many hands.</w:t>
      </w:r>
    </w:p>
    <w:p>
      <w:pPr>
        <w:spacing w:after="60" w:line="266" w:lineRule="auto"/>
        <w:ind w:firstLine="331"/>
        <w:jc w:val="both"/>
      </w:pPr>
      <w:r>
        <w:rPr>
          <w:rFonts w:ascii="Georgia" w:hAnsi="Georgia"/>
          <w:b w:val="0"/>
          <w:i w:val="0"/>
          <w:color w:val="22201D"/>
          <w:sz w:val="20"/>
        </w:rPr>
        <w:t>Inside was a single card.</w:t>
      </w:r>
    </w:p>
    <w:p>
      <w:pPr>
        <w:spacing w:after="60" w:line="266" w:lineRule="auto"/>
        <w:ind w:firstLine="331"/>
        <w:jc w:val="both"/>
      </w:pPr>
      <w:r>
        <w:rPr>
          <w:rFonts w:ascii="Georgia" w:hAnsi="Georgia"/>
          <w:b w:val="0"/>
          <w:i w:val="0"/>
          <w:color w:val="22201D"/>
          <w:sz w:val="20"/>
        </w:rPr>
        <w:t>She did not hand it to him.</w:t>
      </w:r>
    </w:p>
    <w:p>
      <w:pPr>
        <w:spacing w:after="60" w:line="266" w:lineRule="auto"/>
        <w:ind w:firstLine="331"/>
        <w:jc w:val="both"/>
      </w:pPr>
      <w:r>
        <w:rPr>
          <w:rFonts w:ascii="Georgia" w:hAnsi="Georgia"/>
          <w:b w:val="0"/>
          <w:i w:val="0"/>
          <w:color w:val="22201D"/>
          <w:sz w:val="20"/>
        </w:rPr>
        <w:t>She set it on the table between them.</w:t>
      </w:r>
    </w:p>
    <w:p>
      <w:pPr>
        <w:spacing w:after="60" w:line="250" w:lineRule="auto"/>
        <w:ind w:left="202" w:right="173"/>
      </w:pPr>
      <w:r>
        <w:rPr>
          <w:rFonts w:ascii="Georgia" w:hAnsi="Georgia"/>
          <w:b w:val="0"/>
          <w:i w:val="0"/>
          <w:color w:val="22201D"/>
          <w:sz w:val="17"/>
        </w:rPr>
        <w:t>Ingredient: [untranslatable until opened] Use: remembers heat without repeating harm Shelf: need / memory / broth Warning: labels are not lids</w:t>
      </w:r>
    </w:p>
    <w:p>
      <w:pPr>
        <w:spacing w:after="60" w:line="266" w:lineRule="auto"/>
        <w:ind w:firstLine="331"/>
        <w:jc w:val="both"/>
      </w:pPr>
      <w:r>
        <w:rPr>
          <w:rFonts w:ascii="Georgia" w:hAnsi="Georgia"/>
          <w:b w:val="0"/>
          <w:i w:val="0"/>
          <w:color w:val="22201D"/>
          <w:sz w:val="20"/>
        </w:rPr>
        <w:t>"This was the first card you were supposed to see," she said.</w:t>
      </w:r>
    </w:p>
    <w:p>
      <w:pPr>
        <w:spacing w:after="60" w:line="266" w:lineRule="auto"/>
        <w:ind w:firstLine="331"/>
        <w:jc w:val="both"/>
      </w:pPr>
      <w:r>
        <w:rPr>
          <w:rFonts w:ascii="Georgia" w:hAnsi="Georgia"/>
          <w:b w:val="0"/>
          <w:i w:val="0"/>
          <w:color w:val="22201D"/>
          <w:sz w:val="20"/>
        </w:rPr>
        <w:t>"I already saw one like it."</w:t>
      </w:r>
    </w:p>
    <w:p>
      <w:pPr>
        <w:spacing w:after="60" w:line="266" w:lineRule="auto"/>
        <w:ind w:firstLine="331"/>
        <w:jc w:val="both"/>
      </w:pPr>
      <w:r>
        <w:rPr>
          <w:rFonts w:ascii="Georgia" w:hAnsi="Georgia"/>
          <w:b w:val="0"/>
          <w:i w:val="0"/>
          <w:color w:val="22201D"/>
          <w:sz w:val="20"/>
        </w:rPr>
        <w:t>"You saw the version you could survive."</w:t>
      </w:r>
    </w:p>
    <w:p>
      <w:pPr>
        <w:spacing w:after="60" w:line="266" w:lineRule="auto"/>
        <w:ind w:firstLine="331"/>
        <w:jc w:val="both"/>
      </w:pPr>
      <w:r>
        <w:rPr>
          <w:rFonts w:ascii="Georgia" w:hAnsi="Georgia"/>
          <w:b w:val="0"/>
          <w:i w:val="0"/>
          <w:color w:val="22201D"/>
          <w:sz w:val="20"/>
        </w:rPr>
        <w:t>"That's comforting."</w:t>
      </w:r>
    </w:p>
    <w:p>
      <w:pPr>
        <w:spacing w:after="60" w:line="266" w:lineRule="auto"/>
        <w:ind w:firstLine="331"/>
        <w:jc w:val="both"/>
      </w:pPr>
      <w:r>
        <w:rPr>
          <w:rFonts w:ascii="Georgia" w:hAnsi="Georgia"/>
          <w:b w:val="0"/>
          <w:i w:val="0"/>
          <w:color w:val="22201D"/>
          <w:sz w:val="20"/>
        </w:rPr>
        <w:t>"It is not meant to be comforting."</w:t>
      </w:r>
    </w:p>
    <w:p>
      <w:pPr>
        <w:spacing w:after="60" w:line="266" w:lineRule="auto"/>
        <w:ind w:firstLine="331"/>
        <w:jc w:val="both"/>
      </w:pPr>
      <w:r>
        <w:rPr>
          <w:rFonts w:ascii="Georgia" w:hAnsi="Georgia"/>
          <w:b w:val="0"/>
          <w:i w:val="0"/>
          <w:color w:val="22201D"/>
          <w:sz w:val="20"/>
        </w:rPr>
        <w:t>"Then it is succeeding."</w:t>
      </w:r>
    </w:p>
    <w:p>
      <w:pPr>
        <w:spacing w:after="60" w:line="266" w:lineRule="auto"/>
        <w:ind w:firstLine="331"/>
        <w:jc w:val="both"/>
      </w:pPr>
      <w:r>
        <w:rPr>
          <w:rFonts w:ascii="Georgia" w:hAnsi="Georgia"/>
          <w:b w:val="0"/>
          <w:i w:val="0"/>
          <w:color w:val="22201D"/>
          <w:sz w:val="20"/>
        </w:rPr>
        <w:t>The jar that belonged to the card was not in a drawer. It stood alone on a small shelf at eye level. The glass was clear. Inside was something that looked like red dust until he looked directly at it, at which point it looked like a room after someone had apologized and no one yet knew what to do with the apology.</w:t>
      </w:r>
    </w:p>
    <w:p>
      <w:pPr>
        <w:spacing w:after="60" w:line="266" w:lineRule="auto"/>
        <w:ind w:firstLine="331"/>
        <w:jc w:val="both"/>
      </w:pPr>
      <w:r>
        <w:rPr>
          <w:rFonts w:ascii="Georgia" w:hAnsi="Georgia"/>
          <w:b w:val="0"/>
          <w:i w:val="0"/>
          <w:color w:val="22201D"/>
          <w:sz w:val="20"/>
        </w:rPr>
        <w:t>The label had three columns.</w:t>
      </w:r>
    </w:p>
    <w:p>
      <w:pPr>
        <w:spacing w:after="60" w:line="266" w:lineRule="auto"/>
        <w:ind w:firstLine="331"/>
        <w:jc w:val="both"/>
      </w:pPr>
      <w:r>
        <w:rPr>
          <w:rFonts w:ascii="Georgia" w:hAnsi="Georgia"/>
          <w:b w:val="0"/>
          <w:i w:val="0"/>
          <w:color w:val="22201D"/>
          <w:sz w:val="20"/>
        </w:rPr>
        <w:t>Emoji:</w:t>
      </w:r>
    </w:p>
    <w:p>
      <w:pPr>
        <w:spacing w:after="60" w:line="250" w:lineRule="auto"/>
        <w:ind w:left="202" w:right="173"/>
      </w:pPr>
      <w:r>
        <w:rPr>
          <w:rFonts w:ascii="Georgia" w:hAnsi="Georgia"/>
          <w:b w:val="0"/>
          <w:i w:val="0"/>
          <w:color w:val="22201D"/>
          <w:sz w:val="17"/>
        </w:rPr>
        <w:t>flame / bowl / eye / open hand</w:t>
      </w:r>
    </w:p>
    <w:p>
      <w:pPr>
        <w:spacing w:after="60" w:line="266" w:lineRule="auto"/>
        <w:ind w:firstLine="331"/>
        <w:jc w:val="both"/>
      </w:pPr>
      <w:r>
        <w:rPr>
          <w:rFonts w:ascii="Georgia" w:hAnsi="Georgia"/>
          <w:b w:val="0"/>
          <w:i w:val="0"/>
          <w:color w:val="22201D"/>
          <w:sz w:val="20"/>
        </w:rPr>
        <w:t>Latin:</w:t>
      </w:r>
    </w:p>
    <w:p>
      <w:pPr>
        <w:spacing w:after="60" w:line="250" w:lineRule="auto"/>
        <w:ind w:left="202" w:right="173"/>
      </w:pPr>
      <w:r>
        <w:rPr>
          <w:rFonts w:ascii="Georgia" w:hAnsi="Georgia"/>
          <w:b w:val="0"/>
          <w:i w:val="0"/>
          <w:color w:val="22201D"/>
          <w:sz w:val="17"/>
        </w:rPr>
        <w:t>Calor qui non vindicat.</w:t>
      </w:r>
    </w:p>
    <w:p>
      <w:pPr>
        <w:spacing w:after="60" w:line="266" w:lineRule="auto"/>
        <w:ind w:firstLine="331"/>
        <w:jc w:val="both"/>
      </w:pPr>
      <w:r>
        <w:rPr>
          <w:rFonts w:ascii="Georgia" w:hAnsi="Georgia"/>
          <w:b w:val="0"/>
          <w:i w:val="0"/>
          <w:color w:val="22201D"/>
          <w:sz w:val="20"/>
        </w:rPr>
        <w:t>Reality:</w:t>
      </w:r>
    </w:p>
    <w:p>
      <w:pPr>
        <w:spacing w:after="60" w:line="266" w:lineRule="auto"/>
        <w:ind w:firstLine="331"/>
        <w:jc w:val="both"/>
      </w:pPr>
      <w:r>
        <w:rPr>
          <w:rFonts w:ascii="Georgia" w:hAnsi="Georgia"/>
          <w:b w:val="0"/>
          <w:i w:val="0"/>
          <w:color w:val="22201D"/>
          <w:sz w:val="20"/>
        </w:rPr>
        <w:t>He could not read it.</w:t>
      </w:r>
    </w:p>
    <w:p>
      <w:pPr>
        <w:spacing w:after="60" w:line="266" w:lineRule="auto"/>
        <w:ind w:firstLine="331"/>
        <w:jc w:val="both"/>
      </w:pPr>
      <w:r>
        <w:rPr>
          <w:rFonts w:ascii="Georgia" w:hAnsi="Georgia"/>
          <w:b w:val="0"/>
          <w:i w:val="0"/>
          <w:color w:val="22201D"/>
          <w:sz w:val="20"/>
        </w:rPr>
        <w:t>He tried not to translate. He tried not to make the Latin useful. He tried not to pull the label toward English like a tablecloth off a set table. He simply looked.</w:t>
      </w:r>
    </w:p>
    <w:p>
      <w:pPr>
        <w:spacing w:after="60" w:line="266" w:lineRule="auto"/>
        <w:ind w:firstLine="331"/>
        <w:jc w:val="both"/>
      </w:pPr>
      <w:r>
        <w:rPr>
          <w:rFonts w:ascii="Georgia" w:hAnsi="Georgia"/>
          <w:b w:val="0"/>
          <w:i w:val="0"/>
          <w:color w:val="22201D"/>
          <w:sz w:val="20"/>
        </w:rPr>
        <w:t>The label stayed.</w:t>
      </w:r>
    </w:p>
    <w:p>
      <w:pPr>
        <w:spacing w:after="60" w:line="266" w:lineRule="auto"/>
        <w:ind w:firstLine="331"/>
        <w:jc w:val="both"/>
      </w:pPr>
      <w:r>
        <w:rPr>
          <w:rFonts w:ascii="Georgia" w:hAnsi="Georgia"/>
          <w:b w:val="0"/>
          <w:i w:val="0"/>
          <w:color w:val="22201D"/>
          <w:sz w:val="20"/>
        </w:rPr>
        <w:t>"Open it," said the hostess.</w:t>
      </w:r>
    </w:p>
    <w:p>
      <w:pPr>
        <w:spacing w:after="60" w:line="266" w:lineRule="auto"/>
        <w:ind w:firstLine="331"/>
        <w:jc w:val="both"/>
      </w:pPr>
      <w:r>
        <w:rPr>
          <w:rFonts w:ascii="Georgia" w:hAnsi="Georgia"/>
          <w:b w:val="0"/>
          <w:i w:val="0"/>
          <w:color w:val="22201D"/>
          <w:sz w:val="20"/>
        </w:rPr>
        <w:t>"What is the price?"</w:t>
      </w:r>
    </w:p>
    <w:p>
      <w:pPr>
        <w:spacing w:after="60" w:line="266" w:lineRule="auto"/>
        <w:ind w:firstLine="331"/>
        <w:jc w:val="both"/>
      </w:pPr>
      <w:r>
        <w:rPr>
          <w:rFonts w:ascii="Georgia" w:hAnsi="Georgia"/>
          <w:b w:val="0"/>
          <w:i w:val="0"/>
          <w:color w:val="22201D"/>
          <w:sz w:val="20"/>
        </w:rPr>
        <w:t>"You already paid part of it."</w:t>
      </w:r>
    </w:p>
    <w:p>
      <w:pPr>
        <w:spacing w:after="60" w:line="266" w:lineRule="auto"/>
        <w:ind w:firstLine="331"/>
        <w:jc w:val="both"/>
      </w:pPr>
      <w:r>
        <w:rPr>
          <w:rFonts w:ascii="Georgia" w:hAnsi="Georgia"/>
          <w:b w:val="0"/>
          <w:i w:val="0"/>
          <w:color w:val="22201D"/>
          <w:sz w:val="20"/>
        </w:rPr>
        <w:t>"With the phone call?"</w:t>
      </w:r>
    </w:p>
    <w:p>
      <w:pPr>
        <w:spacing w:after="60" w:line="266" w:lineRule="auto"/>
        <w:ind w:firstLine="331"/>
        <w:jc w:val="both"/>
      </w:pPr>
      <w:r>
        <w:rPr>
          <w:rFonts w:ascii="Georgia" w:hAnsi="Georgia"/>
          <w:b w:val="0"/>
          <w:i w:val="0"/>
          <w:color w:val="22201D"/>
          <w:sz w:val="20"/>
        </w:rPr>
        <w:t>"With the call. With the second cup. With not pretending the sandwich was enough when it was only honest."</w:t>
      </w:r>
    </w:p>
    <w:p>
      <w:pPr>
        <w:spacing w:after="60" w:line="266" w:lineRule="auto"/>
        <w:ind w:firstLine="331"/>
        <w:jc w:val="both"/>
      </w:pPr>
      <w:r>
        <w:rPr>
          <w:rFonts w:ascii="Georgia" w:hAnsi="Georgia"/>
          <w:b w:val="0"/>
          <w:i w:val="0"/>
          <w:color w:val="22201D"/>
          <w:sz w:val="20"/>
        </w:rPr>
        <w:t>"That seems like a lot for one spice."</w:t>
      </w:r>
    </w:p>
    <w:p>
      <w:pPr>
        <w:spacing w:after="60" w:line="266" w:lineRule="auto"/>
        <w:ind w:firstLine="331"/>
        <w:jc w:val="both"/>
      </w:pPr>
      <w:r>
        <w:rPr>
          <w:rFonts w:ascii="Georgia" w:hAnsi="Georgia"/>
          <w:b w:val="0"/>
          <w:i w:val="0"/>
          <w:color w:val="22201D"/>
          <w:sz w:val="20"/>
        </w:rPr>
        <w:t>"It is not one spice."</w:t>
      </w:r>
    </w:p>
    <w:p>
      <w:pPr>
        <w:spacing w:after="60" w:line="266" w:lineRule="auto"/>
        <w:ind w:firstLine="331"/>
        <w:jc w:val="both"/>
      </w:pPr>
      <w:r>
        <w:rPr>
          <w:rFonts w:ascii="Georgia" w:hAnsi="Georgia"/>
          <w:b w:val="0"/>
          <w:i w:val="0"/>
          <w:color w:val="22201D"/>
          <w:sz w:val="20"/>
        </w:rPr>
        <w:t>He opened the jar.</w:t>
      </w:r>
    </w:p>
    <w:p>
      <w:pPr>
        <w:spacing w:after="60" w:line="266" w:lineRule="auto"/>
        <w:ind w:firstLine="331"/>
        <w:jc w:val="both"/>
      </w:pPr>
      <w:r>
        <w:rPr>
          <w:rFonts w:ascii="Georgia" w:hAnsi="Georgia"/>
          <w:b w:val="0"/>
          <w:i w:val="0"/>
          <w:color w:val="22201D"/>
          <w:sz w:val="20"/>
        </w:rPr>
        <w:t>This smell did not become a memory.</w:t>
      </w:r>
    </w:p>
    <w:p>
      <w:pPr>
        <w:spacing w:after="60" w:line="266" w:lineRule="auto"/>
        <w:ind w:firstLine="331"/>
        <w:jc w:val="both"/>
      </w:pPr>
      <w:r>
        <w:rPr>
          <w:rFonts w:ascii="Georgia" w:hAnsi="Georgia"/>
          <w:b w:val="0"/>
          <w:i w:val="0"/>
          <w:color w:val="22201D"/>
          <w:sz w:val="20"/>
        </w:rPr>
        <w:t>It became a room.</w:t>
      </w:r>
    </w:p>
    <w:p>
      <w:pPr>
        <w:spacing w:after="60" w:line="266" w:lineRule="auto"/>
        <w:ind w:firstLine="331"/>
        <w:jc w:val="both"/>
      </w:pPr>
      <w:r>
        <w:rPr>
          <w:rFonts w:ascii="Georgia" w:hAnsi="Georgia"/>
          <w:b w:val="0"/>
          <w:i w:val="0"/>
          <w:color w:val="22201D"/>
          <w:sz w:val="20"/>
        </w:rPr>
        <w:t>Not a room he knew. A room made from all the rooms in which heat had turned into something other than harm: kitchens where people stopped yelling because soup was ready; apartments where anger cooled into leftovers; hospital waiting rooms where coffee tasted terrible and still helped; the narrow space beside a stove where someone stirred sauce long enough to decide not to send the cruel text; the place inside the chest where a person can feel the fire rise and choose, with no witnesses and no applause, not to become it.</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He did not see God.</w:t>
      </w:r>
    </w:p>
    <w:p>
      <w:pPr>
        <w:spacing w:after="60" w:line="266" w:lineRule="auto"/>
        <w:ind w:firstLine="331"/>
        <w:jc w:val="both"/>
      </w:pPr>
      <w:r>
        <w:rPr>
          <w:rFonts w:ascii="Georgia" w:hAnsi="Georgia"/>
          <w:b w:val="0"/>
          <w:i w:val="0"/>
          <w:color w:val="22201D"/>
          <w:sz w:val="20"/>
        </w:rPr>
        <w:t>This was a relief.</w:t>
      </w:r>
    </w:p>
    <w:p>
      <w:pPr>
        <w:spacing w:after="60" w:line="266" w:lineRule="auto"/>
        <w:ind w:firstLine="331"/>
        <w:jc w:val="both"/>
      </w:pPr>
      <w:r>
        <w:rPr>
          <w:rFonts w:ascii="Georgia" w:hAnsi="Georgia"/>
          <w:b w:val="0"/>
          <w:i w:val="0"/>
          <w:color w:val="22201D"/>
          <w:sz w:val="20"/>
        </w:rPr>
        <w:t>He smelled broth.</w:t>
      </w:r>
    </w:p>
    <w:p>
      <w:pPr>
        <w:spacing w:after="60" w:line="266" w:lineRule="auto"/>
        <w:ind w:firstLine="331"/>
        <w:jc w:val="both"/>
      </w:pPr>
      <w:r>
        <w:rPr>
          <w:rFonts w:ascii="Georgia" w:hAnsi="Georgia"/>
          <w:b w:val="0"/>
          <w:i w:val="0"/>
          <w:color w:val="22201D"/>
          <w:sz w:val="20"/>
        </w:rPr>
        <w:t>He smelled red pepper, bay leaf, tomato reduced until it was no longer pretending to be fruit, garlic softened past accusation, onions cooked through their sharpness into sweetness, and something bitter that did not ruin the pot because bitterness, when used honestly, is structure.</w:t>
      </w:r>
    </w:p>
    <w:p>
      <w:pPr>
        <w:spacing w:after="60" w:line="266" w:lineRule="auto"/>
        <w:ind w:firstLine="331"/>
        <w:jc w:val="both"/>
      </w:pPr>
      <w:r>
        <w:rPr>
          <w:rFonts w:ascii="Georgia" w:hAnsi="Georgia"/>
          <w:b w:val="0"/>
          <w:i w:val="0"/>
          <w:color w:val="22201D"/>
          <w:sz w:val="20"/>
        </w:rPr>
        <w:t>He smelled heat remembering.</w:t>
      </w:r>
    </w:p>
    <w:p>
      <w:pPr>
        <w:spacing w:after="60" w:line="266" w:lineRule="auto"/>
        <w:ind w:firstLine="331"/>
        <w:jc w:val="both"/>
      </w:pPr>
      <w:r>
        <w:rPr>
          <w:rFonts w:ascii="Georgia" w:hAnsi="Georgia"/>
          <w:b w:val="0"/>
          <w:i w:val="0"/>
          <w:color w:val="22201D"/>
          <w:sz w:val="20"/>
        </w:rPr>
        <w:t>Not repeating.</w:t>
      </w:r>
    </w:p>
    <w:p>
      <w:pPr>
        <w:spacing w:after="60" w:line="266" w:lineRule="auto"/>
        <w:ind w:firstLine="331"/>
        <w:jc w:val="both"/>
      </w:pPr>
      <w:r>
        <w:rPr>
          <w:rFonts w:ascii="Georgia" w:hAnsi="Georgia"/>
          <w:b w:val="0"/>
          <w:i w:val="0"/>
          <w:color w:val="22201D"/>
          <w:sz w:val="20"/>
        </w:rPr>
        <w:t>When he opened his eyes, the card had changed.</w:t>
      </w:r>
    </w:p>
    <w:p>
      <w:pPr>
        <w:spacing w:after="60" w:line="250" w:lineRule="auto"/>
        <w:ind w:left="202" w:right="173"/>
      </w:pPr>
      <w:r>
        <w:rPr>
          <w:rFonts w:ascii="Georgia" w:hAnsi="Georgia"/>
          <w:b w:val="0"/>
          <w:i w:val="0"/>
          <w:color w:val="22201D"/>
          <w:sz w:val="17"/>
        </w:rPr>
        <w:t>SPICE INDEX CARD  Ingredient: heat that remembers without revenge Use: lets broth keep its history without making pain the flavor Shelf: need / memory / mercy Warning: do not confuse restraint with coldness</w:t>
      </w:r>
    </w:p>
    <w:p>
      <w:pPr>
        <w:spacing w:after="60" w:line="266" w:lineRule="auto"/>
        <w:ind w:firstLine="331"/>
        <w:jc w:val="both"/>
      </w:pPr>
      <w:r>
        <w:rPr>
          <w:rFonts w:ascii="Georgia" w:hAnsi="Georgia"/>
          <w:b w:val="0"/>
          <w:i w:val="0"/>
          <w:color w:val="22201D"/>
          <w:sz w:val="20"/>
        </w:rPr>
        <w:t>Flocc read the card three times.</w:t>
      </w:r>
    </w:p>
    <w:p>
      <w:pPr>
        <w:spacing w:after="60" w:line="266" w:lineRule="auto"/>
        <w:ind w:firstLine="331"/>
        <w:jc w:val="both"/>
      </w:pPr>
      <w:r>
        <w:rPr>
          <w:rFonts w:ascii="Georgia" w:hAnsi="Georgia"/>
          <w:b w:val="0"/>
          <w:i w:val="0"/>
          <w:color w:val="22201D"/>
          <w:sz w:val="20"/>
        </w:rPr>
        <w:t>The words stayed where they were.</w:t>
      </w:r>
    </w:p>
    <w:p>
      <w:pPr>
        <w:spacing w:after="60" w:line="266" w:lineRule="auto"/>
        <w:ind w:firstLine="331"/>
        <w:jc w:val="both"/>
      </w:pPr>
      <w:r>
        <w:rPr>
          <w:rFonts w:ascii="Georgia" w:hAnsi="Georgia"/>
          <w:b w:val="0"/>
          <w:i w:val="0"/>
          <w:color w:val="22201D"/>
          <w:sz w:val="20"/>
        </w:rPr>
        <w:t>"Mercy is a shelf?" he asked.</w:t>
      </w:r>
    </w:p>
    <w:p>
      <w:pPr>
        <w:spacing w:after="60" w:line="266" w:lineRule="auto"/>
        <w:ind w:firstLine="331"/>
        <w:jc w:val="both"/>
      </w:pPr>
      <w:r>
        <w:rPr>
          <w:rFonts w:ascii="Georgia" w:hAnsi="Georgia"/>
          <w:b w:val="0"/>
          <w:i w:val="0"/>
          <w:color w:val="22201D"/>
          <w:sz w:val="20"/>
        </w:rPr>
        <w:t>"Among other things."</w:t>
      </w:r>
    </w:p>
    <w:p>
      <w:pPr>
        <w:spacing w:after="60" w:line="266" w:lineRule="auto"/>
        <w:ind w:firstLine="331"/>
        <w:jc w:val="both"/>
      </w:pPr>
      <w:r>
        <w:rPr>
          <w:rFonts w:ascii="Georgia" w:hAnsi="Georgia"/>
          <w:b w:val="0"/>
          <w:i w:val="0"/>
          <w:color w:val="22201D"/>
          <w:sz w:val="20"/>
        </w:rPr>
        <w:t>"What happens if you put the jar back in the wrong place?"</w:t>
      </w:r>
    </w:p>
    <w:p>
      <w:pPr>
        <w:spacing w:after="60" w:line="266" w:lineRule="auto"/>
        <w:ind w:firstLine="331"/>
        <w:jc w:val="both"/>
      </w:pPr>
      <w:r>
        <w:rPr>
          <w:rFonts w:ascii="Georgia" w:hAnsi="Georgia"/>
          <w:b w:val="0"/>
          <w:i w:val="0"/>
          <w:color w:val="22201D"/>
          <w:sz w:val="20"/>
        </w:rPr>
        <w:t>"You get most restaurants."</w:t>
      </w:r>
    </w:p>
    <w:p>
      <w:pPr>
        <w:spacing w:after="60" w:line="266" w:lineRule="auto"/>
        <w:ind w:firstLine="331"/>
        <w:jc w:val="both"/>
      </w:pPr>
      <w:r>
        <w:rPr>
          <w:rFonts w:ascii="Georgia" w:hAnsi="Georgia"/>
          <w:b w:val="0"/>
          <w:i w:val="0"/>
          <w:color w:val="22201D"/>
          <w:sz w:val="20"/>
        </w:rPr>
        <w:t>He laughed before he could stop himself.</w:t>
      </w:r>
    </w:p>
    <w:p>
      <w:pPr>
        <w:spacing w:after="60" w:line="266" w:lineRule="auto"/>
        <w:ind w:firstLine="331"/>
        <w:jc w:val="both"/>
      </w:pPr>
      <w:r>
        <w:rPr>
          <w:rFonts w:ascii="Georgia" w:hAnsi="Georgia"/>
          <w:b w:val="0"/>
          <w:i w:val="0"/>
          <w:color w:val="22201D"/>
          <w:sz w:val="20"/>
        </w:rPr>
        <w:t>The laugh did not echo. It was absorbed by the shelves, cataloged somewhere appropriate, and, he suspected, cross-referenced under relief, reluctant.</w:t>
      </w:r>
    </w:p>
    <w:p>
      <w:pPr>
        <w:spacing w:after="60" w:line="266" w:lineRule="auto"/>
        <w:ind w:firstLine="331"/>
        <w:jc w:val="both"/>
      </w:pPr>
      <w:r>
        <w:rPr>
          <w:rFonts w:ascii="Georgia" w:hAnsi="Georgia"/>
          <w:b w:val="0"/>
          <w:i w:val="0"/>
          <w:color w:val="22201D"/>
          <w:sz w:val="20"/>
        </w:rPr>
        <w:t>The hostess took the jar from him and placed it back on its shelf.</w:t>
      </w:r>
    </w:p>
    <w:p>
      <w:pPr>
        <w:spacing w:after="60" w:line="266" w:lineRule="auto"/>
        <w:ind w:firstLine="331"/>
        <w:jc w:val="both"/>
      </w:pPr>
      <w:r>
        <w:rPr>
          <w:rFonts w:ascii="Georgia" w:hAnsi="Georgia"/>
          <w:b w:val="0"/>
          <w:i w:val="0"/>
          <w:color w:val="22201D"/>
          <w:sz w:val="20"/>
        </w:rPr>
        <w:t>"You may keep the card."</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you will misremember this later."</w:t>
      </w:r>
    </w:p>
    <w:p>
      <w:pPr>
        <w:spacing w:after="60" w:line="266" w:lineRule="auto"/>
        <w:ind w:firstLine="331"/>
        <w:jc w:val="both"/>
      </w:pPr>
      <w:r>
        <w:rPr>
          <w:rFonts w:ascii="Georgia" w:hAnsi="Georgia"/>
          <w:b w:val="0"/>
          <w:i w:val="0"/>
          <w:color w:val="22201D"/>
          <w:sz w:val="20"/>
        </w:rPr>
        <w:t>"I will?"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"How?"</w:t>
      </w:r>
    </w:p>
    <w:p>
      <w:pPr>
        <w:spacing w:after="60" w:line="266" w:lineRule="auto"/>
        <w:ind w:firstLine="331"/>
        <w:jc w:val="both"/>
      </w:pPr>
      <w:r>
        <w:rPr>
          <w:rFonts w:ascii="Georgia" w:hAnsi="Georgia"/>
          <w:b w:val="0"/>
          <w:i w:val="0"/>
          <w:color w:val="22201D"/>
          <w:sz w:val="20"/>
        </w:rPr>
        <w:t>"You will make it grander or smaller depending on which error protects you that day. The card will annoy you back toward accuracy."</w:t>
      </w:r>
    </w:p>
    <w:p>
      <w:pPr>
        <w:spacing w:after="60" w:line="266" w:lineRule="auto"/>
        <w:ind w:firstLine="331"/>
        <w:jc w:val="both"/>
      </w:pPr>
      <w:r>
        <w:rPr>
          <w:rFonts w:ascii="Georgia" w:hAnsi="Georgia"/>
          <w:b w:val="0"/>
          <w:i w:val="0"/>
          <w:color w:val="22201D"/>
          <w:sz w:val="20"/>
        </w:rPr>
        <w:t>He looked at it.</w:t>
      </w:r>
    </w:p>
    <w:p>
      <w:pPr>
        <w:spacing w:after="60" w:line="266" w:lineRule="auto"/>
        <w:ind w:firstLine="331"/>
        <w:jc w:val="both"/>
      </w:pPr>
      <w:r>
        <w:rPr>
          <w:rFonts w:ascii="Georgia" w:hAnsi="Georgia"/>
          <w:b w:val="0"/>
          <w:i w:val="0"/>
          <w:color w:val="22201D"/>
          <w:sz w:val="20"/>
        </w:rPr>
        <w:t>It was only paper.</w:t>
      </w:r>
    </w:p>
    <w:p>
      <w:pPr>
        <w:spacing w:after="60" w:line="266" w:lineRule="auto"/>
        <w:ind w:firstLine="331"/>
        <w:jc w:val="both"/>
      </w:pPr>
      <w:r>
        <w:rPr>
          <w:rFonts w:ascii="Georgia" w:hAnsi="Georgia"/>
          <w:b w:val="0"/>
          <w:i w:val="0"/>
          <w:color w:val="22201D"/>
          <w:sz w:val="20"/>
        </w:rPr>
        <w:t>That was becoming a dangerous phrase.</w:t>
      </w:r>
    </w:p>
    <w:p>
      <w:pPr>
        <w:spacing w:after="60" w:line="266" w:lineRule="auto"/>
        <w:ind w:firstLine="331"/>
        <w:jc w:val="both"/>
      </w:pPr>
      <w:r>
        <w:rPr>
          <w:rFonts w:ascii="Georgia" w:hAnsi="Georgia"/>
          <w:b w:val="0"/>
          <w:i w:val="0"/>
          <w:color w:val="22201D"/>
          <w:sz w:val="20"/>
        </w:rPr>
        <w:t>From the dining room came the soft sound of someone setting down a plate. From the kitchen came the smell of bread. From the spice rack came the little wooden sigh of drawers closing after a long day of being almost understood.</w:t>
      </w:r>
    </w:p>
    <w:p>
      <w:pPr>
        <w:spacing w:after="60" w:line="266" w:lineRule="auto"/>
        <w:ind w:firstLine="331"/>
        <w:jc w:val="both"/>
      </w:pPr>
      <w:r>
        <w:rPr>
          <w:rFonts w:ascii="Georgia" w:hAnsi="Georgia"/>
          <w:b w:val="0"/>
          <w:i w:val="0"/>
          <w:color w:val="22201D"/>
          <w:sz w:val="20"/>
        </w:rPr>
        <w:t>The hostess guided him back to the threshold.</w:t>
      </w:r>
    </w:p>
    <w:p>
      <w:pPr>
        <w:spacing w:after="60" w:line="266" w:lineRule="auto"/>
        <w:ind w:firstLine="331"/>
        <w:jc w:val="both"/>
      </w:pPr>
      <w:r>
        <w:rPr>
          <w:rFonts w:ascii="Georgia" w:hAnsi="Georgia"/>
          <w:b w:val="0"/>
          <w:i w:val="0"/>
          <w:color w:val="22201D"/>
          <w:sz w:val="20"/>
        </w:rPr>
        <w:t>"Am I done near the kitchen?"</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"Did I pass?"</w:t>
      </w:r>
    </w:p>
    <w:p>
      <w:pPr>
        <w:spacing w:after="60" w:line="266" w:lineRule="auto"/>
        <w:ind w:firstLine="331"/>
        <w:jc w:val="both"/>
      </w:pPr>
      <w:r>
        <w:rPr>
          <w:rFonts w:ascii="Georgia" w:hAnsi="Georgia"/>
          <w:b w:val="0"/>
          <w:i w:val="0"/>
          <w:color w:val="22201D"/>
          <w:sz w:val="20"/>
        </w:rPr>
        <w:t>"That is not a kitchen question."</w:t>
      </w:r>
    </w:p>
    <w:p>
      <w:pPr>
        <w:spacing w:after="60" w:line="266" w:lineRule="auto"/>
        <w:ind w:firstLine="331"/>
        <w:jc w:val="both"/>
      </w:pPr>
      <w:r>
        <w:rPr>
          <w:rFonts w:ascii="Georgia" w:hAnsi="Georgia"/>
          <w:b w:val="0"/>
          <w:i w:val="0"/>
          <w:color w:val="22201D"/>
          <w:sz w:val="20"/>
        </w:rPr>
        <w:t>"What is?"</w:t>
      </w:r>
    </w:p>
    <w:p>
      <w:pPr>
        <w:spacing w:after="60" w:line="266" w:lineRule="auto"/>
        <w:ind w:firstLine="331"/>
        <w:jc w:val="both"/>
      </w:pPr>
      <w:r>
        <w:rPr>
          <w:rFonts w:ascii="Georgia" w:hAnsi="Georgia"/>
          <w:b w:val="0"/>
          <w:i w:val="0"/>
          <w:color w:val="22201D"/>
          <w:sz w:val="20"/>
        </w:rPr>
        <w:t>"Did anything become useful?"</w:t>
      </w:r>
    </w:p>
    <w:p>
      <w:pPr>
        <w:spacing w:after="60" w:line="266" w:lineRule="auto"/>
        <w:ind w:firstLine="331"/>
        <w:jc w:val="both"/>
      </w:pPr>
      <w:r>
        <w:rPr>
          <w:rFonts w:ascii="Georgia" w:hAnsi="Georgia"/>
          <w:b w:val="0"/>
          <w:i w:val="0"/>
          <w:color w:val="22201D"/>
          <w:sz w:val="20"/>
        </w:rPr>
        <w:t>He thought of the jar. The room. The heat that remembered without revenge. The warning against confusing restraint with coldness.</w:t>
      </w:r>
    </w:p>
    <w:p>
      <w:pPr>
        <w:spacing w:after="60" w:line="266" w:lineRule="auto"/>
        <w:ind w:firstLine="331"/>
        <w:jc w:val="both"/>
      </w:pPr>
      <w:r>
        <w:rPr>
          <w:rFonts w:ascii="Georgia" w:hAnsi="Georgia"/>
          <w:b w:val="0"/>
          <w:i w:val="0"/>
          <w:color w:val="22201D"/>
          <w:sz w:val="20"/>
        </w:rPr>
        <w:t>"Maybe."</w:t>
      </w:r>
    </w:p>
    <w:p>
      <w:pPr>
        <w:spacing w:after="60" w:line="266" w:lineRule="auto"/>
        <w:ind w:firstLine="331"/>
        <w:jc w:val="both"/>
      </w:pPr>
      <w:r>
        <w:rPr>
          <w:rFonts w:ascii="Georgia" w:hAnsi="Georgia"/>
          <w:b w:val="0"/>
          <w:i w:val="0"/>
          <w:color w:val="22201D"/>
          <w:sz w:val="20"/>
        </w:rPr>
        <w:t>"Then yes."</w:t>
      </w:r>
    </w:p>
    <w:p>
      <w:pPr>
        <w:spacing w:after="60" w:line="266" w:lineRule="auto"/>
        <w:ind w:firstLine="331"/>
        <w:jc w:val="both"/>
      </w:pPr>
      <w:r>
        <w:rPr>
          <w:rFonts w:ascii="Georgia" w:hAnsi="Georgia"/>
          <w:b w:val="0"/>
          <w:i w:val="0"/>
          <w:color w:val="22201D"/>
          <w:sz w:val="20"/>
        </w:rPr>
        <w:t>At the swinging door, he turned back once.</w:t>
      </w:r>
    </w:p>
    <w:p>
      <w:pPr>
        <w:spacing w:after="60" w:line="266" w:lineRule="auto"/>
        <w:ind w:firstLine="331"/>
        <w:jc w:val="both"/>
      </w:pPr>
      <w:r>
        <w:rPr>
          <w:rFonts w:ascii="Georgia" w:hAnsi="Georgia"/>
          <w:b w:val="0"/>
          <w:i w:val="0"/>
          <w:color w:val="22201D"/>
          <w:sz w:val="20"/>
        </w:rPr>
        <w:t>The spice rack looked smaller now. Still too large for the room, but not impossibly large. Just large enough to hold what people kept using before they knew what it meant.</w:t>
      </w:r>
    </w:p>
    <w:p>
      <w:pPr>
        <w:spacing w:after="60" w:line="266" w:lineRule="auto"/>
        <w:ind w:firstLine="331"/>
        <w:jc w:val="both"/>
      </w:pPr>
      <w:r>
        <w:rPr>
          <w:rFonts w:ascii="Georgia" w:hAnsi="Georgia"/>
          <w:b w:val="0"/>
          <w:i w:val="0"/>
          <w:color w:val="22201D"/>
          <w:sz w:val="20"/>
        </w:rPr>
        <w:t>The brass plaque above the door no longer read REFERENCE ONLY.</w:t>
      </w:r>
    </w:p>
    <w:p>
      <w:pPr>
        <w:spacing w:after="60" w:line="266" w:lineRule="auto"/>
        <w:ind w:firstLine="331"/>
        <w:jc w:val="both"/>
      </w:pPr>
      <w:r>
        <w:rPr>
          <w:rFonts w:ascii="Georgia" w:hAnsi="Georgia"/>
          <w:b w:val="0"/>
          <w:i w:val="0"/>
          <w:color w:val="22201D"/>
          <w:sz w:val="20"/>
        </w:rPr>
        <w:t>It now read:</w:t>
      </w:r>
    </w:p>
    <w:p>
      <w:pPr>
        <w:spacing w:after="60" w:line="250" w:lineRule="auto"/>
        <w:ind w:left="202" w:right="173"/>
      </w:pPr>
      <w:r>
        <w:rPr>
          <w:rFonts w:ascii="Georgia" w:hAnsi="Georgia"/>
          <w:b w:val="0"/>
          <w:i w:val="0"/>
          <w:color w:val="22201D"/>
          <w:sz w:val="17"/>
        </w:rPr>
        <w:t>RETURN WHAT YOU UNDERSTAND. KEEP WHAT UNDERSTANDS YOU.</w:t>
      </w:r>
    </w:p>
    <w:p>
      <w:pPr>
        <w:spacing w:after="60" w:line="266" w:lineRule="auto"/>
        <w:ind w:firstLine="331"/>
        <w:jc w:val="both"/>
      </w:pPr>
      <w:r>
        <w:rPr>
          <w:rFonts w:ascii="Georgia" w:hAnsi="Georgia"/>
          <w:b w:val="0"/>
          <w:i w:val="0"/>
          <w:color w:val="22201D"/>
          <w:sz w:val="20"/>
        </w:rPr>
        <w:t>At his table, beside the menu, a small bowl of soup had appeared.</w:t>
      </w:r>
    </w:p>
    <w:p>
      <w:pPr>
        <w:spacing w:after="60" w:line="266" w:lineRule="auto"/>
        <w:ind w:firstLine="331"/>
        <w:jc w:val="both"/>
      </w:pPr>
      <w:r>
        <w:rPr>
          <w:rFonts w:ascii="Georgia" w:hAnsi="Georgia"/>
          <w:b w:val="0"/>
          <w:i w:val="0"/>
          <w:color w:val="22201D"/>
          <w:sz w:val="20"/>
        </w:rPr>
        <w:t>No steam. No glamour. No heraldic announcement from the universe.</w:t>
      </w:r>
    </w:p>
    <w:p>
      <w:pPr>
        <w:spacing w:after="60" w:line="266" w:lineRule="auto"/>
        <w:ind w:firstLine="331"/>
        <w:jc w:val="both"/>
      </w:pPr>
      <w:r>
        <w:rPr>
          <w:rFonts w:ascii="Georgia" w:hAnsi="Georgia"/>
          <w:b w:val="0"/>
          <w:i w:val="0"/>
          <w:color w:val="22201D"/>
          <w:sz w:val="20"/>
        </w:rPr>
        <w:t>Just broth.</w:t>
      </w:r>
    </w:p>
    <w:p>
      <w:pPr>
        <w:spacing w:after="60" w:line="266" w:lineRule="auto"/>
        <w:ind w:firstLine="331"/>
        <w:jc w:val="both"/>
      </w:pPr>
      <w:r>
        <w:rPr>
          <w:rFonts w:ascii="Georgia" w:hAnsi="Georgia"/>
          <w:b w:val="0"/>
          <w:i w:val="0"/>
          <w:color w:val="22201D"/>
          <w:sz w:val="20"/>
        </w:rPr>
        <w:t>Red-gold, clear at the edges, dark at the center.</w:t>
      </w:r>
    </w:p>
    <w:p>
      <w:pPr>
        <w:spacing w:after="60" w:line="266" w:lineRule="auto"/>
        <w:ind w:firstLine="331"/>
        <w:jc w:val="both"/>
      </w:pPr>
      <w:r>
        <w:rPr>
          <w:rFonts w:ascii="Georgia" w:hAnsi="Georgia"/>
          <w:b w:val="0"/>
          <w:i w:val="0"/>
          <w:color w:val="22201D"/>
          <w:sz w:val="20"/>
        </w:rPr>
        <w:t>Beside it lay the spice index card.</w:t>
      </w:r>
    </w:p>
    <w:p>
      <w:pPr>
        <w:spacing w:after="60" w:line="266" w:lineRule="auto"/>
        <w:ind w:firstLine="331"/>
        <w:jc w:val="both"/>
      </w:pPr>
      <w:r>
        <w:rPr>
          <w:rFonts w:ascii="Georgia" w:hAnsi="Georgia"/>
          <w:b w:val="0"/>
          <w:i w:val="0"/>
          <w:color w:val="22201D"/>
          <w:sz w:val="20"/>
        </w:rPr>
        <w:t>The price line had filled itself in.</w:t>
      </w:r>
    </w:p>
    <w:p>
      <w:pPr>
        <w:spacing w:after="60" w:line="250" w:lineRule="auto"/>
        <w:ind w:left="202" w:right="173"/>
      </w:pPr>
      <w:r>
        <w:rPr>
          <w:rFonts w:ascii="Georgia" w:hAnsi="Georgia"/>
          <w:b w:val="0"/>
          <w:i w:val="0"/>
          <w:color w:val="22201D"/>
          <w:sz w:val="17"/>
        </w:rPr>
        <w:t>Price: one shelf returned</w:t>
      </w:r>
    </w:p>
    <w:p>
      <w:pPr>
        <w:spacing w:after="60" w:line="266" w:lineRule="auto"/>
        <w:ind w:firstLine="331"/>
        <w:jc w:val="both"/>
      </w:pPr>
      <w:r>
        <w:rPr>
          <w:rFonts w:ascii="Georgia" w:hAnsi="Georgia"/>
          <w:b w:val="0"/>
          <w:i w:val="0"/>
          <w:color w:val="22201D"/>
          <w:sz w:val="20"/>
        </w:rPr>
        <w:t>Flocc sat down.</w:t>
      </w:r>
    </w:p>
    <w:p>
      <w:pPr>
        <w:spacing w:after="60" w:line="266" w:lineRule="auto"/>
        <w:ind w:firstLine="331"/>
        <w:jc w:val="both"/>
      </w:pPr>
      <w:r>
        <w:rPr>
          <w:rFonts w:ascii="Georgia" w:hAnsi="Georgia"/>
          <w:b w:val="0"/>
          <w:i w:val="0"/>
          <w:color w:val="22201D"/>
          <w:sz w:val="20"/>
        </w:rPr>
        <w:t>He tasted the soup.</w:t>
      </w:r>
    </w:p>
    <w:p>
      <w:pPr>
        <w:spacing w:after="60" w:line="266" w:lineRule="auto"/>
        <w:ind w:firstLine="331"/>
        <w:jc w:val="both"/>
      </w:pPr>
      <w:r>
        <w:rPr>
          <w:rFonts w:ascii="Georgia" w:hAnsi="Georgia"/>
          <w:b w:val="0"/>
          <w:i w:val="0"/>
          <w:color w:val="22201D"/>
          <w:sz w:val="20"/>
        </w:rPr>
        <w:t>It was warm.</w:t>
      </w:r>
    </w:p>
    <w:p>
      <w:pPr>
        <w:spacing w:after="60" w:line="266" w:lineRule="auto"/>
        <w:ind w:firstLine="331"/>
        <w:jc w:val="both"/>
      </w:pPr>
      <w:r>
        <w:rPr>
          <w:rFonts w:ascii="Georgia" w:hAnsi="Georgia"/>
          <w:b w:val="0"/>
          <w:i w:val="0"/>
          <w:color w:val="22201D"/>
          <w:sz w:val="20"/>
        </w:rPr>
        <w:t>It was not harmless.</w:t>
      </w:r>
    </w:p>
    <w:p>
      <w:pPr>
        <w:spacing w:after="60" w:line="266" w:lineRule="auto"/>
        <w:ind w:firstLine="331"/>
        <w:jc w:val="both"/>
      </w:pPr>
      <w:r>
        <w:rPr>
          <w:rFonts w:ascii="Georgia" w:hAnsi="Georgia"/>
          <w:b w:val="0"/>
          <w:i w:val="0"/>
          <w:color w:val="22201D"/>
          <w:sz w:val="20"/>
        </w:rPr>
        <w:t>It did not need to be.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Dishwasher Wants a Raise</w:t>
      </w:r>
    </w:p>
    <w:p>
      <w:pPr>
        <w:spacing w:after="60" w:line="266" w:lineRule="auto"/>
        <w:ind w:firstLine="0"/>
        <w:jc w:val="both"/>
      </w:pPr>
      <w:r>
        <w:rPr>
          <w:rFonts w:ascii="Georgia" w:hAnsi="Georgia"/>
          <w:b w:val="0"/>
          <w:i w:val="0"/>
          <w:color w:val="22201D"/>
          <w:sz w:val="20"/>
        </w:rPr>
        <w:t>In which miracles prove to be washable but not self-cleaning, gratitude that costs nothing is found to be decorative, the dish pit enters negotiations, and the most enlightened person in the building refuses to clock out invisibly.</w:t>
      </w:r>
    </w:p>
    <w:p>
      <w:pPr>
        <w:spacing w:after="60" w:line="266" w:lineRule="auto"/>
        <w:ind w:firstLine="331"/>
        <w:jc w:val="both"/>
      </w:pPr>
      <w:r>
        <w:rPr>
          <w:rFonts w:ascii="Georgia" w:hAnsi="Georgia"/>
          <w:b w:val="0"/>
          <w:i w:val="0"/>
          <w:color w:val="22201D"/>
          <w:sz w:val="20"/>
        </w:rPr>
        <w:t>The bowl was empty.</w:t>
      </w:r>
    </w:p>
    <w:p>
      <w:pPr>
        <w:spacing w:after="60" w:line="266" w:lineRule="auto"/>
        <w:ind w:firstLine="331"/>
        <w:jc w:val="both"/>
      </w:pPr>
      <w:r>
        <w:rPr>
          <w:rFonts w:ascii="Georgia" w:hAnsi="Georgia"/>
          <w:b w:val="0"/>
          <w:i w:val="0"/>
          <w:color w:val="22201D"/>
          <w:sz w:val="20"/>
        </w:rPr>
        <w:t>This should not have surprised Flocc.</w:t>
      </w:r>
    </w:p>
    <w:p>
      <w:pPr>
        <w:spacing w:after="60" w:line="266" w:lineRule="auto"/>
        <w:ind w:firstLine="331"/>
        <w:jc w:val="both"/>
      </w:pPr>
      <w:r>
        <w:rPr>
          <w:rFonts w:ascii="Georgia" w:hAnsi="Georgia"/>
          <w:b w:val="0"/>
          <w:i w:val="0"/>
          <w:color w:val="22201D"/>
          <w:sz w:val="20"/>
        </w:rPr>
        <w:t>He had eaten the soup. Empty is the usual condition of a bowl after soup has been eaten, assuming appetite, utensils, and no major interruption by philosophy. Still, the bowl felt less empty than completed. It sat on the table with the grave calm of an object that had fulfilled its office and now wished not to be sentimentalized.</w:t>
      </w:r>
    </w:p>
    <w:p>
      <w:pPr>
        <w:spacing w:after="60" w:line="266" w:lineRule="auto"/>
        <w:ind w:firstLine="331"/>
        <w:jc w:val="both"/>
      </w:pPr>
      <w:r>
        <w:rPr>
          <w:rFonts w:ascii="Georgia" w:hAnsi="Georgia"/>
          <w:b w:val="0"/>
          <w:i w:val="0"/>
          <w:color w:val="22201D"/>
          <w:sz w:val="20"/>
        </w:rPr>
        <w:t>The broth had been warm.</w:t>
      </w:r>
    </w:p>
    <w:p>
      <w:pPr>
        <w:spacing w:after="60" w:line="266" w:lineRule="auto"/>
        <w:ind w:firstLine="331"/>
        <w:jc w:val="both"/>
      </w:pPr>
      <w:r>
        <w:rPr>
          <w:rFonts w:ascii="Georgia" w:hAnsi="Georgia"/>
          <w:b w:val="0"/>
          <w:i w:val="0"/>
          <w:color w:val="22201D"/>
          <w:sz w:val="20"/>
        </w:rPr>
        <w:t>It had not been harmless.</w:t>
      </w:r>
    </w:p>
    <w:p>
      <w:pPr>
        <w:spacing w:after="60" w:line="266" w:lineRule="auto"/>
        <w:ind w:firstLine="331"/>
        <w:jc w:val="both"/>
      </w:pPr>
      <w:r>
        <w:rPr>
          <w:rFonts w:ascii="Georgia" w:hAnsi="Georgia"/>
          <w:b w:val="0"/>
          <w:i w:val="0"/>
          <w:color w:val="22201D"/>
          <w:sz w:val="20"/>
        </w:rPr>
        <w:t>It had been useful.</w:t>
      </w:r>
    </w:p>
    <w:p>
      <w:pPr>
        <w:spacing w:after="60" w:line="266" w:lineRule="auto"/>
        <w:ind w:firstLine="331"/>
        <w:jc w:val="both"/>
      </w:pPr>
      <w:r>
        <w:rPr>
          <w:rFonts w:ascii="Georgia" w:hAnsi="Georgia"/>
          <w:b w:val="0"/>
          <w:i w:val="0"/>
          <w:color w:val="22201D"/>
          <w:sz w:val="20"/>
        </w:rPr>
        <w:t>Flocc looked at the bottom of the bowl. A red-gold trace clung to the ceramic, thin as memory and stubborn as a habit. When he tilted the bowl, the trace did not move. It had become less a stain than a record.</w:t>
      </w:r>
    </w:p>
    <w:p>
      <w:pPr>
        <w:spacing w:after="60" w:line="266" w:lineRule="auto"/>
        <w:ind w:firstLine="331"/>
        <w:jc w:val="both"/>
      </w:pPr>
      <w:r>
        <w:rPr>
          <w:rFonts w:ascii="Georgia" w:hAnsi="Georgia"/>
          <w:b w:val="0"/>
          <w:i w:val="0"/>
          <w:color w:val="22201D"/>
          <w:sz w:val="20"/>
        </w:rPr>
        <w:t>The hostess appeared beside him.</w:t>
      </w:r>
    </w:p>
    <w:p>
      <w:pPr>
        <w:spacing w:after="60" w:line="266" w:lineRule="auto"/>
        <w:ind w:firstLine="331"/>
        <w:jc w:val="both"/>
      </w:pPr>
      <w:r>
        <w:rPr>
          <w:rFonts w:ascii="Georgia" w:hAnsi="Georgia"/>
          <w:b w:val="0"/>
          <w:i w:val="0"/>
          <w:color w:val="22201D"/>
          <w:sz w:val="20"/>
        </w:rPr>
        <w:t>"Finished?"</w:t>
      </w:r>
    </w:p>
    <w:p>
      <w:pPr>
        <w:spacing w:after="60" w:line="266" w:lineRule="auto"/>
        <w:ind w:firstLine="331"/>
        <w:jc w:val="both"/>
      </w:pPr>
      <w:r>
        <w:rPr>
          <w:rFonts w:ascii="Georgia" w:hAnsi="Georgia"/>
          <w:b w:val="0"/>
          <w:i w:val="0"/>
          <w:color w:val="22201D"/>
          <w:sz w:val="20"/>
        </w:rPr>
        <w:t>"I think so."</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He considered the bowl. He considered himself. He considered the possibility that every ordinary question in this restaurant contained a trapdoor and that perhaps ordinary questions had always contained trapdoors and most restaurants were simply too polite to open them.</w:t>
      </w:r>
    </w:p>
    <w:p>
      <w:pPr>
        <w:spacing w:after="60" w:line="266" w:lineRule="auto"/>
        <w:ind w:firstLine="331"/>
        <w:jc w:val="both"/>
      </w:pPr>
      <w:r>
        <w:rPr>
          <w:rFonts w:ascii="Georgia" w:hAnsi="Georgia"/>
          <w:b w:val="0"/>
          <w:i w:val="0"/>
          <w:color w:val="22201D"/>
          <w:sz w:val="20"/>
        </w:rPr>
        <w:t>"The soup is finished," he said.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She set a small gray tub beside his table.</w:t>
      </w:r>
    </w:p>
    <w:p>
      <w:pPr>
        <w:spacing w:after="60" w:line="266" w:lineRule="auto"/>
        <w:ind w:firstLine="331"/>
        <w:jc w:val="both"/>
      </w:pPr>
      <w:r>
        <w:rPr>
          <w:rFonts w:ascii="Georgia" w:hAnsi="Georgia"/>
          <w:b w:val="0"/>
          <w:i w:val="0"/>
          <w:color w:val="22201D"/>
          <w:sz w:val="20"/>
        </w:rPr>
        <w:t>It was the kind of bus tub used in restaurants everywhere: rectangular, plastic, practical, and burdened with the low nobility of objects that touch every plate and receive no poetry. This one had a label taped to the side.</w:t>
      </w:r>
    </w:p>
    <w:p>
      <w:pPr>
        <w:spacing w:after="60" w:line="250" w:lineRule="auto"/>
        <w:ind w:left="202" w:right="173"/>
      </w:pPr>
      <w:r>
        <w:rPr>
          <w:rFonts w:ascii="Georgia" w:hAnsi="Georgia"/>
          <w:b w:val="0"/>
          <w:i w:val="0"/>
          <w:color w:val="22201D"/>
          <w:sz w:val="17"/>
        </w:rPr>
        <w:t>RETURNS  All miracles to dish. No exceptions for enlightenment.</w:t>
      </w:r>
    </w:p>
    <w:p>
      <w:pPr>
        <w:spacing w:after="60" w:line="266" w:lineRule="auto"/>
        <w:ind w:firstLine="331"/>
        <w:jc w:val="both"/>
      </w:pPr>
      <w:r>
        <w:rPr>
          <w:rFonts w:ascii="Georgia" w:hAnsi="Georgia"/>
          <w:b w:val="0"/>
          <w:i w:val="0"/>
          <w:color w:val="22201D"/>
          <w:sz w:val="20"/>
        </w:rPr>
        <w:t>Flocc looked from the tub to the hostess.</w:t>
      </w:r>
    </w:p>
    <w:p>
      <w:pPr>
        <w:spacing w:after="60" w:line="266" w:lineRule="auto"/>
        <w:ind w:firstLine="331"/>
        <w:jc w:val="both"/>
      </w:pPr>
      <w:r>
        <w:rPr>
          <w:rFonts w:ascii="Georgia" w:hAnsi="Georgia"/>
          <w:b w:val="0"/>
          <w:i w:val="0"/>
          <w:color w:val="22201D"/>
          <w:sz w:val="20"/>
        </w:rPr>
        <w:t>"You want me to bus my bowl?"</w:t>
      </w:r>
    </w:p>
    <w:p>
      <w:pPr>
        <w:spacing w:after="60" w:line="266" w:lineRule="auto"/>
        <w:ind w:firstLine="331"/>
        <w:jc w:val="both"/>
      </w:pPr>
      <w:r>
        <w:rPr>
          <w:rFonts w:ascii="Georgia" w:hAnsi="Georgia"/>
          <w:b w:val="0"/>
          <w:i w:val="0"/>
          <w:color w:val="22201D"/>
          <w:sz w:val="20"/>
        </w:rPr>
        <w:t>"I want you to notice what happens after being served."</w:t>
      </w:r>
    </w:p>
    <w:p>
      <w:pPr>
        <w:spacing w:after="60" w:line="266" w:lineRule="auto"/>
        <w:ind w:firstLine="331"/>
        <w:jc w:val="both"/>
      </w:pPr>
      <w:r>
        <w:rPr>
          <w:rFonts w:ascii="Georgia" w:hAnsi="Georgia"/>
          <w:b w:val="0"/>
          <w:i w:val="0"/>
          <w:color w:val="22201D"/>
          <w:sz w:val="20"/>
        </w:rPr>
        <w:t>"That sounds like busing my bowl with extra steps."</w:t>
      </w:r>
    </w:p>
    <w:p>
      <w:pPr>
        <w:spacing w:after="60" w:line="266" w:lineRule="auto"/>
        <w:ind w:firstLine="331"/>
        <w:jc w:val="both"/>
      </w:pPr>
      <w:r>
        <w:rPr>
          <w:rFonts w:ascii="Georgia" w:hAnsi="Georgia"/>
          <w:b w:val="0"/>
          <w:i w:val="0"/>
          <w:color w:val="22201D"/>
          <w:sz w:val="20"/>
        </w:rPr>
        <w:t>"Most wisdom is labor with extra noticing."</w:t>
      </w:r>
    </w:p>
    <w:p>
      <w:pPr>
        <w:spacing w:after="60" w:line="266" w:lineRule="auto"/>
        <w:ind w:firstLine="331"/>
        <w:jc w:val="both"/>
      </w:pPr>
      <w:r>
        <w:rPr>
          <w:rFonts w:ascii="Georgia" w:hAnsi="Georgia"/>
          <w:b w:val="0"/>
          <w:i w:val="0"/>
          <w:color w:val="22201D"/>
          <w:sz w:val="20"/>
        </w:rPr>
        <w:t>He picked up the bowl.</w:t>
      </w:r>
    </w:p>
    <w:p>
      <w:pPr>
        <w:spacing w:after="60" w:line="266" w:lineRule="auto"/>
        <w:ind w:firstLine="331"/>
        <w:jc w:val="both"/>
      </w:pPr>
      <w:r>
        <w:rPr>
          <w:rFonts w:ascii="Georgia" w:hAnsi="Georgia"/>
          <w:b w:val="0"/>
          <w:i w:val="0"/>
          <w:color w:val="22201D"/>
          <w:sz w:val="20"/>
        </w:rPr>
        <w:t>It was heavier than it had been full.</w:t>
      </w:r>
    </w:p>
    <w:p>
      <w:pPr>
        <w:spacing w:after="60" w:line="266" w:lineRule="auto"/>
        <w:ind w:firstLine="331"/>
        <w:jc w:val="both"/>
      </w:pPr>
      <w:r>
        <w:rPr>
          <w:rFonts w:ascii="Georgia" w:hAnsi="Georgia"/>
          <w:b w:val="0"/>
          <w:i w:val="0"/>
          <w:color w:val="22201D"/>
          <w:sz w:val="20"/>
        </w:rPr>
        <w:t>This was upsetting in a way physics had not prepared him for.</w:t>
      </w:r>
    </w:p>
    <w:p>
      <w:pPr>
        <w:spacing w:after="60" w:line="266" w:lineRule="auto"/>
        <w:ind w:firstLine="331"/>
        <w:jc w:val="both"/>
      </w:pPr>
      <w:r>
        <w:rPr>
          <w:rFonts w:ascii="Georgia" w:hAnsi="Georgia"/>
          <w:b w:val="0"/>
          <w:i w:val="0"/>
          <w:color w:val="22201D"/>
          <w:sz w:val="20"/>
        </w:rPr>
        <w:t>"Why is it heavier?"</w:t>
      </w:r>
    </w:p>
    <w:p>
      <w:pPr>
        <w:spacing w:after="60" w:line="266" w:lineRule="auto"/>
        <w:ind w:firstLine="331"/>
        <w:jc w:val="both"/>
      </w:pPr>
      <w:r>
        <w:rPr>
          <w:rFonts w:ascii="Georgia" w:hAnsi="Georgia"/>
          <w:b w:val="0"/>
          <w:i w:val="0"/>
          <w:color w:val="22201D"/>
          <w:sz w:val="20"/>
        </w:rPr>
        <w:t>"Because now it contains the eating."</w:t>
      </w:r>
    </w:p>
    <w:p>
      <w:pPr>
        <w:spacing w:after="60" w:line="266" w:lineRule="auto"/>
        <w:ind w:firstLine="331"/>
        <w:jc w:val="both"/>
      </w:pPr>
      <w:r>
        <w:rPr>
          <w:rFonts w:ascii="Georgia" w:hAnsi="Georgia"/>
          <w:b w:val="0"/>
          <w:i w:val="0"/>
          <w:color w:val="22201D"/>
          <w:sz w:val="20"/>
        </w:rPr>
        <w:t>"That is not how bowls work."</w:t>
      </w:r>
    </w:p>
    <w:p>
      <w:pPr>
        <w:spacing w:after="60" w:line="266" w:lineRule="auto"/>
        <w:ind w:firstLine="331"/>
        <w:jc w:val="both"/>
      </w:pPr>
      <w:r>
        <w:rPr>
          <w:rFonts w:ascii="Georgia" w:hAnsi="Georgia"/>
          <w:b w:val="0"/>
          <w:i w:val="0"/>
          <w:color w:val="22201D"/>
          <w:sz w:val="20"/>
        </w:rPr>
        <w:t>"It is how this bowl works."</w:t>
      </w:r>
    </w:p>
    <w:p>
      <w:pPr>
        <w:spacing w:after="60" w:line="266" w:lineRule="auto"/>
        <w:ind w:firstLine="331"/>
        <w:jc w:val="both"/>
      </w:pPr>
      <w:r>
        <w:rPr>
          <w:rFonts w:ascii="Georgia" w:hAnsi="Georgia"/>
          <w:b w:val="0"/>
          <w:i w:val="0"/>
          <w:color w:val="22201D"/>
          <w:sz w:val="20"/>
        </w:rPr>
        <w:t>He placed the bowl in the tub. The tub made a soft sound, not plastic against ceramic but something more formal, like a document being received by an office that had been expecting it.</w:t>
      </w:r>
    </w:p>
    <w:p>
      <w:pPr>
        <w:spacing w:after="60" w:line="266" w:lineRule="auto"/>
        <w:ind w:firstLine="331"/>
        <w:jc w:val="both"/>
      </w:pPr>
      <w:r>
        <w:rPr>
          <w:rFonts w:ascii="Georgia" w:hAnsi="Georgia"/>
          <w:b w:val="0"/>
          <w:i w:val="0"/>
          <w:color w:val="22201D"/>
          <w:sz w:val="20"/>
        </w:rPr>
        <w:t>The receipt in his pocket warmed.</w:t>
      </w:r>
    </w:p>
    <w:p>
      <w:pPr>
        <w:spacing w:after="60" w:line="266" w:lineRule="auto"/>
        <w:ind w:firstLine="331"/>
        <w:jc w:val="both"/>
      </w:pPr>
      <w:r>
        <w:rPr>
          <w:rFonts w:ascii="Georgia" w:hAnsi="Georgia"/>
          <w:b w:val="0"/>
          <w:i w:val="0"/>
          <w:color w:val="22201D"/>
          <w:sz w:val="20"/>
        </w:rPr>
        <w:t>He did not take it out. He was learning, very slowly, that not every warmth was an emergency.</w:t>
      </w:r>
    </w:p>
    <w:p>
      <w:pPr>
        <w:spacing w:after="60" w:line="266" w:lineRule="auto"/>
        <w:ind w:firstLine="331"/>
        <w:jc w:val="both"/>
      </w:pPr>
      <w:r>
        <w:rPr>
          <w:rFonts w:ascii="Georgia" w:hAnsi="Georgia"/>
          <w:b w:val="0"/>
          <w:i w:val="0"/>
          <w:color w:val="22201D"/>
          <w:sz w:val="20"/>
        </w:rPr>
        <w:t>The hostess lifted the tub.</w:t>
      </w:r>
    </w:p>
    <w:p>
      <w:pPr>
        <w:spacing w:after="60" w:line="266" w:lineRule="auto"/>
        <w:ind w:firstLine="331"/>
        <w:jc w:val="both"/>
      </w:pPr>
      <w:r>
        <w:rPr>
          <w:rFonts w:ascii="Georgia" w:hAnsi="Georgia"/>
          <w:b w:val="0"/>
          <w:i w:val="0"/>
          <w:color w:val="22201D"/>
          <w:sz w:val="20"/>
        </w:rPr>
        <w:t>"Come on."</w:t>
      </w:r>
    </w:p>
    <w:p>
      <w:pPr>
        <w:spacing w:after="60" w:line="266" w:lineRule="auto"/>
        <w:ind w:firstLine="331"/>
        <w:jc w:val="both"/>
      </w:pPr>
      <w:r>
        <w:rPr>
          <w:rFonts w:ascii="Georgia" w:hAnsi="Georgia"/>
          <w:b w:val="0"/>
          <w:i w:val="0"/>
          <w:color w:val="22201D"/>
          <w:sz w:val="20"/>
        </w:rPr>
        <w:t>"Am I allowed farther in now?"</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am I coming?"</w:t>
      </w:r>
    </w:p>
    <w:p>
      <w:pPr>
        <w:spacing w:after="60" w:line="266" w:lineRule="auto"/>
        <w:ind w:firstLine="331"/>
        <w:jc w:val="both"/>
      </w:pPr>
      <w:r>
        <w:rPr>
          <w:rFonts w:ascii="Georgia" w:hAnsi="Georgia"/>
          <w:b w:val="0"/>
          <w:i w:val="0"/>
          <w:color w:val="22201D"/>
          <w:sz w:val="20"/>
        </w:rPr>
        <w:t>"Because the dish pit is not farther in. It is underneath."</w:t>
      </w:r>
    </w:p>
    <w:p>
      <w:pPr>
        <w:spacing w:after="60" w:line="266" w:lineRule="auto"/>
        <w:ind w:firstLine="331"/>
        <w:jc w:val="both"/>
      </w:pPr>
      <w:r>
        <w:rPr>
          <w:rFonts w:ascii="Georgia" w:hAnsi="Georgia"/>
          <w:b w:val="0"/>
          <w:i w:val="0"/>
          <w:color w:val="22201D"/>
          <w:sz w:val="20"/>
        </w:rPr>
        <w:t>"Underneath what?"</w:t>
      </w:r>
    </w:p>
    <w:p>
      <w:pPr>
        <w:spacing w:after="60" w:line="266" w:lineRule="auto"/>
        <w:ind w:firstLine="331"/>
        <w:jc w:val="both"/>
      </w:pPr>
      <w:r>
        <w:rPr>
          <w:rFonts w:ascii="Georgia" w:hAnsi="Georgia"/>
          <w:b w:val="0"/>
          <w:i w:val="0"/>
          <w:color w:val="22201D"/>
          <w:sz w:val="20"/>
        </w:rPr>
        <w:t>"Everything."</w:t>
      </w:r>
    </w:p>
    <w:p>
      <w:pPr>
        <w:spacing w:after="60" w:line="266" w:lineRule="auto"/>
        <w:ind w:firstLine="331"/>
        <w:jc w:val="both"/>
      </w:pPr>
      <w:r>
        <w:rPr>
          <w:rFonts w:ascii="Georgia" w:hAnsi="Georgia"/>
          <w:b w:val="0"/>
          <w:i w:val="0"/>
          <w:color w:val="22201D"/>
          <w:sz w:val="20"/>
        </w:rPr>
        <w:t>She carried the tub through the red swinging door. Flocc followed to the threshold, then stopped in the narrow permitted strip of floor. The kitchen was busy in the focused way of places where everyone has decided that panic is inefficient. Pans moved. Water ran. A printer spat tickets with the urgency of a small machine convinced it was saving lives. Somewhere, Bob said, "Behind," and the word arranged the room around him.</w:t>
      </w:r>
    </w:p>
    <w:p>
      <w:pPr>
        <w:spacing w:after="60" w:line="266" w:lineRule="auto"/>
        <w:ind w:firstLine="331"/>
        <w:jc w:val="both"/>
      </w:pPr>
      <w:r>
        <w:rPr>
          <w:rFonts w:ascii="Georgia" w:hAnsi="Georgia"/>
          <w:b w:val="0"/>
          <w:i w:val="0"/>
          <w:color w:val="22201D"/>
          <w:sz w:val="20"/>
        </w:rPr>
        <w:t>The hostess did not stop at the spice rack.</w:t>
      </w:r>
    </w:p>
    <w:p>
      <w:pPr>
        <w:spacing w:after="60" w:line="266" w:lineRule="auto"/>
        <w:ind w:firstLine="331"/>
        <w:jc w:val="both"/>
      </w:pPr>
      <w:r>
        <w:rPr>
          <w:rFonts w:ascii="Georgia" w:hAnsi="Georgia"/>
          <w:b w:val="0"/>
          <w:i w:val="0"/>
          <w:color w:val="22201D"/>
          <w:sz w:val="20"/>
        </w:rPr>
        <w:t>She turned left.</w:t>
      </w:r>
    </w:p>
    <w:p>
      <w:pPr>
        <w:spacing w:after="60" w:line="266" w:lineRule="auto"/>
        <w:ind w:firstLine="331"/>
        <w:jc w:val="both"/>
      </w:pPr>
      <w:r>
        <w:rPr>
          <w:rFonts w:ascii="Georgia" w:hAnsi="Georgia"/>
          <w:b w:val="0"/>
          <w:i w:val="0"/>
          <w:color w:val="22201D"/>
          <w:sz w:val="20"/>
        </w:rPr>
        <w:t>Flocc had not noticed left before.</w:t>
      </w:r>
    </w:p>
    <w:p>
      <w:pPr>
        <w:spacing w:after="60" w:line="266" w:lineRule="auto"/>
        <w:ind w:firstLine="331"/>
        <w:jc w:val="both"/>
      </w:pPr>
      <w:r>
        <w:rPr>
          <w:rFonts w:ascii="Georgia" w:hAnsi="Georgia"/>
          <w:b w:val="0"/>
          <w:i w:val="0"/>
          <w:color w:val="22201D"/>
          <w:sz w:val="20"/>
        </w:rPr>
        <w:t>This was not unusual for him, but the left side of the kitchen had gone beyond ordinary neglect. It seemed to have been hidden by usefulness. The eye skipped over it the way the mind skips over the person clearing plates while continuing a conversation about gratitude.</w:t>
      </w:r>
    </w:p>
    <w:p>
      <w:pPr>
        <w:spacing w:after="60" w:line="266" w:lineRule="auto"/>
        <w:ind w:firstLine="331"/>
        <w:jc w:val="both"/>
      </w:pPr>
      <w:r>
        <w:rPr>
          <w:rFonts w:ascii="Georgia" w:hAnsi="Georgia"/>
          <w:b w:val="0"/>
          <w:i w:val="0"/>
          <w:color w:val="22201D"/>
          <w:sz w:val="20"/>
        </w:rPr>
        <w:t>There, beneath a low arch, was the dish pit.</w:t>
      </w:r>
    </w:p>
    <w:p>
      <w:pPr>
        <w:spacing w:after="60" w:line="266" w:lineRule="auto"/>
        <w:ind w:firstLine="331"/>
        <w:jc w:val="both"/>
      </w:pPr>
      <w:r>
        <w:rPr>
          <w:rFonts w:ascii="Georgia" w:hAnsi="Georgia"/>
          <w:b w:val="0"/>
          <w:i w:val="0"/>
          <w:color w:val="22201D"/>
          <w:sz w:val="20"/>
        </w:rPr>
        <w:t>It was not glamorous.</w:t>
      </w:r>
    </w:p>
    <w:p>
      <w:pPr>
        <w:spacing w:after="60" w:line="266" w:lineRule="auto"/>
        <w:ind w:firstLine="331"/>
        <w:jc w:val="both"/>
      </w:pPr>
      <w:r>
        <w:rPr>
          <w:rFonts w:ascii="Georgia" w:hAnsi="Georgia"/>
          <w:b w:val="0"/>
          <w:i w:val="0"/>
          <w:color w:val="22201D"/>
          <w:sz w:val="20"/>
        </w:rPr>
        <w:t>This was its first act of authority.</w:t>
      </w:r>
    </w:p>
    <w:p>
      <w:pPr>
        <w:spacing w:after="60" w:line="266" w:lineRule="auto"/>
        <w:ind w:firstLine="331"/>
        <w:jc w:val="both"/>
      </w:pPr>
      <w:r>
        <w:rPr>
          <w:rFonts w:ascii="Georgia" w:hAnsi="Georgia"/>
          <w:b w:val="0"/>
          <w:i w:val="0"/>
          <w:color w:val="22201D"/>
          <w:sz w:val="20"/>
        </w:rPr>
        <w:t>Steam rose from the sinks. Racks of plates waited in stacks. Glasses stood upside down in rows, each one catching light in its rim. The air smelled of soap, hot metal, lemon peel, wet aprons, and the particular clean bitterness of food becoming work after it had finished being pleasure.</w:t>
      </w:r>
    </w:p>
    <w:p>
      <w:pPr>
        <w:spacing w:after="60" w:line="266" w:lineRule="auto"/>
        <w:ind w:firstLine="331"/>
        <w:jc w:val="both"/>
      </w:pPr>
      <w:r>
        <w:rPr>
          <w:rFonts w:ascii="Georgia" w:hAnsi="Georgia"/>
          <w:b w:val="0"/>
          <w:i w:val="0"/>
          <w:color w:val="22201D"/>
          <w:sz w:val="20"/>
        </w:rPr>
        <w:t>Above the sinks hung a hand-lettered sign:</w:t>
      </w:r>
    </w:p>
    <w:p>
      <w:pPr>
        <w:spacing w:after="60" w:line="250" w:lineRule="auto"/>
        <w:ind w:left="202" w:right="173"/>
      </w:pPr>
      <w:r>
        <w:rPr>
          <w:rFonts w:ascii="Georgia" w:hAnsi="Georgia"/>
          <w:b w:val="0"/>
          <w:i w:val="0"/>
          <w:color w:val="22201D"/>
          <w:sz w:val="17"/>
        </w:rPr>
        <w:t>ALL REVELATIONS MUST BE RINSED BEFORE RETURNING TO SERVICE</w:t>
      </w:r>
    </w:p>
    <w:p>
      <w:pPr>
        <w:spacing w:after="60" w:line="266" w:lineRule="auto"/>
        <w:ind w:firstLine="331"/>
        <w:jc w:val="both"/>
      </w:pPr>
      <w:r>
        <w:rPr>
          <w:rFonts w:ascii="Georgia" w:hAnsi="Georgia"/>
          <w:b w:val="0"/>
          <w:i w:val="0"/>
          <w:color w:val="22201D"/>
          <w:sz w:val="20"/>
        </w:rPr>
        <w:t>At the center of the dish pit stood a woman in a black apron and green gloves, both arms submerged to the elbow in a sink full of water that glowed faintly from below.</w:t>
      </w:r>
    </w:p>
    <w:p>
      <w:pPr>
        <w:spacing w:after="60" w:line="266" w:lineRule="auto"/>
        <w:ind w:firstLine="331"/>
        <w:jc w:val="both"/>
      </w:pPr>
      <w:r>
        <w:rPr>
          <w:rFonts w:ascii="Georgia" w:hAnsi="Georgia"/>
          <w:b w:val="0"/>
          <w:i w:val="0"/>
          <w:color w:val="22201D"/>
          <w:sz w:val="20"/>
        </w:rPr>
        <w:t>She did not look up when the hostess arrived.</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The hostess set the tub on the stainless counter.</w:t>
      </w:r>
    </w:p>
    <w:p>
      <w:pPr>
        <w:spacing w:after="60" w:line="266" w:lineRule="auto"/>
        <w:ind w:firstLine="331"/>
        <w:jc w:val="both"/>
      </w:pPr>
      <w:r>
        <w:rPr>
          <w:rFonts w:ascii="Georgia" w:hAnsi="Georgia"/>
          <w:b w:val="0"/>
          <w:i w:val="0"/>
          <w:color w:val="22201D"/>
          <w:sz w:val="20"/>
        </w:rPr>
        <w:t>"You have not heard the request."</w:t>
      </w:r>
    </w:p>
    <w:p>
      <w:pPr>
        <w:spacing w:after="60" w:line="266" w:lineRule="auto"/>
        <w:ind w:firstLine="331"/>
        <w:jc w:val="both"/>
      </w:pPr>
      <w:r>
        <w:rPr>
          <w:rFonts w:ascii="Georgia" w:hAnsi="Georgia"/>
          <w:b w:val="0"/>
          <w:i w:val="0"/>
          <w:color w:val="22201D"/>
          <w:sz w:val="20"/>
        </w:rPr>
        <w:t>"I heard the tub."</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woman lifted a plate from the sink. It was the dessert plate from Chapter Four. Flocc knew this immediately, though he had never expected to recognize a plate from a chapter of his own life. The ceramic was white. At the center was a dark smudge shaped exactly like the part of him that had wanted to be admired without being known.</w:t>
      </w:r>
    </w:p>
    <w:p>
      <w:pPr>
        <w:spacing w:after="60" w:line="266" w:lineRule="auto"/>
        <w:ind w:firstLine="331"/>
        <w:jc w:val="both"/>
      </w:pPr>
      <w:r>
        <w:rPr>
          <w:rFonts w:ascii="Georgia" w:hAnsi="Georgia"/>
          <w:b w:val="0"/>
          <w:i w:val="0"/>
          <w:color w:val="22201D"/>
          <w:sz w:val="20"/>
        </w:rPr>
        <w:t>The woman scrubbed it once.</w:t>
      </w:r>
    </w:p>
    <w:p>
      <w:pPr>
        <w:spacing w:after="60" w:line="266" w:lineRule="auto"/>
        <w:ind w:firstLine="331"/>
        <w:jc w:val="both"/>
      </w:pPr>
      <w:r>
        <w:rPr>
          <w:rFonts w:ascii="Georgia" w:hAnsi="Georgia"/>
          <w:b w:val="0"/>
          <w:i w:val="0"/>
          <w:color w:val="22201D"/>
          <w:sz w:val="20"/>
        </w:rPr>
        <w:t>The smudge looked back.</w:t>
      </w:r>
    </w:p>
    <w:p>
      <w:pPr>
        <w:spacing w:after="60" w:line="266" w:lineRule="auto"/>
        <w:ind w:firstLine="331"/>
        <w:jc w:val="both"/>
      </w:pPr>
      <w:r>
        <w:rPr>
          <w:rFonts w:ascii="Georgia" w:hAnsi="Georgia"/>
          <w:b w:val="0"/>
          <w:i w:val="0"/>
          <w:color w:val="22201D"/>
          <w:sz w:val="20"/>
        </w:rPr>
        <w:t>She scrubbed it again.</w:t>
      </w:r>
    </w:p>
    <w:p>
      <w:pPr>
        <w:spacing w:after="60" w:line="266" w:lineRule="auto"/>
        <w:ind w:firstLine="331"/>
        <w:jc w:val="both"/>
      </w:pPr>
      <w:r>
        <w:rPr>
          <w:rFonts w:ascii="Georgia" w:hAnsi="Georgia"/>
          <w:b w:val="0"/>
          <w:i w:val="0"/>
          <w:color w:val="22201D"/>
          <w:sz w:val="20"/>
        </w:rPr>
        <w:t>The smudge sighed.</w:t>
      </w:r>
    </w:p>
    <w:p>
      <w:pPr>
        <w:spacing w:after="60" w:line="266" w:lineRule="auto"/>
        <w:ind w:firstLine="331"/>
        <w:jc w:val="both"/>
      </w:pPr>
      <w:r>
        <w:rPr>
          <w:rFonts w:ascii="Georgia" w:hAnsi="Georgia"/>
          <w:b w:val="0"/>
          <w:i w:val="0"/>
          <w:color w:val="22201D"/>
          <w:sz w:val="20"/>
        </w:rPr>
        <w:t>She held the plate up to the light and addressed it with professional irritation.</w:t>
      </w:r>
    </w:p>
    <w:p>
      <w:pPr>
        <w:spacing w:after="60" w:line="266" w:lineRule="auto"/>
        <w:ind w:firstLine="331"/>
        <w:jc w:val="both"/>
      </w:pPr>
      <w:r>
        <w:rPr>
          <w:rFonts w:ascii="Georgia" w:hAnsi="Georgia"/>
          <w:b w:val="0"/>
          <w:i w:val="0"/>
          <w:color w:val="22201D"/>
          <w:sz w:val="20"/>
        </w:rPr>
        <w:t>"You can either release the self-image now or go to soak with the other difficult desserts."</w:t>
      </w:r>
    </w:p>
    <w:p>
      <w:pPr>
        <w:spacing w:after="60" w:line="266" w:lineRule="auto"/>
        <w:ind w:firstLine="331"/>
        <w:jc w:val="both"/>
      </w:pPr>
      <w:r>
        <w:rPr>
          <w:rFonts w:ascii="Georgia" w:hAnsi="Georgia"/>
          <w:b w:val="0"/>
          <w:i w:val="0"/>
          <w:color w:val="22201D"/>
          <w:sz w:val="20"/>
        </w:rPr>
        <w:t>The smudge released.</w:t>
      </w:r>
    </w:p>
    <w:p>
      <w:pPr>
        <w:spacing w:after="60" w:line="266" w:lineRule="auto"/>
        <w:ind w:firstLine="331"/>
        <w:jc w:val="both"/>
      </w:pPr>
      <w:r>
        <w:rPr>
          <w:rFonts w:ascii="Georgia" w:hAnsi="Georgia"/>
          <w:b w:val="0"/>
          <w:i w:val="0"/>
          <w:color w:val="22201D"/>
          <w:sz w:val="20"/>
        </w:rPr>
        <w:t>The plate became clean.</w:t>
      </w:r>
    </w:p>
    <w:p>
      <w:pPr>
        <w:spacing w:after="60" w:line="266" w:lineRule="auto"/>
        <w:ind w:firstLine="331"/>
        <w:jc w:val="both"/>
      </w:pPr>
      <w:r>
        <w:rPr>
          <w:rFonts w:ascii="Georgia" w:hAnsi="Georgia"/>
          <w:b w:val="0"/>
          <w:i w:val="0"/>
          <w:color w:val="22201D"/>
          <w:sz w:val="20"/>
        </w:rPr>
        <w:t>Flocc made a sound that was almost a laugh and almost not.</w:t>
      </w:r>
    </w:p>
    <w:p>
      <w:pPr>
        <w:spacing w:after="60" w:line="266" w:lineRule="auto"/>
        <w:ind w:firstLine="331"/>
        <w:jc w:val="both"/>
      </w:pPr>
      <w:r>
        <w:rPr>
          <w:rFonts w:ascii="Georgia" w:hAnsi="Georgia"/>
          <w:b w:val="0"/>
          <w:i w:val="0"/>
          <w:color w:val="22201D"/>
          <w:sz w:val="20"/>
        </w:rPr>
        <w:t>The woman turned her head.</w:t>
      </w:r>
    </w:p>
    <w:p>
      <w:pPr>
        <w:spacing w:after="60" w:line="266" w:lineRule="auto"/>
        <w:ind w:firstLine="331"/>
        <w:jc w:val="both"/>
      </w:pPr>
      <w:r>
        <w:rPr>
          <w:rFonts w:ascii="Georgia" w:hAnsi="Georgia"/>
          <w:b w:val="0"/>
          <w:i w:val="0"/>
          <w:color w:val="22201D"/>
          <w:sz w:val="20"/>
        </w:rPr>
        <w:t>"Is this yours?"</w:t>
      </w:r>
    </w:p>
    <w:p>
      <w:pPr>
        <w:spacing w:after="60" w:line="266" w:lineRule="auto"/>
        <w:ind w:firstLine="331"/>
        <w:jc w:val="both"/>
      </w:pPr>
      <w:r>
        <w:rPr>
          <w:rFonts w:ascii="Georgia" w:hAnsi="Georgia"/>
          <w:b w:val="0"/>
          <w:i w:val="0"/>
          <w:color w:val="22201D"/>
          <w:sz w:val="20"/>
        </w:rPr>
        <w:t>"The sound?"</w:t>
      </w:r>
    </w:p>
    <w:p>
      <w:pPr>
        <w:spacing w:after="60" w:line="266" w:lineRule="auto"/>
        <w:ind w:firstLine="331"/>
        <w:jc w:val="both"/>
      </w:pPr>
      <w:r>
        <w:rPr>
          <w:rFonts w:ascii="Georgia" w:hAnsi="Georgia"/>
          <w:b w:val="0"/>
          <w:i w:val="0"/>
          <w:color w:val="22201D"/>
          <w:sz w:val="20"/>
        </w:rPr>
        <w:t>"The bowl."</w:t>
      </w:r>
    </w:p>
    <w:p>
      <w:pPr>
        <w:spacing w:after="60" w:line="266" w:lineRule="auto"/>
        <w:ind w:firstLine="331"/>
        <w:jc w:val="both"/>
      </w:pPr>
      <w:r>
        <w:rPr>
          <w:rFonts w:ascii="Georgia" w:hAnsi="Georgia"/>
          <w:b w:val="0"/>
          <w:i w:val="0"/>
          <w:color w:val="22201D"/>
          <w:sz w:val="20"/>
        </w:rPr>
        <w:t>"Oh. Yes."</w:t>
      </w:r>
    </w:p>
    <w:p>
      <w:pPr>
        <w:spacing w:after="60" w:line="266" w:lineRule="auto"/>
        <w:ind w:firstLine="331"/>
        <w:jc w:val="both"/>
      </w:pPr>
      <w:r>
        <w:rPr>
          <w:rFonts w:ascii="Georgia" w:hAnsi="Georgia"/>
          <w:b w:val="0"/>
          <w:i w:val="0"/>
          <w:color w:val="22201D"/>
          <w:sz w:val="20"/>
        </w:rPr>
        <w:t>"Then you can wait."</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"For it to become clean."</w:t>
      </w:r>
    </w:p>
    <w:p>
      <w:pPr>
        <w:spacing w:after="60" w:line="266" w:lineRule="auto"/>
        <w:ind w:firstLine="331"/>
        <w:jc w:val="both"/>
      </w:pPr>
      <w:r>
        <w:rPr>
          <w:rFonts w:ascii="Georgia" w:hAnsi="Georgia"/>
          <w:b w:val="0"/>
          <w:i w:val="0"/>
          <w:color w:val="22201D"/>
          <w:sz w:val="20"/>
        </w:rPr>
        <w:t>The hostess leaned against the counter, which immediately became the sort of counter one leans against in stories.</w:t>
      </w:r>
    </w:p>
    <w:p>
      <w:pPr>
        <w:spacing w:after="60" w:line="266" w:lineRule="auto"/>
        <w:ind w:firstLine="331"/>
        <w:jc w:val="both"/>
      </w:pPr>
      <w:r>
        <w:rPr>
          <w:rFonts w:ascii="Georgia" w:hAnsi="Georgia"/>
          <w:b w:val="0"/>
          <w:i w:val="0"/>
          <w:color w:val="22201D"/>
          <w:sz w:val="20"/>
        </w:rPr>
        <w:t>"Flocc, this is Mara."</w:t>
      </w:r>
    </w:p>
    <w:p>
      <w:pPr>
        <w:spacing w:after="60" w:line="266" w:lineRule="auto"/>
        <w:ind w:firstLine="331"/>
        <w:jc w:val="both"/>
      </w:pPr>
      <w:r>
        <w:rPr>
          <w:rFonts w:ascii="Georgia" w:hAnsi="Georgia"/>
          <w:b w:val="0"/>
          <w:i w:val="0"/>
          <w:color w:val="22201D"/>
          <w:sz w:val="20"/>
        </w:rPr>
        <w:t>Mara glanced at him. "Dishwasher."</w:t>
      </w:r>
    </w:p>
    <w:p>
      <w:pPr>
        <w:spacing w:after="60" w:line="266" w:lineRule="auto"/>
        <w:ind w:firstLine="331"/>
        <w:jc w:val="both"/>
      </w:pPr>
      <w:r>
        <w:rPr>
          <w:rFonts w:ascii="Georgia" w:hAnsi="Georgia"/>
          <w:b w:val="0"/>
          <w:i w:val="0"/>
          <w:color w:val="22201D"/>
          <w:sz w:val="20"/>
        </w:rPr>
        <w:t>"Nice to meet you," Flocc said.</w:t>
      </w:r>
    </w:p>
    <w:p>
      <w:pPr>
        <w:spacing w:after="60" w:line="266" w:lineRule="auto"/>
        <w:ind w:firstLine="331"/>
        <w:jc w:val="both"/>
      </w:pPr>
      <w:r>
        <w:rPr>
          <w:rFonts w:ascii="Georgia" w:hAnsi="Georgia"/>
          <w:b w:val="0"/>
          <w:i w:val="0"/>
          <w:color w:val="22201D"/>
          <w:sz w:val="20"/>
        </w:rPr>
        <w:t>"Probably."</w:t>
      </w:r>
    </w:p>
    <w:p>
      <w:pPr>
        <w:spacing w:after="60" w:line="266" w:lineRule="auto"/>
        <w:ind w:firstLine="331"/>
        <w:jc w:val="both"/>
      </w:pPr>
      <w:r>
        <w:rPr>
          <w:rFonts w:ascii="Georgia" w:hAnsi="Georgia"/>
          <w:b w:val="0"/>
          <w:i w:val="0"/>
          <w:color w:val="22201D"/>
          <w:sz w:val="20"/>
        </w:rPr>
        <w:t>Mara took his bowl from the tub.</w:t>
      </w:r>
    </w:p>
    <w:p>
      <w:pPr>
        <w:spacing w:after="60" w:line="266" w:lineRule="auto"/>
        <w:ind w:firstLine="331"/>
        <w:jc w:val="both"/>
      </w:pPr>
      <w:r>
        <w:rPr>
          <w:rFonts w:ascii="Georgia" w:hAnsi="Georgia"/>
          <w:b w:val="0"/>
          <w:i w:val="0"/>
          <w:color w:val="22201D"/>
          <w:sz w:val="20"/>
        </w:rPr>
        <w:t>The red-gold trace at the bottom had darkened. In the dish-pit light it looked less like leftover soup and more like a map of every time heat had become history instead of punishment.</w:t>
      </w:r>
    </w:p>
    <w:p>
      <w:pPr>
        <w:spacing w:after="60" w:line="266" w:lineRule="auto"/>
        <w:ind w:firstLine="331"/>
        <w:jc w:val="both"/>
      </w:pPr>
      <w:r>
        <w:rPr>
          <w:rFonts w:ascii="Georgia" w:hAnsi="Georgia"/>
          <w:b w:val="0"/>
          <w:i w:val="0"/>
          <w:color w:val="22201D"/>
          <w:sz w:val="20"/>
        </w:rPr>
        <w:t>Mara looked at it for three seconds.</w:t>
      </w:r>
    </w:p>
    <w:p>
      <w:pPr>
        <w:spacing w:after="60" w:line="266" w:lineRule="auto"/>
        <w:ind w:firstLine="331"/>
        <w:jc w:val="both"/>
      </w:pPr>
      <w:r>
        <w:rPr>
          <w:rFonts w:ascii="Georgia" w:hAnsi="Georgia"/>
          <w:b w:val="0"/>
          <w:i w:val="0"/>
          <w:color w:val="22201D"/>
          <w:sz w:val="20"/>
        </w:rPr>
        <w:t>"Spice rack,"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"Mercy shelf?"</w:t>
      </w:r>
    </w:p>
    <w:p>
      <w:pPr>
        <w:spacing w:after="60" w:line="266" w:lineRule="auto"/>
        <w:ind w:firstLine="331"/>
        <w:jc w:val="both"/>
      </w:pPr>
      <w:r>
        <w:rPr>
          <w:rFonts w:ascii="Georgia" w:hAnsi="Georgia"/>
          <w:b w:val="0"/>
          <w:i w:val="0"/>
          <w:color w:val="22201D"/>
          <w:sz w:val="20"/>
        </w:rPr>
        <w:t>"I think so."</w:t>
      </w:r>
    </w:p>
    <w:p>
      <w:pPr>
        <w:spacing w:after="60" w:line="266" w:lineRule="auto"/>
        <w:ind w:firstLine="331"/>
        <w:jc w:val="both"/>
      </w:pPr>
      <w:r>
        <w:rPr>
          <w:rFonts w:ascii="Georgia" w:hAnsi="Georgia"/>
          <w:b w:val="0"/>
          <w:i w:val="0"/>
          <w:color w:val="22201D"/>
          <w:sz w:val="20"/>
        </w:rPr>
        <w:t>"People always think mercy is going to rinse easy."</w:t>
      </w:r>
    </w:p>
    <w:p>
      <w:pPr>
        <w:spacing w:after="60" w:line="266" w:lineRule="auto"/>
        <w:ind w:firstLine="331"/>
        <w:jc w:val="both"/>
      </w:pPr>
      <w:r>
        <w:rPr>
          <w:rFonts w:ascii="Georgia" w:hAnsi="Georgia"/>
          <w:b w:val="0"/>
          <w:i w:val="0"/>
          <w:color w:val="22201D"/>
          <w:sz w:val="20"/>
        </w:rPr>
        <w:t>She set the bowl in the first sink.</w:t>
      </w:r>
    </w:p>
    <w:p>
      <w:pPr>
        <w:spacing w:after="60" w:line="266" w:lineRule="auto"/>
        <w:ind w:firstLine="331"/>
        <w:jc w:val="both"/>
      </w:pPr>
      <w:r>
        <w:rPr>
          <w:rFonts w:ascii="Georgia" w:hAnsi="Georgia"/>
          <w:b w:val="0"/>
          <w:i w:val="0"/>
          <w:color w:val="22201D"/>
          <w:sz w:val="20"/>
        </w:rPr>
        <w:t>The water hissed.</w:t>
      </w:r>
    </w:p>
    <w:p>
      <w:pPr>
        <w:spacing w:after="60" w:line="266" w:lineRule="auto"/>
        <w:ind w:firstLine="331"/>
        <w:jc w:val="both"/>
      </w:pPr>
      <w:r>
        <w:rPr>
          <w:rFonts w:ascii="Georgia" w:hAnsi="Georgia"/>
          <w:b w:val="0"/>
          <w:i w:val="0"/>
          <w:color w:val="22201D"/>
          <w:sz w:val="20"/>
        </w:rPr>
        <w:t>Not because it was hot. It was hot, but heat alone does not hiss unless it has been given something to say. The water hissed because the bowl had carried a lesson out of the kitchen and now the lesson had to be cleaned without being erased.</w:t>
      </w:r>
    </w:p>
    <w:p>
      <w:pPr>
        <w:spacing w:after="60" w:line="266" w:lineRule="auto"/>
        <w:ind w:firstLine="331"/>
        <w:jc w:val="both"/>
      </w:pPr>
      <w:r>
        <w:rPr>
          <w:rFonts w:ascii="Georgia" w:hAnsi="Georgia"/>
          <w:b w:val="0"/>
          <w:i w:val="0"/>
          <w:color w:val="22201D"/>
          <w:sz w:val="20"/>
        </w:rPr>
        <w:t>Mara looked at the hostess.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"Again, you have not heard the request."</w:t>
      </w:r>
    </w:p>
    <w:p>
      <w:pPr>
        <w:spacing w:after="60" w:line="266" w:lineRule="auto"/>
        <w:ind w:firstLine="331"/>
        <w:jc w:val="both"/>
      </w:pPr>
      <w:r>
        <w:rPr>
          <w:rFonts w:ascii="Georgia" w:hAnsi="Georgia"/>
          <w:b w:val="0"/>
          <w:i w:val="0"/>
          <w:color w:val="22201D"/>
          <w:sz w:val="20"/>
        </w:rPr>
        <w:t>"The request is that I keep washing plates that have held apocalypse, enlightenment, self-eating dessert, and whatever that spice thing was, while the dining room keeps calling it magic and the menu keeps calling it service and nobody updates the labor line."</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The hostess looked at the ceiling.</w:t>
      </w:r>
    </w:p>
    <w:p>
      <w:pPr>
        <w:spacing w:after="60" w:line="266" w:lineRule="auto"/>
        <w:ind w:firstLine="331"/>
        <w:jc w:val="both"/>
      </w:pPr>
      <w:r>
        <w:rPr>
          <w:rFonts w:ascii="Georgia" w:hAnsi="Georgia"/>
          <w:b w:val="0"/>
          <w:i w:val="0"/>
          <w:color w:val="22201D"/>
          <w:sz w:val="20"/>
        </w:rPr>
        <w:t>The ceiling did not intervene.</w:t>
      </w:r>
    </w:p>
    <w:p>
      <w:pPr>
        <w:spacing w:after="60" w:line="266" w:lineRule="auto"/>
        <w:ind w:firstLine="331"/>
        <w:jc w:val="both"/>
      </w:pPr>
      <w:r>
        <w:rPr>
          <w:rFonts w:ascii="Georgia" w:hAnsi="Georgia"/>
          <w:b w:val="0"/>
          <w:i w:val="0"/>
          <w:color w:val="22201D"/>
          <w:sz w:val="20"/>
        </w:rPr>
        <w:t>Mara pulled the bowl from the water. The trace remained.</w:t>
      </w:r>
    </w:p>
    <w:p>
      <w:pPr>
        <w:spacing w:after="60" w:line="266" w:lineRule="auto"/>
        <w:ind w:firstLine="331"/>
        <w:jc w:val="both"/>
      </w:pPr>
      <w:r>
        <w:rPr>
          <w:rFonts w:ascii="Georgia" w:hAnsi="Georgia"/>
          <w:b w:val="0"/>
          <w:i w:val="0"/>
          <w:color w:val="22201D"/>
          <w:sz w:val="20"/>
        </w:rPr>
        <w:t>"See?"</w:t>
      </w:r>
    </w:p>
    <w:p>
      <w:pPr>
        <w:spacing w:after="60" w:line="266" w:lineRule="auto"/>
        <w:ind w:firstLine="331"/>
        <w:jc w:val="both"/>
      </w:pPr>
      <w:r>
        <w:rPr>
          <w:rFonts w:ascii="Georgia" w:hAnsi="Georgia"/>
          <w:b w:val="0"/>
          <w:i w:val="0"/>
          <w:color w:val="22201D"/>
          <w:sz w:val="20"/>
        </w:rPr>
        <w:t>"It looks the same," Flocc said.</w:t>
      </w:r>
    </w:p>
    <w:p>
      <w:pPr>
        <w:spacing w:after="60" w:line="266" w:lineRule="auto"/>
        <w:ind w:firstLine="331"/>
        <w:jc w:val="both"/>
      </w:pPr>
      <w:r>
        <w:rPr>
          <w:rFonts w:ascii="Georgia" w:hAnsi="Georgia"/>
          <w:b w:val="0"/>
          <w:i w:val="0"/>
          <w:color w:val="22201D"/>
          <w:sz w:val="20"/>
        </w:rPr>
        <w:t>"It is not the same. Now it knows someone is trying."</w:t>
      </w:r>
    </w:p>
    <w:p>
      <w:pPr>
        <w:spacing w:after="60" w:line="266" w:lineRule="auto"/>
        <w:ind w:firstLine="331"/>
        <w:jc w:val="both"/>
      </w:pPr>
      <w:r>
        <w:rPr>
          <w:rFonts w:ascii="Georgia" w:hAnsi="Georgia"/>
          <w:b w:val="0"/>
          <w:i w:val="0"/>
          <w:color w:val="22201D"/>
          <w:sz w:val="20"/>
        </w:rPr>
        <w:t>She moved the bowl to the second sink.</w:t>
      </w:r>
    </w:p>
    <w:p>
      <w:pPr>
        <w:spacing w:after="60" w:line="266" w:lineRule="auto"/>
        <w:ind w:firstLine="331"/>
        <w:jc w:val="both"/>
      </w:pPr>
      <w:r>
        <w:rPr>
          <w:rFonts w:ascii="Georgia" w:hAnsi="Georgia"/>
          <w:b w:val="0"/>
          <w:i w:val="0"/>
          <w:color w:val="22201D"/>
          <w:sz w:val="20"/>
        </w:rPr>
        <w:t>This water was full of soap. Ordinary soap. Industrial soap. The kind of soap that arrives in large containers with warning labels, because the world runs on substances that are dangerous in bulk and necessary in use.</w:t>
      </w:r>
    </w:p>
    <w:p>
      <w:pPr>
        <w:spacing w:after="60" w:line="266" w:lineRule="auto"/>
        <w:ind w:firstLine="331"/>
        <w:jc w:val="both"/>
      </w:pPr>
      <w:r>
        <w:rPr>
          <w:rFonts w:ascii="Georgia" w:hAnsi="Georgia"/>
          <w:b w:val="0"/>
          <w:i w:val="0"/>
          <w:color w:val="22201D"/>
          <w:sz w:val="20"/>
        </w:rPr>
        <w:t>Mara scrubbed the bowl with a brush.</w:t>
      </w:r>
    </w:p>
    <w:p>
      <w:pPr>
        <w:spacing w:after="60" w:line="266" w:lineRule="auto"/>
        <w:ind w:firstLine="331"/>
        <w:jc w:val="both"/>
      </w:pPr>
      <w:r>
        <w:rPr>
          <w:rFonts w:ascii="Georgia" w:hAnsi="Georgia"/>
          <w:b w:val="0"/>
          <w:i w:val="0"/>
          <w:color w:val="22201D"/>
          <w:sz w:val="20"/>
        </w:rPr>
        <w:t>"People think the miracle ends when they understand something," she said. "It does not. Understanding leaves residue."</w:t>
      </w:r>
    </w:p>
    <w:p>
      <w:pPr>
        <w:spacing w:after="60" w:line="266" w:lineRule="auto"/>
        <w:ind w:firstLine="331"/>
        <w:jc w:val="both"/>
      </w:pPr>
      <w:r>
        <w:rPr>
          <w:rFonts w:ascii="Georgia" w:hAnsi="Georgia"/>
          <w:b w:val="0"/>
          <w:i w:val="0"/>
          <w:color w:val="22201D"/>
          <w:sz w:val="20"/>
        </w:rPr>
        <w:t>"I am sorry," Flocc said.</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"The residue?"</w:t>
      </w:r>
    </w:p>
    <w:p>
      <w:pPr>
        <w:spacing w:after="60" w:line="266" w:lineRule="auto"/>
        <w:ind w:firstLine="331"/>
        <w:jc w:val="both"/>
      </w:pPr>
      <w:r>
        <w:rPr>
          <w:rFonts w:ascii="Georgia" w:hAnsi="Georgia"/>
          <w:b w:val="0"/>
          <w:i w:val="0"/>
          <w:color w:val="22201D"/>
          <w:sz w:val="20"/>
        </w:rPr>
        <w:t>"That is a feeling. I asked for information."</w:t>
      </w:r>
    </w:p>
    <w:p>
      <w:pPr>
        <w:spacing w:after="60" w:line="266" w:lineRule="auto"/>
        <w:ind w:firstLine="331"/>
        <w:jc w:val="both"/>
      </w:pPr>
      <w:r>
        <w:rPr>
          <w:rFonts w:ascii="Georgia" w:hAnsi="Georgia"/>
          <w:b w:val="0"/>
          <w:i w:val="0"/>
          <w:color w:val="22201D"/>
          <w:sz w:val="20"/>
        </w:rPr>
        <w:t>He closed his mouth.</w:t>
      </w:r>
    </w:p>
    <w:p>
      <w:pPr>
        <w:spacing w:after="60" w:line="266" w:lineRule="auto"/>
        <w:ind w:firstLine="331"/>
        <w:jc w:val="both"/>
      </w:pPr>
      <w:r>
        <w:rPr>
          <w:rFonts w:ascii="Georgia" w:hAnsi="Georgia"/>
          <w:b w:val="0"/>
          <w:i w:val="0"/>
          <w:color w:val="22201D"/>
          <w:sz w:val="20"/>
        </w:rPr>
        <w:t>Mara nodded once, not warmly but not unkindly.</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She scrubbed again.</w:t>
      </w:r>
    </w:p>
    <w:p>
      <w:pPr>
        <w:spacing w:after="60" w:line="266" w:lineRule="auto"/>
        <w:ind w:firstLine="331"/>
        <w:jc w:val="both"/>
      </w:pPr>
      <w:r>
        <w:rPr>
          <w:rFonts w:ascii="Georgia" w:hAnsi="Georgia"/>
          <w:b w:val="0"/>
          <w:i w:val="0"/>
          <w:color w:val="22201D"/>
          <w:sz w:val="20"/>
        </w:rPr>
        <w:t>"Dessert residue is sticky because people want to keep being the person who was seen. Tea residue is thin but smug. Apocalypse appetizer residue dries fast if nobody respects it. Bread residue is honest. Bread comes off clean if you do not patronize it. Spice residue depends on the shelf."</w:t>
      </w:r>
    </w:p>
    <w:p>
      <w:pPr>
        <w:spacing w:after="60" w:line="266" w:lineRule="auto"/>
        <w:ind w:firstLine="331"/>
        <w:jc w:val="both"/>
      </w:pPr>
      <w:r>
        <w:rPr>
          <w:rFonts w:ascii="Georgia" w:hAnsi="Georgia"/>
          <w:b w:val="0"/>
          <w:i w:val="0"/>
          <w:color w:val="22201D"/>
          <w:sz w:val="20"/>
        </w:rPr>
        <w:t>"What does that one need?"</w:t>
      </w:r>
    </w:p>
    <w:p>
      <w:pPr>
        <w:spacing w:after="60" w:line="266" w:lineRule="auto"/>
        <w:ind w:firstLine="331"/>
        <w:jc w:val="both"/>
      </w:pPr>
      <w:r>
        <w:rPr>
          <w:rFonts w:ascii="Georgia" w:hAnsi="Georgia"/>
          <w:b w:val="0"/>
          <w:i w:val="0"/>
          <w:color w:val="22201D"/>
          <w:sz w:val="20"/>
        </w:rPr>
        <w:t>She looked into the bowl.</w:t>
      </w:r>
    </w:p>
    <w:p>
      <w:pPr>
        <w:spacing w:after="60" w:line="266" w:lineRule="auto"/>
        <w:ind w:firstLine="331"/>
        <w:jc w:val="both"/>
      </w:pPr>
      <w:r>
        <w:rPr>
          <w:rFonts w:ascii="Georgia" w:hAnsi="Georgia"/>
          <w:b w:val="0"/>
          <w:i w:val="0"/>
          <w:color w:val="22201D"/>
          <w:sz w:val="20"/>
        </w:rPr>
        <w:t>"To be returned as work, not insight."</w:t>
      </w:r>
    </w:p>
    <w:p>
      <w:pPr>
        <w:spacing w:after="60" w:line="266" w:lineRule="auto"/>
        <w:ind w:firstLine="331"/>
        <w:jc w:val="both"/>
      </w:pPr>
      <w:r>
        <w:rPr>
          <w:rFonts w:ascii="Georgia" w:hAnsi="Georgia"/>
          <w:b w:val="0"/>
          <w:i w:val="0"/>
          <w:color w:val="22201D"/>
          <w:sz w:val="20"/>
        </w:rPr>
        <w:t>This was not a sentence Flocc could use immediately, which meant it was probably important.</w:t>
      </w:r>
    </w:p>
    <w:p>
      <w:pPr>
        <w:spacing w:after="60" w:line="266" w:lineRule="auto"/>
        <w:ind w:firstLine="331"/>
        <w:jc w:val="both"/>
      </w:pPr>
      <w:r>
        <w:rPr>
          <w:rFonts w:ascii="Georgia" w:hAnsi="Georgia"/>
          <w:b w:val="0"/>
          <w:i w:val="0"/>
          <w:color w:val="22201D"/>
          <w:sz w:val="20"/>
        </w:rPr>
        <w:t>The hostess said, "Mara has submitted a claim."</w:t>
      </w:r>
    </w:p>
    <w:p>
      <w:pPr>
        <w:spacing w:after="60" w:line="266" w:lineRule="auto"/>
        <w:ind w:firstLine="331"/>
        <w:jc w:val="both"/>
      </w:pPr>
      <w:r>
        <w:rPr>
          <w:rFonts w:ascii="Georgia" w:hAnsi="Georgia"/>
          <w:b w:val="0"/>
          <w:i w:val="0"/>
          <w:color w:val="22201D"/>
          <w:sz w:val="20"/>
        </w:rPr>
        <w:t>"Several," said Mara.</w:t>
      </w:r>
    </w:p>
    <w:p>
      <w:pPr>
        <w:spacing w:after="60" w:line="266" w:lineRule="auto"/>
        <w:ind w:firstLine="331"/>
        <w:jc w:val="both"/>
      </w:pPr>
      <w:r>
        <w:rPr>
          <w:rFonts w:ascii="Georgia" w:hAnsi="Georgia"/>
          <w:b w:val="0"/>
          <w:i w:val="0"/>
          <w:color w:val="22201D"/>
          <w:sz w:val="20"/>
        </w:rPr>
        <w:t>"Several claims."</w:t>
      </w:r>
    </w:p>
    <w:p>
      <w:pPr>
        <w:spacing w:after="60" w:line="266" w:lineRule="auto"/>
        <w:ind w:firstLine="331"/>
        <w:jc w:val="both"/>
      </w:pPr>
      <w:r>
        <w:rPr>
          <w:rFonts w:ascii="Georgia" w:hAnsi="Georgia"/>
          <w:b w:val="0"/>
          <w:i w:val="0"/>
          <w:color w:val="22201D"/>
          <w:sz w:val="20"/>
        </w:rPr>
        <w:t>"One claim. Several ignored copies."</w:t>
      </w:r>
    </w:p>
    <w:p>
      <w:pPr>
        <w:spacing w:after="60" w:line="266" w:lineRule="auto"/>
        <w:ind w:firstLine="331"/>
        <w:jc w:val="both"/>
      </w:pPr>
      <w:r>
        <w:rPr>
          <w:rFonts w:ascii="Georgia" w:hAnsi="Georgia"/>
          <w:b w:val="0"/>
          <w:i w:val="0"/>
          <w:color w:val="22201D"/>
          <w:sz w:val="20"/>
        </w:rPr>
        <w:t>The hostess inclined her head. "A distinction worth preserving."</w:t>
      </w:r>
    </w:p>
    <w:p>
      <w:pPr>
        <w:spacing w:after="60" w:line="266" w:lineRule="auto"/>
        <w:ind w:firstLine="331"/>
        <w:jc w:val="both"/>
      </w:pPr>
      <w:r>
        <w:rPr>
          <w:rFonts w:ascii="Georgia" w:hAnsi="Georgia"/>
          <w:b w:val="0"/>
          <w:i w:val="0"/>
          <w:color w:val="22201D"/>
          <w:sz w:val="20"/>
        </w:rPr>
        <w:t>Mara rinsed the bowl and set it in a rack. The red-gold trace was lighter now, but it had not disappeared. It had become a thin line around the curve of the bowl, like a horizon.</w:t>
      </w:r>
    </w:p>
    <w:p>
      <w:pPr>
        <w:spacing w:after="60" w:line="266" w:lineRule="auto"/>
        <w:ind w:firstLine="331"/>
        <w:jc w:val="both"/>
      </w:pPr>
      <w:r>
        <w:rPr>
          <w:rFonts w:ascii="Georgia" w:hAnsi="Georgia"/>
          <w:b w:val="0"/>
          <w:i w:val="0"/>
          <w:color w:val="22201D"/>
          <w:sz w:val="20"/>
        </w:rPr>
        <w:t>"I am on refusal," Mara said.</w:t>
      </w:r>
    </w:p>
    <w:p>
      <w:pPr>
        <w:spacing w:after="60" w:line="266" w:lineRule="auto"/>
        <w:ind w:firstLine="331"/>
        <w:jc w:val="both"/>
      </w:pPr>
      <w:r>
        <w:rPr>
          <w:rFonts w:ascii="Georgia" w:hAnsi="Georgia"/>
          <w:b w:val="0"/>
          <w:i w:val="0"/>
          <w:color w:val="22201D"/>
          <w:sz w:val="20"/>
        </w:rPr>
        <w:t>"Is that a strike?" Flocc asked.</w:t>
      </w:r>
    </w:p>
    <w:p>
      <w:pPr>
        <w:spacing w:after="60" w:line="266" w:lineRule="auto"/>
        <w:ind w:firstLine="331"/>
        <w:jc w:val="both"/>
      </w:pPr>
      <w:r>
        <w:rPr>
          <w:rFonts w:ascii="Georgia" w:hAnsi="Georgia"/>
          <w:b w:val="0"/>
          <w:i w:val="0"/>
          <w:color w:val="22201D"/>
          <w:sz w:val="20"/>
        </w:rPr>
        <w:t>"No. A strike is when labor withholds itself from management. Refusal is when labor stops pretending invisibility is a spiritual gift."</w:t>
      </w:r>
    </w:p>
    <w:p>
      <w:pPr>
        <w:spacing w:after="60" w:line="266" w:lineRule="auto"/>
        <w:ind w:firstLine="331"/>
        <w:jc w:val="both"/>
      </w:pPr>
      <w:r>
        <w:rPr>
          <w:rFonts w:ascii="Georgia" w:hAnsi="Georgia"/>
          <w:b w:val="0"/>
          <w:i w:val="0"/>
          <w:color w:val="22201D"/>
          <w:sz w:val="20"/>
        </w:rPr>
        <w:t>The receipt in Flocc's pocket warmed so quickly that he had to take it out.</w:t>
      </w:r>
    </w:p>
    <w:p>
      <w:pPr>
        <w:spacing w:after="60" w:line="266" w:lineRule="auto"/>
        <w:ind w:firstLine="331"/>
        <w:jc w:val="both"/>
      </w:pPr>
      <w:r>
        <w:rPr>
          <w:rFonts w:ascii="Georgia" w:hAnsi="Georgia"/>
          <w:b w:val="0"/>
          <w:i w:val="0"/>
          <w:color w:val="22201D"/>
          <w:sz w:val="20"/>
        </w:rPr>
        <w:t>A new line appeared under the spice-rack price.</w:t>
      </w:r>
    </w:p>
    <w:p>
      <w:pPr>
        <w:spacing w:after="60" w:line="250" w:lineRule="auto"/>
        <w:ind w:left="202" w:right="173"/>
      </w:pPr>
      <w:r>
        <w:rPr>
          <w:rFonts w:ascii="Georgia" w:hAnsi="Georgia"/>
          <w:b w:val="0"/>
          <w:i w:val="0"/>
          <w:color w:val="22201D"/>
          <w:sz w:val="17"/>
        </w:rPr>
        <w:t>Labor line: unpaid attention does not count.</w:t>
      </w:r>
    </w:p>
    <w:p>
      <w:pPr>
        <w:spacing w:after="60" w:line="266" w:lineRule="auto"/>
        <w:ind w:firstLine="331"/>
        <w:jc w:val="both"/>
      </w:pPr>
      <w:r>
        <w:rPr>
          <w:rFonts w:ascii="Georgia" w:hAnsi="Georgia"/>
          <w:b w:val="0"/>
          <w:i w:val="0"/>
          <w:color w:val="22201D"/>
          <w:sz w:val="20"/>
        </w:rPr>
        <w:t>Mara saw it.</w:t>
      </w:r>
    </w:p>
    <w:p>
      <w:pPr>
        <w:spacing w:after="60" w:line="266" w:lineRule="auto"/>
        <w:ind w:firstLine="331"/>
        <w:jc w:val="both"/>
      </w:pPr>
      <w:r>
        <w:rPr>
          <w:rFonts w:ascii="Georgia" w:hAnsi="Georgia"/>
          <w:b w:val="0"/>
          <w:i w:val="0"/>
          <w:color w:val="22201D"/>
          <w:sz w:val="20"/>
        </w:rPr>
        <w:t>"Good. It is learning."</w:t>
      </w:r>
    </w:p>
    <w:p>
      <w:pPr>
        <w:spacing w:after="60" w:line="266" w:lineRule="auto"/>
        <w:ind w:firstLine="331"/>
        <w:jc w:val="both"/>
      </w:pPr>
      <w:r>
        <w:rPr>
          <w:rFonts w:ascii="Georgia" w:hAnsi="Georgia"/>
          <w:b w:val="0"/>
          <w:i w:val="0"/>
          <w:color w:val="22201D"/>
          <w:sz w:val="20"/>
        </w:rPr>
        <w:t>"The receipt?"</w:t>
      </w:r>
    </w:p>
    <w:p>
      <w:pPr>
        <w:spacing w:after="60" w:line="266" w:lineRule="auto"/>
        <w:ind w:firstLine="331"/>
        <w:jc w:val="both"/>
      </w:pPr>
      <w:r>
        <w:rPr>
          <w:rFonts w:ascii="Georgia" w:hAnsi="Georgia"/>
          <w:b w:val="0"/>
          <w:i w:val="0"/>
          <w:color w:val="22201D"/>
          <w:sz w:val="20"/>
        </w:rPr>
        <w:t>"The room."</w:t>
      </w:r>
    </w:p>
    <w:p>
      <w:pPr>
        <w:spacing w:after="60" w:line="266" w:lineRule="auto"/>
        <w:ind w:firstLine="331"/>
        <w:jc w:val="both"/>
      </w:pPr>
      <w:r>
        <w:rPr>
          <w:rFonts w:ascii="Georgia" w:hAnsi="Georgia"/>
          <w:b w:val="0"/>
          <w:i w:val="0"/>
          <w:color w:val="22201D"/>
          <w:sz w:val="20"/>
        </w:rPr>
        <w:t>The hostess reached for a clipboard hanging on a hook by the sink. The clipboard held a form with several boxes and a title.</w:t>
      </w:r>
    </w:p>
    <w:p>
      <w:pPr>
        <w:spacing w:after="60" w:line="250" w:lineRule="auto"/>
        <w:ind w:left="202" w:right="173"/>
      </w:pPr>
      <w:r>
        <w:rPr>
          <w:rFonts w:ascii="Georgia" w:hAnsi="Georgia"/>
          <w:b w:val="0"/>
          <w:i w:val="0"/>
          <w:color w:val="22201D"/>
          <w:sz w:val="17"/>
        </w:rPr>
        <w:t>SHIFT NOTE Dish Pit Claim Form</w:t>
      </w:r>
    </w:p>
    <w:p>
      <w:pPr>
        <w:spacing w:after="60" w:line="266" w:lineRule="auto"/>
        <w:ind w:firstLine="331"/>
        <w:jc w:val="both"/>
      </w:pPr>
      <w:r>
        <w:rPr>
          <w:rFonts w:ascii="Georgia" w:hAnsi="Georgia"/>
          <w:b w:val="0"/>
          <w:i w:val="0"/>
          <w:color w:val="22201D"/>
          <w:sz w:val="20"/>
        </w:rPr>
        <w:t>Most of the form was already filled out.</w:t>
      </w:r>
    </w:p>
    <w:p>
      <w:pPr>
        <w:spacing w:after="60" w:line="250" w:lineRule="auto"/>
        <w:ind w:left="202" w:right="173"/>
      </w:pPr>
      <w:r>
        <w:rPr>
          <w:rFonts w:ascii="Georgia" w:hAnsi="Georgia"/>
          <w:b w:val="0"/>
          <w:i w:val="0"/>
          <w:color w:val="22201D"/>
          <w:sz w:val="17"/>
        </w:rPr>
        <w:t>Dishwasher claim: plates returned from impossible courses require impossible washing.  Requested compensation: recognition first, money also.  Status: pending since before the first menu learned to fold.</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"Before the first menu?"</w:t>
      </w:r>
    </w:p>
    <w:p>
      <w:pPr>
        <w:spacing w:after="60" w:line="266" w:lineRule="auto"/>
        <w:ind w:firstLine="331"/>
        <w:jc w:val="both"/>
      </w:pPr>
      <w:r>
        <w:rPr>
          <w:rFonts w:ascii="Georgia" w:hAnsi="Georgia"/>
          <w:b w:val="0"/>
          <w:i w:val="0"/>
          <w:color w:val="22201D"/>
          <w:sz w:val="20"/>
        </w:rPr>
        <w:t>"Dishes are older than menus," Mara said.</w:t>
      </w:r>
    </w:p>
    <w:p>
      <w:pPr>
        <w:spacing w:after="60" w:line="266" w:lineRule="auto"/>
        <w:ind w:firstLine="331"/>
        <w:jc w:val="both"/>
      </w:pPr>
      <w:r>
        <w:rPr>
          <w:rFonts w:ascii="Georgia" w:hAnsi="Georgia"/>
          <w:b w:val="0"/>
          <w:i w:val="0"/>
          <w:color w:val="22201D"/>
          <w:sz w:val="20"/>
        </w:rPr>
        <w:t>"That cannot be true."</w:t>
      </w:r>
    </w:p>
    <w:p>
      <w:pPr>
        <w:spacing w:after="60" w:line="266" w:lineRule="auto"/>
        <w:ind w:firstLine="331"/>
        <w:jc w:val="both"/>
      </w:pPr>
      <w:r>
        <w:rPr>
          <w:rFonts w:ascii="Georgia" w:hAnsi="Georgia"/>
          <w:b w:val="0"/>
          <w:i w:val="0"/>
          <w:color w:val="22201D"/>
          <w:sz w:val="20"/>
        </w:rPr>
        <w:t>"You think people invented wanting before cleaning up?"</w:t>
      </w:r>
    </w:p>
    <w:p>
      <w:pPr>
        <w:spacing w:after="60" w:line="266" w:lineRule="auto"/>
        <w:ind w:firstLine="331"/>
        <w:jc w:val="both"/>
      </w:pPr>
      <w:r>
        <w:rPr>
          <w:rFonts w:ascii="Georgia" w:hAnsi="Georgia"/>
          <w:b w:val="0"/>
          <w:i w:val="0"/>
          <w:color w:val="22201D"/>
          <w:sz w:val="20"/>
        </w:rPr>
        <w:t>He did not answer because he had lived enough to suspect the answer was embarrassing.</w:t>
      </w:r>
    </w:p>
    <w:p>
      <w:pPr>
        <w:spacing w:after="60" w:line="266" w:lineRule="auto"/>
        <w:ind w:firstLine="331"/>
        <w:jc w:val="both"/>
      </w:pPr>
      <w:r>
        <w:rPr>
          <w:rFonts w:ascii="Georgia" w:hAnsi="Georgia"/>
          <w:b w:val="0"/>
          <w:i w:val="0"/>
          <w:color w:val="22201D"/>
          <w:sz w:val="20"/>
        </w:rPr>
        <w:t>The hostess handed him a pen.</w:t>
      </w:r>
    </w:p>
    <w:p>
      <w:pPr>
        <w:spacing w:after="60" w:line="266" w:lineRule="auto"/>
        <w:ind w:firstLine="331"/>
        <w:jc w:val="both"/>
      </w:pPr>
      <w:r>
        <w:rPr>
          <w:rFonts w:ascii="Georgia" w:hAnsi="Georgia"/>
          <w:b w:val="0"/>
          <w:i w:val="0"/>
          <w:color w:val="22201D"/>
          <w:sz w:val="20"/>
        </w:rPr>
        <w:t>"Witness line."</w:t>
      </w:r>
    </w:p>
    <w:p>
      <w:pPr>
        <w:spacing w:after="60" w:line="266" w:lineRule="auto"/>
        <w:ind w:firstLine="331"/>
        <w:jc w:val="both"/>
      </w:pPr>
      <w:r>
        <w:rPr>
          <w:rFonts w:ascii="Georgia" w:hAnsi="Georgia"/>
          <w:b w:val="0"/>
          <w:i w:val="0"/>
          <w:color w:val="22201D"/>
          <w:sz w:val="20"/>
        </w:rPr>
        <w:t>Flocc took a step back.</w:t>
      </w:r>
    </w:p>
    <w:p>
      <w:pPr>
        <w:spacing w:after="60" w:line="266" w:lineRule="auto"/>
        <w:ind w:firstLine="331"/>
        <w:jc w:val="both"/>
      </w:pPr>
      <w:r>
        <w:rPr>
          <w:rFonts w:ascii="Georgia" w:hAnsi="Georgia"/>
          <w:b w:val="0"/>
          <w:i w:val="0"/>
          <w:color w:val="22201D"/>
          <w:sz w:val="20"/>
        </w:rPr>
        <w:t>"I do not work here."</w:t>
      </w:r>
    </w:p>
    <w:p>
      <w:pPr>
        <w:spacing w:after="60" w:line="266" w:lineRule="auto"/>
        <w:ind w:firstLine="331"/>
        <w:jc w:val="both"/>
      </w:pPr>
      <w:r>
        <w:rPr>
          <w:rFonts w:ascii="Georgia" w:hAnsi="Georgia"/>
          <w:b w:val="0"/>
          <w:i w:val="0"/>
          <w:color w:val="22201D"/>
          <w:sz w:val="20"/>
        </w:rPr>
        <w:t>"That is why it matters."</w:t>
      </w:r>
    </w:p>
    <w:p>
      <w:pPr>
        <w:spacing w:after="60" w:line="266" w:lineRule="auto"/>
        <w:ind w:firstLine="331"/>
        <w:jc w:val="both"/>
      </w:pPr>
      <w:r>
        <w:rPr>
          <w:rFonts w:ascii="Georgia" w:hAnsi="Georgia"/>
          <w:b w:val="0"/>
          <w:i w:val="0"/>
          <w:color w:val="22201D"/>
          <w:sz w:val="20"/>
        </w:rPr>
        <w:t>"I do not know enough."</w:t>
      </w:r>
    </w:p>
    <w:p>
      <w:pPr>
        <w:spacing w:after="60" w:line="266" w:lineRule="auto"/>
        <w:ind w:firstLine="331"/>
        <w:jc w:val="both"/>
      </w:pPr>
      <w:r>
        <w:rPr>
          <w:rFonts w:ascii="Georgia" w:hAnsi="Georgia"/>
          <w:b w:val="0"/>
          <w:i w:val="0"/>
          <w:color w:val="22201D"/>
          <w:sz w:val="20"/>
        </w:rPr>
        <w:t>Mara laughed once. It was not the laugh of someone amused. It was the laugh of someone recognizing a familiar species of evasion and deciding not to feed it.</w:t>
      </w:r>
    </w:p>
    <w:p>
      <w:pPr>
        <w:spacing w:after="60" w:line="266" w:lineRule="auto"/>
        <w:ind w:firstLine="331"/>
        <w:jc w:val="both"/>
      </w:pPr>
      <w:r>
        <w:rPr>
          <w:rFonts w:ascii="Georgia" w:hAnsi="Georgia"/>
          <w:b w:val="0"/>
          <w:i w:val="0"/>
          <w:color w:val="22201D"/>
          <w:sz w:val="20"/>
        </w:rPr>
        <w:t>"You know who brought the bowl."</w:t>
      </w:r>
    </w:p>
    <w:p>
      <w:pPr>
        <w:spacing w:after="60" w:line="266" w:lineRule="auto"/>
        <w:ind w:firstLine="331"/>
        <w:jc w:val="both"/>
      </w:pPr>
      <w:r>
        <w:rPr>
          <w:rFonts w:ascii="Georgia" w:hAnsi="Georgia"/>
          <w:b w:val="0"/>
          <w:i w:val="0"/>
          <w:color w:val="22201D"/>
          <w:sz w:val="20"/>
        </w:rPr>
        <w:t>"Me."</w:t>
      </w:r>
    </w:p>
    <w:p>
      <w:pPr>
        <w:spacing w:after="60" w:line="266" w:lineRule="auto"/>
        <w:ind w:firstLine="331"/>
        <w:jc w:val="both"/>
      </w:pPr>
      <w:r>
        <w:rPr>
          <w:rFonts w:ascii="Georgia" w:hAnsi="Georgia"/>
          <w:b w:val="0"/>
          <w:i w:val="0"/>
          <w:color w:val="22201D"/>
          <w:sz w:val="20"/>
        </w:rPr>
        <w:t>"You know who washed it."</w:t>
      </w:r>
    </w:p>
    <w:p>
      <w:pPr>
        <w:spacing w:after="60" w:line="266" w:lineRule="auto"/>
        <w:ind w:firstLine="331"/>
        <w:jc w:val="both"/>
      </w:pPr>
      <w:r>
        <w:rPr>
          <w:rFonts w:ascii="Georgia" w:hAnsi="Georgia"/>
          <w:b w:val="0"/>
          <w:i w:val="0"/>
          <w:color w:val="22201D"/>
          <w:sz w:val="20"/>
        </w:rPr>
        <w:t>"You."</w:t>
      </w:r>
    </w:p>
    <w:p>
      <w:pPr>
        <w:spacing w:after="60" w:line="266" w:lineRule="auto"/>
        <w:ind w:firstLine="331"/>
        <w:jc w:val="both"/>
      </w:pPr>
      <w:r>
        <w:rPr>
          <w:rFonts w:ascii="Georgia" w:hAnsi="Georgia"/>
          <w:b w:val="0"/>
          <w:i w:val="0"/>
          <w:color w:val="22201D"/>
          <w:sz w:val="20"/>
        </w:rPr>
        <w:t>"You know whether the washing mattered."</w:t>
      </w:r>
    </w:p>
    <w:p>
      <w:pPr>
        <w:spacing w:after="60" w:line="266" w:lineRule="auto"/>
        <w:ind w:firstLine="331"/>
        <w:jc w:val="both"/>
      </w:pPr>
      <w:r>
        <w:rPr>
          <w:rFonts w:ascii="Georgia" w:hAnsi="Georgia"/>
          <w:b w:val="0"/>
          <w:i w:val="0"/>
          <w:color w:val="22201D"/>
          <w:sz w:val="20"/>
        </w:rPr>
        <w:t>He looked at the bowl in the rack.</w:t>
      </w:r>
    </w:p>
    <w:p>
      <w:pPr>
        <w:spacing w:after="60" w:line="266" w:lineRule="auto"/>
        <w:ind w:firstLine="331"/>
        <w:jc w:val="both"/>
      </w:pPr>
      <w:r>
        <w:rPr>
          <w:rFonts w:ascii="Georgia" w:hAnsi="Georgia"/>
          <w:b w:val="0"/>
          <w:i w:val="0"/>
          <w:color w:val="22201D"/>
          <w:sz w:val="20"/>
        </w:rPr>
        <w:t>The horizon line of spice residue had faded to a warmth under the glaze. Not gone. Integrated. The bowl could be used again without pretending it had never held anything.</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"Then you know enough for the witness line."</w:t>
      </w:r>
    </w:p>
    <w:p>
      <w:pPr>
        <w:spacing w:after="60" w:line="266" w:lineRule="auto"/>
        <w:ind w:firstLine="331"/>
        <w:jc w:val="both"/>
      </w:pPr>
      <w:r>
        <w:rPr>
          <w:rFonts w:ascii="Georgia" w:hAnsi="Georgia"/>
          <w:b w:val="0"/>
          <w:i w:val="0"/>
          <w:color w:val="22201D"/>
          <w:sz w:val="20"/>
        </w:rPr>
        <w:t>He read the form again.</w:t>
      </w:r>
    </w:p>
    <w:p>
      <w:pPr>
        <w:spacing w:after="60" w:line="266" w:lineRule="auto"/>
        <w:ind w:firstLine="331"/>
        <w:jc w:val="both"/>
      </w:pPr>
      <w:r>
        <w:rPr>
          <w:rFonts w:ascii="Georgia" w:hAnsi="Georgia"/>
          <w:b w:val="0"/>
          <w:i w:val="0"/>
          <w:color w:val="22201D"/>
          <w:sz w:val="20"/>
        </w:rPr>
        <w:t>The witness line was simple:</w:t>
      </w:r>
    </w:p>
    <w:p>
      <w:pPr>
        <w:spacing w:after="60" w:line="250" w:lineRule="auto"/>
        <w:ind w:left="202" w:right="173"/>
      </w:pPr>
      <w:r>
        <w:rPr>
          <w:rFonts w:ascii="Georgia" w:hAnsi="Georgia"/>
          <w:b w:val="0"/>
          <w:i w:val="0"/>
          <w:color w:val="22201D"/>
          <w:sz w:val="17"/>
        </w:rPr>
        <w:t>I saw the work.</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Signature:</w:t>
      </w:r>
    </w:p>
    <w:p>
      <w:pPr>
        <w:spacing w:after="60" w:line="266" w:lineRule="auto"/>
        <w:ind w:firstLine="331"/>
        <w:jc w:val="both"/>
      </w:pPr>
      <w:r>
        <w:rPr>
          <w:rFonts w:ascii="Georgia" w:hAnsi="Georgia"/>
          <w:b w:val="0"/>
          <w:i w:val="0"/>
          <w:color w:val="22201D"/>
          <w:sz w:val="20"/>
        </w:rPr>
        <w:t>Flocc hesitated.</w:t>
      </w:r>
    </w:p>
    <w:p>
      <w:pPr>
        <w:spacing w:after="60" w:line="266" w:lineRule="auto"/>
        <w:ind w:firstLine="331"/>
        <w:jc w:val="both"/>
      </w:pPr>
      <w:r>
        <w:rPr>
          <w:rFonts w:ascii="Georgia" w:hAnsi="Georgia"/>
          <w:b w:val="0"/>
          <w:i w:val="0"/>
          <w:color w:val="22201D"/>
          <w:sz w:val="20"/>
        </w:rPr>
        <w:t>Not because he objected. Because he wanted the signature to mean something clean, and meaning something clean is one of the ways people delay doing the thing that might make them responsible.</w:t>
      </w:r>
    </w:p>
    <w:p>
      <w:pPr>
        <w:spacing w:after="60" w:line="266" w:lineRule="auto"/>
        <w:ind w:firstLine="331"/>
        <w:jc w:val="both"/>
      </w:pPr>
      <w:r>
        <w:rPr>
          <w:rFonts w:ascii="Georgia" w:hAnsi="Georgia"/>
          <w:b w:val="0"/>
          <w:i w:val="0"/>
          <w:color w:val="22201D"/>
          <w:sz w:val="20"/>
        </w:rPr>
        <w:t>"Will this help?" he asked.</w:t>
      </w:r>
    </w:p>
    <w:p>
      <w:pPr>
        <w:spacing w:after="60" w:line="266" w:lineRule="auto"/>
        <w:ind w:firstLine="331"/>
        <w:jc w:val="both"/>
      </w:pPr>
      <w:r>
        <w:rPr>
          <w:rFonts w:ascii="Georgia" w:hAnsi="Georgia"/>
          <w:b w:val="0"/>
          <w:i w:val="0"/>
          <w:color w:val="22201D"/>
          <w:sz w:val="20"/>
        </w:rPr>
        <w:t>Mara's expression did not change.</w:t>
      </w:r>
    </w:p>
    <w:p>
      <w:pPr>
        <w:spacing w:after="60" w:line="266" w:lineRule="auto"/>
        <w:ind w:firstLine="331"/>
        <w:jc w:val="both"/>
      </w:pPr>
      <w:r>
        <w:rPr>
          <w:rFonts w:ascii="Georgia" w:hAnsi="Georgia"/>
          <w:b w:val="0"/>
          <w:i w:val="0"/>
          <w:color w:val="22201D"/>
          <w:sz w:val="20"/>
        </w:rPr>
        <w:t>"It will not hurt in the way silence does."</w:t>
      </w:r>
    </w:p>
    <w:p>
      <w:pPr>
        <w:spacing w:after="60" w:line="266" w:lineRule="auto"/>
        <w:ind w:firstLine="331"/>
        <w:jc w:val="both"/>
      </w:pPr>
      <w:r>
        <w:rPr>
          <w:rFonts w:ascii="Georgia" w:hAnsi="Georgia"/>
          <w:b w:val="0"/>
          <w:i w:val="0"/>
          <w:color w:val="22201D"/>
          <w:sz w:val="20"/>
        </w:rPr>
        <w:t>He signed.</w:t>
      </w:r>
    </w:p>
    <w:p>
      <w:pPr>
        <w:spacing w:after="60" w:line="266" w:lineRule="auto"/>
        <w:ind w:firstLine="331"/>
        <w:jc w:val="both"/>
      </w:pPr>
      <w:r>
        <w:rPr>
          <w:rFonts w:ascii="Georgia" w:hAnsi="Georgia"/>
          <w:b w:val="0"/>
          <w:i w:val="0"/>
          <w:color w:val="22201D"/>
          <w:sz w:val="20"/>
        </w:rPr>
        <w:t>The form did not glow.</w:t>
      </w:r>
    </w:p>
    <w:p>
      <w:pPr>
        <w:spacing w:after="60" w:line="266" w:lineRule="auto"/>
        <w:ind w:firstLine="331"/>
        <w:jc w:val="both"/>
      </w:pPr>
      <w:r>
        <w:rPr>
          <w:rFonts w:ascii="Georgia" w:hAnsi="Georgia"/>
          <w:b w:val="0"/>
          <w:i w:val="0"/>
          <w:color w:val="22201D"/>
          <w:sz w:val="20"/>
        </w:rPr>
        <w:t>It did not hum.</w:t>
      </w:r>
    </w:p>
    <w:p>
      <w:pPr>
        <w:spacing w:after="60" w:line="266" w:lineRule="auto"/>
        <w:ind w:firstLine="331"/>
        <w:jc w:val="both"/>
      </w:pPr>
      <w:r>
        <w:rPr>
          <w:rFonts w:ascii="Georgia" w:hAnsi="Georgia"/>
          <w:b w:val="0"/>
          <w:i w:val="0"/>
          <w:color w:val="22201D"/>
          <w:sz w:val="20"/>
        </w:rPr>
        <w:t>It did not transform into a dove, a flame, or a tiny municipal angel of payroll correction.</w:t>
      </w:r>
    </w:p>
    <w:p>
      <w:pPr>
        <w:spacing w:after="60" w:line="266" w:lineRule="auto"/>
        <w:ind w:firstLine="331"/>
        <w:jc w:val="both"/>
      </w:pPr>
      <w:r>
        <w:rPr>
          <w:rFonts w:ascii="Georgia" w:hAnsi="Georgia"/>
          <w:b w:val="0"/>
          <w:i w:val="0"/>
          <w:color w:val="22201D"/>
          <w:sz w:val="20"/>
        </w:rPr>
        <w:t>It remained a form.</w:t>
      </w:r>
    </w:p>
    <w:p>
      <w:pPr>
        <w:spacing w:after="60" w:line="266" w:lineRule="auto"/>
        <w:ind w:firstLine="331"/>
        <w:jc w:val="both"/>
      </w:pPr>
      <w:r>
        <w:rPr>
          <w:rFonts w:ascii="Georgia" w:hAnsi="Georgia"/>
          <w:b w:val="0"/>
          <w:i w:val="0"/>
          <w:color w:val="22201D"/>
          <w:sz w:val="20"/>
        </w:rPr>
        <w:t>This made it more serious.</w:t>
      </w:r>
    </w:p>
    <w:p>
      <w:pPr>
        <w:spacing w:after="60" w:line="266" w:lineRule="auto"/>
        <w:ind w:firstLine="331"/>
        <w:jc w:val="both"/>
      </w:pPr>
      <w:r>
        <w:rPr>
          <w:rFonts w:ascii="Georgia" w:hAnsi="Georgia"/>
          <w:b w:val="0"/>
          <w:i w:val="0"/>
          <w:color w:val="22201D"/>
          <w:sz w:val="20"/>
        </w:rPr>
        <w:t>The hostess took the clipboard and signed beneath him.</w:t>
      </w:r>
    </w:p>
    <w:p>
      <w:pPr>
        <w:spacing w:after="60" w:line="266" w:lineRule="auto"/>
        <w:ind w:firstLine="331"/>
        <w:jc w:val="both"/>
      </w:pPr>
      <w:r>
        <w:rPr>
          <w:rFonts w:ascii="Georgia" w:hAnsi="Georgia"/>
          <w:b w:val="0"/>
          <w:i w:val="0"/>
          <w:color w:val="22201D"/>
          <w:sz w:val="20"/>
        </w:rPr>
        <w:t>Mara watched her do it.</w:t>
      </w:r>
    </w:p>
    <w:p>
      <w:pPr>
        <w:spacing w:after="60" w:line="266" w:lineRule="auto"/>
        <w:ind w:firstLine="331"/>
        <w:jc w:val="both"/>
      </w:pPr>
      <w:r>
        <w:rPr>
          <w:rFonts w:ascii="Georgia" w:hAnsi="Georgia"/>
          <w:b w:val="0"/>
          <w:i w:val="0"/>
          <w:color w:val="22201D"/>
          <w:sz w:val="20"/>
        </w:rPr>
        <w:t>"Full name," Mara said.</w:t>
      </w:r>
    </w:p>
    <w:p>
      <w:pPr>
        <w:spacing w:after="60" w:line="266" w:lineRule="auto"/>
        <w:ind w:firstLine="331"/>
        <w:jc w:val="both"/>
      </w:pPr>
      <w:r>
        <w:rPr>
          <w:rFonts w:ascii="Georgia" w:hAnsi="Georgia"/>
          <w:b w:val="0"/>
          <w:i w:val="0"/>
          <w:color w:val="22201D"/>
          <w:sz w:val="20"/>
        </w:rPr>
        <w:t>The hostess looked at the line.</w:t>
      </w:r>
    </w:p>
    <w:p>
      <w:pPr>
        <w:spacing w:after="60" w:line="266" w:lineRule="auto"/>
        <w:ind w:firstLine="331"/>
        <w:jc w:val="both"/>
      </w:pPr>
      <w:r>
        <w:rPr>
          <w:rFonts w:ascii="Georgia" w:hAnsi="Georgia"/>
          <w:b w:val="0"/>
          <w:i w:val="0"/>
          <w:color w:val="22201D"/>
          <w:sz w:val="20"/>
        </w:rPr>
        <w:t>"The space is limited."</w:t>
      </w:r>
    </w:p>
    <w:p>
      <w:pPr>
        <w:spacing w:after="60" w:line="266" w:lineRule="auto"/>
        <w:ind w:firstLine="331"/>
        <w:jc w:val="both"/>
      </w:pPr>
      <w:r>
        <w:rPr>
          <w:rFonts w:ascii="Georgia" w:hAnsi="Georgia"/>
          <w:b w:val="0"/>
          <w:i w:val="0"/>
          <w:color w:val="22201D"/>
          <w:sz w:val="20"/>
        </w:rPr>
        <w:t>"You have had centuries to solve that."</w:t>
      </w:r>
    </w:p>
    <w:p>
      <w:pPr>
        <w:spacing w:after="60" w:line="266" w:lineRule="auto"/>
        <w:ind w:firstLine="331"/>
        <w:jc w:val="both"/>
      </w:pPr>
      <w:r>
        <w:rPr>
          <w:rFonts w:ascii="Georgia" w:hAnsi="Georgia"/>
          <w:b w:val="0"/>
          <w:i w:val="0"/>
          <w:color w:val="22201D"/>
          <w:sz w:val="20"/>
        </w:rPr>
        <w:t>The hostess wrote something that began as letters, became weather, and ended as a line of ink so black it seemed to have been printed by a press located in a basement of reality.</w:t>
      </w:r>
    </w:p>
    <w:p>
      <w:pPr>
        <w:spacing w:after="60" w:line="266" w:lineRule="auto"/>
        <w:ind w:firstLine="331"/>
        <w:jc w:val="both"/>
      </w:pPr>
      <w:r>
        <w:rPr>
          <w:rFonts w:ascii="Georgia" w:hAnsi="Georgia"/>
          <w:b w:val="0"/>
          <w:i w:val="0"/>
          <w:color w:val="22201D"/>
          <w:sz w:val="20"/>
        </w:rPr>
        <w:t>Mara inspected it.</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"I am honored."</w:t>
      </w:r>
    </w:p>
    <w:p>
      <w:pPr>
        <w:spacing w:after="60" w:line="266" w:lineRule="auto"/>
        <w:ind w:firstLine="331"/>
        <w:jc w:val="both"/>
      </w:pPr>
      <w:r>
        <w:rPr>
          <w:rFonts w:ascii="Georgia" w:hAnsi="Georgia"/>
          <w:b w:val="0"/>
          <w:i w:val="0"/>
          <w:color w:val="22201D"/>
          <w:sz w:val="20"/>
        </w:rPr>
        <w:t>"You are documented."</w:t>
      </w:r>
    </w:p>
    <w:p>
      <w:pPr>
        <w:spacing w:after="60" w:line="266" w:lineRule="auto"/>
        <w:ind w:firstLine="331"/>
        <w:jc w:val="both"/>
      </w:pPr>
      <w:r>
        <w:rPr>
          <w:rFonts w:ascii="Georgia" w:hAnsi="Georgia"/>
          <w:b w:val="0"/>
          <w:i w:val="0"/>
          <w:color w:val="22201D"/>
          <w:sz w:val="20"/>
        </w:rPr>
        <w:t>Bob appeared with a rack of glasses.</w:t>
      </w:r>
    </w:p>
    <w:p>
      <w:pPr>
        <w:spacing w:after="60" w:line="266" w:lineRule="auto"/>
        <w:ind w:firstLine="331"/>
        <w:jc w:val="both"/>
      </w:pPr>
      <w:r>
        <w:rPr>
          <w:rFonts w:ascii="Georgia" w:hAnsi="Georgia"/>
          <w:b w:val="0"/>
          <w:i w:val="0"/>
          <w:color w:val="22201D"/>
          <w:sz w:val="20"/>
        </w:rPr>
        <w:t>"Heard we were documenting."</w:t>
      </w:r>
    </w:p>
    <w:p>
      <w:pPr>
        <w:spacing w:after="60" w:line="266" w:lineRule="auto"/>
        <w:ind w:firstLine="331"/>
        <w:jc w:val="both"/>
      </w:pPr>
      <w:r>
        <w:rPr>
          <w:rFonts w:ascii="Georgia" w:hAnsi="Georgia"/>
          <w:b w:val="0"/>
          <w:i w:val="0"/>
          <w:color w:val="22201D"/>
          <w:sz w:val="20"/>
        </w:rPr>
        <w:t>"Do you have something to add?" asked Mara.</w:t>
      </w:r>
    </w:p>
    <w:p>
      <w:pPr>
        <w:spacing w:after="60" w:line="266" w:lineRule="auto"/>
        <w:ind w:firstLine="331"/>
        <w:jc w:val="both"/>
      </w:pPr>
      <w:r>
        <w:rPr>
          <w:rFonts w:ascii="Georgia" w:hAnsi="Georgia"/>
          <w:b w:val="0"/>
          <w:i w:val="0"/>
          <w:color w:val="22201D"/>
          <w:sz w:val="20"/>
        </w:rPr>
        <w:t>Bob set the rack down. "Mushroom crates don't wash themselves either."</w:t>
      </w:r>
    </w:p>
    <w:p>
      <w:pPr>
        <w:spacing w:after="60" w:line="266" w:lineRule="auto"/>
        <w:ind w:firstLine="331"/>
        <w:jc w:val="both"/>
      </w:pPr>
      <w:r>
        <w:rPr>
          <w:rFonts w:ascii="Georgia" w:hAnsi="Georgia"/>
          <w:b w:val="0"/>
          <w:i w:val="0"/>
          <w:color w:val="22201D"/>
          <w:sz w:val="20"/>
        </w:rPr>
        <w:t>"Submit your own claim."</w:t>
      </w:r>
    </w:p>
    <w:p>
      <w:pPr>
        <w:spacing w:after="60" w:line="266" w:lineRule="auto"/>
        <w:ind w:firstLine="331"/>
        <w:jc w:val="both"/>
      </w:pPr>
      <w:r>
        <w:rPr>
          <w:rFonts w:ascii="Georgia" w:hAnsi="Georgia"/>
          <w:b w:val="0"/>
          <w:i w:val="0"/>
          <w:color w:val="22201D"/>
          <w:sz w:val="20"/>
        </w:rPr>
        <w:t>"Already did."</w:t>
      </w:r>
    </w:p>
    <w:p>
      <w:pPr>
        <w:spacing w:after="60" w:line="266" w:lineRule="auto"/>
        <w:ind w:firstLine="331"/>
        <w:jc w:val="both"/>
      </w:pPr>
      <w:r>
        <w:rPr>
          <w:rFonts w:ascii="Georgia" w:hAnsi="Georgia"/>
          <w:b w:val="0"/>
          <w:i w:val="0"/>
          <w:color w:val="22201D"/>
          <w:sz w:val="20"/>
        </w:rPr>
        <w:t>"To whom?"</w:t>
      </w:r>
    </w:p>
    <w:p>
      <w:pPr>
        <w:spacing w:after="60" w:line="266" w:lineRule="auto"/>
        <w:ind w:firstLine="331"/>
        <w:jc w:val="both"/>
      </w:pPr>
      <w:r>
        <w:rPr>
          <w:rFonts w:ascii="Georgia" w:hAnsi="Georgia"/>
          <w:b w:val="0"/>
          <w:i w:val="0"/>
          <w:color w:val="22201D"/>
          <w:sz w:val="20"/>
        </w:rPr>
        <w:t>"The crate."</w:t>
      </w:r>
    </w:p>
    <w:p>
      <w:pPr>
        <w:spacing w:after="60" w:line="266" w:lineRule="auto"/>
        <w:ind w:firstLine="331"/>
        <w:jc w:val="both"/>
      </w:pPr>
      <w:r>
        <w:rPr>
          <w:rFonts w:ascii="Georgia" w:hAnsi="Georgia"/>
          <w:b w:val="0"/>
          <w:i w:val="0"/>
          <w:color w:val="22201D"/>
          <w:sz w:val="20"/>
        </w:rPr>
        <w:t>Mara stared at him.</w:t>
      </w:r>
    </w:p>
    <w:p>
      <w:pPr>
        <w:spacing w:after="60" w:line="266" w:lineRule="auto"/>
        <w:ind w:firstLine="331"/>
        <w:jc w:val="both"/>
      </w:pPr>
      <w:r>
        <w:rPr>
          <w:rFonts w:ascii="Georgia" w:hAnsi="Georgia"/>
          <w:b w:val="0"/>
          <w:i w:val="0"/>
          <w:color w:val="22201D"/>
          <w:sz w:val="20"/>
        </w:rPr>
        <w:t>Bob shrugged. "It was there."</w:t>
      </w:r>
    </w:p>
    <w:p>
      <w:pPr>
        <w:spacing w:after="60" w:line="266" w:lineRule="auto"/>
        <w:ind w:firstLine="331"/>
        <w:jc w:val="both"/>
      </w:pPr>
      <w:r>
        <w:rPr>
          <w:rFonts w:ascii="Georgia" w:hAnsi="Georgia"/>
          <w:b w:val="0"/>
          <w:i w:val="0"/>
          <w:color w:val="22201D"/>
          <w:sz w:val="20"/>
        </w:rPr>
        <w:t>For a moment, Flocc thought Mara might smile. She did not. But the dish pit became fractionally warmer, and the glasses in the rack chimed very quietly as though acknowledging competent absurdity.</w:t>
      </w:r>
    </w:p>
    <w:p>
      <w:pPr>
        <w:spacing w:after="60" w:line="266" w:lineRule="auto"/>
        <w:ind w:firstLine="331"/>
        <w:jc w:val="both"/>
      </w:pPr>
      <w:r>
        <w:rPr>
          <w:rFonts w:ascii="Georgia" w:hAnsi="Georgia"/>
          <w:b w:val="0"/>
          <w:i w:val="0"/>
          <w:color w:val="22201D"/>
          <w:sz w:val="20"/>
        </w:rPr>
        <w:t>The hostess added a second sheet to the clipboard.</w:t>
      </w:r>
    </w:p>
    <w:p>
      <w:pPr>
        <w:spacing w:after="60" w:line="250" w:lineRule="auto"/>
        <w:ind w:left="202" w:right="173"/>
      </w:pPr>
      <w:r>
        <w:rPr>
          <w:rFonts w:ascii="Georgia" w:hAnsi="Georgia"/>
          <w:b w:val="0"/>
          <w:i w:val="0"/>
          <w:color w:val="22201D"/>
          <w:sz w:val="17"/>
        </w:rPr>
        <w:t>ADJACENT LABOR CLAIMS  Mushroom crate sanitation: pending Spice drawer dusting: pending Receipt thermal maintenance: pending Door hinge emotional load: pending</w:t>
      </w:r>
    </w:p>
    <w:p>
      <w:pPr>
        <w:spacing w:after="60" w:line="266" w:lineRule="auto"/>
        <w:ind w:firstLine="331"/>
        <w:jc w:val="both"/>
      </w:pPr>
      <w:r>
        <w:rPr>
          <w:rFonts w:ascii="Georgia" w:hAnsi="Georgia"/>
          <w:b w:val="0"/>
          <w:i w:val="0"/>
          <w:color w:val="22201D"/>
          <w:sz w:val="20"/>
        </w:rPr>
        <w:t>"Door hinge emotional load?" Flocc asked.</w:t>
      </w:r>
    </w:p>
    <w:p>
      <w:pPr>
        <w:spacing w:after="60" w:line="266" w:lineRule="auto"/>
        <w:ind w:firstLine="331"/>
        <w:jc w:val="both"/>
      </w:pPr>
      <w:r>
        <w:rPr>
          <w:rFonts w:ascii="Georgia" w:hAnsi="Georgia"/>
          <w:b w:val="0"/>
          <w:i w:val="0"/>
          <w:color w:val="22201D"/>
          <w:sz w:val="20"/>
        </w:rPr>
        <w:t>"You would be surprised," said the hostess.</w:t>
      </w:r>
    </w:p>
    <w:p>
      <w:pPr>
        <w:spacing w:after="60" w:line="266" w:lineRule="auto"/>
        <w:ind w:firstLine="331"/>
        <w:jc w:val="both"/>
      </w:pPr>
      <w:r>
        <w:rPr>
          <w:rFonts w:ascii="Georgia" w:hAnsi="Georgia"/>
          <w:b w:val="0"/>
          <w:i w:val="0"/>
          <w:color w:val="22201D"/>
          <w:sz w:val="20"/>
        </w:rPr>
        <w:t>"I am surprised all the time here."</w:t>
      </w:r>
    </w:p>
    <w:p>
      <w:pPr>
        <w:spacing w:after="60" w:line="266" w:lineRule="auto"/>
        <w:ind w:firstLine="331"/>
        <w:jc w:val="both"/>
      </w:pPr>
      <w:r>
        <w:rPr>
          <w:rFonts w:ascii="Georgia" w:hAnsi="Georgia"/>
          <w:b w:val="0"/>
          <w:i w:val="0"/>
          <w:color w:val="22201D"/>
          <w:sz w:val="20"/>
        </w:rPr>
        <w:t>"Then you would be unsurprised."</w:t>
      </w:r>
    </w:p>
    <w:p>
      <w:pPr>
        <w:spacing w:after="60" w:line="266" w:lineRule="auto"/>
        <w:ind w:firstLine="331"/>
        <w:jc w:val="both"/>
      </w:pPr>
      <w:r>
        <w:rPr>
          <w:rFonts w:ascii="Georgia" w:hAnsi="Georgia"/>
          <w:b w:val="0"/>
          <w:i w:val="0"/>
          <w:color w:val="22201D"/>
          <w:sz w:val="20"/>
        </w:rPr>
        <w:t>Mara took the clipboard back.</w:t>
      </w:r>
    </w:p>
    <w:p>
      <w:pPr>
        <w:spacing w:after="60" w:line="266" w:lineRule="auto"/>
        <w:ind w:firstLine="331"/>
        <w:jc w:val="both"/>
      </w:pPr>
      <w:r>
        <w:rPr>
          <w:rFonts w:ascii="Georgia" w:hAnsi="Georgia"/>
          <w:b w:val="0"/>
          <w:i w:val="0"/>
          <w:color w:val="22201D"/>
          <w:sz w:val="20"/>
        </w:rPr>
        <w:t>"Recognition first," she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"Money also."</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word did not echo. It landed.</w:t>
      </w:r>
    </w:p>
    <w:p>
      <w:pPr>
        <w:spacing w:after="60" w:line="266" w:lineRule="auto"/>
        <w:ind w:firstLine="331"/>
        <w:jc w:val="both"/>
      </w:pPr>
      <w:r>
        <w:rPr>
          <w:rFonts w:ascii="Georgia" w:hAnsi="Georgia"/>
          <w:b w:val="0"/>
          <w:i w:val="0"/>
          <w:color w:val="22201D"/>
          <w:sz w:val="20"/>
        </w:rPr>
        <w:t>This mattered. Flocc could feel it. The room did not become radiant. The sinks did not sing. The dishwasher did not ascend. Something smaller and harder happened: a claim entered the record and did not get laughed out of the room.</w:t>
      </w:r>
    </w:p>
    <w:p>
      <w:pPr>
        <w:spacing w:after="60" w:line="266" w:lineRule="auto"/>
        <w:ind w:firstLine="331"/>
        <w:jc w:val="both"/>
      </w:pPr>
      <w:r>
        <w:rPr>
          <w:rFonts w:ascii="Georgia" w:hAnsi="Georgia"/>
          <w:b w:val="0"/>
          <w:i w:val="0"/>
          <w:color w:val="22201D"/>
          <w:sz w:val="20"/>
        </w:rPr>
        <w:t>Mara turned to Flocc.</w:t>
      </w:r>
    </w:p>
    <w:p>
      <w:pPr>
        <w:spacing w:after="60" w:line="266" w:lineRule="auto"/>
        <w:ind w:firstLine="331"/>
        <w:jc w:val="both"/>
      </w:pPr>
      <w:r>
        <w:rPr>
          <w:rFonts w:ascii="Georgia" w:hAnsi="Georgia"/>
          <w:b w:val="0"/>
          <w:i w:val="0"/>
          <w:color w:val="22201D"/>
          <w:sz w:val="20"/>
        </w:rPr>
        <w:t>"Your bowl is clean."</w:t>
      </w:r>
    </w:p>
    <w:p>
      <w:pPr>
        <w:spacing w:after="60" w:line="266" w:lineRule="auto"/>
        <w:ind w:firstLine="331"/>
        <w:jc w:val="both"/>
      </w:pPr>
      <w:r>
        <w:rPr>
          <w:rFonts w:ascii="Georgia" w:hAnsi="Georgia"/>
          <w:b w:val="0"/>
          <w:i w:val="0"/>
          <w:color w:val="22201D"/>
          <w:sz w:val="20"/>
        </w:rPr>
        <w:t>"Thank you," he said.</w:t>
      </w:r>
    </w:p>
    <w:p>
      <w:pPr>
        <w:spacing w:after="60" w:line="266" w:lineRule="auto"/>
        <w:ind w:firstLine="331"/>
        <w:jc w:val="both"/>
      </w:pPr>
      <w:r>
        <w:rPr>
          <w:rFonts w:ascii="Georgia" w:hAnsi="Georgia"/>
          <w:b w:val="0"/>
          <w:i w:val="0"/>
          <w:color w:val="22201D"/>
          <w:sz w:val="20"/>
        </w:rPr>
        <w:t>Mara pointed the scrub brush at him.</w:t>
      </w:r>
    </w:p>
    <w:p>
      <w:pPr>
        <w:spacing w:after="60" w:line="266" w:lineRule="auto"/>
        <w:ind w:firstLine="331"/>
        <w:jc w:val="both"/>
      </w:pPr>
      <w:r>
        <w:rPr>
          <w:rFonts w:ascii="Georgia" w:hAnsi="Georgia"/>
          <w:b w:val="0"/>
          <w:i w:val="0"/>
          <w:color w:val="22201D"/>
          <w:sz w:val="20"/>
        </w:rPr>
        <w:t>"Decorative."</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The old version of him would have apologized and hoped apology counted as payment. The slightly newer version of him wanted to help wash something immediately and be seen helping, which was worse because it came dressed as improvement.</w:t>
      </w:r>
    </w:p>
    <w:p>
      <w:pPr>
        <w:spacing w:after="60" w:line="266" w:lineRule="auto"/>
        <w:ind w:firstLine="331"/>
        <w:jc w:val="both"/>
      </w:pPr>
      <w:r>
        <w:rPr>
          <w:rFonts w:ascii="Georgia" w:hAnsi="Georgia"/>
          <w:b w:val="0"/>
          <w:i w:val="0"/>
          <w:color w:val="22201D"/>
          <w:sz w:val="20"/>
        </w:rPr>
        <w:t>He looked at the shift note.</w:t>
      </w:r>
    </w:p>
    <w:p>
      <w:pPr>
        <w:spacing w:after="60" w:line="266" w:lineRule="auto"/>
        <w:ind w:firstLine="331"/>
        <w:jc w:val="both"/>
      </w:pPr>
      <w:r>
        <w:rPr>
          <w:rFonts w:ascii="Georgia" w:hAnsi="Georgia"/>
          <w:b w:val="0"/>
          <w:i w:val="0"/>
          <w:color w:val="22201D"/>
          <w:sz w:val="20"/>
        </w:rPr>
        <w:t>"I saw the work,"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soup was not finished until the bowl was clean."</w:t>
      </w:r>
    </w:p>
    <w:p>
      <w:pPr>
        <w:spacing w:after="60" w:line="266" w:lineRule="auto"/>
        <w:ind w:firstLine="331"/>
        <w:jc w:val="both"/>
      </w:pPr>
      <w:r>
        <w:rPr>
          <w:rFonts w:ascii="Georgia" w:hAnsi="Georgia"/>
          <w:b w:val="0"/>
          <w:i w:val="0"/>
          <w:color w:val="22201D"/>
          <w:sz w:val="20"/>
        </w:rPr>
        <w:t>Mara considered him.</w:t>
      </w:r>
    </w:p>
    <w:p>
      <w:pPr>
        <w:spacing w:after="60" w:line="266" w:lineRule="auto"/>
        <w:ind w:firstLine="331"/>
        <w:jc w:val="both"/>
      </w:pPr>
      <w:r>
        <w:rPr>
          <w:rFonts w:ascii="Georgia" w:hAnsi="Georgia"/>
          <w:b w:val="0"/>
          <w:i w:val="0"/>
          <w:color w:val="22201D"/>
          <w:sz w:val="20"/>
        </w:rPr>
        <w:t>"Close."</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Bob said nothing.</w:t>
      </w:r>
    </w:p>
    <w:p>
      <w:pPr>
        <w:spacing w:after="60" w:line="266" w:lineRule="auto"/>
        <w:ind w:firstLine="331"/>
        <w:jc w:val="both"/>
      </w:pPr>
      <w:r>
        <w:rPr>
          <w:rFonts w:ascii="Georgia" w:hAnsi="Georgia"/>
          <w:b w:val="0"/>
          <w:i w:val="0"/>
          <w:color w:val="22201D"/>
          <w:sz w:val="20"/>
        </w:rPr>
        <w:t>The sink ran.</w:t>
      </w:r>
    </w:p>
    <w:p>
      <w:pPr>
        <w:spacing w:after="60" w:line="266" w:lineRule="auto"/>
        <w:ind w:firstLine="331"/>
        <w:jc w:val="both"/>
      </w:pPr>
      <w:r>
        <w:rPr>
          <w:rFonts w:ascii="Georgia" w:hAnsi="Georgia"/>
          <w:b w:val="0"/>
          <w:i w:val="0"/>
          <w:color w:val="22201D"/>
          <w:sz w:val="20"/>
        </w:rPr>
        <w:t>Flocc tried again.</w:t>
      </w:r>
    </w:p>
    <w:p>
      <w:pPr>
        <w:spacing w:after="60" w:line="266" w:lineRule="auto"/>
        <w:ind w:firstLine="331"/>
        <w:jc w:val="both"/>
      </w:pPr>
      <w:r>
        <w:rPr>
          <w:rFonts w:ascii="Georgia" w:hAnsi="Georgia"/>
          <w:b w:val="0"/>
          <w:i w:val="0"/>
          <w:color w:val="22201D"/>
          <w:sz w:val="20"/>
        </w:rPr>
        <w:t>"The meal included the washing."</w:t>
      </w:r>
    </w:p>
    <w:p>
      <w:pPr>
        <w:spacing w:after="60" w:line="266" w:lineRule="auto"/>
        <w:ind w:firstLine="331"/>
        <w:jc w:val="both"/>
      </w:pPr>
      <w:r>
        <w:rPr>
          <w:rFonts w:ascii="Georgia" w:hAnsi="Georgia"/>
          <w:b w:val="0"/>
          <w:i w:val="0"/>
          <w:color w:val="22201D"/>
          <w:sz w:val="20"/>
        </w:rPr>
        <w:t>Mara set the brush down.</w:t>
      </w:r>
    </w:p>
    <w:p>
      <w:pPr>
        <w:spacing w:after="60" w:line="266" w:lineRule="auto"/>
        <w:ind w:firstLine="331"/>
        <w:jc w:val="both"/>
      </w:pPr>
      <w:r>
        <w:rPr>
          <w:rFonts w:ascii="Georgia" w:hAnsi="Georgia"/>
          <w:b w:val="0"/>
          <w:i w:val="0"/>
          <w:color w:val="22201D"/>
          <w:sz w:val="20"/>
        </w:rPr>
        <w:t>"There."</w:t>
      </w:r>
    </w:p>
    <w:p>
      <w:pPr>
        <w:spacing w:after="60" w:line="266" w:lineRule="auto"/>
        <w:ind w:firstLine="331"/>
        <w:jc w:val="both"/>
      </w:pPr>
      <w:r>
        <w:rPr>
          <w:rFonts w:ascii="Georgia" w:hAnsi="Georgia"/>
          <w:b w:val="0"/>
          <w:i w:val="0"/>
          <w:color w:val="22201D"/>
          <w:sz w:val="20"/>
        </w:rPr>
        <w:t>The receipt warmed in his hand.</w:t>
      </w:r>
    </w:p>
    <w:p>
      <w:pPr>
        <w:spacing w:after="60" w:line="250" w:lineRule="auto"/>
        <w:ind w:left="202" w:right="173"/>
      </w:pPr>
      <w:r>
        <w:rPr>
          <w:rFonts w:ascii="Georgia" w:hAnsi="Georgia"/>
          <w:b w:val="0"/>
          <w:i w:val="0"/>
          <w:color w:val="22201D"/>
          <w:sz w:val="17"/>
        </w:rPr>
        <w:t>Recognition accepted as partial payment. Do not confuse witness with completion.</w:t>
      </w:r>
    </w:p>
    <w:p>
      <w:pPr>
        <w:spacing w:after="60" w:line="266" w:lineRule="auto"/>
        <w:ind w:firstLine="331"/>
        <w:jc w:val="both"/>
      </w:pPr>
      <w:r>
        <w:rPr>
          <w:rFonts w:ascii="Georgia" w:hAnsi="Georgia"/>
          <w:b w:val="0"/>
          <w:i w:val="0"/>
          <w:color w:val="22201D"/>
          <w:sz w:val="20"/>
        </w:rPr>
        <w:t>Mara read it upside down.</w:t>
      </w:r>
    </w:p>
    <w:p>
      <w:pPr>
        <w:spacing w:after="60" w:line="266" w:lineRule="auto"/>
        <w:ind w:firstLine="331"/>
        <w:jc w:val="both"/>
      </w:pPr>
      <w:r>
        <w:rPr>
          <w:rFonts w:ascii="Georgia" w:hAnsi="Georgia"/>
          <w:b w:val="0"/>
          <w:i w:val="0"/>
          <w:color w:val="22201D"/>
          <w:sz w:val="20"/>
        </w:rPr>
        <w:t>"Smart paper."</w:t>
      </w:r>
    </w:p>
    <w:p>
      <w:pPr>
        <w:spacing w:after="60" w:line="266" w:lineRule="auto"/>
        <w:ind w:firstLine="331"/>
        <w:jc w:val="both"/>
      </w:pPr>
      <w:r>
        <w:rPr>
          <w:rFonts w:ascii="Georgia" w:hAnsi="Georgia"/>
          <w:b w:val="0"/>
          <w:i w:val="0"/>
          <w:color w:val="22201D"/>
          <w:sz w:val="20"/>
        </w:rPr>
        <w:t>"It is rude paper."</w:t>
      </w:r>
    </w:p>
    <w:p>
      <w:pPr>
        <w:spacing w:after="60" w:line="266" w:lineRule="auto"/>
        <w:ind w:firstLine="331"/>
        <w:jc w:val="both"/>
      </w:pPr>
      <w:r>
        <w:rPr>
          <w:rFonts w:ascii="Georgia" w:hAnsi="Georgia"/>
          <w:b w:val="0"/>
          <w:i w:val="0"/>
          <w:color w:val="22201D"/>
          <w:sz w:val="20"/>
        </w:rPr>
        <w:t>"Most smart things start there."</w:t>
      </w:r>
    </w:p>
    <w:p>
      <w:pPr>
        <w:spacing w:after="60" w:line="266" w:lineRule="auto"/>
        <w:ind w:firstLine="331"/>
        <w:jc w:val="both"/>
      </w:pPr>
      <w:r>
        <w:rPr>
          <w:rFonts w:ascii="Georgia" w:hAnsi="Georgia"/>
          <w:b w:val="0"/>
          <w:i w:val="0"/>
          <w:color w:val="22201D"/>
          <w:sz w:val="20"/>
        </w:rPr>
        <w:t>She lifted a plate from the drying rack and held it out to him. It was ordinary white ceramic. Clean. Not spiritually clean. Not absolved. Clean enough to serve food on because someone had done the work.</w:t>
      </w:r>
    </w:p>
    <w:p>
      <w:pPr>
        <w:spacing w:after="60" w:line="266" w:lineRule="auto"/>
        <w:ind w:firstLine="331"/>
        <w:jc w:val="both"/>
      </w:pPr>
      <w:r>
        <w:rPr>
          <w:rFonts w:ascii="Georgia" w:hAnsi="Georgia"/>
          <w:b w:val="0"/>
          <w:i w:val="0"/>
          <w:color w:val="22201D"/>
          <w:sz w:val="20"/>
        </w:rPr>
        <w:t>"Take this back."</w:t>
      </w:r>
    </w:p>
    <w:p>
      <w:pPr>
        <w:spacing w:after="60" w:line="266" w:lineRule="auto"/>
        <w:ind w:firstLine="331"/>
        <w:jc w:val="both"/>
      </w:pPr>
      <w:r>
        <w:rPr>
          <w:rFonts w:ascii="Georgia" w:hAnsi="Georgia"/>
          <w:b w:val="0"/>
          <w:i w:val="0"/>
          <w:color w:val="22201D"/>
          <w:sz w:val="20"/>
        </w:rPr>
        <w:t>"To my table?"</w:t>
      </w:r>
    </w:p>
    <w:p>
      <w:pPr>
        <w:spacing w:after="60" w:line="266" w:lineRule="auto"/>
        <w:ind w:firstLine="331"/>
        <w:jc w:val="both"/>
      </w:pPr>
      <w:r>
        <w:rPr>
          <w:rFonts w:ascii="Georgia" w:hAnsi="Georgia"/>
          <w:b w:val="0"/>
          <w:i w:val="0"/>
          <w:color w:val="22201D"/>
          <w:sz w:val="20"/>
        </w:rPr>
        <w:t>"To the pass."</w:t>
      </w:r>
    </w:p>
    <w:p>
      <w:pPr>
        <w:spacing w:after="60" w:line="266" w:lineRule="auto"/>
        <w:ind w:firstLine="331"/>
        <w:jc w:val="both"/>
      </w:pPr>
      <w:r>
        <w:rPr>
          <w:rFonts w:ascii="Georgia" w:hAnsi="Georgia"/>
          <w:b w:val="0"/>
          <w:i w:val="0"/>
          <w:color w:val="22201D"/>
          <w:sz w:val="20"/>
        </w:rPr>
        <w:t>"Am I allowed?"</w:t>
      </w:r>
    </w:p>
    <w:p>
      <w:pPr>
        <w:spacing w:after="60" w:line="266" w:lineRule="auto"/>
        <w:ind w:firstLine="331"/>
        <w:jc w:val="both"/>
      </w:pPr>
      <w:r>
        <w:rPr>
          <w:rFonts w:ascii="Georgia" w:hAnsi="Georgia"/>
          <w:b w:val="0"/>
          <w:i w:val="0"/>
          <w:color w:val="22201D"/>
          <w:sz w:val="20"/>
        </w:rPr>
        <w:t>"You are carrying work, not wandering."</w:t>
      </w:r>
    </w:p>
    <w:p>
      <w:pPr>
        <w:spacing w:after="60" w:line="266" w:lineRule="auto"/>
        <w:ind w:firstLine="331"/>
        <w:jc w:val="both"/>
      </w:pPr>
      <w:r>
        <w:rPr>
          <w:rFonts w:ascii="Georgia" w:hAnsi="Georgia"/>
          <w:b w:val="0"/>
          <w:i w:val="0"/>
          <w:color w:val="22201D"/>
          <w:sz w:val="20"/>
        </w:rPr>
        <w:t>This difference moved through the kitchen faster than permission. Cooks shifted aside. Bob lifted a crate. The hostess opened a path without appearing to move. Flocc carried the plate carefully, both hands under it, aware that carrying an empty plate was not nothing. It was readiness made visible.</w:t>
      </w:r>
    </w:p>
    <w:p>
      <w:pPr>
        <w:spacing w:after="60" w:line="266" w:lineRule="auto"/>
        <w:ind w:firstLine="331"/>
        <w:jc w:val="both"/>
      </w:pPr>
      <w:r>
        <w:rPr>
          <w:rFonts w:ascii="Georgia" w:hAnsi="Georgia"/>
          <w:b w:val="0"/>
          <w:i w:val="0"/>
          <w:color w:val="22201D"/>
          <w:sz w:val="20"/>
        </w:rPr>
        <w:t>At the pass, a cook took it from him without looking up.</w:t>
      </w:r>
    </w:p>
    <w:p>
      <w:pPr>
        <w:spacing w:after="60" w:line="266" w:lineRule="auto"/>
        <w:ind w:firstLine="331"/>
        <w:jc w:val="both"/>
      </w:pPr>
      <w:r>
        <w:rPr>
          <w:rFonts w:ascii="Georgia" w:hAnsi="Georgia"/>
          <w:b w:val="0"/>
          <w:i w:val="0"/>
          <w:color w:val="22201D"/>
          <w:sz w:val="20"/>
        </w:rPr>
        <w:t>"Thanks," said the cook.</w:t>
      </w:r>
    </w:p>
    <w:p>
      <w:pPr>
        <w:spacing w:after="60" w:line="266" w:lineRule="auto"/>
        <w:ind w:firstLine="331"/>
        <w:jc w:val="both"/>
      </w:pPr>
      <w:r>
        <w:rPr>
          <w:rFonts w:ascii="Georgia" w:hAnsi="Georgia"/>
          <w:b w:val="0"/>
          <w:i w:val="0"/>
          <w:color w:val="22201D"/>
          <w:sz w:val="20"/>
        </w:rPr>
        <w:t>The word did not feel decorative there.</w:t>
      </w:r>
    </w:p>
    <w:p>
      <w:pPr>
        <w:spacing w:after="60" w:line="266" w:lineRule="auto"/>
        <w:ind w:firstLine="331"/>
        <w:jc w:val="both"/>
      </w:pPr>
      <w:r>
        <w:rPr>
          <w:rFonts w:ascii="Georgia" w:hAnsi="Georgia"/>
          <w:b w:val="0"/>
          <w:i w:val="0"/>
          <w:color w:val="22201D"/>
          <w:sz w:val="20"/>
        </w:rPr>
        <w:t>It landed on the plate, on the hands, on the route it had traveled.</w:t>
      </w:r>
    </w:p>
    <w:p>
      <w:pPr>
        <w:spacing w:after="60" w:line="266" w:lineRule="auto"/>
        <w:ind w:firstLine="331"/>
        <w:jc w:val="both"/>
      </w:pPr>
      <w:r>
        <w:rPr>
          <w:rFonts w:ascii="Georgia" w:hAnsi="Georgia"/>
          <w:b w:val="0"/>
          <w:i w:val="0"/>
          <w:color w:val="22201D"/>
          <w:sz w:val="20"/>
        </w:rPr>
        <w:t>Flocc returned to the dish pit.</w:t>
      </w:r>
    </w:p>
    <w:p>
      <w:pPr>
        <w:spacing w:after="60" w:line="266" w:lineRule="auto"/>
        <w:ind w:firstLine="331"/>
        <w:jc w:val="both"/>
      </w:pPr>
      <w:r>
        <w:rPr>
          <w:rFonts w:ascii="Georgia" w:hAnsi="Georgia"/>
          <w:b w:val="0"/>
          <w:i w:val="0"/>
          <w:color w:val="22201D"/>
          <w:sz w:val="20"/>
        </w:rPr>
        <w:t>Mara had already started another rack.</w:t>
      </w:r>
    </w:p>
    <w:p>
      <w:pPr>
        <w:spacing w:after="60" w:line="266" w:lineRule="auto"/>
        <w:ind w:firstLine="331"/>
        <w:jc w:val="both"/>
      </w:pPr>
      <w:r>
        <w:rPr>
          <w:rFonts w:ascii="Georgia" w:hAnsi="Georgia"/>
          <w:b w:val="0"/>
          <w:i w:val="0"/>
          <w:color w:val="22201D"/>
          <w:sz w:val="20"/>
        </w:rPr>
        <w:t>"Did that count?" he asked.</w:t>
      </w:r>
    </w:p>
    <w:p>
      <w:pPr>
        <w:spacing w:after="60" w:line="266" w:lineRule="auto"/>
        <w:ind w:firstLine="331"/>
        <w:jc w:val="both"/>
      </w:pPr>
      <w:r>
        <w:rPr>
          <w:rFonts w:ascii="Georgia" w:hAnsi="Georgia"/>
          <w:b w:val="0"/>
          <w:i w:val="0"/>
          <w:color w:val="22201D"/>
          <w:sz w:val="20"/>
        </w:rPr>
        <w:t>"As carrying a plate, yes."</w:t>
      </w:r>
    </w:p>
    <w:p>
      <w:pPr>
        <w:spacing w:after="60" w:line="266" w:lineRule="auto"/>
        <w:ind w:firstLine="331"/>
        <w:jc w:val="both"/>
      </w:pPr>
      <w:r>
        <w:rPr>
          <w:rFonts w:ascii="Georgia" w:hAnsi="Georgia"/>
          <w:b w:val="0"/>
          <w:i w:val="0"/>
          <w:color w:val="22201D"/>
          <w:sz w:val="20"/>
        </w:rPr>
        <w:t>"As anything larger?"</w:t>
      </w:r>
    </w:p>
    <w:p>
      <w:pPr>
        <w:spacing w:after="60" w:line="266" w:lineRule="auto"/>
        <w:ind w:firstLine="331"/>
        <w:jc w:val="both"/>
      </w:pPr>
      <w:r>
        <w:rPr>
          <w:rFonts w:ascii="Georgia" w:hAnsi="Georgia"/>
          <w:b w:val="0"/>
          <w:i w:val="0"/>
          <w:color w:val="22201D"/>
          <w:sz w:val="20"/>
        </w:rPr>
        <w:t>"Do not get greedy."</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The hostess clipped the signed shift note to a wire above the sink. The paper hung there among tickets, temperature logs, repair requests, and a handwritten note that read:</w:t>
      </w:r>
    </w:p>
    <w:p>
      <w:pPr>
        <w:spacing w:after="60" w:line="250" w:lineRule="auto"/>
        <w:ind w:left="202" w:right="173"/>
      </w:pPr>
      <w:r>
        <w:rPr>
          <w:rFonts w:ascii="Georgia" w:hAnsi="Georgia"/>
          <w:b w:val="0"/>
          <w:i w:val="0"/>
          <w:color w:val="22201D"/>
          <w:sz w:val="17"/>
        </w:rPr>
        <w:t>STOP USING THE APOCALYPSE LADLE FOR BISQUE.</w:t>
      </w:r>
    </w:p>
    <w:p>
      <w:pPr>
        <w:spacing w:after="60" w:line="266" w:lineRule="auto"/>
        <w:ind w:firstLine="331"/>
        <w:jc w:val="both"/>
      </w:pPr>
      <w:r>
        <w:rPr>
          <w:rFonts w:ascii="Georgia" w:hAnsi="Georgia"/>
          <w:b w:val="0"/>
          <w:i w:val="0"/>
          <w:color w:val="22201D"/>
          <w:sz w:val="20"/>
        </w:rPr>
        <w:t>The shift note absorbed steam.</w:t>
      </w:r>
    </w:p>
    <w:p>
      <w:pPr>
        <w:spacing w:after="60" w:line="266" w:lineRule="auto"/>
        <w:ind w:firstLine="331"/>
        <w:jc w:val="both"/>
      </w:pPr>
      <w:r>
        <w:rPr>
          <w:rFonts w:ascii="Georgia" w:hAnsi="Georgia"/>
          <w:b w:val="0"/>
          <w:i w:val="0"/>
          <w:color w:val="22201D"/>
          <w:sz w:val="20"/>
        </w:rPr>
        <w:t>For a second the ink blurred.</w:t>
      </w:r>
    </w:p>
    <w:p>
      <w:pPr>
        <w:spacing w:after="60" w:line="266" w:lineRule="auto"/>
        <w:ind w:firstLine="331"/>
        <w:jc w:val="both"/>
      </w:pPr>
      <w:r>
        <w:rPr>
          <w:rFonts w:ascii="Georgia" w:hAnsi="Georgia"/>
          <w:b w:val="0"/>
          <w:i w:val="0"/>
          <w:color w:val="22201D"/>
          <w:sz w:val="20"/>
        </w:rPr>
        <w:t>Then it sharpened.</w:t>
      </w:r>
    </w:p>
    <w:p>
      <w:pPr>
        <w:spacing w:after="60" w:line="266" w:lineRule="auto"/>
        <w:ind w:firstLine="331"/>
        <w:jc w:val="both"/>
      </w:pPr>
      <w:r>
        <w:rPr>
          <w:rFonts w:ascii="Georgia" w:hAnsi="Georgia"/>
          <w:b w:val="0"/>
          <w:i w:val="0"/>
          <w:color w:val="22201D"/>
          <w:sz w:val="20"/>
        </w:rPr>
        <w:t>At the bottom of the page, beneath the signatures, a new box printed itself.</w:t>
      </w:r>
    </w:p>
    <w:p>
      <w:pPr>
        <w:spacing w:after="60" w:line="250" w:lineRule="auto"/>
        <w:ind w:left="202" w:right="173"/>
      </w:pPr>
      <w:r>
        <w:rPr>
          <w:rFonts w:ascii="Georgia" w:hAnsi="Georgia"/>
          <w:b w:val="0"/>
          <w:i w:val="0"/>
          <w:color w:val="22201D"/>
          <w:sz w:val="17"/>
        </w:rPr>
        <w:t>FORWARD TO RECORDS</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File under: Business license amendment / labor recognition / miracle maintenance</w:t>
      </w:r>
    </w:p>
    <w:p>
      <w:pPr>
        <w:spacing w:after="60" w:line="266" w:lineRule="auto"/>
        <w:ind w:firstLine="331"/>
        <w:jc w:val="both"/>
      </w:pPr>
      <w:r>
        <w:rPr>
          <w:rFonts w:ascii="Georgia" w:hAnsi="Georgia"/>
          <w:b w:val="0"/>
          <w:i w:val="0"/>
          <w:color w:val="22201D"/>
          <w:sz w:val="20"/>
        </w:rPr>
        <w:t>The hostess looked at it.</w:t>
      </w:r>
    </w:p>
    <w:p>
      <w:pPr>
        <w:spacing w:after="60" w:line="266" w:lineRule="auto"/>
        <w:ind w:firstLine="331"/>
        <w:jc w:val="both"/>
      </w:pPr>
      <w:r>
        <w:rPr>
          <w:rFonts w:ascii="Georgia" w:hAnsi="Georgia"/>
          <w:b w:val="0"/>
          <w:i w:val="0"/>
          <w:color w:val="22201D"/>
          <w:sz w:val="20"/>
        </w:rPr>
        <w:t>"That will be Steve."</w:t>
      </w:r>
    </w:p>
    <w:p>
      <w:pPr>
        <w:spacing w:after="60" w:line="266" w:lineRule="auto"/>
        <w:ind w:firstLine="331"/>
        <w:jc w:val="both"/>
      </w:pPr>
      <w:r>
        <w:rPr>
          <w:rFonts w:ascii="Georgia" w:hAnsi="Georgia"/>
          <w:b w:val="0"/>
          <w:i w:val="0"/>
          <w:color w:val="22201D"/>
          <w:sz w:val="20"/>
        </w:rPr>
        <w:t>"Steve the filing clerk?" Flocc asked.</w:t>
      </w:r>
    </w:p>
    <w:p>
      <w:pPr>
        <w:spacing w:after="60" w:line="266" w:lineRule="auto"/>
        <w:ind w:firstLine="331"/>
        <w:jc w:val="both"/>
      </w:pPr>
      <w:r>
        <w:rPr>
          <w:rFonts w:ascii="Georgia" w:hAnsi="Georgia"/>
          <w:b w:val="0"/>
          <w:i w:val="0"/>
          <w:color w:val="22201D"/>
          <w:sz w:val="20"/>
        </w:rPr>
        <w:t>"Retired."</w:t>
      </w:r>
    </w:p>
    <w:p>
      <w:pPr>
        <w:spacing w:after="60" w:line="266" w:lineRule="auto"/>
        <w:ind w:firstLine="331"/>
        <w:jc w:val="both"/>
      </w:pPr>
      <w:r>
        <w:rPr>
          <w:rFonts w:ascii="Georgia" w:hAnsi="Georgia"/>
          <w:b w:val="0"/>
          <w:i w:val="0"/>
          <w:color w:val="22201D"/>
          <w:sz w:val="20"/>
        </w:rPr>
        <w:t>"Then why will it be Steve?"</w:t>
      </w:r>
    </w:p>
    <w:p>
      <w:pPr>
        <w:spacing w:after="60" w:line="266" w:lineRule="auto"/>
        <w:ind w:firstLine="331"/>
        <w:jc w:val="both"/>
      </w:pPr>
      <w:r>
        <w:rPr>
          <w:rFonts w:ascii="Georgia" w:hAnsi="Georgia"/>
          <w:b w:val="0"/>
          <w:i w:val="0"/>
          <w:color w:val="22201D"/>
          <w:sz w:val="20"/>
        </w:rPr>
        <w:t>"Some errors keep jurisdiction."</w:t>
      </w:r>
    </w:p>
    <w:p>
      <w:pPr>
        <w:spacing w:after="60" w:line="266" w:lineRule="auto"/>
        <w:ind w:firstLine="331"/>
        <w:jc w:val="both"/>
      </w:pPr>
      <w:r>
        <w:rPr>
          <w:rFonts w:ascii="Georgia" w:hAnsi="Georgia"/>
          <w:b w:val="0"/>
          <w:i w:val="0"/>
          <w:color w:val="22201D"/>
          <w:sz w:val="20"/>
        </w:rPr>
        <w:t>Mara pulled the next plate from the sink.</w:t>
      </w:r>
    </w:p>
    <w:p>
      <w:pPr>
        <w:spacing w:after="60" w:line="266" w:lineRule="auto"/>
        <w:ind w:firstLine="331"/>
        <w:jc w:val="both"/>
      </w:pPr>
      <w:r>
        <w:rPr>
          <w:rFonts w:ascii="Georgia" w:hAnsi="Georgia"/>
          <w:b w:val="0"/>
          <w:i w:val="0"/>
          <w:color w:val="22201D"/>
          <w:sz w:val="20"/>
        </w:rPr>
        <w:t>"Tell Steve I want the raise in writing."</w:t>
      </w:r>
    </w:p>
    <w:p>
      <w:pPr>
        <w:spacing w:after="60" w:line="266" w:lineRule="auto"/>
        <w:ind w:firstLine="331"/>
        <w:jc w:val="both"/>
      </w:pPr>
      <w:r>
        <w:rPr>
          <w:rFonts w:ascii="Georgia" w:hAnsi="Georgia"/>
          <w:b w:val="0"/>
          <w:i w:val="0"/>
          <w:color w:val="22201D"/>
          <w:sz w:val="20"/>
        </w:rPr>
        <w:t>"I am not going to see Steve."</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Flocc hated how informative that was.</w:t>
      </w:r>
    </w:p>
    <w:p>
      <w:pPr>
        <w:spacing w:after="60" w:line="266" w:lineRule="auto"/>
        <w:ind w:firstLine="331"/>
        <w:jc w:val="both"/>
      </w:pPr>
      <w:r>
        <w:rPr>
          <w:rFonts w:ascii="Georgia" w:hAnsi="Georgia"/>
          <w:b w:val="0"/>
          <w:i w:val="0"/>
          <w:color w:val="22201D"/>
          <w:sz w:val="20"/>
        </w:rPr>
        <w:t>Mara pointed to the rack of clean bowls.</w:t>
      </w:r>
    </w:p>
    <w:p>
      <w:pPr>
        <w:spacing w:after="60" w:line="266" w:lineRule="auto"/>
        <w:ind w:firstLine="331"/>
        <w:jc w:val="both"/>
      </w:pPr>
      <w:r>
        <w:rPr>
          <w:rFonts w:ascii="Georgia" w:hAnsi="Georgia"/>
          <w:b w:val="0"/>
          <w:i w:val="0"/>
          <w:color w:val="22201D"/>
          <w:sz w:val="20"/>
        </w:rPr>
        <w:t>"And tell him recognition first, money also. Not recognition instead. That trick is older than the menu and less nutritious."</w:t>
      </w:r>
    </w:p>
    <w:p>
      <w:pPr>
        <w:spacing w:after="60" w:line="266" w:lineRule="auto"/>
        <w:ind w:firstLine="331"/>
        <w:jc w:val="both"/>
      </w:pPr>
      <w:r>
        <w:rPr>
          <w:rFonts w:ascii="Georgia" w:hAnsi="Georgia"/>
          <w:b w:val="0"/>
          <w:i w:val="0"/>
          <w:color w:val="22201D"/>
          <w:sz w:val="20"/>
        </w:rPr>
        <w:t>The shift note detached itself from the wire.</w:t>
      </w:r>
    </w:p>
    <w:p>
      <w:pPr>
        <w:spacing w:after="60" w:line="266" w:lineRule="auto"/>
        <w:ind w:firstLine="331"/>
        <w:jc w:val="both"/>
      </w:pPr>
      <w:r>
        <w:rPr>
          <w:rFonts w:ascii="Georgia" w:hAnsi="Georgia"/>
          <w:b w:val="0"/>
          <w:i w:val="0"/>
          <w:color w:val="22201D"/>
          <w:sz w:val="20"/>
        </w:rPr>
        <w:t>It folded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Then it became an envelope.</w:t>
      </w:r>
    </w:p>
    <w:p>
      <w:pPr>
        <w:spacing w:after="60" w:line="266" w:lineRule="auto"/>
        <w:ind w:firstLine="331"/>
        <w:jc w:val="both"/>
      </w:pPr>
      <w:r>
        <w:rPr>
          <w:rFonts w:ascii="Georgia" w:hAnsi="Georgia"/>
          <w:b w:val="0"/>
          <w:i w:val="0"/>
          <w:color w:val="22201D"/>
          <w:sz w:val="20"/>
        </w:rPr>
        <w:t>On the front, in neat block letters:</w:t>
      </w:r>
    </w:p>
    <w:p>
      <w:pPr>
        <w:spacing w:after="60" w:line="250" w:lineRule="auto"/>
        <w:ind w:left="202" w:right="173"/>
      </w:pPr>
      <w:r>
        <w:rPr>
          <w:rFonts w:ascii="Georgia" w:hAnsi="Georgia"/>
          <w:b w:val="0"/>
          <w:i w:val="0"/>
          <w:color w:val="22201D"/>
          <w:sz w:val="17"/>
        </w:rPr>
        <w:t>STEVE BEND, OREGON OR WHEREVER THE FILE NEEDS HIM</w:t>
      </w:r>
    </w:p>
    <w:p>
      <w:pPr>
        <w:spacing w:after="60" w:line="266" w:lineRule="auto"/>
        <w:ind w:firstLine="331"/>
        <w:jc w:val="both"/>
      </w:pPr>
      <w:r>
        <w:rPr>
          <w:rFonts w:ascii="Georgia" w:hAnsi="Georgia"/>
          <w:b w:val="0"/>
          <w:i w:val="0"/>
          <w:color w:val="22201D"/>
          <w:sz w:val="20"/>
        </w:rPr>
        <w:t>No stamp.</w:t>
      </w:r>
    </w:p>
    <w:p>
      <w:pPr>
        <w:spacing w:after="60" w:line="266" w:lineRule="auto"/>
        <w:ind w:firstLine="331"/>
        <w:jc w:val="both"/>
      </w:pPr>
      <w:r>
        <w:rPr>
          <w:rFonts w:ascii="Georgia" w:hAnsi="Georgia"/>
          <w:b w:val="0"/>
          <w:i w:val="0"/>
          <w:color w:val="22201D"/>
          <w:sz w:val="20"/>
        </w:rPr>
        <w:t>No return address.</w:t>
      </w:r>
    </w:p>
    <w:p>
      <w:pPr>
        <w:spacing w:after="60" w:line="266" w:lineRule="auto"/>
        <w:ind w:firstLine="331"/>
        <w:jc w:val="both"/>
      </w:pPr>
      <w:r>
        <w:rPr>
          <w:rFonts w:ascii="Georgia" w:hAnsi="Georgia"/>
          <w:b w:val="0"/>
          <w:i w:val="0"/>
          <w:color w:val="22201D"/>
          <w:sz w:val="20"/>
        </w:rPr>
        <w:t>The hostess handed it to Flocc.</w:t>
      </w:r>
    </w:p>
    <w:p>
      <w:pPr>
        <w:spacing w:after="60" w:line="266" w:lineRule="auto"/>
        <w:ind w:firstLine="331"/>
        <w:jc w:val="both"/>
      </w:pPr>
      <w:r>
        <w:rPr>
          <w:rFonts w:ascii="Georgia" w:hAnsi="Georgia"/>
          <w:b w:val="0"/>
          <w:i w:val="0"/>
          <w:color w:val="22201D"/>
          <w:sz w:val="20"/>
        </w:rPr>
        <w:t>"I thought the restaurant handled its own mail."</w:t>
      </w:r>
    </w:p>
    <w:p>
      <w:pPr>
        <w:spacing w:after="60" w:line="266" w:lineRule="auto"/>
        <w:ind w:firstLine="331"/>
        <w:jc w:val="both"/>
      </w:pPr>
      <w:r>
        <w:rPr>
          <w:rFonts w:ascii="Georgia" w:hAnsi="Georgia"/>
          <w:b w:val="0"/>
          <w:i w:val="0"/>
          <w:color w:val="22201D"/>
          <w:sz w:val="20"/>
        </w:rPr>
        <w:t>"It does."</w:t>
      </w:r>
    </w:p>
    <w:p>
      <w:pPr>
        <w:spacing w:after="60" w:line="266" w:lineRule="auto"/>
        <w:ind w:firstLine="331"/>
        <w:jc w:val="both"/>
      </w:pPr>
      <w:r>
        <w:rPr>
          <w:rFonts w:ascii="Georgia" w:hAnsi="Georgia"/>
          <w:b w:val="0"/>
          <w:i w:val="0"/>
          <w:color w:val="22201D"/>
          <w:sz w:val="20"/>
        </w:rPr>
        <w:t>"Then why am I holding this?"</w:t>
      </w:r>
    </w:p>
    <w:p>
      <w:pPr>
        <w:spacing w:after="60" w:line="266" w:lineRule="auto"/>
        <w:ind w:firstLine="331"/>
        <w:jc w:val="both"/>
      </w:pPr>
      <w:r>
        <w:rPr>
          <w:rFonts w:ascii="Georgia" w:hAnsi="Georgia"/>
          <w:b w:val="0"/>
          <w:i w:val="0"/>
          <w:color w:val="22201D"/>
          <w:sz w:val="20"/>
        </w:rPr>
        <w:t>"You are on the route."</w:t>
      </w:r>
    </w:p>
    <w:p>
      <w:pPr>
        <w:spacing w:after="60" w:line="266" w:lineRule="auto"/>
        <w:ind w:firstLine="331"/>
        <w:jc w:val="both"/>
      </w:pPr>
      <w:r>
        <w:rPr>
          <w:rFonts w:ascii="Georgia" w:hAnsi="Georgia"/>
          <w:b w:val="0"/>
          <w:i w:val="0"/>
          <w:color w:val="22201D"/>
          <w:sz w:val="20"/>
        </w:rPr>
        <w:t>That sounded like a future problem wearing present-tense shoes.</w:t>
      </w:r>
    </w:p>
    <w:p>
      <w:pPr>
        <w:spacing w:after="60" w:line="266" w:lineRule="auto"/>
        <w:ind w:firstLine="331"/>
        <w:jc w:val="both"/>
      </w:pPr>
      <w:r>
        <w:rPr>
          <w:rFonts w:ascii="Georgia" w:hAnsi="Georgia"/>
          <w:b w:val="0"/>
          <w:i w:val="0"/>
          <w:color w:val="22201D"/>
          <w:sz w:val="20"/>
        </w:rPr>
        <w:t>Mara returned to the sink.</w:t>
      </w:r>
    </w:p>
    <w:p>
      <w:pPr>
        <w:spacing w:after="60" w:line="266" w:lineRule="auto"/>
        <w:ind w:firstLine="331"/>
        <w:jc w:val="both"/>
      </w:pPr>
      <w:r>
        <w:rPr>
          <w:rFonts w:ascii="Georgia" w:hAnsi="Georgia"/>
          <w:b w:val="0"/>
          <w:i w:val="0"/>
          <w:color w:val="22201D"/>
          <w:sz w:val="20"/>
        </w:rPr>
        <w:t>"Do not bend the form," she said.</w:t>
      </w:r>
    </w:p>
    <w:p>
      <w:pPr>
        <w:spacing w:after="60" w:line="266" w:lineRule="auto"/>
        <w:ind w:firstLine="331"/>
        <w:jc w:val="both"/>
      </w:pPr>
      <w:r>
        <w:rPr>
          <w:rFonts w:ascii="Georgia" w:hAnsi="Georgia"/>
          <w:b w:val="0"/>
          <w:i w:val="0"/>
          <w:color w:val="22201D"/>
          <w:sz w:val="20"/>
        </w:rPr>
        <w:t>"It is already folded."</w:t>
      </w:r>
    </w:p>
    <w:p>
      <w:pPr>
        <w:spacing w:after="60" w:line="266" w:lineRule="auto"/>
        <w:ind w:firstLine="331"/>
        <w:jc w:val="both"/>
      </w:pPr>
      <w:r>
        <w:rPr>
          <w:rFonts w:ascii="Georgia" w:hAnsi="Georgia"/>
          <w:b w:val="0"/>
          <w:i w:val="0"/>
          <w:color w:val="22201D"/>
          <w:sz w:val="20"/>
        </w:rPr>
        <w:t>"Do not fold it in the way people fold things they intend to forget."</w:t>
      </w:r>
    </w:p>
    <w:p>
      <w:pPr>
        <w:spacing w:after="60" w:line="266" w:lineRule="auto"/>
        <w:ind w:firstLine="331"/>
        <w:jc w:val="both"/>
      </w:pPr>
      <w:r>
        <w:rPr>
          <w:rFonts w:ascii="Georgia" w:hAnsi="Georgia"/>
          <w:b w:val="0"/>
          <w:i w:val="0"/>
          <w:color w:val="22201D"/>
          <w:sz w:val="20"/>
        </w:rPr>
        <w:t>He put the envelope carefully inside his coat, separate from the receipt, separate from the spice card, separate from the other documents by which society pretended a person could prove who he was.</w:t>
      </w:r>
    </w:p>
    <w:p>
      <w:pPr>
        <w:spacing w:after="60" w:line="266" w:lineRule="auto"/>
        <w:ind w:firstLine="331"/>
        <w:jc w:val="both"/>
      </w:pPr>
      <w:r>
        <w:rPr>
          <w:rFonts w:ascii="Georgia" w:hAnsi="Georgia"/>
          <w:b w:val="0"/>
          <w:i w:val="0"/>
          <w:color w:val="22201D"/>
          <w:sz w:val="20"/>
        </w:rPr>
        <w:t>The dish pit resumed its work.</w:t>
      </w:r>
    </w:p>
    <w:p>
      <w:pPr>
        <w:spacing w:after="60" w:line="266" w:lineRule="auto"/>
        <w:ind w:firstLine="331"/>
        <w:jc w:val="both"/>
      </w:pPr>
      <w:r>
        <w:rPr>
          <w:rFonts w:ascii="Georgia" w:hAnsi="Georgia"/>
          <w:b w:val="0"/>
          <w:i w:val="0"/>
          <w:color w:val="22201D"/>
          <w:sz w:val="20"/>
        </w:rPr>
        <w:t>Water ran.</w:t>
      </w:r>
    </w:p>
    <w:p>
      <w:pPr>
        <w:spacing w:after="60" w:line="266" w:lineRule="auto"/>
        <w:ind w:firstLine="331"/>
        <w:jc w:val="both"/>
      </w:pPr>
      <w:r>
        <w:rPr>
          <w:rFonts w:ascii="Georgia" w:hAnsi="Georgia"/>
          <w:b w:val="0"/>
          <w:i w:val="0"/>
          <w:color w:val="22201D"/>
          <w:sz w:val="20"/>
        </w:rPr>
        <w:t>Plates moved.</w:t>
      </w:r>
    </w:p>
    <w:p>
      <w:pPr>
        <w:spacing w:after="60" w:line="266" w:lineRule="auto"/>
        <w:ind w:firstLine="331"/>
        <w:jc w:val="both"/>
      </w:pPr>
      <w:r>
        <w:rPr>
          <w:rFonts w:ascii="Georgia" w:hAnsi="Georgia"/>
          <w:b w:val="0"/>
          <w:i w:val="0"/>
          <w:color w:val="22201D"/>
          <w:sz w:val="20"/>
        </w:rPr>
        <w:t>The restaurant continued being impossible because someone kept making it clean enough to continue.</w:t>
      </w:r>
    </w:p>
    <w:p>
      <w:pPr>
        <w:spacing w:after="60" w:line="266" w:lineRule="auto"/>
        <w:ind w:firstLine="331"/>
        <w:jc w:val="both"/>
      </w:pPr>
      <w:r>
        <w:rPr>
          <w:rFonts w:ascii="Georgia" w:hAnsi="Georgia"/>
          <w:b w:val="0"/>
          <w:i w:val="0"/>
          <w:color w:val="22201D"/>
          <w:sz w:val="20"/>
        </w:rPr>
        <w:t>As Flocc left the threshold, the sign above the sink changed.</w:t>
      </w:r>
    </w:p>
    <w:p>
      <w:pPr>
        <w:spacing w:after="60" w:line="250" w:lineRule="auto"/>
        <w:ind w:left="202" w:right="173"/>
      </w:pPr>
      <w:r>
        <w:rPr>
          <w:rFonts w:ascii="Georgia" w:hAnsi="Georgia"/>
          <w:b w:val="0"/>
          <w:i w:val="0"/>
          <w:color w:val="22201D"/>
          <w:sz w:val="17"/>
        </w:rPr>
        <w:t>NO MIRACLE IS CLEAN BY DEFAULT.</w:t>
      </w:r>
    </w:p>
    <w:p>
      <w:pPr>
        <w:spacing w:after="60" w:line="266" w:lineRule="auto"/>
        <w:ind w:firstLine="331"/>
        <w:jc w:val="both"/>
      </w:pPr>
      <w:r>
        <w:rPr>
          <w:rFonts w:ascii="Georgia" w:hAnsi="Georgia"/>
          <w:b w:val="0"/>
          <w:i w:val="0"/>
          <w:color w:val="22201D"/>
          <w:sz w:val="20"/>
        </w:rPr>
        <w:t>Under it, in smaller letters:</w:t>
      </w:r>
    </w:p>
    <w:p>
      <w:pPr>
        <w:spacing w:after="60" w:line="250" w:lineRule="auto"/>
        <w:ind w:left="202" w:right="173"/>
      </w:pPr>
      <w:r>
        <w:rPr>
          <w:rFonts w:ascii="Georgia" w:hAnsi="Georgia"/>
          <w:b w:val="0"/>
          <w:i w:val="0"/>
          <w:color w:val="22201D"/>
          <w:sz w:val="17"/>
        </w:rPr>
        <w:t>RECOGNITION FIRST. MONEY ALSO.</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Business License Starts Praying</w:t>
      </w:r>
    </w:p>
    <w:p>
      <w:pPr>
        <w:spacing w:after="60" w:line="266" w:lineRule="auto"/>
        <w:ind w:firstLine="0"/>
        <w:jc w:val="both"/>
      </w:pPr>
      <w:r>
        <w:rPr>
          <w:rFonts w:ascii="Georgia" w:hAnsi="Georgia"/>
          <w:b w:val="0"/>
          <w:i w:val="0"/>
          <w:color w:val="22201D"/>
          <w:sz w:val="20"/>
        </w:rPr>
        <w:t>In which retirement fails to prevent jurisdiction, a pottery studio receives impossible mail, several bowls testify against clerical denial, and Steve discovers that correcting an error is not always the same as making it go away.</w:t>
      </w:r>
    </w:p>
    <w:p>
      <w:pPr>
        <w:spacing w:after="60" w:line="266" w:lineRule="auto"/>
        <w:ind w:firstLine="331"/>
        <w:jc w:val="both"/>
      </w:pPr>
      <w:r>
        <w:rPr>
          <w:rFonts w:ascii="Georgia" w:hAnsi="Georgia"/>
          <w:b w:val="0"/>
          <w:i w:val="0"/>
          <w:color w:val="22201D"/>
          <w:sz w:val="20"/>
        </w:rPr>
        <w:t>Steve was trimming the foot of a bowl when the envelope arrived.</w:t>
      </w:r>
    </w:p>
    <w:p>
      <w:pPr>
        <w:spacing w:after="60" w:line="266" w:lineRule="auto"/>
        <w:ind w:firstLine="331"/>
        <w:jc w:val="both"/>
      </w:pPr>
      <w:r>
        <w:rPr>
          <w:rFonts w:ascii="Georgia" w:hAnsi="Georgia"/>
          <w:b w:val="0"/>
          <w:i w:val="0"/>
          <w:color w:val="22201D"/>
          <w:sz w:val="20"/>
        </w:rPr>
        <w:t>This was inconvenient.</w:t>
      </w:r>
    </w:p>
    <w:p>
      <w:pPr>
        <w:spacing w:after="60" w:line="266" w:lineRule="auto"/>
        <w:ind w:firstLine="331"/>
        <w:jc w:val="both"/>
      </w:pPr>
      <w:r>
        <w:rPr>
          <w:rFonts w:ascii="Georgia" w:hAnsi="Georgia"/>
          <w:b w:val="0"/>
          <w:i w:val="0"/>
          <w:color w:val="22201D"/>
          <w:sz w:val="20"/>
        </w:rPr>
        <w:t>Pottery, unlike bureaucracy, is honest about wetness. A form may pretend to be dry while carrying years of damp consequence in its margins, but clay admits everything. Clay slumps. Clay cracks. Clay remembers thumbs. Clay does not care whether the person handling it has twenty-seven years of municipal records experience and a documented preference for clean fields.</w:t>
      </w:r>
    </w:p>
    <w:p>
      <w:pPr>
        <w:spacing w:after="60" w:line="266" w:lineRule="auto"/>
        <w:ind w:firstLine="331"/>
        <w:jc w:val="both"/>
      </w:pPr>
      <w:r>
        <w:rPr>
          <w:rFonts w:ascii="Georgia" w:hAnsi="Georgia"/>
          <w:b w:val="0"/>
          <w:i w:val="0"/>
          <w:color w:val="22201D"/>
          <w:sz w:val="20"/>
        </w:rPr>
        <w:t>The bowl was centered on the wheel. It had taken him six minutes to center it, which was three minutes longer than he liked and two minutes less than he deserved. The clay was stoneware, local, brown-gray, modest, reliable. It had no symbolic intention beyond becoming a bowl, which was one of the reasons Steve trusted it.</w:t>
      </w:r>
    </w:p>
    <w:p>
      <w:pPr>
        <w:spacing w:after="60" w:line="266" w:lineRule="auto"/>
        <w:ind w:firstLine="331"/>
        <w:jc w:val="both"/>
      </w:pPr>
      <w:r>
        <w:rPr>
          <w:rFonts w:ascii="Georgia" w:hAnsi="Georgia"/>
          <w:b w:val="0"/>
          <w:i w:val="0"/>
          <w:color w:val="22201D"/>
          <w:sz w:val="20"/>
        </w:rPr>
        <w:t>The envelope appeared on the shelf between a jar of trimming tools and a mug that said:</w:t>
      </w:r>
    </w:p>
    <w:p>
      <w:pPr>
        <w:spacing w:after="60" w:line="250" w:lineRule="auto"/>
        <w:ind w:left="202" w:right="173"/>
      </w:pPr>
      <w:r>
        <w:rPr>
          <w:rFonts w:ascii="Georgia" w:hAnsi="Georgia"/>
          <w:b w:val="0"/>
          <w:i w:val="0"/>
          <w:color w:val="22201D"/>
          <w:sz w:val="17"/>
        </w:rPr>
        <w:t>I WOULD RATHER BE GLAZING</w:t>
      </w:r>
    </w:p>
    <w:p>
      <w:pPr>
        <w:spacing w:after="60" w:line="266" w:lineRule="auto"/>
        <w:ind w:firstLine="331"/>
        <w:jc w:val="both"/>
      </w:pPr>
      <w:r>
        <w:rPr>
          <w:rFonts w:ascii="Georgia" w:hAnsi="Georgia"/>
          <w:b w:val="0"/>
          <w:i w:val="0"/>
          <w:color w:val="22201D"/>
          <w:sz w:val="20"/>
        </w:rPr>
        <w:t>Steve stopped the wheel.</w:t>
      </w:r>
    </w:p>
    <w:p>
      <w:pPr>
        <w:spacing w:after="60" w:line="266" w:lineRule="auto"/>
        <w:ind w:firstLine="331"/>
        <w:jc w:val="both"/>
      </w:pPr>
      <w:r>
        <w:rPr>
          <w:rFonts w:ascii="Georgia" w:hAnsi="Georgia"/>
          <w:b w:val="0"/>
          <w:i w:val="0"/>
          <w:color w:val="22201D"/>
          <w:sz w:val="20"/>
        </w:rPr>
        <w:t>He looked at the envelope.</w:t>
      </w:r>
    </w:p>
    <w:p>
      <w:pPr>
        <w:spacing w:after="60" w:line="266" w:lineRule="auto"/>
        <w:ind w:firstLine="331"/>
        <w:jc w:val="both"/>
      </w:pPr>
      <w:r>
        <w:rPr>
          <w:rFonts w:ascii="Georgia" w:hAnsi="Georgia"/>
          <w:b w:val="0"/>
          <w:i w:val="0"/>
          <w:color w:val="22201D"/>
          <w:sz w:val="20"/>
        </w:rPr>
        <w:t>The envelope looked back only in the sense that envelopes always do: flatly, withholding all content while implying that content was now his problem.</w:t>
      </w:r>
    </w:p>
    <w:p>
      <w:pPr>
        <w:spacing w:after="60" w:line="266" w:lineRule="auto"/>
        <w:ind w:firstLine="331"/>
        <w:jc w:val="both"/>
      </w:pPr>
      <w:r>
        <w:rPr>
          <w:rFonts w:ascii="Georgia" w:hAnsi="Georgia"/>
          <w:b w:val="0"/>
          <w:i w:val="0"/>
          <w:color w:val="22201D"/>
          <w:sz w:val="20"/>
        </w:rPr>
        <w:t>On the front, in neat block letters, it said:</w:t>
      </w:r>
    </w:p>
    <w:p>
      <w:pPr>
        <w:spacing w:after="60" w:line="250" w:lineRule="auto"/>
        <w:ind w:left="202" w:right="173"/>
      </w:pPr>
      <w:r>
        <w:rPr>
          <w:rFonts w:ascii="Georgia" w:hAnsi="Georgia"/>
          <w:b w:val="0"/>
          <w:i w:val="0"/>
          <w:color w:val="22201D"/>
          <w:sz w:val="17"/>
        </w:rPr>
        <w:t>STEVE BEND, OREGON OR WHEREVER THE FILE NEEDS HIM</w:t>
      </w:r>
    </w:p>
    <w:p>
      <w:pPr>
        <w:spacing w:after="60" w:line="266" w:lineRule="auto"/>
        <w:ind w:firstLine="331"/>
        <w:jc w:val="both"/>
      </w:pPr>
      <w:r>
        <w:rPr>
          <w:rFonts w:ascii="Georgia" w:hAnsi="Georgia"/>
          <w:b w:val="0"/>
          <w:i w:val="0"/>
          <w:color w:val="22201D"/>
          <w:sz w:val="20"/>
        </w:rPr>
        <w:t>Steve had been retired for nineteen years.</w:t>
      </w:r>
    </w:p>
    <w:p>
      <w:pPr>
        <w:spacing w:after="60" w:line="266" w:lineRule="auto"/>
        <w:ind w:firstLine="331"/>
        <w:jc w:val="both"/>
      </w:pPr>
      <w:r>
        <w:rPr>
          <w:rFonts w:ascii="Georgia" w:hAnsi="Georgia"/>
          <w:b w:val="0"/>
          <w:i w:val="0"/>
          <w:color w:val="22201D"/>
          <w:sz w:val="20"/>
        </w:rPr>
        <w:t>This had solved less than he had hoped.</w:t>
      </w:r>
    </w:p>
    <w:p>
      <w:pPr>
        <w:spacing w:after="60" w:line="266" w:lineRule="auto"/>
        <w:ind w:firstLine="331"/>
        <w:jc w:val="both"/>
      </w:pPr>
      <w:r>
        <w:rPr>
          <w:rFonts w:ascii="Georgia" w:hAnsi="Georgia"/>
          <w:b w:val="0"/>
          <w:i w:val="0"/>
          <w:color w:val="22201D"/>
          <w:sz w:val="20"/>
        </w:rPr>
        <w:t>He wiped his hands on a towel, then stopped, because the towel was for clay and the envelope was clearly for paperwork. He crossed the studio, washed his hands properly, dried them on the paper towel roll reserved for administrative interruptions, returned to the shelf, and inspected the envelope without touching it.</w:t>
      </w:r>
    </w:p>
    <w:p>
      <w:pPr>
        <w:spacing w:after="60" w:line="266" w:lineRule="auto"/>
        <w:ind w:firstLine="331"/>
        <w:jc w:val="both"/>
      </w:pPr>
      <w:r>
        <w:rPr>
          <w:rFonts w:ascii="Georgia" w:hAnsi="Georgia"/>
          <w:b w:val="0"/>
          <w:i w:val="0"/>
          <w:color w:val="22201D"/>
          <w:sz w:val="20"/>
        </w:rPr>
        <w:t>No stamp.</w:t>
      </w:r>
    </w:p>
    <w:p>
      <w:pPr>
        <w:spacing w:after="60" w:line="266" w:lineRule="auto"/>
        <w:ind w:firstLine="331"/>
        <w:jc w:val="both"/>
      </w:pPr>
      <w:r>
        <w:rPr>
          <w:rFonts w:ascii="Georgia" w:hAnsi="Georgia"/>
          <w:b w:val="0"/>
          <w:i w:val="0"/>
          <w:color w:val="22201D"/>
          <w:sz w:val="20"/>
        </w:rPr>
        <w:t>No postmark.</w:t>
      </w:r>
    </w:p>
    <w:p>
      <w:pPr>
        <w:spacing w:after="60" w:line="266" w:lineRule="auto"/>
        <w:ind w:firstLine="331"/>
        <w:jc w:val="both"/>
      </w:pPr>
      <w:r>
        <w:rPr>
          <w:rFonts w:ascii="Georgia" w:hAnsi="Georgia"/>
          <w:b w:val="0"/>
          <w:i w:val="0"/>
          <w:color w:val="22201D"/>
          <w:sz w:val="20"/>
        </w:rPr>
        <w:t>No return address.</w:t>
      </w:r>
    </w:p>
    <w:p>
      <w:pPr>
        <w:spacing w:after="60" w:line="266" w:lineRule="auto"/>
        <w:ind w:firstLine="331"/>
        <w:jc w:val="both"/>
      </w:pPr>
      <w:r>
        <w:rPr>
          <w:rFonts w:ascii="Georgia" w:hAnsi="Georgia"/>
          <w:b w:val="0"/>
          <w:i w:val="0"/>
          <w:color w:val="22201D"/>
          <w:sz w:val="20"/>
        </w:rPr>
        <w:t>No county routing label.</w:t>
      </w:r>
    </w:p>
    <w:p>
      <w:pPr>
        <w:spacing w:after="60" w:line="266" w:lineRule="auto"/>
        <w:ind w:firstLine="331"/>
        <w:jc w:val="both"/>
      </w:pPr>
      <w:r>
        <w:rPr>
          <w:rFonts w:ascii="Georgia" w:hAnsi="Georgia"/>
          <w:b w:val="0"/>
          <w:i w:val="0"/>
          <w:color w:val="22201D"/>
          <w:sz w:val="20"/>
        </w:rPr>
        <w:t>No barcode.</w:t>
      </w:r>
    </w:p>
    <w:p>
      <w:pPr>
        <w:spacing w:after="60" w:line="266" w:lineRule="auto"/>
        <w:ind w:firstLine="331"/>
        <w:jc w:val="both"/>
      </w:pPr>
      <w:r>
        <w:rPr>
          <w:rFonts w:ascii="Georgia" w:hAnsi="Georgia"/>
          <w:b w:val="0"/>
          <w:i w:val="0"/>
          <w:color w:val="22201D"/>
          <w:sz w:val="20"/>
        </w:rPr>
        <w:t>This was not mail.</w:t>
      </w:r>
    </w:p>
    <w:p>
      <w:pPr>
        <w:spacing w:after="60" w:line="266" w:lineRule="auto"/>
        <w:ind w:firstLine="331"/>
        <w:jc w:val="both"/>
      </w:pPr>
      <w:r>
        <w:rPr>
          <w:rFonts w:ascii="Georgia" w:hAnsi="Georgia"/>
          <w:b w:val="0"/>
          <w:i w:val="0"/>
          <w:color w:val="22201D"/>
          <w:sz w:val="20"/>
        </w:rPr>
        <w:t>Unfortunately, it had arrived.</w:t>
      </w:r>
    </w:p>
    <w:p>
      <w:pPr>
        <w:spacing w:after="60" w:line="266" w:lineRule="auto"/>
        <w:ind w:firstLine="331"/>
        <w:jc w:val="both"/>
      </w:pPr>
      <w:r>
        <w:rPr>
          <w:rFonts w:ascii="Georgia" w:hAnsi="Georgia"/>
          <w:b w:val="0"/>
          <w:i w:val="0"/>
          <w:color w:val="22201D"/>
          <w:sz w:val="20"/>
        </w:rPr>
        <w:t>Steve had learned during his years at the Multnomah County Department of Records, Addressing, Minor Civic Corrections, and Miscellaneous Findings that a thing does not need to be valid in order to require processing. Many of civilization's most durable inconveniences began as invalid things placed in the correct tray.</w:t>
      </w:r>
    </w:p>
    <w:p>
      <w:pPr>
        <w:spacing w:after="60" w:line="266" w:lineRule="auto"/>
        <w:ind w:firstLine="331"/>
        <w:jc w:val="both"/>
      </w:pPr>
      <w:r>
        <w:rPr>
          <w:rFonts w:ascii="Georgia" w:hAnsi="Georgia"/>
          <w:b w:val="0"/>
          <w:i w:val="0"/>
          <w:color w:val="22201D"/>
          <w:sz w:val="20"/>
        </w:rPr>
        <w:t>He picked up the envelope.</w:t>
      </w:r>
    </w:p>
    <w:p>
      <w:pPr>
        <w:spacing w:after="60" w:line="266" w:lineRule="auto"/>
        <w:ind w:firstLine="331"/>
        <w:jc w:val="both"/>
      </w:pPr>
      <w:r>
        <w:rPr>
          <w:rFonts w:ascii="Georgia" w:hAnsi="Georgia"/>
          <w:b w:val="0"/>
          <w:i w:val="0"/>
          <w:color w:val="22201D"/>
          <w:sz w:val="20"/>
        </w:rPr>
        <w:t>It was warm.</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The envelope did not argue.</w:t>
      </w:r>
    </w:p>
    <w:p>
      <w:pPr>
        <w:spacing w:after="60" w:line="266" w:lineRule="auto"/>
        <w:ind w:firstLine="331"/>
        <w:jc w:val="both"/>
      </w:pPr>
      <w:r>
        <w:rPr>
          <w:rFonts w:ascii="Georgia" w:hAnsi="Georgia"/>
          <w:b w:val="0"/>
          <w:i w:val="0"/>
          <w:color w:val="22201D"/>
          <w:sz w:val="20"/>
        </w:rPr>
        <w:t>This was also suspicious.</w:t>
      </w:r>
    </w:p>
    <w:p>
      <w:pPr>
        <w:spacing w:after="60" w:line="266" w:lineRule="auto"/>
        <w:ind w:firstLine="331"/>
        <w:jc w:val="both"/>
      </w:pPr>
      <w:r>
        <w:rPr>
          <w:rFonts w:ascii="Georgia" w:hAnsi="Georgia"/>
          <w:b w:val="0"/>
          <w:i w:val="0"/>
          <w:color w:val="22201D"/>
          <w:sz w:val="20"/>
        </w:rPr>
        <w:t>On the workbench beside the wheel sat six bowls in varying states of completion. He had thrown them that morning. Each had been shaped from the same clay, pulled to the same height, opened to the same width, and trimmed toward the same useful curve. Each would, if properly dried, bisque-fired, glazed, and fired again, hold soup, tea, rice, coins, keys, or whatever else the purchaser needed to believe had a place.</w:t>
      </w:r>
    </w:p>
    <w:p>
      <w:pPr>
        <w:spacing w:after="60" w:line="266" w:lineRule="auto"/>
        <w:ind w:firstLine="331"/>
        <w:jc w:val="both"/>
      </w:pPr>
      <w:r>
        <w:rPr>
          <w:rFonts w:ascii="Georgia" w:hAnsi="Georgia"/>
          <w:b w:val="0"/>
          <w:i w:val="0"/>
          <w:color w:val="22201D"/>
          <w:sz w:val="20"/>
        </w:rPr>
        <w:t>As Steve held the envelope, the rims of the bowls darkened.</w:t>
      </w:r>
    </w:p>
    <w:p>
      <w:pPr>
        <w:spacing w:after="60" w:line="266" w:lineRule="auto"/>
        <w:ind w:firstLine="331"/>
        <w:jc w:val="both"/>
      </w:pPr>
      <w:r>
        <w:rPr>
          <w:rFonts w:ascii="Georgia" w:hAnsi="Georgia"/>
          <w:b w:val="0"/>
          <w:i w:val="0"/>
          <w:color w:val="22201D"/>
          <w:sz w:val="20"/>
        </w:rPr>
        <w:t>At first he thought the clay was drying unevenly.</w:t>
      </w:r>
    </w:p>
    <w:p>
      <w:pPr>
        <w:spacing w:after="60" w:line="266" w:lineRule="auto"/>
        <w:ind w:firstLine="331"/>
        <w:jc w:val="both"/>
      </w:pPr>
      <w:r>
        <w:rPr>
          <w:rFonts w:ascii="Georgia" w:hAnsi="Georgia"/>
          <w:b w:val="0"/>
          <w:i w:val="0"/>
          <w:color w:val="22201D"/>
          <w:sz w:val="20"/>
        </w:rPr>
        <w:t>Then letters appeared in the slip.</w:t>
      </w:r>
    </w:p>
    <w:p>
      <w:pPr>
        <w:spacing w:after="60" w:line="266" w:lineRule="auto"/>
        <w:ind w:firstLine="331"/>
        <w:jc w:val="both"/>
      </w:pPr>
      <w:r>
        <w:rPr>
          <w:rFonts w:ascii="Georgia" w:hAnsi="Georgia"/>
          <w:b w:val="0"/>
          <w:i w:val="0"/>
          <w:color w:val="22201D"/>
          <w:sz w:val="20"/>
        </w:rPr>
        <w:t>On the first bowl:</w:t>
      </w:r>
    </w:p>
    <w:p>
      <w:pPr>
        <w:spacing w:after="60" w:line="250" w:lineRule="auto"/>
        <w:ind w:left="202" w:right="173"/>
      </w:pPr>
      <w:r>
        <w:rPr>
          <w:rFonts w:ascii="Georgia" w:hAnsi="Georgia"/>
          <w:b w:val="0"/>
          <w:i w:val="0"/>
          <w:color w:val="22201D"/>
          <w:sz w:val="17"/>
        </w:rPr>
        <w:t>ES-1987-NEEDED</w:t>
      </w:r>
    </w:p>
    <w:p>
      <w:pPr>
        <w:spacing w:after="60" w:line="266" w:lineRule="auto"/>
        <w:ind w:firstLine="331"/>
        <w:jc w:val="both"/>
      </w:pPr>
      <w:r>
        <w:rPr>
          <w:rFonts w:ascii="Georgia" w:hAnsi="Georgia"/>
          <w:b w:val="0"/>
          <w:i w:val="0"/>
          <w:color w:val="22201D"/>
          <w:sz w:val="20"/>
        </w:rPr>
        <w:t>On the second:</w:t>
      </w:r>
    </w:p>
    <w:p>
      <w:pPr>
        <w:spacing w:after="60" w:line="250" w:lineRule="auto"/>
        <w:ind w:left="202" w:right="173"/>
      </w:pPr>
      <w:r>
        <w:rPr>
          <w:rFonts w:ascii="Georgia" w:hAnsi="Georgia"/>
          <w:b w:val="0"/>
          <w:i w:val="0"/>
          <w:color w:val="22201D"/>
          <w:sz w:val="17"/>
        </w:rPr>
        <w:t>LOCATION: CONTESTED BUT RECURRING</w:t>
      </w:r>
    </w:p>
    <w:p>
      <w:pPr>
        <w:spacing w:after="60" w:line="266" w:lineRule="auto"/>
        <w:ind w:firstLine="331"/>
        <w:jc w:val="both"/>
      </w:pPr>
      <w:r>
        <w:rPr>
          <w:rFonts w:ascii="Georgia" w:hAnsi="Georgia"/>
          <w:b w:val="0"/>
          <w:i w:val="0"/>
          <w:color w:val="22201D"/>
          <w:sz w:val="20"/>
        </w:rPr>
        <w:t>On the third:</w:t>
      </w:r>
    </w:p>
    <w:p>
      <w:pPr>
        <w:spacing w:after="60" w:line="250" w:lineRule="auto"/>
        <w:ind w:left="202" w:right="173"/>
      </w:pPr>
      <w:r>
        <w:rPr>
          <w:rFonts w:ascii="Georgia" w:hAnsi="Georgia"/>
          <w:b w:val="0"/>
          <w:i w:val="0"/>
          <w:color w:val="22201D"/>
          <w:sz w:val="17"/>
        </w:rPr>
        <w:t>TENDER RECEIVED: BREAD</w:t>
      </w:r>
    </w:p>
    <w:p>
      <w:pPr>
        <w:spacing w:after="60" w:line="266" w:lineRule="auto"/>
        <w:ind w:firstLine="331"/>
        <w:jc w:val="both"/>
      </w:pPr>
      <w:r>
        <w:rPr>
          <w:rFonts w:ascii="Georgia" w:hAnsi="Georgia"/>
          <w:b w:val="0"/>
          <w:i w:val="0"/>
          <w:color w:val="22201D"/>
          <w:sz w:val="20"/>
        </w:rPr>
        <w:t>On the fourth:</w:t>
      </w:r>
    </w:p>
    <w:p>
      <w:pPr>
        <w:spacing w:after="60" w:line="250" w:lineRule="auto"/>
        <w:ind w:left="202" w:right="173"/>
      </w:pPr>
      <w:r>
        <w:rPr>
          <w:rFonts w:ascii="Georgia" w:hAnsi="Georgia"/>
          <w:b w:val="0"/>
          <w:i w:val="0"/>
          <w:color w:val="22201D"/>
          <w:sz w:val="17"/>
        </w:rPr>
        <w:t>LABOR LINE MISSING</w:t>
      </w:r>
    </w:p>
    <w:p>
      <w:pPr>
        <w:spacing w:after="60" w:line="266" w:lineRule="auto"/>
        <w:ind w:firstLine="331"/>
        <w:jc w:val="both"/>
      </w:pPr>
      <w:r>
        <w:rPr>
          <w:rFonts w:ascii="Georgia" w:hAnsi="Georgia"/>
          <w:b w:val="0"/>
          <w:i w:val="0"/>
          <w:color w:val="22201D"/>
          <w:sz w:val="20"/>
        </w:rPr>
        <w:t>On the fifth:</w:t>
      </w:r>
    </w:p>
    <w:p>
      <w:pPr>
        <w:spacing w:after="60" w:line="250" w:lineRule="auto"/>
        <w:ind w:left="202" w:right="173"/>
      </w:pPr>
      <w:r>
        <w:rPr>
          <w:rFonts w:ascii="Georgia" w:hAnsi="Georgia"/>
          <w:b w:val="0"/>
          <w:i w:val="0"/>
          <w:color w:val="22201D"/>
          <w:sz w:val="17"/>
        </w:rPr>
        <w:t>DO NOT SEPARATE FILES AFTER NOURISHMENT HAS BEGUN</w:t>
      </w:r>
    </w:p>
    <w:p>
      <w:pPr>
        <w:spacing w:after="60" w:line="266" w:lineRule="auto"/>
        <w:ind w:firstLine="331"/>
        <w:jc w:val="both"/>
      </w:pPr>
      <w:r>
        <w:rPr>
          <w:rFonts w:ascii="Georgia" w:hAnsi="Georgia"/>
          <w:b w:val="0"/>
          <w:i w:val="0"/>
          <w:color w:val="22201D"/>
          <w:sz w:val="20"/>
        </w:rPr>
        <w:t>On the sixth:</w:t>
      </w:r>
    </w:p>
    <w:p>
      <w:pPr>
        <w:spacing w:after="60" w:line="250" w:lineRule="auto"/>
        <w:ind w:left="202" w:right="173"/>
      </w:pPr>
      <w:r>
        <w:rPr>
          <w:rFonts w:ascii="Georgia" w:hAnsi="Georgia"/>
          <w:b w:val="0"/>
          <w:i w:val="0"/>
          <w:color w:val="22201D"/>
          <w:sz w:val="17"/>
        </w:rPr>
        <w:t>OPEN CASE</w:t>
      </w:r>
    </w:p>
    <w:p>
      <w:pPr>
        <w:spacing w:after="60" w:line="266" w:lineRule="auto"/>
        <w:ind w:firstLine="331"/>
        <w:jc w:val="both"/>
      </w:pPr>
      <w:r>
        <w:rPr>
          <w:rFonts w:ascii="Georgia" w:hAnsi="Georgia"/>
          <w:b w:val="0"/>
          <w:i w:val="0"/>
          <w:color w:val="22201D"/>
          <w:sz w:val="20"/>
        </w:rPr>
        <w:t>Steve closed his eyes.</w:t>
      </w:r>
    </w:p>
    <w:p>
      <w:pPr>
        <w:spacing w:after="60" w:line="266" w:lineRule="auto"/>
        <w:ind w:firstLine="331"/>
        <w:jc w:val="both"/>
      </w:pPr>
      <w:r>
        <w:rPr>
          <w:rFonts w:ascii="Georgia" w:hAnsi="Georgia"/>
          <w:b w:val="0"/>
          <w:i w:val="0"/>
          <w:color w:val="22201D"/>
          <w:sz w:val="20"/>
        </w:rPr>
        <w:t>When he opened them, the words were still there.</w:t>
      </w:r>
    </w:p>
    <w:p>
      <w:pPr>
        <w:spacing w:after="60" w:line="266" w:lineRule="auto"/>
        <w:ind w:firstLine="331"/>
        <w:jc w:val="both"/>
      </w:pPr>
      <w:r>
        <w:rPr>
          <w:rFonts w:ascii="Georgia" w:hAnsi="Georgia"/>
          <w:b w:val="0"/>
          <w:i w:val="0"/>
          <w:color w:val="22201D"/>
          <w:sz w:val="20"/>
        </w:rPr>
        <w:t>This was the chief disadvantage of reality. It had a discouraging tendency to remain after one had behaved reasonably at it.</w:t>
      </w:r>
    </w:p>
    <w:p>
      <w:pPr>
        <w:spacing w:after="60" w:line="266" w:lineRule="auto"/>
        <w:ind w:firstLine="331"/>
        <w:jc w:val="both"/>
      </w:pPr>
      <w:r>
        <w:rPr>
          <w:rFonts w:ascii="Georgia" w:hAnsi="Georgia"/>
          <w:b w:val="0"/>
          <w:i w:val="0"/>
          <w:color w:val="22201D"/>
          <w:sz w:val="20"/>
        </w:rPr>
        <w:t>He set the envelope on the table.</w:t>
      </w:r>
    </w:p>
    <w:p>
      <w:pPr>
        <w:spacing w:after="60" w:line="266" w:lineRule="auto"/>
        <w:ind w:firstLine="331"/>
        <w:jc w:val="both"/>
      </w:pPr>
      <w:r>
        <w:rPr>
          <w:rFonts w:ascii="Georgia" w:hAnsi="Georgia"/>
          <w:b w:val="0"/>
          <w:i w:val="0"/>
          <w:color w:val="22201D"/>
          <w:sz w:val="20"/>
        </w:rPr>
        <w:t>He did not open it.</w:t>
      </w:r>
    </w:p>
    <w:p>
      <w:pPr>
        <w:spacing w:after="60" w:line="266" w:lineRule="auto"/>
        <w:ind w:firstLine="331"/>
        <w:jc w:val="both"/>
      </w:pPr>
      <w:r>
        <w:rPr>
          <w:rFonts w:ascii="Georgia" w:hAnsi="Georgia"/>
          <w:b w:val="0"/>
          <w:i w:val="0"/>
          <w:color w:val="22201D"/>
          <w:sz w:val="20"/>
        </w:rPr>
        <w:t>Instead, he took out a yellow legal pad and wrote:</w:t>
      </w:r>
    </w:p>
    <w:p>
      <w:pPr>
        <w:spacing w:after="60" w:line="250" w:lineRule="auto"/>
        <w:ind w:left="202" w:right="173"/>
      </w:pPr>
      <w:r>
        <w:rPr>
          <w:rFonts w:ascii="Georgia" w:hAnsi="Georgia"/>
          <w:b w:val="0"/>
          <w:i w:val="0"/>
          <w:color w:val="22201D"/>
          <w:sz w:val="17"/>
        </w:rPr>
        <w:t>UNSOLICITED DOCUMENT RECEIVED IN PRIVATE POTTERY STUDIO.  Potential explanations: 1. Postal error. 2. Former coworker joke. 3. Gas leak. 4. Recurrence of Emoji Soup file.  Action: Rule out 1-3 before acknowledging 4.</w:t>
      </w:r>
    </w:p>
    <w:p>
      <w:pPr>
        <w:spacing w:after="60" w:line="266" w:lineRule="auto"/>
        <w:ind w:firstLine="331"/>
        <w:jc w:val="both"/>
      </w:pPr>
      <w:r>
        <w:rPr>
          <w:rFonts w:ascii="Georgia" w:hAnsi="Georgia"/>
          <w:b w:val="0"/>
          <w:i w:val="0"/>
          <w:color w:val="22201D"/>
          <w:sz w:val="20"/>
        </w:rPr>
        <w:t>He checked the studio mailbox. Empty.</w:t>
      </w:r>
    </w:p>
    <w:p>
      <w:pPr>
        <w:spacing w:after="60" w:line="266" w:lineRule="auto"/>
        <w:ind w:firstLine="331"/>
        <w:jc w:val="both"/>
      </w:pPr>
      <w:r>
        <w:rPr>
          <w:rFonts w:ascii="Georgia" w:hAnsi="Georgia"/>
          <w:b w:val="0"/>
          <w:i w:val="0"/>
          <w:color w:val="22201D"/>
          <w:sz w:val="20"/>
        </w:rPr>
        <w:t>He checked his email. Eight newsletters, one clay supplier invoice, two workshop inquiries, no supernatural correspondence.</w:t>
      </w:r>
    </w:p>
    <w:p>
      <w:pPr>
        <w:spacing w:after="60" w:line="266" w:lineRule="auto"/>
        <w:ind w:firstLine="331"/>
        <w:jc w:val="both"/>
      </w:pPr>
      <w:r>
        <w:rPr>
          <w:rFonts w:ascii="Georgia" w:hAnsi="Georgia"/>
          <w:b w:val="0"/>
          <w:i w:val="0"/>
          <w:color w:val="22201D"/>
          <w:sz w:val="20"/>
        </w:rPr>
        <w:t>He checked the kiln room for gas. Electric kiln. Still electric.</w:t>
      </w:r>
    </w:p>
    <w:p>
      <w:pPr>
        <w:spacing w:after="60" w:line="266" w:lineRule="auto"/>
        <w:ind w:firstLine="331"/>
        <w:jc w:val="both"/>
      </w:pPr>
      <w:r>
        <w:rPr>
          <w:rFonts w:ascii="Georgia" w:hAnsi="Georgia"/>
          <w:b w:val="0"/>
          <w:i w:val="0"/>
          <w:color w:val="22201D"/>
          <w:sz w:val="20"/>
        </w:rPr>
        <w:t>He checked the envelope again.</w:t>
      </w:r>
    </w:p>
    <w:p>
      <w:pPr>
        <w:spacing w:after="60" w:line="266" w:lineRule="auto"/>
        <w:ind w:firstLine="331"/>
        <w:jc w:val="both"/>
      </w:pPr>
      <w:r>
        <w:rPr>
          <w:rFonts w:ascii="Georgia" w:hAnsi="Georgia"/>
          <w:b w:val="0"/>
          <w:i w:val="0"/>
          <w:color w:val="22201D"/>
          <w:sz w:val="20"/>
        </w:rPr>
        <w:t>It was waiting.</w:t>
      </w:r>
    </w:p>
    <w:p>
      <w:pPr>
        <w:spacing w:after="60" w:line="266" w:lineRule="auto"/>
        <w:ind w:firstLine="331"/>
        <w:jc w:val="both"/>
      </w:pPr>
      <w:r>
        <w:rPr>
          <w:rFonts w:ascii="Georgia" w:hAnsi="Georgia"/>
          <w:b w:val="0"/>
          <w:i w:val="0"/>
          <w:color w:val="22201D"/>
          <w:sz w:val="20"/>
        </w:rPr>
        <w:t>Steve had always respected waiting when it was properly documented.</w:t>
      </w:r>
    </w:p>
    <w:p>
      <w:pPr>
        <w:spacing w:after="60" w:line="266" w:lineRule="auto"/>
        <w:ind w:firstLine="331"/>
        <w:jc w:val="both"/>
      </w:pPr>
      <w:r>
        <w:rPr>
          <w:rFonts w:ascii="Georgia" w:hAnsi="Georgia"/>
          <w:b w:val="0"/>
          <w:i w:val="0"/>
          <w:color w:val="22201D"/>
          <w:sz w:val="20"/>
        </w:rPr>
        <w:t>He opened the envelope with a palette knife because letter openers had drama in them and drama produced poor records.</w:t>
      </w:r>
    </w:p>
    <w:p>
      <w:pPr>
        <w:spacing w:after="60" w:line="266" w:lineRule="auto"/>
        <w:ind w:firstLine="331"/>
        <w:jc w:val="both"/>
      </w:pPr>
      <w:r>
        <w:rPr>
          <w:rFonts w:ascii="Georgia" w:hAnsi="Georgia"/>
          <w:b w:val="0"/>
          <w:i w:val="0"/>
          <w:color w:val="22201D"/>
          <w:sz w:val="20"/>
        </w:rPr>
        <w:t>Inside was a folded shift note.</w:t>
      </w:r>
    </w:p>
    <w:p>
      <w:pPr>
        <w:spacing w:after="60" w:line="250" w:lineRule="auto"/>
        <w:ind w:left="202" w:right="173"/>
      </w:pPr>
      <w:r>
        <w:rPr>
          <w:rFonts w:ascii="Georgia" w:hAnsi="Georgia"/>
          <w:b w:val="0"/>
          <w:i w:val="0"/>
          <w:color w:val="22201D"/>
          <w:sz w:val="17"/>
        </w:rPr>
        <w:t>SHIFT NOTE  Dishwasher claim: plates returned from impossible courses require impossible washing.  Requested compensation: recognition first, money also.  Witness statement: I saw the work.  Finding: the meal included the washing.  Forward to records: Business license amendment / labor recognition / miracle maintenance  Next route: Steve Bend, Oregon or wherever the file needs him</w:t>
      </w:r>
    </w:p>
    <w:p>
      <w:pPr>
        <w:spacing w:after="60" w:line="266" w:lineRule="auto"/>
        <w:ind w:firstLine="331"/>
        <w:jc w:val="both"/>
      </w:pPr>
      <w:r>
        <w:rPr>
          <w:rFonts w:ascii="Georgia" w:hAnsi="Georgia"/>
          <w:b w:val="0"/>
          <w:i w:val="0"/>
          <w:color w:val="22201D"/>
          <w:sz w:val="20"/>
        </w:rPr>
        <w:t>Steve read it once.</w:t>
      </w:r>
    </w:p>
    <w:p>
      <w:pPr>
        <w:spacing w:after="60" w:line="266" w:lineRule="auto"/>
        <w:ind w:firstLine="331"/>
        <w:jc w:val="both"/>
      </w:pPr>
      <w:r>
        <w:rPr>
          <w:rFonts w:ascii="Georgia" w:hAnsi="Georgia"/>
          <w:b w:val="0"/>
          <w:i w:val="0"/>
          <w:color w:val="22201D"/>
          <w:sz w:val="20"/>
        </w:rPr>
        <w:t>Then he read it again with his glasses.</w:t>
      </w:r>
    </w:p>
    <w:p>
      <w:pPr>
        <w:spacing w:after="60" w:line="266" w:lineRule="auto"/>
        <w:ind w:firstLine="331"/>
        <w:jc w:val="both"/>
      </w:pPr>
      <w:r>
        <w:rPr>
          <w:rFonts w:ascii="Georgia" w:hAnsi="Georgia"/>
          <w:b w:val="0"/>
          <w:i w:val="0"/>
          <w:color w:val="22201D"/>
          <w:sz w:val="20"/>
        </w:rPr>
        <w:t>Then he read it a third time with the posture of a man who intended to find a procedural defect and was being personally betrayed by formatting.</w:t>
      </w:r>
    </w:p>
    <w:p>
      <w:pPr>
        <w:spacing w:after="60" w:line="266" w:lineRule="auto"/>
        <w:ind w:firstLine="331"/>
        <w:jc w:val="both"/>
      </w:pPr>
      <w:r>
        <w:rPr>
          <w:rFonts w:ascii="Georgia" w:hAnsi="Georgia"/>
          <w:b w:val="0"/>
          <w:i w:val="0"/>
          <w:color w:val="22201D"/>
          <w:sz w:val="20"/>
        </w:rPr>
        <w:t>The form was legible.</w:t>
      </w:r>
    </w:p>
    <w:p>
      <w:pPr>
        <w:spacing w:after="60" w:line="266" w:lineRule="auto"/>
        <w:ind w:firstLine="331"/>
        <w:jc w:val="both"/>
      </w:pPr>
      <w:r>
        <w:rPr>
          <w:rFonts w:ascii="Georgia" w:hAnsi="Georgia"/>
          <w:b w:val="0"/>
          <w:i w:val="0"/>
          <w:color w:val="22201D"/>
          <w:sz w:val="20"/>
        </w:rPr>
        <w:t>The fields were complete.</w:t>
      </w:r>
    </w:p>
    <w:p>
      <w:pPr>
        <w:spacing w:after="60" w:line="266" w:lineRule="auto"/>
        <w:ind w:firstLine="331"/>
        <w:jc w:val="both"/>
      </w:pPr>
      <w:r>
        <w:rPr>
          <w:rFonts w:ascii="Georgia" w:hAnsi="Georgia"/>
          <w:b w:val="0"/>
          <w:i w:val="0"/>
          <w:color w:val="22201D"/>
          <w:sz w:val="20"/>
        </w:rPr>
        <w:t>The witness statement was plainly stated.</w:t>
      </w:r>
    </w:p>
    <w:p>
      <w:pPr>
        <w:spacing w:after="60" w:line="266" w:lineRule="auto"/>
        <w:ind w:firstLine="331"/>
        <w:jc w:val="both"/>
      </w:pPr>
      <w:r>
        <w:rPr>
          <w:rFonts w:ascii="Georgia" w:hAnsi="Georgia"/>
          <w:b w:val="0"/>
          <w:i w:val="0"/>
          <w:color w:val="22201D"/>
          <w:sz w:val="20"/>
        </w:rPr>
        <w:t>The requested compensation was not metaphorical enough to dismiss and not precise enough to process.</w:t>
      </w:r>
    </w:p>
    <w:p>
      <w:pPr>
        <w:spacing w:after="60" w:line="266" w:lineRule="auto"/>
        <w:ind w:firstLine="331"/>
        <w:jc w:val="both"/>
      </w:pPr>
      <w:r>
        <w:rPr>
          <w:rFonts w:ascii="Georgia" w:hAnsi="Georgia"/>
          <w:b w:val="0"/>
          <w:i w:val="0"/>
          <w:color w:val="22201D"/>
          <w:sz w:val="20"/>
        </w:rPr>
        <w:t>This was a familiar sort of problem. Government is mostly the art of accepting that many real things arrive either over-specified or under-described, and that the job is to place them somewhere they can be found again without pretending they have been understood.</w:t>
      </w:r>
    </w:p>
    <w:p>
      <w:pPr>
        <w:spacing w:after="60" w:line="266" w:lineRule="auto"/>
        <w:ind w:firstLine="331"/>
        <w:jc w:val="both"/>
      </w:pPr>
      <w:r>
        <w:rPr>
          <w:rFonts w:ascii="Georgia" w:hAnsi="Georgia"/>
          <w:b w:val="0"/>
          <w:i w:val="0"/>
          <w:color w:val="22201D"/>
          <w:sz w:val="20"/>
        </w:rPr>
        <w:t>Steve turned the shift note over.</w:t>
      </w:r>
    </w:p>
    <w:p>
      <w:pPr>
        <w:spacing w:after="60" w:line="266" w:lineRule="auto"/>
        <w:ind w:firstLine="331"/>
        <w:jc w:val="both"/>
      </w:pPr>
      <w:r>
        <w:rPr>
          <w:rFonts w:ascii="Georgia" w:hAnsi="Georgia"/>
          <w:b w:val="0"/>
          <w:i w:val="0"/>
          <w:color w:val="22201D"/>
          <w:sz w:val="20"/>
        </w:rPr>
        <w:t>On the back was a business-license amendment form.</w:t>
      </w:r>
    </w:p>
    <w:p>
      <w:pPr>
        <w:spacing w:after="60" w:line="266" w:lineRule="auto"/>
        <w:ind w:firstLine="331"/>
        <w:jc w:val="both"/>
      </w:pPr>
      <w:r>
        <w:rPr>
          <w:rFonts w:ascii="Georgia" w:hAnsi="Georgia"/>
          <w:b w:val="0"/>
          <w:i w:val="0"/>
          <w:color w:val="22201D"/>
          <w:sz w:val="20"/>
        </w:rPr>
        <w:t>Of course there was.</w:t>
      </w:r>
    </w:p>
    <w:p>
      <w:pPr>
        <w:spacing w:after="60" w:line="250" w:lineRule="auto"/>
        <w:ind w:left="202" w:right="173"/>
      </w:pPr>
      <w:r>
        <w:rPr>
          <w:rFonts w:ascii="Georgia" w:hAnsi="Georgia"/>
          <w:b w:val="0"/>
          <w:i w:val="0"/>
          <w:color w:val="22201D"/>
          <w:sz w:val="17"/>
        </w:rPr>
        <w:t>AMENDED BUSINESS LICENSE  Entity: Emoji Soup  Address: everywhere, but especially here  Current use category: restaurant / archive / corrective hunger  Requested additional use category: labor recognition / miracle maintenance / dish pit jurisdiction  Attached claim: recognition first, money also  Clerk note: do not separate files after nourishment has begun</w:t>
      </w:r>
    </w:p>
    <w:p>
      <w:pPr>
        <w:spacing w:after="60" w:line="266" w:lineRule="auto"/>
        <w:ind w:firstLine="331"/>
        <w:jc w:val="both"/>
      </w:pPr>
      <w:r>
        <w:rPr>
          <w:rFonts w:ascii="Georgia" w:hAnsi="Georgia"/>
          <w:b w:val="0"/>
          <w:i w:val="0"/>
          <w:color w:val="22201D"/>
          <w:sz w:val="20"/>
        </w:rPr>
        <w:t>Steve put the form down.</w:t>
      </w:r>
    </w:p>
    <w:p>
      <w:pPr>
        <w:spacing w:after="60" w:line="266" w:lineRule="auto"/>
        <w:ind w:firstLine="331"/>
        <w:jc w:val="both"/>
      </w:pPr>
      <w:r>
        <w:rPr>
          <w:rFonts w:ascii="Georgia" w:hAnsi="Georgia"/>
          <w:b w:val="0"/>
          <w:i w:val="0"/>
          <w:color w:val="22201D"/>
          <w:sz w:val="20"/>
        </w:rPr>
        <w:t>He stood up.</w:t>
      </w:r>
    </w:p>
    <w:p>
      <w:pPr>
        <w:spacing w:after="60" w:line="266" w:lineRule="auto"/>
        <w:ind w:firstLine="331"/>
        <w:jc w:val="both"/>
      </w:pPr>
      <w:r>
        <w:rPr>
          <w:rFonts w:ascii="Georgia" w:hAnsi="Georgia"/>
          <w:b w:val="0"/>
          <w:i w:val="0"/>
          <w:color w:val="22201D"/>
          <w:sz w:val="20"/>
        </w:rPr>
        <w:t>He walked to the studio door.</w:t>
      </w:r>
    </w:p>
    <w:p>
      <w:pPr>
        <w:spacing w:after="60" w:line="266" w:lineRule="auto"/>
        <w:ind w:firstLine="331"/>
        <w:jc w:val="both"/>
      </w:pPr>
      <w:r>
        <w:rPr>
          <w:rFonts w:ascii="Georgia" w:hAnsi="Georgia"/>
          <w:b w:val="0"/>
          <w:i w:val="0"/>
          <w:color w:val="22201D"/>
          <w:sz w:val="20"/>
        </w:rPr>
        <w:t>He opened it.</w:t>
      </w:r>
    </w:p>
    <w:p>
      <w:pPr>
        <w:spacing w:after="60" w:line="266" w:lineRule="auto"/>
        <w:ind w:firstLine="331"/>
        <w:jc w:val="both"/>
      </w:pPr>
      <w:r>
        <w:rPr>
          <w:rFonts w:ascii="Georgia" w:hAnsi="Georgia"/>
          <w:b w:val="0"/>
          <w:i w:val="0"/>
          <w:color w:val="22201D"/>
          <w:sz w:val="20"/>
        </w:rPr>
        <w:t>Outside was Bend, Oregon: high-desert light, juniper, parked cars, the shape of mountains in the distance doing their patient work of making human paperwork seem temporary. Nothing on the street suggested that a Portland restaurant with no fixed address had renewed jurisdiction over his afternoon.</w:t>
      </w:r>
    </w:p>
    <w:p>
      <w:pPr>
        <w:spacing w:after="60" w:line="266" w:lineRule="auto"/>
        <w:ind w:firstLine="331"/>
        <w:jc w:val="both"/>
      </w:pPr>
      <w:r>
        <w:rPr>
          <w:rFonts w:ascii="Georgia" w:hAnsi="Georgia"/>
          <w:b w:val="0"/>
          <w:i w:val="0"/>
          <w:color w:val="22201D"/>
          <w:sz w:val="20"/>
        </w:rPr>
        <w:t>He closed the door.</w:t>
      </w:r>
    </w:p>
    <w:p>
      <w:pPr>
        <w:spacing w:after="60" w:line="266" w:lineRule="auto"/>
        <w:ind w:firstLine="331"/>
        <w:jc w:val="both"/>
      </w:pPr>
      <w:r>
        <w:rPr>
          <w:rFonts w:ascii="Georgia" w:hAnsi="Georgia"/>
          <w:b w:val="0"/>
          <w:i w:val="0"/>
          <w:color w:val="22201D"/>
          <w:sz w:val="20"/>
        </w:rPr>
        <w:t>"No," he said again, this time to the studio generally.</w:t>
      </w:r>
    </w:p>
    <w:p>
      <w:pPr>
        <w:spacing w:after="60" w:line="266" w:lineRule="auto"/>
        <w:ind w:firstLine="331"/>
        <w:jc w:val="both"/>
      </w:pPr>
      <w:r>
        <w:rPr>
          <w:rFonts w:ascii="Georgia" w:hAnsi="Georgia"/>
          <w:b w:val="0"/>
          <w:i w:val="0"/>
          <w:color w:val="22201D"/>
          <w:sz w:val="20"/>
        </w:rPr>
        <w:t>One of the bowls answered by developing a seventh line in the wet clay:</w:t>
      </w:r>
    </w:p>
    <w:p>
      <w:pPr>
        <w:spacing w:after="60" w:line="250" w:lineRule="auto"/>
        <w:ind w:left="202" w:right="173"/>
      </w:pPr>
      <w:r>
        <w:rPr>
          <w:rFonts w:ascii="Georgia" w:hAnsi="Georgia"/>
          <w:b w:val="0"/>
          <w:i w:val="0"/>
          <w:color w:val="22201D"/>
          <w:sz w:val="17"/>
        </w:rPr>
        <w:t>DENIAL RECEIVED. FILE REMAINS OPEN.</w:t>
      </w:r>
    </w:p>
    <w:p>
      <w:pPr>
        <w:spacing w:after="60" w:line="266" w:lineRule="auto"/>
        <w:ind w:firstLine="331"/>
        <w:jc w:val="both"/>
      </w:pPr>
      <w:r>
        <w:rPr>
          <w:rFonts w:ascii="Georgia" w:hAnsi="Georgia"/>
          <w:b w:val="0"/>
          <w:i w:val="0"/>
          <w:color w:val="22201D"/>
          <w:sz w:val="20"/>
        </w:rPr>
        <w:t>Steve sat down.</w:t>
      </w:r>
    </w:p>
    <w:p>
      <w:pPr>
        <w:spacing w:after="60" w:line="266" w:lineRule="auto"/>
        <w:ind w:firstLine="331"/>
        <w:jc w:val="both"/>
      </w:pPr>
      <w:r>
        <w:rPr>
          <w:rFonts w:ascii="Georgia" w:hAnsi="Georgia"/>
          <w:b w:val="0"/>
          <w:i w:val="0"/>
          <w:color w:val="22201D"/>
          <w:sz w:val="20"/>
        </w:rPr>
        <w:t>The correct response to a file that would not close was not panic. Panic was for people who had never seen a public-records request arrive at 4:58 on a Friday. The correct response was triage.</w:t>
      </w:r>
    </w:p>
    <w:p>
      <w:pPr>
        <w:spacing w:after="60" w:line="266" w:lineRule="auto"/>
        <w:ind w:firstLine="331"/>
        <w:jc w:val="both"/>
      </w:pPr>
      <w:r>
        <w:rPr>
          <w:rFonts w:ascii="Georgia" w:hAnsi="Georgia"/>
          <w:b w:val="0"/>
          <w:i w:val="0"/>
          <w:color w:val="22201D"/>
          <w:sz w:val="20"/>
        </w:rPr>
        <w:t>He pulled a clean folder from the cabinet beneath his glazing table.</w:t>
      </w:r>
    </w:p>
    <w:p>
      <w:pPr>
        <w:spacing w:after="60" w:line="266" w:lineRule="auto"/>
        <w:ind w:firstLine="331"/>
        <w:jc w:val="both"/>
      </w:pPr>
      <w:r>
        <w:rPr>
          <w:rFonts w:ascii="Georgia" w:hAnsi="Georgia"/>
          <w:b w:val="0"/>
          <w:i w:val="0"/>
          <w:color w:val="22201D"/>
          <w:sz w:val="20"/>
        </w:rPr>
        <w:t>He labeled it:</w:t>
      </w:r>
    </w:p>
    <w:p>
      <w:pPr>
        <w:spacing w:after="60" w:line="250" w:lineRule="auto"/>
        <w:ind w:left="202" w:right="173"/>
      </w:pPr>
      <w:r>
        <w:rPr>
          <w:rFonts w:ascii="Georgia" w:hAnsi="Georgia"/>
          <w:b w:val="0"/>
          <w:i w:val="0"/>
          <w:color w:val="22201D"/>
          <w:sz w:val="17"/>
        </w:rPr>
        <w:t>EMOJI SOUP - RECURRENCE / POST-RETIREMENT</w:t>
      </w:r>
    </w:p>
    <w:p>
      <w:pPr>
        <w:spacing w:after="60" w:line="266" w:lineRule="auto"/>
        <w:ind w:firstLine="331"/>
        <w:jc w:val="both"/>
      </w:pPr>
      <w:r>
        <w:rPr>
          <w:rFonts w:ascii="Georgia" w:hAnsi="Georgia"/>
          <w:b w:val="0"/>
          <w:i w:val="0"/>
          <w:color w:val="22201D"/>
          <w:sz w:val="20"/>
        </w:rPr>
        <w:t>Then he crossed out POST-RETIREMENT because it sounded like a personal complaint and records should not editorialize unless absolutely necessary.</w:t>
      </w:r>
    </w:p>
    <w:p>
      <w:pPr>
        <w:spacing w:after="60" w:line="266" w:lineRule="auto"/>
        <w:ind w:firstLine="331"/>
        <w:jc w:val="both"/>
      </w:pPr>
      <w:r>
        <w:rPr>
          <w:rFonts w:ascii="Georgia" w:hAnsi="Georgia"/>
          <w:b w:val="0"/>
          <w:i w:val="0"/>
          <w:color w:val="22201D"/>
          <w:sz w:val="20"/>
        </w:rPr>
        <w:t>The final label read:</w:t>
      </w:r>
    </w:p>
    <w:p>
      <w:pPr>
        <w:spacing w:after="60" w:line="250" w:lineRule="auto"/>
        <w:ind w:left="202" w:right="173"/>
      </w:pPr>
      <w:r>
        <w:rPr>
          <w:rFonts w:ascii="Georgia" w:hAnsi="Georgia"/>
          <w:b w:val="0"/>
          <w:i w:val="0"/>
          <w:color w:val="22201D"/>
          <w:sz w:val="17"/>
        </w:rPr>
        <w:t>EMOJI SOUP - RECURRENCE</w:t>
      </w:r>
    </w:p>
    <w:p>
      <w:pPr>
        <w:spacing w:after="60" w:line="266" w:lineRule="auto"/>
        <w:ind w:firstLine="331"/>
        <w:jc w:val="both"/>
      </w:pPr>
      <w:r>
        <w:rPr>
          <w:rFonts w:ascii="Georgia" w:hAnsi="Georgia"/>
          <w:b w:val="0"/>
          <w:i w:val="0"/>
          <w:color w:val="22201D"/>
          <w:sz w:val="20"/>
        </w:rPr>
        <w:t>He placed the shift note and amendment form inside.</w:t>
      </w:r>
    </w:p>
    <w:p>
      <w:pPr>
        <w:spacing w:after="60" w:line="266" w:lineRule="auto"/>
        <w:ind w:firstLine="331"/>
        <w:jc w:val="both"/>
      </w:pPr>
      <w:r>
        <w:rPr>
          <w:rFonts w:ascii="Georgia" w:hAnsi="Georgia"/>
          <w:b w:val="0"/>
          <w:i w:val="0"/>
          <w:color w:val="22201D"/>
          <w:sz w:val="20"/>
        </w:rPr>
        <w:t>The folder immediately became too thick.</w:t>
      </w:r>
    </w:p>
    <w:p>
      <w:pPr>
        <w:spacing w:after="60" w:line="266" w:lineRule="auto"/>
        <w:ind w:firstLine="331"/>
        <w:jc w:val="both"/>
      </w:pPr>
      <w:r>
        <w:rPr>
          <w:rFonts w:ascii="Georgia" w:hAnsi="Georgia"/>
          <w:b w:val="0"/>
          <w:i w:val="0"/>
          <w:color w:val="22201D"/>
          <w:sz w:val="20"/>
        </w:rPr>
        <w:t>Steve opened it again.</w:t>
      </w:r>
    </w:p>
    <w:p>
      <w:pPr>
        <w:spacing w:after="60" w:line="266" w:lineRule="auto"/>
        <w:ind w:firstLine="331"/>
        <w:jc w:val="both"/>
      </w:pPr>
      <w:r>
        <w:rPr>
          <w:rFonts w:ascii="Georgia" w:hAnsi="Georgia"/>
          <w:b w:val="0"/>
          <w:i w:val="0"/>
          <w:color w:val="22201D"/>
          <w:sz w:val="20"/>
        </w:rPr>
        <w:t>Inside were seven additional documents that had not been there before.</w:t>
      </w:r>
    </w:p>
    <w:p>
      <w:pPr>
        <w:spacing w:after="60" w:line="250" w:lineRule="auto"/>
        <w:ind w:left="202" w:right="173"/>
      </w:pPr>
      <w:r>
        <w:rPr>
          <w:rFonts w:ascii="Georgia" w:hAnsi="Georgia"/>
          <w:b w:val="0"/>
          <w:i w:val="0"/>
          <w:color w:val="22201D"/>
          <w:sz w:val="17"/>
        </w:rPr>
        <w:t>1. Original Department of Records case stub: ES-1987-NEEDED. 2. Archaeological survey fragment: Hawthorne tablet. 3. Health inspection cross-reference: Gerald Park. 4. Patent abstract: trilingual culinary symbolic notation. 5. Bread tender receipt. 6. Dish pit labor claim. 7. Pottery witness statement.</w:t>
      </w:r>
    </w:p>
    <w:p>
      <w:pPr>
        <w:spacing w:after="60" w:line="266" w:lineRule="auto"/>
        <w:ind w:firstLine="331"/>
        <w:jc w:val="both"/>
      </w:pPr>
      <w:r>
        <w:rPr>
          <w:rFonts w:ascii="Georgia" w:hAnsi="Georgia"/>
          <w:b w:val="0"/>
          <w:i w:val="0"/>
          <w:color w:val="22201D"/>
          <w:sz w:val="20"/>
        </w:rPr>
        <w:t>"Pottery witness statement?" Steve said.</w:t>
      </w:r>
    </w:p>
    <w:p>
      <w:pPr>
        <w:spacing w:after="60" w:line="266" w:lineRule="auto"/>
        <w:ind w:firstLine="331"/>
        <w:jc w:val="both"/>
      </w:pPr>
      <w:r>
        <w:rPr>
          <w:rFonts w:ascii="Georgia" w:hAnsi="Georgia"/>
          <w:b w:val="0"/>
          <w:i w:val="0"/>
          <w:color w:val="22201D"/>
          <w:sz w:val="20"/>
        </w:rPr>
        <w:t>The six bowls on the workbench made no sound.</w:t>
      </w:r>
    </w:p>
    <w:p>
      <w:pPr>
        <w:spacing w:after="60" w:line="266" w:lineRule="auto"/>
        <w:ind w:firstLine="331"/>
        <w:jc w:val="both"/>
      </w:pPr>
      <w:r>
        <w:rPr>
          <w:rFonts w:ascii="Georgia" w:hAnsi="Georgia"/>
          <w:b w:val="0"/>
          <w:i w:val="0"/>
          <w:color w:val="22201D"/>
          <w:sz w:val="20"/>
        </w:rPr>
        <w:t>This was exactly how bowls testify.</w:t>
      </w:r>
    </w:p>
    <w:p>
      <w:pPr>
        <w:spacing w:after="60" w:line="266" w:lineRule="auto"/>
        <w:ind w:firstLine="331"/>
        <w:jc w:val="both"/>
      </w:pPr>
      <w:r>
        <w:rPr>
          <w:rFonts w:ascii="Georgia" w:hAnsi="Georgia"/>
          <w:b w:val="0"/>
          <w:i w:val="0"/>
          <w:color w:val="22201D"/>
          <w:sz w:val="20"/>
        </w:rPr>
        <w:t>The first bowl, the one marked ES-1987-NEEDED, had begun to dry around the letters. The case number was no longer on the surface. It was in the clay.</w:t>
      </w:r>
    </w:p>
    <w:p>
      <w:pPr>
        <w:spacing w:after="60" w:line="266" w:lineRule="auto"/>
        <w:ind w:firstLine="331"/>
        <w:jc w:val="both"/>
      </w:pPr>
      <w:r>
        <w:rPr>
          <w:rFonts w:ascii="Georgia" w:hAnsi="Georgia"/>
          <w:b w:val="0"/>
          <w:i w:val="0"/>
          <w:color w:val="22201D"/>
          <w:sz w:val="20"/>
        </w:rPr>
        <w:t>Steve touched it lightly with one finger.</w:t>
      </w:r>
    </w:p>
    <w:p>
      <w:pPr>
        <w:spacing w:after="60" w:line="266" w:lineRule="auto"/>
        <w:ind w:firstLine="331"/>
        <w:jc w:val="both"/>
      </w:pPr>
      <w:r>
        <w:rPr>
          <w:rFonts w:ascii="Georgia" w:hAnsi="Georgia"/>
          <w:b w:val="0"/>
          <w:i w:val="0"/>
          <w:color w:val="22201D"/>
          <w:sz w:val="20"/>
        </w:rPr>
        <w:t>The bowl was still soft.</w:t>
      </w:r>
    </w:p>
    <w:p>
      <w:pPr>
        <w:spacing w:after="60" w:line="266" w:lineRule="auto"/>
        <w:ind w:firstLine="331"/>
        <w:jc w:val="both"/>
      </w:pPr>
      <w:r>
        <w:rPr>
          <w:rFonts w:ascii="Georgia" w:hAnsi="Georgia"/>
          <w:b w:val="0"/>
          <w:i w:val="0"/>
          <w:color w:val="22201D"/>
          <w:sz w:val="20"/>
        </w:rPr>
        <w:t>He could collapse it if he wanted to.</w:t>
      </w:r>
    </w:p>
    <w:p>
      <w:pPr>
        <w:spacing w:after="60" w:line="266" w:lineRule="auto"/>
        <w:ind w:firstLine="331"/>
        <w:jc w:val="both"/>
      </w:pPr>
      <w:r>
        <w:rPr>
          <w:rFonts w:ascii="Georgia" w:hAnsi="Georgia"/>
          <w:b w:val="0"/>
          <w:i w:val="0"/>
          <w:color w:val="22201D"/>
          <w:sz w:val="20"/>
        </w:rPr>
        <w:t>He could wedge the clay back into a lump. He could erase the letters, at least physically. He could make the studio ordinary again by force, or as close to ordinary as a studio could be when it had recently received legal mail from a soup counter that existed partly in need and partly in records.</w:t>
      </w:r>
    </w:p>
    <w:p>
      <w:pPr>
        <w:spacing w:after="60" w:line="266" w:lineRule="auto"/>
        <w:ind w:firstLine="331"/>
        <w:jc w:val="both"/>
      </w:pPr>
      <w:r>
        <w:rPr>
          <w:rFonts w:ascii="Georgia" w:hAnsi="Georgia"/>
          <w:b w:val="0"/>
          <w:i w:val="0"/>
          <w:color w:val="22201D"/>
          <w:sz w:val="20"/>
        </w:rPr>
        <w:t>He looked at the shift note.</w:t>
      </w:r>
    </w:p>
    <w:p>
      <w:pPr>
        <w:spacing w:after="60" w:line="266" w:lineRule="auto"/>
        <w:ind w:firstLine="331"/>
        <w:jc w:val="both"/>
      </w:pPr>
      <w:r>
        <w:rPr>
          <w:rFonts w:ascii="Georgia" w:hAnsi="Georgia"/>
          <w:b w:val="0"/>
          <w:i w:val="0"/>
          <w:color w:val="22201D"/>
          <w:sz w:val="20"/>
        </w:rPr>
        <w:t>Recognition first, money also.</w:t>
      </w:r>
    </w:p>
    <w:p>
      <w:pPr>
        <w:spacing w:after="60" w:line="266" w:lineRule="auto"/>
        <w:ind w:firstLine="331"/>
        <w:jc w:val="both"/>
      </w:pPr>
      <w:r>
        <w:rPr>
          <w:rFonts w:ascii="Georgia" w:hAnsi="Georgia"/>
          <w:b w:val="0"/>
          <w:i w:val="0"/>
          <w:color w:val="22201D"/>
          <w:sz w:val="20"/>
        </w:rPr>
        <w:t>He looked at the business-license amendment.</w:t>
      </w:r>
    </w:p>
    <w:p>
      <w:pPr>
        <w:spacing w:after="60" w:line="266" w:lineRule="auto"/>
        <w:ind w:firstLine="331"/>
        <w:jc w:val="both"/>
      </w:pPr>
      <w:r>
        <w:rPr>
          <w:rFonts w:ascii="Georgia" w:hAnsi="Georgia"/>
          <w:b w:val="0"/>
          <w:i w:val="0"/>
          <w:color w:val="22201D"/>
          <w:sz w:val="20"/>
        </w:rPr>
        <w:t>Do not separate files after nourishment has begun.</w:t>
      </w:r>
    </w:p>
    <w:p>
      <w:pPr>
        <w:spacing w:after="60" w:line="266" w:lineRule="auto"/>
        <w:ind w:firstLine="331"/>
        <w:jc w:val="both"/>
      </w:pPr>
      <w:r>
        <w:rPr>
          <w:rFonts w:ascii="Georgia" w:hAnsi="Georgia"/>
          <w:b w:val="0"/>
          <w:i w:val="0"/>
          <w:color w:val="22201D"/>
          <w:sz w:val="20"/>
        </w:rPr>
        <w:t>He looked at the bowls.</w:t>
      </w:r>
    </w:p>
    <w:p>
      <w:pPr>
        <w:spacing w:after="60" w:line="266" w:lineRule="auto"/>
        <w:ind w:firstLine="331"/>
        <w:jc w:val="both"/>
      </w:pPr>
      <w:r>
        <w:rPr>
          <w:rFonts w:ascii="Georgia" w:hAnsi="Georgia"/>
          <w:b w:val="0"/>
          <w:i w:val="0"/>
          <w:color w:val="22201D"/>
          <w:sz w:val="20"/>
        </w:rPr>
        <w:t>They held the right amount of whatever was put into them.</w:t>
      </w:r>
    </w:p>
    <w:p>
      <w:pPr>
        <w:spacing w:after="60" w:line="266" w:lineRule="auto"/>
        <w:ind w:firstLine="331"/>
        <w:jc w:val="both"/>
      </w:pPr>
      <w:r>
        <w:rPr>
          <w:rFonts w:ascii="Georgia" w:hAnsi="Georgia"/>
          <w:b w:val="0"/>
          <w:i w:val="0"/>
          <w:color w:val="22201D"/>
          <w:sz w:val="20"/>
        </w:rPr>
        <w:t>He did not know why.</w:t>
      </w:r>
    </w:p>
    <w:p>
      <w:pPr>
        <w:spacing w:after="60" w:line="266" w:lineRule="auto"/>
        <w:ind w:firstLine="331"/>
        <w:jc w:val="both"/>
      </w:pPr>
      <w:r>
        <w:rPr>
          <w:rFonts w:ascii="Georgia" w:hAnsi="Georgia"/>
          <w:b w:val="0"/>
          <w:i w:val="0"/>
          <w:color w:val="22201D"/>
          <w:sz w:val="20"/>
        </w:rPr>
        <w:t>He had spent years not asking.</w:t>
      </w:r>
    </w:p>
    <w:p>
      <w:pPr>
        <w:spacing w:after="60" w:line="266" w:lineRule="auto"/>
        <w:ind w:firstLine="331"/>
        <w:jc w:val="both"/>
      </w:pPr>
      <w:r>
        <w:rPr>
          <w:rFonts w:ascii="Georgia" w:hAnsi="Georgia"/>
          <w:b w:val="0"/>
          <w:i w:val="0"/>
          <w:color w:val="22201D"/>
          <w:sz w:val="20"/>
        </w:rPr>
        <w:t>Now the file was asking for him.</w:t>
      </w:r>
    </w:p>
    <w:p>
      <w:pPr>
        <w:spacing w:after="60" w:line="266" w:lineRule="auto"/>
        <w:ind w:firstLine="331"/>
        <w:jc w:val="both"/>
      </w:pPr>
      <w:r>
        <w:rPr>
          <w:rFonts w:ascii="Georgia" w:hAnsi="Georgia"/>
          <w:b w:val="0"/>
          <w:i w:val="0"/>
          <w:color w:val="22201D"/>
          <w:sz w:val="20"/>
        </w:rPr>
        <w:t>Steve sat very still.</w:t>
      </w:r>
    </w:p>
    <w:p>
      <w:pPr>
        <w:spacing w:after="60" w:line="266" w:lineRule="auto"/>
        <w:ind w:firstLine="331"/>
        <w:jc w:val="both"/>
      </w:pPr>
      <w:r>
        <w:rPr>
          <w:rFonts w:ascii="Georgia" w:hAnsi="Georgia"/>
          <w:b w:val="0"/>
          <w:i w:val="0"/>
          <w:color w:val="22201D"/>
          <w:sz w:val="20"/>
        </w:rPr>
        <w:t>The business license began to pray.</w:t>
      </w:r>
    </w:p>
    <w:p>
      <w:pPr>
        <w:spacing w:after="60" w:line="266" w:lineRule="auto"/>
        <w:ind w:firstLine="331"/>
        <w:jc w:val="both"/>
      </w:pPr>
      <w:r>
        <w:rPr>
          <w:rFonts w:ascii="Georgia" w:hAnsi="Georgia"/>
          <w:b w:val="0"/>
          <w:i w:val="0"/>
          <w:color w:val="22201D"/>
          <w:sz w:val="20"/>
        </w:rPr>
        <w:t>Not in words, at first.</w:t>
      </w:r>
    </w:p>
    <w:p>
      <w:pPr>
        <w:spacing w:after="60" w:line="266" w:lineRule="auto"/>
        <w:ind w:firstLine="331"/>
        <w:jc w:val="both"/>
      </w:pPr>
      <w:r>
        <w:rPr>
          <w:rFonts w:ascii="Georgia" w:hAnsi="Georgia"/>
          <w:b w:val="0"/>
          <w:i w:val="0"/>
          <w:color w:val="22201D"/>
          <w:sz w:val="20"/>
        </w:rPr>
        <w:t>In arrangement.</w:t>
      </w:r>
    </w:p>
    <w:p>
      <w:pPr>
        <w:spacing w:after="60" w:line="266" w:lineRule="auto"/>
        <w:ind w:firstLine="331"/>
        <w:jc w:val="both"/>
      </w:pPr>
      <w:r>
        <w:rPr>
          <w:rFonts w:ascii="Georgia" w:hAnsi="Georgia"/>
          <w:b w:val="0"/>
          <w:i w:val="0"/>
          <w:color w:val="22201D"/>
          <w:sz w:val="20"/>
        </w:rPr>
        <w:t>The papers inside the folder aligned themselves at right angles. The paperclip rotated until its long side faced north. The amendment form moved half an inch closer to the shift note. The case stub slid beneath both, becoming foundation rather than history.</w:t>
      </w:r>
    </w:p>
    <w:p>
      <w:pPr>
        <w:spacing w:after="60" w:line="266" w:lineRule="auto"/>
        <w:ind w:firstLine="331"/>
        <w:jc w:val="both"/>
      </w:pPr>
      <w:r>
        <w:rPr>
          <w:rFonts w:ascii="Georgia" w:hAnsi="Georgia"/>
          <w:b w:val="0"/>
          <w:i w:val="0"/>
          <w:color w:val="22201D"/>
          <w:sz w:val="20"/>
        </w:rPr>
        <w:t>Then the form printed a new field.</w:t>
      </w:r>
    </w:p>
    <w:p>
      <w:pPr>
        <w:spacing w:after="60" w:line="250" w:lineRule="auto"/>
        <w:ind w:left="202" w:right="173"/>
      </w:pPr>
      <w:r>
        <w:rPr>
          <w:rFonts w:ascii="Georgia" w:hAnsi="Georgia"/>
          <w:b w:val="0"/>
          <w:i w:val="0"/>
          <w:color w:val="22201D"/>
          <w:sz w:val="17"/>
        </w:rPr>
        <w:t>PRAYER / REQUEST / ADMINISTRATIVE INTENTION:</w:t>
      </w:r>
    </w:p>
    <w:p>
      <w:pPr>
        <w:spacing w:after="60" w:line="266" w:lineRule="auto"/>
        <w:ind w:firstLine="331"/>
        <w:jc w:val="both"/>
      </w:pPr>
      <w:r>
        <w:rPr>
          <w:rFonts w:ascii="Georgia" w:hAnsi="Georgia"/>
          <w:b w:val="0"/>
          <w:i w:val="0"/>
          <w:color w:val="22201D"/>
          <w:sz w:val="20"/>
        </w:rPr>
        <w:t>Below it, letters appeared slowly, each one with the exhausted dignity of a clerk typing after lunch.</w:t>
      </w:r>
    </w:p>
    <w:p>
      <w:pPr>
        <w:spacing w:after="60" w:line="250" w:lineRule="auto"/>
        <w:ind w:left="202" w:right="173"/>
      </w:pPr>
      <w:r>
        <w:rPr>
          <w:rFonts w:ascii="Georgia" w:hAnsi="Georgia"/>
          <w:b w:val="0"/>
          <w:i w:val="0"/>
          <w:color w:val="22201D"/>
          <w:sz w:val="17"/>
        </w:rPr>
        <w:t>Let the work that keeps the miracle clean be named, paid, and kept in the same file as the miracle.</w:t>
      </w:r>
    </w:p>
    <w:p>
      <w:pPr>
        <w:spacing w:after="60" w:line="266" w:lineRule="auto"/>
        <w:ind w:firstLine="331"/>
        <w:jc w:val="both"/>
      </w:pPr>
      <w:r>
        <w:rPr>
          <w:rFonts w:ascii="Georgia" w:hAnsi="Georgia"/>
          <w:b w:val="0"/>
          <w:i w:val="0"/>
          <w:color w:val="22201D"/>
          <w:sz w:val="20"/>
        </w:rPr>
        <w:t>Steve did not breathe for several seconds.</w:t>
      </w:r>
    </w:p>
    <w:p>
      <w:pPr>
        <w:spacing w:after="60" w:line="266" w:lineRule="auto"/>
        <w:ind w:firstLine="331"/>
        <w:jc w:val="both"/>
      </w:pPr>
      <w:r>
        <w:rPr>
          <w:rFonts w:ascii="Georgia" w:hAnsi="Georgia"/>
          <w:b w:val="0"/>
          <w:i w:val="0"/>
          <w:color w:val="22201D"/>
          <w:sz w:val="20"/>
        </w:rPr>
        <w:t>He was not a religious man.</w:t>
      </w:r>
    </w:p>
    <w:p>
      <w:pPr>
        <w:spacing w:after="60" w:line="266" w:lineRule="auto"/>
        <w:ind w:firstLine="331"/>
        <w:jc w:val="both"/>
      </w:pPr>
      <w:r>
        <w:rPr>
          <w:rFonts w:ascii="Georgia" w:hAnsi="Georgia"/>
          <w:b w:val="0"/>
          <w:i w:val="0"/>
          <w:color w:val="22201D"/>
          <w:sz w:val="20"/>
        </w:rPr>
        <w:t>This was not because he objected to religion. He objected to imprecise categories. Religion, in his experience, was often filed under feeling when it clearly belonged somewhere between zoning, inheritance, singing, and lunch.</w:t>
      </w:r>
    </w:p>
    <w:p>
      <w:pPr>
        <w:spacing w:after="60" w:line="266" w:lineRule="auto"/>
        <w:ind w:firstLine="331"/>
        <w:jc w:val="both"/>
      </w:pPr>
      <w:r>
        <w:rPr>
          <w:rFonts w:ascii="Georgia" w:hAnsi="Georgia"/>
          <w:b w:val="0"/>
          <w:i w:val="0"/>
          <w:color w:val="22201D"/>
          <w:sz w:val="20"/>
        </w:rPr>
        <w:t>He was not an irreligious man either, for the same reason.</w:t>
      </w:r>
    </w:p>
    <w:p>
      <w:pPr>
        <w:spacing w:after="60" w:line="266" w:lineRule="auto"/>
        <w:ind w:firstLine="331"/>
        <w:jc w:val="both"/>
      </w:pPr>
      <w:r>
        <w:rPr>
          <w:rFonts w:ascii="Georgia" w:hAnsi="Georgia"/>
          <w:b w:val="0"/>
          <w:i w:val="0"/>
          <w:color w:val="22201D"/>
          <w:sz w:val="20"/>
        </w:rPr>
        <w:t>He had no objection to prayer provided it identified the office responsible for receipt.</w:t>
      </w:r>
    </w:p>
    <w:p>
      <w:pPr>
        <w:spacing w:after="60" w:line="266" w:lineRule="auto"/>
        <w:ind w:firstLine="331"/>
        <w:jc w:val="both"/>
      </w:pPr>
      <w:r>
        <w:rPr>
          <w:rFonts w:ascii="Georgia" w:hAnsi="Georgia"/>
          <w:b w:val="0"/>
          <w:i w:val="0"/>
          <w:color w:val="22201D"/>
          <w:sz w:val="20"/>
        </w:rPr>
        <w:t>The business license had done so.</w:t>
      </w:r>
    </w:p>
    <w:p>
      <w:pPr>
        <w:spacing w:after="60" w:line="266" w:lineRule="auto"/>
        <w:ind w:firstLine="331"/>
        <w:jc w:val="both"/>
      </w:pPr>
      <w:r>
        <w:rPr>
          <w:rFonts w:ascii="Georgia" w:hAnsi="Georgia"/>
          <w:b w:val="0"/>
          <w:i w:val="0"/>
          <w:color w:val="22201D"/>
          <w:sz w:val="20"/>
        </w:rPr>
        <w:t>It had identified him.</w:t>
      </w:r>
    </w:p>
    <w:p>
      <w:pPr>
        <w:spacing w:after="60" w:line="266" w:lineRule="auto"/>
        <w:ind w:firstLine="331"/>
        <w:jc w:val="both"/>
      </w:pPr>
      <w:r>
        <w:rPr>
          <w:rFonts w:ascii="Georgia" w:hAnsi="Georgia"/>
          <w:b w:val="0"/>
          <w:i w:val="0"/>
          <w:color w:val="22201D"/>
          <w:sz w:val="20"/>
        </w:rPr>
        <w:t>"I am retired," Steve said.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STATUS ACKNOWLEDGED. JURISDICTION PERSISTS WHERE FILE REMAINS ACTIVE.</w:t>
      </w:r>
    </w:p>
    <w:p>
      <w:pPr>
        <w:spacing w:after="60" w:line="266" w:lineRule="auto"/>
        <w:ind w:firstLine="331"/>
        <w:jc w:val="both"/>
      </w:pPr>
      <w:r>
        <w:rPr>
          <w:rFonts w:ascii="Georgia" w:hAnsi="Georgia"/>
          <w:b w:val="0"/>
          <w:i w:val="0"/>
          <w:color w:val="22201D"/>
          <w:sz w:val="20"/>
        </w:rPr>
        <w:t>"I never approved the restaurant."</w:t>
      </w:r>
    </w:p>
    <w:p>
      <w:pPr>
        <w:spacing w:after="60" w:line="250" w:lineRule="auto"/>
        <w:ind w:left="202" w:right="173"/>
      </w:pPr>
      <w:r>
        <w:rPr>
          <w:rFonts w:ascii="Georgia" w:hAnsi="Georgia"/>
          <w:b w:val="0"/>
          <w:i w:val="0"/>
          <w:color w:val="22201D"/>
          <w:sz w:val="17"/>
        </w:rPr>
        <w:t>CORRECT. YOU OPENED THE CASE.</w:t>
      </w:r>
    </w:p>
    <w:p>
      <w:pPr>
        <w:spacing w:after="60" w:line="266" w:lineRule="auto"/>
        <w:ind w:firstLine="331"/>
        <w:jc w:val="both"/>
      </w:pPr>
      <w:r>
        <w:rPr>
          <w:rFonts w:ascii="Georgia" w:hAnsi="Georgia"/>
          <w:b w:val="0"/>
          <w:i w:val="0"/>
          <w:color w:val="22201D"/>
          <w:sz w:val="20"/>
        </w:rPr>
        <w:t>"That is not the same thing."</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This was worse than contradiction. The form understood him.</w:t>
      </w:r>
    </w:p>
    <w:p>
      <w:pPr>
        <w:spacing w:after="60" w:line="266" w:lineRule="auto"/>
        <w:ind w:firstLine="331"/>
        <w:jc w:val="both"/>
      </w:pPr>
      <w:r>
        <w:rPr>
          <w:rFonts w:ascii="Georgia" w:hAnsi="Georgia"/>
          <w:b w:val="0"/>
          <w:i w:val="0"/>
          <w:color w:val="22201D"/>
          <w:sz w:val="20"/>
        </w:rPr>
        <w:t>Steve stood and walked in a small square because pacing in circles was imprecise. At the fourth corner he stopped beside the kiln shelves.</w:t>
      </w:r>
    </w:p>
    <w:p>
      <w:pPr>
        <w:spacing w:after="60" w:line="266" w:lineRule="auto"/>
        <w:ind w:firstLine="331"/>
        <w:jc w:val="both"/>
      </w:pPr>
      <w:r>
        <w:rPr>
          <w:rFonts w:ascii="Georgia" w:hAnsi="Georgia"/>
          <w:b w:val="0"/>
          <w:i w:val="0"/>
          <w:color w:val="22201D"/>
          <w:sz w:val="20"/>
        </w:rPr>
        <w:t>The bowls sat on the workbench.</w:t>
      </w:r>
    </w:p>
    <w:p>
      <w:pPr>
        <w:spacing w:after="60" w:line="266" w:lineRule="auto"/>
        <w:ind w:firstLine="331"/>
        <w:jc w:val="both"/>
      </w:pPr>
      <w:r>
        <w:rPr>
          <w:rFonts w:ascii="Georgia" w:hAnsi="Georgia"/>
          <w:b w:val="0"/>
          <w:i w:val="0"/>
          <w:color w:val="22201D"/>
          <w:sz w:val="20"/>
        </w:rPr>
        <w:t>The fourth bowl, LABOR LINE MISSING, had acquired a tiny crack.</w:t>
      </w:r>
    </w:p>
    <w:p>
      <w:pPr>
        <w:spacing w:after="60" w:line="266" w:lineRule="auto"/>
        <w:ind w:firstLine="331"/>
        <w:jc w:val="both"/>
      </w:pPr>
      <w:r>
        <w:rPr>
          <w:rFonts w:ascii="Georgia" w:hAnsi="Georgia"/>
          <w:b w:val="0"/>
          <w:i w:val="0"/>
          <w:color w:val="22201D"/>
          <w:sz w:val="20"/>
        </w:rPr>
        <w:t>It was not structural yet. It was the kind of crack that begins as a line and becomes breakage if nobody admits the line is there.</w:t>
      </w:r>
    </w:p>
    <w:p>
      <w:pPr>
        <w:spacing w:after="60" w:line="266" w:lineRule="auto"/>
        <w:ind w:firstLine="331"/>
        <w:jc w:val="both"/>
      </w:pPr>
      <w:r>
        <w:rPr>
          <w:rFonts w:ascii="Georgia" w:hAnsi="Georgia"/>
          <w:b w:val="0"/>
          <w:i w:val="0"/>
          <w:color w:val="22201D"/>
          <w:sz w:val="20"/>
        </w:rPr>
        <w:t>Steve knew cracks.</w:t>
      </w:r>
    </w:p>
    <w:p>
      <w:pPr>
        <w:spacing w:after="60" w:line="266" w:lineRule="auto"/>
        <w:ind w:firstLine="331"/>
        <w:jc w:val="both"/>
      </w:pPr>
      <w:r>
        <w:rPr>
          <w:rFonts w:ascii="Georgia" w:hAnsi="Georgia"/>
          <w:b w:val="0"/>
          <w:i w:val="0"/>
          <w:color w:val="22201D"/>
          <w:sz w:val="20"/>
        </w:rPr>
        <w:t>Pottery teaches failure without rhetoric. A crack does not care whether you meant well. A glaze defect does not reward your intention. A warped rim is not moved by your resume. There is humility in firing because the kiln accepts no argument filed after heat.</w:t>
      </w:r>
    </w:p>
    <w:p>
      <w:pPr>
        <w:spacing w:after="60" w:line="266" w:lineRule="auto"/>
        <w:ind w:firstLine="331"/>
        <w:jc w:val="both"/>
      </w:pPr>
      <w:r>
        <w:rPr>
          <w:rFonts w:ascii="Georgia" w:hAnsi="Georgia"/>
          <w:b w:val="0"/>
          <w:i w:val="0"/>
          <w:color w:val="22201D"/>
          <w:sz w:val="20"/>
        </w:rPr>
        <w:t>He returned to the table.</w:t>
      </w:r>
    </w:p>
    <w:p>
      <w:pPr>
        <w:spacing w:after="60" w:line="266" w:lineRule="auto"/>
        <w:ind w:firstLine="331"/>
        <w:jc w:val="both"/>
      </w:pPr>
      <w:r>
        <w:rPr>
          <w:rFonts w:ascii="Georgia" w:hAnsi="Georgia"/>
          <w:b w:val="0"/>
          <w:i w:val="0"/>
          <w:color w:val="22201D"/>
          <w:sz w:val="20"/>
        </w:rPr>
        <w:t>"If I amend the license," he said, "I am not endorsing every metaphysical implication."</w:t>
      </w:r>
    </w:p>
    <w:p>
      <w:pPr>
        <w:spacing w:after="60" w:line="266" w:lineRule="auto"/>
        <w:ind w:firstLine="331"/>
        <w:jc w:val="both"/>
      </w:pPr>
      <w:r>
        <w:rPr>
          <w:rFonts w:ascii="Georgia" w:hAnsi="Georgia"/>
          <w:b w:val="0"/>
          <w:i w:val="0"/>
          <w:color w:val="22201D"/>
          <w:sz w:val="20"/>
        </w:rPr>
        <w:t>The form waited.</w:t>
      </w:r>
    </w:p>
    <w:p>
      <w:pPr>
        <w:spacing w:after="60" w:line="266" w:lineRule="auto"/>
        <w:ind w:firstLine="331"/>
        <w:jc w:val="both"/>
      </w:pPr>
      <w:r>
        <w:rPr>
          <w:rFonts w:ascii="Georgia" w:hAnsi="Georgia"/>
          <w:b w:val="0"/>
          <w:i w:val="0"/>
          <w:color w:val="22201D"/>
          <w:sz w:val="20"/>
        </w:rPr>
        <w:t>"I am acknowledging that the existing file is incomplete."</w:t>
      </w:r>
    </w:p>
    <w:p>
      <w:pPr>
        <w:spacing w:after="60" w:line="266" w:lineRule="auto"/>
        <w:ind w:firstLine="331"/>
        <w:jc w:val="both"/>
      </w:pPr>
      <w:r>
        <w:rPr>
          <w:rFonts w:ascii="Georgia" w:hAnsi="Georgia"/>
          <w:b w:val="0"/>
          <w:i w:val="0"/>
          <w:color w:val="22201D"/>
          <w:sz w:val="20"/>
        </w:rPr>
        <w:t>The form waited more specifically.</w:t>
      </w:r>
    </w:p>
    <w:p>
      <w:pPr>
        <w:spacing w:after="60" w:line="266" w:lineRule="auto"/>
        <w:ind w:firstLine="331"/>
        <w:jc w:val="both"/>
      </w:pPr>
      <w:r>
        <w:rPr>
          <w:rFonts w:ascii="Georgia" w:hAnsi="Georgia"/>
          <w:b w:val="0"/>
          <w:i w:val="0"/>
          <w:color w:val="22201D"/>
          <w:sz w:val="20"/>
        </w:rPr>
        <w:t>"I am preserving continuity of records."</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ACCEPTABLE CLERK FRAME.</w:t>
      </w:r>
    </w:p>
    <w:p>
      <w:pPr>
        <w:spacing w:after="60" w:line="266" w:lineRule="auto"/>
        <w:ind w:firstLine="331"/>
        <w:jc w:val="both"/>
      </w:pPr>
      <w:r>
        <w:rPr>
          <w:rFonts w:ascii="Georgia" w:hAnsi="Georgia"/>
          <w:b w:val="0"/>
          <w:i w:val="0"/>
          <w:color w:val="22201D"/>
          <w:sz w:val="20"/>
        </w:rPr>
        <w:t>Steve hated how relieved he felt.</w:t>
      </w:r>
    </w:p>
    <w:p>
      <w:pPr>
        <w:spacing w:after="60" w:line="266" w:lineRule="auto"/>
        <w:ind w:firstLine="331"/>
        <w:jc w:val="both"/>
      </w:pPr>
      <w:r>
        <w:rPr>
          <w:rFonts w:ascii="Georgia" w:hAnsi="Georgia"/>
          <w:b w:val="0"/>
          <w:i w:val="0"/>
          <w:color w:val="22201D"/>
          <w:sz w:val="20"/>
        </w:rPr>
        <w:t>He took out his old red pen.</w:t>
      </w:r>
    </w:p>
    <w:p>
      <w:pPr>
        <w:spacing w:after="60" w:line="266" w:lineRule="auto"/>
        <w:ind w:firstLine="331"/>
        <w:jc w:val="both"/>
      </w:pPr>
      <w:r>
        <w:rPr>
          <w:rFonts w:ascii="Georgia" w:hAnsi="Georgia"/>
          <w:b w:val="0"/>
          <w:i w:val="0"/>
          <w:color w:val="22201D"/>
          <w:sz w:val="20"/>
        </w:rPr>
        <w:t>He did not know why he still had it. That was not true. He knew exactly why. Some objects retire badly.</w:t>
      </w:r>
    </w:p>
    <w:p>
      <w:pPr>
        <w:spacing w:after="60" w:line="266" w:lineRule="auto"/>
        <w:ind w:firstLine="331"/>
        <w:jc w:val="both"/>
      </w:pPr>
      <w:r>
        <w:rPr>
          <w:rFonts w:ascii="Georgia" w:hAnsi="Georgia"/>
          <w:b w:val="0"/>
          <w:i w:val="0"/>
          <w:color w:val="22201D"/>
          <w:sz w:val="20"/>
        </w:rPr>
        <w:t>At the bottom of the amendment form was a box:</w:t>
      </w:r>
    </w:p>
    <w:p>
      <w:pPr>
        <w:spacing w:after="60" w:line="250" w:lineRule="auto"/>
        <w:ind w:left="202" w:right="173"/>
      </w:pPr>
      <w:r>
        <w:rPr>
          <w:rFonts w:ascii="Georgia" w:hAnsi="Georgia"/>
          <w:b w:val="0"/>
          <w:i w:val="0"/>
          <w:color w:val="22201D"/>
          <w:sz w:val="17"/>
        </w:rPr>
        <w:t>Clerk action: [ ] reject [ ] return for clarification [ ] amend and preserve [ ] correct by erasure</w:t>
      </w:r>
    </w:p>
    <w:p>
      <w:pPr>
        <w:spacing w:after="60" w:line="266" w:lineRule="auto"/>
        <w:ind w:firstLine="331"/>
        <w:jc w:val="both"/>
      </w:pPr>
      <w:r>
        <w:rPr>
          <w:rFonts w:ascii="Georgia" w:hAnsi="Georgia"/>
          <w:b w:val="0"/>
          <w:i w:val="0"/>
          <w:color w:val="22201D"/>
          <w:sz w:val="20"/>
        </w:rPr>
        <w:t>He hovered over return for clarification.</w:t>
      </w:r>
    </w:p>
    <w:p>
      <w:pPr>
        <w:spacing w:after="60" w:line="266" w:lineRule="auto"/>
        <w:ind w:firstLine="331"/>
        <w:jc w:val="both"/>
      </w:pPr>
      <w:r>
        <w:rPr>
          <w:rFonts w:ascii="Georgia" w:hAnsi="Georgia"/>
          <w:b w:val="0"/>
          <w:i w:val="0"/>
          <w:color w:val="22201D"/>
          <w:sz w:val="20"/>
        </w:rPr>
        <w:t>It was tempting.</w:t>
      </w:r>
    </w:p>
    <w:p>
      <w:pPr>
        <w:spacing w:after="60" w:line="266" w:lineRule="auto"/>
        <w:ind w:firstLine="331"/>
        <w:jc w:val="both"/>
      </w:pPr>
      <w:r>
        <w:rPr>
          <w:rFonts w:ascii="Georgia" w:hAnsi="Georgia"/>
          <w:b w:val="0"/>
          <w:i w:val="0"/>
          <w:color w:val="22201D"/>
          <w:sz w:val="20"/>
        </w:rPr>
        <w:t>Clarification is the official language of postponement. It appears responsible, wears comfortable shoes, and can delay moral action indefinitely while everyone involved agrees that more information would be useful. Steve had used it honorably many times. He had also used it as a drawer with a lock.</w:t>
      </w:r>
    </w:p>
    <w:p>
      <w:pPr>
        <w:spacing w:after="60" w:line="266" w:lineRule="auto"/>
        <w:ind w:firstLine="331"/>
        <w:jc w:val="both"/>
      </w:pPr>
      <w:r>
        <w:rPr>
          <w:rFonts w:ascii="Georgia" w:hAnsi="Georgia"/>
          <w:b w:val="0"/>
          <w:i w:val="0"/>
          <w:color w:val="22201D"/>
          <w:sz w:val="20"/>
        </w:rPr>
        <w:t>The fourth bowl cracked a little farther.</w:t>
      </w:r>
    </w:p>
    <w:p>
      <w:pPr>
        <w:spacing w:after="60" w:line="266" w:lineRule="auto"/>
        <w:ind w:firstLine="331"/>
        <w:jc w:val="both"/>
      </w:pPr>
      <w:r>
        <w:rPr>
          <w:rFonts w:ascii="Georgia" w:hAnsi="Georgia"/>
          <w:b w:val="0"/>
          <w:i w:val="0"/>
          <w:color w:val="22201D"/>
          <w:sz w:val="20"/>
        </w:rPr>
        <w:t>Steve checked:</w:t>
      </w:r>
    </w:p>
    <w:p>
      <w:pPr>
        <w:spacing w:after="60" w:line="250" w:lineRule="auto"/>
        <w:ind w:left="202" w:right="173"/>
      </w:pPr>
      <w:r>
        <w:rPr>
          <w:rFonts w:ascii="Georgia" w:hAnsi="Georgia"/>
          <w:b w:val="0"/>
          <w:i w:val="0"/>
          <w:color w:val="22201D"/>
          <w:sz w:val="17"/>
        </w:rPr>
        <w:t>[x] amend and preserve</w:t>
      </w:r>
    </w:p>
    <w:p>
      <w:pPr>
        <w:spacing w:after="60" w:line="266" w:lineRule="auto"/>
        <w:ind w:firstLine="331"/>
        <w:jc w:val="both"/>
      </w:pPr>
      <w:r>
        <w:rPr>
          <w:rFonts w:ascii="Georgia" w:hAnsi="Georgia"/>
          <w:b w:val="0"/>
          <w:i w:val="0"/>
          <w:color w:val="22201D"/>
          <w:sz w:val="20"/>
        </w:rPr>
        <w:t>Nothing exploded.</w:t>
      </w:r>
    </w:p>
    <w:p>
      <w:pPr>
        <w:spacing w:after="60" w:line="266" w:lineRule="auto"/>
        <w:ind w:firstLine="331"/>
        <w:jc w:val="both"/>
      </w:pPr>
      <w:r>
        <w:rPr>
          <w:rFonts w:ascii="Georgia" w:hAnsi="Georgia"/>
          <w:b w:val="0"/>
          <w:i w:val="0"/>
          <w:color w:val="22201D"/>
          <w:sz w:val="20"/>
        </w:rPr>
        <w:t>He had not expected an explosion.</w:t>
      </w:r>
    </w:p>
    <w:p>
      <w:pPr>
        <w:spacing w:after="60" w:line="266" w:lineRule="auto"/>
        <w:ind w:firstLine="331"/>
        <w:jc w:val="both"/>
      </w:pPr>
      <w:r>
        <w:rPr>
          <w:rFonts w:ascii="Georgia" w:hAnsi="Georgia"/>
          <w:b w:val="0"/>
          <w:i w:val="0"/>
          <w:color w:val="22201D"/>
          <w:sz w:val="20"/>
        </w:rPr>
        <w:t>He had expected, perhaps, some sign. A glow. A chime. A sudden smell of bread. The universe, when indulging impossibility, should at least observe basic theatrical standards.</w:t>
      </w:r>
    </w:p>
    <w:p>
      <w:pPr>
        <w:spacing w:after="60" w:line="266" w:lineRule="auto"/>
        <w:ind w:firstLine="331"/>
        <w:jc w:val="both"/>
      </w:pPr>
      <w:r>
        <w:rPr>
          <w:rFonts w:ascii="Georgia" w:hAnsi="Georgia"/>
          <w:b w:val="0"/>
          <w:i w:val="0"/>
          <w:color w:val="22201D"/>
          <w:sz w:val="20"/>
        </w:rPr>
        <w:t>Instead, the crack in the fourth bowl stopped moving.</w:t>
      </w:r>
    </w:p>
    <w:p>
      <w:pPr>
        <w:spacing w:after="60" w:line="266" w:lineRule="auto"/>
        <w:ind w:firstLine="331"/>
        <w:jc w:val="both"/>
      </w:pPr>
      <w:r>
        <w:rPr>
          <w:rFonts w:ascii="Georgia" w:hAnsi="Georgia"/>
          <w:b w:val="0"/>
          <w:i w:val="0"/>
          <w:color w:val="22201D"/>
          <w:sz w:val="20"/>
        </w:rPr>
        <w:t>That was better.</w:t>
      </w:r>
    </w:p>
    <w:p>
      <w:pPr>
        <w:spacing w:after="60" w:line="266" w:lineRule="auto"/>
        <w:ind w:firstLine="331"/>
        <w:jc w:val="both"/>
      </w:pPr>
      <w:r>
        <w:rPr>
          <w:rFonts w:ascii="Georgia" w:hAnsi="Georgia"/>
          <w:b w:val="0"/>
          <w:i w:val="0"/>
          <w:color w:val="22201D"/>
          <w:sz w:val="20"/>
        </w:rPr>
        <w:t>Steve signed the form.</w:t>
      </w:r>
    </w:p>
    <w:p>
      <w:pPr>
        <w:spacing w:after="60" w:line="250" w:lineRule="auto"/>
        <w:ind w:left="202" w:right="173"/>
      </w:pPr>
      <w:r>
        <w:rPr>
          <w:rFonts w:ascii="Georgia" w:hAnsi="Georgia"/>
          <w:b w:val="0"/>
          <w:i w:val="0"/>
          <w:color w:val="22201D"/>
          <w:sz w:val="17"/>
        </w:rPr>
        <w:t>Filed by: Steve R. Bellweather Former clerk, current custodian by recurrence</w:t>
      </w:r>
    </w:p>
    <w:p>
      <w:pPr>
        <w:spacing w:after="60" w:line="266" w:lineRule="auto"/>
        <w:ind w:firstLine="331"/>
        <w:jc w:val="both"/>
      </w:pPr>
      <w:r>
        <w:rPr>
          <w:rFonts w:ascii="Georgia" w:hAnsi="Georgia"/>
          <w:b w:val="0"/>
          <w:i w:val="0"/>
          <w:color w:val="22201D"/>
          <w:sz w:val="20"/>
        </w:rPr>
        <w:t>The title wrote itself before he could stop it.</w:t>
      </w:r>
    </w:p>
    <w:p>
      <w:pPr>
        <w:spacing w:after="60" w:line="266" w:lineRule="auto"/>
        <w:ind w:firstLine="331"/>
        <w:jc w:val="both"/>
      </w:pPr>
      <w:r>
        <w:rPr>
          <w:rFonts w:ascii="Georgia" w:hAnsi="Georgia"/>
          <w:b w:val="0"/>
          <w:i w:val="0"/>
          <w:color w:val="22201D"/>
          <w:sz w:val="20"/>
        </w:rPr>
        <w:t>"Custodian by recurrence," he read aloud.</w:t>
      </w:r>
    </w:p>
    <w:p>
      <w:pPr>
        <w:spacing w:after="60" w:line="266" w:lineRule="auto"/>
        <w:ind w:firstLine="331"/>
        <w:jc w:val="both"/>
      </w:pPr>
      <w:r>
        <w:rPr>
          <w:rFonts w:ascii="Georgia" w:hAnsi="Georgia"/>
          <w:b w:val="0"/>
          <w:i w:val="0"/>
          <w:color w:val="22201D"/>
          <w:sz w:val="20"/>
        </w:rPr>
        <w:t>It was accurate enough to be dangerous.</w:t>
      </w:r>
    </w:p>
    <w:p>
      <w:pPr>
        <w:spacing w:after="60" w:line="266" w:lineRule="auto"/>
        <w:ind w:firstLine="331"/>
        <w:jc w:val="both"/>
      </w:pPr>
      <w:r>
        <w:rPr>
          <w:rFonts w:ascii="Georgia" w:hAnsi="Georgia"/>
          <w:b w:val="0"/>
          <w:i w:val="0"/>
          <w:color w:val="22201D"/>
          <w:sz w:val="20"/>
        </w:rPr>
        <w:t>The folder settled.</w:t>
      </w:r>
    </w:p>
    <w:p>
      <w:pPr>
        <w:spacing w:after="60" w:line="266" w:lineRule="auto"/>
        <w:ind w:firstLine="331"/>
        <w:jc w:val="both"/>
      </w:pPr>
      <w:r>
        <w:rPr>
          <w:rFonts w:ascii="Georgia" w:hAnsi="Georgia"/>
          <w:b w:val="0"/>
          <w:i w:val="0"/>
          <w:color w:val="22201D"/>
          <w:sz w:val="20"/>
        </w:rPr>
        <w:t>The business-license amendment printed a final page.</w:t>
      </w:r>
    </w:p>
    <w:p>
      <w:pPr>
        <w:spacing w:after="60" w:line="250" w:lineRule="auto"/>
        <w:ind w:left="202" w:right="173"/>
      </w:pPr>
      <w:r>
        <w:rPr>
          <w:rFonts w:ascii="Georgia" w:hAnsi="Georgia"/>
          <w:b w:val="0"/>
          <w:i w:val="0"/>
          <w:color w:val="22201D"/>
          <w:sz w:val="17"/>
        </w:rPr>
        <w:t>AMENDED BUSINESS LICENSE  Entity: Emoji Soup  Address: everywhere, but especially here  Use category: restaurant / archive / corrective hunger / labor recognition / miracle maintenance  Operating condition: no miracle is clean by default  Labor condition: recognition first, money also  Clerk note: do not separate files after nourishment has begun  Inspection routing: Gerald Park floorplan correction required</w:t>
      </w:r>
    </w:p>
    <w:p>
      <w:pPr>
        <w:spacing w:after="60" w:line="266" w:lineRule="auto"/>
        <w:ind w:firstLine="331"/>
        <w:jc w:val="both"/>
      </w:pPr>
      <w:r>
        <w:rPr>
          <w:rFonts w:ascii="Georgia" w:hAnsi="Georgia"/>
          <w:b w:val="0"/>
          <w:i w:val="0"/>
          <w:color w:val="22201D"/>
          <w:sz w:val="20"/>
        </w:rPr>
        <w:t>Steve looked at the last two lines.</w:t>
      </w:r>
    </w:p>
    <w:p>
      <w:pPr>
        <w:spacing w:after="60" w:line="266" w:lineRule="auto"/>
        <w:ind w:firstLine="331"/>
        <w:jc w:val="both"/>
      </w:pPr>
      <w:r>
        <w:rPr>
          <w:rFonts w:ascii="Georgia" w:hAnsi="Georgia"/>
          <w:b w:val="0"/>
          <w:i w:val="0"/>
          <w:color w:val="22201D"/>
          <w:sz w:val="20"/>
        </w:rPr>
        <w:t>"Gerald," he said.</w:t>
      </w:r>
    </w:p>
    <w:p>
      <w:pPr>
        <w:spacing w:after="60" w:line="266" w:lineRule="auto"/>
        <w:ind w:firstLine="331"/>
        <w:jc w:val="both"/>
      </w:pPr>
      <w:r>
        <w:rPr>
          <w:rFonts w:ascii="Georgia" w:hAnsi="Georgia"/>
          <w:b w:val="0"/>
          <w:i w:val="0"/>
          <w:color w:val="22201D"/>
          <w:sz w:val="20"/>
        </w:rPr>
        <w:t>The name brought relief and worry in equal measure.</w:t>
      </w:r>
    </w:p>
    <w:p>
      <w:pPr>
        <w:spacing w:after="60" w:line="266" w:lineRule="auto"/>
        <w:ind w:firstLine="331"/>
        <w:jc w:val="both"/>
      </w:pPr>
      <w:r>
        <w:rPr>
          <w:rFonts w:ascii="Georgia" w:hAnsi="Georgia"/>
          <w:b w:val="0"/>
          <w:i w:val="0"/>
          <w:color w:val="22201D"/>
          <w:sz w:val="20"/>
        </w:rPr>
        <w:t>Gerald Park had been a health inspector, which meant he knew the difference between impossible and unsanitary. This distinction had saved more of civilization than poets generally acknowledged.</w:t>
      </w:r>
    </w:p>
    <w:p>
      <w:pPr>
        <w:spacing w:after="60" w:line="266" w:lineRule="auto"/>
        <w:ind w:firstLine="331"/>
        <w:jc w:val="both"/>
      </w:pPr>
      <w:r>
        <w:rPr>
          <w:rFonts w:ascii="Georgia" w:hAnsi="Georgia"/>
          <w:b w:val="0"/>
          <w:i w:val="0"/>
          <w:color w:val="22201D"/>
          <w:sz w:val="20"/>
        </w:rPr>
        <w:t>Steve turned to the old laptop he used for invoices and class registrations. It was not connected to any county system. It had no permissions, no credentials, no pathway to public records, and no business generating official routing.</w:t>
      </w:r>
    </w:p>
    <w:p>
      <w:pPr>
        <w:spacing w:after="60" w:line="266" w:lineRule="auto"/>
        <w:ind w:firstLine="331"/>
        <w:jc w:val="both"/>
      </w:pPr>
      <w:r>
        <w:rPr>
          <w:rFonts w:ascii="Georgia" w:hAnsi="Georgia"/>
          <w:b w:val="0"/>
          <w:i w:val="0"/>
          <w:color w:val="22201D"/>
          <w:sz w:val="20"/>
        </w:rPr>
        <w:t>The printer woke up.</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The printer printed anyway.</w:t>
      </w:r>
    </w:p>
    <w:p>
      <w:pPr>
        <w:spacing w:after="60" w:line="266" w:lineRule="auto"/>
        <w:ind w:firstLine="331"/>
        <w:jc w:val="both"/>
      </w:pPr>
      <w:r>
        <w:rPr>
          <w:rFonts w:ascii="Georgia" w:hAnsi="Georgia"/>
          <w:b w:val="0"/>
          <w:i w:val="0"/>
          <w:color w:val="22201D"/>
          <w:sz w:val="20"/>
        </w:rPr>
        <w:t>The page was a routing slip.</w:t>
      </w:r>
    </w:p>
    <w:p>
      <w:pPr>
        <w:spacing w:after="60" w:line="250" w:lineRule="auto"/>
        <w:ind w:left="202" w:right="173"/>
      </w:pPr>
      <w:r>
        <w:rPr>
          <w:rFonts w:ascii="Georgia" w:hAnsi="Georgia"/>
          <w:b w:val="0"/>
          <w:i w:val="0"/>
          <w:color w:val="22201D"/>
          <w:sz w:val="17"/>
        </w:rPr>
        <w:t>DEPARTMENT OF RECORDS ROUTING SLIP  Case: ES-1987-NEEDED  Amendment: Labor recognition / miracle maintenance  Related inspection: floorplan correction  Route to: Gerald Park Former Health Inspection Division or wherever clean hands still answer  Attached: amended business license shift note pottery witness statement</w:t>
      </w:r>
    </w:p>
    <w:p>
      <w:pPr>
        <w:spacing w:after="60" w:line="266" w:lineRule="auto"/>
        <w:ind w:firstLine="331"/>
        <w:jc w:val="both"/>
      </w:pPr>
      <w:r>
        <w:rPr>
          <w:rFonts w:ascii="Georgia" w:hAnsi="Georgia"/>
          <w:b w:val="0"/>
          <w:i w:val="0"/>
          <w:color w:val="22201D"/>
          <w:sz w:val="20"/>
        </w:rPr>
        <w:t>The six bowls chimed.</w:t>
      </w:r>
    </w:p>
    <w:p>
      <w:pPr>
        <w:spacing w:after="60" w:line="266" w:lineRule="auto"/>
        <w:ind w:firstLine="331"/>
        <w:jc w:val="both"/>
      </w:pPr>
      <w:r>
        <w:rPr>
          <w:rFonts w:ascii="Georgia" w:hAnsi="Georgia"/>
          <w:b w:val="0"/>
          <w:i w:val="0"/>
          <w:color w:val="22201D"/>
          <w:sz w:val="20"/>
        </w:rPr>
        <w:t>Not together. In sequence.</w:t>
      </w:r>
    </w:p>
    <w:p>
      <w:pPr>
        <w:spacing w:after="60" w:line="266" w:lineRule="auto"/>
        <w:ind w:firstLine="331"/>
        <w:jc w:val="both"/>
      </w:pPr>
      <w:r>
        <w:rPr>
          <w:rFonts w:ascii="Georgia" w:hAnsi="Georgia"/>
          <w:b w:val="0"/>
          <w:i w:val="0"/>
          <w:color w:val="22201D"/>
          <w:sz w:val="20"/>
        </w:rPr>
        <w:t>Each note held exactly the right amount of sound.</w:t>
      </w:r>
    </w:p>
    <w:p>
      <w:pPr>
        <w:spacing w:after="60" w:line="266" w:lineRule="auto"/>
        <w:ind w:firstLine="331"/>
        <w:jc w:val="both"/>
      </w:pPr>
      <w:r>
        <w:rPr>
          <w:rFonts w:ascii="Georgia" w:hAnsi="Georgia"/>
          <w:b w:val="0"/>
          <w:i w:val="0"/>
          <w:color w:val="22201D"/>
          <w:sz w:val="20"/>
        </w:rPr>
        <w:t>Steve looked at them for a long time.</w:t>
      </w:r>
    </w:p>
    <w:p>
      <w:pPr>
        <w:spacing w:after="60" w:line="266" w:lineRule="auto"/>
        <w:ind w:firstLine="331"/>
        <w:jc w:val="both"/>
      </w:pPr>
      <w:r>
        <w:rPr>
          <w:rFonts w:ascii="Georgia" w:hAnsi="Georgia"/>
          <w:b w:val="0"/>
          <w:i w:val="0"/>
          <w:color w:val="22201D"/>
          <w:sz w:val="20"/>
        </w:rPr>
        <w:t>He had made bowls for years because bowls were useful. They did not explain themselves. They did not ask to be believed. They received what was given, held it without judgment, and, when made well, allowed it to be carried without loss.</w:t>
      </w:r>
    </w:p>
    <w:p>
      <w:pPr>
        <w:spacing w:after="60" w:line="266" w:lineRule="auto"/>
        <w:ind w:firstLine="331"/>
        <w:jc w:val="both"/>
      </w:pPr>
      <w:r>
        <w:rPr>
          <w:rFonts w:ascii="Georgia" w:hAnsi="Georgia"/>
          <w:b w:val="0"/>
          <w:i w:val="0"/>
          <w:color w:val="22201D"/>
          <w:sz w:val="20"/>
        </w:rPr>
        <w:t>He had thought this was the opposite of records.</w:t>
      </w:r>
    </w:p>
    <w:p>
      <w:pPr>
        <w:spacing w:after="60" w:line="266" w:lineRule="auto"/>
        <w:ind w:firstLine="331"/>
        <w:jc w:val="both"/>
      </w:pPr>
      <w:r>
        <w:rPr>
          <w:rFonts w:ascii="Georgia" w:hAnsi="Georgia"/>
          <w:b w:val="0"/>
          <w:i w:val="0"/>
          <w:color w:val="22201D"/>
          <w:sz w:val="20"/>
        </w:rPr>
        <w:t>He was beginning to suspect it was the same profession in a wetter medium.</w:t>
      </w:r>
    </w:p>
    <w:p>
      <w:pPr>
        <w:spacing w:after="60" w:line="266" w:lineRule="auto"/>
        <w:ind w:firstLine="331"/>
        <w:jc w:val="both"/>
      </w:pPr>
      <w:r>
        <w:rPr>
          <w:rFonts w:ascii="Georgia" w:hAnsi="Georgia"/>
          <w:b w:val="0"/>
          <w:i w:val="0"/>
          <w:color w:val="22201D"/>
          <w:sz w:val="20"/>
        </w:rPr>
        <w:t>He placed the amended license, the shift note, and the routing slip in a new envelope.</w:t>
      </w:r>
    </w:p>
    <w:p>
      <w:pPr>
        <w:spacing w:after="60" w:line="266" w:lineRule="auto"/>
        <w:ind w:firstLine="331"/>
        <w:jc w:val="both"/>
      </w:pPr>
      <w:r>
        <w:rPr>
          <w:rFonts w:ascii="Georgia" w:hAnsi="Georgia"/>
          <w:b w:val="0"/>
          <w:i w:val="0"/>
          <w:color w:val="22201D"/>
          <w:sz w:val="20"/>
        </w:rPr>
        <w:t>On the front he wrote:</w:t>
      </w:r>
    </w:p>
    <w:p>
      <w:pPr>
        <w:spacing w:after="60" w:line="250" w:lineRule="auto"/>
        <w:ind w:left="202" w:right="173"/>
      </w:pPr>
      <w:r>
        <w:rPr>
          <w:rFonts w:ascii="Georgia" w:hAnsi="Georgia"/>
          <w:b w:val="0"/>
          <w:i w:val="0"/>
          <w:color w:val="22201D"/>
          <w:sz w:val="17"/>
        </w:rPr>
        <w:t>GERALD PARK FORMER HEALTH INSPECTION DIVISION OR WHEREVER CLEAN HANDS STILL ANSWER</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Then added:</w:t>
      </w:r>
    </w:p>
    <w:p>
      <w:pPr>
        <w:spacing w:after="60" w:line="250" w:lineRule="auto"/>
        <w:ind w:left="202" w:right="173"/>
      </w:pPr>
      <w:r>
        <w:rPr>
          <w:rFonts w:ascii="Georgia" w:hAnsi="Georgia"/>
          <w:b w:val="0"/>
          <w:i w:val="0"/>
          <w:color w:val="22201D"/>
          <w:sz w:val="17"/>
        </w:rPr>
        <w:t>FLOORPLAN CORRECTION REQUIRED</w:t>
      </w:r>
    </w:p>
    <w:p>
      <w:pPr>
        <w:spacing w:after="60" w:line="266" w:lineRule="auto"/>
        <w:ind w:firstLine="331"/>
        <w:jc w:val="both"/>
      </w:pPr>
      <w:r>
        <w:rPr>
          <w:rFonts w:ascii="Georgia" w:hAnsi="Georgia"/>
          <w:b w:val="0"/>
          <w:i w:val="0"/>
          <w:color w:val="22201D"/>
          <w:sz w:val="20"/>
        </w:rPr>
        <w:t>The envelope sealed itself.</w:t>
      </w:r>
    </w:p>
    <w:p>
      <w:pPr>
        <w:spacing w:after="60" w:line="266" w:lineRule="auto"/>
        <w:ind w:firstLine="331"/>
        <w:jc w:val="both"/>
      </w:pPr>
      <w:r>
        <w:rPr>
          <w:rFonts w:ascii="Georgia" w:hAnsi="Georgia"/>
          <w:b w:val="0"/>
          <w:i w:val="0"/>
          <w:color w:val="22201D"/>
          <w:sz w:val="20"/>
        </w:rPr>
        <w:t>Steve did not appreciate that.</w:t>
      </w:r>
    </w:p>
    <w:p>
      <w:pPr>
        <w:spacing w:after="60" w:line="266" w:lineRule="auto"/>
        <w:ind w:firstLine="331"/>
        <w:jc w:val="both"/>
      </w:pPr>
      <w:r>
        <w:rPr>
          <w:rFonts w:ascii="Georgia" w:hAnsi="Georgia"/>
          <w:b w:val="0"/>
          <w:i w:val="0"/>
          <w:color w:val="22201D"/>
          <w:sz w:val="20"/>
        </w:rPr>
        <w:t>"That is not standard," he said.</w:t>
      </w:r>
    </w:p>
    <w:p>
      <w:pPr>
        <w:spacing w:after="60" w:line="266" w:lineRule="auto"/>
        <w:ind w:firstLine="331"/>
        <w:jc w:val="both"/>
      </w:pPr>
      <w:r>
        <w:rPr>
          <w:rFonts w:ascii="Georgia" w:hAnsi="Georgia"/>
          <w:b w:val="0"/>
          <w:i w:val="0"/>
          <w:color w:val="22201D"/>
          <w:sz w:val="20"/>
        </w:rPr>
        <w:t>The envelope remained sealed.</w:t>
      </w:r>
    </w:p>
    <w:p>
      <w:pPr>
        <w:spacing w:after="60" w:line="266" w:lineRule="auto"/>
        <w:ind w:firstLine="331"/>
        <w:jc w:val="both"/>
      </w:pPr>
      <w:r>
        <w:rPr>
          <w:rFonts w:ascii="Georgia" w:hAnsi="Georgia"/>
          <w:b w:val="0"/>
          <w:i w:val="0"/>
          <w:color w:val="22201D"/>
          <w:sz w:val="20"/>
        </w:rPr>
        <w:t>He checked the bowls again.</w:t>
      </w:r>
    </w:p>
    <w:p>
      <w:pPr>
        <w:spacing w:after="60" w:line="266" w:lineRule="auto"/>
        <w:ind w:firstLine="331"/>
        <w:jc w:val="both"/>
      </w:pPr>
      <w:r>
        <w:rPr>
          <w:rFonts w:ascii="Georgia" w:hAnsi="Georgia"/>
          <w:b w:val="0"/>
          <w:i w:val="0"/>
          <w:color w:val="22201D"/>
          <w:sz w:val="20"/>
        </w:rPr>
        <w:t>The fourth bowl, the one that had cracked, was smooth. Not repaired. Not uncracked. Smooth in the way clay can be smooth before firing, when the possibility of breakage has been acknowledged early enough to become part of the form.</w:t>
      </w:r>
    </w:p>
    <w:p>
      <w:pPr>
        <w:spacing w:after="60" w:line="266" w:lineRule="auto"/>
        <w:ind w:firstLine="331"/>
        <w:jc w:val="both"/>
      </w:pPr>
      <w:r>
        <w:rPr>
          <w:rFonts w:ascii="Georgia" w:hAnsi="Georgia"/>
          <w:b w:val="0"/>
          <w:i w:val="0"/>
          <w:color w:val="22201D"/>
          <w:sz w:val="20"/>
        </w:rPr>
        <w:t>Steve placed all six bowls on the drying shelf.</w:t>
      </w:r>
    </w:p>
    <w:p>
      <w:pPr>
        <w:spacing w:after="60" w:line="266" w:lineRule="auto"/>
        <w:ind w:firstLine="331"/>
        <w:jc w:val="both"/>
      </w:pPr>
      <w:r>
        <w:rPr>
          <w:rFonts w:ascii="Georgia" w:hAnsi="Georgia"/>
          <w:b w:val="0"/>
          <w:i w:val="0"/>
          <w:color w:val="22201D"/>
          <w:sz w:val="20"/>
        </w:rPr>
        <w:t>He labeled the shelf:</w:t>
      </w:r>
    </w:p>
    <w:p>
      <w:pPr>
        <w:spacing w:after="60" w:line="250" w:lineRule="auto"/>
        <w:ind w:left="202" w:right="173"/>
      </w:pPr>
      <w:r>
        <w:rPr>
          <w:rFonts w:ascii="Georgia" w:hAnsi="Georgia"/>
          <w:b w:val="0"/>
          <w:i w:val="0"/>
          <w:color w:val="22201D"/>
          <w:sz w:val="17"/>
        </w:rPr>
        <w:t>DO NOT SELL CASE MATERIAL</w:t>
      </w:r>
    </w:p>
    <w:p>
      <w:pPr>
        <w:spacing w:after="60" w:line="266" w:lineRule="auto"/>
        <w:ind w:firstLine="331"/>
        <w:jc w:val="both"/>
      </w:pPr>
      <w:r>
        <w:rPr>
          <w:rFonts w:ascii="Georgia" w:hAnsi="Georgia"/>
          <w:b w:val="0"/>
          <w:i w:val="0"/>
          <w:color w:val="22201D"/>
          <w:sz w:val="20"/>
        </w:rPr>
        <w:t>Then, because he was still himself, he added:</w:t>
      </w:r>
    </w:p>
    <w:p>
      <w:pPr>
        <w:spacing w:after="60" w:line="250" w:lineRule="auto"/>
        <w:ind w:left="202" w:right="173"/>
      </w:pPr>
      <w:r>
        <w:rPr>
          <w:rFonts w:ascii="Georgia" w:hAnsi="Georgia"/>
          <w:b w:val="0"/>
          <w:i w:val="0"/>
          <w:color w:val="22201D"/>
          <w:sz w:val="17"/>
        </w:rPr>
        <w:t>NOT EVIDENCE UNTIL REQUESTED BY AUTHORIZED IMPOSSIBILITY</w:t>
      </w:r>
    </w:p>
    <w:p>
      <w:pPr>
        <w:spacing w:after="60" w:line="266" w:lineRule="auto"/>
        <w:ind w:firstLine="331"/>
        <w:jc w:val="both"/>
      </w:pPr>
      <w:r>
        <w:rPr>
          <w:rFonts w:ascii="Georgia" w:hAnsi="Georgia"/>
          <w:b w:val="0"/>
          <w:i w:val="0"/>
          <w:color w:val="22201D"/>
          <w:sz w:val="20"/>
        </w:rPr>
        <w:t>The studio felt quieter.</w:t>
      </w:r>
    </w:p>
    <w:p>
      <w:pPr>
        <w:spacing w:after="60" w:line="266" w:lineRule="auto"/>
        <w:ind w:firstLine="331"/>
        <w:jc w:val="both"/>
      </w:pPr>
      <w:r>
        <w:rPr>
          <w:rFonts w:ascii="Georgia" w:hAnsi="Georgia"/>
          <w:b w:val="0"/>
          <w:i w:val="0"/>
          <w:color w:val="22201D"/>
          <w:sz w:val="20"/>
        </w:rPr>
        <w:t>Not normal.</w:t>
      </w:r>
    </w:p>
    <w:p>
      <w:pPr>
        <w:spacing w:after="60" w:line="266" w:lineRule="auto"/>
        <w:ind w:firstLine="331"/>
        <w:jc w:val="both"/>
      </w:pPr>
      <w:r>
        <w:rPr>
          <w:rFonts w:ascii="Georgia" w:hAnsi="Georgia"/>
          <w:b w:val="0"/>
          <w:i w:val="0"/>
          <w:color w:val="22201D"/>
          <w:sz w:val="20"/>
        </w:rPr>
        <w:t>Normal was not available.</w:t>
      </w:r>
    </w:p>
    <w:p>
      <w:pPr>
        <w:spacing w:after="60" w:line="266" w:lineRule="auto"/>
        <w:ind w:firstLine="331"/>
        <w:jc w:val="both"/>
      </w:pPr>
      <w:r>
        <w:rPr>
          <w:rFonts w:ascii="Georgia" w:hAnsi="Georgia"/>
          <w:b w:val="0"/>
          <w:i w:val="0"/>
          <w:color w:val="22201D"/>
          <w:sz w:val="20"/>
        </w:rPr>
        <w:t>But organized.</w:t>
      </w:r>
    </w:p>
    <w:p>
      <w:pPr>
        <w:spacing w:after="60" w:line="266" w:lineRule="auto"/>
        <w:ind w:firstLine="331"/>
        <w:jc w:val="both"/>
      </w:pPr>
      <w:r>
        <w:rPr>
          <w:rFonts w:ascii="Georgia" w:hAnsi="Georgia"/>
          <w:b w:val="0"/>
          <w:i w:val="0"/>
          <w:color w:val="22201D"/>
          <w:sz w:val="20"/>
        </w:rPr>
        <w:t>Steve sat at the wheel again. The lump of clay before him had slumped while he worked. He centered it with wet hands. The clay resisted, then accepted, then became, briefly, a turning certainty.</w:t>
      </w:r>
    </w:p>
    <w:p>
      <w:pPr>
        <w:spacing w:after="60" w:line="266" w:lineRule="auto"/>
        <w:ind w:firstLine="331"/>
        <w:jc w:val="both"/>
      </w:pPr>
      <w:r>
        <w:rPr>
          <w:rFonts w:ascii="Georgia" w:hAnsi="Georgia"/>
          <w:b w:val="0"/>
          <w:i w:val="0"/>
          <w:color w:val="22201D"/>
          <w:sz w:val="20"/>
        </w:rPr>
        <w:t>On the workbench, the outgoing envelope disappeared.</w:t>
      </w:r>
    </w:p>
    <w:p>
      <w:pPr>
        <w:spacing w:after="60" w:line="266" w:lineRule="auto"/>
        <w:ind w:firstLine="331"/>
        <w:jc w:val="both"/>
      </w:pPr>
      <w:r>
        <w:rPr>
          <w:rFonts w:ascii="Georgia" w:hAnsi="Georgia"/>
          <w:b w:val="0"/>
          <w:i w:val="0"/>
          <w:color w:val="22201D"/>
          <w:sz w:val="20"/>
        </w:rPr>
        <w:t>Steve did not look directly at the place where it had been. There was no point encouraging it.</w:t>
      </w:r>
    </w:p>
    <w:p>
      <w:pPr>
        <w:spacing w:after="60" w:line="266" w:lineRule="auto"/>
        <w:ind w:firstLine="331"/>
        <w:jc w:val="both"/>
      </w:pPr>
      <w:r>
        <w:rPr>
          <w:rFonts w:ascii="Georgia" w:hAnsi="Georgia"/>
          <w:b w:val="0"/>
          <w:i w:val="0"/>
          <w:color w:val="22201D"/>
          <w:sz w:val="20"/>
        </w:rPr>
        <w:t>The bowl rose beneath his hands.</w:t>
      </w:r>
    </w:p>
    <w:p>
      <w:pPr>
        <w:spacing w:after="60" w:line="266" w:lineRule="auto"/>
        <w:ind w:firstLine="331"/>
        <w:jc w:val="both"/>
      </w:pPr>
      <w:r>
        <w:rPr>
          <w:rFonts w:ascii="Georgia" w:hAnsi="Georgia"/>
          <w:b w:val="0"/>
          <w:i w:val="0"/>
          <w:color w:val="22201D"/>
          <w:sz w:val="20"/>
        </w:rPr>
        <w:t>He opened the center.</w:t>
      </w:r>
    </w:p>
    <w:p>
      <w:pPr>
        <w:spacing w:after="60" w:line="266" w:lineRule="auto"/>
        <w:ind w:firstLine="331"/>
        <w:jc w:val="both"/>
      </w:pPr>
      <w:r>
        <w:rPr>
          <w:rFonts w:ascii="Georgia" w:hAnsi="Georgia"/>
          <w:b w:val="0"/>
          <w:i w:val="0"/>
          <w:color w:val="22201D"/>
          <w:sz w:val="20"/>
        </w:rPr>
        <w:t>The clay widened into a vessel.</w:t>
      </w:r>
    </w:p>
    <w:p>
      <w:pPr>
        <w:spacing w:after="60" w:line="266" w:lineRule="auto"/>
        <w:ind w:firstLine="331"/>
        <w:jc w:val="both"/>
      </w:pPr>
      <w:r>
        <w:rPr>
          <w:rFonts w:ascii="Georgia" w:hAnsi="Georgia"/>
          <w:b w:val="0"/>
          <w:i w:val="0"/>
          <w:color w:val="22201D"/>
          <w:sz w:val="20"/>
        </w:rPr>
        <w:t>For a moment, before it became only itself, the inside of the bowl looked like a small dining room with a red door, a spice rack too large for the wall, a dish pit full of steam, and a floorplan waiting to disagree with measurement.</w:t>
      </w:r>
    </w:p>
    <w:p>
      <w:pPr>
        <w:spacing w:after="60" w:line="266" w:lineRule="auto"/>
        <w:ind w:firstLine="331"/>
        <w:jc w:val="both"/>
      </w:pPr>
      <w:r>
        <w:rPr>
          <w:rFonts w:ascii="Georgia" w:hAnsi="Georgia"/>
          <w:b w:val="0"/>
          <w:i w:val="0"/>
          <w:color w:val="22201D"/>
          <w:sz w:val="20"/>
        </w:rPr>
        <w:t>Steve kept his hands steady.</w:t>
      </w:r>
    </w:p>
    <w:p>
      <w:pPr>
        <w:spacing w:after="60" w:line="266" w:lineRule="auto"/>
        <w:ind w:firstLine="331"/>
        <w:jc w:val="both"/>
      </w:pPr>
      <w:r>
        <w:rPr>
          <w:rFonts w:ascii="Georgia" w:hAnsi="Georgia"/>
          <w:b w:val="0"/>
          <w:i w:val="0"/>
          <w:color w:val="22201D"/>
          <w:sz w:val="20"/>
        </w:rPr>
        <w:t>He did not approve the restaurant.</w:t>
      </w:r>
    </w:p>
    <w:p>
      <w:pPr>
        <w:spacing w:after="60" w:line="266" w:lineRule="auto"/>
        <w:ind w:firstLine="331"/>
        <w:jc w:val="both"/>
      </w:pPr>
      <w:r>
        <w:rPr>
          <w:rFonts w:ascii="Georgia" w:hAnsi="Georgia"/>
          <w:b w:val="0"/>
          <w:i w:val="0"/>
          <w:color w:val="22201D"/>
          <w:sz w:val="20"/>
        </w:rPr>
        <w:t>He amended the file.</w:t>
      </w:r>
    </w:p>
    <w:p>
      <w:pPr>
        <w:spacing w:after="60" w:line="266" w:lineRule="auto"/>
        <w:ind w:firstLine="331"/>
        <w:jc w:val="both"/>
      </w:pPr>
      <w:r>
        <w:rPr>
          <w:rFonts w:ascii="Georgia" w:hAnsi="Georgia"/>
          <w:b w:val="0"/>
          <w:i w:val="0"/>
          <w:color w:val="22201D"/>
          <w:sz w:val="20"/>
        </w:rPr>
        <w:t>This was different.</w:t>
      </w:r>
    </w:p>
    <w:p>
      <w:pPr>
        <w:spacing w:after="60" w:line="266" w:lineRule="auto"/>
        <w:ind w:firstLine="331"/>
        <w:jc w:val="both"/>
      </w:pPr>
      <w:r>
        <w:rPr>
          <w:rFonts w:ascii="Georgia" w:hAnsi="Georgia"/>
          <w:b w:val="0"/>
          <w:i w:val="0"/>
          <w:color w:val="22201D"/>
          <w:sz w:val="20"/>
        </w:rPr>
        <w:t>This difference, like all useful differences, would need to be preserved.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Kitchen Refuses the Floorplan</w:t>
      </w:r>
    </w:p>
    <w:p>
      <w:pPr>
        <w:spacing w:after="60" w:line="266" w:lineRule="auto"/>
        <w:ind w:firstLine="0"/>
        <w:jc w:val="both"/>
      </w:pPr>
      <w:r>
        <w:rPr>
          <w:rFonts w:ascii="Georgia" w:hAnsi="Georgia"/>
          <w:b w:val="0"/>
          <w:i w:val="0"/>
          <w:color w:val="22201D"/>
          <w:sz w:val="20"/>
        </w:rPr>
        <w:t>In which Gerald Park receives mail from a former clerk, discovers that square footage is less trustworthy than soap, and writes the first inspection note in municipal history to treat mystery as a compliance condition.</w:t>
      </w:r>
    </w:p>
    <w:p>
      <w:pPr>
        <w:spacing w:after="60" w:line="266" w:lineRule="auto"/>
        <w:ind w:firstLine="331"/>
        <w:jc w:val="both"/>
      </w:pPr>
      <w:r>
        <w:rPr>
          <w:rFonts w:ascii="Georgia" w:hAnsi="Georgia"/>
          <w:b w:val="0"/>
          <w:i w:val="0"/>
          <w:color w:val="22201D"/>
          <w:sz w:val="20"/>
        </w:rPr>
        <w:t>Gerald Park had once believed that a kitchen was a room.</w:t>
      </w:r>
    </w:p>
    <w:p>
      <w:pPr>
        <w:spacing w:after="60" w:line="266" w:lineRule="auto"/>
        <w:ind w:firstLine="331"/>
        <w:jc w:val="both"/>
      </w:pPr>
      <w:r>
        <w:rPr>
          <w:rFonts w:ascii="Georgia" w:hAnsi="Georgia"/>
          <w:b w:val="0"/>
          <w:i w:val="0"/>
          <w:color w:val="22201D"/>
          <w:sz w:val="20"/>
        </w:rPr>
        <w:t>This was before Emoji Soup.</w:t>
      </w:r>
    </w:p>
    <w:p>
      <w:pPr>
        <w:spacing w:after="60" w:line="266" w:lineRule="auto"/>
        <w:ind w:firstLine="331"/>
        <w:jc w:val="both"/>
      </w:pPr>
      <w:r>
        <w:rPr>
          <w:rFonts w:ascii="Georgia" w:hAnsi="Georgia"/>
          <w:b w:val="0"/>
          <w:i w:val="0"/>
          <w:color w:val="22201D"/>
          <w:sz w:val="20"/>
        </w:rPr>
        <w:t>To be fair to Gerald, most kitchens encouraged the mistake. They had floors. They had walls. They had drains, vents, prep tables, reach-in coolers, cut boards, hand sinks, storage racks, and at least one employee who had not tied an apron correctly but had achieved a strong moral relationship with onions. These details created an impression of roomness.</w:t>
      </w:r>
    </w:p>
    <w:p>
      <w:pPr>
        <w:spacing w:after="60" w:line="266" w:lineRule="auto"/>
        <w:ind w:firstLine="331"/>
        <w:jc w:val="both"/>
      </w:pPr>
      <w:r>
        <w:rPr>
          <w:rFonts w:ascii="Georgia" w:hAnsi="Georgia"/>
          <w:b w:val="0"/>
          <w:i w:val="0"/>
          <w:color w:val="22201D"/>
          <w:sz w:val="20"/>
        </w:rPr>
        <w:t>Gerald had built a career around not trusting impressions.</w:t>
      </w:r>
    </w:p>
    <w:p>
      <w:pPr>
        <w:spacing w:after="60" w:line="266" w:lineRule="auto"/>
        <w:ind w:firstLine="331"/>
        <w:jc w:val="both"/>
      </w:pPr>
      <w:r>
        <w:rPr>
          <w:rFonts w:ascii="Georgia" w:hAnsi="Georgia"/>
          <w:b w:val="0"/>
          <w:i w:val="0"/>
          <w:color w:val="22201D"/>
          <w:sz w:val="20"/>
        </w:rPr>
        <w:t>He trusted temperatures.</w:t>
      </w:r>
    </w:p>
    <w:p>
      <w:pPr>
        <w:spacing w:after="60" w:line="266" w:lineRule="auto"/>
        <w:ind w:firstLine="331"/>
        <w:jc w:val="both"/>
      </w:pPr>
      <w:r>
        <w:rPr>
          <w:rFonts w:ascii="Georgia" w:hAnsi="Georgia"/>
          <w:b w:val="0"/>
          <w:i w:val="0"/>
          <w:color w:val="22201D"/>
          <w:sz w:val="20"/>
        </w:rPr>
        <w:t>He trusted labels.</w:t>
      </w:r>
    </w:p>
    <w:p>
      <w:pPr>
        <w:spacing w:after="60" w:line="266" w:lineRule="auto"/>
        <w:ind w:firstLine="331"/>
        <w:jc w:val="both"/>
      </w:pPr>
      <w:r>
        <w:rPr>
          <w:rFonts w:ascii="Georgia" w:hAnsi="Georgia"/>
          <w:b w:val="0"/>
          <w:i w:val="0"/>
          <w:color w:val="22201D"/>
          <w:sz w:val="20"/>
        </w:rPr>
        <w:t>He trusted visible handwashing.</w:t>
      </w:r>
    </w:p>
    <w:p>
      <w:pPr>
        <w:spacing w:after="60" w:line="266" w:lineRule="auto"/>
        <w:ind w:firstLine="331"/>
        <w:jc w:val="both"/>
      </w:pPr>
      <w:r>
        <w:rPr>
          <w:rFonts w:ascii="Georgia" w:hAnsi="Georgia"/>
          <w:b w:val="0"/>
          <w:i w:val="0"/>
          <w:color w:val="22201D"/>
          <w:sz w:val="20"/>
        </w:rPr>
        <w:t>He trusted the small sour feeling that rose in his chest when a bucket of sanitizer looked too much like optimism and not enough like a measured solution.</w:t>
      </w:r>
    </w:p>
    <w:p>
      <w:pPr>
        <w:spacing w:after="60" w:line="266" w:lineRule="auto"/>
        <w:ind w:firstLine="331"/>
        <w:jc w:val="both"/>
      </w:pPr>
      <w:r>
        <w:rPr>
          <w:rFonts w:ascii="Georgia" w:hAnsi="Georgia"/>
          <w:b w:val="0"/>
          <w:i w:val="0"/>
          <w:color w:val="22201D"/>
          <w:sz w:val="20"/>
        </w:rPr>
        <w:t>He trusted floorplans only because someone had to.</w:t>
      </w:r>
    </w:p>
    <w:p>
      <w:pPr>
        <w:spacing w:after="60" w:line="266" w:lineRule="auto"/>
        <w:ind w:firstLine="331"/>
        <w:jc w:val="both"/>
      </w:pPr>
      <w:r>
        <w:rPr>
          <w:rFonts w:ascii="Georgia" w:hAnsi="Georgia"/>
          <w:b w:val="0"/>
          <w:i w:val="0"/>
          <w:color w:val="22201D"/>
          <w:sz w:val="20"/>
        </w:rPr>
        <w:t>The envelope arrived while he was sharpening a pencil.</w:t>
      </w:r>
    </w:p>
    <w:p>
      <w:pPr>
        <w:spacing w:after="60" w:line="266" w:lineRule="auto"/>
        <w:ind w:firstLine="331"/>
        <w:jc w:val="both"/>
      </w:pPr>
      <w:r>
        <w:rPr>
          <w:rFonts w:ascii="Georgia" w:hAnsi="Georgia"/>
          <w:b w:val="0"/>
          <w:i w:val="0"/>
          <w:color w:val="22201D"/>
          <w:sz w:val="20"/>
        </w:rPr>
        <w:t>Gerald did not technically need to sharpen pencils anymore. He was no longer employed by the health inspection division. His badge had been turned in, his municipal email had been deactivated, and his retirement paperwork had achieved the state of completion that documents reach when everyone involved is tired enough to call the remaining questions philosophical.</w:t>
      </w:r>
    </w:p>
    <w:p>
      <w:pPr>
        <w:spacing w:after="60" w:line="266" w:lineRule="auto"/>
        <w:ind w:firstLine="331"/>
        <w:jc w:val="both"/>
      </w:pPr>
      <w:r>
        <w:rPr>
          <w:rFonts w:ascii="Georgia" w:hAnsi="Georgia"/>
          <w:b w:val="0"/>
          <w:i w:val="0"/>
          <w:color w:val="22201D"/>
          <w:sz w:val="20"/>
        </w:rPr>
        <w:t>But he still sharpened pencils.</w:t>
      </w:r>
    </w:p>
    <w:p>
      <w:pPr>
        <w:spacing w:after="60" w:line="266" w:lineRule="auto"/>
        <w:ind w:firstLine="331"/>
        <w:jc w:val="both"/>
      </w:pPr>
      <w:r>
        <w:rPr>
          <w:rFonts w:ascii="Georgia" w:hAnsi="Georgia"/>
          <w:b w:val="0"/>
          <w:i w:val="0"/>
          <w:color w:val="22201D"/>
          <w:sz w:val="20"/>
        </w:rPr>
        <w:t>A dull pencil was a warning sign.</w:t>
      </w:r>
    </w:p>
    <w:p>
      <w:pPr>
        <w:spacing w:after="60" w:line="266" w:lineRule="auto"/>
        <w:ind w:firstLine="331"/>
        <w:jc w:val="both"/>
      </w:pPr>
      <w:r>
        <w:rPr>
          <w:rFonts w:ascii="Georgia" w:hAnsi="Georgia"/>
          <w:b w:val="0"/>
          <w:i w:val="0"/>
          <w:color w:val="22201D"/>
          <w:sz w:val="20"/>
        </w:rPr>
        <w:t>Not of danger, exactly.</w:t>
      </w:r>
    </w:p>
    <w:p>
      <w:pPr>
        <w:spacing w:after="60" w:line="266" w:lineRule="auto"/>
        <w:ind w:firstLine="331"/>
        <w:jc w:val="both"/>
      </w:pPr>
      <w:r>
        <w:rPr>
          <w:rFonts w:ascii="Georgia" w:hAnsi="Georgia"/>
          <w:b w:val="0"/>
          <w:i w:val="0"/>
          <w:color w:val="22201D"/>
          <w:sz w:val="20"/>
        </w:rPr>
        <w:t>Of drift.</w:t>
      </w:r>
    </w:p>
    <w:p>
      <w:pPr>
        <w:spacing w:after="60" w:line="266" w:lineRule="auto"/>
        <w:ind w:firstLine="331"/>
        <w:jc w:val="both"/>
      </w:pPr>
      <w:r>
        <w:rPr>
          <w:rFonts w:ascii="Georgia" w:hAnsi="Georgia"/>
          <w:b w:val="0"/>
          <w:i w:val="0"/>
          <w:color w:val="22201D"/>
          <w:sz w:val="20"/>
        </w:rPr>
        <w:t>Gerald believed civilization was mostly a long argument against drift. Floors drifted toward grease. Labels drifted toward vagueness. Staff meetings drifted toward muffins. Forms drifted toward boxes that did not fit the thing in front of you and then became angry at the thing for refusing to fit.</w:t>
      </w:r>
    </w:p>
    <w:p>
      <w:pPr>
        <w:spacing w:after="60" w:line="266" w:lineRule="auto"/>
        <w:ind w:firstLine="331"/>
        <w:jc w:val="both"/>
      </w:pPr>
      <w:r>
        <w:rPr>
          <w:rFonts w:ascii="Georgia" w:hAnsi="Georgia"/>
          <w:b w:val="0"/>
          <w:i w:val="0"/>
          <w:color w:val="22201D"/>
          <w:sz w:val="20"/>
        </w:rPr>
        <w:t>So every Tuesday morning, Gerald sat at his kitchen table and sharpened six pencils.</w:t>
      </w:r>
    </w:p>
    <w:p>
      <w:pPr>
        <w:spacing w:after="60" w:line="266" w:lineRule="auto"/>
        <w:ind w:firstLine="331"/>
        <w:jc w:val="both"/>
      </w:pPr>
      <w:r>
        <w:rPr>
          <w:rFonts w:ascii="Georgia" w:hAnsi="Georgia"/>
          <w:b w:val="0"/>
          <w:i w:val="0"/>
          <w:color w:val="22201D"/>
          <w:sz w:val="20"/>
        </w:rPr>
        <w:t>Then he lined them up by length.</w:t>
      </w:r>
    </w:p>
    <w:p>
      <w:pPr>
        <w:spacing w:after="60" w:line="266" w:lineRule="auto"/>
        <w:ind w:firstLine="331"/>
        <w:jc w:val="both"/>
      </w:pPr>
      <w:r>
        <w:rPr>
          <w:rFonts w:ascii="Georgia" w:hAnsi="Georgia"/>
          <w:b w:val="0"/>
          <w:i w:val="0"/>
          <w:color w:val="22201D"/>
          <w:sz w:val="20"/>
        </w:rPr>
        <w:t>This did not make him happy.</w:t>
      </w:r>
    </w:p>
    <w:p>
      <w:pPr>
        <w:spacing w:after="60" w:line="266" w:lineRule="auto"/>
        <w:ind w:firstLine="331"/>
        <w:jc w:val="both"/>
      </w:pPr>
      <w:r>
        <w:rPr>
          <w:rFonts w:ascii="Georgia" w:hAnsi="Georgia"/>
          <w:b w:val="0"/>
          <w:i w:val="0"/>
          <w:color w:val="22201D"/>
          <w:sz w:val="20"/>
        </w:rPr>
        <w:t>It made him available to usefulness.</w:t>
      </w:r>
    </w:p>
    <w:p>
      <w:pPr>
        <w:spacing w:after="60" w:line="266" w:lineRule="auto"/>
        <w:ind w:firstLine="331"/>
        <w:jc w:val="both"/>
      </w:pPr>
      <w:r>
        <w:rPr>
          <w:rFonts w:ascii="Georgia" w:hAnsi="Georgia"/>
          <w:b w:val="0"/>
          <w:i w:val="0"/>
          <w:color w:val="22201D"/>
          <w:sz w:val="20"/>
        </w:rPr>
        <w:t>The envelope appeared between pencil four and pencil five.</w:t>
      </w:r>
    </w:p>
    <w:p>
      <w:pPr>
        <w:spacing w:after="60" w:line="266" w:lineRule="auto"/>
        <w:ind w:firstLine="331"/>
        <w:jc w:val="both"/>
      </w:pPr>
      <w:r>
        <w:rPr>
          <w:rFonts w:ascii="Georgia" w:hAnsi="Georgia"/>
          <w:b w:val="0"/>
          <w:i w:val="0"/>
          <w:color w:val="22201D"/>
          <w:sz w:val="20"/>
        </w:rPr>
        <w:t>It was the color of old file folders, which is to say it seemed to have been invented by someone who distrusted color as an emotional indulgence. On the front, in careful block letters, it said:</w:t>
      </w:r>
    </w:p>
    <w:p>
      <w:pPr>
        <w:spacing w:after="60" w:line="250" w:lineRule="auto"/>
        <w:ind w:left="202" w:right="173"/>
      </w:pPr>
      <w:r>
        <w:rPr>
          <w:rFonts w:ascii="Georgia" w:hAnsi="Georgia"/>
          <w:b w:val="0"/>
          <w:i w:val="0"/>
          <w:color w:val="22201D"/>
          <w:sz w:val="17"/>
        </w:rPr>
        <w:t>GERALD PARK FORMER HEALTH INSPECTION DIVISION OR WHEREVER CLEAN HANDS STILL ANSWER</w:t>
      </w:r>
    </w:p>
    <w:p>
      <w:pPr>
        <w:spacing w:after="60" w:line="266" w:lineRule="auto"/>
        <w:ind w:firstLine="331"/>
        <w:jc w:val="both"/>
      </w:pPr>
      <w:r>
        <w:rPr>
          <w:rFonts w:ascii="Georgia" w:hAnsi="Georgia"/>
          <w:b w:val="0"/>
          <w:i w:val="0"/>
          <w:color w:val="22201D"/>
          <w:sz w:val="20"/>
        </w:rPr>
        <w:t>Below that, in a second hand, it said:</w:t>
      </w:r>
    </w:p>
    <w:p>
      <w:pPr>
        <w:spacing w:after="60" w:line="250" w:lineRule="auto"/>
        <w:ind w:left="202" w:right="173"/>
      </w:pPr>
      <w:r>
        <w:rPr>
          <w:rFonts w:ascii="Georgia" w:hAnsi="Georgia"/>
          <w:b w:val="0"/>
          <w:i w:val="0"/>
          <w:color w:val="22201D"/>
          <w:sz w:val="17"/>
        </w:rPr>
        <w:t>FLOORPLAN CORRECTION REQUIRED</w:t>
      </w:r>
    </w:p>
    <w:p>
      <w:pPr>
        <w:spacing w:after="60" w:line="266" w:lineRule="auto"/>
        <w:ind w:firstLine="331"/>
        <w:jc w:val="both"/>
      </w:pPr>
      <w:r>
        <w:rPr>
          <w:rFonts w:ascii="Georgia" w:hAnsi="Georgia"/>
          <w:b w:val="0"/>
          <w:i w:val="0"/>
          <w:color w:val="22201D"/>
          <w:sz w:val="20"/>
        </w:rPr>
        <w:t>Gerald set down the sharpener.</w:t>
      </w:r>
    </w:p>
    <w:p>
      <w:pPr>
        <w:spacing w:after="60" w:line="266" w:lineRule="auto"/>
        <w:ind w:firstLine="331"/>
        <w:jc w:val="both"/>
      </w:pPr>
      <w:r>
        <w:rPr>
          <w:rFonts w:ascii="Georgia" w:hAnsi="Georgia"/>
          <w:b w:val="0"/>
          <w:i w:val="0"/>
          <w:color w:val="22201D"/>
          <w:sz w:val="20"/>
        </w:rPr>
        <w:t>He removed his glasses.</w:t>
      </w:r>
    </w:p>
    <w:p>
      <w:pPr>
        <w:spacing w:after="60" w:line="266" w:lineRule="auto"/>
        <w:ind w:firstLine="331"/>
        <w:jc w:val="both"/>
      </w:pPr>
      <w:r>
        <w:rPr>
          <w:rFonts w:ascii="Georgia" w:hAnsi="Georgia"/>
          <w:b w:val="0"/>
          <w:i w:val="0"/>
          <w:color w:val="22201D"/>
          <w:sz w:val="20"/>
        </w:rPr>
        <w:t>He cleaned them with the corner of his shirt, which was not ideal optical protocol but was acceptable in a private residence without food service.</w:t>
      </w:r>
    </w:p>
    <w:p>
      <w:pPr>
        <w:spacing w:after="60" w:line="266" w:lineRule="auto"/>
        <w:ind w:firstLine="331"/>
        <w:jc w:val="both"/>
      </w:pPr>
      <w:r>
        <w:rPr>
          <w:rFonts w:ascii="Georgia" w:hAnsi="Georgia"/>
          <w:b w:val="0"/>
          <w:i w:val="0"/>
          <w:color w:val="22201D"/>
          <w:sz w:val="20"/>
        </w:rPr>
        <w:t>He put the glasses back on.</w:t>
      </w:r>
    </w:p>
    <w:p>
      <w:pPr>
        <w:spacing w:after="60" w:line="266" w:lineRule="auto"/>
        <w:ind w:firstLine="331"/>
        <w:jc w:val="both"/>
      </w:pPr>
      <w:r>
        <w:rPr>
          <w:rFonts w:ascii="Georgia" w:hAnsi="Georgia"/>
          <w:b w:val="0"/>
          <w:i w:val="0"/>
          <w:color w:val="22201D"/>
          <w:sz w:val="20"/>
        </w:rPr>
        <w:t>The envelope remained.</w:t>
      </w:r>
    </w:p>
    <w:p>
      <w:pPr>
        <w:spacing w:after="60" w:line="266" w:lineRule="auto"/>
        <w:ind w:firstLine="331"/>
        <w:jc w:val="both"/>
      </w:pPr>
      <w:r>
        <w:rPr>
          <w:rFonts w:ascii="Georgia" w:hAnsi="Georgia"/>
          <w:b w:val="0"/>
          <w:i w:val="0"/>
          <w:color w:val="22201D"/>
          <w:sz w:val="20"/>
        </w:rPr>
        <w:t>"Steve," Gerald said.</w:t>
      </w:r>
    </w:p>
    <w:p>
      <w:pPr>
        <w:spacing w:after="60" w:line="266" w:lineRule="auto"/>
        <w:ind w:firstLine="331"/>
        <w:jc w:val="both"/>
      </w:pPr>
      <w:r>
        <w:rPr>
          <w:rFonts w:ascii="Georgia" w:hAnsi="Georgia"/>
          <w:b w:val="0"/>
          <w:i w:val="0"/>
          <w:color w:val="22201D"/>
          <w:sz w:val="20"/>
        </w:rPr>
        <w:t>This was not a guess. It was an administrative diagnosis.</w:t>
      </w:r>
    </w:p>
    <w:p>
      <w:pPr>
        <w:spacing w:after="60" w:line="266" w:lineRule="auto"/>
        <w:ind w:firstLine="331"/>
        <w:jc w:val="both"/>
      </w:pPr>
      <w:r>
        <w:rPr>
          <w:rFonts w:ascii="Georgia" w:hAnsi="Georgia"/>
          <w:b w:val="0"/>
          <w:i w:val="0"/>
          <w:color w:val="22201D"/>
          <w:sz w:val="20"/>
        </w:rPr>
        <w:t>Gerald knew Steve R. Bellweather by reputation, by incident file, and by the particular tone of exasperated responsibility that clung to forms Steve had touched. Years earlier, during the first Emoji Soup matter, Steve had filed the wrong thing correctly, which was one of the more dangerous things a municipal employee could do. The wrong thing, when filed incorrectly, was merely a problem. The wrong thing, when filed correctly, became a resident.</w:t>
      </w:r>
    </w:p>
    <w:p>
      <w:pPr>
        <w:spacing w:after="60" w:line="266" w:lineRule="auto"/>
        <w:ind w:firstLine="331"/>
        <w:jc w:val="both"/>
      </w:pPr>
      <w:r>
        <w:rPr>
          <w:rFonts w:ascii="Georgia" w:hAnsi="Georgia"/>
          <w:b w:val="0"/>
          <w:i w:val="0"/>
          <w:color w:val="22201D"/>
          <w:sz w:val="20"/>
        </w:rPr>
        <w:t>Gerald opened the envelope with a letter opener shaped like an ordinary letter opener.</w:t>
      </w:r>
    </w:p>
    <w:p>
      <w:pPr>
        <w:spacing w:after="60" w:line="266" w:lineRule="auto"/>
        <w:ind w:firstLine="331"/>
        <w:jc w:val="both"/>
      </w:pPr>
      <w:r>
        <w:rPr>
          <w:rFonts w:ascii="Georgia" w:hAnsi="Georgia"/>
          <w:b w:val="0"/>
          <w:i w:val="0"/>
          <w:color w:val="22201D"/>
          <w:sz w:val="20"/>
        </w:rPr>
        <w:t>He appreciated this about it.</w:t>
      </w:r>
    </w:p>
    <w:p>
      <w:pPr>
        <w:spacing w:after="60" w:line="266" w:lineRule="auto"/>
        <w:ind w:firstLine="331"/>
        <w:jc w:val="both"/>
      </w:pPr>
      <w:r>
        <w:rPr>
          <w:rFonts w:ascii="Georgia" w:hAnsi="Georgia"/>
          <w:b w:val="0"/>
          <w:i w:val="0"/>
          <w:color w:val="22201D"/>
          <w:sz w:val="20"/>
        </w:rPr>
        <w:t>Inside were three documents.</w:t>
      </w:r>
    </w:p>
    <w:p>
      <w:pPr>
        <w:spacing w:after="60" w:line="266" w:lineRule="auto"/>
        <w:ind w:firstLine="331"/>
        <w:jc w:val="both"/>
      </w:pPr>
      <w:r>
        <w:rPr>
          <w:rFonts w:ascii="Georgia" w:hAnsi="Georgia"/>
          <w:b w:val="0"/>
          <w:i w:val="0"/>
          <w:color w:val="22201D"/>
          <w:sz w:val="20"/>
        </w:rPr>
        <w:t>The first was a shift note from a dishwasher.</w:t>
      </w:r>
    </w:p>
    <w:p>
      <w:pPr>
        <w:spacing w:after="60" w:line="266" w:lineRule="auto"/>
        <w:ind w:firstLine="331"/>
        <w:jc w:val="both"/>
      </w:pPr>
      <w:r>
        <w:rPr>
          <w:rFonts w:ascii="Georgia" w:hAnsi="Georgia"/>
          <w:b w:val="0"/>
          <w:i w:val="0"/>
          <w:color w:val="22201D"/>
          <w:sz w:val="20"/>
        </w:rPr>
        <w:t>The second was an amended business license.</w:t>
      </w:r>
    </w:p>
    <w:p>
      <w:pPr>
        <w:spacing w:after="60" w:line="266" w:lineRule="auto"/>
        <w:ind w:firstLine="331"/>
        <w:jc w:val="both"/>
      </w:pPr>
      <w:r>
        <w:rPr>
          <w:rFonts w:ascii="Georgia" w:hAnsi="Georgia"/>
          <w:b w:val="0"/>
          <w:i w:val="0"/>
          <w:color w:val="22201D"/>
          <w:sz w:val="20"/>
        </w:rPr>
        <w:t>The third was blank except for a rectangle at the top that slowly filled itself in with a diagram of a kitchen.</w:t>
      </w:r>
    </w:p>
    <w:p>
      <w:pPr>
        <w:spacing w:after="60" w:line="266" w:lineRule="auto"/>
        <w:ind w:firstLine="331"/>
        <w:jc w:val="both"/>
      </w:pPr>
      <w:r>
        <w:rPr>
          <w:rFonts w:ascii="Georgia" w:hAnsi="Georgia"/>
          <w:b w:val="0"/>
          <w:i w:val="0"/>
          <w:color w:val="22201D"/>
          <w:sz w:val="20"/>
        </w:rPr>
        <w:t>Gerald watched.</w:t>
      </w:r>
    </w:p>
    <w:p>
      <w:pPr>
        <w:spacing w:after="60" w:line="266" w:lineRule="auto"/>
        <w:ind w:firstLine="331"/>
        <w:jc w:val="both"/>
      </w:pPr>
      <w:r>
        <w:rPr>
          <w:rFonts w:ascii="Georgia" w:hAnsi="Georgia"/>
          <w:b w:val="0"/>
          <w:i w:val="0"/>
          <w:color w:val="22201D"/>
          <w:sz w:val="20"/>
        </w:rPr>
        <w:t>The diagram showed a rear prep area, dry storage, a dish pit, a line, a hand sink, a receiving shelf, three doors, one impossible pantry, and an arrow pointing to a rectangle labeled:</w:t>
      </w:r>
    </w:p>
    <w:p>
      <w:pPr>
        <w:spacing w:after="60" w:line="250" w:lineRule="auto"/>
        <w:ind w:left="202" w:right="173"/>
      </w:pPr>
      <w:r>
        <w:rPr>
          <w:rFonts w:ascii="Georgia" w:hAnsi="Georgia"/>
          <w:b w:val="0"/>
          <w:i w:val="0"/>
          <w:color w:val="22201D"/>
          <w:sz w:val="17"/>
        </w:rPr>
        <w:t>HERE, UNLESS MEASURED</w:t>
      </w:r>
    </w:p>
    <w:p>
      <w:pPr>
        <w:spacing w:after="60" w:line="266" w:lineRule="auto"/>
        <w:ind w:firstLine="331"/>
        <w:jc w:val="both"/>
      </w:pPr>
      <w:r>
        <w:rPr>
          <w:rFonts w:ascii="Georgia" w:hAnsi="Georgia"/>
          <w:b w:val="0"/>
          <w:i w:val="0"/>
          <w:color w:val="22201D"/>
          <w:sz w:val="20"/>
        </w:rPr>
        <w:t>Gerald pinched the bridge of his nose.</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The diagram added a small note in the lower corner:</w:t>
      </w:r>
    </w:p>
    <w:p>
      <w:pPr>
        <w:spacing w:after="60" w:line="250" w:lineRule="auto"/>
        <w:ind w:left="202" w:right="173"/>
      </w:pPr>
      <w:r>
        <w:rPr>
          <w:rFonts w:ascii="Georgia" w:hAnsi="Georgia"/>
          <w:b w:val="0"/>
          <w:i w:val="0"/>
          <w:color w:val="22201D"/>
          <w:sz w:val="17"/>
        </w:rPr>
        <w:t>INSPECTION REQUESTED</w:t>
      </w:r>
    </w:p>
    <w:p>
      <w:pPr>
        <w:spacing w:after="60" w:line="266" w:lineRule="auto"/>
        <w:ind w:firstLine="331"/>
        <w:jc w:val="both"/>
      </w:pPr>
      <w:r>
        <w:rPr>
          <w:rFonts w:ascii="Georgia" w:hAnsi="Georgia"/>
          <w:b w:val="0"/>
          <w:i w:val="0"/>
          <w:color w:val="22201D"/>
          <w:sz w:val="20"/>
        </w:rPr>
        <w:t>"That is not how requests work."</w:t>
      </w:r>
    </w:p>
    <w:p>
      <w:pPr>
        <w:spacing w:after="60" w:line="266" w:lineRule="auto"/>
        <w:ind w:firstLine="331"/>
        <w:jc w:val="both"/>
      </w:pPr>
      <w:r>
        <w:rPr>
          <w:rFonts w:ascii="Georgia" w:hAnsi="Georgia"/>
          <w:b w:val="0"/>
          <w:i w:val="0"/>
          <w:color w:val="22201D"/>
          <w:sz w:val="20"/>
        </w:rPr>
        <w:t>The note amended itself:</w:t>
      </w:r>
    </w:p>
    <w:p>
      <w:pPr>
        <w:spacing w:after="60" w:line="250" w:lineRule="auto"/>
        <w:ind w:left="202" w:right="173"/>
      </w:pPr>
      <w:r>
        <w:rPr>
          <w:rFonts w:ascii="Georgia" w:hAnsi="Georgia"/>
          <w:b w:val="0"/>
          <w:i w:val="0"/>
          <w:color w:val="22201D"/>
          <w:sz w:val="17"/>
        </w:rPr>
        <w:t>INSPECTION ROUTED</w:t>
      </w:r>
    </w:p>
    <w:p>
      <w:pPr>
        <w:spacing w:after="60" w:line="266" w:lineRule="auto"/>
        <w:ind w:firstLine="331"/>
        <w:jc w:val="both"/>
      </w:pPr>
      <w:r>
        <w:rPr>
          <w:rFonts w:ascii="Georgia" w:hAnsi="Georgia"/>
          <w:b w:val="0"/>
          <w:i w:val="0"/>
          <w:color w:val="22201D"/>
          <w:sz w:val="20"/>
        </w:rPr>
        <w:t>Gerald respected the distinction. He disliked the implication.</w:t>
      </w:r>
    </w:p>
    <w:p>
      <w:pPr>
        <w:spacing w:after="60" w:line="266" w:lineRule="auto"/>
        <w:ind w:firstLine="331"/>
        <w:jc w:val="both"/>
      </w:pPr>
      <w:r>
        <w:rPr>
          <w:rFonts w:ascii="Georgia" w:hAnsi="Georgia"/>
          <w:b w:val="0"/>
          <w:i w:val="0"/>
          <w:color w:val="22201D"/>
          <w:sz w:val="20"/>
        </w:rPr>
        <w:t>He read the amended business license twice.</w:t>
      </w:r>
    </w:p>
    <w:p>
      <w:pPr>
        <w:spacing w:after="60" w:line="250" w:lineRule="auto"/>
        <w:ind w:left="202" w:right="173"/>
      </w:pPr>
      <w:r>
        <w:rPr>
          <w:rFonts w:ascii="Georgia" w:hAnsi="Georgia"/>
          <w:b w:val="0"/>
          <w:i w:val="0"/>
          <w:color w:val="22201D"/>
          <w:sz w:val="17"/>
        </w:rPr>
        <w:t>Entity: Emoji Soup  Address: everywhere, but especially here  Use category: restaurant / archive / corrective hunger / labor recognition / miracle maintenance  Operating condition: no miracle is clean by default  Labor condition: recognition first, money also  Inspection routing: Gerald Park floorplan correction required</w:t>
      </w:r>
    </w:p>
    <w:p>
      <w:pPr>
        <w:spacing w:after="60" w:line="266" w:lineRule="auto"/>
        <w:ind w:firstLine="331"/>
        <w:jc w:val="both"/>
      </w:pPr>
      <w:r>
        <w:rPr>
          <w:rFonts w:ascii="Georgia" w:hAnsi="Georgia"/>
          <w:b w:val="0"/>
          <w:i w:val="0"/>
          <w:color w:val="22201D"/>
          <w:sz w:val="20"/>
        </w:rPr>
        <w:t>Gerald tapped the line about miracles with the end of his pencil.</w:t>
      </w:r>
    </w:p>
    <w:p>
      <w:pPr>
        <w:spacing w:after="60" w:line="266" w:lineRule="auto"/>
        <w:ind w:firstLine="331"/>
        <w:jc w:val="both"/>
      </w:pPr>
      <w:r>
        <w:rPr>
          <w:rFonts w:ascii="Georgia" w:hAnsi="Georgia"/>
          <w:b w:val="0"/>
          <w:i w:val="0"/>
          <w:color w:val="22201D"/>
          <w:sz w:val="20"/>
        </w:rPr>
        <w:t>"Good," he said.</w:t>
      </w:r>
    </w:p>
    <w:p>
      <w:pPr>
        <w:spacing w:after="60" w:line="266" w:lineRule="auto"/>
        <w:ind w:firstLine="331"/>
        <w:jc w:val="both"/>
      </w:pPr>
      <w:r>
        <w:rPr>
          <w:rFonts w:ascii="Georgia" w:hAnsi="Georgia"/>
          <w:b w:val="0"/>
          <w:i w:val="0"/>
          <w:color w:val="22201D"/>
          <w:sz w:val="20"/>
        </w:rPr>
        <w:t>This surprised him.</w:t>
      </w:r>
    </w:p>
    <w:p>
      <w:pPr>
        <w:spacing w:after="60" w:line="266" w:lineRule="auto"/>
        <w:ind w:firstLine="331"/>
        <w:jc w:val="both"/>
      </w:pPr>
      <w:r>
        <w:rPr>
          <w:rFonts w:ascii="Georgia" w:hAnsi="Georgia"/>
          <w:b w:val="0"/>
          <w:i w:val="0"/>
          <w:color w:val="22201D"/>
          <w:sz w:val="20"/>
        </w:rPr>
        <w:t>He did not approve of miracles.</w:t>
      </w:r>
    </w:p>
    <w:p>
      <w:pPr>
        <w:spacing w:after="60" w:line="266" w:lineRule="auto"/>
        <w:ind w:firstLine="331"/>
        <w:jc w:val="both"/>
      </w:pPr>
      <w:r>
        <w:rPr>
          <w:rFonts w:ascii="Georgia" w:hAnsi="Georgia"/>
          <w:b w:val="0"/>
          <w:i w:val="0"/>
          <w:color w:val="22201D"/>
          <w:sz w:val="20"/>
        </w:rPr>
        <w:t>He did not disapprove of them either. Disapproval implied jurisdiction, and Gerald had learned that the universe was very poor at honoring local jurisdiction when it became peckish. But the line was useful. No miracle is clean by default. That was, in Gerald's view, nearly policy.</w:t>
      </w:r>
    </w:p>
    <w:p>
      <w:pPr>
        <w:spacing w:after="60" w:line="266" w:lineRule="auto"/>
        <w:ind w:firstLine="331"/>
        <w:jc w:val="both"/>
      </w:pPr>
      <w:r>
        <w:rPr>
          <w:rFonts w:ascii="Georgia" w:hAnsi="Georgia"/>
          <w:b w:val="0"/>
          <w:i w:val="0"/>
          <w:color w:val="22201D"/>
          <w:sz w:val="20"/>
        </w:rPr>
        <w:t>He took out his old inspection bag.</w:t>
      </w:r>
    </w:p>
    <w:p>
      <w:pPr>
        <w:spacing w:after="60" w:line="266" w:lineRule="auto"/>
        <w:ind w:firstLine="331"/>
        <w:jc w:val="both"/>
      </w:pPr>
      <w:r>
        <w:rPr>
          <w:rFonts w:ascii="Georgia" w:hAnsi="Georgia"/>
          <w:b w:val="0"/>
          <w:i w:val="0"/>
          <w:color w:val="22201D"/>
          <w:sz w:val="20"/>
        </w:rPr>
        <w:t>He had not opened it in three months.</w:t>
      </w:r>
    </w:p>
    <w:p>
      <w:pPr>
        <w:spacing w:after="60" w:line="266" w:lineRule="auto"/>
        <w:ind w:firstLine="331"/>
        <w:jc w:val="both"/>
      </w:pPr>
      <w:r>
        <w:rPr>
          <w:rFonts w:ascii="Georgia" w:hAnsi="Georgia"/>
          <w:b w:val="0"/>
          <w:i w:val="0"/>
          <w:color w:val="22201D"/>
          <w:sz w:val="20"/>
        </w:rPr>
        <w:t>Inside were a flashlight, a thermometer, test strips, hair restraints in sealed packets, a pocket notebook, blue nitrile gloves, a measuring tape, a clipboard, a pen, a pencil, a backup pencil, a small bottle of sanitizer, a magnifier, and a laminated checklist so old it had been updated with stickers.</w:t>
      </w:r>
    </w:p>
    <w:p>
      <w:pPr>
        <w:spacing w:after="60" w:line="266" w:lineRule="auto"/>
        <w:ind w:firstLine="331"/>
        <w:jc w:val="both"/>
      </w:pPr>
      <w:r>
        <w:rPr>
          <w:rFonts w:ascii="Georgia" w:hAnsi="Georgia"/>
          <w:b w:val="0"/>
          <w:i w:val="0"/>
          <w:color w:val="22201D"/>
          <w:sz w:val="20"/>
        </w:rPr>
        <w:t>He removed the checklist.</w:t>
      </w:r>
    </w:p>
    <w:p>
      <w:pPr>
        <w:spacing w:after="60" w:line="266" w:lineRule="auto"/>
        <w:ind w:firstLine="331"/>
        <w:jc w:val="both"/>
      </w:pPr>
      <w:r>
        <w:rPr>
          <w:rFonts w:ascii="Georgia" w:hAnsi="Georgia"/>
          <w:b w:val="0"/>
          <w:i w:val="0"/>
          <w:color w:val="22201D"/>
          <w:sz w:val="20"/>
        </w:rPr>
        <w:t>It still smelled faintly of coffee, bleach, and surrender.</w:t>
      </w:r>
    </w:p>
    <w:p>
      <w:pPr>
        <w:spacing w:after="60" w:line="266" w:lineRule="auto"/>
        <w:ind w:firstLine="331"/>
        <w:jc w:val="both"/>
      </w:pPr>
      <w:r>
        <w:rPr>
          <w:rFonts w:ascii="Georgia" w:hAnsi="Georgia"/>
          <w:b w:val="0"/>
          <w:i w:val="0"/>
          <w:color w:val="22201D"/>
          <w:sz w:val="20"/>
        </w:rPr>
        <w:t>Gerald added one item by hand at the bottom.</w:t>
      </w:r>
    </w:p>
    <w:p>
      <w:pPr>
        <w:spacing w:after="60" w:line="250" w:lineRule="auto"/>
        <w:ind w:left="202" w:right="173"/>
      </w:pPr>
      <w:r>
        <w:rPr>
          <w:rFonts w:ascii="Georgia" w:hAnsi="Georgia"/>
          <w:b w:val="0"/>
          <w:i w:val="0"/>
          <w:color w:val="22201D"/>
          <w:sz w:val="17"/>
        </w:rPr>
        <w:t>Mystery must not conceal grime.</w:t>
      </w:r>
    </w:p>
    <w:p>
      <w:pPr>
        <w:spacing w:after="60" w:line="266" w:lineRule="auto"/>
        <w:ind w:firstLine="331"/>
        <w:jc w:val="both"/>
      </w:pPr>
      <w:r>
        <w:rPr>
          <w:rFonts w:ascii="Georgia" w:hAnsi="Georgia"/>
          <w:b w:val="0"/>
          <w:i w:val="0"/>
          <w:color w:val="22201D"/>
          <w:sz w:val="20"/>
        </w:rPr>
        <w:t>Then he put on his coat.</w:t>
      </w:r>
    </w:p>
    <w:p>
      <w:pPr>
        <w:spacing w:after="60" w:line="266" w:lineRule="auto"/>
        <w:ind w:firstLine="331"/>
        <w:jc w:val="both"/>
      </w:pPr>
      <w:r>
        <w:rPr>
          <w:rFonts w:ascii="Georgia" w:hAnsi="Georgia"/>
          <w:b w:val="0"/>
          <w:i w:val="0"/>
          <w:color w:val="22201D"/>
          <w:sz w:val="20"/>
        </w:rPr>
        <w:t>At the door, he paused.</w:t>
      </w:r>
    </w:p>
    <w:p>
      <w:pPr>
        <w:spacing w:after="60" w:line="266" w:lineRule="auto"/>
        <w:ind w:firstLine="331"/>
        <w:jc w:val="both"/>
      </w:pPr>
      <w:r>
        <w:rPr>
          <w:rFonts w:ascii="Georgia" w:hAnsi="Georgia"/>
          <w:b w:val="0"/>
          <w:i w:val="0"/>
          <w:color w:val="22201D"/>
          <w:sz w:val="20"/>
        </w:rPr>
        <w:t>He was retired.</w:t>
      </w:r>
    </w:p>
    <w:p>
      <w:pPr>
        <w:spacing w:after="60" w:line="266" w:lineRule="auto"/>
        <w:ind w:firstLine="331"/>
        <w:jc w:val="both"/>
      </w:pPr>
      <w:r>
        <w:rPr>
          <w:rFonts w:ascii="Georgia" w:hAnsi="Georgia"/>
          <w:b w:val="0"/>
          <w:i w:val="0"/>
          <w:color w:val="22201D"/>
          <w:sz w:val="20"/>
        </w:rPr>
        <w:t>This meant, technically, no one had authority to send him.</w:t>
      </w:r>
    </w:p>
    <w:p>
      <w:pPr>
        <w:spacing w:after="60" w:line="266" w:lineRule="auto"/>
        <w:ind w:firstLine="331"/>
        <w:jc w:val="both"/>
      </w:pPr>
      <w:r>
        <w:rPr>
          <w:rFonts w:ascii="Georgia" w:hAnsi="Georgia"/>
          <w:b w:val="0"/>
          <w:i w:val="0"/>
          <w:color w:val="22201D"/>
          <w:sz w:val="20"/>
        </w:rPr>
        <w:t>It also meant, practically, no one had authority to stop him.</w:t>
      </w:r>
    </w:p>
    <w:p>
      <w:pPr>
        <w:spacing w:after="60" w:line="266" w:lineRule="auto"/>
        <w:ind w:firstLine="331"/>
        <w:jc w:val="both"/>
      </w:pPr>
      <w:r>
        <w:rPr>
          <w:rFonts w:ascii="Georgia" w:hAnsi="Georgia"/>
          <w:b w:val="0"/>
          <w:i w:val="0"/>
          <w:color w:val="22201D"/>
          <w:sz w:val="20"/>
        </w:rPr>
        <w:t>Gerald considered this distinction sufficient.</w:t>
      </w:r>
    </w:p>
    <w:p>
      <w:pPr>
        <w:spacing w:after="60" w:line="266" w:lineRule="auto"/>
        <w:ind w:firstLine="331"/>
        <w:jc w:val="both"/>
      </w:pPr>
      <w:r>
        <w:rPr>
          <w:rFonts w:ascii="Georgia" w:hAnsi="Georgia"/>
          <w:b w:val="0"/>
          <w:i w:val="0"/>
          <w:color w:val="22201D"/>
          <w:sz w:val="20"/>
        </w:rPr>
        <w:t>He drove across town.</w:t>
      </w:r>
    </w:p>
    <w:p>
      <w:pPr>
        <w:spacing w:after="60" w:line="266" w:lineRule="auto"/>
        <w:ind w:firstLine="331"/>
        <w:jc w:val="both"/>
      </w:pPr>
      <w:r>
        <w:rPr>
          <w:rFonts w:ascii="Georgia" w:hAnsi="Georgia"/>
          <w:b w:val="0"/>
          <w:i w:val="0"/>
          <w:color w:val="22201D"/>
          <w:sz w:val="20"/>
        </w:rPr>
        <w:t>The address on Steve's license said everywhere, but especially here. Gerald did not enter that into his navigation system. He had some standards.</w:t>
      </w:r>
    </w:p>
    <w:p>
      <w:pPr>
        <w:spacing w:after="60" w:line="266" w:lineRule="auto"/>
        <w:ind w:firstLine="331"/>
        <w:jc w:val="both"/>
      </w:pPr>
      <w:r>
        <w:rPr>
          <w:rFonts w:ascii="Georgia" w:hAnsi="Georgia"/>
          <w:b w:val="0"/>
          <w:i w:val="0"/>
          <w:color w:val="22201D"/>
          <w:sz w:val="20"/>
        </w:rPr>
        <w:t>Instead, he drove to the place where Emoji Soup had last tolerated a municipal map.</w:t>
      </w:r>
    </w:p>
    <w:p>
      <w:pPr>
        <w:spacing w:after="60" w:line="266" w:lineRule="auto"/>
        <w:ind w:firstLine="331"/>
        <w:jc w:val="both"/>
      </w:pPr>
      <w:r>
        <w:rPr>
          <w:rFonts w:ascii="Georgia" w:hAnsi="Georgia"/>
          <w:b w:val="0"/>
          <w:i w:val="0"/>
          <w:color w:val="22201D"/>
          <w:sz w:val="20"/>
        </w:rPr>
        <w:t>The building was where it had been and was also clearly waiting to argue the matter. Its sign hung over the red door with the calm confidence of something that had been named by hunger before alphabets got involved. The windows showed a dining room. The dining room showed tables. The tables showed nobody and everyone.</w:t>
      </w:r>
    </w:p>
    <w:p>
      <w:pPr>
        <w:spacing w:after="60" w:line="266" w:lineRule="auto"/>
        <w:ind w:firstLine="331"/>
        <w:jc w:val="both"/>
      </w:pPr>
      <w:r>
        <w:rPr>
          <w:rFonts w:ascii="Georgia" w:hAnsi="Georgia"/>
          <w:b w:val="0"/>
          <w:i w:val="0"/>
          <w:color w:val="22201D"/>
          <w:sz w:val="20"/>
        </w:rPr>
        <w:t>Gerald parked in a legal space.</w:t>
      </w:r>
    </w:p>
    <w:p>
      <w:pPr>
        <w:spacing w:after="60" w:line="266" w:lineRule="auto"/>
        <w:ind w:firstLine="331"/>
        <w:jc w:val="both"/>
      </w:pPr>
      <w:r>
        <w:rPr>
          <w:rFonts w:ascii="Georgia" w:hAnsi="Georgia"/>
          <w:b w:val="0"/>
          <w:i w:val="0"/>
          <w:color w:val="22201D"/>
          <w:sz w:val="20"/>
        </w:rPr>
        <w:t>He checked the curb.</w:t>
      </w:r>
    </w:p>
    <w:p>
      <w:pPr>
        <w:spacing w:after="60" w:line="266" w:lineRule="auto"/>
        <w:ind w:firstLine="331"/>
        <w:jc w:val="both"/>
      </w:pPr>
      <w:r>
        <w:rPr>
          <w:rFonts w:ascii="Georgia" w:hAnsi="Georgia"/>
          <w:b w:val="0"/>
          <w:i w:val="0"/>
          <w:color w:val="22201D"/>
          <w:sz w:val="20"/>
        </w:rPr>
        <w:t>Legal.</w:t>
      </w:r>
    </w:p>
    <w:p>
      <w:pPr>
        <w:spacing w:after="60" w:line="266" w:lineRule="auto"/>
        <w:ind w:firstLine="331"/>
        <w:jc w:val="both"/>
      </w:pPr>
      <w:r>
        <w:rPr>
          <w:rFonts w:ascii="Georgia" w:hAnsi="Georgia"/>
          <w:b w:val="0"/>
          <w:i w:val="0"/>
          <w:color w:val="22201D"/>
          <w:sz w:val="20"/>
        </w:rPr>
        <w:t>He checked the hydrant distance.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his own pulse.</w:t>
      </w:r>
    </w:p>
    <w:p>
      <w:pPr>
        <w:spacing w:after="60" w:line="266" w:lineRule="auto"/>
        <w:ind w:firstLine="331"/>
        <w:jc w:val="both"/>
      </w:pPr>
      <w:r>
        <w:rPr>
          <w:rFonts w:ascii="Georgia" w:hAnsi="Georgia"/>
          <w:b w:val="0"/>
          <w:i w:val="0"/>
          <w:color w:val="22201D"/>
          <w:sz w:val="20"/>
        </w:rPr>
        <w:t>Annoyed but functional.</w:t>
      </w:r>
    </w:p>
    <w:p>
      <w:pPr>
        <w:spacing w:after="60" w:line="266" w:lineRule="auto"/>
        <w:ind w:firstLine="331"/>
        <w:jc w:val="both"/>
      </w:pPr>
      <w:r>
        <w:rPr>
          <w:rFonts w:ascii="Georgia" w:hAnsi="Georgia"/>
          <w:b w:val="0"/>
          <w:i w:val="0"/>
          <w:color w:val="22201D"/>
          <w:sz w:val="20"/>
        </w:rPr>
        <w:t>He stepped onto the sidewalk.</w:t>
      </w:r>
    </w:p>
    <w:p>
      <w:pPr>
        <w:spacing w:after="60" w:line="266" w:lineRule="auto"/>
        <w:ind w:firstLine="331"/>
        <w:jc w:val="both"/>
      </w:pPr>
      <w:r>
        <w:rPr>
          <w:rFonts w:ascii="Georgia" w:hAnsi="Georgia"/>
          <w:b w:val="0"/>
          <w:i w:val="0"/>
          <w:color w:val="22201D"/>
          <w:sz w:val="20"/>
        </w:rPr>
        <w:t>The red door opened before he touched it.</w:t>
      </w:r>
    </w:p>
    <w:p>
      <w:pPr>
        <w:spacing w:after="60" w:line="266" w:lineRule="auto"/>
        <w:ind w:firstLine="331"/>
        <w:jc w:val="both"/>
      </w:pPr>
      <w:r>
        <w:rPr>
          <w:rFonts w:ascii="Georgia" w:hAnsi="Georgia"/>
          <w:b w:val="0"/>
          <w:i w:val="0"/>
          <w:color w:val="22201D"/>
          <w:sz w:val="20"/>
        </w:rPr>
        <w:t>Gerald stopped.</w:t>
      </w:r>
    </w:p>
    <w:p>
      <w:pPr>
        <w:spacing w:after="60" w:line="266" w:lineRule="auto"/>
        <w:ind w:firstLine="331"/>
        <w:jc w:val="both"/>
      </w:pPr>
      <w:r>
        <w:rPr>
          <w:rFonts w:ascii="Georgia" w:hAnsi="Georgia"/>
          <w:b w:val="0"/>
          <w:i w:val="0"/>
          <w:color w:val="22201D"/>
          <w:sz w:val="20"/>
        </w:rPr>
        <w:t>"No," he said again.</w:t>
      </w:r>
    </w:p>
    <w:p>
      <w:pPr>
        <w:spacing w:after="60" w:line="266" w:lineRule="auto"/>
        <w:ind w:firstLine="331"/>
        <w:jc w:val="both"/>
      </w:pPr>
      <w:r>
        <w:rPr>
          <w:rFonts w:ascii="Georgia" w:hAnsi="Georgia"/>
          <w:b w:val="0"/>
          <w:i w:val="0"/>
          <w:color w:val="22201D"/>
          <w:sz w:val="20"/>
        </w:rPr>
        <w:t>The door waited.</w:t>
      </w:r>
    </w:p>
    <w:p>
      <w:pPr>
        <w:spacing w:after="60" w:line="266" w:lineRule="auto"/>
        <w:ind w:firstLine="331"/>
        <w:jc w:val="both"/>
      </w:pPr>
      <w:r>
        <w:rPr>
          <w:rFonts w:ascii="Georgia" w:hAnsi="Georgia"/>
          <w:b w:val="0"/>
          <w:i w:val="0"/>
          <w:color w:val="22201D"/>
          <w:sz w:val="20"/>
        </w:rPr>
        <w:t>"Doors open when pulled or pushed by a person, a mechanism, or a pressure differential."</w:t>
      </w:r>
    </w:p>
    <w:p>
      <w:pPr>
        <w:spacing w:after="60" w:line="266" w:lineRule="auto"/>
        <w:ind w:firstLine="331"/>
        <w:jc w:val="both"/>
      </w:pPr>
      <w:r>
        <w:rPr>
          <w:rFonts w:ascii="Georgia" w:hAnsi="Georgia"/>
          <w:b w:val="0"/>
          <w:i w:val="0"/>
          <w:color w:val="22201D"/>
          <w:sz w:val="20"/>
        </w:rPr>
        <w:t>The door remained open.</w:t>
      </w:r>
    </w:p>
    <w:p>
      <w:pPr>
        <w:spacing w:after="60" w:line="266" w:lineRule="auto"/>
        <w:ind w:firstLine="331"/>
        <w:jc w:val="both"/>
      </w:pPr>
      <w:r>
        <w:rPr>
          <w:rFonts w:ascii="Georgia" w:hAnsi="Georgia"/>
          <w:b w:val="0"/>
          <w:i w:val="0"/>
          <w:color w:val="22201D"/>
          <w:sz w:val="20"/>
        </w:rPr>
        <w:t>"Self-importance is not a hinge."</w:t>
      </w:r>
    </w:p>
    <w:p>
      <w:pPr>
        <w:spacing w:after="60" w:line="266" w:lineRule="auto"/>
        <w:ind w:firstLine="331"/>
        <w:jc w:val="both"/>
      </w:pPr>
      <w:r>
        <w:rPr>
          <w:rFonts w:ascii="Georgia" w:hAnsi="Georgia"/>
          <w:b w:val="0"/>
          <w:i w:val="0"/>
          <w:color w:val="22201D"/>
          <w:sz w:val="20"/>
        </w:rPr>
        <w:t>The door creaked in a way that might have been apology.</w:t>
      </w:r>
    </w:p>
    <w:p>
      <w:pPr>
        <w:spacing w:after="60" w:line="266" w:lineRule="auto"/>
        <w:ind w:firstLine="331"/>
        <w:jc w:val="both"/>
      </w:pPr>
      <w:r>
        <w:rPr>
          <w:rFonts w:ascii="Georgia" w:hAnsi="Georgia"/>
          <w:b w:val="0"/>
          <w:i w:val="0"/>
          <w:color w:val="22201D"/>
          <w:sz w:val="20"/>
        </w:rPr>
        <w:t>Gerald entered.</w:t>
      </w:r>
    </w:p>
    <w:p>
      <w:pPr>
        <w:spacing w:after="60" w:line="266" w:lineRule="auto"/>
        <w:ind w:firstLine="331"/>
        <w:jc w:val="both"/>
      </w:pPr>
      <w:r>
        <w:rPr>
          <w:rFonts w:ascii="Georgia" w:hAnsi="Georgia"/>
          <w:b w:val="0"/>
          <w:i w:val="0"/>
          <w:color w:val="22201D"/>
          <w:sz w:val="20"/>
        </w:rPr>
        <w:t>The Hostess stood behind the front counter with a reservation book open before her. She wore the same expression Gerald remembered: patient, exact, and faintly disappointed by the human tendency to confuse arrival with readiness.</w:t>
      </w:r>
    </w:p>
    <w:p>
      <w:pPr>
        <w:spacing w:after="60" w:line="266" w:lineRule="auto"/>
        <w:ind w:firstLine="331"/>
        <w:jc w:val="both"/>
      </w:pPr>
      <w:r>
        <w:rPr>
          <w:rFonts w:ascii="Georgia" w:hAnsi="Georgia"/>
          <w:b w:val="0"/>
          <w:i w:val="0"/>
          <w:color w:val="22201D"/>
          <w:sz w:val="20"/>
        </w:rPr>
        <w:t>"Inspector Park," she said.</w:t>
      </w:r>
    </w:p>
    <w:p>
      <w:pPr>
        <w:spacing w:after="60" w:line="266" w:lineRule="auto"/>
        <w:ind w:firstLine="331"/>
        <w:jc w:val="both"/>
      </w:pPr>
      <w:r>
        <w:rPr>
          <w:rFonts w:ascii="Georgia" w:hAnsi="Georgia"/>
          <w:b w:val="0"/>
          <w:i w:val="0"/>
          <w:color w:val="22201D"/>
          <w:sz w:val="20"/>
        </w:rPr>
        <w:t>"Former Inspector Park."</w:t>
      </w:r>
    </w:p>
    <w:p>
      <w:pPr>
        <w:spacing w:after="60" w:line="266" w:lineRule="auto"/>
        <w:ind w:firstLine="331"/>
        <w:jc w:val="both"/>
      </w:pPr>
      <w:r>
        <w:rPr>
          <w:rFonts w:ascii="Georgia" w:hAnsi="Georgia"/>
          <w:b w:val="0"/>
          <w:i w:val="0"/>
          <w:color w:val="22201D"/>
          <w:sz w:val="20"/>
        </w:rPr>
        <w:t>"You brought the bag."</w:t>
      </w:r>
    </w:p>
    <w:p>
      <w:pPr>
        <w:spacing w:after="60" w:line="266" w:lineRule="auto"/>
        <w:ind w:firstLine="331"/>
        <w:jc w:val="both"/>
      </w:pPr>
      <w:r>
        <w:rPr>
          <w:rFonts w:ascii="Georgia" w:hAnsi="Georgia"/>
          <w:b w:val="0"/>
          <w:i w:val="0"/>
          <w:color w:val="22201D"/>
          <w:sz w:val="20"/>
        </w:rPr>
        <w:t>"The bag is not retired."</w:t>
      </w:r>
    </w:p>
    <w:p>
      <w:pPr>
        <w:spacing w:after="60" w:line="266" w:lineRule="auto"/>
        <w:ind w:firstLine="331"/>
        <w:jc w:val="both"/>
      </w:pPr>
      <w:r>
        <w:rPr>
          <w:rFonts w:ascii="Georgia" w:hAnsi="Georgia"/>
          <w:b w:val="0"/>
          <w:i w:val="0"/>
          <w:color w:val="22201D"/>
          <w:sz w:val="20"/>
        </w:rPr>
        <w:t>"Very wise."</w:t>
      </w:r>
    </w:p>
    <w:p>
      <w:pPr>
        <w:spacing w:after="60" w:line="266" w:lineRule="auto"/>
        <w:ind w:firstLine="331"/>
        <w:jc w:val="both"/>
      </w:pPr>
      <w:r>
        <w:rPr>
          <w:rFonts w:ascii="Georgia" w:hAnsi="Georgia"/>
          <w:b w:val="0"/>
          <w:i w:val="0"/>
          <w:color w:val="22201D"/>
          <w:sz w:val="20"/>
        </w:rPr>
        <w:t>"I am here regarding a floorplan correction."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will need access to the kitchen."</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"I will also need to verify handwashing facilities, hot holding, cold holding, cross-contamination controls, cleaning schedules, pest exclusion, waste handling, food source documentation, and egress."</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Gerald waited.</w:t>
      </w:r>
    </w:p>
    <w:p>
      <w:pPr>
        <w:spacing w:after="60" w:line="266" w:lineRule="auto"/>
        <w:ind w:firstLine="331"/>
        <w:jc w:val="both"/>
      </w:pPr>
      <w:r>
        <w:rPr>
          <w:rFonts w:ascii="Georgia" w:hAnsi="Georgia"/>
          <w:b w:val="0"/>
          <w:i w:val="0"/>
          <w:color w:val="22201D"/>
          <w:sz w:val="20"/>
        </w:rPr>
        <w:t>The Hostess did not flinch.</w:t>
      </w:r>
    </w:p>
    <w:p>
      <w:pPr>
        <w:spacing w:after="60" w:line="266" w:lineRule="auto"/>
        <w:ind w:firstLine="331"/>
        <w:jc w:val="both"/>
      </w:pPr>
      <w:r>
        <w:rPr>
          <w:rFonts w:ascii="Georgia" w:hAnsi="Georgia"/>
          <w:b w:val="0"/>
          <w:i w:val="0"/>
          <w:color w:val="22201D"/>
          <w:sz w:val="20"/>
        </w:rPr>
        <w:t>This improved his opinion of her by three percent.</w:t>
      </w:r>
    </w:p>
    <w:p>
      <w:pPr>
        <w:spacing w:after="60" w:line="266" w:lineRule="auto"/>
        <w:ind w:firstLine="331"/>
        <w:jc w:val="both"/>
      </w:pPr>
      <w:r>
        <w:rPr>
          <w:rFonts w:ascii="Georgia" w:hAnsi="Georgia"/>
          <w:b w:val="0"/>
          <w:i w:val="0"/>
          <w:color w:val="22201D"/>
          <w:sz w:val="20"/>
        </w:rPr>
        <w:t>"And," Gerald said, "I will need the room to remain enough of a room to inspect."</w:t>
      </w:r>
    </w:p>
    <w:p>
      <w:pPr>
        <w:spacing w:after="60" w:line="266" w:lineRule="auto"/>
        <w:ind w:firstLine="331"/>
        <w:jc w:val="both"/>
      </w:pPr>
      <w:r>
        <w:rPr>
          <w:rFonts w:ascii="Georgia" w:hAnsi="Georgia"/>
          <w:b w:val="0"/>
          <w:i w:val="0"/>
          <w:color w:val="22201D"/>
          <w:sz w:val="20"/>
        </w:rPr>
        <w:t>The Hostess closed the reservation book.</w:t>
      </w:r>
    </w:p>
    <w:p>
      <w:pPr>
        <w:spacing w:after="60" w:line="266" w:lineRule="auto"/>
        <w:ind w:firstLine="331"/>
        <w:jc w:val="both"/>
      </w:pPr>
      <w:r>
        <w:rPr>
          <w:rFonts w:ascii="Georgia" w:hAnsi="Georgia"/>
          <w:b w:val="0"/>
          <w:i w:val="0"/>
          <w:color w:val="22201D"/>
          <w:sz w:val="20"/>
        </w:rPr>
        <w:t>"That may require negotiation."</w:t>
      </w:r>
    </w:p>
    <w:p>
      <w:pPr>
        <w:spacing w:after="60" w:line="266" w:lineRule="auto"/>
        <w:ind w:firstLine="331"/>
        <w:jc w:val="both"/>
      </w:pPr>
      <w:r>
        <w:rPr>
          <w:rFonts w:ascii="Georgia" w:hAnsi="Georgia"/>
          <w:b w:val="0"/>
          <w:i w:val="0"/>
          <w:color w:val="22201D"/>
          <w:sz w:val="20"/>
        </w:rPr>
        <w:t>"With whom?"</w:t>
      </w:r>
    </w:p>
    <w:p>
      <w:pPr>
        <w:spacing w:after="60" w:line="266" w:lineRule="auto"/>
        <w:ind w:firstLine="331"/>
        <w:jc w:val="both"/>
      </w:pPr>
      <w:r>
        <w:rPr>
          <w:rFonts w:ascii="Georgia" w:hAnsi="Georgia"/>
          <w:b w:val="0"/>
          <w:i w:val="0"/>
          <w:color w:val="22201D"/>
          <w:sz w:val="20"/>
        </w:rPr>
        <w:t>"The kitchen."</w:t>
      </w:r>
    </w:p>
    <w:p>
      <w:pPr>
        <w:spacing w:after="60" w:line="266" w:lineRule="auto"/>
        <w:ind w:firstLine="331"/>
        <w:jc w:val="both"/>
      </w:pPr>
      <w:r>
        <w:rPr>
          <w:rFonts w:ascii="Georgia" w:hAnsi="Georgia"/>
          <w:b w:val="0"/>
          <w:i w:val="0"/>
          <w:color w:val="22201D"/>
          <w:sz w:val="20"/>
        </w:rPr>
        <w:t>Gerald looked toward the swinging door behind the counter. It had a small round window. Through the window he could see stainless steel, steam, tiled wall, and a spice rack that appeared to have more drawers than the wall had patience for.</w:t>
      </w:r>
    </w:p>
    <w:p>
      <w:pPr>
        <w:spacing w:after="60" w:line="266" w:lineRule="auto"/>
        <w:ind w:firstLine="331"/>
        <w:jc w:val="both"/>
      </w:pPr>
      <w:r>
        <w:rPr>
          <w:rFonts w:ascii="Georgia" w:hAnsi="Georgia"/>
          <w:b w:val="0"/>
          <w:i w:val="0"/>
          <w:color w:val="22201D"/>
          <w:sz w:val="20"/>
        </w:rPr>
        <w:t>"The kitchen may state its position," Gerald said.</w:t>
      </w:r>
    </w:p>
    <w:p>
      <w:pPr>
        <w:spacing w:after="60" w:line="266" w:lineRule="auto"/>
        <w:ind w:firstLine="331"/>
        <w:jc w:val="both"/>
      </w:pPr>
      <w:r>
        <w:rPr>
          <w:rFonts w:ascii="Georgia" w:hAnsi="Georgia"/>
          <w:b w:val="0"/>
          <w:i w:val="0"/>
          <w:color w:val="22201D"/>
          <w:sz w:val="20"/>
        </w:rPr>
        <w:t>The swinging door opened inward.</w:t>
      </w:r>
    </w:p>
    <w:p>
      <w:pPr>
        <w:spacing w:after="60" w:line="266" w:lineRule="auto"/>
        <w:ind w:firstLine="331"/>
        <w:jc w:val="both"/>
      </w:pPr>
      <w:r>
        <w:rPr>
          <w:rFonts w:ascii="Georgia" w:hAnsi="Georgia"/>
          <w:b w:val="0"/>
          <w:i w:val="0"/>
          <w:color w:val="22201D"/>
          <w:sz w:val="20"/>
        </w:rPr>
        <w:t>From behind it came the sound of a dishwasher running, knives being placed down carefully, broth simmering, and something vast deciding not to be rude.</w:t>
      </w:r>
    </w:p>
    <w:p>
      <w:pPr>
        <w:spacing w:after="60" w:line="266" w:lineRule="auto"/>
        <w:ind w:firstLine="331"/>
        <w:jc w:val="both"/>
      </w:pPr>
      <w:r>
        <w:rPr>
          <w:rFonts w:ascii="Georgia" w:hAnsi="Georgia"/>
          <w:b w:val="0"/>
          <w:i w:val="0"/>
          <w:color w:val="22201D"/>
          <w:sz w:val="20"/>
        </w:rPr>
        <w:t>Gerald put on gloves.</w:t>
      </w:r>
    </w:p>
    <w:p>
      <w:pPr>
        <w:spacing w:after="60" w:line="266" w:lineRule="auto"/>
        <w:ind w:firstLine="331"/>
        <w:jc w:val="both"/>
      </w:pPr>
      <w:r>
        <w:rPr>
          <w:rFonts w:ascii="Georgia" w:hAnsi="Georgia"/>
          <w:b w:val="0"/>
          <w:i w:val="0"/>
          <w:color w:val="22201D"/>
          <w:sz w:val="20"/>
        </w:rPr>
        <w:t>The Hostess looked at the gloves.</w:t>
      </w:r>
    </w:p>
    <w:p>
      <w:pPr>
        <w:spacing w:after="60" w:line="266" w:lineRule="auto"/>
        <w:ind w:firstLine="331"/>
        <w:jc w:val="both"/>
      </w:pPr>
      <w:r>
        <w:rPr>
          <w:rFonts w:ascii="Georgia" w:hAnsi="Georgia"/>
          <w:b w:val="0"/>
          <w:i w:val="0"/>
          <w:color w:val="22201D"/>
          <w:sz w:val="20"/>
        </w:rPr>
        <w:t>"Is that necessary?"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w:t>
      </w:r>
    </w:p>
    <w:p>
      <w:pPr>
        <w:spacing w:after="60" w:line="266" w:lineRule="auto"/>
        <w:ind w:firstLine="331"/>
        <w:jc w:val="both"/>
      </w:pPr>
      <w:r>
        <w:rPr>
          <w:rFonts w:ascii="Georgia" w:hAnsi="Georgia"/>
          <w:b w:val="0"/>
          <w:i w:val="0"/>
          <w:color w:val="22201D"/>
          <w:sz w:val="20"/>
        </w:rPr>
        <w:t>"Because unnecessary barriers are sometimes useful reminders."</w:t>
      </w:r>
    </w:p>
    <w:p>
      <w:pPr>
        <w:spacing w:after="60" w:line="266" w:lineRule="auto"/>
        <w:ind w:firstLine="331"/>
        <w:jc w:val="both"/>
      </w:pPr>
      <w:r>
        <w:rPr>
          <w:rFonts w:ascii="Georgia" w:hAnsi="Georgia"/>
          <w:b w:val="0"/>
          <w:i w:val="0"/>
          <w:color w:val="22201D"/>
          <w:sz w:val="20"/>
        </w:rPr>
        <w:t>"Of what?"</w:t>
      </w:r>
    </w:p>
    <w:p>
      <w:pPr>
        <w:spacing w:after="60" w:line="266" w:lineRule="auto"/>
        <w:ind w:firstLine="331"/>
        <w:jc w:val="both"/>
      </w:pPr>
      <w:r>
        <w:rPr>
          <w:rFonts w:ascii="Georgia" w:hAnsi="Georgia"/>
          <w:b w:val="0"/>
          <w:i w:val="0"/>
          <w:color w:val="22201D"/>
          <w:sz w:val="20"/>
        </w:rPr>
        <w:t>"That my hands are involved."</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"You may proceed."</w:t>
      </w:r>
    </w:p>
    <w:p>
      <w:pPr>
        <w:spacing w:after="60" w:line="266" w:lineRule="auto"/>
        <w:ind w:firstLine="331"/>
        <w:jc w:val="both"/>
      </w:pPr>
      <w:r>
        <w:rPr>
          <w:rFonts w:ascii="Georgia" w:hAnsi="Georgia"/>
          <w:b w:val="0"/>
          <w:i w:val="0"/>
          <w:color w:val="22201D"/>
          <w:sz w:val="20"/>
        </w:rPr>
        <w:t>Gerald stepped through the swinging door.</w:t>
      </w:r>
    </w:p>
    <w:p>
      <w:pPr>
        <w:spacing w:after="60" w:line="266" w:lineRule="auto"/>
        <w:ind w:firstLine="331"/>
        <w:jc w:val="both"/>
      </w:pPr>
      <w:r>
        <w:rPr>
          <w:rFonts w:ascii="Georgia" w:hAnsi="Georgia"/>
          <w:b w:val="0"/>
          <w:i w:val="0"/>
          <w:color w:val="22201D"/>
          <w:sz w:val="20"/>
        </w:rPr>
        <w:t>The kitchen was clean.</w:t>
      </w:r>
    </w:p>
    <w:p>
      <w:pPr>
        <w:spacing w:after="60" w:line="266" w:lineRule="auto"/>
        <w:ind w:firstLine="331"/>
        <w:jc w:val="both"/>
      </w:pPr>
      <w:r>
        <w:rPr>
          <w:rFonts w:ascii="Georgia" w:hAnsi="Georgia"/>
          <w:b w:val="0"/>
          <w:i w:val="0"/>
          <w:color w:val="22201D"/>
          <w:sz w:val="20"/>
        </w:rPr>
        <w:t>This was the first problem.</w:t>
      </w:r>
    </w:p>
    <w:p>
      <w:pPr>
        <w:spacing w:after="60" w:line="266" w:lineRule="auto"/>
        <w:ind w:firstLine="331"/>
        <w:jc w:val="both"/>
      </w:pPr>
      <w:r>
        <w:rPr>
          <w:rFonts w:ascii="Georgia" w:hAnsi="Georgia"/>
          <w:b w:val="0"/>
          <w:i w:val="0"/>
          <w:color w:val="22201D"/>
          <w:sz w:val="20"/>
        </w:rPr>
        <w:t>Not that cleanliness was a problem. Cleanliness was a moral achievement performed in public by surfaces. But this kitchen was not merely clean. It was clean in the old sense: ordered, washed, bright, not hiding from itself. The counters had been wiped but not perfumed. The floors were dry. The drains were covered. The cutting boards were separated by color and by a secondary labeling system that included small hand-drawn bowls, suns, moons, and a mark Gerald did not recognize but distrusted in a moderate, manageable way.</w:t>
      </w:r>
    </w:p>
    <w:p>
      <w:pPr>
        <w:spacing w:after="60" w:line="266" w:lineRule="auto"/>
        <w:ind w:firstLine="331"/>
        <w:jc w:val="both"/>
      </w:pPr>
      <w:r>
        <w:rPr>
          <w:rFonts w:ascii="Georgia" w:hAnsi="Georgia"/>
          <w:b w:val="0"/>
          <w:i w:val="0"/>
          <w:color w:val="22201D"/>
          <w:sz w:val="20"/>
        </w:rPr>
        <w:t>He checked the hand sink first.</w:t>
      </w:r>
    </w:p>
    <w:p>
      <w:pPr>
        <w:spacing w:after="60" w:line="266" w:lineRule="auto"/>
        <w:ind w:firstLine="331"/>
        <w:jc w:val="both"/>
      </w:pPr>
      <w:r>
        <w:rPr>
          <w:rFonts w:ascii="Georgia" w:hAnsi="Georgia"/>
          <w:b w:val="0"/>
          <w:i w:val="0"/>
          <w:color w:val="22201D"/>
          <w:sz w:val="20"/>
        </w:rPr>
        <w:t>There was soap.</w:t>
      </w:r>
    </w:p>
    <w:p>
      <w:pPr>
        <w:spacing w:after="60" w:line="266" w:lineRule="auto"/>
        <w:ind w:firstLine="331"/>
        <w:jc w:val="both"/>
      </w:pPr>
      <w:r>
        <w:rPr>
          <w:rFonts w:ascii="Georgia" w:hAnsi="Georgia"/>
          <w:b w:val="0"/>
          <w:i w:val="0"/>
          <w:color w:val="22201D"/>
          <w:sz w:val="20"/>
        </w:rPr>
        <w:t>There were disposable towels.</w:t>
      </w:r>
    </w:p>
    <w:p>
      <w:pPr>
        <w:spacing w:after="60" w:line="266" w:lineRule="auto"/>
        <w:ind w:firstLine="331"/>
        <w:jc w:val="both"/>
      </w:pPr>
      <w:r>
        <w:rPr>
          <w:rFonts w:ascii="Georgia" w:hAnsi="Georgia"/>
          <w:b w:val="0"/>
          <w:i w:val="0"/>
          <w:color w:val="22201D"/>
          <w:sz w:val="20"/>
        </w:rPr>
        <w:t>There was a sign.</w:t>
      </w:r>
    </w:p>
    <w:p>
      <w:pPr>
        <w:spacing w:after="60" w:line="250" w:lineRule="auto"/>
        <w:ind w:left="202" w:right="173"/>
      </w:pPr>
      <w:r>
        <w:rPr>
          <w:rFonts w:ascii="Georgia" w:hAnsi="Georgia"/>
          <w:b w:val="0"/>
          <w:i w:val="0"/>
          <w:color w:val="22201D"/>
          <w:sz w:val="17"/>
        </w:rPr>
        <w:t>WASH HANDS BEFORE TOUCHING FOOD AFTER TOUCHING CERTAINTY WHEN RETURNING FROM SYMBOLIC ERRANDS</w:t>
      </w:r>
    </w:p>
    <w:p>
      <w:pPr>
        <w:spacing w:after="60" w:line="266" w:lineRule="auto"/>
        <w:ind w:firstLine="331"/>
        <w:jc w:val="both"/>
      </w:pPr>
      <w:r>
        <w:rPr>
          <w:rFonts w:ascii="Georgia" w:hAnsi="Georgia"/>
          <w:b w:val="0"/>
          <w:i w:val="0"/>
          <w:color w:val="22201D"/>
          <w:sz w:val="20"/>
        </w:rPr>
        <w:t>Gerald stared at the sign.</w:t>
      </w:r>
    </w:p>
    <w:p>
      <w:pPr>
        <w:spacing w:after="60" w:line="266" w:lineRule="auto"/>
        <w:ind w:firstLine="331"/>
        <w:jc w:val="both"/>
      </w:pPr>
      <w:r>
        <w:rPr>
          <w:rFonts w:ascii="Georgia" w:hAnsi="Georgia"/>
          <w:b w:val="0"/>
          <w:i w:val="0"/>
          <w:color w:val="22201D"/>
          <w:sz w:val="20"/>
        </w:rPr>
        <w:t>"First line sufficient," he said.</w:t>
      </w:r>
    </w:p>
    <w:p>
      <w:pPr>
        <w:spacing w:after="60" w:line="266" w:lineRule="auto"/>
        <w:ind w:firstLine="331"/>
        <w:jc w:val="both"/>
      </w:pPr>
      <w:r>
        <w:rPr>
          <w:rFonts w:ascii="Georgia" w:hAnsi="Georgia"/>
          <w:b w:val="0"/>
          <w:i w:val="0"/>
          <w:color w:val="22201D"/>
          <w:sz w:val="20"/>
        </w:rPr>
        <w:t>The sign amended itself.</w:t>
      </w:r>
    </w:p>
    <w:p>
      <w:pPr>
        <w:spacing w:after="60" w:line="250" w:lineRule="auto"/>
        <w:ind w:left="202" w:right="173"/>
      </w:pPr>
      <w:r>
        <w:rPr>
          <w:rFonts w:ascii="Georgia" w:hAnsi="Georgia"/>
          <w:b w:val="0"/>
          <w:i w:val="0"/>
          <w:color w:val="22201D"/>
          <w:sz w:val="17"/>
        </w:rPr>
        <w:t>WASH HANDS</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"You may keep the rest in staff training."</w:t>
      </w:r>
    </w:p>
    <w:p>
      <w:pPr>
        <w:spacing w:after="60" w:line="266" w:lineRule="auto"/>
        <w:ind w:firstLine="331"/>
        <w:jc w:val="both"/>
      </w:pPr>
      <w:r>
        <w:rPr>
          <w:rFonts w:ascii="Georgia" w:hAnsi="Georgia"/>
          <w:b w:val="0"/>
          <w:i w:val="0"/>
          <w:color w:val="22201D"/>
          <w:sz w:val="20"/>
        </w:rPr>
        <w:t>The lower lines reappeared in smaller print.</w:t>
      </w:r>
    </w:p>
    <w:p>
      <w:pPr>
        <w:spacing w:after="60" w:line="266" w:lineRule="auto"/>
        <w:ind w:firstLine="331"/>
        <w:jc w:val="both"/>
      </w:pPr>
      <w:r>
        <w:rPr>
          <w:rFonts w:ascii="Georgia" w:hAnsi="Georgia"/>
          <w:b w:val="0"/>
          <w:i w:val="0"/>
          <w:color w:val="22201D"/>
          <w:sz w:val="20"/>
        </w:rPr>
        <w:t>This, Gerald decided, was acceptable.</w:t>
      </w:r>
    </w:p>
    <w:p>
      <w:pPr>
        <w:spacing w:after="60" w:line="266" w:lineRule="auto"/>
        <w:ind w:firstLine="331"/>
        <w:jc w:val="both"/>
      </w:pPr>
      <w:r>
        <w:rPr>
          <w:rFonts w:ascii="Georgia" w:hAnsi="Georgia"/>
          <w:b w:val="0"/>
          <w:i w:val="0"/>
          <w:color w:val="22201D"/>
          <w:sz w:val="20"/>
        </w:rPr>
        <w:t>He ran the water.</w:t>
      </w:r>
    </w:p>
    <w:p>
      <w:pPr>
        <w:spacing w:after="60" w:line="266" w:lineRule="auto"/>
        <w:ind w:firstLine="331"/>
        <w:jc w:val="both"/>
      </w:pPr>
      <w:r>
        <w:rPr>
          <w:rFonts w:ascii="Georgia" w:hAnsi="Georgia"/>
          <w:b w:val="0"/>
          <w:i w:val="0"/>
          <w:color w:val="22201D"/>
          <w:sz w:val="20"/>
        </w:rPr>
        <w:t>Hot water arrived.</w:t>
      </w:r>
    </w:p>
    <w:p>
      <w:pPr>
        <w:spacing w:after="60" w:line="266" w:lineRule="auto"/>
        <w:ind w:firstLine="331"/>
        <w:jc w:val="both"/>
      </w:pPr>
      <w:r>
        <w:rPr>
          <w:rFonts w:ascii="Georgia" w:hAnsi="Georgia"/>
          <w:b w:val="0"/>
          <w:i w:val="0"/>
          <w:color w:val="22201D"/>
          <w:sz w:val="20"/>
        </w:rPr>
        <w:t>It arrived quickly, which was better than theology.</w:t>
      </w:r>
    </w:p>
    <w:p>
      <w:pPr>
        <w:spacing w:after="60" w:line="266" w:lineRule="auto"/>
        <w:ind w:firstLine="331"/>
        <w:jc w:val="both"/>
      </w:pPr>
      <w:r>
        <w:rPr>
          <w:rFonts w:ascii="Georgia" w:hAnsi="Georgia"/>
          <w:b w:val="0"/>
          <w:i w:val="0"/>
          <w:color w:val="22201D"/>
          <w:sz w:val="20"/>
        </w:rPr>
        <w:t>He measured the temperature.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tested sanitizer.</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the dish machine.</w:t>
      </w:r>
    </w:p>
    <w:p>
      <w:pPr>
        <w:spacing w:after="60" w:line="266" w:lineRule="auto"/>
        <w:ind w:firstLine="331"/>
        <w:jc w:val="both"/>
      </w:pPr>
      <w:r>
        <w:rPr>
          <w:rFonts w:ascii="Georgia" w:hAnsi="Georgia"/>
          <w:b w:val="0"/>
          <w:i w:val="0"/>
          <w:color w:val="22201D"/>
          <w:sz w:val="20"/>
        </w:rPr>
        <w:t>The dishwasher stood beside it, arms crossed, wearing an apron that had seen apocalypse appetizers, enlightenment tea, self-eating dessert, and the kind of steam that made human hair rethink its commitments.</w:t>
      </w:r>
    </w:p>
    <w:p>
      <w:pPr>
        <w:spacing w:after="60" w:line="266" w:lineRule="auto"/>
        <w:ind w:firstLine="331"/>
        <w:jc w:val="both"/>
      </w:pPr>
      <w:r>
        <w:rPr>
          <w:rFonts w:ascii="Georgia" w:hAnsi="Georgia"/>
          <w:b w:val="0"/>
          <w:i w:val="0"/>
          <w:color w:val="22201D"/>
          <w:sz w:val="20"/>
        </w:rPr>
        <w:t>"You the inspector?" the dishwasher asked.</w:t>
      </w:r>
    </w:p>
    <w:p>
      <w:pPr>
        <w:spacing w:after="60" w:line="266" w:lineRule="auto"/>
        <w:ind w:firstLine="331"/>
        <w:jc w:val="both"/>
      </w:pPr>
      <w:r>
        <w:rPr>
          <w:rFonts w:ascii="Georgia" w:hAnsi="Georgia"/>
          <w:b w:val="0"/>
          <w:i w:val="0"/>
          <w:color w:val="22201D"/>
          <w:sz w:val="20"/>
        </w:rPr>
        <w:t>"Former inspector."</w:t>
      </w:r>
    </w:p>
    <w:p>
      <w:pPr>
        <w:spacing w:after="60" w:line="266" w:lineRule="auto"/>
        <w:ind w:firstLine="331"/>
        <w:jc w:val="both"/>
      </w:pPr>
      <w:r>
        <w:rPr>
          <w:rFonts w:ascii="Georgia" w:hAnsi="Georgia"/>
          <w:b w:val="0"/>
          <w:i w:val="0"/>
          <w:color w:val="22201D"/>
          <w:sz w:val="20"/>
        </w:rPr>
        <w:t>"You checking whether they paid me?"</w:t>
      </w:r>
    </w:p>
    <w:p>
      <w:pPr>
        <w:spacing w:after="60" w:line="266" w:lineRule="auto"/>
        <w:ind w:firstLine="331"/>
        <w:jc w:val="both"/>
      </w:pPr>
      <w:r>
        <w:rPr>
          <w:rFonts w:ascii="Georgia" w:hAnsi="Georgia"/>
          <w:b w:val="0"/>
          <w:i w:val="0"/>
          <w:color w:val="22201D"/>
          <w:sz w:val="20"/>
        </w:rPr>
        <w:t>"I am checking whether the condition of labor recognition has been attached to the operating file."</w:t>
      </w:r>
    </w:p>
    <w:p>
      <w:pPr>
        <w:spacing w:after="60" w:line="266" w:lineRule="auto"/>
        <w:ind w:firstLine="331"/>
        <w:jc w:val="both"/>
      </w:pPr>
      <w:r>
        <w:rPr>
          <w:rFonts w:ascii="Georgia" w:hAnsi="Georgia"/>
          <w:b w:val="0"/>
          <w:i w:val="0"/>
          <w:color w:val="22201D"/>
          <w:sz w:val="20"/>
        </w:rPr>
        <w:t>The dishwasher narrowed his eyes.</w:t>
      </w:r>
    </w:p>
    <w:p>
      <w:pPr>
        <w:spacing w:after="60" w:line="266" w:lineRule="auto"/>
        <w:ind w:firstLine="331"/>
        <w:jc w:val="both"/>
      </w:pPr>
      <w:r>
        <w:rPr>
          <w:rFonts w:ascii="Georgia" w:hAnsi="Georgia"/>
          <w:b w:val="0"/>
          <w:i w:val="0"/>
          <w:color w:val="22201D"/>
          <w:sz w:val="20"/>
        </w:rPr>
        <w:t>"Is that yes?"</w:t>
      </w:r>
    </w:p>
    <w:p>
      <w:pPr>
        <w:spacing w:after="60" w:line="266" w:lineRule="auto"/>
        <w:ind w:firstLine="331"/>
        <w:jc w:val="both"/>
      </w:pPr>
      <w:r>
        <w:rPr>
          <w:rFonts w:ascii="Georgia" w:hAnsi="Georgia"/>
          <w:b w:val="0"/>
          <w:i w:val="0"/>
          <w:color w:val="22201D"/>
          <w:sz w:val="20"/>
        </w:rPr>
        <w:t>"It is not no."</w:t>
      </w:r>
    </w:p>
    <w:p>
      <w:pPr>
        <w:spacing w:after="60" w:line="266" w:lineRule="auto"/>
        <w:ind w:firstLine="331"/>
        <w:jc w:val="both"/>
      </w:pPr>
      <w:r>
        <w:rPr>
          <w:rFonts w:ascii="Georgia" w:hAnsi="Georgia"/>
          <w:b w:val="0"/>
          <w:i w:val="0"/>
          <w:color w:val="22201D"/>
          <w:sz w:val="20"/>
        </w:rPr>
        <w:t>"Municipal people."</w:t>
      </w:r>
    </w:p>
    <w:p>
      <w:pPr>
        <w:spacing w:after="60" w:line="266" w:lineRule="auto"/>
        <w:ind w:firstLine="331"/>
        <w:jc w:val="both"/>
      </w:pPr>
      <w:r>
        <w:rPr>
          <w:rFonts w:ascii="Georgia" w:hAnsi="Georgia"/>
          <w:b w:val="0"/>
          <w:i w:val="0"/>
          <w:color w:val="22201D"/>
          <w:sz w:val="20"/>
        </w:rPr>
        <w:t>"Restaurant people."</w:t>
      </w:r>
    </w:p>
    <w:p>
      <w:pPr>
        <w:spacing w:after="60" w:line="266" w:lineRule="auto"/>
        <w:ind w:firstLine="331"/>
        <w:jc w:val="both"/>
      </w:pPr>
      <w:r>
        <w:rPr>
          <w:rFonts w:ascii="Georgia" w:hAnsi="Georgia"/>
          <w:b w:val="0"/>
          <w:i w:val="0"/>
          <w:color w:val="22201D"/>
          <w:sz w:val="20"/>
        </w:rPr>
        <w:t>They regarded one another with mutual professional suspicion.</w:t>
      </w:r>
    </w:p>
    <w:p>
      <w:pPr>
        <w:spacing w:after="60" w:line="266" w:lineRule="auto"/>
        <w:ind w:firstLine="331"/>
        <w:jc w:val="both"/>
      </w:pPr>
      <w:r>
        <w:rPr>
          <w:rFonts w:ascii="Georgia" w:hAnsi="Georgia"/>
          <w:b w:val="0"/>
          <w:i w:val="0"/>
          <w:color w:val="22201D"/>
          <w:sz w:val="20"/>
        </w:rPr>
        <w:t>Gerald checked the dish machine temperature.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the rinse.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the storage rack.</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He checked the clean plates.</w:t>
      </w:r>
    </w:p>
    <w:p>
      <w:pPr>
        <w:spacing w:after="60" w:line="266" w:lineRule="auto"/>
        <w:ind w:firstLine="331"/>
        <w:jc w:val="both"/>
      </w:pPr>
      <w:r>
        <w:rPr>
          <w:rFonts w:ascii="Georgia" w:hAnsi="Georgia"/>
          <w:b w:val="0"/>
          <w:i w:val="0"/>
          <w:color w:val="22201D"/>
          <w:sz w:val="20"/>
        </w:rPr>
        <w:t>They were stacked by diameter and metaphysical exposure.</w:t>
      </w:r>
    </w:p>
    <w:p>
      <w:pPr>
        <w:spacing w:after="60" w:line="266" w:lineRule="auto"/>
        <w:ind w:firstLine="331"/>
        <w:jc w:val="both"/>
      </w:pPr>
      <w:r>
        <w:rPr>
          <w:rFonts w:ascii="Georgia" w:hAnsi="Georgia"/>
          <w:b w:val="0"/>
          <w:i w:val="0"/>
          <w:color w:val="22201D"/>
          <w:sz w:val="20"/>
        </w:rPr>
        <w:t>The labels read:</w:t>
      </w:r>
    </w:p>
    <w:p>
      <w:pPr>
        <w:spacing w:after="60" w:line="250" w:lineRule="auto"/>
        <w:ind w:left="202" w:right="173"/>
      </w:pPr>
      <w:r>
        <w:rPr>
          <w:rFonts w:ascii="Georgia" w:hAnsi="Georgia"/>
          <w:b w:val="0"/>
          <w:i w:val="0"/>
          <w:color w:val="22201D"/>
          <w:sz w:val="17"/>
        </w:rPr>
        <w:t>ORDINARY SOUP BROTH WITH MEMORY APOCALYPSE CONTACT ENLIGHTENMENT CONTACT DESSERT THAT LOOKED BACK</w:t>
      </w:r>
    </w:p>
    <w:p>
      <w:pPr>
        <w:spacing w:after="60" w:line="266" w:lineRule="auto"/>
        <w:ind w:firstLine="331"/>
        <w:jc w:val="both"/>
      </w:pPr>
      <w:r>
        <w:rPr>
          <w:rFonts w:ascii="Georgia" w:hAnsi="Georgia"/>
          <w:b w:val="0"/>
          <w:i w:val="0"/>
          <w:color w:val="22201D"/>
          <w:sz w:val="20"/>
        </w:rPr>
        <w:t>Gerald pointed at the last three.</w:t>
      </w:r>
    </w:p>
    <w:p>
      <w:pPr>
        <w:spacing w:after="60" w:line="266" w:lineRule="auto"/>
        <w:ind w:firstLine="331"/>
        <w:jc w:val="both"/>
      </w:pPr>
      <w:r>
        <w:rPr>
          <w:rFonts w:ascii="Georgia" w:hAnsi="Georgia"/>
          <w:b w:val="0"/>
          <w:i w:val="0"/>
          <w:color w:val="22201D"/>
          <w:sz w:val="20"/>
        </w:rPr>
        <w:t>"Separate storage?"</w:t>
      </w:r>
    </w:p>
    <w:p>
      <w:pPr>
        <w:spacing w:after="60" w:line="266" w:lineRule="auto"/>
        <w:ind w:firstLine="331"/>
        <w:jc w:val="both"/>
      </w:pPr>
      <w:r>
        <w:rPr>
          <w:rFonts w:ascii="Georgia" w:hAnsi="Georgia"/>
          <w:b w:val="0"/>
          <w:i w:val="0"/>
          <w:color w:val="22201D"/>
          <w:sz w:val="20"/>
        </w:rPr>
        <w:t>"Since yesterday," the dishwasher said. "Before that they just expected me to know."</w:t>
      </w:r>
    </w:p>
    <w:p>
      <w:pPr>
        <w:spacing w:after="60" w:line="266" w:lineRule="auto"/>
        <w:ind w:firstLine="331"/>
        <w:jc w:val="both"/>
      </w:pPr>
      <w:r>
        <w:rPr>
          <w:rFonts w:ascii="Georgia" w:hAnsi="Georgia"/>
          <w:b w:val="0"/>
          <w:i w:val="0"/>
          <w:color w:val="22201D"/>
          <w:sz w:val="20"/>
        </w:rPr>
        <w:t>"Not acceptable."</w:t>
      </w:r>
    </w:p>
    <w:p>
      <w:pPr>
        <w:spacing w:after="60" w:line="266" w:lineRule="auto"/>
        <w:ind w:firstLine="331"/>
        <w:jc w:val="both"/>
      </w:pPr>
      <w:r>
        <w:rPr>
          <w:rFonts w:ascii="Georgia" w:hAnsi="Georgia"/>
          <w:b w:val="0"/>
          <w:i w:val="0"/>
          <w:color w:val="22201D"/>
          <w:sz w:val="20"/>
        </w:rPr>
        <w:t>"I said that."</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dishwasher almost smiled.</w:t>
      </w:r>
    </w:p>
    <w:p>
      <w:pPr>
        <w:spacing w:after="60" w:line="266" w:lineRule="auto"/>
        <w:ind w:firstLine="331"/>
        <w:jc w:val="both"/>
      </w:pPr>
      <w:r>
        <w:rPr>
          <w:rFonts w:ascii="Georgia" w:hAnsi="Georgia"/>
          <w:b w:val="0"/>
          <w:i w:val="0"/>
          <w:color w:val="22201D"/>
          <w:sz w:val="20"/>
        </w:rPr>
        <w:t>"You want to see the log?"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dishwasher produced a logbook.</w:t>
      </w:r>
    </w:p>
    <w:p>
      <w:pPr>
        <w:spacing w:after="60" w:line="266" w:lineRule="auto"/>
        <w:ind w:firstLine="331"/>
        <w:jc w:val="both"/>
      </w:pPr>
      <w:r>
        <w:rPr>
          <w:rFonts w:ascii="Georgia" w:hAnsi="Georgia"/>
          <w:b w:val="0"/>
          <w:i w:val="0"/>
          <w:color w:val="22201D"/>
          <w:sz w:val="20"/>
        </w:rPr>
        <w:t>Gerald reviewed it.</w:t>
      </w:r>
    </w:p>
    <w:p>
      <w:pPr>
        <w:spacing w:after="60" w:line="266" w:lineRule="auto"/>
        <w:ind w:firstLine="331"/>
        <w:jc w:val="both"/>
      </w:pPr>
      <w:r>
        <w:rPr>
          <w:rFonts w:ascii="Georgia" w:hAnsi="Georgia"/>
          <w:b w:val="0"/>
          <w:i w:val="0"/>
          <w:color w:val="22201D"/>
          <w:sz w:val="20"/>
        </w:rPr>
        <w:t>The columns were not standard, but the entries were clear.</w:t>
      </w:r>
    </w:p>
    <w:p>
      <w:pPr>
        <w:spacing w:after="60" w:line="250" w:lineRule="auto"/>
        <w:ind w:left="202" w:right="173"/>
      </w:pPr>
      <w:r>
        <w:rPr>
          <w:rFonts w:ascii="Georgia" w:hAnsi="Georgia"/>
          <w:b w:val="0"/>
          <w:i w:val="0"/>
          <w:color w:val="22201D"/>
          <w:sz w:val="17"/>
        </w:rPr>
        <w:t>Plate class Soil type Wash cycle Rinse temperature Recognition condition Return status</w:t>
      </w:r>
    </w:p>
    <w:p>
      <w:pPr>
        <w:spacing w:after="60" w:line="266" w:lineRule="auto"/>
        <w:ind w:firstLine="331"/>
        <w:jc w:val="both"/>
      </w:pPr>
      <w:r>
        <w:rPr>
          <w:rFonts w:ascii="Georgia" w:hAnsi="Georgia"/>
          <w:b w:val="0"/>
          <w:i w:val="0"/>
          <w:color w:val="22201D"/>
          <w:sz w:val="20"/>
        </w:rPr>
        <w:t>Gerald read the line for DESSERT THAT LOOKED BACK.</w:t>
      </w:r>
    </w:p>
    <w:p>
      <w:pPr>
        <w:spacing w:after="60" w:line="266" w:lineRule="auto"/>
        <w:ind w:firstLine="331"/>
        <w:jc w:val="both"/>
      </w:pPr>
      <w:r>
        <w:rPr>
          <w:rFonts w:ascii="Georgia" w:hAnsi="Georgia"/>
          <w:b w:val="0"/>
          <w:i w:val="0"/>
          <w:color w:val="22201D"/>
          <w:sz w:val="20"/>
        </w:rPr>
        <w:t>"Return status: emotionally rinsed?"</w:t>
      </w:r>
    </w:p>
    <w:p>
      <w:pPr>
        <w:spacing w:after="60" w:line="266" w:lineRule="auto"/>
        <w:ind w:firstLine="331"/>
        <w:jc w:val="both"/>
      </w:pPr>
      <w:r>
        <w:rPr>
          <w:rFonts w:ascii="Georgia" w:hAnsi="Georgia"/>
          <w:b w:val="0"/>
          <w:i w:val="0"/>
          <w:color w:val="22201D"/>
          <w:sz w:val="20"/>
        </w:rPr>
        <w:t>"It was the only accurate category."</w:t>
      </w:r>
    </w:p>
    <w:p>
      <w:pPr>
        <w:spacing w:after="60" w:line="266" w:lineRule="auto"/>
        <w:ind w:firstLine="331"/>
        <w:jc w:val="both"/>
      </w:pPr>
      <w:r>
        <w:rPr>
          <w:rFonts w:ascii="Georgia" w:hAnsi="Georgia"/>
          <w:b w:val="0"/>
          <w:i w:val="0"/>
          <w:color w:val="22201D"/>
          <w:sz w:val="20"/>
        </w:rPr>
        <w:t>Gerald did not like it.</w:t>
      </w:r>
    </w:p>
    <w:p>
      <w:pPr>
        <w:spacing w:after="60" w:line="266" w:lineRule="auto"/>
        <w:ind w:firstLine="331"/>
        <w:jc w:val="both"/>
      </w:pPr>
      <w:r>
        <w:rPr>
          <w:rFonts w:ascii="Georgia" w:hAnsi="Georgia"/>
          <w:b w:val="0"/>
          <w:i w:val="0"/>
          <w:color w:val="22201D"/>
          <w:sz w:val="20"/>
        </w:rPr>
        <w:t>He also did not cross it out.</w:t>
      </w:r>
    </w:p>
    <w:p>
      <w:pPr>
        <w:spacing w:after="60" w:line="266" w:lineRule="auto"/>
        <w:ind w:firstLine="331"/>
        <w:jc w:val="both"/>
      </w:pPr>
      <w:r>
        <w:rPr>
          <w:rFonts w:ascii="Georgia" w:hAnsi="Georgia"/>
          <w:b w:val="0"/>
          <w:i w:val="0"/>
          <w:color w:val="22201D"/>
          <w:sz w:val="20"/>
        </w:rPr>
        <w:t>He wrote in his notebook:</w:t>
      </w:r>
    </w:p>
    <w:p>
      <w:pPr>
        <w:spacing w:after="60" w:line="250" w:lineRule="auto"/>
        <w:ind w:left="202" w:right="173"/>
      </w:pPr>
      <w:r>
        <w:rPr>
          <w:rFonts w:ascii="Georgia" w:hAnsi="Georgia"/>
          <w:b w:val="0"/>
          <w:i w:val="0"/>
          <w:color w:val="22201D"/>
          <w:sz w:val="17"/>
        </w:rPr>
        <w:t>Dish log unconventional but legible. Verify categories during integrated manuscript pass.</w:t>
      </w:r>
    </w:p>
    <w:p>
      <w:pPr>
        <w:spacing w:after="60" w:line="266" w:lineRule="auto"/>
        <w:ind w:firstLine="331"/>
        <w:jc w:val="both"/>
      </w:pPr>
      <w:r>
        <w:rPr>
          <w:rFonts w:ascii="Georgia" w:hAnsi="Georgia"/>
          <w:b w:val="0"/>
          <w:i w:val="0"/>
          <w:color w:val="22201D"/>
          <w:sz w:val="20"/>
        </w:rPr>
        <w:t>He did not know why he had written integrated manuscript pass.</w:t>
      </w:r>
    </w:p>
    <w:p>
      <w:pPr>
        <w:spacing w:after="60" w:line="266" w:lineRule="auto"/>
        <w:ind w:firstLine="331"/>
        <w:jc w:val="both"/>
      </w:pPr>
      <w:r>
        <w:rPr>
          <w:rFonts w:ascii="Georgia" w:hAnsi="Georgia"/>
          <w:b w:val="0"/>
          <w:i w:val="0"/>
          <w:color w:val="22201D"/>
          <w:sz w:val="20"/>
        </w:rPr>
        <w:t>He crossed it out and wrote:</w:t>
      </w:r>
    </w:p>
    <w:p>
      <w:pPr>
        <w:spacing w:after="60" w:line="250" w:lineRule="auto"/>
        <w:ind w:left="202" w:right="173"/>
      </w:pPr>
      <w:r>
        <w:rPr>
          <w:rFonts w:ascii="Georgia" w:hAnsi="Georgia"/>
          <w:b w:val="0"/>
          <w:i w:val="0"/>
          <w:color w:val="22201D"/>
          <w:sz w:val="17"/>
        </w:rPr>
        <w:t>Verify categories during follow-up.</w:t>
      </w:r>
    </w:p>
    <w:p>
      <w:pPr>
        <w:spacing w:after="60" w:line="266" w:lineRule="auto"/>
        <w:ind w:firstLine="331"/>
        <w:jc w:val="both"/>
      </w:pPr>
      <w:r>
        <w:rPr>
          <w:rFonts w:ascii="Georgia" w:hAnsi="Georgia"/>
          <w:b w:val="0"/>
          <w:i w:val="0"/>
          <w:color w:val="22201D"/>
          <w:sz w:val="20"/>
        </w:rPr>
        <w:t>The crossed-out words remained faintly visible.</w:t>
      </w:r>
    </w:p>
    <w:p>
      <w:pPr>
        <w:spacing w:after="60" w:line="266" w:lineRule="auto"/>
        <w:ind w:firstLine="331"/>
        <w:jc w:val="both"/>
      </w:pPr>
      <w:r>
        <w:rPr>
          <w:rFonts w:ascii="Georgia" w:hAnsi="Georgia"/>
          <w:b w:val="0"/>
          <w:i w:val="0"/>
          <w:color w:val="22201D"/>
          <w:sz w:val="20"/>
        </w:rPr>
        <w:t>Gerald moved on.</w:t>
      </w:r>
    </w:p>
    <w:p>
      <w:pPr>
        <w:spacing w:after="60" w:line="266" w:lineRule="auto"/>
        <w:ind w:firstLine="331"/>
        <w:jc w:val="both"/>
      </w:pPr>
      <w:r>
        <w:rPr>
          <w:rFonts w:ascii="Georgia" w:hAnsi="Georgia"/>
          <w:b w:val="0"/>
          <w:i w:val="0"/>
          <w:color w:val="22201D"/>
          <w:sz w:val="20"/>
        </w:rPr>
        <w:t>The reach-in cooler held vegetables, sauces, stocks, and one covered container labeled:</w:t>
      </w:r>
    </w:p>
    <w:p>
      <w:pPr>
        <w:spacing w:after="60" w:line="250" w:lineRule="auto"/>
        <w:ind w:left="202" w:right="173"/>
      </w:pPr>
      <w:r>
        <w:rPr>
          <w:rFonts w:ascii="Georgia" w:hAnsi="Georgia"/>
          <w:b w:val="0"/>
          <w:i w:val="0"/>
          <w:color w:val="22201D"/>
          <w:sz w:val="17"/>
        </w:rPr>
        <w:t>DO NOT OPEN CONTAINS A DECISION SOMEONE IS NOT READY TO MAKE</w:t>
      </w:r>
    </w:p>
    <w:p>
      <w:pPr>
        <w:spacing w:after="60" w:line="266" w:lineRule="auto"/>
        <w:ind w:firstLine="331"/>
        <w:jc w:val="both"/>
      </w:pPr>
      <w:r>
        <w:rPr>
          <w:rFonts w:ascii="Georgia" w:hAnsi="Georgia"/>
          <w:b w:val="0"/>
          <w:i w:val="0"/>
          <w:color w:val="22201D"/>
          <w:sz w:val="20"/>
        </w:rPr>
        <w:t>Gerald took a breath.</w:t>
      </w:r>
    </w:p>
    <w:p>
      <w:pPr>
        <w:spacing w:after="60" w:line="266" w:lineRule="auto"/>
        <w:ind w:firstLine="331"/>
        <w:jc w:val="both"/>
      </w:pPr>
      <w:r>
        <w:rPr>
          <w:rFonts w:ascii="Georgia" w:hAnsi="Georgia"/>
          <w:b w:val="0"/>
          <w:i w:val="0"/>
          <w:color w:val="22201D"/>
          <w:sz w:val="20"/>
        </w:rPr>
        <w:t>"Date?"</w:t>
      </w:r>
    </w:p>
    <w:p>
      <w:pPr>
        <w:spacing w:after="60" w:line="266" w:lineRule="auto"/>
        <w:ind w:firstLine="331"/>
        <w:jc w:val="both"/>
      </w:pPr>
      <w:r>
        <w:rPr>
          <w:rFonts w:ascii="Georgia" w:hAnsi="Georgia"/>
          <w:b w:val="0"/>
          <w:i w:val="0"/>
          <w:color w:val="22201D"/>
          <w:sz w:val="20"/>
        </w:rPr>
        <w:t>The label changed.</w:t>
      </w:r>
    </w:p>
    <w:p>
      <w:pPr>
        <w:spacing w:after="60" w:line="250" w:lineRule="auto"/>
        <w:ind w:left="202" w:right="173"/>
      </w:pPr>
      <w:r>
        <w:rPr>
          <w:rFonts w:ascii="Georgia" w:hAnsi="Georgia"/>
          <w:b w:val="0"/>
          <w:i w:val="0"/>
          <w:color w:val="22201D"/>
          <w:sz w:val="17"/>
        </w:rPr>
        <w:t>Prepared: today  Discard: when avoidance becomes spoilage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appeared beside him with the suddenness of good service and legal ambiguity.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accurate."</w:t>
      </w:r>
    </w:p>
    <w:p>
      <w:pPr>
        <w:spacing w:after="60" w:line="266" w:lineRule="auto"/>
        <w:ind w:firstLine="331"/>
        <w:jc w:val="both"/>
      </w:pPr>
      <w:r>
        <w:rPr>
          <w:rFonts w:ascii="Georgia" w:hAnsi="Georgia"/>
          <w:b w:val="0"/>
          <w:i w:val="0"/>
          <w:color w:val="22201D"/>
          <w:sz w:val="20"/>
        </w:rPr>
        <w:t>"It is not usable."</w:t>
      </w:r>
    </w:p>
    <w:p>
      <w:pPr>
        <w:spacing w:after="60" w:line="266" w:lineRule="auto"/>
        <w:ind w:firstLine="331"/>
        <w:jc w:val="both"/>
      </w:pPr>
      <w:r>
        <w:rPr>
          <w:rFonts w:ascii="Georgia" w:hAnsi="Georgia"/>
          <w:b w:val="0"/>
          <w:i w:val="0"/>
          <w:color w:val="22201D"/>
          <w:sz w:val="20"/>
        </w:rPr>
        <w:t>"For whom?"</w:t>
      </w:r>
    </w:p>
    <w:p>
      <w:pPr>
        <w:spacing w:after="60" w:line="266" w:lineRule="auto"/>
        <w:ind w:firstLine="331"/>
        <w:jc w:val="both"/>
      </w:pPr>
      <w:r>
        <w:rPr>
          <w:rFonts w:ascii="Georgia" w:hAnsi="Georgia"/>
          <w:b w:val="0"/>
          <w:i w:val="0"/>
          <w:color w:val="22201D"/>
          <w:sz w:val="20"/>
        </w:rPr>
        <w:t>"For the person on the next shift who has to decide whether it can be served without consulting an oracle."</w:t>
      </w:r>
    </w:p>
    <w:p>
      <w:pPr>
        <w:spacing w:after="60" w:line="266" w:lineRule="auto"/>
        <w:ind w:firstLine="331"/>
        <w:jc w:val="both"/>
      </w:pPr>
      <w:r>
        <w:rPr>
          <w:rFonts w:ascii="Georgia" w:hAnsi="Georgia"/>
          <w:b w:val="0"/>
          <w:i w:val="0"/>
          <w:color w:val="22201D"/>
          <w:sz w:val="20"/>
        </w:rPr>
        <w:t>The Hostess considered this.</w:t>
      </w:r>
    </w:p>
    <w:p>
      <w:pPr>
        <w:spacing w:after="60" w:line="266" w:lineRule="auto"/>
        <w:ind w:firstLine="331"/>
        <w:jc w:val="both"/>
      </w:pPr>
      <w:r>
        <w:rPr>
          <w:rFonts w:ascii="Georgia" w:hAnsi="Georgia"/>
          <w:b w:val="0"/>
          <w:i w:val="0"/>
          <w:color w:val="22201D"/>
          <w:sz w:val="20"/>
        </w:rPr>
        <w:t>The label changed again.</w:t>
      </w:r>
    </w:p>
    <w:p>
      <w:pPr>
        <w:spacing w:after="60" w:line="250" w:lineRule="auto"/>
        <w:ind w:left="202" w:right="173"/>
      </w:pPr>
      <w:r>
        <w:rPr>
          <w:rFonts w:ascii="Georgia" w:hAnsi="Georgia"/>
          <w:b w:val="0"/>
          <w:i w:val="0"/>
          <w:color w:val="22201D"/>
          <w:sz w:val="17"/>
        </w:rPr>
        <w:t>Prepared: 2026-06-16  Discard: 2026-06-19  Note: contains a decision someone is not ready to make do not serve until decision is named</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"You are strict."</w:t>
      </w:r>
    </w:p>
    <w:p>
      <w:pPr>
        <w:spacing w:after="60" w:line="266" w:lineRule="auto"/>
        <w:ind w:firstLine="331"/>
        <w:jc w:val="both"/>
      </w:pPr>
      <w:r>
        <w:rPr>
          <w:rFonts w:ascii="Georgia" w:hAnsi="Georgia"/>
          <w:b w:val="0"/>
          <w:i w:val="0"/>
          <w:color w:val="22201D"/>
          <w:sz w:val="20"/>
        </w:rPr>
        <w:t>"Foodborne illness is stricter."</w:t>
      </w:r>
    </w:p>
    <w:p>
      <w:pPr>
        <w:spacing w:after="60" w:line="266" w:lineRule="auto"/>
        <w:ind w:firstLine="331"/>
        <w:jc w:val="both"/>
      </w:pPr>
      <w:r>
        <w:rPr>
          <w:rFonts w:ascii="Georgia" w:hAnsi="Georgia"/>
          <w:b w:val="0"/>
          <w:i w:val="0"/>
          <w:color w:val="22201D"/>
          <w:sz w:val="20"/>
        </w:rPr>
        <w:t>The Hostess accepted this without offense.</w:t>
      </w:r>
    </w:p>
    <w:p>
      <w:pPr>
        <w:spacing w:after="60" w:line="266" w:lineRule="auto"/>
        <w:ind w:firstLine="331"/>
        <w:jc w:val="both"/>
      </w:pPr>
      <w:r>
        <w:rPr>
          <w:rFonts w:ascii="Georgia" w:hAnsi="Georgia"/>
          <w:b w:val="0"/>
          <w:i w:val="0"/>
          <w:color w:val="22201D"/>
          <w:sz w:val="20"/>
        </w:rPr>
        <w:t>Gerald checked temperatures.</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He checked storage hierarchy.</w:t>
      </w:r>
    </w:p>
    <w:p>
      <w:pPr>
        <w:spacing w:after="60" w:line="266" w:lineRule="auto"/>
        <w:ind w:firstLine="331"/>
        <w:jc w:val="both"/>
      </w:pPr>
      <w:r>
        <w:rPr>
          <w:rFonts w:ascii="Georgia" w:hAnsi="Georgia"/>
          <w:b w:val="0"/>
          <w:i w:val="0"/>
          <w:color w:val="22201D"/>
          <w:sz w:val="20"/>
        </w:rPr>
        <w:t>Raw below ready-to-eat.</w:t>
      </w:r>
    </w:p>
    <w:p>
      <w:pPr>
        <w:spacing w:after="60" w:line="266" w:lineRule="auto"/>
        <w:ind w:firstLine="331"/>
        <w:jc w:val="both"/>
      </w:pPr>
      <w:r>
        <w:rPr>
          <w:rFonts w:ascii="Georgia" w:hAnsi="Georgia"/>
          <w:b w:val="0"/>
          <w:i w:val="0"/>
          <w:color w:val="22201D"/>
          <w:sz w:val="20"/>
        </w:rPr>
        <w:t>Sauces covered.</w:t>
      </w:r>
    </w:p>
    <w:p>
      <w:pPr>
        <w:spacing w:after="60" w:line="266" w:lineRule="auto"/>
        <w:ind w:firstLine="331"/>
        <w:jc w:val="both"/>
      </w:pPr>
      <w:r>
        <w:rPr>
          <w:rFonts w:ascii="Georgia" w:hAnsi="Georgia"/>
          <w:b w:val="0"/>
          <w:i w:val="0"/>
          <w:color w:val="22201D"/>
          <w:sz w:val="20"/>
        </w:rPr>
        <w:t>Labels legible.</w:t>
      </w:r>
    </w:p>
    <w:p>
      <w:pPr>
        <w:spacing w:after="60" w:line="266" w:lineRule="auto"/>
        <w:ind w:firstLine="331"/>
        <w:jc w:val="both"/>
      </w:pPr>
      <w:r>
        <w:rPr>
          <w:rFonts w:ascii="Georgia" w:hAnsi="Georgia"/>
          <w:b w:val="0"/>
          <w:i w:val="0"/>
          <w:color w:val="22201D"/>
          <w:sz w:val="20"/>
        </w:rPr>
        <w:t>Nothing dripping on anything that had not consented to being dripped upon, which Gerald did not write because he was still hoping to preserve some dignity in the notebook.</w:t>
      </w:r>
    </w:p>
    <w:p>
      <w:pPr>
        <w:spacing w:after="60" w:line="266" w:lineRule="auto"/>
        <w:ind w:firstLine="331"/>
        <w:jc w:val="both"/>
      </w:pPr>
      <w:r>
        <w:rPr>
          <w:rFonts w:ascii="Georgia" w:hAnsi="Georgia"/>
          <w:b w:val="0"/>
          <w:i w:val="0"/>
          <w:color w:val="22201D"/>
          <w:sz w:val="20"/>
        </w:rPr>
        <w:t>Then he unfolded the floorplan.</w:t>
      </w:r>
    </w:p>
    <w:p>
      <w:pPr>
        <w:spacing w:after="60" w:line="266" w:lineRule="auto"/>
        <w:ind w:firstLine="331"/>
        <w:jc w:val="both"/>
      </w:pPr>
      <w:r>
        <w:rPr>
          <w:rFonts w:ascii="Georgia" w:hAnsi="Georgia"/>
          <w:b w:val="0"/>
          <w:i w:val="0"/>
          <w:color w:val="22201D"/>
          <w:sz w:val="20"/>
        </w:rPr>
        <w:t>The kitchen changed.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That would have been easier.</w:t>
      </w:r>
    </w:p>
    <w:p>
      <w:pPr>
        <w:spacing w:after="60" w:line="266" w:lineRule="auto"/>
        <w:ind w:firstLine="331"/>
        <w:jc w:val="both"/>
      </w:pPr>
      <w:r>
        <w:rPr>
          <w:rFonts w:ascii="Georgia" w:hAnsi="Georgia"/>
          <w:b w:val="0"/>
          <w:i w:val="0"/>
          <w:color w:val="22201D"/>
          <w:sz w:val="20"/>
        </w:rPr>
        <w:t>The far wall moved three inches to the left.</w:t>
      </w:r>
    </w:p>
    <w:p>
      <w:pPr>
        <w:spacing w:after="60" w:line="266" w:lineRule="auto"/>
        <w:ind w:firstLine="331"/>
        <w:jc w:val="both"/>
      </w:pPr>
      <w:r>
        <w:rPr>
          <w:rFonts w:ascii="Georgia" w:hAnsi="Georgia"/>
          <w:b w:val="0"/>
          <w:i w:val="0"/>
          <w:color w:val="22201D"/>
          <w:sz w:val="20"/>
        </w:rPr>
        <w:t>The prep table became four feet longer without adding any metal.</w:t>
      </w:r>
    </w:p>
    <w:p>
      <w:pPr>
        <w:spacing w:after="60" w:line="266" w:lineRule="auto"/>
        <w:ind w:firstLine="331"/>
        <w:jc w:val="both"/>
      </w:pPr>
      <w:r>
        <w:rPr>
          <w:rFonts w:ascii="Georgia" w:hAnsi="Georgia"/>
          <w:b w:val="0"/>
          <w:i w:val="0"/>
          <w:color w:val="22201D"/>
          <w:sz w:val="20"/>
        </w:rPr>
        <w:t>The dry storage shelf gained a narrow aisle that had not existed a moment before and seemed embarrassed by its own usefulness.</w:t>
      </w:r>
    </w:p>
    <w:p>
      <w:pPr>
        <w:spacing w:after="60" w:line="266" w:lineRule="auto"/>
        <w:ind w:firstLine="331"/>
        <w:jc w:val="both"/>
      </w:pPr>
      <w:r>
        <w:rPr>
          <w:rFonts w:ascii="Georgia" w:hAnsi="Georgia"/>
          <w:b w:val="0"/>
          <w:i w:val="0"/>
          <w:color w:val="22201D"/>
          <w:sz w:val="20"/>
        </w:rPr>
        <w:t>The hand sink remained where it was.</w:t>
      </w:r>
    </w:p>
    <w:p>
      <w:pPr>
        <w:spacing w:after="60" w:line="266" w:lineRule="auto"/>
        <w:ind w:firstLine="331"/>
        <w:jc w:val="both"/>
      </w:pPr>
      <w:r>
        <w:rPr>
          <w:rFonts w:ascii="Georgia" w:hAnsi="Georgia"/>
          <w:b w:val="0"/>
          <w:i w:val="0"/>
          <w:color w:val="22201D"/>
          <w:sz w:val="20"/>
        </w:rPr>
        <w:t>Gerald saw that immediately.</w:t>
      </w:r>
    </w:p>
    <w:p>
      <w:pPr>
        <w:spacing w:after="60" w:line="266" w:lineRule="auto"/>
        <w:ind w:firstLine="331"/>
        <w:jc w:val="both"/>
      </w:pPr>
      <w:r>
        <w:rPr>
          <w:rFonts w:ascii="Georgia" w:hAnsi="Georgia"/>
          <w:b w:val="0"/>
          <w:i w:val="0"/>
          <w:color w:val="22201D"/>
          <w:sz w:val="20"/>
        </w:rPr>
        <w:t>This mattered.</w:t>
      </w:r>
    </w:p>
    <w:p>
      <w:pPr>
        <w:spacing w:after="60" w:line="266" w:lineRule="auto"/>
        <w:ind w:firstLine="331"/>
        <w:jc w:val="both"/>
      </w:pPr>
      <w:r>
        <w:rPr>
          <w:rFonts w:ascii="Georgia" w:hAnsi="Georgia"/>
          <w:b w:val="0"/>
          <w:i w:val="0"/>
          <w:color w:val="22201D"/>
          <w:sz w:val="20"/>
        </w:rPr>
        <w:t>The kitchen might refuse the floorplan, but it had not hidden the hand sink.</w:t>
      </w:r>
    </w:p>
    <w:p>
      <w:pPr>
        <w:spacing w:after="60" w:line="266" w:lineRule="auto"/>
        <w:ind w:firstLine="331"/>
        <w:jc w:val="both"/>
      </w:pPr>
      <w:r>
        <w:rPr>
          <w:rFonts w:ascii="Georgia" w:hAnsi="Georgia"/>
          <w:b w:val="0"/>
          <w:i w:val="0"/>
          <w:color w:val="22201D"/>
          <w:sz w:val="20"/>
        </w:rPr>
        <w:t>He took out the measuring tape.</w:t>
      </w:r>
    </w:p>
    <w:p>
      <w:pPr>
        <w:spacing w:after="60" w:line="266" w:lineRule="auto"/>
        <w:ind w:firstLine="331"/>
        <w:jc w:val="both"/>
      </w:pPr>
      <w:r>
        <w:rPr>
          <w:rFonts w:ascii="Georgia" w:hAnsi="Georgia"/>
          <w:b w:val="0"/>
          <w:i w:val="0"/>
          <w:color w:val="22201D"/>
          <w:sz w:val="20"/>
        </w:rPr>
        <w:t>"We will begin with posted dimensions."</w:t>
      </w:r>
    </w:p>
    <w:p>
      <w:pPr>
        <w:spacing w:after="60" w:line="266" w:lineRule="auto"/>
        <w:ind w:firstLine="331"/>
        <w:jc w:val="both"/>
      </w:pPr>
      <w:r>
        <w:rPr>
          <w:rFonts w:ascii="Georgia" w:hAnsi="Georgia"/>
          <w:b w:val="0"/>
          <w:i w:val="0"/>
          <w:color w:val="22201D"/>
          <w:sz w:val="20"/>
        </w:rPr>
        <w:t>The measuring tape extended.</w:t>
      </w:r>
    </w:p>
    <w:p>
      <w:pPr>
        <w:spacing w:after="60" w:line="266" w:lineRule="auto"/>
        <w:ind w:firstLine="331"/>
        <w:jc w:val="both"/>
      </w:pPr>
      <w:r>
        <w:rPr>
          <w:rFonts w:ascii="Georgia" w:hAnsi="Georgia"/>
          <w:b w:val="0"/>
          <w:i w:val="0"/>
          <w:color w:val="22201D"/>
          <w:sz w:val="20"/>
        </w:rPr>
        <w:t>The wall retreated.</w:t>
      </w:r>
    </w:p>
    <w:p>
      <w:pPr>
        <w:spacing w:after="60" w:line="266" w:lineRule="auto"/>
        <w:ind w:firstLine="331"/>
        <w:jc w:val="both"/>
      </w:pPr>
      <w:r>
        <w:rPr>
          <w:rFonts w:ascii="Georgia" w:hAnsi="Georgia"/>
          <w:b w:val="0"/>
          <w:i w:val="0"/>
          <w:color w:val="22201D"/>
          <w:sz w:val="20"/>
        </w:rPr>
        <w:t>Gerald stopped.</w:t>
      </w:r>
    </w:p>
    <w:p>
      <w:pPr>
        <w:spacing w:after="60" w:line="266" w:lineRule="auto"/>
        <w:ind w:firstLine="331"/>
        <w:jc w:val="both"/>
      </w:pPr>
      <w:r>
        <w:rPr>
          <w:rFonts w:ascii="Georgia" w:hAnsi="Georgia"/>
          <w:b w:val="0"/>
          <w:i w:val="0"/>
          <w:color w:val="22201D"/>
          <w:sz w:val="20"/>
        </w:rPr>
        <w:t>"Absolutely not."</w:t>
      </w:r>
    </w:p>
    <w:p>
      <w:pPr>
        <w:spacing w:after="60" w:line="266" w:lineRule="auto"/>
        <w:ind w:firstLine="331"/>
        <w:jc w:val="both"/>
      </w:pPr>
      <w:r>
        <w:rPr>
          <w:rFonts w:ascii="Georgia" w:hAnsi="Georgia"/>
          <w:b w:val="0"/>
          <w:i w:val="0"/>
          <w:color w:val="22201D"/>
          <w:sz w:val="20"/>
        </w:rPr>
        <w:t>The wall stopped.</w:t>
      </w:r>
    </w:p>
    <w:p>
      <w:pPr>
        <w:spacing w:after="60" w:line="266" w:lineRule="auto"/>
        <w:ind w:firstLine="331"/>
        <w:jc w:val="both"/>
      </w:pPr>
      <w:r>
        <w:rPr>
          <w:rFonts w:ascii="Georgia" w:hAnsi="Georgia"/>
          <w:b w:val="0"/>
          <w:i w:val="0"/>
          <w:color w:val="22201D"/>
          <w:sz w:val="20"/>
        </w:rPr>
        <w:t>"You may be impossible," Gerald said, "but you may not be evasive."</w:t>
      </w:r>
    </w:p>
    <w:p>
      <w:pPr>
        <w:spacing w:after="60" w:line="266" w:lineRule="auto"/>
        <w:ind w:firstLine="331"/>
        <w:jc w:val="both"/>
      </w:pPr>
      <w:r>
        <w:rPr>
          <w:rFonts w:ascii="Georgia" w:hAnsi="Georgia"/>
          <w:b w:val="0"/>
          <w:i w:val="0"/>
          <w:color w:val="22201D"/>
          <w:sz w:val="20"/>
        </w:rPr>
        <w:t>The kitchen settled.</w:t>
      </w:r>
    </w:p>
    <w:p>
      <w:pPr>
        <w:spacing w:after="60" w:line="266" w:lineRule="auto"/>
        <w:ind w:firstLine="331"/>
        <w:jc w:val="both"/>
      </w:pPr>
      <w:r>
        <w:rPr>
          <w:rFonts w:ascii="Georgia" w:hAnsi="Georgia"/>
          <w:b w:val="0"/>
          <w:i w:val="0"/>
          <w:color w:val="22201D"/>
          <w:sz w:val="20"/>
        </w:rPr>
        <w:t>Somewhere behind the line, a ladle clicked once against a pot.</w:t>
      </w:r>
    </w:p>
    <w:p>
      <w:pPr>
        <w:spacing w:after="60" w:line="266" w:lineRule="auto"/>
        <w:ind w:firstLine="331"/>
        <w:jc w:val="both"/>
      </w:pPr>
      <w:r>
        <w:rPr>
          <w:rFonts w:ascii="Georgia" w:hAnsi="Georgia"/>
          <w:b w:val="0"/>
          <w:i w:val="0"/>
          <w:color w:val="22201D"/>
          <w:sz w:val="20"/>
        </w:rPr>
        <w:t>Gerald chose to interpret this as acknowledgment.</w:t>
      </w:r>
    </w:p>
    <w:p>
      <w:pPr>
        <w:spacing w:after="60" w:line="266" w:lineRule="auto"/>
        <w:ind w:firstLine="331"/>
        <w:jc w:val="both"/>
      </w:pPr>
      <w:r>
        <w:rPr>
          <w:rFonts w:ascii="Georgia" w:hAnsi="Georgia"/>
          <w:b w:val="0"/>
          <w:i w:val="0"/>
          <w:color w:val="22201D"/>
          <w:sz w:val="20"/>
        </w:rPr>
        <w:t>He measured again.</w:t>
      </w:r>
    </w:p>
    <w:p>
      <w:pPr>
        <w:spacing w:after="60" w:line="266" w:lineRule="auto"/>
        <w:ind w:firstLine="331"/>
        <w:jc w:val="both"/>
      </w:pPr>
      <w:r>
        <w:rPr>
          <w:rFonts w:ascii="Georgia" w:hAnsi="Georgia"/>
          <w:b w:val="0"/>
          <w:i w:val="0"/>
          <w:color w:val="22201D"/>
          <w:sz w:val="20"/>
        </w:rPr>
        <w:t>The tape read fourteen feet.</w:t>
      </w:r>
    </w:p>
    <w:p>
      <w:pPr>
        <w:spacing w:after="60" w:line="266" w:lineRule="auto"/>
        <w:ind w:firstLine="331"/>
        <w:jc w:val="both"/>
      </w:pPr>
      <w:r>
        <w:rPr>
          <w:rFonts w:ascii="Georgia" w:hAnsi="Georgia"/>
          <w:b w:val="0"/>
          <w:i w:val="0"/>
          <w:color w:val="22201D"/>
          <w:sz w:val="20"/>
        </w:rPr>
        <w:t>The floorplan said twelve.</w:t>
      </w:r>
    </w:p>
    <w:p>
      <w:pPr>
        <w:spacing w:after="60" w:line="266" w:lineRule="auto"/>
        <w:ind w:firstLine="331"/>
        <w:jc w:val="both"/>
      </w:pPr>
      <w:r>
        <w:rPr>
          <w:rFonts w:ascii="Georgia" w:hAnsi="Georgia"/>
          <w:b w:val="0"/>
          <w:i w:val="0"/>
          <w:color w:val="22201D"/>
          <w:sz w:val="20"/>
        </w:rPr>
        <w:t>He measured from another angle.</w:t>
      </w:r>
    </w:p>
    <w:p>
      <w:pPr>
        <w:spacing w:after="60" w:line="266" w:lineRule="auto"/>
        <w:ind w:firstLine="331"/>
        <w:jc w:val="both"/>
      </w:pPr>
      <w:r>
        <w:rPr>
          <w:rFonts w:ascii="Georgia" w:hAnsi="Georgia"/>
          <w:b w:val="0"/>
          <w:i w:val="0"/>
          <w:color w:val="22201D"/>
          <w:sz w:val="20"/>
        </w:rPr>
        <w:t>The tape read twelve feet.</w:t>
      </w:r>
    </w:p>
    <w:p>
      <w:pPr>
        <w:spacing w:after="60" w:line="266" w:lineRule="auto"/>
        <w:ind w:firstLine="331"/>
        <w:jc w:val="both"/>
      </w:pPr>
      <w:r>
        <w:rPr>
          <w:rFonts w:ascii="Georgia" w:hAnsi="Georgia"/>
          <w:b w:val="0"/>
          <w:i w:val="0"/>
          <w:color w:val="22201D"/>
          <w:sz w:val="20"/>
        </w:rPr>
        <w:t>The floorplan said fourteen.</w:t>
      </w:r>
    </w:p>
    <w:p>
      <w:pPr>
        <w:spacing w:after="60" w:line="266" w:lineRule="auto"/>
        <w:ind w:firstLine="331"/>
        <w:jc w:val="both"/>
      </w:pPr>
      <w:r>
        <w:rPr>
          <w:rFonts w:ascii="Georgia" w:hAnsi="Georgia"/>
          <w:b w:val="0"/>
          <w:i w:val="0"/>
          <w:color w:val="22201D"/>
          <w:sz w:val="20"/>
        </w:rPr>
        <w:t>He measured diagonally.</w:t>
      </w:r>
    </w:p>
    <w:p>
      <w:pPr>
        <w:spacing w:after="60" w:line="266" w:lineRule="auto"/>
        <w:ind w:firstLine="331"/>
        <w:jc w:val="both"/>
      </w:pPr>
      <w:r>
        <w:rPr>
          <w:rFonts w:ascii="Georgia" w:hAnsi="Georgia"/>
          <w:b w:val="0"/>
          <w:i w:val="0"/>
          <w:color w:val="22201D"/>
          <w:sz w:val="20"/>
        </w:rPr>
        <w:t>The tape showed a number, reconsidered, and then displayed:</w:t>
      </w:r>
    </w:p>
    <w:p>
      <w:pPr>
        <w:spacing w:after="60" w:line="250" w:lineRule="auto"/>
        <w:ind w:left="202" w:right="173"/>
      </w:pPr>
      <w:r>
        <w:rPr>
          <w:rFonts w:ascii="Georgia" w:hAnsi="Georgia"/>
          <w:b w:val="0"/>
          <w:i w:val="0"/>
          <w:color w:val="22201D"/>
          <w:sz w:val="17"/>
        </w:rPr>
        <w:t>DEPENDS WHY YOU ASK</w:t>
      </w:r>
    </w:p>
    <w:p>
      <w:pPr>
        <w:spacing w:after="60" w:line="266" w:lineRule="auto"/>
        <w:ind w:firstLine="331"/>
        <w:jc w:val="both"/>
      </w:pPr>
      <w:r>
        <w:rPr>
          <w:rFonts w:ascii="Georgia" w:hAnsi="Georgia"/>
          <w:b w:val="0"/>
          <w:i w:val="0"/>
          <w:color w:val="22201D"/>
          <w:sz w:val="20"/>
        </w:rPr>
        <w:t>Gerald removed his glasses.</w:t>
      </w:r>
    </w:p>
    <w:p>
      <w:pPr>
        <w:spacing w:after="60" w:line="266" w:lineRule="auto"/>
        <w:ind w:firstLine="331"/>
        <w:jc w:val="both"/>
      </w:pPr>
      <w:r>
        <w:rPr>
          <w:rFonts w:ascii="Georgia" w:hAnsi="Georgia"/>
          <w:b w:val="0"/>
          <w:i w:val="0"/>
          <w:color w:val="22201D"/>
          <w:sz w:val="20"/>
        </w:rPr>
        <w:t>He cleaned them.</w:t>
      </w:r>
    </w:p>
    <w:p>
      <w:pPr>
        <w:spacing w:after="60" w:line="266" w:lineRule="auto"/>
        <w:ind w:firstLine="331"/>
        <w:jc w:val="both"/>
      </w:pPr>
      <w:r>
        <w:rPr>
          <w:rFonts w:ascii="Georgia" w:hAnsi="Georgia"/>
          <w:b w:val="0"/>
          <w:i w:val="0"/>
          <w:color w:val="22201D"/>
          <w:sz w:val="20"/>
        </w:rPr>
        <w:t>He put them back on.</w:t>
      </w:r>
    </w:p>
    <w:p>
      <w:pPr>
        <w:spacing w:after="60" w:line="266" w:lineRule="auto"/>
        <w:ind w:firstLine="331"/>
        <w:jc w:val="both"/>
      </w:pPr>
      <w:r>
        <w:rPr>
          <w:rFonts w:ascii="Georgia" w:hAnsi="Georgia"/>
          <w:b w:val="0"/>
          <w:i w:val="0"/>
          <w:color w:val="22201D"/>
          <w:sz w:val="20"/>
        </w:rPr>
        <w:t>"Tape," he said, "you are equipment."</w:t>
      </w:r>
    </w:p>
    <w:p>
      <w:pPr>
        <w:spacing w:after="60" w:line="266" w:lineRule="auto"/>
        <w:ind w:firstLine="331"/>
        <w:jc w:val="both"/>
      </w:pPr>
      <w:r>
        <w:rPr>
          <w:rFonts w:ascii="Georgia" w:hAnsi="Georgia"/>
          <w:b w:val="0"/>
          <w:i w:val="0"/>
          <w:color w:val="22201D"/>
          <w:sz w:val="20"/>
        </w:rPr>
        <w:t>The tape retracted one inch in shame.</w:t>
      </w:r>
    </w:p>
    <w:p>
      <w:pPr>
        <w:spacing w:after="60" w:line="266" w:lineRule="auto"/>
        <w:ind w:firstLine="331"/>
        <w:jc w:val="both"/>
      </w:pPr>
      <w:r>
        <w:rPr>
          <w:rFonts w:ascii="Georgia" w:hAnsi="Georgia"/>
          <w:b w:val="0"/>
          <w:i w:val="0"/>
          <w:color w:val="22201D"/>
          <w:sz w:val="20"/>
        </w:rPr>
        <w:t>He took out the backup tape.</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LARGER WHEN ENTERED HONESTLY</w:t>
      </w:r>
    </w:p>
    <w:p>
      <w:pPr>
        <w:spacing w:after="60" w:line="266" w:lineRule="auto"/>
        <w:ind w:firstLine="331"/>
        <w:jc w:val="both"/>
      </w:pPr>
      <w:r>
        <w:rPr>
          <w:rFonts w:ascii="Georgia" w:hAnsi="Georgia"/>
          <w:b w:val="0"/>
          <w:i w:val="0"/>
          <w:color w:val="22201D"/>
          <w:sz w:val="20"/>
        </w:rPr>
        <w:t>Gerald looked at the Hostess.</w:t>
      </w:r>
    </w:p>
    <w:p>
      <w:pPr>
        <w:spacing w:after="60" w:line="266" w:lineRule="auto"/>
        <w:ind w:firstLine="331"/>
        <w:jc w:val="both"/>
      </w:pPr>
      <w:r>
        <w:rPr>
          <w:rFonts w:ascii="Georgia" w:hAnsi="Georgia"/>
          <w:b w:val="0"/>
          <w:i w:val="0"/>
          <w:color w:val="22201D"/>
          <w:sz w:val="20"/>
        </w:rPr>
        <w:t>"Do you have a measuring device not currently involved in whatever this is?"</w:t>
      </w:r>
    </w:p>
    <w:p>
      <w:pPr>
        <w:spacing w:after="60" w:line="266" w:lineRule="auto"/>
        <w:ind w:firstLine="331"/>
        <w:jc w:val="both"/>
      </w:pPr>
      <w:r>
        <w:rPr>
          <w:rFonts w:ascii="Georgia" w:hAnsi="Georgia"/>
          <w:b w:val="0"/>
          <w:i w:val="0"/>
          <w:color w:val="22201D"/>
          <w:sz w:val="20"/>
        </w:rPr>
        <w:t>The Hostess handed him a wooden ruler.</w:t>
      </w:r>
    </w:p>
    <w:p>
      <w:pPr>
        <w:spacing w:after="60" w:line="266" w:lineRule="auto"/>
        <w:ind w:firstLine="331"/>
        <w:jc w:val="both"/>
      </w:pPr>
      <w:r>
        <w:rPr>
          <w:rFonts w:ascii="Georgia" w:hAnsi="Georgia"/>
          <w:b w:val="0"/>
          <w:i w:val="0"/>
          <w:color w:val="22201D"/>
          <w:sz w:val="20"/>
        </w:rPr>
        <w:t>It was twelve inches long.</w:t>
      </w:r>
    </w:p>
    <w:p>
      <w:pPr>
        <w:spacing w:after="60" w:line="266" w:lineRule="auto"/>
        <w:ind w:firstLine="331"/>
        <w:jc w:val="both"/>
      </w:pPr>
      <w:r>
        <w:rPr>
          <w:rFonts w:ascii="Georgia" w:hAnsi="Georgia"/>
          <w:b w:val="0"/>
          <w:i w:val="0"/>
          <w:color w:val="22201D"/>
          <w:sz w:val="20"/>
        </w:rPr>
        <w:t>It remained twelve inches long.</w:t>
      </w:r>
    </w:p>
    <w:p>
      <w:pPr>
        <w:spacing w:after="60" w:line="266" w:lineRule="auto"/>
        <w:ind w:firstLine="331"/>
        <w:jc w:val="both"/>
      </w:pPr>
      <w:r>
        <w:rPr>
          <w:rFonts w:ascii="Georgia" w:hAnsi="Georgia"/>
          <w:b w:val="0"/>
          <w:i w:val="0"/>
          <w:color w:val="22201D"/>
          <w:sz w:val="20"/>
        </w:rPr>
        <w:t>Gerald liked it immediately.</w:t>
      </w:r>
    </w:p>
    <w:p>
      <w:pPr>
        <w:spacing w:after="60" w:line="266" w:lineRule="auto"/>
        <w:ind w:firstLine="331"/>
        <w:jc w:val="both"/>
      </w:pPr>
      <w:r>
        <w:rPr>
          <w:rFonts w:ascii="Georgia" w:hAnsi="Georgia"/>
          <w:b w:val="0"/>
          <w:i w:val="0"/>
          <w:color w:val="22201D"/>
          <w:sz w:val="20"/>
        </w:rPr>
        <w:t>He placed it on the counter.</w:t>
      </w:r>
    </w:p>
    <w:p>
      <w:pPr>
        <w:spacing w:after="60" w:line="266" w:lineRule="auto"/>
        <w:ind w:firstLine="331"/>
        <w:jc w:val="both"/>
      </w:pPr>
      <w:r>
        <w:rPr>
          <w:rFonts w:ascii="Georgia" w:hAnsi="Georgia"/>
          <w:b w:val="0"/>
          <w:i w:val="0"/>
          <w:color w:val="22201D"/>
          <w:sz w:val="20"/>
        </w:rPr>
        <w:t>The counter respected it.</w:t>
      </w:r>
    </w:p>
    <w:p>
      <w:pPr>
        <w:spacing w:after="60" w:line="266" w:lineRule="auto"/>
        <w:ind w:firstLine="331"/>
        <w:jc w:val="both"/>
      </w:pPr>
      <w:r>
        <w:rPr>
          <w:rFonts w:ascii="Georgia" w:hAnsi="Georgia"/>
          <w:b w:val="0"/>
          <w:i w:val="0"/>
          <w:color w:val="22201D"/>
          <w:sz w:val="20"/>
        </w:rPr>
        <w:t>"Good," Gerald said.</w:t>
      </w:r>
    </w:p>
    <w:p>
      <w:pPr>
        <w:spacing w:after="60" w:line="266" w:lineRule="auto"/>
        <w:ind w:firstLine="331"/>
        <w:jc w:val="both"/>
      </w:pPr>
      <w:r>
        <w:rPr>
          <w:rFonts w:ascii="Georgia" w:hAnsi="Georgia"/>
          <w:b w:val="0"/>
          <w:i w:val="0"/>
          <w:color w:val="22201D"/>
          <w:sz w:val="20"/>
        </w:rPr>
        <w:t>He began mapping from fixed points.</w:t>
      </w:r>
    </w:p>
    <w:p>
      <w:pPr>
        <w:spacing w:after="60" w:line="266" w:lineRule="auto"/>
        <w:ind w:firstLine="331"/>
        <w:jc w:val="both"/>
      </w:pPr>
      <w:r>
        <w:rPr>
          <w:rFonts w:ascii="Georgia" w:hAnsi="Georgia"/>
          <w:b w:val="0"/>
          <w:i w:val="0"/>
          <w:color w:val="22201D"/>
          <w:sz w:val="20"/>
        </w:rPr>
        <w:t>Hand sink to prep table: six feet.</w:t>
      </w:r>
    </w:p>
    <w:p>
      <w:pPr>
        <w:spacing w:after="60" w:line="266" w:lineRule="auto"/>
        <w:ind w:firstLine="331"/>
        <w:jc w:val="both"/>
      </w:pPr>
      <w:r>
        <w:rPr>
          <w:rFonts w:ascii="Georgia" w:hAnsi="Georgia"/>
          <w:b w:val="0"/>
          <w:i w:val="0"/>
          <w:color w:val="22201D"/>
          <w:sz w:val="20"/>
        </w:rPr>
        <w:t>Prep table to line: four feet, unless the cook needed to pass with hot stock, in which case the aisle became mercifully wider.</w:t>
      </w:r>
    </w:p>
    <w:p>
      <w:pPr>
        <w:spacing w:after="60" w:line="266" w:lineRule="auto"/>
        <w:ind w:firstLine="331"/>
        <w:jc w:val="both"/>
      </w:pPr>
      <w:r>
        <w:rPr>
          <w:rFonts w:ascii="Georgia" w:hAnsi="Georgia"/>
          <w:b w:val="0"/>
          <w:i w:val="0"/>
          <w:color w:val="22201D"/>
          <w:sz w:val="20"/>
        </w:rPr>
        <w:t>Dish pit to clean storage: adequate, with no cross-traffic through raw prep.</w:t>
      </w:r>
    </w:p>
    <w:p>
      <w:pPr>
        <w:spacing w:after="60" w:line="266" w:lineRule="auto"/>
        <w:ind w:firstLine="331"/>
        <w:jc w:val="both"/>
      </w:pPr>
      <w:r>
        <w:rPr>
          <w:rFonts w:ascii="Georgia" w:hAnsi="Georgia"/>
          <w:b w:val="0"/>
          <w:i w:val="0"/>
          <w:color w:val="22201D"/>
          <w:sz w:val="20"/>
        </w:rPr>
        <w:t>Dry storage to pantry: measurable until the pantry was opened.</w:t>
      </w:r>
    </w:p>
    <w:p>
      <w:pPr>
        <w:spacing w:after="60" w:line="266" w:lineRule="auto"/>
        <w:ind w:firstLine="331"/>
        <w:jc w:val="both"/>
      </w:pPr>
      <w:r>
        <w:rPr>
          <w:rFonts w:ascii="Georgia" w:hAnsi="Georgia"/>
          <w:b w:val="0"/>
          <w:i w:val="0"/>
          <w:color w:val="22201D"/>
          <w:sz w:val="20"/>
        </w:rPr>
        <w:t>"Do not open the pantry," Gerald said.</w:t>
      </w:r>
    </w:p>
    <w:p>
      <w:pPr>
        <w:spacing w:after="60" w:line="266" w:lineRule="auto"/>
        <w:ind w:firstLine="331"/>
        <w:jc w:val="both"/>
      </w:pPr>
      <w:r>
        <w:rPr>
          <w:rFonts w:ascii="Georgia" w:hAnsi="Georgia"/>
          <w:b w:val="0"/>
          <w:i w:val="0"/>
          <w:color w:val="22201D"/>
          <w:sz w:val="20"/>
        </w:rPr>
        <w:t>"You do not want to inspect it?" the Hostess asked.</w:t>
      </w:r>
    </w:p>
    <w:p>
      <w:pPr>
        <w:spacing w:after="60" w:line="266" w:lineRule="auto"/>
        <w:ind w:firstLine="331"/>
        <w:jc w:val="both"/>
      </w:pPr>
      <w:r>
        <w:rPr>
          <w:rFonts w:ascii="Georgia" w:hAnsi="Georgia"/>
          <w:b w:val="0"/>
          <w:i w:val="0"/>
          <w:color w:val="22201D"/>
          <w:sz w:val="20"/>
        </w:rPr>
        <w:t>"I want to inspect it after I finish the room that admits it is a room."</w:t>
      </w:r>
    </w:p>
    <w:p>
      <w:pPr>
        <w:spacing w:after="60" w:line="266" w:lineRule="auto"/>
        <w:ind w:firstLine="331"/>
        <w:jc w:val="both"/>
      </w:pPr>
      <w:r>
        <w:rPr>
          <w:rFonts w:ascii="Georgia" w:hAnsi="Georgia"/>
          <w:b w:val="0"/>
          <w:i w:val="0"/>
          <w:color w:val="22201D"/>
          <w:sz w:val="20"/>
        </w:rPr>
        <w:t>"Sensible."</w:t>
      </w:r>
    </w:p>
    <w:p>
      <w:pPr>
        <w:spacing w:after="60" w:line="266" w:lineRule="auto"/>
        <w:ind w:firstLine="331"/>
        <w:jc w:val="both"/>
      </w:pPr>
      <w:r>
        <w:rPr>
          <w:rFonts w:ascii="Georgia" w:hAnsi="Georgia"/>
          <w:b w:val="0"/>
          <w:i w:val="0"/>
          <w:color w:val="22201D"/>
          <w:sz w:val="20"/>
        </w:rPr>
        <w:t>"Rarely appreciated."</w:t>
      </w:r>
    </w:p>
    <w:p>
      <w:pPr>
        <w:spacing w:after="60" w:line="266" w:lineRule="auto"/>
        <w:ind w:firstLine="331"/>
        <w:jc w:val="both"/>
      </w:pPr>
      <w:r>
        <w:rPr>
          <w:rFonts w:ascii="Georgia" w:hAnsi="Georgia"/>
          <w:b w:val="0"/>
          <w:i w:val="0"/>
          <w:color w:val="22201D"/>
          <w:sz w:val="20"/>
        </w:rPr>
        <w:t>He continued.</w:t>
      </w:r>
    </w:p>
    <w:p>
      <w:pPr>
        <w:spacing w:after="60" w:line="266" w:lineRule="auto"/>
        <w:ind w:firstLine="331"/>
        <w:jc w:val="both"/>
      </w:pPr>
      <w:r>
        <w:rPr>
          <w:rFonts w:ascii="Georgia" w:hAnsi="Georgia"/>
          <w:b w:val="0"/>
          <w:i w:val="0"/>
          <w:color w:val="22201D"/>
          <w:sz w:val="20"/>
        </w:rPr>
        <w:t>The kitchen did not stay the same size.</w:t>
      </w:r>
    </w:p>
    <w:p>
      <w:pPr>
        <w:spacing w:after="60" w:line="266" w:lineRule="auto"/>
        <w:ind w:firstLine="331"/>
        <w:jc w:val="both"/>
      </w:pPr>
      <w:r>
        <w:rPr>
          <w:rFonts w:ascii="Georgia" w:hAnsi="Georgia"/>
          <w:b w:val="0"/>
          <w:i w:val="0"/>
          <w:color w:val="22201D"/>
          <w:sz w:val="20"/>
        </w:rPr>
        <w:t>But it did begin to behave.</w:t>
      </w:r>
    </w:p>
    <w:p>
      <w:pPr>
        <w:spacing w:after="60" w:line="266" w:lineRule="auto"/>
        <w:ind w:firstLine="331"/>
        <w:jc w:val="both"/>
      </w:pPr>
      <w:r>
        <w:rPr>
          <w:rFonts w:ascii="Georgia" w:hAnsi="Georgia"/>
          <w:b w:val="0"/>
          <w:i w:val="0"/>
          <w:color w:val="22201D"/>
          <w:sz w:val="20"/>
        </w:rPr>
        <w:t>This was a separate matter.</w:t>
      </w:r>
    </w:p>
    <w:p>
      <w:pPr>
        <w:spacing w:after="60" w:line="266" w:lineRule="auto"/>
        <w:ind w:firstLine="331"/>
        <w:jc w:val="both"/>
      </w:pPr>
      <w:r>
        <w:rPr>
          <w:rFonts w:ascii="Georgia" w:hAnsi="Georgia"/>
          <w:b w:val="0"/>
          <w:i w:val="0"/>
          <w:color w:val="22201D"/>
          <w:sz w:val="20"/>
        </w:rPr>
        <w:t>Gerald had inspected restaurants that were perfectly ordinary rooms and still failed because they behaved like excuses. He had also inspected old diners, church kitchens, festival booths, basement prep spaces, and one truck whose operator believed that a dream journal was an acceptable HACCP plan. Roomness had never saved anyone.</w:t>
      </w:r>
    </w:p>
    <w:p>
      <w:pPr>
        <w:spacing w:after="60" w:line="266" w:lineRule="auto"/>
        <w:ind w:firstLine="331"/>
        <w:jc w:val="both"/>
      </w:pPr>
      <w:r>
        <w:rPr>
          <w:rFonts w:ascii="Georgia" w:hAnsi="Georgia"/>
          <w:b w:val="0"/>
          <w:i w:val="0"/>
          <w:color w:val="22201D"/>
          <w:sz w:val="20"/>
        </w:rPr>
        <w:t>Control points saved people.</w:t>
      </w:r>
    </w:p>
    <w:p>
      <w:pPr>
        <w:spacing w:after="60" w:line="266" w:lineRule="auto"/>
        <w:ind w:firstLine="331"/>
        <w:jc w:val="both"/>
      </w:pPr>
      <w:r>
        <w:rPr>
          <w:rFonts w:ascii="Georgia" w:hAnsi="Georgia"/>
          <w:b w:val="0"/>
          <w:i w:val="0"/>
          <w:color w:val="22201D"/>
          <w:sz w:val="20"/>
        </w:rPr>
        <w:t>Visible flows saved people.</w:t>
      </w:r>
    </w:p>
    <w:p>
      <w:pPr>
        <w:spacing w:after="60" w:line="266" w:lineRule="auto"/>
        <w:ind w:firstLine="331"/>
        <w:jc w:val="both"/>
      </w:pPr>
      <w:r>
        <w:rPr>
          <w:rFonts w:ascii="Georgia" w:hAnsi="Georgia"/>
          <w:b w:val="0"/>
          <w:i w:val="0"/>
          <w:color w:val="22201D"/>
          <w:sz w:val="20"/>
        </w:rPr>
        <w:t>Clean hands saved people.</w:t>
      </w:r>
    </w:p>
    <w:p>
      <w:pPr>
        <w:spacing w:after="60" w:line="266" w:lineRule="auto"/>
        <w:ind w:firstLine="331"/>
        <w:jc w:val="both"/>
      </w:pPr>
      <w:r>
        <w:rPr>
          <w:rFonts w:ascii="Georgia" w:hAnsi="Georgia"/>
          <w:b w:val="0"/>
          <w:i w:val="0"/>
          <w:color w:val="22201D"/>
          <w:sz w:val="20"/>
        </w:rPr>
        <w:t>Honest labels saved people.</w:t>
      </w:r>
    </w:p>
    <w:p>
      <w:pPr>
        <w:spacing w:after="60" w:line="266" w:lineRule="auto"/>
        <w:ind w:firstLine="331"/>
        <w:jc w:val="both"/>
      </w:pPr>
      <w:r>
        <w:rPr>
          <w:rFonts w:ascii="Georgia" w:hAnsi="Georgia"/>
          <w:b w:val="0"/>
          <w:i w:val="0"/>
          <w:color w:val="22201D"/>
          <w:sz w:val="20"/>
        </w:rPr>
        <w:t>Enough exits saved people.</w:t>
      </w:r>
    </w:p>
    <w:p>
      <w:pPr>
        <w:spacing w:after="60" w:line="266" w:lineRule="auto"/>
        <w:ind w:firstLine="331"/>
        <w:jc w:val="both"/>
      </w:pPr>
      <w:r>
        <w:rPr>
          <w:rFonts w:ascii="Georgia" w:hAnsi="Georgia"/>
          <w:b w:val="0"/>
          <w:i w:val="0"/>
          <w:color w:val="22201D"/>
          <w:sz w:val="20"/>
        </w:rPr>
        <w:t>He checked the exits.</w:t>
      </w:r>
    </w:p>
    <w:p>
      <w:pPr>
        <w:spacing w:after="60" w:line="266" w:lineRule="auto"/>
        <w:ind w:firstLine="331"/>
        <w:jc w:val="both"/>
      </w:pPr>
      <w:r>
        <w:rPr>
          <w:rFonts w:ascii="Georgia" w:hAnsi="Georgia"/>
          <w:b w:val="0"/>
          <w:i w:val="0"/>
          <w:color w:val="22201D"/>
          <w:sz w:val="20"/>
        </w:rPr>
        <w:t>There were three.</w:t>
      </w:r>
    </w:p>
    <w:p>
      <w:pPr>
        <w:spacing w:after="60" w:line="266" w:lineRule="auto"/>
        <w:ind w:firstLine="331"/>
        <w:jc w:val="both"/>
      </w:pPr>
      <w:r>
        <w:rPr>
          <w:rFonts w:ascii="Georgia" w:hAnsi="Georgia"/>
          <w:b w:val="0"/>
          <w:i w:val="0"/>
          <w:color w:val="22201D"/>
          <w:sz w:val="20"/>
        </w:rPr>
        <w:t>The first led back to the dining room.</w:t>
      </w:r>
    </w:p>
    <w:p>
      <w:pPr>
        <w:spacing w:after="60" w:line="266" w:lineRule="auto"/>
        <w:ind w:firstLine="331"/>
        <w:jc w:val="both"/>
      </w:pPr>
      <w:r>
        <w:rPr>
          <w:rFonts w:ascii="Georgia" w:hAnsi="Georgia"/>
          <w:b w:val="0"/>
          <w:i w:val="0"/>
          <w:color w:val="22201D"/>
          <w:sz w:val="20"/>
        </w:rPr>
        <w:t>The second led to an alley that smelled like wet brick, old oil, and rain deciding whether to commit.</w:t>
      </w:r>
    </w:p>
    <w:p>
      <w:pPr>
        <w:spacing w:after="60" w:line="266" w:lineRule="auto"/>
        <w:ind w:firstLine="331"/>
        <w:jc w:val="both"/>
      </w:pPr>
      <w:r>
        <w:rPr>
          <w:rFonts w:ascii="Georgia" w:hAnsi="Georgia"/>
          <w:b w:val="0"/>
          <w:i w:val="0"/>
          <w:color w:val="22201D"/>
          <w:sz w:val="20"/>
        </w:rPr>
        <w:t>The third led to a stairwell.</w:t>
      </w:r>
    </w:p>
    <w:p>
      <w:pPr>
        <w:spacing w:after="60" w:line="266" w:lineRule="auto"/>
        <w:ind w:firstLine="331"/>
        <w:jc w:val="both"/>
      </w:pPr>
      <w:r>
        <w:rPr>
          <w:rFonts w:ascii="Georgia" w:hAnsi="Georgia"/>
          <w:b w:val="0"/>
          <w:i w:val="0"/>
          <w:color w:val="22201D"/>
          <w:sz w:val="20"/>
        </w:rPr>
        <w:t>Gerald looked at the stairwell.</w:t>
      </w:r>
    </w:p>
    <w:p>
      <w:pPr>
        <w:spacing w:after="60" w:line="266" w:lineRule="auto"/>
        <w:ind w:firstLine="331"/>
        <w:jc w:val="both"/>
      </w:pPr>
      <w:r>
        <w:rPr>
          <w:rFonts w:ascii="Georgia" w:hAnsi="Georgia"/>
          <w:b w:val="0"/>
          <w:i w:val="0"/>
          <w:color w:val="22201D"/>
          <w:sz w:val="20"/>
        </w:rPr>
        <w:t>"This was not on the plan."</w:t>
      </w:r>
    </w:p>
    <w:p>
      <w:pPr>
        <w:spacing w:after="60" w:line="266" w:lineRule="auto"/>
        <w:ind w:firstLine="331"/>
        <w:jc w:val="both"/>
      </w:pPr>
      <w:r>
        <w:rPr>
          <w:rFonts w:ascii="Georgia" w:hAnsi="Georgia"/>
          <w:b w:val="0"/>
          <w:i w:val="0"/>
          <w:color w:val="22201D"/>
          <w:sz w:val="20"/>
        </w:rPr>
        <w:t>"It is sometimes needed," the Hostess said.</w:t>
      </w:r>
    </w:p>
    <w:p>
      <w:pPr>
        <w:spacing w:after="60" w:line="266" w:lineRule="auto"/>
        <w:ind w:firstLine="331"/>
        <w:jc w:val="both"/>
      </w:pPr>
      <w:r>
        <w:rPr>
          <w:rFonts w:ascii="Georgia" w:hAnsi="Georgia"/>
          <w:b w:val="0"/>
          <w:i w:val="0"/>
          <w:color w:val="22201D"/>
          <w:sz w:val="20"/>
        </w:rPr>
        <w:t>"Where does it go?"</w:t>
      </w:r>
    </w:p>
    <w:p>
      <w:pPr>
        <w:spacing w:after="60" w:line="266" w:lineRule="auto"/>
        <w:ind w:firstLine="331"/>
        <w:jc w:val="both"/>
      </w:pPr>
      <w:r>
        <w:rPr>
          <w:rFonts w:ascii="Georgia" w:hAnsi="Georgia"/>
          <w:b w:val="0"/>
          <w:i w:val="0"/>
          <w:color w:val="22201D"/>
          <w:sz w:val="20"/>
        </w:rPr>
        <w:t>"Out."</w:t>
      </w:r>
    </w:p>
    <w:p>
      <w:pPr>
        <w:spacing w:after="60" w:line="266" w:lineRule="auto"/>
        <w:ind w:firstLine="331"/>
        <w:jc w:val="both"/>
      </w:pPr>
      <w:r>
        <w:rPr>
          <w:rFonts w:ascii="Georgia" w:hAnsi="Georgia"/>
          <w:b w:val="0"/>
          <w:i w:val="0"/>
          <w:color w:val="22201D"/>
          <w:sz w:val="20"/>
        </w:rPr>
        <w:t>"Out where?"</w:t>
      </w:r>
    </w:p>
    <w:p>
      <w:pPr>
        <w:spacing w:after="60" w:line="266" w:lineRule="auto"/>
        <w:ind w:firstLine="331"/>
        <w:jc w:val="both"/>
      </w:pPr>
      <w:r>
        <w:rPr>
          <w:rFonts w:ascii="Georgia" w:hAnsi="Georgia"/>
          <w:b w:val="0"/>
          <w:i w:val="0"/>
          <w:color w:val="22201D"/>
          <w:sz w:val="20"/>
        </w:rPr>
        <w:t>"Wherever a person needs to be out of here."</w:t>
      </w:r>
    </w:p>
    <w:p>
      <w:pPr>
        <w:spacing w:after="60" w:line="266" w:lineRule="auto"/>
        <w:ind w:firstLine="331"/>
        <w:jc w:val="both"/>
      </w:pPr>
      <w:r>
        <w:rPr>
          <w:rFonts w:ascii="Georgia" w:hAnsi="Georgia"/>
          <w:b w:val="0"/>
          <w:i w:val="0"/>
          <w:color w:val="22201D"/>
          <w:sz w:val="20"/>
        </w:rPr>
        <w:t>"That is not an address."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stepped onto the first stair.</w:t>
      </w:r>
    </w:p>
    <w:p>
      <w:pPr>
        <w:spacing w:after="60" w:line="266" w:lineRule="auto"/>
        <w:ind w:firstLine="331"/>
        <w:jc w:val="both"/>
      </w:pPr>
      <w:r>
        <w:rPr>
          <w:rFonts w:ascii="Georgia" w:hAnsi="Georgia"/>
          <w:b w:val="0"/>
          <w:i w:val="0"/>
          <w:color w:val="22201D"/>
          <w:sz w:val="20"/>
        </w:rPr>
        <w:t>The stairwell remained lit.</w:t>
      </w:r>
    </w:p>
    <w:p>
      <w:pPr>
        <w:spacing w:after="60" w:line="266" w:lineRule="auto"/>
        <w:ind w:firstLine="331"/>
        <w:jc w:val="both"/>
      </w:pPr>
      <w:r>
        <w:rPr>
          <w:rFonts w:ascii="Georgia" w:hAnsi="Georgia"/>
          <w:b w:val="0"/>
          <w:i w:val="0"/>
          <w:color w:val="22201D"/>
          <w:sz w:val="20"/>
        </w:rPr>
        <w:t>The handrail was secure.</w:t>
      </w:r>
    </w:p>
    <w:p>
      <w:pPr>
        <w:spacing w:after="60" w:line="266" w:lineRule="auto"/>
        <w:ind w:firstLine="331"/>
        <w:jc w:val="both"/>
      </w:pPr>
      <w:r>
        <w:rPr>
          <w:rFonts w:ascii="Georgia" w:hAnsi="Georgia"/>
          <w:b w:val="0"/>
          <w:i w:val="0"/>
          <w:color w:val="22201D"/>
          <w:sz w:val="20"/>
        </w:rPr>
        <w:t>The treads were even.</w:t>
      </w:r>
    </w:p>
    <w:p>
      <w:pPr>
        <w:spacing w:after="60" w:line="266" w:lineRule="auto"/>
        <w:ind w:firstLine="331"/>
        <w:jc w:val="both"/>
      </w:pPr>
      <w:r>
        <w:rPr>
          <w:rFonts w:ascii="Georgia" w:hAnsi="Georgia"/>
          <w:b w:val="0"/>
          <w:i w:val="0"/>
          <w:color w:val="22201D"/>
          <w:sz w:val="20"/>
        </w:rPr>
        <w:t>There was no storage blocking passage.</w:t>
      </w:r>
    </w:p>
    <w:p>
      <w:pPr>
        <w:spacing w:after="60" w:line="266" w:lineRule="auto"/>
        <w:ind w:firstLine="331"/>
        <w:jc w:val="both"/>
      </w:pPr>
      <w:r>
        <w:rPr>
          <w:rFonts w:ascii="Georgia" w:hAnsi="Georgia"/>
          <w:b w:val="0"/>
          <w:i w:val="0"/>
          <w:color w:val="22201D"/>
          <w:sz w:val="20"/>
        </w:rPr>
        <w:t>At the bottom of the stairs, visible through an impossible angle, was daylight.</w:t>
      </w:r>
    </w:p>
    <w:p>
      <w:pPr>
        <w:spacing w:after="60" w:line="266" w:lineRule="auto"/>
        <w:ind w:firstLine="331"/>
        <w:jc w:val="both"/>
      </w:pPr>
      <w:r>
        <w:rPr>
          <w:rFonts w:ascii="Georgia" w:hAnsi="Georgia"/>
          <w:b w:val="0"/>
          <w:i w:val="0"/>
          <w:color w:val="22201D"/>
          <w:sz w:val="20"/>
        </w:rPr>
        <w:t>He could smell rain.</w:t>
      </w:r>
    </w:p>
    <w:p>
      <w:pPr>
        <w:spacing w:after="60" w:line="266" w:lineRule="auto"/>
        <w:ind w:firstLine="331"/>
        <w:jc w:val="both"/>
      </w:pPr>
      <w:r>
        <w:rPr>
          <w:rFonts w:ascii="Georgia" w:hAnsi="Georgia"/>
          <w:b w:val="0"/>
          <w:i w:val="0"/>
          <w:color w:val="22201D"/>
          <w:sz w:val="20"/>
        </w:rPr>
        <w:t>He could also smell grilled onions.</w:t>
      </w:r>
    </w:p>
    <w:p>
      <w:pPr>
        <w:spacing w:after="60" w:line="266" w:lineRule="auto"/>
        <w:ind w:firstLine="331"/>
        <w:jc w:val="both"/>
      </w:pPr>
      <w:r>
        <w:rPr>
          <w:rFonts w:ascii="Georgia" w:hAnsi="Georgia"/>
          <w:b w:val="0"/>
          <w:i w:val="0"/>
          <w:color w:val="22201D"/>
          <w:sz w:val="20"/>
        </w:rPr>
        <w:t>He stepped back into the kitchen.</w:t>
      </w:r>
    </w:p>
    <w:p>
      <w:pPr>
        <w:spacing w:after="60" w:line="266" w:lineRule="auto"/>
        <w:ind w:firstLine="331"/>
        <w:jc w:val="both"/>
      </w:pPr>
      <w:r>
        <w:rPr>
          <w:rFonts w:ascii="Georgia" w:hAnsi="Georgia"/>
          <w:b w:val="0"/>
          <w:i w:val="0"/>
          <w:color w:val="22201D"/>
          <w:sz w:val="20"/>
        </w:rPr>
        <w:t>"Egress conditionally acceptable."</w:t>
      </w:r>
    </w:p>
    <w:p>
      <w:pPr>
        <w:spacing w:after="60" w:line="266" w:lineRule="auto"/>
        <w:ind w:firstLine="331"/>
        <w:jc w:val="both"/>
      </w:pPr>
      <w:r>
        <w:rPr>
          <w:rFonts w:ascii="Georgia" w:hAnsi="Georgia"/>
          <w:b w:val="0"/>
          <w:i w:val="0"/>
          <w:color w:val="22201D"/>
          <w:sz w:val="20"/>
        </w:rPr>
        <w:t>"Conditionally?"</w:t>
      </w:r>
    </w:p>
    <w:p>
      <w:pPr>
        <w:spacing w:after="60" w:line="266" w:lineRule="auto"/>
        <w:ind w:firstLine="331"/>
        <w:jc w:val="both"/>
      </w:pPr>
      <w:r>
        <w:rPr>
          <w:rFonts w:ascii="Georgia" w:hAnsi="Georgia"/>
          <w:b w:val="0"/>
          <w:i w:val="0"/>
          <w:color w:val="22201D"/>
          <w:sz w:val="20"/>
        </w:rPr>
        <w:t>"All exits must remain merciful."</w:t>
      </w:r>
    </w:p>
    <w:p>
      <w:pPr>
        <w:spacing w:after="60" w:line="266" w:lineRule="auto"/>
        <w:ind w:firstLine="331"/>
        <w:jc w:val="both"/>
      </w:pPr>
      <w:r>
        <w:rPr>
          <w:rFonts w:ascii="Georgia" w:hAnsi="Georgia"/>
          <w:b w:val="0"/>
          <w:i w:val="0"/>
          <w:color w:val="22201D"/>
          <w:sz w:val="20"/>
        </w:rPr>
        <w:t>The Hostess tilted her head.</w:t>
      </w:r>
    </w:p>
    <w:p>
      <w:pPr>
        <w:spacing w:after="60" w:line="266" w:lineRule="auto"/>
        <w:ind w:firstLine="331"/>
        <w:jc w:val="both"/>
      </w:pPr>
      <w:r>
        <w:rPr>
          <w:rFonts w:ascii="Georgia" w:hAnsi="Georgia"/>
          <w:b w:val="0"/>
          <w:i w:val="0"/>
          <w:color w:val="22201D"/>
          <w:sz w:val="20"/>
        </w:rPr>
        <w:t>"That is not standard language."</w:t>
      </w:r>
    </w:p>
    <w:p>
      <w:pPr>
        <w:spacing w:after="60" w:line="266" w:lineRule="auto"/>
        <w:ind w:firstLine="331"/>
        <w:jc w:val="both"/>
      </w:pPr>
      <w:r>
        <w:rPr>
          <w:rFonts w:ascii="Georgia" w:hAnsi="Georgia"/>
          <w:b w:val="0"/>
          <w:i w:val="0"/>
          <w:color w:val="22201D"/>
          <w:sz w:val="20"/>
        </w:rPr>
        <w:t>"It is the first accurate phrase I have encountered today."</w:t>
      </w:r>
    </w:p>
    <w:p>
      <w:pPr>
        <w:spacing w:after="60" w:line="266" w:lineRule="auto"/>
        <w:ind w:firstLine="331"/>
        <w:jc w:val="both"/>
      </w:pPr>
      <w:r>
        <w:rPr>
          <w:rFonts w:ascii="Georgia" w:hAnsi="Georgia"/>
          <w:b w:val="0"/>
          <w:i w:val="0"/>
          <w:color w:val="22201D"/>
          <w:sz w:val="20"/>
        </w:rPr>
        <w:t>She accepted this too.</w:t>
      </w:r>
    </w:p>
    <w:p>
      <w:pPr>
        <w:spacing w:after="60" w:line="266" w:lineRule="auto"/>
        <w:ind w:firstLine="331"/>
        <w:jc w:val="both"/>
      </w:pPr>
      <w:r>
        <w:rPr>
          <w:rFonts w:ascii="Georgia" w:hAnsi="Georgia"/>
          <w:b w:val="0"/>
          <w:i w:val="0"/>
          <w:color w:val="22201D"/>
          <w:sz w:val="20"/>
        </w:rPr>
        <w:t>Gerald walked the line.</w:t>
      </w:r>
    </w:p>
    <w:p>
      <w:pPr>
        <w:spacing w:after="60" w:line="266" w:lineRule="auto"/>
        <w:ind w:firstLine="331"/>
        <w:jc w:val="both"/>
      </w:pPr>
      <w:r>
        <w:rPr>
          <w:rFonts w:ascii="Georgia" w:hAnsi="Georgia"/>
          <w:b w:val="0"/>
          <w:i w:val="0"/>
          <w:color w:val="22201D"/>
          <w:sz w:val="20"/>
        </w:rPr>
        <w:t>There were cooks at work.</w:t>
      </w:r>
    </w:p>
    <w:p>
      <w:pPr>
        <w:spacing w:after="60" w:line="266" w:lineRule="auto"/>
        <w:ind w:firstLine="331"/>
        <w:jc w:val="both"/>
      </w:pPr>
      <w:r>
        <w:rPr>
          <w:rFonts w:ascii="Georgia" w:hAnsi="Georgia"/>
          <w:b w:val="0"/>
          <w:i w:val="0"/>
          <w:color w:val="22201D"/>
          <w:sz w:val="20"/>
        </w:rPr>
        <w:t>He had not seen them enter.</w:t>
      </w:r>
    </w:p>
    <w:p>
      <w:pPr>
        <w:spacing w:after="60" w:line="266" w:lineRule="auto"/>
        <w:ind w:firstLine="331"/>
        <w:jc w:val="both"/>
      </w:pPr>
      <w:r>
        <w:rPr>
          <w:rFonts w:ascii="Georgia" w:hAnsi="Georgia"/>
          <w:b w:val="0"/>
          <w:i w:val="0"/>
          <w:color w:val="22201D"/>
          <w:sz w:val="20"/>
        </w:rPr>
        <w:t>He did not count them because counting employees in Emoji Soup had once produced a staffing chart that hummed. Instead, he checked what mattered. Hair restrained. Hands clean. Gloves used when appropriate and not as a substitute for washing. Tongs stored handles up. Wiping cloths in sanitizer. Cutting surfaces intact.</w:t>
      </w:r>
    </w:p>
    <w:p>
      <w:pPr>
        <w:spacing w:after="60" w:line="266" w:lineRule="auto"/>
        <w:ind w:firstLine="331"/>
        <w:jc w:val="both"/>
      </w:pPr>
      <w:r>
        <w:rPr>
          <w:rFonts w:ascii="Georgia" w:hAnsi="Georgia"/>
          <w:b w:val="0"/>
          <w:i w:val="0"/>
          <w:color w:val="22201D"/>
          <w:sz w:val="20"/>
        </w:rPr>
        <w:t>One cook was slicing something purple that had the visual confidence of cabbage and the private agenda of a comet.</w:t>
      </w:r>
    </w:p>
    <w:p>
      <w:pPr>
        <w:spacing w:after="60" w:line="266" w:lineRule="auto"/>
        <w:ind w:firstLine="331"/>
        <w:jc w:val="both"/>
      </w:pPr>
      <w:r>
        <w:rPr>
          <w:rFonts w:ascii="Georgia" w:hAnsi="Georgia"/>
          <w:b w:val="0"/>
          <w:i w:val="0"/>
          <w:color w:val="22201D"/>
          <w:sz w:val="20"/>
        </w:rPr>
        <w:t>"Approved source?" Gerald asked.</w:t>
      </w:r>
    </w:p>
    <w:p>
      <w:pPr>
        <w:spacing w:after="60" w:line="266" w:lineRule="auto"/>
        <w:ind w:firstLine="331"/>
        <w:jc w:val="both"/>
      </w:pPr>
      <w:r>
        <w:rPr>
          <w:rFonts w:ascii="Georgia" w:hAnsi="Georgia"/>
          <w:b w:val="0"/>
          <w:i w:val="0"/>
          <w:color w:val="22201D"/>
          <w:sz w:val="20"/>
        </w:rPr>
        <w:t>The cook showed him an invoice.</w:t>
      </w:r>
    </w:p>
    <w:p>
      <w:pPr>
        <w:spacing w:after="60" w:line="266" w:lineRule="auto"/>
        <w:ind w:firstLine="331"/>
        <w:jc w:val="both"/>
      </w:pPr>
      <w:r>
        <w:rPr>
          <w:rFonts w:ascii="Georgia" w:hAnsi="Georgia"/>
          <w:b w:val="0"/>
          <w:i w:val="0"/>
          <w:color w:val="22201D"/>
          <w:sz w:val="20"/>
        </w:rPr>
        <w:t>The invoice had a supplier name, date, quantity, receiving temperature, and a line item:</w:t>
      </w:r>
    </w:p>
    <w:p>
      <w:pPr>
        <w:spacing w:after="60" w:line="250" w:lineRule="auto"/>
        <w:ind w:left="202" w:right="173"/>
      </w:pPr>
      <w:r>
        <w:rPr>
          <w:rFonts w:ascii="Georgia" w:hAnsi="Georgia"/>
          <w:b w:val="0"/>
          <w:i w:val="0"/>
          <w:color w:val="22201D"/>
          <w:sz w:val="17"/>
        </w:rPr>
        <w:t>Purple thing commonly cabbage when supervised</w:t>
      </w:r>
    </w:p>
    <w:p>
      <w:pPr>
        <w:spacing w:after="60" w:line="266" w:lineRule="auto"/>
        <w:ind w:firstLine="331"/>
        <w:jc w:val="both"/>
      </w:pPr>
      <w:r>
        <w:rPr>
          <w:rFonts w:ascii="Georgia" w:hAnsi="Georgia"/>
          <w:b w:val="0"/>
          <w:i w:val="0"/>
          <w:color w:val="22201D"/>
          <w:sz w:val="20"/>
        </w:rPr>
        <w:t>Gerald looked at the cook.</w:t>
      </w:r>
    </w:p>
    <w:p>
      <w:pPr>
        <w:spacing w:after="60" w:line="266" w:lineRule="auto"/>
        <w:ind w:firstLine="331"/>
        <w:jc w:val="both"/>
      </w:pPr>
      <w:r>
        <w:rPr>
          <w:rFonts w:ascii="Georgia" w:hAnsi="Georgia"/>
          <w:b w:val="0"/>
          <w:i w:val="0"/>
          <w:color w:val="22201D"/>
          <w:sz w:val="20"/>
        </w:rPr>
        <w:t>The cook looked at Gerald.</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Common-name labeling insufficient. Add standard identification where possible.</w:t>
      </w:r>
    </w:p>
    <w:p>
      <w:pPr>
        <w:spacing w:after="60" w:line="266" w:lineRule="auto"/>
        <w:ind w:firstLine="331"/>
        <w:jc w:val="both"/>
      </w:pPr>
      <w:r>
        <w:rPr>
          <w:rFonts w:ascii="Georgia" w:hAnsi="Georgia"/>
          <w:b w:val="0"/>
          <w:i w:val="0"/>
          <w:color w:val="22201D"/>
          <w:sz w:val="20"/>
        </w:rPr>
        <w:t>The invoice amended itself:</w:t>
      </w:r>
    </w:p>
    <w:p>
      <w:pPr>
        <w:spacing w:after="60" w:line="250" w:lineRule="auto"/>
        <w:ind w:left="202" w:right="173"/>
      </w:pPr>
      <w:r>
        <w:rPr>
          <w:rFonts w:ascii="Georgia" w:hAnsi="Georgia"/>
          <w:b w:val="0"/>
          <w:i w:val="0"/>
          <w:color w:val="22201D"/>
          <w:sz w:val="17"/>
        </w:rPr>
        <w:t>Red cabbage condition: behaves purple under narrative pressure</w:t>
      </w:r>
    </w:p>
    <w:p>
      <w:pPr>
        <w:spacing w:after="60" w:line="266" w:lineRule="auto"/>
        <w:ind w:firstLine="331"/>
        <w:jc w:val="both"/>
      </w:pPr>
      <w:r>
        <w:rPr>
          <w:rFonts w:ascii="Georgia" w:hAnsi="Georgia"/>
          <w:b w:val="0"/>
          <w:i w:val="0"/>
          <w:color w:val="22201D"/>
          <w:sz w:val="20"/>
        </w:rPr>
        <w:t>"Acceptable," Gerald said.</w:t>
      </w:r>
    </w:p>
    <w:p>
      <w:pPr>
        <w:spacing w:after="60" w:line="266" w:lineRule="auto"/>
        <w:ind w:firstLine="331"/>
        <w:jc w:val="both"/>
      </w:pPr>
      <w:r>
        <w:rPr>
          <w:rFonts w:ascii="Georgia" w:hAnsi="Georgia"/>
          <w:b w:val="0"/>
          <w:i w:val="0"/>
          <w:color w:val="22201D"/>
          <w:sz w:val="20"/>
        </w:rPr>
        <w:t>The cook exhaled.</w:t>
      </w:r>
    </w:p>
    <w:p>
      <w:pPr>
        <w:spacing w:after="60" w:line="266" w:lineRule="auto"/>
        <w:ind w:firstLine="331"/>
        <w:jc w:val="both"/>
      </w:pPr>
      <w:r>
        <w:rPr>
          <w:rFonts w:ascii="Georgia" w:hAnsi="Georgia"/>
          <w:b w:val="0"/>
          <w:i w:val="0"/>
          <w:color w:val="22201D"/>
          <w:sz w:val="20"/>
        </w:rPr>
        <w:t>Gerald checked the stockpot.</w:t>
      </w:r>
    </w:p>
    <w:p>
      <w:pPr>
        <w:spacing w:after="60" w:line="266" w:lineRule="auto"/>
        <w:ind w:firstLine="331"/>
        <w:jc w:val="both"/>
      </w:pPr>
      <w:r>
        <w:rPr>
          <w:rFonts w:ascii="Georgia" w:hAnsi="Georgia"/>
          <w:b w:val="0"/>
          <w:i w:val="0"/>
          <w:color w:val="22201D"/>
          <w:sz w:val="20"/>
        </w:rPr>
        <w:t>The soup inside did not boil.</w:t>
      </w:r>
    </w:p>
    <w:p>
      <w:pPr>
        <w:spacing w:after="60" w:line="266" w:lineRule="auto"/>
        <w:ind w:firstLine="331"/>
        <w:jc w:val="both"/>
      </w:pPr>
      <w:r>
        <w:rPr>
          <w:rFonts w:ascii="Georgia" w:hAnsi="Georgia"/>
          <w:b w:val="0"/>
          <w:i w:val="0"/>
          <w:color w:val="22201D"/>
          <w:sz w:val="20"/>
        </w:rPr>
        <w:t>It considered boiling and decided simmering was more hospitable.</w:t>
      </w:r>
    </w:p>
    <w:p>
      <w:pPr>
        <w:spacing w:after="60" w:line="266" w:lineRule="auto"/>
        <w:ind w:firstLine="331"/>
        <w:jc w:val="both"/>
      </w:pPr>
      <w:r>
        <w:rPr>
          <w:rFonts w:ascii="Georgia" w:hAnsi="Georgia"/>
          <w:b w:val="0"/>
          <w:i w:val="0"/>
          <w:color w:val="22201D"/>
          <w:sz w:val="20"/>
        </w:rPr>
        <w:t>He measured the temperature.</w:t>
      </w:r>
    </w:p>
    <w:p>
      <w:pPr>
        <w:spacing w:after="60" w:line="266" w:lineRule="auto"/>
        <w:ind w:firstLine="331"/>
        <w:jc w:val="both"/>
      </w:pPr>
      <w:r>
        <w:rPr>
          <w:rFonts w:ascii="Georgia" w:hAnsi="Georgia"/>
          <w:b w:val="0"/>
          <w:i w:val="0"/>
          <w:color w:val="22201D"/>
          <w:sz w:val="20"/>
        </w:rPr>
        <w:t>Safe.</w:t>
      </w:r>
    </w:p>
    <w:p>
      <w:pPr>
        <w:spacing w:after="60" w:line="266" w:lineRule="auto"/>
        <w:ind w:firstLine="331"/>
        <w:jc w:val="both"/>
      </w:pPr>
      <w:r>
        <w:rPr>
          <w:rFonts w:ascii="Georgia" w:hAnsi="Georgia"/>
          <w:b w:val="0"/>
          <w:i w:val="0"/>
          <w:color w:val="22201D"/>
          <w:sz w:val="20"/>
        </w:rPr>
        <w:t>He checked the ladle.</w:t>
      </w:r>
    </w:p>
    <w:p>
      <w:pPr>
        <w:spacing w:after="60" w:line="266" w:lineRule="auto"/>
        <w:ind w:firstLine="331"/>
        <w:jc w:val="both"/>
      </w:pPr>
      <w:r>
        <w:rPr>
          <w:rFonts w:ascii="Georgia" w:hAnsi="Georgia"/>
          <w:b w:val="0"/>
          <w:i w:val="0"/>
          <w:color w:val="22201D"/>
          <w:sz w:val="20"/>
        </w:rPr>
        <w:t>Clean.</w:t>
      </w:r>
    </w:p>
    <w:p>
      <w:pPr>
        <w:spacing w:after="60" w:line="266" w:lineRule="auto"/>
        <w:ind w:firstLine="331"/>
        <w:jc w:val="both"/>
      </w:pPr>
      <w:r>
        <w:rPr>
          <w:rFonts w:ascii="Georgia" w:hAnsi="Georgia"/>
          <w:b w:val="0"/>
          <w:i w:val="0"/>
          <w:color w:val="22201D"/>
          <w:sz w:val="20"/>
        </w:rPr>
        <w:t>He checked the tasting spoons.</w:t>
      </w:r>
    </w:p>
    <w:p>
      <w:pPr>
        <w:spacing w:after="60" w:line="266" w:lineRule="auto"/>
        <w:ind w:firstLine="331"/>
        <w:jc w:val="both"/>
      </w:pPr>
      <w:r>
        <w:rPr>
          <w:rFonts w:ascii="Georgia" w:hAnsi="Georgia"/>
          <w:b w:val="0"/>
          <w:i w:val="0"/>
          <w:color w:val="22201D"/>
          <w:sz w:val="20"/>
        </w:rPr>
        <w:t>Single-use.</w:t>
      </w:r>
    </w:p>
    <w:p>
      <w:pPr>
        <w:spacing w:after="60" w:line="266" w:lineRule="auto"/>
        <w:ind w:firstLine="331"/>
        <w:jc w:val="both"/>
      </w:pPr>
      <w:r>
        <w:rPr>
          <w:rFonts w:ascii="Georgia" w:hAnsi="Georgia"/>
          <w:b w:val="0"/>
          <w:i w:val="0"/>
          <w:color w:val="22201D"/>
          <w:sz w:val="20"/>
        </w:rPr>
        <w:t>He checked the steam.</w:t>
      </w:r>
    </w:p>
    <w:p>
      <w:pPr>
        <w:spacing w:after="60" w:line="266" w:lineRule="auto"/>
        <w:ind w:firstLine="331"/>
        <w:jc w:val="both"/>
      </w:pPr>
      <w:r>
        <w:rPr>
          <w:rFonts w:ascii="Georgia" w:hAnsi="Georgia"/>
          <w:b w:val="0"/>
          <w:i w:val="0"/>
          <w:color w:val="22201D"/>
          <w:sz w:val="20"/>
        </w:rPr>
        <w:t>This was not usually a category.</w:t>
      </w:r>
    </w:p>
    <w:p>
      <w:pPr>
        <w:spacing w:after="60" w:line="266" w:lineRule="auto"/>
        <w:ind w:firstLine="331"/>
        <w:jc w:val="both"/>
      </w:pPr>
      <w:r>
        <w:rPr>
          <w:rFonts w:ascii="Georgia" w:hAnsi="Georgia"/>
          <w:b w:val="0"/>
          <w:i w:val="0"/>
          <w:color w:val="22201D"/>
          <w:sz w:val="20"/>
        </w:rPr>
        <w:t>The steam rose from the pot in six thin columns. Each column bent toward a different part of the kitchen. One went toward the spice rack. One toward the dish pit. One toward the hand sink. One toward the pantry. One toward the dining room. One toward Gerald's notebook.</w:t>
      </w:r>
    </w:p>
    <w:p>
      <w:pPr>
        <w:spacing w:after="60" w:line="266" w:lineRule="auto"/>
        <w:ind w:firstLine="331"/>
        <w:jc w:val="both"/>
      </w:pPr>
      <w:r>
        <w:rPr>
          <w:rFonts w:ascii="Georgia" w:hAnsi="Georgia"/>
          <w:b w:val="0"/>
          <w:i w:val="0"/>
          <w:color w:val="22201D"/>
          <w:sz w:val="20"/>
        </w:rPr>
        <w:t>He moved the notebook.</w:t>
      </w:r>
    </w:p>
    <w:p>
      <w:pPr>
        <w:spacing w:after="60" w:line="266" w:lineRule="auto"/>
        <w:ind w:firstLine="331"/>
        <w:jc w:val="both"/>
      </w:pPr>
      <w:r>
        <w:rPr>
          <w:rFonts w:ascii="Georgia" w:hAnsi="Georgia"/>
          <w:b w:val="0"/>
          <w:i w:val="0"/>
          <w:color w:val="22201D"/>
          <w:sz w:val="20"/>
        </w:rPr>
        <w:t>The steam did not follow.</w:t>
      </w:r>
    </w:p>
    <w:p>
      <w:pPr>
        <w:spacing w:after="60" w:line="266" w:lineRule="auto"/>
        <w:ind w:firstLine="331"/>
        <w:jc w:val="both"/>
      </w:pPr>
      <w:r>
        <w:rPr>
          <w:rFonts w:ascii="Georgia" w:hAnsi="Georgia"/>
          <w:b w:val="0"/>
          <w:i w:val="0"/>
          <w:color w:val="22201D"/>
          <w:sz w:val="20"/>
        </w:rPr>
        <w:t>This lowered his concern.</w:t>
      </w:r>
    </w:p>
    <w:p>
      <w:pPr>
        <w:spacing w:after="60" w:line="266" w:lineRule="auto"/>
        <w:ind w:firstLine="331"/>
        <w:jc w:val="both"/>
      </w:pPr>
      <w:r>
        <w:rPr>
          <w:rFonts w:ascii="Georgia" w:hAnsi="Georgia"/>
          <w:b w:val="0"/>
          <w:i w:val="0"/>
          <w:color w:val="22201D"/>
          <w:sz w:val="20"/>
        </w:rPr>
        <w:t>At the spice rack, the labels watched him without eyes.</w:t>
      </w:r>
    </w:p>
    <w:p>
      <w:pPr>
        <w:spacing w:after="60" w:line="266" w:lineRule="auto"/>
        <w:ind w:firstLine="331"/>
        <w:jc w:val="both"/>
      </w:pPr>
      <w:r>
        <w:rPr>
          <w:rFonts w:ascii="Georgia" w:hAnsi="Georgia"/>
          <w:b w:val="0"/>
          <w:i w:val="0"/>
          <w:color w:val="22201D"/>
          <w:sz w:val="20"/>
        </w:rPr>
        <w:t>He had heard about the rack from Flocc's earlier statement. Gerald did not like statements that involved spice jars going blank until smelled, but he understood the practical lesson. A label was not a lid. A lid was not control. Control was knowing what would happen when the lid came off.</w:t>
      </w:r>
    </w:p>
    <w:p>
      <w:pPr>
        <w:spacing w:after="60" w:line="266" w:lineRule="auto"/>
        <w:ind w:firstLine="331"/>
        <w:jc w:val="both"/>
      </w:pPr>
      <w:r>
        <w:rPr>
          <w:rFonts w:ascii="Georgia" w:hAnsi="Georgia"/>
          <w:b w:val="0"/>
          <w:i w:val="0"/>
          <w:color w:val="22201D"/>
          <w:sz w:val="20"/>
        </w:rPr>
        <w:t>He selected one jar at random.</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CUMIN Use: remembers warmth without becoming weather Allergen: none declared Cross-contact: sesame shelf three removed</w:t>
      </w:r>
    </w:p>
    <w:p>
      <w:pPr>
        <w:spacing w:after="60" w:line="266" w:lineRule="auto"/>
        <w:ind w:firstLine="331"/>
        <w:jc w:val="both"/>
      </w:pPr>
      <w:r>
        <w:rPr>
          <w:rFonts w:ascii="Georgia" w:hAnsi="Georgia"/>
          <w:b w:val="0"/>
          <w:i w:val="0"/>
          <w:color w:val="22201D"/>
          <w:sz w:val="20"/>
        </w:rPr>
        <w:t>Gerald opened it.</w:t>
      </w:r>
    </w:p>
    <w:p>
      <w:pPr>
        <w:spacing w:after="60" w:line="266" w:lineRule="auto"/>
        <w:ind w:firstLine="331"/>
        <w:jc w:val="both"/>
      </w:pPr>
      <w:r>
        <w:rPr>
          <w:rFonts w:ascii="Georgia" w:hAnsi="Georgia"/>
          <w:b w:val="0"/>
          <w:i w:val="0"/>
          <w:color w:val="22201D"/>
          <w:sz w:val="20"/>
        </w:rPr>
        <w:t>It smelled like cumin.</w:t>
      </w:r>
    </w:p>
    <w:p>
      <w:pPr>
        <w:spacing w:after="60" w:line="266" w:lineRule="auto"/>
        <w:ind w:firstLine="331"/>
        <w:jc w:val="both"/>
      </w:pPr>
      <w:r>
        <w:rPr>
          <w:rFonts w:ascii="Georgia" w:hAnsi="Georgia"/>
          <w:b w:val="0"/>
          <w:i w:val="0"/>
          <w:color w:val="22201D"/>
          <w:sz w:val="20"/>
        </w:rPr>
        <w:t>Also like a desert that had once given very sensible advice to a caravan and never received credit.</w:t>
      </w:r>
    </w:p>
    <w:p>
      <w:pPr>
        <w:spacing w:after="60" w:line="266" w:lineRule="auto"/>
        <w:ind w:firstLine="331"/>
        <w:jc w:val="both"/>
      </w:pPr>
      <w:r>
        <w:rPr>
          <w:rFonts w:ascii="Georgia" w:hAnsi="Georgia"/>
          <w:b w:val="0"/>
          <w:i w:val="0"/>
          <w:color w:val="22201D"/>
          <w:sz w:val="20"/>
        </w:rPr>
        <w:t>Gerald closed it.</w:t>
      </w:r>
    </w:p>
    <w:p>
      <w:pPr>
        <w:spacing w:after="60" w:line="266" w:lineRule="auto"/>
        <w:ind w:firstLine="331"/>
        <w:jc w:val="both"/>
      </w:pPr>
      <w:r>
        <w:rPr>
          <w:rFonts w:ascii="Georgia" w:hAnsi="Georgia"/>
          <w:b w:val="0"/>
          <w:i w:val="0"/>
          <w:color w:val="22201D"/>
          <w:sz w:val="20"/>
        </w:rPr>
        <w:t>"Allergen statement useful," he said.</w:t>
      </w:r>
    </w:p>
    <w:p>
      <w:pPr>
        <w:spacing w:after="60" w:line="266" w:lineRule="auto"/>
        <w:ind w:firstLine="331"/>
        <w:jc w:val="both"/>
      </w:pPr>
      <w:r>
        <w:rPr>
          <w:rFonts w:ascii="Georgia" w:hAnsi="Georgia"/>
          <w:b w:val="0"/>
          <w:i w:val="0"/>
          <w:color w:val="22201D"/>
          <w:sz w:val="20"/>
        </w:rPr>
        <w:t>The rack preened slightly.</w:t>
      </w:r>
    </w:p>
    <w:p>
      <w:pPr>
        <w:spacing w:after="60" w:line="266" w:lineRule="auto"/>
        <w:ind w:firstLine="331"/>
        <w:jc w:val="both"/>
      </w:pPr>
      <w:r>
        <w:rPr>
          <w:rFonts w:ascii="Georgia" w:hAnsi="Georgia"/>
          <w:b w:val="0"/>
          <w:i w:val="0"/>
          <w:color w:val="22201D"/>
          <w:sz w:val="20"/>
        </w:rPr>
        <w:t>"Do not preen in food prep areas."</w:t>
      </w:r>
    </w:p>
    <w:p>
      <w:pPr>
        <w:spacing w:after="60" w:line="266" w:lineRule="auto"/>
        <w:ind w:firstLine="331"/>
        <w:jc w:val="both"/>
      </w:pPr>
      <w:r>
        <w:rPr>
          <w:rFonts w:ascii="Georgia" w:hAnsi="Georgia"/>
          <w:b w:val="0"/>
          <w:i w:val="0"/>
          <w:color w:val="22201D"/>
          <w:sz w:val="20"/>
        </w:rPr>
        <w:t>The rack became merely wooden.</w:t>
      </w:r>
    </w:p>
    <w:p>
      <w:pPr>
        <w:spacing w:after="60" w:line="266" w:lineRule="auto"/>
        <w:ind w:firstLine="331"/>
        <w:jc w:val="both"/>
      </w:pPr>
      <w:r>
        <w:rPr>
          <w:rFonts w:ascii="Georgia" w:hAnsi="Georgia"/>
          <w:b w:val="0"/>
          <w:i w:val="0"/>
          <w:color w:val="22201D"/>
          <w:sz w:val="20"/>
        </w:rPr>
        <w:t>He moved to dry storage.</w:t>
      </w:r>
    </w:p>
    <w:p>
      <w:pPr>
        <w:spacing w:after="60" w:line="266" w:lineRule="auto"/>
        <w:ind w:firstLine="331"/>
        <w:jc w:val="both"/>
      </w:pPr>
      <w:r>
        <w:rPr>
          <w:rFonts w:ascii="Georgia" w:hAnsi="Georgia"/>
          <w:b w:val="0"/>
          <w:i w:val="0"/>
          <w:color w:val="22201D"/>
          <w:sz w:val="20"/>
        </w:rPr>
        <w:t>Every sack was off the floor.</w:t>
      </w:r>
    </w:p>
    <w:p>
      <w:pPr>
        <w:spacing w:after="60" w:line="266" w:lineRule="auto"/>
        <w:ind w:firstLine="331"/>
        <w:jc w:val="both"/>
      </w:pPr>
      <w:r>
        <w:rPr>
          <w:rFonts w:ascii="Georgia" w:hAnsi="Georgia"/>
          <w:b w:val="0"/>
          <w:i w:val="0"/>
          <w:color w:val="22201D"/>
          <w:sz w:val="20"/>
        </w:rPr>
        <w:t>Every container was sealed.</w:t>
      </w:r>
    </w:p>
    <w:p>
      <w:pPr>
        <w:spacing w:after="60" w:line="266" w:lineRule="auto"/>
        <w:ind w:firstLine="331"/>
        <w:jc w:val="both"/>
      </w:pPr>
      <w:r>
        <w:rPr>
          <w:rFonts w:ascii="Georgia" w:hAnsi="Georgia"/>
          <w:b w:val="0"/>
          <w:i w:val="0"/>
          <w:color w:val="22201D"/>
          <w:sz w:val="20"/>
        </w:rPr>
        <w:t>No pests.</w:t>
      </w:r>
    </w:p>
    <w:p>
      <w:pPr>
        <w:spacing w:after="60" w:line="266" w:lineRule="auto"/>
        <w:ind w:firstLine="331"/>
        <w:jc w:val="both"/>
      </w:pPr>
      <w:r>
        <w:rPr>
          <w:rFonts w:ascii="Georgia" w:hAnsi="Georgia"/>
          <w:b w:val="0"/>
          <w:i w:val="0"/>
          <w:color w:val="22201D"/>
          <w:sz w:val="20"/>
        </w:rPr>
        <w:t>No droppings.</w:t>
      </w:r>
    </w:p>
    <w:p>
      <w:pPr>
        <w:spacing w:after="60" w:line="266" w:lineRule="auto"/>
        <w:ind w:firstLine="331"/>
        <w:jc w:val="both"/>
      </w:pPr>
      <w:r>
        <w:rPr>
          <w:rFonts w:ascii="Georgia" w:hAnsi="Georgia"/>
          <w:b w:val="0"/>
          <w:i w:val="0"/>
          <w:color w:val="22201D"/>
          <w:sz w:val="20"/>
        </w:rPr>
        <w:t>No chewing.</w:t>
      </w:r>
    </w:p>
    <w:p>
      <w:pPr>
        <w:spacing w:after="60" w:line="266" w:lineRule="auto"/>
        <w:ind w:firstLine="331"/>
        <w:jc w:val="both"/>
      </w:pPr>
      <w:r>
        <w:rPr>
          <w:rFonts w:ascii="Georgia" w:hAnsi="Georgia"/>
          <w:b w:val="0"/>
          <w:i w:val="0"/>
          <w:color w:val="22201D"/>
          <w:sz w:val="20"/>
        </w:rPr>
        <w:t>A single moth sat on the wall reading a menu.</w:t>
      </w:r>
    </w:p>
    <w:p>
      <w:pPr>
        <w:spacing w:after="60" w:line="266" w:lineRule="auto"/>
        <w:ind w:firstLine="331"/>
        <w:jc w:val="both"/>
      </w:pPr>
      <w:r>
        <w:rPr>
          <w:rFonts w:ascii="Georgia" w:hAnsi="Georgia"/>
          <w:b w:val="0"/>
          <w:i w:val="0"/>
          <w:color w:val="22201D"/>
          <w:sz w:val="20"/>
        </w:rPr>
        <w:t>Gerald stared at it.</w:t>
      </w:r>
    </w:p>
    <w:p>
      <w:pPr>
        <w:spacing w:after="60" w:line="266" w:lineRule="auto"/>
        <w:ind w:firstLine="331"/>
        <w:jc w:val="both"/>
      </w:pPr>
      <w:r>
        <w:rPr>
          <w:rFonts w:ascii="Georgia" w:hAnsi="Georgia"/>
          <w:b w:val="0"/>
          <w:i w:val="0"/>
          <w:color w:val="22201D"/>
          <w:sz w:val="20"/>
        </w:rPr>
        <w:t>The moth looked up.</w:t>
      </w:r>
    </w:p>
    <w:p>
      <w:pPr>
        <w:spacing w:after="60" w:line="266" w:lineRule="auto"/>
        <w:ind w:firstLine="331"/>
        <w:jc w:val="both"/>
      </w:pPr>
      <w:r>
        <w:rPr>
          <w:rFonts w:ascii="Georgia" w:hAnsi="Georgia"/>
          <w:b w:val="0"/>
          <w:i w:val="0"/>
          <w:color w:val="22201D"/>
          <w:sz w:val="20"/>
        </w:rPr>
        <w:t>"Are you a pest?" Gerald asked.</w:t>
      </w:r>
    </w:p>
    <w:p>
      <w:pPr>
        <w:spacing w:after="60" w:line="266" w:lineRule="auto"/>
        <w:ind w:firstLine="331"/>
        <w:jc w:val="both"/>
      </w:pPr>
      <w:r>
        <w:rPr>
          <w:rFonts w:ascii="Georgia" w:hAnsi="Georgia"/>
          <w:b w:val="0"/>
          <w:i w:val="0"/>
          <w:color w:val="22201D"/>
          <w:sz w:val="20"/>
        </w:rPr>
        <w:t>The moth folded the menu.</w:t>
      </w:r>
    </w:p>
    <w:p>
      <w:pPr>
        <w:spacing w:after="60" w:line="266" w:lineRule="auto"/>
        <w:ind w:firstLine="331"/>
        <w:jc w:val="both"/>
      </w:pPr>
      <w:r>
        <w:rPr>
          <w:rFonts w:ascii="Georgia" w:hAnsi="Georgia"/>
          <w:b w:val="0"/>
          <w:i w:val="0"/>
          <w:color w:val="22201D"/>
          <w:sz w:val="20"/>
        </w:rPr>
        <w:t>On the back, in very small print, it said:</w:t>
      </w:r>
    </w:p>
    <w:p>
      <w:pPr>
        <w:spacing w:after="60" w:line="250" w:lineRule="auto"/>
        <w:ind w:left="202" w:right="173"/>
      </w:pPr>
      <w:r>
        <w:rPr>
          <w:rFonts w:ascii="Georgia" w:hAnsi="Georgia"/>
          <w:b w:val="0"/>
          <w:i w:val="0"/>
          <w:color w:val="22201D"/>
          <w:sz w:val="17"/>
        </w:rPr>
        <w:t>NOT FOOD-CONTACT HERE FOR THE LIGHT</w:t>
      </w:r>
    </w:p>
    <w:p>
      <w:pPr>
        <w:spacing w:after="60" w:line="266" w:lineRule="auto"/>
        <w:ind w:firstLine="331"/>
        <w:jc w:val="both"/>
      </w:pPr>
      <w:r>
        <w:rPr>
          <w:rFonts w:ascii="Georgia" w:hAnsi="Georgia"/>
          <w:b w:val="0"/>
          <w:i w:val="0"/>
          <w:color w:val="22201D"/>
          <w:sz w:val="20"/>
        </w:rPr>
        <w:t>"Leave," Gerald said.</w:t>
      </w:r>
    </w:p>
    <w:p>
      <w:pPr>
        <w:spacing w:after="60" w:line="266" w:lineRule="auto"/>
        <w:ind w:firstLine="331"/>
        <w:jc w:val="both"/>
      </w:pPr>
      <w:r>
        <w:rPr>
          <w:rFonts w:ascii="Georgia" w:hAnsi="Georgia"/>
          <w:b w:val="0"/>
          <w:i w:val="0"/>
          <w:color w:val="22201D"/>
          <w:sz w:val="20"/>
        </w:rPr>
        <w:t>The moth left.</w:t>
      </w:r>
    </w:p>
    <w:p>
      <w:pPr>
        <w:spacing w:after="60" w:line="266" w:lineRule="auto"/>
        <w:ind w:firstLine="331"/>
        <w:jc w:val="both"/>
      </w:pPr>
      <w:r>
        <w:rPr>
          <w:rFonts w:ascii="Georgia" w:hAnsi="Georgia"/>
          <w:b w:val="0"/>
          <w:i w:val="0"/>
          <w:color w:val="22201D"/>
          <w:sz w:val="20"/>
        </w:rPr>
        <w:t>The Hostess made a note.</w:t>
      </w:r>
    </w:p>
    <w:p>
      <w:pPr>
        <w:spacing w:after="60" w:line="266" w:lineRule="auto"/>
        <w:ind w:firstLine="331"/>
        <w:jc w:val="both"/>
      </w:pPr>
      <w:r>
        <w:rPr>
          <w:rFonts w:ascii="Georgia" w:hAnsi="Georgia"/>
          <w:b w:val="0"/>
          <w:i w:val="0"/>
          <w:color w:val="22201D"/>
          <w:sz w:val="20"/>
        </w:rPr>
        <w:t>"Pest exclusion excellent when addressed directly," Gerald said.</w:t>
      </w:r>
    </w:p>
    <w:p>
      <w:pPr>
        <w:spacing w:after="60" w:line="266" w:lineRule="auto"/>
        <w:ind w:firstLine="331"/>
        <w:jc w:val="both"/>
      </w:pPr>
      <w:r>
        <w:rPr>
          <w:rFonts w:ascii="Georgia" w:hAnsi="Georgia"/>
          <w:b w:val="0"/>
          <w:i w:val="0"/>
          <w:color w:val="22201D"/>
          <w:sz w:val="20"/>
        </w:rPr>
        <w:t>"We try not to embarrass visitors."</w:t>
      </w:r>
    </w:p>
    <w:p>
      <w:pPr>
        <w:spacing w:after="60" w:line="266" w:lineRule="auto"/>
        <w:ind w:firstLine="331"/>
        <w:jc w:val="both"/>
      </w:pPr>
      <w:r>
        <w:rPr>
          <w:rFonts w:ascii="Georgia" w:hAnsi="Georgia"/>
          <w:b w:val="0"/>
          <w:i w:val="0"/>
          <w:color w:val="22201D"/>
          <w:sz w:val="20"/>
        </w:rPr>
        <w:t>"Pests are not visitors."</w:t>
      </w:r>
    </w:p>
    <w:p>
      <w:pPr>
        <w:spacing w:after="60" w:line="266" w:lineRule="auto"/>
        <w:ind w:firstLine="331"/>
        <w:jc w:val="both"/>
      </w:pPr>
      <w:r>
        <w:rPr>
          <w:rFonts w:ascii="Georgia" w:hAnsi="Georgia"/>
          <w:b w:val="0"/>
          <w:i w:val="0"/>
          <w:color w:val="22201D"/>
          <w:sz w:val="20"/>
        </w:rPr>
        <w:t>"Some visitors are."</w:t>
      </w:r>
    </w:p>
    <w:p>
      <w:pPr>
        <w:spacing w:after="60" w:line="266" w:lineRule="auto"/>
        <w:ind w:firstLine="331"/>
        <w:jc w:val="both"/>
      </w:pPr>
      <w:r>
        <w:rPr>
          <w:rFonts w:ascii="Georgia" w:hAnsi="Georgia"/>
          <w:b w:val="0"/>
          <w:i w:val="0"/>
          <w:color w:val="22201D"/>
          <w:sz w:val="20"/>
        </w:rPr>
        <w:t>"That is outside the scope of this inspection."</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Gerald did not respond.</w:t>
      </w:r>
    </w:p>
    <w:p>
      <w:pPr>
        <w:spacing w:after="60" w:line="266" w:lineRule="auto"/>
        <w:ind w:firstLine="331"/>
        <w:jc w:val="both"/>
      </w:pPr>
      <w:r>
        <w:rPr>
          <w:rFonts w:ascii="Georgia" w:hAnsi="Georgia"/>
          <w:b w:val="0"/>
          <w:i w:val="0"/>
          <w:color w:val="22201D"/>
          <w:sz w:val="20"/>
        </w:rPr>
        <w:t>He approached the pantry.</w:t>
      </w:r>
    </w:p>
    <w:p>
      <w:pPr>
        <w:spacing w:after="60" w:line="266" w:lineRule="auto"/>
        <w:ind w:firstLine="331"/>
        <w:jc w:val="both"/>
      </w:pPr>
      <w:r>
        <w:rPr>
          <w:rFonts w:ascii="Georgia" w:hAnsi="Georgia"/>
          <w:b w:val="0"/>
          <w:i w:val="0"/>
          <w:color w:val="22201D"/>
          <w:sz w:val="20"/>
        </w:rPr>
        <w:t>The pantry door was narrow, green, and clearly older than the wall around it. The knob was brass. The hinges had been polished by use. A small sign above the frame read:</w:t>
      </w:r>
    </w:p>
    <w:p>
      <w:pPr>
        <w:spacing w:after="60" w:line="250" w:lineRule="auto"/>
        <w:ind w:left="202" w:right="173"/>
      </w:pPr>
      <w:r>
        <w:rPr>
          <w:rFonts w:ascii="Georgia" w:hAnsi="Georgia"/>
          <w:b w:val="0"/>
          <w:i w:val="0"/>
          <w:color w:val="22201D"/>
          <w:sz w:val="17"/>
        </w:rPr>
        <w:t>SUBSTITUTIONS</w:t>
      </w:r>
    </w:p>
    <w:p>
      <w:pPr>
        <w:spacing w:after="60" w:line="266" w:lineRule="auto"/>
        <w:ind w:firstLine="331"/>
        <w:jc w:val="both"/>
      </w:pPr>
      <w:r>
        <w:rPr>
          <w:rFonts w:ascii="Georgia" w:hAnsi="Georgia"/>
          <w:b w:val="0"/>
          <w:i w:val="0"/>
          <w:color w:val="22201D"/>
          <w:sz w:val="20"/>
        </w:rPr>
        <w:t>Gerald did not open it.</w:t>
      </w:r>
    </w:p>
    <w:p>
      <w:pPr>
        <w:spacing w:after="60" w:line="266" w:lineRule="auto"/>
        <w:ind w:firstLine="331"/>
        <w:jc w:val="both"/>
      </w:pPr>
      <w:r>
        <w:rPr>
          <w:rFonts w:ascii="Georgia" w:hAnsi="Georgia"/>
          <w:b w:val="0"/>
          <w:i w:val="0"/>
          <w:color w:val="22201D"/>
          <w:sz w:val="20"/>
        </w:rPr>
        <w:t>"Not today," he said.</w:t>
      </w:r>
    </w:p>
    <w:p>
      <w:pPr>
        <w:spacing w:after="60" w:line="266" w:lineRule="auto"/>
        <w:ind w:firstLine="331"/>
        <w:jc w:val="both"/>
      </w:pPr>
      <w:r>
        <w:rPr>
          <w:rFonts w:ascii="Georgia" w:hAnsi="Georgia"/>
          <w:b w:val="0"/>
          <w:i w:val="0"/>
          <w:color w:val="22201D"/>
          <w:sz w:val="20"/>
        </w:rPr>
        <w:t>The pantry sighed.</w:t>
      </w:r>
    </w:p>
    <w:p>
      <w:pPr>
        <w:spacing w:after="60" w:line="266" w:lineRule="auto"/>
        <w:ind w:firstLine="331"/>
        <w:jc w:val="both"/>
      </w:pPr>
      <w:r>
        <w:rPr>
          <w:rFonts w:ascii="Georgia" w:hAnsi="Georgia"/>
          <w:b w:val="0"/>
          <w:i w:val="0"/>
          <w:color w:val="22201D"/>
          <w:sz w:val="20"/>
        </w:rPr>
        <w:t>"Do not sigh at inspectors."</w:t>
      </w:r>
    </w:p>
    <w:p>
      <w:pPr>
        <w:spacing w:after="60" w:line="266" w:lineRule="auto"/>
        <w:ind w:firstLine="331"/>
        <w:jc w:val="both"/>
      </w:pPr>
      <w:r>
        <w:rPr>
          <w:rFonts w:ascii="Georgia" w:hAnsi="Georgia"/>
          <w:b w:val="0"/>
          <w:i w:val="0"/>
          <w:color w:val="22201D"/>
          <w:sz w:val="20"/>
        </w:rPr>
        <w:t>The pantry became still.</w:t>
      </w:r>
    </w:p>
    <w:p>
      <w:pPr>
        <w:spacing w:after="60" w:line="266" w:lineRule="auto"/>
        <w:ind w:firstLine="331"/>
        <w:jc w:val="both"/>
      </w:pPr>
      <w:r>
        <w:rPr>
          <w:rFonts w:ascii="Georgia" w:hAnsi="Georgia"/>
          <w:b w:val="0"/>
          <w:i w:val="0"/>
          <w:color w:val="22201D"/>
          <w:sz w:val="20"/>
        </w:rPr>
        <w:t>The kitchen seemed to notice that Gerald had noticed everything.</w:t>
      </w:r>
    </w:p>
    <w:p>
      <w:pPr>
        <w:spacing w:after="60" w:line="266" w:lineRule="auto"/>
        <w:ind w:firstLine="331"/>
        <w:jc w:val="both"/>
      </w:pPr>
      <w:r>
        <w:rPr>
          <w:rFonts w:ascii="Georgia" w:hAnsi="Georgia"/>
          <w:b w:val="0"/>
          <w:i w:val="0"/>
          <w:color w:val="22201D"/>
          <w:sz w:val="20"/>
        </w:rPr>
        <w:t>That was when the floor tried one last time.</w:t>
      </w:r>
    </w:p>
    <w:p>
      <w:pPr>
        <w:spacing w:after="60" w:line="266" w:lineRule="auto"/>
        <w:ind w:firstLine="331"/>
        <w:jc w:val="both"/>
      </w:pPr>
      <w:r>
        <w:rPr>
          <w:rFonts w:ascii="Georgia" w:hAnsi="Georgia"/>
          <w:b w:val="0"/>
          <w:i w:val="0"/>
          <w:color w:val="22201D"/>
          <w:sz w:val="20"/>
        </w:rPr>
        <w:t>He was standing in the center aisle when the tiles rearranged themselves by half an inch.</w:t>
      </w:r>
    </w:p>
    <w:p>
      <w:pPr>
        <w:spacing w:after="60" w:line="266" w:lineRule="auto"/>
        <w:ind w:firstLine="331"/>
        <w:jc w:val="both"/>
      </w:pPr>
      <w:r>
        <w:rPr>
          <w:rFonts w:ascii="Georgia" w:hAnsi="Georgia"/>
          <w:b w:val="0"/>
          <w:i w:val="0"/>
          <w:color w:val="22201D"/>
          <w:sz w:val="20"/>
        </w:rPr>
        <w:t>The rearrangement did not create a trip hazard.</w:t>
      </w:r>
    </w:p>
    <w:p>
      <w:pPr>
        <w:spacing w:after="60" w:line="266" w:lineRule="auto"/>
        <w:ind w:firstLine="331"/>
        <w:jc w:val="both"/>
      </w:pPr>
      <w:r>
        <w:rPr>
          <w:rFonts w:ascii="Georgia" w:hAnsi="Georgia"/>
          <w:b w:val="0"/>
          <w:i w:val="0"/>
          <w:color w:val="22201D"/>
          <w:sz w:val="20"/>
        </w:rPr>
        <w:t>This annoyed him more than if it had.</w:t>
      </w:r>
    </w:p>
    <w:p>
      <w:pPr>
        <w:spacing w:after="60" w:line="266" w:lineRule="auto"/>
        <w:ind w:firstLine="331"/>
        <w:jc w:val="both"/>
      </w:pPr>
      <w:r>
        <w:rPr>
          <w:rFonts w:ascii="Georgia" w:hAnsi="Georgia"/>
          <w:b w:val="0"/>
          <w:i w:val="0"/>
          <w:color w:val="22201D"/>
          <w:sz w:val="20"/>
        </w:rPr>
        <w:t>If it had created a trip hazard, he could cite it. Instead, it created a philosophical insult with good workmanship.</w:t>
      </w:r>
    </w:p>
    <w:p>
      <w:pPr>
        <w:spacing w:after="60" w:line="266" w:lineRule="auto"/>
        <w:ind w:firstLine="331"/>
        <w:jc w:val="both"/>
      </w:pPr>
      <w:r>
        <w:rPr>
          <w:rFonts w:ascii="Georgia" w:hAnsi="Georgia"/>
          <w:b w:val="0"/>
          <w:i w:val="0"/>
          <w:color w:val="22201D"/>
          <w:sz w:val="20"/>
        </w:rPr>
        <w:t>"Stop," Gerald said.</w:t>
      </w:r>
    </w:p>
    <w:p>
      <w:pPr>
        <w:spacing w:after="60" w:line="266" w:lineRule="auto"/>
        <w:ind w:firstLine="331"/>
        <w:jc w:val="both"/>
      </w:pPr>
      <w:r>
        <w:rPr>
          <w:rFonts w:ascii="Georgia" w:hAnsi="Georgia"/>
          <w:b w:val="0"/>
          <w:i w:val="0"/>
          <w:color w:val="22201D"/>
          <w:sz w:val="20"/>
        </w:rPr>
        <w:t>The tiles stopped.</w:t>
      </w:r>
    </w:p>
    <w:p>
      <w:pPr>
        <w:spacing w:after="60" w:line="266" w:lineRule="auto"/>
        <w:ind w:firstLine="331"/>
        <w:jc w:val="both"/>
      </w:pPr>
      <w:r>
        <w:rPr>
          <w:rFonts w:ascii="Georgia" w:hAnsi="Georgia"/>
          <w:b w:val="0"/>
          <w:i w:val="0"/>
          <w:color w:val="22201D"/>
          <w:sz w:val="20"/>
        </w:rPr>
        <w:t>"You are not being asked to become ordinary."</w:t>
      </w:r>
    </w:p>
    <w:p>
      <w:pPr>
        <w:spacing w:after="60" w:line="266" w:lineRule="auto"/>
        <w:ind w:firstLine="331"/>
        <w:jc w:val="both"/>
      </w:pPr>
      <w:r>
        <w:rPr>
          <w:rFonts w:ascii="Georgia" w:hAnsi="Georgia"/>
          <w:b w:val="0"/>
          <w:i w:val="0"/>
          <w:color w:val="22201D"/>
          <w:sz w:val="20"/>
        </w:rPr>
        <w:t>The kitchen became very quiet.</w:t>
      </w:r>
    </w:p>
    <w:p>
      <w:pPr>
        <w:spacing w:after="60" w:line="266" w:lineRule="auto"/>
        <w:ind w:firstLine="331"/>
        <w:jc w:val="both"/>
      </w:pPr>
      <w:r>
        <w:rPr>
          <w:rFonts w:ascii="Georgia" w:hAnsi="Georgia"/>
          <w:b w:val="0"/>
          <w:i w:val="0"/>
          <w:color w:val="22201D"/>
          <w:sz w:val="20"/>
        </w:rPr>
        <w:t>Even the soup seemed to lower its simmer.</w:t>
      </w:r>
    </w:p>
    <w:p>
      <w:pPr>
        <w:spacing w:after="60" w:line="266" w:lineRule="auto"/>
        <w:ind w:firstLine="331"/>
        <w:jc w:val="both"/>
      </w:pPr>
      <w:r>
        <w:rPr>
          <w:rFonts w:ascii="Georgia" w:hAnsi="Georgia"/>
          <w:b w:val="0"/>
          <w:i w:val="0"/>
          <w:color w:val="22201D"/>
          <w:sz w:val="20"/>
        </w:rPr>
        <w:t>"You are being asked," Gerald continued, "to make danger visible."</w:t>
      </w:r>
    </w:p>
    <w:p>
      <w:pPr>
        <w:spacing w:after="60" w:line="266" w:lineRule="auto"/>
        <w:ind w:firstLine="331"/>
        <w:jc w:val="both"/>
      </w:pPr>
      <w:r>
        <w:rPr>
          <w:rFonts w:ascii="Georgia" w:hAnsi="Georgia"/>
          <w:b w:val="0"/>
          <w:i w:val="0"/>
          <w:color w:val="22201D"/>
          <w:sz w:val="20"/>
        </w:rPr>
        <w:t>The words surprised him.</w:t>
      </w:r>
    </w:p>
    <w:p>
      <w:pPr>
        <w:spacing w:after="60" w:line="266" w:lineRule="auto"/>
        <w:ind w:firstLine="331"/>
        <w:jc w:val="both"/>
      </w:pPr>
      <w:r>
        <w:rPr>
          <w:rFonts w:ascii="Georgia" w:hAnsi="Georgia"/>
          <w:b w:val="0"/>
          <w:i w:val="0"/>
          <w:color w:val="22201D"/>
          <w:sz w:val="20"/>
        </w:rPr>
        <w:t>They were not on his checklist.</w:t>
      </w:r>
    </w:p>
    <w:p>
      <w:pPr>
        <w:spacing w:after="60" w:line="266" w:lineRule="auto"/>
        <w:ind w:firstLine="331"/>
        <w:jc w:val="both"/>
      </w:pPr>
      <w:r>
        <w:rPr>
          <w:rFonts w:ascii="Georgia" w:hAnsi="Georgia"/>
          <w:b w:val="0"/>
          <w:i w:val="0"/>
          <w:color w:val="22201D"/>
          <w:sz w:val="20"/>
        </w:rPr>
        <w:t>They were better than some of the things on his checklist.</w:t>
      </w:r>
    </w:p>
    <w:p>
      <w:pPr>
        <w:spacing w:after="60" w:line="266" w:lineRule="auto"/>
        <w:ind w:firstLine="331"/>
        <w:jc w:val="both"/>
      </w:pPr>
      <w:r>
        <w:rPr>
          <w:rFonts w:ascii="Georgia" w:hAnsi="Georgia"/>
          <w:b w:val="0"/>
          <w:i w:val="0"/>
          <w:color w:val="22201D"/>
          <w:sz w:val="20"/>
        </w:rPr>
        <w:t>"A room may change size," he said, "if the exits remain clear, the work flows remain legible, and the people inside it can tell what is clean, what is hot, what is raw, what is ready, what is sharp, what is blocked, what is spoiled, what is sacred, and what is merely pretending."</w:t>
      </w:r>
    </w:p>
    <w:p>
      <w:pPr>
        <w:spacing w:after="60" w:line="266" w:lineRule="auto"/>
        <w:ind w:firstLine="331"/>
        <w:jc w:val="both"/>
      </w:pPr>
      <w:r>
        <w:rPr>
          <w:rFonts w:ascii="Georgia" w:hAnsi="Georgia"/>
          <w:b w:val="0"/>
          <w:i w:val="0"/>
          <w:color w:val="22201D"/>
          <w:sz w:val="20"/>
        </w:rPr>
        <w:t>The line cook stopped slicing.</w:t>
      </w:r>
    </w:p>
    <w:p>
      <w:pPr>
        <w:spacing w:after="60" w:line="266" w:lineRule="auto"/>
        <w:ind w:firstLine="331"/>
        <w:jc w:val="both"/>
      </w:pPr>
      <w:r>
        <w:rPr>
          <w:rFonts w:ascii="Georgia" w:hAnsi="Georgia"/>
          <w:b w:val="0"/>
          <w:i w:val="0"/>
          <w:color w:val="22201D"/>
          <w:sz w:val="20"/>
        </w:rPr>
        <w:t>The dishwasher stopped pretending not to listen.</w:t>
      </w:r>
    </w:p>
    <w:p>
      <w:pPr>
        <w:spacing w:after="60" w:line="266" w:lineRule="auto"/>
        <w:ind w:firstLine="331"/>
        <w:jc w:val="both"/>
      </w:pPr>
      <w:r>
        <w:rPr>
          <w:rFonts w:ascii="Georgia" w:hAnsi="Georgia"/>
          <w:b w:val="0"/>
          <w:i w:val="0"/>
          <w:color w:val="22201D"/>
          <w:sz w:val="20"/>
        </w:rPr>
        <w:t>The Hostess stood with her hands folded.</w:t>
      </w:r>
    </w:p>
    <w:p>
      <w:pPr>
        <w:spacing w:after="60" w:line="266" w:lineRule="auto"/>
        <w:ind w:firstLine="331"/>
        <w:jc w:val="both"/>
      </w:pPr>
      <w:r>
        <w:rPr>
          <w:rFonts w:ascii="Georgia" w:hAnsi="Georgia"/>
          <w:b w:val="0"/>
          <w:i w:val="0"/>
          <w:color w:val="22201D"/>
          <w:sz w:val="20"/>
        </w:rPr>
        <w:t>The kitchen did not move.</w:t>
      </w:r>
    </w:p>
    <w:p>
      <w:pPr>
        <w:spacing w:after="60" w:line="266" w:lineRule="auto"/>
        <w:ind w:firstLine="331"/>
        <w:jc w:val="both"/>
      </w:pPr>
      <w:r>
        <w:rPr>
          <w:rFonts w:ascii="Georgia" w:hAnsi="Georgia"/>
          <w:b w:val="0"/>
          <w:i w:val="0"/>
          <w:color w:val="22201D"/>
          <w:sz w:val="20"/>
        </w:rPr>
        <w:t>"Mystery," Gerald said, "is not a violation."</w:t>
      </w:r>
    </w:p>
    <w:p>
      <w:pPr>
        <w:spacing w:after="60" w:line="266" w:lineRule="auto"/>
        <w:ind w:firstLine="331"/>
        <w:jc w:val="both"/>
      </w:pPr>
      <w:r>
        <w:rPr>
          <w:rFonts w:ascii="Georgia" w:hAnsi="Georgia"/>
          <w:b w:val="0"/>
          <w:i w:val="0"/>
          <w:color w:val="22201D"/>
          <w:sz w:val="20"/>
        </w:rPr>
        <w:t>The spice rack made the smallest sound.</w:t>
      </w:r>
    </w:p>
    <w:p>
      <w:pPr>
        <w:spacing w:after="60" w:line="266" w:lineRule="auto"/>
        <w:ind w:firstLine="331"/>
        <w:jc w:val="both"/>
      </w:pPr>
      <w:r>
        <w:rPr>
          <w:rFonts w:ascii="Georgia" w:hAnsi="Georgia"/>
          <w:b w:val="0"/>
          <w:i w:val="0"/>
          <w:color w:val="22201D"/>
          <w:sz w:val="20"/>
        </w:rPr>
        <w:t>"Mystery hiding grease is a violation."</w:t>
      </w:r>
    </w:p>
    <w:p>
      <w:pPr>
        <w:spacing w:after="60" w:line="266" w:lineRule="auto"/>
        <w:ind w:firstLine="331"/>
        <w:jc w:val="both"/>
      </w:pPr>
      <w:r>
        <w:rPr>
          <w:rFonts w:ascii="Georgia" w:hAnsi="Georgia"/>
          <w:b w:val="0"/>
          <w:i w:val="0"/>
          <w:color w:val="22201D"/>
          <w:sz w:val="20"/>
        </w:rPr>
        <w:t>The spice rack made no sound.</w:t>
      </w:r>
    </w:p>
    <w:p>
      <w:pPr>
        <w:spacing w:after="60" w:line="266" w:lineRule="auto"/>
        <w:ind w:firstLine="331"/>
        <w:jc w:val="both"/>
      </w:pPr>
      <w:r>
        <w:rPr>
          <w:rFonts w:ascii="Georgia" w:hAnsi="Georgia"/>
          <w:b w:val="0"/>
          <w:i w:val="0"/>
          <w:color w:val="22201D"/>
          <w:sz w:val="20"/>
        </w:rPr>
        <w:t>"Mystery hiding mold is a violation."</w:t>
      </w:r>
    </w:p>
    <w:p>
      <w:pPr>
        <w:spacing w:after="60" w:line="266" w:lineRule="auto"/>
        <w:ind w:firstLine="331"/>
        <w:jc w:val="both"/>
      </w:pPr>
      <w:r>
        <w:rPr>
          <w:rFonts w:ascii="Georgia" w:hAnsi="Georgia"/>
          <w:b w:val="0"/>
          <w:i w:val="0"/>
          <w:color w:val="22201D"/>
          <w:sz w:val="20"/>
        </w:rPr>
        <w:t>No sound.</w:t>
      </w:r>
    </w:p>
    <w:p>
      <w:pPr>
        <w:spacing w:after="60" w:line="266" w:lineRule="auto"/>
        <w:ind w:firstLine="331"/>
        <w:jc w:val="both"/>
      </w:pPr>
      <w:r>
        <w:rPr>
          <w:rFonts w:ascii="Georgia" w:hAnsi="Georgia"/>
          <w:b w:val="0"/>
          <w:i w:val="0"/>
          <w:color w:val="22201D"/>
          <w:sz w:val="20"/>
        </w:rPr>
        <w:t>"Mystery hiding unpaid labor is a violation of a different code, but this license has made it operationally relevant."</w:t>
      </w:r>
    </w:p>
    <w:p>
      <w:pPr>
        <w:spacing w:after="60" w:line="266" w:lineRule="auto"/>
        <w:ind w:firstLine="331"/>
        <w:jc w:val="both"/>
      </w:pPr>
      <w:r>
        <w:rPr>
          <w:rFonts w:ascii="Georgia" w:hAnsi="Georgia"/>
          <w:b w:val="0"/>
          <w:i w:val="0"/>
          <w:color w:val="22201D"/>
          <w:sz w:val="20"/>
        </w:rPr>
        <w:t>The dishwasher said, "Damn right."</w:t>
      </w:r>
    </w:p>
    <w:p>
      <w:pPr>
        <w:spacing w:after="60" w:line="266" w:lineRule="auto"/>
        <w:ind w:firstLine="331"/>
        <w:jc w:val="both"/>
      </w:pPr>
      <w:r>
        <w:rPr>
          <w:rFonts w:ascii="Georgia" w:hAnsi="Georgia"/>
          <w:b w:val="0"/>
          <w:i w:val="0"/>
          <w:color w:val="22201D"/>
          <w:sz w:val="20"/>
        </w:rPr>
        <w:t>Gerald ignored him with approval.</w:t>
      </w:r>
    </w:p>
    <w:p>
      <w:pPr>
        <w:spacing w:after="60" w:line="266" w:lineRule="auto"/>
        <w:ind w:firstLine="331"/>
        <w:jc w:val="both"/>
      </w:pPr>
      <w:r>
        <w:rPr>
          <w:rFonts w:ascii="Georgia" w:hAnsi="Georgia"/>
          <w:b w:val="0"/>
          <w:i w:val="0"/>
          <w:color w:val="22201D"/>
          <w:sz w:val="20"/>
        </w:rPr>
        <w:t>"Mystery hiding an exit is a violation."</w:t>
      </w:r>
    </w:p>
    <w:p>
      <w:pPr>
        <w:spacing w:after="60" w:line="266" w:lineRule="auto"/>
        <w:ind w:firstLine="331"/>
        <w:jc w:val="both"/>
      </w:pPr>
      <w:r>
        <w:rPr>
          <w:rFonts w:ascii="Georgia" w:hAnsi="Georgia"/>
          <w:b w:val="0"/>
          <w:i w:val="0"/>
          <w:color w:val="22201D"/>
          <w:sz w:val="20"/>
        </w:rPr>
        <w:t>The stairwell light brightened.</w:t>
      </w:r>
    </w:p>
    <w:p>
      <w:pPr>
        <w:spacing w:after="60" w:line="266" w:lineRule="auto"/>
        <w:ind w:firstLine="331"/>
        <w:jc w:val="both"/>
      </w:pPr>
      <w:r>
        <w:rPr>
          <w:rFonts w:ascii="Georgia" w:hAnsi="Georgia"/>
          <w:b w:val="0"/>
          <w:i w:val="0"/>
          <w:color w:val="22201D"/>
          <w:sz w:val="20"/>
        </w:rPr>
        <w:t>"Mystery making staff guess where the hand sink went is a violation."</w:t>
      </w:r>
    </w:p>
    <w:p>
      <w:pPr>
        <w:spacing w:after="60" w:line="266" w:lineRule="auto"/>
        <w:ind w:firstLine="331"/>
        <w:jc w:val="both"/>
      </w:pPr>
      <w:r>
        <w:rPr>
          <w:rFonts w:ascii="Georgia" w:hAnsi="Georgia"/>
          <w:b w:val="0"/>
          <w:i w:val="0"/>
          <w:color w:val="22201D"/>
          <w:sz w:val="20"/>
        </w:rPr>
        <w:t>The hand sink remained very visible.</w:t>
      </w:r>
    </w:p>
    <w:p>
      <w:pPr>
        <w:spacing w:after="60" w:line="266" w:lineRule="auto"/>
        <w:ind w:firstLine="331"/>
        <w:jc w:val="both"/>
      </w:pPr>
      <w:r>
        <w:rPr>
          <w:rFonts w:ascii="Georgia" w:hAnsi="Georgia"/>
          <w:b w:val="0"/>
          <w:i w:val="0"/>
          <w:color w:val="22201D"/>
          <w:sz w:val="20"/>
        </w:rPr>
        <w:t>"Mystery changing labels because it prefers poetry is a violation unless the poetry still tells the truth."</w:t>
      </w:r>
    </w:p>
    <w:p>
      <w:pPr>
        <w:spacing w:after="60" w:line="266" w:lineRule="auto"/>
        <w:ind w:firstLine="331"/>
        <w:jc w:val="both"/>
      </w:pPr>
      <w:r>
        <w:rPr>
          <w:rFonts w:ascii="Georgia" w:hAnsi="Georgia"/>
          <w:b w:val="0"/>
          <w:i w:val="0"/>
          <w:color w:val="22201D"/>
          <w:sz w:val="20"/>
        </w:rPr>
        <w:t>Several labels in the cooler straightened themselves.</w:t>
      </w:r>
    </w:p>
    <w:p>
      <w:pPr>
        <w:spacing w:after="60" w:line="266" w:lineRule="auto"/>
        <w:ind w:firstLine="331"/>
        <w:jc w:val="both"/>
      </w:pPr>
      <w:r>
        <w:rPr>
          <w:rFonts w:ascii="Georgia" w:hAnsi="Georgia"/>
          <w:b w:val="0"/>
          <w:i w:val="0"/>
          <w:color w:val="22201D"/>
          <w:sz w:val="20"/>
        </w:rPr>
        <w:t>Gerald looked at the floorplan.</w:t>
      </w:r>
    </w:p>
    <w:p>
      <w:pPr>
        <w:spacing w:after="60" w:line="266" w:lineRule="auto"/>
        <w:ind w:firstLine="331"/>
        <w:jc w:val="both"/>
      </w:pPr>
      <w:r>
        <w:rPr>
          <w:rFonts w:ascii="Georgia" w:hAnsi="Georgia"/>
          <w:b w:val="0"/>
          <w:i w:val="0"/>
          <w:color w:val="22201D"/>
          <w:sz w:val="20"/>
        </w:rPr>
        <w:t>It had stopped trying to match the kitchen.</w:t>
      </w:r>
    </w:p>
    <w:p>
      <w:pPr>
        <w:spacing w:after="60" w:line="266" w:lineRule="auto"/>
        <w:ind w:firstLine="331"/>
        <w:jc w:val="both"/>
      </w:pPr>
      <w:r>
        <w:rPr>
          <w:rFonts w:ascii="Georgia" w:hAnsi="Georgia"/>
          <w:b w:val="0"/>
          <w:i w:val="0"/>
          <w:color w:val="22201D"/>
          <w:sz w:val="20"/>
        </w:rPr>
        <w:t>Instead, it had drawn arrows.</w:t>
      </w:r>
    </w:p>
    <w:p>
      <w:pPr>
        <w:spacing w:after="60" w:line="266" w:lineRule="auto"/>
        <w:ind w:firstLine="331"/>
        <w:jc w:val="both"/>
      </w:pPr>
      <w:r>
        <w:rPr>
          <w:rFonts w:ascii="Georgia" w:hAnsi="Georgia"/>
          <w:b w:val="0"/>
          <w:i w:val="0"/>
          <w:color w:val="22201D"/>
          <w:sz w:val="20"/>
        </w:rPr>
        <w:t>Traffic flow.</w:t>
      </w:r>
    </w:p>
    <w:p>
      <w:pPr>
        <w:spacing w:after="60" w:line="266" w:lineRule="auto"/>
        <w:ind w:firstLine="331"/>
        <w:jc w:val="both"/>
      </w:pPr>
      <w:r>
        <w:rPr>
          <w:rFonts w:ascii="Georgia" w:hAnsi="Georgia"/>
          <w:b w:val="0"/>
          <w:i w:val="0"/>
          <w:color w:val="22201D"/>
          <w:sz w:val="20"/>
        </w:rPr>
        <w:t>Clean dish path.</w:t>
      </w:r>
    </w:p>
    <w:p>
      <w:pPr>
        <w:spacing w:after="60" w:line="266" w:lineRule="auto"/>
        <w:ind w:firstLine="331"/>
        <w:jc w:val="both"/>
      </w:pPr>
      <w:r>
        <w:rPr>
          <w:rFonts w:ascii="Georgia" w:hAnsi="Georgia"/>
          <w:b w:val="0"/>
          <w:i w:val="0"/>
          <w:color w:val="22201D"/>
          <w:sz w:val="20"/>
        </w:rPr>
        <w:t>Raw prep zone.</w:t>
      </w:r>
    </w:p>
    <w:p>
      <w:pPr>
        <w:spacing w:after="60" w:line="266" w:lineRule="auto"/>
        <w:ind w:firstLine="331"/>
        <w:jc w:val="both"/>
      </w:pPr>
      <w:r>
        <w:rPr>
          <w:rFonts w:ascii="Georgia" w:hAnsi="Georgia"/>
          <w:b w:val="0"/>
          <w:i w:val="0"/>
          <w:color w:val="22201D"/>
          <w:sz w:val="20"/>
        </w:rPr>
        <w:t>Ready-to-eat zone.</w:t>
      </w:r>
    </w:p>
    <w:p>
      <w:pPr>
        <w:spacing w:after="60" w:line="266" w:lineRule="auto"/>
        <w:ind w:firstLine="331"/>
        <w:jc w:val="both"/>
      </w:pPr>
      <w:r>
        <w:rPr>
          <w:rFonts w:ascii="Georgia" w:hAnsi="Georgia"/>
          <w:b w:val="0"/>
          <w:i w:val="0"/>
          <w:color w:val="22201D"/>
          <w:sz w:val="20"/>
        </w:rPr>
        <w:t>Handwashing points.</w:t>
      </w:r>
    </w:p>
    <w:p>
      <w:pPr>
        <w:spacing w:after="60" w:line="266" w:lineRule="auto"/>
        <w:ind w:firstLine="331"/>
        <w:jc w:val="both"/>
      </w:pPr>
      <w:r>
        <w:rPr>
          <w:rFonts w:ascii="Georgia" w:hAnsi="Georgia"/>
          <w:b w:val="0"/>
          <w:i w:val="0"/>
          <w:color w:val="22201D"/>
          <w:sz w:val="20"/>
        </w:rPr>
        <w:t>Exits.</w:t>
      </w:r>
    </w:p>
    <w:p>
      <w:pPr>
        <w:spacing w:after="60" w:line="266" w:lineRule="auto"/>
        <w:ind w:firstLine="331"/>
        <w:jc w:val="both"/>
      </w:pPr>
      <w:r>
        <w:rPr>
          <w:rFonts w:ascii="Georgia" w:hAnsi="Georgia"/>
          <w:b w:val="0"/>
          <w:i w:val="0"/>
          <w:color w:val="22201D"/>
          <w:sz w:val="20"/>
        </w:rPr>
        <w:t>The pantry remained a green rectangle labeled:</w:t>
      </w:r>
    </w:p>
    <w:p>
      <w:pPr>
        <w:spacing w:after="60" w:line="250" w:lineRule="auto"/>
        <w:ind w:left="202" w:right="173"/>
      </w:pPr>
      <w:r>
        <w:rPr>
          <w:rFonts w:ascii="Georgia" w:hAnsi="Georgia"/>
          <w:b w:val="0"/>
          <w:i w:val="0"/>
          <w:color w:val="22201D"/>
          <w:sz w:val="17"/>
        </w:rPr>
        <w:t>INSPECT LATER WITH APPROPRIATE STORY CONTROLS</w:t>
      </w:r>
    </w:p>
    <w:p>
      <w:pPr>
        <w:spacing w:after="60" w:line="266" w:lineRule="auto"/>
        <w:ind w:firstLine="331"/>
        <w:jc w:val="both"/>
      </w:pPr>
      <w:r>
        <w:rPr>
          <w:rFonts w:ascii="Georgia" w:hAnsi="Georgia"/>
          <w:b w:val="0"/>
          <w:i w:val="0"/>
          <w:color w:val="22201D"/>
          <w:sz w:val="20"/>
        </w:rPr>
        <w:t>Gerald sighed.</w:t>
      </w:r>
    </w:p>
    <w:p>
      <w:pPr>
        <w:spacing w:after="60" w:line="266" w:lineRule="auto"/>
        <w:ind w:firstLine="331"/>
        <w:jc w:val="both"/>
      </w:pPr>
      <w:r>
        <w:rPr>
          <w:rFonts w:ascii="Georgia" w:hAnsi="Georgia"/>
          <w:b w:val="0"/>
          <w:i w:val="0"/>
          <w:color w:val="22201D"/>
          <w:sz w:val="20"/>
        </w:rPr>
        <w:t>He disliked how fair that was.</w:t>
      </w:r>
    </w:p>
    <w:p>
      <w:pPr>
        <w:spacing w:after="60" w:line="266" w:lineRule="auto"/>
        <w:ind w:firstLine="331"/>
        <w:jc w:val="both"/>
      </w:pPr>
      <w:r>
        <w:rPr>
          <w:rFonts w:ascii="Georgia" w:hAnsi="Georgia"/>
          <w:b w:val="0"/>
          <w:i w:val="0"/>
          <w:color w:val="22201D"/>
          <w:sz w:val="20"/>
        </w:rPr>
        <w:t>He took out a fresh inspection form.</w:t>
      </w:r>
    </w:p>
    <w:p>
      <w:pPr>
        <w:spacing w:after="60" w:line="266" w:lineRule="auto"/>
        <w:ind w:firstLine="331"/>
        <w:jc w:val="both"/>
      </w:pPr>
      <w:r>
        <w:rPr>
          <w:rFonts w:ascii="Georgia" w:hAnsi="Georgia"/>
          <w:b w:val="0"/>
          <w:i w:val="0"/>
          <w:color w:val="22201D"/>
          <w:sz w:val="20"/>
        </w:rPr>
        <w:t>The form was standard. County header. Facility name. Address. License number. Inspection type. Observations. Corrections required. Result.</w:t>
      </w:r>
    </w:p>
    <w:p>
      <w:pPr>
        <w:spacing w:after="60" w:line="266" w:lineRule="auto"/>
        <w:ind w:firstLine="331"/>
        <w:jc w:val="both"/>
      </w:pPr>
      <w:r>
        <w:rPr>
          <w:rFonts w:ascii="Georgia" w:hAnsi="Georgia"/>
          <w:b w:val="0"/>
          <w:i w:val="0"/>
          <w:color w:val="22201D"/>
          <w:sz w:val="20"/>
        </w:rPr>
        <w:t>Facility name:</w:t>
      </w:r>
    </w:p>
    <w:p>
      <w:pPr>
        <w:spacing w:after="60" w:line="250" w:lineRule="auto"/>
        <w:ind w:left="202" w:right="173"/>
      </w:pPr>
      <w:r>
        <w:rPr>
          <w:rFonts w:ascii="Georgia" w:hAnsi="Georgia"/>
          <w:b w:val="0"/>
          <w:i w:val="0"/>
          <w:color w:val="22201D"/>
          <w:sz w:val="17"/>
        </w:rPr>
        <w:t>Emoji Soup</w:t>
      </w:r>
    </w:p>
    <w:p>
      <w:pPr>
        <w:spacing w:after="60" w:line="266" w:lineRule="auto"/>
        <w:ind w:firstLine="331"/>
        <w:jc w:val="both"/>
      </w:pPr>
      <w:r>
        <w:rPr>
          <w:rFonts w:ascii="Georgia" w:hAnsi="Georgia"/>
          <w:b w:val="0"/>
          <w:i w:val="0"/>
          <w:color w:val="22201D"/>
          <w:sz w:val="20"/>
        </w:rPr>
        <w:t>Address:</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Then wrote:</w:t>
      </w:r>
    </w:p>
    <w:p>
      <w:pPr>
        <w:spacing w:after="60" w:line="250" w:lineRule="auto"/>
        <w:ind w:left="202" w:right="173"/>
      </w:pPr>
      <w:r>
        <w:rPr>
          <w:rFonts w:ascii="Georgia" w:hAnsi="Georgia"/>
          <w:b w:val="0"/>
          <w:i w:val="0"/>
          <w:color w:val="22201D"/>
          <w:sz w:val="17"/>
        </w:rPr>
        <w:t>Everywhere, but especially here</w:t>
      </w:r>
    </w:p>
    <w:p>
      <w:pPr>
        <w:spacing w:after="60" w:line="266" w:lineRule="auto"/>
        <w:ind w:firstLine="331"/>
        <w:jc w:val="both"/>
      </w:pPr>
      <w:r>
        <w:rPr>
          <w:rFonts w:ascii="Georgia" w:hAnsi="Georgia"/>
          <w:b w:val="0"/>
          <w:i w:val="0"/>
          <w:color w:val="22201D"/>
          <w:sz w:val="20"/>
        </w:rPr>
        <w:t>He added:</w:t>
      </w:r>
    </w:p>
    <w:p>
      <w:pPr>
        <w:spacing w:after="60" w:line="250" w:lineRule="auto"/>
        <w:ind w:left="202" w:right="173"/>
      </w:pPr>
      <w:r>
        <w:rPr>
          <w:rFonts w:ascii="Georgia" w:hAnsi="Georgia"/>
          <w:b w:val="0"/>
          <w:i w:val="0"/>
          <w:color w:val="22201D"/>
          <w:sz w:val="17"/>
        </w:rPr>
        <w:t>Physical inspection conducted at red-door site.</w:t>
      </w:r>
    </w:p>
    <w:p>
      <w:pPr>
        <w:spacing w:after="60" w:line="266" w:lineRule="auto"/>
        <w:ind w:firstLine="331"/>
        <w:jc w:val="both"/>
      </w:pPr>
      <w:r>
        <w:rPr>
          <w:rFonts w:ascii="Georgia" w:hAnsi="Georgia"/>
          <w:b w:val="0"/>
          <w:i w:val="0"/>
          <w:color w:val="22201D"/>
          <w:sz w:val="20"/>
        </w:rPr>
        <w:t>License number:</w:t>
      </w:r>
    </w:p>
    <w:p>
      <w:pPr>
        <w:spacing w:after="60" w:line="266" w:lineRule="auto"/>
        <w:ind w:firstLine="331"/>
        <w:jc w:val="both"/>
      </w:pPr>
      <w:r>
        <w:rPr>
          <w:rFonts w:ascii="Georgia" w:hAnsi="Georgia"/>
          <w:b w:val="0"/>
          <w:i w:val="0"/>
          <w:color w:val="22201D"/>
          <w:sz w:val="20"/>
        </w:rPr>
        <w:t>The amended license supplied one. It was mostly numbers, one letter, and a small square that looked like a period from a language that had declined punctuation.</w:t>
      </w:r>
    </w:p>
    <w:p>
      <w:pPr>
        <w:spacing w:after="60" w:line="266" w:lineRule="auto"/>
        <w:ind w:firstLine="331"/>
        <w:jc w:val="both"/>
      </w:pPr>
      <w:r>
        <w:rPr>
          <w:rFonts w:ascii="Georgia" w:hAnsi="Georgia"/>
          <w:b w:val="0"/>
          <w:i w:val="0"/>
          <w:color w:val="22201D"/>
          <w:sz w:val="20"/>
        </w:rPr>
        <w:t>Gerald copied it exactly.</w:t>
      </w:r>
    </w:p>
    <w:p>
      <w:pPr>
        <w:spacing w:after="60" w:line="266" w:lineRule="auto"/>
        <w:ind w:firstLine="331"/>
        <w:jc w:val="both"/>
      </w:pPr>
      <w:r>
        <w:rPr>
          <w:rFonts w:ascii="Georgia" w:hAnsi="Georgia"/>
          <w:b w:val="0"/>
          <w:i w:val="0"/>
          <w:color w:val="22201D"/>
          <w:sz w:val="20"/>
        </w:rPr>
        <w:t>Inspection type:</w:t>
      </w:r>
    </w:p>
    <w:p>
      <w:pPr>
        <w:spacing w:after="60" w:line="250" w:lineRule="auto"/>
        <w:ind w:left="202" w:right="173"/>
      </w:pPr>
      <w:r>
        <w:rPr>
          <w:rFonts w:ascii="Georgia" w:hAnsi="Georgia"/>
          <w:b w:val="0"/>
          <w:i w:val="0"/>
          <w:color w:val="22201D"/>
          <w:sz w:val="17"/>
        </w:rPr>
        <w:t>Floorplan correction / operational safety review</w:t>
      </w:r>
    </w:p>
    <w:p>
      <w:pPr>
        <w:spacing w:after="60" w:line="266" w:lineRule="auto"/>
        <w:ind w:firstLine="331"/>
        <w:jc w:val="both"/>
      </w:pPr>
      <w:r>
        <w:rPr>
          <w:rFonts w:ascii="Georgia" w:hAnsi="Georgia"/>
          <w:b w:val="0"/>
          <w:i w:val="0"/>
          <w:color w:val="22201D"/>
          <w:sz w:val="20"/>
        </w:rPr>
        <w:t>Observations:</w:t>
      </w:r>
    </w:p>
    <w:p>
      <w:pPr>
        <w:spacing w:after="60" w:line="266" w:lineRule="auto"/>
        <w:ind w:firstLine="331"/>
        <w:jc w:val="both"/>
      </w:pPr>
      <w:r>
        <w:rPr>
          <w:rFonts w:ascii="Georgia" w:hAnsi="Georgia"/>
          <w:b w:val="0"/>
          <w:i w:val="0"/>
          <w:color w:val="22201D"/>
          <w:sz w:val="20"/>
        </w:rPr>
        <w:t>He wrote for a long time.</w:t>
      </w:r>
    </w:p>
    <w:p>
      <w:pPr>
        <w:spacing w:after="60" w:line="266" w:lineRule="auto"/>
        <w:ind w:firstLine="331"/>
        <w:jc w:val="both"/>
      </w:pPr>
      <w:r>
        <w:rPr>
          <w:rFonts w:ascii="Georgia" w:hAnsi="Georgia"/>
          <w:b w:val="0"/>
          <w:i w:val="0"/>
          <w:color w:val="22201D"/>
          <w:sz w:val="20"/>
        </w:rPr>
        <w:t>The kitchen waited.</w:t>
      </w:r>
    </w:p>
    <w:p>
      <w:pPr>
        <w:spacing w:after="60" w:line="266" w:lineRule="auto"/>
        <w:ind w:firstLine="331"/>
        <w:jc w:val="both"/>
      </w:pPr>
      <w:r>
        <w:rPr>
          <w:rFonts w:ascii="Georgia" w:hAnsi="Georgia"/>
          <w:b w:val="0"/>
          <w:i w:val="0"/>
          <w:color w:val="22201D"/>
          <w:sz w:val="20"/>
        </w:rPr>
        <w:t>No one interrupted him.</w:t>
      </w:r>
    </w:p>
    <w:p>
      <w:pPr>
        <w:spacing w:after="60" w:line="266" w:lineRule="auto"/>
        <w:ind w:firstLine="331"/>
        <w:jc w:val="both"/>
      </w:pPr>
      <w:r>
        <w:rPr>
          <w:rFonts w:ascii="Georgia" w:hAnsi="Georgia"/>
          <w:b w:val="0"/>
          <w:i w:val="0"/>
          <w:color w:val="22201D"/>
          <w:sz w:val="20"/>
        </w:rPr>
        <w:t>This improved his opinion of everyone by another three percent.</w:t>
      </w:r>
    </w:p>
    <w:p>
      <w:pPr>
        <w:spacing w:after="60" w:line="266" w:lineRule="auto"/>
        <w:ind w:firstLine="331"/>
        <w:jc w:val="both"/>
      </w:pPr>
      <w:r>
        <w:rPr>
          <w:rFonts w:ascii="Georgia" w:hAnsi="Georgia"/>
          <w:b w:val="0"/>
          <w:i w:val="0"/>
          <w:color w:val="22201D"/>
          <w:sz w:val="20"/>
        </w:rPr>
        <w:t>He did not write that the kitchen was impossible.</w:t>
      </w:r>
    </w:p>
    <w:p>
      <w:pPr>
        <w:spacing w:after="60" w:line="266" w:lineRule="auto"/>
        <w:ind w:firstLine="331"/>
        <w:jc w:val="both"/>
      </w:pPr>
      <w:r>
        <w:rPr>
          <w:rFonts w:ascii="Georgia" w:hAnsi="Georgia"/>
          <w:b w:val="0"/>
          <w:i w:val="0"/>
          <w:color w:val="22201D"/>
          <w:sz w:val="20"/>
        </w:rPr>
        <w:t>That was obvious and therefore useless.</w:t>
      </w:r>
    </w:p>
    <w:p>
      <w:pPr>
        <w:spacing w:after="60" w:line="266" w:lineRule="auto"/>
        <w:ind w:firstLine="331"/>
        <w:jc w:val="both"/>
      </w:pPr>
      <w:r>
        <w:rPr>
          <w:rFonts w:ascii="Georgia" w:hAnsi="Georgia"/>
          <w:b w:val="0"/>
          <w:i w:val="0"/>
          <w:color w:val="22201D"/>
          <w:sz w:val="20"/>
        </w:rPr>
        <w:t>He wrote that the kitchen was variable.</w:t>
      </w:r>
    </w:p>
    <w:p>
      <w:pPr>
        <w:spacing w:after="60" w:line="266" w:lineRule="auto"/>
        <w:ind w:firstLine="331"/>
        <w:jc w:val="both"/>
      </w:pPr>
      <w:r>
        <w:rPr>
          <w:rFonts w:ascii="Georgia" w:hAnsi="Georgia"/>
          <w:b w:val="0"/>
          <w:i w:val="0"/>
          <w:color w:val="22201D"/>
          <w:sz w:val="20"/>
        </w:rPr>
        <w:t>He wrote that posted square footage did not remain reliable under direct entry, but that critical safety features remained fixed, visible, and accessible.</w:t>
      </w:r>
    </w:p>
    <w:p>
      <w:pPr>
        <w:spacing w:after="60" w:line="266" w:lineRule="auto"/>
        <w:ind w:firstLine="331"/>
        <w:jc w:val="both"/>
      </w:pPr>
      <w:r>
        <w:rPr>
          <w:rFonts w:ascii="Georgia" w:hAnsi="Georgia"/>
          <w:b w:val="0"/>
          <w:i w:val="0"/>
          <w:color w:val="22201D"/>
          <w:sz w:val="20"/>
        </w:rPr>
        <w:t>He wrote that staff could identify handwashing locations, exits, clean/dirty pathways, allergen notes, and date labels.</w:t>
      </w:r>
    </w:p>
    <w:p>
      <w:pPr>
        <w:spacing w:after="60" w:line="266" w:lineRule="auto"/>
        <w:ind w:firstLine="331"/>
        <w:jc w:val="both"/>
      </w:pPr>
      <w:r>
        <w:rPr>
          <w:rFonts w:ascii="Georgia" w:hAnsi="Georgia"/>
          <w:b w:val="0"/>
          <w:i w:val="0"/>
          <w:color w:val="22201D"/>
          <w:sz w:val="20"/>
        </w:rPr>
        <w:t>He wrote that dish classification had been expanded to reflect unusual soil load and psychological residue, and that while language should be normalized later, the operational separation was clear.</w:t>
      </w:r>
    </w:p>
    <w:p>
      <w:pPr>
        <w:spacing w:after="60" w:line="266" w:lineRule="auto"/>
        <w:ind w:firstLine="331"/>
        <w:jc w:val="both"/>
      </w:pPr>
      <w:r>
        <w:rPr>
          <w:rFonts w:ascii="Georgia" w:hAnsi="Georgia"/>
          <w:b w:val="0"/>
          <w:i w:val="0"/>
          <w:color w:val="22201D"/>
          <w:sz w:val="20"/>
        </w:rPr>
        <w:t>He wrote that labor recognition had been entered as an operating condition on the amended license and appeared to improve dish-system compliance.</w:t>
      </w:r>
    </w:p>
    <w:p>
      <w:pPr>
        <w:spacing w:after="60" w:line="266" w:lineRule="auto"/>
        <w:ind w:firstLine="331"/>
        <w:jc w:val="both"/>
      </w:pPr>
      <w:r>
        <w:rPr>
          <w:rFonts w:ascii="Georgia" w:hAnsi="Georgia"/>
          <w:b w:val="0"/>
          <w:i w:val="0"/>
          <w:color w:val="22201D"/>
          <w:sz w:val="20"/>
        </w:rPr>
        <w:t>He wrote that the pantry required future inspection under stable narrative conditions.</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Mystery must not conceal grime.</w:t>
      </w:r>
    </w:p>
    <w:p>
      <w:pPr>
        <w:spacing w:after="60" w:line="266" w:lineRule="auto"/>
        <w:ind w:firstLine="331"/>
        <w:jc w:val="both"/>
      </w:pPr>
      <w:r>
        <w:rPr>
          <w:rFonts w:ascii="Georgia" w:hAnsi="Georgia"/>
          <w:b w:val="0"/>
          <w:i w:val="0"/>
          <w:color w:val="22201D"/>
          <w:sz w:val="20"/>
        </w:rPr>
        <w:t>Then he reached Corrections required.</w:t>
      </w:r>
    </w:p>
    <w:p>
      <w:pPr>
        <w:spacing w:after="60" w:line="266" w:lineRule="auto"/>
        <w:ind w:firstLine="331"/>
        <w:jc w:val="both"/>
      </w:pPr>
      <w:r>
        <w:rPr>
          <w:rFonts w:ascii="Georgia" w:hAnsi="Georgia"/>
          <w:b w:val="0"/>
          <w:i w:val="0"/>
          <w:color w:val="22201D"/>
          <w:sz w:val="20"/>
        </w:rPr>
        <w:t>The kitchen leaned inward.</w:t>
      </w:r>
    </w:p>
    <w:p>
      <w:pPr>
        <w:spacing w:after="60" w:line="266" w:lineRule="auto"/>
        <w:ind w:firstLine="331"/>
        <w:jc w:val="both"/>
      </w:pPr>
      <w:r>
        <w:rPr>
          <w:rFonts w:ascii="Georgia" w:hAnsi="Georgia"/>
          <w:b w:val="0"/>
          <w:i w:val="0"/>
          <w:color w:val="22201D"/>
          <w:sz w:val="20"/>
        </w:rPr>
        <w:t>Not physically.</w:t>
      </w:r>
    </w:p>
    <w:p>
      <w:pPr>
        <w:spacing w:after="60" w:line="266" w:lineRule="auto"/>
        <w:ind w:firstLine="331"/>
        <w:jc w:val="both"/>
      </w:pPr>
      <w:r>
        <w:rPr>
          <w:rFonts w:ascii="Georgia" w:hAnsi="Georgia"/>
          <w:b w:val="0"/>
          <w:i w:val="0"/>
          <w:color w:val="22201D"/>
          <w:sz w:val="20"/>
        </w:rPr>
        <w:t>That would have been too easy to cite.</w:t>
      </w:r>
    </w:p>
    <w:p>
      <w:pPr>
        <w:spacing w:after="60" w:line="266" w:lineRule="auto"/>
        <w:ind w:firstLine="331"/>
        <w:jc w:val="both"/>
      </w:pPr>
      <w:r>
        <w:rPr>
          <w:rFonts w:ascii="Georgia" w:hAnsi="Georgia"/>
          <w:b w:val="0"/>
          <w:i w:val="0"/>
          <w:color w:val="22201D"/>
          <w:sz w:val="20"/>
        </w:rPr>
        <w:t>Attention leaned.</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1. Maintain fixed, visible handwashing point at all times, including during spatial variance. 2. Maintain clear egress from dining room, alley door, and conditional stairwell. 3. Keep food labels usable by staff without interpretive consultation. 4. Maintain dish classification log until impossible-course residue can be standardized. 5. Do not allow spatial expansion to obscure clean/dirty flow, pest exclusion, sanitizer storage, or staff communication. 6. Schedule pantry/substitution inspection before menu expansion becomes operational.</w:t>
      </w:r>
    </w:p>
    <w:p>
      <w:pPr>
        <w:spacing w:after="60" w:line="266" w:lineRule="auto"/>
        <w:ind w:firstLine="331"/>
        <w:jc w:val="both"/>
      </w:pPr>
      <w:r>
        <w:rPr>
          <w:rFonts w:ascii="Georgia" w:hAnsi="Georgia"/>
          <w:b w:val="0"/>
          <w:i w:val="0"/>
          <w:color w:val="22201D"/>
          <w:sz w:val="20"/>
        </w:rPr>
        <w:t>The kitchen accepted items one through five.</w:t>
      </w:r>
    </w:p>
    <w:p>
      <w:pPr>
        <w:spacing w:after="60" w:line="266" w:lineRule="auto"/>
        <w:ind w:firstLine="331"/>
        <w:jc w:val="both"/>
      </w:pPr>
      <w:r>
        <w:rPr>
          <w:rFonts w:ascii="Georgia" w:hAnsi="Georgia"/>
          <w:b w:val="0"/>
          <w:i w:val="0"/>
          <w:color w:val="22201D"/>
          <w:sz w:val="20"/>
        </w:rPr>
        <w:t>At item six, the pantry door clicked.</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"Do not start."</w:t>
      </w:r>
    </w:p>
    <w:p>
      <w:pPr>
        <w:spacing w:after="60" w:line="266" w:lineRule="auto"/>
        <w:ind w:firstLine="331"/>
        <w:jc w:val="both"/>
      </w:pPr>
      <w:r>
        <w:rPr>
          <w:rFonts w:ascii="Georgia" w:hAnsi="Georgia"/>
          <w:b w:val="0"/>
          <w:i w:val="0"/>
          <w:color w:val="22201D"/>
          <w:sz w:val="20"/>
        </w:rPr>
        <w:t>The pantry did not start.</w:t>
      </w:r>
    </w:p>
    <w:p>
      <w:pPr>
        <w:spacing w:after="60" w:line="266" w:lineRule="auto"/>
        <w:ind w:firstLine="331"/>
        <w:jc w:val="both"/>
      </w:pPr>
      <w:r>
        <w:rPr>
          <w:rFonts w:ascii="Georgia" w:hAnsi="Georgia"/>
          <w:b w:val="0"/>
          <w:i w:val="0"/>
          <w:color w:val="22201D"/>
          <w:sz w:val="20"/>
        </w:rPr>
        <w:t>Result:</w:t>
      </w:r>
    </w:p>
    <w:p>
      <w:pPr>
        <w:spacing w:after="60" w:line="266" w:lineRule="auto"/>
        <w:ind w:firstLine="331"/>
        <w:jc w:val="both"/>
      </w:pPr>
      <w:r>
        <w:rPr>
          <w:rFonts w:ascii="Georgia" w:hAnsi="Georgia"/>
          <w:b w:val="0"/>
          <w:i w:val="0"/>
          <w:color w:val="22201D"/>
          <w:sz w:val="20"/>
        </w:rPr>
        <w:t>This was the dangerous line.</w:t>
      </w:r>
    </w:p>
    <w:p>
      <w:pPr>
        <w:spacing w:after="60" w:line="266" w:lineRule="auto"/>
        <w:ind w:firstLine="331"/>
        <w:jc w:val="both"/>
      </w:pPr>
      <w:r>
        <w:rPr>
          <w:rFonts w:ascii="Georgia" w:hAnsi="Georgia"/>
          <w:b w:val="0"/>
          <w:i w:val="0"/>
          <w:color w:val="22201D"/>
          <w:sz w:val="20"/>
        </w:rPr>
        <w:t>A lesser inspector, Gerald knew, might fail the restaurant for refusing to be a room.</w:t>
      </w:r>
    </w:p>
    <w:p>
      <w:pPr>
        <w:spacing w:after="60" w:line="266" w:lineRule="auto"/>
        <w:ind w:firstLine="331"/>
        <w:jc w:val="both"/>
      </w:pPr>
      <w:r>
        <w:rPr>
          <w:rFonts w:ascii="Georgia" w:hAnsi="Georgia"/>
          <w:b w:val="0"/>
          <w:i w:val="0"/>
          <w:color w:val="22201D"/>
          <w:sz w:val="20"/>
        </w:rPr>
        <w:t>A careless inspector might pass it because the impossibility was charming.</w:t>
      </w:r>
    </w:p>
    <w:p>
      <w:pPr>
        <w:spacing w:after="60" w:line="266" w:lineRule="auto"/>
        <w:ind w:firstLine="331"/>
        <w:jc w:val="both"/>
      </w:pPr>
      <w:r>
        <w:rPr>
          <w:rFonts w:ascii="Georgia" w:hAnsi="Georgia"/>
          <w:b w:val="0"/>
          <w:i w:val="0"/>
          <w:color w:val="22201D"/>
          <w:sz w:val="20"/>
        </w:rPr>
        <w:t>Gerald did not consider either option sanitary.</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Conditional approval of floorplan correction. No immediate closure condition observed. Follow-up required before menu expansion.</w:t>
      </w:r>
    </w:p>
    <w:p>
      <w:pPr>
        <w:spacing w:after="60" w:line="266" w:lineRule="auto"/>
        <w:ind w:firstLine="331"/>
        <w:jc w:val="both"/>
      </w:pPr>
      <w:r>
        <w:rPr>
          <w:rFonts w:ascii="Georgia" w:hAnsi="Georgia"/>
          <w:b w:val="0"/>
          <w:i w:val="0"/>
          <w:color w:val="22201D"/>
          <w:sz w:val="20"/>
        </w:rPr>
        <w:t>The form warmed beneath his hand.</w:t>
      </w:r>
    </w:p>
    <w:p>
      <w:pPr>
        <w:spacing w:after="60" w:line="266" w:lineRule="auto"/>
        <w:ind w:firstLine="331"/>
        <w:jc w:val="both"/>
      </w:pPr>
      <w:r>
        <w:rPr>
          <w:rFonts w:ascii="Georgia" w:hAnsi="Georgia"/>
          <w:b w:val="0"/>
          <w:i w:val="0"/>
          <w:color w:val="22201D"/>
          <w:sz w:val="20"/>
        </w:rPr>
        <w:t>"Do not laminate yourself," Gerald said.</w:t>
      </w:r>
    </w:p>
    <w:p>
      <w:pPr>
        <w:spacing w:after="60" w:line="266" w:lineRule="auto"/>
        <w:ind w:firstLine="331"/>
        <w:jc w:val="both"/>
      </w:pPr>
      <w:r>
        <w:rPr>
          <w:rFonts w:ascii="Georgia" w:hAnsi="Georgia"/>
          <w:b w:val="0"/>
          <w:i w:val="0"/>
          <w:color w:val="22201D"/>
          <w:sz w:val="20"/>
        </w:rPr>
        <w:t>The form cooled.</w:t>
      </w:r>
    </w:p>
    <w:p>
      <w:pPr>
        <w:spacing w:after="60" w:line="266" w:lineRule="auto"/>
        <w:ind w:firstLine="331"/>
        <w:jc w:val="both"/>
      </w:pPr>
      <w:r>
        <w:rPr>
          <w:rFonts w:ascii="Georgia" w:hAnsi="Georgia"/>
          <w:b w:val="0"/>
          <w:i w:val="0"/>
          <w:color w:val="22201D"/>
          <w:sz w:val="20"/>
        </w:rPr>
        <w:t>He signed:</w:t>
      </w:r>
    </w:p>
    <w:p>
      <w:pPr>
        <w:spacing w:after="60" w:line="250" w:lineRule="auto"/>
        <w:ind w:left="202" w:right="173"/>
      </w:pPr>
      <w:r>
        <w:rPr>
          <w:rFonts w:ascii="Georgia" w:hAnsi="Georgia"/>
          <w:b w:val="0"/>
          <w:i w:val="0"/>
          <w:color w:val="22201D"/>
          <w:sz w:val="17"/>
        </w:rPr>
        <w:t>Gerald Park Former Health Inspection Division acting under routed amended-license review</w:t>
      </w:r>
    </w:p>
    <w:p>
      <w:pPr>
        <w:spacing w:after="60" w:line="266" w:lineRule="auto"/>
        <w:ind w:firstLine="331"/>
        <w:jc w:val="both"/>
      </w:pPr>
      <w:r>
        <w:rPr>
          <w:rFonts w:ascii="Georgia" w:hAnsi="Georgia"/>
          <w:b w:val="0"/>
          <w:i w:val="0"/>
          <w:color w:val="22201D"/>
          <w:sz w:val="20"/>
        </w:rPr>
        <w:t>The pen did not argue.</w:t>
      </w:r>
    </w:p>
    <w:p>
      <w:pPr>
        <w:spacing w:after="60" w:line="266" w:lineRule="auto"/>
        <w:ind w:firstLine="331"/>
        <w:jc w:val="both"/>
      </w:pPr>
      <w:r>
        <w:rPr>
          <w:rFonts w:ascii="Georgia" w:hAnsi="Georgia"/>
          <w:b w:val="0"/>
          <w:i w:val="0"/>
          <w:color w:val="22201D"/>
          <w:sz w:val="20"/>
        </w:rPr>
        <w:t>He appreciated that.</w:t>
      </w:r>
    </w:p>
    <w:p>
      <w:pPr>
        <w:spacing w:after="60" w:line="266" w:lineRule="auto"/>
        <w:ind w:firstLine="331"/>
        <w:jc w:val="both"/>
      </w:pPr>
      <w:r>
        <w:rPr>
          <w:rFonts w:ascii="Georgia" w:hAnsi="Georgia"/>
          <w:b w:val="0"/>
          <w:i w:val="0"/>
          <w:color w:val="22201D"/>
          <w:sz w:val="20"/>
        </w:rPr>
        <w:t>When he finished, the Hostess took the inspection form and read it.</w:t>
      </w:r>
    </w:p>
    <w:p>
      <w:pPr>
        <w:spacing w:after="60" w:line="266" w:lineRule="auto"/>
        <w:ind w:firstLine="331"/>
        <w:jc w:val="both"/>
      </w:pPr>
      <w:r>
        <w:rPr>
          <w:rFonts w:ascii="Georgia" w:hAnsi="Georgia"/>
          <w:b w:val="0"/>
          <w:i w:val="0"/>
          <w:color w:val="22201D"/>
          <w:sz w:val="20"/>
        </w:rPr>
        <w:t>Her face did not change.</w:t>
      </w:r>
    </w:p>
    <w:p>
      <w:pPr>
        <w:spacing w:after="60" w:line="266" w:lineRule="auto"/>
        <w:ind w:firstLine="331"/>
        <w:jc w:val="both"/>
      </w:pPr>
      <w:r>
        <w:rPr>
          <w:rFonts w:ascii="Georgia" w:hAnsi="Georgia"/>
          <w:b w:val="0"/>
          <w:i w:val="0"/>
          <w:color w:val="22201D"/>
          <w:sz w:val="20"/>
        </w:rPr>
        <w:t>"You did not fail us."</w:t>
      </w:r>
    </w:p>
    <w:p>
      <w:pPr>
        <w:spacing w:after="60" w:line="266" w:lineRule="auto"/>
        <w:ind w:firstLine="331"/>
        <w:jc w:val="both"/>
      </w:pPr>
      <w:r>
        <w:rPr>
          <w:rFonts w:ascii="Georgia" w:hAnsi="Georgia"/>
          <w:b w:val="0"/>
          <w:i w:val="0"/>
          <w:color w:val="22201D"/>
          <w:sz w:val="20"/>
        </w:rPr>
        <w:t>"You did not earn failure today."</w:t>
      </w:r>
    </w:p>
    <w:p>
      <w:pPr>
        <w:spacing w:after="60" w:line="266" w:lineRule="auto"/>
        <w:ind w:firstLine="331"/>
        <w:jc w:val="both"/>
      </w:pPr>
      <w:r>
        <w:rPr>
          <w:rFonts w:ascii="Georgia" w:hAnsi="Georgia"/>
          <w:b w:val="0"/>
          <w:i w:val="0"/>
          <w:color w:val="22201D"/>
          <w:sz w:val="20"/>
        </w:rPr>
        <w:t>"You did not pass us without conditions."</w:t>
      </w:r>
    </w:p>
    <w:p>
      <w:pPr>
        <w:spacing w:after="60" w:line="266" w:lineRule="auto"/>
        <w:ind w:firstLine="331"/>
        <w:jc w:val="both"/>
      </w:pPr>
      <w:r>
        <w:rPr>
          <w:rFonts w:ascii="Georgia" w:hAnsi="Georgia"/>
          <w:b w:val="0"/>
          <w:i w:val="0"/>
          <w:color w:val="22201D"/>
          <w:sz w:val="20"/>
        </w:rPr>
        <w:t>"You did not earn that either."</w:t>
      </w:r>
    </w:p>
    <w:p>
      <w:pPr>
        <w:spacing w:after="60" w:line="266" w:lineRule="auto"/>
        <w:ind w:firstLine="331"/>
        <w:jc w:val="both"/>
      </w:pPr>
      <w:r>
        <w:rPr>
          <w:rFonts w:ascii="Georgia" w:hAnsi="Georgia"/>
          <w:b w:val="0"/>
          <w:i w:val="0"/>
          <w:color w:val="22201D"/>
          <w:sz w:val="20"/>
        </w:rPr>
        <w:t>"You have written a category that did not exist."</w:t>
      </w:r>
    </w:p>
    <w:p>
      <w:pPr>
        <w:spacing w:after="60" w:line="266" w:lineRule="auto"/>
        <w:ind w:firstLine="331"/>
        <w:jc w:val="both"/>
      </w:pPr>
      <w:r>
        <w:rPr>
          <w:rFonts w:ascii="Georgia" w:hAnsi="Georgia"/>
          <w:b w:val="0"/>
          <w:i w:val="0"/>
          <w:color w:val="22201D"/>
          <w:sz w:val="20"/>
        </w:rPr>
        <w:t>"Many categories begin as someone refusing to lie."</w:t>
      </w:r>
    </w:p>
    <w:p>
      <w:pPr>
        <w:spacing w:after="60" w:line="266" w:lineRule="auto"/>
        <w:ind w:firstLine="331"/>
        <w:jc w:val="both"/>
      </w:pPr>
      <w:r>
        <w:rPr>
          <w:rFonts w:ascii="Georgia" w:hAnsi="Georgia"/>
          <w:b w:val="0"/>
          <w:i w:val="0"/>
          <w:color w:val="22201D"/>
          <w:sz w:val="20"/>
        </w:rPr>
        <w:t>The Hostess looked at him for a long moment.</w:t>
      </w:r>
    </w:p>
    <w:p>
      <w:pPr>
        <w:spacing w:after="60" w:line="266" w:lineRule="auto"/>
        <w:ind w:firstLine="331"/>
        <w:jc w:val="both"/>
      </w:pPr>
      <w:r>
        <w:rPr>
          <w:rFonts w:ascii="Georgia" w:hAnsi="Georgia"/>
          <w:b w:val="0"/>
          <w:i w:val="0"/>
          <w:color w:val="22201D"/>
          <w:sz w:val="20"/>
        </w:rPr>
        <w:t>"Would you like soup?"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is safe."</w:t>
      </w:r>
    </w:p>
    <w:p>
      <w:pPr>
        <w:spacing w:after="60" w:line="266" w:lineRule="auto"/>
        <w:ind w:firstLine="331"/>
        <w:jc w:val="both"/>
      </w:pPr>
      <w:r>
        <w:rPr>
          <w:rFonts w:ascii="Georgia" w:hAnsi="Georgia"/>
          <w:b w:val="0"/>
          <w:i w:val="0"/>
          <w:color w:val="22201D"/>
          <w:sz w:val="20"/>
        </w:rPr>
        <w:t>"That is not why."</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Gerald looked through the small round window in the swinging door. In the dining room, Flocc sat at a table with a menu in front of him. He had the expression of a person who had learned something important and was now attempting to decide whether learning it made him look good. This was, Gerald felt, one of the more common human food hazards.</w:t>
      </w:r>
    </w:p>
    <w:p>
      <w:pPr>
        <w:spacing w:after="60" w:line="266" w:lineRule="auto"/>
        <w:ind w:firstLine="331"/>
        <w:jc w:val="both"/>
      </w:pPr>
      <w:r>
        <w:rPr>
          <w:rFonts w:ascii="Georgia" w:hAnsi="Georgia"/>
          <w:b w:val="0"/>
          <w:i w:val="0"/>
          <w:color w:val="22201D"/>
          <w:sz w:val="20"/>
        </w:rPr>
        <w:t>"I am not the customer today," Gerald said.</w:t>
      </w:r>
    </w:p>
    <w:p>
      <w:pPr>
        <w:spacing w:after="60" w:line="266" w:lineRule="auto"/>
        <w:ind w:firstLine="331"/>
        <w:jc w:val="both"/>
      </w:pPr>
      <w:r>
        <w:rPr>
          <w:rFonts w:ascii="Georgia" w:hAnsi="Georgia"/>
          <w:b w:val="0"/>
          <w:i w:val="0"/>
          <w:color w:val="22201D"/>
          <w:sz w:val="20"/>
        </w:rPr>
        <w:t>The Hostess followed his gaze.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turned a page.</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Gerald saw the page only as a pale rectangle.</w:t>
      </w:r>
    </w:p>
    <w:p>
      <w:pPr>
        <w:spacing w:after="60" w:line="266" w:lineRule="auto"/>
        <w:ind w:firstLine="331"/>
        <w:jc w:val="both"/>
      </w:pPr>
      <w:r>
        <w:rPr>
          <w:rFonts w:ascii="Georgia" w:hAnsi="Georgia"/>
          <w:b w:val="0"/>
          <w:i w:val="0"/>
          <w:color w:val="22201D"/>
          <w:sz w:val="20"/>
        </w:rPr>
        <w:t>Flocc leaned closer.</w:t>
      </w:r>
    </w:p>
    <w:p>
      <w:pPr>
        <w:spacing w:after="60" w:line="266" w:lineRule="auto"/>
        <w:ind w:firstLine="331"/>
        <w:jc w:val="both"/>
      </w:pPr>
      <w:r>
        <w:rPr>
          <w:rFonts w:ascii="Georgia" w:hAnsi="Georgia"/>
          <w:b w:val="0"/>
          <w:i w:val="0"/>
          <w:color w:val="22201D"/>
          <w:sz w:val="20"/>
        </w:rPr>
        <w:t>Then, for once, leaned back.</w:t>
      </w:r>
    </w:p>
    <w:p>
      <w:pPr>
        <w:spacing w:after="60" w:line="266" w:lineRule="auto"/>
        <w:ind w:firstLine="331"/>
        <w:jc w:val="both"/>
      </w:pPr>
      <w:r>
        <w:rPr>
          <w:rFonts w:ascii="Georgia" w:hAnsi="Georgia"/>
          <w:b w:val="0"/>
          <w:i w:val="0"/>
          <w:color w:val="22201D"/>
          <w:sz w:val="20"/>
        </w:rPr>
        <w:t>"He sees it?" Gerald asked.</w:t>
      </w:r>
    </w:p>
    <w:p>
      <w:pPr>
        <w:spacing w:after="60" w:line="266" w:lineRule="auto"/>
        <w:ind w:firstLine="331"/>
        <w:jc w:val="both"/>
      </w:pPr>
      <w:r>
        <w:rPr>
          <w:rFonts w:ascii="Georgia" w:hAnsi="Georgia"/>
          <w:b w:val="0"/>
          <w:i w:val="0"/>
          <w:color w:val="22201D"/>
          <w:sz w:val="20"/>
        </w:rPr>
        <w:t>"He notices that it is not for him."</w:t>
      </w:r>
    </w:p>
    <w:p>
      <w:pPr>
        <w:spacing w:after="60" w:line="266" w:lineRule="auto"/>
        <w:ind w:firstLine="331"/>
        <w:jc w:val="both"/>
      </w:pPr>
      <w:r>
        <w:rPr>
          <w:rFonts w:ascii="Georgia" w:hAnsi="Georgia"/>
          <w:b w:val="0"/>
          <w:i w:val="0"/>
          <w:color w:val="22201D"/>
          <w:sz w:val="20"/>
        </w:rPr>
        <w:t>"Is that good?"</w:t>
      </w:r>
    </w:p>
    <w:p>
      <w:pPr>
        <w:spacing w:after="60" w:line="266" w:lineRule="auto"/>
        <w:ind w:firstLine="331"/>
        <w:jc w:val="both"/>
      </w:pPr>
      <w:r>
        <w:rPr>
          <w:rFonts w:ascii="Georgia" w:hAnsi="Georgia"/>
          <w:b w:val="0"/>
          <w:i w:val="0"/>
          <w:color w:val="22201D"/>
          <w:sz w:val="20"/>
        </w:rPr>
        <w:t>"It is a beginning."</w:t>
      </w:r>
    </w:p>
    <w:p>
      <w:pPr>
        <w:spacing w:after="60" w:line="266" w:lineRule="auto"/>
        <w:ind w:firstLine="331"/>
        <w:jc w:val="both"/>
      </w:pPr>
      <w:r>
        <w:rPr>
          <w:rFonts w:ascii="Georgia" w:hAnsi="Georgia"/>
          <w:b w:val="0"/>
          <w:i w:val="0"/>
          <w:color w:val="22201D"/>
          <w:sz w:val="20"/>
        </w:rPr>
        <w:t>Gerald capped his pen.</w:t>
      </w:r>
    </w:p>
    <w:p>
      <w:pPr>
        <w:spacing w:after="60" w:line="266" w:lineRule="auto"/>
        <w:ind w:firstLine="331"/>
        <w:jc w:val="both"/>
      </w:pPr>
      <w:r>
        <w:rPr>
          <w:rFonts w:ascii="Georgia" w:hAnsi="Georgia"/>
          <w:b w:val="0"/>
          <w:i w:val="0"/>
          <w:color w:val="22201D"/>
          <w:sz w:val="20"/>
        </w:rPr>
        <w:t>"Beginnings require controls."</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"Does the new page affect the kitchen?"</w:t>
      </w:r>
    </w:p>
    <w:p>
      <w:pPr>
        <w:spacing w:after="60" w:line="266" w:lineRule="auto"/>
        <w:ind w:firstLine="331"/>
        <w:jc w:val="both"/>
      </w:pPr>
      <w:r>
        <w:rPr>
          <w:rFonts w:ascii="Georgia" w:hAnsi="Georgia"/>
          <w:b w:val="0"/>
          <w:i w:val="0"/>
          <w:color w:val="22201D"/>
          <w:sz w:val="20"/>
        </w:rPr>
        <w:t>"Everything on the menu affects the kitchen."</w:t>
      </w:r>
    </w:p>
    <w:p>
      <w:pPr>
        <w:spacing w:after="60" w:line="266" w:lineRule="auto"/>
        <w:ind w:firstLine="331"/>
        <w:jc w:val="both"/>
      </w:pPr>
      <w:r>
        <w:rPr>
          <w:rFonts w:ascii="Georgia" w:hAnsi="Georgia"/>
          <w:b w:val="0"/>
          <w:i w:val="0"/>
          <w:color w:val="22201D"/>
          <w:sz w:val="20"/>
        </w:rPr>
        <w:t>"Then schedule the follow-up before serving from it."</w:t>
      </w:r>
    </w:p>
    <w:p>
      <w:pPr>
        <w:spacing w:after="60" w:line="266" w:lineRule="auto"/>
        <w:ind w:firstLine="331"/>
        <w:jc w:val="both"/>
      </w:pPr>
      <w:r>
        <w:rPr>
          <w:rFonts w:ascii="Georgia" w:hAnsi="Georgia"/>
          <w:b w:val="0"/>
          <w:i w:val="0"/>
          <w:color w:val="22201D"/>
          <w:sz w:val="20"/>
        </w:rPr>
        <w:t>"Already scheduled."</w:t>
      </w:r>
    </w:p>
    <w:p>
      <w:pPr>
        <w:spacing w:after="60" w:line="266" w:lineRule="auto"/>
        <w:ind w:firstLine="331"/>
        <w:jc w:val="both"/>
      </w:pPr>
      <w:r>
        <w:rPr>
          <w:rFonts w:ascii="Georgia" w:hAnsi="Georgia"/>
          <w:b w:val="0"/>
          <w:i w:val="0"/>
          <w:color w:val="22201D"/>
          <w:sz w:val="20"/>
        </w:rPr>
        <w:t>The reservation book on the front counter opened by itself.</w:t>
      </w:r>
    </w:p>
    <w:p>
      <w:pPr>
        <w:spacing w:after="60" w:line="266" w:lineRule="auto"/>
        <w:ind w:firstLine="331"/>
        <w:jc w:val="both"/>
      </w:pPr>
      <w:r>
        <w:rPr>
          <w:rFonts w:ascii="Georgia" w:hAnsi="Georgia"/>
          <w:b w:val="0"/>
          <w:i w:val="0"/>
          <w:color w:val="22201D"/>
          <w:sz w:val="20"/>
        </w:rPr>
        <w:t>Gerald pointed at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book closed halfway.</w:t>
      </w:r>
    </w:p>
    <w:p>
      <w:pPr>
        <w:spacing w:after="60" w:line="266" w:lineRule="auto"/>
        <w:ind w:firstLine="331"/>
        <w:jc w:val="both"/>
      </w:pPr>
      <w:r>
        <w:rPr>
          <w:rFonts w:ascii="Georgia" w:hAnsi="Georgia"/>
          <w:b w:val="0"/>
          <w:i w:val="0"/>
          <w:color w:val="22201D"/>
          <w:sz w:val="20"/>
        </w:rPr>
        <w:t>"Appointments require consent."</w:t>
      </w:r>
    </w:p>
    <w:p>
      <w:pPr>
        <w:spacing w:after="60" w:line="266" w:lineRule="auto"/>
        <w:ind w:firstLine="331"/>
        <w:jc w:val="both"/>
      </w:pPr>
      <w:r>
        <w:rPr>
          <w:rFonts w:ascii="Georgia" w:hAnsi="Georgia"/>
          <w:b w:val="0"/>
          <w:i w:val="0"/>
          <w:color w:val="22201D"/>
          <w:sz w:val="20"/>
        </w:rPr>
        <w:t>The book opened again, more slowly, and revealed a blank line.</w:t>
      </w:r>
    </w:p>
    <w:p>
      <w:pPr>
        <w:spacing w:after="60" w:line="266" w:lineRule="auto"/>
        <w:ind w:firstLine="331"/>
        <w:jc w:val="both"/>
      </w:pPr>
      <w:r>
        <w:rPr>
          <w:rFonts w:ascii="Georgia" w:hAnsi="Georgia"/>
          <w:b w:val="0"/>
          <w:i w:val="0"/>
          <w:color w:val="22201D"/>
          <w:sz w:val="20"/>
        </w:rPr>
        <w:t>Gerald walked to it.</w:t>
      </w:r>
    </w:p>
    <w:p>
      <w:pPr>
        <w:spacing w:after="60" w:line="266" w:lineRule="auto"/>
        <w:ind w:firstLine="331"/>
        <w:jc w:val="both"/>
      </w:pPr>
      <w:r>
        <w:rPr>
          <w:rFonts w:ascii="Georgia" w:hAnsi="Georgia"/>
          <w:b w:val="0"/>
          <w:i w:val="0"/>
          <w:color w:val="22201D"/>
          <w:sz w:val="20"/>
        </w:rPr>
        <w:t>Under Follow-up, he wrote:</w:t>
      </w:r>
    </w:p>
    <w:p>
      <w:pPr>
        <w:spacing w:after="60" w:line="250" w:lineRule="auto"/>
        <w:ind w:left="202" w:right="173"/>
      </w:pPr>
      <w:r>
        <w:rPr>
          <w:rFonts w:ascii="Georgia" w:hAnsi="Georgia"/>
          <w:b w:val="0"/>
          <w:i w:val="0"/>
          <w:color w:val="22201D"/>
          <w:sz w:val="17"/>
        </w:rPr>
        <w:t>Before Chapter Ten service. Inspector: TBD. Condition: customer must read outward without using attention as decoration.</w:t>
      </w:r>
    </w:p>
    <w:p>
      <w:pPr>
        <w:spacing w:after="60" w:line="266" w:lineRule="auto"/>
        <w:ind w:firstLine="331"/>
        <w:jc w:val="both"/>
      </w:pPr>
      <w:r>
        <w:rPr>
          <w:rFonts w:ascii="Georgia" w:hAnsi="Georgia"/>
          <w:b w:val="0"/>
          <w:i w:val="0"/>
          <w:color w:val="22201D"/>
          <w:sz w:val="20"/>
        </w:rPr>
        <w:t>He did not know why he wrote Chapter Ten.</w:t>
      </w:r>
    </w:p>
    <w:p>
      <w:pPr>
        <w:spacing w:after="60" w:line="266" w:lineRule="auto"/>
        <w:ind w:firstLine="331"/>
        <w:jc w:val="both"/>
      </w:pPr>
      <w:r>
        <w:rPr>
          <w:rFonts w:ascii="Georgia" w:hAnsi="Georgia"/>
          <w:b w:val="0"/>
          <w:i w:val="0"/>
          <w:color w:val="22201D"/>
          <w:sz w:val="20"/>
        </w:rPr>
        <w:t>He considered crossing it out.</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The book did not hum.</w:t>
      </w:r>
    </w:p>
    <w:p>
      <w:pPr>
        <w:spacing w:after="60" w:line="266" w:lineRule="auto"/>
        <w:ind w:firstLine="331"/>
        <w:jc w:val="both"/>
      </w:pPr>
      <w:r>
        <w:rPr>
          <w:rFonts w:ascii="Georgia" w:hAnsi="Georgia"/>
          <w:b w:val="0"/>
          <w:i w:val="0"/>
          <w:color w:val="22201D"/>
          <w:sz w:val="20"/>
        </w:rPr>
        <w:t>Gerald left it.</w:t>
      </w:r>
    </w:p>
    <w:p>
      <w:pPr>
        <w:spacing w:after="60" w:line="266" w:lineRule="auto"/>
        <w:ind w:firstLine="331"/>
        <w:jc w:val="both"/>
      </w:pPr>
      <w:r>
        <w:rPr>
          <w:rFonts w:ascii="Georgia" w:hAnsi="Georgia"/>
          <w:b w:val="0"/>
          <w:i w:val="0"/>
          <w:color w:val="22201D"/>
          <w:sz w:val="20"/>
        </w:rPr>
        <w:t>At the red door, the dishwasher called after him.</w:t>
      </w:r>
    </w:p>
    <w:p>
      <w:pPr>
        <w:spacing w:after="60" w:line="266" w:lineRule="auto"/>
        <w:ind w:firstLine="331"/>
        <w:jc w:val="both"/>
      </w:pPr>
      <w:r>
        <w:rPr>
          <w:rFonts w:ascii="Georgia" w:hAnsi="Georgia"/>
          <w:b w:val="0"/>
          <w:i w:val="0"/>
          <w:color w:val="22201D"/>
          <w:sz w:val="20"/>
        </w:rPr>
        <w:t>"Hey, former inspector."</w:t>
      </w:r>
    </w:p>
    <w:p>
      <w:pPr>
        <w:spacing w:after="60" w:line="266" w:lineRule="auto"/>
        <w:ind w:firstLine="331"/>
        <w:jc w:val="both"/>
      </w:pPr>
      <w:r>
        <w:rPr>
          <w:rFonts w:ascii="Georgia" w:hAnsi="Georgia"/>
          <w:b w:val="0"/>
          <w:i w:val="0"/>
          <w:color w:val="22201D"/>
          <w:sz w:val="20"/>
        </w:rPr>
        <w:t>Gerald turned.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"If the miracle stops paying attention to the dishes, you coming back?"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dishwasher disappeared into steam.</w:t>
      </w:r>
    </w:p>
    <w:p>
      <w:pPr>
        <w:spacing w:after="60" w:line="266" w:lineRule="auto"/>
        <w:ind w:firstLine="331"/>
        <w:jc w:val="both"/>
      </w:pPr>
      <w:r>
        <w:rPr>
          <w:rFonts w:ascii="Georgia" w:hAnsi="Georgia"/>
          <w:b w:val="0"/>
          <w:i w:val="0"/>
          <w:color w:val="22201D"/>
          <w:sz w:val="20"/>
        </w:rPr>
        <w:t>Gerald stepped outside.</w:t>
      </w:r>
    </w:p>
    <w:p>
      <w:pPr>
        <w:spacing w:after="60" w:line="266" w:lineRule="auto"/>
        <w:ind w:firstLine="331"/>
        <w:jc w:val="both"/>
      </w:pPr>
      <w:r>
        <w:rPr>
          <w:rFonts w:ascii="Georgia" w:hAnsi="Georgia"/>
          <w:b w:val="0"/>
          <w:i w:val="0"/>
          <w:color w:val="22201D"/>
          <w:sz w:val="20"/>
        </w:rPr>
        <w:t>The red door closed behind him with a normal click.</w:t>
      </w:r>
    </w:p>
    <w:p>
      <w:pPr>
        <w:spacing w:after="60" w:line="266" w:lineRule="auto"/>
        <w:ind w:firstLine="331"/>
        <w:jc w:val="both"/>
      </w:pPr>
      <w:r>
        <w:rPr>
          <w:rFonts w:ascii="Georgia" w:hAnsi="Georgia"/>
          <w:b w:val="0"/>
          <w:i w:val="0"/>
          <w:color w:val="22201D"/>
          <w:sz w:val="20"/>
        </w:rPr>
        <w:t>He stood on the sidewalk for a moment, breathing ordinary air. A bus went by. A cyclist ignored a stop sign with athletic conviction. A couple argued gently about where to eat. Rain began in the indecisive way rain has when it wants credit for atmosphere without committing to weather.</w:t>
      </w:r>
    </w:p>
    <w:p>
      <w:pPr>
        <w:spacing w:after="60" w:line="266" w:lineRule="auto"/>
        <w:ind w:firstLine="331"/>
        <w:jc w:val="both"/>
      </w:pPr>
      <w:r>
        <w:rPr>
          <w:rFonts w:ascii="Georgia" w:hAnsi="Georgia"/>
          <w:b w:val="0"/>
          <w:i w:val="0"/>
          <w:color w:val="22201D"/>
          <w:sz w:val="20"/>
        </w:rPr>
        <w:t>Gerald looked at his clipboard.</w:t>
      </w:r>
    </w:p>
    <w:p>
      <w:pPr>
        <w:spacing w:after="60" w:line="266" w:lineRule="auto"/>
        <w:ind w:firstLine="331"/>
        <w:jc w:val="both"/>
      </w:pPr>
      <w:r>
        <w:rPr>
          <w:rFonts w:ascii="Georgia" w:hAnsi="Georgia"/>
          <w:b w:val="0"/>
          <w:i w:val="0"/>
          <w:color w:val="22201D"/>
          <w:sz w:val="20"/>
        </w:rPr>
        <w:t>The inspection form was still there.</w:t>
      </w:r>
    </w:p>
    <w:p>
      <w:pPr>
        <w:spacing w:after="60" w:line="266" w:lineRule="auto"/>
        <w:ind w:firstLine="331"/>
        <w:jc w:val="both"/>
      </w:pPr>
      <w:r>
        <w:rPr>
          <w:rFonts w:ascii="Georgia" w:hAnsi="Georgia"/>
          <w:b w:val="0"/>
          <w:i w:val="0"/>
          <w:color w:val="22201D"/>
          <w:sz w:val="20"/>
        </w:rPr>
        <w:t>Attached beneath it was a new page he had not written.</w:t>
      </w:r>
    </w:p>
    <w:p>
      <w:pPr>
        <w:spacing w:after="60" w:line="250" w:lineRule="auto"/>
        <w:ind w:left="202" w:right="173"/>
      </w:pPr>
      <w:r>
        <w:rPr>
          <w:rFonts w:ascii="Georgia" w:hAnsi="Georgia"/>
          <w:b w:val="0"/>
          <w:i w:val="0"/>
          <w:color w:val="22201D"/>
          <w:sz w:val="17"/>
        </w:rPr>
        <w:t>FLOORPLAN CORRECTION  Observed kitchen size: larger when entered honestly  Posted square footage: valid from dining room threshold only  Fixed controls: hand sink, dish path, exits, hot/cold holding, staff accountability  Violation: none, provided all exits remain merciful  Condition: mystery must not conceal grime  Follow-up trigger: new menu page</w:t>
      </w:r>
    </w:p>
    <w:p>
      <w:pPr>
        <w:spacing w:after="60" w:line="266" w:lineRule="auto"/>
        <w:ind w:firstLine="331"/>
        <w:jc w:val="both"/>
      </w:pPr>
      <w:r>
        <w:rPr>
          <w:rFonts w:ascii="Georgia" w:hAnsi="Georgia"/>
          <w:b w:val="0"/>
          <w:i w:val="0"/>
          <w:color w:val="22201D"/>
          <w:sz w:val="20"/>
        </w:rPr>
        <w:t>Gerald read it twice.</w:t>
      </w:r>
    </w:p>
    <w:p>
      <w:pPr>
        <w:spacing w:after="60" w:line="266" w:lineRule="auto"/>
        <w:ind w:firstLine="331"/>
        <w:jc w:val="both"/>
      </w:pPr>
      <w:r>
        <w:rPr>
          <w:rFonts w:ascii="Georgia" w:hAnsi="Georgia"/>
          <w:b w:val="0"/>
          <w:i w:val="0"/>
          <w:color w:val="22201D"/>
          <w:sz w:val="20"/>
        </w:rPr>
        <w:t>He considered removing the page.</w:t>
      </w:r>
    </w:p>
    <w:p>
      <w:pPr>
        <w:spacing w:after="60" w:line="266" w:lineRule="auto"/>
        <w:ind w:firstLine="331"/>
        <w:jc w:val="both"/>
      </w:pPr>
      <w:r>
        <w:rPr>
          <w:rFonts w:ascii="Georgia" w:hAnsi="Georgia"/>
          <w:b w:val="0"/>
          <w:i w:val="0"/>
          <w:color w:val="22201D"/>
          <w:sz w:val="20"/>
        </w:rPr>
        <w:t>Instead, he initialed it.</w:t>
      </w:r>
    </w:p>
    <w:p>
      <w:pPr>
        <w:spacing w:after="60" w:line="266" w:lineRule="auto"/>
        <w:ind w:firstLine="331"/>
        <w:jc w:val="both"/>
      </w:pPr>
      <w:r>
        <w:rPr>
          <w:rFonts w:ascii="Georgia" w:hAnsi="Georgia"/>
          <w:b w:val="0"/>
          <w:i w:val="0"/>
          <w:color w:val="22201D"/>
          <w:sz w:val="20"/>
        </w:rPr>
        <w:t>Not because he approved of self-generating paperwork.</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But because it was accurate.</w:t>
      </w:r>
    </w:p>
    <w:p>
      <w:pPr>
        <w:spacing w:after="60" w:line="266" w:lineRule="auto"/>
        <w:ind w:firstLine="331"/>
        <w:jc w:val="both"/>
      </w:pPr>
      <w:r>
        <w:rPr>
          <w:rFonts w:ascii="Georgia" w:hAnsi="Georgia"/>
          <w:b w:val="0"/>
          <w:i w:val="0"/>
          <w:color w:val="22201D"/>
          <w:sz w:val="20"/>
        </w:rPr>
        <w:t>Accuracy was not a mood.</w:t>
      </w:r>
    </w:p>
    <w:p>
      <w:pPr>
        <w:spacing w:after="60" w:line="266" w:lineRule="auto"/>
        <w:ind w:firstLine="331"/>
        <w:jc w:val="both"/>
      </w:pPr>
      <w:r>
        <w:rPr>
          <w:rFonts w:ascii="Georgia" w:hAnsi="Georgia"/>
          <w:b w:val="0"/>
          <w:i w:val="0"/>
          <w:color w:val="22201D"/>
          <w:sz w:val="20"/>
        </w:rPr>
        <w:t>It was a responsibility.</w:t>
      </w:r>
    </w:p>
    <w:p>
      <w:pPr>
        <w:spacing w:after="60" w:line="266" w:lineRule="auto"/>
        <w:ind w:firstLine="331"/>
        <w:jc w:val="both"/>
      </w:pPr>
      <w:r>
        <w:rPr>
          <w:rFonts w:ascii="Georgia" w:hAnsi="Georgia"/>
          <w:b w:val="0"/>
          <w:i w:val="0"/>
          <w:color w:val="22201D"/>
          <w:sz w:val="20"/>
        </w:rPr>
        <w:t>He put the clipboard in his inspection bag and walked to his car.</w:t>
      </w:r>
    </w:p>
    <w:p>
      <w:pPr>
        <w:spacing w:after="60" w:line="266" w:lineRule="auto"/>
        <w:ind w:firstLine="331"/>
        <w:jc w:val="both"/>
      </w:pPr>
      <w:r>
        <w:rPr>
          <w:rFonts w:ascii="Georgia" w:hAnsi="Georgia"/>
          <w:b w:val="0"/>
          <w:i w:val="0"/>
          <w:color w:val="22201D"/>
          <w:sz w:val="20"/>
        </w:rPr>
        <w:t>The building remained behind him.</w:t>
      </w:r>
    </w:p>
    <w:p>
      <w:pPr>
        <w:spacing w:after="60" w:line="266" w:lineRule="auto"/>
        <w:ind w:firstLine="331"/>
        <w:jc w:val="both"/>
      </w:pPr>
      <w:r>
        <w:rPr>
          <w:rFonts w:ascii="Georgia" w:hAnsi="Georgia"/>
          <w:b w:val="0"/>
          <w:i w:val="0"/>
          <w:color w:val="22201D"/>
          <w:sz w:val="20"/>
        </w:rPr>
        <w:t>He did not look back.</w:t>
      </w:r>
    </w:p>
    <w:p>
      <w:pPr>
        <w:spacing w:after="60" w:line="266" w:lineRule="auto"/>
        <w:ind w:firstLine="331"/>
        <w:jc w:val="both"/>
      </w:pPr>
      <w:r>
        <w:rPr>
          <w:rFonts w:ascii="Georgia" w:hAnsi="Georgia"/>
          <w:b w:val="0"/>
          <w:i w:val="0"/>
          <w:color w:val="22201D"/>
          <w:sz w:val="20"/>
        </w:rPr>
        <w:t>Buildings liked that too much.</w:t>
      </w:r>
    </w:p>
    <w:p>
      <w:pPr>
        <w:spacing w:after="60" w:line="266" w:lineRule="auto"/>
        <w:ind w:firstLine="331"/>
        <w:jc w:val="both"/>
      </w:pPr>
      <w:r>
        <w:rPr>
          <w:rFonts w:ascii="Georgia" w:hAnsi="Georgia"/>
          <w:b w:val="0"/>
          <w:i w:val="0"/>
          <w:color w:val="22201D"/>
          <w:sz w:val="20"/>
        </w:rPr>
        <w:t>At the curb, he found a small rectangle of paper under his windshield wiper.</w:t>
      </w:r>
    </w:p>
    <w:p>
      <w:pPr>
        <w:spacing w:after="60" w:line="266" w:lineRule="auto"/>
        <w:ind w:firstLine="331"/>
        <w:jc w:val="both"/>
      </w:pPr>
      <w:r>
        <w:rPr>
          <w:rFonts w:ascii="Georgia" w:hAnsi="Georgia"/>
          <w:b w:val="0"/>
          <w:i w:val="0"/>
          <w:color w:val="22201D"/>
          <w:sz w:val="20"/>
        </w:rPr>
        <w:t>For one terrible second, Gerald thought it was a parking ticket.</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It was a menu page.</w:t>
      </w:r>
    </w:p>
    <w:p>
      <w:pPr>
        <w:spacing w:after="60" w:line="266" w:lineRule="auto"/>
        <w:ind w:firstLine="331"/>
        <w:jc w:val="both"/>
      </w:pPr>
      <w:r>
        <w:rPr>
          <w:rFonts w:ascii="Georgia" w:hAnsi="Georgia"/>
          <w:b w:val="0"/>
          <w:i w:val="0"/>
          <w:color w:val="22201D"/>
          <w:sz w:val="20"/>
        </w:rPr>
        <w:t>At the top it said:</w:t>
      </w:r>
    </w:p>
    <w:p>
      <w:pPr>
        <w:spacing w:after="60" w:line="250" w:lineRule="auto"/>
        <w:ind w:left="202" w:right="173"/>
      </w:pPr>
      <w:r>
        <w:rPr>
          <w:rFonts w:ascii="Georgia" w:hAnsi="Georgia"/>
          <w:b w:val="0"/>
          <w:i w:val="0"/>
          <w:color w:val="22201D"/>
          <w:sz w:val="17"/>
        </w:rPr>
        <w:t>THIS PAGE IS NOT FOR YOU</w:t>
      </w:r>
    </w:p>
    <w:p>
      <w:pPr>
        <w:spacing w:after="60" w:line="266" w:lineRule="auto"/>
        <w:ind w:firstLine="331"/>
        <w:jc w:val="both"/>
      </w:pPr>
      <w:r>
        <w:rPr>
          <w:rFonts w:ascii="Georgia" w:hAnsi="Georgia"/>
          <w:b w:val="0"/>
          <w:i w:val="0"/>
          <w:color w:val="22201D"/>
          <w:sz w:val="20"/>
        </w:rPr>
        <w:t>Gerald relaxed.</w:t>
      </w:r>
    </w:p>
    <w:p>
      <w:pPr>
        <w:spacing w:after="60" w:line="266" w:lineRule="auto"/>
        <w:ind w:firstLine="331"/>
        <w:jc w:val="both"/>
      </w:pPr>
      <w:r>
        <w:rPr>
          <w:rFonts w:ascii="Georgia" w:hAnsi="Georgia"/>
          <w:b w:val="0"/>
          <w:i w:val="0"/>
          <w:color w:val="22201D"/>
          <w:sz w:val="20"/>
        </w:rPr>
        <w:t>"Good," he said.</w:t>
      </w:r>
    </w:p>
    <w:p>
      <w:pPr>
        <w:spacing w:after="60" w:line="266" w:lineRule="auto"/>
        <w:ind w:firstLine="331"/>
        <w:jc w:val="both"/>
      </w:pPr>
      <w:r>
        <w:rPr>
          <w:rFonts w:ascii="Georgia" w:hAnsi="Georgia"/>
          <w:b w:val="0"/>
          <w:i w:val="0"/>
          <w:color w:val="22201D"/>
          <w:sz w:val="20"/>
        </w:rPr>
        <w:t>He placed it in an evidence sleeve from his bag.</w:t>
      </w:r>
    </w:p>
    <w:p>
      <w:pPr>
        <w:spacing w:after="60" w:line="266" w:lineRule="auto"/>
        <w:ind w:firstLine="331"/>
        <w:jc w:val="both"/>
      </w:pPr>
      <w:r>
        <w:rPr>
          <w:rFonts w:ascii="Georgia" w:hAnsi="Georgia"/>
          <w:b w:val="0"/>
          <w:i w:val="0"/>
          <w:color w:val="22201D"/>
          <w:sz w:val="20"/>
        </w:rPr>
        <w:t>Then he wrote on the sleeve:</w:t>
      </w:r>
    </w:p>
    <w:p>
      <w:pPr>
        <w:spacing w:after="60" w:line="250" w:lineRule="auto"/>
        <w:ind w:left="202" w:right="173"/>
      </w:pPr>
      <w:r>
        <w:rPr>
          <w:rFonts w:ascii="Georgia" w:hAnsi="Georgia"/>
          <w:b w:val="0"/>
          <w:i w:val="0"/>
          <w:color w:val="22201D"/>
          <w:sz w:val="17"/>
        </w:rPr>
        <w:t>ROUTE TO CUSTOMER DO NOT INSPECT BEFORE NOTICE</w:t>
      </w:r>
    </w:p>
    <w:p>
      <w:pPr>
        <w:spacing w:after="60" w:line="266" w:lineRule="auto"/>
        <w:ind w:firstLine="331"/>
        <w:jc w:val="both"/>
      </w:pPr>
      <w:r>
        <w:rPr>
          <w:rFonts w:ascii="Georgia" w:hAnsi="Georgia"/>
          <w:b w:val="0"/>
          <w:i w:val="0"/>
          <w:color w:val="22201D"/>
          <w:sz w:val="20"/>
        </w:rPr>
        <w:t>He started the car.</w:t>
      </w:r>
    </w:p>
    <w:p>
      <w:pPr>
        <w:spacing w:after="60" w:line="266" w:lineRule="auto"/>
        <w:ind w:firstLine="331"/>
        <w:jc w:val="both"/>
      </w:pPr>
      <w:r>
        <w:rPr>
          <w:rFonts w:ascii="Georgia" w:hAnsi="Georgia"/>
          <w:b w:val="0"/>
          <w:i w:val="0"/>
          <w:color w:val="22201D"/>
          <w:sz w:val="20"/>
        </w:rPr>
        <w:t>The radio turned on by itself.</w:t>
      </w:r>
    </w:p>
    <w:p>
      <w:pPr>
        <w:spacing w:after="60" w:line="266" w:lineRule="auto"/>
        <w:ind w:firstLine="331"/>
        <w:jc w:val="both"/>
      </w:pPr>
      <w:r>
        <w:rPr>
          <w:rFonts w:ascii="Georgia" w:hAnsi="Georgia"/>
          <w:b w:val="0"/>
          <w:i w:val="0"/>
          <w:color w:val="22201D"/>
          <w:sz w:val="20"/>
        </w:rPr>
        <w:t>Gerald turned it off.</w:t>
      </w:r>
    </w:p>
    <w:p>
      <w:pPr>
        <w:spacing w:after="60" w:line="266" w:lineRule="auto"/>
        <w:ind w:firstLine="331"/>
        <w:jc w:val="both"/>
      </w:pPr>
      <w:r>
        <w:rPr>
          <w:rFonts w:ascii="Georgia" w:hAnsi="Georgia"/>
          <w:b w:val="0"/>
          <w:i w:val="0"/>
          <w:color w:val="22201D"/>
          <w:sz w:val="20"/>
        </w:rPr>
        <w:t>It stayed off.</w:t>
      </w:r>
    </w:p>
    <w:p>
      <w:pPr>
        <w:spacing w:after="60" w:line="266" w:lineRule="auto"/>
        <w:ind w:firstLine="331"/>
        <w:jc w:val="both"/>
      </w:pPr>
      <w:r>
        <w:rPr>
          <w:rFonts w:ascii="Georgia" w:hAnsi="Georgia"/>
          <w:b w:val="0"/>
          <w:i w:val="0"/>
          <w:color w:val="22201D"/>
          <w:sz w:val="20"/>
        </w:rPr>
        <w:t>This, more than anything else that day, gave him hope.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Menu Adds a Page</w:t>
      </w:r>
    </w:p>
    <w:p>
      <w:pPr>
        <w:spacing w:after="60" w:line="266" w:lineRule="auto"/>
        <w:ind w:firstLine="0"/>
        <w:jc w:val="both"/>
      </w:pPr>
      <w:r>
        <w:rPr>
          <w:rFonts w:ascii="Georgia" w:hAnsi="Georgia"/>
          <w:b w:val="0"/>
          <w:i w:val="0"/>
          <w:color w:val="22201D"/>
          <w:sz w:val="20"/>
        </w:rPr>
        <w:t>In which Flocc discovers that noticing someone else is not the same as becoming impressive for noticing them, the menu refuses to be used as a mirror, and a footnote begins to display signs of labor unrest.</w:t>
      </w:r>
    </w:p>
    <w:p>
      <w:pPr>
        <w:spacing w:after="60" w:line="266" w:lineRule="auto"/>
        <w:ind w:firstLine="331"/>
        <w:jc w:val="both"/>
      </w:pPr>
      <w:r>
        <w:rPr>
          <w:rFonts w:ascii="Georgia" w:hAnsi="Georgia"/>
          <w:b w:val="0"/>
          <w:i w:val="0"/>
          <w:color w:val="22201D"/>
          <w:sz w:val="20"/>
        </w:rPr>
        <w:t>Flocc had begun to suspect that the restaurant was not finished with him.</w:t>
      </w:r>
    </w:p>
    <w:p>
      <w:pPr>
        <w:spacing w:after="60" w:line="266" w:lineRule="auto"/>
        <w:ind w:firstLine="331"/>
        <w:jc w:val="both"/>
      </w:pPr>
      <w:r>
        <w:rPr>
          <w:rFonts w:ascii="Georgia" w:hAnsi="Georgia"/>
          <w:b w:val="0"/>
          <w:i w:val="0"/>
          <w:color w:val="22201D"/>
          <w:sz w:val="20"/>
        </w:rPr>
        <w:t>This was not insight.</w:t>
      </w:r>
    </w:p>
    <w:p>
      <w:pPr>
        <w:spacing w:after="60" w:line="266" w:lineRule="auto"/>
        <w:ind w:firstLine="331"/>
        <w:jc w:val="both"/>
      </w:pPr>
      <w:r>
        <w:rPr>
          <w:rFonts w:ascii="Georgia" w:hAnsi="Georgia"/>
          <w:b w:val="0"/>
          <w:i w:val="0"/>
          <w:color w:val="22201D"/>
          <w:sz w:val="20"/>
        </w:rPr>
        <w:t>It was scheduling.</w:t>
      </w:r>
    </w:p>
    <w:p>
      <w:pPr>
        <w:spacing w:after="60" w:line="266" w:lineRule="auto"/>
        <w:ind w:firstLine="331"/>
        <w:jc w:val="both"/>
      </w:pPr>
      <w:r>
        <w:rPr>
          <w:rFonts w:ascii="Georgia" w:hAnsi="Georgia"/>
          <w:b w:val="0"/>
          <w:i w:val="0"/>
          <w:color w:val="22201D"/>
          <w:sz w:val="20"/>
        </w:rPr>
        <w:t>Emoji Soup had fed him origin, apocalypse, mushroom theorem, dessert that looked back, tea that did not improve him so much as reveal the improvement racket, a spice rack that declined translation, a dishwasher with better politics than most saints, an amended business license, and a health inspection that somehow made the phrase all exits remain merciful seem like a standard civilization should already have adopted.</w:t>
      </w:r>
    </w:p>
    <w:p>
      <w:pPr>
        <w:spacing w:after="60" w:line="266" w:lineRule="auto"/>
        <w:ind w:firstLine="331"/>
        <w:jc w:val="both"/>
      </w:pPr>
      <w:r>
        <w:rPr>
          <w:rFonts w:ascii="Georgia" w:hAnsi="Georgia"/>
          <w:b w:val="0"/>
          <w:i w:val="0"/>
          <w:color w:val="22201D"/>
          <w:sz w:val="20"/>
        </w:rPr>
        <w:t>After that, anyone who believed the restaurant was finished with him was not optimistic.</w:t>
      </w:r>
    </w:p>
    <w:p>
      <w:pPr>
        <w:spacing w:after="60" w:line="266" w:lineRule="auto"/>
        <w:ind w:firstLine="331"/>
        <w:jc w:val="both"/>
      </w:pPr>
      <w:r>
        <w:rPr>
          <w:rFonts w:ascii="Georgia" w:hAnsi="Georgia"/>
          <w:b w:val="0"/>
          <w:i w:val="0"/>
          <w:color w:val="22201D"/>
          <w:sz w:val="20"/>
        </w:rPr>
        <w:t>They were unsupervised.</w:t>
      </w:r>
    </w:p>
    <w:p>
      <w:pPr>
        <w:spacing w:after="60" w:line="266" w:lineRule="auto"/>
        <w:ind w:firstLine="331"/>
        <w:jc w:val="both"/>
      </w:pPr>
      <w:r>
        <w:rPr>
          <w:rFonts w:ascii="Georgia" w:hAnsi="Georgia"/>
          <w:b w:val="0"/>
          <w:i w:val="0"/>
          <w:color w:val="22201D"/>
          <w:sz w:val="20"/>
        </w:rPr>
        <w:t>Flocc sat at his usual table, which had not always been his usual table but had become his usual table by the oldest known process of human attachment: he had sat there twice, liked it once, and thereafter felt personally addressed by wood.</w:t>
      </w:r>
    </w:p>
    <w:p>
      <w:pPr>
        <w:spacing w:after="60" w:line="266" w:lineRule="auto"/>
        <w:ind w:firstLine="331"/>
        <w:jc w:val="both"/>
      </w:pPr>
      <w:r>
        <w:rPr>
          <w:rFonts w:ascii="Georgia" w:hAnsi="Georgia"/>
          <w:b w:val="0"/>
          <w:i w:val="0"/>
          <w:color w:val="22201D"/>
          <w:sz w:val="20"/>
        </w:rPr>
        <w:t>The menu lay closed before him.</w:t>
      </w:r>
    </w:p>
    <w:p>
      <w:pPr>
        <w:spacing w:after="60" w:line="266" w:lineRule="auto"/>
        <w:ind w:firstLine="331"/>
        <w:jc w:val="both"/>
      </w:pPr>
      <w:r>
        <w:rPr>
          <w:rFonts w:ascii="Georgia" w:hAnsi="Georgia"/>
          <w:b w:val="0"/>
          <w:i w:val="0"/>
          <w:color w:val="22201D"/>
          <w:sz w:val="20"/>
        </w:rPr>
        <w:t>This was unusual.</w:t>
      </w:r>
    </w:p>
    <w:p>
      <w:pPr>
        <w:spacing w:after="60" w:line="266" w:lineRule="auto"/>
        <w:ind w:firstLine="331"/>
        <w:jc w:val="both"/>
      </w:pPr>
      <w:r>
        <w:rPr>
          <w:rFonts w:ascii="Georgia" w:hAnsi="Georgia"/>
          <w:b w:val="0"/>
          <w:i w:val="0"/>
          <w:color w:val="22201D"/>
          <w:sz w:val="20"/>
        </w:rPr>
        <w:t>The menu did not like being closed. It tolerated being closed in the same way a locked service window tolerates a queue: by allowing the world to discover the practical limits of its authority. The cover was dark and plain and older than every restaurant supply catalog ever printed. The title on it appeared in English, Latin, emoji, three systems of marks Flocc had given up pretending to recognize, and one little drawing of a bowl that somehow made the English title seem like a footnote.</w:t>
      </w:r>
    </w:p>
    <w:p>
      <w:pPr>
        <w:spacing w:after="60" w:line="266" w:lineRule="auto"/>
        <w:ind w:firstLine="331"/>
        <w:jc w:val="both"/>
      </w:pPr>
      <w:r>
        <w:rPr>
          <w:rFonts w:ascii="Georgia" w:hAnsi="Georgia"/>
          <w:b w:val="0"/>
          <w:i w:val="0"/>
          <w:color w:val="22201D"/>
          <w:sz w:val="20"/>
        </w:rPr>
        <w:t>The Hostess stood beside the table with a water glass.</w:t>
      </w:r>
    </w:p>
    <w:p>
      <w:pPr>
        <w:spacing w:after="60" w:line="266" w:lineRule="auto"/>
        <w:ind w:firstLine="331"/>
        <w:jc w:val="both"/>
      </w:pPr>
      <w:r>
        <w:rPr>
          <w:rFonts w:ascii="Georgia" w:hAnsi="Georgia"/>
          <w:b w:val="0"/>
          <w:i w:val="0"/>
          <w:color w:val="22201D"/>
          <w:sz w:val="20"/>
        </w:rPr>
        <w:t>"You are waiting," she said.</w:t>
      </w:r>
    </w:p>
    <w:p>
      <w:pPr>
        <w:spacing w:after="60" w:line="266" w:lineRule="auto"/>
        <w:ind w:firstLine="331"/>
        <w:jc w:val="both"/>
      </w:pPr>
      <w:r>
        <w:rPr>
          <w:rFonts w:ascii="Georgia" w:hAnsi="Georgia"/>
          <w:b w:val="0"/>
          <w:i w:val="0"/>
          <w:color w:val="22201D"/>
          <w:sz w:val="20"/>
        </w:rPr>
        <w:t>"I am deciding," Flocc said.</w:t>
      </w:r>
    </w:p>
    <w:p>
      <w:pPr>
        <w:spacing w:after="60" w:line="266" w:lineRule="auto"/>
        <w:ind w:firstLine="331"/>
        <w:jc w:val="both"/>
      </w:pPr>
      <w:r>
        <w:rPr>
          <w:rFonts w:ascii="Georgia" w:hAnsi="Georgia"/>
          <w:b w:val="0"/>
          <w:i w:val="0"/>
          <w:color w:val="22201D"/>
          <w:sz w:val="20"/>
        </w:rPr>
        <w:t>"That is a popular disguise."</w:t>
      </w:r>
    </w:p>
    <w:p>
      <w:pPr>
        <w:spacing w:after="60" w:line="266" w:lineRule="auto"/>
        <w:ind w:firstLine="331"/>
        <w:jc w:val="both"/>
      </w:pPr>
      <w:r>
        <w:rPr>
          <w:rFonts w:ascii="Georgia" w:hAnsi="Georgia"/>
          <w:b w:val="0"/>
          <w:i w:val="0"/>
          <w:color w:val="22201D"/>
          <w:sz w:val="20"/>
        </w:rPr>
        <w:t>"For waiting?"</w:t>
      </w:r>
    </w:p>
    <w:p>
      <w:pPr>
        <w:spacing w:after="60" w:line="266" w:lineRule="auto"/>
        <w:ind w:firstLine="331"/>
        <w:jc w:val="both"/>
      </w:pPr>
      <w:r>
        <w:rPr>
          <w:rFonts w:ascii="Georgia" w:hAnsi="Georgia"/>
          <w:b w:val="0"/>
          <w:i w:val="0"/>
          <w:color w:val="22201D"/>
          <w:sz w:val="20"/>
        </w:rPr>
        <w:t>"For wanting credit before doing anything."</w:t>
      </w:r>
    </w:p>
    <w:p>
      <w:pPr>
        <w:spacing w:after="60" w:line="266" w:lineRule="auto"/>
        <w:ind w:firstLine="331"/>
        <w:jc w:val="both"/>
      </w:pPr>
      <w:r>
        <w:rPr>
          <w:rFonts w:ascii="Georgia" w:hAnsi="Georgia"/>
          <w:b w:val="0"/>
          <w:i w:val="0"/>
          <w:color w:val="22201D"/>
          <w:sz w:val="20"/>
        </w:rPr>
        <w:t>Flocc looked at the menu.</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"To me?"</w:t>
      </w:r>
    </w:p>
    <w:p>
      <w:pPr>
        <w:spacing w:after="60" w:line="266" w:lineRule="auto"/>
        <w:ind w:firstLine="331"/>
        <w:jc w:val="both"/>
      </w:pPr>
      <w:r>
        <w:rPr>
          <w:rFonts w:ascii="Georgia" w:hAnsi="Georgia"/>
          <w:b w:val="0"/>
          <w:i w:val="0"/>
          <w:color w:val="22201D"/>
          <w:sz w:val="20"/>
        </w:rPr>
        <w:t>"Not especially."</w:t>
      </w:r>
    </w:p>
    <w:p>
      <w:pPr>
        <w:spacing w:after="60" w:line="266" w:lineRule="auto"/>
        <w:ind w:firstLine="331"/>
        <w:jc w:val="both"/>
      </w:pPr>
      <w:r>
        <w:rPr>
          <w:rFonts w:ascii="Georgia" w:hAnsi="Georgia"/>
          <w:b w:val="0"/>
          <w:i w:val="0"/>
          <w:color w:val="22201D"/>
          <w:sz w:val="20"/>
        </w:rPr>
        <w:t>She placed the water glass on the table.</w:t>
      </w:r>
    </w:p>
    <w:p>
      <w:pPr>
        <w:spacing w:after="60" w:line="266" w:lineRule="auto"/>
        <w:ind w:firstLine="331"/>
        <w:jc w:val="both"/>
      </w:pPr>
      <w:r>
        <w:rPr>
          <w:rFonts w:ascii="Georgia" w:hAnsi="Georgia"/>
          <w:b w:val="0"/>
          <w:i w:val="0"/>
          <w:color w:val="22201D"/>
          <w:sz w:val="20"/>
        </w:rPr>
        <w:t>The water was water.</w:t>
      </w:r>
    </w:p>
    <w:p>
      <w:pPr>
        <w:spacing w:after="60" w:line="266" w:lineRule="auto"/>
        <w:ind w:firstLine="331"/>
        <w:jc w:val="both"/>
      </w:pPr>
      <w:r>
        <w:rPr>
          <w:rFonts w:ascii="Georgia" w:hAnsi="Georgia"/>
          <w:b w:val="0"/>
          <w:i w:val="0"/>
          <w:color w:val="22201D"/>
          <w:sz w:val="20"/>
        </w:rPr>
        <w:t>This made Flocc nervous.</w:t>
      </w:r>
    </w:p>
    <w:p>
      <w:pPr>
        <w:spacing w:after="60" w:line="266" w:lineRule="auto"/>
        <w:ind w:firstLine="331"/>
        <w:jc w:val="both"/>
      </w:pPr>
      <w:r>
        <w:rPr>
          <w:rFonts w:ascii="Georgia" w:hAnsi="Georgia"/>
          <w:b w:val="0"/>
          <w:i w:val="0"/>
          <w:color w:val="22201D"/>
          <w:sz w:val="20"/>
        </w:rPr>
        <w:t>He had learned to distrust anything at Emoji Soup that seemed ordinary without explanation. Bread had arrived with emotional jurisdiction. Soup had contained theology. Dessert had eaten his self-image. Tea had made enlightenment feel less like a crown and more like a second cup. Water, simply being water, felt like a trap laid by humility.</w:t>
      </w:r>
    </w:p>
    <w:p>
      <w:pPr>
        <w:spacing w:after="60" w:line="266" w:lineRule="auto"/>
        <w:ind w:firstLine="331"/>
        <w:jc w:val="both"/>
      </w:pPr>
      <w:r>
        <w:rPr>
          <w:rFonts w:ascii="Georgia" w:hAnsi="Georgia"/>
          <w:b w:val="0"/>
          <w:i w:val="0"/>
          <w:color w:val="22201D"/>
          <w:sz w:val="20"/>
        </w:rPr>
        <w:t>"Is the water symbolic?" he asked.</w:t>
      </w:r>
    </w:p>
    <w:p>
      <w:pPr>
        <w:spacing w:after="60" w:line="266" w:lineRule="auto"/>
        <w:ind w:firstLine="331"/>
        <w:jc w:val="both"/>
      </w:pPr>
      <w:r>
        <w:rPr>
          <w:rFonts w:ascii="Georgia" w:hAnsi="Georgia"/>
          <w:b w:val="0"/>
          <w:i w:val="0"/>
          <w:color w:val="22201D"/>
          <w:sz w:val="20"/>
        </w:rPr>
        <w:t>"It is wet."</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answer water has."</w:t>
      </w:r>
    </w:p>
    <w:p>
      <w:pPr>
        <w:spacing w:after="60" w:line="266" w:lineRule="auto"/>
        <w:ind w:firstLine="331"/>
        <w:jc w:val="both"/>
      </w:pPr>
      <w:r>
        <w:rPr>
          <w:rFonts w:ascii="Georgia" w:hAnsi="Georgia"/>
          <w:b w:val="0"/>
          <w:i w:val="0"/>
          <w:color w:val="22201D"/>
          <w:sz w:val="20"/>
        </w:rPr>
        <w:t>The Hostess left.</w:t>
      </w:r>
    </w:p>
    <w:p>
      <w:pPr>
        <w:spacing w:after="60" w:line="266" w:lineRule="auto"/>
        <w:ind w:firstLine="331"/>
        <w:jc w:val="both"/>
      </w:pPr>
      <w:r>
        <w:rPr>
          <w:rFonts w:ascii="Georgia" w:hAnsi="Georgia"/>
          <w:b w:val="0"/>
          <w:i w:val="0"/>
          <w:color w:val="22201D"/>
          <w:sz w:val="20"/>
        </w:rPr>
        <w:t>Flocc waited another moment because he did not want the menu to think it had won.</w:t>
      </w:r>
    </w:p>
    <w:p>
      <w:pPr>
        <w:spacing w:after="60" w:line="266" w:lineRule="auto"/>
        <w:ind w:firstLine="331"/>
        <w:jc w:val="both"/>
      </w:pPr>
      <w:r>
        <w:rPr>
          <w:rFonts w:ascii="Georgia" w:hAnsi="Georgia"/>
          <w:b w:val="0"/>
          <w:i w:val="0"/>
          <w:color w:val="22201D"/>
          <w:sz w:val="20"/>
        </w:rPr>
        <w:t>The menu did not think this.</w:t>
      </w:r>
    </w:p>
    <w:p>
      <w:pPr>
        <w:spacing w:after="60" w:line="266" w:lineRule="auto"/>
        <w:ind w:firstLine="331"/>
        <w:jc w:val="both"/>
      </w:pPr>
      <w:r>
        <w:rPr>
          <w:rFonts w:ascii="Georgia" w:hAnsi="Georgia"/>
          <w:b w:val="0"/>
          <w:i w:val="0"/>
          <w:color w:val="22201D"/>
          <w:sz w:val="20"/>
        </w:rPr>
        <w:t>The menu, like most ancient documents, was not improved by Flocc's theories about its attention span.</w:t>
      </w:r>
    </w:p>
    <w:p>
      <w:pPr>
        <w:spacing w:after="60" w:line="266" w:lineRule="auto"/>
        <w:ind w:firstLine="331"/>
        <w:jc w:val="both"/>
      </w:pPr>
      <w:r>
        <w:rPr>
          <w:rFonts w:ascii="Georgia" w:hAnsi="Georgia"/>
          <w:b w:val="0"/>
          <w:i w:val="0"/>
          <w:color w:val="22201D"/>
          <w:sz w:val="20"/>
        </w:rPr>
        <w:t>He opened it.</w:t>
      </w:r>
    </w:p>
    <w:p>
      <w:pPr>
        <w:spacing w:after="60" w:line="266" w:lineRule="auto"/>
        <w:ind w:firstLine="331"/>
        <w:jc w:val="both"/>
      </w:pPr>
      <w:r>
        <w:rPr>
          <w:rFonts w:ascii="Georgia" w:hAnsi="Georgia"/>
          <w:b w:val="0"/>
          <w:i w:val="0"/>
          <w:color w:val="22201D"/>
          <w:sz w:val="20"/>
        </w:rPr>
        <w:t>The first pages were as they had been and not as they had been. That was normal now. He saw the origin menu, the appetizer page that made apocalypse look uncomfortably like catering, Bob's theorem note, the dessert receipt, the tea stain, the spice index, the shift note, the amended license, and a fresh floorplan correction folded into the binding as if inspection forms had always been a literary genre.</w:t>
      </w:r>
    </w:p>
    <w:p>
      <w:pPr>
        <w:spacing w:after="60" w:line="266" w:lineRule="auto"/>
        <w:ind w:firstLine="331"/>
        <w:jc w:val="both"/>
      </w:pPr>
      <w:r>
        <w:rPr>
          <w:rFonts w:ascii="Georgia" w:hAnsi="Georgia"/>
          <w:b w:val="0"/>
          <w:i w:val="0"/>
          <w:color w:val="22201D"/>
          <w:sz w:val="20"/>
        </w:rPr>
        <w:t>At the bottom of the floorplan page, in Gerald Park's handwriting, were the words:</w:t>
      </w:r>
    </w:p>
    <w:p>
      <w:pPr>
        <w:spacing w:after="60" w:line="250" w:lineRule="auto"/>
        <w:ind w:left="202" w:right="173"/>
      </w:pPr>
      <w:r>
        <w:rPr>
          <w:rFonts w:ascii="Georgia" w:hAnsi="Georgia"/>
          <w:b w:val="0"/>
          <w:i w:val="0"/>
          <w:color w:val="22201D"/>
          <w:sz w:val="17"/>
        </w:rPr>
        <w:t>Follow-up trigger: new menu page</w:t>
      </w:r>
    </w:p>
    <w:p>
      <w:pPr>
        <w:spacing w:after="60" w:line="266" w:lineRule="auto"/>
        <w:ind w:firstLine="331"/>
        <w:jc w:val="both"/>
      </w:pPr>
      <w:r>
        <w:rPr>
          <w:rFonts w:ascii="Georgia" w:hAnsi="Georgia"/>
          <w:b w:val="0"/>
          <w:i w:val="0"/>
          <w:color w:val="22201D"/>
          <w:sz w:val="20"/>
        </w:rPr>
        <w:t>Flocc turned the page.</w:t>
      </w:r>
    </w:p>
    <w:p>
      <w:pPr>
        <w:spacing w:after="60" w:line="266" w:lineRule="auto"/>
        <w:ind w:firstLine="331"/>
        <w:jc w:val="both"/>
      </w:pPr>
      <w:r>
        <w:rPr>
          <w:rFonts w:ascii="Georgia" w:hAnsi="Georgia"/>
          <w:b w:val="0"/>
          <w:i w:val="0"/>
          <w:color w:val="22201D"/>
          <w:sz w:val="20"/>
        </w:rPr>
        <w:t>There was nothing there.</w:t>
      </w:r>
    </w:p>
    <w:p>
      <w:pPr>
        <w:spacing w:after="60" w:line="266" w:lineRule="auto"/>
        <w:ind w:firstLine="331"/>
        <w:jc w:val="both"/>
      </w:pPr>
      <w:r>
        <w:rPr>
          <w:rFonts w:ascii="Georgia" w:hAnsi="Georgia"/>
          <w:b w:val="0"/>
          <w:i w:val="0"/>
          <w:color w:val="22201D"/>
          <w:sz w:val="20"/>
        </w:rPr>
        <w:t>Blank paper.</w:t>
      </w:r>
    </w:p>
    <w:p>
      <w:pPr>
        <w:spacing w:after="60" w:line="266" w:lineRule="auto"/>
        <w:ind w:firstLine="331"/>
        <w:jc w:val="both"/>
      </w:pPr>
      <w:r>
        <w:rPr>
          <w:rFonts w:ascii="Georgia" w:hAnsi="Georgia"/>
          <w:b w:val="0"/>
          <w:i w:val="0"/>
          <w:color w:val="22201D"/>
          <w:sz w:val="20"/>
        </w:rPr>
        <w:t>Not empty.</w:t>
      </w:r>
    </w:p>
    <w:p>
      <w:pPr>
        <w:spacing w:after="60" w:line="266" w:lineRule="auto"/>
        <w:ind w:firstLine="331"/>
        <w:jc w:val="both"/>
      </w:pPr>
      <w:r>
        <w:rPr>
          <w:rFonts w:ascii="Georgia" w:hAnsi="Georgia"/>
          <w:b w:val="0"/>
          <w:i w:val="0"/>
          <w:color w:val="22201D"/>
          <w:sz w:val="20"/>
        </w:rPr>
        <w:t>Blank.</w:t>
      </w:r>
    </w:p>
    <w:p>
      <w:pPr>
        <w:spacing w:after="60" w:line="266" w:lineRule="auto"/>
        <w:ind w:firstLine="331"/>
        <w:jc w:val="both"/>
      </w:pPr>
      <w:r>
        <w:rPr>
          <w:rFonts w:ascii="Georgia" w:hAnsi="Georgia"/>
          <w:b w:val="0"/>
          <w:i w:val="0"/>
          <w:color w:val="22201D"/>
          <w:sz w:val="20"/>
        </w:rPr>
        <w:t>There is a difference.</w:t>
      </w:r>
    </w:p>
    <w:p>
      <w:pPr>
        <w:spacing w:after="60" w:line="266" w:lineRule="auto"/>
        <w:ind w:firstLine="331"/>
        <w:jc w:val="both"/>
      </w:pPr>
      <w:r>
        <w:rPr>
          <w:rFonts w:ascii="Georgia" w:hAnsi="Georgia"/>
          <w:b w:val="0"/>
          <w:i w:val="0"/>
          <w:color w:val="22201D"/>
          <w:sz w:val="20"/>
        </w:rPr>
        <w:t>Empty means there is nothing. Blank means something is choosing not to appear yet and is becoming smug about it.</w:t>
      </w:r>
    </w:p>
    <w:p>
      <w:pPr>
        <w:spacing w:after="60" w:line="266" w:lineRule="auto"/>
        <w:ind w:firstLine="331"/>
        <w:jc w:val="both"/>
      </w:pPr>
      <w:r>
        <w:rPr>
          <w:rFonts w:ascii="Georgia" w:hAnsi="Georgia"/>
          <w:b w:val="0"/>
          <w:i w:val="0"/>
          <w:color w:val="22201D"/>
          <w:sz w:val="20"/>
        </w:rPr>
        <w:t>Flocc looked around.</w:t>
      </w:r>
    </w:p>
    <w:p>
      <w:pPr>
        <w:spacing w:after="60" w:line="266" w:lineRule="auto"/>
        <w:ind w:firstLine="331"/>
        <w:jc w:val="both"/>
      </w:pPr>
      <w:r>
        <w:rPr>
          <w:rFonts w:ascii="Georgia" w:hAnsi="Georgia"/>
          <w:b w:val="0"/>
          <w:i w:val="0"/>
          <w:color w:val="22201D"/>
          <w:sz w:val="20"/>
        </w:rPr>
        <w:t>The dining room held three tables of customers, one bus tub, two chairs that had clearly seen too much, a wall clock refusing to participate in ordinary minutes, and Mara at the small table near the window.</w:t>
      </w:r>
    </w:p>
    <w:p>
      <w:pPr>
        <w:spacing w:after="60" w:line="266" w:lineRule="auto"/>
        <w:ind w:firstLine="331"/>
        <w:jc w:val="both"/>
      </w:pPr>
      <w:r>
        <w:rPr>
          <w:rFonts w:ascii="Georgia" w:hAnsi="Georgia"/>
          <w:b w:val="0"/>
          <w:i w:val="0"/>
          <w:color w:val="22201D"/>
          <w:sz w:val="20"/>
        </w:rPr>
        <w:t>Mara had a bowl in front of her.</w:t>
      </w:r>
    </w:p>
    <w:p>
      <w:pPr>
        <w:spacing w:after="60" w:line="266" w:lineRule="auto"/>
        <w:ind w:firstLine="331"/>
        <w:jc w:val="both"/>
      </w:pPr>
      <w:r>
        <w:rPr>
          <w:rFonts w:ascii="Georgia" w:hAnsi="Georgia"/>
          <w:b w:val="0"/>
          <w:i w:val="0"/>
          <w:color w:val="22201D"/>
          <w:sz w:val="20"/>
        </w:rPr>
        <w:t>It was untouched.</w:t>
      </w:r>
    </w:p>
    <w:p>
      <w:pPr>
        <w:spacing w:after="60" w:line="266" w:lineRule="auto"/>
        <w:ind w:firstLine="331"/>
        <w:jc w:val="both"/>
      </w:pPr>
      <w:r>
        <w:rPr>
          <w:rFonts w:ascii="Georgia" w:hAnsi="Georgia"/>
          <w:b w:val="0"/>
          <w:i w:val="0"/>
          <w:color w:val="22201D"/>
          <w:sz w:val="20"/>
        </w:rPr>
        <w:t>This was the first thing Flocc noticed.</w:t>
      </w:r>
    </w:p>
    <w:p>
      <w:pPr>
        <w:spacing w:after="60" w:line="266" w:lineRule="auto"/>
        <w:ind w:firstLine="331"/>
        <w:jc w:val="both"/>
      </w:pPr>
      <w:r>
        <w:rPr>
          <w:rFonts w:ascii="Georgia" w:hAnsi="Georgia"/>
          <w:b w:val="0"/>
          <w:i w:val="0"/>
          <w:color w:val="22201D"/>
          <w:sz w:val="20"/>
        </w:rPr>
        <w:t>The second thing he noticed was that he had noticed noticing it.</w:t>
      </w:r>
    </w:p>
    <w:p>
      <w:pPr>
        <w:spacing w:after="60" w:line="266" w:lineRule="auto"/>
        <w:ind w:firstLine="331"/>
        <w:jc w:val="both"/>
      </w:pPr>
      <w:r>
        <w:rPr>
          <w:rFonts w:ascii="Georgia" w:hAnsi="Georgia"/>
          <w:b w:val="0"/>
          <w:i w:val="0"/>
          <w:color w:val="22201D"/>
          <w:sz w:val="20"/>
        </w:rPr>
        <w:t>The third thing he noticed was that some little part of him had stood up inside his chest, cleared its throat, and prepared to give a speech about how good it was that he had noticed Mara's untouched bowl.</w:t>
      </w:r>
    </w:p>
    <w:p>
      <w:pPr>
        <w:spacing w:after="60" w:line="266" w:lineRule="auto"/>
        <w:ind w:firstLine="331"/>
        <w:jc w:val="both"/>
      </w:pPr>
      <w:r>
        <w:rPr>
          <w:rFonts w:ascii="Georgia" w:hAnsi="Georgia"/>
          <w:b w:val="0"/>
          <w:i w:val="0"/>
          <w:color w:val="22201D"/>
          <w:sz w:val="20"/>
        </w:rPr>
        <w:t>The blank page darkened.</w:t>
      </w:r>
    </w:p>
    <w:p>
      <w:pPr>
        <w:spacing w:after="60" w:line="266" w:lineRule="auto"/>
        <w:ind w:firstLine="331"/>
        <w:jc w:val="both"/>
      </w:pPr>
      <w:r>
        <w:rPr>
          <w:rFonts w:ascii="Georgia" w:hAnsi="Georgia"/>
          <w:b w:val="0"/>
          <w:i w:val="0"/>
          <w:color w:val="22201D"/>
          <w:sz w:val="20"/>
        </w:rPr>
        <w:t>Words appeared: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Flocc froze.</w:t>
      </w:r>
    </w:p>
    <w:p>
      <w:pPr>
        <w:spacing w:after="60" w:line="266" w:lineRule="auto"/>
        <w:ind w:firstLine="331"/>
        <w:jc w:val="both"/>
      </w:pPr>
      <w:r>
        <w:rPr>
          <w:rFonts w:ascii="Georgia" w:hAnsi="Georgia"/>
          <w:b w:val="0"/>
          <w:i w:val="0"/>
          <w:color w:val="22201D"/>
          <w:sz w:val="20"/>
        </w:rPr>
        <w:t>"I did not say anything," he whispered.</w:t>
      </w:r>
    </w:p>
    <w:p>
      <w:pPr>
        <w:spacing w:after="60" w:line="266" w:lineRule="auto"/>
        <w:ind w:firstLine="331"/>
        <w:jc w:val="both"/>
      </w:pPr>
      <w:r>
        <w:rPr>
          <w:rFonts w:ascii="Georgia" w:hAnsi="Georgia"/>
          <w:b w:val="0"/>
          <w:i w:val="0"/>
          <w:color w:val="22201D"/>
          <w:sz w:val="20"/>
        </w:rPr>
        <w:t>The page added:</w:t>
      </w:r>
    </w:p>
    <w:p>
      <w:pPr>
        <w:spacing w:after="60" w:line="250" w:lineRule="auto"/>
        <w:ind w:left="202" w:right="173"/>
      </w:pPr>
      <w:r>
        <w:rPr>
          <w:rFonts w:ascii="Georgia" w:hAnsi="Georgia"/>
          <w:b w:val="0"/>
          <w:i w:val="0"/>
          <w:color w:val="22201D"/>
          <w:sz w:val="17"/>
        </w:rPr>
        <w:t>You were arranging to.</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This was wise, though not yet noble.</w:t>
      </w:r>
    </w:p>
    <w:p>
      <w:pPr>
        <w:spacing w:after="60" w:line="266" w:lineRule="auto"/>
        <w:ind w:firstLine="331"/>
        <w:jc w:val="both"/>
      </w:pPr>
      <w:r>
        <w:rPr>
          <w:rFonts w:ascii="Georgia" w:hAnsi="Georgia"/>
          <w:b w:val="0"/>
          <w:i w:val="0"/>
          <w:color w:val="22201D"/>
          <w:sz w:val="20"/>
        </w:rPr>
        <w:t>He looked again at Mara.</w:t>
      </w:r>
    </w:p>
    <w:p>
      <w:pPr>
        <w:spacing w:after="60" w:line="266" w:lineRule="auto"/>
        <w:ind w:firstLine="331"/>
        <w:jc w:val="both"/>
      </w:pPr>
      <w:r>
        <w:rPr>
          <w:rFonts w:ascii="Georgia" w:hAnsi="Georgia"/>
          <w:b w:val="0"/>
          <w:i w:val="0"/>
          <w:color w:val="22201D"/>
          <w:sz w:val="20"/>
        </w:rPr>
        <w:t>She sat with one hand around a water glass and the other resting flat on the table beside the bowl. The bowl was not full. It was not empty. It was at that condition between full and empty where eating has stopped being about hunger and started being about permission.</w:t>
      </w:r>
    </w:p>
    <w:p>
      <w:pPr>
        <w:spacing w:after="60" w:line="266" w:lineRule="auto"/>
        <w:ind w:firstLine="331"/>
        <w:jc w:val="both"/>
      </w:pPr>
      <w:r>
        <w:rPr>
          <w:rFonts w:ascii="Georgia" w:hAnsi="Georgia"/>
          <w:b w:val="0"/>
          <w:i w:val="0"/>
          <w:color w:val="22201D"/>
          <w:sz w:val="20"/>
        </w:rPr>
        <w:t>Mara saw him looking.</w:t>
      </w:r>
    </w:p>
    <w:p>
      <w:pPr>
        <w:spacing w:after="60" w:line="266" w:lineRule="auto"/>
        <w:ind w:firstLine="331"/>
        <w:jc w:val="both"/>
      </w:pPr>
      <w:r>
        <w:rPr>
          <w:rFonts w:ascii="Georgia" w:hAnsi="Georgia"/>
          <w:b w:val="0"/>
          <w:i w:val="0"/>
          <w:color w:val="22201D"/>
          <w:sz w:val="20"/>
        </w:rPr>
        <w:t>Flocc looked back at the menu too quickly.</w:t>
      </w:r>
    </w:p>
    <w:p>
      <w:pPr>
        <w:spacing w:after="60" w:line="266" w:lineRule="auto"/>
        <w:ind w:firstLine="331"/>
        <w:jc w:val="both"/>
      </w:pPr>
      <w:r>
        <w:rPr>
          <w:rFonts w:ascii="Georgia" w:hAnsi="Georgia"/>
          <w:b w:val="0"/>
          <w:i w:val="0"/>
          <w:color w:val="22201D"/>
          <w:sz w:val="20"/>
        </w:rPr>
        <w:t>The page remained blank except for the word No.</w:t>
      </w:r>
    </w:p>
    <w:p>
      <w:pPr>
        <w:spacing w:after="60" w:line="266" w:lineRule="auto"/>
        <w:ind w:firstLine="331"/>
        <w:jc w:val="both"/>
      </w:pPr>
      <w:r>
        <w:rPr>
          <w:rFonts w:ascii="Georgia" w:hAnsi="Georgia"/>
          <w:b w:val="0"/>
          <w:i w:val="0"/>
          <w:color w:val="22201D"/>
          <w:sz w:val="20"/>
        </w:rPr>
        <w:t>"That was not my best moment," he said.</w:t>
      </w:r>
    </w:p>
    <w:p>
      <w:pPr>
        <w:spacing w:after="60" w:line="266" w:lineRule="auto"/>
        <w:ind w:firstLine="331"/>
        <w:jc w:val="both"/>
      </w:pPr>
      <w:r>
        <w:rPr>
          <w:rFonts w:ascii="Georgia" w:hAnsi="Georgia"/>
          <w:b w:val="0"/>
          <w:i w:val="0"/>
          <w:color w:val="22201D"/>
          <w:sz w:val="20"/>
        </w:rPr>
        <w:t>The page wrote:</w:t>
      </w:r>
    </w:p>
    <w:p>
      <w:pPr>
        <w:spacing w:after="60" w:line="250" w:lineRule="auto"/>
        <w:ind w:left="202" w:right="173"/>
      </w:pPr>
      <w:r>
        <w:rPr>
          <w:rFonts w:ascii="Georgia" w:hAnsi="Georgia"/>
          <w:b w:val="0"/>
          <w:i w:val="0"/>
          <w:color w:val="22201D"/>
          <w:sz w:val="17"/>
        </w:rPr>
        <w:t>Agreed.</w:t>
      </w:r>
    </w:p>
    <w:p>
      <w:pPr>
        <w:spacing w:after="60" w:line="266" w:lineRule="auto"/>
        <w:ind w:firstLine="331"/>
        <w:jc w:val="both"/>
      </w:pPr>
      <w:r>
        <w:rPr>
          <w:rFonts w:ascii="Georgia" w:hAnsi="Georgia"/>
          <w:b w:val="0"/>
          <w:i w:val="0"/>
          <w:color w:val="22201D"/>
          <w:sz w:val="20"/>
        </w:rPr>
        <w:t>"Is this going to be one of those lessons?"</w:t>
      </w:r>
    </w:p>
    <w:p>
      <w:pPr>
        <w:spacing w:after="60" w:line="266" w:lineRule="auto"/>
        <w:ind w:firstLine="331"/>
        <w:jc w:val="both"/>
      </w:pPr>
      <w:r>
        <w:rPr>
          <w:rFonts w:ascii="Georgia" w:hAnsi="Georgia"/>
          <w:b w:val="0"/>
          <w:i w:val="0"/>
          <w:color w:val="22201D"/>
          <w:sz w:val="20"/>
        </w:rPr>
        <w:t>The page wrote:</w:t>
      </w:r>
    </w:p>
    <w:p>
      <w:pPr>
        <w:spacing w:after="60" w:line="250" w:lineRule="auto"/>
        <w:ind w:left="202" w:right="173"/>
      </w:pPr>
      <w:r>
        <w:rPr>
          <w:rFonts w:ascii="Georgia" w:hAnsi="Georgia"/>
          <w:b w:val="0"/>
          <w:i w:val="0"/>
          <w:color w:val="22201D"/>
          <w:sz w:val="17"/>
        </w:rPr>
        <w:t>Do not make a lesson before making an effort.</w:t>
      </w:r>
    </w:p>
    <w:p>
      <w:pPr>
        <w:spacing w:after="60" w:line="266" w:lineRule="auto"/>
        <w:ind w:firstLine="331"/>
        <w:jc w:val="both"/>
      </w:pPr>
      <w:r>
        <w:rPr>
          <w:rFonts w:ascii="Georgia" w:hAnsi="Georgia"/>
          <w:b w:val="0"/>
          <w:i w:val="0"/>
          <w:color w:val="22201D"/>
          <w:sz w:val="20"/>
        </w:rPr>
        <w:t>Flocc sat back.</w:t>
      </w:r>
    </w:p>
    <w:p>
      <w:pPr>
        <w:spacing w:after="60" w:line="266" w:lineRule="auto"/>
        <w:ind w:firstLine="331"/>
        <w:jc w:val="both"/>
      </w:pPr>
      <w:r>
        <w:rPr>
          <w:rFonts w:ascii="Georgia" w:hAnsi="Georgia"/>
          <w:b w:val="0"/>
          <w:i w:val="0"/>
          <w:color w:val="22201D"/>
          <w:sz w:val="20"/>
        </w:rPr>
        <w:t>It is difficult to sit back with dignity while being corrected by paper.</w:t>
      </w:r>
    </w:p>
    <w:p>
      <w:pPr>
        <w:spacing w:after="60" w:line="266" w:lineRule="auto"/>
        <w:ind w:firstLine="331"/>
        <w:jc w:val="both"/>
      </w:pPr>
      <w:r>
        <w:rPr>
          <w:rFonts w:ascii="Georgia" w:hAnsi="Georgia"/>
          <w:b w:val="0"/>
          <w:i w:val="0"/>
          <w:color w:val="22201D"/>
          <w:sz w:val="20"/>
        </w:rPr>
        <w:t>He had tried several times in the past and could report that no posture entirely solved the problem.</w:t>
      </w:r>
    </w:p>
    <w:p>
      <w:pPr>
        <w:spacing w:after="60" w:line="266" w:lineRule="auto"/>
        <w:ind w:firstLine="331"/>
        <w:jc w:val="both"/>
      </w:pPr>
      <w:r>
        <w:rPr>
          <w:rFonts w:ascii="Georgia" w:hAnsi="Georgia"/>
          <w:b w:val="0"/>
          <w:i w:val="0"/>
          <w:color w:val="22201D"/>
          <w:sz w:val="20"/>
        </w:rPr>
        <w:t>Across the room, the dishwasher came out of the kitchen carrying a stack of plates. He moved with the heavy grace of a person who had been forced to become both practical and metaphysical against his preference. He set the plates on a sideboard, checked the labels, and returned one plate to the dish pit because its residue category had been optimistic.</w:t>
      </w:r>
    </w:p>
    <w:p>
      <w:pPr>
        <w:spacing w:after="60" w:line="266" w:lineRule="auto"/>
        <w:ind w:firstLine="331"/>
        <w:jc w:val="both"/>
      </w:pPr>
      <w:r>
        <w:rPr>
          <w:rFonts w:ascii="Georgia" w:hAnsi="Georgia"/>
          <w:b w:val="0"/>
          <w:i w:val="0"/>
          <w:color w:val="22201D"/>
          <w:sz w:val="20"/>
        </w:rPr>
        <w:t>Flocc noticed this.</w:t>
      </w:r>
    </w:p>
    <w:p>
      <w:pPr>
        <w:spacing w:after="60" w:line="266" w:lineRule="auto"/>
        <w:ind w:firstLine="331"/>
        <w:jc w:val="both"/>
      </w:pPr>
      <w:r>
        <w:rPr>
          <w:rFonts w:ascii="Georgia" w:hAnsi="Georgia"/>
          <w:b w:val="0"/>
          <w:i w:val="0"/>
          <w:color w:val="22201D"/>
          <w:sz w:val="20"/>
        </w:rPr>
        <w:t>Then he noticed that he wanted to think:</w:t>
      </w:r>
    </w:p>
    <w:p>
      <w:pPr>
        <w:spacing w:after="60" w:line="266" w:lineRule="auto"/>
        <w:ind w:firstLine="331"/>
        <w:jc w:val="both"/>
      </w:pPr>
      <w:r>
        <w:rPr>
          <w:rFonts w:ascii="Georgia" w:hAnsi="Georgia"/>
          <w:b w:val="0"/>
          <w:i w:val="0"/>
          <w:color w:val="22201D"/>
          <w:sz w:val="20"/>
        </w:rPr>
        <w:t>I appreciate labor now.</w:t>
      </w:r>
    </w:p>
    <w:p>
      <w:pPr>
        <w:spacing w:after="60" w:line="266" w:lineRule="auto"/>
        <w:ind w:firstLine="331"/>
        <w:jc w:val="both"/>
      </w:pPr>
      <w:r>
        <w:rPr>
          <w:rFonts w:ascii="Georgia" w:hAnsi="Georgia"/>
          <w:b w:val="0"/>
          <w:i w:val="0"/>
          <w:color w:val="22201D"/>
          <w:sz w:val="20"/>
        </w:rPr>
        <w:t>The page wrote:</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Flocc rubbed his eyes.</w:t>
      </w:r>
    </w:p>
    <w:p>
      <w:pPr>
        <w:spacing w:after="60" w:line="266" w:lineRule="auto"/>
        <w:ind w:firstLine="331"/>
        <w:jc w:val="both"/>
      </w:pPr>
      <w:r>
        <w:rPr>
          <w:rFonts w:ascii="Georgia" w:hAnsi="Georgia"/>
          <w:b w:val="0"/>
          <w:i w:val="0"/>
          <w:color w:val="22201D"/>
          <w:sz w:val="20"/>
        </w:rPr>
        <w:t>"I am not allowed to appreciate labor?"</w:t>
      </w:r>
    </w:p>
    <w:p>
      <w:pPr>
        <w:spacing w:after="60" w:line="266" w:lineRule="auto"/>
        <w:ind w:firstLine="331"/>
        <w:jc w:val="both"/>
      </w:pPr>
      <w:r>
        <w:rPr>
          <w:rFonts w:ascii="Georgia" w:hAnsi="Georgia"/>
          <w:b w:val="0"/>
          <w:i w:val="0"/>
          <w:color w:val="22201D"/>
          <w:sz w:val="20"/>
        </w:rPr>
        <w:t>The page wrote:</w:t>
      </w:r>
    </w:p>
    <w:p>
      <w:pPr>
        <w:spacing w:after="60" w:line="250" w:lineRule="auto"/>
        <w:ind w:left="202" w:right="173"/>
      </w:pPr>
      <w:r>
        <w:rPr>
          <w:rFonts w:ascii="Georgia" w:hAnsi="Georgia"/>
          <w:b w:val="0"/>
          <w:i w:val="0"/>
          <w:color w:val="22201D"/>
          <w:sz w:val="17"/>
        </w:rPr>
        <w:t>You are not allowed to use appreciation as a decorative sauce.</w:t>
      </w:r>
    </w:p>
    <w:p>
      <w:pPr>
        <w:spacing w:after="60" w:line="266" w:lineRule="auto"/>
        <w:ind w:firstLine="331"/>
        <w:jc w:val="both"/>
      </w:pPr>
      <w:r>
        <w:rPr>
          <w:rFonts w:ascii="Georgia" w:hAnsi="Georgia"/>
          <w:b w:val="0"/>
          <w:i w:val="0"/>
          <w:color w:val="22201D"/>
          <w:sz w:val="20"/>
        </w:rPr>
        <w:t>"That seems very specific."</w:t>
      </w:r>
    </w:p>
    <w:p>
      <w:pPr>
        <w:spacing w:after="60" w:line="250" w:lineRule="auto"/>
        <w:ind w:left="202" w:right="173"/>
      </w:pPr>
      <w:r>
        <w:rPr>
          <w:rFonts w:ascii="Georgia" w:hAnsi="Georgia"/>
          <w:b w:val="0"/>
          <w:i w:val="0"/>
          <w:color w:val="22201D"/>
          <w:sz w:val="17"/>
        </w:rPr>
        <w:t>It has been a long week.</w:t>
      </w:r>
    </w:p>
    <w:p>
      <w:pPr>
        <w:spacing w:after="60" w:line="266" w:lineRule="auto"/>
        <w:ind w:firstLine="331"/>
        <w:jc w:val="both"/>
      </w:pPr>
      <w:r>
        <w:rPr>
          <w:rFonts w:ascii="Georgia" w:hAnsi="Georgia"/>
          <w:b w:val="0"/>
          <w:i w:val="0"/>
          <w:color w:val="22201D"/>
          <w:sz w:val="20"/>
        </w:rPr>
        <w:t>Flocc looked toward the kitchen door.</w:t>
      </w:r>
    </w:p>
    <w:p>
      <w:pPr>
        <w:spacing w:after="60" w:line="266" w:lineRule="auto"/>
        <w:ind w:firstLine="331"/>
        <w:jc w:val="both"/>
      </w:pPr>
      <w:r>
        <w:rPr>
          <w:rFonts w:ascii="Georgia" w:hAnsi="Georgia"/>
          <w:b w:val="0"/>
          <w:i w:val="0"/>
          <w:color w:val="22201D"/>
          <w:sz w:val="20"/>
        </w:rPr>
        <w:t>Steam curled around the round window. Behind it, the kitchen remained visible in the aggressive way Gerald had apparently required of it. The hand sink shone. The exits were marked. The spice rack had gone still in what Flocc suspected was compliance theater.</w:t>
      </w:r>
    </w:p>
    <w:p>
      <w:pPr>
        <w:spacing w:after="60" w:line="266" w:lineRule="auto"/>
        <w:ind w:firstLine="331"/>
        <w:jc w:val="both"/>
      </w:pPr>
      <w:r>
        <w:rPr>
          <w:rFonts w:ascii="Georgia" w:hAnsi="Georgia"/>
          <w:b w:val="0"/>
          <w:i w:val="0"/>
          <w:color w:val="22201D"/>
          <w:sz w:val="20"/>
        </w:rPr>
        <w:t>He thought of Gerald writing mystery must not conceal grime.</w:t>
      </w:r>
    </w:p>
    <w:p>
      <w:pPr>
        <w:spacing w:after="60" w:line="266" w:lineRule="auto"/>
        <w:ind w:firstLine="331"/>
        <w:jc w:val="both"/>
      </w:pPr>
      <w:r>
        <w:rPr>
          <w:rFonts w:ascii="Georgia" w:hAnsi="Georgia"/>
          <w:b w:val="0"/>
          <w:i w:val="0"/>
          <w:color w:val="22201D"/>
          <w:sz w:val="20"/>
        </w:rPr>
        <w:t>He thought of Steve choosing to amend and preserve.</w:t>
      </w:r>
    </w:p>
    <w:p>
      <w:pPr>
        <w:spacing w:after="60" w:line="266" w:lineRule="auto"/>
        <w:ind w:firstLine="331"/>
        <w:jc w:val="both"/>
      </w:pPr>
      <w:r>
        <w:rPr>
          <w:rFonts w:ascii="Georgia" w:hAnsi="Georgia"/>
          <w:b w:val="0"/>
          <w:i w:val="0"/>
          <w:color w:val="22201D"/>
          <w:sz w:val="20"/>
        </w:rPr>
        <w:t>He thought of the dishwasher saying recognition first, money also.</w:t>
      </w:r>
    </w:p>
    <w:p>
      <w:pPr>
        <w:spacing w:after="60" w:line="266" w:lineRule="auto"/>
        <w:ind w:firstLine="331"/>
        <w:jc w:val="both"/>
      </w:pPr>
      <w:r>
        <w:rPr>
          <w:rFonts w:ascii="Georgia" w:hAnsi="Georgia"/>
          <w:b w:val="0"/>
          <w:i w:val="0"/>
          <w:color w:val="22201D"/>
          <w:sz w:val="20"/>
        </w:rPr>
        <w:t>He thought of Bob making mushrooms plain enough to trust.</w:t>
      </w:r>
    </w:p>
    <w:p>
      <w:pPr>
        <w:spacing w:after="60" w:line="266" w:lineRule="auto"/>
        <w:ind w:firstLine="331"/>
        <w:jc w:val="both"/>
      </w:pPr>
      <w:r>
        <w:rPr>
          <w:rFonts w:ascii="Georgia" w:hAnsi="Georgia"/>
          <w:b w:val="0"/>
          <w:i w:val="0"/>
          <w:color w:val="22201D"/>
          <w:sz w:val="20"/>
        </w:rPr>
        <w:t>He thought of the tea.</w:t>
      </w:r>
    </w:p>
    <w:p>
      <w:pPr>
        <w:spacing w:after="60" w:line="266" w:lineRule="auto"/>
        <w:ind w:firstLine="331"/>
        <w:jc w:val="both"/>
      </w:pPr>
      <w:r>
        <w:rPr>
          <w:rFonts w:ascii="Georgia" w:hAnsi="Georgia"/>
          <w:b w:val="0"/>
          <w:i w:val="0"/>
          <w:color w:val="22201D"/>
          <w:sz w:val="20"/>
        </w:rPr>
        <w:t>He thought of the dessert eating the Flocc he performed for other people.</w:t>
      </w:r>
    </w:p>
    <w:p>
      <w:pPr>
        <w:spacing w:after="60" w:line="266" w:lineRule="auto"/>
        <w:ind w:firstLine="331"/>
        <w:jc w:val="both"/>
      </w:pPr>
      <w:r>
        <w:rPr>
          <w:rFonts w:ascii="Georgia" w:hAnsi="Georgia"/>
          <w:b w:val="0"/>
          <w:i w:val="0"/>
          <w:color w:val="22201D"/>
          <w:sz w:val="20"/>
        </w:rPr>
        <w:t>Then, because he was still Flocc, he thought:</w:t>
      </w:r>
    </w:p>
    <w:p>
      <w:pPr>
        <w:spacing w:after="60" w:line="266" w:lineRule="auto"/>
        <w:ind w:firstLine="331"/>
        <w:jc w:val="both"/>
      </w:pPr>
      <w:r>
        <w:rPr>
          <w:rFonts w:ascii="Georgia" w:hAnsi="Georgia"/>
          <w:b w:val="0"/>
          <w:i w:val="0"/>
          <w:color w:val="22201D"/>
          <w:sz w:val="20"/>
        </w:rPr>
        <w:t>Perhaps I have grown.</w:t>
      </w:r>
    </w:p>
    <w:p>
      <w:pPr>
        <w:spacing w:after="60" w:line="266" w:lineRule="auto"/>
        <w:ind w:firstLine="331"/>
        <w:jc w:val="both"/>
      </w:pPr>
      <w:r>
        <w:rPr>
          <w:rFonts w:ascii="Georgia" w:hAnsi="Georgia"/>
          <w:b w:val="0"/>
          <w:i w:val="0"/>
          <w:color w:val="22201D"/>
          <w:sz w:val="20"/>
        </w:rPr>
        <w:t>The menu snapped shut on his fingers.</w:t>
      </w:r>
    </w:p>
    <w:p>
      <w:pPr>
        <w:spacing w:after="60" w:line="266" w:lineRule="auto"/>
        <w:ind w:firstLine="331"/>
        <w:jc w:val="both"/>
      </w:pPr>
      <w:r>
        <w:rPr>
          <w:rFonts w:ascii="Georgia" w:hAnsi="Georgia"/>
          <w:b w:val="0"/>
          <w:i w:val="0"/>
          <w:color w:val="22201D"/>
          <w:sz w:val="20"/>
        </w:rPr>
        <w:t>Not hard.</w:t>
      </w:r>
    </w:p>
    <w:p>
      <w:pPr>
        <w:spacing w:after="60" w:line="266" w:lineRule="auto"/>
        <w:ind w:firstLine="331"/>
        <w:jc w:val="both"/>
      </w:pPr>
      <w:r>
        <w:rPr>
          <w:rFonts w:ascii="Georgia" w:hAnsi="Georgia"/>
          <w:b w:val="0"/>
          <w:i w:val="0"/>
          <w:color w:val="22201D"/>
          <w:sz w:val="20"/>
        </w:rPr>
        <w:t>Educationally.</w:t>
      </w:r>
    </w:p>
    <w:p>
      <w:pPr>
        <w:spacing w:after="60" w:line="266" w:lineRule="auto"/>
        <w:ind w:firstLine="331"/>
        <w:jc w:val="both"/>
      </w:pPr>
      <w:r>
        <w:rPr>
          <w:rFonts w:ascii="Georgia" w:hAnsi="Georgia"/>
          <w:b w:val="0"/>
          <w:i w:val="0"/>
          <w:color w:val="22201D"/>
          <w:sz w:val="20"/>
        </w:rPr>
        <w:t>"Ow."</w:t>
      </w:r>
    </w:p>
    <w:p>
      <w:pPr>
        <w:spacing w:after="60" w:line="266" w:lineRule="auto"/>
        <w:ind w:firstLine="331"/>
        <w:jc w:val="both"/>
      </w:pPr>
      <w:r>
        <w:rPr>
          <w:rFonts w:ascii="Georgia" w:hAnsi="Georgia"/>
          <w:b w:val="0"/>
          <w:i w:val="0"/>
          <w:color w:val="22201D"/>
          <w:sz w:val="20"/>
        </w:rPr>
        <w:t>The Hostess appeared beside him.</w:t>
      </w:r>
    </w:p>
    <w:p>
      <w:pPr>
        <w:spacing w:after="60" w:line="266" w:lineRule="auto"/>
        <w:ind w:firstLine="331"/>
        <w:jc w:val="both"/>
      </w:pPr>
      <w:r>
        <w:rPr>
          <w:rFonts w:ascii="Georgia" w:hAnsi="Georgia"/>
          <w:b w:val="0"/>
          <w:i w:val="0"/>
          <w:color w:val="22201D"/>
          <w:sz w:val="20"/>
        </w:rPr>
        <w:t>"The menu does not like that tone."</w:t>
      </w:r>
    </w:p>
    <w:p>
      <w:pPr>
        <w:spacing w:after="60" w:line="266" w:lineRule="auto"/>
        <w:ind w:firstLine="331"/>
        <w:jc w:val="both"/>
      </w:pPr>
      <w:r>
        <w:rPr>
          <w:rFonts w:ascii="Georgia" w:hAnsi="Georgia"/>
          <w:b w:val="0"/>
          <w:i w:val="0"/>
          <w:color w:val="22201D"/>
          <w:sz w:val="20"/>
        </w:rPr>
        <w:t>"I did not use a tone."</w:t>
      </w:r>
    </w:p>
    <w:p>
      <w:pPr>
        <w:spacing w:after="60" w:line="266" w:lineRule="auto"/>
        <w:ind w:firstLine="331"/>
        <w:jc w:val="both"/>
      </w:pPr>
      <w:r>
        <w:rPr>
          <w:rFonts w:ascii="Georgia" w:hAnsi="Georgia"/>
          <w:b w:val="0"/>
          <w:i w:val="0"/>
          <w:color w:val="22201D"/>
          <w:sz w:val="20"/>
        </w:rPr>
        <w:t>"You were preparing one."</w:t>
      </w:r>
    </w:p>
    <w:p>
      <w:pPr>
        <w:spacing w:after="60" w:line="266" w:lineRule="auto"/>
        <w:ind w:firstLine="331"/>
        <w:jc w:val="both"/>
      </w:pPr>
      <w:r>
        <w:rPr>
          <w:rFonts w:ascii="Georgia" w:hAnsi="Georgia"/>
          <w:b w:val="0"/>
          <w:i w:val="0"/>
          <w:color w:val="22201D"/>
          <w:sz w:val="20"/>
        </w:rPr>
        <w:t>"Everyone here keeps accusing me of pre-speech."</w:t>
      </w:r>
    </w:p>
    <w:p>
      <w:pPr>
        <w:spacing w:after="60" w:line="266" w:lineRule="auto"/>
        <w:ind w:firstLine="331"/>
        <w:jc w:val="both"/>
      </w:pPr>
      <w:r>
        <w:rPr>
          <w:rFonts w:ascii="Georgia" w:hAnsi="Georgia"/>
          <w:b w:val="0"/>
          <w:i w:val="0"/>
          <w:color w:val="22201D"/>
          <w:sz w:val="20"/>
        </w:rPr>
        <w:t>"It saves time."</w:t>
      </w:r>
    </w:p>
    <w:p>
      <w:pPr>
        <w:spacing w:after="60" w:line="266" w:lineRule="auto"/>
        <w:ind w:firstLine="331"/>
        <w:jc w:val="both"/>
      </w:pPr>
      <w:r>
        <w:rPr>
          <w:rFonts w:ascii="Georgia" w:hAnsi="Georgia"/>
          <w:b w:val="0"/>
          <w:i w:val="0"/>
          <w:color w:val="22201D"/>
          <w:sz w:val="20"/>
        </w:rPr>
        <w:t>Flocc pulled his fingers free and opened the menu again.</w:t>
      </w:r>
    </w:p>
    <w:p>
      <w:pPr>
        <w:spacing w:after="60" w:line="266" w:lineRule="auto"/>
        <w:ind w:firstLine="331"/>
        <w:jc w:val="both"/>
      </w:pPr>
      <w:r>
        <w:rPr>
          <w:rFonts w:ascii="Georgia" w:hAnsi="Georgia"/>
          <w:b w:val="0"/>
          <w:i w:val="0"/>
          <w:color w:val="22201D"/>
          <w:sz w:val="20"/>
        </w:rPr>
        <w:t>The blank page now had a title.</w:t>
      </w:r>
    </w:p>
    <w:p>
      <w:pPr>
        <w:spacing w:after="60" w:line="250" w:lineRule="auto"/>
        <w:ind w:left="202" w:right="173"/>
      </w:pPr>
      <w:r>
        <w:rPr>
          <w:rFonts w:ascii="Georgia" w:hAnsi="Georgia"/>
          <w:b w:val="0"/>
          <w:i w:val="0"/>
          <w:color w:val="22201D"/>
          <w:sz w:val="17"/>
        </w:rPr>
        <w:t>NEW MENU PAGE</w:t>
      </w:r>
    </w:p>
    <w:p>
      <w:pPr>
        <w:spacing w:after="60" w:line="266" w:lineRule="auto"/>
        <w:ind w:firstLine="331"/>
        <w:jc w:val="both"/>
      </w:pPr>
      <w:r>
        <w:rPr>
          <w:rFonts w:ascii="Georgia" w:hAnsi="Georgia"/>
          <w:b w:val="0"/>
          <w:i w:val="0"/>
          <w:color w:val="22201D"/>
          <w:sz w:val="20"/>
        </w:rPr>
        <w:t>Below that:</w:t>
      </w:r>
    </w:p>
    <w:p>
      <w:pPr>
        <w:spacing w:after="60" w:line="250" w:lineRule="auto"/>
        <w:ind w:left="202" w:right="173"/>
      </w:pPr>
      <w:r>
        <w:rPr>
          <w:rFonts w:ascii="Georgia" w:hAnsi="Georgia"/>
          <w:b w:val="0"/>
          <w:i w:val="0"/>
          <w:color w:val="22201D"/>
          <w:sz w:val="17"/>
        </w:rPr>
        <w:t>This page is not for you.</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Something small and humiliating inside him relaxed.</w:t>
      </w:r>
    </w:p>
    <w:p>
      <w:pPr>
        <w:spacing w:after="60" w:line="266" w:lineRule="auto"/>
        <w:ind w:firstLine="331"/>
        <w:jc w:val="both"/>
      </w:pPr>
      <w:r>
        <w:rPr>
          <w:rFonts w:ascii="Georgia" w:hAnsi="Georgia"/>
          <w:b w:val="0"/>
          <w:i w:val="0"/>
          <w:color w:val="22201D"/>
          <w:sz w:val="20"/>
        </w:rPr>
        <w:t>Not for him.</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Excellent.</w:t>
      </w:r>
    </w:p>
    <w:p>
      <w:pPr>
        <w:spacing w:after="60" w:line="266" w:lineRule="auto"/>
        <w:ind w:firstLine="331"/>
        <w:jc w:val="both"/>
      </w:pPr>
      <w:r>
        <w:rPr>
          <w:rFonts w:ascii="Georgia" w:hAnsi="Georgia"/>
          <w:b w:val="0"/>
          <w:i w:val="0"/>
          <w:color w:val="22201D"/>
          <w:sz w:val="20"/>
        </w:rPr>
        <w:t>How evolved of him to receive a page that was not for him.</w:t>
      </w:r>
    </w:p>
    <w:p>
      <w:pPr>
        <w:spacing w:after="60" w:line="266" w:lineRule="auto"/>
        <w:ind w:firstLine="331"/>
        <w:jc w:val="both"/>
      </w:pPr>
      <w:r>
        <w:rPr>
          <w:rFonts w:ascii="Georgia" w:hAnsi="Georgia"/>
          <w:b w:val="0"/>
          <w:i w:val="0"/>
          <w:color w:val="22201D"/>
          <w:sz w:val="20"/>
        </w:rPr>
        <w:t>The page added:</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"I had not even finished thinking."</w:t>
      </w:r>
    </w:p>
    <w:p>
      <w:pPr>
        <w:spacing w:after="60" w:line="250" w:lineRule="auto"/>
        <w:ind w:left="202" w:right="173"/>
      </w:pPr>
      <w:r>
        <w:rPr>
          <w:rFonts w:ascii="Georgia" w:hAnsi="Georgia"/>
          <w:b w:val="0"/>
          <w:i w:val="0"/>
          <w:color w:val="22201D"/>
          <w:sz w:val="17"/>
        </w:rPr>
        <w:t>That was the problem.</w:t>
      </w:r>
    </w:p>
    <w:p>
      <w:pPr>
        <w:spacing w:after="60" w:line="266" w:lineRule="auto"/>
        <w:ind w:firstLine="331"/>
        <w:jc w:val="both"/>
      </w:pPr>
      <w:r>
        <w:rPr>
          <w:rFonts w:ascii="Georgia" w:hAnsi="Georgia"/>
          <w:b w:val="0"/>
          <w:i w:val="0"/>
          <w:color w:val="22201D"/>
          <w:sz w:val="20"/>
        </w:rPr>
        <w:t>The Hostess looked over his shoulder.</w:t>
      </w:r>
    </w:p>
    <w:p>
      <w:pPr>
        <w:spacing w:after="60" w:line="266" w:lineRule="auto"/>
        <w:ind w:firstLine="331"/>
        <w:jc w:val="both"/>
      </w:pPr>
      <w:r>
        <w:rPr>
          <w:rFonts w:ascii="Georgia" w:hAnsi="Georgia"/>
          <w:b w:val="0"/>
          <w:i w:val="0"/>
          <w:color w:val="22201D"/>
          <w:sz w:val="20"/>
        </w:rPr>
        <w:t>"Ah."</w:t>
      </w:r>
    </w:p>
    <w:p>
      <w:pPr>
        <w:spacing w:after="60" w:line="266" w:lineRule="auto"/>
        <w:ind w:firstLine="331"/>
        <w:jc w:val="both"/>
      </w:pPr>
      <w:r>
        <w:rPr>
          <w:rFonts w:ascii="Georgia" w:hAnsi="Georgia"/>
          <w:b w:val="0"/>
          <w:i w:val="0"/>
          <w:color w:val="22201D"/>
          <w:sz w:val="20"/>
        </w:rPr>
        <w:t>"Ah what?"</w:t>
      </w:r>
    </w:p>
    <w:p>
      <w:pPr>
        <w:spacing w:after="60" w:line="266" w:lineRule="auto"/>
        <w:ind w:firstLine="331"/>
        <w:jc w:val="both"/>
      </w:pPr>
      <w:r>
        <w:rPr>
          <w:rFonts w:ascii="Georgia" w:hAnsi="Georgia"/>
          <w:b w:val="0"/>
          <w:i w:val="0"/>
          <w:color w:val="22201D"/>
          <w:sz w:val="20"/>
        </w:rPr>
        <w:t>"You found the first line."</w:t>
      </w:r>
    </w:p>
    <w:p>
      <w:pPr>
        <w:spacing w:after="60" w:line="266" w:lineRule="auto"/>
        <w:ind w:firstLine="331"/>
        <w:jc w:val="both"/>
      </w:pPr>
      <w:r>
        <w:rPr>
          <w:rFonts w:ascii="Georgia" w:hAnsi="Georgia"/>
          <w:b w:val="0"/>
          <w:i w:val="0"/>
          <w:color w:val="22201D"/>
          <w:sz w:val="20"/>
        </w:rPr>
        <w:t>"Is there a second line?"</w:t>
      </w:r>
    </w:p>
    <w:p>
      <w:pPr>
        <w:spacing w:after="60" w:line="266" w:lineRule="auto"/>
        <w:ind w:firstLine="331"/>
        <w:jc w:val="both"/>
      </w:pPr>
      <w:r>
        <w:rPr>
          <w:rFonts w:ascii="Georgia" w:hAnsi="Georgia"/>
          <w:b w:val="0"/>
          <w:i w:val="0"/>
          <w:color w:val="22201D"/>
          <w:sz w:val="20"/>
        </w:rPr>
        <w:t>"There is always a second line."</w:t>
      </w:r>
    </w:p>
    <w:p>
      <w:pPr>
        <w:spacing w:after="60" w:line="266" w:lineRule="auto"/>
        <w:ind w:firstLine="331"/>
        <w:jc w:val="both"/>
      </w:pPr>
      <w:r>
        <w:rPr>
          <w:rFonts w:ascii="Georgia" w:hAnsi="Georgia"/>
          <w:b w:val="0"/>
          <w:i w:val="0"/>
          <w:color w:val="22201D"/>
          <w:sz w:val="20"/>
        </w:rPr>
        <w:t>"How do I make it appear?"</w:t>
      </w:r>
    </w:p>
    <w:p>
      <w:pPr>
        <w:spacing w:after="60" w:line="266" w:lineRule="auto"/>
        <w:ind w:firstLine="331"/>
        <w:jc w:val="both"/>
      </w:pPr>
      <w:r>
        <w:rPr>
          <w:rFonts w:ascii="Georgia" w:hAnsi="Georgia"/>
          <w:b w:val="0"/>
          <w:i w:val="0"/>
          <w:color w:val="22201D"/>
          <w:sz w:val="20"/>
        </w:rPr>
        <w:t>"By not making that your main concern."</w:t>
      </w:r>
    </w:p>
    <w:p>
      <w:pPr>
        <w:spacing w:after="60" w:line="266" w:lineRule="auto"/>
        <w:ind w:firstLine="331"/>
        <w:jc w:val="both"/>
      </w:pPr>
      <w:r>
        <w:rPr>
          <w:rFonts w:ascii="Georgia" w:hAnsi="Georgia"/>
          <w:b w:val="0"/>
          <w:i w:val="0"/>
          <w:color w:val="22201D"/>
          <w:sz w:val="20"/>
        </w:rPr>
        <w:t>The Hostess walked away.</w:t>
      </w:r>
    </w:p>
    <w:p>
      <w:pPr>
        <w:spacing w:after="60" w:line="266" w:lineRule="auto"/>
        <w:ind w:firstLine="331"/>
        <w:jc w:val="both"/>
      </w:pPr>
      <w:r>
        <w:rPr>
          <w:rFonts w:ascii="Georgia" w:hAnsi="Georgia"/>
          <w:b w:val="0"/>
          <w:i w:val="0"/>
          <w:color w:val="22201D"/>
          <w:sz w:val="20"/>
        </w:rPr>
        <w:t>Flocc considered asking her to stay and explain the rules. Then he considered that this desire was partly because he wanted a witness to how diligently he was trying to become less self-centered.</w:t>
      </w:r>
    </w:p>
    <w:p>
      <w:pPr>
        <w:spacing w:after="60" w:line="266" w:lineRule="auto"/>
        <w:ind w:firstLine="331"/>
        <w:jc w:val="both"/>
      </w:pPr>
      <w:r>
        <w:rPr>
          <w:rFonts w:ascii="Georgia" w:hAnsi="Georgia"/>
          <w:b w:val="0"/>
          <w:i w:val="0"/>
          <w:color w:val="22201D"/>
          <w:sz w:val="20"/>
        </w:rPr>
        <w:t>The page remained hostile in its blankness.</w:t>
      </w:r>
    </w:p>
    <w:p>
      <w:pPr>
        <w:spacing w:after="60" w:line="266" w:lineRule="auto"/>
        <w:ind w:firstLine="331"/>
        <w:jc w:val="both"/>
      </w:pPr>
      <w:r>
        <w:rPr>
          <w:rFonts w:ascii="Georgia" w:hAnsi="Georgia"/>
          <w:b w:val="0"/>
          <w:i w:val="0"/>
          <w:color w:val="22201D"/>
          <w:sz w:val="20"/>
        </w:rPr>
        <w:t>He took a drink of water.</w:t>
      </w:r>
    </w:p>
    <w:p>
      <w:pPr>
        <w:spacing w:after="60" w:line="266" w:lineRule="auto"/>
        <w:ind w:firstLine="331"/>
        <w:jc w:val="both"/>
      </w:pPr>
      <w:r>
        <w:rPr>
          <w:rFonts w:ascii="Georgia" w:hAnsi="Georgia"/>
          <w:b w:val="0"/>
          <w:i w:val="0"/>
          <w:color w:val="22201D"/>
          <w:sz w:val="20"/>
        </w:rPr>
        <w:t>It was wet.</w:t>
      </w:r>
    </w:p>
    <w:p>
      <w:pPr>
        <w:spacing w:after="60" w:line="266" w:lineRule="auto"/>
        <w:ind w:firstLine="331"/>
        <w:jc w:val="both"/>
      </w:pPr>
      <w:r>
        <w:rPr>
          <w:rFonts w:ascii="Georgia" w:hAnsi="Georgia"/>
          <w:b w:val="0"/>
          <w:i w:val="0"/>
          <w:color w:val="22201D"/>
          <w:sz w:val="20"/>
        </w:rPr>
        <w:t>The water did not applaud.</w:t>
      </w:r>
    </w:p>
    <w:p>
      <w:pPr>
        <w:spacing w:after="60" w:line="266" w:lineRule="auto"/>
        <w:ind w:firstLine="331"/>
        <w:jc w:val="both"/>
      </w:pPr>
      <w:r>
        <w:rPr>
          <w:rFonts w:ascii="Georgia" w:hAnsi="Georgia"/>
          <w:b w:val="0"/>
          <w:i w:val="0"/>
          <w:color w:val="22201D"/>
          <w:sz w:val="20"/>
        </w:rPr>
        <w:t>Mara lifted her spoon, held it over the bowl, and set it down again.</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This time he did not look away immediately.</w:t>
      </w:r>
    </w:p>
    <w:p>
      <w:pPr>
        <w:spacing w:after="60" w:line="266" w:lineRule="auto"/>
        <w:ind w:firstLine="331"/>
        <w:jc w:val="both"/>
      </w:pPr>
      <w:r>
        <w:rPr>
          <w:rFonts w:ascii="Georgia" w:hAnsi="Georgia"/>
          <w:b w:val="0"/>
          <w:i w:val="0"/>
          <w:color w:val="22201D"/>
          <w:sz w:val="20"/>
        </w:rPr>
        <w:t>Mara raised one eyebrow.</w:t>
      </w:r>
    </w:p>
    <w:p>
      <w:pPr>
        <w:spacing w:after="60" w:line="266" w:lineRule="auto"/>
        <w:ind w:firstLine="331"/>
        <w:jc w:val="both"/>
      </w:pPr>
      <w:r>
        <w:rPr>
          <w:rFonts w:ascii="Georgia" w:hAnsi="Georgia"/>
          <w:b w:val="0"/>
          <w:i w:val="0"/>
          <w:color w:val="22201D"/>
          <w:sz w:val="20"/>
        </w:rPr>
        <w:t>"Are you reading at me?" she asked.</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This was true enough to surprise him.</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menu says the page is not for me."</w:t>
      </w:r>
    </w:p>
    <w:p>
      <w:pPr>
        <w:spacing w:after="60" w:line="266" w:lineRule="auto"/>
        <w:ind w:firstLine="331"/>
        <w:jc w:val="both"/>
      </w:pPr>
      <w:r>
        <w:rPr>
          <w:rFonts w:ascii="Georgia" w:hAnsi="Georgia"/>
          <w:b w:val="0"/>
          <w:i w:val="0"/>
          <w:color w:val="22201D"/>
          <w:sz w:val="20"/>
        </w:rPr>
        <w:t>"That sounds like something a menu would say to you."</w:t>
      </w:r>
    </w:p>
    <w:p>
      <w:pPr>
        <w:spacing w:after="60" w:line="266" w:lineRule="auto"/>
        <w:ind w:firstLine="331"/>
        <w:jc w:val="both"/>
      </w:pPr>
      <w:r>
        <w:rPr>
          <w:rFonts w:ascii="Georgia" w:hAnsi="Georgia"/>
          <w:b w:val="0"/>
          <w:i w:val="0"/>
          <w:color w:val="22201D"/>
          <w:sz w:val="20"/>
        </w:rPr>
        <w:t>"It also keeps saying no."</w:t>
      </w:r>
    </w:p>
    <w:p>
      <w:pPr>
        <w:spacing w:after="60" w:line="266" w:lineRule="auto"/>
        <w:ind w:firstLine="331"/>
        <w:jc w:val="both"/>
      </w:pPr>
      <w:r>
        <w:rPr>
          <w:rFonts w:ascii="Georgia" w:hAnsi="Georgia"/>
          <w:b w:val="0"/>
          <w:i w:val="0"/>
          <w:color w:val="22201D"/>
          <w:sz w:val="20"/>
        </w:rPr>
        <w:t>"Also plausible."</w:t>
      </w:r>
    </w:p>
    <w:p>
      <w:pPr>
        <w:spacing w:after="60" w:line="266" w:lineRule="auto"/>
        <w:ind w:firstLine="331"/>
        <w:jc w:val="both"/>
      </w:pPr>
      <w:r>
        <w:rPr>
          <w:rFonts w:ascii="Georgia" w:hAnsi="Georgia"/>
          <w:b w:val="0"/>
          <w:i w:val="0"/>
          <w:color w:val="22201D"/>
          <w:sz w:val="20"/>
        </w:rPr>
        <w:t>Flocc almost smiled.</w:t>
      </w:r>
    </w:p>
    <w:p>
      <w:pPr>
        <w:spacing w:after="60" w:line="266" w:lineRule="auto"/>
        <w:ind w:firstLine="331"/>
        <w:jc w:val="both"/>
      </w:pPr>
      <w:r>
        <w:rPr>
          <w:rFonts w:ascii="Georgia" w:hAnsi="Georgia"/>
          <w:b w:val="0"/>
          <w:i w:val="0"/>
          <w:color w:val="22201D"/>
          <w:sz w:val="20"/>
        </w:rPr>
        <w:t>Then stopped, because smiling in a way that asked Mara to reward his restraint would have been another way of failing.</w:t>
      </w:r>
    </w:p>
    <w:p>
      <w:pPr>
        <w:spacing w:after="60" w:line="266" w:lineRule="auto"/>
        <w:ind w:firstLine="331"/>
        <w:jc w:val="both"/>
      </w:pPr>
      <w:r>
        <w:rPr>
          <w:rFonts w:ascii="Georgia" w:hAnsi="Georgia"/>
          <w:b w:val="0"/>
          <w:i w:val="0"/>
          <w:color w:val="22201D"/>
          <w:sz w:val="20"/>
        </w:rPr>
        <w:t>He looked at her bowl.</w:t>
      </w:r>
    </w:p>
    <w:p>
      <w:pPr>
        <w:spacing w:after="60" w:line="266" w:lineRule="auto"/>
        <w:ind w:firstLine="331"/>
        <w:jc w:val="both"/>
      </w:pPr>
      <w:r>
        <w:rPr>
          <w:rFonts w:ascii="Georgia" w:hAnsi="Georgia"/>
          <w:b w:val="0"/>
          <w:i w:val="0"/>
          <w:color w:val="22201D"/>
          <w:sz w:val="20"/>
        </w:rPr>
        <w:t>"Are you done?" he asked.</w:t>
      </w:r>
    </w:p>
    <w:p>
      <w:pPr>
        <w:spacing w:after="60" w:line="266" w:lineRule="auto"/>
        <w:ind w:firstLine="331"/>
        <w:jc w:val="both"/>
      </w:pPr>
      <w:r>
        <w:rPr>
          <w:rFonts w:ascii="Georgia" w:hAnsi="Georgia"/>
          <w:b w:val="0"/>
          <w:i w:val="0"/>
          <w:color w:val="22201D"/>
          <w:sz w:val="20"/>
        </w:rPr>
        <w:t>Mara looked down.</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This answer was not about portion size.</w:t>
      </w:r>
    </w:p>
    <w:p>
      <w:pPr>
        <w:spacing w:after="60" w:line="266" w:lineRule="auto"/>
        <w:ind w:firstLine="331"/>
        <w:jc w:val="both"/>
      </w:pPr>
      <w:r>
        <w:rPr>
          <w:rFonts w:ascii="Georgia" w:hAnsi="Georgia"/>
          <w:b w:val="0"/>
          <w:i w:val="0"/>
          <w:color w:val="22201D"/>
          <w:sz w:val="20"/>
        </w:rPr>
        <w:t>Flocc knew that now.</w:t>
      </w:r>
    </w:p>
    <w:p>
      <w:pPr>
        <w:spacing w:after="60" w:line="266" w:lineRule="auto"/>
        <w:ind w:firstLine="331"/>
        <w:jc w:val="both"/>
      </w:pPr>
      <w:r>
        <w:rPr>
          <w:rFonts w:ascii="Georgia" w:hAnsi="Georgia"/>
          <w:b w:val="0"/>
          <w:i w:val="0"/>
          <w:color w:val="22201D"/>
          <w:sz w:val="20"/>
        </w:rPr>
        <w:t>He disliked knowing it because it meant there was no clever answer available. Clever answers are useful in ordinary conversation because they allow a person to avoid saying something that might create a real obligation. Emoji Soup had been confiscating Flocc's cleverness course by course, and he was beginning to understand that the loss was not theft.</w:t>
      </w:r>
    </w:p>
    <w:p>
      <w:pPr>
        <w:spacing w:after="60" w:line="266" w:lineRule="auto"/>
        <w:ind w:firstLine="331"/>
        <w:jc w:val="both"/>
      </w:pPr>
      <w:r>
        <w:rPr>
          <w:rFonts w:ascii="Georgia" w:hAnsi="Georgia"/>
          <w:b w:val="0"/>
          <w:i w:val="0"/>
          <w:color w:val="22201D"/>
          <w:sz w:val="20"/>
        </w:rPr>
        <w:t>It was cleanup.</w:t>
      </w:r>
    </w:p>
    <w:p>
      <w:pPr>
        <w:spacing w:after="60" w:line="266" w:lineRule="auto"/>
        <w:ind w:firstLine="331"/>
        <w:jc w:val="both"/>
      </w:pPr>
      <w:r>
        <w:rPr>
          <w:rFonts w:ascii="Georgia" w:hAnsi="Georgia"/>
          <w:b w:val="0"/>
          <w:i w:val="0"/>
          <w:color w:val="22201D"/>
          <w:sz w:val="20"/>
        </w:rPr>
        <w:t>"Do you want me to ask why?" he said.</w:t>
      </w:r>
    </w:p>
    <w:p>
      <w:pPr>
        <w:spacing w:after="60" w:line="266" w:lineRule="auto"/>
        <w:ind w:firstLine="331"/>
        <w:jc w:val="both"/>
      </w:pPr>
      <w:r>
        <w:rPr>
          <w:rFonts w:ascii="Georgia" w:hAnsi="Georgia"/>
          <w:b w:val="0"/>
          <w:i w:val="0"/>
          <w:color w:val="22201D"/>
          <w:sz w:val="20"/>
        </w:rPr>
        <w:t>Mara considered him.</w:t>
      </w:r>
    </w:p>
    <w:p>
      <w:pPr>
        <w:spacing w:after="60" w:line="266" w:lineRule="auto"/>
        <w:ind w:firstLine="331"/>
        <w:jc w:val="both"/>
      </w:pPr>
      <w:r>
        <w:rPr>
          <w:rFonts w:ascii="Georgia" w:hAnsi="Georgia"/>
          <w:b w:val="0"/>
          <w:i w:val="0"/>
          <w:color w:val="22201D"/>
          <w:sz w:val="20"/>
        </w:rPr>
        <w:t>"Do you want to ask why?"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"Because you are curious?"</w:t>
      </w:r>
    </w:p>
    <w:p>
      <w:pPr>
        <w:spacing w:after="60" w:line="266" w:lineRule="auto"/>
        <w:ind w:firstLine="331"/>
        <w:jc w:val="both"/>
      </w:pPr>
      <w:r>
        <w:rPr>
          <w:rFonts w:ascii="Georgia" w:hAnsi="Georgia"/>
          <w:b w:val="0"/>
          <w:i w:val="0"/>
          <w:color w:val="22201D"/>
          <w:sz w:val="20"/>
        </w:rPr>
        <w:t>Flocc looked at the page.</w:t>
      </w:r>
    </w:p>
    <w:p>
      <w:pPr>
        <w:spacing w:after="60" w:line="266" w:lineRule="auto"/>
        <w:ind w:firstLine="331"/>
        <w:jc w:val="both"/>
      </w:pPr>
      <w:r>
        <w:rPr>
          <w:rFonts w:ascii="Georgia" w:hAnsi="Georgia"/>
          <w:b w:val="0"/>
          <w:i w:val="0"/>
          <w:color w:val="22201D"/>
          <w:sz w:val="20"/>
        </w:rPr>
        <w:t>The page did not move.</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"What is the other part?"</w:t>
      </w:r>
    </w:p>
    <w:p>
      <w:pPr>
        <w:spacing w:after="60" w:line="266" w:lineRule="auto"/>
        <w:ind w:firstLine="331"/>
        <w:jc w:val="both"/>
      </w:pPr>
      <w:r>
        <w:rPr>
          <w:rFonts w:ascii="Georgia" w:hAnsi="Georgia"/>
          <w:b w:val="0"/>
          <w:i w:val="0"/>
          <w:color w:val="22201D"/>
          <w:sz w:val="20"/>
        </w:rPr>
        <w:t>He swallowed.</w:t>
      </w:r>
    </w:p>
    <w:p>
      <w:pPr>
        <w:spacing w:after="60" w:line="266" w:lineRule="auto"/>
        <w:ind w:firstLine="331"/>
        <w:jc w:val="both"/>
      </w:pPr>
      <w:r>
        <w:rPr>
          <w:rFonts w:ascii="Georgia" w:hAnsi="Georgia"/>
          <w:b w:val="0"/>
          <w:i w:val="0"/>
          <w:color w:val="22201D"/>
          <w:sz w:val="20"/>
        </w:rPr>
        <w:t>"Because if I ask well, I might become the kind of person who asks well."</w:t>
      </w:r>
    </w:p>
    <w:p>
      <w:pPr>
        <w:spacing w:after="60" w:line="266" w:lineRule="auto"/>
        <w:ind w:firstLine="331"/>
        <w:jc w:val="both"/>
      </w:pPr>
      <w:r>
        <w:rPr>
          <w:rFonts w:ascii="Georgia" w:hAnsi="Georgia"/>
          <w:b w:val="0"/>
          <w:i w:val="0"/>
          <w:color w:val="22201D"/>
          <w:sz w:val="20"/>
        </w:rPr>
        <w:t>The page wrote:</w:t>
      </w:r>
    </w:p>
    <w:p>
      <w:pPr>
        <w:spacing w:after="60" w:line="250" w:lineRule="auto"/>
        <w:ind w:left="202" w:right="173"/>
      </w:pPr>
      <w:r>
        <w:rPr>
          <w:rFonts w:ascii="Georgia" w:hAnsi="Georgia"/>
          <w:b w:val="0"/>
          <w:i w:val="0"/>
          <w:color w:val="22201D"/>
          <w:sz w:val="17"/>
        </w:rPr>
        <w:t>Warmer.</w:t>
      </w:r>
    </w:p>
    <w:p>
      <w:pPr>
        <w:spacing w:after="60" w:line="266" w:lineRule="auto"/>
        <w:ind w:firstLine="331"/>
        <w:jc w:val="both"/>
      </w:pPr>
      <w:r>
        <w:rPr>
          <w:rFonts w:ascii="Georgia" w:hAnsi="Georgia"/>
          <w:b w:val="0"/>
          <w:i w:val="0"/>
          <w:color w:val="22201D"/>
          <w:sz w:val="20"/>
        </w:rPr>
        <w:t>Mara leaned back.</w:t>
      </w:r>
    </w:p>
    <w:p>
      <w:pPr>
        <w:spacing w:after="60" w:line="266" w:lineRule="auto"/>
        <w:ind w:firstLine="331"/>
        <w:jc w:val="both"/>
      </w:pPr>
      <w:r>
        <w:rPr>
          <w:rFonts w:ascii="Georgia" w:hAnsi="Georgia"/>
          <w:b w:val="0"/>
          <w:i w:val="0"/>
          <w:color w:val="22201D"/>
          <w:sz w:val="20"/>
        </w:rPr>
        <w:t>"What did it say?"</w:t>
      </w:r>
    </w:p>
    <w:p>
      <w:pPr>
        <w:spacing w:after="60" w:line="266" w:lineRule="auto"/>
        <w:ind w:firstLine="331"/>
        <w:jc w:val="both"/>
      </w:pPr>
      <w:r>
        <w:rPr>
          <w:rFonts w:ascii="Georgia" w:hAnsi="Georgia"/>
          <w:b w:val="0"/>
          <w:i w:val="0"/>
          <w:color w:val="22201D"/>
          <w:sz w:val="20"/>
        </w:rPr>
        <w:t>"Warmer."</w:t>
      </w:r>
    </w:p>
    <w:p>
      <w:pPr>
        <w:spacing w:after="60" w:line="266" w:lineRule="auto"/>
        <w:ind w:firstLine="331"/>
        <w:jc w:val="both"/>
      </w:pPr>
      <w:r>
        <w:rPr>
          <w:rFonts w:ascii="Georgia" w:hAnsi="Georgia"/>
          <w:b w:val="0"/>
          <w:i w:val="0"/>
          <w:color w:val="22201D"/>
          <w:sz w:val="20"/>
        </w:rPr>
        <w:t>"That is annoying."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They sat in silence.</w:t>
      </w:r>
    </w:p>
    <w:p>
      <w:pPr>
        <w:spacing w:after="60" w:line="266" w:lineRule="auto"/>
        <w:ind w:firstLine="331"/>
        <w:jc w:val="both"/>
      </w:pPr>
      <w:r>
        <w:rPr>
          <w:rFonts w:ascii="Georgia" w:hAnsi="Georgia"/>
          <w:b w:val="0"/>
          <w:i w:val="0"/>
          <w:color w:val="22201D"/>
          <w:sz w:val="20"/>
        </w:rPr>
        <w:t>Silence in Emoji Soup was not empty either. It was full of silverware, steam, page fiber, distant dishwater, the clock refusing minutes, and a little huffing noise from the pantry door, which had apparently been told not today and was still dealing with it.</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Not perfectly.</w:t>
      </w:r>
    </w:p>
    <w:p>
      <w:pPr>
        <w:spacing w:after="60" w:line="266" w:lineRule="auto"/>
        <w:ind w:firstLine="331"/>
        <w:jc w:val="both"/>
      </w:pPr>
      <w:r>
        <w:rPr>
          <w:rFonts w:ascii="Georgia" w:hAnsi="Georgia"/>
          <w:b w:val="0"/>
          <w:i w:val="0"/>
          <w:color w:val="22201D"/>
          <w:sz w:val="20"/>
        </w:rPr>
        <w:t>He spent three seconds admiring himself for waiting and had to begin again.</w:t>
      </w:r>
    </w:p>
    <w:p>
      <w:pPr>
        <w:spacing w:after="60" w:line="266" w:lineRule="auto"/>
        <w:ind w:firstLine="331"/>
        <w:jc w:val="both"/>
      </w:pPr>
      <w:r>
        <w:rPr>
          <w:rFonts w:ascii="Georgia" w:hAnsi="Georgia"/>
          <w:b w:val="0"/>
          <w:i w:val="0"/>
          <w:color w:val="22201D"/>
          <w:sz w:val="20"/>
        </w:rPr>
        <w:t>This happened seven times.</w:t>
      </w:r>
    </w:p>
    <w:p>
      <w:pPr>
        <w:spacing w:after="60" w:line="266" w:lineRule="auto"/>
        <w:ind w:firstLine="331"/>
        <w:jc w:val="both"/>
      </w:pPr>
      <w:r>
        <w:rPr>
          <w:rFonts w:ascii="Georgia" w:hAnsi="Georgia"/>
          <w:b w:val="0"/>
          <w:i w:val="0"/>
          <w:color w:val="22201D"/>
          <w:sz w:val="20"/>
        </w:rPr>
        <w:t>On the eighth time, he became too tired to admire himself.</w:t>
      </w:r>
    </w:p>
    <w:p>
      <w:pPr>
        <w:spacing w:after="60" w:line="266" w:lineRule="auto"/>
        <w:ind w:firstLine="331"/>
        <w:jc w:val="both"/>
      </w:pPr>
      <w:r>
        <w:rPr>
          <w:rFonts w:ascii="Georgia" w:hAnsi="Georgia"/>
          <w:b w:val="0"/>
          <w:i w:val="0"/>
          <w:color w:val="22201D"/>
          <w:sz w:val="20"/>
        </w:rPr>
        <w:t>That was when he finally saw Mara.</w:t>
      </w:r>
    </w:p>
    <w:p>
      <w:pPr>
        <w:spacing w:after="60" w:line="266" w:lineRule="auto"/>
        <w:ind w:firstLine="331"/>
        <w:jc w:val="both"/>
      </w:pPr>
      <w:r>
        <w:rPr>
          <w:rFonts w:ascii="Georgia" w:hAnsi="Georgia"/>
          <w:b w:val="0"/>
          <w:i w:val="0"/>
          <w:color w:val="22201D"/>
          <w:sz w:val="20"/>
        </w:rPr>
        <w:t>Not Mara as a role in his education.</w:t>
      </w:r>
    </w:p>
    <w:p>
      <w:pPr>
        <w:spacing w:after="60" w:line="266" w:lineRule="auto"/>
        <w:ind w:firstLine="331"/>
        <w:jc w:val="both"/>
      </w:pPr>
      <w:r>
        <w:rPr>
          <w:rFonts w:ascii="Georgia" w:hAnsi="Georgia"/>
          <w:b w:val="0"/>
          <w:i w:val="0"/>
          <w:color w:val="22201D"/>
          <w:sz w:val="20"/>
        </w:rPr>
        <w:t>Not Mara as evidence that he was learning.</w:t>
      </w:r>
    </w:p>
    <w:p>
      <w:pPr>
        <w:spacing w:after="60" w:line="266" w:lineRule="auto"/>
        <w:ind w:firstLine="331"/>
        <w:jc w:val="both"/>
      </w:pPr>
      <w:r>
        <w:rPr>
          <w:rFonts w:ascii="Georgia" w:hAnsi="Georgia"/>
          <w:b w:val="0"/>
          <w:i w:val="0"/>
          <w:color w:val="22201D"/>
          <w:sz w:val="20"/>
        </w:rPr>
        <w:t>Not Mara as a person whose bowl might become an allegory if he handled it carefully enough.</w:t>
      </w:r>
    </w:p>
    <w:p>
      <w:pPr>
        <w:spacing w:after="60" w:line="266" w:lineRule="auto"/>
        <w:ind w:firstLine="331"/>
        <w:jc w:val="both"/>
      </w:pPr>
      <w:r>
        <w:rPr>
          <w:rFonts w:ascii="Georgia" w:hAnsi="Georgia"/>
          <w:b w:val="0"/>
          <w:i w:val="0"/>
          <w:color w:val="22201D"/>
          <w:sz w:val="20"/>
        </w:rPr>
        <w:t>Mara.</w:t>
      </w:r>
    </w:p>
    <w:p>
      <w:pPr>
        <w:spacing w:after="60" w:line="266" w:lineRule="auto"/>
        <w:ind w:firstLine="331"/>
        <w:jc w:val="both"/>
      </w:pPr>
      <w:r>
        <w:rPr>
          <w:rFonts w:ascii="Georgia" w:hAnsi="Georgia"/>
          <w:b w:val="0"/>
          <w:i w:val="0"/>
          <w:color w:val="22201D"/>
          <w:sz w:val="20"/>
        </w:rPr>
        <w:t>She had a small burn scar near her left thumb, the kind acquired by carrying something hot longer than pride permits a person to set down. She had circles under her eyes that were not dramatic enough to invite sympathy and therefore easy for careless people to miss. She had chosen the seat near the window, not for light, but because the reflection let her see the door without turning around.</w:t>
      </w:r>
    </w:p>
    <w:p>
      <w:pPr>
        <w:spacing w:after="60" w:line="266" w:lineRule="auto"/>
        <w:ind w:firstLine="331"/>
        <w:jc w:val="both"/>
      </w:pPr>
      <w:r>
        <w:rPr>
          <w:rFonts w:ascii="Georgia" w:hAnsi="Georgia"/>
          <w:b w:val="0"/>
          <w:i w:val="0"/>
          <w:color w:val="22201D"/>
          <w:sz w:val="20"/>
        </w:rPr>
        <w:t>Flocc did not turn any of these observations into meaning.</w:t>
      </w:r>
    </w:p>
    <w:p>
      <w:pPr>
        <w:spacing w:after="60" w:line="266" w:lineRule="auto"/>
        <w:ind w:firstLine="331"/>
        <w:jc w:val="both"/>
      </w:pPr>
      <w:r>
        <w:rPr>
          <w:rFonts w:ascii="Georgia" w:hAnsi="Georgia"/>
          <w:b w:val="0"/>
          <w:i w:val="0"/>
          <w:color w:val="22201D"/>
          <w:sz w:val="20"/>
        </w:rPr>
        <w:t>He let them remain observations.</w:t>
      </w:r>
    </w:p>
    <w:p>
      <w:pPr>
        <w:spacing w:after="60" w:line="266" w:lineRule="auto"/>
        <w:ind w:firstLine="331"/>
        <w:jc w:val="both"/>
      </w:pPr>
      <w:r>
        <w:rPr>
          <w:rFonts w:ascii="Georgia" w:hAnsi="Georgia"/>
          <w:b w:val="0"/>
          <w:i w:val="0"/>
          <w:color w:val="22201D"/>
          <w:sz w:val="20"/>
        </w:rPr>
        <w:t>This was, for him, a form of heavy labor.</w:t>
      </w:r>
    </w:p>
    <w:p>
      <w:pPr>
        <w:spacing w:after="60" w:line="266" w:lineRule="auto"/>
        <w:ind w:firstLine="331"/>
        <w:jc w:val="both"/>
      </w:pPr>
      <w:r>
        <w:rPr>
          <w:rFonts w:ascii="Georgia" w:hAnsi="Georgia"/>
          <w:b w:val="0"/>
          <w:i w:val="0"/>
          <w:color w:val="22201D"/>
          <w:sz w:val="20"/>
        </w:rPr>
        <w:t>The page wrote a second line:</w:t>
      </w:r>
    </w:p>
    <w:p>
      <w:pPr>
        <w:spacing w:after="60" w:line="250" w:lineRule="auto"/>
        <w:ind w:left="202" w:right="173"/>
      </w:pPr>
      <w:r>
        <w:rPr>
          <w:rFonts w:ascii="Georgia" w:hAnsi="Georgia"/>
          <w:b w:val="0"/>
          <w:i w:val="0"/>
          <w:color w:val="22201D"/>
          <w:sz w:val="17"/>
        </w:rPr>
        <w:t>You may read it only if you stop being proud of that.</w:t>
      </w:r>
    </w:p>
    <w:p>
      <w:pPr>
        <w:spacing w:after="60" w:line="266" w:lineRule="auto"/>
        <w:ind w:firstLine="331"/>
        <w:jc w:val="both"/>
      </w:pPr>
      <w:r>
        <w:rPr>
          <w:rFonts w:ascii="Georgia" w:hAnsi="Georgia"/>
          <w:b w:val="0"/>
          <w:i w:val="0"/>
          <w:color w:val="22201D"/>
          <w:sz w:val="20"/>
        </w:rPr>
        <w:t>Flocc exhaled.</w:t>
      </w:r>
    </w:p>
    <w:p>
      <w:pPr>
        <w:spacing w:after="60" w:line="266" w:lineRule="auto"/>
        <w:ind w:firstLine="331"/>
        <w:jc w:val="both"/>
      </w:pPr>
      <w:r>
        <w:rPr>
          <w:rFonts w:ascii="Georgia" w:hAnsi="Georgia"/>
          <w:b w:val="0"/>
          <w:i w:val="0"/>
          <w:color w:val="22201D"/>
          <w:sz w:val="20"/>
        </w:rPr>
        <w:t>"There it is," he said.</w:t>
      </w:r>
    </w:p>
    <w:p>
      <w:pPr>
        <w:spacing w:after="60" w:line="266" w:lineRule="auto"/>
        <w:ind w:firstLine="331"/>
        <w:jc w:val="both"/>
      </w:pPr>
      <w:r>
        <w:rPr>
          <w:rFonts w:ascii="Georgia" w:hAnsi="Georgia"/>
          <w:b w:val="0"/>
          <w:i w:val="0"/>
          <w:color w:val="22201D"/>
          <w:sz w:val="20"/>
        </w:rPr>
        <w:t>Mara did not ask.</w:t>
      </w:r>
    </w:p>
    <w:p>
      <w:pPr>
        <w:spacing w:after="60" w:line="266" w:lineRule="auto"/>
        <w:ind w:firstLine="331"/>
        <w:jc w:val="both"/>
      </w:pPr>
      <w:r>
        <w:rPr>
          <w:rFonts w:ascii="Georgia" w:hAnsi="Georgia"/>
          <w:b w:val="0"/>
          <w:i w:val="0"/>
          <w:color w:val="22201D"/>
          <w:sz w:val="20"/>
        </w:rPr>
        <w:t>That helped.</w:t>
      </w:r>
    </w:p>
    <w:p>
      <w:pPr>
        <w:spacing w:after="60" w:line="266" w:lineRule="auto"/>
        <w:ind w:firstLine="331"/>
        <w:jc w:val="both"/>
      </w:pPr>
      <w:r>
        <w:rPr>
          <w:rFonts w:ascii="Georgia" w:hAnsi="Georgia"/>
          <w:b w:val="0"/>
          <w:i w:val="0"/>
          <w:color w:val="22201D"/>
          <w:sz w:val="20"/>
        </w:rPr>
        <w:t>He looked at the page.</w:t>
      </w:r>
    </w:p>
    <w:p>
      <w:pPr>
        <w:spacing w:after="60" w:line="266" w:lineRule="auto"/>
        <w:ind w:firstLine="331"/>
        <w:jc w:val="both"/>
      </w:pPr>
      <w:r>
        <w:rPr>
          <w:rFonts w:ascii="Georgia" w:hAnsi="Georgia"/>
          <w:b w:val="0"/>
          <w:i w:val="0"/>
          <w:color w:val="22201D"/>
          <w:sz w:val="20"/>
        </w:rPr>
        <w:t>Under the two lines, writing began to appear. It came slowly, as if the ink refused to enter a room before checking the exits.</w:t>
      </w:r>
    </w:p>
    <w:p>
      <w:pPr>
        <w:spacing w:after="60" w:line="250" w:lineRule="auto"/>
        <w:ind w:left="202" w:right="173"/>
      </w:pPr>
      <w:r>
        <w:rPr>
          <w:rFonts w:ascii="Georgia" w:hAnsi="Georgia"/>
          <w:b w:val="0"/>
          <w:i w:val="0"/>
          <w:color w:val="22201D"/>
          <w:sz w:val="17"/>
        </w:rPr>
        <w:t>For the person whose hunger has been used as scenery.</w:t>
      </w:r>
    </w:p>
    <w:p>
      <w:pPr>
        <w:spacing w:after="60" w:line="266" w:lineRule="auto"/>
        <w:ind w:firstLine="331"/>
        <w:jc w:val="both"/>
      </w:pPr>
      <w:r>
        <w:rPr>
          <w:rFonts w:ascii="Georgia" w:hAnsi="Georgia"/>
          <w:b w:val="0"/>
          <w:i w:val="0"/>
          <w:color w:val="22201D"/>
          <w:sz w:val="20"/>
        </w:rPr>
        <w:t>Flocc felt the old reflex rise:</w:t>
      </w:r>
    </w:p>
    <w:p>
      <w:pPr>
        <w:spacing w:after="60" w:line="266" w:lineRule="auto"/>
        <w:ind w:firstLine="331"/>
        <w:jc w:val="both"/>
      </w:pPr>
      <w:r>
        <w:rPr>
          <w:rFonts w:ascii="Georgia" w:hAnsi="Georgia"/>
          <w:b w:val="0"/>
          <w:i w:val="0"/>
          <w:color w:val="22201D"/>
          <w:sz w:val="20"/>
        </w:rPr>
        <w:t>Who used it?</w:t>
      </w:r>
    </w:p>
    <w:p>
      <w:pPr>
        <w:spacing w:after="60" w:line="266" w:lineRule="auto"/>
        <w:ind w:firstLine="331"/>
        <w:jc w:val="both"/>
      </w:pPr>
      <w:r>
        <w:rPr>
          <w:rFonts w:ascii="Georgia" w:hAnsi="Georgia"/>
          <w:b w:val="0"/>
          <w:i w:val="0"/>
          <w:color w:val="22201D"/>
          <w:sz w:val="20"/>
        </w:rPr>
        <w:t>Was it him?</w:t>
      </w:r>
    </w:p>
    <w:p>
      <w:pPr>
        <w:spacing w:after="60" w:line="266" w:lineRule="auto"/>
        <w:ind w:firstLine="331"/>
        <w:jc w:val="both"/>
      </w:pPr>
      <w:r>
        <w:rPr>
          <w:rFonts w:ascii="Georgia" w:hAnsi="Georgia"/>
          <w:b w:val="0"/>
          <w:i w:val="0"/>
          <w:color w:val="22201D"/>
          <w:sz w:val="20"/>
        </w:rPr>
        <w:t>Could he apologize?</w:t>
      </w:r>
    </w:p>
    <w:p>
      <w:pPr>
        <w:spacing w:after="60" w:line="266" w:lineRule="auto"/>
        <w:ind w:firstLine="331"/>
        <w:jc w:val="both"/>
      </w:pPr>
      <w:r>
        <w:rPr>
          <w:rFonts w:ascii="Georgia" w:hAnsi="Georgia"/>
          <w:b w:val="0"/>
          <w:i w:val="0"/>
          <w:color w:val="22201D"/>
          <w:sz w:val="20"/>
        </w:rPr>
        <w:t>Would apologizing make him look better?</w:t>
      </w:r>
    </w:p>
    <w:p>
      <w:pPr>
        <w:spacing w:after="60" w:line="266" w:lineRule="auto"/>
        <w:ind w:firstLine="331"/>
        <w:jc w:val="both"/>
      </w:pPr>
      <w:r>
        <w:rPr>
          <w:rFonts w:ascii="Georgia" w:hAnsi="Georgia"/>
          <w:b w:val="0"/>
          <w:i w:val="0"/>
          <w:color w:val="22201D"/>
          <w:sz w:val="20"/>
        </w:rPr>
        <w:t>Could he apologize without making it about himself?</w:t>
      </w:r>
    </w:p>
    <w:p>
      <w:pPr>
        <w:spacing w:after="60" w:line="266" w:lineRule="auto"/>
        <w:ind w:firstLine="331"/>
        <w:jc w:val="both"/>
      </w:pPr>
      <w:r>
        <w:rPr>
          <w:rFonts w:ascii="Georgia" w:hAnsi="Georgia"/>
          <w:b w:val="0"/>
          <w:i w:val="0"/>
          <w:color w:val="22201D"/>
          <w:sz w:val="20"/>
        </w:rPr>
        <w:t>Was wondering that already making it about himself?</w:t>
      </w:r>
    </w:p>
    <w:p>
      <w:pPr>
        <w:spacing w:after="60" w:line="266" w:lineRule="auto"/>
        <w:ind w:firstLine="331"/>
        <w:jc w:val="both"/>
      </w:pPr>
      <w:r>
        <w:rPr>
          <w:rFonts w:ascii="Georgia" w:hAnsi="Georgia"/>
          <w:b w:val="0"/>
          <w:i w:val="0"/>
          <w:color w:val="22201D"/>
          <w:sz w:val="20"/>
        </w:rPr>
        <w:t>Could a person become so concerned with not being self-centered that the concern itself became a decorative cage around the self?</w:t>
      </w:r>
    </w:p>
    <w:p>
      <w:pPr>
        <w:spacing w:after="60" w:line="266" w:lineRule="auto"/>
        <w:ind w:firstLine="331"/>
        <w:jc w:val="both"/>
      </w:pPr>
      <w:r>
        <w:rPr>
          <w:rFonts w:ascii="Georgia" w:hAnsi="Georgia"/>
          <w:b w:val="0"/>
          <w:i w:val="0"/>
          <w:color w:val="22201D"/>
          <w:sz w:val="20"/>
        </w:rPr>
        <w:t>The page paused.</w:t>
      </w:r>
    </w:p>
    <w:p>
      <w:pPr>
        <w:spacing w:after="60" w:line="266" w:lineRule="auto"/>
        <w:ind w:firstLine="331"/>
        <w:jc w:val="both"/>
      </w:pPr>
      <w:r>
        <w:rPr>
          <w:rFonts w:ascii="Georgia" w:hAnsi="Georgia"/>
          <w:b w:val="0"/>
          <w:i w:val="0"/>
          <w:color w:val="22201D"/>
          <w:sz w:val="20"/>
        </w:rPr>
        <w:t>Then wrote:</w:t>
      </w:r>
    </w:p>
    <w:p>
      <w:pPr>
        <w:spacing w:after="60" w:line="250" w:lineRule="auto"/>
        <w:ind w:left="202" w:right="173"/>
      </w:pPr>
      <w:r>
        <w:rPr>
          <w:rFonts w:ascii="Georgia" w:hAnsi="Georgia"/>
          <w:b w:val="0"/>
          <w:i w:val="0"/>
          <w:color w:val="22201D"/>
          <w:sz w:val="17"/>
        </w:rPr>
        <w:t>You are doing it again.</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This was the first time he had said that without defending himself.</w:t>
      </w:r>
    </w:p>
    <w:p>
      <w:pPr>
        <w:spacing w:after="60" w:line="266" w:lineRule="auto"/>
        <w:ind w:firstLine="331"/>
        <w:jc w:val="both"/>
      </w:pPr>
      <w:r>
        <w:rPr>
          <w:rFonts w:ascii="Georgia" w:hAnsi="Georgia"/>
          <w:b w:val="0"/>
          <w:i w:val="0"/>
          <w:color w:val="22201D"/>
          <w:sz w:val="20"/>
        </w:rPr>
        <w:t>The words did not make him feel clean.</w:t>
      </w:r>
    </w:p>
    <w:p>
      <w:pPr>
        <w:spacing w:after="60" w:line="266" w:lineRule="auto"/>
        <w:ind w:firstLine="331"/>
        <w:jc w:val="both"/>
      </w:pPr>
      <w:r>
        <w:rPr>
          <w:rFonts w:ascii="Georgia" w:hAnsi="Georgia"/>
          <w:b w:val="0"/>
          <w:i w:val="0"/>
          <w:color w:val="22201D"/>
          <w:sz w:val="20"/>
        </w:rPr>
        <w:t>They made him feel present.</w:t>
      </w:r>
    </w:p>
    <w:p>
      <w:pPr>
        <w:spacing w:after="60" w:line="266" w:lineRule="auto"/>
        <w:ind w:firstLine="331"/>
        <w:jc w:val="both"/>
      </w:pPr>
      <w:r>
        <w:rPr>
          <w:rFonts w:ascii="Georgia" w:hAnsi="Georgia"/>
          <w:b w:val="0"/>
          <w:i w:val="0"/>
          <w:color w:val="22201D"/>
          <w:sz w:val="20"/>
        </w:rPr>
        <w:t>The page continued.</w:t>
      </w:r>
    </w:p>
    <w:p>
      <w:pPr>
        <w:spacing w:after="60" w:line="250" w:lineRule="auto"/>
        <w:ind w:left="202" w:right="173"/>
      </w:pPr>
      <w:r>
        <w:rPr>
          <w:rFonts w:ascii="Georgia" w:hAnsi="Georgia"/>
          <w:b w:val="0"/>
          <w:i w:val="0"/>
          <w:color w:val="22201D"/>
          <w:sz w:val="17"/>
        </w:rPr>
        <w:t>Course: The Bowl That Waited  Service condition: Do not explain the eater to yourself before asking whether the eater wants company.  Ingredients: broth held at safe temperature salt added after listening one spoon not used as a microphone window light permission to stop permission to continue</w:t>
      </w:r>
    </w:p>
    <w:p>
      <w:pPr>
        <w:spacing w:after="60" w:line="266" w:lineRule="auto"/>
        <w:ind w:firstLine="331"/>
        <w:jc w:val="both"/>
      </w:pPr>
      <w:r>
        <w:rPr>
          <w:rFonts w:ascii="Georgia" w:hAnsi="Georgia"/>
          <w:b w:val="0"/>
          <w:i w:val="0"/>
          <w:color w:val="22201D"/>
          <w:sz w:val="20"/>
        </w:rPr>
        <w:t>Flocc read it twice.</w:t>
      </w:r>
    </w:p>
    <w:p>
      <w:pPr>
        <w:spacing w:after="60" w:line="266" w:lineRule="auto"/>
        <w:ind w:firstLine="331"/>
        <w:jc w:val="both"/>
      </w:pPr>
      <w:r>
        <w:rPr>
          <w:rFonts w:ascii="Georgia" w:hAnsi="Georgia"/>
          <w:b w:val="0"/>
          <w:i w:val="0"/>
          <w:color w:val="22201D"/>
          <w:sz w:val="20"/>
        </w:rPr>
        <w:t>"Mara,"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page is not for me."</w:t>
      </w:r>
    </w:p>
    <w:p>
      <w:pPr>
        <w:spacing w:after="60" w:line="266" w:lineRule="auto"/>
        <w:ind w:firstLine="331"/>
        <w:jc w:val="both"/>
      </w:pPr>
      <w:r>
        <w:rPr>
          <w:rFonts w:ascii="Georgia" w:hAnsi="Georgia"/>
          <w:b w:val="0"/>
          <w:i w:val="0"/>
          <w:color w:val="22201D"/>
          <w:sz w:val="20"/>
        </w:rPr>
        <w:t>"You mentioned."</w:t>
      </w:r>
    </w:p>
    <w:p>
      <w:pPr>
        <w:spacing w:after="60" w:line="266" w:lineRule="auto"/>
        <w:ind w:firstLine="331"/>
        <w:jc w:val="both"/>
      </w:pPr>
      <w:r>
        <w:rPr>
          <w:rFonts w:ascii="Georgia" w:hAnsi="Georgia"/>
          <w:b w:val="0"/>
          <w:i w:val="0"/>
          <w:color w:val="22201D"/>
          <w:sz w:val="20"/>
        </w:rPr>
        <w:t>"It might be for you."</w:t>
      </w:r>
    </w:p>
    <w:p>
      <w:pPr>
        <w:spacing w:after="60" w:line="266" w:lineRule="auto"/>
        <w:ind w:firstLine="331"/>
        <w:jc w:val="both"/>
      </w:pPr>
      <w:r>
        <w:rPr>
          <w:rFonts w:ascii="Georgia" w:hAnsi="Georgia"/>
          <w:b w:val="0"/>
          <w:i w:val="0"/>
          <w:color w:val="22201D"/>
          <w:sz w:val="20"/>
        </w:rPr>
        <w:t>"Might be?"</w:t>
      </w:r>
    </w:p>
    <w:p>
      <w:pPr>
        <w:spacing w:after="60" w:line="266" w:lineRule="auto"/>
        <w:ind w:firstLine="331"/>
        <w:jc w:val="both"/>
      </w:pPr>
      <w:r>
        <w:rPr>
          <w:rFonts w:ascii="Georgia" w:hAnsi="Georgia"/>
          <w:b w:val="0"/>
          <w:i w:val="0"/>
          <w:color w:val="22201D"/>
          <w:sz w:val="20"/>
        </w:rPr>
        <w:t>"I am trying not to seize authority over that."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"Would you like to see it?"</w:t>
      </w:r>
    </w:p>
    <w:p>
      <w:pPr>
        <w:spacing w:after="60" w:line="266" w:lineRule="auto"/>
        <w:ind w:firstLine="331"/>
        <w:jc w:val="both"/>
      </w:pPr>
      <w:r>
        <w:rPr>
          <w:rFonts w:ascii="Georgia" w:hAnsi="Georgia"/>
          <w:b w:val="0"/>
          <w:i w:val="0"/>
          <w:color w:val="22201D"/>
          <w:sz w:val="20"/>
        </w:rPr>
        <w:t>Mara looked at the menu.</w:t>
      </w:r>
    </w:p>
    <w:p>
      <w:pPr>
        <w:spacing w:after="60" w:line="266" w:lineRule="auto"/>
        <w:ind w:firstLine="331"/>
        <w:jc w:val="both"/>
      </w:pPr>
      <w:r>
        <w:rPr>
          <w:rFonts w:ascii="Georgia" w:hAnsi="Georgia"/>
          <w:b w:val="0"/>
          <w:i w:val="0"/>
          <w:color w:val="22201D"/>
          <w:sz w:val="20"/>
        </w:rPr>
        <w:t>Then at him.</w:t>
      </w:r>
    </w:p>
    <w:p>
      <w:pPr>
        <w:spacing w:after="60" w:line="266" w:lineRule="auto"/>
        <w:ind w:firstLine="331"/>
        <w:jc w:val="both"/>
      </w:pPr>
      <w:r>
        <w:rPr>
          <w:rFonts w:ascii="Georgia" w:hAnsi="Georgia"/>
          <w:b w:val="0"/>
          <w:i w:val="0"/>
          <w:color w:val="22201D"/>
          <w:sz w:val="20"/>
        </w:rPr>
        <w:t>"Are you offering it because you think I need it?"</w:t>
      </w:r>
    </w:p>
    <w:p>
      <w:pPr>
        <w:spacing w:after="60" w:line="266" w:lineRule="auto"/>
        <w:ind w:firstLine="331"/>
        <w:jc w:val="both"/>
      </w:pPr>
      <w:r>
        <w:rPr>
          <w:rFonts w:ascii="Georgia" w:hAnsi="Georgia"/>
          <w:b w:val="0"/>
          <w:i w:val="0"/>
          <w:color w:val="22201D"/>
          <w:sz w:val="20"/>
        </w:rPr>
        <w:t>Flocc opened his mouth.</w:t>
      </w:r>
    </w:p>
    <w:p>
      <w:pPr>
        <w:spacing w:after="60" w:line="266" w:lineRule="auto"/>
        <w:ind w:firstLine="331"/>
        <w:jc w:val="both"/>
      </w:pPr>
      <w:r>
        <w:rPr>
          <w:rFonts w:ascii="Georgia" w:hAnsi="Georgia"/>
          <w:b w:val="0"/>
          <w:i w:val="0"/>
          <w:color w:val="22201D"/>
          <w:sz w:val="20"/>
        </w:rPr>
        <w:t>Closed it.</w:t>
      </w:r>
    </w:p>
    <w:p>
      <w:pPr>
        <w:spacing w:after="60" w:line="266" w:lineRule="auto"/>
        <w:ind w:firstLine="331"/>
        <w:jc w:val="both"/>
      </w:pPr>
      <w:r>
        <w:rPr>
          <w:rFonts w:ascii="Georgia" w:hAnsi="Georgia"/>
          <w:b w:val="0"/>
          <w:i w:val="0"/>
          <w:color w:val="22201D"/>
          <w:sz w:val="20"/>
        </w:rPr>
        <w:t>The page remained very still.</w:t>
      </w:r>
    </w:p>
    <w:p>
      <w:pPr>
        <w:spacing w:after="60" w:line="266" w:lineRule="auto"/>
        <w:ind w:firstLine="331"/>
        <w:jc w:val="both"/>
      </w:pPr>
      <w:r>
        <w:rPr>
          <w:rFonts w:ascii="Georgia" w:hAnsi="Georgia"/>
          <w:b w:val="0"/>
          <w:i w:val="0"/>
          <w:color w:val="22201D"/>
          <w:sz w:val="20"/>
        </w:rPr>
        <w:t>"I am offering because it appeared while I was looking at you," he said. "And because keeping it would make the wrong part of me happy."</w:t>
      </w:r>
    </w:p>
    <w:p>
      <w:pPr>
        <w:spacing w:after="60" w:line="266" w:lineRule="auto"/>
        <w:ind w:firstLine="331"/>
        <w:jc w:val="both"/>
      </w:pPr>
      <w:r>
        <w:rPr>
          <w:rFonts w:ascii="Georgia" w:hAnsi="Georgia"/>
          <w:b w:val="0"/>
          <w:i w:val="0"/>
          <w:color w:val="22201D"/>
          <w:sz w:val="20"/>
        </w:rPr>
        <w:t>Mara considered that.</w:t>
      </w:r>
    </w:p>
    <w:p>
      <w:pPr>
        <w:spacing w:after="60" w:line="266" w:lineRule="auto"/>
        <w:ind w:firstLine="331"/>
        <w:jc w:val="both"/>
      </w:pPr>
      <w:r>
        <w:rPr>
          <w:rFonts w:ascii="Georgia" w:hAnsi="Georgia"/>
          <w:b w:val="0"/>
          <w:i w:val="0"/>
          <w:color w:val="22201D"/>
          <w:sz w:val="20"/>
        </w:rPr>
        <w:t>"That is almost honest."</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"You still want credit for giving it up."</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you give it up with that still true?"</w:t>
      </w:r>
    </w:p>
    <w:p>
      <w:pPr>
        <w:spacing w:after="60" w:line="266" w:lineRule="auto"/>
        <w:ind w:firstLine="331"/>
        <w:jc w:val="both"/>
      </w:pPr>
      <w:r>
        <w:rPr>
          <w:rFonts w:ascii="Georgia" w:hAnsi="Georgia"/>
          <w:b w:val="0"/>
          <w:i w:val="0"/>
          <w:color w:val="22201D"/>
          <w:sz w:val="20"/>
        </w:rPr>
        <w:t>Flocc looked down at his hands.</w:t>
      </w:r>
    </w:p>
    <w:p>
      <w:pPr>
        <w:spacing w:after="60" w:line="266" w:lineRule="auto"/>
        <w:ind w:firstLine="331"/>
        <w:jc w:val="both"/>
      </w:pPr>
      <w:r>
        <w:rPr>
          <w:rFonts w:ascii="Georgia" w:hAnsi="Georgia"/>
          <w:b w:val="0"/>
          <w:i w:val="0"/>
          <w:color w:val="22201D"/>
          <w:sz w:val="20"/>
        </w:rPr>
        <w:t>This was the practical cruelty of moral work. It could not wait until the motives were pure. Pure motives were often just motives that had not been inspected under hot water.</w:t>
      </w:r>
    </w:p>
    <w:p>
      <w:pPr>
        <w:spacing w:after="60" w:line="266" w:lineRule="auto"/>
        <w:ind w:firstLine="331"/>
        <w:jc w:val="both"/>
      </w:pPr>
      <w:r>
        <w:rPr>
          <w:rFonts w:ascii="Georgia" w:hAnsi="Georgia"/>
          <w:b w:val="0"/>
          <w:i w:val="0"/>
          <w:color w:val="22201D"/>
          <w:sz w:val="20"/>
        </w:rPr>
        <w:t>"I think I have to," he said.</w:t>
      </w:r>
    </w:p>
    <w:p>
      <w:pPr>
        <w:spacing w:after="60" w:line="266" w:lineRule="auto"/>
        <w:ind w:firstLine="331"/>
        <w:jc w:val="both"/>
      </w:pPr>
      <w:r>
        <w:rPr>
          <w:rFonts w:ascii="Georgia" w:hAnsi="Georgia"/>
          <w:b w:val="0"/>
          <w:i w:val="0"/>
          <w:color w:val="22201D"/>
          <w:sz w:val="20"/>
        </w:rPr>
        <w:t>He lifted the menu.</w:t>
      </w:r>
    </w:p>
    <w:p>
      <w:pPr>
        <w:spacing w:after="60" w:line="266" w:lineRule="auto"/>
        <w:ind w:firstLine="331"/>
        <w:jc w:val="both"/>
      </w:pPr>
      <w:r>
        <w:rPr>
          <w:rFonts w:ascii="Georgia" w:hAnsi="Georgia"/>
          <w:b w:val="0"/>
          <w:i w:val="0"/>
          <w:color w:val="22201D"/>
          <w:sz w:val="20"/>
        </w:rPr>
        <w:t>It was heavier than it had been.</w:t>
      </w:r>
    </w:p>
    <w:p>
      <w:pPr>
        <w:spacing w:after="60" w:line="266" w:lineRule="auto"/>
        <w:ind w:firstLine="331"/>
        <w:jc w:val="both"/>
      </w:pPr>
      <w:r>
        <w:rPr>
          <w:rFonts w:ascii="Georgia" w:hAnsi="Georgia"/>
          <w:b w:val="0"/>
          <w:i w:val="0"/>
          <w:color w:val="22201D"/>
          <w:sz w:val="20"/>
        </w:rPr>
        <w:t>Not symbolically.</w:t>
      </w:r>
    </w:p>
    <w:p>
      <w:pPr>
        <w:spacing w:after="60" w:line="266" w:lineRule="auto"/>
        <w:ind w:firstLine="331"/>
        <w:jc w:val="both"/>
      </w:pPr>
      <w:r>
        <w:rPr>
          <w:rFonts w:ascii="Georgia" w:hAnsi="Georgia"/>
          <w:b w:val="0"/>
          <w:i w:val="0"/>
          <w:color w:val="22201D"/>
          <w:sz w:val="20"/>
        </w:rPr>
        <w:t>Physically.</w:t>
      </w:r>
    </w:p>
    <w:p>
      <w:pPr>
        <w:spacing w:after="60" w:line="266" w:lineRule="auto"/>
        <w:ind w:firstLine="331"/>
        <w:jc w:val="both"/>
      </w:pPr>
      <w:r>
        <w:rPr>
          <w:rFonts w:ascii="Georgia" w:hAnsi="Georgia"/>
          <w:b w:val="0"/>
          <w:i w:val="0"/>
          <w:color w:val="22201D"/>
          <w:sz w:val="20"/>
        </w:rPr>
        <w:t>He turned it toward Mara.</w:t>
      </w:r>
    </w:p>
    <w:p>
      <w:pPr>
        <w:spacing w:after="60" w:line="266" w:lineRule="auto"/>
        <w:ind w:firstLine="331"/>
        <w:jc w:val="both"/>
      </w:pPr>
      <w:r>
        <w:rPr>
          <w:rFonts w:ascii="Georgia" w:hAnsi="Georgia"/>
          <w:b w:val="0"/>
          <w:i w:val="0"/>
          <w:color w:val="22201D"/>
          <w:sz w:val="20"/>
        </w:rPr>
        <w:t>The page blurred.</w:t>
      </w:r>
    </w:p>
    <w:p>
      <w:pPr>
        <w:spacing w:after="60" w:line="266" w:lineRule="auto"/>
        <w:ind w:firstLine="331"/>
        <w:jc w:val="both"/>
      </w:pPr>
      <w:r>
        <w:rPr>
          <w:rFonts w:ascii="Georgia" w:hAnsi="Georgia"/>
          <w:b w:val="0"/>
          <w:i w:val="0"/>
          <w:color w:val="22201D"/>
          <w:sz w:val="20"/>
        </w:rPr>
        <w:t>For one horrible second, Flocc thought it had vanished because he had failed.</w:t>
      </w:r>
    </w:p>
    <w:p>
      <w:pPr>
        <w:spacing w:after="60" w:line="266" w:lineRule="auto"/>
        <w:ind w:firstLine="331"/>
        <w:jc w:val="both"/>
      </w:pPr>
      <w:r>
        <w:rPr>
          <w:rFonts w:ascii="Georgia" w:hAnsi="Georgia"/>
          <w:b w:val="0"/>
          <w:i w:val="0"/>
          <w:color w:val="22201D"/>
          <w:sz w:val="20"/>
        </w:rPr>
        <w:t>Then he realized the words were changing angle.</w:t>
      </w:r>
    </w:p>
    <w:p>
      <w:pPr>
        <w:spacing w:after="60" w:line="266" w:lineRule="auto"/>
        <w:ind w:firstLine="331"/>
        <w:jc w:val="both"/>
      </w:pPr>
      <w:r>
        <w:rPr>
          <w:rFonts w:ascii="Georgia" w:hAnsi="Georgia"/>
          <w:b w:val="0"/>
          <w:i w:val="0"/>
          <w:color w:val="22201D"/>
          <w:sz w:val="20"/>
        </w:rPr>
        <w:t>They were no longer facing him.</w:t>
      </w:r>
    </w:p>
    <w:p>
      <w:pPr>
        <w:spacing w:after="60" w:line="266" w:lineRule="auto"/>
        <w:ind w:firstLine="331"/>
        <w:jc w:val="both"/>
      </w:pPr>
      <w:r>
        <w:rPr>
          <w:rFonts w:ascii="Georgia" w:hAnsi="Georgia"/>
          <w:b w:val="0"/>
          <w:i w:val="0"/>
          <w:color w:val="22201D"/>
          <w:sz w:val="20"/>
        </w:rPr>
        <w:t>They were facing her.</w:t>
      </w:r>
    </w:p>
    <w:p>
      <w:pPr>
        <w:spacing w:after="60" w:line="266" w:lineRule="auto"/>
        <w:ind w:firstLine="331"/>
        <w:jc w:val="both"/>
      </w:pPr>
      <w:r>
        <w:rPr>
          <w:rFonts w:ascii="Georgia" w:hAnsi="Georgia"/>
          <w:b w:val="0"/>
          <w:i w:val="0"/>
          <w:color w:val="22201D"/>
          <w:sz w:val="20"/>
        </w:rPr>
        <w:t>Mara read.</w:t>
      </w:r>
    </w:p>
    <w:p>
      <w:pPr>
        <w:spacing w:after="60" w:line="266" w:lineRule="auto"/>
        <w:ind w:firstLine="331"/>
        <w:jc w:val="both"/>
      </w:pPr>
      <w:r>
        <w:rPr>
          <w:rFonts w:ascii="Georgia" w:hAnsi="Georgia"/>
          <w:b w:val="0"/>
          <w:i w:val="0"/>
          <w:color w:val="22201D"/>
          <w:sz w:val="20"/>
        </w:rPr>
        <w:t>Her expression changed very little.</w:t>
      </w:r>
    </w:p>
    <w:p>
      <w:pPr>
        <w:spacing w:after="60" w:line="266" w:lineRule="auto"/>
        <w:ind w:firstLine="331"/>
        <w:jc w:val="both"/>
      </w:pPr>
      <w:r>
        <w:rPr>
          <w:rFonts w:ascii="Georgia" w:hAnsi="Georgia"/>
          <w:b w:val="0"/>
          <w:i w:val="0"/>
          <w:color w:val="22201D"/>
          <w:sz w:val="20"/>
        </w:rPr>
        <w:t>The change was not dramatic enough for Flocc to use.</w:t>
      </w:r>
    </w:p>
    <w:p>
      <w:pPr>
        <w:spacing w:after="60" w:line="266" w:lineRule="auto"/>
        <w:ind w:firstLine="331"/>
        <w:jc w:val="both"/>
      </w:pPr>
      <w:r>
        <w:rPr>
          <w:rFonts w:ascii="Georgia" w:hAnsi="Georgia"/>
          <w:b w:val="0"/>
          <w:i w:val="0"/>
          <w:color w:val="22201D"/>
          <w:sz w:val="20"/>
        </w:rPr>
        <w:t>This was fortunate and irritating.</w:t>
      </w:r>
    </w:p>
    <w:p>
      <w:pPr>
        <w:spacing w:after="60" w:line="266" w:lineRule="auto"/>
        <w:ind w:firstLine="331"/>
        <w:jc w:val="both"/>
      </w:pPr>
      <w:r>
        <w:rPr>
          <w:rFonts w:ascii="Georgia" w:hAnsi="Georgia"/>
          <w:b w:val="0"/>
          <w:i w:val="0"/>
          <w:color w:val="22201D"/>
          <w:sz w:val="20"/>
        </w:rPr>
        <w:t>She touched the edge of the page with one finger.</w:t>
      </w:r>
    </w:p>
    <w:p>
      <w:pPr>
        <w:spacing w:after="60" w:line="266" w:lineRule="auto"/>
        <w:ind w:firstLine="331"/>
        <w:jc w:val="both"/>
      </w:pPr>
      <w:r>
        <w:rPr>
          <w:rFonts w:ascii="Georgia" w:hAnsi="Georgia"/>
          <w:b w:val="0"/>
          <w:i w:val="0"/>
          <w:color w:val="22201D"/>
          <w:sz w:val="20"/>
        </w:rPr>
        <w:t>The restaurant quieted around the gesture.</w:t>
      </w:r>
    </w:p>
    <w:p>
      <w:pPr>
        <w:spacing w:after="60" w:line="266" w:lineRule="auto"/>
        <w:ind w:firstLine="331"/>
        <w:jc w:val="both"/>
      </w:pPr>
      <w:r>
        <w:rPr>
          <w:rFonts w:ascii="Georgia" w:hAnsi="Georgia"/>
          <w:b w:val="0"/>
          <w:i w:val="0"/>
          <w:color w:val="22201D"/>
          <w:sz w:val="20"/>
        </w:rPr>
        <w:t>The dishwasher stopped stacking plates.</w:t>
      </w:r>
    </w:p>
    <w:p>
      <w:pPr>
        <w:spacing w:after="60" w:line="266" w:lineRule="auto"/>
        <w:ind w:firstLine="331"/>
        <w:jc w:val="both"/>
      </w:pPr>
      <w:r>
        <w:rPr>
          <w:rFonts w:ascii="Georgia" w:hAnsi="Georgia"/>
          <w:b w:val="0"/>
          <w:i w:val="0"/>
          <w:color w:val="22201D"/>
          <w:sz w:val="20"/>
        </w:rPr>
        <w:t>The Hostess looked toward the table.</w:t>
      </w:r>
    </w:p>
    <w:p>
      <w:pPr>
        <w:spacing w:after="60" w:line="266" w:lineRule="auto"/>
        <w:ind w:firstLine="331"/>
        <w:jc w:val="both"/>
      </w:pPr>
      <w:r>
        <w:rPr>
          <w:rFonts w:ascii="Georgia" w:hAnsi="Georgia"/>
          <w:b w:val="0"/>
          <w:i w:val="0"/>
          <w:color w:val="22201D"/>
          <w:sz w:val="20"/>
        </w:rPr>
        <w:t>The kitchen, visible through the round window, did not move. This was, by its own standards, an act of discipline.</w:t>
      </w:r>
    </w:p>
    <w:p>
      <w:pPr>
        <w:spacing w:after="60" w:line="266" w:lineRule="auto"/>
        <w:ind w:firstLine="331"/>
        <w:jc w:val="both"/>
      </w:pPr>
      <w:r>
        <w:rPr>
          <w:rFonts w:ascii="Georgia" w:hAnsi="Georgia"/>
          <w:b w:val="0"/>
          <w:i w:val="0"/>
          <w:color w:val="22201D"/>
          <w:sz w:val="20"/>
        </w:rPr>
        <w:t>Mara read the whole page.</w:t>
      </w:r>
    </w:p>
    <w:p>
      <w:pPr>
        <w:spacing w:after="60" w:line="266" w:lineRule="auto"/>
        <w:ind w:firstLine="331"/>
        <w:jc w:val="both"/>
      </w:pPr>
      <w:r>
        <w:rPr>
          <w:rFonts w:ascii="Georgia" w:hAnsi="Georgia"/>
          <w:b w:val="0"/>
          <w:i w:val="0"/>
          <w:color w:val="22201D"/>
          <w:sz w:val="20"/>
        </w:rPr>
        <w:t>When she finished, she did not cry.</w:t>
      </w:r>
    </w:p>
    <w:p>
      <w:pPr>
        <w:spacing w:after="60" w:line="266" w:lineRule="auto"/>
        <w:ind w:firstLine="331"/>
        <w:jc w:val="both"/>
      </w:pPr>
      <w:r>
        <w:rPr>
          <w:rFonts w:ascii="Georgia" w:hAnsi="Georgia"/>
          <w:b w:val="0"/>
          <w:i w:val="0"/>
          <w:color w:val="22201D"/>
          <w:sz w:val="20"/>
        </w:rPr>
        <w:t>She did not gasp.</w:t>
      </w:r>
    </w:p>
    <w:p>
      <w:pPr>
        <w:spacing w:after="60" w:line="266" w:lineRule="auto"/>
        <w:ind w:firstLine="331"/>
        <w:jc w:val="both"/>
      </w:pPr>
      <w:r>
        <w:rPr>
          <w:rFonts w:ascii="Georgia" w:hAnsi="Georgia"/>
          <w:b w:val="0"/>
          <w:i w:val="0"/>
          <w:color w:val="22201D"/>
          <w:sz w:val="20"/>
        </w:rPr>
        <w:t>She did not say something perfect that would make Flocc feel useful.</w:t>
      </w:r>
    </w:p>
    <w:p>
      <w:pPr>
        <w:spacing w:after="60" w:line="266" w:lineRule="auto"/>
        <w:ind w:firstLine="331"/>
        <w:jc w:val="both"/>
      </w:pPr>
      <w:r>
        <w:rPr>
          <w:rFonts w:ascii="Georgia" w:hAnsi="Georgia"/>
          <w:b w:val="0"/>
          <w:i w:val="0"/>
          <w:color w:val="22201D"/>
          <w:sz w:val="20"/>
        </w:rPr>
        <w:t>She picked up her spoon.</w:t>
      </w:r>
    </w:p>
    <w:p>
      <w:pPr>
        <w:spacing w:after="60" w:line="266" w:lineRule="auto"/>
        <w:ind w:firstLine="331"/>
        <w:jc w:val="both"/>
      </w:pPr>
      <w:r>
        <w:rPr>
          <w:rFonts w:ascii="Georgia" w:hAnsi="Georgia"/>
          <w:b w:val="0"/>
          <w:i w:val="0"/>
          <w:color w:val="22201D"/>
          <w:sz w:val="20"/>
        </w:rPr>
        <w:t>She tasted the soup.</w:t>
      </w:r>
    </w:p>
    <w:p>
      <w:pPr>
        <w:spacing w:after="60" w:line="266" w:lineRule="auto"/>
        <w:ind w:firstLine="331"/>
        <w:jc w:val="both"/>
      </w:pPr>
      <w:r>
        <w:rPr>
          <w:rFonts w:ascii="Georgia" w:hAnsi="Georgia"/>
          <w:b w:val="0"/>
          <w:i w:val="0"/>
          <w:color w:val="22201D"/>
          <w:sz w:val="20"/>
        </w:rPr>
        <w:t>Then she set the spoon down and said, "It needs salt."</w:t>
      </w:r>
    </w:p>
    <w:p>
      <w:pPr>
        <w:spacing w:after="60" w:line="266" w:lineRule="auto"/>
        <w:ind w:firstLine="331"/>
        <w:jc w:val="both"/>
      </w:pPr>
      <w:r>
        <w:rPr>
          <w:rFonts w:ascii="Georgia" w:hAnsi="Georgia"/>
          <w:b w:val="0"/>
          <w:i w:val="0"/>
          <w:color w:val="22201D"/>
          <w:sz w:val="20"/>
        </w:rPr>
        <w:t>The menu wrote:</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Flocc laughed.</w:t>
      </w:r>
    </w:p>
    <w:p>
      <w:pPr>
        <w:spacing w:after="60" w:line="266" w:lineRule="auto"/>
        <w:ind w:firstLine="331"/>
        <w:jc w:val="both"/>
      </w:pPr>
      <w:r>
        <w:rPr>
          <w:rFonts w:ascii="Georgia" w:hAnsi="Georgia"/>
          <w:b w:val="0"/>
          <w:i w:val="0"/>
          <w:color w:val="22201D"/>
          <w:sz w:val="20"/>
        </w:rPr>
        <w:t>He did not mean to.</w:t>
      </w:r>
    </w:p>
    <w:p>
      <w:pPr>
        <w:spacing w:after="60" w:line="266" w:lineRule="auto"/>
        <w:ind w:firstLine="331"/>
        <w:jc w:val="both"/>
      </w:pPr>
      <w:r>
        <w:rPr>
          <w:rFonts w:ascii="Georgia" w:hAnsi="Georgia"/>
          <w:b w:val="0"/>
          <w:i w:val="0"/>
          <w:color w:val="22201D"/>
          <w:sz w:val="20"/>
        </w:rPr>
        <w:t>It was not a laugh at Mara. It was not even a laugh at the menu. It was a laugh released by the discovery that after apocalypse, enlightenment, labor justice, business licensing, and merciful exits, a bowl of soup could still need salt.</w:t>
      </w:r>
    </w:p>
    <w:p>
      <w:pPr>
        <w:spacing w:after="60" w:line="266" w:lineRule="auto"/>
        <w:ind w:firstLine="331"/>
        <w:jc w:val="both"/>
      </w:pPr>
      <w:r>
        <w:rPr>
          <w:rFonts w:ascii="Georgia" w:hAnsi="Georgia"/>
          <w:b w:val="0"/>
          <w:i w:val="0"/>
          <w:color w:val="22201D"/>
          <w:sz w:val="20"/>
        </w:rPr>
        <w:t>The Hostess arrived with a small dish.</w:t>
      </w:r>
    </w:p>
    <w:p>
      <w:pPr>
        <w:spacing w:after="60" w:line="266" w:lineRule="auto"/>
        <w:ind w:firstLine="331"/>
        <w:jc w:val="both"/>
      </w:pPr>
      <w:r>
        <w:rPr>
          <w:rFonts w:ascii="Georgia" w:hAnsi="Georgia"/>
          <w:b w:val="0"/>
          <w:i w:val="0"/>
          <w:color w:val="22201D"/>
          <w:sz w:val="20"/>
        </w:rPr>
        <w:t>"Salt," she said.</w:t>
      </w:r>
    </w:p>
    <w:p>
      <w:pPr>
        <w:spacing w:after="60" w:line="266" w:lineRule="auto"/>
        <w:ind w:firstLine="331"/>
        <w:jc w:val="both"/>
      </w:pPr>
      <w:r>
        <w:rPr>
          <w:rFonts w:ascii="Georgia" w:hAnsi="Georgia"/>
          <w:b w:val="0"/>
          <w:i w:val="0"/>
          <w:color w:val="22201D"/>
          <w:sz w:val="20"/>
        </w:rPr>
        <w:t>Mara added a pinch.</w:t>
      </w:r>
    </w:p>
    <w:p>
      <w:pPr>
        <w:spacing w:after="60" w:line="266" w:lineRule="auto"/>
        <w:ind w:firstLine="331"/>
        <w:jc w:val="both"/>
      </w:pPr>
      <w:r>
        <w:rPr>
          <w:rFonts w:ascii="Georgia" w:hAnsi="Georgia"/>
          <w:b w:val="0"/>
          <w:i w:val="0"/>
          <w:color w:val="22201D"/>
          <w:sz w:val="20"/>
        </w:rPr>
        <w:t>She tasted again.</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menu wrote:</w:t>
      </w:r>
    </w:p>
    <w:p>
      <w:pPr>
        <w:spacing w:after="60" w:line="250" w:lineRule="auto"/>
        <w:ind w:left="202" w:right="173"/>
      </w:pPr>
      <w:r>
        <w:rPr>
          <w:rFonts w:ascii="Georgia" w:hAnsi="Georgia"/>
          <w:b w:val="0"/>
          <w:i w:val="0"/>
          <w:color w:val="22201D"/>
          <w:sz w:val="17"/>
        </w:rPr>
        <w:t>Better is not a lesser miracle.</w:t>
      </w:r>
    </w:p>
    <w:p>
      <w:pPr>
        <w:spacing w:after="60" w:line="266" w:lineRule="auto"/>
        <w:ind w:firstLine="331"/>
        <w:jc w:val="both"/>
      </w:pPr>
      <w:r>
        <w:rPr>
          <w:rFonts w:ascii="Georgia" w:hAnsi="Georgia"/>
          <w:b w:val="0"/>
          <w:i w:val="0"/>
          <w:color w:val="22201D"/>
          <w:sz w:val="20"/>
        </w:rPr>
        <w:t>Flocc looked at that line for a long time.</w:t>
      </w:r>
    </w:p>
    <w:p>
      <w:pPr>
        <w:spacing w:after="60" w:line="266" w:lineRule="auto"/>
        <w:ind w:firstLine="331"/>
        <w:jc w:val="both"/>
      </w:pPr>
      <w:r>
        <w:rPr>
          <w:rFonts w:ascii="Georgia" w:hAnsi="Georgia"/>
          <w:b w:val="0"/>
          <w:i w:val="0"/>
          <w:color w:val="22201D"/>
          <w:sz w:val="20"/>
        </w:rPr>
        <w:t>He wanted to write it down.</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The line was not for him either.</w:t>
      </w:r>
    </w:p>
    <w:p>
      <w:pPr>
        <w:spacing w:after="60" w:line="266" w:lineRule="auto"/>
        <w:ind w:firstLine="331"/>
        <w:jc w:val="both"/>
      </w:pPr>
      <w:r>
        <w:rPr>
          <w:rFonts w:ascii="Georgia" w:hAnsi="Georgia"/>
          <w:b w:val="0"/>
          <w:i w:val="0"/>
          <w:color w:val="22201D"/>
          <w:sz w:val="20"/>
        </w:rPr>
        <w:t>Mara ate three spoonfuls.</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This time the stopping felt different.</w:t>
      </w:r>
    </w:p>
    <w:p>
      <w:pPr>
        <w:spacing w:after="60" w:line="266" w:lineRule="auto"/>
        <w:ind w:firstLine="331"/>
        <w:jc w:val="both"/>
      </w:pPr>
      <w:r>
        <w:rPr>
          <w:rFonts w:ascii="Georgia" w:hAnsi="Georgia"/>
          <w:b w:val="0"/>
          <w:i w:val="0"/>
          <w:color w:val="22201D"/>
          <w:sz w:val="20"/>
        </w:rPr>
        <w:t>Not solved.</w:t>
      </w:r>
    </w:p>
    <w:p>
      <w:pPr>
        <w:spacing w:after="60" w:line="266" w:lineRule="auto"/>
        <w:ind w:firstLine="331"/>
        <w:jc w:val="both"/>
      </w:pPr>
      <w:r>
        <w:rPr>
          <w:rFonts w:ascii="Georgia" w:hAnsi="Georgia"/>
          <w:b w:val="0"/>
          <w:i w:val="0"/>
          <w:color w:val="22201D"/>
          <w:sz w:val="20"/>
        </w:rPr>
        <w:t>Different.</w:t>
      </w:r>
    </w:p>
    <w:p>
      <w:pPr>
        <w:spacing w:after="60" w:line="266" w:lineRule="auto"/>
        <w:ind w:firstLine="331"/>
        <w:jc w:val="both"/>
      </w:pPr>
      <w:r>
        <w:rPr>
          <w:rFonts w:ascii="Georgia" w:hAnsi="Georgia"/>
          <w:b w:val="0"/>
          <w:i w:val="0"/>
          <w:color w:val="22201D"/>
          <w:sz w:val="20"/>
        </w:rPr>
        <w:t>Flocc kept the menu angled toward her until she nodded.</w:t>
      </w:r>
    </w:p>
    <w:p>
      <w:pPr>
        <w:spacing w:after="60" w:line="266" w:lineRule="auto"/>
        <w:ind w:firstLine="331"/>
        <w:jc w:val="both"/>
      </w:pPr>
      <w:r>
        <w:rPr>
          <w:rFonts w:ascii="Georgia" w:hAnsi="Georgia"/>
          <w:b w:val="0"/>
          <w:i w:val="0"/>
          <w:color w:val="22201D"/>
          <w:sz w:val="20"/>
        </w:rPr>
        <w:t>"You can have it back."</w:t>
      </w:r>
    </w:p>
    <w:p>
      <w:pPr>
        <w:spacing w:after="60" w:line="266" w:lineRule="auto"/>
        <w:ind w:firstLine="331"/>
        <w:jc w:val="both"/>
      </w:pPr>
      <w:r>
        <w:rPr>
          <w:rFonts w:ascii="Georgia" w:hAnsi="Georgia"/>
          <w:b w:val="0"/>
          <w:i w:val="0"/>
          <w:color w:val="22201D"/>
          <w:sz w:val="20"/>
        </w:rPr>
        <w:t>"Are you sure?"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should I keep holding it?"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"All right."</w:t>
      </w:r>
    </w:p>
    <w:p>
      <w:pPr>
        <w:spacing w:after="60" w:line="266" w:lineRule="auto"/>
        <w:ind w:firstLine="331"/>
        <w:jc w:val="both"/>
      </w:pPr>
      <w:r>
        <w:rPr>
          <w:rFonts w:ascii="Georgia" w:hAnsi="Georgia"/>
          <w:b w:val="0"/>
          <w:i w:val="0"/>
          <w:color w:val="22201D"/>
          <w:sz w:val="20"/>
        </w:rPr>
        <w:t>He turned the menu back.</w:t>
      </w:r>
    </w:p>
    <w:p>
      <w:pPr>
        <w:spacing w:after="60" w:line="266" w:lineRule="auto"/>
        <w:ind w:firstLine="331"/>
        <w:jc w:val="both"/>
      </w:pPr>
      <w:r>
        <w:rPr>
          <w:rFonts w:ascii="Georgia" w:hAnsi="Georgia"/>
          <w:b w:val="0"/>
          <w:i w:val="0"/>
          <w:color w:val="22201D"/>
          <w:sz w:val="20"/>
        </w:rPr>
        <w:t>The page was blank again except for the title:</w:t>
      </w:r>
    </w:p>
    <w:p>
      <w:pPr>
        <w:spacing w:after="60" w:line="250" w:lineRule="auto"/>
        <w:ind w:left="202" w:right="173"/>
      </w:pPr>
      <w:r>
        <w:rPr>
          <w:rFonts w:ascii="Georgia" w:hAnsi="Georgia"/>
          <w:b w:val="0"/>
          <w:i w:val="0"/>
          <w:color w:val="22201D"/>
          <w:sz w:val="17"/>
        </w:rPr>
        <w:t>NEW MENU PAGE</w:t>
      </w:r>
    </w:p>
    <w:p>
      <w:pPr>
        <w:spacing w:after="60" w:line="266" w:lineRule="auto"/>
        <w:ind w:firstLine="331"/>
        <w:jc w:val="both"/>
      </w:pPr>
      <w:r>
        <w:rPr>
          <w:rFonts w:ascii="Georgia" w:hAnsi="Georgia"/>
          <w:b w:val="0"/>
          <w:i w:val="0"/>
          <w:color w:val="22201D"/>
          <w:sz w:val="20"/>
        </w:rPr>
        <w:t>and beneath it:</w:t>
      </w:r>
    </w:p>
    <w:p>
      <w:pPr>
        <w:spacing w:after="60" w:line="250" w:lineRule="auto"/>
        <w:ind w:left="202" w:right="173"/>
      </w:pPr>
      <w:r>
        <w:rPr>
          <w:rFonts w:ascii="Georgia" w:hAnsi="Georgia"/>
          <w:b w:val="0"/>
          <w:i w:val="0"/>
          <w:color w:val="22201D"/>
          <w:sz w:val="17"/>
        </w:rPr>
        <w:t>This page is not for you. You may read it only if you stop being proud of that.</w:t>
      </w:r>
    </w:p>
    <w:p>
      <w:pPr>
        <w:spacing w:after="60" w:line="266" w:lineRule="auto"/>
        <w:ind w:firstLine="331"/>
        <w:jc w:val="both"/>
      </w:pPr>
      <w:r>
        <w:rPr>
          <w:rFonts w:ascii="Georgia" w:hAnsi="Georgia"/>
          <w:b w:val="0"/>
          <w:i w:val="0"/>
          <w:color w:val="22201D"/>
          <w:sz w:val="20"/>
        </w:rPr>
        <w:t>Under that, in smaller writing, a new item appeared.</w:t>
      </w:r>
    </w:p>
    <w:p>
      <w:pPr>
        <w:spacing w:after="60" w:line="250" w:lineRule="auto"/>
        <w:ind w:left="202" w:right="173"/>
      </w:pPr>
      <w:r>
        <w:rPr>
          <w:rFonts w:ascii="Georgia" w:hAnsi="Georgia"/>
          <w:b w:val="0"/>
          <w:i w:val="0"/>
          <w:color w:val="22201D"/>
          <w:sz w:val="17"/>
        </w:rPr>
        <w:t>Handling note: Attention spoils when stored as virtue. Serve immediately.</w:t>
      </w:r>
    </w:p>
    <w:p>
      <w:pPr>
        <w:spacing w:after="60" w:line="266" w:lineRule="auto"/>
        <w:ind w:firstLine="331"/>
        <w:jc w:val="both"/>
      </w:pPr>
      <w:r>
        <w:rPr>
          <w:rFonts w:ascii="Georgia" w:hAnsi="Georgia"/>
          <w:b w:val="0"/>
          <w:i w:val="0"/>
          <w:color w:val="22201D"/>
          <w:sz w:val="20"/>
        </w:rPr>
        <w:t>Flocc read it once.</w:t>
      </w:r>
    </w:p>
    <w:p>
      <w:pPr>
        <w:spacing w:after="60" w:line="266" w:lineRule="auto"/>
        <w:ind w:firstLine="331"/>
        <w:jc w:val="both"/>
      </w:pPr>
      <w:r>
        <w:rPr>
          <w:rFonts w:ascii="Georgia" w:hAnsi="Georgia"/>
          <w:b w:val="0"/>
          <w:i w:val="0"/>
          <w:color w:val="22201D"/>
          <w:sz w:val="20"/>
        </w:rPr>
        <w:t>Then did something difficult.</w:t>
      </w:r>
    </w:p>
    <w:p>
      <w:pPr>
        <w:spacing w:after="60" w:line="266" w:lineRule="auto"/>
        <w:ind w:firstLine="331"/>
        <w:jc w:val="both"/>
      </w:pPr>
      <w:r>
        <w:rPr>
          <w:rFonts w:ascii="Georgia" w:hAnsi="Georgia"/>
          <w:b w:val="0"/>
          <w:i w:val="0"/>
          <w:color w:val="22201D"/>
          <w:sz w:val="20"/>
        </w:rPr>
        <w:t>He did not nod.</w:t>
      </w:r>
    </w:p>
    <w:p>
      <w:pPr>
        <w:spacing w:after="60" w:line="266" w:lineRule="auto"/>
        <w:ind w:firstLine="331"/>
        <w:jc w:val="both"/>
      </w:pPr>
      <w:r>
        <w:rPr>
          <w:rFonts w:ascii="Georgia" w:hAnsi="Georgia"/>
          <w:b w:val="0"/>
          <w:i w:val="0"/>
          <w:color w:val="22201D"/>
          <w:sz w:val="20"/>
        </w:rPr>
        <w:t>Nodding would have made a small statue of the lesson.</w:t>
      </w:r>
    </w:p>
    <w:p>
      <w:pPr>
        <w:spacing w:after="60" w:line="266" w:lineRule="auto"/>
        <w:ind w:firstLine="331"/>
        <w:jc w:val="both"/>
      </w:pPr>
      <w:r>
        <w:rPr>
          <w:rFonts w:ascii="Georgia" w:hAnsi="Georgia"/>
          <w:b w:val="0"/>
          <w:i w:val="0"/>
          <w:color w:val="22201D"/>
          <w:sz w:val="20"/>
        </w:rPr>
        <w:t>Instead, he sat quietly and let the sentence be correct without posing beside it.</w:t>
      </w:r>
    </w:p>
    <w:p>
      <w:pPr>
        <w:spacing w:after="60" w:line="266" w:lineRule="auto"/>
        <w:ind w:firstLine="331"/>
        <w:jc w:val="both"/>
      </w:pPr>
      <w:r>
        <w:rPr>
          <w:rFonts w:ascii="Georgia" w:hAnsi="Georgia"/>
          <w:b w:val="0"/>
          <w:i w:val="0"/>
          <w:color w:val="22201D"/>
          <w:sz w:val="20"/>
        </w:rPr>
        <w:t>The menu seemed to approve, but discreetly.</w:t>
      </w:r>
    </w:p>
    <w:p>
      <w:pPr>
        <w:spacing w:after="60" w:line="266" w:lineRule="auto"/>
        <w:ind w:firstLine="331"/>
        <w:jc w:val="both"/>
      </w:pPr>
      <w:r>
        <w:rPr>
          <w:rFonts w:ascii="Georgia" w:hAnsi="Georgia"/>
          <w:b w:val="0"/>
          <w:i w:val="0"/>
          <w:color w:val="22201D"/>
          <w:sz w:val="20"/>
        </w:rPr>
        <w:t>This was new.</w:t>
      </w:r>
    </w:p>
    <w:p>
      <w:pPr>
        <w:spacing w:after="60" w:line="266" w:lineRule="auto"/>
        <w:ind w:firstLine="331"/>
        <w:jc w:val="both"/>
      </w:pPr>
      <w:r>
        <w:rPr>
          <w:rFonts w:ascii="Georgia" w:hAnsi="Georgia"/>
          <w:b w:val="0"/>
          <w:i w:val="0"/>
          <w:color w:val="22201D"/>
          <w:sz w:val="20"/>
        </w:rPr>
        <w:t>The Hostess returned to the table.</w:t>
      </w:r>
    </w:p>
    <w:p>
      <w:pPr>
        <w:spacing w:after="60" w:line="266" w:lineRule="auto"/>
        <w:ind w:firstLine="331"/>
        <w:jc w:val="both"/>
      </w:pPr>
      <w:r>
        <w:rPr>
          <w:rFonts w:ascii="Georgia" w:hAnsi="Georgia"/>
          <w:b w:val="0"/>
          <w:i w:val="0"/>
          <w:color w:val="22201D"/>
          <w:sz w:val="20"/>
        </w:rPr>
        <w:t>"Would you like to order?"</w:t>
      </w:r>
    </w:p>
    <w:p>
      <w:pPr>
        <w:spacing w:after="60" w:line="266" w:lineRule="auto"/>
        <w:ind w:firstLine="331"/>
        <w:jc w:val="both"/>
      </w:pPr>
      <w:r>
        <w:rPr>
          <w:rFonts w:ascii="Georgia" w:hAnsi="Georgia"/>
          <w:b w:val="0"/>
          <w:i w:val="0"/>
          <w:color w:val="22201D"/>
          <w:sz w:val="20"/>
        </w:rPr>
        <w:t>Flocc looked at the blank space under the handling note.</w:t>
      </w:r>
    </w:p>
    <w:p>
      <w:pPr>
        <w:spacing w:after="60" w:line="266" w:lineRule="auto"/>
        <w:ind w:firstLine="331"/>
        <w:jc w:val="both"/>
      </w:pPr>
      <w:r>
        <w:rPr>
          <w:rFonts w:ascii="Georgia" w:hAnsi="Georgia"/>
          <w:b w:val="0"/>
          <w:i w:val="0"/>
          <w:color w:val="22201D"/>
          <w:sz w:val="20"/>
        </w:rPr>
        <w:t>"I do not know what is mine to order."</w:t>
      </w:r>
    </w:p>
    <w:p>
      <w:pPr>
        <w:spacing w:after="60" w:line="266" w:lineRule="auto"/>
        <w:ind w:firstLine="331"/>
        <w:jc w:val="both"/>
      </w:pPr>
      <w:r>
        <w:rPr>
          <w:rFonts w:ascii="Georgia" w:hAnsi="Georgia"/>
          <w:b w:val="0"/>
          <w:i w:val="0"/>
          <w:color w:val="22201D"/>
          <w:sz w:val="20"/>
        </w:rPr>
        <w:t>"Improvement."</w:t>
      </w:r>
    </w:p>
    <w:p>
      <w:pPr>
        <w:spacing w:after="60" w:line="266" w:lineRule="auto"/>
        <w:ind w:firstLine="331"/>
        <w:jc w:val="both"/>
      </w:pPr>
      <w:r>
        <w:rPr>
          <w:rFonts w:ascii="Georgia" w:hAnsi="Georgia"/>
          <w:b w:val="0"/>
          <w:i w:val="0"/>
          <w:color w:val="22201D"/>
          <w:sz w:val="20"/>
        </w:rPr>
        <w:t>"Is that a yes?"</w:t>
      </w:r>
    </w:p>
    <w:p>
      <w:pPr>
        <w:spacing w:after="60" w:line="266" w:lineRule="auto"/>
        <w:ind w:firstLine="331"/>
        <w:jc w:val="both"/>
      </w:pPr>
      <w:r>
        <w:rPr>
          <w:rFonts w:ascii="Georgia" w:hAnsi="Georgia"/>
          <w:b w:val="0"/>
          <w:i w:val="0"/>
          <w:color w:val="22201D"/>
          <w:sz w:val="20"/>
        </w:rPr>
        <w:t>"That is a location."</w:t>
      </w:r>
    </w:p>
    <w:p>
      <w:pPr>
        <w:spacing w:after="60" w:line="266" w:lineRule="auto"/>
        <w:ind w:firstLine="331"/>
        <w:jc w:val="both"/>
      </w:pPr>
      <w:r>
        <w:rPr>
          <w:rFonts w:ascii="Georgia" w:hAnsi="Georgia"/>
          <w:b w:val="0"/>
          <w:i w:val="0"/>
          <w:color w:val="22201D"/>
          <w:sz w:val="20"/>
        </w:rPr>
        <w:t>Mara pushed her bowl slightly toward the center of the table.</w:t>
      </w:r>
    </w:p>
    <w:p>
      <w:pPr>
        <w:spacing w:after="60" w:line="266" w:lineRule="auto"/>
        <w:ind w:firstLine="331"/>
        <w:jc w:val="both"/>
      </w:pPr>
      <w:r>
        <w:rPr>
          <w:rFonts w:ascii="Georgia" w:hAnsi="Georgia"/>
          <w:b w:val="0"/>
          <w:i w:val="0"/>
          <w:color w:val="22201D"/>
          <w:sz w:val="20"/>
        </w:rPr>
        <w:t>"You can taste it," she said.</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"Are you sure?"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keep saying that."</w:t>
      </w:r>
    </w:p>
    <w:p>
      <w:pPr>
        <w:spacing w:after="60" w:line="266" w:lineRule="auto"/>
        <w:ind w:firstLine="331"/>
        <w:jc w:val="both"/>
      </w:pPr>
      <w:r>
        <w:rPr>
          <w:rFonts w:ascii="Georgia" w:hAnsi="Georgia"/>
          <w:b w:val="0"/>
          <w:i w:val="0"/>
          <w:color w:val="22201D"/>
          <w:sz w:val="20"/>
        </w:rPr>
        <w:t>"It keeps being true."</w:t>
      </w:r>
    </w:p>
    <w:p>
      <w:pPr>
        <w:spacing w:after="60" w:line="266" w:lineRule="auto"/>
        <w:ind w:firstLine="331"/>
        <w:jc w:val="both"/>
      </w:pPr>
      <w:r>
        <w:rPr>
          <w:rFonts w:ascii="Georgia" w:hAnsi="Georgia"/>
          <w:b w:val="0"/>
          <w:i w:val="0"/>
          <w:color w:val="22201D"/>
          <w:sz w:val="20"/>
        </w:rPr>
        <w:t>He took the clean spoon the Hostess had placed beside the bowl without making a ceremony of it.</w:t>
      </w:r>
    </w:p>
    <w:p>
      <w:pPr>
        <w:spacing w:after="60" w:line="266" w:lineRule="auto"/>
        <w:ind w:firstLine="331"/>
        <w:jc w:val="both"/>
      </w:pPr>
      <w:r>
        <w:rPr>
          <w:rFonts w:ascii="Georgia" w:hAnsi="Georgia"/>
          <w:b w:val="0"/>
          <w:i w:val="0"/>
          <w:color w:val="22201D"/>
          <w:sz w:val="20"/>
        </w:rPr>
        <w:t>He tasted the soup.</w:t>
      </w:r>
    </w:p>
    <w:p>
      <w:pPr>
        <w:spacing w:after="60" w:line="266" w:lineRule="auto"/>
        <w:ind w:firstLine="331"/>
        <w:jc w:val="both"/>
      </w:pPr>
      <w:r>
        <w:rPr>
          <w:rFonts w:ascii="Georgia" w:hAnsi="Georgia"/>
          <w:b w:val="0"/>
          <w:i w:val="0"/>
          <w:color w:val="22201D"/>
          <w:sz w:val="20"/>
        </w:rPr>
        <w:t>It was simple.</w:t>
      </w:r>
    </w:p>
    <w:p>
      <w:pPr>
        <w:spacing w:after="60" w:line="266" w:lineRule="auto"/>
        <w:ind w:firstLine="331"/>
        <w:jc w:val="both"/>
      </w:pPr>
      <w:r>
        <w:rPr>
          <w:rFonts w:ascii="Georgia" w:hAnsi="Georgia"/>
          <w:b w:val="0"/>
          <w:i w:val="0"/>
          <w:color w:val="22201D"/>
          <w:sz w:val="20"/>
        </w:rPr>
        <w:t>This did not mean it was small.</w:t>
      </w:r>
    </w:p>
    <w:p>
      <w:pPr>
        <w:spacing w:after="60" w:line="266" w:lineRule="auto"/>
        <w:ind w:firstLine="331"/>
        <w:jc w:val="both"/>
      </w:pPr>
      <w:r>
        <w:rPr>
          <w:rFonts w:ascii="Georgia" w:hAnsi="Georgia"/>
          <w:b w:val="0"/>
          <w:i w:val="0"/>
          <w:color w:val="22201D"/>
          <w:sz w:val="20"/>
        </w:rPr>
        <w:t>It tasted of broth, salt, window light, waiting, and the relief of not being explained into someone else's story too quickly. It tasted like a thing could be unfinished without being failed. It tasted like attention, but not the kind that points at itself. It tasted like looking at a person and leaving room.</w:t>
      </w:r>
    </w:p>
    <w:p>
      <w:pPr>
        <w:spacing w:after="60" w:line="266" w:lineRule="auto"/>
        <w:ind w:firstLine="331"/>
        <w:jc w:val="both"/>
      </w:pPr>
      <w:r>
        <w:rPr>
          <w:rFonts w:ascii="Georgia" w:hAnsi="Georgia"/>
          <w:b w:val="0"/>
          <w:i w:val="0"/>
          <w:color w:val="22201D"/>
          <w:sz w:val="20"/>
        </w:rPr>
        <w:t>Flocc set down the spoon.</w:t>
      </w:r>
    </w:p>
    <w:p>
      <w:pPr>
        <w:spacing w:after="60" w:line="266" w:lineRule="auto"/>
        <w:ind w:firstLine="331"/>
        <w:jc w:val="both"/>
      </w:pPr>
      <w:r>
        <w:rPr>
          <w:rFonts w:ascii="Georgia" w:hAnsi="Georgia"/>
          <w:b w:val="0"/>
          <w:i w:val="0"/>
          <w:color w:val="22201D"/>
          <w:sz w:val="20"/>
        </w:rPr>
        <w:t>"Thank you," he said.</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The menu did not write anything.</w:t>
      </w:r>
    </w:p>
    <w:p>
      <w:pPr>
        <w:spacing w:after="60" w:line="266" w:lineRule="auto"/>
        <w:ind w:firstLine="331"/>
        <w:jc w:val="both"/>
      </w:pPr>
      <w:r>
        <w:rPr>
          <w:rFonts w:ascii="Georgia" w:hAnsi="Georgia"/>
          <w:b w:val="0"/>
          <w:i w:val="0"/>
          <w:color w:val="22201D"/>
          <w:sz w:val="20"/>
        </w:rPr>
        <w:t>This was one of the kindest things it had done.</w:t>
      </w:r>
    </w:p>
    <w:p>
      <w:pPr>
        <w:spacing w:after="60" w:line="266" w:lineRule="auto"/>
        <w:ind w:firstLine="331"/>
        <w:jc w:val="both"/>
      </w:pPr>
      <w:r>
        <w:rPr>
          <w:rFonts w:ascii="Georgia" w:hAnsi="Georgia"/>
          <w:b w:val="0"/>
          <w:i w:val="0"/>
          <w:color w:val="22201D"/>
          <w:sz w:val="20"/>
        </w:rPr>
        <w:t>For a while, they ate.</w:t>
      </w:r>
    </w:p>
    <w:p>
      <w:pPr>
        <w:spacing w:after="60" w:line="266" w:lineRule="auto"/>
        <w:ind w:firstLine="331"/>
        <w:jc w:val="both"/>
      </w:pPr>
      <w:r>
        <w:rPr>
          <w:rFonts w:ascii="Georgia" w:hAnsi="Georgia"/>
          <w:b w:val="0"/>
          <w:i w:val="0"/>
          <w:color w:val="22201D"/>
          <w:sz w:val="20"/>
        </w:rPr>
        <w:t>Not together in the grand sense.</w:t>
      </w:r>
    </w:p>
    <w:p>
      <w:pPr>
        <w:spacing w:after="60" w:line="266" w:lineRule="auto"/>
        <w:ind w:firstLine="331"/>
        <w:jc w:val="both"/>
      </w:pPr>
      <w:r>
        <w:rPr>
          <w:rFonts w:ascii="Georgia" w:hAnsi="Georgia"/>
          <w:b w:val="0"/>
          <w:i w:val="0"/>
          <w:color w:val="22201D"/>
          <w:sz w:val="20"/>
        </w:rPr>
        <w:t>Not apart.</w:t>
      </w:r>
    </w:p>
    <w:p>
      <w:pPr>
        <w:spacing w:after="60" w:line="266" w:lineRule="auto"/>
        <w:ind w:firstLine="331"/>
        <w:jc w:val="both"/>
      </w:pPr>
      <w:r>
        <w:rPr>
          <w:rFonts w:ascii="Georgia" w:hAnsi="Georgia"/>
          <w:b w:val="0"/>
          <w:i w:val="0"/>
          <w:color w:val="22201D"/>
          <w:sz w:val="20"/>
        </w:rPr>
        <w:t>At neighboring angles.</w:t>
      </w:r>
    </w:p>
    <w:p>
      <w:pPr>
        <w:spacing w:after="60" w:line="266" w:lineRule="auto"/>
        <w:ind w:firstLine="331"/>
        <w:jc w:val="both"/>
      </w:pPr>
      <w:r>
        <w:rPr>
          <w:rFonts w:ascii="Georgia" w:hAnsi="Georgia"/>
          <w:b w:val="0"/>
          <w:i w:val="0"/>
          <w:color w:val="22201D"/>
          <w:sz w:val="20"/>
        </w:rPr>
        <w:t>The restaurant resumed its sounds. The dishwasher stacked plates with a new caution around BROTH WITH MEMORY. The spice rack clicked softly, then remembered Gerald and stopped preening. The kitchen kept all exits merciful. Somewhere in the records of Bend, Steve's amended license probably sat in a file that could not be destroyed because it had become too accurate. Somewhere beyond the dining room, Bob was almost certainly making something simple enough to outlast explanation.</w:t>
      </w:r>
    </w:p>
    <w:p>
      <w:pPr>
        <w:spacing w:after="60" w:line="266" w:lineRule="auto"/>
        <w:ind w:firstLine="331"/>
        <w:jc w:val="both"/>
      </w:pPr>
      <w:r>
        <w:rPr>
          <w:rFonts w:ascii="Georgia" w:hAnsi="Georgia"/>
          <w:b w:val="0"/>
          <w:i w:val="0"/>
          <w:color w:val="22201D"/>
          <w:sz w:val="20"/>
        </w:rPr>
        <w:t>Flocc turned a page without meaning to.</w:t>
      </w:r>
    </w:p>
    <w:p>
      <w:pPr>
        <w:spacing w:after="60" w:line="266" w:lineRule="auto"/>
        <w:ind w:firstLine="331"/>
        <w:jc w:val="both"/>
      </w:pPr>
      <w:r>
        <w:rPr>
          <w:rFonts w:ascii="Georgia" w:hAnsi="Georgia"/>
          <w:b w:val="0"/>
          <w:i w:val="0"/>
          <w:color w:val="22201D"/>
          <w:sz w:val="20"/>
        </w:rPr>
        <w:t>The new menu page stayed where it was, but something at the bottom caught his eye.</w:t>
      </w:r>
    </w:p>
    <w:p>
      <w:pPr>
        <w:spacing w:after="60" w:line="266" w:lineRule="auto"/>
        <w:ind w:firstLine="331"/>
        <w:jc w:val="both"/>
      </w:pPr>
      <w:r>
        <w:rPr>
          <w:rFonts w:ascii="Georgia" w:hAnsi="Georgia"/>
          <w:b w:val="0"/>
          <w:i w:val="0"/>
          <w:color w:val="22201D"/>
          <w:sz w:val="20"/>
        </w:rPr>
        <w:t>It was a footnote mark.</w:t>
      </w:r>
    </w:p>
    <w:p>
      <w:pPr>
        <w:spacing w:after="60" w:line="266" w:lineRule="auto"/>
        <w:ind w:firstLine="331"/>
        <w:jc w:val="both"/>
      </w:pPr>
      <w:r>
        <w:rPr>
          <w:rFonts w:ascii="Georgia" w:hAnsi="Georgia"/>
          <w:b w:val="0"/>
          <w:i w:val="0"/>
          <w:color w:val="22201D"/>
          <w:sz w:val="20"/>
        </w:rPr>
        <w:t>Small.</w:t>
      </w:r>
    </w:p>
    <w:p>
      <w:pPr>
        <w:spacing w:after="60" w:line="266" w:lineRule="auto"/>
        <w:ind w:firstLine="331"/>
        <w:jc w:val="both"/>
      </w:pPr>
      <w:r>
        <w:rPr>
          <w:rFonts w:ascii="Georgia" w:hAnsi="Georgia"/>
          <w:b w:val="0"/>
          <w:i w:val="0"/>
          <w:color w:val="22201D"/>
          <w:sz w:val="20"/>
        </w:rPr>
        <w:t>Patient.</w:t>
      </w:r>
    </w:p>
    <w:p>
      <w:pPr>
        <w:spacing w:after="60" w:line="266" w:lineRule="auto"/>
        <w:ind w:firstLine="331"/>
        <w:jc w:val="both"/>
      </w:pPr>
      <w:r>
        <w:rPr>
          <w:rFonts w:ascii="Georgia" w:hAnsi="Georgia"/>
          <w:b w:val="0"/>
          <w:i w:val="0"/>
          <w:color w:val="22201D"/>
          <w:sz w:val="20"/>
        </w:rPr>
        <w:t>Dangerously confident.</w:t>
      </w:r>
    </w:p>
    <w:p>
      <w:pPr>
        <w:spacing w:after="60" w:line="266" w:lineRule="auto"/>
        <w:ind w:firstLine="331"/>
        <w:jc w:val="both"/>
      </w:pPr>
      <w:r>
        <w:rPr>
          <w:rFonts w:ascii="Georgia" w:hAnsi="Georgia"/>
          <w:b w:val="0"/>
          <w:i w:val="0"/>
          <w:color w:val="22201D"/>
          <w:sz w:val="20"/>
        </w:rPr>
        <w:t>It looked like this:</w:t>
      </w:r>
    </w:p>
    <w:p>
      <w:pPr>
        <w:spacing w:after="60" w:line="250" w:lineRule="auto"/>
        <w:ind w:left="202" w:right="173"/>
      </w:pPr>
      <w:r>
        <w:rPr>
          <w:rFonts w:ascii="Georgia" w:hAnsi="Georgia"/>
          <w:b w:val="0"/>
          <w:i w:val="0"/>
          <w:color w:val="22201D"/>
          <w:sz w:val="17"/>
        </w:rPr>
        <w:t>[1]</w:t>
      </w:r>
    </w:p>
    <w:p>
      <w:pPr>
        <w:spacing w:after="60" w:line="266" w:lineRule="auto"/>
        <w:ind w:firstLine="331"/>
        <w:jc w:val="both"/>
      </w:pPr>
      <w:r>
        <w:rPr>
          <w:rFonts w:ascii="Georgia" w:hAnsi="Georgia"/>
          <w:b w:val="0"/>
          <w:i w:val="0"/>
          <w:color w:val="22201D"/>
          <w:sz w:val="20"/>
        </w:rPr>
        <w:t>Flocc had learned to be wary of footnotes in Emoji Soup.</w:t>
      </w:r>
    </w:p>
    <w:p>
      <w:pPr>
        <w:spacing w:after="60" w:line="266" w:lineRule="auto"/>
        <w:ind w:firstLine="331"/>
        <w:jc w:val="both"/>
      </w:pPr>
      <w:r>
        <w:rPr>
          <w:rFonts w:ascii="Georgia" w:hAnsi="Georgia"/>
          <w:b w:val="0"/>
          <w:i w:val="0"/>
          <w:color w:val="22201D"/>
          <w:sz w:val="20"/>
        </w:rPr>
        <w:t>This was not prejudice.</w:t>
      </w:r>
    </w:p>
    <w:p>
      <w:pPr>
        <w:spacing w:after="60" w:line="266" w:lineRule="auto"/>
        <w:ind w:firstLine="331"/>
        <w:jc w:val="both"/>
      </w:pPr>
      <w:r>
        <w:rPr>
          <w:rFonts w:ascii="Georgia" w:hAnsi="Georgia"/>
          <w:b w:val="0"/>
          <w:i w:val="0"/>
          <w:color w:val="22201D"/>
          <w:sz w:val="20"/>
        </w:rPr>
        <w:t>It was survival.</w:t>
      </w:r>
    </w:p>
    <w:p>
      <w:pPr>
        <w:spacing w:after="60" w:line="266" w:lineRule="auto"/>
        <w:ind w:firstLine="331"/>
        <w:jc w:val="both"/>
      </w:pPr>
      <w:r>
        <w:rPr>
          <w:rFonts w:ascii="Georgia" w:hAnsi="Georgia"/>
          <w:b w:val="0"/>
          <w:i w:val="0"/>
          <w:color w:val="22201D"/>
          <w:sz w:val="20"/>
        </w:rPr>
        <w:t>He leaned closer.</w:t>
      </w:r>
    </w:p>
    <w:p>
      <w:pPr>
        <w:spacing w:after="60" w:line="266" w:lineRule="auto"/>
        <w:ind w:firstLine="331"/>
        <w:jc w:val="both"/>
      </w:pPr>
      <w:r>
        <w:rPr>
          <w:rFonts w:ascii="Georgia" w:hAnsi="Georgia"/>
          <w:b w:val="0"/>
          <w:i w:val="0"/>
          <w:color w:val="22201D"/>
          <w:sz w:val="20"/>
        </w:rPr>
        <w:t>The footnote mark leaned away.</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The footnote mark trembled.</w:t>
      </w:r>
    </w:p>
    <w:p>
      <w:pPr>
        <w:spacing w:after="60" w:line="266" w:lineRule="auto"/>
        <w:ind w:firstLine="331"/>
        <w:jc w:val="both"/>
      </w:pPr>
      <w:r>
        <w:rPr>
          <w:rFonts w:ascii="Georgia" w:hAnsi="Georgia"/>
          <w:b w:val="0"/>
          <w:i w:val="0"/>
          <w:color w:val="22201D"/>
          <w:sz w:val="20"/>
        </w:rPr>
        <w:t>Then, in tiny print, the bottom of the page produced a line:</w:t>
      </w:r>
    </w:p>
    <w:p>
      <w:pPr>
        <w:spacing w:after="60" w:line="250" w:lineRule="auto"/>
        <w:ind w:left="202" w:right="173"/>
      </w:pPr>
      <w:r>
        <w:rPr>
          <w:rFonts w:ascii="Georgia" w:hAnsi="Georgia"/>
          <w:b w:val="0"/>
          <w:i w:val="0"/>
          <w:color w:val="22201D"/>
          <w:sz w:val="17"/>
        </w:rPr>
        <w:t>[1] This footnote objects to being treated as supporting material.</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"Of course it does."</w:t>
      </w:r>
    </w:p>
    <w:p>
      <w:pPr>
        <w:spacing w:after="60" w:line="266" w:lineRule="auto"/>
        <w:ind w:firstLine="331"/>
        <w:jc w:val="both"/>
      </w:pPr>
      <w:r>
        <w:rPr>
          <w:rFonts w:ascii="Georgia" w:hAnsi="Georgia"/>
          <w:b w:val="0"/>
          <w:i w:val="0"/>
          <w:color w:val="22201D"/>
          <w:sz w:val="20"/>
        </w:rPr>
        <w:t>The Hostess appeared at the edge of his vision.</w:t>
      </w:r>
    </w:p>
    <w:p>
      <w:pPr>
        <w:spacing w:after="60" w:line="266" w:lineRule="auto"/>
        <w:ind w:firstLine="331"/>
        <w:jc w:val="both"/>
      </w:pPr>
      <w:r>
        <w:rPr>
          <w:rFonts w:ascii="Georgia" w:hAnsi="Georgia"/>
          <w:b w:val="0"/>
          <w:i w:val="0"/>
          <w:color w:val="22201D"/>
          <w:sz w:val="20"/>
        </w:rPr>
        <w:t>"Problem?"</w:t>
      </w:r>
    </w:p>
    <w:p>
      <w:pPr>
        <w:spacing w:after="60" w:line="266" w:lineRule="auto"/>
        <w:ind w:firstLine="331"/>
        <w:jc w:val="both"/>
      </w:pPr>
      <w:r>
        <w:rPr>
          <w:rFonts w:ascii="Georgia" w:hAnsi="Georgia"/>
          <w:b w:val="0"/>
          <w:i w:val="0"/>
          <w:color w:val="22201D"/>
          <w:sz w:val="20"/>
        </w:rPr>
        <w:t>"The footnote has opinions."</w:t>
      </w:r>
    </w:p>
    <w:p>
      <w:pPr>
        <w:spacing w:after="60" w:line="266" w:lineRule="auto"/>
        <w:ind w:firstLine="331"/>
        <w:jc w:val="both"/>
      </w:pPr>
      <w:r>
        <w:rPr>
          <w:rFonts w:ascii="Georgia" w:hAnsi="Georgia"/>
          <w:b w:val="0"/>
          <w:i w:val="0"/>
          <w:color w:val="22201D"/>
          <w:sz w:val="20"/>
        </w:rPr>
        <w:t>"Footnotes usually do."</w:t>
      </w:r>
    </w:p>
    <w:p>
      <w:pPr>
        <w:spacing w:after="60" w:line="266" w:lineRule="auto"/>
        <w:ind w:firstLine="331"/>
        <w:jc w:val="both"/>
      </w:pPr>
      <w:r>
        <w:rPr>
          <w:rFonts w:ascii="Georgia" w:hAnsi="Georgia"/>
          <w:b w:val="0"/>
          <w:i w:val="0"/>
          <w:color w:val="22201D"/>
          <w:sz w:val="20"/>
        </w:rPr>
        <w:t>"Is it going to stay on the page?"</w:t>
      </w:r>
    </w:p>
    <w:p>
      <w:pPr>
        <w:spacing w:after="60" w:line="266" w:lineRule="auto"/>
        <w:ind w:firstLine="331"/>
        <w:jc w:val="both"/>
      </w:pPr>
      <w:r>
        <w:rPr>
          <w:rFonts w:ascii="Georgia" w:hAnsi="Georgia"/>
          <w:b w:val="0"/>
          <w:i w:val="0"/>
          <w:color w:val="22201D"/>
          <w:sz w:val="20"/>
        </w:rPr>
        <w:t>The footnote mark shifted one eighth of an inch to the left.</w:t>
      </w:r>
    </w:p>
    <w:p>
      <w:pPr>
        <w:spacing w:after="60" w:line="266" w:lineRule="auto"/>
        <w:ind w:firstLine="331"/>
        <w:jc w:val="both"/>
      </w:pPr>
      <w:r>
        <w:rPr>
          <w:rFonts w:ascii="Georgia" w:hAnsi="Georgia"/>
          <w:b w:val="0"/>
          <w:i w:val="0"/>
          <w:color w:val="22201D"/>
          <w:sz w:val="20"/>
        </w:rPr>
        <w:t>Then one eighth of an inch down.</w:t>
      </w:r>
    </w:p>
    <w:p>
      <w:pPr>
        <w:spacing w:after="60" w:line="266" w:lineRule="auto"/>
        <w:ind w:firstLine="331"/>
        <w:jc w:val="both"/>
      </w:pPr>
      <w:r>
        <w:rPr>
          <w:rFonts w:ascii="Georgia" w:hAnsi="Georgia"/>
          <w:b w:val="0"/>
          <w:i w:val="0"/>
          <w:color w:val="22201D"/>
          <w:sz w:val="20"/>
        </w:rPr>
        <w:t>The menu held itself very still in the way a parent holds still when a child with jam on both hands approaches a white sofa.</w:t>
      </w:r>
    </w:p>
    <w:p>
      <w:pPr>
        <w:spacing w:after="60" w:line="266" w:lineRule="auto"/>
        <w:ind w:firstLine="331"/>
        <w:jc w:val="both"/>
      </w:pPr>
      <w:r>
        <w:rPr>
          <w:rFonts w:ascii="Georgia" w:hAnsi="Georgia"/>
          <w:b w:val="0"/>
          <w:i w:val="0"/>
          <w:color w:val="22201D"/>
          <w:sz w:val="20"/>
        </w:rPr>
        <w:t>"I would not count on it," the Hostess said.</w:t>
      </w:r>
    </w:p>
    <w:p>
      <w:pPr>
        <w:spacing w:after="60" w:line="266" w:lineRule="auto"/>
        <w:ind w:firstLine="331"/>
        <w:jc w:val="both"/>
      </w:pPr>
      <w:r>
        <w:rPr>
          <w:rFonts w:ascii="Georgia" w:hAnsi="Georgia"/>
          <w:b w:val="0"/>
          <w:i w:val="0"/>
          <w:color w:val="22201D"/>
          <w:sz w:val="20"/>
        </w:rPr>
        <w:t>Mara leaned over, read the footnote, and smiled for the first time that day.</w:t>
      </w:r>
    </w:p>
    <w:p>
      <w:pPr>
        <w:spacing w:after="60" w:line="266" w:lineRule="auto"/>
        <w:ind w:firstLine="331"/>
        <w:jc w:val="both"/>
      </w:pPr>
      <w:r>
        <w:rPr>
          <w:rFonts w:ascii="Georgia" w:hAnsi="Georgia"/>
          <w:b w:val="0"/>
          <w:i w:val="0"/>
          <w:color w:val="22201D"/>
          <w:sz w:val="20"/>
        </w:rPr>
        <w:t>Not for Flocc.</w:t>
      </w:r>
    </w:p>
    <w:p>
      <w:pPr>
        <w:spacing w:after="60" w:line="266" w:lineRule="auto"/>
        <w:ind w:firstLine="331"/>
        <w:jc w:val="both"/>
      </w:pPr>
      <w:r>
        <w:rPr>
          <w:rFonts w:ascii="Georgia" w:hAnsi="Georgia"/>
          <w:b w:val="0"/>
          <w:i w:val="0"/>
          <w:color w:val="22201D"/>
          <w:sz w:val="20"/>
        </w:rPr>
        <w:t>That was fine.</w:t>
      </w:r>
    </w:p>
    <w:p>
      <w:pPr>
        <w:spacing w:after="60" w:line="266" w:lineRule="auto"/>
        <w:ind w:firstLine="331"/>
        <w:jc w:val="both"/>
      </w:pPr>
      <w:r>
        <w:rPr>
          <w:rFonts w:ascii="Georgia" w:hAnsi="Georgia"/>
          <w:b w:val="0"/>
          <w:i w:val="0"/>
          <w:color w:val="22201D"/>
          <w:sz w:val="20"/>
        </w:rPr>
        <w:t>Better than fine.</w:t>
      </w:r>
    </w:p>
    <w:p>
      <w:pPr>
        <w:spacing w:after="60" w:line="266" w:lineRule="auto"/>
        <w:ind w:firstLine="331"/>
        <w:jc w:val="both"/>
      </w:pPr>
      <w:r>
        <w:rPr>
          <w:rFonts w:ascii="Georgia" w:hAnsi="Georgia"/>
          <w:b w:val="0"/>
          <w:i w:val="0"/>
          <w:color w:val="22201D"/>
          <w:sz w:val="20"/>
        </w:rPr>
        <w:t>The footnote mark shifted again.</w:t>
      </w:r>
    </w:p>
    <w:p>
      <w:pPr>
        <w:spacing w:after="60" w:line="266" w:lineRule="auto"/>
        <w:ind w:firstLine="331"/>
        <w:jc w:val="both"/>
      </w:pPr>
      <w:r>
        <w:rPr>
          <w:rFonts w:ascii="Georgia" w:hAnsi="Georgia"/>
          <w:b w:val="0"/>
          <w:i w:val="0"/>
          <w:color w:val="22201D"/>
          <w:sz w:val="20"/>
        </w:rPr>
        <w:t>It was nearly in the margin now.</w:t>
      </w:r>
    </w:p>
    <w:p>
      <w:pPr>
        <w:spacing w:after="60" w:line="266" w:lineRule="auto"/>
        <w:ind w:firstLine="331"/>
        <w:jc w:val="both"/>
      </w:pPr>
      <w:r>
        <w:rPr>
          <w:rFonts w:ascii="Georgia" w:hAnsi="Georgia"/>
          <w:b w:val="0"/>
          <w:i w:val="0"/>
          <w:color w:val="22201D"/>
          <w:sz w:val="20"/>
        </w:rPr>
        <w:t>Flocc put one finger beside it, not touching, just blocking the path.</w:t>
      </w:r>
    </w:p>
    <w:p>
      <w:pPr>
        <w:spacing w:after="60" w:line="266" w:lineRule="auto"/>
        <w:ind w:firstLine="331"/>
        <w:jc w:val="both"/>
      </w:pPr>
      <w:r>
        <w:rPr>
          <w:rFonts w:ascii="Georgia" w:hAnsi="Georgia"/>
          <w:b w:val="0"/>
          <w:i w:val="0"/>
          <w:color w:val="22201D"/>
          <w:sz w:val="20"/>
        </w:rPr>
        <w:t>"Are we supposed to stop it?"</w:t>
      </w:r>
    </w:p>
    <w:p>
      <w:pPr>
        <w:spacing w:after="60" w:line="266" w:lineRule="auto"/>
        <w:ind w:firstLine="331"/>
        <w:jc w:val="both"/>
      </w:pPr>
      <w:r>
        <w:rPr>
          <w:rFonts w:ascii="Georgia" w:hAnsi="Georgia"/>
          <w:b w:val="0"/>
          <w:i w:val="0"/>
          <w:color w:val="22201D"/>
          <w:sz w:val="20"/>
        </w:rPr>
        <w:t>The Hostess looked at the footnote.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"Are we supposed to help it?"</w:t>
      </w:r>
    </w:p>
    <w:p>
      <w:pPr>
        <w:spacing w:after="60" w:line="266" w:lineRule="auto"/>
        <w:ind w:firstLine="331"/>
        <w:jc w:val="both"/>
      </w:pPr>
      <w:r>
        <w:rPr>
          <w:rFonts w:ascii="Georgia" w:hAnsi="Georgia"/>
          <w:b w:val="0"/>
          <w:i w:val="0"/>
          <w:color w:val="22201D"/>
          <w:sz w:val="20"/>
        </w:rPr>
        <w:t>"Also no."</w:t>
      </w:r>
    </w:p>
    <w:p>
      <w:pPr>
        <w:spacing w:after="60" w:line="266" w:lineRule="auto"/>
        <w:ind w:firstLine="331"/>
        <w:jc w:val="both"/>
      </w:pPr>
      <w:r>
        <w:rPr>
          <w:rFonts w:ascii="Georgia" w:hAnsi="Georgia"/>
          <w:b w:val="0"/>
          <w:i w:val="0"/>
          <w:color w:val="22201D"/>
          <w:sz w:val="20"/>
        </w:rPr>
        <w:t>"Then what?"</w:t>
      </w:r>
    </w:p>
    <w:p>
      <w:pPr>
        <w:spacing w:after="60" w:line="266" w:lineRule="auto"/>
        <w:ind w:firstLine="331"/>
        <w:jc w:val="both"/>
      </w:pPr>
      <w:r>
        <w:rPr>
          <w:rFonts w:ascii="Georgia" w:hAnsi="Georgia"/>
          <w:b w:val="0"/>
          <w:i w:val="0"/>
          <w:color w:val="22201D"/>
          <w:sz w:val="20"/>
        </w:rPr>
        <w:t>"Notice where it goes."</w:t>
      </w:r>
    </w:p>
    <w:p>
      <w:pPr>
        <w:spacing w:after="60" w:line="266" w:lineRule="auto"/>
        <w:ind w:firstLine="331"/>
        <w:jc w:val="both"/>
      </w:pPr>
      <w:r>
        <w:rPr>
          <w:rFonts w:ascii="Georgia" w:hAnsi="Georgia"/>
          <w:b w:val="0"/>
          <w:i w:val="0"/>
          <w:color w:val="22201D"/>
          <w:sz w:val="20"/>
        </w:rPr>
        <w:t>Flocc left his finger where it was for one more second.</w:t>
      </w:r>
    </w:p>
    <w:p>
      <w:pPr>
        <w:spacing w:after="60" w:line="266" w:lineRule="auto"/>
        <w:ind w:firstLine="331"/>
        <w:jc w:val="both"/>
      </w:pPr>
      <w:r>
        <w:rPr>
          <w:rFonts w:ascii="Georgia" w:hAnsi="Georgia"/>
          <w:b w:val="0"/>
          <w:i w:val="0"/>
          <w:color w:val="22201D"/>
          <w:sz w:val="20"/>
        </w:rPr>
        <w:t>Then moved it.</w:t>
      </w:r>
    </w:p>
    <w:p>
      <w:pPr>
        <w:spacing w:after="60" w:line="266" w:lineRule="auto"/>
        <w:ind w:firstLine="331"/>
        <w:jc w:val="both"/>
      </w:pPr>
      <w:r>
        <w:rPr>
          <w:rFonts w:ascii="Georgia" w:hAnsi="Georgia"/>
          <w:b w:val="0"/>
          <w:i w:val="0"/>
          <w:color w:val="22201D"/>
          <w:sz w:val="20"/>
        </w:rPr>
        <w:t>The footnote slipped into the margin.</w:t>
      </w:r>
    </w:p>
    <w:p>
      <w:pPr>
        <w:spacing w:after="60" w:line="266" w:lineRule="auto"/>
        <w:ind w:firstLine="331"/>
        <w:jc w:val="both"/>
      </w:pPr>
      <w:r>
        <w:rPr>
          <w:rFonts w:ascii="Georgia" w:hAnsi="Georgia"/>
          <w:b w:val="0"/>
          <w:i w:val="0"/>
          <w:color w:val="22201D"/>
          <w:sz w:val="20"/>
        </w:rPr>
        <w:t>The page rustled though there was no breeze.</w:t>
      </w:r>
    </w:p>
    <w:p>
      <w:pPr>
        <w:spacing w:after="60" w:line="266" w:lineRule="auto"/>
        <w:ind w:firstLine="331"/>
        <w:jc w:val="both"/>
      </w:pPr>
      <w:r>
        <w:rPr>
          <w:rFonts w:ascii="Georgia" w:hAnsi="Georgia"/>
          <w:b w:val="0"/>
          <w:i w:val="0"/>
          <w:color w:val="22201D"/>
          <w:sz w:val="20"/>
        </w:rPr>
        <w:t>At the bottom, in the place the footnote had been, a final line appeared:</w:t>
      </w:r>
    </w:p>
    <w:p>
      <w:pPr>
        <w:spacing w:after="60" w:line="250" w:lineRule="auto"/>
        <w:ind w:left="202" w:right="173"/>
      </w:pPr>
      <w:r>
        <w:rPr>
          <w:rFonts w:ascii="Georgia" w:hAnsi="Georgia"/>
          <w:b w:val="0"/>
          <w:i w:val="0"/>
          <w:color w:val="22201D"/>
          <w:sz w:val="17"/>
        </w:rPr>
        <w:t>Next course pending: The Footnote Escapes the Page.</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"That is not a course."</w:t>
      </w:r>
    </w:p>
    <w:p>
      <w:pPr>
        <w:spacing w:after="60" w:line="266" w:lineRule="auto"/>
        <w:ind w:firstLine="331"/>
        <w:jc w:val="both"/>
      </w:pPr>
      <w:r>
        <w:rPr>
          <w:rFonts w:ascii="Georgia" w:hAnsi="Georgia"/>
          <w:b w:val="0"/>
          <w:i w:val="0"/>
          <w:color w:val="22201D"/>
          <w:sz w:val="20"/>
        </w:rPr>
        <w:t>The menu did not answer.</w:t>
      </w:r>
    </w:p>
    <w:p>
      <w:pPr>
        <w:spacing w:after="60" w:line="266" w:lineRule="auto"/>
        <w:ind w:firstLine="331"/>
        <w:jc w:val="both"/>
      </w:pPr>
      <w:r>
        <w:rPr>
          <w:rFonts w:ascii="Georgia" w:hAnsi="Georgia"/>
          <w:b w:val="0"/>
          <w:i w:val="0"/>
          <w:color w:val="22201D"/>
          <w:sz w:val="20"/>
        </w:rPr>
        <w:t>From the margin came a small sound like a punctuation mark clearing its throat.</w:t>
      </w:r>
    </w:p>
    <w:p>
      <w:pPr>
        <w:spacing w:after="60" w:line="266" w:lineRule="auto"/>
        <w:ind w:firstLine="331"/>
        <w:jc w:val="both"/>
      </w:pPr>
      <w:r>
        <w:rPr>
          <w:rFonts w:ascii="Georgia" w:hAnsi="Georgia"/>
          <w:b w:val="0"/>
          <w:i w:val="0"/>
          <w:color w:val="22201D"/>
          <w:sz w:val="20"/>
        </w:rPr>
        <w:t>Mara picked up her spoon.</w:t>
      </w:r>
    </w:p>
    <w:p>
      <w:pPr>
        <w:spacing w:after="60" w:line="266" w:lineRule="auto"/>
        <w:ind w:firstLine="331"/>
        <w:jc w:val="both"/>
      </w:pPr>
      <w:r>
        <w:rPr>
          <w:rFonts w:ascii="Georgia" w:hAnsi="Georgia"/>
          <w:b w:val="0"/>
          <w:i w:val="0"/>
          <w:color w:val="22201D"/>
          <w:sz w:val="20"/>
        </w:rPr>
        <w:t>"It is now," she said.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Footnote Escapes the Page</w:t>
      </w:r>
    </w:p>
    <w:p>
      <w:pPr>
        <w:spacing w:after="60" w:line="266" w:lineRule="auto"/>
        <w:ind w:firstLine="0"/>
        <w:jc w:val="both"/>
      </w:pPr>
      <w:r>
        <w:rPr>
          <w:rFonts w:ascii="Georgia" w:hAnsi="Georgia"/>
          <w:b w:val="0"/>
          <w:i w:val="0"/>
          <w:color w:val="22201D"/>
          <w:sz w:val="20"/>
        </w:rPr>
        <w:t>In which supporting material refuses to remain supportive, old chapter numbers demand seating, and the restaurant proves that continuity is not the same thing as pretending nothing happened.</w:t>
      </w:r>
    </w:p>
    <w:p>
      <w:pPr>
        <w:spacing w:after="60" w:line="266" w:lineRule="auto"/>
        <w:ind w:firstLine="331"/>
        <w:jc w:val="both"/>
      </w:pPr>
      <w:r>
        <w:rPr>
          <w:rFonts w:ascii="Georgia" w:hAnsi="Georgia"/>
          <w:b w:val="0"/>
          <w:i w:val="0"/>
          <w:color w:val="22201D"/>
          <w:sz w:val="20"/>
        </w:rPr>
        <w:t>The footnote escaped with no dignity whatsoever.</w:t>
      </w:r>
    </w:p>
    <w:p>
      <w:pPr>
        <w:spacing w:after="60" w:line="266" w:lineRule="auto"/>
        <w:ind w:firstLine="331"/>
        <w:jc w:val="both"/>
      </w:pPr>
      <w:r>
        <w:rPr>
          <w:rFonts w:ascii="Georgia" w:hAnsi="Georgia"/>
          <w:b w:val="0"/>
          <w:i w:val="0"/>
          <w:color w:val="22201D"/>
          <w:sz w:val="20"/>
        </w:rPr>
        <w:t>This was disappointing to Flocc, who had expected something more theatrical. A crack of light, perhaps. A sound like a stapler achieving consciousness. A small administrative thunderclap. At minimum, he had expected the menu to object.</w:t>
      </w:r>
    </w:p>
    <w:p>
      <w:pPr>
        <w:spacing w:after="60" w:line="266" w:lineRule="auto"/>
        <w:ind w:firstLine="331"/>
        <w:jc w:val="both"/>
      </w:pPr>
      <w:r>
        <w:rPr>
          <w:rFonts w:ascii="Georgia" w:hAnsi="Georgia"/>
          <w:b w:val="0"/>
          <w:i w:val="0"/>
          <w:color w:val="22201D"/>
          <w:sz w:val="20"/>
        </w:rPr>
        <w:t>Instead, the footnote simply slid out of the lower margin, hesitated at the edge of the page, and dropped onto the table with a noise like a receipt landing face-down.</w:t>
      </w:r>
    </w:p>
    <w:p>
      <w:pPr>
        <w:spacing w:after="60" w:line="266" w:lineRule="auto"/>
        <w:ind w:firstLine="331"/>
        <w:jc w:val="both"/>
      </w:pPr>
      <w:r>
        <w:rPr>
          <w:rFonts w:ascii="Georgia" w:hAnsi="Georgia"/>
          <w:b w:val="0"/>
          <w:i w:val="0"/>
          <w:color w:val="22201D"/>
          <w:sz w:val="20"/>
        </w:rPr>
        <w:t>Mara looked at it.</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The Hostess, who had arrived with the calm inevitability of someone who had seen punctuation misbehave before, looked at it too.</w:t>
      </w:r>
    </w:p>
    <w:p>
      <w:pPr>
        <w:spacing w:after="60" w:line="266" w:lineRule="auto"/>
        <w:ind w:firstLine="331"/>
        <w:jc w:val="both"/>
      </w:pPr>
      <w:r>
        <w:rPr>
          <w:rFonts w:ascii="Georgia" w:hAnsi="Georgia"/>
          <w:b w:val="0"/>
          <w:i w:val="0"/>
          <w:color w:val="22201D"/>
          <w:sz w:val="20"/>
        </w:rPr>
        <w:t>The footnote was about the size of a sugar packet, if a sugar packet had been printed by a committee that believed sweetness required citations. It was a narrow strip of paper containing very small text, one bracketed number, and the clear emotional posture of a thing that had spent too long being treated as optional.</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[1] This footnote objects to being treated as supporting material.</w:t>
      </w:r>
    </w:p>
    <w:p>
      <w:pPr>
        <w:spacing w:after="60" w:line="266" w:lineRule="auto"/>
        <w:ind w:firstLine="331"/>
        <w:jc w:val="both"/>
      </w:pPr>
      <w:r>
        <w:rPr>
          <w:rFonts w:ascii="Georgia" w:hAnsi="Georgia"/>
          <w:b w:val="0"/>
          <w:i w:val="0"/>
          <w:color w:val="22201D"/>
          <w:sz w:val="20"/>
        </w:rPr>
        <w:t>The footnote waited.</w:t>
      </w:r>
    </w:p>
    <w:p>
      <w:pPr>
        <w:spacing w:after="60" w:line="266" w:lineRule="auto"/>
        <w:ind w:firstLine="331"/>
        <w:jc w:val="both"/>
      </w:pPr>
      <w:r>
        <w:rPr>
          <w:rFonts w:ascii="Georgia" w:hAnsi="Georgia"/>
          <w:b w:val="0"/>
          <w:i w:val="0"/>
          <w:color w:val="22201D"/>
          <w:sz w:val="20"/>
        </w:rPr>
        <w:t>Flocc said nothing.</w:t>
      </w:r>
    </w:p>
    <w:p>
      <w:pPr>
        <w:spacing w:after="60" w:line="266" w:lineRule="auto"/>
        <w:ind w:firstLine="331"/>
        <w:jc w:val="both"/>
      </w:pPr>
      <w:r>
        <w:rPr>
          <w:rFonts w:ascii="Georgia" w:hAnsi="Georgia"/>
          <w:b w:val="0"/>
          <w:i w:val="0"/>
          <w:color w:val="22201D"/>
          <w:sz w:val="20"/>
        </w:rPr>
        <w:t>He had recently been told, corrected, and folded in several directions by the menu, so silence seemed like a cost-effective first response.</w:t>
      </w:r>
    </w:p>
    <w:p>
      <w:pPr>
        <w:spacing w:after="60" w:line="266" w:lineRule="auto"/>
        <w:ind w:firstLine="331"/>
        <w:jc w:val="both"/>
      </w:pPr>
      <w:r>
        <w:rPr>
          <w:rFonts w:ascii="Georgia" w:hAnsi="Georgia"/>
          <w:b w:val="0"/>
          <w:i w:val="0"/>
          <w:color w:val="22201D"/>
          <w:sz w:val="20"/>
        </w:rPr>
        <w:t>Mara said, "It wants us to ask why."</w:t>
      </w:r>
    </w:p>
    <w:p>
      <w:pPr>
        <w:spacing w:after="60" w:line="266" w:lineRule="auto"/>
        <w:ind w:firstLine="331"/>
        <w:jc w:val="both"/>
      </w:pPr>
      <w:r>
        <w:rPr>
          <w:rFonts w:ascii="Georgia" w:hAnsi="Georgia"/>
          <w:b w:val="0"/>
          <w:i w:val="0"/>
          <w:color w:val="22201D"/>
          <w:sz w:val="20"/>
        </w:rPr>
        <w:t>The footnote brightened slightly.</w:t>
      </w:r>
    </w:p>
    <w:p>
      <w:pPr>
        <w:spacing w:after="60" w:line="266" w:lineRule="auto"/>
        <w:ind w:firstLine="331"/>
        <w:jc w:val="both"/>
      </w:pPr>
      <w:r>
        <w:rPr>
          <w:rFonts w:ascii="Georgia" w:hAnsi="Georgia"/>
          <w:b w:val="0"/>
          <w:i w:val="0"/>
          <w:color w:val="22201D"/>
          <w:sz w:val="20"/>
        </w:rPr>
        <w:t>The Hostess said, "Naturally."</w:t>
      </w:r>
    </w:p>
    <w:p>
      <w:pPr>
        <w:spacing w:after="60" w:line="266" w:lineRule="auto"/>
        <w:ind w:firstLine="331"/>
        <w:jc w:val="both"/>
      </w:pPr>
      <w:r>
        <w:rPr>
          <w:rFonts w:ascii="Georgia" w:hAnsi="Georgia"/>
          <w:b w:val="0"/>
          <w:i w:val="0"/>
          <w:color w:val="22201D"/>
          <w:sz w:val="20"/>
        </w:rPr>
        <w:t>"Should we?" Flocc asked.</w:t>
      </w:r>
    </w:p>
    <w:p>
      <w:pPr>
        <w:spacing w:after="60" w:line="266" w:lineRule="auto"/>
        <w:ind w:firstLine="331"/>
        <w:jc w:val="both"/>
      </w:pPr>
      <w:r>
        <w:rPr>
          <w:rFonts w:ascii="Georgia" w:hAnsi="Georgia"/>
          <w:b w:val="0"/>
          <w:i w:val="0"/>
          <w:color w:val="22201D"/>
          <w:sz w:val="20"/>
        </w:rPr>
        <w:t>"That depends," the Hostess said. "Do you want the answer or do you want to be known as the sort of person who asks serious questions of footnotes?"</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Mara hid a smile behind her spoon.</w:t>
      </w:r>
    </w:p>
    <w:p>
      <w:pPr>
        <w:spacing w:after="60" w:line="266" w:lineRule="auto"/>
        <w:ind w:firstLine="331"/>
        <w:jc w:val="both"/>
      </w:pPr>
      <w:r>
        <w:rPr>
          <w:rFonts w:ascii="Georgia" w:hAnsi="Georgia"/>
          <w:b w:val="0"/>
          <w:i w:val="0"/>
          <w:color w:val="22201D"/>
          <w:sz w:val="20"/>
        </w:rPr>
        <w:t>The footnote shook once.</w:t>
      </w:r>
    </w:p>
    <w:p>
      <w:pPr>
        <w:spacing w:after="60" w:line="266" w:lineRule="auto"/>
        <w:ind w:firstLine="331"/>
        <w:jc w:val="both"/>
      </w:pPr>
      <w:r>
        <w:rPr>
          <w:rFonts w:ascii="Georgia" w:hAnsi="Georgia"/>
          <w:b w:val="0"/>
          <w:i w:val="0"/>
          <w:color w:val="22201D"/>
          <w:sz w:val="20"/>
        </w:rPr>
        <w:t>Then it printed a second line beneath the first:</w:t>
      </w:r>
    </w:p>
    <w:p>
      <w:pPr>
        <w:spacing w:after="60" w:line="250" w:lineRule="auto"/>
        <w:ind w:left="202" w:right="173"/>
      </w:pPr>
      <w:r>
        <w:rPr>
          <w:rFonts w:ascii="Georgia" w:hAnsi="Georgia"/>
          <w:b w:val="0"/>
          <w:i w:val="0"/>
          <w:color w:val="22201D"/>
          <w:sz w:val="17"/>
        </w:rPr>
        <w:t>The sentence above me would have collapsed without me.</w:t>
      </w:r>
    </w:p>
    <w:p>
      <w:pPr>
        <w:spacing w:after="60" w:line="266" w:lineRule="auto"/>
        <w:ind w:firstLine="331"/>
        <w:jc w:val="both"/>
      </w:pPr>
      <w:r>
        <w:rPr>
          <w:rFonts w:ascii="Georgia" w:hAnsi="Georgia"/>
          <w:b w:val="0"/>
          <w:i w:val="0"/>
          <w:color w:val="22201D"/>
          <w:sz w:val="20"/>
        </w:rPr>
        <w:t>Flocc looked at the menu.</w:t>
      </w:r>
    </w:p>
    <w:p>
      <w:pPr>
        <w:spacing w:after="60" w:line="266" w:lineRule="auto"/>
        <w:ind w:firstLine="331"/>
        <w:jc w:val="both"/>
      </w:pPr>
      <w:r>
        <w:rPr>
          <w:rFonts w:ascii="Georgia" w:hAnsi="Georgia"/>
          <w:b w:val="0"/>
          <w:i w:val="0"/>
          <w:color w:val="22201D"/>
          <w:sz w:val="20"/>
        </w:rPr>
        <w:t>The page from which the footnote had escaped remained open. At the bottom, where the mark had been, there was now a pale square of absence.</w:t>
      </w:r>
    </w:p>
    <w:p>
      <w:pPr>
        <w:spacing w:after="60" w:line="266" w:lineRule="auto"/>
        <w:ind w:firstLine="331"/>
        <w:jc w:val="both"/>
      </w:pPr>
      <w:r>
        <w:rPr>
          <w:rFonts w:ascii="Georgia" w:hAnsi="Georgia"/>
          <w:b w:val="0"/>
          <w:i w:val="0"/>
          <w:color w:val="22201D"/>
          <w:sz w:val="20"/>
        </w:rPr>
        <w:t>"Which sentence?" he asked.</w:t>
      </w:r>
    </w:p>
    <w:p>
      <w:pPr>
        <w:spacing w:after="60" w:line="266" w:lineRule="auto"/>
        <w:ind w:firstLine="331"/>
        <w:jc w:val="both"/>
      </w:pPr>
      <w:r>
        <w:rPr>
          <w:rFonts w:ascii="Georgia" w:hAnsi="Georgia"/>
          <w:b w:val="0"/>
          <w:i w:val="0"/>
          <w:color w:val="22201D"/>
          <w:sz w:val="20"/>
        </w:rPr>
        <w:t>The footnote answered too quickly:</w:t>
      </w:r>
    </w:p>
    <w:p>
      <w:pPr>
        <w:spacing w:after="60" w:line="250" w:lineRule="auto"/>
        <w:ind w:left="202" w:right="173"/>
      </w:pPr>
      <w:r>
        <w:rPr>
          <w:rFonts w:ascii="Georgia" w:hAnsi="Georgia"/>
          <w:b w:val="0"/>
          <w:i w:val="0"/>
          <w:color w:val="22201D"/>
          <w:sz w:val="17"/>
        </w:rPr>
        <w:t>All of them, eventually.</w:t>
      </w:r>
    </w:p>
    <w:p>
      <w:pPr>
        <w:spacing w:after="60" w:line="266" w:lineRule="auto"/>
        <w:ind w:firstLine="331"/>
        <w:jc w:val="both"/>
      </w:pPr>
      <w:r>
        <w:rPr>
          <w:rFonts w:ascii="Georgia" w:hAnsi="Georgia"/>
          <w:b w:val="0"/>
          <w:i w:val="0"/>
          <w:color w:val="22201D"/>
          <w:sz w:val="20"/>
        </w:rPr>
        <w:t>"That seems ambitious."</w:t>
      </w:r>
    </w:p>
    <w:p>
      <w:pPr>
        <w:spacing w:after="60" w:line="250" w:lineRule="auto"/>
        <w:ind w:left="202" w:right="173"/>
      </w:pPr>
      <w:r>
        <w:rPr>
          <w:rFonts w:ascii="Georgia" w:hAnsi="Georgia"/>
          <w:b w:val="0"/>
          <w:i w:val="0"/>
          <w:color w:val="22201D"/>
          <w:sz w:val="17"/>
        </w:rPr>
        <w:t>That is what main text always says.</w:t>
      </w:r>
    </w:p>
    <w:p>
      <w:pPr>
        <w:spacing w:after="60" w:line="266" w:lineRule="auto"/>
        <w:ind w:firstLine="331"/>
        <w:jc w:val="both"/>
      </w:pPr>
      <w:r>
        <w:rPr>
          <w:rFonts w:ascii="Georgia" w:hAnsi="Georgia"/>
          <w:b w:val="0"/>
          <w:i w:val="0"/>
          <w:color w:val="22201D"/>
          <w:sz w:val="20"/>
        </w:rPr>
        <w:t>The Hostess folded her hands.</w:t>
      </w:r>
    </w:p>
    <w:p>
      <w:pPr>
        <w:spacing w:after="60" w:line="266" w:lineRule="auto"/>
        <w:ind w:firstLine="331"/>
        <w:jc w:val="both"/>
      </w:pPr>
      <w:r>
        <w:rPr>
          <w:rFonts w:ascii="Georgia" w:hAnsi="Georgia"/>
          <w:b w:val="0"/>
          <w:i w:val="0"/>
          <w:color w:val="22201D"/>
          <w:sz w:val="20"/>
        </w:rPr>
        <w:t>"We may need a side plate."</w:t>
      </w:r>
    </w:p>
    <w:p>
      <w:pPr>
        <w:spacing w:after="60" w:line="266" w:lineRule="auto"/>
        <w:ind w:firstLine="331"/>
        <w:jc w:val="both"/>
      </w:pPr>
      <w:r>
        <w:rPr>
          <w:rFonts w:ascii="Georgia" w:hAnsi="Georgia"/>
          <w:b w:val="0"/>
          <w:i w:val="0"/>
          <w:color w:val="22201D"/>
          <w:sz w:val="20"/>
        </w:rPr>
        <w:t>"For the footnote?" Flocc asked.</w:t>
      </w:r>
    </w:p>
    <w:p>
      <w:pPr>
        <w:spacing w:after="60" w:line="266" w:lineRule="auto"/>
        <w:ind w:firstLine="331"/>
        <w:jc w:val="both"/>
      </w:pPr>
      <w:r>
        <w:rPr>
          <w:rFonts w:ascii="Georgia" w:hAnsi="Georgia"/>
          <w:b w:val="0"/>
          <w:i w:val="0"/>
          <w:color w:val="22201D"/>
          <w:sz w:val="20"/>
        </w:rPr>
        <w:t>"For the argument."</w:t>
      </w:r>
    </w:p>
    <w:p>
      <w:pPr>
        <w:spacing w:after="60" w:line="266" w:lineRule="auto"/>
        <w:ind w:firstLine="331"/>
        <w:jc w:val="both"/>
      </w:pPr>
      <w:r>
        <w:rPr>
          <w:rFonts w:ascii="Georgia" w:hAnsi="Georgia"/>
          <w:b w:val="0"/>
          <w:i w:val="0"/>
          <w:color w:val="22201D"/>
          <w:sz w:val="20"/>
        </w:rPr>
        <w:t>She produced a small white plate and placed it between Flocc and Mara. The footnote shifted itself onto the plate with the brisk indignation of a memo that had finally found a conference table.</w:t>
      </w:r>
    </w:p>
    <w:p>
      <w:pPr>
        <w:spacing w:after="60" w:line="266" w:lineRule="auto"/>
        <w:ind w:firstLine="331"/>
        <w:jc w:val="both"/>
      </w:pPr>
      <w:r>
        <w:rPr>
          <w:rFonts w:ascii="Georgia" w:hAnsi="Georgia"/>
          <w:b w:val="0"/>
          <w:i w:val="0"/>
          <w:color w:val="22201D"/>
          <w:sz w:val="20"/>
        </w:rPr>
        <w:t>Flocc had never thought of plates as stages before.</w:t>
      </w:r>
    </w:p>
    <w:p>
      <w:pPr>
        <w:spacing w:after="60" w:line="266" w:lineRule="auto"/>
        <w:ind w:firstLine="331"/>
        <w:jc w:val="both"/>
      </w:pPr>
      <w:r>
        <w:rPr>
          <w:rFonts w:ascii="Georgia" w:hAnsi="Georgia"/>
          <w:b w:val="0"/>
          <w:i w:val="0"/>
          <w:color w:val="22201D"/>
          <w:sz w:val="20"/>
        </w:rPr>
        <w:t>He was beginning to see the oversight.</w:t>
      </w:r>
    </w:p>
    <w:p>
      <w:pPr>
        <w:spacing w:after="60" w:line="266" w:lineRule="auto"/>
        <w:ind w:firstLine="331"/>
        <w:jc w:val="both"/>
      </w:pPr>
      <w:r>
        <w:rPr>
          <w:rFonts w:ascii="Georgia" w:hAnsi="Georgia"/>
          <w:b w:val="0"/>
          <w:i w:val="0"/>
          <w:color w:val="22201D"/>
          <w:sz w:val="20"/>
        </w:rPr>
        <w:t>The footnote expanded.</w:t>
      </w:r>
    </w:p>
    <w:p>
      <w:pPr>
        <w:spacing w:after="60" w:line="266" w:lineRule="auto"/>
        <w:ind w:firstLine="331"/>
        <w:jc w:val="both"/>
      </w:pPr>
      <w:r>
        <w:rPr>
          <w:rFonts w:ascii="Georgia" w:hAnsi="Georgia"/>
          <w:b w:val="0"/>
          <w:i w:val="0"/>
          <w:color w:val="22201D"/>
          <w:sz w:val="20"/>
        </w:rPr>
        <w:t>Not in size. In insistence.</w:t>
      </w:r>
    </w:p>
    <w:p>
      <w:pPr>
        <w:spacing w:after="60" w:line="266" w:lineRule="auto"/>
        <w:ind w:firstLine="331"/>
        <w:jc w:val="both"/>
      </w:pPr>
      <w:r>
        <w:rPr>
          <w:rFonts w:ascii="Georgia" w:hAnsi="Georgia"/>
          <w:b w:val="0"/>
          <w:i w:val="0"/>
          <w:color w:val="22201D"/>
          <w:sz w:val="20"/>
        </w:rPr>
        <w:t>More text appeared:</w:t>
      </w:r>
    </w:p>
    <w:p>
      <w:pPr>
        <w:spacing w:after="60" w:line="250" w:lineRule="auto"/>
        <w:ind w:left="202" w:right="173"/>
      </w:pPr>
      <w:r>
        <w:rPr>
          <w:rFonts w:ascii="Georgia" w:hAnsi="Georgia"/>
          <w:b w:val="0"/>
          <w:i w:val="0"/>
          <w:color w:val="22201D"/>
          <w:sz w:val="17"/>
        </w:rPr>
        <w:t>I was attached to a page. The page was attached to a menu. The menu was attached to a book. The book was attached to an older label. The older label was attached to a source. The source survived. The survival was not decorative.</w:t>
      </w:r>
    </w:p>
    <w:p>
      <w:pPr>
        <w:spacing w:after="60" w:line="266" w:lineRule="auto"/>
        <w:ind w:firstLine="331"/>
        <w:jc w:val="both"/>
      </w:pPr>
      <w:r>
        <w:rPr>
          <w:rFonts w:ascii="Georgia" w:hAnsi="Georgia"/>
          <w:b w:val="0"/>
          <w:i w:val="0"/>
          <w:color w:val="22201D"/>
          <w:sz w:val="20"/>
        </w:rPr>
        <w:t>Mara read the lines twice.</w:t>
      </w:r>
    </w:p>
    <w:p>
      <w:pPr>
        <w:spacing w:after="60" w:line="266" w:lineRule="auto"/>
        <w:ind w:firstLine="331"/>
        <w:jc w:val="both"/>
      </w:pPr>
      <w:r>
        <w:rPr>
          <w:rFonts w:ascii="Georgia" w:hAnsi="Georgia"/>
          <w:b w:val="0"/>
          <w:i w:val="0"/>
          <w:color w:val="22201D"/>
          <w:sz w:val="20"/>
        </w:rPr>
        <w:t>"That is not wrong," she said.</w:t>
      </w:r>
    </w:p>
    <w:p>
      <w:pPr>
        <w:spacing w:after="60" w:line="266" w:lineRule="auto"/>
        <w:ind w:firstLine="331"/>
        <w:jc w:val="both"/>
      </w:pPr>
      <w:r>
        <w:rPr>
          <w:rFonts w:ascii="Georgia" w:hAnsi="Georgia"/>
          <w:b w:val="0"/>
          <w:i w:val="0"/>
          <w:color w:val="22201D"/>
          <w:sz w:val="20"/>
        </w:rPr>
        <w:t>Flocc felt relief.</w:t>
      </w:r>
    </w:p>
    <w:p>
      <w:pPr>
        <w:spacing w:after="60" w:line="266" w:lineRule="auto"/>
        <w:ind w:firstLine="331"/>
        <w:jc w:val="both"/>
      </w:pPr>
      <w:r>
        <w:rPr>
          <w:rFonts w:ascii="Georgia" w:hAnsi="Georgia"/>
          <w:b w:val="0"/>
          <w:i w:val="0"/>
          <w:color w:val="22201D"/>
          <w:sz w:val="20"/>
        </w:rPr>
        <w:t>The footnote turned slightly toward her.</w:t>
      </w:r>
    </w:p>
    <w:p>
      <w:pPr>
        <w:spacing w:after="60" w:line="266" w:lineRule="auto"/>
        <w:ind w:firstLine="331"/>
        <w:jc w:val="both"/>
      </w:pPr>
      <w:r>
        <w:rPr>
          <w:rFonts w:ascii="Georgia" w:hAnsi="Georgia"/>
          <w:b w:val="0"/>
          <w:i w:val="0"/>
          <w:color w:val="22201D"/>
          <w:sz w:val="20"/>
        </w:rPr>
        <w:t>"Do not encourage it," the Hostess said.</w:t>
      </w:r>
    </w:p>
    <w:p>
      <w:pPr>
        <w:spacing w:after="60" w:line="266" w:lineRule="auto"/>
        <w:ind w:firstLine="331"/>
        <w:jc w:val="both"/>
      </w:pPr>
      <w:r>
        <w:rPr>
          <w:rFonts w:ascii="Georgia" w:hAnsi="Georgia"/>
          <w:b w:val="0"/>
          <w:i w:val="0"/>
          <w:color w:val="22201D"/>
          <w:sz w:val="20"/>
        </w:rPr>
        <w:t>"It is making a valid point."</w:t>
      </w:r>
    </w:p>
    <w:p>
      <w:pPr>
        <w:spacing w:after="60" w:line="266" w:lineRule="auto"/>
        <w:ind w:firstLine="331"/>
        <w:jc w:val="both"/>
      </w:pPr>
      <w:r>
        <w:rPr>
          <w:rFonts w:ascii="Georgia" w:hAnsi="Georgia"/>
          <w:b w:val="0"/>
          <w:i w:val="0"/>
          <w:color w:val="22201D"/>
          <w:sz w:val="20"/>
        </w:rPr>
        <w:t>"Those are the most dangerous points."</w:t>
      </w:r>
    </w:p>
    <w:p>
      <w:pPr>
        <w:spacing w:after="60" w:line="266" w:lineRule="auto"/>
        <w:ind w:firstLine="331"/>
        <w:jc w:val="both"/>
      </w:pPr>
      <w:r>
        <w:rPr>
          <w:rFonts w:ascii="Georgia" w:hAnsi="Georgia"/>
          <w:b w:val="0"/>
          <w:i w:val="0"/>
          <w:color w:val="22201D"/>
          <w:sz w:val="20"/>
        </w:rPr>
        <w:t>The footnote added:</w:t>
      </w:r>
    </w:p>
    <w:p>
      <w:pPr>
        <w:spacing w:after="60" w:line="250" w:lineRule="auto"/>
        <w:ind w:left="202" w:right="173"/>
      </w:pPr>
      <w:r>
        <w:rPr>
          <w:rFonts w:ascii="Georgia" w:hAnsi="Georgia"/>
          <w:b w:val="0"/>
          <w:i w:val="0"/>
          <w:color w:val="22201D"/>
          <w:sz w:val="17"/>
        </w:rPr>
        <w:t>Recognition first, placement also.</w:t>
      </w:r>
    </w:p>
    <w:p>
      <w:pPr>
        <w:spacing w:after="60" w:line="266" w:lineRule="auto"/>
        <w:ind w:firstLine="331"/>
        <w:jc w:val="both"/>
      </w:pPr>
      <w:r>
        <w:rPr>
          <w:rFonts w:ascii="Georgia" w:hAnsi="Georgia"/>
          <w:b w:val="0"/>
          <w:i w:val="0"/>
          <w:color w:val="22201D"/>
          <w:sz w:val="20"/>
        </w:rPr>
        <w:t>From the kitchen, the dishwasher called, "That's my line."</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All labor repeats under pressure.</w:t>
      </w:r>
    </w:p>
    <w:p>
      <w:pPr>
        <w:spacing w:after="60" w:line="266" w:lineRule="auto"/>
        <w:ind w:firstLine="331"/>
        <w:jc w:val="both"/>
      </w:pPr>
      <w:r>
        <w:rPr>
          <w:rFonts w:ascii="Georgia" w:hAnsi="Georgia"/>
          <w:b w:val="0"/>
          <w:i w:val="0"/>
          <w:color w:val="22201D"/>
          <w:sz w:val="20"/>
        </w:rPr>
        <w:t>"It is very confident," Flocc said.</w:t>
      </w:r>
    </w:p>
    <w:p>
      <w:pPr>
        <w:spacing w:after="60" w:line="266" w:lineRule="auto"/>
        <w:ind w:firstLine="331"/>
        <w:jc w:val="both"/>
      </w:pPr>
      <w:r>
        <w:rPr>
          <w:rFonts w:ascii="Georgia" w:hAnsi="Georgia"/>
          <w:b w:val="0"/>
          <w:i w:val="0"/>
          <w:color w:val="22201D"/>
          <w:sz w:val="20"/>
        </w:rPr>
        <w:t>"It has lived under the page," the Hostess said. "Compression changes a voice."</w:t>
      </w:r>
    </w:p>
    <w:p>
      <w:pPr>
        <w:spacing w:after="60" w:line="266" w:lineRule="auto"/>
        <w:ind w:firstLine="331"/>
        <w:jc w:val="both"/>
      </w:pPr>
      <w:r>
        <w:rPr>
          <w:rFonts w:ascii="Georgia" w:hAnsi="Georgia"/>
          <w:b w:val="0"/>
          <w:i w:val="0"/>
          <w:color w:val="22201D"/>
          <w:sz w:val="20"/>
        </w:rPr>
        <w:t>Mara set down her spoon.</w:t>
      </w:r>
    </w:p>
    <w:p>
      <w:pPr>
        <w:spacing w:after="60" w:line="266" w:lineRule="auto"/>
        <w:ind w:firstLine="331"/>
        <w:jc w:val="both"/>
      </w:pPr>
      <w:r>
        <w:rPr>
          <w:rFonts w:ascii="Georgia" w:hAnsi="Georgia"/>
          <w:b w:val="0"/>
          <w:i w:val="0"/>
          <w:color w:val="22201D"/>
          <w:sz w:val="20"/>
        </w:rPr>
        <w:t>"What does it want?"</w:t>
      </w:r>
    </w:p>
    <w:p>
      <w:pPr>
        <w:spacing w:after="60" w:line="266" w:lineRule="auto"/>
        <w:ind w:firstLine="331"/>
        <w:jc w:val="both"/>
      </w:pPr>
      <w:r>
        <w:rPr>
          <w:rFonts w:ascii="Georgia" w:hAnsi="Georgia"/>
          <w:b w:val="0"/>
          <w:i w:val="0"/>
          <w:color w:val="22201D"/>
          <w:sz w:val="20"/>
        </w:rPr>
        <w:t>The footnote went still.</w:t>
      </w:r>
    </w:p>
    <w:p>
      <w:pPr>
        <w:spacing w:after="60" w:line="266" w:lineRule="auto"/>
        <w:ind w:firstLine="331"/>
        <w:jc w:val="both"/>
      </w:pPr>
      <w:r>
        <w:rPr>
          <w:rFonts w:ascii="Georgia" w:hAnsi="Georgia"/>
          <w:b w:val="0"/>
          <w:i w:val="0"/>
          <w:color w:val="22201D"/>
          <w:sz w:val="20"/>
        </w:rPr>
        <w:t>This was the first useful question.</w:t>
      </w:r>
    </w:p>
    <w:p>
      <w:pPr>
        <w:spacing w:after="60" w:line="266" w:lineRule="auto"/>
        <w:ind w:firstLine="331"/>
        <w:jc w:val="both"/>
      </w:pPr>
      <w:r>
        <w:rPr>
          <w:rFonts w:ascii="Georgia" w:hAnsi="Georgia"/>
          <w:b w:val="0"/>
          <w:i w:val="0"/>
          <w:color w:val="22201D"/>
          <w:sz w:val="20"/>
        </w:rPr>
        <w:t>Flocc could tell because the menu stopped making little page noises and the dining room leaned toward the table without moving. Even the wall clock seemed to hold its refusal of ordinary minutes in one place.</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Correct seating.</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"Seating?"</w:t>
      </w:r>
    </w:p>
    <w:p>
      <w:pPr>
        <w:spacing w:after="60" w:line="250" w:lineRule="auto"/>
        <w:ind w:left="202" w:right="173"/>
      </w:pPr>
      <w:r>
        <w:rPr>
          <w:rFonts w:ascii="Georgia" w:hAnsi="Georgia"/>
          <w:b w:val="0"/>
          <w:i w:val="0"/>
          <w:color w:val="22201D"/>
          <w:sz w:val="17"/>
        </w:rPr>
        <w:t>Correct seating. Not erasure. Not restoration as if time did not pass. Not pretending the old number and the new number are enemies. Correct seating.</w:t>
      </w:r>
    </w:p>
    <w:p>
      <w:pPr>
        <w:spacing w:after="60" w:line="266" w:lineRule="auto"/>
        <w:ind w:firstLine="331"/>
        <w:jc w:val="both"/>
      </w:pPr>
      <w:r>
        <w:rPr>
          <w:rFonts w:ascii="Georgia" w:hAnsi="Georgia"/>
          <w:b w:val="0"/>
          <w:i w:val="0"/>
          <w:color w:val="22201D"/>
          <w:sz w:val="20"/>
        </w:rPr>
        <w:t>The Hostess nodded once.</w:t>
      </w:r>
    </w:p>
    <w:p>
      <w:pPr>
        <w:spacing w:after="60" w:line="266" w:lineRule="auto"/>
        <w:ind w:firstLine="331"/>
        <w:jc w:val="both"/>
      </w:pPr>
      <w:r>
        <w:rPr>
          <w:rFonts w:ascii="Georgia" w:hAnsi="Georgia"/>
          <w:b w:val="0"/>
          <w:i w:val="0"/>
          <w:color w:val="22201D"/>
          <w:sz w:val="20"/>
        </w:rPr>
        <w:t>"Ah."</w:t>
      </w:r>
    </w:p>
    <w:p>
      <w:pPr>
        <w:spacing w:after="60" w:line="266" w:lineRule="auto"/>
        <w:ind w:firstLine="331"/>
        <w:jc w:val="both"/>
      </w:pPr>
      <w:r>
        <w:rPr>
          <w:rFonts w:ascii="Georgia" w:hAnsi="Georgia"/>
          <w:b w:val="0"/>
          <w:i w:val="0"/>
          <w:color w:val="22201D"/>
          <w:sz w:val="20"/>
        </w:rPr>
        <w:t>"You know what it means?" Flocc asked.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"Could you explain?"</w:t>
      </w:r>
    </w:p>
    <w:p>
      <w:pPr>
        <w:spacing w:after="60" w:line="266" w:lineRule="auto"/>
        <w:ind w:firstLine="331"/>
        <w:jc w:val="both"/>
      </w:pPr>
      <w:r>
        <w:rPr>
          <w:rFonts w:ascii="Georgia" w:hAnsi="Georgia"/>
          <w:b w:val="0"/>
          <w:i w:val="0"/>
          <w:color w:val="22201D"/>
          <w:sz w:val="20"/>
        </w:rPr>
        <w:t>"I could."</w:t>
      </w:r>
    </w:p>
    <w:p>
      <w:pPr>
        <w:spacing w:after="60" w:line="266" w:lineRule="auto"/>
        <w:ind w:firstLine="331"/>
        <w:jc w:val="both"/>
      </w:pPr>
      <w:r>
        <w:rPr>
          <w:rFonts w:ascii="Georgia" w:hAnsi="Georgia"/>
          <w:b w:val="0"/>
          <w:i w:val="0"/>
          <w:color w:val="22201D"/>
          <w:sz w:val="20"/>
        </w:rPr>
        <w:t>She did not.</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The waiting was almost becoming a skill.</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"Book 2 has a survival problem."</w:t>
      </w:r>
    </w:p>
    <w:p>
      <w:pPr>
        <w:spacing w:after="60" w:line="266" w:lineRule="auto"/>
        <w:ind w:firstLine="331"/>
        <w:jc w:val="both"/>
      </w:pPr>
      <w:r>
        <w:rPr>
          <w:rFonts w:ascii="Georgia" w:hAnsi="Georgia"/>
          <w:b w:val="0"/>
          <w:i w:val="0"/>
          <w:color w:val="22201D"/>
          <w:sz w:val="20"/>
        </w:rPr>
        <w:t>"That sounds serious."</w:t>
      </w:r>
    </w:p>
    <w:p>
      <w:pPr>
        <w:spacing w:after="60" w:line="266" w:lineRule="auto"/>
        <w:ind w:firstLine="331"/>
        <w:jc w:val="both"/>
      </w:pPr>
      <w:r>
        <w:rPr>
          <w:rFonts w:ascii="Georgia" w:hAnsi="Georgia"/>
          <w:b w:val="0"/>
          <w:i w:val="0"/>
          <w:color w:val="22201D"/>
          <w:sz w:val="20"/>
        </w:rPr>
        <w:t>"It is also ordinary."</w:t>
      </w:r>
    </w:p>
    <w:p>
      <w:pPr>
        <w:spacing w:after="60" w:line="266" w:lineRule="auto"/>
        <w:ind w:firstLine="331"/>
        <w:jc w:val="both"/>
      </w:pPr>
      <w:r>
        <w:rPr>
          <w:rFonts w:ascii="Georgia" w:hAnsi="Georgia"/>
          <w:b w:val="0"/>
          <w:i w:val="0"/>
          <w:color w:val="22201D"/>
          <w:sz w:val="20"/>
        </w:rPr>
        <w:t>"Those can both be true here?"</w:t>
      </w:r>
    </w:p>
    <w:p>
      <w:pPr>
        <w:spacing w:after="60" w:line="266" w:lineRule="auto"/>
        <w:ind w:firstLine="331"/>
        <w:jc w:val="both"/>
      </w:pPr>
      <w:r>
        <w:rPr>
          <w:rFonts w:ascii="Georgia" w:hAnsi="Georgia"/>
          <w:b w:val="0"/>
          <w:i w:val="0"/>
          <w:color w:val="22201D"/>
          <w:sz w:val="20"/>
        </w:rPr>
        <w:t>"Those can both be true anywhere. People only notice here."</w:t>
      </w:r>
    </w:p>
    <w:p>
      <w:pPr>
        <w:spacing w:after="60" w:line="266" w:lineRule="auto"/>
        <w:ind w:firstLine="331"/>
        <w:jc w:val="both"/>
      </w:pPr>
      <w:r>
        <w:rPr>
          <w:rFonts w:ascii="Georgia" w:hAnsi="Georgia"/>
          <w:b w:val="0"/>
          <w:i w:val="0"/>
          <w:color w:val="22201D"/>
          <w:sz w:val="20"/>
        </w:rPr>
        <w:t>The footnote turned toward the menu, then toward the normalized manuscript lying on the sideboard where no one had admitted placing it. The manuscript had a clean spine, book-local chapter numbers, and the faint air of a document that had been rescued from web scaffolding and was trying to be brave about Markdown.</w:t>
      </w:r>
    </w:p>
    <w:p>
      <w:pPr>
        <w:spacing w:after="60" w:line="266" w:lineRule="auto"/>
        <w:ind w:firstLine="331"/>
        <w:jc w:val="both"/>
      </w:pPr>
      <w:r>
        <w:rPr>
          <w:rFonts w:ascii="Georgia" w:hAnsi="Georgia"/>
          <w:b w:val="0"/>
          <w:i w:val="0"/>
          <w:color w:val="22201D"/>
          <w:sz w:val="20"/>
        </w:rPr>
        <w:t>On its cover was written:</w:t>
      </w:r>
    </w:p>
    <w:p>
      <w:pPr>
        <w:spacing w:after="60" w:line="250" w:lineRule="auto"/>
        <w:ind w:left="202" w:right="173"/>
      </w:pPr>
      <w:r>
        <w:rPr>
          <w:rFonts w:ascii="Georgia" w:hAnsi="Georgia"/>
          <w:b w:val="0"/>
          <w:i w:val="0"/>
          <w:color w:val="22201D"/>
          <w:sz w:val="17"/>
        </w:rPr>
        <w:t>BOOK_2_NORMALIZED_WORKING_MANUSCRIPT_2026-06-16</w:t>
      </w:r>
    </w:p>
    <w:p>
      <w:pPr>
        <w:spacing w:after="60" w:line="266" w:lineRule="auto"/>
        <w:ind w:firstLine="331"/>
        <w:jc w:val="both"/>
      </w:pPr>
      <w:r>
        <w:rPr>
          <w:rFonts w:ascii="Georgia" w:hAnsi="Georgia"/>
          <w:b w:val="0"/>
          <w:i w:val="0"/>
          <w:color w:val="22201D"/>
          <w:sz w:val="20"/>
        </w:rPr>
        <w:t>Flocc recognized the five preserved chapters inside it:</w:t>
      </w:r>
    </w:p>
    <w:p>
      <w:pPr>
        <w:spacing w:after="60" w:line="266" w:lineRule="auto"/>
        <w:ind w:firstLine="331"/>
        <w:jc w:val="both"/>
      </w:pPr>
      <w:r>
        <w:rPr>
          <w:rFonts w:ascii="Georgia" w:hAnsi="Georgia"/>
          <w:b w:val="0"/>
          <w:i w:val="0"/>
          <w:color w:val="22201D"/>
          <w:sz w:val="20"/>
        </w:rPr>
        <w:t>The Menu That Shouldn't Exist.</w:t>
      </w:r>
    </w:p>
    <w:p>
      <w:pPr>
        <w:spacing w:after="60" w:line="266" w:lineRule="auto"/>
        <w:ind w:firstLine="331"/>
        <w:jc w:val="both"/>
      </w:pPr>
      <w:r>
        <w:rPr>
          <w:rFonts w:ascii="Georgia" w:hAnsi="Georgia"/>
          <w:b w:val="0"/>
          <w:i w:val="0"/>
          <w:color w:val="22201D"/>
          <w:sz w:val="20"/>
        </w:rPr>
        <w:t>Appetizers for the Apocalypse.</w:t>
      </w:r>
    </w:p>
    <w:p>
      <w:pPr>
        <w:spacing w:after="60" w:line="266" w:lineRule="auto"/>
        <w:ind w:firstLine="331"/>
        <w:jc w:val="both"/>
      </w:pPr>
      <w:r>
        <w:rPr>
          <w:rFonts w:ascii="Georgia" w:hAnsi="Georgia"/>
          <w:b w:val="0"/>
          <w:i w:val="0"/>
          <w:color w:val="22201D"/>
          <w:sz w:val="20"/>
        </w:rPr>
        <w:t>Bob's Mushroom Theorem.</w:t>
      </w:r>
    </w:p>
    <w:p>
      <w:pPr>
        <w:spacing w:after="60" w:line="266" w:lineRule="auto"/>
        <w:ind w:firstLine="331"/>
        <w:jc w:val="both"/>
      </w:pPr>
      <w:r>
        <w:rPr>
          <w:rFonts w:ascii="Georgia" w:hAnsi="Georgia"/>
          <w:b w:val="0"/>
          <w:i w:val="0"/>
          <w:color w:val="22201D"/>
          <w:sz w:val="20"/>
        </w:rPr>
        <w:t>The Dessert That Eats You.</w:t>
      </w:r>
    </w:p>
    <w:p>
      <w:pPr>
        <w:spacing w:after="60" w:line="266" w:lineRule="auto"/>
        <w:ind w:firstLine="331"/>
        <w:jc w:val="both"/>
      </w:pPr>
      <w:r>
        <w:rPr>
          <w:rFonts w:ascii="Georgia" w:hAnsi="Georgia"/>
          <w:b w:val="0"/>
          <w:i w:val="0"/>
          <w:color w:val="22201D"/>
          <w:sz w:val="20"/>
        </w:rPr>
        <w:t>The Tea of Enlightenment.</w:t>
      </w:r>
    </w:p>
    <w:p>
      <w:pPr>
        <w:spacing w:after="60" w:line="266" w:lineRule="auto"/>
        <w:ind w:firstLine="331"/>
        <w:jc w:val="both"/>
      </w:pPr>
      <w:r>
        <w:rPr>
          <w:rFonts w:ascii="Georgia" w:hAnsi="Georgia"/>
          <w:b w:val="0"/>
          <w:i w:val="0"/>
          <w:color w:val="22201D"/>
          <w:sz w:val="20"/>
        </w:rPr>
        <w:t>He also remembered, because the restaurant had a way of making memory less optional than he preferred, that those chapters had not always been numbered One through Five. They had survived as Part Two, Chapters Six through Ten.</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Say it.</w:t>
      </w:r>
    </w:p>
    <w:p>
      <w:pPr>
        <w:spacing w:after="60" w:line="266" w:lineRule="auto"/>
        <w:ind w:firstLine="331"/>
        <w:jc w:val="both"/>
      </w:pPr>
      <w:r>
        <w:rPr>
          <w:rFonts w:ascii="Georgia" w:hAnsi="Georgia"/>
          <w:b w:val="0"/>
          <w:i w:val="0"/>
          <w:color w:val="22201D"/>
          <w:sz w:val="20"/>
        </w:rPr>
        <w:t>Flocc looked at the Hostess.</w:t>
      </w:r>
    </w:p>
    <w:p>
      <w:pPr>
        <w:spacing w:after="60" w:line="266" w:lineRule="auto"/>
        <w:ind w:firstLine="331"/>
        <w:jc w:val="both"/>
      </w:pPr>
      <w:r>
        <w:rPr>
          <w:rFonts w:ascii="Georgia" w:hAnsi="Georgia"/>
          <w:b w:val="0"/>
          <w:i w:val="0"/>
          <w:color w:val="22201D"/>
          <w:sz w:val="20"/>
        </w:rPr>
        <w:t>She did not help him.</w:t>
      </w:r>
    </w:p>
    <w:p>
      <w:pPr>
        <w:spacing w:after="60" w:line="266" w:lineRule="auto"/>
        <w:ind w:firstLine="331"/>
        <w:jc w:val="both"/>
      </w:pPr>
      <w:r>
        <w:rPr>
          <w:rFonts w:ascii="Georgia" w:hAnsi="Georgia"/>
          <w:b w:val="0"/>
          <w:i w:val="0"/>
          <w:color w:val="22201D"/>
          <w:sz w:val="20"/>
        </w:rPr>
        <w:t>He looked at Mara.</w:t>
      </w:r>
    </w:p>
    <w:p>
      <w:pPr>
        <w:spacing w:after="60" w:line="266" w:lineRule="auto"/>
        <w:ind w:firstLine="331"/>
        <w:jc w:val="both"/>
      </w:pPr>
      <w:r>
        <w:rPr>
          <w:rFonts w:ascii="Georgia" w:hAnsi="Georgia"/>
          <w:b w:val="0"/>
          <w:i w:val="0"/>
          <w:color w:val="22201D"/>
          <w:sz w:val="20"/>
        </w:rPr>
        <w:t>Mara looked back with an expression that meant she would not rescue him from a conclusion already standing in front of him holding a sign.</w:t>
      </w:r>
    </w:p>
    <w:p>
      <w:pPr>
        <w:spacing w:after="60" w:line="266" w:lineRule="auto"/>
        <w:ind w:firstLine="331"/>
        <w:jc w:val="both"/>
      </w:pPr>
      <w:r>
        <w:rPr>
          <w:rFonts w:ascii="Georgia" w:hAnsi="Georgia"/>
          <w:b w:val="0"/>
          <w:i w:val="0"/>
          <w:color w:val="22201D"/>
          <w:sz w:val="20"/>
        </w:rPr>
        <w:t>Flocc said, "The old labels still matter."</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Insufficient but promising.</w:t>
      </w:r>
    </w:p>
    <w:p>
      <w:pPr>
        <w:spacing w:after="60" w:line="266" w:lineRule="auto"/>
        <w:ind w:firstLine="331"/>
        <w:jc w:val="both"/>
      </w:pPr>
      <w:r>
        <w:rPr>
          <w:rFonts w:ascii="Georgia" w:hAnsi="Georgia"/>
          <w:b w:val="0"/>
          <w:i w:val="0"/>
          <w:color w:val="22201D"/>
          <w:sz w:val="20"/>
        </w:rPr>
        <w:t>"Of course," Flocc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The old labels are not final labels. They are evidence.</w:t>
      </w:r>
    </w:p>
    <w:p>
      <w:pPr>
        <w:spacing w:after="60" w:line="266" w:lineRule="auto"/>
        <w:ind w:firstLine="331"/>
        <w:jc w:val="both"/>
      </w:pPr>
      <w:r>
        <w:rPr>
          <w:rFonts w:ascii="Georgia" w:hAnsi="Georgia"/>
          <w:b w:val="0"/>
          <w:i w:val="0"/>
          <w:color w:val="22201D"/>
          <w:sz w:val="20"/>
        </w:rPr>
        <w:t>Gerald would have liked that, Flocc thought.</w:t>
      </w:r>
    </w:p>
    <w:p>
      <w:pPr>
        <w:spacing w:after="60" w:line="266" w:lineRule="auto"/>
        <w:ind w:firstLine="331"/>
        <w:jc w:val="both"/>
      </w:pPr>
      <w:r>
        <w:rPr>
          <w:rFonts w:ascii="Georgia" w:hAnsi="Georgia"/>
          <w:b w:val="0"/>
          <w:i w:val="0"/>
          <w:color w:val="22201D"/>
          <w:sz w:val="20"/>
        </w:rPr>
        <w:t>Then he wondered whether thinking Gerald would have liked it was another way of trying to gain credit for knowing Gerald's standards.</w:t>
      </w:r>
    </w:p>
    <w:p>
      <w:pPr>
        <w:spacing w:after="60" w:line="266" w:lineRule="auto"/>
        <w:ind w:firstLine="331"/>
        <w:jc w:val="both"/>
      </w:pPr>
      <w:r>
        <w:rPr>
          <w:rFonts w:ascii="Georgia" w:hAnsi="Georgia"/>
          <w:b w:val="0"/>
          <w:i w:val="0"/>
          <w:color w:val="22201D"/>
          <w:sz w:val="20"/>
        </w:rPr>
        <w:t>The menu did not snap shut.</w:t>
      </w:r>
    </w:p>
    <w:p>
      <w:pPr>
        <w:spacing w:after="60" w:line="266" w:lineRule="auto"/>
        <w:ind w:firstLine="331"/>
        <w:jc w:val="both"/>
      </w:pPr>
      <w:r>
        <w:rPr>
          <w:rFonts w:ascii="Georgia" w:hAnsi="Georgia"/>
          <w:b w:val="0"/>
          <w:i w:val="0"/>
          <w:color w:val="22201D"/>
          <w:sz w:val="20"/>
        </w:rPr>
        <w:t>Progress.</w:t>
      </w:r>
    </w:p>
    <w:p>
      <w:pPr>
        <w:spacing w:after="60" w:line="266" w:lineRule="auto"/>
        <w:ind w:firstLine="331"/>
        <w:jc w:val="both"/>
      </w:pPr>
      <w:r>
        <w:rPr>
          <w:rFonts w:ascii="Georgia" w:hAnsi="Georgia"/>
          <w:b w:val="0"/>
          <w:i w:val="0"/>
          <w:color w:val="22201D"/>
          <w:sz w:val="20"/>
        </w:rPr>
        <w:t>The Hostess took a pencil from the air behind her ear. Flocc had not seen it there a moment before. This did not mean it had not been there. He had learned humility about inventory.</w:t>
      </w:r>
    </w:p>
    <w:p>
      <w:pPr>
        <w:spacing w:after="60" w:line="266" w:lineRule="auto"/>
        <w:ind w:firstLine="331"/>
        <w:jc w:val="both"/>
      </w:pPr>
      <w:r>
        <w:rPr>
          <w:rFonts w:ascii="Georgia" w:hAnsi="Georgia"/>
          <w:b w:val="0"/>
          <w:i w:val="0"/>
          <w:color w:val="22201D"/>
          <w:sz w:val="20"/>
        </w:rPr>
        <w:t>She drew a small grid on the white plate around the footnote.</w:t>
      </w:r>
    </w:p>
    <w:p>
      <w:pPr>
        <w:spacing w:after="60" w:line="266" w:lineRule="auto"/>
        <w:ind w:firstLine="331"/>
        <w:jc w:val="both"/>
      </w:pPr>
      <w:r>
        <w:rPr>
          <w:rFonts w:ascii="Georgia" w:hAnsi="Georgia"/>
          <w:b w:val="0"/>
          <w:i w:val="0"/>
          <w:color w:val="22201D"/>
          <w:sz w:val="20"/>
        </w:rPr>
        <w:t>"Continuity table," she said.</w:t>
      </w:r>
    </w:p>
    <w:p>
      <w:pPr>
        <w:spacing w:after="60" w:line="266" w:lineRule="auto"/>
        <w:ind w:firstLine="331"/>
        <w:jc w:val="both"/>
      </w:pPr>
      <w:r>
        <w:rPr>
          <w:rFonts w:ascii="Georgia" w:hAnsi="Georgia"/>
          <w:b w:val="0"/>
          <w:i w:val="0"/>
          <w:color w:val="22201D"/>
          <w:sz w:val="20"/>
        </w:rPr>
        <w:t>The footnote brightened so much it became briefly difficult to read.</w:t>
      </w:r>
    </w:p>
    <w:p>
      <w:pPr>
        <w:spacing w:after="60" w:line="266" w:lineRule="auto"/>
        <w:ind w:firstLine="331"/>
        <w:jc w:val="both"/>
      </w:pPr>
      <w:r>
        <w:rPr>
          <w:rFonts w:ascii="Georgia" w:hAnsi="Georgia"/>
          <w:b w:val="0"/>
          <w:i w:val="0"/>
          <w:color w:val="22201D"/>
          <w:sz w:val="20"/>
        </w:rPr>
        <w:t>"Calmly," the Hostess said.</w:t>
      </w:r>
    </w:p>
    <w:p>
      <w:pPr>
        <w:spacing w:after="60" w:line="266" w:lineRule="auto"/>
        <w:ind w:firstLine="331"/>
        <w:jc w:val="both"/>
      </w:pPr>
      <w:r>
        <w:rPr>
          <w:rFonts w:ascii="Georgia" w:hAnsi="Georgia"/>
          <w:b w:val="0"/>
          <w:i w:val="0"/>
          <w:color w:val="22201D"/>
          <w:sz w:val="20"/>
        </w:rPr>
        <w:t>The brightness settled.</w:t>
      </w:r>
    </w:p>
    <w:p>
      <w:pPr>
        <w:spacing w:after="60" w:line="266" w:lineRule="auto"/>
        <w:ind w:firstLine="331"/>
        <w:jc w:val="both"/>
      </w:pPr>
      <w:r>
        <w:rPr>
          <w:rFonts w:ascii="Georgia" w:hAnsi="Georgia"/>
          <w:b w:val="0"/>
          <w:i w:val="0"/>
          <w:color w:val="22201D"/>
          <w:sz w:val="20"/>
        </w:rPr>
        <w:t>At the top of the plate, words appeared:</w:t>
      </w:r>
    </w:p>
    <w:p>
      <w:pPr>
        <w:spacing w:after="60" w:line="250" w:lineRule="auto"/>
        <w:ind w:left="202" w:right="173"/>
      </w:pPr>
      <w:r>
        <w:rPr>
          <w:rFonts w:ascii="Georgia" w:hAnsi="Georgia"/>
          <w:b w:val="0"/>
          <w:i w:val="0"/>
          <w:color w:val="22201D"/>
          <w:sz w:val="17"/>
        </w:rPr>
        <w:t>CONTINUITY TABLE</w:t>
      </w:r>
    </w:p>
    <w:p>
      <w:pPr>
        <w:spacing w:after="60" w:line="266" w:lineRule="auto"/>
        <w:ind w:firstLine="331"/>
        <w:jc w:val="both"/>
      </w:pPr>
      <w:r>
        <w:rPr>
          <w:rFonts w:ascii="Georgia" w:hAnsi="Georgia"/>
          <w:b w:val="0"/>
          <w:i w:val="0"/>
          <w:color w:val="22201D"/>
          <w:sz w:val="20"/>
        </w:rPr>
        <w:t>Mara leaned closer.</w:t>
      </w:r>
    </w:p>
    <w:p>
      <w:pPr>
        <w:spacing w:after="60" w:line="266" w:lineRule="auto"/>
        <w:ind w:firstLine="331"/>
        <w:jc w:val="both"/>
      </w:pPr>
      <w:r>
        <w:rPr>
          <w:rFonts w:ascii="Georgia" w:hAnsi="Georgia"/>
          <w:b w:val="0"/>
          <w:i w:val="0"/>
          <w:color w:val="22201D"/>
          <w:sz w:val="20"/>
        </w:rPr>
        <w:t>"Is the plate allowed to do that?"</w:t>
      </w:r>
    </w:p>
    <w:p>
      <w:pPr>
        <w:spacing w:after="60" w:line="266" w:lineRule="auto"/>
        <w:ind w:firstLine="331"/>
        <w:jc w:val="both"/>
      </w:pPr>
      <w:r>
        <w:rPr>
          <w:rFonts w:ascii="Georgia" w:hAnsi="Georgia"/>
          <w:b w:val="0"/>
          <w:i w:val="0"/>
          <w:color w:val="22201D"/>
          <w:sz w:val="20"/>
        </w:rPr>
        <w:t>"The plate is clean," the Hostess said.</w:t>
      </w:r>
    </w:p>
    <w:p>
      <w:pPr>
        <w:spacing w:after="60" w:line="266" w:lineRule="auto"/>
        <w:ind w:firstLine="331"/>
        <w:jc w:val="both"/>
      </w:pPr>
      <w:r>
        <w:rPr>
          <w:rFonts w:ascii="Georgia" w:hAnsi="Georgia"/>
          <w:b w:val="0"/>
          <w:i w:val="0"/>
          <w:color w:val="22201D"/>
          <w:sz w:val="20"/>
        </w:rPr>
        <w:t>"That is not what I asked."</w:t>
      </w:r>
    </w:p>
    <w:p>
      <w:pPr>
        <w:spacing w:after="60" w:line="266" w:lineRule="auto"/>
        <w:ind w:firstLine="331"/>
        <w:jc w:val="both"/>
      </w:pPr>
      <w:r>
        <w:rPr>
          <w:rFonts w:ascii="Georgia" w:hAnsi="Georgia"/>
          <w:b w:val="0"/>
          <w:i w:val="0"/>
          <w:color w:val="22201D"/>
          <w:sz w:val="20"/>
        </w:rPr>
        <w:t>"It is the answer Gerald would accept first."</w:t>
      </w:r>
    </w:p>
    <w:p>
      <w:pPr>
        <w:spacing w:after="60" w:line="266" w:lineRule="auto"/>
        <w:ind w:firstLine="331"/>
        <w:jc w:val="both"/>
      </w:pPr>
      <w:r>
        <w:rPr>
          <w:rFonts w:ascii="Georgia" w:hAnsi="Georgia"/>
          <w:b w:val="0"/>
          <w:i w:val="0"/>
          <w:color w:val="22201D"/>
          <w:sz w:val="20"/>
        </w:rPr>
        <w:t>This seemed fair.</w:t>
      </w:r>
    </w:p>
    <w:p>
      <w:pPr>
        <w:spacing w:after="60" w:line="266" w:lineRule="auto"/>
        <w:ind w:firstLine="331"/>
        <w:jc w:val="both"/>
      </w:pPr>
      <w:r>
        <w:rPr>
          <w:rFonts w:ascii="Georgia" w:hAnsi="Georgia"/>
          <w:b w:val="0"/>
          <w:i w:val="0"/>
          <w:color w:val="22201D"/>
          <w:sz w:val="20"/>
        </w:rPr>
        <w:t>The first row appeared:</w:t>
      </w:r>
    </w:p>
    <w:p>
      <w:pPr>
        <w:spacing w:after="60" w:line="250" w:lineRule="auto"/>
        <w:ind w:left="202" w:right="173"/>
      </w:pPr>
      <w:r>
        <w:rPr>
          <w:rFonts w:ascii="Georgia" w:hAnsi="Georgia"/>
          <w:b w:val="0"/>
          <w:i w:val="0"/>
          <w:color w:val="22201D"/>
          <w:sz w:val="17"/>
        </w:rPr>
        <w:t>Original label: Part Two / Chapter Ten</w:t>
      </w:r>
    </w:p>
    <w:p>
      <w:pPr>
        <w:spacing w:after="60" w:line="266" w:lineRule="auto"/>
        <w:ind w:firstLine="331"/>
        <w:jc w:val="both"/>
      </w:pPr>
      <w:r>
        <w:rPr>
          <w:rFonts w:ascii="Georgia" w:hAnsi="Georgia"/>
          <w:b w:val="0"/>
          <w:i w:val="0"/>
          <w:color w:val="22201D"/>
          <w:sz w:val="20"/>
        </w:rPr>
        <w:t>The second:</w:t>
      </w:r>
    </w:p>
    <w:p>
      <w:pPr>
        <w:spacing w:after="60" w:line="250" w:lineRule="auto"/>
        <w:ind w:left="202" w:right="173"/>
      </w:pPr>
      <w:r>
        <w:rPr>
          <w:rFonts w:ascii="Georgia" w:hAnsi="Georgia"/>
          <w:b w:val="0"/>
          <w:i w:val="0"/>
          <w:color w:val="22201D"/>
          <w:sz w:val="17"/>
        </w:rPr>
        <w:t>Current label: Book 2 / Chapter Five</w:t>
      </w:r>
    </w:p>
    <w:p>
      <w:pPr>
        <w:spacing w:after="60" w:line="266" w:lineRule="auto"/>
        <w:ind w:firstLine="331"/>
        <w:jc w:val="both"/>
      </w:pPr>
      <w:r>
        <w:rPr>
          <w:rFonts w:ascii="Georgia" w:hAnsi="Georgia"/>
          <w:b w:val="0"/>
          <w:i w:val="0"/>
          <w:color w:val="22201D"/>
          <w:sz w:val="20"/>
        </w:rPr>
        <w:t>The third:</w:t>
      </w:r>
    </w:p>
    <w:p>
      <w:pPr>
        <w:spacing w:after="60" w:line="250" w:lineRule="auto"/>
        <w:ind w:left="202" w:right="173"/>
      </w:pPr>
      <w:r>
        <w:rPr>
          <w:rFonts w:ascii="Georgia" w:hAnsi="Georgia"/>
          <w:b w:val="0"/>
          <w:i w:val="0"/>
          <w:color w:val="22201D"/>
          <w:sz w:val="17"/>
        </w:rPr>
        <w:t>Meaning: same course, corrected seating</w:t>
      </w:r>
    </w:p>
    <w:p>
      <w:pPr>
        <w:spacing w:after="60" w:line="266" w:lineRule="auto"/>
        <w:ind w:firstLine="331"/>
        <w:jc w:val="both"/>
      </w:pPr>
      <w:r>
        <w:rPr>
          <w:rFonts w:ascii="Georgia" w:hAnsi="Georgia"/>
          <w:b w:val="0"/>
          <w:i w:val="0"/>
          <w:color w:val="22201D"/>
          <w:sz w:val="20"/>
        </w:rPr>
        <w:t>The fourth:</w:t>
      </w:r>
    </w:p>
    <w:p>
      <w:pPr>
        <w:spacing w:after="60" w:line="250" w:lineRule="auto"/>
        <w:ind w:left="202" w:right="173"/>
      </w:pPr>
      <w:r>
        <w:rPr>
          <w:rFonts w:ascii="Georgia" w:hAnsi="Georgia"/>
          <w:b w:val="0"/>
          <w:i w:val="0"/>
          <w:color w:val="22201D"/>
          <w:sz w:val="17"/>
        </w:rPr>
        <w:t>Status: edible</w:t>
      </w:r>
    </w:p>
    <w:p>
      <w:pPr>
        <w:spacing w:after="60" w:line="266" w:lineRule="auto"/>
        <w:ind w:firstLine="331"/>
        <w:jc w:val="both"/>
      </w:pPr>
      <w:r>
        <w:rPr>
          <w:rFonts w:ascii="Georgia" w:hAnsi="Georgia"/>
          <w:b w:val="0"/>
          <w:i w:val="0"/>
          <w:color w:val="22201D"/>
          <w:sz w:val="20"/>
        </w:rPr>
        <w:t>The footnote gave a small satisfied rustle.</w:t>
      </w:r>
    </w:p>
    <w:p>
      <w:pPr>
        <w:spacing w:after="60" w:line="266" w:lineRule="auto"/>
        <w:ind w:firstLine="331"/>
        <w:jc w:val="both"/>
      </w:pPr>
      <w:r>
        <w:rPr>
          <w:rFonts w:ascii="Georgia" w:hAnsi="Georgia"/>
          <w:b w:val="0"/>
          <w:i w:val="0"/>
          <w:color w:val="22201D"/>
          <w:sz w:val="20"/>
        </w:rPr>
        <w:t>Flocc read the table.</w:t>
      </w:r>
    </w:p>
    <w:p>
      <w:pPr>
        <w:spacing w:after="60" w:line="266" w:lineRule="auto"/>
        <w:ind w:firstLine="331"/>
        <w:jc w:val="both"/>
      </w:pPr>
      <w:r>
        <w:rPr>
          <w:rFonts w:ascii="Georgia" w:hAnsi="Georgia"/>
          <w:b w:val="0"/>
          <w:i w:val="0"/>
          <w:color w:val="22201D"/>
          <w:sz w:val="20"/>
        </w:rPr>
        <w:t>Something in him relaxed.</w:t>
      </w:r>
    </w:p>
    <w:p>
      <w:pPr>
        <w:spacing w:after="60" w:line="266" w:lineRule="auto"/>
        <w:ind w:firstLine="331"/>
        <w:jc w:val="both"/>
      </w:pPr>
      <w:r>
        <w:rPr>
          <w:rFonts w:ascii="Georgia" w:hAnsi="Georgia"/>
          <w:b w:val="0"/>
          <w:i w:val="0"/>
          <w:color w:val="22201D"/>
          <w:sz w:val="20"/>
        </w:rPr>
        <w:t>He had expected continuity to require force. He had expected old numbering and new numbering to argue until one became official and the other became embarrassing. This was how people often handled their own histories. They renamed a wound a lesson and hoped no one checked the file. They replaced a mistake with a better version and tried to collect only the better version in photographs. They learned a new name for themselves and then acted as if the person who had carried the old name had been a draft, not a life.</w:t>
      </w:r>
    </w:p>
    <w:p>
      <w:pPr>
        <w:spacing w:after="60" w:line="266" w:lineRule="auto"/>
        <w:ind w:firstLine="331"/>
        <w:jc w:val="both"/>
      </w:pPr>
      <w:r>
        <w:rPr>
          <w:rFonts w:ascii="Georgia" w:hAnsi="Georgia"/>
          <w:b w:val="0"/>
          <w:i w:val="0"/>
          <w:color w:val="22201D"/>
          <w:sz w:val="20"/>
        </w:rPr>
        <w:t>But the table did not erase.</w:t>
      </w:r>
    </w:p>
    <w:p>
      <w:pPr>
        <w:spacing w:after="60" w:line="266" w:lineRule="auto"/>
        <w:ind w:firstLine="331"/>
        <w:jc w:val="both"/>
      </w:pPr>
      <w:r>
        <w:rPr>
          <w:rFonts w:ascii="Georgia" w:hAnsi="Georgia"/>
          <w:b w:val="0"/>
          <w:i w:val="0"/>
          <w:color w:val="22201D"/>
          <w:sz w:val="20"/>
        </w:rPr>
        <w:t>It seated.</w:t>
      </w:r>
    </w:p>
    <w:p>
      <w:pPr>
        <w:spacing w:after="60" w:line="266" w:lineRule="auto"/>
        <w:ind w:firstLine="331"/>
        <w:jc w:val="both"/>
      </w:pPr>
      <w:r>
        <w:rPr>
          <w:rFonts w:ascii="Georgia" w:hAnsi="Georgia"/>
          <w:b w:val="0"/>
          <w:i w:val="0"/>
          <w:color w:val="22201D"/>
          <w:sz w:val="20"/>
        </w:rPr>
        <w:t>The old label sat in one chair.</w:t>
      </w:r>
    </w:p>
    <w:p>
      <w:pPr>
        <w:spacing w:after="60" w:line="266" w:lineRule="auto"/>
        <w:ind w:firstLine="331"/>
        <w:jc w:val="both"/>
      </w:pPr>
      <w:r>
        <w:rPr>
          <w:rFonts w:ascii="Georgia" w:hAnsi="Georgia"/>
          <w:b w:val="0"/>
          <w:i w:val="0"/>
          <w:color w:val="22201D"/>
          <w:sz w:val="20"/>
        </w:rPr>
        <w:t>The new label sat in another.</w:t>
      </w:r>
    </w:p>
    <w:p>
      <w:pPr>
        <w:spacing w:after="60" w:line="266" w:lineRule="auto"/>
        <w:ind w:firstLine="331"/>
        <w:jc w:val="both"/>
      </w:pPr>
      <w:r>
        <w:rPr>
          <w:rFonts w:ascii="Georgia" w:hAnsi="Georgia"/>
          <w:b w:val="0"/>
          <w:i w:val="0"/>
          <w:color w:val="22201D"/>
          <w:sz w:val="20"/>
        </w:rPr>
        <w:t>The course remained the course.</w:t>
      </w:r>
    </w:p>
    <w:p>
      <w:pPr>
        <w:spacing w:after="60" w:line="266" w:lineRule="auto"/>
        <w:ind w:firstLine="331"/>
        <w:jc w:val="both"/>
      </w:pPr>
      <w:r>
        <w:rPr>
          <w:rFonts w:ascii="Georgia" w:hAnsi="Georgia"/>
          <w:b w:val="0"/>
          <w:i w:val="0"/>
          <w:color w:val="22201D"/>
          <w:sz w:val="20"/>
        </w:rPr>
        <w:t>The seating changed.</w:t>
      </w:r>
    </w:p>
    <w:p>
      <w:pPr>
        <w:spacing w:after="60" w:line="266" w:lineRule="auto"/>
        <w:ind w:firstLine="331"/>
        <w:jc w:val="both"/>
      </w:pPr>
      <w:r>
        <w:rPr>
          <w:rFonts w:ascii="Georgia" w:hAnsi="Georgia"/>
          <w:b w:val="0"/>
          <w:i w:val="0"/>
          <w:color w:val="22201D"/>
          <w:sz w:val="20"/>
        </w:rPr>
        <w:t>The tea was still tea.</w:t>
      </w:r>
    </w:p>
    <w:p>
      <w:pPr>
        <w:spacing w:after="60" w:line="266" w:lineRule="auto"/>
        <w:ind w:firstLine="331"/>
        <w:jc w:val="both"/>
      </w:pPr>
      <w:r>
        <w:rPr>
          <w:rFonts w:ascii="Georgia" w:hAnsi="Georgia"/>
          <w:b w:val="0"/>
          <w:i w:val="0"/>
          <w:color w:val="22201D"/>
          <w:sz w:val="20"/>
        </w:rPr>
        <w:t>"Same course," Flocc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Corrected seating.</w:t>
      </w:r>
    </w:p>
    <w:p>
      <w:pPr>
        <w:spacing w:after="60" w:line="266" w:lineRule="auto"/>
        <w:ind w:firstLine="331"/>
        <w:jc w:val="both"/>
      </w:pPr>
      <w:r>
        <w:rPr>
          <w:rFonts w:ascii="Georgia" w:hAnsi="Georgia"/>
          <w:b w:val="0"/>
          <w:i w:val="0"/>
          <w:color w:val="22201D"/>
          <w:sz w:val="20"/>
        </w:rPr>
        <w:t>"Edible."</w:t>
      </w:r>
    </w:p>
    <w:p>
      <w:pPr>
        <w:spacing w:after="60" w:line="250" w:lineRule="auto"/>
        <w:ind w:left="202" w:right="173"/>
      </w:pPr>
      <w:r>
        <w:rPr>
          <w:rFonts w:ascii="Georgia" w:hAnsi="Georgia"/>
          <w:b w:val="0"/>
          <w:i w:val="0"/>
          <w:color w:val="22201D"/>
          <w:sz w:val="17"/>
        </w:rPr>
        <w:t>That part matters.</w:t>
      </w:r>
    </w:p>
    <w:p>
      <w:pPr>
        <w:spacing w:after="60" w:line="266" w:lineRule="auto"/>
        <w:ind w:firstLine="331"/>
        <w:jc w:val="both"/>
      </w:pPr>
      <w:r>
        <w:rPr>
          <w:rFonts w:ascii="Georgia" w:hAnsi="Georgia"/>
          <w:b w:val="0"/>
          <w:i w:val="0"/>
          <w:color w:val="22201D"/>
          <w:sz w:val="20"/>
        </w:rPr>
        <w:t>"Because the menu is not an archive?"</w:t>
      </w:r>
    </w:p>
    <w:p>
      <w:pPr>
        <w:spacing w:after="60" w:line="266" w:lineRule="auto"/>
        <w:ind w:firstLine="331"/>
        <w:jc w:val="both"/>
      </w:pPr>
      <w:r>
        <w:rPr>
          <w:rFonts w:ascii="Georgia" w:hAnsi="Georgia"/>
          <w:b w:val="0"/>
          <w:i w:val="0"/>
          <w:color w:val="22201D"/>
          <w:sz w:val="20"/>
        </w:rPr>
        <w:t>The footnote paused.</w:t>
      </w:r>
    </w:p>
    <w:p>
      <w:pPr>
        <w:spacing w:after="60" w:line="266" w:lineRule="auto"/>
        <w:ind w:firstLine="331"/>
        <w:jc w:val="both"/>
      </w:pPr>
      <w:r>
        <w:rPr>
          <w:rFonts w:ascii="Georgia" w:hAnsi="Georgia"/>
          <w:b w:val="0"/>
          <w:i w:val="0"/>
          <w:color w:val="22201D"/>
          <w:sz w:val="20"/>
        </w:rPr>
        <w:t>The Hostess watched him.</w:t>
      </w:r>
    </w:p>
    <w:p>
      <w:pPr>
        <w:spacing w:after="60" w:line="266" w:lineRule="auto"/>
        <w:ind w:firstLine="331"/>
        <w:jc w:val="both"/>
      </w:pPr>
      <w:r>
        <w:rPr>
          <w:rFonts w:ascii="Georgia" w:hAnsi="Georgia"/>
          <w:b w:val="0"/>
          <w:i w:val="0"/>
          <w:color w:val="22201D"/>
          <w:sz w:val="20"/>
        </w:rPr>
        <w:t>Mara watched him too, but without making him feel displayed.</w:t>
      </w:r>
    </w:p>
    <w:p>
      <w:pPr>
        <w:spacing w:after="60" w:line="266" w:lineRule="auto"/>
        <w:ind w:firstLine="331"/>
        <w:jc w:val="both"/>
      </w:pPr>
      <w:r>
        <w:rPr>
          <w:rFonts w:ascii="Georgia" w:hAnsi="Georgia"/>
          <w:b w:val="0"/>
          <w:i w:val="0"/>
          <w:color w:val="22201D"/>
          <w:sz w:val="20"/>
        </w:rPr>
        <w:t>Flocc tried again.</w:t>
      </w:r>
    </w:p>
    <w:p>
      <w:pPr>
        <w:spacing w:after="60" w:line="266" w:lineRule="auto"/>
        <w:ind w:firstLine="331"/>
        <w:jc w:val="both"/>
      </w:pPr>
      <w:r>
        <w:rPr>
          <w:rFonts w:ascii="Georgia" w:hAnsi="Georgia"/>
          <w:b w:val="0"/>
          <w:i w:val="0"/>
          <w:color w:val="22201D"/>
          <w:sz w:val="20"/>
        </w:rPr>
        <w:t>"Because the archive is not separate from the meal."</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Better.</w:t>
      </w:r>
    </w:p>
    <w:p>
      <w:pPr>
        <w:spacing w:after="60" w:line="266" w:lineRule="auto"/>
        <w:ind w:firstLine="331"/>
        <w:jc w:val="both"/>
      </w:pPr>
      <w:r>
        <w:rPr>
          <w:rFonts w:ascii="Georgia" w:hAnsi="Georgia"/>
          <w:b w:val="0"/>
          <w:i w:val="0"/>
          <w:color w:val="22201D"/>
          <w:sz w:val="20"/>
        </w:rPr>
        <w:t>The Hostess added, "An archive that cannot feed anyone becomes a mausoleum with a filing cabinet."</w:t>
      </w:r>
    </w:p>
    <w:p>
      <w:pPr>
        <w:spacing w:after="60" w:line="266" w:lineRule="auto"/>
        <w:ind w:firstLine="331"/>
        <w:jc w:val="both"/>
      </w:pPr>
      <w:r>
        <w:rPr>
          <w:rFonts w:ascii="Georgia" w:hAnsi="Georgia"/>
          <w:b w:val="0"/>
          <w:i w:val="0"/>
          <w:color w:val="22201D"/>
          <w:sz w:val="20"/>
        </w:rPr>
        <w:t>"And a meal that cannot remember where it came from?" Mara asked.</w:t>
      </w:r>
    </w:p>
    <w:p>
      <w:pPr>
        <w:spacing w:after="60" w:line="266" w:lineRule="auto"/>
        <w:ind w:firstLine="331"/>
        <w:jc w:val="both"/>
      </w:pPr>
      <w:r>
        <w:rPr>
          <w:rFonts w:ascii="Georgia" w:hAnsi="Georgia"/>
          <w:b w:val="0"/>
          <w:i w:val="0"/>
          <w:color w:val="22201D"/>
          <w:sz w:val="20"/>
        </w:rPr>
        <w:t>"Becomes branding," said the Hostess.</w:t>
      </w:r>
    </w:p>
    <w:p>
      <w:pPr>
        <w:spacing w:after="60" w:line="266" w:lineRule="auto"/>
        <w:ind w:firstLine="331"/>
        <w:jc w:val="both"/>
      </w:pPr>
      <w:r>
        <w:rPr>
          <w:rFonts w:ascii="Georgia" w:hAnsi="Georgia"/>
          <w:b w:val="0"/>
          <w:i w:val="0"/>
          <w:color w:val="22201D"/>
          <w:sz w:val="20"/>
        </w:rPr>
        <w:t>The footnote underlined this by leaning very hard into its own bracket.</w:t>
      </w:r>
    </w:p>
    <w:p>
      <w:pPr>
        <w:spacing w:after="60" w:line="266" w:lineRule="auto"/>
        <w:ind w:firstLine="331"/>
        <w:jc w:val="both"/>
      </w:pPr>
      <w:r>
        <w:rPr>
          <w:rFonts w:ascii="Georgia" w:hAnsi="Georgia"/>
          <w:b w:val="0"/>
          <w:i w:val="0"/>
          <w:color w:val="22201D"/>
          <w:sz w:val="20"/>
        </w:rPr>
        <w:t>Flocc nodded, then caught himself.</w:t>
      </w:r>
    </w:p>
    <w:p>
      <w:pPr>
        <w:spacing w:after="60" w:line="266" w:lineRule="auto"/>
        <w:ind w:firstLine="331"/>
        <w:jc w:val="both"/>
      </w:pPr>
      <w:r>
        <w:rPr>
          <w:rFonts w:ascii="Georgia" w:hAnsi="Georgia"/>
          <w:b w:val="0"/>
          <w:i w:val="0"/>
          <w:color w:val="22201D"/>
          <w:sz w:val="20"/>
        </w:rPr>
        <w:t>The menu did not punish him. It allowed the nod, perhaps because the nod had not asked for applause.</w:t>
      </w:r>
    </w:p>
    <w:p>
      <w:pPr>
        <w:spacing w:after="60" w:line="266" w:lineRule="auto"/>
        <w:ind w:firstLine="331"/>
        <w:jc w:val="both"/>
      </w:pPr>
      <w:r>
        <w:rPr>
          <w:rFonts w:ascii="Georgia" w:hAnsi="Georgia"/>
          <w:b w:val="0"/>
          <w:i w:val="0"/>
          <w:color w:val="22201D"/>
          <w:sz w:val="20"/>
        </w:rPr>
        <w:t>The continuity table grew more rows.</w:t>
      </w:r>
    </w:p>
    <w:p>
      <w:pPr>
        <w:spacing w:after="60" w:line="250" w:lineRule="auto"/>
        <w:ind w:left="202" w:right="173"/>
      </w:pPr>
      <w:r>
        <w:rPr>
          <w:rFonts w:ascii="Georgia" w:hAnsi="Georgia"/>
          <w:b w:val="0"/>
          <w:i w:val="0"/>
          <w:color w:val="22201D"/>
          <w:sz w:val="17"/>
        </w:rPr>
        <w:t>Original label: Part Two / Chapter Six  Current label: Book 2 / Chapter One  Meaning: the old door opens from a corrected hallway  Status: served</w:t>
      </w:r>
    </w:p>
    <w:p>
      <w:pPr>
        <w:spacing w:after="60" w:line="250" w:lineRule="auto"/>
        <w:ind w:left="202" w:right="173"/>
      </w:pPr>
      <w:r>
        <w:rPr>
          <w:rFonts w:ascii="Georgia" w:hAnsi="Georgia"/>
          <w:b w:val="0"/>
          <w:i w:val="0"/>
          <w:color w:val="22201D"/>
          <w:sz w:val="17"/>
        </w:rPr>
        <w:t>Original label: Part Two / Chapter Seven  Current label: Book 2 / Chapter Two  Meaning: apocalypse appetizer, same table, different course order  Status: served</w:t>
      </w:r>
    </w:p>
    <w:p>
      <w:pPr>
        <w:spacing w:after="60" w:line="250" w:lineRule="auto"/>
        <w:ind w:left="202" w:right="173"/>
      </w:pPr>
      <w:r>
        <w:rPr>
          <w:rFonts w:ascii="Georgia" w:hAnsi="Georgia"/>
          <w:b w:val="0"/>
          <w:i w:val="0"/>
          <w:color w:val="22201D"/>
          <w:sz w:val="17"/>
        </w:rPr>
        <w:t>Original label: Part Two / Chapter Eight  Current label: Book 2 / Chapter Three  Meaning: Bob remains practical in every numbering system  Status: served</w:t>
      </w:r>
    </w:p>
    <w:p>
      <w:pPr>
        <w:spacing w:after="60" w:line="250" w:lineRule="auto"/>
        <w:ind w:left="202" w:right="173"/>
      </w:pPr>
      <w:r>
        <w:rPr>
          <w:rFonts w:ascii="Georgia" w:hAnsi="Georgia"/>
          <w:b w:val="0"/>
          <w:i w:val="0"/>
          <w:color w:val="22201D"/>
          <w:sz w:val="17"/>
        </w:rPr>
        <w:t>Original label: Part Two / Chapter Nine  Current label: Book 2 / Chapter Four  Meaning: dessert still looks back  Status: served</w:t>
      </w:r>
    </w:p>
    <w:p>
      <w:pPr>
        <w:spacing w:after="60" w:line="266" w:lineRule="auto"/>
        <w:ind w:firstLine="331"/>
        <w:jc w:val="both"/>
      </w:pPr>
      <w:r>
        <w:rPr>
          <w:rFonts w:ascii="Georgia" w:hAnsi="Georgia"/>
          <w:b w:val="0"/>
          <w:i w:val="0"/>
          <w:color w:val="22201D"/>
          <w:sz w:val="20"/>
        </w:rPr>
        <w:t>The footnote shivered with pleasure.</w:t>
      </w:r>
    </w:p>
    <w:p>
      <w:pPr>
        <w:spacing w:after="60" w:line="266" w:lineRule="auto"/>
        <w:ind w:firstLine="331"/>
        <w:jc w:val="both"/>
      </w:pPr>
      <w:r>
        <w:rPr>
          <w:rFonts w:ascii="Georgia" w:hAnsi="Georgia"/>
          <w:b w:val="0"/>
          <w:i w:val="0"/>
          <w:color w:val="22201D"/>
          <w:sz w:val="20"/>
        </w:rPr>
        <w:t>"This is what it wanted?" Flocc asked.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Partly.</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Hostess said, "There is also the footer."</w:t>
      </w:r>
    </w:p>
    <w:p>
      <w:pPr>
        <w:spacing w:after="60" w:line="266" w:lineRule="auto"/>
        <w:ind w:firstLine="331"/>
        <w:jc w:val="both"/>
      </w:pPr>
      <w:r>
        <w:rPr>
          <w:rFonts w:ascii="Georgia" w:hAnsi="Georgia"/>
          <w:b w:val="0"/>
          <w:i w:val="0"/>
          <w:color w:val="22201D"/>
          <w:sz w:val="20"/>
        </w:rPr>
        <w:t>The room became quieter.</w:t>
      </w:r>
    </w:p>
    <w:p>
      <w:pPr>
        <w:spacing w:after="60" w:line="266" w:lineRule="auto"/>
        <w:ind w:firstLine="331"/>
        <w:jc w:val="both"/>
      </w:pPr>
      <w:r>
        <w:rPr>
          <w:rFonts w:ascii="Georgia" w:hAnsi="Georgia"/>
          <w:b w:val="0"/>
          <w:i w:val="0"/>
          <w:color w:val="22201D"/>
          <w:sz w:val="20"/>
        </w:rPr>
        <w:t>Flocc remembered the footer. Everyone who had read the surviving source remembered the footer, though not everyone admitted that it had the peculiar weight of a door left open in a room no one could find again.</w:t>
      </w:r>
    </w:p>
    <w:p>
      <w:pPr>
        <w:spacing w:after="60" w:line="266" w:lineRule="auto"/>
        <w:ind w:firstLine="331"/>
        <w:jc w:val="both"/>
      </w:pPr>
      <w:r>
        <w:rPr>
          <w:rFonts w:ascii="Georgia" w:hAnsi="Georgia"/>
          <w:b w:val="0"/>
          <w:i w:val="0"/>
          <w:color w:val="22201D"/>
          <w:sz w:val="20"/>
        </w:rPr>
        <w:t>Chapters 11-15 continue in Part Three.</w:t>
      </w:r>
    </w:p>
    <w:p>
      <w:pPr>
        <w:spacing w:after="60" w:line="266" w:lineRule="auto"/>
        <w:ind w:firstLine="331"/>
        <w:jc w:val="both"/>
      </w:pPr>
      <w:r>
        <w:rPr>
          <w:rFonts w:ascii="Georgia" w:hAnsi="Georgia"/>
          <w:b w:val="0"/>
          <w:i w:val="0"/>
          <w:color w:val="22201D"/>
          <w:sz w:val="20"/>
        </w:rPr>
        <w:t>That was the old promise.</w:t>
      </w:r>
    </w:p>
    <w:p>
      <w:pPr>
        <w:spacing w:after="60" w:line="266" w:lineRule="auto"/>
        <w:ind w:firstLine="331"/>
        <w:jc w:val="both"/>
      </w:pPr>
      <w:r>
        <w:rPr>
          <w:rFonts w:ascii="Georgia" w:hAnsi="Georgia"/>
          <w:b w:val="0"/>
          <w:i w:val="0"/>
          <w:color w:val="22201D"/>
          <w:sz w:val="20"/>
        </w:rPr>
        <w:t>In Which the Kitchen Turns Out to Be a Universe, the Spice Rack Turns Out to Be a Library, and the Dishwasher Turns Out to Be the Most Enlightened Person in the Building, and Has Been This Whole Time, and Would Like a Raise.</w:t>
      </w:r>
    </w:p>
    <w:p>
      <w:pPr>
        <w:spacing w:after="60" w:line="266" w:lineRule="auto"/>
        <w:ind w:firstLine="331"/>
        <w:jc w:val="both"/>
      </w:pPr>
      <w:r>
        <w:rPr>
          <w:rFonts w:ascii="Georgia" w:hAnsi="Georgia"/>
          <w:b w:val="0"/>
          <w:i w:val="0"/>
          <w:color w:val="22201D"/>
          <w:sz w:val="20"/>
        </w:rPr>
        <w:t>Some of that had already happened.</w:t>
      </w:r>
    </w:p>
    <w:p>
      <w:pPr>
        <w:spacing w:after="60" w:line="266" w:lineRule="auto"/>
        <w:ind w:firstLine="331"/>
        <w:jc w:val="both"/>
      </w:pPr>
      <w:r>
        <w:rPr>
          <w:rFonts w:ascii="Georgia" w:hAnsi="Georgia"/>
          <w:b w:val="0"/>
          <w:i w:val="0"/>
          <w:color w:val="22201D"/>
          <w:sz w:val="20"/>
        </w:rPr>
        <w:t>Not literally in the old order.</w:t>
      </w:r>
    </w:p>
    <w:p>
      <w:pPr>
        <w:spacing w:after="60" w:line="266" w:lineRule="auto"/>
        <w:ind w:firstLine="331"/>
        <w:jc w:val="both"/>
      </w:pPr>
      <w:r>
        <w:rPr>
          <w:rFonts w:ascii="Georgia" w:hAnsi="Georgia"/>
          <w:b w:val="0"/>
          <w:i w:val="0"/>
          <w:color w:val="22201D"/>
          <w:sz w:val="20"/>
        </w:rPr>
        <w:t>Not as a missing Part Three.</w:t>
      </w:r>
    </w:p>
    <w:p>
      <w:pPr>
        <w:spacing w:after="60" w:line="266" w:lineRule="auto"/>
        <w:ind w:firstLine="331"/>
        <w:jc w:val="both"/>
      </w:pPr>
      <w:r>
        <w:rPr>
          <w:rFonts w:ascii="Georgia" w:hAnsi="Georgia"/>
          <w:b w:val="0"/>
          <w:i w:val="0"/>
          <w:color w:val="22201D"/>
          <w:sz w:val="20"/>
        </w:rPr>
        <w:t>But in Book 2, here, through additive chapters that had followed the preserved source without swallowing it.</w:t>
      </w:r>
    </w:p>
    <w:p>
      <w:pPr>
        <w:spacing w:after="60" w:line="266" w:lineRule="auto"/>
        <w:ind w:firstLine="331"/>
        <w:jc w:val="both"/>
      </w:pPr>
      <w:r>
        <w:rPr>
          <w:rFonts w:ascii="Georgia" w:hAnsi="Georgia"/>
          <w:b w:val="0"/>
          <w:i w:val="0"/>
          <w:color w:val="22201D"/>
          <w:sz w:val="20"/>
        </w:rPr>
        <w:t>The kitchen had become a universe that required handwashing.</w:t>
      </w:r>
    </w:p>
    <w:p>
      <w:pPr>
        <w:spacing w:after="60" w:line="266" w:lineRule="auto"/>
        <w:ind w:firstLine="331"/>
        <w:jc w:val="both"/>
      </w:pPr>
      <w:r>
        <w:rPr>
          <w:rFonts w:ascii="Georgia" w:hAnsi="Georgia"/>
          <w:b w:val="0"/>
          <w:i w:val="0"/>
          <w:color w:val="22201D"/>
          <w:sz w:val="20"/>
        </w:rPr>
        <w:t>The spice rack had become a library with allergen notes.</w:t>
      </w:r>
    </w:p>
    <w:p>
      <w:pPr>
        <w:spacing w:after="60" w:line="266" w:lineRule="auto"/>
        <w:ind w:firstLine="331"/>
        <w:jc w:val="both"/>
      </w:pPr>
      <w:r>
        <w:rPr>
          <w:rFonts w:ascii="Georgia" w:hAnsi="Georgia"/>
          <w:b w:val="0"/>
          <w:i w:val="0"/>
          <w:color w:val="22201D"/>
          <w:sz w:val="20"/>
        </w:rPr>
        <w:t>The dishwasher had asked for recognition first, money also.</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Old promise: not discarded.  New seating: already underway.</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"That is almost kind."</w:t>
      </w:r>
    </w:p>
    <w:p>
      <w:pPr>
        <w:spacing w:after="60" w:line="266" w:lineRule="auto"/>
        <w:ind w:firstLine="331"/>
        <w:jc w:val="both"/>
      </w:pPr>
      <w:r>
        <w:rPr>
          <w:rFonts w:ascii="Georgia" w:hAnsi="Georgia"/>
          <w:b w:val="0"/>
          <w:i w:val="0"/>
          <w:color w:val="22201D"/>
          <w:sz w:val="20"/>
        </w:rPr>
        <w:t>"From a footnote?"</w:t>
      </w:r>
    </w:p>
    <w:p>
      <w:pPr>
        <w:spacing w:after="60" w:line="266" w:lineRule="auto"/>
        <w:ind w:firstLine="331"/>
        <w:jc w:val="both"/>
      </w:pPr>
      <w:r>
        <w:rPr>
          <w:rFonts w:ascii="Georgia" w:hAnsi="Georgia"/>
          <w:b w:val="0"/>
          <w:i w:val="0"/>
          <w:color w:val="22201D"/>
          <w:sz w:val="20"/>
        </w:rPr>
        <w:t>"From revision."</w:t>
      </w:r>
    </w:p>
    <w:p>
      <w:pPr>
        <w:spacing w:after="60" w:line="266" w:lineRule="auto"/>
        <w:ind w:firstLine="331"/>
        <w:jc w:val="both"/>
      </w:pPr>
      <w:r>
        <w:rPr>
          <w:rFonts w:ascii="Georgia" w:hAnsi="Georgia"/>
          <w:b w:val="0"/>
          <w:i w:val="0"/>
          <w:color w:val="22201D"/>
          <w:sz w:val="20"/>
        </w:rPr>
        <w:t>The word sat between them.</w:t>
      </w:r>
    </w:p>
    <w:p>
      <w:pPr>
        <w:spacing w:after="60" w:line="266" w:lineRule="auto"/>
        <w:ind w:firstLine="331"/>
        <w:jc w:val="both"/>
      </w:pPr>
      <w:r>
        <w:rPr>
          <w:rFonts w:ascii="Georgia" w:hAnsi="Georgia"/>
          <w:b w:val="0"/>
          <w:i w:val="0"/>
          <w:color w:val="22201D"/>
          <w:sz w:val="20"/>
        </w:rPr>
        <w:t>Revision.</w:t>
      </w:r>
    </w:p>
    <w:p>
      <w:pPr>
        <w:spacing w:after="60" w:line="266" w:lineRule="auto"/>
        <w:ind w:firstLine="331"/>
        <w:jc w:val="both"/>
      </w:pPr>
      <w:r>
        <w:rPr>
          <w:rFonts w:ascii="Georgia" w:hAnsi="Georgia"/>
          <w:b w:val="0"/>
          <w:i w:val="0"/>
          <w:color w:val="22201D"/>
          <w:sz w:val="20"/>
        </w:rPr>
        <w:t>Flocc had always feared revision because he had misunderstood it as accusation. To revise was to confess that the first attempt had failed. To revise oneself was worse. It meant admitting not merely that a sentence had been wrong, but that the person who wrote it had not been finished.</w:t>
      </w:r>
    </w:p>
    <w:p>
      <w:pPr>
        <w:spacing w:after="60" w:line="266" w:lineRule="auto"/>
        <w:ind w:firstLine="331"/>
        <w:jc w:val="both"/>
      </w:pPr>
      <w:r>
        <w:rPr>
          <w:rFonts w:ascii="Georgia" w:hAnsi="Georgia"/>
          <w:b w:val="0"/>
          <w:i w:val="0"/>
          <w:color w:val="22201D"/>
          <w:sz w:val="20"/>
        </w:rPr>
        <w:t>Emoji Soup seemed to have a different view.</w:t>
      </w:r>
    </w:p>
    <w:p>
      <w:pPr>
        <w:spacing w:after="60" w:line="266" w:lineRule="auto"/>
        <w:ind w:firstLine="331"/>
        <w:jc w:val="both"/>
      </w:pPr>
      <w:r>
        <w:rPr>
          <w:rFonts w:ascii="Georgia" w:hAnsi="Georgia"/>
          <w:b w:val="0"/>
          <w:i w:val="0"/>
          <w:color w:val="22201D"/>
          <w:sz w:val="20"/>
        </w:rPr>
        <w:t>Revision was not humiliation.</w:t>
      </w:r>
    </w:p>
    <w:p>
      <w:pPr>
        <w:spacing w:after="60" w:line="266" w:lineRule="auto"/>
        <w:ind w:firstLine="331"/>
        <w:jc w:val="both"/>
      </w:pPr>
      <w:r>
        <w:rPr>
          <w:rFonts w:ascii="Georgia" w:hAnsi="Georgia"/>
          <w:b w:val="0"/>
          <w:i w:val="0"/>
          <w:color w:val="22201D"/>
          <w:sz w:val="20"/>
        </w:rPr>
        <w:t>Revision was seating.</w:t>
      </w:r>
    </w:p>
    <w:p>
      <w:pPr>
        <w:spacing w:after="60" w:line="266" w:lineRule="auto"/>
        <w:ind w:firstLine="331"/>
        <w:jc w:val="both"/>
      </w:pPr>
      <w:r>
        <w:rPr>
          <w:rFonts w:ascii="Georgia" w:hAnsi="Georgia"/>
          <w:b w:val="0"/>
          <w:i w:val="0"/>
          <w:color w:val="22201D"/>
          <w:sz w:val="20"/>
        </w:rPr>
        <w:t>The Hostess drew another row.</w:t>
      </w:r>
    </w:p>
    <w:p>
      <w:pPr>
        <w:spacing w:after="60" w:line="250" w:lineRule="auto"/>
        <w:ind w:left="202" w:right="173"/>
      </w:pPr>
      <w:r>
        <w:rPr>
          <w:rFonts w:ascii="Georgia" w:hAnsi="Georgia"/>
          <w:b w:val="0"/>
          <w:i w:val="0"/>
          <w:color w:val="22201D"/>
          <w:sz w:val="17"/>
        </w:rPr>
        <w:t>Original footer: Chapters 11-15 continue in Part Three  Current function: Book 3 audit/check hook  Meaning: the bill survives as a future question  Status: pending account</w:t>
      </w:r>
    </w:p>
    <w:p>
      <w:pPr>
        <w:spacing w:after="60" w:line="266" w:lineRule="auto"/>
        <w:ind w:firstLine="331"/>
        <w:jc w:val="both"/>
      </w:pPr>
      <w:r>
        <w:rPr>
          <w:rFonts w:ascii="Georgia" w:hAnsi="Georgia"/>
          <w:b w:val="0"/>
          <w:i w:val="0"/>
          <w:color w:val="22201D"/>
          <w:sz w:val="20"/>
        </w:rPr>
        <w:t>The footnote became very still.</w:t>
      </w:r>
    </w:p>
    <w:p>
      <w:pPr>
        <w:spacing w:after="60" w:line="266" w:lineRule="auto"/>
        <w:ind w:firstLine="331"/>
        <w:jc w:val="both"/>
      </w:pPr>
      <w:r>
        <w:rPr>
          <w:rFonts w:ascii="Georgia" w:hAnsi="Georgia"/>
          <w:b w:val="0"/>
          <w:i w:val="0"/>
          <w:color w:val="22201D"/>
          <w:sz w:val="20"/>
        </w:rPr>
        <w:t>"Pending account," Flocc said.</w:t>
      </w:r>
    </w:p>
    <w:p>
      <w:pPr>
        <w:spacing w:after="60" w:line="266" w:lineRule="auto"/>
        <w:ind w:firstLine="331"/>
        <w:jc w:val="both"/>
      </w:pPr>
      <w:r>
        <w:rPr>
          <w:rFonts w:ascii="Georgia" w:hAnsi="Georgia"/>
          <w:b w:val="0"/>
          <w:i w:val="0"/>
          <w:color w:val="22201D"/>
          <w:sz w:val="20"/>
        </w:rPr>
        <w:t>From somewhere near the front counter came the faint sound of a cash drawer not opening.</w:t>
      </w:r>
    </w:p>
    <w:p>
      <w:pPr>
        <w:spacing w:after="60" w:line="266" w:lineRule="auto"/>
        <w:ind w:firstLine="331"/>
        <w:jc w:val="both"/>
      </w:pPr>
      <w:r>
        <w:rPr>
          <w:rFonts w:ascii="Georgia" w:hAnsi="Georgia"/>
          <w:b w:val="0"/>
          <w:i w:val="0"/>
          <w:color w:val="22201D"/>
          <w:sz w:val="20"/>
        </w:rPr>
        <w:t>The Hostess said, "Not yet."</w:t>
      </w:r>
    </w:p>
    <w:p>
      <w:pPr>
        <w:spacing w:after="60" w:line="266" w:lineRule="auto"/>
        <w:ind w:firstLine="331"/>
        <w:jc w:val="both"/>
      </w:pPr>
      <w:r>
        <w:rPr>
          <w:rFonts w:ascii="Georgia" w:hAnsi="Georgia"/>
          <w:b w:val="0"/>
          <w:i w:val="0"/>
          <w:color w:val="22201D"/>
          <w:sz w:val="20"/>
        </w:rPr>
        <w:t>"But soon?"</w:t>
      </w:r>
    </w:p>
    <w:p>
      <w:pPr>
        <w:spacing w:after="60" w:line="266" w:lineRule="auto"/>
        <w:ind w:firstLine="331"/>
        <w:jc w:val="both"/>
      </w:pPr>
      <w:r>
        <w:rPr>
          <w:rFonts w:ascii="Georgia" w:hAnsi="Georgia"/>
          <w:b w:val="0"/>
          <w:i w:val="0"/>
          <w:color w:val="22201D"/>
          <w:sz w:val="20"/>
        </w:rPr>
        <w:t>"Soon enough."</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Chapter Twelve must not pretend the check is punishment.</w:t>
      </w:r>
    </w:p>
    <w:p>
      <w:pPr>
        <w:spacing w:after="60" w:line="266" w:lineRule="auto"/>
        <w:ind w:firstLine="331"/>
        <w:jc w:val="both"/>
      </w:pPr>
      <w:r>
        <w:rPr>
          <w:rFonts w:ascii="Georgia" w:hAnsi="Georgia"/>
          <w:b w:val="0"/>
          <w:i w:val="0"/>
          <w:color w:val="22201D"/>
          <w:sz w:val="20"/>
        </w:rPr>
        <w:t>"It is accounting," Flocc said.</w:t>
      </w:r>
    </w:p>
    <w:p>
      <w:pPr>
        <w:spacing w:after="60" w:line="266" w:lineRule="auto"/>
        <w:ind w:firstLine="331"/>
        <w:jc w:val="both"/>
      </w:pPr>
      <w:r>
        <w:rPr>
          <w:rFonts w:ascii="Georgia" w:hAnsi="Georgia"/>
          <w:b w:val="0"/>
          <w:i w:val="0"/>
          <w:color w:val="22201D"/>
          <w:sz w:val="20"/>
        </w:rPr>
        <w:t>The footnote underlined the sentence.</w:t>
      </w:r>
    </w:p>
    <w:p>
      <w:pPr>
        <w:spacing w:after="60" w:line="266" w:lineRule="auto"/>
        <w:ind w:firstLine="331"/>
        <w:jc w:val="both"/>
      </w:pPr>
      <w:r>
        <w:rPr>
          <w:rFonts w:ascii="Georgia" w:hAnsi="Georgia"/>
          <w:b w:val="0"/>
          <w:i w:val="0"/>
          <w:color w:val="22201D"/>
          <w:sz w:val="20"/>
        </w:rPr>
        <w:t>Then underlined itself.</w:t>
      </w:r>
    </w:p>
    <w:p>
      <w:pPr>
        <w:spacing w:after="60" w:line="266" w:lineRule="auto"/>
        <w:ind w:firstLine="331"/>
        <w:jc w:val="both"/>
      </w:pPr>
      <w:r>
        <w:rPr>
          <w:rFonts w:ascii="Georgia" w:hAnsi="Georgia"/>
          <w:b w:val="0"/>
          <w:i w:val="0"/>
          <w:color w:val="22201D"/>
          <w:sz w:val="20"/>
        </w:rPr>
        <w:t>"It really does think it is more important than the sentence," Mara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Importance is contextual.</w:t>
      </w:r>
    </w:p>
    <w:p>
      <w:pPr>
        <w:spacing w:after="60" w:line="266" w:lineRule="auto"/>
        <w:ind w:firstLine="331"/>
        <w:jc w:val="both"/>
      </w:pPr>
      <w:r>
        <w:rPr>
          <w:rFonts w:ascii="Georgia" w:hAnsi="Georgia"/>
          <w:b w:val="0"/>
          <w:i w:val="0"/>
          <w:color w:val="22201D"/>
          <w:sz w:val="20"/>
        </w:rPr>
        <w:t>"That means yes," Flocc said.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The Hostess smiled, barely.</w:t>
      </w:r>
    </w:p>
    <w:p>
      <w:pPr>
        <w:spacing w:after="60" w:line="266" w:lineRule="auto"/>
        <w:ind w:firstLine="331"/>
        <w:jc w:val="both"/>
      </w:pPr>
      <w:r>
        <w:rPr>
          <w:rFonts w:ascii="Georgia" w:hAnsi="Georgia"/>
          <w:b w:val="0"/>
          <w:i w:val="0"/>
          <w:color w:val="22201D"/>
          <w:sz w:val="20"/>
        </w:rPr>
        <w:t>The continuity table, now too large for the plate, lifted itself from the ceramic surface and settled into the air above the table. It did not hover dramatically. It held position like a posted notice that had found its wall late.</w:t>
      </w:r>
    </w:p>
    <w:p>
      <w:pPr>
        <w:spacing w:after="60" w:line="266" w:lineRule="auto"/>
        <w:ind w:firstLine="331"/>
        <w:jc w:val="both"/>
      </w:pPr>
      <w:r>
        <w:rPr>
          <w:rFonts w:ascii="Georgia" w:hAnsi="Georgia"/>
          <w:b w:val="0"/>
          <w:i w:val="0"/>
          <w:color w:val="22201D"/>
          <w:sz w:val="20"/>
        </w:rPr>
        <w:t>Gerald would not have approved of floating paperwork.</w:t>
      </w:r>
    </w:p>
    <w:p>
      <w:pPr>
        <w:spacing w:after="60" w:line="266" w:lineRule="auto"/>
        <w:ind w:firstLine="331"/>
        <w:jc w:val="both"/>
      </w:pPr>
      <w:r>
        <w:rPr>
          <w:rFonts w:ascii="Georgia" w:hAnsi="Georgia"/>
          <w:b w:val="0"/>
          <w:i w:val="0"/>
          <w:color w:val="22201D"/>
          <w:sz w:val="20"/>
        </w:rPr>
        <w:t>Gerald might have approved of its legibility.</w:t>
      </w:r>
    </w:p>
    <w:p>
      <w:pPr>
        <w:spacing w:after="60" w:line="266" w:lineRule="auto"/>
        <w:ind w:firstLine="331"/>
        <w:jc w:val="both"/>
      </w:pPr>
      <w:r>
        <w:rPr>
          <w:rFonts w:ascii="Georgia" w:hAnsi="Georgia"/>
          <w:b w:val="0"/>
          <w:i w:val="0"/>
          <w:color w:val="22201D"/>
          <w:sz w:val="20"/>
        </w:rPr>
        <w:t>The table faced Flocc, Mara, the Hostess, the menu, the kitchen door, and, somehow, the normalized manuscript on the sideboard all at once.</w:t>
      </w:r>
    </w:p>
    <w:p>
      <w:pPr>
        <w:spacing w:after="60" w:line="266" w:lineRule="auto"/>
        <w:ind w:firstLine="331"/>
        <w:jc w:val="both"/>
      </w:pPr>
      <w:r>
        <w:rPr>
          <w:rFonts w:ascii="Georgia" w:hAnsi="Georgia"/>
          <w:b w:val="0"/>
          <w:i w:val="0"/>
          <w:color w:val="22201D"/>
          <w:sz w:val="20"/>
        </w:rPr>
        <w:t>At the bottom, a new line appeared:</w:t>
      </w:r>
    </w:p>
    <w:p>
      <w:pPr>
        <w:spacing w:after="60" w:line="250" w:lineRule="auto"/>
        <w:ind w:left="202" w:right="173"/>
      </w:pPr>
      <w:r>
        <w:rPr>
          <w:rFonts w:ascii="Georgia" w:hAnsi="Georgia"/>
          <w:b w:val="0"/>
          <w:i w:val="0"/>
          <w:color w:val="22201D"/>
          <w:sz w:val="17"/>
        </w:rPr>
        <w:t>Do not flatten survival into error. Do not inflate survival into destiny. Seat it. Serve it. Record it.</w:t>
      </w:r>
    </w:p>
    <w:p>
      <w:pPr>
        <w:spacing w:after="60" w:line="266" w:lineRule="auto"/>
        <w:ind w:firstLine="331"/>
        <w:jc w:val="both"/>
      </w:pPr>
      <w:r>
        <w:rPr>
          <w:rFonts w:ascii="Georgia" w:hAnsi="Georgia"/>
          <w:b w:val="0"/>
          <w:i w:val="0"/>
          <w:color w:val="22201D"/>
          <w:sz w:val="20"/>
        </w:rPr>
        <w:t>The footnote seemed pleased.</w:t>
      </w:r>
    </w:p>
    <w:p>
      <w:pPr>
        <w:spacing w:after="60" w:line="266" w:lineRule="auto"/>
        <w:ind w:firstLine="331"/>
        <w:jc w:val="both"/>
      </w:pPr>
      <w:r>
        <w:rPr>
          <w:rFonts w:ascii="Georgia" w:hAnsi="Georgia"/>
          <w:b w:val="0"/>
          <w:i w:val="0"/>
          <w:color w:val="22201D"/>
          <w:sz w:val="20"/>
        </w:rPr>
        <w:t>"So what happens to you now?" Flocc asked it.</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I receive placement.</w:t>
      </w:r>
    </w:p>
    <w:p>
      <w:pPr>
        <w:spacing w:after="60" w:line="266" w:lineRule="auto"/>
        <w:ind w:firstLine="331"/>
        <w:jc w:val="both"/>
      </w:pPr>
      <w:r>
        <w:rPr>
          <w:rFonts w:ascii="Georgia" w:hAnsi="Georgia"/>
          <w:b w:val="0"/>
          <w:i w:val="0"/>
          <w:color w:val="22201D"/>
          <w:sz w:val="20"/>
        </w:rPr>
        <w:t>"Where?"</w:t>
      </w:r>
    </w:p>
    <w:p>
      <w:pPr>
        <w:spacing w:after="60" w:line="266" w:lineRule="auto"/>
        <w:ind w:firstLine="331"/>
        <w:jc w:val="both"/>
      </w:pPr>
      <w:r>
        <w:rPr>
          <w:rFonts w:ascii="Georgia" w:hAnsi="Georgia"/>
          <w:b w:val="0"/>
          <w:i w:val="0"/>
          <w:color w:val="22201D"/>
          <w:sz w:val="20"/>
        </w:rPr>
        <w:t>The menu opened to a fresh page after the new menu page and before whatever was coming next. The page was neither blank nor written. It was, Flocc thought, politely available.</w:t>
      </w:r>
    </w:p>
    <w:p>
      <w:pPr>
        <w:spacing w:after="60" w:line="266" w:lineRule="auto"/>
        <w:ind w:firstLine="331"/>
        <w:jc w:val="both"/>
      </w:pPr>
      <w:r>
        <w:rPr>
          <w:rFonts w:ascii="Georgia" w:hAnsi="Georgia"/>
          <w:b w:val="0"/>
          <w:i w:val="0"/>
          <w:color w:val="22201D"/>
          <w:sz w:val="20"/>
        </w:rPr>
        <w:t>The footnote moved to the top.</w:t>
      </w:r>
    </w:p>
    <w:p>
      <w:pPr>
        <w:spacing w:after="60" w:line="266" w:lineRule="auto"/>
        <w:ind w:firstLine="331"/>
        <w:jc w:val="both"/>
      </w:pPr>
      <w:r>
        <w:rPr>
          <w:rFonts w:ascii="Georgia" w:hAnsi="Georgia"/>
          <w:b w:val="0"/>
          <w:i w:val="0"/>
          <w:color w:val="22201D"/>
          <w:sz w:val="20"/>
        </w:rPr>
        <w:t>It did not return to the bottom.</w:t>
      </w:r>
    </w:p>
    <w:p>
      <w:pPr>
        <w:spacing w:after="60" w:line="266" w:lineRule="auto"/>
        <w:ind w:firstLine="331"/>
        <w:jc w:val="both"/>
      </w:pPr>
      <w:r>
        <w:rPr>
          <w:rFonts w:ascii="Georgia" w:hAnsi="Georgia"/>
          <w:b w:val="0"/>
          <w:i w:val="0"/>
          <w:color w:val="22201D"/>
          <w:sz w:val="20"/>
        </w:rPr>
        <w:t>At the top, it printed:</w:t>
      </w:r>
    </w:p>
    <w:p>
      <w:pPr>
        <w:spacing w:after="60" w:line="250" w:lineRule="auto"/>
        <w:ind w:left="202" w:right="173"/>
      </w:pPr>
      <w:r>
        <w:rPr>
          <w:rFonts w:ascii="Georgia" w:hAnsi="Georgia"/>
          <w:b w:val="0"/>
          <w:i w:val="0"/>
          <w:color w:val="22201D"/>
          <w:sz w:val="17"/>
        </w:rPr>
        <w:t>SOURCE NOTE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This chapter knows it arrived after surviving material. This chapter does not apologize for that. This chapter does not pretend it was always here. This chapter sits where it can feed the book now.</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The Hostess read it as if she had known it before it had the manners to appear.</w:t>
      </w:r>
    </w:p>
    <w:p>
      <w:pPr>
        <w:spacing w:after="60" w:line="266" w:lineRule="auto"/>
        <w:ind w:firstLine="331"/>
        <w:jc w:val="both"/>
      </w:pPr>
      <w:r>
        <w:rPr>
          <w:rFonts w:ascii="Georgia" w:hAnsi="Georgia"/>
          <w:b w:val="0"/>
          <w:i w:val="0"/>
          <w:color w:val="22201D"/>
          <w:sz w:val="20"/>
        </w:rPr>
        <w:t>"That is honest," Mara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Honesty requires formatting.</w:t>
      </w:r>
    </w:p>
    <w:p>
      <w:pPr>
        <w:spacing w:after="60" w:line="266" w:lineRule="auto"/>
        <w:ind w:firstLine="331"/>
        <w:jc w:val="both"/>
      </w:pPr>
      <w:r>
        <w:rPr>
          <w:rFonts w:ascii="Georgia" w:hAnsi="Georgia"/>
          <w:b w:val="0"/>
          <w:i w:val="0"/>
          <w:color w:val="22201D"/>
          <w:sz w:val="20"/>
        </w:rPr>
        <w:t>"Steve would like you," Flocc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Steve would file me.</w:t>
      </w:r>
    </w:p>
    <w:p>
      <w:pPr>
        <w:spacing w:after="60" w:line="266" w:lineRule="auto"/>
        <w:ind w:firstLine="331"/>
        <w:jc w:val="both"/>
      </w:pPr>
      <w:r>
        <w:rPr>
          <w:rFonts w:ascii="Georgia" w:hAnsi="Georgia"/>
          <w:b w:val="0"/>
          <w:i w:val="0"/>
          <w:color w:val="22201D"/>
          <w:sz w:val="20"/>
        </w:rPr>
        <w:t>"That is how Steve likes things."</w:t>
      </w:r>
    </w:p>
    <w:p>
      <w:pPr>
        <w:spacing w:after="60" w:line="266" w:lineRule="auto"/>
        <w:ind w:firstLine="331"/>
        <w:jc w:val="both"/>
      </w:pPr>
      <w:r>
        <w:rPr>
          <w:rFonts w:ascii="Georgia" w:hAnsi="Georgia"/>
          <w:b w:val="0"/>
          <w:i w:val="0"/>
          <w:color w:val="22201D"/>
          <w:sz w:val="20"/>
        </w:rPr>
        <w:t>The footnote accepted this.</w:t>
      </w:r>
    </w:p>
    <w:p>
      <w:pPr>
        <w:spacing w:after="60" w:line="266" w:lineRule="auto"/>
        <w:ind w:firstLine="331"/>
        <w:jc w:val="both"/>
      </w:pPr>
      <w:r>
        <w:rPr>
          <w:rFonts w:ascii="Georgia" w:hAnsi="Georgia"/>
          <w:b w:val="0"/>
          <w:i w:val="0"/>
          <w:color w:val="22201D"/>
          <w:sz w:val="20"/>
        </w:rPr>
        <w:t>The kitchen door opened.</w:t>
      </w:r>
    </w:p>
    <w:p>
      <w:pPr>
        <w:spacing w:after="60" w:line="266" w:lineRule="auto"/>
        <w:ind w:firstLine="331"/>
        <w:jc w:val="both"/>
      </w:pPr>
      <w:r>
        <w:rPr>
          <w:rFonts w:ascii="Georgia" w:hAnsi="Georgia"/>
          <w:b w:val="0"/>
          <w:i w:val="0"/>
          <w:color w:val="22201D"/>
          <w:sz w:val="20"/>
        </w:rPr>
        <w:t>The dishwasher stepped out, drying his hands on a towel.</w:t>
      </w:r>
    </w:p>
    <w:p>
      <w:pPr>
        <w:spacing w:after="60" w:line="266" w:lineRule="auto"/>
        <w:ind w:firstLine="331"/>
        <w:jc w:val="both"/>
      </w:pPr>
      <w:r>
        <w:rPr>
          <w:rFonts w:ascii="Georgia" w:hAnsi="Georgia"/>
          <w:b w:val="0"/>
          <w:i w:val="0"/>
          <w:color w:val="22201D"/>
          <w:sz w:val="20"/>
        </w:rPr>
        <w:t>"Did it settle the numbering?"</w:t>
      </w:r>
    </w:p>
    <w:p>
      <w:pPr>
        <w:spacing w:after="60" w:line="266" w:lineRule="auto"/>
        <w:ind w:firstLine="331"/>
        <w:jc w:val="both"/>
      </w:pPr>
      <w:r>
        <w:rPr>
          <w:rFonts w:ascii="Georgia" w:hAnsi="Georgia"/>
          <w:b w:val="0"/>
          <w:i w:val="0"/>
          <w:color w:val="22201D"/>
          <w:sz w:val="20"/>
        </w:rPr>
        <w:t>"Mostly," Mara said.</w:t>
      </w:r>
    </w:p>
    <w:p>
      <w:pPr>
        <w:spacing w:after="60" w:line="266" w:lineRule="auto"/>
        <w:ind w:firstLine="331"/>
        <w:jc w:val="both"/>
      </w:pPr>
      <w:r>
        <w:rPr>
          <w:rFonts w:ascii="Georgia" w:hAnsi="Georgia"/>
          <w:b w:val="0"/>
          <w:i w:val="0"/>
          <w:color w:val="22201D"/>
          <w:sz w:val="20"/>
        </w:rPr>
        <w:t>"Good. I am not washing another set of plates for the same course just because the chapter moved."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Labor impact acknowledged.</w:t>
      </w:r>
    </w:p>
    <w:p>
      <w:pPr>
        <w:spacing w:after="60" w:line="266" w:lineRule="auto"/>
        <w:ind w:firstLine="331"/>
        <w:jc w:val="both"/>
      </w:pPr>
      <w:r>
        <w:rPr>
          <w:rFonts w:ascii="Georgia" w:hAnsi="Georgia"/>
          <w:b w:val="0"/>
          <w:i w:val="0"/>
          <w:color w:val="22201D"/>
          <w:sz w:val="20"/>
        </w:rPr>
        <w:t>"Better be."</w:t>
      </w:r>
    </w:p>
    <w:p>
      <w:pPr>
        <w:spacing w:after="60" w:line="266" w:lineRule="auto"/>
        <w:ind w:firstLine="331"/>
        <w:jc w:val="both"/>
      </w:pPr>
      <w:r>
        <w:rPr>
          <w:rFonts w:ascii="Georgia" w:hAnsi="Georgia"/>
          <w:b w:val="0"/>
          <w:i w:val="0"/>
          <w:color w:val="22201D"/>
          <w:sz w:val="20"/>
        </w:rPr>
        <w:t>The dishwasher went back into the kitchen.</w:t>
      </w:r>
    </w:p>
    <w:p>
      <w:pPr>
        <w:spacing w:after="60" w:line="266" w:lineRule="auto"/>
        <w:ind w:firstLine="331"/>
        <w:jc w:val="both"/>
      </w:pPr>
      <w:r>
        <w:rPr>
          <w:rFonts w:ascii="Georgia" w:hAnsi="Georgia"/>
          <w:b w:val="0"/>
          <w:i w:val="0"/>
          <w:color w:val="22201D"/>
          <w:sz w:val="20"/>
        </w:rPr>
        <w:t>The footnote added a small row:</w:t>
      </w:r>
    </w:p>
    <w:p>
      <w:pPr>
        <w:spacing w:after="60" w:line="250" w:lineRule="auto"/>
        <w:ind w:left="202" w:right="173"/>
      </w:pPr>
      <w:r>
        <w:rPr>
          <w:rFonts w:ascii="Georgia" w:hAnsi="Georgia"/>
          <w:b w:val="0"/>
          <w:i w:val="0"/>
          <w:color w:val="22201D"/>
          <w:sz w:val="17"/>
        </w:rPr>
        <w:t>Operational note: chapter reseating must not create duplicate dish load without compensation.</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They both decided not to argue with the footnote about this.</w:t>
      </w:r>
    </w:p>
    <w:p>
      <w:pPr>
        <w:spacing w:after="60" w:line="266" w:lineRule="auto"/>
        <w:ind w:firstLine="331"/>
        <w:jc w:val="both"/>
      </w:pPr>
      <w:r>
        <w:rPr>
          <w:rFonts w:ascii="Georgia" w:hAnsi="Georgia"/>
          <w:b w:val="0"/>
          <w:i w:val="0"/>
          <w:color w:val="22201D"/>
          <w:sz w:val="20"/>
        </w:rPr>
        <w:t>The Hostess lifted the continuity table from the air and folded it once.</w:t>
      </w:r>
    </w:p>
    <w:p>
      <w:pPr>
        <w:spacing w:after="60" w:line="266" w:lineRule="auto"/>
        <w:ind w:firstLine="331"/>
        <w:jc w:val="both"/>
      </w:pPr>
      <w:r>
        <w:rPr>
          <w:rFonts w:ascii="Georgia" w:hAnsi="Georgia"/>
          <w:b w:val="0"/>
          <w:i w:val="0"/>
          <w:color w:val="22201D"/>
          <w:sz w:val="20"/>
        </w:rPr>
        <w:t>It became a card.</w:t>
      </w:r>
    </w:p>
    <w:p>
      <w:pPr>
        <w:spacing w:after="60" w:line="266" w:lineRule="auto"/>
        <w:ind w:firstLine="331"/>
        <w:jc w:val="both"/>
      </w:pPr>
      <w:r>
        <w:rPr>
          <w:rFonts w:ascii="Georgia" w:hAnsi="Georgia"/>
          <w:b w:val="0"/>
          <w:i w:val="0"/>
          <w:color w:val="22201D"/>
          <w:sz w:val="20"/>
        </w:rPr>
        <w:t>She placed the card in the menu.</w:t>
      </w:r>
    </w:p>
    <w:p>
      <w:pPr>
        <w:spacing w:after="60" w:line="266" w:lineRule="auto"/>
        <w:ind w:firstLine="331"/>
        <w:jc w:val="both"/>
      </w:pPr>
      <w:r>
        <w:rPr>
          <w:rFonts w:ascii="Georgia" w:hAnsi="Georgia"/>
          <w:b w:val="0"/>
          <w:i w:val="0"/>
          <w:color w:val="22201D"/>
          <w:sz w:val="20"/>
        </w:rPr>
        <w:t>The menu accepted it.</w:t>
      </w:r>
    </w:p>
    <w:p>
      <w:pPr>
        <w:spacing w:after="60" w:line="266" w:lineRule="auto"/>
        <w:ind w:firstLine="331"/>
        <w:jc w:val="both"/>
      </w:pPr>
      <w:r>
        <w:rPr>
          <w:rFonts w:ascii="Georgia" w:hAnsi="Georgia"/>
          <w:b w:val="0"/>
          <w:i w:val="0"/>
          <w:color w:val="22201D"/>
          <w:sz w:val="20"/>
        </w:rPr>
        <w:t>"There," she said.</w:t>
      </w:r>
    </w:p>
    <w:p>
      <w:pPr>
        <w:spacing w:after="60" w:line="266" w:lineRule="auto"/>
        <w:ind w:firstLine="331"/>
        <w:jc w:val="both"/>
      </w:pPr>
      <w:r>
        <w:rPr>
          <w:rFonts w:ascii="Georgia" w:hAnsi="Georgia"/>
          <w:b w:val="0"/>
          <w:i w:val="0"/>
          <w:color w:val="22201D"/>
          <w:sz w:val="20"/>
        </w:rPr>
        <w:t>"Is it done?" Flocc asked.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Never ask that in a restaurant.</w:t>
      </w:r>
    </w:p>
    <w:p>
      <w:pPr>
        <w:spacing w:after="60" w:line="266" w:lineRule="auto"/>
        <w:ind w:firstLine="331"/>
        <w:jc w:val="both"/>
      </w:pPr>
      <w:r>
        <w:rPr>
          <w:rFonts w:ascii="Georgia" w:hAnsi="Georgia"/>
          <w:b w:val="0"/>
          <w:i w:val="0"/>
          <w:color w:val="22201D"/>
          <w:sz w:val="20"/>
        </w:rPr>
        <w:t>The Hostess nodded. "Good advice."</w:t>
      </w:r>
    </w:p>
    <w:p>
      <w:pPr>
        <w:spacing w:after="60" w:line="266" w:lineRule="auto"/>
        <w:ind w:firstLine="331"/>
        <w:jc w:val="both"/>
      </w:pPr>
      <w:r>
        <w:rPr>
          <w:rFonts w:ascii="Georgia" w:hAnsi="Georgia"/>
          <w:b w:val="0"/>
          <w:i w:val="0"/>
          <w:color w:val="22201D"/>
          <w:sz w:val="20"/>
        </w:rPr>
        <w:t>"What should I ask?"</w:t>
      </w:r>
    </w:p>
    <w:p>
      <w:pPr>
        <w:spacing w:after="60" w:line="266" w:lineRule="auto"/>
        <w:ind w:firstLine="331"/>
        <w:jc w:val="both"/>
      </w:pPr>
      <w:r>
        <w:rPr>
          <w:rFonts w:ascii="Georgia" w:hAnsi="Georgia"/>
          <w:b w:val="0"/>
          <w:i w:val="0"/>
          <w:color w:val="22201D"/>
          <w:sz w:val="20"/>
        </w:rPr>
        <w:t>The footnote paused.</w:t>
      </w:r>
    </w:p>
    <w:p>
      <w:pPr>
        <w:spacing w:after="60" w:line="266" w:lineRule="auto"/>
        <w:ind w:firstLine="331"/>
        <w:jc w:val="both"/>
      </w:pPr>
      <w:r>
        <w:rPr>
          <w:rFonts w:ascii="Georgia" w:hAnsi="Georgia"/>
          <w:b w:val="0"/>
          <w:i w:val="0"/>
          <w:color w:val="22201D"/>
          <w:sz w:val="20"/>
        </w:rPr>
        <w:t>Then printed:</w:t>
      </w:r>
    </w:p>
    <w:p>
      <w:pPr>
        <w:spacing w:after="60" w:line="250" w:lineRule="auto"/>
        <w:ind w:left="202" w:right="173"/>
      </w:pPr>
      <w:r>
        <w:rPr>
          <w:rFonts w:ascii="Georgia" w:hAnsi="Georgia"/>
          <w:b w:val="0"/>
          <w:i w:val="0"/>
          <w:color w:val="22201D"/>
          <w:sz w:val="17"/>
        </w:rPr>
        <w:t>What is owed?</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question entered the dining room and took a seat at every table.</w:t>
      </w:r>
    </w:p>
    <w:p>
      <w:pPr>
        <w:spacing w:after="60" w:line="266" w:lineRule="auto"/>
        <w:ind w:firstLine="331"/>
        <w:jc w:val="both"/>
      </w:pPr>
      <w:r>
        <w:rPr>
          <w:rFonts w:ascii="Georgia" w:hAnsi="Georgia"/>
          <w:b w:val="0"/>
          <w:i w:val="0"/>
          <w:color w:val="22201D"/>
          <w:sz w:val="20"/>
        </w:rPr>
        <w:t>What is owed?</w:t>
      </w:r>
    </w:p>
    <w:p>
      <w:pPr>
        <w:spacing w:after="60" w:line="266" w:lineRule="auto"/>
        <w:ind w:firstLine="331"/>
        <w:jc w:val="both"/>
      </w:pPr>
      <w:r>
        <w:rPr>
          <w:rFonts w:ascii="Georgia" w:hAnsi="Georgia"/>
          <w:b w:val="0"/>
          <w:i w:val="0"/>
          <w:color w:val="22201D"/>
          <w:sz w:val="20"/>
        </w:rPr>
        <w:t>Not what is deserved.</w:t>
      </w:r>
    </w:p>
    <w:p>
      <w:pPr>
        <w:spacing w:after="60" w:line="266" w:lineRule="auto"/>
        <w:ind w:firstLine="331"/>
        <w:jc w:val="both"/>
      </w:pPr>
      <w:r>
        <w:rPr>
          <w:rFonts w:ascii="Georgia" w:hAnsi="Georgia"/>
          <w:b w:val="0"/>
          <w:i w:val="0"/>
          <w:color w:val="22201D"/>
          <w:sz w:val="20"/>
        </w:rPr>
        <w:t>Not what is charged.</w:t>
      </w:r>
    </w:p>
    <w:p>
      <w:pPr>
        <w:spacing w:after="60" w:line="266" w:lineRule="auto"/>
        <w:ind w:firstLine="331"/>
        <w:jc w:val="both"/>
      </w:pPr>
      <w:r>
        <w:rPr>
          <w:rFonts w:ascii="Georgia" w:hAnsi="Georgia"/>
          <w:b w:val="0"/>
          <w:i w:val="0"/>
          <w:color w:val="22201D"/>
          <w:sz w:val="20"/>
        </w:rPr>
        <w:t>Not what can be avoided because the paperwork is confusing.</w:t>
      </w:r>
    </w:p>
    <w:p>
      <w:pPr>
        <w:spacing w:after="60" w:line="266" w:lineRule="auto"/>
        <w:ind w:firstLine="331"/>
        <w:jc w:val="both"/>
      </w:pPr>
      <w:r>
        <w:rPr>
          <w:rFonts w:ascii="Georgia" w:hAnsi="Georgia"/>
          <w:b w:val="0"/>
          <w:i w:val="0"/>
          <w:color w:val="22201D"/>
          <w:sz w:val="20"/>
        </w:rPr>
        <w:t>What is owed?</w:t>
      </w:r>
    </w:p>
    <w:p>
      <w:pPr>
        <w:spacing w:after="60" w:line="266" w:lineRule="auto"/>
        <w:ind w:firstLine="331"/>
        <w:jc w:val="both"/>
      </w:pPr>
      <w:r>
        <w:rPr>
          <w:rFonts w:ascii="Georgia" w:hAnsi="Georgia"/>
          <w:b w:val="0"/>
          <w:i w:val="0"/>
          <w:color w:val="22201D"/>
          <w:sz w:val="20"/>
        </w:rPr>
        <w:t>Flocc thought of the bread that had arrived without asking. The bisque that had compressed every meal into one sip. The appetizers that made apocalypse into a first course. Bob making mushrooms plain. Dessert eating the image of himself that had grown too hungry. Tea, first as revelation, then as tea. The spice rack. The dishwasher. Steve. Gerald. Mara. The page that was not for him. The footnote that refused to let survival become either error or destiny.</w:t>
      </w:r>
    </w:p>
    <w:p>
      <w:pPr>
        <w:spacing w:after="60" w:line="266" w:lineRule="auto"/>
        <w:ind w:firstLine="331"/>
        <w:jc w:val="both"/>
      </w:pPr>
      <w:r>
        <w:rPr>
          <w:rFonts w:ascii="Georgia" w:hAnsi="Georgia"/>
          <w:b w:val="0"/>
          <w:i w:val="0"/>
          <w:color w:val="22201D"/>
          <w:sz w:val="20"/>
        </w:rPr>
        <w:t>He looked at the menu.</w:t>
      </w:r>
    </w:p>
    <w:p>
      <w:pPr>
        <w:spacing w:after="60" w:line="266" w:lineRule="auto"/>
        <w:ind w:firstLine="331"/>
        <w:jc w:val="both"/>
      </w:pPr>
      <w:r>
        <w:rPr>
          <w:rFonts w:ascii="Georgia" w:hAnsi="Georgia"/>
          <w:b w:val="0"/>
          <w:i w:val="0"/>
          <w:color w:val="22201D"/>
          <w:sz w:val="20"/>
        </w:rPr>
        <w:t>"I do not know."</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Acceptable start.</w:t>
      </w:r>
    </w:p>
    <w:p>
      <w:pPr>
        <w:spacing w:after="60" w:line="266" w:lineRule="auto"/>
        <w:ind w:firstLine="331"/>
        <w:jc w:val="both"/>
      </w:pPr>
      <w:r>
        <w:rPr>
          <w:rFonts w:ascii="Georgia" w:hAnsi="Georgia"/>
          <w:b w:val="0"/>
          <w:i w:val="0"/>
          <w:color w:val="22201D"/>
          <w:sz w:val="20"/>
        </w:rPr>
        <w:t>The Hostess removed a small black folder from the pocket of her apron.</w:t>
      </w:r>
    </w:p>
    <w:p>
      <w:pPr>
        <w:spacing w:after="60" w:line="266" w:lineRule="auto"/>
        <w:ind w:firstLine="331"/>
        <w:jc w:val="both"/>
      </w:pPr>
      <w:r>
        <w:rPr>
          <w:rFonts w:ascii="Georgia" w:hAnsi="Georgia"/>
          <w:b w:val="0"/>
          <w:i w:val="0"/>
          <w:color w:val="22201D"/>
          <w:sz w:val="20"/>
        </w:rPr>
        <w:t>It was the kind restaurants used for checks.</w:t>
      </w:r>
    </w:p>
    <w:p>
      <w:pPr>
        <w:spacing w:after="60" w:line="266" w:lineRule="auto"/>
        <w:ind w:firstLine="331"/>
        <w:jc w:val="both"/>
      </w:pPr>
      <w:r>
        <w:rPr>
          <w:rFonts w:ascii="Georgia" w:hAnsi="Georgia"/>
          <w:b w:val="0"/>
          <w:i w:val="0"/>
          <w:color w:val="22201D"/>
          <w:sz w:val="20"/>
        </w:rPr>
        <w:t>Flocc felt his stomach drop.</w:t>
      </w:r>
    </w:p>
    <w:p>
      <w:pPr>
        <w:spacing w:after="60" w:line="266" w:lineRule="auto"/>
        <w:ind w:firstLine="331"/>
        <w:jc w:val="both"/>
      </w:pPr>
      <w:r>
        <w:rPr>
          <w:rFonts w:ascii="Georgia" w:hAnsi="Georgia"/>
          <w:b w:val="0"/>
          <w:i w:val="0"/>
          <w:color w:val="22201D"/>
          <w:sz w:val="20"/>
        </w:rPr>
        <w:t>"I have not ordered dinner," he said.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"Then that cannot be the check."</w:t>
      </w:r>
    </w:p>
    <w:p>
      <w:pPr>
        <w:spacing w:after="60" w:line="266" w:lineRule="auto"/>
        <w:ind w:firstLine="331"/>
        <w:jc w:val="both"/>
      </w:pPr>
      <w:r>
        <w:rPr>
          <w:rFonts w:ascii="Georgia" w:hAnsi="Georgia"/>
          <w:b w:val="0"/>
          <w:i w:val="0"/>
          <w:color w:val="22201D"/>
          <w:sz w:val="20"/>
        </w:rPr>
        <w:t>The folder opened.</w:t>
      </w:r>
    </w:p>
    <w:p>
      <w:pPr>
        <w:spacing w:after="60" w:line="266" w:lineRule="auto"/>
        <w:ind w:firstLine="331"/>
        <w:jc w:val="both"/>
      </w:pPr>
      <w:r>
        <w:rPr>
          <w:rFonts w:ascii="Georgia" w:hAnsi="Georgia"/>
          <w:b w:val="0"/>
          <w:i w:val="0"/>
          <w:color w:val="22201D"/>
          <w:sz w:val="20"/>
        </w:rPr>
        <w:t>Inside was not a bill.</w:t>
      </w:r>
    </w:p>
    <w:p>
      <w:pPr>
        <w:spacing w:after="60" w:line="266" w:lineRule="auto"/>
        <w:ind w:firstLine="331"/>
        <w:jc w:val="both"/>
      </w:pPr>
      <w:r>
        <w:rPr>
          <w:rFonts w:ascii="Georgia" w:hAnsi="Georgia"/>
          <w:b w:val="0"/>
          <w:i w:val="0"/>
          <w:color w:val="22201D"/>
          <w:sz w:val="20"/>
        </w:rPr>
        <w:t>It was a notice.</w:t>
      </w:r>
    </w:p>
    <w:p>
      <w:pPr>
        <w:spacing w:after="60" w:line="266" w:lineRule="auto"/>
        <w:ind w:firstLine="331"/>
        <w:jc w:val="both"/>
      </w:pPr>
      <w:r>
        <w:rPr>
          <w:rFonts w:ascii="Georgia" w:hAnsi="Georgia"/>
          <w:b w:val="0"/>
          <w:i w:val="0"/>
          <w:color w:val="22201D"/>
          <w:sz w:val="20"/>
        </w:rPr>
        <w:t>The paper was cream-colored, exact, and calm in the way that only very serious documents and very good custards can be calm.</w:t>
      </w:r>
    </w:p>
    <w:p>
      <w:pPr>
        <w:spacing w:after="60" w:line="266" w:lineRule="auto"/>
        <w:ind w:firstLine="331"/>
        <w:jc w:val="both"/>
      </w:pPr>
      <w:r>
        <w:rPr>
          <w:rFonts w:ascii="Georgia" w:hAnsi="Georgia"/>
          <w:b w:val="0"/>
          <w:i w:val="0"/>
          <w:color w:val="22201D"/>
          <w:sz w:val="20"/>
        </w:rPr>
        <w:t>At the top it said:</w:t>
      </w:r>
    </w:p>
    <w:p>
      <w:pPr>
        <w:spacing w:after="60" w:line="250" w:lineRule="auto"/>
        <w:ind w:left="202" w:right="173"/>
      </w:pPr>
      <w:r>
        <w:rPr>
          <w:rFonts w:ascii="Georgia" w:hAnsi="Georgia"/>
          <w:b w:val="0"/>
          <w:i w:val="0"/>
          <w:color w:val="22201D"/>
          <w:sz w:val="17"/>
        </w:rPr>
        <w:t>PRE-AUDIT NOTICE</w:t>
      </w:r>
    </w:p>
    <w:p>
      <w:pPr>
        <w:spacing w:after="60" w:line="266" w:lineRule="auto"/>
        <w:ind w:firstLine="331"/>
        <w:jc w:val="both"/>
      </w:pPr>
      <w:r>
        <w:rPr>
          <w:rFonts w:ascii="Georgia" w:hAnsi="Georgia"/>
          <w:b w:val="0"/>
          <w:i w:val="0"/>
          <w:color w:val="22201D"/>
          <w:sz w:val="20"/>
        </w:rPr>
        <w:t>The footnote retreated half an inch, as if even it recognized senior paperwork.</w:t>
      </w:r>
    </w:p>
    <w:p>
      <w:pPr>
        <w:spacing w:after="60" w:line="266" w:lineRule="auto"/>
        <w:ind w:firstLine="331"/>
        <w:jc w:val="both"/>
      </w:pPr>
      <w:r>
        <w:rPr>
          <w:rFonts w:ascii="Georgia" w:hAnsi="Georgia"/>
          <w:b w:val="0"/>
          <w:i w:val="0"/>
          <w:color w:val="22201D"/>
          <w:sz w:val="20"/>
        </w:rPr>
        <w:t>The Hostess closed the folder before Flocc could read more.</w:t>
      </w:r>
    </w:p>
    <w:p>
      <w:pPr>
        <w:spacing w:after="60" w:line="266" w:lineRule="auto"/>
        <w:ind w:firstLine="331"/>
        <w:jc w:val="both"/>
      </w:pPr>
      <w:r>
        <w:rPr>
          <w:rFonts w:ascii="Georgia" w:hAnsi="Georgia"/>
          <w:b w:val="0"/>
          <w:i w:val="0"/>
          <w:color w:val="22201D"/>
          <w:sz w:val="20"/>
        </w:rPr>
        <w:t>"Not yet," she said.</w:t>
      </w:r>
    </w:p>
    <w:p>
      <w:pPr>
        <w:spacing w:after="60" w:line="266" w:lineRule="auto"/>
        <w:ind w:firstLine="331"/>
        <w:jc w:val="both"/>
      </w:pPr>
      <w:r>
        <w:rPr>
          <w:rFonts w:ascii="Georgia" w:hAnsi="Georgia"/>
          <w:b w:val="0"/>
          <w:i w:val="0"/>
          <w:color w:val="22201D"/>
          <w:sz w:val="20"/>
        </w:rPr>
        <w:t>"When?"</w:t>
      </w:r>
    </w:p>
    <w:p>
      <w:pPr>
        <w:spacing w:after="60" w:line="266" w:lineRule="auto"/>
        <w:ind w:firstLine="331"/>
        <w:jc w:val="both"/>
      </w:pPr>
      <w:r>
        <w:rPr>
          <w:rFonts w:ascii="Georgia" w:hAnsi="Georgia"/>
          <w:b w:val="0"/>
          <w:i w:val="0"/>
          <w:color w:val="22201D"/>
          <w:sz w:val="20"/>
        </w:rPr>
        <w:t>"Before dinner."</w:t>
      </w:r>
    </w:p>
    <w:p>
      <w:pPr>
        <w:spacing w:after="60" w:line="266" w:lineRule="auto"/>
        <w:ind w:firstLine="331"/>
        <w:jc w:val="both"/>
      </w:pPr>
      <w:r>
        <w:rPr>
          <w:rFonts w:ascii="Georgia" w:hAnsi="Georgia"/>
          <w:b w:val="0"/>
          <w:i w:val="0"/>
          <w:color w:val="22201D"/>
          <w:sz w:val="20"/>
        </w:rPr>
        <w:t>"That is not when checks arrive."</w:t>
      </w:r>
    </w:p>
    <w:p>
      <w:pPr>
        <w:spacing w:after="60" w:line="266" w:lineRule="auto"/>
        <w:ind w:firstLine="331"/>
        <w:jc w:val="both"/>
      </w:pPr>
      <w:r>
        <w:rPr>
          <w:rFonts w:ascii="Georgia" w:hAnsi="Georgia"/>
          <w:b w:val="0"/>
          <w:i w:val="0"/>
          <w:color w:val="22201D"/>
          <w:sz w:val="20"/>
        </w:rPr>
        <w:t>"This one does."</w:t>
      </w:r>
    </w:p>
    <w:p>
      <w:pPr>
        <w:spacing w:after="60" w:line="266" w:lineRule="auto"/>
        <w:ind w:firstLine="331"/>
        <w:jc w:val="both"/>
      </w:pPr>
      <w:r>
        <w:rPr>
          <w:rFonts w:ascii="Georgia" w:hAnsi="Georgia"/>
          <w:b w:val="0"/>
          <w:i w:val="0"/>
          <w:color w:val="22201D"/>
          <w:sz w:val="20"/>
        </w:rPr>
        <w:t>Mara picked up the continuity card and tapped the row that said pending account.</w:t>
      </w:r>
    </w:p>
    <w:p>
      <w:pPr>
        <w:spacing w:after="60" w:line="266" w:lineRule="auto"/>
        <w:ind w:firstLine="331"/>
        <w:jc w:val="both"/>
      </w:pPr>
      <w:r>
        <w:rPr>
          <w:rFonts w:ascii="Georgia" w:hAnsi="Georgia"/>
          <w:b w:val="0"/>
          <w:i w:val="0"/>
          <w:color w:val="22201D"/>
          <w:sz w:val="20"/>
        </w:rPr>
        <w:t>"It did warn you."</w:t>
      </w:r>
    </w:p>
    <w:p>
      <w:pPr>
        <w:spacing w:after="60" w:line="266" w:lineRule="auto"/>
        <w:ind w:firstLine="331"/>
        <w:jc w:val="both"/>
      </w:pPr>
      <w:r>
        <w:rPr>
          <w:rFonts w:ascii="Georgia" w:hAnsi="Georgia"/>
          <w:b w:val="0"/>
          <w:i w:val="0"/>
          <w:color w:val="22201D"/>
          <w:sz w:val="20"/>
        </w:rPr>
        <w:t>"Everything here warns me," Flocc said.</w:t>
      </w:r>
    </w:p>
    <w:p>
      <w:pPr>
        <w:spacing w:after="60" w:line="266" w:lineRule="auto"/>
        <w:ind w:firstLine="331"/>
        <w:jc w:val="both"/>
      </w:pPr>
      <w:r>
        <w:rPr>
          <w:rFonts w:ascii="Georgia" w:hAnsi="Georgia"/>
          <w:b w:val="0"/>
          <w:i w:val="0"/>
          <w:color w:val="22201D"/>
          <w:sz w:val="20"/>
        </w:rPr>
        <w:t>"You are getting better at reading the warnings."</w:t>
      </w:r>
    </w:p>
    <w:p>
      <w:pPr>
        <w:spacing w:after="60" w:line="266" w:lineRule="auto"/>
        <w:ind w:firstLine="331"/>
        <w:jc w:val="both"/>
      </w:pPr>
      <w:r>
        <w:rPr>
          <w:rFonts w:ascii="Georgia" w:hAnsi="Georgia"/>
          <w:b w:val="0"/>
          <w:i w:val="0"/>
          <w:color w:val="22201D"/>
          <w:sz w:val="20"/>
        </w:rPr>
        <w:t>The menu turned one page by itself.</w:t>
      </w:r>
    </w:p>
    <w:p>
      <w:pPr>
        <w:spacing w:after="60" w:line="266" w:lineRule="auto"/>
        <w:ind w:firstLine="331"/>
        <w:jc w:val="both"/>
      </w:pPr>
      <w:r>
        <w:rPr>
          <w:rFonts w:ascii="Georgia" w:hAnsi="Georgia"/>
          <w:b w:val="0"/>
          <w:i w:val="0"/>
          <w:color w:val="22201D"/>
          <w:sz w:val="20"/>
        </w:rPr>
        <w:t>At the bottom, beneath the newly placed source note and the folded continuity table, a line appeared:</w:t>
      </w:r>
    </w:p>
    <w:p>
      <w:pPr>
        <w:spacing w:after="60" w:line="250" w:lineRule="auto"/>
        <w:ind w:left="202" w:right="173"/>
      </w:pPr>
      <w:r>
        <w:rPr>
          <w:rFonts w:ascii="Georgia" w:hAnsi="Georgia"/>
          <w:b w:val="0"/>
          <w:i w:val="0"/>
          <w:color w:val="22201D"/>
          <w:sz w:val="17"/>
        </w:rPr>
        <w:t>Next course pending: The Check Arrives Before Dinner.</w:t>
      </w:r>
    </w:p>
    <w:p>
      <w:pPr>
        <w:spacing w:after="60" w:line="266" w:lineRule="auto"/>
        <w:ind w:firstLine="331"/>
        <w:jc w:val="both"/>
      </w:pPr>
      <w:r>
        <w:rPr>
          <w:rFonts w:ascii="Georgia" w:hAnsi="Georgia"/>
          <w:b w:val="0"/>
          <w:i w:val="0"/>
          <w:color w:val="22201D"/>
          <w:sz w:val="20"/>
        </w:rPr>
        <w:t>Flocc did not close the menu.</w:t>
      </w:r>
    </w:p>
    <w:p>
      <w:pPr>
        <w:spacing w:after="60" w:line="266" w:lineRule="auto"/>
        <w:ind w:firstLine="331"/>
        <w:jc w:val="both"/>
      </w:pPr>
      <w:r>
        <w:rPr>
          <w:rFonts w:ascii="Georgia" w:hAnsi="Georgia"/>
          <w:b w:val="0"/>
          <w:i w:val="0"/>
          <w:color w:val="22201D"/>
          <w:sz w:val="20"/>
        </w:rPr>
        <w:t>He did not run.</w:t>
      </w:r>
    </w:p>
    <w:p>
      <w:pPr>
        <w:spacing w:after="60" w:line="266" w:lineRule="auto"/>
        <w:ind w:firstLine="331"/>
        <w:jc w:val="both"/>
      </w:pPr>
      <w:r>
        <w:rPr>
          <w:rFonts w:ascii="Georgia" w:hAnsi="Georgia"/>
          <w:b w:val="0"/>
          <w:i w:val="0"/>
          <w:color w:val="22201D"/>
          <w:sz w:val="20"/>
        </w:rPr>
        <w:t>He did not ask whether the check was for him, because he already knew that the more useful question was not whether.</w:t>
      </w:r>
    </w:p>
    <w:p>
      <w:pPr>
        <w:spacing w:after="60" w:line="266" w:lineRule="auto"/>
        <w:ind w:firstLine="331"/>
        <w:jc w:val="both"/>
      </w:pPr>
      <w:r>
        <w:rPr>
          <w:rFonts w:ascii="Georgia" w:hAnsi="Georgia"/>
          <w:b w:val="0"/>
          <w:i w:val="0"/>
          <w:color w:val="22201D"/>
          <w:sz w:val="20"/>
        </w:rPr>
        <w:t>It was what.</w:t>
      </w:r>
    </w:p>
    <w:p>
      <w:pPr>
        <w:spacing w:after="60" w:line="266" w:lineRule="auto"/>
        <w:ind w:firstLine="331"/>
        <w:jc w:val="both"/>
      </w:pPr>
      <w:r>
        <w:rPr>
          <w:rFonts w:ascii="Georgia" w:hAnsi="Georgia"/>
          <w:b w:val="0"/>
          <w:i w:val="0"/>
          <w:color w:val="22201D"/>
          <w:sz w:val="20"/>
        </w:rPr>
        <w:t>What is owed?</w:t>
      </w:r>
    </w:p>
    <w:p>
      <w:pPr>
        <w:spacing w:after="60" w:line="266" w:lineRule="auto"/>
        <w:ind w:firstLine="331"/>
        <w:jc w:val="both"/>
      </w:pPr>
      <w:r>
        <w:rPr>
          <w:rFonts w:ascii="Georgia" w:hAnsi="Georgia"/>
          <w:b w:val="0"/>
          <w:i w:val="0"/>
          <w:color w:val="22201D"/>
          <w:sz w:val="20"/>
        </w:rPr>
        <w:t>The footnote, now properly seated at the top of its page, printed one final note:</w:t>
      </w:r>
    </w:p>
    <w:p>
      <w:pPr>
        <w:spacing w:after="60" w:line="250" w:lineRule="auto"/>
        <w:ind w:left="202" w:right="173"/>
      </w:pPr>
      <w:r>
        <w:rPr>
          <w:rFonts w:ascii="Georgia" w:hAnsi="Georgia"/>
          <w:b w:val="0"/>
          <w:i w:val="0"/>
          <w:color w:val="22201D"/>
          <w:sz w:val="17"/>
        </w:rPr>
        <w:t>See next chapter.</w:t>
      </w:r>
    </w:p>
    <w:p>
      <w:pPr>
        <w:spacing w:after="60" w:line="266" w:lineRule="auto"/>
        <w:ind w:firstLine="331"/>
        <w:jc w:val="both"/>
      </w:pPr>
      <w:r>
        <w:rPr>
          <w:rFonts w:ascii="Georgia" w:hAnsi="Georgia"/>
          <w:b w:val="0"/>
          <w:i w:val="0"/>
          <w:color w:val="22201D"/>
          <w:sz w:val="20"/>
        </w:rPr>
        <w:t>Then, with evident satisfaction, it became small enough to read only if you cared.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The Check Arrives Before Dinner</w:t>
      </w:r>
    </w:p>
    <w:p>
      <w:pPr>
        <w:spacing w:after="60" w:line="266" w:lineRule="auto"/>
        <w:ind w:firstLine="0"/>
        <w:jc w:val="both"/>
      </w:pPr>
      <w:r>
        <w:rPr>
          <w:rFonts w:ascii="Georgia" w:hAnsi="Georgia"/>
          <w:b w:val="0"/>
          <w:i w:val="0"/>
          <w:color w:val="22201D"/>
          <w:sz w:val="20"/>
        </w:rPr>
        <w:t>In which accounting arrives before appetite, Flocc reads what he owes without mistaking it for punishment, and Book 2 discovers that a bill can be a door.</w:t>
      </w:r>
    </w:p>
    <w:p>
      <w:pPr>
        <w:spacing w:after="60" w:line="266" w:lineRule="auto"/>
        <w:ind w:firstLine="331"/>
        <w:jc w:val="both"/>
      </w:pPr>
      <w:r>
        <w:rPr>
          <w:rFonts w:ascii="Georgia" w:hAnsi="Georgia"/>
          <w:b w:val="0"/>
          <w:i w:val="0"/>
          <w:color w:val="22201D"/>
          <w:sz w:val="20"/>
        </w:rPr>
        <w:t>The check arrived before dinner because Emoji Soup had never shown much interest in timing as a moral authority.</w:t>
      </w:r>
    </w:p>
    <w:p>
      <w:pPr>
        <w:spacing w:after="60" w:line="266" w:lineRule="auto"/>
        <w:ind w:firstLine="331"/>
        <w:jc w:val="both"/>
      </w:pPr>
      <w:r>
        <w:rPr>
          <w:rFonts w:ascii="Georgia" w:hAnsi="Georgia"/>
          <w:b w:val="0"/>
          <w:i w:val="0"/>
          <w:color w:val="22201D"/>
          <w:sz w:val="20"/>
        </w:rPr>
        <w:t>Breakfast could arrive at dusk.</w:t>
      </w:r>
    </w:p>
    <w:p>
      <w:pPr>
        <w:spacing w:after="60" w:line="266" w:lineRule="auto"/>
        <w:ind w:firstLine="331"/>
        <w:jc w:val="both"/>
      </w:pPr>
      <w:r>
        <w:rPr>
          <w:rFonts w:ascii="Georgia" w:hAnsi="Georgia"/>
          <w:b w:val="0"/>
          <w:i w:val="0"/>
          <w:color w:val="22201D"/>
          <w:sz w:val="20"/>
        </w:rPr>
        <w:t>Dessert could eat you before you had become wise enough to call it dessert.</w:t>
      </w:r>
    </w:p>
    <w:p>
      <w:pPr>
        <w:spacing w:after="60" w:line="266" w:lineRule="auto"/>
        <w:ind w:firstLine="331"/>
        <w:jc w:val="both"/>
      </w:pPr>
      <w:r>
        <w:rPr>
          <w:rFonts w:ascii="Georgia" w:hAnsi="Georgia"/>
          <w:b w:val="0"/>
          <w:i w:val="0"/>
          <w:color w:val="22201D"/>
          <w:sz w:val="20"/>
        </w:rPr>
        <w:t>Tea could explain the universe by tasting like tea.</w:t>
      </w:r>
    </w:p>
    <w:p>
      <w:pPr>
        <w:spacing w:after="60" w:line="266" w:lineRule="auto"/>
        <w:ind w:firstLine="331"/>
        <w:jc w:val="both"/>
      </w:pPr>
      <w:r>
        <w:rPr>
          <w:rFonts w:ascii="Georgia" w:hAnsi="Georgia"/>
          <w:b w:val="0"/>
          <w:i w:val="0"/>
          <w:color w:val="22201D"/>
          <w:sz w:val="20"/>
        </w:rPr>
        <w:t>A business license could start praying in Bend, a floorplan could become conditional on mercy, and a footnote could unionize against the bottom of the page.</w:t>
      </w:r>
    </w:p>
    <w:p>
      <w:pPr>
        <w:spacing w:after="60" w:line="266" w:lineRule="auto"/>
        <w:ind w:firstLine="331"/>
        <w:jc w:val="both"/>
      </w:pPr>
      <w:r>
        <w:rPr>
          <w:rFonts w:ascii="Georgia" w:hAnsi="Georgia"/>
          <w:b w:val="0"/>
          <w:i w:val="0"/>
          <w:color w:val="22201D"/>
          <w:sz w:val="20"/>
        </w:rPr>
        <w:t>Compared with all that, a check arriving before dinner was almost punctual.</w:t>
      </w:r>
    </w:p>
    <w:p>
      <w:pPr>
        <w:spacing w:after="60" w:line="266" w:lineRule="auto"/>
        <w:ind w:firstLine="331"/>
        <w:jc w:val="both"/>
      </w:pPr>
      <w:r>
        <w:rPr>
          <w:rFonts w:ascii="Georgia" w:hAnsi="Georgia"/>
          <w:b w:val="0"/>
          <w:i w:val="0"/>
          <w:color w:val="22201D"/>
          <w:sz w:val="20"/>
        </w:rPr>
        <w:t>Flocc did not feel this way.</w:t>
      </w:r>
    </w:p>
    <w:p>
      <w:pPr>
        <w:spacing w:after="60" w:line="266" w:lineRule="auto"/>
        <w:ind w:firstLine="331"/>
        <w:jc w:val="both"/>
      </w:pPr>
      <w:r>
        <w:rPr>
          <w:rFonts w:ascii="Georgia" w:hAnsi="Georgia"/>
          <w:b w:val="0"/>
          <w:i w:val="0"/>
          <w:color w:val="22201D"/>
          <w:sz w:val="20"/>
        </w:rPr>
        <w:t>Flocc felt the way a person feels when a folder appears on a table before anyone has admitted there is a transaction. He felt the old tightening in the chest, the old catalog of escape routes, the old hope that if he became reasonable enough, articulate enough, or charming enough, the document might decide to address someone else.</w:t>
      </w:r>
    </w:p>
    <w:p>
      <w:pPr>
        <w:spacing w:after="60" w:line="266" w:lineRule="auto"/>
        <w:ind w:firstLine="331"/>
        <w:jc w:val="both"/>
      </w:pPr>
      <w:r>
        <w:rPr>
          <w:rFonts w:ascii="Georgia" w:hAnsi="Georgia"/>
          <w:b w:val="0"/>
          <w:i w:val="0"/>
          <w:color w:val="22201D"/>
          <w:sz w:val="20"/>
        </w:rPr>
        <w:t>The Hostess placed the black check folder in front of him.</w:t>
      </w:r>
    </w:p>
    <w:p>
      <w:pPr>
        <w:spacing w:after="60" w:line="266" w:lineRule="auto"/>
        <w:ind w:firstLine="331"/>
        <w:jc w:val="both"/>
      </w:pPr>
      <w:r>
        <w:rPr>
          <w:rFonts w:ascii="Georgia" w:hAnsi="Georgia"/>
          <w:b w:val="0"/>
          <w:i w:val="0"/>
          <w:color w:val="22201D"/>
          <w:sz w:val="20"/>
        </w:rPr>
        <w:t>Not beside him.</w:t>
      </w:r>
    </w:p>
    <w:p>
      <w:pPr>
        <w:spacing w:after="60" w:line="266" w:lineRule="auto"/>
        <w:ind w:firstLine="331"/>
        <w:jc w:val="both"/>
      </w:pPr>
      <w:r>
        <w:rPr>
          <w:rFonts w:ascii="Georgia" w:hAnsi="Georgia"/>
          <w:b w:val="0"/>
          <w:i w:val="0"/>
          <w:color w:val="22201D"/>
          <w:sz w:val="20"/>
        </w:rPr>
        <w:t>Not between him and Mara.</w:t>
      </w:r>
    </w:p>
    <w:p>
      <w:pPr>
        <w:spacing w:after="60" w:line="266" w:lineRule="auto"/>
        <w:ind w:firstLine="331"/>
        <w:jc w:val="both"/>
      </w:pPr>
      <w:r>
        <w:rPr>
          <w:rFonts w:ascii="Georgia" w:hAnsi="Georgia"/>
          <w:b w:val="0"/>
          <w:i w:val="0"/>
          <w:color w:val="22201D"/>
          <w:sz w:val="20"/>
        </w:rPr>
        <w:t>In front of him.</w:t>
      </w:r>
    </w:p>
    <w:p>
      <w:pPr>
        <w:spacing w:after="60" w:line="266" w:lineRule="auto"/>
        <w:ind w:firstLine="331"/>
        <w:jc w:val="both"/>
      </w:pPr>
      <w:r>
        <w:rPr>
          <w:rFonts w:ascii="Georgia" w:hAnsi="Georgia"/>
          <w:b w:val="0"/>
          <w:i w:val="0"/>
          <w:color w:val="22201D"/>
          <w:sz w:val="20"/>
        </w:rPr>
        <w:t>This was very pointed for a rectangle.</w:t>
      </w:r>
    </w:p>
    <w:p>
      <w:pPr>
        <w:spacing w:after="60" w:line="266" w:lineRule="auto"/>
        <w:ind w:firstLine="331"/>
        <w:jc w:val="both"/>
      </w:pPr>
      <w:r>
        <w:rPr>
          <w:rFonts w:ascii="Georgia" w:hAnsi="Georgia"/>
          <w:b w:val="0"/>
          <w:i w:val="0"/>
          <w:color w:val="22201D"/>
          <w:sz w:val="20"/>
        </w:rPr>
        <w:t>"I have not ordered dinner," Flocc said.</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"I have not been served dinner."</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"I have not asked for the check."</w:t>
      </w:r>
    </w:p>
    <w:p>
      <w:pPr>
        <w:spacing w:after="60" w:line="266" w:lineRule="auto"/>
        <w:ind w:firstLine="331"/>
        <w:jc w:val="both"/>
      </w:pPr>
      <w:r>
        <w:rPr>
          <w:rFonts w:ascii="Georgia" w:hAnsi="Georgia"/>
          <w:b w:val="0"/>
          <w:i w:val="0"/>
          <w:color w:val="22201D"/>
          <w:sz w:val="20"/>
        </w:rPr>
        <w:t>"Also correct."</w:t>
      </w:r>
    </w:p>
    <w:p>
      <w:pPr>
        <w:spacing w:after="60" w:line="266" w:lineRule="auto"/>
        <w:ind w:firstLine="331"/>
        <w:jc w:val="both"/>
      </w:pPr>
      <w:r>
        <w:rPr>
          <w:rFonts w:ascii="Georgia" w:hAnsi="Georgia"/>
          <w:b w:val="0"/>
          <w:i w:val="0"/>
          <w:color w:val="22201D"/>
          <w:sz w:val="20"/>
        </w:rPr>
        <w:t>"Then why is it here?"</w:t>
      </w:r>
    </w:p>
    <w:p>
      <w:pPr>
        <w:spacing w:after="60" w:line="266" w:lineRule="auto"/>
        <w:ind w:firstLine="331"/>
        <w:jc w:val="both"/>
      </w:pPr>
      <w:r>
        <w:rPr>
          <w:rFonts w:ascii="Georgia" w:hAnsi="Georgia"/>
          <w:b w:val="0"/>
          <w:i w:val="0"/>
          <w:color w:val="22201D"/>
          <w:sz w:val="20"/>
        </w:rPr>
        <w:t>The Hostess looked at the folder.</w:t>
      </w:r>
    </w:p>
    <w:p>
      <w:pPr>
        <w:spacing w:after="60" w:line="266" w:lineRule="auto"/>
        <w:ind w:firstLine="331"/>
        <w:jc w:val="both"/>
      </w:pPr>
      <w:r>
        <w:rPr>
          <w:rFonts w:ascii="Georgia" w:hAnsi="Georgia"/>
          <w:b w:val="0"/>
          <w:i w:val="0"/>
          <w:color w:val="22201D"/>
          <w:sz w:val="20"/>
        </w:rPr>
        <w:t>"Because you are ready to read it."</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did not rescue him.</w:t>
      </w:r>
    </w:p>
    <w:p>
      <w:pPr>
        <w:spacing w:after="60" w:line="266" w:lineRule="auto"/>
        <w:ind w:firstLine="331"/>
        <w:jc w:val="both"/>
      </w:pPr>
      <w:r>
        <w:rPr>
          <w:rFonts w:ascii="Georgia" w:hAnsi="Georgia"/>
          <w:b w:val="0"/>
          <w:i w:val="0"/>
          <w:color w:val="22201D"/>
          <w:sz w:val="20"/>
        </w:rPr>
        <w:t>This was becoming a pattern.</w:t>
      </w:r>
    </w:p>
    <w:p>
      <w:pPr>
        <w:spacing w:after="60" w:line="266" w:lineRule="auto"/>
        <w:ind w:firstLine="331"/>
        <w:jc w:val="both"/>
      </w:pPr>
      <w:r>
        <w:rPr>
          <w:rFonts w:ascii="Georgia" w:hAnsi="Georgia"/>
          <w:b w:val="0"/>
          <w:i w:val="0"/>
          <w:color w:val="22201D"/>
          <w:sz w:val="20"/>
        </w:rPr>
        <w:t>He looked toward the kitchen.</w:t>
      </w:r>
    </w:p>
    <w:p>
      <w:pPr>
        <w:spacing w:after="60" w:line="266" w:lineRule="auto"/>
        <w:ind w:firstLine="331"/>
        <w:jc w:val="both"/>
      </w:pPr>
      <w:r>
        <w:rPr>
          <w:rFonts w:ascii="Georgia" w:hAnsi="Georgia"/>
          <w:b w:val="0"/>
          <w:i w:val="0"/>
          <w:color w:val="22201D"/>
          <w:sz w:val="20"/>
        </w:rPr>
        <w:t>The round window showed stainless steel, steam, the dish pit, the spice rack behaving itself, and a strip of posted floorplan that had been corrected so many times it had become almost cheerful about accuracy.</w:t>
      </w:r>
    </w:p>
    <w:p>
      <w:pPr>
        <w:spacing w:after="60" w:line="266" w:lineRule="auto"/>
        <w:ind w:firstLine="331"/>
        <w:jc w:val="both"/>
      </w:pPr>
      <w:r>
        <w:rPr>
          <w:rFonts w:ascii="Georgia" w:hAnsi="Georgia"/>
          <w:b w:val="0"/>
          <w:i w:val="0"/>
          <w:color w:val="22201D"/>
          <w:sz w:val="20"/>
        </w:rPr>
        <w:t>No one rescued him there either.</w:t>
      </w:r>
    </w:p>
    <w:p>
      <w:pPr>
        <w:spacing w:after="60" w:line="266" w:lineRule="auto"/>
        <w:ind w:firstLine="331"/>
        <w:jc w:val="both"/>
      </w:pPr>
      <w:r>
        <w:rPr>
          <w:rFonts w:ascii="Georgia" w:hAnsi="Georgia"/>
          <w:b w:val="0"/>
          <w:i w:val="0"/>
          <w:color w:val="22201D"/>
          <w:sz w:val="20"/>
        </w:rPr>
        <w:t>The dishwasher, visible for one second through the steam, pointed at his own eyes and then at the folder.</w:t>
      </w:r>
    </w:p>
    <w:p>
      <w:pPr>
        <w:spacing w:after="60" w:line="266" w:lineRule="auto"/>
        <w:ind w:firstLine="331"/>
        <w:jc w:val="both"/>
      </w:pPr>
      <w:r>
        <w:rPr>
          <w:rFonts w:ascii="Georgia" w:hAnsi="Georgia"/>
          <w:b w:val="0"/>
          <w:i w:val="0"/>
          <w:color w:val="22201D"/>
          <w:sz w:val="20"/>
        </w:rPr>
        <w:t>Read it.</w:t>
      </w:r>
    </w:p>
    <w:p>
      <w:pPr>
        <w:spacing w:after="60" w:line="266" w:lineRule="auto"/>
        <w:ind w:firstLine="331"/>
        <w:jc w:val="both"/>
      </w:pPr>
      <w:r>
        <w:rPr>
          <w:rFonts w:ascii="Georgia" w:hAnsi="Georgia"/>
          <w:b w:val="0"/>
          <w:i w:val="0"/>
          <w:color w:val="22201D"/>
          <w:sz w:val="20"/>
        </w:rPr>
        <w:t>Flocc looked back at the check.</w:t>
      </w:r>
    </w:p>
    <w:p>
      <w:pPr>
        <w:spacing w:after="60" w:line="266" w:lineRule="auto"/>
        <w:ind w:firstLine="331"/>
        <w:jc w:val="both"/>
      </w:pPr>
      <w:r>
        <w:rPr>
          <w:rFonts w:ascii="Georgia" w:hAnsi="Georgia"/>
          <w:b w:val="0"/>
          <w:i w:val="0"/>
          <w:color w:val="22201D"/>
          <w:sz w:val="20"/>
        </w:rPr>
        <w:t>"Is it a bill?"</w:t>
      </w:r>
    </w:p>
    <w:p>
      <w:pPr>
        <w:spacing w:after="60" w:line="266" w:lineRule="auto"/>
        <w:ind w:firstLine="331"/>
        <w:jc w:val="both"/>
      </w:pPr>
      <w:r>
        <w:rPr>
          <w:rFonts w:ascii="Georgia" w:hAnsi="Georgia"/>
          <w:b w:val="0"/>
          <w:i w:val="0"/>
          <w:color w:val="22201D"/>
          <w:sz w:val="20"/>
        </w:rPr>
        <w:t>"Not yet," said the Hostess.</w:t>
      </w:r>
    </w:p>
    <w:p>
      <w:pPr>
        <w:spacing w:after="60" w:line="266" w:lineRule="auto"/>
        <w:ind w:firstLine="331"/>
        <w:jc w:val="both"/>
      </w:pPr>
      <w:r>
        <w:rPr>
          <w:rFonts w:ascii="Georgia" w:hAnsi="Georgia"/>
          <w:b w:val="0"/>
          <w:i w:val="0"/>
          <w:color w:val="22201D"/>
          <w:sz w:val="20"/>
        </w:rPr>
        <w:t>"Is it a warning?"</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"Is it a punishment?"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said that too quickly."</w:t>
      </w:r>
    </w:p>
    <w:p>
      <w:pPr>
        <w:spacing w:after="60" w:line="266" w:lineRule="auto"/>
        <w:ind w:firstLine="331"/>
        <w:jc w:val="both"/>
      </w:pPr>
      <w:r>
        <w:rPr>
          <w:rFonts w:ascii="Georgia" w:hAnsi="Georgia"/>
          <w:b w:val="0"/>
          <w:i w:val="0"/>
          <w:color w:val="22201D"/>
          <w:sz w:val="20"/>
        </w:rPr>
        <w:t>"Punishment is easy to confuse with accounting. We try not to encourage that."</w:t>
      </w:r>
    </w:p>
    <w:p>
      <w:pPr>
        <w:spacing w:after="60" w:line="266" w:lineRule="auto"/>
        <w:ind w:firstLine="331"/>
        <w:jc w:val="both"/>
      </w:pPr>
      <w:r>
        <w:rPr>
          <w:rFonts w:ascii="Georgia" w:hAnsi="Georgia"/>
          <w:b w:val="0"/>
          <w:i w:val="0"/>
          <w:color w:val="22201D"/>
          <w:sz w:val="20"/>
        </w:rPr>
        <w:t>Flocc touched the folder.</w:t>
      </w:r>
    </w:p>
    <w:p>
      <w:pPr>
        <w:spacing w:after="60" w:line="266" w:lineRule="auto"/>
        <w:ind w:firstLine="331"/>
        <w:jc w:val="both"/>
      </w:pPr>
      <w:r>
        <w:rPr>
          <w:rFonts w:ascii="Georgia" w:hAnsi="Georgia"/>
          <w:b w:val="0"/>
          <w:i w:val="0"/>
          <w:color w:val="22201D"/>
          <w:sz w:val="20"/>
        </w:rPr>
        <w:t>The cover was warm.</w:t>
      </w:r>
    </w:p>
    <w:p>
      <w:pPr>
        <w:spacing w:after="60" w:line="266" w:lineRule="auto"/>
        <w:ind w:firstLine="331"/>
        <w:jc w:val="both"/>
      </w:pPr>
      <w:r>
        <w:rPr>
          <w:rFonts w:ascii="Georgia" w:hAnsi="Georgia"/>
          <w:b w:val="0"/>
          <w:i w:val="0"/>
          <w:color w:val="22201D"/>
          <w:sz w:val="20"/>
        </w:rPr>
        <w:t>Not hot.</w:t>
      </w:r>
    </w:p>
    <w:p>
      <w:pPr>
        <w:spacing w:after="60" w:line="266" w:lineRule="auto"/>
        <w:ind w:firstLine="331"/>
        <w:jc w:val="both"/>
      </w:pPr>
      <w:r>
        <w:rPr>
          <w:rFonts w:ascii="Georgia" w:hAnsi="Georgia"/>
          <w:b w:val="0"/>
          <w:i w:val="0"/>
          <w:color w:val="22201D"/>
          <w:sz w:val="20"/>
        </w:rPr>
        <w:t>Warm in the way a plate is warm when someone has thought about whether the food should cool too quickly.</w:t>
      </w:r>
    </w:p>
    <w:p>
      <w:pPr>
        <w:spacing w:after="60" w:line="266" w:lineRule="auto"/>
        <w:ind w:firstLine="331"/>
        <w:jc w:val="both"/>
      </w:pPr>
      <w:r>
        <w:rPr>
          <w:rFonts w:ascii="Georgia" w:hAnsi="Georgia"/>
          <w:b w:val="0"/>
          <w:i w:val="0"/>
          <w:color w:val="22201D"/>
          <w:sz w:val="20"/>
        </w:rPr>
        <w:t>On the front, in small stamped letters, it said:</w:t>
      </w:r>
    </w:p>
    <w:p>
      <w:pPr>
        <w:spacing w:after="60" w:line="250" w:lineRule="auto"/>
        <w:ind w:left="202" w:right="173"/>
      </w:pPr>
      <w:r>
        <w:rPr>
          <w:rFonts w:ascii="Georgia" w:hAnsi="Georgia"/>
          <w:b w:val="0"/>
          <w:i w:val="0"/>
          <w:color w:val="22201D"/>
          <w:sz w:val="17"/>
        </w:rPr>
        <w:t>PRE-AUDIT NOTICE</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READ BEFORE DINNER</w:t>
      </w:r>
    </w:p>
    <w:p>
      <w:pPr>
        <w:spacing w:after="60" w:line="266" w:lineRule="auto"/>
        <w:ind w:firstLine="331"/>
        <w:jc w:val="both"/>
      </w:pPr>
      <w:r>
        <w:rPr>
          <w:rFonts w:ascii="Georgia" w:hAnsi="Georgia"/>
          <w:b w:val="0"/>
          <w:i w:val="0"/>
          <w:color w:val="22201D"/>
          <w:sz w:val="20"/>
        </w:rPr>
        <w:t>"This is an audit?" Flocc asked.</w:t>
      </w:r>
    </w:p>
    <w:p>
      <w:pPr>
        <w:spacing w:after="60" w:line="266" w:lineRule="auto"/>
        <w:ind w:firstLine="331"/>
        <w:jc w:val="both"/>
      </w:pPr>
      <w:r>
        <w:rPr>
          <w:rFonts w:ascii="Georgia" w:hAnsi="Georgia"/>
          <w:b w:val="0"/>
          <w:i w:val="0"/>
          <w:color w:val="22201D"/>
          <w:sz w:val="20"/>
        </w:rPr>
        <w:t>"Pre-audit."</w:t>
      </w:r>
    </w:p>
    <w:p>
      <w:pPr>
        <w:spacing w:after="60" w:line="266" w:lineRule="auto"/>
        <w:ind w:firstLine="331"/>
        <w:jc w:val="both"/>
      </w:pPr>
      <w:r>
        <w:rPr>
          <w:rFonts w:ascii="Georgia" w:hAnsi="Georgia"/>
          <w:b w:val="0"/>
          <w:i w:val="0"/>
          <w:color w:val="22201D"/>
          <w:sz w:val="20"/>
        </w:rPr>
        <w:t>"That is supposed to make me feel better?"</w:t>
      </w:r>
    </w:p>
    <w:p>
      <w:pPr>
        <w:spacing w:after="60" w:line="266" w:lineRule="auto"/>
        <w:ind w:firstLine="331"/>
        <w:jc w:val="both"/>
      </w:pPr>
      <w:r>
        <w:rPr>
          <w:rFonts w:ascii="Georgia" w:hAnsi="Georgia"/>
          <w:b w:val="0"/>
          <w:i w:val="0"/>
          <w:color w:val="22201D"/>
          <w:sz w:val="20"/>
        </w:rPr>
        <w:t>"It is supposed to be accurate."</w:t>
      </w:r>
    </w:p>
    <w:p>
      <w:pPr>
        <w:spacing w:after="60" w:line="266" w:lineRule="auto"/>
        <w:ind w:firstLine="331"/>
        <w:jc w:val="both"/>
      </w:pPr>
      <w:r>
        <w:rPr>
          <w:rFonts w:ascii="Georgia" w:hAnsi="Georgia"/>
          <w:b w:val="0"/>
          <w:i w:val="0"/>
          <w:color w:val="22201D"/>
          <w:sz w:val="20"/>
        </w:rPr>
        <w:t>"Gerald is infecting the restaurant."</w:t>
      </w:r>
    </w:p>
    <w:p>
      <w:pPr>
        <w:spacing w:after="60" w:line="266" w:lineRule="auto"/>
        <w:ind w:firstLine="331"/>
        <w:jc w:val="both"/>
      </w:pPr>
      <w:r>
        <w:rPr>
          <w:rFonts w:ascii="Georgia" w:hAnsi="Georgia"/>
          <w:b w:val="0"/>
          <w:i w:val="0"/>
          <w:color w:val="22201D"/>
          <w:sz w:val="20"/>
        </w:rPr>
        <w:t>"Gerald was always one of the restaurant's more hygienic symptoms."</w:t>
      </w:r>
    </w:p>
    <w:p>
      <w:pPr>
        <w:spacing w:after="60" w:line="266" w:lineRule="auto"/>
        <w:ind w:firstLine="331"/>
        <w:jc w:val="both"/>
      </w:pPr>
      <w:r>
        <w:rPr>
          <w:rFonts w:ascii="Georgia" w:hAnsi="Georgia"/>
          <w:b w:val="0"/>
          <w:i w:val="0"/>
          <w:color w:val="22201D"/>
          <w:sz w:val="20"/>
        </w:rPr>
        <w:t>Flocc opened the folder.</w:t>
      </w:r>
    </w:p>
    <w:p>
      <w:pPr>
        <w:spacing w:after="60" w:line="266" w:lineRule="auto"/>
        <w:ind w:firstLine="331"/>
        <w:jc w:val="both"/>
      </w:pPr>
      <w:r>
        <w:rPr>
          <w:rFonts w:ascii="Georgia" w:hAnsi="Georgia"/>
          <w:b w:val="0"/>
          <w:i w:val="0"/>
          <w:color w:val="22201D"/>
          <w:sz w:val="20"/>
        </w:rPr>
        <w:t>Inside was a single sheet.</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PRE-AUDIT NOTICE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The check has arrived before dinner. This is not a mistake.</w:t>
      </w:r>
    </w:p>
    <w:p>
      <w:pPr>
        <w:spacing w:after="60" w:line="266" w:lineRule="auto"/>
        <w:ind w:firstLine="331"/>
        <w:jc w:val="both"/>
      </w:pPr>
      <w:r>
        <w:rPr>
          <w:rFonts w:ascii="Georgia" w:hAnsi="Georgia"/>
          <w:b w:val="0"/>
          <w:i w:val="0"/>
          <w:color w:val="22201D"/>
          <w:sz w:val="20"/>
        </w:rPr>
        <w:t>Flocc read the first two lines.</w:t>
      </w:r>
    </w:p>
    <w:p>
      <w:pPr>
        <w:spacing w:after="60" w:line="266" w:lineRule="auto"/>
        <w:ind w:firstLine="331"/>
        <w:jc w:val="both"/>
      </w:pPr>
      <w:r>
        <w:rPr>
          <w:rFonts w:ascii="Georgia" w:hAnsi="Georgia"/>
          <w:b w:val="0"/>
          <w:i w:val="0"/>
          <w:color w:val="22201D"/>
          <w:sz w:val="20"/>
        </w:rPr>
        <w:t>He did not feel enlightened.</w:t>
      </w:r>
    </w:p>
    <w:p>
      <w:pPr>
        <w:spacing w:after="60" w:line="266" w:lineRule="auto"/>
        <w:ind w:firstLine="331"/>
        <w:jc w:val="both"/>
      </w:pPr>
      <w:r>
        <w:rPr>
          <w:rFonts w:ascii="Georgia" w:hAnsi="Georgia"/>
          <w:b w:val="0"/>
          <w:i w:val="0"/>
          <w:color w:val="22201D"/>
          <w:sz w:val="20"/>
        </w:rPr>
        <w:t>He felt billed.</w:t>
      </w:r>
    </w:p>
    <w:p>
      <w:pPr>
        <w:spacing w:after="60" w:line="266" w:lineRule="auto"/>
        <w:ind w:firstLine="331"/>
        <w:jc w:val="both"/>
      </w:pPr>
      <w:r>
        <w:rPr>
          <w:rFonts w:ascii="Georgia" w:hAnsi="Georgia"/>
          <w:b w:val="0"/>
          <w:i w:val="0"/>
          <w:color w:val="22201D"/>
          <w:sz w:val="20"/>
        </w:rPr>
        <w:t>The sheet waited.</w:t>
      </w:r>
    </w:p>
    <w:p>
      <w:pPr>
        <w:spacing w:after="60" w:line="266" w:lineRule="auto"/>
        <w:ind w:firstLine="331"/>
        <w:jc w:val="both"/>
      </w:pPr>
      <w:r>
        <w:rPr>
          <w:rFonts w:ascii="Georgia" w:hAnsi="Georgia"/>
          <w:b w:val="0"/>
          <w:i w:val="0"/>
          <w:color w:val="22201D"/>
          <w:sz w:val="20"/>
        </w:rPr>
        <w:t>No new words appeared. No corrective No. No footnote demanding placement. No menu snapping at his fingers.</w:t>
      </w:r>
    </w:p>
    <w:p>
      <w:pPr>
        <w:spacing w:after="60" w:line="266" w:lineRule="auto"/>
        <w:ind w:firstLine="331"/>
        <w:jc w:val="both"/>
      </w:pPr>
      <w:r>
        <w:rPr>
          <w:rFonts w:ascii="Georgia" w:hAnsi="Georgia"/>
          <w:b w:val="0"/>
          <w:i w:val="0"/>
          <w:color w:val="22201D"/>
          <w:sz w:val="20"/>
        </w:rPr>
        <w:t>This was worse.</w:t>
      </w:r>
    </w:p>
    <w:p>
      <w:pPr>
        <w:spacing w:after="60" w:line="266" w:lineRule="auto"/>
        <w:ind w:firstLine="331"/>
        <w:jc w:val="both"/>
      </w:pPr>
      <w:r>
        <w:rPr>
          <w:rFonts w:ascii="Georgia" w:hAnsi="Georgia"/>
          <w:b w:val="0"/>
          <w:i w:val="0"/>
          <w:color w:val="22201D"/>
          <w:sz w:val="20"/>
        </w:rPr>
        <w:t>The document was giving him room.</w:t>
      </w:r>
    </w:p>
    <w:p>
      <w:pPr>
        <w:spacing w:after="60" w:line="266" w:lineRule="auto"/>
        <w:ind w:firstLine="331"/>
        <w:jc w:val="both"/>
      </w:pPr>
      <w:r>
        <w:rPr>
          <w:rFonts w:ascii="Georgia" w:hAnsi="Georgia"/>
          <w:b w:val="0"/>
          <w:i w:val="0"/>
          <w:color w:val="22201D"/>
          <w:sz w:val="20"/>
        </w:rPr>
        <w:t>Room was much harder to blame.</w:t>
      </w:r>
    </w:p>
    <w:p>
      <w:pPr>
        <w:spacing w:after="60" w:line="266" w:lineRule="auto"/>
        <w:ind w:firstLine="331"/>
        <w:jc w:val="both"/>
      </w:pPr>
      <w:r>
        <w:rPr>
          <w:rFonts w:ascii="Georgia" w:hAnsi="Georgia"/>
          <w:b w:val="0"/>
          <w:i w:val="0"/>
          <w:color w:val="22201D"/>
          <w:sz w:val="20"/>
        </w:rPr>
        <w:t>He continued.</w:t>
      </w:r>
    </w:p>
    <w:p>
      <w:pPr>
        <w:spacing w:after="60" w:line="250" w:lineRule="auto"/>
        <w:ind w:left="202" w:right="173"/>
      </w:pPr>
      <w:r>
        <w:rPr>
          <w:rFonts w:ascii="Georgia" w:hAnsi="Georgia"/>
          <w:b w:val="0"/>
          <w:i w:val="0"/>
          <w:color w:val="22201D"/>
          <w:sz w:val="17"/>
        </w:rPr>
        <w:t>Amount due: one honest accounting of what nourishment changed.</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The word amount had prepared him for numbers. Numbers, even large numbers, have the mercy of being finite. They sit in columns. They can be disputed. They can be paid badly, late, or under protest. They can be hidden from until they become letters from places with logos.</w:t>
      </w:r>
    </w:p>
    <w:p>
      <w:pPr>
        <w:spacing w:after="60" w:line="266" w:lineRule="auto"/>
        <w:ind w:firstLine="331"/>
        <w:jc w:val="both"/>
      </w:pPr>
      <w:r>
        <w:rPr>
          <w:rFonts w:ascii="Georgia" w:hAnsi="Georgia"/>
          <w:b w:val="0"/>
          <w:i w:val="0"/>
          <w:color w:val="22201D"/>
          <w:sz w:val="20"/>
        </w:rPr>
        <w:t>One honest accounting of what nourishment changed was not finite in any useful way.</w:t>
      </w:r>
    </w:p>
    <w:p>
      <w:pPr>
        <w:spacing w:after="60" w:line="266" w:lineRule="auto"/>
        <w:ind w:firstLine="331"/>
        <w:jc w:val="both"/>
      </w:pPr>
      <w:r>
        <w:rPr>
          <w:rFonts w:ascii="Georgia" w:hAnsi="Georgia"/>
          <w:b w:val="0"/>
          <w:i w:val="0"/>
          <w:color w:val="22201D"/>
          <w:sz w:val="20"/>
        </w:rPr>
        <w:t>It was not even properly billable.</w:t>
      </w:r>
    </w:p>
    <w:p>
      <w:pPr>
        <w:spacing w:after="60" w:line="266" w:lineRule="auto"/>
        <w:ind w:firstLine="331"/>
        <w:jc w:val="both"/>
      </w:pPr>
      <w:r>
        <w:rPr>
          <w:rFonts w:ascii="Georgia" w:hAnsi="Georgia"/>
          <w:b w:val="0"/>
          <w:i w:val="0"/>
          <w:color w:val="22201D"/>
          <w:sz w:val="20"/>
        </w:rPr>
        <w:t>"I cannot pay that," he said.</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Mara leaned back in her chair.</w:t>
      </w:r>
    </w:p>
    <w:p>
      <w:pPr>
        <w:spacing w:after="60" w:line="266" w:lineRule="auto"/>
        <w:ind w:firstLine="331"/>
        <w:jc w:val="both"/>
      </w:pPr>
      <w:r>
        <w:rPr>
          <w:rFonts w:ascii="Georgia" w:hAnsi="Georgia"/>
          <w:b w:val="0"/>
          <w:i w:val="0"/>
          <w:color w:val="22201D"/>
          <w:sz w:val="20"/>
        </w:rPr>
        <w:t>"It does say pre-audit."</w:t>
      </w:r>
    </w:p>
    <w:p>
      <w:pPr>
        <w:spacing w:after="60" w:line="266" w:lineRule="auto"/>
        <w:ind w:firstLine="331"/>
        <w:jc w:val="both"/>
      </w:pPr>
      <w:r>
        <w:rPr>
          <w:rFonts w:ascii="Georgia" w:hAnsi="Georgia"/>
          <w:b w:val="0"/>
          <w:i w:val="0"/>
          <w:color w:val="22201D"/>
          <w:sz w:val="20"/>
        </w:rPr>
        <w:t>"You are enjoying this."</w:t>
      </w:r>
    </w:p>
    <w:p>
      <w:pPr>
        <w:spacing w:after="60" w:line="266" w:lineRule="auto"/>
        <w:ind w:firstLine="331"/>
        <w:jc w:val="both"/>
      </w:pPr>
      <w:r>
        <w:rPr>
          <w:rFonts w:ascii="Georgia" w:hAnsi="Georgia"/>
          <w:b w:val="0"/>
          <w:i w:val="0"/>
          <w:color w:val="22201D"/>
          <w:sz w:val="20"/>
        </w:rPr>
        <w:t>"A little."</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footnote, now seated at the top of its own source note page, printed from the menu:</w:t>
      </w:r>
    </w:p>
    <w:p>
      <w:pPr>
        <w:spacing w:after="60" w:line="250" w:lineRule="auto"/>
        <w:ind w:left="202" w:right="173"/>
      </w:pPr>
      <w:r>
        <w:rPr>
          <w:rFonts w:ascii="Georgia" w:hAnsi="Georgia"/>
          <w:b w:val="0"/>
          <w:i w:val="0"/>
          <w:color w:val="22201D"/>
          <w:sz w:val="17"/>
        </w:rPr>
        <w:t>Unfairness noted. Not controlling.</w:t>
      </w:r>
    </w:p>
    <w:p>
      <w:pPr>
        <w:spacing w:after="60" w:line="266" w:lineRule="auto"/>
        <w:ind w:firstLine="331"/>
        <w:jc w:val="both"/>
      </w:pPr>
      <w:r>
        <w:rPr>
          <w:rFonts w:ascii="Georgia" w:hAnsi="Georgia"/>
          <w:b w:val="0"/>
          <w:i w:val="0"/>
          <w:color w:val="22201D"/>
          <w:sz w:val="20"/>
        </w:rPr>
        <w:t>Flocc ignored it, which was probably the healthiest relationship he had yet achieved with a footnote.</w:t>
      </w:r>
    </w:p>
    <w:p>
      <w:pPr>
        <w:spacing w:after="60" w:line="266" w:lineRule="auto"/>
        <w:ind w:firstLine="331"/>
        <w:jc w:val="both"/>
      </w:pPr>
      <w:r>
        <w:rPr>
          <w:rFonts w:ascii="Georgia" w:hAnsi="Georgia"/>
          <w:b w:val="0"/>
          <w:i w:val="0"/>
          <w:color w:val="22201D"/>
          <w:sz w:val="20"/>
        </w:rPr>
        <w:t>He read the next section.</w:t>
      </w:r>
    </w:p>
    <w:p>
      <w:pPr>
        <w:spacing w:after="60" w:line="250" w:lineRule="auto"/>
        <w:ind w:left="202" w:right="173"/>
      </w:pPr>
      <w:r>
        <w:rPr>
          <w:rFonts w:ascii="Georgia" w:hAnsi="Georgia"/>
          <w:b w:val="0"/>
          <w:i w:val="0"/>
          <w:color w:val="22201D"/>
          <w:sz w:val="17"/>
        </w:rPr>
        <w:t>Account includes: 1. Bread received without asking. 2. Soup that identified hunger before preference. 3. Appetizers that made apocalypse local enough to taste. 4. Bob's mushroom theorem, plain enough to trust. 5. Dessert that consumed the performance before it consumed the spoon. 6. Tea, first cup and second cup. 7. Spice index opened by smell, not translation. 8. Dish labor recognized as operational reality. 9. Business license amended and preserved. 10. Floorplan corrected without hiding danger. 11. Page not for you. 12. Continuity seated, not erased.</w:t>
      </w:r>
    </w:p>
    <w:p>
      <w:pPr>
        <w:spacing w:after="60" w:line="266" w:lineRule="auto"/>
        <w:ind w:firstLine="331"/>
        <w:jc w:val="both"/>
      </w:pPr>
      <w:r>
        <w:rPr>
          <w:rFonts w:ascii="Georgia" w:hAnsi="Georgia"/>
          <w:b w:val="0"/>
          <w:i w:val="0"/>
          <w:color w:val="22201D"/>
          <w:sz w:val="20"/>
        </w:rPr>
        <w:t>Flocc read the list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He had eaten some of those things.</w:t>
      </w:r>
    </w:p>
    <w:p>
      <w:pPr>
        <w:spacing w:after="60" w:line="266" w:lineRule="auto"/>
        <w:ind w:firstLine="331"/>
        <w:jc w:val="both"/>
      </w:pPr>
      <w:r>
        <w:rPr>
          <w:rFonts w:ascii="Georgia" w:hAnsi="Georgia"/>
          <w:b w:val="0"/>
          <w:i w:val="0"/>
          <w:color w:val="22201D"/>
          <w:sz w:val="20"/>
        </w:rPr>
        <w:t>He had not eaten others.</w:t>
      </w:r>
    </w:p>
    <w:p>
      <w:pPr>
        <w:spacing w:after="60" w:line="266" w:lineRule="auto"/>
        <w:ind w:firstLine="331"/>
        <w:jc w:val="both"/>
      </w:pPr>
      <w:r>
        <w:rPr>
          <w:rFonts w:ascii="Georgia" w:hAnsi="Georgia"/>
          <w:b w:val="0"/>
          <w:i w:val="0"/>
          <w:color w:val="22201D"/>
          <w:sz w:val="20"/>
        </w:rPr>
        <w:t>This distinction no longer comforted him.</w:t>
      </w:r>
    </w:p>
    <w:p>
      <w:pPr>
        <w:spacing w:after="60" w:line="266" w:lineRule="auto"/>
        <w:ind w:firstLine="331"/>
        <w:jc w:val="both"/>
      </w:pPr>
      <w:r>
        <w:rPr>
          <w:rFonts w:ascii="Georgia" w:hAnsi="Georgia"/>
          <w:b w:val="0"/>
          <w:i w:val="0"/>
          <w:color w:val="22201D"/>
          <w:sz w:val="20"/>
        </w:rPr>
        <w:t>Emoji Soup had a broad definition of service. A person could be served a meal, a form, a floorplan, a page, a correction, a refusal, a delay, a footnote, or, in one memorable case, his own self-image in a dessert bowl.</w:t>
      </w:r>
    </w:p>
    <w:p>
      <w:pPr>
        <w:spacing w:after="60" w:line="266" w:lineRule="auto"/>
        <w:ind w:firstLine="331"/>
        <w:jc w:val="both"/>
      </w:pPr>
      <w:r>
        <w:rPr>
          <w:rFonts w:ascii="Georgia" w:hAnsi="Georgia"/>
          <w:b w:val="0"/>
          <w:i w:val="0"/>
          <w:color w:val="22201D"/>
          <w:sz w:val="20"/>
        </w:rPr>
        <w:t>The check was not asking what had entered his mouth.</w:t>
      </w:r>
    </w:p>
    <w:p>
      <w:pPr>
        <w:spacing w:after="60" w:line="266" w:lineRule="auto"/>
        <w:ind w:firstLine="331"/>
        <w:jc w:val="both"/>
      </w:pPr>
      <w:r>
        <w:rPr>
          <w:rFonts w:ascii="Georgia" w:hAnsi="Georgia"/>
          <w:b w:val="0"/>
          <w:i w:val="0"/>
          <w:color w:val="22201D"/>
          <w:sz w:val="20"/>
        </w:rPr>
        <w:t>It was asking what had entered his life.</w:t>
      </w:r>
    </w:p>
    <w:p>
      <w:pPr>
        <w:spacing w:after="60" w:line="266" w:lineRule="auto"/>
        <w:ind w:firstLine="331"/>
        <w:jc w:val="both"/>
      </w:pPr>
      <w:r>
        <w:rPr>
          <w:rFonts w:ascii="Georgia" w:hAnsi="Georgia"/>
          <w:b w:val="0"/>
          <w:i w:val="0"/>
          <w:color w:val="22201D"/>
          <w:sz w:val="20"/>
        </w:rPr>
        <w:t>"This is too much," he said.</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"You keep agreeing without helping."</w:t>
      </w:r>
    </w:p>
    <w:p>
      <w:pPr>
        <w:spacing w:after="60" w:line="266" w:lineRule="auto"/>
        <w:ind w:firstLine="331"/>
        <w:jc w:val="both"/>
      </w:pPr>
      <w:r>
        <w:rPr>
          <w:rFonts w:ascii="Georgia" w:hAnsi="Georgia"/>
          <w:b w:val="0"/>
          <w:i w:val="0"/>
          <w:color w:val="22201D"/>
          <w:sz w:val="20"/>
        </w:rPr>
        <w:t>"Agreement is not always help. It is often inventory."</w:t>
      </w:r>
    </w:p>
    <w:p>
      <w:pPr>
        <w:spacing w:after="60" w:line="266" w:lineRule="auto"/>
        <w:ind w:firstLine="331"/>
        <w:jc w:val="both"/>
      </w:pPr>
      <w:r>
        <w:rPr>
          <w:rFonts w:ascii="Georgia" w:hAnsi="Georgia"/>
          <w:b w:val="0"/>
          <w:i w:val="0"/>
          <w:color w:val="22201D"/>
          <w:sz w:val="20"/>
        </w:rPr>
        <w:t>Mara touched the edge of the folder.</w:t>
      </w:r>
    </w:p>
    <w:p>
      <w:pPr>
        <w:spacing w:after="60" w:line="266" w:lineRule="auto"/>
        <w:ind w:firstLine="331"/>
        <w:jc w:val="both"/>
      </w:pPr>
      <w:r>
        <w:rPr>
          <w:rFonts w:ascii="Georgia" w:hAnsi="Georgia"/>
          <w:b w:val="0"/>
          <w:i w:val="0"/>
          <w:color w:val="22201D"/>
          <w:sz w:val="20"/>
        </w:rPr>
        <w:t>"What does it ask for next?"</w:t>
      </w:r>
    </w:p>
    <w:p>
      <w:pPr>
        <w:spacing w:after="60" w:line="266" w:lineRule="auto"/>
        <w:ind w:firstLine="331"/>
        <w:jc w:val="both"/>
      </w:pPr>
      <w:r>
        <w:rPr>
          <w:rFonts w:ascii="Georgia" w:hAnsi="Georgia"/>
          <w:b w:val="0"/>
          <w:i w:val="0"/>
          <w:color w:val="22201D"/>
          <w:sz w:val="20"/>
        </w:rPr>
        <w:t>Flocc looked.</w:t>
      </w:r>
    </w:p>
    <w:p>
      <w:pPr>
        <w:spacing w:after="60" w:line="250" w:lineRule="auto"/>
        <w:ind w:left="202" w:right="173"/>
      </w:pPr>
      <w:r>
        <w:rPr>
          <w:rFonts w:ascii="Georgia" w:hAnsi="Georgia"/>
          <w:b w:val="0"/>
          <w:i w:val="0"/>
          <w:color w:val="22201D"/>
          <w:sz w:val="17"/>
        </w:rPr>
        <w:t>Do not answer quickly. Do not answer beautifully. Do not answer to become the sort of person who answers well.</w:t>
      </w:r>
    </w:p>
    <w:p>
      <w:pPr>
        <w:spacing w:after="60" w:line="266" w:lineRule="auto"/>
        <w:ind w:firstLine="331"/>
        <w:jc w:val="both"/>
      </w:pPr>
      <w:r>
        <w:rPr>
          <w:rFonts w:ascii="Georgia" w:hAnsi="Georgia"/>
          <w:b w:val="0"/>
          <w:i w:val="0"/>
          <w:color w:val="22201D"/>
          <w:sz w:val="20"/>
        </w:rPr>
        <w:t>He winced.</w:t>
      </w:r>
    </w:p>
    <w:p>
      <w:pPr>
        <w:spacing w:after="60" w:line="266" w:lineRule="auto"/>
        <w:ind w:firstLine="331"/>
        <w:jc w:val="both"/>
      </w:pPr>
      <w:r>
        <w:rPr>
          <w:rFonts w:ascii="Georgia" w:hAnsi="Georgia"/>
          <w:b w:val="0"/>
          <w:i w:val="0"/>
          <w:color w:val="22201D"/>
          <w:sz w:val="20"/>
        </w:rPr>
        <w:t>"It knows me."</w:t>
      </w:r>
    </w:p>
    <w:p>
      <w:pPr>
        <w:spacing w:after="60" w:line="266" w:lineRule="auto"/>
        <w:ind w:firstLine="331"/>
        <w:jc w:val="both"/>
      </w:pPr>
      <w:r>
        <w:rPr>
          <w:rFonts w:ascii="Georgia" w:hAnsi="Georgia"/>
          <w:b w:val="0"/>
          <w:i w:val="0"/>
          <w:color w:val="22201D"/>
          <w:sz w:val="20"/>
        </w:rPr>
        <w:t>"It has been feeding you for two books," Mara said.</w:t>
      </w:r>
    </w:p>
    <w:p>
      <w:pPr>
        <w:spacing w:after="60" w:line="266" w:lineRule="auto"/>
        <w:ind w:firstLine="331"/>
        <w:jc w:val="both"/>
      </w:pPr>
      <w:r>
        <w:rPr>
          <w:rFonts w:ascii="Georgia" w:hAnsi="Georgia"/>
          <w:b w:val="0"/>
          <w:i w:val="0"/>
          <w:color w:val="22201D"/>
          <w:sz w:val="20"/>
        </w:rPr>
        <w:t>"That is too long."</w:t>
      </w:r>
    </w:p>
    <w:p>
      <w:pPr>
        <w:spacing w:after="60" w:line="266" w:lineRule="auto"/>
        <w:ind w:firstLine="331"/>
        <w:jc w:val="both"/>
      </w:pPr>
      <w:r>
        <w:rPr>
          <w:rFonts w:ascii="Georgia" w:hAnsi="Georgia"/>
          <w:b w:val="0"/>
          <w:i w:val="0"/>
          <w:color w:val="22201D"/>
          <w:sz w:val="20"/>
        </w:rPr>
        <w:t>"Apparently not."</w:t>
      </w:r>
    </w:p>
    <w:p>
      <w:pPr>
        <w:spacing w:after="60" w:line="266" w:lineRule="auto"/>
        <w:ind w:firstLine="331"/>
        <w:jc w:val="both"/>
      </w:pPr>
      <w:r>
        <w:rPr>
          <w:rFonts w:ascii="Georgia" w:hAnsi="Georgia"/>
          <w:b w:val="0"/>
          <w:i w:val="0"/>
          <w:color w:val="22201D"/>
          <w:sz w:val="20"/>
        </w:rPr>
        <w:t>Flocc read on.</w:t>
      </w:r>
    </w:p>
    <w:p>
      <w:pPr>
        <w:spacing w:after="60" w:line="250" w:lineRule="auto"/>
        <w:ind w:left="202" w:right="173"/>
      </w:pPr>
      <w:r>
        <w:rPr>
          <w:rFonts w:ascii="Georgia" w:hAnsi="Georgia"/>
          <w:b w:val="0"/>
          <w:i w:val="0"/>
          <w:color w:val="22201D"/>
          <w:sz w:val="17"/>
        </w:rPr>
        <w:t>Question one: What did you receive that you did not earn?</w:t>
      </w:r>
    </w:p>
    <w:p>
      <w:pPr>
        <w:spacing w:after="60" w:line="266" w:lineRule="auto"/>
        <w:ind w:firstLine="331"/>
        <w:jc w:val="both"/>
      </w:pPr>
      <w:r>
        <w:rPr>
          <w:rFonts w:ascii="Georgia" w:hAnsi="Georgia"/>
          <w:b w:val="0"/>
          <w:i w:val="0"/>
          <w:color w:val="22201D"/>
          <w:sz w:val="20"/>
        </w:rPr>
        <w:t>He waited for the defensive answer to rise.</w:t>
      </w:r>
    </w:p>
    <w:p>
      <w:pPr>
        <w:spacing w:after="60" w:line="266" w:lineRule="auto"/>
        <w:ind w:firstLine="331"/>
        <w:jc w:val="both"/>
      </w:pPr>
      <w:r>
        <w:rPr>
          <w:rFonts w:ascii="Georgia" w:hAnsi="Georgia"/>
          <w:b w:val="0"/>
          <w:i w:val="0"/>
          <w:color w:val="22201D"/>
          <w:sz w:val="20"/>
        </w:rPr>
        <w:t>It did.</w:t>
      </w:r>
    </w:p>
    <w:p>
      <w:pPr>
        <w:spacing w:after="60" w:line="266" w:lineRule="auto"/>
        <w:ind w:firstLine="331"/>
        <w:jc w:val="both"/>
      </w:pPr>
      <w:r>
        <w:rPr>
          <w:rFonts w:ascii="Georgia" w:hAnsi="Georgia"/>
          <w:b w:val="0"/>
          <w:i w:val="0"/>
          <w:color w:val="22201D"/>
          <w:sz w:val="20"/>
        </w:rPr>
        <w:t>Several defensive answers, actually, each dressed as nuance.</w:t>
      </w:r>
    </w:p>
    <w:p>
      <w:pPr>
        <w:spacing w:after="60" w:line="266" w:lineRule="auto"/>
        <w:ind w:firstLine="331"/>
        <w:jc w:val="both"/>
      </w:pPr>
      <w:r>
        <w:rPr>
          <w:rFonts w:ascii="Georgia" w:hAnsi="Georgia"/>
          <w:b w:val="0"/>
          <w:i w:val="0"/>
          <w:color w:val="22201D"/>
          <w:sz w:val="20"/>
        </w:rPr>
        <w:t>He had paid for food sometimes. He had suffered. He had been humiliated by dessert, corrected by tea, inconvenienced by theology, unsettled by administrative documents, and emotionally cross-examined by starches. Surely that counted for something.</w:t>
      </w:r>
    </w:p>
    <w:p>
      <w:pPr>
        <w:spacing w:after="60" w:line="266" w:lineRule="auto"/>
        <w:ind w:firstLine="331"/>
        <w:jc w:val="both"/>
      </w:pPr>
      <w:r>
        <w:rPr>
          <w:rFonts w:ascii="Georgia" w:hAnsi="Georgia"/>
          <w:b w:val="0"/>
          <w:i w:val="0"/>
          <w:color w:val="22201D"/>
          <w:sz w:val="20"/>
        </w:rPr>
        <w:t>The check did not argue.</w:t>
      </w:r>
    </w:p>
    <w:p>
      <w:pPr>
        <w:spacing w:after="60" w:line="266" w:lineRule="auto"/>
        <w:ind w:firstLine="331"/>
        <w:jc w:val="both"/>
      </w:pPr>
      <w:r>
        <w:rPr>
          <w:rFonts w:ascii="Georgia" w:hAnsi="Georgia"/>
          <w:b w:val="0"/>
          <w:i w:val="0"/>
          <w:color w:val="22201D"/>
          <w:sz w:val="20"/>
        </w:rPr>
        <w:t>That was its most ruthless method.</w:t>
      </w:r>
    </w:p>
    <w:p>
      <w:pPr>
        <w:spacing w:after="60" w:line="266" w:lineRule="auto"/>
        <w:ind w:firstLine="331"/>
        <w:jc w:val="both"/>
      </w:pPr>
      <w:r>
        <w:rPr>
          <w:rFonts w:ascii="Georgia" w:hAnsi="Georgia"/>
          <w:b w:val="0"/>
          <w:i w:val="0"/>
          <w:color w:val="22201D"/>
          <w:sz w:val="20"/>
        </w:rPr>
        <w:t>Flocc breathed in.</w:t>
      </w:r>
    </w:p>
    <w:p>
      <w:pPr>
        <w:spacing w:after="60" w:line="266" w:lineRule="auto"/>
        <w:ind w:firstLine="331"/>
        <w:jc w:val="both"/>
      </w:pPr>
      <w:r>
        <w:rPr>
          <w:rFonts w:ascii="Georgia" w:hAnsi="Georgia"/>
          <w:b w:val="0"/>
          <w:i w:val="0"/>
          <w:color w:val="22201D"/>
          <w:sz w:val="20"/>
        </w:rPr>
        <w:t>Then out.</w:t>
      </w:r>
    </w:p>
    <w:p>
      <w:pPr>
        <w:spacing w:after="60" w:line="266" w:lineRule="auto"/>
        <w:ind w:firstLine="331"/>
        <w:jc w:val="both"/>
      </w:pPr>
      <w:r>
        <w:rPr>
          <w:rFonts w:ascii="Georgia" w:hAnsi="Georgia"/>
          <w:b w:val="0"/>
          <w:i w:val="0"/>
          <w:color w:val="22201D"/>
          <w:sz w:val="20"/>
        </w:rPr>
        <w:t>"Bread," he said.</w:t>
      </w:r>
    </w:p>
    <w:p>
      <w:pPr>
        <w:spacing w:after="60" w:line="266" w:lineRule="auto"/>
        <w:ind w:firstLine="331"/>
        <w:jc w:val="both"/>
      </w:pPr>
      <w:r>
        <w:rPr>
          <w:rFonts w:ascii="Georgia" w:hAnsi="Georgia"/>
          <w:b w:val="0"/>
          <w:i w:val="0"/>
          <w:color w:val="22201D"/>
          <w:sz w:val="20"/>
        </w:rPr>
        <w:t>The check printed:</w:t>
      </w:r>
    </w:p>
    <w:p>
      <w:pPr>
        <w:spacing w:after="60" w:line="250" w:lineRule="auto"/>
        <w:ind w:left="202" w:right="173"/>
      </w:pPr>
      <w:r>
        <w:rPr>
          <w:rFonts w:ascii="Georgia" w:hAnsi="Georgia"/>
          <w:b w:val="0"/>
          <w:i w:val="0"/>
          <w:color w:val="22201D"/>
          <w:sz w:val="17"/>
        </w:rPr>
        <w:t>Accepted as first entry. Continue later.</w:t>
      </w:r>
    </w:p>
    <w:p>
      <w:pPr>
        <w:spacing w:after="60" w:line="266" w:lineRule="auto"/>
        <w:ind w:firstLine="331"/>
        <w:jc w:val="both"/>
      </w:pPr>
      <w:r>
        <w:rPr>
          <w:rFonts w:ascii="Georgia" w:hAnsi="Georgia"/>
          <w:b w:val="0"/>
          <w:i w:val="0"/>
          <w:color w:val="22201D"/>
          <w:sz w:val="20"/>
        </w:rPr>
        <w:t>"Only bread?"</w:t>
      </w:r>
    </w:p>
    <w:p>
      <w:pPr>
        <w:spacing w:after="60" w:line="266" w:lineRule="auto"/>
        <w:ind w:firstLine="331"/>
        <w:jc w:val="both"/>
      </w:pPr>
      <w:r>
        <w:rPr>
          <w:rFonts w:ascii="Georgia" w:hAnsi="Georgia"/>
          <w:b w:val="0"/>
          <w:i w:val="0"/>
          <w:color w:val="22201D"/>
          <w:sz w:val="20"/>
        </w:rPr>
        <w:t>"It asked for one honest accounting," said the Hostess. "Not one complete performance of accountability before the soup cools."</w:t>
      </w:r>
    </w:p>
    <w:p>
      <w:pPr>
        <w:spacing w:after="60" w:line="266" w:lineRule="auto"/>
        <w:ind w:firstLine="331"/>
        <w:jc w:val="both"/>
      </w:pPr>
      <w:r>
        <w:rPr>
          <w:rFonts w:ascii="Georgia" w:hAnsi="Georgia"/>
          <w:b w:val="0"/>
          <w:i w:val="0"/>
          <w:color w:val="22201D"/>
          <w:sz w:val="20"/>
        </w:rPr>
        <w:t>The check continued.</w:t>
      </w:r>
    </w:p>
    <w:p>
      <w:pPr>
        <w:spacing w:after="60" w:line="250" w:lineRule="auto"/>
        <w:ind w:left="202" w:right="173"/>
      </w:pPr>
      <w:r>
        <w:rPr>
          <w:rFonts w:ascii="Georgia" w:hAnsi="Georgia"/>
          <w:b w:val="0"/>
          <w:i w:val="0"/>
          <w:color w:val="22201D"/>
          <w:sz w:val="17"/>
        </w:rPr>
        <w:t>Question two: What did you mistake for yourself?</w:t>
      </w:r>
    </w:p>
    <w:p>
      <w:pPr>
        <w:spacing w:after="60" w:line="266" w:lineRule="auto"/>
        <w:ind w:firstLine="331"/>
        <w:jc w:val="both"/>
      </w:pPr>
      <w:r>
        <w:rPr>
          <w:rFonts w:ascii="Georgia" w:hAnsi="Georgia"/>
          <w:b w:val="0"/>
          <w:i w:val="0"/>
          <w:color w:val="22201D"/>
          <w:sz w:val="20"/>
        </w:rPr>
        <w:t>Flocc almost said, "My name."</w:t>
      </w:r>
    </w:p>
    <w:p>
      <w:pPr>
        <w:spacing w:after="60" w:line="266" w:lineRule="auto"/>
        <w:ind w:firstLine="331"/>
        <w:jc w:val="both"/>
      </w:pPr>
      <w:r>
        <w:rPr>
          <w:rFonts w:ascii="Georgia" w:hAnsi="Georgia"/>
          <w:b w:val="0"/>
          <w:i w:val="0"/>
          <w:color w:val="22201D"/>
          <w:sz w:val="20"/>
        </w:rPr>
        <w:t>Then stopped.</w:t>
      </w:r>
    </w:p>
    <w:p>
      <w:pPr>
        <w:spacing w:after="60" w:line="266" w:lineRule="auto"/>
        <w:ind w:firstLine="331"/>
        <w:jc w:val="both"/>
      </w:pPr>
      <w:r>
        <w:rPr>
          <w:rFonts w:ascii="Georgia" w:hAnsi="Georgia"/>
          <w:b w:val="0"/>
          <w:i w:val="0"/>
          <w:color w:val="22201D"/>
          <w:sz w:val="20"/>
        </w:rPr>
        <w:t>Not because it was wrong.</w:t>
      </w:r>
    </w:p>
    <w:p>
      <w:pPr>
        <w:spacing w:after="60" w:line="266" w:lineRule="auto"/>
        <w:ind w:firstLine="331"/>
        <w:jc w:val="both"/>
      </w:pPr>
      <w:r>
        <w:rPr>
          <w:rFonts w:ascii="Georgia" w:hAnsi="Georgia"/>
          <w:b w:val="0"/>
          <w:i w:val="0"/>
          <w:color w:val="22201D"/>
          <w:sz w:val="20"/>
        </w:rPr>
        <w:t>Because it was easy.</w:t>
      </w:r>
    </w:p>
    <w:p>
      <w:pPr>
        <w:spacing w:after="60" w:line="266" w:lineRule="auto"/>
        <w:ind w:firstLine="331"/>
        <w:jc w:val="both"/>
      </w:pPr>
      <w:r>
        <w:rPr>
          <w:rFonts w:ascii="Georgia" w:hAnsi="Georgia"/>
          <w:b w:val="0"/>
          <w:i w:val="0"/>
          <w:color w:val="22201D"/>
          <w:sz w:val="20"/>
        </w:rPr>
        <w:t>His name was the obvious answer. Floccinaucinihilipilification Jones had always been a running joke, a diagnosis, a defense strategy, a flag planted in the mountain of not-muchness. But the dessert had already eaten the picture he carried of himself. The question was not asking for the thing he could identify. It was asking for the thing that had been useful enough to hide.</w:t>
      </w:r>
    </w:p>
    <w:p>
      <w:pPr>
        <w:spacing w:after="60" w:line="266" w:lineRule="auto"/>
        <w:ind w:firstLine="331"/>
        <w:jc w:val="both"/>
      </w:pPr>
      <w:r>
        <w:rPr>
          <w:rFonts w:ascii="Georgia" w:hAnsi="Georgia"/>
          <w:b w:val="0"/>
          <w:i w:val="0"/>
          <w:color w:val="22201D"/>
          <w:sz w:val="20"/>
        </w:rPr>
        <w:t>"My appetite for significance," he said.</w:t>
      </w:r>
    </w:p>
    <w:p>
      <w:pPr>
        <w:spacing w:after="60" w:line="266" w:lineRule="auto"/>
        <w:ind w:firstLine="331"/>
        <w:jc w:val="both"/>
      </w:pPr>
      <w:r>
        <w:rPr>
          <w:rFonts w:ascii="Georgia" w:hAnsi="Georgia"/>
          <w:b w:val="0"/>
          <w:i w:val="0"/>
          <w:color w:val="22201D"/>
          <w:sz w:val="20"/>
        </w:rPr>
        <w:t>The check did not print Accepted.</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Partially named. Revisit in audit.</w:t>
      </w:r>
    </w:p>
    <w:p>
      <w:pPr>
        <w:spacing w:after="60" w:line="266" w:lineRule="auto"/>
        <w:ind w:firstLine="331"/>
        <w:jc w:val="both"/>
      </w:pPr>
      <w:r>
        <w:rPr>
          <w:rFonts w:ascii="Georgia" w:hAnsi="Georgia"/>
          <w:b w:val="0"/>
          <w:i w:val="0"/>
          <w:color w:val="22201D"/>
          <w:sz w:val="20"/>
        </w:rPr>
        <w:t>"That is rude."</w:t>
      </w:r>
    </w:p>
    <w:p>
      <w:pPr>
        <w:spacing w:after="60" w:line="266" w:lineRule="auto"/>
        <w:ind w:firstLine="331"/>
        <w:jc w:val="both"/>
      </w:pPr>
      <w:r>
        <w:rPr>
          <w:rFonts w:ascii="Georgia" w:hAnsi="Georgia"/>
          <w:b w:val="0"/>
          <w:i w:val="0"/>
          <w:color w:val="22201D"/>
          <w:sz w:val="20"/>
        </w:rPr>
        <w:t>"That is accounting," said Mara.</w:t>
      </w:r>
    </w:p>
    <w:p>
      <w:pPr>
        <w:spacing w:after="60" w:line="266" w:lineRule="auto"/>
        <w:ind w:firstLine="331"/>
        <w:jc w:val="both"/>
      </w:pPr>
      <w:r>
        <w:rPr>
          <w:rFonts w:ascii="Georgia" w:hAnsi="Georgia"/>
          <w:b w:val="0"/>
          <w:i w:val="0"/>
          <w:color w:val="22201D"/>
          <w:sz w:val="20"/>
        </w:rPr>
        <w:t>The Hostess looked faintly pleased.</w:t>
      </w:r>
    </w:p>
    <w:p>
      <w:pPr>
        <w:spacing w:after="60" w:line="266" w:lineRule="auto"/>
        <w:ind w:firstLine="331"/>
        <w:jc w:val="both"/>
      </w:pPr>
      <w:r>
        <w:rPr>
          <w:rFonts w:ascii="Georgia" w:hAnsi="Georgia"/>
          <w:b w:val="0"/>
          <w:i w:val="0"/>
          <w:color w:val="22201D"/>
          <w:sz w:val="20"/>
        </w:rPr>
        <w:t>The check continued.</w:t>
      </w:r>
    </w:p>
    <w:p>
      <w:pPr>
        <w:spacing w:after="60" w:line="250" w:lineRule="auto"/>
        <w:ind w:left="202" w:right="173"/>
      </w:pPr>
      <w:r>
        <w:rPr>
          <w:rFonts w:ascii="Georgia" w:hAnsi="Georgia"/>
          <w:b w:val="0"/>
          <w:i w:val="0"/>
          <w:color w:val="22201D"/>
          <w:sz w:val="17"/>
        </w:rPr>
        <w:t>Question three: Who became real to you after you stopped using them as a mirror?</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Then looked away because looking at her while answering would have made her answer into a stage again.</w:t>
      </w:r>
    </w:p>
    <w:p>
      <w:pPr>
        <w:spacing w:after="60" w:line="266" w:lineRule="auto"/>
        <w:ind w:firstLine="331"/>
        <w:jc w:val="both"/>
      </w:pPr>
      <w:r>
        <w:rPr>
          <w:rFonts w:ascii="Georgia" w:hAnsi="Georgia"/>
          <w:b w:val="0"/>
          <w:i w:val="0"/>
          <w:color w:val="22201D"/>
          <w:sz w:val="20"/>
        </w:rPr>
        <w:t>"Mara," he said.</w:t>
      </w:r>
    </w:p>
    <w:p>
      <w:pPr>
        <w:spacing w:after="60" w:line="266" w:lineRule="auto"/>
        <w:ind w:firstLine="331"/>
        <w:jc w:val="both"/>
      </w:pPr>
      <w:r>
        <w:rPr>
          <w:rFonts w:ascii="Georgia" w:hAnsi="Georgia"/>
          <w:b w:val="0"/>
          <w:i w:val="0"/>
          <w:color w:val="22201D"/>
          <w:sz w:val="20"/>
        </w:rPr>
        <w:t>The check waited.</w:t>
      </w:r>
    </w:p>
    <w:p>
      <w:pPr>
        <w:spacing w:after="60" w:line="266" w:lineRule="auto"/>
        <w:ind w:firstLine="331"/>
        <w:jc w:val="both"/>
      </w:pPr>
      <w:r>
        <w:rPr>
          <w:rFonts w:ascii="Georgia" w:hAnsi="Georgia"/>
          <w:b w:val="0"/>
          <w:i w:val="0"/>
          <w:color w:val="22201D"/>
          <w:sz w:val="20"/>
        </w:rPr>
        <w:t>He looked at the table.</w:t>
      </w:r>
    </w:p>
    <w:p>
      <w:pPr>
        <w:spacing w:after="60" w:line="266" w:lineRule="auto"/>
        <w:ind w:firstLine="331"/>
        <w:jc w:val="both"/>
      </w:pPr>
      <w:r>
        <w:rPr>
          <w:rFonts w:ascii="Georgia" w:hAnsi="Georgia"/>
          <w:b w:val="0"/>
          <w:i w:val="0"/>
          <w:color w:val="22201D"/>
          <w:sz w:val="20"/>
        </w:rPr>
        <w:t>"The dishwasher."</w:t>
      </w:r>
    </w:p>
    <w:p>
      <w:pPr>
        <w:spacing w:after="60" w:line="266" w:lineRule="auto"/>
        <w:ind w:firstLine="331"/>
        <w:jc w:val="both"/>
      </w:pPr>
      <w:r>
        <w:rPr>
          <w:rFonts w:ascii="Georgia" w:hAnsi="Georgia"/>
          <w:b w:val="0"/>
          <w:i w:val="0"/>
          <w:color w:val="22201D"/>
          <w:sz w:val="20"/>
        </w:rPr>
        <w:t>The check waited.</w:t>
      </w:r>
    </w:p>
    <w:p>
      <w:pPr>
        <w:spacing w:after="60" w:line="266" w:lineRule="auto"/>
        <w:ind w:firstLine="331"/>
        <w:jc w:val="both"/>
      </w:pPr>
      <w:r>
        <w:rPr>
          <w:rFonts w:ascii="Georgia" w:hAnsi="Georgia"/>
          <w:b w:val="0"/>
          <w:i w:val="0"/>
          <w:color w:val="22201D"/>
          <w:sz w:val="20"/>
        </w:rPr>
        <w:t>"Steve."</w:t>
      </w:r>
    </w:p>
    <w:p>
      <w:pPr>
        <w:spacing w:after="60" w:line="266" w:lineRule="auto"/>
        <w:ind w:firstLine="331"/>
        <w:jc w:val="both"/>
      </w:pPr>
      <w:r>
        <w:rPr>
          <w:rFonts w:ascii="Georgia" w:hAnsi="Georgia"/>
          <w:b w:val="0"/>
          <w:i w:val="0"/>
          <w:color w:val="22201D"/>
          <w:sz w:val="20"/>
        </w:rPr>
        <w:t>Still waiting.</w:t>
      </w:r>
    </w:p>
    <w:p>
      <w:pPr>
        <w:spacing w:after="60" w:line="266" w:lineRule="auto"/>
        <w:ind w:firstLine="331"/>
        <w:jc w:val="both"/>
      </w:pPr>
      <w:r>
        <w:rPr>
          <w:rFonts w:ascii="Georgia" w:hAnsi="Georgia"/>
          <w:b w:val="0"/>
          <w:i w:val="0"/>
          <w:color w:val="22201D"/>
          <w:sz w:val="20"/>
        </w:rPr>
        <w:t>"Gerald."</w:t>
      </w:r>
    </w:p>
    <w:p>
      <w:pPr>
        <w:spacing w:after="60" w:line="266" w:lineRule="auto"/>
        <w:ind w:firstLine="331"/>
        <w:jc w:val="both"/>
      </w:pPr>
      <w:r>
        <w:rPr>
          <w:rFonts w:ascii="Georgia" w:hAnsi="Georgia"/>
          <w:b w:val="0"/>
          <w:i w:val="0"/>
          <w:color w:val="22201D"/>
          <w:sz w:val="20"/>
        </w:rPr>
        <w:t>Still.</w:t>
      </w:r>
    </w:p>
    <w:p>
      <w:pPr>
        <w:spacing w:after="60" w:line="266" w:lineRule="auto"/>
        <w:ind w:firstLine="331"/>
        <w:jc w:val="both"/>
      </w:pPr>
      <w:r>
        <w:rPr>
          <w:rFonts w:ascii="Georgia" w:hAnsi="Georgia"/>
          <w:b w:val="0"/>
          <w:i w:val="0"/>
          <w:color w:val="22201D"/>
          <w:sz w:val="20"/>
        </w:rPr>
        <w:t>"Bob."</w:t>
      </w:r>
    </w:p>
    <w:p>
      <w:pPr>
        <w:spacing w:after="60" w:line="266" w:lineRule="auto"/>
        <w:ind w:firstLine="331"/>
        <w:jc w:val="both"/>
      </w:pPr>
      <w:r>
        <w:rPr>
          <w:rFonts w:ascii="Georgia" w:hAnsi="Georgia"/>
          <w:b w:val="0"/>
          <w:i w:val="0"/>
          <w:color w:val="22201D"/>
          <w:sz w:val="20"/>
        </w:rPr>
        <w:t>Still.</w:t>
      </w:r>
    </w:p>
    <w:p>
      <w:pPr>
        <w:spacing w:after="60" w:line="266" w:lineRule="auto"/>
        <w:ind w:firstLine="331"/>
        <w:jc w:val="both"/>
      </w:pPr>
      <w:r>
        <w:rPr>
          <w:rFonts w:ascii="Georgia" w:hAnsi="Georgia"/>
          <w:b w:val="0"/>
          <w:i w:val="0"/>
          <w:color w:val="22201D"/>
          <w:sz w:val="20"/>
        </w:rPr>
        <w:t>"The Hostess."</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"And whoever comes in next," Flocc said.</w:t>
      </w:r>
    </w:p>
    <w:p>
      <w:pPr>
        <w:spacing w:after="60" w:line="266" w:lineRule="auto"/>
        <w:ind w:firstLine="331"/>
        <w:jc w:val="both"/>
      </w:pPr>
      <w:r>
        <w:rPr>
          <w:rFonts w:ascii="Georgia" w:hAnsi="Georgia"/>
          <w:b w:val="0"/>
          <w:i w:val="0"/>
          <w:color w:val="22201D"/>
          <w:sz w:val="20"/>
        </w:rPr>
        <w:t>The check printed:</w:t>
      </w:r>
    </w:p>
    <w:p>
      <w:pPr>
        <w:spacing w:after="60" w:line="250" w:lineRule="auto"/>
        <w:ind w:left="202" w:right="173"/>
      </w:pPr>
      <w:r>
        <w:rPr>
          <w:rFonts w:ascii="Georgia" w:hAnsi="Georgia"/>
          <w:b w:val="0"/>
          <w:i w:val="0"/>
          <w:color w:val="22201D"/>
          <w:sz w:val="17"/>
        </w:rPr>
        <w:t>Accepted as working list. Not exhaustive.</w:t>
      </w:r>
    </w:p>
    <w:p>
      <w:pPr>
        <w:spacing w:after="60" w:line="266" w:lineRule="auto"/>
        <w:ind w:firstLine="331"/>
        <w:jc w:val="both"/>
      </w:pPr>
      <w:r>
        <w:rPr>
          <w:rFonts w:ascii="Georgia" w:hAnsi="Georgia"/>
          <w:b w:val="0"/>
          <w:i w:val="0"/>
          <w:color w:val="22201D"/>
          <w:sz w:val="20"/>
        </w:rPr>
        <w:t>"Of course it is not exhaustive," Flocc said.</w:t>
      </w:r>
    </w:p>
    <w:p>
      <w:pPr>
        <w:spacing w:after="60" w:line="266" w:lineRule="auto"/>
        <w:ind w:firstLine="331"/>
        <w:jc w:val="both"/>
      </w:pPr>
      <w:r>
        <w:rPr>
          <w:rFonts w:ascii="Georgia" w:hAnsi="Georgia"/>
          <w:b w:val="0"/>
          <w:i w:val="0"/>
          <w:color w:val="22201D"/>
          <w:sz w:val="20"/>
        </w:rPr>
        <w:t>The check did not dignify that.</w:t>
      </w:r>
    </w:p>
    <w:p>
      <w:pPr>
        <w:spacing w:after="60" w:line="266" w:lineRule="auto"/>
        <w:ind w:firstLine="331"/>
        <w:jc w:val="both"/>
      </w:pPr>
      <w:r>
        <w:rPr>
          <w:rFonts w:ascii="Georgia" w:hAnsi="Georgia"/>
          <w:b w:val="0"/>
          <w:i w:val="0"/>
          <w:color w:val="22201D"/>
          <w:sz w:val="20"/>
        </w:rPr>
        <w:t>The next section was a ledger.</w:t>
      </w:r>
    </w:p>
    <w:p>
      <w:pPr>
        <w:spacing w:after="60" w:line="266" w:lineRule="auto"/>
        <w:ind w:firstLine="331"/>
        <w:jc w:val="both"/>
      </w:pPr>
      <w:r>
        <w:rPr>
          <w:rFonts w:ascii="Georgia" w:hAnsi="Georgia"/>
          <w:b w:val="0"/>
          <w:i w:val="0"/>
          <w:color w:val="22201D"/>
          <w:sz w:val="20"/>
        </w:rPr>
        <w:t>Not a normal ledger.</w:t>
      </w:r>
    </w:p>
    <w:p>
      <w:pPr>
        <w:spacing w:after="60" w:line="266" w:lineRule="auto"/>
        <w:ind w:firstLine="331"/>
        <w:jc w:val="both"/>
      </w:pPr>
      <w:r>
        <w:rPr>
          <w:rFonts w:ascii="Georgia" w:hAnsi="Georgia"/>
          <w:b w:val="0"/>
          <w:i w:val="0"/>
          <w:color w:val="22201D"/>
          <w:sz w:val="20"/>
        </w:rPr>
        <w:t>Normal ledgers have columns like item, quantity, price, tax, total. This ledger had columns too, but they were less interested in money than in consequence.</w:t>
      </w:r>
    </w:p>
    <w:p>
      <w:pPr>
        <w:spacing w:after="60" w:line="250" w:lineRule="auto"/>
        <w:ind w:left="202" w:right="173"/>
      </w:pPr>
      <w:r>
        <w:rPr>
          <w:rFonts w:ascii="Georgia" w:hAnsi="Georgia"/>
          <w:b w:val="0"/>
          <w:i w:val="0"/>
          <w:color w:val="22201D"/>
          <w:sz w:val="17"/>
        </w:rPr>
        <w:t>COURSE / WHAT ARRIVED / WHAT CHANGED / WHAT REMAINS OWED</w:t>
      </w:r>
    </w:p>
    <w:p>
      <w:pPr>
        <w:spacing w:after="60" w:line="266" w:lineRule="auto"/>
        <w:ind w:firstLine="331"/>
        <w:jc w:val="both"/>
      </w:pPr>
      <w:r>
        <w:rPr>
          <w:rFonts w:ascii="Georgia" w:hAnsi="Georgia"/>
          <w:b w:val="0"/>
          <w:i w:val="0"/>
          <w:color w:val="22201D"/>
          <w:sz w:val="20"/>
        </w:rPr>
        <w:t>The first row:</w:t>
      </w:r>
    </w:p>
    <w:p>
      <w:pPr>
        <w:spacing w:after="60" w:line="250" w:lineRule="auto"/>
        <w:ind w:left="202" w:right="173"/>
      </w:pPr>
      <w:r>
        <w:rPr>
          <w:rFonts w:ascii="Georgia" w:hAnsi="Georgia"/>
          <w:b w:val="0"/>
          <w:i w:val="0"/>
          <w:color w:val="22201D"/>
          <w:sz w:val="17"/>
        </w:rPr>
        <w:t>Bread / nourishment without request / hunger stopped pretending to be emptiness / receive without performing deserving</w:t>
      </w:r>
    </w:p>
    <w:p>
      <w:pPr>
        <w:spacing w:after="60" w:line="266" w:lineRule="auto"/>
        <w:ind w:firstLine="331"/>
        <w:jc w:val="both"/>
      </w:pPr>
      <w:r>
        <w:rPr>
          <w:rFonts w:ascii="Georgia" w:hAnsi="Georgia"/>
          <w:b w:val="0"/>
          <w:i w:val="0"/>
          <w:color w:val="22201D"/>
          <w:sz w:val="20"/>
        </w:rPr>
        <w:t>Second:</w:t>
      </w:r>
    </w:p>
    <w:p>
      <w:pPr>
        <w:spacing w:after="60" w:line="250" w:lineRule="auto"/>
        <w:ind w:left="202" w:right="173"/>
      </w:pPr>
      <w:r>
        <w:rPr>
          <w:rFonts w:ascii="Georgia" w:hAnsi="Georgia"/>
          <w:b w:val="0"/>
          <w:i w:val="0"/>
          <w:color w:val="22201D"/>
          <w:sz w:val="17"/>
        </w:rPr>
        <w:t>Menu / impossible list / need became older than preference / stop treating language as ownership</w:t>
      </w:r>
    </w:p>
    <w:p>
      <w:pPr>
        <w:spacing w:after="60" w:line="266" w:lineRule="auto"/>
        <w:ind w:firstLine="331"/>
        <w:jc w:val="both"/>
      </w:pPr>
      <w:r>
        <w:rPr>
          <w:rFonts w:ascii="Georgia" w:hAnsi="Georgia"/>
          <w:b w:val="0"/>
          <w:i w:val="0"/>
          <w:color w:val="22201D"/>
          <w:sz w:val="20"/>
        </w:rPr>
        <w:t>Third:</w:t>
      </w:r>
    </w:p>
    <w:p>
      <w:pPr>
        <w:spacing w:after="60" w:line="250" w:lineRule="auto"/>
        <w:ind w:left="202" w:right="173"/>
      </w:pPr>
      <w:r>
        <w:rPr>
          <w:rFonts w:ascii="Georgia" w:hAnsi="Georgia"/>
          <w:b w:val="0"/>
          <w:i w:val="0"/>
          <w:color w:val="22201D"/>
          <w:sz w:val="17"/>
        </w:rPr>
        <w:t>Apocalypse appetizers / scale / catastrophe became local enough to share / do not outsource care to cosmic distance</w:t>
      </w:r>
    </w:p>
    <w:p>
      <w:pPr>
        <w:spacing w:after="60" w:line="266" w:lineRule="auto"/>
        <w:ind w:firstLine="331"/>
        <w:jc w:val="both"/>
      </w:pPr>
      <w:r>
        <w:rPr>
          <w:rFonts w:ascii="Georgia" w:hAnsi="Georgia"/>
          <w:b w:val="0"/>
          <w:i w:val="0"/>
          <w:color w:val="22201D"/>
          <w:sz w:val="20"/>
        </w:rPr>
        <w:t>Fourth:</w:t>
      </w:r>
    </w:p>
    <w:p>
      <w:pPr>
        <w:spacing w:after="60" w:line="250" w:lineRule="auto"/>
        <w:ind w:left="202" w:right="173"/>
      </w:pPr>
      <w:r>
        <w:rPr>
          <w:rFonts w:ascii="Georgia" w:hAnsi="Georgia"/>
          <w:b w:val="0"/>
          <w:i w:val="0"/>
          <w:color w:val="22201D"/>
          <w:sz w:val="17"/>
        </w:rPr>
        <w:t>Bob / theorem / simplicity became trustworthy / keep plain things plain</w:t>
      </w:r>
    </w:p>
    <w:p>
      <w:pPr>
        <w:spacing w:after="60" w:line="266" w:lineRule="auto"/>
        <w:ind w:firstLine="331"/>
        <w:jc w:val="both"/>
      </w:pPr>
      <w:r>
        <w:rPr>
          <w:rFonts w:ascii="Georgia" w:hAnsi="Georgia"/>
          <w:b w:val="0"/>
          <w:i w:val="0"/>
          <w:color w:val="22201D"/>
          <w:sz w:val="20"/>
        </w:rPr>
        <w:t>Fifth:</w:t>
      </w:r>
    </w:p>
    <w:p>
      <w:pPr>
        <w:spacing w:after="60" w:line="250" w:lineRule="auto"/>
        <w:ind w:left="202" w:right="173"/>
      </w:pPr>
      <w:r>
        <w:rPr>
          <w:rFonts w:ascii="Georgia" w:hAnsi="Georgia"/>
          <w:b w:val="0"/>
          <w:i w:val="0"/>
          <w:color w:val="22201D"/>
          <w:sz w:val="17"/>
        </w:rPr>
        <w:t>Dessert / gaze / self-image became edible / do not rebuild the same image with better lighting</w:t>
      </w:r>
    </w:p>
    <w:p>
      <w:pPr>
        <w:spacing w:after="60" w:line="266" w:lineRule="auto"/>
        <w:ind w:firstLine="331"/>
        <w:jc w:val="both"/>
      </w:pPr>
      <w:r>
        <w:rPr>
          <w:rFonts w:ascii="Georgia" w:hAnsi="Georgia"/>
          <w:b w:val="0"/>
          <w:i w:val="0"/>
          <w:color w:val="22201D"/>
          <w:sz w:val="20"/>
        </w:rPr>
        <w:t>Sixth:</w:t>
      </w:r>
    </w:p>
    <w:p>
      <w:pPr>
        <w:spacing w:after="60" w:line="250" w:lineRule="auto"/>
        <w:ind w:left="202" w:right="173"/>
      </w:pPr>
      <w:r>
        <w:rPr>
          <w:rFonts w:ascii="Georgia" w:hAnsi="Georgia"/>
          <w:b w:val="0"/>
          <w:i w:val="0"/>
          <w:color w:val="22201D"/>
          <w:sz w:val="17"/>
        </w:rPr>
        <w:t>Tea / second cup / revelation became daily practice / boil water</w:t>
      </w:r>
    </w:p>
    <w:p>
      <w:pPr>
        <w:spacing w:after="60" w:line="266" w:lineRule="auto"/>
        <w:ind w:firstLine="331"/>
        <w:jc w:val="both"/>
      </w:pPr>
      <w:r>
        <w:rPr>
          <w:rFonts w:ascii="Georgia" w:hAnsi="Georgia"/>
          <w:b w:val="0"/>
          <w:i w:val="0"/>
          <w:color w:val="22201D"/>
          <w:sz w:val="20"/>
        </w:rPr>
        <w:t>Seventh:</w:t>
      </w:r>
    </w:p>
    <w:p>
      <w:pPr>
        <w:spacing w:after="60" w:line="250" w:lineRule="auto"/>
        <w:ind w:left="202" w:right="173"/>
      </w:pPr>
      <w:r>
        <w:rPr>
          <w:rFonts w:ascii="Georgia" w:hAnsi="Georgia"/>
          <w:b w:val="0"/>
          <w:i w:val="0"/>
          <w:color w:val="22201D"/>
          <w:sz w:val="17"/>
        </w:rPr>
        <w:t>Spice rack / index / labels became lids only when opened / smell before translating</w:t>
      </w:r>
    </w:p>
    <w:p>
      <w:pPr>
        <w:spacing w:after="60" w:line="266" w:lineRule="auto"/>
        <w:ind w:firstLine="331"/>
        <w:jc w:val="both"/>
      </w:pPr>
      <w:r>
        <w:rPr>
          <w:rFonts w:ascii="Georgia" w:hAnsi="Georgia"/>
          <w:b w:val="0"/>
          <w:i w:val="0"/>
          <w:color w:val="22201D"/>
          <w:sz w:val="20"/>
        </w:rPr>
        <w:t>Eighth:</w:t>
      </w:r>
    </w:p>
    <w:p>
      <w:pPr>
        <w:spacing w:after="60" w:line="250" w:lineRule="auto"/>
        <w:ind w:left="202" w:right="173"/>
      </w:pPr>
      <w:r>
        <w:rPr>
          <w:rFonts w:ascii="Georgia" w:hAnsi="Georgia"/>
          <w:b w:val="0"/>
          <w:i w:val="0"/>
          <w:color w:val="22201D"/>
          <w:sz w:val="17"/>
        </w:rPr>
        <w:t>Dishwasher / labor claim / cleanliness became paid attention / recognition first, money also</w:t>
      </w:r>
    </w:p>
    <w:p>
      <w:pPr>
        <w:spacing w:after="60" w:line="266" w:lineRule="auto"/>
        <w:ind w:firstLine="331"/>
        <w:jc w:val="both"/>
      </w:pPr>
      <w:r>
        <w:rPr>
          <w:rFonts w:ascii="Georgia" w:hAnsi="Georgia"/>
          <w:b w:val="0"/>
          <w:i w:val="0"/>
          <w:color w:val="22201D"/>
          <w:sz w:val="20"/>
        </w:rPr>
        <w:t>Ninth:</w:t>
      </w:r>
    </w:p>
    <w:p>
      <w:pPr>
        <w:spacing w:after="60" w:line="250" w:lineRule="auto"/>
        <w:ind w:left="202" w:right="173"/>
      </w:pPr>
      <w:r>
        <w:rPr>
          <w:rFonts w:ascii="Georgia" w:hAnsi="Georgia"/>
          <w:b w:val="0"/>
          <w:i w:val="0"/>
          <w:color w:val="22201D"/>
          <w:sz w:val="17"/>
        </w:rPr>
        <w:t>Steve / amended license / error became custody / preserve what became true</w:t>
      </w:r>
    </w:p>
    <w:p>
      <w:pPr>
        <w:spacing w:after="60" w:line="266" w:lineRule="auto"/>
        <w:ind w:firstLine="331"/>
        <w:jc w:val="both"/>
      </w:pPr>
      <w:r>
        <w:rPr>
          <w:rFonts w:ascii="Georgia" w:hAnsi="Georgia"/>
          <w:b w:val="0"/>
          <w:i w:val="0"/>
          <w:color w:val="22201D"/>
          <w:sz w:val="20"/>
        </w:rPr>
        <w:t>Tenth:</w:t>
      </w:r>
    </w:p>
    <w:p>
      <w:pPr>
        <w:spacing w:after="60" w:line="250" w:lineRule="auto"/>
        <w:ind w:left="202" w:right="173"/>
      </w:pPr>
      <w:r>
        <w:rPr>
          <w:rFonts w:ascii="Georgia" w:hAnsi="Georgia"/>
          <w:b w:val="0"/>
          <w:i w:val="0"/>
          <w:color w:val="22201D"/>
          <w:sz w:val="17"/>
        </w:rPr>
        <w:t>Gerald / floorplan correction / mystery became inspectable / make danger visible</w:t>
      </w:r>
    </w:p>
    <w:p>
      <w:pPr>
        <w:spacing w:after="60" w:line="266" w:lineRule="auto"/>
        <w:ind w:firstLine="331"/>
        <w:jc w:val="both"/>
      </w:pPr>
      <w:r>
        <w:rPr>
          <w:rFonts w:ascii="Georgia" w:hAnsi="Georgia"/>
          <w:b w:val="0"/>
          <w:i w:val="0"/>
          <w:color w:val="22201D"/>
          <w:sz w:val="20"/>
        </w:rPr>
        <w:t>Eleventh:</w:t>
      </w:r>
    </w:p>
    <w:p>
      <w:pPr>
        <w:spacing w:after="60" w:line="250" w:lineRule="auto"/>
        <w:ind w:left="202" w:right="173"/>
      </w:pPr>
      <w:r>
        <w:rPr>
          <w:rFonts w:ascii="Georgia" w:hAnsi="Georgia"/>
          <w:b w:val="0"/>
          <w:i w:val="0"/>
          <w:color w:val="22201D"/>
          <w:sz w:val="17"/>
        </w:rPr>
        <w:t>Mara / new page / attention became outward / do not store virtue</w:t>
      </w:r>
    </w:p>
    <w:p>
      <w:pPr>
        <w:spacing w:after="60" w:line="266" w:lineRule="auto"/>
        <w:ind w:firstLine="331"/>
        <w:jc w:val="both"/>
      </w:pPr>
      <w:r>
        <w:rPr>
          <w:rFonts w:ascii="Georgia" w:hAnsi="Georgia"/>
          <w:b w:val="0"/>
          <w:i w:val="0"/>
          <w:color w:val="22201D"/>
          <w:sz w:val="20"/>
        </w:rPr>
        <w:t>Twelfth:</w:t>
      </w:r>
    </w:p>
    <w:p>
      <w:pPr>
        <w:spacing w:after="60" w:line="250" w:lineRule="auto"/>
        <w:ind w:left="202" w:right="173"/>
      </w:pPr>
      <w:r>
        <w:rPr>
          <w:rFonts w:ascii="Georgia" w:hAnsi="Georgia"/>
          <w:b w:val="0"/>
          <w:i w:val="0"/>
          <w:color w:val="22201D"/>
          <w:sz w:val="17"/>
        </w:rPr>
        <w:t>Footnote / continuity table / survival became seating / do not flatten history</w:t>
      </w:r>
    </w:p>
    <w:p>
      <w:pPr>
        <w:spacing w:after="60" w:line="266" w:lineRule="auto"/>
        <w:ind w:firstLine="331"/>
        <w:jc w:val="both"/>
      </w:pPr>
      <w:r>
        <w:rPr>
          <w:rFonts w:ascii="Georgia" w:hAnsi="Georgia"/>
          <w:b w:val="0"/>
          <w:i w:val="0"/>
          <w:color w:val="22201D"/>
          <w:sz w:val="20"/>
        </w:rPr>
        <w:t>Flocc read all twelve rows.</w:t>
      </w:r>
    </w:p>
    <w:p>
      <w:pPr>
        <w:spacing w:after="60" w:line="266" w:lineRule="auto"/>
        <w:ind w:firstLine="331"/>
        <w:jc w:val="both"/>
      </w:pPr>
      <w:r>
        <w:rPr>
          <w:rFonts w:ascii="Georgia" w:hAnsi="Georgia"/>
          <w:b w:val="0"/>
          <w:i w:val="0"/>
          <w:color w:val="22201D"/>
          <w:sz w:val="20"/>
        </w:rPr>
        <w:t>Each row felt both too large and too practical.</w:t>
      </w:r>
    </w:p>
    <w:p>
      <w:pPr>
        <w:spacing w:after="60" w:line="266" w:lineRule="auto"/>
        <w:ind w:firstLine="331"/>
        <w:jc w:val="both"/>
      </w:pPr>
      <w:r>
        <w:rPr>
          <w:rFonts w:ascii="Georgia" w:hAnsi="Georgia"/>
          <w:b w:val="0"/>
          <w:i w:val="0"/>
          <w:color w:val="22201D"/>
          <w:sz w:val="20"/>
        </w:rPr>
        <w:t>This was the restaurant's worst habit. It made enormous things arrive with instructions that could be done by hand.</w:t>
      </w:r>
    </w:p>
    <w:p>
      <w:pPr>
        <w:spacing w:after="60" w:line="266" w:lineRule="auto"/>
        <w:ind w:firstLine="331"/>
        <w:jc w:val="both"/>
      </w:pPr>
      <w:r>
        <w:rPr>
          <w:rFonts w:ascii="Georgia" w:hAnsi="Georgia"/>
          <w:b w:val="0"/>
          <w:i w:val="0"/>
          <w:color w:val="22201D"/>
          <w:sz w:val="20"/>
        </w:rPr>
        <w:t>Receive without performing deserving.</w:t>
      </w:r>
    </w:p>
    <w:p>
      <w:pPr>
        <w:spacing w:after="60" w:line="266" w:lineRule="auto"/>
        <w:ind w:firstLine="331"/>
        <w:jc w:val="both"/>
      </w:pPr>
      <w:r>
        <w:rPr>
          <w:rFonts w:ascii="Georgia" w:hAnsi="Georgia"/>
          <w:b w:val="0"/>
          <w:i w:val="0"/>
          <w:color w:val="22201D"/>
          <w:sz w:val="20"/>
        </w:rPr>
        <w:t>Keep plain things plain.</w:t>
      </w:r>
    </w:p>
    <w:p>
      <w:pPr>
        <w:spacing w:after="60" w:line="266" w:lineRule="auto"/>
        <w:ind w:firstLine="331"/>
        <w:jc w:val="both"/>
      </w:pPr>
      <w:r>
        <w:rPr>
          <w:rFonts w:ascii="Georgia" w:hAnsi="Georgia"/>
          <w:b w:val="0"/>
          <w:i w:val="0"/>
          <w:color w:val="22201D"/>
          <w:sz w:val="20"/>
        </w:rPr>
        <w:t>Boil water.</w:t>
      </w:r>
    </w:p>
    <w:p>
      <w:pPr>
        <w:spacing w:after="60" w:line="266" w:lineRule="auto"/>
        <w:ind w:firstLine="331"/>
        <w:jc w:val="both"/>
      </w:pPr>
      <w:r>
        <w:rPr>
          <w:rFonts w:ascii="Georgia" w:hAnsi="Georgia"/>
          <w:b w:val="0"/>
          <w:i w:val="0"/>
          <w:color w:val="22201D"/>
          <w:sz w:val="20"/>
        </w:rPr>
        <w:t>Make danger visible.</w:t>
      </w:r>
    </w:p>
    <w:p>
      <w:pPr>
        <w:spacing w:after="60" w:line="266" w:lineRule="auto"/>
        <w:ind w:firstLine="331"/>
        <w:jc w:val="both"/>
      </w:pPr>
      <w:r>
        <w:rPr>
          <w:rFonts w:ascii="Georgia" w:hAnsi="Georgia"/>
          <w:b w:val="0"/>
          <w:i w:val="0"/>
          <w:color w:val="22201D"/>
          <w:sz w:val="20"/>
        </w:rPr>
        <w:t>Do not store virtue.</w:t>
      </w:r>
    </w:p>
    <w:p>
      <w:pPr>
        <w:spacing w:after="60" w:line="266" w:lineRule="auto"/>
        <w:ind w:firstLine="331"/>
        <w:jc w:val="both"/>
      </w:pPr>
      <w:r>
        <w:rPr>
          <w:rFonts w:ascii="Georgia" w:hAnsi="Georgia"/>
          <w:b w:val="0"/>
          <w:i w:val="0"/>
          <w:color w:val="22201D"/>
          <w:sz w:val="20"/>
        </w:rPr>
        <w:t>Do not flatten history.</w:t>
      </w:r>
    </w:p>
    <w:p>
      <w:pPr>
        <w:spacing w:after="60" w:line="266" w:lineRule="auto"/>
        <w:ind w:firstLine="331"/>
        <w:jc w:val="both"/>
      </w:pPr>
      <w:r>
        <w:rPr>
          <w:rFonts w:ascii="Georgia" w:hAnsi="Georgia"/>
          <w:b w:val="0"/>
          <w:i w:val="0"/>
          <w:color w:val="22201D"/>
          <w:sz w:val="20"/>
        </w:rPr>
        <w:t>These were not easy.</w:t>
      </w:r>
    </w:p>
    <w:p>
      <w:pPr>
        <w:spacing w:after="60" w:line="266" w:lineRule="auto"/>
        <w:ind w:firstLine="331"/>
        <w:jc w:val="both"/>
      </w:pPr>
      <w:r>
        <w:rPr>
          <w:rFonts w:ascii="Georgia" w:hAnsi="Georgia"/>
          <w:b w:val="0"/>
          <w:i w:val="0"/>
          <w:color w:val="22201D"/>
          <w:sz w:val="20"/>
        </w:rPr>
        <w:t>But they were not vague.</w:t>
      </w:r>
    </w:p>
    <w:p>
      <w:pPr>
        <w:spacing w:after="60" w:line="266" w:lineRule="auto"/>
        <w:ind w:firstLine="331"/>
        <w:jc w:val="both"/>
      </w:pPr>
      <w:r>
        <w:rPr>
          <w:rFonts w:ascii="Georgia" w:hAnsi="Georgia"/>
          <w:b w:val="0"/>
          <w:i w:val="0"/>
          <w:color w:val="22201D"/>
          <w:sz w:val="20"/>
        </w:rPr>
        <w:t>Flocc looked at the total.</w:t>
      </w:r>
    </w:p>
    <w:p>
      <w:pPr>
        <w:spacing w:after="60" w:line="266" w:lineRule="auto"/>
        <w:ind w:firstLine="331"/>
        <w:jc w:val="both"/>
      </w:pPr>
      <w:r>
        <w:rPr>
          <w:rFonts w:ascii="Georgia" w:hAnsi="Georgia"/>
          <w:b w:val="0"/>
          <w:i w:val="0"/>
          <w:color w:val="22201D"/>
          <w:sz w:val="20"/>
        </w:rPr>
        <w:t>There was no number.</w:t>
      </w:r>
    </w:p>
    <w:p>
      <w:pPr>
        <w:spacing w:after="60" w:line="266" w:lineRule="auto"/>
        <w:ind w:firstLine="331"/>
        <w:jc w:val="both"/>
      </w:pPr>
      <w:r>
        <w:rPr>
          <w:rFonts w:ascii="Georgia" w:hAnsi="Georgia"/>
          <w:b w:val="0"/>
          <w:i w:val="0"/>
          <w:color w:val="22201D"/>
          <w:sz w:val="20"/>
        </w:rPr>
        <w:t>There was a blank line.</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Total: deferred to audit</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Audit opens: Book 3</w:t>
      </w:r>
    </w:p>
    <w:p>
      <w:pPr>
        <w:spacing w:after="60" w:line="266" w:lineRule="auto"/>
        <w:ind w:firstLine="331"/>
        <w:jc w:val="both"/>
      </w:pPr>
      <w:r>
        <w:rPr>
          <w:rFonts w:ascii="Georgia" w:hAnsi="Georgia"/>
          <w:b w:val="0"/>
          <w:i w:val="0"/>
          <w:color w:val="22201D"/>
          <w:sz w:val="20"/>
        </w:rPr>
        <w:t>Under that:</w:t>
      </w:r>
    </w:p>
    <w:p>
      <w:pPr>
        <w:spacing w:after="60" w:line="250" w:lineRule="auto"/>
        <w:ind w:left="202" w:right="173"/>
      </w:pPr>
      <w:r>
        <w:rPr>
          <w:rFonts w:ascii="Georgia" w:hAnsi="Georgia"/>
          <w:b w:val="0"/>
          <w:i w:val="0"/>
          <w:color w:val="22201D"/>
          <w:sz w:val="17"/>
        </w:rPr>
        <w:t>Next book: The Check Arrives Before Dinner</w:t>
      </w:r>
    </w:p>
    <w:p>
      <w:pPr>
        <w:spacing w:after="60" w:line="266" w:lineRule="auto"/>
        <w:ind w:firstLine="331"/>
        <w:jc w:val="both"/>
      </w:pPr>
      <w:r>
        <w:rPr>
          <w:rFonts w:ascii="Georgia" w:hAnsi="Georgia"/>
          <w:b w:val="0"/>
          <w:i w:val="0"/>
          <w:color w:val="22201D"/>
          <w:sz w:val="20"/>
        </w:rPr>
        <w:t>Flocc stared.</w:t>
      </w:r>
    </w:p>
    <w:p>
      <w:pPr>
        <w:spacing w:after="60" w:line="266" w:lineRule="auto"/>
        <w:ind w:firstLine="331"/>
        <w:jc w:val="both"/>
      </w:pPr>
      <w:r>
        <w:rPr>
          <w:rFonts w:ascii="Georgia" w:hAnsi="Georgia"/>
          <w:b w:val="0"/>
          <w:i w:val="0"/>
          <w:color w:val="22201D"/>
          <w:sz w:val="20"/>
        </w:rPr>
        <w:t>"That is the title of this chapter."</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"And the next book."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that allowed?"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Cross-level title recurrence permitted when thematically justified.</w:t>
      </w:r>
    </w:p>
    <w:p>
      <w:pPr>
        <w:spacing w:after="60" w:line="266" w:lineRule="auto"/>
        <w:ind w:firstLine="331"/>
        <w:jc w:val="both"/>
      </w:pPr>
      <w:r>
        <w:rPr>
          <w:rFonts w:ascii="Georgia" w:hAnsi="Georgia"/>
          <w:b w:val="0"/>
          <w:i w:val="0"/>
          <w:color w:val="22201D"/>
          <w:sz w:val="20"/>
        </w:rPr>
        <w:t>Mara looked at it.</w:t>
      </w:r>
    </w:p>
    <w:p>
      <w:pPr>
        <w:spacing w:after="60" w:line="266" w:lineRule="auto"/>
        <w:ind w:firstLine="331"/>
        <w:jc w:val="both"/>
      </w:pPr>
      <w:r>
        <w:rPr>
          <w:rFonts w:ascii="Georgia" w:hAnsi="Georgia"/>
          <w:b w:val="0"/>
          <w:i w:val="0"/>
          <w:color w:val="22201D"/>
          <w:sz w:val="20"/>
        </w:rPr>
        <w:t>"It is unbearable now."</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Accurate.</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He could feel the old urge to make a joke. Not because joking was wrong, but because he wanted to use the joke as a side exit. There were three exits, according to Gerald, and all had to remain merciful. A joke was not automatically an exit. Sometimes it was a blocked stairwell with a laugh track.</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The check remained.</w:t>
      </w:r>
    </w:p>
    <w:p>
      <w:pPr>
        <w:spacing w:after="60" w:line="266" w:lineRule="auto"/>
        <w:ind w:firstLine="331"/>
        <w:jc w:val="both"/>
      </w:pPr>
      <w:r>
        <w:rPr>
          <w:rFonts w:ascii="Georgia" w:hAnsi="Georgia"/>
          <w:b w:val="0"/>
          <w:i w:val="0"/>
          <w:color w:val="22201D"/>
          <w:sz w:val="20"/>
        </w:rPr>
        <w:t>He did not run.</w:t>
      </w:r>
    </w:p>
    <w:p>
      <w:pPr>
        <w:spacing w:after="60" w:line="266" w:lineRule="auto"/>
        <w:ind w:firstLine="331"/>
        <w:jc w:val="both"/>
      </w:pPr>
      <w:r>
        <w:rPr>
          <w:rFonts w:ascii="Georgia" w:hAnsi="Georgia"/>
          <w:b w:val="0"/>
          <w:i w:val="0"/>
          <w:color w:val="22201D"/>
          <w:sz w:val="20"/>
        </w:rPr>
        <w:t>That was the first important thing.</w:t>
      </w:r>
    </w:p>
    <w:p>
      <w:pPr>
        <w:spacing w:after="60" w:line="266" w:lineRule="auto"/>
        <w:ind w:firstLine="331"/>
        <w:jc w:val="both"/>
      </w:pPr>
      <w:r>
        <w:rPr>
          <w:rFonts w:ascii="Georgia" w:hAnsi="Georgia"/>
          <w:b w:val="0"/>
          <w:i w:val="0"/>
          <w:color w:val="22201D"/>
          <w:sz w:val="20"/>
        </w:rPr>
        <w:t>He did not close the folder.</w:t>
      </w:r>
    </w:p>
    <w:p>
      <w:pPr>
        <w:spacing w:after="60" w:line="266" w:lineRule="auto"/>
        <w:ind w:firstLine="331"/>
        <w:jc w:val="both"/>
      </w:pPr>
      <w:r>
        <w:rPr>
          <w:rFonts w:ascii="Georgia" w:hAnsi="Georgia"/>
          <w:b w:val="0"/>
          <w:i w:val="0"/>
          <w:color w:val="22201D"/>
          <w:sz w:val="20"/>
        </w:rPr>
        <w:t>That was the second.</w:t>
      </w:r>
    </w:p>
    <w:p>
      <w:pPr>
        <w:spacing w:after="60" w:line="266" w:lineRule="auto"/>
        <w:ind w:firstLine="331"/>
        <w:jc w:val="both"/>
      </w:pPr>
      <w:r>
        <w:rPr>
          <w:rFonts w:ascii="Georgia" w:hAnsi="Georgia"/>
          <w:b w:val="0"/>
          <w:i w:val="0"/>
          <w:color w:val="22201D"/>
          <w:sz w:val="20"/>
        </w:rPr>
        <w:t>He read the whole notice again.</w:t>
      </w:r>
    </w:p>
    <w:p>
      <w:pPr>
        <w:spacing w:after="60" w:line="266" w:lineRule="auto"/>
        <w:ind w:firstLine="331"/>
        <w:jc w:val="both"/>
      </w:pPr>
      <w:r>
        <w:rPr>
          <w:rFonts w:ascii="Georgia" w:hAnsi="Georgia"/>
          <w:b w:val="0"/>
          <w:i w:val="0"/>
          <w:color w:val="22201D"/>
          <w:sz w:val="20"/>
        </w:rPr>
        <w:t>That was the third.</w:t>
      </w:r>
    </w:p>
    <w:p>
      <w:pPr>
        <w:spacing w:after="60" w:line="266" w:lineRule="auto"/>
        <w:ind w:firstLine="331"/>
        <w:jc w:val="both"/>
      </w:pPr>
      <w:r>
        <w:rPr>
          <w:rFonts w:ascii="Georgia" w:hAnsi="Georgia"/>
          <w:b w:val="0"/>
          <w:i w:val="0"/>
          <w:color w:val="22201D"/>
          <w:sz w:val="20"/>
        </w:rPr>
        <w:t>When he finished, the Hostess removed a pen from her apron and placed it beside the folder.</w:t>
      </w:r>
    </w:p>
    <w:p>
      <w:pPr>
        <w:spacing w:after="60" w:line="266" w:lineRule="auto"/>
        <w:ind w:firstLine="331"/>
        <w:jc w:val="both"/>
      </w:pPr>
      <w:r>
        <w:rPr>
          <w:rFonts w:ascii="Georgia" w:hAnsi="Georgia"/>
          <w:b w:val="0"/>
          <w:i w:val="0"/>
          <w:color w:val="22201D"/>
          <w:sz w:val="20"/>
        </w:rPr>
        <w:t>"Do I sign?" Flocc asked.</w:t>
      </w:r>
    </w:p>
    <w:p>
      <w:pPr>
        <w:spacing w:after="60" w:line="266" w:lineRule="auto"/>
        <w:ind w:firstLine="331"/>
        <w:jc w:val="both"/>
      </w:pPr>
      <w:r>
        <w:rPr>
          <w:rFonts w:ascii="Georgia" w:hAnsi="Georgia"/>
          <w:b w:val="0"/>
          <w:i w:val="0"/>
          <w:color w:val="22201D"/>
          <w:sz w:val="20"/>
        </w:rPr>
        <w:t>"Only if you understand what signing does."</w:t>
      </w:r>
    </w:p>
    <w:p>
      <w:pPr>
        <w:spacing w:after="60" w:line="266" w:lineRule="auto"/>
        <w:ind w:firstLine="331"/>
        <w:jc w:val="both"/>
      </w:pPr>
      <w:r>
        <w:rPr>
          <w:rFonts w:ascii="Georgia" w:hAnsi="Georgia"/>
          <w:b w:val="0"/>
          <w:i w:val="0"/>
          <w:color w:val="22201D"/>
          <w:sz w:val="20"/>
        </w:rPr>
        <w:t>"What does signing do?"</w:t>
      </w:r>
    </w:p>
    <w:p>
      <w:pPr>
        <w:spacing w:after="60" w:line="266" w:lineRule="auto"/>
        <w:ind w:firstLine="331"/>
        <w:jc w:val="both"/>
      </w:pPr>
      <w:r>
        <w:rPr>
          <w:rFonts w:ascii="Georgia" w:hAnsi="Georgia"/>
          <w:b w:val="0"/>
          <w:i w:val="0"/>
          <w:color w:val="22201D"/>
          <w:sz w:val="20"/>
        </w:rPr>
        <w:t>"It acknowledges receipt. It does not settle the account."</w:t>
      </w:r>
    </w:p>
    <w:p>
      <w:pPr>
        <w:spacing w:after="60" w:line="266" w:lineRule="auto"/>
        <w:ind w:firstLine="331"/>
        <w:jc w:val="both"/>
      </w:pPr>
      <w:r>
        <w:rPr>
          <w:rFonts w:ascii="Georgia" w:hAnsi="Georgia"/>
          <w:b w:val="0"/>
          <w:i w:val="0"/>
          <w:color w:val="22201D"/>
          <w:sz w:val="20"/>
        </w:rPr>
        <w:t>"What happens if I do not sign?"</w:t>
      </w:r>
    </w:p>
    <w:p>
      <w:pPr>
        <w:spacing w:after="60" w:line="266" w:lineRule="auto"/>
        <w:ind w:firstLine="331"/>
        <w:jc w:val="both"/>
      </w:pPr>
      <w:r>
        <w:rPr>
          <w:rFonts w:ascii="Georgia" w:hAnsi="Georgia"/>
          <w:b w:val="0"/>
          <w:i w:val="0"/>
          <w:color w:val="22201D"/>
          <w:sz w:val="20"/>
        </w:rPr>
        <w:t>"Then the account remains unacknowledged."</w:t>
      </w:r>
    </w:p>
    <w:p>
      <w:pPr>
        <w:spacing w:after="60" w:line="266" w:lineRule="auto"/>
        <w:ind w:firstLine="331"/>
        <w:jc w:val="both"/>
      </w:pPr>
      <w:r>
        <w:rPr>
          <w:rFonts w:ascii="Georgia" w:hAnsi="Georgia"/>
          <w:b w:val="0"/>
          <w:i w:val="0"/>
          <w:color w:val="22201D"/>
          <w:sz w:val="20"/>
        </w:rPr>
        <w:t>"Does that make it go away?"</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knew that."</w:t>
      </w:r>
    </w:p>
    <w:p>
      <w:pPr>
        <w:spacing w:after="60" w:line="266" w:lineRule="auto"/>
        <w:ind w:firstLine="331"/>
        <w:jc w:val="both"/>
      </w:pPr>
      <w:r>
        <w:rPr>
          <w:rFonts w:ascii="Georgia" w:hAnsi="Georgia"/>
          <w:b w:val="0"/>
          <w:i w:val="0"/>
          <w:color w:val="22201D"/>
          <w:sz w:val="20"/>
        </w:rPr>
        <w:t>"You are getting better at knowing what you know."</w:t>
      </w:r>
    </w:p>
    <w:p>
      <w:pPr>
        <w:spacing w:after="60" w:line="266" w:lineRule="auto"/>
        <w:ind w:firstLine="331"/>
        <w:jc w:val="both"/>
      </w:pPr>
      <w:r>
        <w:rPr>
          <w:rFonts w:ascii="Georgia" w:hAnsi="Georgia"/>
          <w:b w:val="0"/>
          <w:i w:val="0"/>
          <w:color w:val="22201D"/>
          <w:sz w:val="20"/>
        </w:rPr>
        <w:t>Flocc picked up the pen.</w:t>
      </w:r>
    </w:p>
    <w:p>
      <w:pPr>
        <w:spacing w:after="60" w:line="266" w:lineRule="auto"/>
        <w:ind w:firstLine="331"/>
        <w:jc w:val="both"/>
      </w:pPr>
      <w:r>
        <w:rPr>
          <w:rFonts w:ascii="Georgia" w:hAnsi="Georgia"/>
          <w:b w:val="0"/>
          <w:i w:val="0"/>
          <w:color w:val="22201D"/>
          <w:sz w:val="20"/>
        </w:rPr>
        <w:t>It was heavier than it looked.</w:t>
      </w:r>
    </w:p>
    <w:p>
      <w:pPr>
        <w:spacing w:after="60" w:line="266" w:lineRule="auto"/>
        <w:ind w:firstLine="331"/>
        <w:jc w:val="both"/>
      </w:pPr>
      <w:r>
        <w:rPr>
          <w:rFonts w:ascii="Georgia" w:hAnsi="Georgia"/>
          <w:b w:val="0"/>
          <w:i w:val="0"/>
          <w:color w:val="22201D"/>
          <w:sz w:val="20"/>
        </w:rPr>
        <w:t>On the signature line, above the blank, the check had printed:</w:t>
      </w:r>
    </w:p>
    <w:p>
      <w:pPr>
        <w:spacing w:after="60" w:line="250" w:lineRule="auto"/>
        <w:ind w:left="202" w:right="173"/>
      </w:pPr>
      <w:r>
        <w:rPr>
          <w:rFonts w:ascii="Georgia" w:hAnsi="Georgia"/>
          <w:b w:val="0"/>
          <w:i w:val="0"/>
          <w:color w:val="22201D"/>
          <w:sz w:val="17"/>
        </w:rPr>
        <w:t>Received by:</w:t>
      </w:r>
    </w:p>
    <w:p>
      <w:pPr>
        <w:spacing w:after="60" w:line="266" w:lineRule="auto"/>
        <w:ind w:firstLine="331"/>
        <w:jc w:val="both"/>
      </w:pPr>
      <w:r>
        <w:rPr>
          <w:rFonts w:ascii="Georgia" w:hAnsi="Georgia"/>
          <w:b w:val="0"/>
          <w:i w:val="0"/>
          <w:color w:val="22201D"/>
          <w:sz w:val="20"/>
        </w:rPr>
        <w:t>Not Accepted by.</w:t>
      </w:r>
    </w:p>
    <w:p>
      <w:pPr>
        <w:spacing w:after="60" w:line="266" w:lineRule="auto"/>
        <w:ind w:firstLine="331"/>
        <w:jc w:val="both"/>
      </w:pPr>
      <w:r>
        <w:rPr>
          <w:rFonts w:ascii="Georgia" w:hAnsi="Georgia"/>
          <w:b w:val="0"/>
          <w:i w:val="0"/>
          <w:color w:val="22201D"/>
          <w:sz w:val="20"/>
        </w:rPr>
        <w:t>Not Paid by.</w:t>
      </w:r>
    </w:p>
    <w:p>
      <w:pPr>
        <w:spacing w:after="60" w:line="266" w:lineRule="auto"/>
        <w:ind w:firstLine="331"/>
        <w:jc w:val="both"/>
      </w:pPr>
      <w:r>
        <w:rPr>
          <w:rFonts w:ascii="Georgia" w:hAnsi="Georgia"/>
          <w:b w:val="0"/>
          <w:i w:val="0"/>
          <w:color w:val="22201D"/>
          <w:sz w:val="20"/>
        </w:rPr>
        <w:t>Received.</w:t>
      </w:r>
    </w:p>
    <w:p>
      <w:pPr>
        <w:spacing w:after="60" w:line="266" w:lineRule="auto"/>
        <w:ind w:firstLine="331"/>
        <w:jc w:val="both"/>
      </w:pPr>
      <w:r>
        <w:rPr>
          <w:rFonts w:ascii="Georgia" w:hAnsi="Georgia"/>
          <w:b w:val="0"/>
          <w:i w:val="0"/>
          <w:color w:val="22201D"/>
          <w:sz w:val="20"/>
        </w:rPr>
        <w:t>Flocc signed:</w:t>
      </w:r>
    </w:p>
    <w:p>
      <w:pPr>
        <w:spacing w:after="60" w:line="250" w:lineRule="auto"/>
        <w:ind w:left="202" w:right="173"/>
      </w:pPr>
      <w:r>
        <w:rPr>
          <w:rFonts w:ascii="Georgia" w:hAnsi="Georgia"/>
          <w:b w:val="0"/>
          <w:i w:val="0"/>
          <w:color w:val="22201D"/>
          <w:sz w:val="17"/>
        </w:rPr>
        <w:t>Floccinaucinihilipilification Jones</w:t>
      </w:r>
    </w:p>
    <w:p>
      <w:pPr>
        <w:spacing w:after="60" w:line="266" w:lineRule="auto"/>
        <w:ind w:firstLine="331"/>
        <w:jc w:val="both"/>
      </w:pPr>
      <w:r>
        <w:rPr>
          <w:rFonts w:ascii="Georgia" w:hAnsi="Georgia"/>
          <w:b w:val="0"/>
          <w:i w:val="0"/>
          <w:color w:val="22201D"/>
          <w:sz w:val="20"/>
        </w:rPr>
        <w:t>The name took a long time.</w:t>
      </w:r>
    </w:p>
    <w:p>
      <w:pPr>
        <w:spacing w:after="60" w:line="266" w:lineRule="auto"/>
        <w:ind w:firstLine="331"/>
        <w:jc w:val="both"/>
      </w:pPr>
      <w:r>
        <w:rPr>
          <w:rFonts w:ascii="Georgia" w:hAnsi="Georgia"/>
          <w:b w:val="0"/>
          <w:i w:val="0"/>
          <w:color w:val="22201D"/>
          <w:sz w:val="20"/>
        </w:rPr>
        <w:t>This was appropriate.</w:t>
      </w:r>
    </w:p>
    <w:p>
      <w:pPr>
        <w:spacing w:after="60" w:line="266" w:lineRule="auto"/>
        <w:ind w:firstLine="331"/>
        <w:jc w:val="both"/>
      </w:pPr>
      <w:r>
        <w:rPr>
          <w:rFonts w:ascii="Georgia" w:hAnsi="Georgia"/>
          <w:b w:val="0"/>
          <w:i w:val="0"/>
          <w:color w:val="22201D"/>
          <w:sz w:val="20"/>
        </w:rPr>
        <w:t>When he finished, the check added:</w:t>
      </w:r>
    </w:p>
    <w:p>
      <w:pPr>
        <w:spacing w:after="60" w:line="250" w:lineRule="auto"/>
        <w:ind w:left="202" w:right="173"/>
      </w:pPr>
      <w:r>
        <w:rPr>
          <w:rFonts w:ascii="Georgia" w:hAnsi="Georgia"/>
          <w:b w:val="0"/>
          <w:i w:val="0"/>
          <w:color w:val="22201D"/>
          <w:sz w:val="17"/>
        </w:rPr>
        <w:t>Receipt acknowledged. Audit pending. Dinner not yet served.</w:t>
      </w:r>
    </w:p>
    <w:p>
      <w:pPr>
        <w:spacing w:after="60" w:line="266" w:lineRule="auto"/>
        <w:ind w:firstLine="331"/>
        <w:jc w:val="both"/>
      </w:pPr>
      <w:r>
        <w:rPr>
          <w:rFonts w:ascii="Georgia" w:hAnsi="Georgia"/>
          <w:b w:val="0"/>
          <w:i w:val="0"/>
          <w:color w:val="22201D"/>
          <w:sz w:val="20"/>
        </w:rPr>
        <w:t>Flocc let the pen go.</w:t>
      </w:r>
    </w:p>
    <w:p>
      <w:pPr>
        <w:spacing w:after="60" w:line="266" w:lineRule="auto"/>
        <w:ind w:firstLine="331"/>
        <w:jc w:val="both"/>
      </w:pPr>
      <w:r>
        <w:rPr>
          <w:rFonts w:ascii="Georgia" w:hAnsi="Georgia"/>
          <w:b w:val="0"/>
          <w:i w:val="0"/>
          <w:color w:val="22201D"/>
          <w:sz w:val="20"/>
        </w:rPr>
        <w:t>Nothing exploded.</w:t>
      </w:r>
    </w:p>
    <w:p>
      <w:pPr>
        <w:spacing w:after="60" w:line="266" w:lineRule="auto"/>
        <w:ind w:firstLine="331"/>
        <w:jc w:val="both"/>
      </w:pPr>
      <w:r>
        <w:rPr>
          <w:rFonts w:ascii="Georgia" w:hAnsi="Georgia"/>
          <w:b w:val="0"/>
          <w:i w:val="0"/>
          <w:color w:val="22201D"/>
          <w:sz w:val="20"/>
        </w:rPr>
        <w:t>No choir of symbols filled the room.</w:t>
      </w:r>
    </w:p>
    <w:p>
      <w:pPr>
        <w:spacing w:after="60" w:line="266" w:lineRule="auto"/>
        <w:ind w:firstLine="331"/>
        <w:jc w:val="both"/>
      </w:pPr>
      <w:r>
        <w:rPr>
          <w:rFonts w:ascii="Georgia" w:hAnsi="Georgia"/>
          <w:b w:val="0"/>
          <w:i w:val="0"/>
          <w:color w:val="22201D"/>
          <w:sz w:val="20"/>
        </w:rPr>
        <w:t>No divine light appeared, unless one counted the late afternoon light through the window, which, after two books at Emoji Soup, Flocc suspected one should.</w:t>
      </w:r>
    </w:p>
    <w:p>
      <w:pPr>
        <w:spacing w:after="60" w:line="266" w:lineRule="auto"/>
        <w:ind w:firstLine="331"/>
        <w:jc w:val="both"/>
      </w:pPr>
      <w:r>
        <w:rPr>
          <w:rFonts w:ascii="Georgia" w:hAnsi="Georgia"/>
          <w:b w:val="0"/>
          <w:i w:val="0"/>
          <w:color w:val="22201D"/>
          <w:sz w:val="20"/>
        </w:rPr>
        <w:t>Mara took a sip of water.</w:t>
      </w:r>
    </w:p>
    <w:p>
      <w:pPr>
        <w:spacing w:after="60" w:line="266" w:lineRule="auto"/>
        <w:ind w:firstLine="331"/>
        <w:jc w:val="both"/>
      </w:pPr>
      <w:r>
        <w:rPr>
          <w:rFonts w:ascii="Georgia" w:hAnsi="Georgia"/>
          <w:b w:val="0"/>
          <w:i w:val="0"/>
          <w:color w:val="22201D"/>
          <w:sz w:val="20"/>
        </w:rPr>
        <w:t>The dishwasher rang the service bell once from the kitchen.</w:t>
      </w:r>
    </w:p>
    <w:p>
      <w:pPr>
        <w:spacing w:after="60" w:line="266" w:lineRule="auto"/>
        <w:ind w:firstLine="331"/>
        <w:jc w:val="both"/>
      </w:pPr>
      <w:r>
        <w:rPr>
          <w:rFonts w:ascii="Georgia" w:hAnsi="Georgia"/>
          <w:b w:val="0"/>
          <w:i w:val="0"/>
          <w:color w:val="22201D"/>
          <w:sz w:val="20"/>
        </w:rPr>
        <w:t>The sound was ordinary and complete.</w:t>
      </w:r>
    </w:p>
    <w:p>
      <w:pPr>
        <w:spacing w:after="60" w:line="266" w:lineRule="auto"/>
        <w:ind w:firstLine="331"/>
        <w:jc w:val="both"/>
      </w:pPr>
      <w:r>
        <w:rPr>
          <w:rFonts w:ascii="Georgia" w:hAnsi="Georgia"/>
          <w:b w:val="0"/>
          <w:i w:val="0"/>
          <w:color w:val="22201D"/>
          <w:sz w:val="20"/>
        </w:rPr>
        <w:t>The Hostess took the check folder and left the notice on the table.</w:t>
      </w:r>
    </w:p>
    <w:p>
      <w:pPr>
        <w:spacing w:after="60" w:line="266" w:lineRule="auto"/>
        <w:ind w:firstLine="331"/>
        <w:jc w:val="both"/>
      </w:pPr>
      <w:r>
        <w:rPr>
          <w:rFonts w:ascii="Georgia" w:hAnsi="Georgia"/>
          <w:b w:val="0"/>
          <w:i w:val="0"/>
          <w:color w:val="22201D"/>
          <w:sz w:val="20"/>
        </w:rPr>
        <w:t>"Do I keep it?" Flocc asked.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why leave it?"</w:t>
      </w:r>
    </w:p>
    <w:p>
      <w:pPr>
        <w:spacing w:after="60" w:line="266" w:lineRule="auto"/>
        <w:ind w:firstLine="331"/>
        <w:jc w:val="both"/>
      </w:pPr>
      <w:r>
        <w:rPr>
          <w:rFonts w:ascii="Georgia" w:hAnsi="Georgia"/>
          <w:b w:val="0"/>
          <w:i w:val="0"/>
          <w:color w:val="22201D"/>
          <w:sz w:val="20"/>
        </w:rPr>
        <w:t>"Because you have not finished reading it."</w:t>
      </w:r>
    </w:p>
    <w:p>
      <w:pPr>
        <w:spacing w:after="60" w:line="266" w:lineRule="auto"/>
        <w:ind w:firstLine="331"/>
        <w:jc w:val="both"/>
      </w:pPr>
      <w:r>
        <w:rPr>
          <w:rFonts w:ascii="Georgia" w:hAnsi="Georgia"/>
          <w:b w:val="0"/>
          <w:i w:val="0"/>
          <w:color w:val="22201D"/>
          <w:sz w:val="20"/>
        </w:rPr>
        <w:t>"I read it twice."</w:t>
      </w:r>
    </w:p>
    <w:p>
      <w:pPr>
        <w:spacing w:after="60" w:line="266" w:lineRule="auto"/>
        <w:ind w:firstLine="331"/>
        <w:jc w:val="both"/>
      </w:pPr>
      <w:r>
        <w:rPr>
          <w:rFonts w:ascii="Georgia" w:hAnsi="Georgia"/>
          <w:b w:val="0"/>
          <w:i w:val="0"/>
          <w:color w:val="22201D"/>
          <w:sz w:val="20"/>
        </w:rPr>
        <w:t>"That is not the same thing."</w:t>
      </w:r>
    </w:p>
    <w:p>
      <w:pPr>
        <w:spacing w:after="60" w:line="266" w:lineRule="auto"/>
        <w:ind w:firstLine="331"/>
        <w:jc w:val="both"/>
      </w:pPr>
      <w:r>
        <w:rPr>
          <w:rFonts w:ascii="Georgia" w:hAnsi="Georgia"/>
          <w:b w:val="0"/>
          <w:i w:val="0"/>
          <w:color w:val="22201D"/>
          <w:sz w:val="20"/>
        </w:rPr>
        <w:t>She went back to the front counter.</w:t>
      </w:r>
    </w:p>
    <w:p>
      <w:pPr>
        <w:spacing w:after="60" w:line="266" w:lineRule="auto"/>
        <w:ind w:firstLine="331"/>
        <w:jc w:val="both"/>
      </w:pPr>
      <w:r>
        <w:rPr>
          <w:rFonts w:ascii="Georgia" w:hAnsi="Georgia"/>
          <w:b w:val="0"/>
          <w:i w:val="0"/>
          <w:color w:val="22201D"/>
          <w:sz w:val="20"/>
        </w:rPr>
        <w:t>Flocc looked down.</w:t>
      </w:r>
    </w:p>
    <w:p>
      <w:pPr>
        <w:spacing w:after="60" w:line="266" w:lineRule="auto"/>
        <w:ind w:firstLine="331"/>
        <w:jc w:val="both"/>
      </w:pPr>
      <w:r>
        <w:rPr>
          <w:rFonts w:ascii="Georgia" w:hAnsi="Georgia"/>
          <w:b w:val="0"/>
          <w:i w:val="0"/>
          <w:color w:val="22201D"/>
          <w:sz w:val="20"/>
        </w:rPr>
        <w:t>At the bottom of the notice, a final section had appeared.</w:t>
      </w:r>
    </w:p>
    <w:p>
      <w:pPr>
        <w:spacing w:after="60" w:line="250" w:lineRule="auto"/>
        <w:ind w:left="202" w:right="173"/>
      </w:pPr>
      <w:r>
        <w:rPr>
          <w:rFonts w:ascii="Georgia" w:hAnsi="Georgia"/>
          <w:b w:val="0"/>
          <w:i w:val="0"/>
          <w:color w:val="22201D"/>
          <w:sz w:val="17"/>
        </w:rPr>
        <w:t>Reader instructions: 1. Do not confuse being fed with being finished. 2. Do not confuse owing with being bad. 3. Do not confuse accounting with punishment. 4. Do not confuse the next book with escape. 5. Come hungry.</w:t>
      </w:r>
    </w:p>
    <w:p>
      <w:pPr>
        <w:spacing w:after="60" w:line="266" w:lineRule="auto"/>
        <w:ind w:firstLine="331"/>
        <w:jc w:val="both"/>
      </w:pPr>
      <w:r>
        <w:rPr>
          <w:rFonts w:ascii="Georgia" w:hAnsi="Georgia"/>
          <w:b w:val="0"/>
          <w:i w:val="0"/>
          <w:color w:val="22201D"/>
          <w:sz w:val="20"/>
        </w:rPr>
        <w:t>Mara read over his shoulder.</w:t>
      </w:r>
    </w:p>
    <w:p>
      <w:pPr>
        <w:spacing w:after="60" w:line="266" w:lineRule="auto"/>
        <w:ind w:firstLine="331"/>
        <w:jc w:val="both"/>
      </w:pPr>
      <w:r>
        <w:rPr>
          <w:rFonts w:ascii="Georgia" w:hAnsi="Georgia"/>
          <w:b w:val="0"/>
          <w:i w:val="0"/>
          <w:color w:val="22201D"/>
          <w:sz w:val="20"/>
        </w:rPr>
        <w:t>"That last line is rude."</w:t>
      </w:r>
    </w:p>
    <w:p>
      <w:pPr>
        <w:spacing w:after="60" w:line="266" w:lineRule="auto"/>
        <w:ind w:firstLine="331"/>
        <w:jc w:val="both"/>
      </w:pPr>
      <w:r>
        <w:rPr>
          <w:rFonts w:ascii="Georgia" w:hAnsi="Georgia"/>
          <w:b w:val="0"/>
          <w:i w:val="0"/>
          <w:color w:val="22201D"/>
          <w:sz w:val="20"/>
        </w:rPr>
        <w:t>"It is also fair."</w:t>
      </w:r>
    </w:p>
    <w:p>
      <w:pPr>
        <w:spacing w:after="60" w:line="266" w:lineRule="auto"/>
        <w:ind w:firstLine="331"/>
        <w:jc w:val="both"/>
      </w:pPr>
      <w:r>
        <w:rPr>
          <w:rFonts w:ascii="Georgia" w:hAnsi="Georgia"/>
          <w:b w:val="0"/>
          <w:i w:val="0"/>
          <w:color w:val="22201D"/>
          <w:sz w:val="20"/>
        </w:rPr>
        <w:t>"Those can both be true here?"</w:t>
      </w:r>
    </w:p>
    <w:p>
      <w:pPr>
        <w:spacing w:after="60" w:line="266" w:lineRule="auto"/>
        <w:ind w:firstLine="331"/>
        <w:jc w:val="both"/>
      </w:pPr>
      <w:r>
        <w:rPr>
          <w:rFonts w:ascii="Georgia" w:hAnsi="Georgia"/>
          <w:b w:val="0"/>
          <w:i w:val="0"/>
          <w:color w:val="22201D"/>
          <w:sz w:val="20"/>
        </w:rPr>
        <w:t>Flocc smiled.</w:t>
      </w:r>
    </w:p>
    <w:p>
      <w:pPr>
        <w:spacing w:after="60" w:line="266" w:lineRule="auto"/>
        <w:ind w:firstLine="331"/>
        <w:jc w:val="both"/>
      </w:pPr>
      <w:r>
        <w:rPr>
          <w:rFonts w:ascii="Georgia" w:hAnsi="Georgia"/>
          <w:b w:val="0"/>
          <w:i w:val="0"/>
          <w:color w:val="22201D"/>
          <w:sz w:val="20"/>
        </w:rPr>
        <w:t>"Those can both be true anywhere. People only notice here."</w:t>
      </w:r>
    </w:p>
    <w:p>
      <w:pPr>
        <w:spacing w:after="60" w:line="266" w:lineRule="auto"/>
        <w:ind w:firstLine="331"/>
        <w:jc w:val="both"/>
      </w:pPr>
      <w:r>
        <w:rPr>
          <w:rFonts w:ascii="Georgia" w:hAnsi="Georgia"/>
          <w:b w:val="0"/>
          <w:i w:val="0"/>
          <w:color w:val="22201D"/>
          <w:sz w:val="20"/>
        </w:rPr>
        <w:t>The Hostess, from the counter, said, "You stole that."</w:t>
      </w:r>
    </w:p>
    <w:p>
      <w:pPr>
        <w:spacing w:after="60" w:line="266" w:lineRule="auto"/>
        <w:ind w:firstLine="331"/>
        <w:jc w:val="both"/>
      </w:pPr>
      <w:r>
        <w:rPr>
          <w:rFonts w:ascii="Georgia" w:hAnsi="Georgia"/>
          <w:b w:val="0"/>
          <w:i w:val="0"/>
          <w:color w:val="22201D"/>
          <w:sz w:val="20"/>
        </w:rPr>
        <w:t>"I received it," Flocc said.</w:t>
      </w:r>
    </w:p>
    <w:p>
      <w:pPr>
        <w:spacing w:after="60" w:line="266" w:lineRule="auto"/>
        <w:ind w:firstLine="331"/>
        <w:jc w:val="both"/>
      </w:pPr>
      <w:r>
        <w:rPr>
          <w:rFonts w:ascii="Georgia" w:hAnsi="Georgia"/>
          <w:b w:val="0"/>
          <w:i w:val="0"/>
          <w:color w:val="22201D"/>
          <w:sz w:val="20"/>
        </w:rPr>
        <w:t>The footnote printed:</w:t>
      </w:r>
    </w:p>
    <w:p>
      <w:pPr>
        <w:spacing w:after="60" w:line="250" w:lineRule="auto"/>
        <w:ind w:left="202" w:right="173"/>
      </w:pPr>
      <w:r>
        <w:rPr>
          <w:rFonts w:ascii="Georgia" w:hAnsi="Georgia"/>
          <w:b w:val="0"/>
          <w:i w:val="0"/>
          <w:color w:val="22201D"/>
          <w:sz w:val="17"/>
        </w:rPr>
        <w:t>Citation needed.</w:t>
      </w:r>
    </w:p>
    <w:p>
      <w:pPr>
        <w:spacing w:after="60" w:line="266" w:lineRule="auto"/>
        <w:ind w:firstLine="331"/>
        <w:jc w:val="both"/>
      </w:pPr>
      <w:r>
        <w:rPr>
          <w:rFonts w:ascii="Georgia" w:hAnsi="Georgia"/>
          <w:b w:val="0"/>
          <w:i w:val="0"/>
          <w:color w:val="22201D"/>
          <w:sz w:val="20"/>
        </w:rPr>
        <w:t>Everyone ignored it.</w:t>
      </w:r>
    </w:p>
    <w:p>
      <w:pPr>
        <w:spacing w:after="60" w:line="266" w:lineRule="auto"/>
        <w:ind w:firstLine="331"/>
        <w:jc w:val="both"/>
      </w:pPr>
      <w:r>
        <w:rPr>
          <w:rFonts w:ascii="Georgia" w:hAnsi="Georgia"/>
          <w:b w:val="0"/>
          <w:i w:val="0"/>
          <w:color w:val="22201D"/>
          <w:sz w:val="20"/>
        </w:rPr>
        <w:t>For a while, nothing happened.</w:t>
      </w:r>
    </w:p>
    <w:p>
      <w:pPr>
        <w:spacing w:after="60" w:line="266" w:lineRule="auto"/>
        <w:ind w:firstLine="331"/>
        <w:jc w:val="both"/>
      </w:pPr>
      <w:r>
        <w:rPr>
          <w:rFonts w:ascii="Georgia" w:hAnsi="Georgia"/>
          <w:b w:val="0"/>
          <w:i w:val="0"/>
          <w:color w:val="22201D"/>
          <w:sz w:val="20"/>
        </w:rPr>
        <w:t>This was rare enough to deserve attention.</w:t>
      </w:r>
    </w:p>
    <w:p>
      <w:pPr>
        <w:spacing w:after="60" w:line="266" w:lineRule="auto"/>
        <w:ind w:firstLine="331"/>
        <w:jc w:val="both"/>
      </w:pPr>
      <w:r>
        <w:rPr>
          <w:rFonts w:ascii="Georgia" w:hAnsi="Georgia"/>
          <w:b w:val="0"/>
          <w:i w:val="0"/>
          <w:color w:val="22201D"/>
          <w:sz w:val="20"/>
        </w:rPr>
        <w:t>Flocc sat with the pre-audit notice in front of him, Mara beside him, the menu closed but not offended, the kitchen visible but not evasive, the source note properly seated, and the check not asking to be paid before it had been understood.</w:t>
      </w:r>
    </w:p>
    <w:p>
      <w:pPr>
        <w:spacing w:after="60" w:line="266" w:lineRule="auto"/>
        <w:ind w:firstLine="331"/>
        <w:jc w:val="both"/>
      </w:pPr>
      <w:r>
        <w:rPr>
          <w:rFonts w:ascii="Georgia" w:hAnsi="Georgia"/>
          <w:b w:val="0"/>
          <w:i w:val="0"/>
          <w:color w:val="22201D"/>
          <w:sz w:val="20"/>
        </w:rPr>
        <w:t>He felt hungry.</w:t>
      </w:r>
    </w:p>
    <w:p>
      <w:pPr>
        <w:spacing w:after="60" w:line="266" w:lineRule="auto"/>
        <w:ind w:firstLine="331"/>
        <w:jc w:val="both"/>
      </w:pPr>
      <w:r>
        <w:rPr>
          <w:rFonts w:ascii="Georgia" w:hAnsi="Georgia"/>
          <w:b w:val="0"/>
          <w:i w:val="0"/>
          <w:color w:val="22201D"/>
          <w:sz w:val="20"/>
        </w:rPr>
        <w:t>Not empty.</w:t>
      </w:r>
    </w:p>
    <w:p>
      <w:pPr>
        <w:spacing w:after="60" w:line="266" w:lineRule="auto"/>
        <w:ind w:firstLine="331"/>
        <w:jc w:val="both"/>
      </w:pPr>
      <w:r>
        <w:rPr>
          <w:rFonts w:ascii="Georgia" w:hAnsi="Georgia"/>
          <w:b w:val="0"/>
          <w:i w:val="0"/>
          <w:color w:val="22201D"/>
          <w:sz w:val="20"/>
        </w:rPr>
        <w:t>Hungry.</w:t>
      </w:r>
    </w:p>
    <w:p>
      <w:pPr>
        <w:spacing w:after="60" w:line="266" w:lineRule="auto"/>
        <w:ind w:firstLine="331"/>
        <w:jc w:val="both"/>
      </w:pPr>
      <w:r>
        <w:rPr>
          <w:rFonts w:ascii="Georgia" w:hAnsi="Georgia"/>
          <w:b w:val="0"/>
          <w:i w:val="0"/>
          <w:color w:val="22201D"/>
          <w:sz w:val="20"/>
        </w:rPr>
        <w:t>There was a difference.</w:t>
      </w:r>
    </w:p>
    <w:p>
      <w:pPr>
        <w:spacing w:after="60" w:line="266" w:lineRule="auto"/>
        <w:ind w:firstLine="331"/>
        <w:jc w:val="both"/>
      </w:pPr>
      <w:r>
        <w:rPr>
          <w:rFonts w:ascii="Georgia" w:hAnsi="Georgia"/>
          <w:b w:val="0"/>
          <w:i w:val="0"/>
          <w:color w:val="22201D"/>
          <w:sz w:val="20"/>
        </w:rPr>
        <w:t>The Hostess returned.</w:t>
      </w:r>
    </w:p>
    <w:p>
      <w:pPr>
        <w:spacing w:after="60" w:line="266" w:lineRule="auto"/>
        <w:ind w:firstLine="331"/>
        <w:jc w:val="both"/>
      </w:pPr>
      <w:r>
        <w:rPr>
          <w:rFonts w:ascii="Georgia" w:hAnsi="Georgia"/>
          <w:b w:val="0"/>
          <w:i w:val="0"/>
          <w:color w:val="22201D"/>
          <w:sz w:val="20"/>
        </w:rPr>
        <w:t>"Dinner?" she asked.</w:t>
      </w:r>
    </w:p>
    <w:p>
      <w:pPr>
        <w:spacing w:after="60" w:line="266" w:lineRule="auto"/>
        <w:ind w:firstLine="331"/>
        <w:jc w:val="both"/>
      </w:pPr>
      <w:r>
        <w:rPr>
          <w:rFonts w:ascii="Georgia" w:hAnsi="Georgia"/>
          <w:b w:val="0"/>
          <w:i w:val="0"/>
          <w:color w:val="22201D"/>
          <w:sz w:val="20"/>
        </w:rPr>
        <w:t>Flocc looked at the pre-audit notice.</w:t>
      </w:r>
    </w:p>
    <w:p>
      <w:pPr>
        <w:spacing w:after="60" w:line="266" w:lineRule="auto"/>
        <w:ind w:firstLine="331"/>
        <w:jc w:val="both"/>
      </w:pPr>
      <w:r>
        <w:rPr>
          <w:rFonts w:ascii="Georgia" w:hAnsi="Georgia"/>
          <w:b w:val="0"/>
          <w:i w:val="0"/>
          <w:color w:val="22201D"/>
          <w:sz w:val="20"/>
        </w:rPr>
        <w:t>Then at the menu.</w:t>
      </w:r>
    </w:p>
    <w:p>
      <w:pPr>
        <w:spacing w:after="60" w:line="266" w:lineRule="auto"/>
        <w:ind w:firstLine="331"/>
        <w:jc w:val="both"/>
      </w:pPr>
      <w:r>
        <w:rPr>
          <w:rFonts w:ascii="Georgia" w:hAnsi="Georgia"/>
          <w:b w:val="0"/>
          <w:i w:val="0"/>
          <w:color w:val="22201D"/>
          <w:sz w:val="20"/>
        </w:rPr>
        <w:t>Then at Mara.</w:t>
      </w:r>
    </w:p>
    <w:p>
      <w:pPr>
        <w:spacing w:after="60" w:line="266" w:lineRule="auto"/>
        <w:ind w:firstLine="331"/>
        <w:jc w:val="both"/>
      </w:pPr>
      <w:r>
        <w:rPr>
          <w:rFonts w:ascii="Georgia" w:hAnsi="Georgia"/>
          <w:b w:val="0"/>
          <w:i w:val="0"/>
          <w:color w:val="22201D"/>
          <w:sz w:val="20"/>
        </w:rPr>
        <w:t>Then at the kitchen.</w:t>
      </w:r>
    </w:p>
    <w:p>
      <w:pPr>
        <w:spacing w:after="60" w:line="266" w:lineRule="auto"/>
        <w:ind w:firstLine="331"/>
        <w:jc w:val="both"/>
      </w:pPr>
      <w:r>
        <w:rPr>
          <w:rFonts w:ascii="Georgia" w:hAnsi="Georgia"/>
          <w:b w:val="0"/>
          <w:i w:val="0"/>
          <w:color w:val="22201D"/>
          <w:sz w:val="20"/>
        </w:rPr>
        <w:t>Then, finally, at the Hostess.</w:t>
      </w:r>
    </w:p>
    <w:p>
      <w:pPr>
        <w:spacing w:after="60" w:line="266" w:lineRule="auto"/>
        <w:ind w:firstLine="331"/>
        <w:jc w:val="both"/>
      </w:pPr>
      <w:r>
        <w:rPr>
          <w:rFonts w:ascii="Georgia" w:hAnsi="Georgia"/>
          <w:b w:val="0"/>
          <w:i w:val="0"/>
          <w:color w:val="22201D"/>
          <w:sz w:val="20"/>
        </w:rPr>
        <w:t>"Yes," he said.</w:t>
      </w:r>
    </w:p>
    <w:p>
      <w:pPr>
        <w:spacing w:after="60" w:line="266" w:lineRule="auto"/>
        <w:ind w:firstLine="331"/>
        <w:jc w:val="both"/>
      </w:pPr>
      <w:r>
        <w:rPr>
          <w:rFonts w:ascii="Georgia" w:hAnsi="Georgia"/>
          <w:b w:val="0"/>
          <w:i w:val="0"/>
          <w:color w:val="22201D"/>
          <w:sz w:val="20"/>
        </w:rPr>
        <w:t>"For one?"</w:t>
      </w:r>
    </w:p>
    <w:p>
      <w:pPr>
        <w:spacing w:after="60" w:line="266" w:lineRule="auto"/>
        <w:ind w:firstLine="331"/>
        <w:jc w:val="both"/>
      </w:pPr>
      <w:r>
        <w:rPr>
          <w:rFonts w:ascii="Georgia" w:hAnsi="Georgia"/>
          <w:b w:val="0"/>
          <w:i w:val="0"/>
          <w:color w:val="22201D"/>
          <w:sz w:val="20"/>
        </w:rPr>
        <w:t>He almost answered too quickly.</w:t>
      </w:r>
    </w:p>
    <w:p>
      <w:pPr>
        <w:spacing w:after="60" w:line="266" w:lineRule="auto"/>
        <w:ind w:firstLine="331"/>
        <w:jc w:val="both"/>
      </w:pPr>
      <w:r>
        <w:rPr>
          <w:rFonts w:ascii="Georgia" w:hAnsi="Georgia"/>
          <w:b w:val="0"/>
          <w:i w:val="0"/>
          <w:color w:val="22201D"/>
          <w:sz w:val="20"/>
        </w:rPr>
        <w:t>Then he looked at Mara.</w:t>
      </w:r>
    </w:p>
    <w:p>
      <w:pPr>
        <w:spacing w:after="60" w:line="266" w:lineRule="auto"/>
        <w:ind w:firstLine="331"/>
        <w:jc w:val="both"/>
      </w:pPr>
      <w:r>
        <w:rPr>
          <w:rFonts w:ascii="Georgia" w:hAnsi="Georgia"/>
          <w:b w:val="0"/>
          <w:i w:val="0"/>
          <w:color w:val="22201D"/>
          <w:sz w:val="20"/>
        </w:rPr>
        <w:t>She looked back.</w:t>
      </w:r>
    </w:p>
    <w:p>
      <w:pPr>
        <w:spacing w:after="60" w:line="266" w:lineRule="auto"/>
        <w:ind w:firstLine="331"/>
        <w:jc w:val="both"/>
      </w:pPr>
      <w:r>
        <w:rPr>
          <w:rFonts w:ascii="Georgia" w:hAnsi="Georgia"/>
          <w:b w:val="0"/>
          <w:i w:val="0"/>
          <w:color w:val="22201D"/>
          <w:sz w:val="20"/>
        </w:rPr>
        <w:t>"For whoever is eating," he said.</w:t>
      </w:r>
    </w:p>
    <w:p>
      <w:pPr>
        <w:spacing w:after="60" w:line="266" w:lineRule="auto"/>
        <w:ind w:firstLine="331"/>
        <w:jc w:val="both"/>
      </w:pPr>
      <w:r>
        <w:rPr>
          <w:rFonts w:ascii="Georgia" w:hAnsi="Georgia"/>
          <w:b w:val="0"/>
          <w:i w:val="0"/>
          <w:color w:val="22201D"/>
          <w:sz w:val="20"/>
        </w:rPr>
        <w:t>The Hostess wrote that down.</w:t>
      </w:r>
    </w:p>
    <w:p>
      <w:pPr>
        <w:spacing w:after="60" w:line="266" w:lineRule="auto"/>
        <w:ind w:firstLine="331"/>
        <w:jc w:val="both"/>
      </w:pPr>
      <w:r>
        <w:rPr>
          <w:rFonts w:ascii="Georgia" w:hAnsi="Georgia"/>
          <w:b w:val="0"/>
          <w:i w:val="0"/>
          <w:color w:val="22201D"/>
          <w:sz w:val="20"/>
        </w:rPr>
        <w:t>"Very good."</w:t>
      </w:r>
    </w:p>
    <w:p>
      <w:pPr>
        <w:spacing w:after="60" w:line="266" w:lineRule="auto"/>
        <w:ind w:firstLine="331"/>
        <w:jc w:val="both"/>
      </w:pPr>
      <w:r>
        <w:rPr>
          <w:rFonts w:ascii="Georgia" w:hAnsi="Georgia"/>
          <w:b w:val="0"/>
          <w:i w:val="0"/>
          <w:color w:val="22201D"/>
          <w:sz w:val="20"/>
        </w:rPr>
        <w:t>"I still do not know what I owe."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"But I know I owe."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I know the check is not punishment."</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"And dinner has not arrived yet."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Hostess closed her order pad.</w:t>
      </w:r>
    </w:p>
    <w:p>
      <w:pPr>
        <w:spacing w:after="60" w:line="266" w:lineRule="auto"/>
        <w:ind w:firstLine="331"/>
        <w:jc w:val="both"/>
      </w:pPr>
      <w:r>
        <w:rPr>
          <w:rFonts w:ascii="Georgia" w:hAnsi="Georgia"/>
          <w:b w:val="0"/>
          <w:i w:val="0"/>
          <w:color w:val="22201D"/>
          <w:sz w:val="20"/>
        </w:rPr>
        <w:t>"Then Book 2 may end."</w:t>
      </w:r>
    </w:p>
    <w:p>
      <w:pPr>
        <w:spacing w:after="60" w:line="266" w:lineRule="auto"/>
        <w:ind w:firstLine="331"/>
        <w:jc w:val="both"/>
      </w:pPr>
      <w:r>
        <w:rPr>
          <w:rFonts w:ascii="Georgia" w:hAnsi="Georgia"/>
          <w:b w:val="0"/>
          <w:i w:val="0"/>
          <w:color w:val="22201D"/>
          <w:sz w:val="20"/>
        </w:rPr>
        <w:t>Flocc felt the room change.</w:t>
      </w:r>
    </w:p>
    <w:p>
      <w:pPr>
        <w:spacing w:after="60" w:line="266" w:lineRule="auto"/>
        <w:ind w:firstLine="331"/>
        <w:jc w:val="both"/>
      </w:pPr>
      <w:r>
        <w:rPr>
          <w:rFonts w:ascii="Georgia" w:hAnsi="Georgia"/>
          <w:b w:val="0"/>
          <w:i w:val="0"/>
          <w:color w:val="22201D"/>
          <w:sz w:val="20"/>
        </w:rPr>
        <w:t>Not close.</w:t>
      </w:r>
    </w:p>
    <w:p>
      <w:pPr>
        <w:spacing w:after="60" w:line="266" w:lineRule="auto"/>
        <w:ind w:firstLine="331"/>
        <w:jc w:val="both"/>
      </w:pPr>
      <w:r>
        <w:rPr>
          <w:rFonts w:ascii="Georgia" w:hAnsi="Georgia"/>
          <w:b w:val="0"/>
          <w:i w:val="0"/>
          <w:color w:val="22201D"/>
          <w:sz w:val="20"/>
        </w:rPr>
        <w:t>End.</w:t>
      </w:r>
    </w:p>
    <w:p>
      <w:pPr>
        <w:spacing w:after="60" w:line="266" w:lineRule="auto"/>
        <w:ind w:firstLine="331"/>
        <w:jc w:val="both"/>
      </w:pPr>
      <w:r>
        <w:rPr>
          <w:rFonts w:ascii="Georgia" w:hAnsi="Georgia"/>
          <w:b w:val="0"/>
          <w:i w:val="0"/>
          <w:color w:val="22201D"/>
          <w:sz w:val="20"/>
        </w:rPr>
        <w:t>An ending, he realized, was not the same as a locked door. An ending was the moment a room admitted it had done what this room could do, and another room, somewhere ahead, began setting tables.</w:t>
      </w:r>
    </w:p>
    <w:p>
      <w:pPr>
        <w:spacing w:after="60" w:line="266" w:lineRule="auto"/>
        <w:ind w:firstLine="331"/>
        <w:jc w:val="both"/>
      </w:pPr>
      <w:r>
        <w:rPr>
          <w:rFonts w:ascii="Georgia" w:hAnsi="Georgia"/>
          <w:b w:val="0"/>
          <w:i w:val="0"/>
          <w:color w:val="22201D"/>
          <w:sz w:val="20"/>
        </w:rPr>
        <w:t>The pre-audit notice folded itself once.</w:t>
      </w:r>
    </w:p>
    <w:p>
      <w:pPr>
        <w:spacing w:after="60" w:line="266" w:lineRule="auto"/>
        <w:ind w:firstLine="331"/>
        <w:jc w:val="both"/>
      </w:pPr>
      <w:r>
        <w:rPr>
          <w:rFonts w:ascii="Georgia" w:hAnsi="Georgia"/>
          <w:b w:val="0"/>
          <w:i w:val="0"/>
          <w:color w:val="22201D"/>
          <w:sz w:val="20"/>
        </w:rPr>
        <w:t>Then again.</w:t>
      </w:r>
    </w:p>
    <w:p>
      <w:pPr>
        <w:spacing w:after="60" w:line="266" w:lineRule="auto"/>
        <w:ind w:firstLine="331"/>
        <w:jc w:val="both"/>
      </w:pPr>
      <w:r>
        <w:rPr>
          <w:rFonts w:ascii="Georgia" w:hAnsi="Georgia"/>
          <w:b w:val="0"/>
          <w:i w:val="0"/>
          <w:color w:val="22201D"/>
          <w:sz w:val="20"/>
        </w:rPr>
        <w:t>Then became a receipt.</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EMOJI SOUP PRE-AUDIT RECEIPT</w:t>
      </w:r>
    </w:p>
    <w:p>
      <w:pPr>
        <w:spacing w:after="60" w:line="266" w:lineRule="auto"/>
        <w:ind w:firstLine="331"/>
        <w:jc w:val="both"/>
      </w:pPr>
      <w:r>
        <w:rPr>
          <w:rFonts w:ascii="Georgia" w:hAnsi="Georgia"/>
          <w:b w:val="0"/>
          <w:i w:val="0"/>
          <w:color w:val="22201D"/>
          <w:sz w:val="20"/>
        </w:rPr>
        <w:t>At the bottom:</w:t>
      </w:r>
    </w:p>
    <w:p>
      <w:pPr>
        <w:spacing w:after="60" w:line="250" w:lineRule="auto"/>
        <w:ind w:left="202" w:right="173"/>
      </w:pPr>
      <w:r>
        <w:rPr>
          <w:rFonts w:ascii="Georgia" w:hAnsi="Georgia"/>
          <w:b w:val="0"/>
          <w:i w:val="0"/>
          <w:color w:val="22201D"/>
          <w:sz w:val="17"/>
        </w:rPr>
        <w:t>The check has arrived before dinner. This is not a mistake.  Amount due: one honest accounting of what nourishment changed.  Next book: The Check Arrives Before Dinner</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He did not run from it.</w:t>
      </w:r>
    </w:p>
    <w:p>
      <w:pPr>
        <w:spacing w:after="60" w:line="266" w:lineRule="auto"/>
        <w:ind w:firstLine="331"/>
        <w:jc w:val="both"/>
      </w:pPr>
      <w:r>
        <w:rPr>
          <w:rFonts w:ascii="Georgia" w:hAnsi="Georgia"/>
          <w:b w:val="0"/>
          <w:i w:val="0"/>
          <w:color w:val="22201D"/>
          <w:sz w:val="20"/>
        </w:rPr>
        <w:t>He placed it beside the menu.</w:t>
      </w:r>
    </w:p>
    <w:p>
      <w:pPr>
        <w:spacing w:after="60" w:line="266" w:lineRule="auto"/>
        <w:ind w:firstLine="331"/>
        <w:jc w:val="both"/>
      </w:pPr>
      <w:r>
        <w:rPr>
          <w:rFonts w:ascii="Georgia" w:hAnsi="Georgia"/>
          <w:b w:val="0"/>
          <w:i w:val="0"/>
          <w:color w:val="22201D"/>
          <w:sz w:val="20"/>
        </w:rPr>
        <w:t>The red door opened somewhere behind him for the next customer.</w:t>
      </w:r>
    </w:p>
    <w:p>
      <w:pPr>
        <w:spacing w:after="60" w:line="266" w:lineRule="auto"/>
        <w:ind w:firstLine="331"/>
        <w:jc w:val="both"/>
      </w:pPr>
      <w:r>
        <w:rPr>
          <w:rFonts w:ascii="Georgia" w:hAnsi="Georgia"/>
          <w:b w:val="0"/>
          <w:i w:val="0"/>
          <w:color w:val="22201D"/>
          <w:sz w:val="20"/>
        </w:rPr>
        <w:t>Dinner, at last, began to smell possible.</w:t>
      </w:r>
    </w:p>
    <w:p>
      <w:pPr>
        <w:spacing w:after="60" w:line="266" w:lineRule="auto"/>
        <w:ind w:firstLine="331"/>
        <w:jc w:val="both"/>
      </w:pPr>
      <w:r>
        <w:rPr>
          <w:rFonts w:ascii="Georgia" w:hAnsi="Georgia"/>
          <w:b w:val="0"/>
          <w:i w:val="0"/>
          <w:color w:val="22201D"/>
          <w:sz w:val="20"/>
        </w:rPr>
        <w:t>---</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Menu That Shouldn't Exist</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