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LAST_TABLE_HAS_ALWAYS_BEEN_OPEN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LAST TABLE HAS</w:t>
        <w:br/>
        <w:t>ALWAYS BEEN OPEN</w:t>
      </w:r>
    </w:p>
    <w:p>
      <w:pPr>
        <w:jc w:val="center"/>
      </w:pPr>
      <w:r>
        <w:rPr>
          <w:rFonts w:ascii="Georgia" w:hAnsi="Georgia"/>
          <w:b w:val="0"/>
          <w:i/>
          <w:color w:val="4C5154"/>
          <w:sz w:val="22"/>
        </w:rPr>
        <w:t>Wayward Diners • Book Nine</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Last Table Has Always Been Open</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Closure Notice Arrives Warm</w:t>
      </w:r>
    </w:p>
    <w:p>
      <w:pPr>
        <w:spacing w:after="42"/>
      </w:pPr>
      <w:r>
        <w:rPr>
          <w:rFonts w:ascii="Georgia" w:hAnsi="Georgia"/>
          <w:b w:val="0"/>
          <w:i w:val="0"/>
          <w:color w:val="47433D"/>
          <w:sz w:val="18"/>
        </w:rPr>
        <w:t>Chapter 2: Everyone Understands Too Much</w:t>
      </w:r>
    </w:p>
    <w:p>
      <w:pPr>
        <w:spacing w:after="42"/>
      </w:pPr>
      <w:r>
        <w:rPr>
          <w:rFonts w:ascii="Georgia" w:hAnsi="Georgia"/>
          <w:b w:val="0"/>
          <w:i w:val="0"/>
          <w:color w:val="47433D"/>
          <w:sz w:val="18"/>
        </w:rPr>
        <w:t>Chapter 3: Citrus Aji Limo Rain</w:t>
      </w:r>
    </w:p>
    <w:p>
      <w:pPr>
        <w:spacing w:after="42"/>
      </w:pPr>
      <w:r>
        <w:rPr>
          <w:rFonts w:ascii="Georgia" w:hAnsi="Georgia"/>
          <w:b w:val="0"/>
          <w:i w:val="0"/>
          <w:color w:val="47433D"/>
          <w:sz w:val="18"/>
        </w:rPr>
        <w:t>Chapter 4: Steve Files the End Under Open</w:t>
      </w:r>
    </w:p>
    <w:p>
      <w:pPr>
        <w:spacing w:after="42"/>
      </w:pPr>
      <w:r>
        <w:rPr>
          <w:rFonts w:ascii="Georgia" w:hAnsi="Georgia"/>
          <w:b w:val="0"/>
          <w:i w:val="0"/>
          <w:color w:val="47433D"/>
          <w:sz w:val="18"/>
        </w:rPr>
        <w:t>Chapter 5: Bob Brings Bread Again</w:t>
      </w:r>
    </w:p>
    <w:p>
      <w:pPr>
        <w:spacing w:after="42"/>
      </w:pPr>
      <w:r>
        <w:rPr>
          <w:rFonts w:ascii="Georgia" w:hAnsi="Georgia"/>
          <w:b w:val="0"/>
          <w:i w:val="0"/>
          <w:color w:val="47433D"/>
          <w:sz w:val="18"/>
        </w:rPr>
        <w:t>Chapter 6: Gerald Inspects the Last Table</w:t>
      </w:r>
    </w:p>
    <w:p>
      <w:pPr>
        <w:spacing w:after="42"/>
      </w:pPr>
      <w:r>
        <w:rPr>
          <w:rFonts w:ascii="Georgia" w:hAnsi="Georgia"/>
          <w:b w:val="0"/>
          <w:i w:val="0"/>
          <w:color w:val="47433D"/>
          <w:sz w:val="18"/>
        </w:rPr>
        <w:t>Chapter 7: The Hostess Counts One More Chair</w:t>
      </w:r>
    </w:p>
    <w:p>
      <w:pPr>
        <w:spacing w:after="42"/>
      </w:pPr>
      <w:r>
        <w:rPr>
          <w:rFonts w:ascii="Georgia" w:hAnsi="Georgia"/>
          <w:b w:val="0"/>
          <w:i w:val="0"/>
          <w:color w:val="47433D"/>
          <w:sz w:val="18"/>
        </w:rPr>
        <w:t>Chapter 8: Flocc Orders for Someone Else</w:t>
      </w:r>
    </w:p>
    <w:p>
      <w:pPr>
        <w:spacing w:after="42"/>
      </w:pPr>
      <w:r>
        <w:rPr>
          <w:rFonts w:ascii="Georgia" w:hAnsi="Georgia"/>
          <w:b w:val="0"/>
          <w:i w:val="0"/>
          <w:color w:val="47433D"/>
          <w:sz w:val="18"/>
        </w:rPr>
        <w:t>Chapter 9: The Menu Stops Explaining</w:t>
      </w:r>
    </w:p>
    <w:p>
      <w:pPr>
        <w:spacing w:after="42"/>
      </w:pPr>
      <w:r>
        <w:rPr>
          <w:rFonts w:ascii="Georgia" w:hAnsi="Georgia"/>
          <w:b w:val="0"/>
          <w:i w:val="0"/>
          <w:color w:val="47433D"/>
          <w:sz w:val="18"/>
        </w:rPr>
        <w:t>Chapter 10: The Final Receipt Is Not Final</w:t>
      </w:r>
    </w:p>
    <w:p>
      <w:pPr>
        <w:spacing w:after="42"/>
      </w:pPr>
      <w:r>
        <w:rPr>
          <w:rFonts w:ascii="Georgia" w:hAnsi="Georgia"/>
          <w:b w:val="0"/>
          <w:i w:val="0"/>
          <w:color w:val="47433D"/>
          <w:sz w:val="18"/>
        </w:rPr>
        <w:t>Chapter 11: The Last Table Has Always Been Open</w:t>
      </w:r>
    </w:p>
    <w:p>
      <w:pPr>
        <w:spacing w:after="42"/>
      </w:pPr>
      <w:r>
        <w:rPr>
          <w:rFonts w:ascii="Georgia" w:hAnsi="Georgia"/>
          <w:b w:val="0"/>
          <w:i w:val="0"/>
          <w:color w:val="47433D"/>
          <w:sz w:val="18"/>
        </w:rPr>
        <w:t>Chapter 12: Bread Arrives Before Permission</w:t>
      </w:r>
    </w:p>
    <w:p>
      <w:r>
        <w:br w:type="page"/>
      </w:r>
    </w:p>
    <w:p>
      <w:pPr>
        <w:spacing w:before="1680" w:after="520"/>
        <w:jc w:val="center"/>
      </w:pPr>
      <w:r>
        <w:rPr>
          <w:rFonts w:ascii="Georgia" w:hAnsi="Georgia"/>
          <w:b/>
          <w:i w:val="0"/>
          <w:color w:val="654919"/>
          <w:sz w:val="36"/>
        </w:rPr>
        <w:t>Chapter 1: The Closure Notice Arrives Warm</w:t>
      </w:r>
    </w:p>
    <w:p>
      <w:pPr>
        <w:spacing w:after="60" w:line="266" w:lineRule="auto"/>
        <w:ind w:firstLine="0"/>
        <w:jc w:val="both"/>
      </w:pPr>
      <w:r>
        <w:rPr>
          <w:rFonts w:ascii="Georgia" w:hAnsi="Georgia"/>
          <w:b w:val="0"/>
          <w:i w:val="0"/>
          <w:color w:val="22201D"/>
          <w:sz w:val="20"/>
        </w:rPr>
        <w:t>The closure notice arrived warm.</w:t>
      </w:r>
    </w:p>
    <w:p>
      <w:pPr>
        <w:spacing w:after="60" w:line="266" w:lineRule="auto"/>
        <w:ind w:firstLine="331"/>
        <w:jc w:val="both"/>
      </w:pPr>
      <w:r>
        <w:rPr>
          <w:rFonts w:ascii="Georgia" w:hAnsi="Georgia"/>
          <w:b w:val="0"/>
          <w:i w:val="0"/>
          <w:color w:val="22201D"/>
          <w:sz w:val="20"/>
        </w:rPr>
        <w:t>That was the first procedural problem.</w:t>
      </w:r>
    </w:p>
    <w:p>
      <w:pPr>
        <w:spacing w:after="60" w:line="266" w:lineRule="auto"/>
        <w:ind w:firstLine="331"/>
        <w:jc w:val="both"/>
      </w:pPr>
      <w:r>
        <w:rPr>
          <w:rFonts w:ascii="Georgia" w:hAnsi="Georgia"/>
          <w:b w:val="0"/>
          <w:i w:val="0"/>
          <w:color w:val="22201D"/>
          <w:sz w:val="20"/>
        </w:rPr>
        <w:t>Not hot enough to burn anyone, which would have made Gerald's morning easier in the particular way an obvious hazard always made Gerald's morning easier. Not cold enough to be ordinary paper. Warm. Recently produced. Recently meant. Recently guilty of having come from somewhere that could not be identified by looking at the printer tray.</w:t>
      </w:r>
    </w:p>
    <w:p>
      <w:pPr>
        <w:spacing w:after="60" w:line="266" w:lineRule="auto"/>
        <w:ind w:firstLine="331"/>
        <w:jc w:val="both"/>
      </w:pPr>
      <w:r>
        <w:rPr>
          <w:rFonts w:ascii="Georgia" w:hAnsi="Georgia"/>
          <w:b w:val="0"/>
          <w:i w:val="0"/>
          <w:color w:val="22201D"/>
          <w:sz w:val="20"/>
        </w:rPr>
        <w:t>It lay on the pass where breakfast tickets usually appeared.</w:t>
      </w:r>
    </w:p>
    <w:p>
      <w:pPr>
        <w:spacing w:after="60" w:line="266" w:lineRule="auto"/>
        <w:ind w:firstLine="331"/>
        <w:jc w:val="both"/>
      </w:pPr>
      <w:r>
        <w:rPr>
          <w:rFonts w:ascii="Georgia" w:hAnsi="Georgia"/>
          <w:b w:val="0"/>
          <w:i w:val="0"/>
          <w:color w:val="22201D"/>
          <w:sz w:val="20"/>
        </w:rPr>
        <w:t>The Wayward Diners did not serve breakfast at the same time every day, because the day had never agreed to be measured that way. It served breakfast when someone required a beginning and had not yet noticed the beginning had already happened. On most mornings, this meant toast, soup, a receipt with no total, and one small argument about whether coffee counted as evidence.</w:t>
      </w:r>
    </w:p>
    <w:p>
      <w:pPr>
        <w:spacing w:after="60" w:line="266" w:lineRule="auto"/>
        <w:ind w:firstLine="331"/>
        <w:jc w:val="both"/>
      </w:pPr>
      <w:r>
        <w:rPr>
          <w:rFonts w:ascii="Georgia" w:hAnsi="Georgia"/>
          <w:b w:val="0"/>
          <w:i w:val="0"/>
          <w:color w:val="22201D"/>
          <w:sz w:val="20"/>
        </w:rPr>
        <w:t>This morning, it meant a single page.</w:t>
      </w:r>
    </w:p>
    <w:p>
      <w:pPr>
        <w:spacing w:after="60" w:line="266" w:lineRule="auto"/>
        <w:ind w:firstLine="331"/>
        <w:jc w:val="both"/>
      </w:pPr>
      <w:r>
        <w:rPr>
          <w:rFonts w:ascii="Georgia" w:hAnsi="Georgia"/>
          <w:b w:val="0"/>
          <w:i w:val="0"/>
          <w:color w:val="22201D"/>
          <w:sz w:val="20"/>
        </w:rPr>
        <w:t>Steve found it first.</w:t>
      </w:r>
    </w:p>
    <w:p>
      <w:pPr>
        <w:spacing w:after="60" w:line="266" w:lineRule="auto"/>
        <w:ind w:firstLine="331"/>
        <w:jc w:val="both"/>
      </w:pPr>
      <w:r>
        <w:rPr>
          <w:rFonts w:ascii="Georgia" w:hAnsi="Georgia"/>
          <w:b w:val="0"/>
          <w:i w:val="0"/>
          <w:color w:val="22201D"/>
          <w:sz w:val="20"/>
        </w:rPr>
        <w:t>He had been refilling the pen cup beside the register because the blue pens had begun writing in green again and the green pens had begun requesting witness statements. He placed three black pens in the cup, removed one that sighed, and saw the page waiting on the pass beneath the heat lamp.</w:t>
      </w:r>
    </w:p>
    <w:p>
      <w:pPr>
        <w:spacing w:after="60" w:line="266" w:lineRule="auto"/>
        <w:ind w:firstLine="331"/>
        <w:jc w:val="both"/>
      </w:pPr>
      <w:r>
        <w:rPr>
          <w:rFonts w:ascii="Georgia" w:hAnsi="Georgia"/>
          <w:b w:val="0"/>
          <w:i w:val="0"/>
          <w:color w:val="22201D"/>
          <w:sz w:val="20"/>
        </w:rPr>
        <w:t>The heat lamp was off.</w:t>
      </w:r>
    </w:p>
    <w:p>
      <w:pPr>
        <w:spacing w:after="60" w:line="266" w:lineRule="auto"/>
        <w:ind w:firstLine="331"/>
        <w:jc w:val="both"/>
      </w:pPr>
      <w:r>
        <w:rPr>
          <w:rFonts w:ascii="Georgia" w:hAnsi="Georgia"/>
          <w:b w:val="0"/>
          <w:i w:val="0"/>
          <w:color w:val="22201D"/>
          <w:sz w:val="20"/>
        </w:rPr>
        <w:t>Steve did not touch the page.</w:t>
      </w:r>
    </w:p>
    <w:p>
      <w:pPr>
        <w:spacing w:after="60" w:line="266" w:lineRule="auto"/>
        <w:ind w:firstLine="331"/>
        <w:jc w:val="both"/>
      </w:pPr>
      <w:r>
        <w:rPr>
          <w:rFonts w:ascii="Georgia" w:hAnsi="Georgia"/>
          <w:b w:val="0"/>
          <w:i w:val="0"/>
          <w:color w:val="22201D"/>
          <w:sz w:val="20"/>
        </w:rPr>
        <w:t>He read the heading from a safe bureaucratic distance.</w:t>
      </w:r>
    </w:p>
    <w:p>
      <w:pPr>
        <w:spacing w:after="60" w:line="250" w:lineRule="auto"/>
        <w:ind w:left="202" w:right="173"/>
      </w:pPr>
      <w:r>
        <w:rPr>
          <w:rFonts w:ascii="Georgia" w:hAnsi="Georgia"/>
          <w:b w:val="0"/>
          <w:i w:val="0"/>
          <w:color w:val="22201D"/>
          <w:sz w:val="17"/>
        </w:rPr>
        <w:t>NOTICE OF CLOSURE  REASON: All active parties now understand the establishment.  EFFECTIVE: Upon mutual comprehension.</w:t>
      </w:r>
    </w:p>
    <w:p>
      <w:pPr>
        <w:spacing w:after="60" w:line="266" w:lineRule="auto"/>
        <w:ind w:firstLine="331"/>
        <w:jc w:val="both"/>
      </w:pPr>
      <w:r>
        <w:rPr>
          <w:rFonts w:ascii="Georgia" w:hAnsi="Georgia"/>
          <w:b w:val="0"/>
          <w:i w:val="0"/>
          <w:color w:val="22201D"/>
          <w:sz w:val="20"/>
        </w:rPr>
        <w:t>Steve said, "No."</w:t>
      </w:r>
    </w:p>
    <w:p>
      <w:pPr>
        <w:spacing w:after="60" w:line="266" w:lineRule="auto"/>
        <w:ind w:firstLine="331"/>
        <w:jc w:val="both"/>
      </w:pPr>
      <w:r>
        <w:rPr>
          <w:rFonts w:ascii="Georgia" w:hAnsi="Georgia"/>
          <w:b w:val="0"/>
          <w:i w:val="0"/>
          <w:color w:val="22201D"/>
          <w:sz w:val="20"/>
        </w:rPr>
        <w:t>The page did not move.</w:t>
      </w:r>
    </w:p>
    <w:p>
      <w:pPr>
        <w:spacing w:after="60" w:line="266" w:lineRule="auto"/>
        <w:ind w:firstLine="331"/>
        <w:jc w:val="both"/>
      </w:pPr>
      <w:r>
        <w:rPr>
          <w:rFonts w:ascii="Georgia" w:hAnsi="Georgia"/>
          <w:b w:val="0"/>
          <w:i w:val="0"/>
          <w:color w:val="22201D"/>
          <w:sz w:val="20"/>
        </w:rPr>
        <w:t>Steve said, "That is not a filing category."</w:t>
      </w:r>
    </w:p>
    <w:p>
      <w:pPr>
        <w:spacing w:after="60" w:line="266" w:lineRule="auto"/>
        <w:ind w:firstLine="331"/>
        <w:jc w:val="both"/>
      </w:pPr>
      <w:r>
        <w:rPr>
          <w:rFonts w:ascii="Georgia" w:hAnsi="Georgia"/>
          <w:b w:val="0"/>
          <w:i w:val="0"/>
          <w:color w:val="22201D"/>
          <w:sz w:val="20"/>
        </w:rPr>
        <w:t>The page remained warm.</w:t>
      </w:r>
    </w:p>
    <w:p>
      <w:pPr>
        <w:spacing w:after="60" w:line="266" w:lineRule="auto"/>
        <w:ind w:firstLine="331"/>
        <w:jc w:val="both"/>
      </w:pPr>
      <w:r>
        <w:rPr>
          <w:rFonts w:ascii="Georgia" w:hAnsi="Georgia"/>
          <w:b w:val="0"/>
          <w:i w:val="0"/>
          <w:color w:val="22201D"/>
          <w:sz w:val="20"/>
        </w:rPr>
        <w:t>From the dining room, the Hostess said, "What is not a filing category?"</w:t>
      </w:r>
    </w:p>
    <w:p>
      <w:pPr>
        <w:spacing w:after="60" w:line="266" w:lineRule="auto"/>
        <w:ind w:firstLine="331"/>
        <w:jc w:val="both"/>
      </w:pPr>
      <w:r>
        <w:rPr>
          <w:rFonts w:ascii="Georgia" w:hAnsi="Georgia"/>
          <w:b w:val="0"/>
          <w:i w:val="0"/>
          <w:color w:val="22201D"/>
          <w:sz w:val="20"/>
        </w:rPr>
        <w:t>"Mutual comprehension."</w:t>
      </w:r>
    </w:p>
    <w:p>
      <w:pPr>
        <w:spacing w:after="60" w:line="266" w:lineRule="auto"/>
        <w:ind w:firstLine="331"/>
        <w:jc w:val="both"/>
      </w:pPr>
      <w:r>
        <w:rPr>
          <w:rFonts w:ascii="Georgia" w:hAnsi="Georgia"/>
          <w:b w:val="0"/>
          <w:i w:val="0"/>
          <w:color w:val="22201D"/>
          <w:sz w:val="20"/>
        </w:rPr>
        <w:t>"It seats badly."</w:t>
      </w:r>
    </w:p>
    <w:p>
      <w:pPr>
        <w:spacing w:after="60" w:line="266" w:lineRule="auto"/>
        <w:ind w:firstLine="331"/>
        <w:jc w:val="both"/>
      </w:pPr>
      <w:r>
        <w:rPr>
          <w:rFonts w:ascii="Georgia" w:hAnsi="Georgia"/>
          <w:b w:val="0"/>
          <w:i w:val="0"/>
          <w:color w:val="22201D"/>
          <w:sz w:val="20"/>
        </w:rPr>
        <w:t>"It is attempting to close us."</w:t>
      </w:r>
    </w:p>
    <w:p>
      <w:pPr>
        <w:spacing w:after="60" w:line="266" w:lineRule="auto"/>
        <w:ind w:firstLine="331"/>
        <w:jc w:val="both"/>
      </w:pPr>
      <w:r>
        <w:rPr>
          <w:rFonts w:ascii="Georgia" w:hAnsi="Georgia"/>
          <w:b w:val="0"/>
          <w:i w:val="0"/>
          <w:color w:val="22201D"/>
          <w:sz w:val="20"/>
        </w:rPr>
        <w:t>The Hostess came through the swinging door with the reservation book tucked under one arm and a stack of menus under the other. She did not hurry. The Hostess never hurried toward panic. She let panic wait until it understood the house policy.</w:t>
      </w:r>
    </w:p>
    <w:p>
      <w:pPr>
        <w:spacing w:after="60" w:line="266" w:lineRule="auto"/>
        <w:ind w:firstLine="331"/>
        <w:jc w:val="both"/>
      </w:pPr>
      <w:r>
        <w:rPr>
          <w:rFonts w:ascii="Georgia" w:hAnsi="Georgia"/>
          <w:b w:val="0"/>
          <w:i w:val="0"/>
          <w:color w:val="22201D"/>
          <w:sz w:val="20"/>
        </w:rPr>
        <w:t>She looked at the page.</w:t>
      </w:r>
    </w:p>
    <w:p>
      <w:pPr>
        <w:spacing w:after="60" w:line="266" w:lineRule="auto"/>
        <w:ind w:firstLine="331"/>
        <w:jc w:val="both"/>
      </w:pPr>
      <w:r>
        <w:rPr>
          <w:rFonts w:ascii="Georgia" w:hAnsi="Georgia"/>
          <w:b w:val="0"/>
          <w:i w:val="0"/>
          <w:color w:val="22201D"/>
          <w:sz w:val="20"/>
        </w:rPr>
        <w:t>The page looked back only in the sense that official documents always looked back: flatly, with the confidence of something that had never had to mop under a table.</w:t>
      </w:r>
    </w:p>
    <w:p>
      <w:pPr>
        <w:spacing w:after="60" w:line="266" w:lineRule="auto"/>
        <w:ind w:firstLine="331"/>
        <w:jc w:val="both"/>
      </w:pPr>
      <w:r>
        <w:rPr>
          <w:rFonts w:ascii="Georgia" w:hAnsi="Georgia"/>
          <w:b w:val="0"/>
          <w:i w:val="0"/>
          <w:color w:val="22201D"/>
          <w:sz w:val="20"/>
        </w:rPr>
        <w:t>"Warm," she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"Printed here?"</w:t>
      </w:r>
    </w:p>
    <w:p>
      <w:pPr>
        <w:spacing w:after="60" w:line="266" w:lineRule="auto"/>
        <w:ind w:firstLine="331"/>
        <w:jc w:val="both"/>
      </w:pPr>
      <w:r>
        <w:rPr>
          <w:rFonts w:ascii="Georgia" w:hAnsi="Georgia"/>
          <w:b w:val="0"/>
          <w:i w:val="0"/>
          <w:color w:val="22201D"/>
          <w:sz w:val="20"/>
        </w:rPr>
        <w:t>"Unknown."</w:t>
      </w:r>
    </w:p>
    <w:p>
      <w:pPr>
        <w:spacing w:after="60" w:line="266" w:lineRule="auto"/>
        <w:ind w:firstLine="331"/>
        <w:jc w:val="both"/>
      </w:pPr>
      <w:r>
        <w:rPr>
          <w:rFonts w:ascii="Georgia" w:hAnsi="Georgia"/>
          <w:b w:val="0"/>
          <w:i w:val="0"/>
          <w:color w:val="22201D"/>
          <w:sz w:val="20"/>
        </w:rPr>
        <w:t>"Delivered?"</w:t>
      </w:r>
    </w:p>
    <w:p>
      <w:pPr>
        <w:spacing w:after="60" w:line="266" w:lineRule="auto"/>
        <w:ind w:firstLine="331"/>
        <w:jc w:val="both"/>
      </w:pPr>
      <w:r>
        <w:rPr>
          <w:rFonts w:ascii="Georgia" w:hAnsi="Georgia"/>
          <w:b w:val="0"/>
          <w:i w:val="0"/>
          <w:color w:val="22201D"/>
          <w:sz w:val="20"/>
        </w:rPr>
        <w:t>"No route mark."</w:t>
      </w:r>
    </w:p>
    <w:p>
      <w:pPr>
        <w:spacing w:after="60" w:line="266" w:lineRule="auto"/>
        <w:ind w:firstLine="331"/>
        <w:jc w:val="both"/>
      </w:pPr>
      <w:r>
        <w:rPr>
          <w:rFonts w:ascii="Georgia" w:hAnsi="Georgia"/>
          <w:b w:val="0"/>
          <w:i w:val="0"/>
          <w:color w:val="22201D"/>
          <w:sz w:val="20"/>
        </w:rPr>
        <w:t>"Summoned?"</w:t>
      </w:r>
    </w:p>
    <w:p>
      <w:pPr>
        <w:spacing w:after="60" w:line="266" w:lineRule="auto"/>
        <w:ind w:firstLine="331"/>
        <w:jc w:val="both"/>
      </w:pPr>
      <w:r>
        <w:rPr>
          <w:rFonts w:ascii="Georgia" w:hAnsi="Georgia"/>
          <w:b w:val="0"/>
          <w:i w:val="0"/>
          <w:color w:val="22201D"/>
          <w:sz w:val="20"/>
        </w:rPr>
        <w:t>Steve considered the question, then removed a notepad from his apron.</w:t>
      </w:r>
    </w:p>
    <w:p>
      <w:pPr>
        <w:spacing w:after="60" w:line="266" w:lineRule="auto"/>
        <w:ind w:firstLine="331"/>
        <w:jc w:val="both"/>
      </w:pPr>
      <w:r>
        <w:rPr>
          <w:rFonts w:ascii="Georgia" w:hAnsi="Georgia"/>
          <w:b w:val="0"/>
          <w:i w:val="0"/>
          <w:color w:val="22201D"/>
          <w:sz w:val="20"/>
        </w:rPr>
        <w:t>"Possibly."</w:t>
      </w:r>
    </w:p>
    <w:p>
      <w:pPr>
        <w:spacing w:after="60" w:line="266" w:lineRule="auto"/>
        <w:ind w:firstLine="331"/>
        <w:jc w:val="both"/>
      </w:pPr>
      <w:r>
        <w:rPr>
          <w:rFonts w:ascii="Georgia" w:hAnsi="Georgia"/>
          <w:b w:val="0"/>
          <w:i w:val="0"/>
          <w:color w:val="22201D"/>
          <w:sz w:val="20"/>
        </w:rPr>
        <w:t>The Hostess set the menus down in a precise stack.</w:t>
      </w:r>
    </w:p>
    <w:p>
      <w:pPr>
        <w:spacing w:after="60" w:line="266" w:lineRule="auto"/>
        <w:ind w:firstLine="331"/>
        <w:jc w:val="both"/>
      </w:pPr>
      <w:r>
        <w:rPr>
          <w:rFonts w:ascii="Georgia" w:hAnsi="Georgia"/>
          <w:b w:val="0"/>
          <w:i w:val="0"/>
          <w:color w:val="22201D"/>
          <w:sz w:val="20"/>
        </w:rPr>
        <w:t>"Do not write possibly summoned yet. It will make Gerald use the long clipboard."</w:t>
      </w:r>
    </w:p>
    <w:p>
      <w:pPr>
        <w:spacing w:after="60" w:line="266" w:lineRule="auto"/>
        <w:ind w:firstLine="331"/>
        <w:jc w:val="both"/>
      </w:pPr>
      <w:r>
        <w:rPr>
          <w:rFonts w:ascii="Georgia" w:hAnsi="Georgia"/>
          <w:b w:val="0"/>
          <w:i w:val="0"/>
          <w:color w:val="22201D"/>
          <w:sz w:val="20"/>
        </w:rPr>
        <w:t>Gerald entered while carrying the long clipboard.</w:t>
      </w:r>
    </w:p>
    <w:p>
      <w:pPr>
        <w:spacing w:after="60" w:line="266" w:lineRule="auto"/>
        <w:ind w:firstLine="331"/>
        <w:jc w:val="both"/>
      </w:pPr>
      <w:r>
        <w:rPr>
          <w:rFonts w:ascii="Georgia" w:hAnsi="Georgia"/>
          <w:b w:val="0"/>
          <w:i w:val="0"/>
          <w:color w:val="22201D"/>
          <w:sz w:val="20"/>
        </w:rPr>
        <w:t>He had arrived through the back door with a bucket, a clean rag, and the expression of a man who had already found three violations in the parking lot and was deciding whether the universe was ready to hear about them. He stopped at the pass.</w:t>
      </w:r>
    </w:p>
    <w:p>
      <w:pPr>
        <w:spacing w:after="60" w:line="266" w:lineRule="auto"/>
        <w:ind w:firstLine="331"/>
        <w:jc w:val="both"/>
      </w:pPr>
      <w:r>
        <w:rPr>
          <w:rFonts w:ascii="Georgia" w:hAnsi="Georgia"/>
          <w:b w:val="0"/>
          <w:i w:val="0"/>
          <w:color w:val="22201D"/>
          <w:sz w:val="20"/>
        </w:rPr>
        <w:t>"Why is there warm paper under an off heat lamp?"</w:t>
      </w:r>
    </w:p>
    <w:p>
      <w:pPr>
        <w:spacing w:after="60" w:line="266" w:lineRule="auto"/>
        <w:ind w:firstLine="331"/>
        <w:jc w:val="both"/>
      </w:pPr>
      <w:r>
        <w:rPr>
          <w:rFonts w:ascii="Georgia" w:hAnsi="Georgia"/>
          <w:b w:val="0"/>
          <w:i w:val="0"/>
          <w:color w:val="22201D"/>
          <w:sz w:val="20"/>
        </w:rPr>
        <w:t>Steve said, "That is currently question one."</w:t>
      </w:r>
    </w:p>
    <w:p>
      <w:pPr>
        <w:spacing w:after="60" w:line="266" w:lineRule="auto"/>
        <w:ind w:firstLine="331"/>
        <w:jc w:val="both"/>
      </w:pPr>
      <w:r>
        <w:rPr>
          <w:rFonts w:ascii="Georgia" w:hAnsi="Georgia"/>
          <w:b w:val="0"/>
          <w:i w:val="0"/>
          <w:color w:val="22201D"/>
          <w:sz w:val="20"/>
        </w:rPr>
        <w:t>Gerald put down the bucket.</w:t>
      </w:r>
    </w:p>
    <w:p>
      <w:pPr>
        <w:spacing w:after="60" w:line="266" w:lineRule="auto"/>
        <w:ind w:firstLine="331"/>
        <w:jc w:val="both"/>
      </w:pPr>
      <w:r>
        <w:rPr>
          <w:rFonts w:ascii="Georgia" w:hAnsi="Georgia"/>
          <w:b w:val="0"/>
          <w:i w:val="0"/>
          <w:color w:val="22201D"/>
          <w:sz w:val="20"/>
        </w:rPr>
        <w:t>The bucket made the sound a bucket made when it knew it would be needed.</w:t>
      </w:r>
    </w:p>
    <w:p>
      <w:pPr>
        <w:spacing w:after="60" w:line="266" w:lineRule="auto"/>
        <w:ind w:firstLine="331"/>
        <w:jc w:val="both"/>
      </w:pPr>
      <w:r>
        <w:rPr>
          <w:rFonts w:ascii="Georgia" w:hAnsi="Georgia"/>
          <w:b w:val="0"/>
          <w:i w:val="0"/>
          <w:color w:val="22201D"/>
          <w:sz w:val="20"/>
        </w:rPr>
        <w:t>Gerald leaned over the page without touching it.</w:t>
      </w:r>
    </w:p>
    <w:p>
      <w:pPr>
        <w:spacing w:after="60" w:line="266" w:lineRule="auto"/>
        <w:ind w:firstLine="331"/>
        <w:jc w:val="both"/>
      </w:pPr>
      <w:r>
        <w:rPr>
          <w:rFonts w:ascii="Georgia" w:hAnsi="Georgia"/>
          <w:b w:val="0"/>
          <w:i w:val="0"/>
          <w:color w:val="22201D"/>
          <w:sz w:val="20"/>
        </w:rPr>
        <w:t>"Margins are uneven."</w:t>
      </w:r>
    </w:p>
    <w:p>
      <w:pPr>
        <w:spacing w:after="60" w:line="266" w:lineRule="auto"/>
        <w:ind w:firstLine="331"/>
        <w:jc w:val="both"/>
      </w:pPr>
      <w:r>
        <w:rPr>
          <w:rFonts w:ascii="Georgia" w:hAnsi="Georgia"/>
          <w:b w:val="0"/>
          <w:i w:val="0"/>
          <w:color w:val="22201D"/>
          <w:sz w:val="20"/>
        </w:rPr>
        <w:t>"It is a closure notice," Steve said.</w:t>
      </w:r>
    </w:p>
    <w:p>
      <w:pPr>
        <w:spacing w:after="60" w:line="266" w:lineRule="auto"/>
        <w:ind w:firstLine="331"/>
        <w:jc w:val="both"/>
      </w:pPr>
      <w:r>
        <w:rPr>
          <w:rFonts w:ascii="Georgia" w:hAnsi="Georgia"/>
          <w:b w:val="0"/>
          <w:i w:val="0"/>
          <w:color w:val="22201D"/>
          <w:sz w:val="20"/>
        </w:rPr>
        <w:t>"It can be two things."</w:t>
      </w:r>
    </w:p>
    <w:p>
      <w:pPr>
        <w:spacing w:after="60" w:line="266" w:lineRule="auto"/>
        <w:ind w:firstLine="331"/>
        <w:jc w:val="both"/>
      </w:pPr>
      <w:r>
        <w:rPr>
          <w:rFonts w:ascii="Georgia" w:hAnsi="Georgia"/>
          <w:b w:val="0"/>
          <w:i w:val="0"/>
          <w:color w:val="22201D"/>
          <w:sz w:val="20"/>
        </w:rPr>
        <w:t>The Hostess said, "It claims the establishment must close because everyone understands it."</w:t>
      </w:r>
    </w:p>
    <w:p>
      <w:pPr>
        <w:spacing w:after="60" w:line="266" w:lineRule="auto"/>
        <w:ind w:firstLine="331"/>
        <w:jc w:val="both"/>
      </w:pPr>
      <w:r>
        <w:rPr>
          <w:rFonts w:ascii="Georgia" w:hAnsi="Georgia"/>
          <w:b w:val="0"/>
          <w:i w:val="0"/>
          <w:color w:val="22201D"/>
          <w:sz w:val="20"/>
        </w:rPr>
        <w:t>Gerald's eyebrows moved the way a door latch moved when someone tested it from the other side.</w:t>
      </w:r>
    </w:p>
    <w:p>
      <w:pPr>
        <w:spacing w:after="60" w:line="266" w:lineRule="auto"/>
        <w:ind w:firstLine="331"/>
        <w:jc w:val="both"/>
      </w:pPr>
      <w:r>
        <w:rPr>
          <w:rFonts w:ascii="Georgia" w:hAnsi="Georgia"/>
          <w:b w:val="0"/>
          <w:i w:val="0"/>
          <w:color w:val="22201D"/>
          <w:sz w:val="20"/>
        </w:rPr>
        <w:t>"Everyone?"</w:t>
      </w:r>
    </w:p>
    <w:p>
      <w:pPr>
        <w:spacing w:after="60" w:line="266" w:lineRule="auto"/>
        <w:ind w:firstLine="331"/>
        <w:jc w:val="both"/>
      </w:pPr>
      <w:r>
        <w:rPr>
          <w:rFonts w:ascii="Georgia" w:hAnsi="Georgia"/>
          <w:b w:val="0"/>
          <w:i w:val="0"/>
          <w:color w:val="22201D"/>
          <w:sz w:val="20"/>
        </w:rPr>
        <w:t>"All active parties," Steve said.</w:t>
      </w:r>
    </w:p>
    <w:p>
      <w:pPr>
        <w:spacing w:after="60" w:line="266" w:lineRule="auto"/>
        <w:ind w:firstLine="331"/>
        <w:jc w:val="both"/>
      </w:pPr>
      <w:r>
        <w:rPr>
          <w:rFonts w:ascii="Georgia" w:hAnsi="Georgia"/>
          <w:b w:val="0"/>
          <w:i w:val="0"/>
          <w:color w:val="22201D"/>
          <w:sz w:val="20"/>
        </w:rPr>
        <w:t>Gerald read the notice.</w:t>
      </w:r>
    </w:p>
    <w:p>
      <w:pPr>
        <w:spacing w:after="60" w:line="266" w:lineRule="auto"/>
        <w:ind w:firstLine="331"/>
        <w:jc w:val="both"/>
      </w:pPr>
      <w:r>
        <w:rPr>
          <w:rFonts w:ascii="Georgia" w:hAnsi="Georgia"/>
          <w:b w:val="0"/>
          <w:i w:val="0"/>
          <w:color w:val="22201D"/>
          <w:sz w:val="20"/>
        </w:rPr>
        <w:t>He read it once for content, once for spacing, and once for the possibility that the ink had been laid down by a device with no respect for toner density. Then he took a ruler from the long clipboard.</w:t>
      </w:r>
    </w:p>
    <w:p>
      <w:pPr>
        <w:spacing w:after="60" w:line="266" w:lineRule="auto"/>
        <w:ind w:firstLine="331"/>
        <w:jc w:val="both"/>
      </w:pPr>
      <w:r>
        <w:rPr>
          <w:rFonts w:ascii="Georgia" w:hAnsi="Georgia"/>
          <w:b w:val="0"/>
          <w:i w:val="0"/>
          <w:color w:val="22201D"/>
          <w:sz w:val="20"/>
        </w:rPr>
        <w:t>"Heading is too large."</w:t>
      </w:r>
    </w:p>
    <w:p>
      <w:pPr>
        <w:spacing w:after="60" w:line="266" w:lineRule="auto"/>
        <w:ind w:firstLine="331"/>
        <w:jc w:val="both"/>
      </w:pPr>
      <w:r>
        <w:rPr>
          <w:rFonts w:ascii="Georgia" w:hAnsi="Georgia"/>
          <w:b w:val="0"/>
          <w:i w:val="0"/>
          <w:color w:val="22201D"/>
          <w:sz w:val="20"/>
        </w:rPr>
        <w:t>Steve blinked. "For closure?"</w:t>
      </w:r>
    </w:p>
    <w:p>
      <w:pPr>
        <w:spacing w:after="60" w:line="266" w:lineRule="auto"/>
        <w:ind w:firstLine="331"/>
        <w:jc w:val="both"/>
      </w:pPr>
      <w:r>
        <w:rPr>
          <w:rFonts w:ascii="Georgia" w:hAnsi="Georgia"/>
          <w:b w:val="0"/>
          <w:i w:val="0"/>
          <w:color w:val="22201D"/>
          <w:sz w:val="20"/>
        </w:rPr>
        <w:t>"For public-facing panic. If you are going to tell people the restaurant is closing because they understand it, the heading should not shout."</w:t>
      </w:r>
    </w:p>
    <w:p>
      <w:pPr>
        <w:spacing w:after="60" w:line="266" w:lineRule="auto"/>
        <w:ind w:firstLine="331"/>
        <w:jc w:val="both"/>
      </w:pPr>
      <w:r>
        <w:rPr>
          <w:rFonts w:ascii="Georgia" w:hAnsi="Georgia"/>
          <w:b w:val="0"/>
          <w:i w:val="0"/>
          <w:color w:val="22201D"/>
          <w:sz w:val="20"/>
        </w:rPr>
        <w:t>The Hostess nodded. "Fear is not to be seated as a party of one."</w:t>
      </w:r>
    </w:p>
    <w:p>
      <w:pPr>
        <w:spacing w:after="60" w:line="266" w:lineRule="auto"/>
        <w:ind w:firstLine="331"/>
        <w:jc w:val="both"/>
      </w:pPr>
      <w:r>
        <w:rPr>
          <w:rFonts w:ascii="Georgia" w:hAnsi="Georgia"/>
          <w:b w:val="0"/>
          <w:i w:val="0"/>
          <w:color w:val="22201D"/>
          <w:sz w:val="20"/>
        </w:rPr>
        <w:t>"Also," Gerald said, "this line here: Upon mutual comprehension. No."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 effective time. No date. No responsible party. No appeal path. No weather accommodation. No instruction for customers already holding forks."</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Closure notice received warm. Notice lacks actionable closure procedure. Panic not yet authorized.</w:t>
      </w:r>
    </w:p>
    <w:p>
      <w:pPr>
        <w:spacing w:after="60" w:line="266" w:lineRule="auto"/>
        <w:ind w:firstLine="331"/>
        <w:jc w:val="both"/>
      </w:pPr>
      <w:r>
        <w:rPr>
          <w:rFonts w:ascii="Georgia" w:hAnsi="Georgia"/>
          <w:b w:val="0"/>
          <w:i w:val="0"/>
          <w:color w:val="22201D"/>
          <w:sz w:val="20"/>
        </w:rPr>
        <w:t>The page gave a very small curl at the corner.</w:t>
      </w:r>
    </w:p>
    <w:p>
      <w:pPr>
        <w:spacing w:after="60" w:line="266" w:lineRule="auto"/>
        <w:ind w:firstLine="331"/>
        <w:jc w:val="both"/>
      </w:pPr>
      <w:r>
        <w:rPr>
          <w:rFonts w:ascii="Georgia" w:hAnsi="Georgia"/>
          <w:b w:val="0"/>
          <w:i w:val="0"/>
          <w:color w:val="22201D"/>
          <w:sz w:val="20"/>
        </w:rPr>
        <w:t>Gerald pointed with the ruler.</w:t>
      </w:r>
    </w:p>
    <w:p>
      <w:pPr>
        <w:spacing w:after="60" w:line="266" w:lineRule="auto"/>
        <w:ind w:firstLine="331"/>
        <w:jc w:val="both"/>
      </w:pPr>
      <w:r>
        <w:rPr>
          <w:rFonts w:ascii="Georgia" w:hAnsi="Georgia"/>
          <w:b w:val="0"/>
          <w:i w:val="0"/>
          <w:color w:val="22201D"/>
          <w:sz w:val="20"/>
        </w:rPr>
        <w:t>"Do not react to that. Paper curls when warm. Paper also curls when dramatic. We do not have evidence which one this is."</w:t>
      </w:r>
    </w:p>
    <w:p>
      <w:pPr>
        <w:spacing w:after="60" w:line="266" w:lineRule="auto"/>
        <w:ind w:firstLine="331"/>
        <w:jc w:val="both"/>
      </w:pPr>
      <w:r>
        <w:rPr>
          <w:rFonts w:ascii="Georgia" w:hAnsi="Georgia"/>
          <w:b w:val="0"/>
          <w:i w:val="0"/>
          <w:color w:val="22201D"/>
          <w:sz w:val="20"/>
        </w:rPr>
        <w:t>From the dining room came a cough.</w:t>
      </w:r>
    </w:p>
    <w:p>
      <w:pPr>
        <w:spacing w:after="60" w:line="266" w:lineRule="auto"/>
        <w:ind w:firstLine="331"/>
        <w:jc w:val="both"/>
      </w:pPr>
      <w:r>
        <w:rPr>
          <w:rFonts w:ascii="Georgia" w:hAnsi="Georgia"/>
          <w:b w:val="0"/>
          <w:i w:val="0"/>
          <w:color w:val="22201D"/>
          <w:sz w:val="20"/>
        </w:rPr>
        <w:t>Not a sick cough. A customer cough. The kind of cough used by a person who had read enough of the room to know something had happened and not enough to know whether it came with toast.</w:t>
      </w:r>
    </w:p>
    <w:p>
      <w:pPr>
        <w:spacing w:after="60" w:line="266" w:lineRule="auto"/>
        <w:ind w:firstLine="331"/>
        <w:jc w:val="both"/>
      </w:pPr>
      <w:r>
        <w:rPr>
          <w:rFonts w:ascii="Georgia" w:hAnsi="Georgia"/>
          <w:b w:val="0"/>
          <w:i w:val="0"/>
          <w:color w:val="22201D"/>
          <w:sz w:val="20"/>
        </w:rPr>
        <w:t>The Hostess lifted one finger toward the dining room without looking away from the notice.</w:t>
      </w:r>
    </w:p>
    <w:p>
      <w:pPr>
        <w:spacing w:after="60" w:line="266" w:lineRule="auto"/>
        <w:ind w:firstLine="331"/>
        <w:jc w:val="both"/>
      </w:pPr>
      <w:r>
        <w:rPr>
          <w:rFonts w:ascii="Georgia" w:hAnsi="Georgia"/>
          <w:b w:val="0"/>
          <w:i w:val="0"/>
          <w:color w:val="22201D"/>
          <w:sz w:val="20"/>
        </w:rPr>
        <w:t>"We are open."</w:t>
      </w:r>
    </w:p>
    <w:p>
      <w:pPr>
        <w:spacing w:after="60" w:line="266" w:lineRule="auto"/>
        <w:ind w:firstLine="331"/>
        <w:jc w:val="both"/>
      </w:pPr>
      <w:r>
        <w:rPr>
          <w:rFonts w:ascii="Georgia" w:hAnsi="Georgia"/>
          <w:b w:val="0"/>
          <w:i w:val="0"/>
          <w:color w:val="22201D"/>
          <w:sz w:val="20"/>
        </w:rPr>
        <w:t>The cough stopped.</w:t>
      </w:r>
    </w:p>
    <w:p>
      <w:pPr>
        <w:spacing w:after="60" w:line="266" w:lineRule="auto"/>
        <w:ind w:firstLine="331"/>
        <w:jc w:val="both"/>
      </w:pPr>
      <w:r>
        <w:rPr>
          <w:rFonts w:ascii="Georgia" w:hAnsi="Georgia"/>
          <w:b w:val="0"/>
          <w:i w:val="0"/>
          <w:color w:val="22201D"/>
          <w:sz w:val="20"/>
        </w:rPr>
        <w:t>The restaurant heard itself remain open.</w:t>
      </w:r>
    </w:p>
    <w:p>
      <w:pPr>
        <w:spacing w:after="60" w:line="266" w:lineRule="auto"/>
        <w:ind w:firstLine="331"/>
        <w:jc w:val="both"/>
      </w:pPr>
      <w:r>
        <w:rPr>
          <w:rFonts w:ascii="Georgia" w:hAnsi="Georgia"/>
          <w:b w:val="0"/>
          <w:i w:val="0"/>
          <w:color w:val="22201D"/>
          <w:sz w:val="20"/>
        </w:rPr>
        <w:t>That was the second procedural problem.</w:t>
      </w:r>
    </w:p>
    <w:p>
      <w:pPr>
        <w:spacing w:after="60" w:line="266" w:lineRule="auto"/>
        <w:ind w:firstLine="331"/>
        <w:jc w:val="both"/>
      </w:pPr>
      <w:r>
        <w:rPr>
          <w:rFonts w:ascii="Georgia" w:hAnsi="Georgia"/>
          <w:b w:val="0"/>
          <w:i w:val="0"/>
          <w:color w:val="22201D"/>
          <w:sz w:val="20"/>
        </w:rPr>
        <w:t>Because the notice had not said the restaurant was closed. It had said closure would become effective upon mutual comprehension. The fact that they were discussing it meant they were approaching the condition. Every sensible thing they did with the notice might help it succeed.</w:t>
      </w:r>
    </w:p>
    <w:p>
      <w:pPr>
        <w:spacing w:after="60" w:line="266" w:lineRule="auto"/>
        <w:ind w:firstLine="331"/>
        <w:jc w:val="both"/>
      </w:pPr>
      <w:r>
        <w:rPr>
          <w:rFonts w:ascii="Georgia" w:hAnsi="Georgia"/>
          <w:b w:val="0"/>
          <w:i w:val="0"/>
          <w:color w:val="22201D"/>
          <w:sz w:val="20"/>
        </w:rPr>
        <w:t>Steve realized this and stopped writing.</w:t>
      </w:r>
    </w:p>
    <w:p>
      <w:pPr>
        <w:spacing w:after="60" w:line="266" w:lineRule="auto"/>
        <w:ind w:firstLine="331"/>
        <w:jc w:val="both"/>
      </w:pPr>
      <w:r>
        <w:rPr>
          <w:rFonts w:ascii="Georgia" w:hAnsi="Georgia"/>
          <w:b w:val="0"/>
          <w:i w:val="0"/>
          <w:color w:val="22201D"/>
          <w:sz w:val="20"/>
        </w:rPr>
        <w:t>The pen did not stop. It added:</w:t>
      </w:r>
    </w:p>
    <w:p>
      <w:pPr>
        <w:spacing w:after="60" w:line="250" w:lineRule="auto"/>
        <w:ind w:left="202" w:right="173"/>
      </w:pPr>
      <w:r>
        <w:rPr>
          <w:rFonts w:ascii="Georgia" w:hAnsi="Georgia"/>
          <w:b w:val="0"/>
          <w:i w:val="0"/>
          <w:color w:val="22201D"/>
          <w:sz w:val="17"/>
        </w:rPr>
        <w:t>Risk: understanding may advance closure condition.</w:t>
      </w:r>
    </w:p>
    <w:p>
      <w:pPr>
        <w:spacing w:after="60" w:line="266" w:lineRule="auto"/>
        <w:ind w:firstLine="331"/>
        <w:jc w:val="both"/>
      </w:pPr>
      <w:r>
        <w:rPr>
          <w:rFonts w:ascii="Georgia" w:hAnsi="Georgia"/>
          <w:b w:val="0"/>
          <w:i w:val="0"/>
          <w:color w:val="22201D"/>
          <w:sz w:val="20"/>
        </w:rPr>
        <w:t>Steve lifted the pen from the page.</w:t>
      </w:r>
    </w:p>
    <w:p>
      <w:pPr>
        <w:spacing w:after="60" w:line="266" w:lineRule="auto"/>
        <w:ind w:firstLine="331"/>
        <w:jc w:val="both"/>
      </w:pPr>
      <w:r>
        <w:rPr>
          <w:rFonts w:ascii="Georgia" w:hAnsi="Georgia"/>
          <w:b w:val="0"/>
          <w:i w:val="0"/>
          <w:color w:val="22201D"/>
          <w:sz w:val="20"/>
        </w:rPr>
        <w:t>"I did not write that."</w:t>
      </w:r>
    </w:p>
    <w:p>
      <w:pPr>
        <w:spacing w:after="60" w:line="266" w:lineRule="auto"/>
        <w:ind w:firstLine="331"/>
        <w:jc w:val="both"/>
      </w:pPr>
      <w:r>
        <w:rPr>
          <w:rFonts w:ascii="Georgia" w:hAnsi="Georgia"/>
          <w:b w:val="0"/>
          <w:i w:val="0"/>
          <w:color w:val="22201D"/>
          <w:sz w:val="20"/>
        </w:rPr>
        <w:t>Gerald looked at the pen cup.</w:t>
      </w:r>
    </w:p>
    <w:p>
      <w:pPr>
        <w:spacing w:after="60" w:line="266" w:lineRule="auto"/>
        <w:ind w:firstLine="331"/>
        <w:jc w:val="both"/>
      </w:pPr>
      <w:r>
        <w:rPr>
          <w:rFonts w:ascii="Georgia" w:hAnsi="Georgia"/>
          <w:b w:val="0"/>
          <w:i w:val="0"/>
          <w:color w:val="22201D"/>
          <w:sz w:val="20"/>
        </w:rPr>
        <w:t>"Which pen?"</w:t>
      </w:r>
    </w:p>
    <w:p>
      <w:pPr>
        <w:spacing w:after="60" w:line="266" w:lineRule="auto"/>
        <w:ind w:firstLine="331"/>
        <w:jc w:val="both"/>
      </w:pPr>
      <w:r>
        <w:rPr>
          <w:rFonts w:ascii="Georgia" w:hAnsi="Georgia"/>
          <w:b w:val="0"/>
          <w:i w:val="0"/>
          <w:color w:val="22201D"/>
          <w:sz w:val="20"/>
        </w:rPr>
        <w:t>"Black."</w:t>
      </w:r>
    </w:p>
    <w:p>
      <w:pPr>
        <w:spacing w:after="60" w:line="266" w:lineRule="auto"/>
        <w:ind w:firstLine="331"/>
        <w:jc w:val="both"/>
      </w:pPr>
      <w:r>
        <w:rPr>
          <w:rFonts w:ascii="Georgia" w:hAnsi="Georgia"/>
          <w:b w:val="0"/>
          <w:i w:val="0"/>
          <w:color w:val="22201D"/>
          <w:sz w:val="20"/>
        </w:rPr>
        <w:t>"Black actual or black declared?"</w:t>
      </w:r>
    </w:p>
    <w:p>
      <w:pPr>
        <w:spacing w:after="60" w:line="266" w:lineRule="auto"/>
        <w:ind w:firstLine="331"/>
        <w:jc w:val="both"/>
      </w:pPr>
      <w:r>
        <w:rPr>
          <w:rFonts w:ascii="Georgia" w:hAnsi="Georgia"/>
          <w:b w:val="0"/>
          <w:i w:val="0"/>
          <w:color w:val="22201D"/>
          <w:sz w:val="20"/>
        </w:rPr>
        <w:t>Steve checked the pen barrel.</w:t>
      </w:r>
    </w:p>
    <w:p>
      <w:pPr>
        <w:spacing w:after="60" w:line="266" w:lineRule="auto"/>
        <w:ind w:firstLine="331"/>
        <w:jc w:val="both"/>
      </w:pPr>
      <w:r>
        <w:rPr>
          <w:rFonts w:ascii="Georgia" w:hAnsi="Georgia"/>
          <w:b w:val="0"/>
          <w:i w:val="0"/>
          <w:color w:val="22201D"/>
          <w:sz w:val="20"/>
        </w:rPr>
        <w:t>The label read:</w:t>
      </w:r>
    </w:p>
    <w:p>
      <w:pPr>
        <w:spacing w:after="60" w:line="250" w:lineRule="auto"/>
        <w:ind w:left="202" w:right="173"/>
      </w:pPr>
      <w:r>
        <w:rPr>
          <w:rFonts w:ascii="Georgia" w:hAnsi="Georgia"/>
          <w:b w:val="0"/>
          <w:i w:val="0"/>
          <w:color w:val="22201D"/>
          <w:sz w:val="17"/>
        </w:rPr>
        <w:t>BLACK PEN FOR ORDINARY FACTS ONLY</w:t>
      </w:r>
    </w:p>
    <w:p>
      <w:pPr>
        <w:spacing w:after="60" w:line="266" w:lineRule="auto"/>
        <w:ind w:firstLine="331"/>
        <w:jc w:val="both"/>
      </w:pPr>
      <w:r>
        <w:rPr>
          <w:rFonts w:ascii="Georgia" w:hAnsi="Georgia"/>
          <w:b w:val="0"/>
          <w:i w:val="0"/>
          <w:color w:val="22201D"/>
          <w:sz w:val="20"/>
        </w:rPr>
        <w:t>Gerald said, "Ordinary facts are getting ambitious."</w:t>
      </w:r>
    </w:p>
    <w:p>
      <w:pPr>
        <w:spacing w:after="60" w:line="266" w:lineRule="auto"/>
        <w:ind w:firstLine="331"/>
        <w:jc w:val="both"/>
      </w:pPr>
      <w:r>
        <w:rPr>
          <w:rFonts w:ascii="Georgia" w:hAnsi="Georgia"/>
          <w:b w:val="0"/>
          <w:i w:val="0"/>
          <w:color w:val="22201D"/>
          <w:sz w:val="20"/>
        </w:rPr>
        <w:t>The Hostess took the pen gently from Steve and set it on the counter.</w:t>
      </w:r>
    </w:p>
    <w:p>
      <w:pPr>
        <w:spacing w:after="60" w:line="266" w:lineRule="auto"/>
        <w:ind w:firstLine="331"/>
        <w:jc w:val="both"/>
      </w:pPr>
      <w:r>
        <w:rPr>
          <w:rFonts w:ascii="Georgia" w:hAnsi="Georgia"/>
          <w:b w:val="0"/>
          <w:i w:val="0"/>
          <w:color w:val="22201D"/>
          <w:sz w:val="20"/>
        </w:rPr>
        <w:t>"Then we will proceed with less ambition."</w:t>
      </w:r>
    </w:p>
    <w:p>
      <w:pPr>
        <w:spacing w:after="60" w:line="266" w:lineRule="auto"/>
        <w:ind w:firstLine="331"/>
        <w:jc w:val="both"/>
      </w:pPr>
      <w:r>
        <w:rPr>
          <w:rFonts w:ascii="Georgia" w:hAnsi="Georgia"/>
          <w:b w:val="0"/>
          <w:i w:val="0"/>
          <w:color w:val="22201D"/>
          <w:sz w:val="20"/>
        </w:rPr>
        <w:t>The pass bell rang once.</w:t>
      </w:r>
    </w:p>
    <w:p>
      <w:pPr>
        <w:spacing w:after="60" w:line="266" w:lineRule="auto"/>
        <w:ind w:firstLine="331"/>
        <w:jc w:val="both"/>
      </w:pPr>
      <w:r>
        <w:rPr>
          <w:rFonts w:ascii="Georgia" w:hAnsi="Georgia"/>
          <w:b w:val="0"/>
          <w:i w:val="0"/>
          <w:color w:val="22201D"/>
          <w:sz w:val="20"/>
        </w:rPr>
        <w:t>No one had touched it.</w:t>
      </w:r>
    </w:p>
    <w:p>
      <w:pPr>
        <w:spacing w:after="60" w:line="266" w:lineRule="auto"/>
        <w:ind w:firstLine="331"/>
        <w:jc w:val="both"/>
      </w:pPr>
      <w:r>
        <w:rPr>
          <w:rFonts w:ascii="Georgia" w:hAnsi="Georgia"/>
          <w:b w:val="0"/>
          <w:i w:val="0"/>
          <w:color w:val="22201D"/>
          <w:sz w:val="20"/>
        </w:rPr>
        <w:t>A menu slid from the stack beside the Hostess and opened itself to a page that had not existed yesterday.</w:t>
      </w:r>
    </w:p>
    <w:p>
      <w:pPr>
        <w:spacing w:after="60" w:line="266" w:lineRule="auto"/>
        <w:ind w:firstLine="331"/>
        <w:jc w:val="both"/>
      </w:pPr>
      <w:r>
        <w:rPr>
          <w:rFonts w:ascii="Georgia" w:hAnsi="Georgia"/>
          <w:b w:val="0"/>
          <w:i w:val="0"/>
          <w:color w:val="22201D"/>
          <w:sz w:val="20"/>
        </w:rPr>
        <w:t>At the top, in small plain type, it said:</w:t>
      </w:r>
    </w:p>
    <w:p>
      <w:pPr>
        <w:spacing w:after="60" w:line="250" w:lineRule="auto"/>
        <w:ind w:left="202" w:right="173"/>
      </w:pPr>
      <w:r>
        <w:rPr>
          <w:rFonts w:ascii="Georgia" w:hAnsi="Georgia"/>
          <w:b w:val="0"/>
          <w:i w:val="0"/>
          <w:color w:val="22201D"/>
          <w:sz w:val="17"/>
        </w:rPr>
        <w:t>TODAY'S SPECIAL: Do not panic.</w:t>
      </w:r>
    </w:p>
    <w:p>
      <w:pPr>
        <w:spacing w:after="60" w:line="266" w:lineRule="auto"/>
        <w:ind w:firstLine="331"/>
        <w:jc w:val="both"/>
      </w:pPr>
      <w:r>
        <w:rPr>
          <w:rFonts w:ascii="Georgia" w:hAnsi="Georgia"/>
          <w:b w:val="0"/>
          <w:i w:val="0"/>
          <w:color w:val="22201D"/>
          <w:sz w:val="20"/>
        </w:rPr>
        <w:t>Underneath, in smaller type:</w:t>
      </w:r>
    </w:p>
    <w:p>
      <w:pPr>
        <w:spacing w:after="60" w:line="250" w:lineRule="auto"/>
        <w:ind w:left="202" w:right="173"/>
      </w:pPr>
      <w:r>
        <w:rPr>
          <w:rFonts w:ascii="Georgia" w:hAnsi="Georgia"/>
          <w:b w:val="0"/>
          <w:i w:val="0"/>
          <w:color w:val="22201D"/>
          <w:sz w:val="17"/>
        </w:rPr>
        <w:t>Served with enough bread to delay conclusion.</w:t>
      </w:r>
    </w:p>
    <w:p>
      <w:pPr>
        <w:spacing w:after="60" w:line="266" w:lineRule="auto"/>
        <w:ind w:firstLine="331"/>
        <w:jc w:val="both"/>
      </w:pPr>
      <w:r>
        <w:rPr>
          <w:rFonts w:ascii="Georgia" w:hAnsi="Georgia"/>
          <w:b w:val="0"/>
          <w:i w:val="0"/>
          <w:color w:val="22201D"/>
          <w:sz w:val="20"/>
        </w:rPr>
        <w:t>Bob entered through the back door carrying a brown paper bag.</w:t>
      </w:r>
    </w:p>
    <w:p>
      <w:pPr>
        <w:spacing w:after="60" w:line="266" w:lineRule="auto"/>
        <w:ind w:firstLine="331"/>
        <w:jc w:val="both"/>
      </w:pPr>
      <w:r>
        <w:rPr>
          <w:rFonts w:ascii="Georgia" w:hAnsi="Georgia"/>
          <w:b w:val="0"/>
          <w:i w:val="0"/>
          <w:color w:val="22201D"/>
          <w:sz w:val="20"/>
        </w:rPr>
        <w:t>"I brought bread," he said.</w:t>
      </w:r>
    </w:p>
    <w:p>
      <w:pPr>
        <w:spacing w:after="60" w:line="266" w:lineRule="auto"/>
        <w:ind w:firstLine="331"/>
        <w:jc w:val="both"/>
      </w:pPr>
      <w:r>
        <w:rPr>
          <w:rFonts w:ascii="Georgia" w:hAnsi="Georgia"/>
          <w:b w:val="0"/>
          <w:i w:val="0"/>
          <w:color w:val="22201D"/>
          <w:sz w:val="20"/>
        </w:rPr>
        <w:t>Everyone looked at him.</w:t>
      </w:r>
    </w:p>
    <w:p>
      <w:pPr>
        <w:spacing w:after="60" w:line="266" w:lineRule="auto"/>
        <w:ind w:firstLine="331"/>
        <w:jc w:val="both"/>
      </w:pPr>
      <w:r>
        <w:rPr>
          <w:rFonts w:ascii="Georgia" w:hAnsi="Georgia"/>
          <w:b w:val="0"/>
          <w:i w:val="0"/>
          <w:color w:val="22201D"/>
          <w:sz w:val="20"/>
        </w:rPr>
        <w:t>Bob looked at the notice, the menu, the ruler, the bucket, the Hostess, Steve's notepad, and Gerald's long clipboard.</w:t>
      </w:r>
    </w:p>
    <w:p>
      <w:pPr>
        <w:spacing w:after="60" w:line="266" w:lineRule="auto"/>
        <w:ind w:firstLine="331"/>
        <w:jc w:val="both"/>
      </w:pPr>
      <w:r>
        <w:rPr>
          <w:rFonts w:ascii="Georgia" w:hAnsi="Georgia"/>
          <w:b w:val="0"/>
          <w:i w:val="0"/>
          <w:color w:val="22201D"/>
          <w:sz w:val="20"/>
        </w:rPr>
        <w:t>He lifted the bag slightly.</w:t>
      </w:r>
    </w:p>
    <w:p>
      <w:pPr>
        <w:spacing w:after="60" w:line="266" w:lineRule="auto"/>
        <w:ind w:firstLine="331"/>
        <w:jc w:val="both"/>
      </w:pPr>
      <w:r>
        <w:rPr>
          <w:rFonts w:ascii="Georgia" w:hAnsi="Georgia"/>
          <w:b w:val="0"/>
          <w:i w:val="0"/>
          <w:color w:val="22201D"/>
          <w:sz w:val="20"/>
        </w:rPr>
        <w:t>"Again?"</w:t>
      </w:r>
    </w:p>
    <w:p>
      <w:pPr>
        <w:spacing w:after="60" w:line="266" w:lineRule="auto"/>
        <w:ind w:firstLine="331"/>
        <w:jc w:val="both"/>
      </w:pPr>
      <w:r>
        <w:rPr>
          <w:rFonts w:ascii="Georgia" w:hAnsi="Georgia"/>
          <w:b w:val="0"/>
          <w:i w:val="0"/>
          <w:color w:val="22201D"/>
          <w:sz w:val="20"/>
        </w:rPr>
        <w:t>The Hostess said, "Apparently."</w:t>
      </w:r>
    </w:p>
    <w:p>
      <w:pPr>
        <w:spacing w:after="60" w:line="266" w:lineRule="auto"/>
        <w:ind w:firstLine="331"/>
        <w:jc w:val="both"/>
      </w:pPr>
      <w:r>
        <w:rPr>
          <w:rFonts w:ascii="Georgia" w:hAnsi="Georgia"/>
          <w:b w:val="0"/>
          <w:i w:val="0"/>
          <w:color w:val="22201D"/>
          <w:sz w:val="20"/>
        </w:rPr>
        <w:t>Bob put the bag on the prep table.</w:t>
      </w:r>
    </w:p>
    <w:p>
      <w:pPr>
        <w:spacing w:after="60" w:line="266" w:lineRule="auto"/>
        <w:ind w:firstLine="331"/>
        <w:jc w:val="both"/>
      </w:pPr>
      <w:r>
        <w:rPr>
          <w:rFonts w:ascii="Georgia" w:hAnsi="Georgia"/>
          <w:b w:val="0"/>
          <w:i w:val="0"/>
          <w:color w:val="22201D"/>
          <w:sz w:val="20"/>
        </w:rPr>
        <w:t>A delivery invoice was clipped to it.</w:t>
      </w:r>
    </w:p>
    <w:p>
      <w:pPr>
        <w:spacing w:after="60" w:line="266" w:lineRule="auto"/>
        <w:ind w:firstLine="331"/>
        <w:jc w:val="both"/>
      </w:pPr>
      <w:r>
        <w:rPr>
          <w:rFonts w:ascii="Georgia" w:hAnsi="Georgia"/>
          <w:b w:val="0"/>
          <w:i w:val="0"/>
          <w:color w:val="22201D"/>
          <w:sz w:val="20"/>
        </w:rPr>
        <w:t>Gerald reached for the invoice before anyone could make it symbolic.</w:t>
      </w:r>
    </w:p>
    <w:p>
      <w:pPr>
        <w:spacing w:after="60" w:line="266" w:lineRule="auto"/>
        <w:ind w:firstLine="331"/>
        <w:jc w:val="both"/>
      </w:pPr>
      <w:r>
        <w:rPr>
          <w:rFonts w:ascii="Georgia" w:hAnsi="Georgia"/>
          <w:b w:val="0"/>
          <w:i w:val="0"/>
          <w:color w:val="22201D"/>
          <w:sz w:val="20"/>
        </w:rPr>
        <w:t>"One dozen rolls," he read. "Still warm. Source: ordinary bakery. Delivery time: now. Recipient: last table."</w:t>
      </w:r>
    </w:p>
    <w:p>
      <w:pPr>
        <w:spacing w:after="60" w:line="266" w:lineRule="auto"/>
        <w:ind w:firstLine="331"/>
        <w:jc w:val="both"/>
      </w:pPr>
      <w:r>
        <w:rPr>
          <w:rFonts w:ascii="Georgia" w:hAnsi="Georgia"/>
          <w:b w:val="0"/>
          <w:i w:val="0"/>
          <w:color w:val="22201D"/>
          <w:sz w:val="20"/>
        </w:rPr>
        <w:t>Steve said, "We do not have a last table."</w:t>
      </w:r>
    </w:p>
    <w:p>
      <w:pPr>
        <w:spacing w:after="60" w:line="266" w:lineRule="auto"/>
        <w:ind w:firstLine="331"/>
        <w:jc w:val="both"/>
      </w:pPr>
      <w:r>
        <w:rPr>
          <w:rFonts w:ascii="Georgia" w:hAnsi="Georgia"/>
          <w:b w:val="0"/>
          <w:i w:val="0"/>
          <w:color w:val="22201D"/>
          <w:sz w:val="20"/>
        </w:rPr>
        <w:t>The dining room made the small wooden sound of a chair leg settling.</w:t>
      </w:r>
    </w:p>
    <w:p>
      <w:pPr>
        <w:spacing w:after="60" w:line="266" w:lineRule="auto"/>
        <w:ind w:firstLine="331"/>
        <w:jc w:val="both"/>
      </w:pPr>
      <w:r>
        <w:rPr>
          <w:rFonts w:ascii="Georgia" w:hAnsi="Georgia"/>
          <w:b w:val="0"/>
          <w:i w:val="0"/>
          <w:color w:val="22201D"/>
          <w:sz w:val="20"/>
        </w:rPr>
        <w:t>The Hostess closed her eyes for one second.</w:t>
      </w:r>
    </w:p>
    <w:p>
      <w:pPr>
        <w:spacing w:after="60" w:line="266" w:lineRule="auto"/>
        <w:ind w:firstLine="331"/>
        <w:jc w:val="both"/>
      </w:pPr>
      <w:r>
        <w:rPr>
          <w:rFonts w:ascii="Georgia" w:hAnsi="Georgia"/>
          <w:b w:val="0"/>
          <w:i w:val="0"/>
          <w:color w:val="22201D"/>
          <w:sz w:val="20"/>
        </w:rPr>
        <w:t>When she opened them, she said, "We have every table until one is needed last."</w:t>
      </w:r>
    </w:p>
    <w:p>
      <w:pPr>
        <w:spacing w:after="60" w:line="266" w:lineRule="auto"/>
        <w:ind w:firstLine="331"/>
        <w:jc w:val="both"/>
      </w:pPr>
      <w:r>
        <w:rPr>
          <w:rFonts w:ascii="Georgia" w:hAnsi="Georgia"/>
          <w:b w:val="0"/>
          <w:i w:val="0"/>
          <w:color w:val="22201D"/>
          <w:sz w:val="20"/>
        </w:rPr>
        <w:t>The closure notice curled again.</w:t>
      </w:r>
    </w:p>
    <w:p>
      <w:pPr>
        <w:spacing w:after="60" w:line="266" w:lineRule="auto"/>
        <w:ind w:firstLine="331"/>
        <w:jc w:val="both"/>
      </w:pPr>
      <w:r>
        <w:rPr>
          <w:rFonts w:ascii="Georgia" w:hAnsi="Georgia"/>
          <w:b w:val="0"/>
          <w:i w:val="0"/>
          <w:color w:val="22201D"/>
          <w:sz w:val="20"/>
        </w:rPr>
        <w:t>This time the corner lifted enough to reveal text on the underside.</w:t>
      </w:r>
    </w:p>
    <w:p>
      <w:pPr>
        <w:spacing w:after="60" w:line="266" w:lineRule="auto"/>
        <w:ind w:firstLine="331"/>
        <w:jc w:val="both"/>
      </w:pPr>
      <w:r>
        <w:rPr>
          <w:rFonts w:ascii="Georgia" w:hAnsi="Georgia"/>
          <w:b w:val="0"/>
          <w:i w:val="0"/>
          <w:color w:val="22201D"/>
          <w:sz w:val="20"/>
        </w:rPr>
        <w:t>Gerald used the ruler, not his fingers, to raise the edge.</w:t>
      </w:r>
    </w:p>
    <w:p>
      <w:pPr>
        <w:spacing w:after="60" w:line="266" w:lineRule="auto"/>
        <w:ind w:firstLine="331"/>
        <w:jc w:val="both"/>
      </w:pPr>
      <w:r>
        <w:rPr>
          <w:rFonts w:ascii="Georgia" w:hAnsi="Georgia"/>
          <w:b w:val="0"/>
          <w:i w:val="0"/>
          <w:color w:val="22201D"/>
          <w:sz w:val="20"/>
        </w:rPr>
        <w:t>Under the notice, written upside down so that it could be read only by someone refusing to pick it up too quickly, was a second line:</w:t>
      </w:r>
    </w:p>
    <w:p>
      <w:pPr>
        <w:spacing w:after="60" w:line="250" w:lineRule="auto"/>
        <w:ind w:left="202" w:right="173"/>
      </w:pPr>
      <w:r>
        <w:rPr>
          <w:rFonts w:ascii="Georgia" w:hAnsi="Georgia"/>
          <w:b w:val="0"/>
          <w:i w:val="0"/>
          <w:color w:val="22201D"/>
          <w:sz w:val="17"/>
        </w:rPr>
        <w:t>If explanation is complete, service is no longer required.</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In the dining room, a fork touched a plate and stopped.</w:t>
      </w:r>
    </w:p>
    <w:p>
      <w:pPr>
        <w:spacing w:after="60" w:line="266" w:lineRule="auto"/>
        <w:ind w:firstLine="331"/>
        <w:jc w:val="both"/>
      </w:pPr>
      <w:r>
        <w:rPr>
          <w:rFonts w:ascii="Georgia" w:hAnsi="Georgia"/>
          <w:b w:val="0"/>
          <w:i w:val="0"/>
          <w:color w:val="22201D"/>
          <w:sz w:val="20"/>
        </w:rPr>
        <w:t>That silence was worse than panic because it was organized.</w:t>
      </w:r>
    </w:p>
    <w:p>
      <w:pPr>
        <w:spacing w:after="60" w:line="266" w:lineRule="auto"/>
        <w:ind w:firstLine="331"/>
        <w:jc w:val="both"/>
      </w:pPr>
      <w:r>
        <w:rPr>
          <w:rFonts w:ascii="Georgia" w:hAnsi="Georgia"/>
          <w:b w:val="0"/>
          <w:i w:val="0"/>
          <w:color w:val="22201D"/>
          <w:sz w:val="20"/>
        </w:rPr>
        <w:t>Flocc came in from the side hall carrying three clean tasting spoons, a towel, and the expression of someone who had been trying very hard not to be useful too soon.</w:t>
      </w:r>
    </w:p>
    <w:p>
      <w:pPr>
        <w:spacing w:after="60" w:line="266" w:lineRule="auto"/>
        <w:ind w:firstLine="331"/>
        <w:jc w:val="both"/>
      </w:pPr>
      <w:r>
        <w:rPr>
          <w:rFonts w:ascii="Georgia" w:hAnsi="Georgia"/>
          <w:b w:val="0"/>
          <w:i w:val="0"/>
          <w:color w:val="22201D"/>
          <w:sz w:val="20"/>
        </w:rPr>
        <w:t>He saw the page.</w:t>
      </w:r>
    </w:p>
    <w:p>
      <w:pPr>
        <w:spacing w:after="60" w:line="266" w:lineRule="auto"/>
        <w:ind w:firstLine="331"/>
        <w:jc w:val="both"/>
      </w:pPr>
      <w:r>
        <w:rPr>
          <w:rFonts w:ascii="Georgia" w:hAnsi="Georgia"/>
          <w:b w:val="0"/>
          <w:i w:val="0"/>
          <w:color w:val="22201D"/>
          <w:sz w:val="20"/>
        </w:rPr>
        <w:t>"Is that for me?"</w:t>
      </w:r>
    </w:p>
    <w:p>
      <w:pPr>
        <w:spacing w:after="60" w:line="266" w:lineRule="auto"/>
        <w:ind w:firstLine="331"/>
        <w:jc w:val="both"/>
      </w:pPr>
      <w:r>
        <w:rPr>
          <w:rFonts w:ascii="Georgia" w:hAnsi="Georgia"/>
          <w:b w:val="0"/>
          <w:i w:val="0"/>
          <w:color w:val="22201D"/>
          <w:sz w:val="20"/>
        </w:rPr>
        <w:t>The Hostess answered before the notice could.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page warmed slightly.</w:t>
      </w:r>
    </w:p>
    <w:p>
      <w:pPr>
        <w:spacing w:after="60" w:line="266" w:lineRule="auto"/>
        <w:ind w:firstLine="331"/>
        <w:jc w:val="both"/>
      </w:pPr>
      <w:r>
        <w:rPr>
          <w:rFonts w:ascii="Georgia" w:hAnsi="Georgia"/>
          <w:b w:val="0"/>
          <w:i w:val="0"/>
          <w:color w:val="22201D"/>
          <w:sz w:val="20"/>
        </w:rPr>
        <w:t>Gerald said, "Do not assign yourself to a document that has not identified a responsible party."</w:t>
      </w:r>
    </w:p>
    <w:p>
      <w:pPr>
        <w:spacing w:after="60" w:line="266" w:lineRule="auto"/>
        <w:ind w:firstLine="331"/>
        <w:jc w:val="both"/>
      </w:pPr>
      <w:r>
        <w:rPr>
          <w:rFonts w:ascii="Georgia" w:hAnsi="Georgia"/>
          <w:b w:val="0"/>
          <w:i w:val="0"/>
          <w:color w:val="22201D"/>
          <w:sz w:val="20"/>
        </w:rPr>
        <w:t>Flocc set the spoons down.</w:t>
      </w:r>
    </w:p>
    <w:p>
      <w:pPr>
        <w:spacing w:after="60" w:line="266" w:lineRule="auto"/>
        <w:ind w:firstLine="331"/>
        <w:jc w:val="both"/>
      </w:pPr>
      <w:r>
        <w:rPr>
          <w:rFonts w:ascii="Georgia" w:hAnsi="Georgia"/>
          <w:b w:val="0"/>
          <w:i w:val="0"/>
          <w:color w:val="22201D"/>
          <w:sz w:val="20"/>
        </w:rPr>
        <w:t>"I wasn't trying to."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 was asking because it felt like it wanted me to."</w:t>
      </w:r>
    </w:p>
    <w:p>
      <w:pPr>
        <w:spacing w:after="60" w:line="266" w:lineRule="auto"/>
        <w:ind w:firstLine="331"/>
        <w:jc w:val="both"/>
      </w:pPr>
      <w:r>
        <w:rPr>
          <w:rFonts w:ascii="Georgia" w:hAnsi="Georgia"/>
          <w:b w:val="0"/>
          <w:i w:val="0"/>
          <w:color w:val="22201D"/>
          <w:sz w:val="20"/>
        </w:rPr>
        <w:t>The Hostess's face changed by one degree. In her, one degree was weather.</w:t>
      </w:r>
    </w:p>
    <w:p>
      <w:pPr>
        <w:spacing w:after="60" w:line="266" w:lineRule="auto"/>
        <w:ind w:firstLine="331"/>
        <w:jc w:val="both"/>
      </w:pPr>
      <w:r>
        <w:rPr>
          <w:rFonts w:ascii="Georgia" w:hAnsi="Georgia"/>
          <w:b w:val="0"/>
          <w:i w:val="0"/>
          <w:color w:val="22201D"/>
          <w:sz w:val="20"/>
        </w:rPr>
        <w:t>"That is different."</w:t>
      </w:r>
    </w:p>
    <w:p>
      <w:pPr>
        <w:spacing w:after="60" w:line="266" w:lineRule="auto"/>
        <w:ind w:firstLine="331"/>
        <w:jc w:val="both"/>
      </w:pPr>
      <w:r>
        <w:rPr>
          <w:rFonts w:ascii="Georgia" w:hAnsi="Georgia"/>
          <w:b w:val="0"/>
          <w:i w:val="0"/>
          <w:color w:val="22201D"/>
          <w:sz w:val="20"/>
        </w:rPr>
        <w:t>Steve opened a fresh page in his notebook.</w:t>
      </w:r>
    </w:p>
    <w:p>
      <w:pPr>
        <w:spacing w:after="60" w:line="266" w:lineRule="auto"/>
        <w:ind w:firstLine="331"/>
        <w:jc w:val="both"/>
      </w:pPr>
      <w:r>
        <w:rPr>
          <w:rFonts w:ascii="Georgia" w:hAnsi="Georgia"/>
          <w:b w:val="0"/>
          <w:i w:val="0"/>
          <w:color w:val="22201D"/>
          <w:sz w:val="20"/>
        </w:rPr>
        <w:t>This time he used a pencil.</w:t>
      </w:r>
    </w:p>
    <w:p>
      <w:pPr>
        <w:spacing w:after="60" w:line="250" w:lineRule="auto"/>
        <w:ind w:left="202" w:right="173"/>
      </w:pPr>
      <w:r>
        <w:rPr>
          <w:rFonts w:ascii="Georgia" w:hAnsi="Georgia"/>
          <w:b w:val="0"/>
          <w:i w:val="0"/>
          <w:color w:val="22201D"/>
          <w:sz w:val="17"/>
        </w:rPr>
        <w:t>Notice appears to invite personal ownership. Hostess declined assignment. Flocc did not accept.</w:t>
      </w:r>
    </w:p>
    <w:p>
      <w:pPr>
        <w:spacing w:after="60" w:line="266" w:lineRule="auto"/>
        <w:ind w:firstLine="331"/>
        <w:jc w:val="both"/>
      </w:pPr>
      <w:r>
        <w:rPr>
          <w:rFonts w:ascii="Georgia" w:hAnsi="Georgia"/>
          <w:b w:val="0"/>
          <w:i w:val="0"/>
          <w:color w:val="22201D"/>
          <w:sz w:val="20"/>
        </w:rPr>
        <w:t>The pencil behaved.</w:t>
      </w:r>
    </w:p>
    <w:p>
      <w:pPr>
        <w:spacing w:after="60" w:line="266" w:lineRule="auto"/>
        <w:ind w:firstLine="331"/>
        <w:jc w:val="both"/>
      </w:pPr>
      <w:r>
        <w:rPr>
          <w:rFonts w:ascii="Georgia" w:hAnsi="Georgia"/>
          <w:b w:val="0"/>
          <w:i w:val="0"/>
          <w:color w:val="22201D"/>
          <w:sz w:val="20"/>
        </w:rPr>
        <w:t>Bob untwisted the bread bag.</w:t>
      </w:r>
    </w:p>
    <w:p>
      <w:pPr>
        <w:spacing w:after="60" w:line="266" w:lineRule="auto"/>
        <w:ind w:firstLine="331"/>
        <w:jc w:val="both"/>
      </w:pPr>
      <w:r>
        <w:rPr>
          <w:rFonts w:ascii="Georgia" w:hAnsi="Georgia"/>
          <w:b w:val="0"/>
          <w:i w:val="0"/>
          <w:color w:val="22201D"/>
          <w:sz w:val="20"/>
        </w:rPr>
        <w:t>The smell moved through the kitchen and into the dining room with the confidence of something older than explanation. Warm bread did not solve the notice. Warm bread did not rebut closure. Warm bread did not prove the restaurant deserved to remain open.</w:t>
      </w:r>
    </w:p>
    <w:p>
      <w:pPr>
        <w:spacing w:after="60" w:line="266" w:lineRule="auto"/>
        <w:ind w:firstLine="331"/>
        <w:jc w:val="both"/>
      </w:pPr>
      <w:r>
        <w:rPr>
          <w:rFonts w:ascii="Georgia" w:hAnsi="Georgia"/>
          <w:b w:val="0"/>
          <w:i w:val="0"/>
          <w:color w:val="22201D"/>
          <w:sz w:val="20"/>
        </w:rPr>
        <w:t>It made the next minute possible.</w:t>
      </w:r>
    </w:p>
    <w:p>
      <w:pPr>
        <w:spacing w:after="60" w:line="266" w:lineRule="auto"/>
        <w:ind w:firstLine="331"/>
        <w:jc w:val="both"/>
      </w:pPr>
      <w:r>
        <w:rPr>
          <w:rFonts w:ascii="Georgia" w:hAnsi="Georgia"/>
          <w:b w:val="0"/>
          <w:i w:val="0"/>
          <w:color w:val="22201D"/>
          <w:sz w:val="20"/>
        </w:rPr>
        <w:t>Gerald took one roll, placed it on a small plate, and set the plate beside the closure notice.</w:t>
      </w:r>
    </w:p>
    <w:p>
      <w:pPr>
        <w:spacing w:after="60" w:line="266" w:lineRule="auto"/>
        <w:ind w:firstLine="331"/>
        <w:jc w:val="both"/>
      </w:pPr>
      <w:r>
        <w:rPr>
          <w:rFonts w:ascii="Georgia" w:hAnsi="Georgia"/>
          <w:b w:val="0"/>
          <w:i w:val="0"/>
          <w:color w:val="22201D"/>
          <w:sz w:val="20"/>
        </w:rPr>
        <w:t>"Control sample."</w:t>
      </w:r>
    </w:p>
    <w:p>
      <w:pPr>
        <w:spacing w:after="60" w:line="266" w:lineRule="auto"/>
        <w:ind w:firstLine="331"/>
        <w:jc w:val="both"/>
      </w:pPr>
      <w:r>
        <w:rPr>
          <w:rFonts w:ascii="Georgia" w:hAnsi="Georgia"/>
          <w:b w:val="0"/>
          <w:i w:val="0"/>
          <w:color w:val="22201D"/>
          <w:sz w:val="20"/>
        </w:rPr>
        <w:t>Bob said, "Of bread?"</w:t>
      </w:r>
    </w:p>
    <w:p>
      <w:pPr>
        <w:spacing w:after="60" w:line="266" w:lineRule="auto"/>
        <w:ind w:firstLine="331"/>
        <w:jc w:val="both"/>
      </w:pPr>
      <w:r>
        <w:rPr>
          <w:rFonts w:ascii="Georgia" w:hAnsi="Georgia"/>
          <w:b w:val="0"/>
          <w:i w:val="0"/>
          <w:color w:val="22201D"/>
          <w:sz w:val="20"/>
        </w:rPr>
        <w:t>"Of not panicking."</w:t>
      </w:r>
    </w:p>
    <w:p>
      <w:pPr>
        <w:spacing w:after="60" w:line="266" w:lineRule="auto"/>
        <w:ind w:firstLine="331"/>
        <w:jc w:val="both"/>
      </w:pPr>
      <w:r>
        <w:rPr>
          <w:rFonts w:ascii="Georgia" w:hAnsi="Georgia"/>
          <w:b w:val="0"/>
          <w:i w:val="0"/>
          <w:color w:val="22201D"/>
          <w:sz w:val="20"/>
        </w:rPr>
        <w:t>The Hostess took one menu from the stack and placed it over the notice, not covering the heading entirely, just enough to prevent the words from performing for the room.</w:t>
      </w:r>
    </w:p>
    <w:p>
      <w:pPr>
        <w:spacing w:after="60" w:line="266" w:lineRule="auto"/>
        <w:ind w:firstLine="331"/>
        <w:jc w:val="both"/>
      </w:pPr>
      <w:r>
        <w:rPr>
          <w:rFonts w:ascii="Georgia" w:hAnsi="Georgia"/>
          <w:b w:val="0"/>
          <w:i w:val="0"/>
          <w:color w:val="22201D"/>
          <w:sz w:val="20"/>
        </w:rPr>
        <w:t>"We will not let a closure notice host breakfast."</w:t>
      </w:r>
    </w:p>
    <w:p>
      <w:pPr>
        <w:spacing w:after="60" w:line="266" w:lineRule="auto"/>
        <w:ind w:firstLine="331"/>
        <w:jc w:val="both"/>
      </w:pPr>
      <w:r>
        <w:rPr>
          <w:rFonts w:ascii="Georgia" w:hAnsi="Georgia"/>
          <w:b w:val="0"/>
          <w:i w:val="0"/>
          <w:color w:val="22201D"/>
          <w:sz w:val="20"/>
        </w:rPr>
        <w:t>The menu shivered.</w:t>
      </w:r>
    </w:p>
    <w:p>
      <w:pPr>
        <w:spacing w:after="60" w:line="266" w:lineRule="auto"/>
        <w:ind w:firstLine="331"/>
        <w:jc w:val="both"/>
      </w:pPr>
      <w:r>
        <w:rPr>
          <w:rFonts w:ascii="Georgia" w:hAnsi="Georgia"/>
          <w:b w:val="0"/>
          <w:i w:val="0"/>
          <w:color w:val="22201D"/>
          <w:sz w:val="20"/>
        </w:rPr>
        <w:t>Then it settled.</w:t>
      </w:r>
    </w:p>
    <w:p>
      <w:pPr>
        <w:spacing w:after="60" w:line="266" w:lineRule="auto"/>
        <w:ind w:firstLine="331"/>
        <w:jc w:val="both"/>
      </w:pPr>
      <w:r>
        <w:rPr>
          <w:rFonts w:ascii="Georgia" w:hAnsi="Georgia"/>
          <w:b w:val="0"/>
          <w:i w:val="0"/>
          <w:color w:val="22201D"/>
          <w:sz w:val="20"/>
        </w:rPr>
        <w:t>The pass printed a ticket.</w:t>
      </w:r>
    </w:p>
    <w:p>
      <w:pPr>
        <w:spacing w:after="60" w:line="266" w:lineRule="auto"/>
        <w:ind w:firstLine="331"/>
        <w:jc w:val="both"/>
      </w:pPr>
      <w:r>
        <w:rPr>
          <w:rFonts w:ascii="Georgia" w:hAnsi="Georgia"/>
          <w:b w:val="0"/>
          <w:i w:val="0"/>
          <w:color w:val="22201D"/>
          <w:sz w:val="20"/>
        </w:rPr>
        <w:t>This was normal, except that the ticket printed slowly, as if deciding whether it wished to be a receipt, a warning, or a prayer.</w:t>
      </w:r>
    </w:p>
    <w:p>
      <w:pPr>
        <w:spacing w:after="60" w:line="266" w:lineRule="auto"/>
        <w:ind w:firstLine="331"/>
        <w:jc w:val="both"/>
      </w:pPr>
      <w:r>
        <w:rPr>
          <w:rFonts w:ascii="Georgia" w:hAnsi="Georgia"/>
          <w:b w:val="0"/>
          <w:i w:val="0"/>
          <w:color w:val="22201D"/>
          <w:sz w:val="20"/>
        </w:rPr>
        <w:t>Steve tore it free.</w:t>
      </w:r>
    </w:p>
    <w:p>
      <w:pPr>
        <w:spacing w:after="60" w:line="250" w:lineRule="auto"/>
        <w:ind w:left="202" w:right="173"/>
      </w:pPr>
      <w:r>
        <w:rPr>
          <w:rFonts w:ascii="Georgia" w:hAnsi="Georgia"/>
          <w:b w:val="0"/>
          <w:i w:val="0"/>
          <w:color w:val="22201D"/>
          <w:sz w:val="17"/>
        </w:rPr>
        <w:t>TABLE: LAST PARTY: NOT FINAL ORDER: BREAD FIRST PRICE: DO NOT PANIC STATUS: OPEN ENOUGH</w:t>
      </w:r>
    </w:p>
    <w:p>
      <w:pPr>
        <w:spacing w:after="60" w:line="266" w:lineRule="auto"/>
        <w:ind w:firstLine="331"/>
        <w:jc w:val="both"/>
      </w:pPr>
      <w:r>
        <w:rPr>
          <w:rFonts w:ascii="Georgia" w:hAnsi="Georgia"/>
          <w:b w:val="0"/>
          <w:i w:val="0"/>
          <w:color w:val="22201D"/>
          <w:sz w:val="20"/>
        </w:rPr>
        <w:t>Steve read it twice.</w:t>
      </w:r>
    </w:p>
    <w:p>
      <w:pPr>
        <w:spacing w:after="60" w:line="266" w:lineRule="auto"/>
        <w:ind w:firstLine="331"/>
        <w:jc w:val="both"/>
      </w:pPr>
      <w:r>
        <w:rPr>
          <w:rFonts w:ascii="Georgia" w:hAnsi="Georgia"/>
          <w:b w:val="0"/>
          <w:i w:val="0"/>
          <w:color w:val="22201D"/>
          <w:sz w:val="20"/>
        </w:rPr>
        <w:t>"Open enough is not a legal status."</w:t>
      </w:r>
    </w:p>
    <w:p>
      <w:pPr>
        <w:spacing w:after="60" w:line="266" w:lineRule="auto"/>
        <w:ind w:firstLine="331"/>
        <w:jc w:val="both"/>
      </w:pPr>
      <w:r>
        <w:rPr>
          <w:rFonts w:ascii="Georgia" w:hAnsi="Georgia"/>
          <w:b w:val="0"/>
          <w:i w:val="0"/>
          <w:color w:val="22201D"/>
          <w:sz w:val="20"/>
        </w:rPr>
        <w:t>The Hostess took the ticket.</w:t>
      </w:r>
    </w:p>
    <w:p>
      <w:pPr>
        <w:spacing w:after="60" w:line="266" w:lineRule="auto"/>
        <w:ind w:firstLine="331"/>
        <w:jc w:val="both"/>
      </w:pPr>
      <w:r>
        <w:rPr>
          <w:rFonts w:ascii="Georgia" w:hAnsi="Georgia"/>
          <w:b w:val="0"/>
          <w:i w:val="0"/>
          <w:color w:val="22201D"/>
          <w:sz w:val="20"/>
        </w:rPr>
        <w:t>"It is a service status."</w:t>
      </w:r>
    </w:p>
    <w:p>
      <w:pPr>
        <w:spacing w:after="60" w:line="266" w:lineRule="auto"/>
        <w:ind w:firstLine="331"/>
        <w:jc w:val="both"/>
      </w:pPr>
      <w:r>
        <w:rPr>
          <w:rFonts w:ascii="Georgia" w:hAnsi="Georgia"/>
          <w:b w:val="0"/>
          <w:i w:val="0"/>
          <w:color w:val="22201D"/>
          <w:sz w:val="20"/>
        </w:rPr>
        <w:t>Gerald frowned at the ticket. "Open enough requires definition."</w:t>
      </w:r>
    </w:p>
    <w:p>
      <w:pPr>
        <w:spacing w:after="60" w:line="266" w:lineRule="auto"/>
        <w:ind w:firstLine="331"/>
        <w:jc w:val="both"/>
      </w:pPr>
      <w:r>
        <w:rPr>
          <w:rFonts w:ascii="Georgia" w:hAnsi="Georgia"/>
          <w:b w:val="0"/>
          <w:i w:val="0"/>
          <w:color w:val="22201D"/>
          <w:sz w:val="20"/>
        </w:rPr>
        <w:t>The ticket printed another line while in the Hostess's hand.</w:t>
      </w:r>
    </w:p>
    <w:p>
      <w:pPr>
        <w:spacing w:after="60" w:line="250" w:lineRule="auto"/>
        <w:ind w:left="202" w:right="173"/>
      </w:pPr>
      <w:r>
        <w:rPr>
          <w:rFonts w:ascii="Georgia" w:hAnsi="Georgia"/>
          <w:b w:val="0"/>
          <w:i w:val="0"/>
          <w:color w:val="22201D"/>
          <w:sz w:val="17"/>
        </w:rPr>
        <w:t>Definition deferred pending service.</w:t>
      </w:r>
    </w:p>
    <w:p>
      <w:pPr>
        <w:spacing w:after="60" w:line="266" w:lineRule="auto"/>
        <w:ind w:firstLine="331"/>
        <w:jc w:val="both"/>
      </w:pPr>
      <w:r>
        <w:rPr>
          <w:rFonts w:ascii="Georgia" w:hAnsi="Georgia"/>
          <w:b w:val="0"/>
          <w:i w:val="0"/>
          <w:color w:val="22201D"/>
          <w:sz w:val="20"/>
        </w:rPr>
        <w:t>Gerald looked personally insulted and professionally relieved.</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Flocc picked up the three clean spoons and put them back down, aligned with the edge of the prep table.</w:t>
      </w:r>
    </w:p>
    <w:p>
      <w:pPr>
        <w:spacing w:after="60" w:line="266" w:lineRule="auto"/>
        <w:ind w:firstLine="331"/>
        <w:jc w:val="both"/>
      </w:pPr>
      <w:r>
        <w:rPr>
          <w:rFonts w:ascii="Georgia" w:hAnsi="Georgia"/>
          <w:b w:val="0"/>
          <w:i w:val="0"/>
          <w:color w:val="22201D"/>
          <w:sz w:val="20"/>
        </w:rPr>
        <w:t>"What do we do first?"</w:t>
      </w:r>
    </w:p>
    <w:p>
      <w:pPr>
        <w:spacing w:after="60" w:line="266" w:lineRule="auto"/>
        <w:ind w:firstLine="331"/>
        <w:jc w:val="both"/>
      </w:pPr>
      <w:r>
        <w:rPr>
          <w:rFonts w:ascii="Georgia" w:hAnsi="Georgia"/>
          <w:b w:val="0"/>
          <w:i w:val="0"/>
          <w:color w:val="22201D"/>
          <w:sz w:val="20"/>
        </w:rPr>
        <w:t>The Hostess looked at the closure notice. Then at the bread. Then through the pass into the dining room, where customers were pretending not to listen with the full concentration of people who very much wished to keep eating in a place that had not asked them to understand it too hard.</w:t>
      </w:r>
    </w:p>
    <w:p>
      <w:pPr>
        <w:spacing w:after="60" w:line="266" w:lineRule="auto"/>
        <w:ind w:firstLine="331"/>
        <w:jc w:val="both"/>
      </w:pPr>
      <w:r>
        <w:rPr>
          <w:rFonts w:ascii="Georgia" w:hAnsi="Georgia"/>
          <w:b w:val="0"/>
          <w:i w:val="0"/>
          <w:color w:val="22201D"/>
          <w:sz w:val="20"/>
        </w:rPr>
        <w:t>"We do not panic," she said.</w:t>
      </w:r>
    </w:p>
    <w:p>
      <w:pPr>
        <w:spacing w:after="60" w:line="266" w:lineRule="auto"/>
        <w:ind w:firstLine="331"/>
        <w:jc w:val="both"/>
      </w:pPr>
      <w:r>
        <w:rPr>
          <w:rFonts w:ascii="Georgia" w:hAnsi="Georgia"/>
          <w:b w:val="0"/>
          <w:i w:val="0"/>
          <w:color w:val="22201D"/>
          <w:sz w:val="20"/>
        </w:rPr>
        <w:t>"After that?"</w:t>
      </w:r>
    </w:p>
    <w:p>
      <w:pPr>
        <w:spacing w:after="60" w:line="266" w:lineRule="auto"/>
        <w:ind w:firstLine="331"/>
        <w:jc w:val="both"/>
      </w:pPr>
      <w:r>
        <w:rPr>
          <w:rFonts w:ascii="Georgia" w:hAnsi="Georgia"/>
          <w:b w:val="0"/>
          <w:i w:val="0"/>
          <w:color w:val="22201D"/>
          <w:sz w:val="20"/>
        </w:rPr>
        <w:t>"We serve the bread."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Action taken before explanation: bread served. Closure condition not accepted. Understanding not completed. Restaurant remains open enough.</w:t>
      </w:r>
    </w:p>
    <w:p>
      <w:pPr>
        <w:spacing w:after="60" w:line="266" w:lineRule="auto"/>
        <w:ind w:firstLine="331"/>
        <w:jc w:val="both"/>
      </w:pPr>
      <w:r>
        <w:rPr>
          <w:rFonts w:ascii="Georgia" w:hAnsi="Georgia"/>
          <w:b w:val="0"/>
          <w:i w:val="0"/>
          <w:color w:val="22201D"/>
          <w:sz w:val="20"/>
        </w:rPr>
        <w:t>The closure notice cooled by one measurable degree.</w:t>
      </w:r>
    </w:p>
    <w:p>
      <w:pPr>
        <w:spacing w:after="60" w:line="266" w:lineRule="auto"/>
        <w:ind w:firstLine="331"/>
        <w:jc w:val="both"/>
      </w:pPr>
      <w:r>
        <w:rPr>
          <w:rFonts w:ascii="Georgia" w:hAnsi="Georgia"/>
          <w:b w:val="0"/>
          <w:i w:val="0"/>
          <w:color w:val="22201D"/>
          <w:sz w:val="20"/>
        </w:rPr>
        <w:t>Gerald measured it.</w:t>
      </w:r>
    </w:p>
    <w:p>
      <w:pPr>
        <w:spacing w:after="60" w:line="266" w:lineRule="auto"/>
        <w:ind w:firstLine="331"/>
        <w:jc w:val="both"/>
      </w:pPr>
      <w:r>
        <w:rPr>
          <w:rFonts w:ascii="Georgia" w:hAnsi="Georgia"/>
          <w:b w:val="0"/>
          <w:i w:val="0"/>
          <w:color w:val="22201D"/>
          <w:sz w:val="20"/>
        </w:rPr>
        <w:t>"One degree."</w:t>
      </w:r>
    </w:p>
    <w:p>
      <w:pPr>
        <w:spacing w:after="60" w:line="266" w:lineRule="auto"/>
        <w:ind w:firstLine="331"/>
        <w:jc w:val="both"/>
      </w:pPr>
      <w:r>
        <w:rPr>
          <w:rFonts w:ascii="Georgia" w:hAnsi="Georgia"/>
          <w:b w:val="0"/>
          <w:i w:val="0"/>
          <w:color w:val="22201D"/>
          <w:sz w:val="20"/>
        </w:rPr>
        <w:t>Bob smiled.</w:t>
      </w:r>
    </w:p>
    <w:p>
      <w:pPr>
        <w:spacing w:after="60" w:line="266" w:lineRule="auto"/>
        <w:ind w:firstLine="331"/>
        <w:jc w:val="both"/>
      </w:pPr>
      <w:r>
        <w:rPr>
          <w:rFonts w:ascii="Georgia" w:hAnsi="Georgia"/>
          <w:b w:val="0"/>
          <w:i w:val="0"/>
          <w:color w:val="22201D"/>
          <w:sz w:val="20"/>
        </w:rPr>
        <w:t>"Bread works."</w:t>
      </w:r>
    </w:p>
    <w:p>
      <w:pPr>
        <w:spacing w:after="60" w:line="266" w:lineRule="auto"/>
        <w:ind w:firstLine="331"/>
        <w:jc w:val="both"/>
      </w:pPr>
      <w:r>
        <w:rPr>
          <w:rFonts w:ascii="Georgia" w:hAnsi="Georgia"/>
          <w:b w:val="0"/>
          <w:i w:val="0"/>
          <w:color w:val="22201D"/>
          <w:sz w:val="20"/>
        </w:rPr>
        <w:t>"Bread correlates," Gerald said. "Do not overstate bread."</w:t>
      </w:r>
    </w:p>
    <w:p>
      <w:pPr>
        <w:spacing w:after="60" w:line="266" w:lineRule="auto"/>
        <w:ind w:firstLine="331"/>
        <w:jc w:val="both"/>
      </w:pPr>
      <w:r>
        <w:rPr>
          <w:rFonts w:ascii="Georgia" w:hAnsi="Georgia"/>
          <w:b w:val="0"/>
          <w:i w:val="0"/>
          <w:color w:val="22201D"/>
          <w:sz w:val="20"/>
        </w:rPr>
        <w:t>The Hostess handed Flocc the plate with the control sample.</w:t>
      </w:r>
    </w:p>
    <w:p>
      <w:pPr>
        <w:spacing w:after="60" w:line="266" w:lineRule="auto"/>
        <w:ind w:firstLine="331"/>
        <w:jc w:val="both"/>
      </w:pPr>
      <w:r>
        <w:rPr>
          <w:rFonts w:ascii="Georgia" w:hAnsi="Georgia"/>
          <w:b w:val="0"/>
          <w:i w:val="0"/>
          <w:color w:val="22201D"/>
          <w:sz w:val="20"/>
        </w:rPr>
        <w:t>"Take this to the table that asks first."</w:t>
      </w:r>
    </w:p>
    <w:p>
      <w:pPr>
        <w:spacing w:after="60" w:line="266" w:lineRule="auto"/>
        <w:ind w:firstLine="331"/>
        <w:jc w:val="both"/>
      </w:pPr>
      <w:r>
        <w:rPr>
          <w:rFonts w:ascii="Georgia" w:hAnsi="Georgia"/>
          <w:b w:val="0"/>
          <w:i w:val="0"/>
          <w:color w:val="22201D"/>
          <w:sz w:val="20"/>
        </w:rPr>
        <w:t>"Which table is that?"</w:t>
      </w:r>
    </w:p>
    <w:p>
      <w:pPr>
        <w:spacing w:after="60" w:line="266" w:lineRule="auto"/>
        <w:ind w:firstLine="331"/>
        <w:jc w:val="both"/>
      </w:pPr>
      <w:r>
        <w:rPr>
          <w:rFonts w:ascii="Georgia" w:hAnsi="Georgia"/>
          <w:b w:val="0"/>
          <w:i w:val="0"/>
          <w:color w:val="22201D"/>
          <w:sz w:val="20"/>
        </w:rPr>
        <w:t>The dining room answered with a napkin falling from an empty two-top near the window.</w:t>
      </w:r>
    </w:p>
    <w:p>
      <w:pPr>
        <w:spacing w:after="60" w:line="266" w:lineRule="auto"/>
        <w:ind w:firstLine="331"/>
        <w:jc w:val="both"/>
      </w:pPr>
      <w:r>
        <w:rPr>
          <w:rFonts w:ascii="Georgia" w:hAnsi="Georgia"/>
          <w:b w:val="0"/>
          <w:i w:val="0"/>
          <w:color w:val="22201D"/>
          <w:sz w:val="20"/>
        </w:rPr>
        <w:t>The two-top had been there all morning.</w:t>
      </w:r>
    </w:p>
    <w:p>
      <w:pPr>
        <w:spacing w:after="60" w:line="266" w:lineRule="auto"/>
        <w:ind w:firstLine="331"/>
        <w:jc w:val="both"/>
      </w:pPr>
      <w:r>
        <w:rPr>
          <w:rFonts w:ascii="Georgia" w:hAnsi="Georgia"/>
          <w:b w:val="0"/>
          <w:i w:val="0"/>
          <w:color w:val="22201D"/>
          <w:sz w:val="20"/>
        </w:rPr>
        <w:t>It had not been empty in the same way until now.</w:t>
      </w:r>
    </w:p>
    <w:p>
      <w:pPr>
        <w:spacing w:after="60" w:line="266" w:lineRule="auto"/>
        <w:ind w:firstLine="331"/>
        <w:jc w:val="both"/>
      </w:pPr>
      <w:r>
        <w:rPr>
          <w:rFonts w:ascii="Georgia" w:hAnsi="Georgia"/>
          <w:b w:val="0"/>
          <w:i w:val="0"/>
          <w:color w:val="22201D"/>
          <w:sz w:val="20"/>
        </w:rPr>
        <w:t>Flocc carried the bread to it.</w:t>
      </w:r>
    </w:p>
    <w:p>
      <w:pPr>
        <w:spacing w:after="60" w:line="266" w:lineRule="auto"/>
        <w:ind w:firstLine="331"/>
        <w:jc w:val="both"/>
      </w:pPr>
      <w:r>
        <w:rPr>
          <w:rFonts w:ascii="Georgia" w:hAnsi="Georgia"/>
          <w:b w:val="0"/>
          <w:i w:val="0"/>
          <w:color w:val="22201D"/>
          <w:sz w:val="20"/>
        </w:rPr>
        <w:t>He did not ask who deserved it.</w:t>
      </w:r>
    </w:p>
    <w:p>
      <w:pPr>
        <w:spacing w:after="60" w:line="266" w:lineRule="auto"/>
        <w:ind w:firstLine="331"/>
        <w:jc w:val="both"/>
      </w:pPr>
      <w:r>
        <w:rPr>
          <w:rFonts w:ascii="Georgia" w:hAnsi="Georgia"/>
          <w:b w:val="0"/>
          <w:i w:val="0"/>
          <w:color w:val="22201D"/>
          <w:sz w:val="20"/>
        </w:rPr>
        <w:t>He did not ask whether bringing bread to an empty table counted as waste, offering, or compliance with a ticket whose legal status Steve had already disliked.</w:t>
      </w:r>
    </w:p>
    <w:p>
      <w:pPr>
        <w:spacing w:after="60" w:line="266" w:lineRule="auto"/>
        <w:ind w:firstLine="331"/>
        <w:jc w:val="both"/>
      </w:pPr>
      <w:r>
        <w:rPr>
          <w:rFonts w:ascii="Georgia" w:hAnsi="Georgia"/>
          <w:b w:val="0"/>
          <w:i w:val="0"/>
          <w:color w:val="22201D"/>
          <w:sz w:val="20"/>
        </w:rPr>
        <w:t>He put the plate down.</w:t>
      </w:r>
    </w:p>
    <w:p>
      <w:pPr>
        <w:spacing w:after="60" w:line="266" w:lineRule="auto"/>
        <w:ind w:firstLine="331"/>
        <w:jc w:val="both"/>
      </w:pPr>
      <w:r>
        <w:rPr>
          <w:rFonts w:ascii="Georgia" w:hAnsi="Georgia"/>
          <w:b w:val="0"/>
          <w:i w:val="0"/>
          <w:color w:val="22201D"/>
          <w:sz w:val="20"/>
        </w:rPr>
        <w:t>The chair opposite him pulled itself out by less than an inch.</w:t>
      </w:r>
    </w:p>
    <w:p>
      <w:pPr>
        <w:spacing w:after="60" w:line="266" w:lineRule="auto"/>
        <w:ind w:firstLine="331"/>
        <w:jc w:val="both"/>
      </w:pPr>
      <w:r>
        <w:rPr>
          <w:rFonts w:ascii="Georgia" w:hAnsi="Georgia"/>
          <w:b w:val="0"/>
          <w:i w:val="0"/>
          <w:color w:val="22201D"/>
          <w:sz w:val="20"/>
        </w:rPr>
        <w:t>Not enough to invite spectacle.</w:t>
      </w:r>
    </w:p>
    <w:p>
      <w:pPr>
        <w:spacing w:after="60" w:line="266" w:lineRule="auto"/>
        <w:ind w:firstLine="331"/>
        <w:jc w:val="both"/>
      </w:pPr>
      <w:r>
        <w:rPr>
          <w:rFonts w:ascii="Georgia" w:hAnsi="Georgia"/>
          <w:b w:val="0"/>
          <w:i w:val="0"/>
          <w:color w:val="22201D"/>
          <w:sz w:val="20"/>
        </w:rPr>
        <w:t>Enough to make room.</w:t>
      </w:r>
    </w:p>
    <w:p>
      <w:pPr>
        <w:spacing w:after="60" w:line="266" w:lineRule="auto"/>
        <w:ind w:firstLine="331"/>
        <w:jc w:val="both"/>
      </w:pPr>
      <w:r>
        <w:rPr>
          <w:rFonts w:ascii="Georgia" w:hAnsi="Georgia"/>
          <w:b w:val="0"/>
          <w:i w:val="0"/>
          <w:color w:val="22201D"/>
          <w:sz w:val="20"/>
        </w:rPr>
        <w:t>Flocc stepped back.</w:t>
      </w:r>
    </w:p>
    <w:p>
      <w:pPr>
        <w:spacing w:after="60" w:line="266" w:lineRule="auto"/>
        <w:ind w:firstLine="331"/>
        <w:jc w:val="both"/>
      </w:pPr>
      <w:r>
        <w:rPr>
          <w:rFonts w:ascii="Georgia" w:hAnsi="Georgia"/>
          <w:b w:val="0"/>
          <w:i w:val="0"/>
          <w:color w:val="22201D"/>
          <w:sz w:val="20"/>
        </w:rPr>
        <w:t>The dining room breathed.</w:t>
      </w:r>
    </w:p>
    <w:p>
      <w:pPr>
        <w:spacing w:after="60" w:line="266" w:lineRule="auto"/>
        <w:ind w:firstLine="331"/>
        <w:jc w:val="both"/>
      </w:pPr>
      <w:r>
        <w:rPr>
          <w:rFonts w:ascii="Georgia" w:hAnsi="Georgia"/>
          <w:b w:val="0"/>
          <w:i w:val="0"/>
          <w:color w:val="22201D"/>
          <w:sz w:val="20"/>
        </w:rPr>
        <w:t>The closure notice cooled another degree.</w:t>
      </w:r>
    </w:p>
    <w:p>
      <w:pPr>
        <w:spacing w:after="60" w:line="266" w:lineRule="auto"/>
        <w:ind w:firstLine="331"/>
        <w:jc w:val="both"/>
      </w:pPr>
      <w:r>
        <w:rPr>
          <w:rFonts w:ascii="Georgia" w:hAnsi="Georgia"/>
          <w:b w:val="0"/>
          <w:i w:val="0"/>
          <w:color w:val="22201D"/>
          <w:sz w:val="20"/>
        </w:rPr>
        <w:t>Steve did not write until after the breath finished.</w:t>
      </w:r>
    </w:p>
    <w:p>
      <w:pPr>
        <w:spacing w:after="60" w:line="250" w:lineRule="auto"/>
        <w:ind w:left="202" w:right="173"/>
      </w:pPr>
      <w:r>
        <w:rPr>
          <w:rFonts w:ascii="Georgia" w:hAnsi="Georgia"/>
          <w:b w:val="0"/>
          <w:i w:val="0"/>
          <w:color w:val="22201D"/>
          <w:sz w:val="17"/>
        </w:rPr>
        <w:t>Table received bread before explanation. No party identified. No panic observed. Room made one more place without announcement.</w:t>
      </w:r>
    </w:p>
    <w:p>
      <w:pPr>
        <w:spacing w:after="60" w:line="266" w:lineRule="auto"/>
        <w:ind w:firstLine="331"/>
        <w:jc w:val="both"/>
      </w:pPr>
      <w:r>
        <w:rPr>
          <w:rFonts w:ascii="Georgia" w:hAnsi="Georgia"/>
          <w:b w:val="0"/>
          <w:i w:val="0"/>
          <w:color w:val="22201D"/>
          <w:sz w:val="20"/>
        </w:rPr>
        <w:t>The menu page changed.</w:t>
      </w:r>
    </w:p>
    <w:p>
      <w:pPr>
        <w:spacing w:after="60" w:line="266" w:lineRule="auto"/>
        <w:ind w:firstLine="331"/>
        <w:jc w:val="both"/>
      </w:pPr>
      <w:r>
        <w:rPr>
          <w:rFonts w:ascii="Georgia" w:hAnsi="Georgia"/>
          <w:b w:val="0"/>
          <w:i w:val="0"/>
          <w:color w:val="22201D"/>
          <w:sz w:val="20"/>
        </w:rPr>
        <w:t>The words TODAY'S SPECIAL faded.</w:t>
      </w:r>
    </w:p>
    <w:p>
      <w:pPr>
        <w:spacing w:after="60" w:line="266" w:lineRule="auto"/>
        <w:ind w:firstLine="331"/>
        <w:jc w:val="both"/>
      </w:pPr>
      <w:r>
        <w:rPr>
          <w:rFonts w:ascii="Georgia" w:hAnsi="Georgia"/>
          <w:b w:val="0"/>
          <w:i w:val="0"/>
          <w:color w:val="22201D"/>
          <w:sz w:val="20"/>
        </w:rPr>
        <w:t>In their place appeared:</w:t>
      </w:r>
    </w:p>
    <w:p>
      <w:pPr>
        <w:spacing w:after="60" w:line="250" w:lineRule="auto"/>
        <w:ind w:left="202" w:right="173"/>
      </w:pPr>
      <w:r>
        <w:rPr>
          <w:rFonts w:ascii="Georgia" w:hAnsi="Georgia"/>
          <w:b w:val="0"/>
          <w:i w:val="0"/>
          <w:color w:val="22201D"/>
          <w:sz w:val="17"/>
        </w:rPr>
        <w:t>NEXT COURSE: Everyone Understands Too Much</w:t>
      </w:r>
    </w:p>
    <w:p>
      <w:pPr>
        <w:spacing w:after="60" w:line="266" w:lineRule="auto"/>
        <w:ind w:firstLine="331"/>
        <w:jc w:val="both"/>
      </w:pPr>
      <w:r>
        <w:rPr>
          <w:rFonts w:ascii="Georgia" w:hAnsi="Georgia"/>
          <w:b w:val="0"/>
          <w:i w:val="0"/>
          <w:color w:val="22201D"/>
          <w:sz w:val="20"/>
        </w:rPr>
        <w:t>Under it:</w:t>
      </w:r>
    </w:p>
    <w:p>
      <w:pPr>
        <w:spacing w:after="60" w:line="250" w:lineRule="auto"/>
        <w:ind w:left="202" w:right="173"/>
      </w:pPr>
      <w:r>
        <w:rPr>
          <w:rFonts w:ascii="Georgia" w:hAnsi="Georgia"/>
          <w:b w:val="0"/>
          <w:i w:val="0"/>
          <w:color w:val="22201D"/>
          <w:sz w:val="17"/>
        </w:rPr>
        <w:t>Price: unknowing</w:t>
      </w:r>
    </w:p>
    <w:p>
      <w:pPr>
        <w:spacing w:after="60" w:line="266" w:lineRule="auto"/>
        <w:ind w:firstLine="331"/>
        <w:jc w:val="both"/>
      </w:pPr>
      <w:r>
        <w:rPr>
          <w:rFonts w:ascii="Georgia" w:hAnsi="Georgia"/>
          <w:b w:val="0"/>
          <w:i w:val="0"/>
          <w:color w:val="22201D"/>
          <w:sz w:val="20"/>
        </w:rPr>
        <w:t>Gerald read the new line and sighed.</w:t>
      </w:r>
    </w:p>
    <w:p>
      <w:pPr>
        <w:spacing w:after="60" w:line="266" w:lineRule="auto"/>
        <w:ind w:firstLine="331"/>
        <w:jc w:val="both"/>
      </w:pPr>
      <w:r>
        <w:rPr>
          <w:rFonts w:ascii="Georgia" w:hAnsi="Georgia"/>
          <w:b w:val="0"/>
          <w:i w:val="0"/>
          <w:color w:val="22201D"/>
          <w:sz w:val="20"/>
        </w:rPr>
        <w:t>"That is not a price."</w:t>
      </w:r>
    </w:p>
    <w:p>
      <w:pPr>
        <w:spacing w:after="60" w:line="266" w:lineRule="auto"/>
        <w:ind w:firstLine="331"/>
        <w:jc w:val="both"/>
      </w:pPr>
      <w:r>
        <w:rPr>
          <w:rFonts w:ascii="Georgia" w:hAnsi="Georgia"/>
          <w:b w:val="0"/>
          <w:i w:val="0"/>
          <w:color w:val="22201D"/>
          <w:sz w:val="20"/>
        </w:rPr>
        <w:t>The Hostess took the menu back.</w:t>
      </w:r>
    </w:p>
    <w:p>
      <w:pPr>
        <w:spacing w:after="60" w:line="266" w:lineRule="auto"/>
        <w:ind w:firstLine="331"/>
        <w:jc w:val="both"/>
      </w:pPr>
      <w:r>
        <w:rPr>
          <w:rFonts w:ascii="Georgia" w:hAnsi="Georgia"/>
          <w:b w:val="0"/>
          <w:i w:val="0"/>
          <w:color w:val="22201D"/>
          <w:sz w:val="20"/>
        </w:rPr>
        <w:t>"It is for tomorrow."</w:t>
      </w:r>
    </w:p>
    <w:p>
      <w:pPr>
        <w:spacing w:after="60" w:line="266" w:lineRule="auto"/>
        <w:ind w:firstLine="331"/>
        <w:jc w:val="both"/>
      </w:pPr>
      <w:r>
        <w:rPr>
          <w:rFonts w:ascii="Georgia" w:hAnsi="Georgia"/>
          <w:b w:val="0"/>
          <w:i w:val="0"/>
          <w:color w:val="22201D"/>
          <w:sz w:val="20"/>
        </w:rPr>
        <w:t>"Tomorrow has not ordered."</w:t>
      </w:r>
    </w:p>
    <w:p>
      <w:pPr>
        <w:spacing w:after="60" w:line="266" w:lineRule="auto"/>
        <w:ind w:firstLine="331"/>
        <w:jc w:val="both"/>
      </w:pPr>
      <w:r>
        <w:rPr>
          <w:rFonts w:ascii="Georgia" w:hAnsi="Georgia"/>
          <w:b w:val="0"/>
          <w:i w:val="0"/>
          <w:color w:val="22201D"/>
          <w:sz w:val="20"/>
        </w:rPr>
        <w:t>Bob folded the empty bread bag and put the invoice under a clean magnet on the prep board.</w:t>
      </w:r>
    </w:p>
    <w:p>
      <w:pPr>
        <w:spacing w:after="60" w:line="266" w:lineRule="auto"/>
        <w:ind w:firstLine="331"/>
        <w:jc w:val="both"/>
      </w:pPr>
      <w:r>
        <w:rPr>
          <w:rFonts w:ascii="Georgia" w:hAnsi="Georgia"/>
          <w:b w:val="0"/>
          <w:i w:val="0"/>
          <w:color w:val="22201D"/>
          <w:sz w:val="20"/>
        </w:rPr>
        <w:t>"It will."</w:t>
      </w:r>
    </w:p>
    <w:p>
      <w:pPr>
        <w:spacing w:after="60" w:line="266" w:lineRule="auto"/>
        <w:ind w:firstLine="331"/>
        <w:jc w:val="both"/>
      </w:pPr>
      <w:r>
        <w:rPr>
          <w:rFonts w:ascii="Georgia" w:hAnsi="Georgia"/>
          <w:b w:val="0"/>
          <w:i w:val="0"/>
          <w:color w:val="22201D"/>
          <w:sz w:val="20"/>
        </w:rPr>
        <w:t>The closure notice was no longer warm.</w:t>
      </w:r>
    </w:p>
    <w:p>
      <w:pPr>
        <w:spacing w:after="60" w:line="266" w:lineRule="auto"/>
        <w:ind w:firstLine="331"/>
        <w:jc w:val="both"/>
      </w:pPr>
      <w:r>
        <w:rPr>
          <w:rFonts w:ascii="Georgia" w:hAnsi="Georgia"/>
          <w:b w:val="0"/>
          <w:i w:val="0"/>
          <w:color w:val="22201D"/>
          <w:sz w:val="20"/>
        </w:rPr>
        <w:t>It was not gone.</w:t>
      </w:r>
    </w:p>
    <w:p>
      <w:pPr>
        <w:spacing w:after="60" w:line="266" w:lineRule="auto"/>
        <w:ind w:firstLine="331"/>
        <w:jc w:val="both"/>
      </w:pPr>
      <w:r>
        <w:rPr>
          <w:rFonts w:ascii="Georgia" w:hAnsi="Georgia"/>
          <w:b w:val="0"/>
          <w:i w:val="0"/>
          <w:color w:val="22201D"/>
          <w:sz w:val="20"/>
        </w:rPr>
        <w:t>It was not defeated.</w:t>
      </w:r>
    </w:p>
    <w:p>
      <w:pPr>
        <w:spacing w:after="60" w:line="266" w:lineRule="auto"/>
        <w:ind w:firstLine="331"/>
        <w:jc w:val="both"/>
      </w:pPr>
      <w:r>
        <w:rPr>
          <w:rFonts w:ascii="Georgia" w:hAnsi="Georgia"/>
          <w:b w:val="0"/>
          <w:i w:val="0"/>
          <w:color w:val="22201D"/>
          <w:sz w:val="20"/>
        </w:rPr>
        <w:t>It lay under the menu with its heading partly covered, cooling into an ordinary piece of paper that had made an extraordinary claim and been denied the pleasure of becoming breakfast.</w:t>
      </w:r>
    </w:p>
    <w:p>
      <w:pPr>
        <w:spacing w:after="60" w:line="266" w:lineRule="auto"/>
        <w:ind w:firstLine="331"/>
        <w:jc w:val="both"/>
      </w:pPr>
      <w:r>
        <w:rPr>
          <w:rFonts w:ascii="Georgia" w:hAnsi="Georgia"/>
          <w:b w:val="0"/>
          <w:i w:val="0"/>
          <w:color w:val="22201D"/>
          <w:sz w:val="20"/>
        </w:rPr>
        <w:t>The restaurant remained open enough.</w:t>
      </w:r>
    </w:p>
    <w:p>
      <w:pPr>
        <w:spacing w:after="60" w:line="266" w:lineRule="auto"/>
        <w:ind w:firstLine="331"/>
        <w:jc w:val="both"/>
      </w:pPr>
      <w:r>
        <w:rPr>
          <w:rFonts w:ascii="Georgia" w:hAnsi="Georgia"/>
          <w:b w:val="0"/>
          <w:i w:val="0"/>
          <w:color w:val="22201D"/>
          <w:sz w:val="20"/>
        </w:rPr>
        <w:t>For now, that was not a loophole.</w:t>
      </w:r>
    </w:p>
    <w:p>
      <w:pPr>
        <w:spacing w:after="60" w:line="266" w:lineRule="auto"/>
        <w:ind w:firstLine="331"/>
        <w:jc w:val="both"/>
      </w:pPr>
      <w:r>
        <w:rPr>
          <w:rFonts w:ascii="Georgia" w:hAnsi="Georgia"/>
          <w:b w:val="0"/>
          <w:i w:val="0"/>
          <w:color w:val="22201D"/>
          <w:sz w:val="20"/>
        </w:rPr>
        <w:t>It was service.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Everyone Understands Too Much</w:t>
      </w:r>
    </w:p>
    <w:p>
      <w:pPr>
        <w:spacing w:after="60" w:line="266" w:lineRule="auto"/>
        <w:ind w:firstLine="0"/>
        <w:jc w:val="both"/>
      </w:pPr>
      <w:r>
        <w:rPr>
          <w:rFonts w:ascii="Georgia" w:hAnsi="Georgia"/>
          <w:b w:val="0"/>
          <w:i w:val="0"/>
          <w:color w:val="22201D"/>
          <w:sz w:val="20"/>
        </w:rPr>
        <w:t>By noon, everyone understood too much.</w:t>
      </w:r>
    </w:p>
    <w:p>
      <w:pPr>
        <w:spacing w:after="60" w:line="266" w:lineRule="auto"/>
        <w:ind w:firstLine="331"/>
        <w:jc w:val="both"/>
      </w:pPr>
      <w:r>
        <w:rPr>
          <w:rFonts w:ascii="Georgia" w:hAnsi="Georgia"/>
          <w:b w:val="0"/>
          <w:i w:val="0"/>
          <w:color w:val="22201D"/>
          <w:sz w:val="20"/>
        </w:rPr>
        <w:t>This was not the same as everyone knowing too much. Knowing could be misfiled, forgotten in a coat pocket, spilled on by coffee, or folded into a receipt until it became small enough to survive. Understanding was more dangerous. Understanding stood upright. Understanding drew diagrams. Understanding looked at a miracle and said, with the terrible confidence of a person who had found a label maker, I see what this is for.</w:t>
      </w:r>
    </w:p>
    <w:p>
      <w:pPr>
        <w:spacing w:after="60" w:line="266" w:lineRule="auto"/>
        <w:ind w:firstLine="331"/>
        <w:jc w:val="both"/>
      </w:pPr>
      <w:r>
        <w:rPr>
          <w:rFonts w:ascii="Georgia" w:hAnsi="Georgia"/>
          <w:b w:val="0"/>
          <w:i w:val="0"/>
          <w:color w:val="22201D"/>
          <w:sz w:val="20"/>
        </w:rPr>
        <w:t>The Wayward Diners had survived hunger, impossible menus, municipal forms, checks that arrived before dinner, reservation systems for nowhere, current lifetimes, delivery routes through Tuesday, pantry substitutions, and a sauce that had tried very hard to replace consent with attractive paperwork.</w:t>
      </w:r>
    </w:p>
    <w:p>
      <w:pPr>
        <w:spacing w:after="60" w:line="266" w:lineRule="auto"/>
        <w:ind w:firstLine="331"/>
        <w:jc w:val="both"/>
      </w:pPr>
      <w:r>
        <w:rPr>
          <w:rFonts w:ascii="Georgia" w:hAnsi="Georgia"/>
          <w:b w:val="0"/>
          <w:i w:val="0"/>
          <w:color w:val="22201D"/>
          <w:sz w:val="20"/>
        </w:rPr>
        <w:t>It had not yet survived being explained correctly.</w:t>
      </w:r>
    </w:p>
    <w:p>
      <w:pPr>
        <w:spacing w:after="60" w:line="266" w:lineRule="auto"/>
        <w:ind w:firstLine="331"/>
        <w:jc w:val="both"/>
      </w:pPr>
      <w:r>
        <w:rPr>
          <w:rFonts w:ascii="Georgia" w:hAnsi="Georgia"/>
          <w:b w:val="0"/>
          <w:i w:val="0"/>
          <w:color w:val="22201D"/>
          <w:sz w:val="20"/>
        </w:rPr>
        <w:t>The menu warning appeared on every table at 12:03.</w:t>
      </w:r>
    </w:p>
    <w:p>
      <w:pPr>
        <w:spacing w:after="60" w:line="266" w:lineRule="auto"/>
        <w:ind w:firstLine="331"/>
        <w:jc w:val="both"/>
      </w:pPr>
      <w:r>
        <w:rPr>
          <w:rFonts w:ascii="Georgia" w:hAnsi="Georgia"/>
          <w:b w:val="0"/>
          <w:i w:val="0"/>
          <w:color w:val="22201D"/>
          <w:sz w:val="20"/>
        </w:rPr>
        <w:t>Not printed. Not delivered. Not slid under plates by invisible hands. It simply became present, as menus sometimes did when the room required a document but did not trust anyone to distribute it with the proper degree of reluctance.</w:t>
      </w:r>
    </w:p>
    <w:p>
      <w:pPr>
        <w:spacing w:after="60" w:line="266" w:lineRule="auto"/>
        <w:ind w:firstLine="331"/>
        <w:jc w:val="both"/>
      </w:pPr>
      <w:r>
        <w:rPr>
          <w:rFonts w:ascii="Georgia" w:hAnsi="Georgia"/>
          <w:b w:val="0"/>
          <w:i w:val="0"/>
          <w:color w:val="22201D"/>
          <w:sz w:val="20"/>
        </w:rPr>
        <w:t>Steve saw the first one on Table Four.</w:t>
      </w:r>
    </w:p>
    <w:p>
      <w:pPr>
        <w:spacing w:after="60" w:line="266" w:lineRule="auto"/>
        <w:ind w:firstLine="331"/>
        <w:jc w:val="both"/>
      </w:pPr>
      <w:r>
        <w:rPr>
          <w:rFonts w:ascii="Georgia" w:hAnsi="Georgia"/>
          <w:b w:val="0"/>
          <w:i w:val="0"/>
          <w:color w:val="22201D"/>
          <w:sz w:val="20"/>
        </w:rPr>
        <w:t>Table Four had a long history of becoming public without permission. It held hearings, receipts, witnesses, and once a water glass that had requested a continuance. Today it held a single cream-colored card, folded like a place setting and printed in small type.</w:t>
      </w:r>
    </w:p>
    <w:p>
      <w:pPr>
        <w:spacing w:after="60" w:line="266" w:lineRule="auto"/>
        <w:ind w:firstLine="331"/>
        <w:jc w:val="both"/>
      </w:pPr>
      <w:r>
        <w:rPr>
          <w:rFonts w:ascii="Georgia" w:hAnsi="Georgia"/>
          <w:b w:val="0"/>
          <w:i w:val="0"/>
          <w:color w:val="22201D"/>
          <w:sz w:val="20"/>
        </w:rPr>
        <w:t>Steve read it without touching it.</w:t>
      </w:r>
    </w:p>
    <w:p>
      <w:pPr>
        <w:spacing w:after="60" w:line="250" w:lineRule="auto"/>
        <w:ind w:left="202" w:right="173"/>
      </w:pPr>
      <w:r>
        <w:rPr>
          <w:rFonts w:ascii="Georgia" w:hAnsi="Georgia"/>
          <w:b w:val="0"/>
          <w:i w:val="0"/>
          <w:color w:val="22201D"/>
          <w:sz w:val="17"/>
        </w:rPr>
        <w:t>MENU WARNING  Excessive comprehension may reduce service viability.  Customers, staff, auditors, delivery persons, sauces, labels, forms, tables, chairs, and other active parties are advised not to complete the explanation.  Today's price: unknowing</w:t>
      </w:r>
    </w:p>
    <w:p>
      <w:pPr>
        <w:spacing w:after="60" w:line="266" w:lineRule="auto"/>
        <w:ind w:firstLine="331"/>
        <w:jc w:val="both"/>
      </w:pPr>
      <w:r>
        <w:rPr>
          <w:rFonts w:ascii="Georgia" w:hAnsi="Georgia"/>
          <w:b w:val="0"/>
          <w:i w:val="0"/>
          <w:color w:val="22201D"/>
          <w:sz w:val="20"/>
        </w:rPr>
        <w:t>Steve said, "That is worse."</w:t>
      </w:r>
    </w:p>
    <w:p>
      <w:pPr>
        <w:spacing w:after="60" w:line="266" w:lineRule="auto"/>
        <w:ind w:firstLine="331"/>
        <w:jc w:val="both"/>
      </w:pPr>
      <w:r>
        <w:rPr>
          <w:rFonts w:ascii="Georgia" w:hAnsi="Georgia"/>
          <w:b w:val="0"/>
          <w:i w:val="0"/>
          <w:color w:val="22201D"/>
          <w:sz w:val="20"/>
        </w:rPr>
        <w:t>Gerald looked up from the closure notice, which had been placed under a cooling rack beside the register after being denied breakfast.</w:t>
      </w:r>
    </w:p>
    <w:p>
      <w:pPr>
        <w:spacing w:after="60" w:line="266" w:lineRule="auto"/>
        <w:ind w:firstLine="331"/>
        <w:jc w:val="both"/>
      </w:pPr>
      <w:r>
        <w:rPr>
          <w:rFonts w:ascii="Georgia" w:hAnsi="Georgia"/>
          <w:b w:val="0"/>
          <w:i w:val="0"/>
          <w:color w:val="22201D"/>
          <w:sz w:val="20"/>
        </w:rPr>
        <w:t>"Worse than closure?"</w:t>
      </w:r>
    </w:p>
    <w:p>
      <w:pPr>
        <w:spacing w:after="60" w:line="266" w:lineRule="auto"/>
        <w:ind w:firstLine="331"/>
        <w:jc w:val="both"/>
      </w:pPr>
      <w:r>
        <w:rPr>
          <w:rFonts w:ascii="Georgia" w:hAnsi="Georgia"/>
          <w:b w:val="0"/>
          <w:i w:val="0"/>
          <w:color w:val="22201D"/>
          <w:sz w:val="20"/>
        </w:rPr>
        <w:t>"More organized than closure."</w:t>
      </w:r>
    </w:p>
    <w:p>
      <w:pPr>
        <w:spacing w:after="60" w:line="266" w:lineRule="auto"/>
        <w:ind w:firstLine="331"/>
        <w:jc w:val="both"/>
      </w:pPr>
      <w:r>
        <w:rPr>
          <w:rFonts w:ascii="Georgia" w:hAnsi="Georgia"/>
          <w:b w:val="0"/>
          <w:i w:val="0"/>
          <w:color w:val="22201D"/>
          <w:sz w:val="20"/>
        </w:rPr>
        <w:t>Gerald came over with the long clipboard.</w:t>
      </w:r>
    </w:p>
    <w:p>
      <w:pPr>
        <w:spacing w:after="60" w:line="266" w:lineRule="auto"/>
        <w:ind w:firstLine="331"/>
        <w:jc w:val="both"/>
      </w:pPr>
      <w:r>
        <w:rPr>
          <w:rFonts w:ascii="Georgia" w:hAnsi="Georgia"/>
          <w:b w:val="0"/>
          <w:i w:val="0"/>
          <w:color w:val="22201D"/>
          <w:sz w:val="20"/>
        </w:rPr>
        <w:t>He did not pick up the menu warning. He leaned close, measured the type with his eyes, and made the face he made when a document was wrong in an intelligent way.</w:t>
      </w:r>
    </w:p>
    <w:p>
      <w:pPr>
        <w:spacing w:after="60" w:line="266" w:lineRule="auto"/>
        <w:ind w:firstLine="331"/>
        <w:jc w:val="both"/>
      </w:pPr>
      <w:r>
        <w:rPr>
          <w:rFonts w:ascii="Georgia" w:hAnsi="Georgia"/>
          <w:b w:val="0"/>
          <w:i w:val="0"/>
          <w:color w:val="22201D"/>
          <w:sz w:val="20"/>
        </w:rPr>
        <w:t>"Contrast acceptable. Font readable. Warning order mostly functional. The phrase other active parties is overbroad. Chairs should not be expected to comply without posted chair guidance."</w:t>
      </w:r>
    </w:p>
    <w:p>
      <w:pPr>
        <w:spacing w:after="60" w:line="266" w:lineRule="auto"/>
        <w:ind w:firstLine="331"/>
        <w:jc w:val="both"/>
      </w:pPr>
      <w:r>
        <w:rPr>
          <w:rFonts w:ascii="Georgia" w:hAnsi="Georgia"/>
          <w:b w:val="0"/>
          <w:i w:val="0"/>
          <w:color w:val="22201D"/>
          <w:sz w:val="20"/>
        </w:rPr>
        <w:t>Steve wrote that down because it sounded absurd enough to become relevant.</w:t>
      </w:r>
    </w:p>
    <w:p>
      <w:pPr>
        <w:spacing w:after="60" w:line="266" w:lineRule="auto"/>
        <w:ind w:firstLine="331"/>
        <w:jc w:val="both"/>
      </w:pPr>
      <w:r>
        <w:rPr>
          <w:rFonts w:ascii="Georgia" w:hAnsi="Georgia"/>
          <w:b w:val="0"/>
          <w:i w:val="0"/>
          <w:color w:val="22201D"/>
          <w:sz w:val="20"/>
        </w:rPr>
        <w:t>The Hostess collected three more menu warnings from nearby tables. She did not stack them. She placed them side by side as if each deserved to be wrong on its own terms.</w:t>
      </w:r>
    </w:p>
    <w:p>
      <w:pPr>
        <w:spacing w:after="60" w:line="266" w:lineRule="auto"/>
        <w:ind w:firstLine="331"/>
        <w:jc w:val="both"/>
      </w:pPr>
      <w:r>
        <w:rPr>
          <w:rFonts w:ascii="Georgia" w:hAnsi="Georgia"/>
          <w:b w:val="0"/>
          <w:i w:val="0"/>
          <w:color w:val="22201D"/>
          <w:sz w:val="20"/>
        </w:rPr>
        <w:t>"They are all the same," she said.</w:t>
      </w:r>
    </w:p>
    <w:p>
      <w:pPr>
        <w:spacing w:after="60" w:line="266" w:lineRule="auto"/>
        <w:ind w:firstLine="331"/>
        <w:jc w:val="both"/>
      </w:pPr>
      <w:r>
        <w:rPr>
          <w:rFonts w:ascii="Georgia" w:hAnsi="Georgia"/>
          <w:b w:val="0"/>
          <w:i w:val="0"/>
          <w:color w:val="22201D"/>
          <w:sz w:val="20"/>
        </w:rPr>
        <w:t>"That is efficient," Steve said.</w:t>
      </w:r>
    </w:p>
    <w:p>
      <w:pPr>
        <w:spacing w:after="60" w:line="266" w:lineRule="auto"/>
        <w:ind w:firstLine="331"/>
        <w:jc w:val="both"/>
      </w:pPr>
      <w:r>
        <w:rPr>
          <w:rFonts w:ascii="Georgia" w:hAnsi="Georgia"/>
          <w:b w:val="0"/>
          <w:i w:val="0"/>
          <w:color w:val="22201D"/>
          <w:sz w:val="20"/>
        </w:rPr>
        <w:t>"That is suspicious," Gerald said.</w:t>
      </w:r>
    </w:p>
    <w:p>
      <w:pPr>
        <w:spacing w:after="60" w:line="266" w:lineRule="auto"/>
        <w:ind w:firstLine="331"/>
        <w:jc w:val="both"/>
      </w:pPr>
      <w:r>
        <w:rPr>
          <w:rFonts w:ascii="Georgia" w:hAnsi="Georgia"/>
          <w:b w:val="0"/>
          <w:i w:val="0"/>
          <w:color w:val="22201D"/>
          <w:sz w:val="20"/>
        </w:rPr>
        <w:t>Bob entered from the back with another paper bag.</w:t>
      </w:r>
    </w:p>
    <w:p>
      <w:pPr>
        <w:spacing w:after="60" w:line="266" w:lineRule="auto"/>
        <w:ind w:firstLine="331"/>
        <w:jc w:val="both"/>
      </w:pPr>
      <w:r>
        <w:rPr>
          <w:rFonts w:ascii="Georgia" w:hAnsi="Georgia"/>
          <w:b w:val="0"/>
          <w:i w:val="0"/>
          <w:color w:val="22201D"/>
          <w:sz w:val="20"/>
        </w:rPr>
        <w:t>"Before anyone asks," he said, "this is not bread."</w:t>
      </w:r>
    </w:p>
    <w:p>
      <w:pPr>
        <w:spacing w:after="60" w:line="266" w:lineRule="auto"/>
        <w:ind w:firstLine="331"/>
        <w:jc w:val="both"/>
      </w:pPr>
      <w:r>
        <w:rPr>
          <w:rFonts w:ascii="Georgia" w:hAnsi="Georgia"/>
          <w:b w:val="0"/>
          <w:i w:val="0"/>
          <w:color w:val="22201D"/>
          <w:sz w:val="20"/>
        </w:rPr>
        <w:t>Everyone looked at the bag.</w:t>
      </w:r>
    </w:p>
    <w:p>
      <w:pPr>
        <w:spacing w:after="60" w:line="266" w:lineRule="auto"/>
        <w:ind w:firstLine="331"/>
        <w:jc w:val="both"/>
      </w:pPr>
      <w:r>
        <w:rPr>
          <w:rFonts w:ascii="Georgia" w:hAnsi="Georgia"/>
          <w:b w:val="0"/>
          <w:i w:val="0"/>
          <w:color w:val="22201D"/>
          <w:sz w:val="20"/>
        </w:rPr>
        <w:t>Bob looked offended on behalf of its contents.</w:t>
      </w:r>
    </w:p>
    <w:p>
      <w:pPr>
        <w:spacing w:after="60" w:line="266" w:lineRule="auto"/>
        <w:ind w:firstLine="331"/>
        <w:jc w:val="both"/>
      </w:pPr>
      <w:r>
        <w:rPr>
          <w:rFonts w:ascii="Georgia" w:hAnsi="Georgia"/>
          <w:b w:val="0"/>
          <w:i w:val="0"/>
          <w:color w:val="22201D"/>
          <w:sz w:val="20"/>
        </w:rPr>
        <w:t>"It is rolls."</w:t>
      </w:r>
    </w:p>
    <w:p>
      <w:pPr>
        <w:spacing w:after="60" w:line="266" w:lineRule="auto"/>
        <w:ind w:firstLine="331"/>
        <w:jc w:val="both"/>
      </w:pPr>
      <w:r>
        <w:rPr>
          <w:rFonts w:ascii="Georgia" w:hAnsi="Georgia"/>
          <w:b w:val="0"/>
          <w:i w:val="0"/>
          <w:color w:val="22201D"/>
          <w:sz w:val="20"/>
        </w:rPr>
        <w:t>Gerald closed his eyes.</w:t>
      </w:r>
    </w:p>
    <w:p>
      <w:pPr>
        <w:spacing w:after="60" w:line="266" w:lineRule="auto"/>
        <w:ind w:firstLine="331"/>
        <w:jc w:val="both"/>
      </w:pPr>
      <w:r>
        <w:rPr>
          <w:rFonts w:ascii="Georgia" w:hAnsi="Georgia"/>
          <w:b w:val="0"/>
          <w:i w:val="0"/>
          <w:color w:val="22201D"/>
          <w:sz w:val="20"/>
        </w:rPr>
        <w:t>The Hostess held up one menu warning.</w:t>
      </w:r>
    </w:p>
    <w:p>
      <w:pPr>
        <w:spacing w:after="60" w:line="266" w:lineRule="auto"/>
        <w:ind w:firstLine="331"/>
        <w:jc w:val="both"/>
      </w:pPr>
      <w:r>
        <w:rPr>
          <w:rFonts w:ascii="Georgia" w:hAnsi="Georgia"/>
          <w:b w:val="0"/>
          <w:i w:val="0"/>
          <w:color w:val="22201D"/>
          <w:sz w:val="20"/>
        </w:rPr>
        <w:t>"Bob, do you understand the restaurant?"</w:t>
      </w:r>
    </w:p>
    <w:p>
      <w:pPr>
        <w:spacing w:after="60" w:line="266" w:lineRule="auto"/>
        <w:ind w:firstLine="331"/>
        <w:jc w:val="both"/>
      </w:pPr>
      <w:r>
        <w:rPr>
          <w:rFonts w:ascii="Georgia" w:hAnsi="Georgia"/>
          <w:b w:val="0"/>
          <w:i w:val="0"/>
          <w:color w:val="22201D"/>
          <w:sz w:val="20"/>
        </w:rPr>
        <w:t>Bob considered the question with the care of a delivery person who had learned that some addresses were not places but conditions.</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The menu warning on Table Four became slightly flatter.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Bob reports non-understanding. Room stabilizes by one visible paper degree.</w:t>
      </w:r>
    </w:p>
    <w:p>
      <w:pPr>
        <w:spacing w:after="60" w:line="266" w:lineRule="auto"/>
        <w:ind w:firstLine="331"/>
        <w:jc w:val="both"/>
      </w:pPr>
      <w:r>
        <w:rPr>
          <w:rFonts w:ascii="Georgia" w:hAnsi="Georgia"/>
          <w:b w:val="0"/>
          <w:i w:val="0"/>
          <w:color w:val="22201D"/>
          <w:sz w:val="20"/>
        </w:rPr>
        <w:t>Gerald looked at the notation.</w:t>
      </w:r>
    </w:p>
    <w:p>
      <w:pPr>
        <w:spacing w:after="60" w:line="266" w:lineRule="auto"/>
        <w:ind w:firstLine="331"/>
        <w:jc w:val="both"/>
      </w:pPr>
      <w:r>
        <w:rPr>
          <w:rFonts w:ascii="Georgia" w:hAnsi="Georgia"/>
          <w:b w:val="0"/>
          <w:i w:val="0"/>
          <w:color w:val="22201D"/>
          <w:sz w:val="20"/>
        </w:rPr>
        <w:t>"Do not invent paper degrees."</w:t>
      </w:r>
    </w:p>
    <w:p>
      <w:pPr>
        <w:spacing w:after="60" w:line="266" w:lineRule="auto"/>
        <w:ind w:firstLine="331"/>
        <w:jc w:val="both"/>
      </w:pPr>
      <w:r>
        <w:rPr>
          <w:rFonts w:ascii="Georgia" w:hAnsi="Georgia"/>
          <w:b w:val="0"/>
          <w:i w:val="0"/>
          <w:color w:val="22201D"/>
          <w:sz w:val="20"/>
        </w:rPr>
        <w:t>"Then you measure it."</w:t>
      </w:r>
    </w:p>
    <w:p>
      <w:pPr>
        <w:spacing w:after="60" w:line="266" w:lineRule="auto"/>
        <w:ind w:firstLine="331"/>
        <w:jc w:val="both"/>
      </w:pPr>
      <w:r>
        <w:rPr>
          <w:rFonts w:ascii="Georgia" w:hAnsi="Georgia"/>
          <w:b w:val="0"/>
          <w:i w:val="0"/>
          <w:color w:val="22201D"/>
          <w:sz w:val="20"/>
        </w:rPr>
        <w:t>Gerald did.</w:t>
      </w:r>
    </w:p>
    <w:p>
      <w:pPr>
        <w:spacing w:after="60" w:line="266" w:lineRule="auto"/>
        <w:ind w:firstLine="331"/>
        <w:jc w:val="both"/>
      </w:pPr>
      <w:r>
        <w:rPr>
          <w:rFonts w:ascii="Georgia" w:hAnsi="Georgia"/>
          <w:b w:val="0"/>
          <w:i w:val="0"/>
          <w:color w:val="22201D"/>
          <w:sz w:val="20"/>
        </w:rPr>
        <w:t>"One and a half millimeters less curl."</w:t>
      </w:r>
    </w:p>
    <w:p>
      <w:pPr>
        <w:spacing w:after="60" w:line="266" w:lineRule="auto"/>
        <w:ind w:firstLine="331"/>
        <w:jc w:val="both"/>
      </w:pPr>
      <w:r>
        <w:rPr>
          <w:rFonts w:ascii="Georgia" w:hAnsi="Georgia"/>
          <w:b w:val="0"/>
          <w:i w:val="0"/>
          <w:color w:val="22201D"/>
          <w:sz w:val="20"/>
        </w:rPr>
        <w:t>Bob smiled.</w:t>
      </w:r>
    </w:p>
    <w:p>
      <w:pPr>
        <w:spacing w:after="60" w:line="266" w:lineRule="auto"/>
        <w:ind w:firstLine="331"/>
        <w:jc w:val="both"/>
      </w:pPr>
      <w:r>
        <w:rPr>
          <w:rFonts w:ascii="Georgia" w:hAnsi="Georgia"/>
          <w:b w:val="0"/>
          <w:i w:val="0"/>
          <w:color w:val="22201D"/>
          <w:sz w:val="20"/>
        </w:rPr>
        <w:t>"Not understanding works."</w:t>
      </w:r>
    </w:p>
    <w:p>
      <w:pPr>
        <w:spacing w:after="60" w:line="266" w:lineRule="auto"/>
        <w:ind w:firstLine="331"/>
        <w:jc w:val="both"/>
      </w:pPr>
      <w:r>
        <w:rPr>
          <w:rFonts w:ascii="Georgia" w:hAnsi="Georgia"/>
          <w:b w:val="0"/>
          <w:i w:val="0"/>
          <w:color w:val="22201D"/>
          <w:sz w:val="20"/>
        </w:rPr>
        <w:t>"Non-understanding correlates," Gerald said. "Do not overstate Bob."</w:t>
      </w:r>
    </w:p>
    <w:p>
      <w:pPr>
        <w:spacing w:after="60" w:line="266" w:lineRule="auto"/>
        <w:ind w:firstLine="331"/>
        <w:jc w:val="both"/>
      </w:pPr>
      <w:r>
        <w:rPr>
          <w:rFonts w:ascii="Georgia" w:hAnsi="Georgia"/>
          <w:b w:val="0"/>
          <w:i w:val="0"/>
          <w:color w:val="22201D"/>
          <w:sz w:val="20"/>
        </w:rPr>
        <w:t>The Hostess turned toward the dining room.</w:t>
      </w:r>
    </w:p>
    <w:p>
      <w:pPr>
        <w:spacing w:after="60" w:line="266" w:lineRule="auto"/>
        <w:ind w:firstLine="331"/>
        <w:jc w:val="both"/>
      </w:pPr>
      <w:r>
        <w:rPr>
          <w:rFonts w:ascii="Georgia" w:hAnsi="Georgia"/>
          <w:b w:val="0"/>
          <w:i w:val="0"/>
          <w:color w:val="22201D"/>
          <w:sz w:val="20"/>
        </w:rPr>
        <w:t>Every table now had a menu warning.</w:t>
      </w:r>
    </w:p>
    <w:p>
      <w:pPr>
        <w:spacing w:after="60" w:line="266" w:lineRule="auto"/>
        <w:ind w:firstLine="331"/>
        <w:jc w:val="both"/>
      </w:pPr>
      <w:r>
        <w:rPr>
          <w:rFonts w:ascii="Georgia" w:hAnsi="Georgia"/>
          <w:b w:val="0"/>
          <w:i w:val="0"/>
          <w:color w:val="22201D"/>
          <w:sz w:val="20"/>
        </w:rPr>
        <w:t>At the window two-top where Flocc had placed bread before explanation, the warning sat beside the empty plate. The chair that had pulled itself out by less than an inch remained slightly out, not inviting anyone exactly, but refusing to pretend no invitation existed.</w:t>
      </w:r>
    </w:p>
    <w:p>
      <w:pPr>
        <w:spacing w:after="60" w:line="266" w:lineRule="auto"/>
        <w:ind w:firstLine="331"/>
        <w:jc w:val="both"/>
      </w:pPr>
      <w:r>
        <w:rPr>
          <w:rFonts w:ascii="Georgia" w:hAnsi="Georgia"/>
          <w:b w:val="0"/>
          <w:i w:val="0"/>
          <w:color w:val="22201D"/>
          <w:sz w:val="20"/>
        </w:rPr>
        <w:t>Flocc stood beside it with his hands folded around a towel.</w:t>
      </w:r>
    </w:p>
    <w:p>
      <w:pPr>
        <w:spacing w:after="60" w:line="266" w:lineRule="auto"/>
        <w:ind w:firstLine="331"/>
        <w:jc w:val="both"/>
      </w:pPr>
      <w:r>
        <w:rPr>
          <w:rFonts w:ascii="Georgia" w:hAnsi="Georgia"/>
          <w:b w:val="0"/>
          <w:i w:val="0"/>
          <w:color w:val="22201D"/>
          <w:sz w:val="20"/>
        </w:rPr>
        <w:t>He had not touched the warning.</w:t>
      </w:r>
    </w:p>
    <w:p>
      <w:pPr>
        <w:spacing w:after="60" w:line="266" w:lineRule="auto"/>
        <w:ind w:firstLine="331"/>
        <w:jc w:val="both"/>
      </w:pPr>
      <w:r>
        <w:rPr>
          <w:rFonts w:ascii="Georgia" w:hAnsi="Georgia"/>
          <w:b w:val="0"/>
          <w:i w:val="0"/>
          <w:color w:val="22201D"/>
          <w:sz w:val="20"/>
        </w:rPr>
        <w:t>The Hostess asked, "What do you think it means?"</w:t>
      </w:r>
    </w:p>
    <w:p>
      <w:pPr>
        <w:spacing w:after="60" w:line="266" w:lineRule="auto"/>
        <w:ind w:firstLine="331"/>
        <w:jc w:val="both"/>
      </w:pPr>
      <w:r>
        <w:rPr>
          <w:rFonts w:ascii="Georgia" w:hAnsi="Georgia"/>
          <w:b w:val="0"/>
          <w:i w:val="0"/>
          <w:color w:val="22201D"/>
          <w:sz w:val="20"/>
        </w:rPr>
        <w:t>Flocc looked at the card.</w:t>
      </w:r>
    </w:p>
    <w:p>
      <w:pPr>
        <w:spacing w:after="60" w:line="266" w:lineRule="auto"/>
        <w:ind w:firstLine="331"/>
        <w:jc w:val="both"/>
      </w:pPr>
      <w:r>
        <w:rPr>
          <w:rFonts w:ascii="Georgia" w:hAnsi="Georgia"/>
          <w:b w:val="0"/>
          <w:i w:val="0"/>
          <w:color w:val="22201D"/>
          <w:sz w:val="20"/>
        </w:rPr>
        <w:t>He looked at the chair.</w:t>
      </w:r>
    </w:p>
    <w:p>
      <w:pPr>
        <w:spacing w:after="60" w:line="266" w:lineRule="auto"/>
        <w:ind w:firstLine="331"/>
        <w:jc w:val="both"/>
      </w:pPr>
      <w:r>
        <w:rPr>
          <w:rFonts w:ascii="Georgia" w:hAnsi="Georgia"/>
          <w:b w:val="0"/>
          <w:i w:val="0"/>
          <w:color w:val="22201D"/>
          <w:sz w:val="20"/>
        </w:rPr>
        <w:t>He looked at the plate that had held bread and now held crumbs arranged in a pattern that would become meaningful only if someone made the mistake of needing it to.</w:t>
      </w:r>
    </w:p>
    <w:p>
      <w:pPr>
        <w:spacing w:after="60" w:line="266" w:lineRule="auto"/>
        <w:ind w:firstLine="331"/>
        <w:jc w:val="both"/>
      </w:pPr>
      <w:r>
        <w:rPr>
          <w:rFonts w:ascii="Georgia" w:hAnsi="Georgia"/>
          <w:b w:val="0"/>
          <w:i w:val="0"/>
          <w:color w:val="22201D"/>
          <w:sz w:val="20"/>
        </w:rPr>
        <w:t>"I think I should not finish that sentence," he said.</w:t>
      </w:r>
    </w:p>
    <w:p>
      <w:pPr>
        <w:spacing w:after="60" w:line="266" w:lineRule="auto"/>
        <w:ind w:firstLine="331"/>
        <w:jc w:val="both"/>
      </w:pPr>
      <w:r>
        <w:rPr>
          <w:rFonts w:ascii="Georgia" w:hAnsi="Georgia"/>
          <w:b w:val="0"/>
          <w:i w:val="0"/>
          <w:color w:val="22201D"/>
          <w:sz w:val="20"/>
        </w:rPr>
        <w:t>The menu warning lowered another millimeter.</w:t>
      </w:r>
    </w:p>
    <w:p>
      <w:pPr>
        <w:spacing w:after="60" w:line="266" w:lineRule="auto"/>
        <w:ind w:firstLine="331"/>
        <w:jc w:val="both"/>
      </w:pPr>
      <w:r>
        <w:rPr>
          <w:rFonts w:ascii="Georgia" w:hAnsi="Georgia"/>
          <w:b w:val="0"/>
          <w:i w:val="0"/>
          <w:color w:val="22201D"/>
          <w:sz w:val="20"/>
        </w:rPr>
        <w:t>Gerald made a note despite himself.</w:t>
      </w:r>
    </w:p>
    <w:p>
      <w:pPr>
        <w:spacing w:after="60" w:line="266" w:lineRule="auto"/>
        <w:ind w:firstLine="331"/>
        <w:jc w:val="both"/>
      </w:pPr>
      <w:r>
        <w:rPr>
          <w:rFonts w:ascii="Georgia" w:hAnsi="Georgia"/>
          <w:b w:val="0"/>
          <w:i w:val="0"/>
          <w:color w:val="22201D"/>
          <w:sz w:val="20"/>
        </w:rPr>
        <w:t>Nico arrived late, wearing the expression of a person who had prepared three phrases on the walk over and was now discovering all three had been outlawed by furniture.</w:t>
      </w:r>
    </w:p>
    <w:p>
      <w:pPr>
        <w:spacing w:after="60" w:line="266" w:lineRule="auto"/>
        <w:ind w:firstLine="331"/>
        <w:jc w:val="both"/>
      </w:pPr>
      <w:r>
        <w:rPr>
          <w:rFonts w:ascii="Georgia" w:hAnsi="Georgia"/>
          <w:b w:val="0"/>
          <w:i w:val="0"/>
          <w:color w:val="22201D"/>
          <w:sz w:val="20"/>
        </w:rPr>
        <w:t>"I heard we had a closure event," Nico said.</w:t>
      </w:r>
    </w:p>
    <w:p>
      <w:pPr>
        <w:spacing w:after="60" w:line="266" w:lineRule="auto"/>
        <w:ind w:firstLine="331"/>
        <w:jc w:val="both"/>
      </w:pPr>
      <w:r>
        <w:rPr>
          <w:rFonts w:ascii="Georgia" w:hAnsi="Georgia"/>
          <w:b w:val="0"/>
          <w:i w:val="0"/>
          <w:color w:val="22201D"/>
          <w:sz w:val="20"/>
        </w:rPr>
        <w:t>The room responded with the kind of silence that was not rude but could become a policy.</w:t>
      </w:r>
    </w:p>
    <w:p>
      <w:pPr>
        <w:spacing w:after="60" w:line="266" w:lineRule="auto"/>
        <w:ind w:firstLine="331"/>
        <w:jc w:val="both"/>
      </w:pPr>
      <w:r>
        <w:rPr>
          <w:rFonts w:ascii="Georgia" w:hAnsi="Georgia"/>
          <w:b w:val="0"/>
          <w:i w:val="0"/>
          <w:color w:val="22201D"/>
          <w:sz w:val="20"/>
        </w:rPr>
        <w:t>Steve pointed to the menu warning.</w:t>
      </w:r>
    </w:p>
    <w:p>
      <w:pPr>
        <w:spacing w:after="60" w:line="266" w:lineRule="auto"/>
        <w:ind w:firstLine="331"/>
        <w:jc w:val="both"/>
      </w:pPr>
      <w:r>
        <w:rPr>
          <w:rFonts w:ascii="Georgia" w:hAnsi="Georgia"/>
          <w:b w:val="0"/>
          <w:i w:val="0"/>
          <w:color w:val="22201D"/>
          <w:sz w:val="20"/>
        </w:rPr>
        <w:t>Nico read it.</w:t>
      </w:r>
    </w:p>
    <w:p>
      <w:pPr>
        <w:spacing w:after="60" w:line="266" w:lineRule="auto"/>
        <w:ind w:firstLine="331"/>
        <w:jc w:val="both"/>
      </w:pPr>
      <w:r>
        <w:rPr>
          <w:rFonts w:ascii="Georgia" w:hAnsi="Georgia"/>
          <w:b w:val="0"/>
          <w:i w:val="0"/>
          <w:color w:val="22201D"/>
          <w:sz w:val="20"/>
        </w:rPr>
        <w:t>His eyes brightened in the exact way the room did not need.</w:t>
      </w:r>
    </w:p>
    <w:p>
      <w:pPr>
        <w:spacing w:after="60" w:line="266" w:lineRule="auto"/>
        <w:ind w:firstLine="331"/>
        <w:jc w:val="both"/>
      </w:pPr>
      <w:r>
        <w:rPr>
          <w:rFonts w:ascii="Georgia" w:hAnsi="Georgia"/>
          <w:b w:val="0"/>
          <w:i w:val="0"/>
          <w:color w:val="22201D"/>
          <w:sz w:val="20"/>
        </w:rPr>
        <w:t>"This is great," he said. "Not great as a crisis, obviously, but narratively—"</w:t>
      </w:r>
    </w:p>
    <w:p>
      <w:pPr>
        <w:spacing w:after="60" w:line="266" w:lineRule="auto"/>
        <w:ind w:firstLine="331"/>
        <w:jc w:val="both"/>
      </w:pPr>
      <w:r>
        <w:rPr>
          <w:rFonts w:ascii="Georgia" w:hAnsi="Georgia"/>
          <w:b w:val="0"/>
          <w:i w:val="0"/>
          <w:color w:val="22201D"/>
          <w:sz w:val="20"/>
        </w:rPr>
        <w:t>Gerald said, "Stop."</w:t>
      </w:r>
    </w:p>
    <w:p>
      <w:pPr>
        <w:spacing w:after="60" w:line="266" w:lineRule="auto"/>
        <w:ind w:firstLine="331"/>
        <w:jc w:val="both"/>
      </w:pPr>
      <w:r>
        <w:rPr>
          <w:rFonts w:ascii="Georgia" w:hAnsi="Georgia"/>
          <w:b w:val="0"/>
          <w:i w:val="0"/>
          <w:color w:val="22201D"/>
          <w:sz w:val="20"/>
        </w:rPr>
        <w:t>Nico stopped with his mouth still half-open.</w:t>
      </w:r>
    </w:p>
    <w:p>
      <w:pPr>
        <w:spacing w:after="60" w:line="266" w:lineRule="auto"/>
        <w:ind w:firstLine="331"/>
        <w:jc w:val="both"/>
      </w:pPr>
      <w:r>
        <w:rPr>
          <w:rFonts w:ascii="Georgia" w:hAnsi="Georgia"/>
          <w:b w:val="0"/>
          <w:i w:val="0"/>
          <w:color w:val="22201D"/>
          <w:sz w:val="20"/>
        </w:rPr>
        <w:t>The menu warnings on three tables lifted at the corners.</w:t>
      </w:r>
    </w:p>
    <w:p>
      <w:pPr>
        <w:spacing w:after="60" w:line="266" w:lineRule="auto"/>
        <w:ind w:firstLine="331"/>
        <w:jc w:val="both"/>
      </w:pPr>
      <w:r>
        <w:rPr>
          <w:rFonts w:ascii="Georgia" w:hAnsi="Georgia"/>
          <w:b w:val="0"/>
          <w:i w:val="0"/>
          <w:color w:val="22201D"/>
          <w:sz w:val="20"/>
        </w:rPr>
        <w:t>The Hostess did not raise her voice.</w:t>
      </w:r>
    </w:p>
    <w:p>
      <w:pPr>
        <w:spacing w:after="60" w:line="266" w:lineRule="auto"/>
        <w:ind w:firstLine="331"/>
        <w:jc w:val="both"/>
      </w:pPr>
      <w:r>
        <w:rPr>
          <w:rFonts w:ascii="Georgia" w:hAnsi="Georgia"/>
          <w:b w:val="0"/>
          <w:i w:val="0"/>
          <w:color w:val="22201D"/>
          <w:sz w:val="20"/>
        </w:rPr>
        <w:t>"Nico."</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not understand this attractively."</w:t>
      </w:r>
    </w:p>
    <w:p>
      <w:pPr>
        <w:spacing w:after="60" w:line="266" w:lineRule="auto"/>
        <w:ind w:firstLine="331"/>
        <w:jc w:val="both"/>
      </w:pPr>
      <w:r>
        <w:rPr>
          <w:rFonts w:ascii="Georgia" w:hAnsi="Georgia"/>
          <w:b w:val="0"/>
          <w:i w:val="0"/>
          <w:color w:val="22201D"/>
          <w:sz w:val="20"/>
        </w:rPr>
        <w:t>Nico closed his mouth.</w:t>
      </w:r>
    </w:p>
    <w:p>
      <w:pPr>
        <w:spacing w:after="60" w:line="266" w:lineRule="auto"/>
        <w:ind w:firstLine="331"/>
        <w:jc w:val="both"/>
      </w:pPr>
      <w:r>
        <w:rPr>
          <w:rFonts w:ascii="Georgia" w:hAnsi="Georgia"/>
          <w:b w:val="0"/>
          <w:i w:val="0"/>
          <w:color w:val="22201D"/>
          <w:sz w:val="20"/>
        </w:rPr>
        <w:t>The corners settled.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Marketing comprehension produced curl response. Hostess halted attractive understanding.</w:t>
      </w:r>
    </w:p>
    <w:p>
      <w:pPr>
        <w:spacing w:after="60" w:line="266" w:lineRule="auto"/>
        <w:ind w:firstLine="331"/>
        <w:jc w:val="both"/>
      </w:pPr>
      <w:r>
        <w:rPr>
          <w:rFonts w:ascii="Georgia" w:hAnsi="Georgia"/>
          <w:b w:val="0"/>
          <w:i w:val="0"/>
          <w:color w:val="22201D"/>
          <w:sz w:val="20"/>
        </w:rPr>
        <w:t>Nico whispered, "Can I understand it unattractively?"</w:t>
      </w:r>
    </w:p>
    <w:p>
      <w:pPr>
        <w:spacing w:after="60" w:line="266" w:lineRule="auto"/>
        <w:ind w:firstLine="331"/>
        <w:jc w:val="both"/>
      </w:pPr>
      <w:r>
        <w:rPr>
          <w:rFonts w:ascii="Georgia" w:hAnsi="Georgia"/>
          <w:b w:val="0"/>
          <w:i w:val="0"/>
          <w:color w:val="22201D"/>
          <w:sz w:val="20"/>
        </w:rPr>
        <w:t>"No," Gerald said.</w:t>
      </w:r>
    </w:p>
    <w:p>
      <w:pPr>
        <w:spacing w:after="60" w:line="266" w:lineRule="auto"/>
        <w:ind w:firstLine="331"/>
        <w:jc w:val="both"/>
      </w:pPr>
      <w:r>
        <w:rPr>
          <w:rFonts w:ascii="Georgia" w:hAnsi="Georgia"/>
          <w:b w:val="0"/>
          <w:i w:val="0"/>
          <w:color w:val="22201D"/>
          <w:sz w:val="20"/>
        </w:rPr>
        <w:t>"Can I stand near it with concern?"</w:t>
      </w:r>
    </w:p>
    <w:p>
      <w:pPr>
        <w:spacing w:after="60" w:line="266" w:lineRule="auto"/>
        <w:ind w:firstLine="331"/>
        <w:jc w:val="both"/>
      </w:pPr>
      <w:r>
        <w:rPr>
          <w:rFonts w:ascii="Georgia" w:hAnsi="Georgia"/>
          <w:b w:val="0"/>
          <w:i w:val="0"/>
          <w:color w:val="22201D"/>
          <w:sz w:val="20"/>
        </w:rPr>
        <w:t>The Hostess considered.</w:t>
      </w:r>
    </w:p>
    <w:p>
      <w:pPr>
        <w:spacing w:after="60" w:line="266" w:lineRule="auto"/>
        <w:ind w:firstLine="331"/>
        <w:jc w:val="both"/>
      </w:pPr>
      <w:r>
        <w:rPr>
          <w:rFonts w:ascii="Georgia" w:hAnsi="Georgia"/>
          <w:b w:val="0"/>
          <w:i w:val="0"/>
          <w:color w:val="22201D"/>
          <w:sz w:val="20"/>
        </w:rPr>
        <w:t>"At a distance."</w:t>
      </w:r>
    </w:p>
    <w:p>
      <w:pPr>
        <w:spacing w:after="60" w:line="266" w:lineRule="auto"/>
        <w:ind w:firstLine="331"/>
        <w:jc w:val="both"/>
      </w:pPr>
      <w:r>
        <w:rPr>
          <w:rFonts w:ascii="Georgia" w:hAnsi="Georgia"/>
          <w:b w:val="0"/>
          <w:i w:val="0"/>
          <w:color w:val="22201D"/>
          <w:sz w:val="20"/>
        </w:rPr>
        <w:t>Nico moved three feet away from Table Four and arranged his concern in a way that did not face the public.</w:t>
      </w:r>
    </w:p>
    <w:p>
      <w:pPr>
        <w:spacing w:after="60" w:line="266" w:lineRule="auto"/>
        <w:ind w:firstLine="331"/>
        <w:jc w:val="both"/>
      </w:pPr>
      <w:r>
        <w:rPr>
          <w:rFonts w:ascii="Georgia" w:hAnsi="Georgia"/>
          <w:b w:val="0"/>
          <w:i w:val="0"/>
          <w:color w:val="22201D"/>
          <w:sz w:val="20"/>
        </w:rPr>
        <w:t>The front door opened.</w:t>
      </w:r>
    </w:p>
    <w:p>
      <w:pPr>
        <w:spacing w:after="60" w:line="266" w:lineRule="auto"/>
        <w:ind w:firstLine="331"/>
        <w:jc w:val="both"/>
      </w:pPr>
      <w:r>
        <w:rPr>
          <w:rFonts w:ascii="Georgia" w:hAnsi="Georgia"/>
          <w:b w:val="0"/>
          <w:i w:val="0"/>
          <w:color w:val="22201D"/>
          <w:sz w:val="20"/>
        </w:rPr>
        <w:t>A customer entered holding a phone, which was already a bad sign.</w:t>
      </w:r>
    </w:p>
    <w:p>
      <w:pPr>
        <w:spacing w:after="60" w:line="266" w:lineRule="auto"/>
        <w:ind w:firstLine="331"/>
        <w:jc w:val="both"/>
      </w:pPr>
      <w:r>
        <w:rPr>
          <w:rFonts w:ascii="Georgia" w:hAnsi="Georgia"/>
          <w:b w:val="0"/>
          <w:i w:val="0"/>
          <w:color w:val="22201D"/>
          <w:sz w:val="20"/>
        </w:rPr>
        <w:t>She was not a regular. She had the purposeful face of someone who had read about the restaurant online and had come prepared to have an experience she could later improve by describing it. Her jacket was yellow. Her shoes were clean. Her phone was raised at the exact height of trouble.</w:t>
      </w:r>
    </w:p>
    <w:p>
      <w:pPr>
        <w:spacing w:after="60" w:line="266" w:lineRule="auto"/>
        <w:ind w:firstLine="331"/>
        <w:jc w:val="both"/>
      </w:pPr>
      <w:r>
        <w:rPr>
          <w:rFonts w:ascii="Georgia" w:hAnsi="Georgia"/>
          <w:b w:val="0"/>
          <w:i w:val="0"/>
          <w:color w:val="22201D"/>
          <w:sz w:val="20"/>
        </w:rPr>
        <w:t>"Hi," she said. "Is this the place where the menu knows what you need?"</w:t>
      </w:r>
    </w:p>
    <w:p>
      <w:pPr>
        <w:spacing w:after="60" w:line="266" w:lineRule="auto"/>
        <w:ind w:firstLine="331"/>
        <w:jc w:val="both"/>
      </w:pPr>
      <w:r>
        <w:rPr>
          <w:rFonts w:ascii="Georgia" w:hAnsi="Georgia"/>
          <w:b w:val="0"/>
          <w:i w:val="0"/>
          <w:color w:val="22201D"/>
          <w:sz w:val="20"/>
        </w:rPr>
        <w:t>The closure notice warmed under the cooling rack.</w:t>
      </w:r>
    </w:p>
    <w:p>
      <w:pPr>
        <w:spacing w:after="60" w:line="266" w:lineRule="auto"/>
        <w:ind w:firstLine="331"/>
        <w:jc w:val="both"/>
      </w:pPr>
      <w:r>
        <w:rPr>
          <w:rFonts w:ascii="Georgia" w:hAnsi="Georgia"/>
          <w:b w:val="0"/>
          <w:i w:val="0"/>
          <w:color w:val="22201D"/>
          <w:sz w:val="20"/>
        </w:rPr>
        <w:t>Every menu warning in the room lifted by two millimeters.</w:t>
      </w:r>
    </w:p>
    <w:p>
      <w:pPr>
        <w:spacing w:after="60" w:line="266" w:lineRule="auto"/>
        <w:ind w:firstLine="331"/>
        <w:jc w:val="both"/>
      </w:pPr>
      <w:r>
        <w:rPr>
          <w:rFonts w:ascii="Georgia" w:hAnsi="Georgia"/>
          <w:b w:val="0"/>
          <w:i w:val="0"/>
          <w:color w:val="22201D"/>
          <w:sz w:val="20"/>
        </w:rPr>
        <w:t>Gerald said, "No photography of active warnings."</w:t>
      </w:r>
    </w:p>
    <w:p>
      <w:pPr>
        <w:spacing w:after="60" w:line="266" w:lineRule="auto"/>
        <w:ind w:firstLine="331"/>
        <w:jc w:val="both"/>
      </w:pPr>
      <w:r>
        <w:rPr>
          <w:rFonts w:ascii="Georgia" w:hAnsi="Georgia"/>
          <w:b w:val="0"/>
          <w:i w:val="0"/>
          <w:color w:val="22201D"/>
          <w:sz w:val="20"/>
        </w:rPr>
        <w:t>The customer blinked.</w:t>
      </w:r>
    </w:p>
    <w:p>
      <w:pPr>
        <w:spacing w:after="60" w:line="266" w:lineRule="auto"/>
        <w:ind w:firstLine="331"/>
        <w:jc w:val="both"/>
      </w:pPr>
      <w:r>
        <w:rPr>
          <w:rFonts w:ascii="Georgia" w:hAnsi="Georgia"/>
          <w:b w:val="0"/>
          <w:i w:val="0"/>
          <w:color w:val="22201D"/>
          <w:sz w:val="20"/>
        </w:rPr>
        <w:t>"Is that a joke?"</w:t>
      </w:r>
    </w:p>
    <w:p>
      <w:pPr>
        <w:spacing w:after="60" w:line="266" w:lineRule="auto"/>
        <w:ind w:firstLine="331"/>
        <w:jc w:val="both"/>
      </w:pPr>
      <w:r>
        <w:rPr>
          <w:rFonts w:ascii="Georgia" w:hAnsi="Georgia"/>
          <w:b w:val="0"/>
          <w:i w:val="0"/>
          <w:color w:val="22201D"/>
          <w:sz w:val="20"/>
        </w:rPr>
        <w:t>The Hostess stepped between the customer and the dining room with a menu held flat against her apron.</w:t>
      </w:r>
    </w:p>
    <w:p>
      <w:pPr>
        <w:spacing w:after="60" w:line="266" w:lineRule="auto"/>
        <w:ind w:firstLine="331"/>
        <w:jc w:val="both"/>
      </w:pPr>
      <w:r>
        <w:rPr>
          <w:rFonts w:ascii="Georgia" w:hAnsi="Georgia"/>
          <w:b w:val="0"/>
          <w:i w:val="0"/>
          <w:color w:val="22201D"/>
          <w:sz w:val="20"/>
        </w:rPr>
        <w:t>"It is a seating policy."</w:t>
      </w:r>
    </w:p>
    <w:p>
      <w:pPr>
        <w:spacing w:after="60" w:line="266" w:lineRule="auto"/>
        <w:ind w:firstLine="331"/>
        <w:jc w:val="both"/>
      </w:pPr>
      <w:r>
        <w:rPr>
          <w:rFonts w:ascii="Georgia" w:hAnsi="Georgia"/>
          <w:b w:val="0"/>
          <w:i w:val="0"/>
          <w:color w:val="22201D"/>
          <w:sz w:val="20"/>
        </w:rPr>
        <w:t>"So it is that kind of place."</w:t>
      </w:r>
    </w:p>
    <w:p>
      <w:pPr>
        <w:spacing w:after="60" w:line="266" w:lineRule="auto"/>
        <w:ind w:firstLine="331"/>
        <w:jc w:val="both"/>
      </w:pPr>
      <w:r>
        <w:rPr>
          <w:rFonts w:ascii="Georgia" w:hAnsi="Georgia"/>
          <w:b w:val="0"/>
          <w:i w:val="0"/>
          <w:color w:val="22201D"/>
          <w:sz w:val="20"/>
        </w:rPr>
        <w:t>"It is a place that serves food."</w:t>
      </w:r>
    </w:p>
    <w:p>
      <w:pPr>
        <w:spacing w:after="60" w:line="266" w:lineRule="auto"/>
        <w:ind w:firstLine="331"/>
        <w:jc w:val="both"/>
      </w:pPr>
      <w:r>
        <w:rPr>
          <w:rFonts w:ascii="Georgia" w:hAnsi="Georgia"/>
          <w:b w:val="0"/>
          <w:i w:val="0"/>
          <w:color w:val="22201D"/>
          <w:sz w:val="20"/>
        </w:rPr>
        <w:t>"But the food is, like, personal?"</w:t>
      </w:r>
    </w:p>
    <w:p>
      <w:pPr>
        <w:spacing w:after="60" w:line="266" w:lineRule="auto"/>
        <w:ind w:firstLine="331"/>
        <w:jc w:val="both"/>
      </w:pPr>
      <w:r>
        <w:rPr>
          <w:rFonts w:ascii="Georgia" w:hAnsi="Georgia"/>
          <w:b w:val="0"/>
          <w:i w:val="0"/>
          <w:color w:val="22201D"/>
          <w:sz w:val="20"/>
        </w:rPr>
        <w:t>Steve's pencil snapped.</w:t>
      </w:r>
    </w:p>
    <w:p>
      <w:pPr>
        <w:spacing w:after="60" w:line="266" w:lineRule="auto"/>
        <w:ind w:firstLine="331"/>
        <w:jc w:val="both"/>
      </w:pPr>
      <w:r>
        <w:rPr>
          <w:rFonts w:ascii="Georgia" w:hAnsi="Georgia"/>
          <w:b w:val="0"/>
          <w:i w:val="0"/>
          <w:color w:val="22201D"/>
          <w:sz w:val="20"/>
        </w:rPr>
        <w:t>Bob set the rolls down very carefully.</w:t>
      </w:r>
    </w:p>
    <w:p>
      <w:pPr>
        <w:spacing w:after="60" w:line="266" w:lineRule="auto"/>
        <w:ind w:firstLine="331"/>
        <w:jc w:val="both"/>
      </w:pPr>
      <w:r>
        <w:rPr>
          <w:rFonts w:ascii="Georgia" w:hAnsi="Georgia"/>
          <w:b w:val="0"/>
          <w:i w:val="0"/>
          <w:color w:val="22201D"/>
          <w:sz w:val="20"/>
        </w:rPr>
        <w:t>Flocc did not move.</w:t>
      </w:r>
    </w:p>
    <w:p>
      <w:pPr>
        <w:spacing w:after="60" w:line="266" w:lineRule="auto"/>
        <w:ind w:firstLine="331"/>
        <w:jc w:val="both"/>
      </w:pPr>
      <w:r>
        <w:rPr>
          <w:rFonts w:ascii="Georgia" w:hAnsi="Georgia"/>
          <w:b w:val="0"/>
          <w:i w:val="0"/>
          <w:color w:val="22201D"/>
          <w:sz w:val="20"/>
        </w:rPr>
        <w:t>Nico pressed both hands over his own mouth and looked heroic in the least useful way.</w:t>
      </w:r>
    </w:p>
    <w:p>
      <w:pPr>
        <w:spacing w:after="60" w:line="266" w:lineRule="auto"/>
        <w:ind w:firstLine="331"/>
        <w:jc w:val="both"/>
      </w:pPr>
      <w:r>
        <w:rPr>
          <w:rFonts w:ascii="Georgia" w:hAnsi="Georgia"/>
          <w:b w:val="0"/>
          <w:i w:val="0"/>
          <w:color w:val="22201D"/>
          <w:sz w:val="20"/>
        </w:rPr>
        <w:t>The Hostess took one menu warning from the host stand and turned it so the customer could read without entering the room.</w:t>
      </w:r>
    </w:p>
    <w:p>
      <w:pPr>
        <w:spacing w:after="60" w:line="266" w:lineRule="auto"/>
        <w:ind w:firstLine="331"/>
        <w:jc w:val="both"/>
      </w:pPr>
      <w:r>
        <w:rPr>
          <w:rFonts w:ascii="Georgia" w:hAnsi="Georgia"/>
          <w:b w:val="0"/>
          <w:i w:val="0"/>
          <w:color w:val="22201D"/>
          <w:sz w:val="20"/>
        </w:rPr>
        <w:t>The customer read.</w:t>
      </w:r>
    </w:p>
    <w:p>
      <w:pPr>
        <w:spacing w:after="60" w:line="266" w:lineRule="auto"/>
        <w:ind w:firstLine="331"/>
        <w:jc w:val="both"/>
      </w:pPr>
      <w:r>
        <w:rPr>
          <w:rFonts w:ascii="Georgia" w:hAnsi="Georgia"/>
          <w:b w:val="0"/>
          <w:i w:val="0"/>
          <w:color w:val="22201D"/>
          <w:sz w:val="20"/>
        </w:rPr>
        <w:t>Her face changed from appetite to interpretation.</w:t>
      </w:r>
    </w:p>
    <w:p>
      <w:pPr>
        <w:spacing w:after="60" w:line="266" w:lineRule="auto"/>
        <w:ind w:firstLine="331"/>
        <w:jc w:val="both"/>
      </w:pPr>
      <w:r>
        <w:rPr>
          <w:rFonts w:ascii="Georgia" w:hAnsi="Georgia"/>
          <w:b w:val="0"/>
          <w:i w:val="0"/>
          <w:color w:val="22201D"/>
          <w:sz w:val="20"/>
        </w:rPr>
        <w:t>"Excessive comprehension may reduce service viability," she read aloud.</w:t>
      </w:r>
    </w:p>
    <w:p>
      <w:pPr>
        <w:spacing w:after="60" w:line="266" w:lineRule="auto"/>
        <w:ind w:firstLine="331"/>
        <w:jc w:val="both"/>
      </w:pPr>
      <w:r>
        <w:rPr>
          <w:rFonts w:ascii="Georgia" w:hAnsi="Georgia"/>
          <w:b w:val="0"/>
          <w:i w:val="0"/>
          <w:color w:val="22201D"/>
          <w:sz w:val="20"/>
        </w:rPr>
        <w:t>The words became louder than her voice.</w:t>
      </w:r>
    </w:p>
    <w:p>
      <w:pPr>
        <w:spacing w:after="60" w:line="266" w:lineRule="auto"/>
        <w:ind w:firstLine="331"/>
        <w:jc w:val="both"/>
      </w:pPr>
      <w:r>
        <w:rPr>
          <w:rFonts w:ascii="Georgia" w:hAnsi="Georgia"/>
          <w:b w:val="0"/>
          <w:i w:val="0"/>
          <w:color w:val="22201D"/>
          <w:sz w:val="20"/>
        </w:rPr>
        <w:t>Not much louder. Just enough.</w:t>
      </w:r>
    </w:p>
    <w:p>
      <w:pPr>
        <w:spacing w:after="60" w:line="266" w:lineRule="auto"/>
        <w:ind w:firstLine="331"/>
        <w:jc w:val="both"/>
      </w:pPr>
      <w:r>
        <w:rPr>
          <w:rFonts w:ascii="Georgia" w:hAnsi="Georgia"/>
          <w:b w:val="0"/>
          <w:i w:val="0"/>
          <w:color w:val="22201D"/>
          <w:sz w:val="20"/>
        </w:rPr>
        <w:t>The closure notice steamed.</w:t>
      </w:r>
    </w:p>
    <w:p>
      <w:pPr>
        <w:spacing w:after="60" w:line="266" w:lineRule="auto"/>
        <w:ind w:firstLine="331"/>
        <w:jc w:val="both"/>
      </w:pPr>
      <w:r>
        <w:rPr>
          <w:rFonts w:ascii="Georgia" w:hAnsi="Georgia"/>
          <w:b w:val="0"/>
          <w:i w:val="0"/>
          <w:color w:val="22201D"/>
          <w:sz w:val="20"/>
        </w:rPr>
        <w:t>Gerald picked up the bucket.</w:t>
      </w:r>
    </w:p>
    <w:p>
      <w:pPr>
        <w:spacing w:after="60" w:line="266" w:lineRule="auto"/>
        <w:ind w:firstLine="331"/>
        <w:jc w:val="both"/>
      </w:pPr>
      <w:r>
        <w:rPr>
          <w:rFonts w:ascii="Georgia" w:hAnsi="Georgia"/>
          <w:b w:val="0"/>
          <w:i w:val="0"/>
          <w:color w:val="22201D"/>
          <w:sz w:val="20"/>
        </w:rPr>
        <w:t>No one asked why.</w:t>
      </w:r>
    </w:p>
    <w:p>
      <w:pPr>
        <w:spacing w:after="60" w:line="266" w:lineRule="auto"/>
        <w:ind w:firstLine="331"/>
        <w:jc w:val="both"/>
      </w:pPr>
      <w:r>
        <w:rPr>
          <w:rFonts w:ascii="Georgia" w:hAnsi="Georgia"/>
          <w:b w:val="0"/>
          <w:i w:val="0"/>
          <w:color w:val="22201D"/>
          <w:sz w:val="20"/>
        </w:rPr>
        <w:t>The customer smiled. "That is amazing."</w:t>
      </w:r>
    </w:p>
    <w:p>
      <w:pPr>
        <w:spacing w:after="60" w:line="266" w:lineRule="auto"/>
        <w:ind w:firstLine="331"/>
        <w:jc w:val="both"/>
      </w:pPr>
      <w:r>
        <w:rPr>
          <w:rFonts w:ascii="Georgia" w:hAnsi="Georgia"/>
          <w:b w:val="0"/>
          <w:i w:val="0"/>
          <w:color w:val="22201D"/>
          <w:sz w:val="20"/>
        </w:rPr>
        <w:t>The menu warning in the Hostess's hand curled toward the customer like a plant toward heat.</w:t>
      </w:r>
    </w:p>
    <w:p>
      <w:pPr>
        <w:spacing w:after="60" w:line="266" w:lineRule="auto"/>
        <w:ind w:firstLine="331"/>
        <w:jc w:val="both"/>
      </w:pPr>
      <w:r>
        <w:rPr>
          <w:rFonts w:ascii="Georgia" w:hAnsi="Georgia"/>
          <w:b w:val="0"/>
          <w:i w:val="0"/>
          <w:color w:val="22201D"/>
          <w:sz w:val="20"/>
        </w:rPr>
        <w:t>The Hostess lowered it.</w:t>
      </w:r>
    </w:p>
    <w:p>
      <w:pPr>
        <w:spacing w:after="60" w:line="266" w:lineRule="auto"/>
        <w:ind w:firstLine="331"/>
        <w:jc w:val="both"/>
      </w:pPr>
      <w:r>
        <w:rPr>
          <w:rFonts w:ascii="Georgia" w:hAnsi="Georgia"/>
          <w:b w:val="0"/>
          <w:i w:val="0"/>
          <w:color w:val="22201D"/>
          <w:sz w:val="20"/>
        </w:rPr>
        <w:t>"We are not seating amazing at this time."</w:t>
      </w:r>
    </w:p>
    <w:p>
      <w:pPr>
        <w:spacing w:after="60" w:line="266" w:lineRule="auto"/>
        <w:ind w:firstLine="331"/>
        <w:jc w:val="both"/>
      </w:pPr>
      <w:r>
        <w:rPr>
          <w:rFonts w:ascii="Georgia" w:hAnsi="Georgia"/>
          <w:b w:val="0"/>
          <w:i w:val="0"/>
          <w:color w:val="22201D"/>
          <w:sz w:val="20"/>
        </w:rPr>
        <w:t>The customer laughed. "I don't mean— I just mean, I get it."</w:t>
      </w:r>
    </w:p>
    <w:p>
      <w:pPr>
        <w:spacing w:after="60" w:line="266" w:lineRule="auto"/>
        <w:ind w:firstLine="331"/>
        <w:jc w:val="both"/>
      </w:pPr>
      <w:r>
        <w:rPr>
          <w:rFonts w:ascii="Georgia" w:hAnsi="Georgia"/>
          <w:b w:val="0"/>
          <w:i w:val="0"/>
          <w:color w:val="22201D"/>
          <w:sz w:val="20"/>
        </w:rPr>
        <w:t>The room went still.</w:t>
      </w:r>
    </w:p>
    <w:p>
      <w:pPr>
        <w:spacing w:after="60" w:line="266" w:lineRule="auto"/>
        <w:ind w:firstLine="331"/>
        <w:jc w:val="both"/>
      </w:pPr>
      <w:r>
        <w:rPr>
          <w:rFonts w:ascii="Georgia" w:hAnsi="Georgia"/>
          <w:b w:val="0"/>
          <w:i w:val="0"/>
          <w:color w:val="22201D"/>
          <w:sz w:val="20"/>
        </w:rPr>
        <w:t>A fork paused halfway to a mouth.</w:t>
      </w:r>
    </w:p>
    <w:p>
      <w:pPr>
        <w:spacing w:after="60" w:line="266" w:lineRule="auto"/>
        <w:ind w:firstLine="331"/>
        <w:jc w:val="both"/>
      </w:pPr>
      <w:r>
        <w:rPr>
          <w:rFonts w:ascii="Georgia" w:hAnsi="Georgia"/>
          <w:b w:val="0"/>
          <w:i w:val="0"/>
          <w:color w:val="22201D"/>
          <w:sz w:val="20"/>
        </w:rPr>
        <w:t>The chair at the window two-top moved back toward the table by less than an inch.</w:t>
      </w:r>
    </w:p>
    <w:p>
      <w:pPr>
        <w:spacing w:after="60" w:line="266" w:lineRule="auto"/>
        <w:ind w:firstLine="331"/>
        <w:jc w:val="both"/>
      </w:pPr>
      <w:r>
        <w:rPr>
          <w:rFonts w:ascii="Georgia" w:hAnsi="Georgia"/>
          <w:b w:val="0"/>
          <w:i w:val="0"/>
          <w:color w:val="22201D"/>
          <w:sz w:val="20"/>
        </w:rPr>
        <w:t>Flocc noticed first.</w:t>
      </w:r>
    </w:p>
    <w:p>
      <w:pPr>
        <w:spacing w:after="60" w:line="266" w:lineRule="auto"/>
        <w:ind w:firstLine="331"/>
        <w:jc w:val="both"/>
      </w:pPr>
      <w:r>
        <w:rPr>
          <w:rFonts w:ascii="Georgia" w:hAnsi="Georgia"/>
          <w:b w:val="0"/>
          <w:i w:val="0"/>
          <w:color w:val="22201D"/>
          <w:sz w:val="20"/>
        </w:rPr>
        <w:t>He stepped between the chair and the table, not blocking the customer, not performing, simply standing where the invitation had begun to retreat.</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The customer looked at him.</w:t>
      </w:r>
    </w:p>
    <w:p>
      <w:pPr>
        <w:spacing w:after="60" w:line="266" w:lineRule="auto"/>
        <w:ind w:firstLine="331"/>
        <w:jc w:val="both"/>
      </w:pPr>
      <w:r>
        <w:rPr>
          <w:rFonts w:ascii="Georgia" w:hAnsi="Georgia"/>
          <w:b w:val="0"/>
          <w:i w:val="0"/>
          <w:color w:val="22201D"/>
          <w:sz w:val="20"/>
        </w:rPr>
        <w:t>"Excuse me?"</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He had become good at not signing quickly. He was still learning not to explain quickly.</w:t>
      </w:r>
    </w:p>
    <w:p>
      <w:pPr>
        <w:spacing w:after="60" w:line="266" w:lineRule="auto"/>
        <w:ind w:firstLine="331"/>
        <w:jc w:val="both"/>
      </w:pPr>
      <w:r>
        <w:rPr>
          <w:rFonts w:ascii="Georgia" w:hAnsi="Georgia"/>
          <w:b w:val="0"/>
          <w:i w:val="0"/>
          <w:color w:val="22201D"/>
          <w:sz w:val="20"/>
        </w:rPr>
        <w:t>"You do not get it," he said.</w:t>
      </w:r>
    </w:p>
    <w:p>
      <w:pPr>
        <w:spacing w:after="60" w:line="266" w:lineRule="auto"/>
        <w:ind w:firstLine="331"/>
        <w:jc w:val="both"/>
      </w:pPr>
      <w:r>
        <w:rPr>
          <w:rFonts w:ascii="Georgia" w:hAnsi="Georgia"/>
          <w:b w:val="0"/>
          <w:i w:val="0"/>
          <w:color w:val="22201D"/>
          <w:sz w:val="20"/>
        </w:rPr>
        <w:t>The customer's face tightened.</w:t>
      </w:r>
    </w:p>
    <w:p>
      <w:pPr>
        <w:spacing w:after="60" w:line="266" w:lineRule="auto"/>
        <w:ind w:firstLine="331"/>
        <w:jc w:val="both"/>
      </w:pPr>
      <w:r>
        <w:rPr>
          <w:rFonts w:ascii="Georgia" w:hAnsi="Georgia"/>
          <w:b w:val="0"/>
          <w:i w:val="0"/>
          <w:color w:val="22201D"/>
          <w:sz w:val="20"/>
        </w:rPr>
        <w:t>The Hostess did not rescue him from the sentence.</w:t>
      </w:r>
    </w:p>
    <w:p>
      <w:pPr>
        <w:spacing w:after="60" w:line="266" w:lineRule="auto"/>
        <w:ind w:firstLine="331"/>
        <w:jc w:val="both"/>
      </w:pPr>
      <w:r>
        <w:rPr>
          <w:rFonts w:ascii="Georgia" w:hAnsi="Georgia"/>
          <w:b w:val="0"/>
          <w:i w:val="0"/>
          <w:color w:val="22201D"/>
          <w:sz w:val="20"/>
        </w:rPr>
        <w:t>Gerald did not correct him.</w:t>
      </w:r>
    </w:p>
    <w:p>
      <w:pPr>
        <w:spacing w:after="60" w:line="266" w:lineRule="auto"/>
        <w:ind w:firstLine="331"/>
        <w:jc w:val="both"/>
      </w:pPr>
      <w:r>
        <w:rPr>
          <w:rFonts w:ascii="Georgia" w:hAnsi="Georgia"/>
          <w:b w:val="0"/>
          <w:i w:val="0"/>
          <w:color w:val="22201D"/>
          <w:sz w:val="20"/>
        </w:rPr>
        <w:t>Steve found another pencil.</w:t>
      </w:r>
    </w:p>
    <w:p>
      <w:pPr>
        <w:spacing w:after="60" w:line="266" w:lineRule="auto"/>
        <w:ind w:firstLine="331"/>
        <w:jc w:val="both"/>
      </w:pPr>
      <w:r>
        <w:rPr>
          <w:rFonts w:ascii="Georgia" w:hAnsi="Georgia"/>
          <w:b w:val="0"/>
          <w:i w:val="0"/>
          <w:color w:val="22201D"/>
          <w:sz w:val="20"/>
        </w:rPr>
        <w:t>Flocc continued, slower.</w:t>
      </w:r>
    </w:p>
    <w:p>
      <w:pPr>
        <w:spacing w:after="60" w:line="266" w:lineRule="auto"/>
        <w:ind w:firstLine="331"/>
        <w:jc w:val="both"/>
      </w:pPr>
      <w:r>
        <w:rPr>
          <w:rFonts w:ascii="Georgia" w:hAnsi="Georgia"/>
          <w:b w:val="0"/>
          <w:i w:val="0"/>
          <w:color w:val="22201D"/>
          <w:sz w:val="20"/>
        </w:rPr>
        <w:t>"That is not an insult. It is the condition for service."</w:t>
      </w:r>
    </w:p>
    <w:p>
      <w:pPr>
        <w:spacing w:after="60" w:line="266" w:lineRule="auto"/>
        <w:ind w:firstLine="331"/>
        <w:jc w:val="both"/>
      </w:pPr>
      <w:r>
        <w:rPr>
          <w:rFonts w:ascii="Georgia" w:hAnsi="Georgia"/>
          <w:b w:val="0"/>
          <w:i w:val="0"/>
          <w:color w:val="22201D"/>
          <w:sz w:val="20"/>
        </w:rPr>
        <w:t>The customer lowered her phone by one inch.</w:t>
      </w:r>
    </w:p>
    <w:p>
      <w:pPr>
        <w:spacing w:after="60" w:line="266" w:lineRule="auto"/>
        <w:ind w:firstLine="331"/>
        <w:jc w:val="both"/>
      </w:pPr>
      <w:r>
        <w:rPr>
          <w:rFonts w:ascii="Georgia" w:hAnsi="Georgia"/>
          <w:b w:val="0"/>
          <w:i w:val="0"/>
          <w:color w:val="22201D"/>
          <w:sz w:val="20"/>
        </w:rPr>
        <w:t>"I don't understand."</w:t>
      </w:r>
    </w:p>
    <w:p>
      <w:pPr>
        <w:spacing w:after="60" w:line="266" w:lineRule="auto"/>
        <w:ind w:firstLine="331"/>
        <w:jc w:val="both"/>
      </w:pPr>
      <w:r>
        <w:rPr>
          <w:rFonts w:ascii="Georgia" w:hAnsi="Georgia"/>
          <w:b w:val="0"/>
          <w:i w:val="0"/>
          <w:color w:val="22201D"/>
          <w:sz w:val="20"/>
        </w:rPr>
        <w:t>The room exhaled.</w:t>
      </w:r>
    </w:p>
    <w:p>
      <w:pPr>
        <w:spacing w:after="60" w:line="266" w:lineRule="auto"/>
        <w:ind w:firstLine="331"/>
        <w:jc w:val="both"/>
      </w:pPr>
      <w:r>
        <w:rPr>
          <w:rFonts w:ascii="Georgia" w:hAnsi="Georgia"/>
          <w:b w:val="0"/>
          <w:i w:val="0"/>
          <w:color w:val="22201D"/>
          <w:sz w:val="20"/>
        </w:rPr>
        <w:t>The menu warning in the Hostess's hand went flat.</w:t>
      </w:r>
    </w:p>
    <w:p>
      <w:pPr>
        <w:spacing w:after="60" w:line="266" w:lineRule="auto"/>
        <w:ind w:firstLine="331"/>
        <w:jc w:val="both"/>
      </w:pPr>
      <w:r>
        <w:rPr>
          <w:rFonts w:ascii="Georgia" w:hAnsi="Georgia"/>
          <w:b w:val="0"/>
          <w:i w:val="0"/>
          <w:color w:val="22201D"/>
          <w:sz w:val="20"/>
        </w:rPr>
        <w:t>Bob whispered, "Good."</w:t>
      </w:r>
    </w:p>
    <w:p>
      <w:pPr>
        <w:spacing w:after="60" w:line="266" w:lineRule="auto"/>
        <w:ind w:firstLine="331"/>
        <w:jc w:val="both"/>
      </w:pPr>
      <w:r>
        <w:rPr>
          <w:rFonts w:ascii="Georgia" w:hAnsi="Georgia"/>
          <w:b w:val="0"/>
          <w:i w:val="0"/>
          <w:color w:val="22201D"/>
          <w:sz w:val="20"/>
        </w:rPr>
        <w:t>Gerald whispered back, "Do not praise the customer for procedural confusion."</w:t>
      </w:r>
    </w:p>
    <w:p>
      <w:pPr>
        <w:spacing w:after="60" w:line="266" w:lineRule="auto"/>
        <w:ind w:firstLine="331"/>
        <w:jc w:val="both"/>
      </w:pPr>
      <w:r>
        <w:rPr>
          <w:rFonts w:ascii="Georgia" w:hAnsi="Georgia"/>
          <w:b w:val="0"/>
          <w:i w:val="0"/>
          <w:color w:val="22201D"/>
          <w:sz w:val="20"/>
        </w:rPr>
        <w:t>The customer looked embarrassed now, which was better than enchanted and worse than hungry.</w:t>
      </w:r>
    </w:p>
    <w:p>
      <w:pPr>
        <w:spacing w:after="60" w:line="266" w:lineRule="auto"/>
        <w:ind w:firstLine="331"/>
        <w:jc w:val="both"/>
      </w:pPr>
      <w:r>
        <w:rPr>
          <w:rFonts w:ascii="Georgia" w:hAnsi="Georgia"/>
          <w:b w:val="0"/>
          <w:i w:val="0"/>
          <w:color w:val="22201D"/>
          <w:sz w:val="20"/>
        </w:rPr>
        <w:t>The Hostess softened the room by one tone.</w:t>
      </w:r>
    </w:p>
    <w:p>
      <w:pPr>
        <w:spacing w:after="60" w:line="266" w:lineRule="auto"/>
        <w:ind w:firstLine="331"/>
        <w:jc w:val="both"/>
      </w:pPr>
      <w:r>
        <w:rPr>
          <w:rFonts w:ascii="Georgia" w:hAnsi="Georgia"/>
          <w:b w:val="0"/>
          <w:i w:val="0"/>
          <w:color w:val="22201D"/>
          <w:sz w:val="20"/>
        </w:rPr>
        <w:t>"You may be seated if you can eat without completing the explanation."</w:t>
      </w:r>
    </w:p>
    <w:p>
      <w:pPr>
        <w:spacing w:after="60" w:line="266" w:lineRule="auto"/>
        <w:ind w:firstLine="331"/>
        <w:jc w:val="both"/>
      </w:pPr>
      <w:r>
        <w:rPr>
          <w:rFonts w:ascii="Georgia" w:hAnsi="Georgia"/>
          <w:b w:val="0"/>
          <w:i w:val="0"/>
          <w:color w:val="22201D"/>
          <w:sz w:val="20"/>
        </w:rPr>
        <w:t>"I just wanted lunch."</w:t>
      </w:r>
    </w:p>
    <w:p>
      <w:pPr>
        <w:spacing w:after="60" w:line="266" w:lineRule="auto"/>
        <w:ind w:firstLine="331"/>
        <w:jc w:val="both"/>
      </w:pPr>
      <w:r>
        <w:rPr>
          <w:rFonts w:ascii="Georgia" w:hAnsi="Georgia"/>
          <w:b w:val="0"/>
          <w:i w:val="0"/>
          <w:color w:val="22201D"/>
          <w:sz w:val="20"/>
        </w:rPr>
        <w:t>"That is usually safer."</w:t>
      </w:r>
    </w:p>
    <w:p>
      <w:pPr>
        <w:spacing w:after="60" w:line="266" w:lineRule="auto"/>
        <w:ind w:firstLine="331"/>
        <w:jc w:val="both"/>
      </w:pPr>
      <w:r>
        <w:rPr>
          <w:rFonts w:ascii="Georgia" w:hAnsi="Georgia"/>
          <w:b w:val="0"/>
          <w:i w:val="0"/>
          <w:color w:val="22201D"/>
          <w:sz w:val="20"/>
        </w:rPr>
        <w:t>The customer looked at her phone.</w:t>
      </w:r>
    </w:p>
    <w:p>
      <w:pPr>
        <w:spacing w:after="60" w:line="266" w:lineRule="auto"/>
        <w:ind w:firstLine="331"/>
        <w:jc w:val="both"/>
      </w:pPr>
      <w:r>
        <w:rPr>
          <w:rFonts w:ascii="Georgia" w:hAnsi="Georgia"/>
          <w:b w:val="0"/>
          <w:i w:val="0"/>
          <w:color w:val="22201D"/>
          <w:sz w:val="20"/>
        </w:rPr>
        <w:t>The phone looked back with the bright little hunger of a device that made everything easier to misunderstand publicly.</w:t>
      </w:r>
    </w:p>
    <w:p>
      <w:pPr>
        <w:spacing w:after="60" w:line="266" w:lineRule="auto"/>
        <w:ind w:firstLine="331"/>
        <w:jc w:val="both"/>
      </w:pPr>
      <w:r>
        <w:rPr>
          <w:rFonts w:ascii="Georgia" w:hAnsi="Georgia"/>
          <w:b w:val="0"/>
          <w:i w:val="0"/>
          <w:color w:val="22201D"/>
          <w:sz w:val="20"/>
        </w:rPr>
        <w:t>The customer turned it screen-down and placed it in her pocket.</w:t>
      </w:r>
    </w:p>
    <w:p>
      <w:pPr>
        <w:spacing w:after="60" w:line="266" w:lineRule="auto"/>
        <w:ind w:firstLine="331"/>
        <w:jc w:val="both"/>
      </w:pPr>
      <w:r>
        <w:rPr>
          <w:rFonts w:ascii="Georgia" w:hAnsi="Georgia"/>
          <w:b w:val="0"/>
          <w:i w:val="0"/>
          <w:color w:val="22201D"/>
          <w:sz w:val="20"/>
        </w:rPr>
        <w:t>The chair at the window two-top moved out again.</w:t>
      </w:r>
    </w:p>
    <w:p>
      <w:pPr>
        <w:spacing w:after="60" w:line="266" w:lineRule="auto"/>
        <w:ind w:firstLine="331"/>
        <w:jc w:val="both"/>
      </w:pPr>
      <w:r>
        <w:rPr>
          <w:rFonts w:ascii="Georgia" w:hAnsi="Georgia"/>
          <w:b w:val="0"/>
          <w:i w:val="0"/>
          <w:color w:val="22201D"/>
          <w:sz w:val="20"/>
        </w:rPr>
        <w:t>Not for her, exactly.</w:t>
      </w:r>
    </w:p>
    <w:p>
      <w:pPr>
        <w:spacing w:after="60" w:line="266" w:lineRule="auto"/>
        <w:ind w:firstLine="331"/>
        <w:jc w:val="both"/>
      </w:pPr>
      <w:r>
        <w:rPr>
          <w:rFonts w:ascii="Georgia" w:hAnsi="Georgia"/>
          <w:b w:val="0"/>
          <w:i w:val="0"/>
          <w:color w:val="22201D"/>
          <w:sz w:val="20"/>
        </w:rPr>
        <w:t>For the possibility that she had stopped trying to own the story long enough to need a sandwich.</w:t>
      </w:r>
    </w:p>
    <w:p>
      <w:pPr>
        <w:spacing w:after="60" w:line="266" w:lineRule="auto"/>
        <w:ind w:firstLine="331"/>
        <w:jc w:val="both"/>
      </w:pPr>
      <w:r>
        <w:rPr>
          <w:rFonts w:ascii="Georgia" w:hAnsi="Georgia"/>
          <w:b w:val="0"/>
          <w:i w:val="0"/>
          <w:color w:val="22201D"/>
          <w:sz w:val="20"/>
        </w:rPr>
        <w:t>The Hostess picked up one menu.</w:t>
      </w:r>
    </w:p>
    <w:p>
      <w:pPr>
        <w:spacing w:after="60" w:line="266" w:lineRule="auto"/>
        <w:ind w:firstLine="331"/>
        <w:jc w:val="both"/>
      </w:pPr>
      <w:r>
        <w:rPr>
          <w:rFonts w:ascii="Georgia" w:hAnsi="Georgia"/>
          <w:b w:val="0"/>
          <w:i w:val="0"/>
          <w:color w:val="22201D"/>
          <w:sz w:val="20"/>
        </w:rPr>
        <w:t>"One?"</w:t>
      </w:r>
    </w:p>
    <w:p>
      <w:pPr>
        <w:spacing w:after="60" w:line="266" w:lineRule="auto"/>
        <w:ind w:firstLine="331"/>
        <w:jc w:val="both"/>
      </w:pPr>
      <w:r>
        <w:rPr>
          <w:rFonts w:ascii="Georgia" w:hAnsi="Georgia"/>
          <w:b w:val="0"/>
          <w:i w:val="0"/>
          <w:color w:val="22201D"/>
          <w:sz w:val="20"/>
        </w:rPr>
        <w:t>The customer nodded.</w:t>
      </w:r>
    </w:p>
    <w:p>
      <w:pPr>
        <w:spacing w:after="60" w:line="266" w:lineRule="auto"/>
        <w:ind w:firstLine="331"/>
        <w:jc w:val="both"/>
      </w:pPr>
      <w:r>
        <w:rPr>
          <w:rFonts w:ascii="Georgia" w:hAnsi="Georgia"/>
          <w:b w:val="0"/>
          <w:i w:val="0"/>
          <w:color w:val="22201D"/>
          <w:sz w:val="20"/>
        </w:rPr>
        <w:t>"Do you have a name?"</w:t>
      </w:r>
    </w:p>
    <w:p>
      <w:pPr>
        <w:spacing w:after="60" w:line="266" w:lineRule="auto"/>
        <w:ind w:firstLine="331"/>
        <w:jc w:val="both"/>
      </w:pPr>
      <w:r>
        <w:rPr>
          <w:rFonts w:ascii="Georgia" w:hAnsi="Georgia"/>
          <w:b w:val="0"/>
          <w:i w:val="0"/>
          <w:color w:val="22201D"/>
          <w:sz w:val="20"/>
        </w:rPr>
        <w:t>"Lena."</w:t>
      </w:r>
    </w:p>
    <w:p>
      <w:pPr>
        <w:spacing w:after="60" w:line="266" w:lineRule="auto"/>
        <w:ind w:firstLine="331"/>
        <w:jc w:val="both"/>
      </w:pPr>
      <w:r>
        <w:rPr>
          <w:rFonts w:ascii="Georgia" w:hAnsi="Georgia"/>
          <w:b w:val="0"/>
          <w:i w:val="0"/>
          <w:color w:val="22201D"/>
          <w:sz w:val="20"/>
        </w:rPr>
        <w:t>The Hostess wrote nothing down.</w:t>
      </w:r>
    </w:p>
    <w:p>
      <w:pPr>
        <w:spacing w:after="60" w:line="266" w:lineRule="auto"/>
        <w:ind w:firstLine="331"/>
        <w:jc w:val="both"/>
      </w:pPr>
      <w:r>
        <w:rPr>
          <w:rFonts w:ascii="Georgia" w:hAnsi="Georgia"/>
          <w:b w:val="0"/>
          <w:i w:val="0"/>
          <w:color w:val="22201D"/>
          <w:sz w:val="20"/>
        </w:rPr>
        <w:t>"Lena, we currently have rolls, soup that has declined to identify itself until poured, and a warning against excessive comprehension."</w:t>
      </w:r>
    </w:p>
    <w:p>
      <w:pPr>
        <w:spacing w:after="60" w:line="266" w:lineRule="auto"/>
        <w:ind w:firstLine="331"/>
        <w:jc w:val="both"/>
      </w:pPr>
      <w:r>
        <w:rPr>
          <w:rFonts w:ascii="Georgia" w:hAnsi="Georgia"/>
          <w:b w:val="0"/>
          <w:i w:val="0"/>
          <w:color w:val="22201D"/>
          <w:sz w:val="20"/>
        </w:rPr>
        <w:t>Lena looked at the room. Her phone stayed in her pocket.</w:t>
      </w:r>
    </w:p>
    <w:p>
      <w:pPr>
        <w:spacing w:after="60" w:line="266" w:lineRule="auto"/>
        <w:ind w:firstLine="331"/>
        <w:jc w:val="both"/>
      </w:pPr>
      <w:r>
        <w:rPr>
          <w:rFonts w:ascii="Georgia" w:hAnsi="Georgia"/>
          <w:b w:val="0"/>
          <w:i w:val="0"/>
          <w:color w:val="22201D"/>
          <w:sz w:val="20"/>
        </w:rPr>
        <w:t>"I'll have the soup."</w:t>
      </w:r>
    </w:p>
    <w:p>
      <w:pPr>
        <w:spacing w:after="60" w:line="266" w:lineRule="auto"/>
        <w:ind w:firstLine="331"/>
        <w:jc w:val="both"/>
      </w:pPr>
      <w:r>
        <w:rPr>
          <w:rFonts w:ascii="Georgia" w:hAnsi="Georgia"/>
          <w:b w:val="0"/>
          <w:i w:val="0"/>
          <w:color w:val="22201D"/>
          <w:sz w:val="20"/>
        </w:rPr>
        <w:t>The pass printed a ticket.</w:t>
      </w:r>
    </w:p>
    <w:p>
      <w:pPr>
        <w:spacing w:after="60" w:line="250" w:lineRule="auto"/>
        <w:ind w:left="202" w:right="173"/>
      </w:pPr>
      <w:r>
        <w:rPr>
          <w:rFonts w:ascii="Georgia" w:hAnsi="Georgia"/>
          <w:b w:val="0"/>
          <w:i w:val="0"/>
          <w:color w:val="22201D"/>
          <w:sz w:val="17"/>
        </w:rPr>
        <w:t>TABLE: WINDOW TWO-TOP PARTY: ONE, NOT FINAL ORDER: SOUP, ROLLS PRICE: UNKNOWING CONDITION: NO PUBLIC EXPLANATION DURING SERVICE</w:t>
      </w:r>
    </w:p>
    <w:p>
      <w:pPr>
        <w:spacing w:after="60" w:line="266" w:lineRule="auto"/>
        <w:ind w:firstLine="331"/>
        <w:jc w:val="both"/>
      </w:pPr>
      <w:r>
        <w:rPr>
          <w:rFonts w:ascii="Georgia" w:hAnsi="Georgia"/>
          <w:b w:val="0"/>
          <w:i w:val="0"/>
          <w:color w:val="22201D"/>
          <w:sz w:val="20"/>
        </w:rPr>
        <w:t>Steve read it.</w:t>
      </w:r>
    </w:p>
    <w:p>
      <w:pPr>
        <w:spacing w:after="60" w:line="266" w:lineRule="auto"/>
        <w:ind w:firstLine="331"/>
        <w:jc w:val="both"/>
      </w:pPr>
      <w:r>
        <w:rPr>
          <w:rFonts w:ascii="Georgia" w:hAnsi="Georgia"/>
          <w:b w:val="0"/>
          <w:i w:val="0"/>
          <w:color w:val="22201D"/>
          <w:sz w:val="20"/>
        </w:rPr>
        <w:t>"That is enforceable enough."</w:t>
      </w:r>
    </w:p>
    <w:p>
      <w:pPr>
        <w:spacing w:after="60" w:line="266" w:lineRule="auto"/>
        <w:ind w:firstLine="331"/>
        <w:jc w:val="both"/>
      </w:pPr>
      <w:r>
        <w:rPr>
          <w:rFonts w:ascii="Georgia" w:hAnsi="Georgia"/>
          <w:b w:val="0"/>
          <w:i w:val="0"/>
          <w:color w:val="22201D"/>
          <w:sz w:val="20"/>
        </w:rPr>
        <w:t>Gerald nodded once. "Plain language."</w:t>
      </w:r>
    </w:p>
    <w:p>
      <w:pPr>
        <w:spacing w:after="60" w:line="266" w:lineRule="auto"/>
        <w:ind w:firstLine="331"/>
        <w:jc w:val="both"/>
      </w:pPr>
      <w:r>
        <w:rPr>
          <w:rFonts w:ascii="Georgia" w:hAnsi="Georgia"/>
          <w:b w:val="0"/>
          <w:i w:val="0"/>
          <w:color w:val="22201D"/>
          <w:sz w:val="20"/>
        </w:rPr>
        <w:t>Nico lowered his hands. "Can I say this is a strong brand position?"</w:t>
      </w:r>
    </w:p>
    <w:p>
      <w:pPr>
        <w:spacing w:after="60" w:line="266" w:lineRule="auto"/>
        <w:ind w:firstLine="331"/>
        <w:jc w:val="both"/>
      </w:pPr>
      <w:r>
        <w:rPr>
          <w:rFonts w:ascii="Georgia" w:hAnsi="Georgia"/>
          <w:b w:val="0"/>
          <w:i w:val="0"/>
          <w:color w:val="22201D"/>
          <w:sz w:val="20"/>
        </w:rPr>
        <w:t>"No," everyone said.</w:t>
      </w:r>
    </w:p>
    <w:p>
      <w:pPr>
        <w:spacing w:after="60" w:line="266" w:lineRule="auto"/>
        <w:ind w:firstLine="331"/>
        <w:jc w:val="both"/>
      </w:pPr>
      <w:r>
        <w:rPr>
          <w:rFonts w:ascii="Georgia" w:hAnsi="Georgia"/>
          <w:b w:val="0"/>
          <w:i w:val="0"/>
          <w:color w:val="22201D"/>
          <w:sz w:val="20"/>
        </w:rPr>
        <w:t>Nico nodded. "I knew that. I wanted to participate in not saying it."</w:t>
      </w:r>
    </w:p>
    <w:p>
      <w:pPr>
        <w:spacing w:after="60" w:line="266" w:lineRule="auto"/>
        <w:ind w:firstLine="331"/>
        <w:jc w:val="both"/>
      </w:pPr>
      <w:r>
        <w:rPr>
          <w:rFonts w:ascii="Georgia" w:hAnsi="Georgia"/>
          <w:b w:val="0"/>
          <w:i w:val="0"/>
          <w:color w:val="22201D"/>
          <w:sz w:val="20"/>
        </w:rPr>
        <w:t>The Hostess seated Lena at the window two-top.</w:t>
      </w:r>
    </w:p>
    <w:p>
      <w:pPr>
        <w:spacing w:after="60" w:line="266" w:lineRule="auto"/>
        <w:ind w:firstLine="331"/>
        <w:jc w:val="both"/>
      </w:pPr>
      <w:r>
        <w:rPr>
          <w:rFonts w:ascii="Georgia" w:hAnsi="Georgia"/>
          <w:b w:val="0"/>
          <w:i w:val="0"/>
          <w:color w:val="22201D"/>
          <w:sz w:val="20"/>
        </w:rPr>
        <w:t>Flocc placed the menu warning beside her water glass, not in front of it. The distinction mattered. A warning beside a glass could be read. A warning in front of a glass could become a test.</w:t>
      </w:r>
    </w:p>
    <w:p>
      <w:pPr>
        <w:spacing w:after="60" w:line="266" w:lineRule="auto"/>
        <w:ind w:firstLine="331"/>
        <w:jc w:val="both"/>
      </w:pPr>
      <w:r>
        <w:rPr>
          <w:rFonts w:ascii="Georgia" w:hAnsi="Georgia"/>
          <w:b w:val="0"/>
          <w:i w:val="0"/>
          <w:color w:val="22201D"/>
          <w:sz w:val="20"/>
        </w:rPr>
        <w:t>Lena read it again silently.</w:t>
      </w:r>
    </w:p>
    <w:p>
      <w:pPr>
        <w:spacing w:after="60" w:line="266" w:lineRule="auto"/>
        <w:ind w:firstLine="331"/>
        <w:jc w:val="both"/>
      </w:pPr>
      <w:r>
        <w:rPr>
          <w:rFonts w:ascii="Georgia" w:hAnsi="Georgia"/>
          <w:b w:val="0"/>
          <w:i w:val="0"/>
          <w:color w:val="22201D"/>
          <w:sz w:val="20"/>
        </w:rPr>
        <w:t>She did not smile for her phone. She did not ask whether the table was the last table. She did not ask what the restaurant meant. She took one roll from the basket Bob brought and tore it in half.</w:t>
      </w:r>
    </w:p>
    <w:p>
      <w:pPr>
        <w:spacing w:after="60" w:line="266" w:lineRule="auto"/>
        <w:ind w:firstLine="331"/>
        <w:jc w:val="both"/>
      </w:pPr>
      <w:r>
        <w:rPr>
          <w:rFonts w:ascii="Georgia" w:hAnsi="Georgia"/>
          <w:b w:val="0"/>
          <w:i w:val="0"/>
          <w:color w:val="22201D"/>
          <w:sz w:val="20"/>
        </w:rPr>
        <w:t>The closure notice cooled.</w:t>
      </w:r>
    </w:p>
    <w:p>
      <w:pPr>
        <w:spacing w:after="60" w:line="266" w:lineRule="auto"/>
        <w:ind w:firstLine="331"/>
        <w:jc w:val="both"/>
      </w:pPr>
      <w:r>
        <w:rPr>
          <w:rFonts w:ascii="Georgia" w:hAnsi="Georgia"/>
          <w:b w:val="0"/>
          <w:i w:val="0"/>
          <w:color w:val="22201D"/>
          <w:sz w:val="20"/>
        </w:rPr>
        <w:t>The dining room resumed its small noises: spoon against bowl, chair against floor, ice settling in a glass, someone at Table Two realizing they had been holding their breath and disguising it as a sip of water.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Customer admitted non-understanding. Phone pocketed. Service continued. Menu warning remains active but stable.</w:t>
      </w:r>
    </w:p>
    <w:p>
      <w:pPr>
        <w:spacing w:after="60" w:line="266" w:lineRule="auto"/>
        <w:ind w:firstLine="331"/>
        <w:jc w:val="both"/>
      </w:pPr>
      <w:r>
        <w:rPr>
          <w:rFonts w:ascii="Georgia" w:hAnsi="Georgia"/>
          <w:b w:val="0"/>
          <w:i w:val="0"/>
          <w:color w:val="22201D"/>
          <w:sz w:val="20"/>
        </w:rPr>
        <w:t>Gerald added, in the margin:</w:t>
      </w:r>
    </w:p>
    <w:p>
      <w:pPr>
        <w:spacing w:after="60" w:line="250" w:lineRule="auto"/>
        <w:ind w:left="202" w:right="173"/>
      </w:pPr>
      <w:r>
        <w:rPr>
          <w:rFonts w:ascii="Georgia" w:hAnsi="Georgia"/>
          <w:b w:val="0"/>
          <w:i w:val="0"/>
          <w:color w:val="22201D"/>
          <w:sz w:val="17"/>
        </w:rPr>
        <w:t>Warning placement beside water glass acceptable. Do not place warning between customer and water.</w:t>
      </w:r>
    </w:p>
    <w:p>
      <w:pPr>
        <w:spacing w:after="60" w:line="266" w:lineRule="auto"/>
        <w:ind w:firstLine="331"/>
        <w:jc w:val="both"/>
      </w:pPr>
      <w:r>
        <w:rPr>
          <w:rFonts w:ascii="Georgia" w:hAnsi="Georgia"/>
          <w:b w:val="0"/>
          <w:i w:val="0"/>
          <w:color w:val="22201D"/>
          <w:sz w:val="20"/>
        </w:rPr>
        <w:t>The Hostess approved the margin note by not objecting.</w:t>
      </w:r>
    </w:p>
    <w:p>
      <w:pPr>
        <w:spacing w:after="60" w:line="266" w:lineRule="auto"/>
        <w:ind w:firstLine="331"/>
        <w:jc w:val="both"/>
      </w:pPr>
      <w:r>
        <w:rPr>
          <w:rFonts w:ascii="Georgia" w:hAnsi="Georgia"/>
          <w:b w:val="0"/>
          <w:i w:val="0"/>
          <w:color w:val="22201D"/>
          <w:sz w:val="20"/>
        </w:rPr>
        <w:t>Nico approached the host stand with his hands visible.</w:t>
      </w:r>
    </w:p>
    <w:p>
      <w:pPr>
        <w:spacing w:after="60" w:line="266" w:lineRule="auto"/>
        <w:ind w:firstLine="331"/>
        <w:jc w:val="both"/>
      </w:pPr>
      <w:r>
        <w:rPr>
          <w:rFonts w:ascii="Georgia" w:hAnsi="Georgia"/>
          <w:b w:val="0"/>
          <w:i w:val="0"/>
          <w:color w:val="22201D"/>
          <w:sz w:val="20"/>
        </w:rPr>
        <w:t>"I have a question that is not a slogan."</w:t>
      </w:r>
    </w:p>
    <w:p>
      <w:pPr>
        <w:spacing w:after="60" w:line="266" w:lineRule="auto"/>
        <w:ind w:firstLine="331"/>
        <w:jc w:val="both"/>
      </w:pPr>
      <w:r>
        <w:rPr>
          <w:rFonts w:ascii="Georgia" w:hAnsi="Georgia"/>
          <w:b w:val="0"/>
          <w:i w:val="0"/>
          <w:color w:val="22201D"/>
          <w:sz w:val="20"/>
        </w:rPr>
        <w:t>"Ask it carefully," the Hostess said.</w:t>
      </w:r>
    </w:p>
    <w:p>
      <w:pPr>
        <w:spacing w:after="60" w:line="266" w:lineRule="auto"/>
        <w:ind w:firstLine="331"/>
        <w:jc w:val="both"/>
      </w:pPr>
      <w:r>
        <w:rPr>
          <w:rFonts w:ascii="Georgia" w:hAnsi="Georgia"/>
          <w:b w:val="0"/>
          <w:i w:val="0"/>
          <w:color w:val="22201D"/>
          <w:sz w:val="20"/>
        </w:rPr>
        <w:t>"If nobody is allowed to finish the explanation, how do we train staff?"</w:t>
      </w:r>
    </w:p>
    <w:p>
      <w:pPr>
        <w:spacing w:after="60" w:line="266" w:lineRule="auto"/>
        <w:ind w:firstLine="331"/>
        <w:jc w:val="both"/>
      </w:pPr>
      <w:r>
        <w:rPr>
          <w:rFonts w:ascii="Georgia" w:hAnsi="Georgia"/>
          <w:b w:val="0"/>
          <w:i w:val="0"/>
          <w:color w:val="22201D"/>
          <w:sz w:val="20"/>
        </w:rPr>
        <w:t>That was a good question.</w:t>
      </w:r>
    </w:p>
    <w:p>
      <w:pPr>
        <w:spacing w:after="60" w:line="266" w:lineRule="auto"/>
        <w:ind w:firstLine="331"/>
        <w:jc w:val="both"/>
      </w:pPr>
      <w:r>
        <w:rPr>
          <w:rFonts w:ascii="Georgia" w:hAnsi="Georgia"/>
          <w:b w:val="0"/>
          <w:i w:val="0"/>
          <w:color w:val="22201D"/>
          <w:sz w:val="20"/>
        </w:rPr>
        <w:t>The menu warnings did not curl.</w:t>
      </w:r>
    </w:p>
    <w:p>
      <w:pPr>
        <w:spacing w:after="60" w:line="266" w:lineRule="auto"/>
        <w:ind w:firstLine="331"/>
        <w:jc w:val="both"/>
      </w:pPr>
      <w:r>
        <w:rPr>
          <w:rFonts w:ascii="Georgia" w:hAnsi="Georgia"/>
          <w:b w:val="0"/>
          <w:i w:val="0"/>
          <w:color w:val="22201D"/>
          <w:sz w:val="20"/>
        </w:rPr>
        <w:t>Gerald glanced at one.</w:t>
      </w:r>
    </w:p>
    <w:p>
      <w:pPr>
        <w:spacing w:after="60" w:line="266" w:lineRule="auto"/>
        <w:ind w:firstLine="331"/>
        <w:jc w:val="both"/>
      </w:pPr>
      <w:r>
        <w:rPr>
          <w:rFonts w:ascii="Georgia" w:hAnsi="Georgia"/>
          <w:b w:val="0"/>
          <w:i w:val="0"/>
          <w:color w:val="22201D"/>
          <w:sz w:val="20"/>
        </w:rPr>
        <w:t>"Procedurally."</w:t>
      </w:r>
    </w:p>
    <w:p>
      <w:pPr>
        <w:spacing w:after="60" w:line="266" w:lineRule="auto"/>
        <w:ind w:firstLine="331"/>
        <w:jc w:val="both"/>
      </w:pPr>
      <w:r>
        <w:rPr>
          <w:rFonts w:ascii="Georgia" w:hAnsi="Georgia"/>
          <w:b w:val="0"/>
          <w:i w:val="0"/>
          <w:color w:val="22201D"/>
          <w:sz w:val="20"/>
        </w:rPr>
        <w:t>Nico waited.</w:t>
      </w:r>
    </w:p>
    <w:p>
      <w:pPr>
        <w:spacing w:after="60" w:line="266" w:lineRule="auto"/>
        <w:ind w:firstLine="331"/>
        <w:jc w:val="both"/>
      </w:pPr>
      <w:r>
        <w:rPr>
          <w:rFonts w:ascii="Georgia" w:hAnsi="Georgia"/>
          <w:b w:val="0"/>
          <w:i w:val="0"/>
          <w:color w:val="22201D"/>
          <w:sz w:val="20"/>
        </w:rPr>
        <w:t>Gerald hated that this was his question to answer.</w:t>
      </w:r>
    </w:p>
    <w:p>
      <w:pPr>
        <w:spacing w:after="60" w:line="266" w:lineRule="auto"/>
        <w:ind w:firstLine="331"/>
        <w:jc w:val="both"/>
      </w:pPr>
      <w:r>
        <w:rPr>
          <w:rFonts w:ascii="Georgia" w:hAnsi="Georgia"/>
          <w:b w:val="0"/>
          <w:i w:val="0"/>
          <w:color w:val="22201D"/>
          <w:sz w:val="20"/>
        </w:rPr>
        <w:t>"You train what to do. Not what it means."</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The words did not glow. They did not print themselves on the menu. They did not ask for a plaque. That made them more likely to be true.</w:t>
      </w:r>
    </w:p>
    <w:p>
      <w:pPr>
        <w:spacing w:after="60" w:line="266" w:lineRule="auto"/>
        <w:ind w:firstLine="331"/>
        <w:jc w:val="both"/>
      </w:pPr>
      <w:r>
        <w:rPr>
          <w:rFonts w:ascii="Georgia" w:hAnsi="Georgia"/>
          <w:b w:val="0"/>
          <w:i w:val="0"/>
          <w:color w:val="22201D"/>
          <w:sz w:val="20"/>
        </w:rPr>
        <w:t>The Hostess said, "Examples."</w:t>
      </w:r>
    </w:p>
    <w:p>
      <w:pPr>
        <w:spacing w:after="60" w:line="266" w:lineRule="auto"/>
        <w:ind w:firstLine="331"/>
        <w:jc w:val="both"/>
      </w:pPr>
      <w:r>
        <w:rPr>
          <w:rFonts w:ascii="Georgia" w:hAnsi="Georgia"/>
          <w:b w:val="0"/>
          <w:i w:val="0"/>
          <w:color w:val="22201D"/>
          <w:sz w:val="20"/>
        </w:rPr>
        <w:t>Gerald counted on the long clipboard.</w:t>
      </w:r>
    </w:p>
    <w:p>
      <w:pPr>
        <w:spacing w:after="60" w:line="266" w:lineRule="auto"/>
        <w:ind w:firstLine="331"/>
        <w:jc w:val="both"/>
      </w:pPr>
      <w:r>
        <w:rPr>
          <w:rFonts w:ascii="Georgia" w:hAnsi="Georgia"/>
          <w:b w:val="0"/>
          <w:i w:val="0"/>
          <w:color w:val="22201D"/>
          <w:sz w:val="20"/>
        </w:rPr>
        <w:t>"If a closure notice arrives warm, do not panic. Do not touch bare-handed until inspected. Do not let it face the dining room. Serve bread. Record source, temperature, and claim."</w:t>
      </w:r>
    </w:p>
    <w:p>
      <w:pPr>
        <w:spacing w:after="60" w:line="266" w:lineRule="auto"/>
        <w:ind w:firstLine="331"/>
        <w:jc w:val="both"/>
      </w:pPr>
      <w:r>
        <w:rPr>
          <w:rFonts w:ascii="Georgia" w:hAnsi="Georgia"/>
          <w:b w:val="0"/>
          <w:i w:val="0"/>
          <w:color w:val="22201D"/>
          <w:sz w:val="20"/>
        </w:rPr>
        <w:t>Steve wrote.</w:t>
      </w:r>
    </w:p>
    <w:p>
      <w:pPr>
        <w:spacing w:after="60" w:line="266" w:lineRule="auto"/>
        <w:ind w:firstLine="331"/>
        <w:jc w:val="both"/>
      </w:pPr>
      <w:r>
        <w:rPr>
          <w:rFonts w:ascii="Georgia" w:hAnsi="Georgia"/>
          <w:b w:val="0"/>
          <w:i w:val="0"/>
          <w:color w:val="22201D"/>
          <w:sz w:val="20"/>
        </w:rPr>
        <w:t>"If a menu warning appears," Gerald continued, "do not finish the explanation. Do not photograph. Do not market. Seat hunger before curiosity. Place warning beside water, not between customer and water."</w:t>
      </w:r>
    </w:p>
    <w:p>
      <w:pPr>
        <w:spacing w:after="60" w:line="266" w:lineRule="auto"/>
        <w:ind w:firstLine="331"/>
        <w:jc w:val="both"/>
      </w:pPr>
      <w:r>
        <w:rPr>
          <w:rFonts w:ascii="Georgia" w:hAnsi="Georgia"/>
          <w:b w:val="0"/>
          <w:i w:val="0"/>
          <w:color w:val="22201D"/>
          <w:sz w:val="20"/>
        </w:rPr>
        <w:t>Nico nodded slowly.</w:t>
      </w:r>
    </w:p>
    <w:p>
      <w:pPr>
        <w:spacing w:after="60" w:line="266" w:lineRule="auto"/>
        <w:ind w:firstLine="331"/>
        <w:jc w:val="both"/>
      </w:pPr>
      <w:r>
        <w:rPr>
          <w:rFonts w:ascii="Georgia" w:hAnsi="Georgia"/>
          <w:b w:val="0"/>
          <w:i w:val="0"/>
          <w:color w:val="22201D"/>
          <w:sz w:val="20"/>
        </w:rPr>
        <w:t>"So the mystery stays because the procedure is clear."</w:t>
      </w:r>
    </w:p>
    <w:p>
      <w:pPr>
        <w:spacing w:after="60" w:line="266" w:lineRule="auto"/>
        <w:ind w:firstLine="331"/>
        <w:jc w:val="both"/>
      </w:pPr>
      <w:r>
        <w:rPr>
          <w:rFonts w:ascii="Georgia" w:hAnsi="Georgia"/>
          <w:b w:val="0"/>
          <w:i w:val="0"/>
          <w:color w:val="22201D"/>
          <w:sz w:val="20"/>
        </w:rPr>
        <w:t>The menu warning beside him lifted one corner.</w:t>
      </w:r>
    </w:p>
    <w:p>
      <w:pPr>
        <w:spacing w:after="60" w:line="266" w:lineRule="auto"/>
        <w:ind w:firstLine="331"/>
        <w:jc w:val="both"/>
      </w:pPr>
      <w:r>
        <w:rPr>
          <w:rFonts w:ascii="Georgia" w:hAnsi="Georgia"/>
          <w:b w:val="0"/>
          <w:i w:val="0"/>
          <w:color w:val="22201D"/>
          <w:sz w:val="20"/>
        </w:rPr>
        <w:t>Nico winced.</w:t>
      </w:r>
    </w:p>
    <w:p>
      <w:pPr>
        <w:spacing w:after="60" w:line="266" w:lineRule="auto"/>
        <w:ind w:firstLine="331"/>
        <w:jc w:val="both"/>
      </w:pPr>
      <w:r>
        <w:rPr>
          <w:rFonts w:ascii="Georgia" w:hAnsi="Georgia"/>
          <w:b w:val="0"/>
          <w:i w:val="0"/>
          <w:color w:val="22201D"/>
          <w:sz w:val="20"/>
        </w:rPr>
        <w:t>"I mean—"</w:t>
      </w:r>
    </w:p>
    <w:p>
      <w:pPr>
        <w:spacing w:after="60" w:line="266" w:lineRule="auto"/>
        <w:ind w:firstLine="331"/>
        <w:jc w:val="both"/>
      </w:pPr>
      <w:r>
        <w:rPr>
          <w:rFonts w:ascii="Georgia" w:hAnsi="Georgia"/>
          <w:b w:val="0"/>
          <w:i w:val="0"/>
          <w:color w:val="22201D"/>
          <w:sz w:val="20"/>
        </w:rPr>
        <w:t>The Hostess raised one finger.</w:t>
      </w:r>
    </w:p>
    <w:p>
      <w:pPr>
        <w:spacing w:after="60" w:line="266" w:lineRule="auto"/>
        <w:ind w:firstLine="331"/>
        <w:jc w:val="both"/>
      </w:pPr>
      <w:r>
        <w:rPr>
          <w:rFonts w:ascii="Georgia" w:hAnsi="Georgia"/>
          <w:b w:val="0"/>
          <w:i w:val="0"/>
          <w:color w:val="22201D"/>
          <w:sz w:val="20"/>
        </w:rPr>
        <w:t>Nico stopped.</w:t>
      </w:r>
    </w:p>
    <w:p>
      <w:pPr>
        <w:spacing w:after="60" w:line="266" w:lineRule="auto"/>
        <w:ind w:firstLine="331"/>
        <w:jc w:val="both"/>
      </w:pPr>
      <w:r>
        <w:rPr>
          <w:rFonts w:ascii="Georgia" w:hAnsi="Georgia"/>
          <w:b w:val="0"/>
          <w:i w:val="0"/>
          <w:color w:val="22201D"/>
          <w:sz w:val="20"/>
        </w:rPr>
        <w:t>The corner settled.</w:t>
      </w:r>
    </w:p>
    <w:p>
      <w:pPr>
        <w:spacing w:after="60" w:line="266" w:lineRule="auto"/>
        <w:ind w:firstLine="331"/>
        <w:jc w:val="both"/>
      </w:pPr>
      <w:r>
        <w:rPr>
          <w:rFonts w:ascii="Georgia" w:hAnsi="Georgia"/>
          <w:b w:val="0"/>
          <w:i w:val="0"/>
          <w:color w:val="22201D"/>
          <w:sz w:val="20"/>
        </w:rPr>
        <w:t>Flocc, still near the window two-top, said, "Maybe the procedure is not to keep the mystery. Maybe the procedure is to keep serving while mystery stays or leaves as it chooses."</w:t>
      </w:r>
    </w:p>
    <w:p>
      <w:pPr>
        <w:spacing w:after="60" w:line="266" w:lineRule="auto"/>
        <w:ind w:firstLine="331"/>
        <w:jc w:val="both"/>
      </w:pPr>
      <w:r>
        <w:rPr>
          <w:rFonts w:ascii="Georgia" w:hAnsi="Georgia"/>
          <w:b w:val="0"/>
          <w:i w:val="0"/>
          <w:color w:val="22201D"/>
          <w:sz w:val="20"/>
        </w:rPr>
        <w:t>No menu warning curled.</w:t>
      </w:r>
    </w:p>
    <w:p>
      <w:pPr>
        <w:spacing w:after="60" w:line="266" w:lineRule="auto"/>
        <w:ind w:firstLine="331"/>
        <w:jc w:val="both"/>
      </w:pPr>
      <w:r>
        <w:rPr>
          <w:rFonts w:ascii="Georgia" w:hAnsi="Georgia"/>
          <w:b w:val="0"/>
          <w:i w:val="0"/>
          <w:color w:val="22201D"/>
          <w:sz w:val="20"/>
        </w:rPr>
        <w:t>No closure notice warmed.</w:t>
      </w:r>
    </w:p>
    <w:p>
      <w:pPr>
        <w:spacing w:after="60" w:line="266" w:lineRule="auto"/>
        <w:ind w:firstLine="331"/>
        <w:jc w:val="both"/>
      </w:pPr>
      <w:r>
        <w:rPr>
          <w:rFonts w:ascii="Georgia" w:hAnsi="Georgia"/>
          <w:b w:val="0"/>
          <w:i w:val="0"/>
          <w:color w:val="22201D"/>
          <w:sz w:val="20"/>
        </w:rPr>
        <w:t>No chair moved.</w:t>
      </w:r>
    </w:p>
    <w:p>
      <w:pPr>
        <w:spacing w:after="60" w:line="266" w:lineRule="auto"/>
        <w:ind w:firstLine="331"/>
        <w:jc w:val="both"/>
      </w:pPr>
      <w:r>
        <w:rPr>
          <w:rFonts w:ascii="Georgia" w:hAnsi="Georgia"/>
          <w:b w:val="0"/>
          <w:i w:val="0"/>
          <w:color w:val="22201D"/>
          <w:sz w:val="20"/>
        </w:rPr>
        <w:t>The room accepted the sentence by failing to dramatize it.</w:t>
      </w:r>
    </w:p>
    <w:p>
      <w:pPr>
        <w:spacing w:after="60" w:line="266" w:lineRule="auto"/>
        <w:ind w:firstLine="331"/>
        <w:jc w:val="both"/>
      </w:pPr>
      <w:r>
        <w:rPr>
          <w:rFonts w:ascii="Georgia" w:hAnsi="Georgia"/>
          <w:b w:val="0"/>
          <w:i w:val="0"/>
          <w:color w:val="22201D"/>
          <w:sz w:val="20"/>
        </w:rPr>
        <w:t>Lena ate soup.</w:t>
      </w:r>
    </w:p>
    <w:p>
      <w:pPr>
        <w:spacing w:after="60" w:line="266" w:lineRule="auto"/>
        <w:ind w:firstLine="331"/>
        <w:jc w:val="both"/>
      </w:pPr>
      <w:r>
        <w:rPr>
          <w:rFonts w:ascii="Georgia" w:hAnsi="Georgia"/>
          <w:b w:val="0"/>
          <w:i w:val="0"/>
          <w:color w:val="22201D"/>
          <w:sz w:val="20"/>
        </w:rPr>
        <w:t>After the third spoonful, she said, quietly, "I don't know what this is."</w:t>
      </w:r>
    </w:p>
    <w:p>
      <w:pPr>
        <w:spacing w:after="60" w:line="266" w:lineRule="auto"/>
        <w:ind w:firstLine="331"/>
        <w:jc w:val="both"/>
      </w:pPr>
      <w:r>
        <w:rPr>
          <w:rFonts w:ascii="Georgia" w:hAnsi="Georgia"/>
          <w:b w:val="0"/>
          <w:i w:val="0"/>
          <w:color w:val="22201D"/>
          <w:sz w:val="20"/>
        </w:rPr>
        <w:t>The Hostess looked from the host stand.</w:t>
      </w:r>
    </w:p>
    <w:p>
      <w:pPr>
        <w:spacing w:after="60" w:line="266" w:lineRule="auto"/>
        <w:ind w:firstLine="331"/>
        <w:jc w:val="both"/>
      </w:pPr>
      <w:r>
        <w:rPr>
          <w:rFonts w:ascii="Georgia" w:hAnsi="Georgia"/>
          <w:b w:val="0"/>
          <w:i w:val="0"/>
          <w:color w:val="22201D"/>
          <w:sz w:val="20"/>
        </w:rPr>
        <w:t>Lena added, "It's good."</w:t>
      </w:r>
    </w:p>
    <w:p>
      <w:pPr>
        <w:spacing w:after="60" w:line="266" w:lineRule="auto"/>
        <w:ind w:firstLine="331"/>
        <w:jc w:val="both"/>
      </w:pPr>
      <w:r>
        <w:rPr>
          <w:rFonts w:ascii="Georgia" w:hAnsi="Georgia"/>
          <w:b w:val="0"/>
          <w:i w:val="0"/>
          <w:color w:val="22201D"/>
          <w:sz w:val="20"/>
        </w:rPr>
        <w:t>The closure notice cooled another degree.</w:t>
      </w:r>
    </w:p>
    <w:p>
      <w:pPr>
        <w:spacing w:after="60" w:line="266" w:lineRule="auto"/>
        <w:ind w:firstLine="331"/>
        <w:jc w:val="both"/>
      </w:pPr>
      <w:r>
        <w:rPr>
          <w:rFonts w:ascii="Georgia" w:hAnsi="Georgia"/>
          <w:b w:val="0"/>
          <w:i w:val="0"/>
          <w:color w:val="22201D"/>
          <w:sz w:val="20"/>
        </w:rPr>
        <w:t>Gerald measured.</w:t>
      </w:r>
    </w:p>
    <w:p>
      <w:pPr>
        <w:spacing w:after="60" w:line="266" w:lineRule="auto"/>
        <w:ind w:firstLine="331"/>
        <w:jc w:val="both"/>
      </w:pPr>
      <w:r>
        <w:rPr>
          <w:rFonts w:ascii="Georgia" w:hAnsi="Georgia"/>
          <w:b w:val="0"/>
          <w:i w:val="0"/>
          <w:color w:val="22201D"/>
          <w:sz w:val="20"/>
        </w:rPr>
        <w:t>"One degree."</w:t>
      </w:r>
    </w:p>
    <w:p>
      <w:pPr>
        <w:spacing w:after="60" w:line="266" w:lineRule="auto"/>
        <w:ind w:firstLine="331"/>
        <w:jc w:val="both"/>
      </w:pPr>
      <w:r>
        <w:rPr>
          <w:rFonts w:ascii="Georgia" w:hAnsi="Georgia"/>
          <w:b w:val="0"/>
          <w:i w:val="0"/>
          <w:color w:val="22201D"/>
          <w:sz w:val="20"/>
        </w:rPr>
        <w:t>Bob said, "Soup works."</w:t>
      </w:r>
    </w:p>
    <w:p>
      <w:pPr>
        <w:spacing w:after="60" w:line="266" w:lineRule="auto"/>
        <w:ind w:firstLine="331"/>
        <w:jc w:val="both"/>
      </w:pPr>
      <w:r>
        <w:rPr>
          <w:rFonts w:ascii="Georgia" w:hAnsi="Georgia"/>
          <w:b w:val="0"/>
          <w:i w:val="0"/>
          <w:color w:val="22201D"/>
          <w:sz w:val="20"/>
        </w:rPr>
        <w:t>Gerald did not look up. "Soup correlates."</w:t>
      </w:r>
    </w:p>
    <w:p>
      <w:pPr>
        <w:spacing w:after="60" w:line="266" w:lineRule="auto"/>
        <w:ind w:firstLine="331"/>
        <w:jc w:val="both"/>
      </w:pPr>
      <w:r>
        <w:rPr>
          <w:rFonts w:ascii="Georgia" w:hAnsi="Georgia"/>
          <w:b w:val="0"/>
          <w:i w:val="0"/>
          <w:color w:val="22201D"/>
          <w:sz w:val="20"/>
        </w:rPr>
        <w:t>Steve's pencil wrote without ambition:</w:t>
      </w:r>
    </w:p>
    <w:p>
      <w:pPr>
        <w:spacing w:after="60" w:line="250" w:lineRule="auto"/>
        <w:ind w:left="202" w:right="173"/>
      </w:pPr>
      <w:r>
        <w:rPr>
          <w:rFonts w:ascii="Georgia" w:hAnsi="Georgia"/>
          <w:b w:val="0"/>
          <w:i w:val="0"/>
          <w:color w:val="22201D"/>
          <w:sz w:val="17"/>
        </w:rPr>
        <w:t>Unknowing did not prevent service. Unknowing permitted service to continue without completing explanation.</w:t>
      </w:r>
    </w:p>
    <w:p>
      <w:pPr>
        <w:spacing w:after="60" w:line="266" w:lineRule="auto"/>
        <w:ind w:firstLine="331"/>
        <w:jc w:val="both"/>
      </w:pPr>
      <w:r>
        <w:rPr>
          <w:rFonts w:ascii="Georgia" w:hAnsi="Georgia"/>
          <w:b w:val="0"/>
          <w:i w:val="0"/>
          <w:color w:val="22201D"/>
          <w:sz w:val="20"/>
        </w:rPr>
        <w:t>At 12:47, the menu warnings changed.</w:t>
      </w:r>
    </w:p>
    <w:p>
      <w:pPr>
        <w:spacing w:after="60" w:line="266" w:lineRule="auto"/>
        <w:ind w:firstLine="331"/>
        <w:jc w:val="both"/>
      </w:pPr>
      <w:r>
        <w:rPr>
          <w:rFonts w:ascii="Georgia" w:hAnsi="Georgia"/>
          <w:b w:val="0"/>
          <w:i w:val="0"/>
          <w:color w:val="22201D"/>
          <w:sz w:val="20"/>
        </w:rPr>
        <w:t>They did not vanish. Vanishing would have been too dramatic and would have encouraged Nico to use the word campaign in private. Instead, each warning printed one new line at the bottom.</w:t>
      </w:r>
    </w:p>
    <w:p>
      <w:pPr>
        <w:spacing w:after="60" w:line="250" w:lineRule="auto"/>
        <w:ind w:left="202" w:right="173"/>
      </w:pPr>
      <w:r>
        <w:rPr>
          <w:rFonts w:ascii="Georgia" w:hAnsi="Georgia"/>
          <w:b w:val="0"/>
          <w:i w:val="0"/>
          <w:color w:val="22201D"/>
          <w:sz w:val="17"/>
        </w:rPr>
        <w:t>Next course: Citrus Aji Limo Rain Price: clarity</w:t>
      </w:r>
    </w:p>
    <w:p>
      <w:pPr>
        <w:spacing w:after="60" w:line="266" w:lineRule="auto"/>
        <w:ind w:firstLine="331"/>
        <w:jc w:val="both"/>
      </w:pPr>
      <w:r>
        <w:rPr>
          <w:rFonts w:ascii="Georgia" w:hAnsi="Georgia"/>
          <w:b w:val="0"/>
          <w:i w:val="0"/>
          <w:color w:val="22201D"/>
          <w:sz w:val="20"/>
        </w:rPr>
        <w:t>Lena read the line on her table.</w:t>
      </w:r>
    </w:p>
    <w:p>
      <w:pPr>
        <w:spacing w:after="60" w:line="266" w:lineRule="auto"/>
        <w:ind w:firstLine="331"/>
        <w:jc w:val="both"/>
      </w:pPr>
      <w:r>
        <w:rPr>
          <w:rFonts w:ascii="Georgia" w:hAnsi="Georgia"/>
          <w:b w:val="0"/>
          <w:i w:val="0"/>
          <w:color w:val="22201D"/>
          <w:sz w:val="20"/>
        </w:rPr>
        <w:t>She did not ask what it meant.</w:t>
      </w:r>
    </w:p>
    <w:p>
      <w:pPr>
        <w:spacing w:after="60" w:line="266" w:lineRule="auto"/>
        <w:ind w:firstLine="331"/>
        <w:jc w:val="both"/>
      </w:pPr>
      <w:r>
        <w:rPr>
          <w:rFonts w:ascii="Georgia" w:hAnsi="Georgia"/>
          <w:b w:val="0"/>
          <w:i w:val="0"/>
          <w:color w:val="22201D"/>
          <w:sz w:val="20"/>
        </w:rPr>
        <w:t>She took another spoonful of soup.</w:t>
      </w:r>
    </w:p>
    <w:p>
      <w:pPr>
        <w:spacing w:after="60" w:line="266" w:lineRule="auto"/>
        <w:ind w:firstLine="331"/>
        <w:jc w:val="both"/>
      </w:pPr>
      <w:r>
        <w:rPr>
          <w:rFonts w:ascii="Georgia" w:hAnsi="Georgia"/>
          <w:b w:val="0"/>
          <w:i w:val="0"/>
          <w:color w:val="22201D"/>
          <w:sz w:val="20"/>
        </w:rPr>
        <w:t>The Hostess saw and made a small mark in the reservation book under a column that had not been there yesterday.</w:t>
      </w:r>
    </w:p>
    <w:p>
      <w:pPr>
        <w:spacing w:after="60" w:line="266" w:lineRule="auto"/>
        <w:ind w:firstLine="331"/>
        <w:jc w:val="both"/>
      </w:pPr>
      <w:r>
        <w:rPr>
          <w:rFonts w:ascii="Georgia" w:hAnsi="Georgia"/>
          <w:b w:val="0"/>
          <w:i w:val="0"/>
          <w:color w:val="22201D"/>
          <w:sz w:val="20"/>
        </w:rPr>
        <w:t>Column heading:</w:t>
      </w:r>
    </w:p>
    <w:p>
      <w:pPr>
        <w:spacing w:after="60" w:line="250" w:lineRule="auto"/>
        <w:ind w:left="202" w:right="173"/>
      </w:pPr>
      <w:r>
        <w:rPr>
          <w:rFonts w:ascii="Georgia" w:hAnsi="Georgia"/>
          <w:b w:val="0"/>
          <w:i w:val="0"/>
          <w:color w:val="22201D"/>
          <w:sz w:val="17"/>
        </w:rPr>
        <w:t>ABLE TO PROCEED WITHOUT OWNING THE EXPLANATION</w:t>
      </w:r>
    </w:p>
    <w:p>
      <w:pPr>
        <w:spacing w:after="60" w:line="266" w:lineRule="auto"/>
        <w:ind w:firstLine="331"/>
        <w:jc w:val="both"/>
      </w:pPr>
      <w:r>
        <w:rPr>
          <w:rFonts w:ascii="Georgia" w:hAnsi="Georgia"/>
          <w:b w:val="0"/>
          <w:i w:val="0"/>
          <w:color w:val="22201D"/>
          <w:sz w:val="20"/>
        </w:rPr>
        <w:t>Beside Lena's name, the Hostess wrote:</w:t>
      </w:r>
    </w:p>
    <w:p>
      <w:pPr>
        <w:spacing w:after="60" w:line="250" w:lineRule="auto"/>
        <w:ind w:left="202" w:right="173"/>
      </w:pPr>
      <w:r>
        <w:rPr>
          <w:rFonts w:ascii="Georgia" w:hAnsi="Georgia"/>
          <w:b w:val="0"/>
          <w:i w:val="0"/>
          <w:color w:val="22201D"/>
          <w:sz w:val="17"/>
        </w:rPr>
        <w:t>provisionally yes</w:t>
      </w:r>
    </w:p>
    <w:p>
      <w:pPr>
        <w:spacing w:after="60" w:line="266" w:lineRule="auto"/>
        <w:ind w:firstLine="331"/>
        <w:jc w:val="both"/>
      </w:pPr>
      <w:r>
        <w:rPr>
          <w:rFonts w:ascii="Georgia" w:hAnsi="Georgia"/>
          <w:b w:val="0"/>
          <w:i w:val="0"/>
          <w:color w:val="22201D"/>
          <w:sz w:val="20"/>
        </w:rPr>
        <w:t>Steve filed the first menu warning under Open / Warnings / Not Complete.</w:t>
      </w:r>
    </w:p>
    <w:p>
      <w:pPr>
        <w:spacing w:after="60" w:line="266" w:lineRule="auto"/>
        <w:ind w:firstLine="331"/>
        <w:jc w:val="both"/>
      </w:pPr>
      <w:r>
        <w:rPr>
          <w:rFonts w:ascii="Georgia" w:hAnsi="Georgia"/>
          <w:b w:val="0"/>
          <w:i w:val="0"/>
          <w:color w:val="22201D"/>
          <w:sz w:val="20"/>
        </w:rPr>
        <w:t>Gerald taped one beside the hand sink as staff guidance and immediately added a second note below it:</w:t>
      </w:r>
    </w:p>
    <w:p>
      <w:pPr>
        <w:spacing w:after="60" w:line="250" w:lineRule="auto"/>
        <w:ind w:left="202" w:right="173"/>
      </w:pPr>
      <w:r>
        <w:rPr>
          <w:rFonts w:ascii="Georgia" w:hAnsi="Georgia"/>
          <w:b w:val="0"/>
          <w:i w:val="0"/>
          <w:color w:val="22201D"/>
          <w:sz w:val="17"/>
        </w:rPr>
        <w:t>Do not overexplain this warning.</w:t>
      </w:r>
    </w:p>
    <w:p>
      <w:pPr>
        <w:spacing w:after="60" w:line="266" w:lineRule="auto"/>
        <w:ind w:firstLine="331"/>
        <w:jc w:val="both"/>
      </w:pPr>
      <w:r>
        <w:rPr>
          <w:rFonts w:ascii="Georgia" w:hAnsi="Georgia"/>
          <w:b w:val="0"/>
          <w:i w:val="0"/>
          <w:color w:val="22201D"/>
          <w:sz w:val="20"/>
        </w:rPr>
        <w:t>Bob delivered the remaining rolls.</w:t>
      </w:r>
    </w:p>
    <w:p>
      <w:pPr>
        <w:spacing w:after="60" w:line="266" w:lineRule="auto"/>
        <w:ind w:firstLine="331"/>
        <w:jc w:val="both"/>
      </w:pPr>
      <w:r>
        <w:rPr>
          <w:rFonts w:ascii="Georgia" w:hAnsi="Georgia"/>
          <w:b w:val="0"/>
          <w:i w:val="0"/>
          <w:color w:val="22201D"/>
          <w:sz w:val="20"/>
        </w:rPr>
        <w:t>Flocc cleared the empty plate from the window two-top and left the crumbs alone until Lena finished eating. Crumbs were not evidence while someone was still being fed.</w:t>
      </w:r>
    </w:p>
    <w:p>
      <w:pPr>
        <w:spacing w:after="60" w:line="266" w:lineRule="auto"/>
        <w:ind w:firstLine="331"/>
        <w:jc w:val="both"/>
      </w:pPr>
      <w:r>
        <w:rPr>
          <w:rFonts w:ascii="Georgia" w:hAnsi="Georgia"/>
          <w:b w:val="0"/>
          <w:i w:val="0"/>
          <w:color w:val="22201D"/>
          <w:sz w:val="20"/>
        </w:rPr>
        <w:t>The closure notice stayed under the cooling rack.</w:t>
      </w:r>
    </w:p>
    <w:p>
      <w:pPr>
        <w:spacing w:after="60" w:line="266" w:lineRule="auto"/>
        <w:ind w:firstLine="331"/>
        <w:jc w:val="both"/>
      </w:pPr>
      <w:r>
        <w:rPr>
          <w:rFonts w:ascii="Georgia" w:hAnsi="Georgia"/>
          <w:b w:val="0"/>
          <w:i w:val="0"/>
          <w:color w:val="22201D"/>
          <w:sz w:val="20"/>
        </w:rPr>
        <w:t>It was no longer warm.</w:t>
      </w:r>
    </w:p>
    <w:p>
      <w:pPr>
        <w:spacing w:after="60" w:line="266" w:lineRule="auto"/>
        <w:ind w:firstLine="331"/>
        <w:jc w:val="both"/>
      </w:pPr>
      <w:r>
        <w:rPr>
          <w:rFonts w:ascii="Georgia" w:hAnsi="Georgia"/>
          <w:b w:val="0"/>
          <w:i w:val="0"/>
          <w:color w:val="22201D"/>
          <w:sz w:val="20"/>
        </w:rPr>
        <w:t>It was not defeated.</w:t>
      </w:r>
    </w:p>
    <w:p>
      <w:pPr>
        <w:spacing w:after="60" w:line="266" w:lineRule="auto"/>
        <w:ind w:firstLine="331"/>
        <w:jc w:val="both"/>
      </w:pPr>
      <w:r>
        <w:rPr>
          <w:rFonts w:ascii="Georgia" w:hAnsi="Georgia"/>
          <w:b w:val="0"/>
          <w:i w:val="0"/>
          <w:color w:val="22201D"/>
          <w:sz w:val="20"/>
        </w:rPr>
        <w:t>It had learned that the room could act before it understood.</w:t>
      </w:r>
    </w:p>
    <w:p>
      <w:pPr>
        <w:spacing w:after="60" w:line="266" w:lineRule="auto"/>
        <w:ind w:firstLine="331"/>
        <w:jc w:val="both"/>
      </w:pPr>
      <w:r>
        <w:rPr>
          <w:rFonts w:ascii="Georgia" w:hAnsi="Georgia"/>
          <w:b w:val="0"/>
          <w:i w:val="0"/>
          <w:color w:val="22201D"/>
          <w:sz w:val="20"/>
        </w:rPr>
        <w:t>That was worse news for the notice than any argument would have been.</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Citrus Aji Limo Rain</w:t>
      </w:r>
    </w:p>
    <w:p>
      <w:pPr>
        <w:spacing w:after="60" w:line="266" w:lineRule="auto"/>
        <w:ind w:firstLine="0"/>
        <w:jc w:val="both"/>
      </w:pPr>
      <w:r>
        <w:rPr>
          <w:rFonts w:ascii="Georgia" w:hAnsi="Georgia"/>
          <w:b w:val="0"/>
          <w:i w:val="0"/>
          <w:color w:val="22201D"/>
          <w:sz w:val="20"/>
        </w:rPr>
        <w:t>The sauce key arrived as rain.</w:t>
      </w:r>
    </w:p>
    <w:p>
      <w:pPr>
        <w:spacing w:after="60" w:line="266" w:lineRule="auto"/>
        <w:ind w:firstLine="331"/>
        <w:jc w:val="both"/>
      </w:pPr>
      <w:r>
        <w:rPr>
          <w:rFonts w:ascii="Georgia" w:hAnsi="Georgia"/>
          <w:b w:val="0"/>
          <w:i w:val="0"/>
          <w:color w:val="22201D"/>
          <w:sz w:val="20"/>
        </w:rPr>
        <w:t>Not rain from the ceiling. Gerald checked.</w:t>
      </w:r>
    </w:p>
    <w:p>
      <w:pPr>
        <w:spacing w:after="60" w:line="266" w:lineRule="auto"/>
        <w:ind w:firstLine="331"/>
        <w:jc w:val="both"/>
      </w:pPr>
      <w:r>
        <w:rPr>
          <w:rFonts w:ascii="Georgia" w:hAnsi="Georgia"/>
          <w:b w:val="0"/>
          <w:i w:val="0"/>
          <w:color w:val="22201D"/>
          <w:sz w:val="20"/>
        </w:rPr>
        <w:t>Not rain from the sprinkler system. Gerald checked twice, once with his eyes and once with the expression of a man willing to become unpopular in defense of a dry building.</w:t>
      </w:r>
    </w:p>
    <w:p>
      <w:pPr>
        <w:spacing w:after="60" w:line="266" w:lineRule="auto"/>
        <w:ind w:firstLine="331"/>
        <w:jc w:val="both"/>
      </w:pPr>
      <w:r>
        <w:rPr>
          <w:rFonts w:ascii="Georgia" w:hAnsi="Georgia"/>
          <w:b w:val="0"/>
          <w:i w:val="0"/>
          <w:color w:val="22201D"/>
          <w:sz w:val="20"/>
        </w:rPr>
        <w:t>Not rain from weather. Bob opened the back door and looked at the alley. Portland was gray, damp, and morally prepared for rain, but not currently producing any.</w:t>
      </w:r>
    </w:p>
    <w:p>
      <w:pPr>
        <w:spacing w:after="60" w:line="266" w:lineRule="auto"/>
        <w:ind w:firstLine="331"/>
        <w:jc w:val="both"/>
      </w:pPr>
      <w:r>
        <w:rPr>
          <w:rFonts w:ascii="Georgia" w:hAnsi="Georgia"/>
          <w:b w:val="0"/>
          <w:i w:val="0"/>
          <w:color w:val="22201D"/>
          <w:sz w:val="20"/>
        </w:rPr>
        <w:t>The rain came from a small glass bottle on the pass.</w:t>
      </w:r>
    </w:p>
    <w:p>
      <w:pPr>
        <w:spacing w:after="60" w:line="266" w:lineRule="auto"/>
        <w:ind w:firstLine="331"/>
        <w:jc w:val="both"/>
      </w:pPr>
      <w:r>
        <w:rPr>
          <w:rFonts w:ascii="Georgia" w:hAnsi="Georgia"/>
          <w:b w:val="0"/>
          <w:i w:val="0"/>
          <w:color w:val="22201D"/>
          <w:sz w:val="20"/>
        </w:rPr>
        <w:t>It tapped against the inside of the bottle in bright, precise drops.</w:t>
      </w:r>
    </w:p>
    <w:p>
      <w:pPr>
        <w:spacing w:after="60" w:line="266" w:lineRule="auto"/>
        <w:ind w:firstLine="331"/>
        <w:jc w:val="both"/>
      </w:pPr>
      <w:r>
        <w:rPr>
          <w:rFonts w:ascii="Georgia" w:hAnsi="Georgia"/>
          <w:b w:val="0"/>
          <w:i w:val="0"/>
          <w:color w:val="22201D"/>
          <w:sz w:val="20"/>
        </w:rPr>
        <w:t>Each drop slid down the inner glass, gathered at the bottom, and became sauce.</w:t>
      </w:r>
    </w:p>
    <w:p>
      <w:pPr>
        <w:spacing w:after="60" w:line="266" w:lineRule="auto"/>
        <w:ind w:firstLine="331"/>
        <w:jc w:val="both"/>
      </w:pPr>
      <w:r>
        <w:rPr>
          <w:rFonts w:ascii="Georgia" w:hAnsi="Georgia"/>
          <w:b w:val="0"/>
          <w:i w:val="0"/>
          <w:color w:val="22201D"/>
          <w:sz w:val="20"/>
        </w:rPr>
        <w:t>The label read:</w:t>
      </w:r>
    </w:p>
    <w:p>
      <w:pPr>
        <w:spacing w:after="60" w:line="250" w:lineRule="auto"/>
        <w:ind w:left="202" w:right="173"/>
      </w:pPr>
      <w:r>
        <w:rPr>
          <w:rFonts w:ascii="Georgia" w:hAnsi="Georgia"/>
          <w:b w:val="0"/>
          <w:i w:val="0"/>
          <w:color w:val="22201D"/>
          <w:sz w:val="17"/>
        </w:rPr>
        <w:t>CITRUS AJI LIMO RAIN  Final sauce key. Clean acid after long fire. Use only where clarity will not become ownership.</w:t>
      </w:r>
    </w:p>
    <w:p>
      <w:pPr>
        <w:spacing w:after="60" w:line="266" w:lineRule="auto"/>
        <w:ind w:firstLine="331"/>
        <w:jc w:val="both"/>
      </w:pPr>
      <w:r>
        <w:rPr>
          <w:rFonts w:ascii="Georgia" w:hAnsi="Georgia"/>
          <w:b w:val="0"/>
          <w:i w:val="0"/>
          <w:color w:val="22201D"/>
          <w:sz w:val="20"/>
        </w:rPr>
        <w:t>Steve read it once and put his pencil down.</w:t>
      </w:r>
    </w:p>
    <w:p>
      <w:pPr>
        <w:spacing w:after="60" w:line="266" w:lineRule="auto"/>
        <w:ind w:firstLine="331"/>
        <w:jc w:val="both"/>
      </w:pPr>
      <w:r>
        <w:rPr>
          <w:rFonts w:ascii="Georgia" w:hAnsi="Georgia"/>
          <w:b w:val="0"/>
          <w:i w:val="0"/>
          <w:color w:val="22201D"/>
          <w:sz w:val="20"/>
        </w:rPr>
        <w:t>"I dislike that last line."</w:t>
      </w:r>
    </w:p>
    <w:p>
      <w:pPr>
        <w:spacing w:after="60" w:line="266" w:lineRule="auto"/>
        <w:ind w:firstLine="331"/>
        <w:jc w:val="both"/>
      </w:pPr>
      <w:r>
        <w:rPr>
          <w:rFonts w:ascii="Georgia" w:hAnsi="Georgia"/>
          <w:b w:val="0"/>
          <w:i w:val="0"/>
          <w:color w:val="22201D"/>
          <w:sz w:val="20"/>
        </w:rPr>
        <w:t>Gerald leaned over the bottle.</w:t>
      </w:r>
    </w:p>
    <w:p>
      <w:pPr>
        <w:spacing w:after="60" w:line="266" w:lineRule="auto"/>
        <w:ind w:firstLine="331"/>
        <w:jc w:val="both"/>
      </w:pPr>
      <w:r>
        <w:rPr>
          <w:rFonts w:ascii="Georgia" w:hAnsi="Georgia"/>
          <w:b w:val="0"/>
          <w:i w:val="0"/>
          <w:color w:val="22201D"/>
          <w:sz w:val="20"/>
        </w:rPr>
        <w:t>"Readable. Good contrast. Warning line present. Cap seal intact. Volume unclear."</w:t>
      </w:r>
    </w:p>
    <w:p>
      <w:pPr>
        <w:spacing w:after="60" w:line="266" w:lineRule="auto"/>
        <w:ind w:firstLine="331"/>
        <w:jc w:val="both"/>
      </w:pPr>
      <w:r>
        <w:rPr>
          <w:rFonts w:ascii="Georgia" w:hAnsi="Georgia"/>
          <w:b w:val="0"/>
          <w:i w:val="0"/>
          <w:color w:val="22201D"/>
          <w:sz w:val="20"/>
        </w:rPr>
        <w:t>The Hostess stood with one hand on the reservation book and one hand resting on the stack of menu warnings that had stabilized after lunch. The warnings had not disappeared. They had become ordinary enough to be annoying, which was safer than becoming sacred.</w:t>
      </w:r>
    </w:p>
    <w:p>
      <w:pPr>
        <w:spacing w:after="60" w:line="266" w:lineRule="auto"/>
        <w:ind w:firstLine="331"/>
        <w:jc w:val="both"/>
      </w:pPr>
      <w:r>
        <w:rPr>
          <w:rFonts w:ascii="Georgia" w:hAnsi="Georgia"/>
          <w:b w:val="0"/>
          <w:i w:val="0"/>
          <w:color w:val="22201D"/>
          <w:sz w:val="20"/>
        </w:rPr>
        <w:t>"Does it explain anything?" she asked.</w:t>
      </w:r>
    </w:p>
    <w:p>
      <w:pPr>
        <w:spacing w:after="60" w:line="266" w:lineRule="auto"/>
        <w:ind w:firstLine="331"/>
        <w:jc w:val="both"/>
      </w:pPr>
      <w:r>
        <w:rPr>
          <w:rFonts w:ascii="Georgia" w:hAnsi="Georgia"/>
          <w:b w:val="0"/>
          <w:i w:val="0"/>
          <w:color w:val="22201D"/>
          <w:sz w:val="20"/>
        </w:rPr>
        <w:t>The bottle rained softly.</w:t>
      </w:r>
    </w:p>
    <w:p>
      <w:pPr>
        <w:spacing w:after="60" w:line="266" w:lineRule="auto"/>
        <w:ind w:firstLine="331"/>
        <w:jc w:val="both"/>
      </w:pPr>
      <w:r>
        <w:rPr>
          <w:rFonts w:ascii="Georgia" w:hAnsi="Georgia"/>
          <w:b w:val="0"/>
          <w:i w:val="0"/>
          <w:color w:val="22201D"/>
          <w:sz w:val="20"/>
        </w:rPr>
        <w:t>Flocc watched the drops gather.</w:t>
      </w:r>
    </w:p>
    <w:p>
      <w:pPr>
        <w:spacing w:after="60" w:line="266" w:lineRule="auto"/>
        <w:ind w:firstLine="331"/>
        <w:jc w:val="both"/>
      </w:pPr>
      <w:r>
        <w:rPr>
          <w:rFonts w:ascii="Georgia" w:hAnsi="Georgia"/>
          <w:b w:val="0"/>
          <w:i w:val="0"/>
          <w:color w:val="22201D"/>
          <w:sz w:val="20"/>
        </w:rPr>
        <w:t>After the closure notice and the menu warning, he had begun to distrust anything that made a clean sentence too early. The sauce did not speak. It did not sign. It did not ask to be understood. It rained inside its own bottle and waited.</w:t>
      </w:r>
    </w:p>
    <w:p>
      <w:pPr>
        <w:spacing w:after="60" w:line="266" w:lineRule="auto"/>
        <w:ind w:firstLine="331"/>
        <w:jc w:val="both"/>
      </w:pPr>
      <w:r>
        <w:rPr>
          <w:rFonts w:ascii="Georgia" w:hAnsi="Georgia"/>
          <w:b w:val="0"/>
          <w:i w:val="0"/>
          <w:color w:val="22201D"/>
          <w:sz w:val="20"/>
        </w:rPr>
        <w:t>"No," he said. "It clears space."</w:t>
      </w:r>
    </w:p>
    <w:p>
      <w:pPr>
        <w:spacing w:after="60" w:line="266" w:lineRule="auto"/>
        <w:ind w:firstLine="331"/>
        <w:jc w:val="both"/>
      </w:pPr>
      <w:r>
        <w:rPr>
          <w:rFonts w:ascii="Georgia" w:hAnsi="Georgia"/>
          <w:b w:val="0"/>
          <w:i w:val="0"/>
          <w:color w:val="22201D"/>
          <w:sz w:val="20"/>
        </w:rPr>
        <w:t>The bottle stopped raining for one second.</w:t>
      </w:r>
    </w:p>
    <w:p>
      <w:pPr>
        <w:spacing w:after="60" w:line="266" w:lineRule="auto"/>
        <w:ind w:firstLine="331"/>
        <w:jc w:val="both"/>
      </w:pPr>
      <w:r>
        <w:rPr>
          <w:rFonts w:ascii="Georgia" w:hAnsi="Georgia"/>
          <w:b w:val="0"/>
          <w:i w:val="0"/>
          <w:color w:val="22201D"/>
          <w:sz w:val="20"/>
        </w:rPr>
        <w:t>Then it resumed.</w:t>
      </w:r>
    </w:p>
    <w:p>
      <w:pPr>
        <w:spacing w:after="60" w:line="266" w:lineRule="auto"/>
        <w:ind w:firstLine="331"/>
        <w:jc w:val="both"/>
      </w:pPr>
      <w:r>
        <w:rPr>
          <w:rFonts w:ascii="Georgia" w:hAnsi="Georgia"/>
          <w:b w:val="0"/>
          <w:i w:val="0"/>
          <w:color w:val="22201D"/>
          <w:sz w:val="20"/>
        </w:rPr>
        <w:t>Gerald made a note.</w:t>
      </w:r>
    </w:p>
    <w:p>
      <w:pPr>
        <w:spacing w:after="60" w:line="250" w:lineRule="auto"/>
        <w:ind w:left="202" w:right="173"/>
      </w:pPr>
      <w:r>
        <w:rPr>
          <w:rFonts w:ascii="Georgia" w:hAnsi="Georgia"/>
          <w:b w:val="0"/>
          <w:i w:val="0"/>
          <w:color w:val="22201D"/>
          <w:sz w:val="17"/>
        </w:rPr>
        <w:t>Possible response to accurate non-explanatory description. Do not overinterpret.</w:t>
      </w:r>
    </w:p>
    <w:p>
      <w:pPr>
        <w:spacing w:after="60" w:line="266" w:lineRule="auto"/>
        <w:ind w:firstLine="331"/>
        <w:jc w:val="both"/>
      </w:pPr>
      <w:r>
        <w:rPr>
          <w:rFonts w:ascii="Georgia" w:hAnsi="Georgia"/>
          <w:b w:val="0"/>
          <w:i w:val="0"/>
          <w:color w:val="22201D"/>
          <w:sz w:val="20"/>
        </w:rPr>
        <w:t>Nico, who had been permitted to stand near the service station under the condition that all metaphors remain unlaunched, whispered, "That is going to be hard for me."</w:t>
      </w:r>
    </w:p>
    <w:p>
      <w:pPr>
        <w:spacing w:after="60" w:line="266" w:lineRule="auto"/>
        <w:ind w:firstLine="331"/>
        <w:jc w:val="both"/>
      </w:pPr>
      <w:r>
        <w:rPr>
          <w:rFonts w:ascii="Georgia" w:hAnsi="Georgia"/>
          <w:b w:val="0"/>
          <w:i w:val="0"/>
          <w:color w:val="22201D"/>
          <w:sz w:val="20"/>
        </w:rPr>
        <w:t>"Good," said the Hostess.</w:t>
      </w:r>
    </w:p>
    <w:p>
      <w:pPr>
        <w:spacing w:after="60" w:line="266" w:lineRule="auto"/>
        <w:ind w:firstLine="331"/>
        <w:jc w:val="both"/>
      </w:pPr>
      <w:r>
        <w:rPr>
          <w:rFonts w:ascii="Georgia" w:hAnsi="Georgia"/>
          <w:b w:val="0"/>
          <w:i w:val="0"/>
          <w:color w:val="22201D"/>
          <w:sz w:val="20"/>
        </w:rPr>
        <w:t>Bob set a tray on the counter.</w:t>
      </w:r>
    </w:p>
    <w:p>
      <w:pPr>
        <w:spacing w:after="60" w:line="266" w:lineRule="auto"/>
        <w:ind w:firstLine="331"/>
        <w:jc w:val="both"/>
      </w:pPr>
      <w:r>
        <w:rPr>
          <w:rFonts w:ascii="Georgia" w:hAnsi="Georgia"/>
          <w:b w:val="0"/>
          <w:i w:val="0"/>
          <w:color w:val="22201D"/>
          <w:sz w:val="20"/>
        </w:rPr>
        <w:t>On the tray were four spoons, four clean tasting cups, one cup of plain water, one torn roll, one bowl of soup from Lena's order that had been held back as a service sample, and one blank card.</w:t>
      </w:r>
    </w:p>
    <w:p>
      <w:pPr>
        <w:spacing w:after="60" w:line="266" w:lineRule="auto"/>
        <w:ind w:firstLine="331"/>
        <w:jc w:val="both"/>
      </w:pPr>
      <w:r>
        <w:rPr>
          <w:rFonts w:ascii="Georgia" w:hAnsi="Georgia"/>
          <w:b w:val="0"/>
          <w:i w:val="0"/>
          <w:color w:val="22201D"/>
          <w:sz w:val="20"/>
        </w:rPr>
        <w:t>Gerald looked at the tray.</w:t>
      </w:r>
    </w:p>
    <w:p>
      <w:pPr>
        <w:spacing w:after="60" w:line="266" w:lineRule="auto"/>
        <w:ind w:firstLine="331"/>
        <w:jc w:val="both"/>
      </w:pPr>
      <w:r>
        <w:rPr>
          <w:rFonts w:ascii="Georgia" w:hAnsi="Georgia"/>
          <w:b w:val="0"/>
          <w:i w:val="0"/>
          <w:color w:val="22201D"/>
          <w:sz w:val="20"/>
        </w:rPr>
        <w:t>"Who authorized a tasting?"</w:t>
      </w:r>
    </w:p>
    <w:p>
      <w:pPr>
        <w:spacing w:after="60" w:line="266" w:lineRule="auto"/>
        <w:ind w:firstLine="331"/>
        <w:jc w:val="both"/>
      </w:pPr>
      <w:r>
        <w:rPr>
          <w:rFonts w:ascii="Georgia" w:hAnsi="Georgia"/>
          <w:b w:val="0"/>
          <w:i w:val="0"/>
          <w:color w:val="22201D"/>
          <w:sz w:val="20"/>
        </w:rPr>
        <w:t>Bob pointed to the blank card.</w:t>
      </w:r>
    </w:p>
    <w:p>
      <w:pPr>
        <w:spacing w:after="60" w:line="266" w:lineRule="auto"/>
        <w:ind w:firstLine="331"/>
        <w:jc w:val="both"/>
      </w:pPr>
      <w:r>
        <w:rPr>
          <w:rFonts w:ascii="Georgia" w:hAnsi="Georgia"/>
          <w:b w:val="0"/>
          <w:i w:val="0"/>
          <w:color w:val="22201D"/>
          <w:sz w:val="20"/>
        </w:rPr>
        <w:t>The card printed while everyone watched.</w:t>
      </w:r>
    </w:p>
    <w:p>
      <w:pPr>
        <w:spacing w:after="60" w:line="250" w:lineRule="auto"/>
        <w:ind w:left="202" w:right="173"/>
      </w:pPr>
      <w:r>
        <w:rPr>
          <w:rFonts w:ascii="Georgia" w:hAnsi="Georgia"/>
          <w:b w:val="0"/>
          <w:i w:val="0"/>
          <w:color w:val="22201D"/>
          <w:sz w:val="17"/>
        </w:rPr>
        <w:t>CLARITY TEST  Taste only after water is present. Taste only with bread available. Taste only if the taster can describe use without claiming meaning.</w:t>
      </w:r>
    </w:p>
    <w:p>
      <w:pPr>
        <w:spacing w:after="60" w:line="266" w:lineRule="auto"/>
        <w:ind w:firstLine="331"/>
        <w:jc w:val="both"/>
      </w:pPr>
      <w:r>
        <w:rPr>
          <w:rFonts w:ascii="Georgia" w:hAnsi="Georgia"/>
          <w:b w:val="0"/>
          <w:i w:val="0"/>
          <w:color w:val="22201D"/>
          <w:sz w:val="20"/>
        </w:rPr>
        <w:t>Gerald's shoulders lowered by a fraction.</w:t>
      </w:r>
    </w:p>
    <w:p>
      <w:pPr>
        <w:spacing w:after="60" w:line="266" w:lineRule="auto"/>
        <w:ind w:firstLine="331"/>
        <w:jc w:val="both"/>
      </w:pPr>
      <w:r>
        <w:rPr>
          <w:rFonts w:ascii="Georgia" w:hAnsi="Georgia"/>
          <w:b w:val="0"/>
          <w:i w:val="0"/>
          <w:color w:val="22201D"/>
          <w:sz w:val="20"/>
        </w:rPr>
        <w:t>"That is better than most cards."</w:t>
      </w:r>
    </w:p>
    <w:p>
      <w:pPr>
        <w:spacing w:after="60" w:line="266" w:lineRule="auto"/>
        <w:ind w:firstLine="331"/>
        <w:jc w:val="both"/>
      </w:pPr>
      <w:r>
        <w:rPr>
          <w:rFonts w:ascii="Georgia" w:hAnsi="Georgia"/>
          <w:b w:val="0"/>
          <w:i w:val="0"/>
          <w:color w:val="22201D"/>
          <w:sz w:val="20"/>
        </w:rPr>
        <w:t>Steve picked up his pencil again.</w:t>
      </w:r>
    </w:p>
    <w:p>
      <w:pPr>
        <w:spacing w:after="60" w:line="266" w:lineRule="auto"/>
        <w:ind w:firstLine="331"/>
        <w:jc w:val="both"/>
      </w:pPr>
      <w:r>
        <w:rPr>
          <w:rFonts w:ascii="Georgia" w:hAnsi="Georgia"/>
          <w:b w:val="0"/>
          <w:i w:val="0"/>
          <w:color w:val="22201D"/>
          <w:sz w:val="20"/>
        </w:rPr>
        <w:t>"Is this a tasting or an inspection?"</w:t>
      </w:r>
    </w:p>
    <w:p>
      <w:pPr>
        <w:spacing w:after="60" w:line="266" w:lineRule="auto"/>
        <w:ind w:firstLine="331"/>
        <w:jc w:val="both"/>
      </w:pPr>
      <w:r>
        <w:rPr>
          <w:rFonts w:ascii="Georgia" w:hAnsi="Georgia"/>
          <w:b w:val="0"/>
          <w:i w:val="0"/>
          <w:color w:val="22201D"/>
          <w:sz w:val="20"/>
        </w:rPr>
        <w:t>The Hostess answered, "Both, if both behave."</w:t>
      </w:r>
    </w:p>
    <w:p>
      <w:pPr>
        <w:spacing w:after="60" w:line="266" w:lineRule="auto"/>
        <w:ind w:firstLine="331"/>
        <w:jc w:val="both"/>
      </w:pPr>
      <w:r>
        <w:rPr>
          <w:rFonts w:ascii="Georgia" w:hAnsi="Georgia"/>
          <w:b w:val="0"/>
          <w:i w:val="0"/>
          <w:color w:val="22201D"/>
          <w:sz w:val="20"/>
        </w:rPr>
        <w:t>Gerald uncapped the bottle.</w:t>
      </w:r>
    </w:p>
    <w:p>
      <w:pPr>
        <w:spacing w:after="60" w:line="266" w:lineRule="auto"/>
        <w:ind w:firstLine="331"/>
        <w:jc w:val="both"/>
      </w:pPr>
      <w:r>
        <w:rPr>
          <w:rFonts w:ascii="Georgia" w:hAnsi="Georgia"/>
          <w:b w:val="0"/>
          <w:i w:val="0"/>
          <w:color w:val="22201D"/>
          <w:sz w:val="20"/>
        </w:rPr>
        <w:t>The room smelled first of lime peel squeezed over a knife, then green mango, then rain on hot pavement, then a pepper brightness that did not bully the nose. It was sharp enough to make the tongue prepare itself. It was not cruel.</w:t>
      </w:r>
    </w:p>
    <w:p>
      <w:pPr>
        <w:spacing w:after="60" w:line="266" w:lineRule="auto"/>
        <w:ind w:firstLine="331"/>
        <w:jc w:val="both"/>
      </w:pPr>
      <w:r>
        <w:rPr>
          <w:rFonts w:ascii="Georgia" w:hAnsi="Georgia"/>
          <w:b w:val="0"/>
          <w:i w:val="0"/>
          <w:color w:val="22201D"/>
          <w:sz w:val="20"/>
        </w:rPr>
        <w:t>Flocc thought of all the fires the series had carried: sauces that warned, sauces that apologized, sauces that turned routes backward, sauces that made substitution confess, sauces that asked for signatures too fast. This one did not ask for a confession.</w:t>
      </w:r>
    </w:p>
    <w:p>
      <w:pPr>
        <w:spacing w:after="60" w:line="266" w:lineRule="auto"/>
        <w:ind w:firstLine="331"/>
        <w:jc w:val="both"/>
      </w:pPr>
      <w:r>
        <w:rPr>
          <w:rFonts w:ascii="Georgia" w:hAnsi="Georgia"/>
          <w:b w:val="0"/>
          <w:i w:val="0"/>
          <w:color w:val="22201D"/>
          <w:sz w:val="20"/>
        </w:rPr>
        <w:t>It asked for the window to open.</w:t>
      </w:r>
    </w:p>
    <w:p>
      <w:pPr>
        <w:spacing w:after="60" w:line="266" w:lineRule="auto"/>
        <w:ind w:firstLine="331"/>
        <w:jc w:val="both"/>
      </w:pPr>
      <w:r>
        <w:rPr>
          <w:rFonts w:ascii="Georgia" w:hAnsi="Georgia"/>
          <w:b w:val="0"/>
          <w:i w:val="0"/>
          <w:color w:val="22201D"/>
          <w:sz w:val="20"/>
        </w:rPr>
        <w:t>Nico inhaled.</w:t>
      </w:r>
    </w:p>
    <w:p>
      <w:pPr>
        <w:spacing w:after="60" w:line="266" w:lineRule="auto"/>
        <w:ind w:firstLine="331"/>
        <w:jc w:val="both"/>
      </w:pPr>
      <w:r>
        <w:rPr>
          <w:rFonts w:ascii="Georgia" w:hAnsi="Georgia"/>
          <w:b w:val="0"/>
          <w:i w:val="0"/>
          <w:color w:val="22201D"/>
          <w:sz w:val="20"/>
        </w:rPr>
        <w:t>"That is—"</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Nico swallowed the slogan.</w:t>
      </w:r>
    </w:p>
    <w:p>
      <w:pPr>
        <w:spacing w:after="60" w:line="266" w:lineRule="auto"/>
        <w:ind w:firstLine="331"/>
        <w:jc w:val="both"/>
      </w:pPr>
      <w:r>
        <w:rPr>
          <w:rFonts w:ascii="Georgia" w:hAnsi="Georgia"/>
          <w:b w:val="0"/>
          <w:i w:val="0"/>
          <w:color w:val="22201D"/>
          <w:sz w:val="20"/>
        </w:rPr>
        <w:t>"—specific," he finished.</w:t>
      </w:r>
    </w:p>
    <w:p>
      <w:pPr>
        <w:spacing w:after="60" w:line="266" w:lineRule="auto"/>
        <w:ind w:firstLine="331"/>
        <w:jc w:val="both"/>
      </w:pPr>
      <w:r>
        <w:rPr>
          <w:rFonts w:ascii="Georgia" w:hAnsi="Georgia"/>
          <w:b w:val="0"/>
          <w:i w:val="0"/>
          <w:color w:val="22201D"/>
          <w:sz w:val="20"/>
        </w:rPr>
        <w:t>The bottle did not react.</w:t>
      </w:r>
    </w:p>
    <w:p>
      <w:pPr>
        <w:spacing w:after="60" w:line="266" w:lineRule="auto"/>
        <w:ind w:firstLine="331"/>
        <w:jc w:val="both"/>
      </w:pPr>
      <w:r>
        <w:rPr>
          <w:rFonts w:ascii="Georgia" w:hAnsi="Georgia"/>
          <w:b w:val="0"/>
          <w:i w:val="0"/>
          <w:color w:val="22201D"/>
          <w:sz w:val="20"/>
        </w:rPr>
        <w:t>Gerald placed one drop on a spoon, then stopped.</w:t>
      </w:r>
    </w:p>
    <w:p>
      <w:pPr>
        <w:spacing w:after="60" w:line="266" w:lineRule="auto"/>
        <w:ind w:firstLine="331"/>
        <w:jc w:val="both"/>
      </w:pPr>
      <w:r>
        <w:rPr>
          <w:rFonts w:ascii="Georgia" w:hAnsi="Georgia"/>
          <w:b w:val="0"/>
          <w:i w:val="0"/>
          <w:color w:val="22201D"/>
          <w:sz w:val="20"/>
        </w:rPr>
        <w:t>"Nobody tastes from this spoon. This is visual inspection."</w:t>
      </w:r>
    </w:p>
    <w:p>
      <w:pPr>
        <w:spacing w:after="60" w:line="266" w:lineRule="auto"/>
        <w:ind w:firstLine="331"/>
        <w:jc w:val="both"/>
      </w:pPr>
      <w:r>
        <w:rPr>
          <w:rFonts w:ascii="Georgia" w:hAnsi="Georgia"/>
          <w:b w:val="0"/>
          <w:i w:val="0"/>
          <w:color w:val="22201D"/>
          <w:sz w:val="20"/>
        </w:rPr>
        <w:t>He held the spoon under the light.</w:t>
      </w:r>
    </w:p>
    <w:p>
      <w:pPr>
        <w:spacing w:after="60" w:line="266" w:lineRule="auto"/>
        <w:ind w:firstLine="331"/>
        <w:jc w:val="both"/>
      </w:pPr>
      <w:r>
        <w:rPr>
          <w:rFonts w:ascii="Georgia" w:hAnsi="Georgia"/>
          <w:b w:val="0"/>
          <w:i w:val="0"/>
          <w:color w:val="22201D"/>
          <w:sz w:val="20"/>
        </w:rPr>
        <w:t>The sauce was pale gold with green edges, thin enough to move, thick enough to remember where it had been. Tiny flecks of pepper and citrus zest held in the liquid like punctuation that had learned restraint.</w:t>
      </w:r>
    </w:p>
    <w:p>
      <w:pPr>
        <w:spacing w:after="60" w:line="266" w:lineRule="auto"/>
        <w:ind w:firstLine="331"/>
        <w:jc w:val="both"/>
      </w:pPr>
      <w:r>
        <w:rPr>
          <w:rFonts w:ascii="Georgia" w:hAnsi="Georgia"/>
          <w:b w:val="0"/>
          <w:i w:val="0"/>
          <w:color w:val="22201D"/>
          <w:sz w:val="20"/>
        </w:rPr>
        <w:t>"No visible separation," Gerald said. "Suspension acceptable. Color consistent with citrus and yellow pepper. No theatrical smoke."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No theatrical smoke.</w:t>
      </w:r>
    </w:p>
    <w:p>
      <w:pPr>
        <w:spacing w:after="60" w:line="266" w:lineRule="auto"/>
        <w:ind w:firstLine="331"/>
        <w:jc w:val="both"/>
      </w:pPr>
      <w:r>
        <w:rPr>
          <w:rFonts w:ascii="Georgia" w:hAnsi="Georgia"/>
          <w:b w:val="0"/>
          <w:i w:val="0"/>
          <w:color w:val="22201D"/>
          <w:sz w:val="20"/>
        </w:rPr>
        <w:t>"That is not a required line," Gerald said.</w:t>
      </w:r>
    </w:p>
    <w:p>
      <w:pPr>
        <w:spacing w:after="60" w:line="266" w:lineRule="auto"/>
        <w:ind w:firstLine="331"/>
        <w:jc w:val="both"/>
      </w:pPr>
      <w:r>
        <w:rPr>
          <w:rFonts w:ascii="Georgia" w:hAnsi="Georgia"/>
          <w:b w:val="0"/>
          <w:i w:val="0"/>
          <w:color w:val="22201D"/>
          <w:sz w:val="20"/>
        </w:rPr>
        <w:t>"It has become useful."</w:t>
      </w:r>
    </w:p>
    <w:p>
      <w:pPr>
        <w:spacing w:after="60" w:line="266" w:lineRule="auto"/>
        <w:ind w:firstLine="331"/>
        <w:jc w:val="both"/>
      </w:pPr>
      <w:r>
        <w:rPr>
          <w:rFonts w:ascii="Georgia" w:hAnsi="Georgia"/>
          <w:b w:val="0"/>
          <w:i w:val="0"/>
          <w:color w:val="22201D"/>
          <w:sz w:val="20"/>
        </w:rPr>
        <w:t>The Hostess took one tasting cup and poured water into it herself.</w:t>
      </w:r>
    </w:p>
    <w:p>
      <w:pPr>
        <w:spacing w:after="60" w:line="266" w:lineRule="auto"/>
        <w:ind w:firstLine="331"/>
        <w:jc w:val="both"/>
      </w:pPr>
      <w:r>
        <w:rPr>
          <w:rFonts w:ascii="Georgia" w:hAnsi="Georgia"/>
          <w:b w:val="0"/>
          <w:i w:val="0"/>
          <w:color w:val="22201D"/>
          <w:sz w:val="20"/>
        </w:rPr>
        <w:t>"Who tastes first?"</w:t>
      </w:r>
    </w:p>
    <w:p>
      <w:pPr>
        <w:spacing w:after="60" w:line="266" w:lineRule="auto"/>
        <w:ind w:firstLine="331"/>
        <w:jc w:val="both"/>
      </w:pPr>
      <w:r>
        <w:rPr>
          <w:rFonts w:ascii="Georgia" w:hAnsi="Georgia"/>
          <w:b w:val="0"/>
          <w:i w:val="0"/>
          <w:color w:val="22201D"/>
          <w:sz w:val="20"/>
        </w:rPr>
        <w:t>The bottle rained once against the glass.</w:t>
      </w:r>
    </w:p>
    <w:p>
      <w:pPr>
        <w:spacing w:after="60" w:line="266" w:lineRule="auto"/>
        <w:ind w:firstLine="331"/>
        <w:jc w:val="both"/>
      </w:pPr>
      <w:r>
        <w:rPr>
          <w:rFonts w:ascii="Georgia" w:hAnsi="Georgia"/>
          <w:b w:val="0"/>
          <w:i w:val="0"/>
          <w:color w:val="22201D"/>
          <w:sz w:val="20"/>
        </w:rPr>
        <w:t>Flocc felt the old pull to volunteer too quickly. To prove growth. To be useful. To step into the artifact because the artifact had entered the room.</w:t>
      </w:r>
    </w:p>
    <w:p>
      <w:pPr>
        <w:spacing w:after="60" w:line="266" w:lineRule="auto"/>
        <w:ind w:firstLine="331"/>
        <w:jc w:val="both"/>
      </w:pPr>
      <w:r>
        <w:rPr>
          <w:rFonts w:ascii="Georgia" w:hAnsi="Georgia"/>
          <w:b w:val="0"/>
          <w:i w:val="0"/>
          <w:color w:val="22201D"/>
          <w:sz w:val="20"/>
        </w:rPr>
        <w:t>He folded the towel once.</w:t>
      </w:r>
    </w:p>
    <w:p>
      <w:pPr>
        <w:spacing w:after="60" w:line="266" w:lineRule="auto"/>
        <w:ind w:firstLine="331"/>
        <w:jc w:val="both"/>
      </w:pPr>
      <w:r>
        <w:rPr>
          <w:rFonts w:ascii="Georgia" w:hAnsi="Georgia"/>
          <w:b w:val="0"/>
          <w:i w:val="0"/>
          <w:color w:val="22201D"/>
          <w:sz w:val="20"/>
        </w:rPr>
        <w:t>"Not me because it is important."</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Gerald said, "Correct. Importance is not a qualification."</w:t>
      </w:r>
    </w:p>
    <w:p>
      <w:pPr>
        <w:spacing w:after="60" w:line="266" w:lineRule="auto"/>
        <w:ind w:firstLine="331"/>
        <w:jc w:val="both"/>
      </w:pPr>
      <w:r>
        <w:rPr>
          <w:rFonts w:ascii="Georgia" w:hAnsi="Georgia"/>
          <w:b w:val="0"/>
          <w:i w:val="0"/>
          <w:color w:val="22201D"/>
          <w:sz w:val="20"/>
        </w:rPr>
        <w:t>Bob lifted his hand.</w:t>
      </w:r>
    </w:p>
    <w:p>
      <w:pPr>
        <w:spacing w:after="60" w:line="266" w:lineRule="auto"/>
        <w:ind w:firstLine="331"/>
        <w:jc w:val="both"/>
      </w:pPr>
      <w:r>
        <w:rPr>
          <w:rFonts w:ascii="Georgia" w:hAnsi="Georgia"/>
          <w:b w:val="0"/>
          <w:i w:val="0"/>
          <w:color w:val="22201D"/>
          <w:sz w:val="20"/>
        </w:rPr>
        <w:t>"I can taste. I brought the tray."</w:t>
      </w:r>
    </w:p>
    <w:p>
      <w:pPr>
        <w:spacing w:after="60" w:line="266" w:lineRule="auto"/>
        <w:ind w:firstLine="331"/>
        <w:jc w:val="both"/>
      </w:pPr>
      <w:r>
        <w:rPr>
          <w:rFonts w:ascii="Georgia" w:hAnsi="Georgia"/>
          <w:b w:val="0"/>
          <w:i w:val="0"/>
          <w:color w:val="22201D"/>
          <w:sz w:val="20"/>
        </w:rPr>
        <w:t>"Bringing is not tasting authority," Gerald said.</w:t>
      </w:r>
    </w:p>
    <w:p>
      <w:pPr>
        <w:spacing w:after="60" w:line="266" w:lineRule="auto"/>
        <w:ind w:firstLine="331"/>
        <w:jc w:val="both"/>
      </w:pPr>
      <w:r>
        <w:rPr>
          <w:rFonts w:ascii="Georgia" w:hAnsi="Georgia"/>
          <w:b w:val="0"/>
          <w:i w:val="0"/>
          <w:color w:val="22201D"/>
          <w:sz w:val="20"/>
        </w:rPr>
        <w:t>"I also brought water."</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looked at Bob. "Can you describe use without claiming meaning?"</w:t>
      </w:r>
    </w:p>
    <w:p>
      <w:pPr>
        <w:spacing w:after="60" w:line="266" w:lineRule="auto"/>
        <w:ind w:firstLine="331"/>
        <w:jc w:val="both"/>
      </w:pPr>
      <w:r>
        <w:rPr>
          <w:rFonts w:ascii="Georgia" w:hAnsi="Georgia"/>
          <w:b w:val="0"/>
          <w:i w:val="0"/>
          <w:color w:val="22201D"/>
          <w:sz w:val="20"/>
        </w:rPr>
        <w:t>Bob considered.</w:t>
      </w:r>
    </w:p>
    <w:p>
      <w:pPr>
        <w:spacing w:after="60" w:line="266" w:lineRule="auto"/>
        <w:ind w:firstLine="331"/>
        <w:jc w:val="both"/>
      </w:pPr>
      <w:r>
        <w:rPr>
          <w:rFonts w:ascii="Georgia" w:hAnsi="Georgia"/>
          <w:b w:val="0"/>
          <w:i w:val="0"/>
          <w:color w:val="22201D"/>
          <w:sz w:val="20"/>
        </w:rPr>
        <w:t>"I can say what I would put it on."</w:t>
      </w:r>
    </w:p>
    <w:p>
      <w:pPr>
        <w:spacing w:after="60" w:line="266" w:lineRule="auto"/>
        <w:ind w:firstLine="331"/>
        <w:jc w:val="both"/>
      </w:pPr>
      <w:r>
        <w:rPr>
          <w:rFonts w:ascii="Georgia" w:hAnsi="Georgia"/>
          <w:b w:val="0"/>
          <w:i w:val="0"/>
          <w:color w:val="22201D"/>
          <w:sz w:val="20"/>
        </w:rPr>
        <w:t>"That may be enough."</w:t>
      </w:r>
    </w:p>
    <w:p>
      <w:pPr>
        <w:spacing w:after="60" w:line="266" w:lineRule="auto"/>
        <w:ind w:firstLine="331"/>
        <w:jc w:val="both"/>
      </w:pPr>
      <w:r>
        <w:rPr>
          <w:rFonts w:ascii="Georgia" w:hAnsi="Georgia"/>
          <w:b w:val="0"/>
          <w:i w:val="0"/>
          <w:color w:val="22201D"/>
          <w:sz w:val="20"/>
        </w:rPr>
        <w:t>Gerald prepared a tasting spoon with one measured drop and touched it to the edge of a piece of roll. He wrote the amount down.</w:t>
      </w:r>
    </w:p>
    <w:p>
      <w:pPr>
        <w:spacing w:after="60" w:line="250" w:lineRule="auto"/>
        <w:ind w:left="202" w:right="173"/>
      </w:pPr>
      <w:r>
        <w:rPr>
          <w:rFonts w:ascii="Georgia" w:hAnsi="Georgia"/>
          <w:b w:val="0"/>
          <w:i w:val="0"/>
          <w:color w:val="22201D"/>
          <w:sz w:val="17"/>
        </w:rPr>
        <w:t>Sample: one drop Carrier: roll edge Water present: yes Warning active: clarity not ownership</w:t>
      </w:r>
    </w:p>
    <w:p>
      <w:pPr>
        <w:spacing w:after="60" w:line="266" w:lineRule="auto"/>
        <w:ind w:firstLine="331"/>
        <w:jc w:val="both"/>
      </w:pPr>
      <w:r>
        <w:rPr>
          <w:rFonts w:ascii="Georgia" w:hAnsi="Georgia"/>
          <w:b w:val="0"/>
          <w:i w:val="0"/>
          <w:color w:val="22201D"/>
          <w:sz w:val="20"/>
        </w:rPr>
        <w:t>Bob ate the roll edge.</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Bob chewed.</w:t>
      </w:r>
    </w:p>
    <w:p>
      <w:pPr>
        <w:spacing w:after="60" w:line="266" w:lineRule="auto"/>
        <w:ind w:firstLine="331"/>
        <w:jc w:val="both"/>
      </w:pPr>
      <w:r>
        <w:rPr>
          <w:rFonts w:ascii="Georgia" w:hAnsi="Georgia"/>
          <w:b w:val="0"/>
          <w:i w:val="0"/>
          <w:color w:val="22201D"/>
          <w:sz w:val="20"/>
        </w:rPr>
        <w:t>The room waited in a way that was not panic and not worship. Waiting had become one of its better tools.</w:t>
      </w:r>
    </w:p>
    <w:p>
      <w:pPr>
        <w:spacing w:after="60" w:line="266" w:lineRule="auto"/>
        <w:ind w:firstLine="331"/>
        <w:jc w:val="both"/>
      </w:pPr>
      <w:r>
        <w:rPr>
          <w:rFonts w:ascii="Georgia" w:hAnsi="Georgia"/>
          <w:b w:val="0"/>
          <w:i w:val="0"/>
          <w:color w:val="22201D"/>
          <w:sz w:val="20"/>
        </w:rPr>
        <w:t>Bob swallowed.</w:t>
      </w:r>
    </w:p>
    <w:p>
      <w:pPr>
        <w:spacing w:after="60" w:line="266" w:lineRule="auto"/>
        <w:ind w:firstLine="331"/>
        <w:jc w:val="both"/>
      </w:pPr>
      <w:r>
        <w:rPr>
          <w:rFonts w:ascii="Georgia" w:hAnsi="Georgia"/>
          <w:b w:val="0"/>
          <w:i w:val="0"/>
          <w:color w:val="22201D"/>
          <w:sz w:val="20"/>
        </w:rPr>
        <w:t>"Fish," he said.</w:t>
      </w:r>
    </w:p>
    <w:p>
      <w:pPr>
        <w:spacing w:after="60" w:line="266" w:lineRule="auto"/>
        <w:ind w:firstLine="331"/>
        <w:jc w:val="both"/>
      </w:pPr>
      <w:r>
        <w:rPr>
          <w:rFonts w:ascii="Georgia" w:hAnsi="Georgia"/>
          <w:b w:val="0"/>
          <w:i w:val="0"/>
          <w:color w:val="22201D"/>
          <w:sz w:val="20"/>
        </w:rPr>
        <w:t>Nico blinked. "Fish?"</w:t>
      </w:r>
    </w:p>
    <w:p>
      <w:pPr>
        <w:spacing w:after="60" w:line="266" w:lineRule="auto"/>
        <w:ind w:firstLine="331"/>
        <w:jc w:val="both"/>
      </w:pPr>
      <w:r>
        <w:rPr>
          <w:rFonts w:ascii="Georgia" w:hAnsi="Georgia"/>
          <w:b w:val="0"/>
          <w:i w:val="0"/>
          <w:color w:val="22201D"/>
          <w:sz w:val="20"/>
        </w:rPr>
        <w:t>"Or chicken. Or cucumber. Not everything."</w:t>
      </w:r>
    </w:p>
    <w:p>
      <w:pPr>
        <w:spacing w:after="60" w:line="266" w:lineRule="auto"/>
        <w:ind w:firstLine="331"/>
        <w:jc w:val="both"/>
      </w:pPr>
      <w:r>
        <w:rPr>
          <w:rFonts w:ascii="Georgia" w:hAnsi="Georgia"/>
          <w:b w:val="0"/>
          <w:i w:val="0"/>
          <w:color w:val="22201D"/>
          <w:sz w:val="20"/>
        </w:rPr>
        <w:t>Gerald wrote faster.</w:t>
      </w:r>
    </w:p>
    <w:p>
      <w:pPr>
        <w:spacing w:after="60" w:line="266" w:lineRule="auto"/>
        <w:ind w:firstLine="331"/>
        <w:jc w:val="both"/>
      </w:pPr>
      <w:r>
        <w:rPr>
          <w:rFonts w:ascii="Georgia" w:hAnsi="Georgia"/>
          <w:b w:val="0"/>
          <w:i w:val="0"/>
          <w:color w:val="22201D"/>
          <w:sz w:val="20"/>
        </w:rPr>
        <w:t>The bottle rained steadily.</w:t>
      </w:r>
    </w:p>
    <w:p>
      <w:pPr>
        <w:spacing w:after="60" w:line="266" w:lineRule="auto"/>
        <w:ind w:firstLine="331"/>
        <w:jc w:val="both"/>
      </w:pPr>
      <w:r>
        <w:rPr>
          <w:rFonts w:ascii="Georgia" w:hAnsi="Georgia"/>
          <w:b w:val="0"/>
          <w:i w:val="0"/>
          <w:color w:val="22201D"/>
          <w:sz w:val="20"/>
        </w:rPr>
        <w:t>Bob drank water.</w:t>
      </w:r>
    </w:p>
    <w:p>
      <w:pPr>
        <w:spacing w:after="60" w:line="266" w:lineRule="auto"/>
        <w:ind w:firstLine="331"/>
        <w:jc w:val="both"/>
      </w:pPr>
      <w:r>
        <w:rPr>
          <w:rFonts w:ascii="Georgia" w:hAnsi="Georgia"/>
          <w:b w:val="0"/>
          <w:i w:val="0"/>
          <w:color w:val="22201D"/>
          <w:sz w:val="20"/>
        </w:rPr>
        <w:t>"It cuts through fat. It wakes up bread. It makes soup brighter if the soup wants that. It does not belong on the rolls by itself unless somebody is trying to make a point."</w:t>
      </w:r>
    </w:p>
    <w:p>
      <w:pPr>
        <w:spacing w:after="60" w:line="266" w:lineRule="auto"/>
        <w:ind w:firstLine="331"/>
        <w:jc w:val="both"/>
      </w:pPr>
      <w:r>
        <w:rPr>
          <w:rFonts w:ascii="Georgia" w:hAnsi="Georgia"/>
          <w:b w:val="0"/>
          <w:i w:val="0"/>
          <w:color w:val="22201D"/>
          <w:sz w:val="20"/>
        </w:rPr>
        <w:t>The Hostess smiled without making it a lesson.</w:t>
      </w:r>
    </w:p>
    <w:p>
      <w:pPr>
        <w:spacing w:after="60" w:line="266" w:lineRule="auto"/>
        <w:ind w:firstLine="331"/>
        <w:jc w:val="both"/>
      </w:pPr>
      <w:r>
        <w:rPr>
          <w:rFonts w:ascii="Georgia" w:hAnsi="Georgia"/>
          <w:b w:val="0"/>
          <w:i w:val="0"/>
          <w:color w:val="22201D"/>
          <w:sz w:val="20"/>
        </w:rPr>
        <w:t>"Meaning?"</w:t>
      </w:r>
    </w:p>
    <w:p>
      <w:pPr>
        <w:spacing w:after="60" w:line="266" w:lineRule="auto"/>
        <w:ind w:firstLine="331"/>
        <w:jc w:val="both"/>
      </w:pPr>
      <w:r>
        <w:rPr>
          <w:rFonts w:ascii="Georgia" w:hAnsi="Georgia"/>
          <w:b w:val="0"/>
          <w:i w:val="0"/>
          <w:color w:val="22201D"/>
          <w:sz w:val="20"/>
        </w:rPr>
        <w:t>Bob shrugged.</w:t>
      </w:r>
    </w:p>
    <w:p>
      <w:pPr>
        <w:spacing w:after="60" w:line="266" w:lineRule="auto"/>
        <w:ind w:firstLine="331"/>
        <w:jc w:val="both"/>
      </w:pPr>
      <w:r>
        <w:rPr>
          <w:rFonts w:ascii="Georgia" w:hAnsi="Georgia"/>
          <w:b w:val="0"/>
          <w:i w:val="0"/>
          <w:color w:val="22201D"/>
          <w:sz w:val="20"/>
        </w:rPr>
        <w:t>"Lunch."</w:t>
      </w:r>
    </w:p>
    <w:p>
      <w:pPr>
        <w:spacing w:after="60" w:line="266" w:lineRule="auto"/>
        <w:ind w:firstLine="331"/>
        <w:jc w:val="both"/>
      </w:pPr>
      <w:r>
        <w:rPr>
          <w:rFonts w:ascii="Georgia" w:hAnsi="Georgia"/>
          <w:b w:val="0"/>
          <w:i w:val="0"/>
          <w:color w:val="22201D"/>
          <w:sz w:val="20"/>
        </w:rPr>
        <w:t>The closure notice under the cooling rack cooled another degree.</w:t>
      </w:r>
    </w:p>
    <w:p>
      <w:pPr>
        <w:spacing w:after="60" w:line="266" w:lineRule="auto"/>
        <w:ind w:firstLine="331"/>
        <w:jc w:val="both"/>
      </w:pPr>
      <w:r>
        <w:rPr>
          <w:rFonts w:ascii="Georgia" w:hAnsi="Georgia"/>
          <w:b w:val="0"/>
          <w:i w:val="0"/>
          <w:color w:val="22201D"/>
          <w:sz w:val="20"/>
        </w:rPr>
        <w:t>Steve measured nothing. He simply recorded:</w:t>
      </w:r>
    </w:p>
    <w:p>
      <w:pPr>
        <w:spacing w:after="60" w:line="250" w:lineRule="auto"/>
        <w:ind w:left="202" w:right="173"/>
      </w:pPr>
      <w:r>
        <w:rPr>
          <w:rFonts w:ascii="Georgia" w:hAnsi="Georgia"/>
          <w:b w:val="0"/>
          <w:i w:val="0"/>
          <w:color w:val="22201D"/>
          <w:sz w:val="17"/>
        </w:rPr>
        <w:t>Taster described use without claiming meaning. Closure pressure reduced.</w:t>
      </w:r>
    </w:p>
    <w:p>
      <w:pPr>
        <w:spacing w:after="60" w:line="266" w:lineRule="auto"/>
        <w:ind w:firstLine="331"/>
        <w:jc w:val="both"/>
      </w:pPr>
      <w:r>
        <w:rPr>
          <w:rFonts w:ascii="Georgia" w:hAnsi="Georgia"/>
          <w:b w:val="0"/>
          <w:i w:val="0"/>
          <w:color w:val="22201D"/>
          <w:sz w:val="20"/>
        </w:rPr>
        <w:t>Gerald did not object.</w:t>
      </w:r>
    </w:p>
    <w:p>
      <w:pPr>
        <w:spacing w:after="60" w:line="266" w:lineRule="auto"/>
        <w:ind w:firstLine="331"/>
        <w:jc w:val="both"/>
      </w:pPr>
      <w:r>
        <w:rPr>
          <w:rFonts w:ascii="Georgia" w:hAnsi="Georgia"/>
          <w:b w:val="0"/>
          <w:i w:val="0"/>
          <w:color w:val="22201D"/>
          <w:sz w:val="20"/>
        </w:rPr>
        <w:t>That was how Steve knew the note was close enough.</w:t>
      </w:r>
    </w:p>
    <w:p>
      <w:pPr>
        <w:spacing w:after="60" w:line="266" w:lineRule="auto"/>
        <w:ind w:firstLine="331"/>
        <w:jc w:val="both"/>
      </w:pPr>
      <w:r>
        <w:rPr>
          <w:rFonts w:ascii="Georgia" w:hAnsi="Georgia"/>
          <w:b w:val="0"/>
          <w:i w:val="0"/>
          <w:color w:val="22201D"/>
          <w:sz w:val="20"/>
        </w:rPr>
        <w:t>Lena, still at the window two-top, raised her hand.</w:t>
      </w:r>
    </w:p>
    <w:p>
      <w:pPr>
        <w:spacing w:after="60" w:line="266" w:lineRule="auto"/>
        <w:ind w:firstLine="331"/>
        <w:jc w:val="both"/>
      </w:pPr>
      <w:r>
        <w:rPr>
          <w:rFonts w:ascii="Georgia" w:hAnsi="Georgia"/>
          <w:b w:val="0"/>
          <w:i w:val="0"/>
          <w:color w:val="22201D"/>
          <w:sz w:val="20"/>
        </w:rPr>
        <w:t>Not high. Not urgently. Just enough to become visible without becoming a review.</w:t>
      </w:r>
    </w:p>
    <w:p>
      <w:pPr>
        <w:spacing w:after="60" w:line="266" w:lineRule="auto"/>
        <w:ind w:firstLine="331"/>
        <w:jc w:val="both"/>
      </w:pPr>
      <w:r>
        <w:rPr>
          <w:rFonts w:ascii="Georgia" w:hAnsi="Georgia"/>
          <w:b w:val="0"/>
          <w:i w:val="0"/>
          <w:color w:val="22201D"/>
          <w:sz w:val="20"/>
        </w:rPr>
        <w:t>The Hostess went to her.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"May I ask about the sauce?"</w:t>
      </w:r>
    </w:p>
    <w:p>
      <w:pPr>
        <w:spacing w:after="60" w:line="266" w:lineRule="auto"/>
        <w:ind w:firstLine="331"/>
        <w:jc w:val="both"/>
      </w:pPr>
      <w:r>
        <w:rPr>
          <w:rFonts w:ascii="Georgia" w:hAnsi="Georgia"/>
          <w:b w:val="0"/>
          <w:i w:val="0"/>
          <w:color w:val="22201D"/>
          <w:sz w:val="20"/>
        </w:rPr>
        <w:t>The Hostess glanced at the menu warning beside the water glass.</w:t>
      </w:r>
    </w:p>
    <w:p>
      <w:pPr>
        <w:spacing w:after="60" w:line="266" w:lineRule="auto"/>
        <w:ind w:firstLine="331"/>
        <w:jc w:val="both"/>
      </w:pPr>
      <w:r>
        <w:rPr>
          <w:rFonts w:ascii="Georgia" w:hAnsi="Georgia"/>
          <w:b w:val="0"/>
          <w:i w:val="0"/>
          <w:color w:val="22201D"/>
          <w:sz w:val="20"/>
        </w:rPr>
        <w:t>"You may ask for use."</w:t>
      </w:r>
    </w:p>
    <w:p>
      <w:pPr>
        <w:spacing w:after="60" w:line="266" w:lineRule="auto"/>
        <w:ind w:firstLine="331"/>
        <w:jc w:val="both"/>
      </w:pPr>
      <w:r>
        <w:rPr>
          <w:rFonts w:ascii="Georgia" w:hAnsi="Georgia"/>
          <w:b w:val="0"/>
          <w:i w:val="0"/>
          <w:color w:val="22201D"/>
          <w:sz w:val="20"/>
        </w:rPr>
        <w:t>Lena nodded. "Would it be good in the soup?"</w:t>
      </w:r>
    </w:p>
    <w:p>
      <w:pPr>
        <w:spacing w:after="60" w:line="266" w:lineRule="auto"/>
        <w:ind w:firstLine="331"/>
        <w:jc w:val="both"/>
      </w:pPr>
      <w:r>
        <w:rPr>
          <w:rFonts w:ascii="Georgia" w:hAnsi="Georgia"/>
          <w:b w:val="0"/>
          <w:i w:val="0"/>
          <w:color w:val="22201D"/>
          <w:sz w:val="20"/>
        </w:rPr>
        <w:t>Gerald heard from the pass and closed his eyes in reluctant approval.</w:t>
      </w:r>
    </w:p>
    <w:p>
      <w:pPr>
        <w:spacing w:after="60" w:line="266" w:lineRule="auto"/>
        <w:ind w:firstLine="331"/>
        <w:jc w:val="both"/>
      </w:pPr>
      <w:r>
        <w:rPr>
          <w:rFonts w:ascii="Georgia" w:hAnsi="Georgia"/>
          <w:b w:val="0"/>
          <w:i w:val="0"/>
          <w:color w:val="22201D"/>
          <w:sz w:val="20"/>
        </w:rPr>
        <w:t>The Hostess said, "That is a safe question."</w:t>
      </w:r>
    </w:p>
    <w:p>
      <w:pPr>
        <w:spacing w:after="60" w:line="266" w:lineRule="auto"/>
        <w:ind w:firstLine="331"/>
        <w:jc w:val="both"/>
      </w:pPr>
      <w:r>
        <w:rPr>
          <w:rFonts w:ascii="Georgia" w:hAnsi="Georgia"/>
          <w:b w:val="0"/>
          <w:i w:val="0"/>
          <w:color w:val="22201D"/>
          <w:sz w:val="20"/>
        </w:rPr>
        <w:t>Flocc brought the tasting tray to the window two-top. He set it down with water first, bread second, sauce third, spoon last. Gerald saw the order and made a mark on the inspection note.</w:t>
      </w:r>
    </w:p>
    <w:p>
      <w:pPr>
        <w:spacing w:after="60" w:line="266" w:lineRule="auto"/>
        <w:ind w:firstLine="331"/>
        <w:jc w:val="both"/>
      </w:pPr>
      <w:r>
        <w:rPr>
          <w:rFonts w:ascii="Georgia" w:hAnsi="Georgia"/>
          <w:b w:val="0"/>
          <w:i w:val="0"/>
          <w:color w:val="22201D"/>
          <w:sz w:val="20"/>
        </w:rPr>
        <w:t>Lena looked at the bottle.</w:t>
      </w:r>
    </w:p>
    <w:p>
      <w:pPr>
        <w:spacing w:after="60" w:line="266" w:lineRule="auto"/>
        <w:ind w:firstLine="331"/>
        <w:jc w:val="both"/>
      </w:pPr>
      <w:r>
        <w:rPr>
          <w:rFonts w:ascii="Georgia" w:hAnsi="Georgia"/>
          <w:b w:val="0"/>
          <w:i w:val="0"/>
          <w:color w:val="22201D"/>
          <w:sz w:val="20"/>
        </w:rPr>
        <w:t>"It's pretty."</w:t>
      </w:r>
    </w:p>
    <w:p>
      <w:pPr>
        <w:spacing w:after="60" w:line="266" w:lineRule="auto"/>
        <w:ind w:firstLine="331"/>
        <w:jc w:val="both"/>
      </w:pPr>
      <w:r>
        <w:rPr>
          <w:rFonts w:ascii="Georgia" w:hAnsi="Georgia"/>
          <w:b w:val="0"/>
          <w:i w:val="0"/>
          <w:color w:val="22201D"/>
          <w:sz w:val="20"/>
        </w:rPr>
        <w:t>The bottle did not rain harder.</w:t>
      </w:r>
    </w:p>
    <w:p>
      <w:pPr>
        <w:spacing w:after="60" w:line="266" w:lineRule="auto"/>
        <w:ind w:firstLine="331"/>
        <w:jc w:val="both"/>
      </w:pPr>
      <w:r>
        <w:rPr>
          <w:rFonts w:ascii="Georgia" w:hAnsi="Georgia"/>
          <w:b w:val="0"/>
          <w:i w:val="0"/>
          <w:color w:val="22201D"/>
          <w:sz w:val="20"/>
        </w:rPr>
        <w:t>Pretty was allowed if it did not try to govern.</w:t>
      </w:r>
    </w:p>
    <w:p>
      <w:pPr>
        <w:spacing w:after="60" w:line="266" w:lineRule="auto"/>
        <w:ind w:firstLine="331"/>
        <w:jc w:val="both"/>
      </w:pPr>
      <w:r>
        <w:rPr>
          <w:rFonts w:ascii="Georgia" w:hAnsi="Georgia"/>
          <w:b w:val="0"/>
          <w:i w:val="0"/>
          <w:color w:val="22201D"/>
          <w:sz w:val="20"/>
        </w:rPr>
        <w:t>Flocc said, "One drop first."</w:t>
      </w:r>
    </w:p>
    <w:p>
      <w:pPr>
        <w:spacing w:after="60" w:line="266" w:lineRule="auto"/>
        <w:ind w:firstLine="331"/>
        <w:jc w:val="both"/>
      </w:pPr>
      <w:r>
        <w:rPr>
          <w:rFonts w:ascii="Georgia" w:hAnsi="Georgia"/>
          <w:b w:val="0"/>
          <w:i w:val="0"/>
          <w:color w:val="22201D"/>
          <w:sz w:val="20"/>
        </w:rPr>
        <w:t>"Because it's hot?"</w:t>
      </w:r>
    </w:p>
    <w:p>
      <w:pPr>
        <w:spacing w:after="60" w:line="266" w:lineRule="auto"/>
        <w:ind w:firstLine="331"/>
        <w:jc w:val="both"/>
      </w:pPr>
      <w:r>
        <w:rPr>
          <w:rFonts w:ascii="Georgia" w:hAnsi="Georgia"/>
          <w:b w:val="0"/>
          <w:i w:val="0"/>
          <w:color w:val="22201D"/>
          <w:sz w:val="20"/>
        </w:rPr>
        <w:t>"Because it is clear."</w:t>
      </w:r>
    </w:p>
    <w:p>
      <w:pPr>
        <w:spacing w:after="60" w:line="266" w:lineRule="auto"/>
        <w:ind w:firstLine="331"/>
        <w:jc w:val="both"/>
      </w:pPr>
      <w:r>
        <w:rPr>
          <w:rFonts w:ascii="Georgia" w:hAnsi="Georgia"/>
          <w:b w:val="0"/>
          <w:i w:val="0"/>
          <w:color w:val="22201D"/>
          <w:sz w:val="20"/>
        </w:rPr>
        <w:t>Lena frowned. "Clear can be dangerous?"</w:t>
      </w:r>
    </w:p>
    <w:p>
      <w:pPr>
        <w:spacing w:after="60" w:line="266" w:lineRule="auto"/>
        <w:ind w:firstLine="331"/>
        <w:jc w:val="both"/>
      </w:pPr>
      <w:r>
        <w:rPr>
          <w:rFonts w:ascii="Georgia" w:hAnsi="Georgia"/>
          <w:b w:val="0"/>
          <w:i w:val="0"/>
          <w:color w:val="22201D"/>
          <w:sz w:val="20"/>
        </w:rPr>
        <w:t>Flocc looked back at the Hostess.</w:t>
      </w:r>
    </w:p>
    <w:p>
      <w:pPr>
        <w:spacing w:after="60" w:line="266" w:lineRule="auto"/>
        <w:ind w:firstLine="331"/>
        <w:jc w:val="both"/>
      </w:pPr>
      <w:r>
        <w:rPr>
          <w:rFonts w:ascii="Georgia" w:hAnsi="Georgia"/>
          <w:b w:val="0"/>
          <w:i w:val="0"/>
          <w:color w:val="22201D"/>
          <w:sz w:val="20"/>
        </w:rPr>
        <w:t>The Hostess did not answer for him.</w:t>
      </w:r>
    </w:p>
    <w:p>
      <w:pPr>
        <w:spacing w:after="60" w:line="266" w:lineRule="auto"/>
        <w:ind w:firstLine="331"/>
        <w:jc w:val="both"/>
      </w:pPr>
      <w:r>
        <w:rPr>
          <w:rFonts w:ascii="Georgia" w:hAnsi="Georgia"/>
          <w:b w:val="0"/>
          <w:i w:val="0"/>
          <w:color w:val="22201D"/>
          <w:sz w:val="20"/>
        </w:rPr>
        <w:t>He said, "Clear can make people think they are finished paying attention."</w:t>
      </w:r>
    </w:p>
    <w:p>
      <w:pPr>
        <w:spacing w:after="60" w:line="266" w:lineRule="auto"/>
        <w:ind w:firstLine="331"/>
        <w:jc w:val="both"/>
      </w:pPr>
      <w:r>
        <w:rPr>
          <w:rFonts w:ascii="Georgia" w:hAnsi="Georgia"/>
          <w:b w:val="0"/>
          <w:i w:val="0"/>
          <w:color w:val="22201D"/>
          <w:sz w:val="20"/>
        </w:rPr>
        <w:t>The menu warning beside Lena's glass stayed flat.</w:t>
      </w:r>
    </w:p>
    <w:p>
      <w:pPr>
        <w:spacing w:after="60" w:line="266" w:lineRule="auto"/>
        <w:ind w:firstLine="331"/>
        <w:jc w:val="both"/>
      </w:pPr>
      <w:r>
        <w:rPr>
          <w:rFonts w:ascii="Georgia" w:hAnsi="Georgia"/>
          <w:b w:val="0"/>
          <w:i w:val="0"/>
          <w:color w:val="22201D"/>
          <w:sz w:val="20"/>
        </w:rPr>
        <w:t>Gerald made another mark.</w:t>
      </w:r>
    </w:p>
    <w:p>
      <w:pPr>
        <w:spacing w:after="60" w:line="266" w:lineRule="auto"/>
        <w:ind w:firstLine="331"/>
        <w:jc w:val="both"/>
      </w:pPr>
      <w:r>
        <w:rPr>
          <w:rFonts w:ascii="Georgia" w:hAnsi="Georgia"/>
          <w:b w:val="0"/>
          <w:i w:val="0"/>
          <w:color w:val="22201D"/>
          <w:sz w:val="20"/>
        </w:rPr>
        <w:t>Lena accepted one drop in a spoonful of soup.</w:t>
      </w:r>
    </w:p>
    <w:p>
      <w:pPr>
        <w:spacing w:after="60" w:line="266" w:lineRule="auto"/>
        <w:ind w:firstLine="331"/>
        <w:jc w:val="both"/>
      </w:pPr>
      <w:r>
        <w:rPr>
          <w:rFonts w:ascii="Georgia" w:hAnsi="Georgia"/>
          <w:b w:val="0"/>
          <w:i w:val="0"/>
          <w:color w:val="22201D"/>
          <w:sz w:val="20"/>
        </w:rPr>
        <w:t>She tasted.</w:t>
      </w:r>
    </w:p>
    <w:p>
      <w:pPr>
        <w:spacing w:after="60" w:line="266" w:lineRule="auto"/>
        <w:ind w:firstLine="331"/>
        <w:jc w:val="both"/>
      </w:pPr>
      <w:r>
        <w:rPr>
          <w:rFonts w:ascii="Georgia" w:hAnsi="Georgia"/>
          <w:b w:val="0"/>
          <w:i w:val="0"/>
          <w:color w:val="22201D"/>
          <w:sz w:val="20"/>
        </w:rPr>
        <w:t>Her face did not transform. That was important. It changed a little, the way a person changes when a window opens in a room they had not realized was stuffy.</w:t>
      </w:r>
    </w:p>
    <w:p>
      <w:pPr>
        <w:spacing w:after="60" w:line="266" w:lineRule="auto"/>
        <w:ind w:firstLine="331"/>
        <w:jc w:val="both"/>
      </w:pPr>
      <w:r>
        <w:rPr>
          <w:rFonts w:ascii="Georgia" w:hAnsi="Georgia"/>
          <w:b w:val="0"/>
          <w:i w:val="0"/>
          <w:color w:val="22201D"/>
          <w:sz w:val="20"/>
        </w:rPr>
        <w:t>"Oh," she said.</w:t>
      </w:r>
    </w:p>
    <w:p>
      <w:pPr>
        <w:spacing w:after="60" w:line="266" w:lineRule="auto"/>
        <w:ind w:firstLine="331"/>
        <w:jc w:val="both"/>
      </w:pPr>
      <w:r>
        <w:rPr>
          <w:rFonts w:ascii="Georgia" w:hAnsi="Georgia"/>
          <w:b w:val="0"/>
          <w:i w:val="0"/>
          <w:color w:val="22201D"/>
          <w:sz w:val="20"/>
        </w:rPr>
        <w:t>Nico leaned forward and then leaned back before anyone had to stop him.</w:t>
      </w:r>
    </w:p>
    <w:p>
      <w:pPr>
        <w:spacing w:after="60" w:line="266" w:lineRule="auto"/>
        <w:ind w:firstLine="331"/>
        <w:jc w:val="both"/>
      </w:pPr>
      <w:r>
        <w:rPr>
          <w:rFonts w:ascii="Georgia" w:hAnsi="Georgia"/>
          <w:b w:val="0"/>
          <w:i w:val="0"/>
          <w:color w:val="22201D"/>
          <w:sz w:val="20"/>
        </w:rPr>
        <w:t>Lena took water.</w:t>
      </w:r>
    </w:p>
    <w:p>
      <w:pPr>
        <w:spacing w:after="60" w:line="266" w:lineRule="auto"/>
        <w:ind w:firstLine="331"/>
        <w:jc w:val="both"/>
      </w:pPr>
      <w:r>
        <w:rPr>
          <w:rFonts w:ascii="Georgia" w:hAnsi="Georgia"/>
          <w:b w:val="0"/>
          <w:i w:val="0"/>
          <w:color w:val="22201D"/>
          <w:sz w:val="20"/>
        </w:rPr>
        <w:t>"It doesn't explain the soup."</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"It makes me notice the soup."</w:t>
      </w:r>
    </w:p>
    <w:p>
      <w:pPr>
        <w:spacing w:after="60" w:line="266" w:lineRule="auto"/>
        <w:ind w:firstLine="331"/>
        <w:jc w:val="both"/>
      </w:pPr>
      <w:r>
        <w:rPr>
          <w:rFonts w:ascii="Georgia" w:hAnsi="Georgia"/>
          <w:b w:val="0"/>
          <w:i w:val="0"/>
          <w:color w:val="22201D"/>
          <w:sz w:val="20"/>
        </w:rPr>
        <w:t>The bottle rained once.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Customer reports increased notice, not completed explanation.</w:t>
      </w:r>
    </w:p>
    <w:p>
      <w:pPr>
        <w:spacing w:after="60" w:line="266" w:lineRule="auto"/>
        <w:ind w:firstLine="331"/>
        <w:jc w:val="both"/>
      </w:pPr>
      <w:r>
        <w:rPr>
          <w:rFonts w:ascii="Georgia" w:hAnsi="Georgia"/>
          <w:b w:val="0"/>
          <w:i w:val="0"/>
          <w:color w:val="22201D"/>
          <w:sz w:val="20"/>
        </w:rPr>
        <w:t>Gerald added:</w:t>
      </w:r>
    </w:p>
    <w:p>
      <w:pPr>
        <w:spacing w:after="60" w:line="250" w:lineRule="auto"/>
        <w:ind w:left="202" w:right="173"/>
      </w:pPr>
      <w:r>
        <w:rPr>
          <w:rFonts w:ascii="Georgia" w:hAnsi="Georgia"/>
          <w:b w:val="0"/>
          <w:i w:val="0"/>
          <w:color w:val="22201D"/>
          <w:sz w:val="17"/>
        </w:rPr>
        <w:t>One-drop service acceptable with water and plain-language guidance.</w:t>
      </w:r>
    </w:p>
    <w:p>
      <w:pPr>
        <w:spacing w:after="60" w:line="266" w:lineRule="auto"/>
        <w:ind w:firstLine="331"/>
        <w:jc w:val="both"/>
      </w:pPr>
      <w:r>
        <w:rPr>
          <w:rFonts w:ascii="Georgia" w:hAnsi="Georgia"/>
          <w:b w:val="0"/>
          <w:i w:val="0"/>
          <w:color w:val="22201D"/>
          <w:sz w:val="20"/>
        </w:rPr>
        <w:t>Flocc felt something in himself settle that had been trying to make clarity into an achievement. He had wanted, without admitting it, for the final sauce to show them what the last table meant. He had wanted a clean flavor to become a clean answer.</w:t>
      </w:r>
    </w:p>
    <w:p>
      <w:pPr>
        <w:spacing w:after="60" w:line="266" w:lineRule="auto"/>
        <w:ind w:firstLine="331"/>
        <w:jc w:val="both"/>
      </w:pPr>
      <w:r>
        <w:rPr>
          <w:rFonts w:ascii="Georgia" w:hAnsi="Georgia"/>
          <w:b w:val="0"/>
          <w:i w:val="0"/>
          <w:color w:val="22201D"/>
          <w:sz w:val="20"/>
        </w:rPr>
        <w:t>Instead, the sauce made lunch more available.</w:t>
      </w:r>
    </w:p>
    <w:p>
      <w:pPr>
        <w:spacing w:after="60" w:line="266" w:lineRule="auto"/>
        <w:ind w:firstLine="331"/>
        <w:jc w:val="both"/>
      </w:pPr>
      <w:r>
        <w:rPr>
          <w:rFonts w:ascii="Georgia" w:hAnsi="Georgia"/>
          <w:b w:val="0"/>
          <w:i w:val="0"/>
          <w:color w:val="22201D"/>
          <w:sz w:val="20"/>
        </w:rPr>
        <w:t>That was smaller.</w:t>
      </w:r>
    </w:p>
    <w:p>
      <w:pPr>
        <w:spacing w:after="60" w:line="266" w:lineRule="auto"/>
        <w:ind w:firstLine="331"/>
        <w:jc w:val="both"/>
      </w:pPr>
      <w:r>
        <w:rPr>
          <w:rFonts w:ascii="Georgia" w:hAnsi="Georgia"/>
          <w:b w:val="0"/>
          <w:i w:val="0"/>
          <w:color w:val="22201D"/>
          <w:sz w:val="20"/>
        </w:rPr>
        <w:t>It was also harder to misuse.</w:t>
      </w:r>
    </w:p>
    <w:p>
      <w:pPr>
        <w:spacing w:after="60" w:line="266" w:lineRule="auto"/>
        <w:ind w:firstLine="331"/>
        <w:jc w:val="both"/>
      </w:pPr>
      <w:r>
        <w:rPr>
          <w:rFonts w:ascii="Georgia" w:hAnsi="Georgia"/>
          <w:b w:val="0"/>
          <w:i w:val="0"/>
          <w:color w:val="22201D"/>
          <w:sz w:val="20"/>
        </w:rPr>
        <w:t>At Table Two, a regular named Maris, who had been pretending not to listen since the closure notice arrived, called out, "Can I have some of that clarity?"</w:t>
      </w:r>
    </w:p>
    <w:p>
      <w:pPr>
        <w:spacing w:after="60" w:line="266" w:lineRule="auto"/>
        <w:ind w:firstLine="331"/>
        <w:jc w:val="both"/>
      </w:pPr>
      <w:r>
        <w:rPr>
          <w:rFonts w:ascii="Georgia" w:hAnsi="Georgia"/>
          <w:b w:val="0"/>
          <w:i w:val="0"/>
          <w:color w:val="22201D"/>
          <w:sz w:val="20"/>
        </w:rPr>
        <w:t>Every menu warning in the room lifted one corner.</w:t>
      </w:r>
    </w:p>
    <w:p>
      <w:pPr>
        <w:spacing w:after="60" w:line="266" w:lineRule="auto"/>
        <w:ind w:firstLine="331"/>
        <w:jc w:val="both"/>
      </w:pPr>
      <w:r>
        <w:rPr>
          <w:rFonts w:ascii="Georgia" w:hAnsi="Georgia"/>
          <w:b w:val="0"/>
          <w:i w:val="0"/>
          <w:color w:val="22201D"/>
          <w:sz w:val="20"/>
        </w:rPr>
        <w:t>Gerald pointed without looking.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Maris held up both hands. "Sauce. I meant sauce."</w:t>
      </w:r>
    </w:p>
    <w:p>
      <w:pPr>
        <w:spacing w:after="60" w:line="266" w:lineRule="auto"/>
        <w:ind w:firstLine="331"/>
        <w:jc w:val="both"/>
      </w:pPr>
      <w:r>
        <w:rPr>
          <w:rFonts w:ascii="Georgia" w:hAnsi="Georgia"/>
          <w:b w:val="0"/>
          <w:i w:val="0"/>
          <w:color w:val="22201D"/>
          <w:sz w:val="20"/>
        </w:rPr>
        <w:t>The corners settled halfway.</w:t>
      </w:r>
    </w:p>
    <w:p>
      <w:pPr>
        <w:spacing w:after="60" w:line="266" w:lineRule="auto"/>
        <w:ind w:firstLine="331"/>
        <w:jc w:val="both"/>
      </w:pPr>
      <w:r>
        <w:rPr>
          <w:rFonts w:ascii="Georgia" w:hAnsi="Georgia"/>
          <w:b w:val="0"/>
          <w:i w:val="0"/>
          <w:color w:val="22201D"/>
          <w:sz w:val="20"/>
        </w:rPr>
        <w:t>The Hostess walked to Table Two.</w:t>
      </w:r>
    </w:p>
    <w:p>
      <w:pPr>
        <w:spacing w:after="60" w:line="266" w:lineRule="auto"/>
        <w:ind w:firstLine="331"/>
        <w:jc w:val="both"/>
      </w:pPr>
      <w:r>
        <w:rPr>
          <w:rFonts w:ascii="Georgia" w:hAnsi="Georgia"/>
          <w:b w:val="0"/>
          <w:i w:val="0"/>
          <w:color w:val="22201D"/>
          <w:sz w:val="20"/>
        </w:rPr>
        <w:t>"You may have Citrus Aji Limo Rain. You may not have clarity as a condiment."</w:t>
      </w:r>
    </w:p>
    <w:p>
      <w:pPr>
        <w:spacing w:after="60" w:line="266" w:lineRule="auto"/>
        <w:ind w:firstLine="331"/>
        <w:jc w:val="both"/>
      </w:pPr>
      <w:r>
        <w:rPr>
          <w:rFonts w:ascii="Georgia" w:hAnsi="Georgia"/>
          <w:b w:val="0"/>
          <w:i w:val="0"/>
          <w:color w:val="22201D"/>
          <w:sz w:val="20"/>
        </w:rPr>
        <w:t>"Fair," Maris said.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Do not serve abstract nouns in ramekins.</w:t>
      </w:r>
    </w:p>
    <w:p>
      <w:pPr>
        <w:spacing w:after="60" w:line="266" w:lineRule="auto"/>
        <w:ind w:firstLine="331"/>
        <w:jc w:val="both"/>
      </w:pPr>
      <w:r>
        <w:rPr>
          <w:rFonts w:ascii="Georgia" w:hAnsi="Georgia"/>
          <w:b w:val="0"/>
          <w:i w:val="0"/>
          <w:color w:val="22201D"/>
          <w:sz w:val="20"/>
        </w:rPr>
        <w:t>Gerald said, "That should have been obvious."</w:t>
      </w:r>
    </w:p>
    <w:p>
      <w:pPr>
        <w:spacing w:after="60" w:line="266" w:lineRule="auto"/>
        <w:ind w:firstLine="331"/>
        <w:jc w:val="both"/>
      </w:pPr>
      <w:r>
        <w:rPr>
          <w:rFonts w:ascii="Georgia" w:hAnsi="Georgia"/>
          <w:b w:val="0"/>
          <w:i w:val="0"/>
          <w:color w:val="22201D"/>
          <w:sz w:val="20"/>
        </w:rPr>
        <w:t>"Most policies should have been obvious," Steve said. "That is why we keep needing them."</w:t>
      </w:r>
    </w:p>
    <w:p>
      <w:pPr>
        <w:spacing w:after="60" w:line="266" w:lineRule="auto"/>
        <w:ind w:firstLine="331"/>
        <w:jc w:val="both"/>
      </w:pPr>
      <w:r>
        <w:rPr>
          <w:rFonts w:ascii="Georgia" w:hAnsi="Georgia"/>
          <w:b w:val="0"/>
          <w:i w:val="0"/>
          <w:color w:val="22201D"/>
          <w:sz w:val="20"/>
        </w:rPr>
        <w:t>Nico looked pained by the number of excellent phrases he was not allowed to use.</w:t>
      </w:r>
    </w:p>
    <w:p>
      <w:pPr>
        <w:spacing w:after="60" w:line="266" w:lineRule="auto"/>
        <w:ind w:firstLine="331"/>
        <w:jc w:val="both"/>
      </w:pPr>
      <w:r>
        <w:rPr>
          <w:rFonts w:ascii="Georgia" w:hAnsi="Georgia"/>
          <w:b w:val="0"/>
          <w:i w:val="0"/>
          <w:color w:val="22201D"/>
          <w:sz w:val="20"/>
        </w:rPr>
        <w:t>Bob prepared a second tray, copying Flocc's order: water, bread, sauce, spoon. He did not call it a ritual. This kept the tray from becoming one.</w:t>
      </w:r>
    </w:p>
    <w:p>
      <w:pPr>
        <w:spacing w:after="60" w:line="266" w:lineRule="auto"/>
        <w:ind w:firstLine="331"/>
        <w:jc w:val="both"/>
      </w:pPr>
      <w:r>
        <w:rPr>
          <w:rFonts w:ascii="Georgia" w:hAnsi="Georgia"/>
          <w:b w:val="0"/>
          <w:i w:val="0"/>
          <w:color w:val="22201D"/>
          <w:sz w:val="20"/>
        </w:rPr>
        <w:t>The second tasting confirmed the first: one drop brightened, two drops commanded, three drops began issuing opinions. Gerald capped the working limit at one drop for soup, one drop for bread, two drops only for fatty foods after direct request, no abstract noun service, no photography while active warnings were on tables.</w:t>
      </w:r>
    </w:p>
    <w:p>
      <w:pPr>
        <w:spacing w:after="60" w:line="266" w:lineRule="auto"/>
        <w:ind w:firstLine="331"/>
        <w:jc w:val="both"/>
      </w:pPr>
      <w:r>
        <w:rPr>
          <w:rFonts w:ascii="Georgia" w:hAnsi="Georgia"/>
          <w:b w:val="0"/>
          <w:i w:val="0"/>
          <w:color w:val="22201D"/>
          <w:sz w:val="20"/>
        </w:rPr>
        <w:t>He wrote a temporary service card:</w:t>
      </w:r>
    </w:p>
    <w:p>
      <w:pPr>
        <w:spacing w:after="60" w:line="250" w:lineRule="auto"/>
        <w:ind w:left="202" w:right="173"/>
      </w:pPr>
      <w:r>
        <w:rPr>
          <w:rFonts w:ascii="Georgia" w:hAnsi="Georgia"/>
          <w:b w:val="0"/>
          <w:i w:val="0"/>
          <w:color w:val="22201D"/>
          <w:sz w:val="17"/>
        </w:rPr>
        <w:t>CITRUS AJI LIMO RAIN - TEMPORARY SERVICE USE  Start with one drop. Water required. Bread available. Do not describe as the meaning of anything. Use for brightness, not proof.</w:t>
      </w:r>
    </w:p>
    <w:p>
      <w:pPr>
        <w:spacing w:after="60" w:line="266" w:lineRule="auto"/>
        <w:ind w:firstLine="331"/>
        <w:jc w:val="both"/>
      </w:pPr>
      <w:r>
        <w:rPr>
          <w:rFonts w:ascii="Georgia" w:hAnsi="Georgia"/>
          <w:b w:val="0"/>
          <w:i w:val="0"/>
          <w:color w:val="22201D"/>
          <w:sz w:val="20"/>
        </w:rPr>
        <w:t>The card printed a final line by itself:</w:t>
      </w:r>
    </w:p>
    <w:p>
      <w:pPr>
        <w:spacing w:after="60" w:line="250" w:lineRule="auto"/>
        <w:ind w:left="202" w:right="173"/>
      </w:pPr>
      <w:r>
        <w:rPr>
          <w:rFonts w:ascii="Georgia" w:hAnsi="Georgia"/>
          <w:b w:val="0"/>
          <w:i w:val="0"/>
          <w:color w:val="22201D"/>
          <w:sz w:val="17"/>
        </w:rPr>
        <w:t>Clarity is a tool, not a verdict.</w:t>
      </w:r>
    </w:p>
    <w:p>
      <w:pPr>
        <w:spacing w:after="60" w:line="266" w:lineRule="auto"/>
        <w:ind w:firstLine="331"/>
        <w:jc w:val="both"/>
      </w:pPr>
      <w:r>
        <w:rPr>
          <w:rFonts w:ascii="Georgia" w:hAnsi="Georgia"/>
          <w:b w:val="0"/>
          <w:i w:val="0"/>
          <w:color w:val="22201D"/>
          <w:sz w:val="20"/>
        </w:rPr>
        <w:t>Gerald stared at it.</w:t>
      </w:r>
    </w:p>
    <w:p>
      <w:pPr>
        <w:spacing w:after="60" w:line="266" w:lineRule="auto"/>
        <w:ind w:firstLine="331"/>
        <w:jc w:val="both"/>
      </w:pPr>
      <w:r>
        <w:rPr>
          <w:rFonts w:ascii="Georgia" w:hAnsi="Georgia"/>
          <w:b w:val="0"/>
          <w:i w:val="0"/>
          <w:color w:val="22201D"/>
          <w:sz w:val="20"/>
        </w:rPr>
        <w:t>"I hate when the card is right."</w:t>
      </w:r>
    </w:p>
    <w:p>
      <w:pPr>
        <w:spacing w:after="60" w:line="266" w:lineRule="auto"/>
        <w:ind w:firstLine="331"/>
        <w:jc w:val="both"/>
      </w:pPr>
      <w:r>
        <w:rPr>
          <w:rFonts w:ascii="Georgia" w:hAnsi="Georgia"/>
          <w:b w:val="0"/>
          <w:i w:val="0"/>
          <w:color w:val="22201D"/>
          <w:sz w:val="20"/>
        </w:rPr>
        <w:t>The Hostess placed the card beside the bottle.</w:t>
      </w:r>
    </w:p>
    <w:p>
      <w:pPr>
        <w:spacing w:after="60" w:line="266" w:lineRule="auto"/>
        <w:ind w:firstLine="331"/>
        <w:jc w:val="both"/>
      </w:pPr>
      <w:r>
        <w:rPr>
          <w:rFonts w:ascii="Georgia" w:hAnsi="Georgia"/>
          <w:b w:val="0"/>
          <w:i w:val="0"/>
          <w:color w:val="22201D"/>
          <w:sz w:val="20"/>
        </w:rPr>
        <w:t>"Then use it before you admire it."</w:t>
      </w:r>
    </w:p>
    <w:p>
      <w:pPr>
        <w:spacing w:after="60" w:line="266" w:lineRule="auto"/>
        <w:ind w:firstLine="331"/>
        <w:jc w:val="both"/>
      </w:pPr>
      <w:r>
        <w:rPr>
          <w:rFonts w:ascii="Georgia" w:hAnsi="Georgia"/>
          <w:b w:val="0"/>
          <w:i w:val="0"/>
          <w:color w:val="22201D"/>
          <w:sz w:val="20"/>
        </w:rPr>
        <w:t>The lunch rush did not rush. It moved with unusual care. Customers asked for the sauce by name or not at all. The Hostess corrected anyone who asked for the finale sauce, the meaning sauce, the explanation sauce, or, in Nico's case, the rain that clarifies the brand promise.</w:t>
      </w:r>
    </w:p>
    <w:p>
      <w:pPr>
        <w:spacing w:after="60" w:line="266" w:lineRule="auto"/>
        <w:ind w:firstLine="331"/>
        <w:jc w:val="both"/>
      </w:pPr>
      <w:r>
        <w:rPr>
          <w:rFonts w:ascii="Georgia" w:hAnsi="Georgia"/>
          <w:b w:val="0"/>
          <w:i w:val="0"/>
          <w:color w:val="22201D"/>
          <w:sz w:val="20"/>
        </w:rPr>
        <w:t>Nico was moved to napkin-folding for ten minutes.</w:t>
      </w:r>
    </w:p>
    <w:p>
      <w:pPr>
        <w:spacing w:after="60" w:line="266" w:lineRule="auto"/>
        <w:ind w:firstLine="331"/>
        <w:jc w:val="both"/>
      </w:pPr>
      <w:r>
        <w:rPr>
          <w:rFonts w:ascii="Georgia" w:hAnsi="Georgia"/>
          <w:b w:val="0"/>
          <w:i w:val="0"/>
          <w:color w:val="22201D"/>
          <w:sz w:val="20"/>
        </w:rPr>
        <w:t>At 1:18, the closure notice under the cooling rack went fully room temperature.</w:t>
      </w:r>
    </w:p>
    <w:p>
      <w:pPr>
        <w:spacing w:after="60" w:line="266" w:lineRule="auto"/>
        <w:ind w:firstLine="331"/>
        <w:jc w:val="both"/>
      </w:pPr>
      <w:r>
        <w:rPr>
          <w:rFonts w:ascii="Georgia" w:hAnsi="Georgia"/>
          <w:b w:val="0"/>
          <w:i w:val="0"/>
          <w:color w:val="22201D"/>
          <w:sz w:val="20"/>
        </w:rPr>
        <w:t>Gerald confirmed with the thermometer.</w:t>
      </w:r>
    </w:p>
    <w:p>
      <w:pPr>
        <w:spacing w:after="60" w:line="266" w:lineRule="auto"/>
        <w:ind w:firstLine="331"/>
        <w:jc w:val="both"/>
      </w:pPr>
      <w:r>
        <w:rPr>
          <w:rFonts w:ascii="Georgia" w:hAnsi="Georgia"/>
          <w:b w:val="0"/>
          <w:i w:val="0"/>
          <w:color w:val="22201D"/>
          <w:sz w:val="20"/>
        </w:rPr>
        <w:t>Steve recorded:</w:t>
      </w:r>
    </w:p>
    <w:p>
      <w:pPr>
        <w:spacing w:after="60" w:line="250" w:lineRule="auto"/>
        <w:ind w:left="202" w:right="173"/>
      </w:pPr>
      <w:r>
        <w:rPr>
          <w:rFonts w:ascii="Georgia" w:hAnsi="Georgia"/>
          <w:b w:val="0"/>
          <w:i w:val="0"/>
          <w:color w:val="22201D"/>
          <w:sz w:val="17"/>
        </w:rPr>
        <w:t>Closure notice no longer warm. Not void. Not accepted. Held pending further service.</w:t>
      </w:r>
    </w:p>
    <w:p>
      <w:pPr>
        <w:spacing w:after="60" w:line="266" w:lineRule="auto"/>
        <w:ind w:firstLine="331"/>
        <w:jc w:val="both"/>
      </w:pPr>
      <w:r>
        <w:rPr>
          <w:rFonts w:ascii="Georgia" w:hAnsi="Georgia"/>
          <w:b w:val="0"/>
          <w:i w:val="0"/>
          <w:color w:val="22201D"/>
          <w:sz w:val="20"/>
        </w:rPr>
        <w:t>The menu warnings remained on the tables, but they looked more like warnings now and less like invitations to become clever.</w:t>
      </w:r>
    </w:p>
    <w:p>
      <w:pPr>
        <w:spacing w:after="60" w:line="266" w:lineRule="auto"/>
        <w:ind w:firstLine="331"/>
        <w:jc w:val="both"/>
      </w:pPr>
      <w:r>
        <w:rPr>
          <w:rFonts w:ascii="Georgia" w:hAnsi="Georgia"/>
          <w:b w:val="0"/>
          <w:i w:val="0"/>
          <w:color w:val="22201D"/>
          <w:sz w:val="20"/>
        </w:rPr>
        <w:t>Flocc returned to the window two-top to clear Lena's bowl.</w:t>
      </w:r>
    </w:p>
    <w:p>
      <w:pPr>
        <w:spacing w:after="60" w:line="266" w:lineRule="auto"/>
        <w:ind w:firstLine="331"/>
        <w:jc w:val="both"/>
      </w:pPr>
      <w:r>
        <w:rPr>
          <w:rFonts w:ascii="Georgia" w:hAnsi="Georgia"/>
          <w:b w:val="0"/>
          <w:i w:val="0"/>
          <w:color w:val="22201D"/>
          <w:sz w:val="20"/>
        </w:rPr>
        <w:t>She had left three drops of soup at the bottom, not because she was dissatisfied, but because the last spoonful had become a decision and she had chosen not to dramatize it.</w:t>
      </w:r>
    </w:p>
    <w:p>
      <w:pPr>
        <w:spacing w:after="60" w:line="266" w:lineRule="auto"/>
        <w:ind w:firstLine="331"/>
        <w:jc w:val="both"/>
      </w:pPr>
      <w:r>
        <w:rPr>
          <w:rFonts w:ascii="Georgia" w:hAnsi="Georgia"/>
          <w:b w:val="0"/>
          <w:i w:val="0"/>
          <w:color w:val="22201D"/>
          <w:sz w:val="20"/>
        </w:rPr>
        <w:t>"Was that enough?" Flocc asked.</w:t>
      </w:r>
    </w:p>
    <w:p>
      <w:pPr>
        <w:spacing w:after="60" w:line="266" w:lineRule="auto"/>
        <w:ind w:firstLine="331"/>
        <w:jc w:val="both"/>
      </w:pPr>
      <w:r>
        <w:rPr>
          <w:rFonts w:ascii="Georgia" w:hAnsi="Georgia"/>
          <w:b w:val="0"/>
          <w:i w:val="0"/>
          <w:color w:val="22201D"/>
          <w:sz w:val="20"/>
        </w:rPr>
        <w:t>Lena looked at the bowl.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she added, carefully, "I don't know why."</w:t>
      </w:r>
    </w:p>
    <w:p>
      <w:pPr>
        <w:spacing w:after="60" w:line="266" w:lineRule="auto"/>
        <w:ind w:firstLine="331"/>
        <w:jc w:val="both"/>
      </w:pPr>
      <w:r>
        <w:rPr>
          <w:rFonts w:ascii="Georgia" w:hAnsi="Georgia"/>
          <w:b w:val="0"/>
          <w:i w:val="0"/>
          <w:color w:val="22201D"/>
          <w:sz w:val="20"/>
        </w:rPr>
        <w:t>Flocc picked up the bowl.</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did not praise her for not knowing. He did not turn it into a lesson. He took the bowl to the dish area because service that stopped at insight became another kind of unfinished meal.</w:t>
      </w:r>
    </w:p>
    <w:p>
      <w:pPr>
        <w:spacing w:after="60" w:line="266" w:lineRule="auto"/>
        <w:ind w:firstLine="331"/>
        <w:jc w:val="both"/>
      </w:pPr>
      <w:r>
        <w:rPr>
          <w:rFonts w:ascii="Georgia" w:hAnsi="Georgia"/>
          <w:b w:val="0"/>
          <w:i w:val="0"/>
          <w:color w:val="22201D"/>
          <w:sz w:val="20"/>
        </w:rPr>
        <w:t>At the pass, the bottle rained one last time and stopped.</w:t>
      </w:r>
    </w:p>
    <w:p>
      <w:pPr>
        <w:spacing w:after="60" w:line="266" w:lineRule="auto"/>
        <w:ind w:firstLine="331"/>
        <w:jc w:val="both"/>
      </w:pPr>
      <w:r>
        <w:rPr>
          <w:rFonts w:ascii="Georgia" w:hAnsi="Georgia"/>
          <w:b w:val="0"/>
          <w:i w:val="0"/>
          <w:color w:val="22201D"/>
          <w:sz w:val="20"/>
        </w:rPr>
        <w:t>The label changed.</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The line Use only where clarity will not become ownership remained.</w:t>
      </w:r>
    </w:p>
    <w:p>
      <w:pPr>
        <w:spacing w:after="60" w:line="266" w:lineRule="auto"/>
        <w:ind w:firstLine="331"/>
        <w:jc w:val="both"/>
      </w:pPr>
      <w:r>
        <w:rPr>
          <w:rFonts w:ascii="Georgia" w:hAnsi="Georgia"/>
          <w:b w:val="0"/>
          <w:i w:val="0"/>
          <w:color w:val="22201D"/>
          <w:sz w:val="20"/>
        </w:rPr>
        <w:t>Below it, a new line appeared:</w:t>
      </w:r>
    </w:p>
    <w:p>
      <w:pPr>
        <w:spacing w:after="60" w:line="250" w:lineRule="auto"/>
        <w:ind w:left="202" w:right="173"/>
      </w:pPr>
      <w:r>
        <w:rPr>
          <w:rFonts w:ascii="Georgia" w:hAnsi="Georgia"/>
          <w:b w:val="0"/>
          <w:i w:val="0"/>
          <w:color w:val="22201D"/>
          <w:sz w:val="17"/>
        </w:rPr>
        <w:t>Next filing: Open.</w:t>
      </w:r>
    </w:p>
    <w:p>
      <w:pPr>
        <w:spacing w:after="60" w:line="266" w:lineRule="auto"/>
        <w:ind w:firstLine="331"/>
        <w:jc w:val="both"/>
      </w:pPr>
      <w:r>
        <w:rPr>
          <w:rFonts w:ascii="Georgia" w:hAnsi="Georgia"/>
          <w:b w:val="0"/>
          <w:i w:val="0"/>
          <w:color w:val="22201D"/>
          <w:sz w:val="20"/>
        </w:rPr>
        <w:t>Steve saw it first.</w:t>
      </w:r>
    </w:p>
    <w:p>
      <w:pPr>
        <w:spacing w:after="60" w:line="266" w:lineRule="auto"/>
        <w:ind w:firstLine="331"/>
        <w:jc w:val="both"/>
      </w:pPr>
      <w:r>
        <w:rPr>
          <w:rFonts w:ascii="Georgia" w:hAnsi="Georgia"/>
          <w:b w:val="0"/>
          <w:i w:val="0"/>
          <w:color w:val="22201D"/>
          <w:sz w:val="20"/>
        </w:rPr>
        <w:t>"That is mine," he said.</w:t>
      </w:r>
    </w:p>
    <w:p>
      <w:pPr>
        <w:spacing w:after="60" w:line="266" w:lineRule="auto"/>
        <w:ind w:firstLine="331"/>
        <w:jc w:val="both"/>
      </w:pPr>
      <w:r>
        <w:rPr>
          <w:rFonts w:ascii="Georgia" w:hAnsi="Georgia"/>
          <w:b w:val="0"/>
          <w:i w:val="0"/>
          <w:color w:val="22201D"/>
          <w:sz w:val="20"/>
        </w:rPr>
        <w:t>The pass printed a ticket.</w:t>
      </w:r>
    </w:p>
    <w:p>
      <w:pPr>
        <w:spacing w:after="60" w:line="250" w:lineRule="auto"/>
        <w:ind w:left="202" w:right="173"/>
      </w:pPr>
      <w:r>
        <w:rPr>
          <w:rFonts w:ascii="Georgia" w:hAnsi="Georgia"/>
          <w:b w:val="0"/>
          <w:i w:val="0"/>
          <w:color w:val="22201D"/>
          <w:sz w:val="17"/>
        </w:rPr>
        <w:t>NEXT COURSE: Steve Files the End Under Open  Artifact: case closure  Price: correct filing</w:t>
      </w:r>
    </w:p>
    <w:p>
      <w:pPr>
        <w:spacing w:after="60" w:line="266" w:lineRule="auto"/>
        <w:ind w:firstLine="331"/>
        <w:jc w:val="both"/>
      </w:pPr>
      <w:r>
        <w:rPr>
          <w:rFonts w:ascii="Georgia" w:hAnsi="Georgia"/>
          <w:b w:val="0"/>
          <w:i w:val="0"/>
          <w:color w:val="22201D"/>
          <w:sz w:val="20"/>
        </w:rPr>
        <w:t>Steve looked at the ticket for a long time.</w:t>
      </w:r>
    </w:p>
    <w:p>
      <w:pPr>
        <w:spacing w:after="60" w:line="266" w:lineRule="auto"/>
        <w:ind w:firstLine="331"/>
        <w:jc w:val="both"/>
      </w:pPr>
      <w:r>
        <w:rPr>
          <w:rFonts w:ascii="Georgia" w:hAnsi="Georgia"/>
          <w:b w:val="0"/>
          <w:i w:val="0"/>
          <w:color w:val="22201D"/>
          <w:sz w:val="20"/>
        </w:rPr>
        <w:t>Then he opened the filing cabinet.</w:t>
      </w:r>
    </w:p>
    <w:p>
      <w:pPr>
        <w:spacing w:after="60" w:line="266" w:lineRule="auto"/>
        <w:ind w:firstLine="331"/>
        <w:jc w:val="both"/>
      </w:pPr>
      <w:r>
        <w:rPr>
          <w:rFonts w:ascii="Georgia" w:hAnsi="Georgia"/>
          <w:b w:val="0"/>
          <w:i w:val="0"/>
          <w:color w:val="22201D"/>
          <w:sz w:val="20"/>
        </w:rPr>
        <w:t>The drawer labeled Closed stuck, as usual.</w:t>
      </w:r>
    </w:p>
    <w:p>
      <w:pPr>
        <w:spacing w:after="60" w:line="266" w:lineRule="auto"/>
        <w:ind w:firstLine="331"/>
        <w:jc w:val="both"/>
      </w:pPr>
      <w:r>
        <w:rPr>
          <w:rFonts w:ascii="Georgia" w:hAnsi="Georgia"/>
          <w:b w:val="0"/>
          <w:i w:val="0"/>
          <w:color w:val="22201D"/>
          <w:sz w:val="20"/>
        </w:rPr>
        <w:t>The drawer labeled Open slid out without being touched.</w:t>
      </w:r>
    </w:p>
    <w:p>
      <w:pPr>
        <w:spacing w:after="60" w:line="266" w:lineRule="auto"/>
        <w:ind w:firstLine="331"/>
        <w:jc w:val="both"/>
      </w:pPr>
      <w:r>
        <w:rPr>
          <w:rFonts w:ascii="Georgia" w:hAnsi="Georgia"/>
          <w:b w:val="0"/>
          <w:i w:val="0"/>
          <w:color w:val="22201D"/>
          <w:sz w:val="20"/>
        </w:rPr>
        <w:t>Gerald said, "That is not acceptable cabinet behavior."</w:t>
      </w:r>
    </w:p>
    <w:p>
      <w:pPr>
        <w:spacing w:after="60" w:line="266" w:lineRule="auto"/>
        <w:ind w:firstLine="331"/>
        <w:jc w:val="both"/>
      </w:pPr>
      <w:r>
        <w:rPr>
          <w:rFonts w:ascii="Georgia" w:hAnsi="Georgia"/>
          <w:b w:val="0"/>
          <w:i w:val="0"/>
          <w:color w:val="22201D"/>
          <w:sz w:val="20"/>
        </w:rPr>
        <w:t>The Hostess said, "No. But it may be accurate."</w:t>
      </w:r>
    </w:p>
    <w:p>
      <w:pPr>
        <w:spacing w:after="60" w:line="266" w:lineRule="auto"/>
        <w:ind w:firstLine="331"/>
        <w:jc w:val="both"/>
      </w:pPr>
      <w:r>
        <w:rPr>
          <w:rFonts w:ascii="Georgia" w:hAnsi="Georgia"/>
          <w:b w:val="0"/>
          <w:i w:val="0"/>
          <w:color w:val="22201D"/>
          <w:sz w:val="20"/>
        </w:rPr>
        <w:t>Steve placed the Citrus Aji Limo Rain service card on top of the menu warning, which lay on top of the closure notice, which lay on top of the first ticket that had said OPEN ENOUGH.</w:t>
      </w:r>
    </w:p>
    <w:p>
      <w:pPr>
        <w:spacing w:after="60" w:line="266" w:lineRule="auto"/>
        <w:ind w:firstLine="331"/>
        <w:jc w:val="both"/>
      </w:pPr>
      <w:r>
        <w:rPr>
          <w:rFonts w:ascii="Georgia" w:hAnsi="Georgia"/>
          <w:b w:val="0"/>
          <w:i w:val="0"/>
          <w:color w:val="22201D"/>
          <w:sz w:val="20"/>
        </w:rPr>
        <w:t>He did not file them yet.</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For once, waiting was not delay.</w:t>
      </w:r>
    </w:p>
    <w:p>
      <w:pPr>
        <w:spacing w:after="60" w:line="266" w:lineRule="auto"/>
        <w:ind w:firstLine="331"/>
        <w:jc w:val="both"/>
      </w:pPr>
      <w:r>
        <w:rPr>
          <w:rFonts w:ascii="Georgia" w:hAnsi="Georgia"/>
          <w:b w:val="0"/>
          <w:i w:val="0"/>
          <w:color w:val="22201D"/>
          <w:sz w:val="20"/>
        </w:rPr>
        <w:t>It was how the file stayed honest.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Steve Files the End Under Open</w:t>
      </w:r>
    </w:p>
    <w:p>
      <w:pPr>
        <w:spacing w:after="60" w:line="266" w:lineRule="auto"/>
        <w:ind w:firstLine="0"/>
        <w:jc w:val="both"/>
      </w:pPr>
      <w:r>
        <w:rPr>
          <w:rFonts w:ascii="Georgia" w:hAnsi="Georgia"/>
          <w:b w:val="0"/>
          <w:i w:val="0"/>
          <w:color w:val="22201D"/>
          <w:sz w:val="20"/>
        </w:rPr>
        <w:t>Steve opened the drawer labeled Open because the drawer labeled Closed had stuck again.</w:t>
      </w:r>
    </w:p>
    <w:p>
      <w:pPr>
        <w:spacing w:after="60" w:line="266" w:lineRule="auto"/>
        <w:ind w:firstLine="331"/>
        <w:jc w:val="both"/>
      </w:pPr>
      <w:r>
        <w:rPr>
          <w:rFonts w:ascii="Georgia" w:hAnsi="Georgia"/>
          <w:b w:val="0"/>
          <w:i w:val="0"/>
          <w:color w:val="22201D"/>
          <w:sz w:val="20"/>
        </w:rPr>
        <w:t>This was not unusual.</w:t>
      </w:r>
    </w:p>
    <w:p>
      <w:pPr>
        <w:spacing w:after="60" w:line="266" w:lineRule="auto"/>
        <w:ind w:firstLine="331"/>
        <w:jc w:val="both"/>
      </w:pPr>
      <w:r>
        <w:rPr>
          <w:rFonts w:ascii="Georgia" w:hAnsi="Georgia"/>
          <w:b w:val="0"/>
          <w:i w:val="0"/>
          <w:color w:val="22201D"/>
          <w:sz w:val="20"/>
        </w:rPr>
        <w:t>The drawer labeled Closed had stuck since the second week of the restaurant's existence, or possibly since the second week before the restaurant's existence. Steve had once found a receipt in it dated tomorrow and a complaint form addressed to a version of the dining room that still had carpet. Gerald had inspected the drawer, lubricated the rails, measured the cabinet square, and concluded that the mechanism was sound but philosophically evasive.</w:t>
      </w:r>
    </w:p>
    <w:p>
      <w:pPr>
        <w:spacing w:after="60" w:line="266" w:lineRule="auto"/>
        <w:ind w:firstLine="331"/>
        <w:jc w:val="both"/>
      </w:pPr>
      <w:r>
        <w:rPr>
          <w:rFonts w:ascii="Georgia" w:hAnsi="Georgia"/>
          <w:b w:val="0"/>
          <w:i w:val="0"/>
          <w:color w:val="22201D"/>
          <w:sz w:val="20"/>
        </w:rPr>
        <w:t>The drawer labeled Open slid out by itself.</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Steve did not like a cooperative filing cabinet. Filing was supposed to be neutral, not eager.</w:t>
      </w:r>
    </w:p>
    <w:p>
      <w:pPr>
        <w:spacing w:after="60" w:line="266" w:lineRule="auto"/>
        <w:ind w:firstLine="331"/>
        <w:jc w:val="both"/>
      </w:pPr>
      <w:r>
        <w:rPr>
          <w:rFonts w:ascii="Georgia" w:hAnsi="Georgia"/>
          <w:b w:val="0"/>
          <w:i w:val="0"/>
          <w:color w:val="22201D"/>
          <w:sz w:val="20"/>
        </w:rPr>
        <w:t>On the counter beside him sat the stack: closure notice, menu warning, Citrus Aji Limo Rain service card, the first OPEN ENOUGH ticket, the staff note that said Train what to do, not what it means, and three pencil records Gerald had already corrected in the margins.</w:t>
      </w:r>
    </w:p>
    <w:p>
      <w:pPr>
        <w:spacing w:after="60" w:line="266" w:lineRule="auto"/>
        <w:ind w:firstLine="331"/>
        <w:jc w:val="both"/>
      </w:pPr>
      <w:r>
        <w:rPr>
          <w:rFonts w:ascii="Georgia" w:hAnsi="Georgia"/>
          <w:b w:val="0"/>
          <w:i w:val="0"/>
          <w:color w:val="22201D"/>
          <w:sz w:val="20"/>
        </w:rPr>
        <w:t>The stack was too important to leave loose.</w:t>
      </w:r>
    </w:p>
    <w:p>
      <w:pPr>
        <w:spacing w:after="60" w:line="266" w:lineRule="auto"/>
        <w:ind w:firstLine="331"/>
        <w:jc w:val="both"/>
      </w:pPr>
      <w:r>
        <w:rPr>
          <w:rFonts w:ascii="Georgia" w:hAnsi="Georgia"/>
          <w:b w:val="0"/>
          <w:i w:val="0"/>
          <w:color w:val="22201D"/>
          <w:sz w:val="20"/>
        </w:rPr>
        <w:t>It was also too dangerous to close.</w:t>
      </w:r>
    </w:p>
    <w:p>
      <w:pPr>
        <w:spacing w:after="60" w:line="266" w:lineRule="auto"/>
        <w:ind w:firstLine="331"/>
        <w:jc w:val="both"/>
      </w:pPr>
      <w:r>
        <w:rPr>
          <w:rFonts w:ascii="Georgia" w:hAnsi="Georgia"/>
          <w:b w:val="0"/>
          <w:i w:val="0"/>
          <w:color w:val="22201D"/>
          <w:sz w:val="20"/>
        </w:rPr>
        <w:t>Steve placed a blank folder on the counter.</w:t>
      </w:r>
    </w:p>
    <w:p>
      <w:pPr>
        <w:spacing w:after="60" w:line="266" w:lineRule="auto"/>
        <w:ind w:firstLine="331"/>
        <w:jc w:val="both"/>
      </w:pPr>
      <w:r>
        <w:rPr>
          <w:rFonts w:ascii="Georgia" w:hAnsi="Georgia"/>
          <w:b w:val="0"/>
          <w:i w:val="0"/>
          <w:color w:val="22201D"/>
          <w:sz w:val="20"/>
        </w:rPr>
        <w:t>The folder printed:</w:t>
      </w:r>
    </w:p>
    <w:p>
      <w:pPr>
        <w:spacing w:after="60" w:line="250" w:lineRule="auto"/>
        <w:ind w:left="202" w:right="173"/>
      </w:pPr>
      <w:r>
        <w:rPr>
          <w:rFonts w:ascii="Georgia" w:hAnsi="Georgia"/>
          <w:b w:val="0"/>
          <w:i w:val="0"/>
          <w:color w:val="22201D"/>
          <w:sz w:val="17"/>
        </w:rPr>
        <w:t>CASE CLOSURE</w:t>
      </w:r>
    </w:p>
    <w:p>
      <w:pPr>
        <w:spacing w:after="60" w:line="266" w:lineRule="auto"/>
        <w:ind w:firstLine="331"/>
        <w:jc w:val="both"/>
      </w:pPr>
      <w:r>
        <w:rPr>
          <w:rFonts w:ascii="Georgia" w:hAnsi="Georgia"/>
          <w:b w:val="0"/>
          <w:i w:val="0"/>
          <w:color w:val="22201D"/>
          <w:sz w:val="20"/>
        </w:rPr>
        <w:t>Steve turned it over.</w:t>
      </w:r>
    </w:p>
    <w:p>
      <w:pPr>
        <w:spacing w:after="60" w:line="266" w:lineRule="auto"/>
        <w:ind w:firstLine="331"/>
        <w:jc w:val="both"/>
      </w:pPr>
      <w:r>
        <w:rPr>
          <w:rFonts w:ascii="Georgia" w:hAnsi="Georgia"/>
          <w:b w:val="0"/>
          <w:i w:val="0"/>
          <w:color w:val="22201D"/>
          <w:sz w:val="20"/>
        </w:rPr>
        <w:t>The back was blank.</w:t>
      </w:r>
    </w:p>
    <w:p>
      <w:pPr>
        <w:spacing w:after="60" w:line="266" w:lineRule="auto"/>
        <w:ind w:firstLine="331"/>
        <w:jc w:val="both"/>
      </w:pPr>
      <w:r>
        <w:rPr>
          <w:rFonts w:ascii="Georgia" w:hAnsi="Georgia"/>
          <w:b w:val="0"/>
          <w:i w:val="0"/>
          <w:color w:val="22201D"/>
          <w:sz w:val="20"/>
        </w:rPr>
        <w:t>He turned it back.</w:t>
      </w:r>
    </w:p>
    <w:p>
      <w:pPr>
        <w:spacing w:after="60" w:line="266" w:lineRule="auto"/>
        <w:ind w:firstLine="331"/>
        <w:jc w:val="both"/>
      </w:pPr>
      <w:r>
        <w:rPr>
          <w:rFonts w:ascii="Georgia" w:hAnsi="Georgia"/>
          <w:b w:val="0"/>
          <w:i w:val="0"/>
          <w:color w:val="22201D"/>
          <w:sz w:val="20"/>
        </w:rPr>
        <w:t>The words remained.</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The folder added:</w:t>
      </w:r>
    </w:p>
    <w:p>
      <w:pPr>
        <w:spacing w:after="60" w:line="250" w:lineRule="auto"/>
        <w:ind w:left="202" w:right="173"/>
      </w:pPr>
      <w:r>
        <w:rPr>
          <w:rFonts w:ascii="Georgia" w:hAnsi="Georgia"/>
          <w:b w:val="0"/>
          <w:i w:val="0"/>
          <w:color w:val="22201D"/>
          <w:sz w:val="17"/>
        </w:rPr>
        <w:t>FINAL DISPOSITION REQUIRED</w:t>
      </w:r>
    </w:p>
    <w:p>
      <w:pPr>
        <w:spacing w:after="60" w:line="266" w:lineRule="auto"/>
        <w:ind w:firstLine="331"/>
        <w:jc w:val="both"/>
      </w:pPr>
      <w:r>
        <w:rPr>
          <w:rFonts w:ascii="Georgia" w:hAnsi="Georgia"/>
          <w:b w:val="0"/>
          <w:i w:val="0"/>
          <w:color w:val="22201D"/>
          <w:sz w:val="20"/>
        </w:rPr>
        <w:t>"Also no."</w:t>
      </w:r>
    </w:p>
    <w:p>
      <w:pPr>
        <w:spacing w:after="60" w:line="266" w:lineRule="auto"/>
        <w:ind w:firstLine="331"/>
        <w:jc w:val="both"/>
      </w:pPr>
      <w:r>
        <w:rPr>
          <w:rFonts w:ascii="Georgia" w:hAnsi="Georgia"/>
          <w:b w:val="0"/>
          <w:i w:val="0"/>
          <w:color w:val="22201D"/>
          <w:sz w:val="20"/>
        </w:rPr>
        <w:t>Gerald came from the hand sink carrying the Citrus Aji Limo Rain temporary service card, which he had laminated badly on purpose so that nobody would mistake it for sacred text.</w:t>
      </w:r>
    </w:p>
    <w:p>
      <w:pPr>
        <w:spacing w:after="60" w:line="266" w:lineRule="auto"/>
        <w:ind w:firstLine="331"/>
        <w:jc w:val="both"/>
      </w:pPr>
      <w:r>
        <w:rPr>
          <w:rFonts w:ascii="Georgia" w:hAnsi="Georgia"/>
          <w:b w:val="0"/>
          <w:i w:val="0"/>
          <w:color w:val="22201D"/>
          <w:sz w:val="20"/>
        </w:rPr>
        <w:t>"Are you arguing with a folder?"</w:t>
      </w:r>
    </w:p>
    <w:p>
      <w:pPr>
        <w:spacing w:after="60" w:line="266" w:lineRule="auto"/>
        <w:ind w:firstLine="331"/>
        <w:jc w:val="both"/>
      </w:pPr>
      <w:r>
        <w:rPr>
          <w:rFonts w:ascii="Georgia" w:hAnsi="Georgia"/>
          <w:b w:val="0"/>
          <w:i w:val="0"/>
          <w:color w:val="22201D"/>
          <w:sz w:val="20"/>
        </w:rPr>
        <w:t>"The folder opened with a conclusion."</w:t>
      </w:r>
    </w:p>
    <w:p>
      <w:pPr>
        <w:spacing w:after="60" w:line="266" w:lineRule="auto"/>
        <w:ind w:firstLine="331"/>
        <w:jc w:val="both"/>
      </w:pPr>
      <w:r>
        <w:rPr>
          <w:rFonts w:ascii="Georgia" w:hAnsi="Georgia"/>
          <w:b w:val="0"/>
          <w:i w:val="0"/>
          <w:color w:val="22201D"/>
          <w:sz w:val="20"/>
        </w:rPr>
        <w:t>Gerald looked at the folder.</w:t>
      </w:r>
    </w:p>
    <w:p>
      <w:pPr>
        <w:spacing w:after="60" w:line="266" w:lineRule="auto"/>
        <w:ind w:firstLine="331"/>
        <w:jc w:val="both"/>
      </w:pPr>
      <w:r>
        <w:rPr>
          <w:rFonts w:ascii="Georgia" w:hAnsi="Georgia"/>
          <w:b w:val="0"/>
          <w:i w:val="0"/>
          <w:color w:val="22201D"/>
          <w:sz w:val="20"/>
        </w:rPr>
        <w:t>"Conclusion lacks supporting procedure."</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Hostess approached with the reservation book.</w:t>
      </w:r>
    </w:p>
    <w:p>
      <w:pPr>
        <w:spacing w:after="60" w:line="266" w:lineRule="auto"/>
        <w:ind w:firstLine="331"/>
        <w:jc w:val="both"/>
      </w:pPr>
      <w:r>
        <w:rPr>
          <w:rFonts w:ascii="Georgia" w:hAnsi="Georgia"/>
          <w:b w:val="0"/>
          <w:i w:val="0"/>
          <w:color w:val="22201D"/>
          <w:sz w:val="20"/>
        </w:rPr>
        <w:t>"Is the end trying to seat itself?"</w:t>
      </w:r>
    </w:p>
    <w:p>
      <w:pPr>
        <w:spacing w:after="60" w:line="266" w:lineRule="auto"/>
        <w:ind w:firstLine="331"/>
        <w:jc w:val="both"/>
      </w:pPr>
      <w:r>
        <w:rPr>
          <w:rFonts w:ascii="Georgia" w:hAnsi="Georgia"/>
          <w:b w:val="0"/>
          <w:i w:val="0"/>
          <w:color w:val="22201D"/>
          <w:sz w:val="20"/>
        </w:rPr>
        <w:t>Steve pointed at the folder.</w:t>
      </w:r>
    </w:p>
    <w:p>
      <w:pPr>
        <w:spacing w:after="60" w:line="266" w:lineRule="auto"/>
        <w:ind w:firstLine="331"/>
        <w:jc w:val="both"/>
      </w:pPr>
      <w:r>
        <w:rPr>
          <w:rFonts w:ascii="Georgia" w:hAnsi="Georgia"/>
          <w:b w:val="0"/>
          <w:i w:val="0"/>
          <w:color w:val="22201D"/>
          <w:sz w:val="20"/>
        </w:rPr>
        <w:t>"The end is trying to file itself."</w:t>
      </w:r>
    </w:p>
    <w:p>
      <w:pPr>
        <w:spacing w:after="60" w:line="266" w:lineRule="auto"/>
        <w:ind w:firstLine="331"/>
        <w:jc w:val="both"/>
      </w:pPr>
      <w:r>
        <w:rPr>
          <w:rFonts w:ascii="Georgia" w:hAnsi="Georgia"/>
          <w:b w:val="0"/>
          <w:i w:val="0"/>
          <w:color w:val="22201D"/>
          <w:sz w:val="20"/>
        </w:rPr>
        <w:t>The Hostess did not appear surprised. The Hostess was rarely surprised by things that wanted authority before service.</w:t>
      </w:r>
    </w:p>
    <w:p>
      <w:pPr>
        <w:spacing w:after="60" w:line="266" w:lineRule="auto"/>
        <w:ind w:firstLine="331"/>
        <w:jc w:val="both"/>
      </w:pPr>
      <w:r>
        <w:rPr>
          <w:rFonts w:ascii="Georgia" w:hAnsi="Georgia"/>
          <w:b w:val="0"/>
          <w:i w:val="0"/>
          <w:color w:val="22201D"/>
          <w:sz w:val="20"/>
        </w:rPr>
        <w:t>"What does it want?"</w:t>
      </w:r>
    </w:p>
    <w:p>
      <w:pPr>
        <w:spacing w:after="60" w:line="266" w:lineRule="auto"/>
        <w:ind w:firstLine="331"/>
        <w:jc w:val="both"/>
      </w:pPr>
      <w:r>
        <w:rPr>
          <w:rFonts w:ascii="Georgia" w:hAnsi="Georgia"/>
          <w:b w:val="0"/>
          <w:i w:val="0"/>
          <w:color w:val="22201D"/>
          <w:sz w:val="20"/>
        </w:rPr>
        <w:t>"Closure."</w:t>
      </w:r>
    </w:p>
    <w:p>
      <w:pPr>
        <w:spacing w:after="60" w:line="266" w:lineRule="auto"/>
        <w:ind w:firstLine="331"/>
        <w:jc w:val="both"/>
      </w:pPr>
      <w:r>
        <w:rPr>
          <w:rFonts w:ascii="Georgia" w:hAnsi="Georgia"/>
          <w:b w:val="0"/>
          <w:i w:val="0"/>
          <w:color w:val="22201D"/>
          <w:sz w:val="20"/>
        </w:rPr>
        <w:t>"Does it have a reservation?"</w:t>
      </w:r>
    </w:p>
    <w:p>
      <w:pPr>
        <w:spacing w:after="60" w:line="266" w:lineRule="auto"/>
        <w:ind w:firstLine="331"/>
        <w:jc w:val="both"/>
      </w:pPr>
      <w:r>
        <w:rPr>
          <w:rFonts w:ascii="Georgia" w:hAnsi="Georgia"/>
          <w:b w:val="0"/>
          <w:i w:val="0"/>
          <w:color w:val="22201D"/>
          <w:sz w:val="20"/>
        </w:rPr>
        <w:t>Steve looked at the folder.</w:t>
      </w:r>
    </w:p>
    <w:p>
      <w:pPr>
        <w:spacing w:after="60" w:line="266" w:lineRule="auto"/>
        <w:ind w:firstLine="331"/>
        <w:jc w:val="both"/>
      </w:pPr>
      <w:r>
        <w:rPr>
          <w:rFonts w:ascii="Georgia" w:hAnsi="Georgia"/>
          <w:b w:val="0"/>
          <w:i w:val="0"/>
          <w:color w:val="22201D"/>
          <w:sz w:val="20"/>
        </w:rPr>
        <w:t>The folder did not answer.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it waits."</w:t>
      </w:r>
    </w:p>
    <w:p>
      <w:pPr>
        <w:spacing w:after="60" w:line="266" w:lineRule="auto"/>
        <w:ind w:firstLine="331"/>
        <w:jc w:val="both"/>
      </w:pPr>
      <w:r>
        <w:rPr>
          <w:rFonts w:ascii="Georgia" w:hAnsi="Georgia"/>
          <w:b w:val="0"/>
          <w:i w:val="0"/>
          <w:color w:val="22201D"/>
          <w:sz w:val="20"/>
        </w:rPr>
        <w:t>The drawer labeled Open slid another inch forward.</w:t>
      </w:r>
    </w:p>
    <w:p>
      <w:pPr>
        <w:spacing w:after="60" w:line="266" w:lineRule="auto"/>
        <w:ind w:firstLine="331"/>
        <w:jc w:val="both"/>
      </w:pPr>
      <w:r>
        <w:rPr>
          <w:rFonts w:ascii="Georgia" w:hAnsi="Georgia"/>
          <w:b w:val="0"/>
          <w:i w:val="0"/>
          <w:color w:val="22201D"/>
          <w:sz w:val="20"/>
        </w:rPr>
        <w:t>Gerald put one hand on top of the cabinet.</w:t>
      </w:r>
    </w:p>
    <w:p>
      <w:pPr>
        <w:spacing w:after="60" w:line="266" w:lineRule="auto"/>
        <w:ind w:firstLine="331"/>
        <w:jc w:val="both"/>
      </w:pPr>
      <w:r>
        <w:rPr>
          <w:rFonts w:ascii="Georgia" w:hAnsi="Georgia"/>
          <w:b w:val="0"/>
          <w:i w:val="0"/>
          <w:color w:val="22201D"/>
          <w:sz w:val="20"/>
        </w:rPr>
        <w:t>"Do not encourage cabinet behavior."</w:t>
      </w:r>
    </w:p>
    <w:p>
      <w:pPr>
        <w:spacing w:after="60" w:line="266" w:lineRule="auto"/>
        <w:ind w:firstLine="331"/>
        <w:jc w:val="both"/>
      </w:pPr>
      <w:r>
        <w:rPr>
          <w:rFonts w:ascii="Georgia" w:hAnsi="Georgia"/>
          <w:b w:val="0"/>
          <w:i w:val="0"/>
          <w:color w:val="22201D"/>
          <w:sz w:val="20"/>
        </w:rPr>
        <w:t>The drawer stopped.</w:t>
      </w:r>
    </w:p>
    <w:p>
      <w:pPr>
        <w:spacing w:after="60" w:line="266" w:lineRule="auto"/>
        <w:ind w:firstLine="331"/>
        <w:jc w:val="both"/>
      </w:pPr>
      <w:r>
        <w:rPr>
          <w:rFonts w:ascii="Georgia" w:hAnsi="Georgia"/>
          <w:b w:val="0"/>
          <w:i w:val="0"/>
          <w:color w:val="22201D"/>
          <w:sz w:val="20"/>
        </w:rPr>
        <w:t>Steve wrote on a separate intake sheet:</w:t>
      </w:r>
    </w:p>
    <w:p>
      <w:pPr>
        <w:spacing w:after="60" w:line="250" w:lineRule="auto"/>
        <w:ind w:left="202" w:right="173"/>
      </w:pPr>
      <w:r>
        <w:rPr>
          <w:rFonts w:ascii="Georgia" w:hAnsi="Georgia"/>
          <w:b w:val="0"/>
          <w:i w:val="0"/>
          <w:color w:val="22201D"/>
          <w:sz w:val="17"/>
        </w:rPr>
        <w:t>FILING ISSUE: Case materials request closure category before final service condition is known. Drawer labeled Open responsive. Drawer labeled Closed stuck. No final disposition authorized.</w:t>
      </w:r>
    </w:p>
    <w:p>
      <w:pPr>
        <w:spacing w:after="60" w:line="266" w:lineRule="auto"/>
        <w:ind w:firstLine="331"/>
        <w:jc w:val="both"/>
      </w:pPr>
      <w:r>
        <w:rPr>
          <w:rFonts w:ascii="Georgia" w:hAnsi="Georgia"/>
          <w:b w:val="0"/>
          <w:i w:val="0"/>
          <w:color w:val="22201D"/>
          <w:sz w:val="20"/>
        </w:rPr>
        <w:t>The intake sheet accepted this without changing itself. Steve appreciated paper that knew its job.</w:t>
      </w:r>
    </w:p>
    <w:p>
      <w:pPr>
        <w:spacing w:after="60" w:line="266" w:lineRule="auto"/>
        <w:ind w:firstLine="331"/>
        <w:jc w:val="both"/>
      </w:pPr>
      <w:r>
        <w:rPr>
          <w:rFonts w:ascii="Georgia" w:hAnsi="Georgia"/>
          <w:b w:val="0"/>
          <w:i w:val="0"/>
          <w:color w:val="22201D"/>
          <w:sz w:val="20"/>
        </w:rPr>
        <w:t>Bob entered carrying an empty bread crate.</w:t>
      </w:r>
    </w:p>
    <w:p>
      <w:pPr>
        <w:spacing w:after="60" w:line="266" w:lineRule="auto"/>
        <w:ind w:firstLine="331"/>
        <w:jc w:val="both"/>
      </w:pPr>
      <w:r>
        <w:rPr>
          <w:rFonts w:ascii="Georgia" w:hAnsi="Georgia"/>
          <w:b w:val="0"/>
          <w:i w:val="0"/>
          <w:color w:val="22201D"/>
          <w:sz w:val="20"/>
        </w:rPr>
        <w:t>"Why is the cabinet open?"</w:t>
      </w:r>
    </w:p>
    <w:p>
      <w:pPr>
        <w:spacing w:after="60" w:line="266" w:lineRule="auto"/>
        <w:ind w:firstLine="331"/>
        <w:jc w:val="both"/>
      </w:pPr>
      <w:r>
        <w:rPr>
          <w:rFonts w:ascii="Georgia" w:hAnsi="Georgia"/>
          <w:b w:val="0"/>
          <w:i w:val="0"/>
          <w:color w:val="22201D"/>
          <w:sz w:val="20"/>
        </w:rPr>
        <w:t>"It is volunteering," Gerald said.</w:t>
      </w:r>
    </w:p>
    <w:p>
      <w:pPr>
        <w:spacing w:after="60" w:line="266" w:lineRule="auto"/>
        <w:ind w:firstLine="331"/>
        <w:jc w:val="both"/>
      </w:pPr>
      <w:r>
        <w:rPr>
          <w:rFonts w:ascii="Georgia" w:hAnsi="Georgia"/>
          <w:b w:val="0"/>
          <w:i w:val="0"/>
          <w:color w:val="22201D"/>
          <w:sz w:val="20"/>
        </w:rPr>
        <w:t>Bob set the crate down. "Cabinets shouldn't volunteer."</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Nico leaned in from the dining room, where he had been folding napkins in punishment for almost branding the sauce.</w:t>
      </w:r>
    </w:p>
    <w:p>
      <w:pPr>
        <w:spacing w:after="60" w:line="266" w:lineRule="auto"/>
        <w:ind w:firstLine="331"/>
        <w:jc w:val="both"/>
      </w:pPr>
      <w:r>
        <w:rPr>
          <w:rFonts w:ascii="Georgia" w:hAnsi="Georgia"/>
          <w:b w:val="0"/>
          <w:i w:val="0"/>
          <w:color w:val="22201D"/>
          <w:sz w:val="20"/>
        </w:rPr>
        <w:t>"Can I say something if it is purely operational?"</w:t>
      </w:r>
    </w:p>
    <w:p>
      <w:pPr>
        <w:spacing w:after="60" w:line="266" w:lineRule="auto"/>
        <w:ind w:firstLine="331"/>
        <w:jc w:val="both"/>
      </w:pPr>
      <w:r>
        <w:rPr>
          <w:rFonts w:ascii="Georgia" w:hAnsi="Georgia"/>
          <w:b w:val="0"/>
          <w:i w:val="0"/>
          <w:color w:val="22201D"/>
          <w:sz w:val="20"/>
        </w:rPr>
        <w:t>The Hostess said, "You may try."</w:t>
      </w:r>
    </w:p>
    <w:p>
      <w:pPr>
        <w:spacing w:after="60" w:line="266" w:lineRule="auto"/>
        <w:ind w:firstLine="331"/>
        <w:jc w:val="both"/>
      </w:pPr>
      <w:r>
        <w:rPr>
          <w:rFonts w:ascii="Georgia" w:hAnsi="Georgia"/>
          <w:b w:val="0"/>
          <w:i w:val="0"/>
          <w:color w:val="22201D"/>
          <w:sz w:val="20"/>
        </w:rPr>
        <w:t>"If we file the end under Open, is that a contradiction or a product architecture?"</w:t>
      </w:r>
    </w:p>
    <w:p>
      <w:pPr>
        <w:spacing w:after="60" w:line="266" w:lineRule="auto"/>
        <w:ind w:firstLine="331"/>
        <w:jc w:val="both"/>
      </w:pPr>
      <w:r>
        <w:rPr>
          <w:rFonts w:ascii="Georgia" w:hAnsi="Georgia"/>
          <w:b w:val="0"/>
          <w:i w:val="0"/>
          <w:color w:val="22201D"/>
          <w:sz w:val="20"/>
        </w:rPr>
        <w:t>Every menu warning in the room lifted one corner.</w:t>
      </w:r>
    </w:p>
    <w:p>
      <w:pPr>
        <w:spacing w:after="60" w:line="266" w:lineRule="auto"/>
        <w:ind w:firstLine="331"/>
        <w:jc w:val="both"/>
      </w:pPr>
      <w:r>
        <w:rPr>
          <w:rFonts w:ascii="Georgia" w:hAnsi="Georgia"/>
          <w:b w:val="0"/>
          <w:i w:val="0"/>
          <w:color w:val="22201D"/>
          <w:sz w:val="20"/>
        </w:rPr>
        <w:t>Nico immediately put both hands up.</w:t>
      </w:r>
    </w:p>
    <w:p>
      <w:pPr>
        <w:spacing w:after="60" w:line="266" w:lineRule="auto"/>
        <w:ind w:firstLine="331"/>
        <w:jc w:val="both"/>
      </w:pPr>
      <w:r>
        <w:rPr>
          <w:rFonts w:ascii="Georgia" w:hAnsi="Georgia"/>
          <w:b w:val="0"/>
          <w:i w:val="0"/>
          <w:color w:val="22201D"/>
          <w:sz w:val="20"/>
        </w:rPr>
        <w:t>"Withdrawing product architecture."</w:t>
      </w:r>
    </w:p>
    <w:p>
      <w:pPr>
        <w:spacing w:after="60" w:line="266" w:lineRule="auto"/>
        <w:ind w:firstLine="331"/>
        <w:jc w:val="both"/>
      </w:pPr>
      <w:r>
        <w:rPr>
          <w:rFonts w:ascii="Georgia" w:hAnsi="Georgia"/>
          <w:b w:val="0"/>
          <w:i w:val="0"/>
          <w:color w:val="22201D"/>
          <w:sz w:val="20"/>
        </w:rPr>
        <w:t>The corners settled.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Do not let marketing name the filing category.</w:t>
      </w:r>
    </w:p>
    <w:p>
      <w:pPr>
        <w:spacing w:after="60" w:line="266" w:lineRule="auto"/>
        <w:ind w:firstLine="331"/>
        <w:jc w:val="both"/>
      </w:pPr>
      <w:r>
        <w:rPr>
          <w:rFonts w:ascii="Georgia" w:hAnsi="Georgia"/>
          <w:b w:val="0"/>
          <w:i w:val="0"/>
          <w:color w:val="22201D"/>
          <w:sz w:val="20"/>
        </w:rPr>
        <w:t>Gerald nodded. "Good permanent note."</w:t>
      </w:r>
    </w:p>
    <w:p>
      <w:pPr>
        <w:spacing w:after="60" w:line="266" w:lineRule="auto"/>
        <w:ind w:firstLine="331"/>
        <w:jc w:val="both"/>
      </w:pPr>
      <w:r>
        <w:rPr>
          <w:rFonts w:ascii="Georgia" w:hAnsi="Georgia"/>
          <w:b w:val="0"/>
          <w:i w:val="0"/>
          <w:color w:val="22201D"/>
          <w:sz w:val="20"/>
        </w:rPr>
        <w:t>Flocc came from the window two-top with an empty soup bowl and the careful face of someone carrying a thing that might be evidence if mishandled.</w:t>
      </w:r>
    </w:p>
    <w:p>
      <w:pPr>
        <w:spacing w:after="60" w:line="266" w:lineRule="auto"/>
        <w:ind w:firstLine="331"/>
        <w:jc w:val="both"/>
      </w:pPr>
      <w:r>
        <w:rPr>
          <w:rFonts w:ascii="Georgia" w:hAnsi="Georgia"/>
          <w:b w:val="0"/>
          <w:i w:val="0"/>
          <w:color w:val="22201D"/>
          <w:sz w:val="20"/>
        </w:rPr>
        <w:t>"Lena finished," he said.</w:t>
      </w:r>
    </w:p>
    <w:p>
      <w:pPr>
        <w:spacing w:after="60" w:line="266" w:lineRule="auto"/>
        <w:ind w:firstLine="331"/>
        <w:jc w:val="both"/>
      </w:pPr>
      <w:r>
        <w:rPr>
          <w:rFonts w:ascii="Georgia" w:hAnsi="Georgia"/>
          <w:b w:val="0"/>
          <w:i w:val="0"/>
          <w:color w:val="22201D"/>
          <w:sz w:val="20"/>
        </w:rPr>
        <w:t>"Payment?" Steve asked.</w:t>
      </w:r>
    </w:p>
    <w:p>
      <w:pPr>
        <w:spacing w:after="60" w:line="266" w:lineRule="auto"/>
        <w:ind w:firstLine="331"/>
        <w:jc w:val="both"/>
      </w:pPr>
      <w:r>
        <w:rPr>
          <w:rFonts w:ascii="Georgia" w:hAnsi="Georgia"/>
          <w:b w:val="0"/>
          <w:i w:val="0"/>
          <w:color w:val="22201D"/>
          <w:sz w:val="20"/>
        </w:rPr>
        <w:t>Flocc placed a receipt on the counter.</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WINDOW TWO-TOP Soup with one drop Citrus Aji Limo Rain Rolls Phone kept away during service Explanation not completed Total: still open</w:t>
      </w:r>
    </w:p>
    <w:p>
      <w:pPr>
        <w:spacing w:after="60" w:line="266" w:lineRule="auto"/>
        <w:ind w:firstLine="331"/>
        <w:jc w:val="both"/>
      </w:pPr>
      <w:r>
        <w:rPr>
          <w:rFonts w:ascii="Georgia" w:hAnsi="Georgia"/>
          <w:b w:val="0"/>
          <w:i w:val="0"/>
          <w:color w:val="22201D"/>
          <w:sz w:val="20"/>
        </w:rPr>
        <w:t>Steve looked at the receipt for a long time.</w:t>
      </w:r>
    </w:p>
    <w:p>
      <w:pPr>
        <w:spacing w:after="60" w:line="266" w:lineRule="auto"/>
        <w:ind w:firstLine="331"/>
        <w:jc w:val="both"/>
      </w:pPr>
      <w:r>
        <w:rPr>
          <w:rFonts w:ascii="Georgia" w:hAnsi="Georgia"/>
          <w:b w:val="0"/>
          <w:i w:val="0"/>
          <w:color w:val="22201D"/>
          <w:sz w:val="20"/>
        </w:rPr>
        <w:t>"That is not helpful."</w:t>
      </w:r>
    </w:p>
    <w:p>
      <w:pPr>
        <w:spacing w:after="60" w:line="266" w:lineRule="auto"/>
        <w:ind w:firstLine="331"/>
        <w:jc w:val="both"/>
      </w:pPr>
      <w:r>
        <w:rPr>
          <w:rFonts w:ascii="Georgia" w:hAnsi="Georgia"/>
          <w:b w:val="0"/>
          <w:i w:val="0"/>
          <w:color w:val="22201D"/>
          <w:sz w:val="20"/>
        </w:rPr>
        <w:t>The receipt printed another line.</w:t>
      </w:r>
    </w:p>
    <w:p>
      <w:pPr>
        <w:spacing w:after="60" w:line="250" w:lineRule="auto"/>
        <w:ind w:left="202" w:right="173"/>
      </w:pPr>
      <w:r>
        <w:rPr>
          <w:rFonts w:ascii="Georgia" w:hAnsi="Georgia"/>
          <w:b w:val="0"/>
          <w:i w:val="0"/>
          <w:color w:val="22201D"/>
          <w:sz w:val="17"/>
        </w:rPr>
        <w:t>It is accurate.</w:t>
      </w:r>
    </w:p>
    <w:p>
      <w:pPr>
        <w:spacing w:after="60" w:line="266" w:lineRule="auto"/>
        <w:ind w:firstLine="331"/>
        <w:jc w:val="both"/>
      </w:pPr>
      <w:r>
        <w:rPr>
          <w:rFonts w:ascii="Georgia" w:hAnsi="Georgia"/>
          <w:b w:val="0"/>
          <w:i w:val="0"/>
          <w:color w:val="22201D"/>
          <w:sz w:val="20"/>
        </w:rPr>
        <w:t>"Accuracy can be unhelpful."</w:t>
      </w:r>
    </w:p>
    <w:p>
      <w:pPr>
        <w:spacing w:after="60" w:line="266" w:lineRule="auto"/>
        <w:ind w:firstLine="331"/>
        <w:jc w:val="both"/>
      </w:pPr>
      <w:r>
        <w:rPr>
          <w:rFonts w:ascii="Georgia" w:hAnsi="Georgia"/>
          <w:b w:val="0"/>
          <w:i w:val="0"/>
          <w:color w:val="22201D"/>
          <w:sz w:val="20"/>
        </w:rPr>
        <w:t>Gerald said, "But it is easier to file."</w:t>
      </w:r>
    </w:p>
    <w:p>
      <w:pPr>
        <w:spacing w:after="60" w:line="266" w:lineRule="auto"/>
        <w:ind w:firstLine="331"/>
        <w:jc w:val="both"/>
      </w:pPr>
      <w:r>
        <w:rPr>
          <w:rFonts w:ascii="Georgia" w:hAnsi="Georgia"/>
          <w:b w:val="0"/>
          <w:i w:val="0"/>
          <w:color w:val="22201D"/>
          <w:sz w:val="20"/>
        </w:rPr>
        <w:t>The Hostess took the receipt and placed it beside the stack.</w:t>
      </w:r>
    </w:p>
    <w:p>
      <w:pPr>
        <w:spacing w:after="60" w:line="266" w:lineRule="auto"/>
        <w:ind w:firstLine="331"/>
        <w:jc w:val="both"/>
      </w:pPr>
      <w:r>
        <w:rPr>
          <w:rFonts w:ascii="Georgia" w:hAnsi="Georgia"/>
          <w:b w:val="0"/>
          <w:i w:val="0"/>
          <w:color w:val="22201D"/>
          <w:sz w:val="20"/>
        </w:rPr>
        <w:t>"This is not the end. This is one service record."</w:t>
      </w:r>
    </w:p>
    <w:p>
      <w:pPr>
        <w:spacing w:after="60" w:line="266" w:lineRule="auto"/>
        <w:ind w:firstLine="331"/>
        <w:jc w:val="both"/>
      </w:pPr>
      <w:r>
        <w:rPr>
          <w:rFonts w:ascii="Georgia" w:hAnsi="Georgia"/>
          <w:b w:val="0"/>
          <w:i w:val="0"/>
          <w:color w:val="22201D"/>
          <w:sz w:val="20"/>
        </w:rPr>
        <w:t>The folder that had printed CASE CLOSURE shivered.</w:t>
      </w:r>
    </w:p>
    <w:p>
      <w:pPr>
        <w:spacing w:after="60" w:line="266" w:lineRule="auto"/>
        <w:ind w:firstLine="331"/>
        <w:jc w:val="both"/>
      </w:pPr>
      <w:r>
        <w:rPr>
          <w:rFonts w:ascii="Georgia" w:hAnsi="Georgia"/>
          <w:b w:val="0"/>
          <w:i w:val="0"/>
          <w:color w:val="22201D"/>
          <w:sz w:val="20"/>
        </w:rPr>
        <w:t>The words changed.</w:t>
      </w:r>
    </w:p>
    <w:p>
      <w:pPr>
        <w:spacing w:after="60" w:line="250" w:lineRule="auto"/>
        <w:ind w:left="202" w:right="173"/>
      </w:pPr>
      <w:r>
        <w:rPr>
          <w:rFonts w:ascii="Georgia" w:hAnsi="Georgia"/>
          <w:b w:val="0"/>
          <w:i w:val="0"/>
          <w:color w:val="22201D"/>
          <w:sz w:val="17"/>
        </w:rPr>
        <w:t>CASE CONTINUANCE</w:t>
      </w:r>
    </w:p>
    <w:p>
      <w:pPr>
        <w:spacing w:after="60" w:line="266" w:lineRule="auto"/>
        <w:ind w:firstLine="331"/>
        <w:jc w:val="both"/>
      </w:pPr>
      <w:r>
        <w:rPr>
          <w:rFonts w:ascii="Georgia" w:hAnsi="Georgia"/>
          <w:b w:val="0"/>
          <w:i w:val="0"/>
          <w:color w:val="22201D"/>
          <w:sz w:val="20"/>
        </w:rPr>
        <w:t>Steve exhaled through his nose.</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Then the folder added:</w:t>
      </w:r>
    </w:p>
    <w:p>
      <w:pPr>
        <w:spacing w:after="60" w:line="250" w:lineRule="auto"/>
        <w:ind w:left="202" w:right="173"/>
      </w:pPr>
      <w:r>
        <w:rPr>
          <w:rFonts w:ascii="Georgia" w:hAnsi="Georgia"/>
          <w:b w:val="0"/>
          <w:i w:val="0"/>
          <w:color w:val="22201D"/>
          <w:sz w:val="17"/>
        </w:rPr>
        <w:t>PENDING FINAL RECEIPT</w:t>
      </w:r>
    </w:p>
    <w:p>
      <w:pPr>
        <w:spacing w:after="60" w:line="266" w:lineRule="auto"/>
        <w:ind w:firstLine="331"/>
        <w:jc w:val="both"/>
      </w:pPr>
      <w:r>
        <w:rPr>
          <w:rFonts w:ascii="Georgia" w:hAnsi="Georgia"/>
          <w:b w:val="0"/>
          <w:i w:val="0"/>
          <w:color w:val="22201D"/>
          <w:sz w:val="20"/>
        </w:rPr>
        <w:t>"Worse."</w:t>
      </w:r>
    </w:p>
    <w:p>
      <w:pPr>
        <w:spacing w:after="60" w:line="266" w:lineRule="auto"/>
        <w:ind w:firstLine="331"/>
        <w:jc w:val="both"/>
      </w:pPr>
      <w:r>
        <w:rPr>
          <w:rFonts w:ascii="Georgia" w:hAnsi="Georgia"/>
          <w:b w:val="0"/>
          <w:i w:val="0"/>
          <w:color w:val="22201D"/>
          <w:sz w:val="20"/>
        </w:rPr>
        <w:t>The Hostess placed her palm flat on the folder without pressing.</w:t>
      </w:r>
    </w:p>
    <w:p>
      <w:pPr>
        <w:spacing w:after="60" w:line="266" w:lineRule="auto"/>
        <w:ind w:firstLine="331"/>
        <w:jc w:val="both"/>
      </w:pPr>
      <w:r>
        <w:rPr>
          <w:rFonts w:ascii="Georgia" w:hAnsi="Georgia"/>
          <w:b w:val="0"/>
          <w:i w:val="0"/>
          <w:color w:val="22201D"/>
          <w:sz w:val="20"/>
        </w:rPr>
        <w:t>"Pending is acceptable. Final is not yours yet."</w:t>
      </w:r>
    </w:p>
    <w:p>
      <w:pPr>
        <w:spacing w:after="60" w:line="266" w:lineRule="auto"/>
        <w:ind w:firstLine="331"/>
        <w:jc w:val="both"/>
      </w:pPr>
      <w:r>
        <w:rPr>
          <w:rFonts w:ascii="Georgia" w:hAnsi="Georgia"/>
          <w:b w:val="0"/>
          <w:i w:val="0"/>
          <w:color w:val="22201D"/>
          <w:sz w:val="20"/>
        </w:rPr>
        <w:t>The word FINAL faded.</w:t>
      </w:r>
    </w:p>
    <w:p>
      <w:pPr>
        <w:spacing w:after="60" w:line="266" w:lineRule="auto"/>
        <w:ind w:firstLine="331"/>
        <w:jc w:val="both"/>
      </w:pPr>
      <w:r>
        <w:rPr>
          <w:rFonts w:ascii="Georgia" w:hAnsi="Georgia"/>
          <w:b w:val="0"/>
          <w:i w:val="0"/>
          <w:color w:val="22201D"/>
          <w:sz w:val="20"/>
        </w:rPr>
        <w:t>The folder now read:</w:t>
      </w:r>
    </w:p>
    <w:p>
      <w:pPr>
        <w:spacing w:after="60" w:line="250" w:lineRule="auto"/>
        <w:ind w:left="202" w:right="173"/>
      </w:pPr>
      <w:r>
        <w:rPr>
          <w:rFonts w:ascii="Georgia" w:hAnsi="Georgia"/>
          <w:b w:val="0"/>
          <w:i w:val="0"/>
          <w:color w:val="22201D"/>
          <w:sz w:val="17"/>
        </w:rPr>
        <w:t>CASE CONTINUANCE PENDING RECEIPT</w:t>
      </w:r>
    </w:p>
    <w:p>
      <w:pPr>
        <w:spacing w:after="60" w:line="266" w:lineRule="auto"/>
        <w:ind w:firstLine="331"/>
        <w:jc w:val="both"/>
      </w:pPr>
      <w:r>
        <w:rPr>
          <w:rFonts w:ascii="Georgia" w:hAnsi="Georgia"/>
          <w:b w:val="0"/>
          <w:i w:val="0"/>
          <w:color w:val="22201D"/>
          <w:sz w:val="20"/>
        </w:rPr>
        <w:t>Gerald made a measurement with the ruler, because when language changed in public-facing documents he liked to know whether the letters kept their baseline.</w:t>
      </w:r>
    </w:p>
    <w:p>
      <w:pPr>
        <w:spacing w:after="60" w:line="266" w:lineRule="auto"/>
        <w:ind w:firstLine="331"/>
        <w:jc w:val="both"/>
      </w:pPr>
      <w:r>
        <w:rPr>
          <w:rFonts w:ascii="Georgia" w:hAnsi="Georgia"/>
          <w:b w:val="0"/>
          <w:i w:val="0"/>
          <w:color w:val="22201D"/>
          <w:sz w:val="20"/>
        </w:rPr>
        <w:t>"Baseline stable."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Hostess corrected premature finality. Folder complied.</w:t>
      </w:r>
    </w:p>
    <w:p>
      <w:pPr>
        <w:spacing w:after="60" w:line="266" w:lineRule="auto"/>
        <w:ind w:firstLine="331"/>
        <w:jc w:val="both"/>
      </w:pPr>
      <w:r>
        <w:rPr>
          <w:rFonts w:ascii="Georgia" w:hAnsi="Georgia"/>
          <w:b w:val="0"/>
          <w:i w:val="0"/>
          <w:color w:val="22201D"/>
          <w:sz w:val="20"/>
        </w:rPr>
        <w:t>At Table Four, a customer raised a hand.</w:t>
      </w:r>
    </w:p>
    <w:p>
      <w:pPr>
        <w:spacing w:after="60" w:line="266" w:lineRule="auto"/>
        <w:ind w:firstLine="331"/>
        <w:jc w:val="both"/>
      </w:pPr>
      <w:r>
        <w:rPr>
          <w:rFonts w:ascii="Georgia" w:hAnsi="Georgia"/>
          <w:b w:val="0"/>
          <w:i w:val="0"/>
          <w:color w:val="22201D"/>
          <w:sz w:val="20"/>
        </w:rPr>
        <w:t>Steve looked up too quickly.</w:t>
      </w:r>
    </w:p>
    <w:p>
      <w:pPr>
        <w:spacing w:after="60" w:line="266" w:lineRule="auto"/>
        <w:ind w:firstLine="331"/>
        <w:jc w:val="both"/>
      </w:pPr>
      <w:r>
        <w:rPr>
          <w:rFonts w:ascii="Georgia" w:hAnsi="Georgia"/>
          <w:b w:val="0"/>
          <w:i w:val="0"/>
          <w:color w:val="22201D"/>
          <w:sz w:val="20"/>
        </w:rPr>
        <w:t>The customer said, "Can we get more water?"</w:t>
      </w:r>
    </w:p>
    <w:p>
      <w:pPr>
        <w:spacing w:after="60" w:line="266" w:lineRule="auto"/>
        <w:ind w:firstLine="331"/>
        <w:jc w:val="both"/>
      </w:pPr>
      <w:r>
        <w:rPr>
          <w:rFonts w:ascii="Georgia" w:hAnsi="Georgia"/>
          <w:b w:val="0"/>
          <w:i w:val="0"/>
          <w:color w:val="22201D"/>
          <w:sz w:val="20"/>
        </w:rPr>
        <w:t>The room relaxed.</w:t>
      </w:r>
    </w:p>
    <w:p>
      <w:pPr>
        <w:spacing w:after="60" w:line="266" w:lineRule="auto"/>
        <w:ind w:firstLine="331"/>
        <w:jc w:val="both"/>
      </w:pPr>
      <w:r>
        <w:rPr>
          <w:rFonts w:ascii="Georgia" w:hAnsi="Georgia"/>
          <w:b w:val="0"/>
          <w:i w:val="0"/>
          <w:color w:val="22201D"/>
          <w:sz w:val="20"/>
        </w:rPr>
        <w:t>Bob got the water.</w:t>
      </w:r>
    </w:p>
    <w:p>
      <w:pPr>
        <w:spacing w:after="60" w:line="266" w:lineRule="auto"/>
        <w:ind w:firstLine="331"/>
        <w:jc w:val="both"/>
      </w:pPr>
      <w:r>
        <w:rPr>
          <w:rFonts w:ascii="Georgia" w:hAnsi="Georgia"/>
          <w:b w:val="0"/>
          <w:i w:val="0"/>
          <w:color w:val="22201D"/>
          <w:sz w:val="20"/>
        </w:rPr>
        <w:t>This mattered.</w:t>
      </w:r>
    </w:p>
    <w:p>
      <w:pPr>
        <w:spacing w:after="60" w:line="266" w:lineRule="auto"/>
        <w:ind w:firstLine="331"/>
        <w:jc w:val="both"/>
      </w:pPr>
      <w:r>
        <w:rPr>
          <w:rFonts w:ascii="Georgia" w:hAnsi="Georgia"/>
          <w:b w:val="0"/>
          <w:i w:val="0"/>
          <w:color w:val="22201D"/>
          <w:sz w:val="20"/>
        </w:rPr>
        <w:t>The end was trying to become central, but tables still needed water. A file that could not survive water service had no business calling itself the end.</w:t>
      </w:r>
    </w:p>
    <w:p>
      <w:pPr>
        <w:spacing w:after="60" w:line="266" w:lineRule="auto"/>
        <w:ind w:firstLine="331"/>
        <w:jc w:val="both"/>
      </w:pPr>
      <w:r>
        <w:rPr>
          <w:rFonts w:ascii="Georgia" w:hAnsi="Georgia"/>
          <w:b w:val="0"/>
          <w:i w:val="0"/>
          <w:color w:val="22201D"/>
          <w:sz w:val="20"/>
        </w:rPr>
        <w:t>Steve took the top document from the stack: the closure notice.</w:t>
      </w:r>
    </w:p>
    <w:p>
      <w:pPr>
        <w:spacing w:after="60" w:line="266" w:lineRule="auto"/>
        <w:ind w:firstLine="331"/>
        <w:jc w:val="both"/>
      </w:pPr>
      <w:r>
        <w:rPr>
          <w:rFonts w:ascii="Georgia" w:hAnsi="Georgia"/>
          <w:b w:val="0"/>
          <w:i w:val="0"/>
          <w:color w:val="22201D"/>
          <w:sz w:val="20"/>
        </w:rPr>
        <w:t>It was room temperature now. Gerald confirmed. The notice still claimed closure upon mutual comprehension. It still lacked date, responsible party, appeal path, and customer-with-fork instructions. It still wanted to be bigger than it was.</w:t>
      </w:r>
    </w:p>
    <w:p>
      <w:pPr>
        <w:spacing w:after="60" w:line="266" w:lineRule="auto"/>
        <w:ind w:firstLine="331"/>
        <w:jc w:val="both"/>
      </w:pPr>
      <w:r>
        <w:rPr>
          <w:rFonts w:ascii="Georgia" w:hAnsi="Georgia"/>
          <w:b w:val="0"/>
          <w:i w:val="0"/>
          <w:color w:val="22201D"/>
          <w:sz w:val="20"/>
        </w:rPr>
        <w:t>Steve stamped it:</w:t>
      </w:r>
    </w:p>
    <w:p>
      <w:pPr>
        <w:spacing w:after="60" w:line="250" w:lineRule="auto"/>
        <w:ind w:left="202" w:right="173"/>
      </w:pPr>
      <w:r>
        <w:rPr>
          <w:rFonts w:ascii="Georgia" w:hAnsi="Georgia"/>
          <w:b w:val="0"/>
          <w:i w:val="0"/>
          <w:color w:val="22201D"/>
          <w:sz w:val="17"/>
        </w:rPr>
        <w:t>RECEIVED NOT ACCEPTED AS CLOSURE</w:t>
      </w:r>
    </w:p>
    <w:p>
      <w:pPr>
        <w:spacing w:after="60" w:line="266" w:lineRule="auto"/>
        <w:ind w:firstLine="331"/>
        <w:jc w:val="both"/>
      </w:pPr>
      <w:r>
        <w:rPr>
          <w:rFonts w:ascii="Georgia" w:hAnsi="Georgia"/>
          <w:b w:val="0"/>
          <w:i w:val="0"/>
          <w:color w:val="22201D"/>
          <w:sz w:val="20"/>
        </w:rPr>
        <w:t>The stamp was satisfying.</w:t>
      </w:r>
    </w:p>
    <w:p>
      <w:pPr>
        <w:spacing w:after="60" w:line="266" w:lineRule="auto"/>
        <w:ind w:firstLine="331"/>
        <w:jc w:val="both"/>
      </w:pPr>
      <w:r>
        <w:rPr>
          <w:rFonts w:ascii="Georgia" w:hAnsi="Georgia"/>
          <w:b w:val="0"/>
          <w:i w:val="0"/>
          <w:color w:val="22201D"/>
          <w:sz w:val="20"/>
        </w:rPr>
        <w:t>Too satisfying.</w:t>
      </w:r>
    </w:p>
    <w:p>
      <w:pPr>
        <w:spacing w:after="60" w:line="266" w:lineRule="auto"/>
        <w:ind w:firstLine="331"/>
        <w:jc w:val="both"/>
      </w:pPr>
      <w:r>
        <w:rPr>
          <w:rFonts w:ascii="Georgia" w:hAnsi="Georgia"/>
          <w:b w:val="0"/>
          <w:i w:val="0"/>
          <w:color w:val="22201D"/>
          <w:sz w:val="20"/>
        </w:rPr>
        <w:t>Steve immediately wrote beneath it by hand:</w:t>
      </w:r>
    </w:p>
    <w:p>
      <w:pPr>
        <w:spacing w:after="60" w:line="250" w:lineRule="auto"/>
        <w:ind w:left="202" w:right="173"/>
      </w:pPr>
      <w:r>
        <w:rPr>
          <w:rFonts w:ascii="Georgia" w:hAnsi="Georgia"/>
          <w:b w:val="0"/>
          <w:i w:val="0"/>
          <w:color w:val="22201D"/>
          <w:sz w:val="17"/>
        </w:rPr>
        <w:t>Stamp does not resolve claim.</w:t>
      </w:r>
    </w:p>
    <w:p>
      <w:pPr>
        <w:spacing w:after="60" w:line="266" w:lineRule="auto"/>
        <w:ind w:firstLine="331"/>
        <w:jc w:val="both"/>
      </w:pPr>
      <w:r>
        <w:rPr>
          <w:rFonts w:ascii="Georgia" w:hAnsi="Georgia"/>
          <w:b w:val="0"/>
          <w:i w:val="0"/>
          <w:color w:val="22201D"/>
          <w:sz w:val="20"/>
        </w:rPr>
        <w:t>The closure notice remained flat.</w:t>
      </w:r>
    </w:p>
    <w:p>
      <w:pPr>
        <w:spacing w:after="60" w:line="266" w:lineRule="auto"/>
        <w:ind w:firstLine="331"/>
        <w:jc w:val="both"/>
      </w:pPr>
      <w:r>
        <w:rPr>
          <w:rFonts w:ascii="Georgia" w:hAnsi="Georgia"/>
          <w:b w:val="0"/>
          <w:i w:val="0"/>
          <w:color w:val="22201D"/>
          <w:sz w:val="20"/>
        </w:rPr>
        <w:t>Next came the menu warning.</w:t>
      </w:r>
    </w:p>
    <w:p>
      <w:pPr>
        <w:spacing w:after="60" w:line="266" w:lineRule="auto"/>
        <w:ind w:firstLine="331"/>
        <w:jc w:val="both"/>
      </w:pPr>
      <w:r>
        <w:rPr>
          <w:rFonts w:ascii="Georgia" w:hAnsi="Georgia"/>
          <w:b w:val="0"/>
          <w:i w:val="0"/>
          <w:color w:val="22201D"/>
          <w:sz w:val="20"/>
        </w:rPr>
        <w:t>Steve stamped it:</w:t>
      </w:r>
    </w:p>
    <w:p>
      <w:pPr>
        <w:spacing w:after="60" w:line="250" w:lineRule="auto"/>
        <w:ind w:left="202" w:right="173"/>
      </w:pPr>
      <w:r>
        <w:rPr>
          <w:rFonts w:ascii="Georgia" w:hAnsi="Georgia"/>
          <w:b w:val="0"/>
          <w:i w:val="0"/>
          <w:color w:val="22201D"/>
          <w:sz w:val="17"/>
        </w:rPr>
        <w:t>ACTIVE GUIDANCE DO NOT COMPLETE EXPLANATION</w:t>
      </w:r>
    </w:p>
    <w:p>
      <w:pPr>
        <w:spacing w:after="60" w:line="266" w:lineRule="auto"/>
        <w:ind w:firstLine="331"/>
        <w:jc w:val="both"/>
      </w:pPr>
      <w:r>
        <w:rPr>
          <w:rFonts w:ascii="Georgia" w:hAnsi="Georgia"/>
          <w:b w:val="0"/>
          <w:i w:val="0"/>
          <w:color w:val="22201D"/>
          <w:sz w:val="20"/>
        </w:rPr>
        <w:t>Gerald added a small label:</w:t>
      </w:r>
    </w:p>
    <w:p>
      <w:pPr>
        <w:spacing w:after="60" w:line="250" w:lineRule="auto"/>
        <w:ind w:left="202" w:right="173"/>
      </w:pPr>
      <w:r>
        <w:rPr>
          <w:rFonts w:ascii="Georgia" w:hAnsi="Georgia"/>
          <w:b w:val="0"/>
          <w:i w:val="0"/>
          <w:color w:val="22201D"/>
          <w:sz w:val="17"/>
        </w:rPr>
        <w:t>PLACE BESIDE WATER, NOT BETWEEN CUSTOMER AND WATER</w:t>
      </w:r>
    </w:p>
    <w:p>
      <w:pPr>
        <w:spacing w:after="60" w:line="266" w:lineRule="auto"/>
        <w:ind w:firstLine="331"/>
        <w:jc w:val="both"/>
      </w:pPr>
      <w:r>
        <w:rPr>
          <w:rFonts w:ascii="Georgia" w:hAnsi="Georgia"/>
          <w:b w:val="0"/>
          <w:i w:val="0"/>
          <w:color w:val="22201D"/>
          <w:sz w:val="20"/>
        </w:rPr>
        <w:t>The label adhered neatly.</w:t>
      </w:r>
    </w:p>
    <w:p>
      <w:pPr>
        <w:spacing w:after="60" w:line="266" w:lineRule="auto"/>
        <w:ind w:firstLine="331"/>
        <w:jc w:val="both"/>
      </w:pPr>
      <w:r>
        <w:rPr>
          <w:rFonts w:ascii="Georgia" w:hAnsi="Georgia"/>
          <w:b w:val="0"/>
          <w:i w:val="0"/>
          <w:color w:val="22201D"/>
          <w:sz w:val="20"/>
        </w:rPr>
        <w:t>Next came the Citrus Aji Limo Rain service card.</w:t>
      </w:r>
    </w:p>
    <w:p>
      <w:pPr>
        <w:spacing w:after="60" w:line="266" w:lineRule="auto"/>
        <w:ind w:firstLine="331"/>
        <w:jc w:val="both"/>
      </w:pPr>
      <w:r>
        <w:rPr>
          <w:rFonts w:ascii="Georgia" w:hAnsi="Georgia"/>
          <w:b w:val="0"/>
          <w:i w:val="0"/>
          <w:color w:val="22201D"/>
          <w:sz w:val="20"/>
        </w:rPr>
        <w:t>Steve hesitated.</w:t>
      </w:r>
    </w:p>
    <w:p>
      <w:pPr>
        <w:spacing w:after="60" w:line="266" w:lineRule="auto"/>
        <w:ind w:firstLine="331"/>
        <w:jc w:val="both"/>
      </w:pPr>
      <w:r>
        <w:rPr>
          <w:rFonts w:ascii="Georgia" w:hAnsi="Georgia"/>
          <w:b w:val="0"/>
          <w:i w:val="0"/>
          <w:color w:val="22201D"/>
          <w:sz w:val="20"/>
        </w:rPr>
        <w:t>The sauce key was not a legal document. It was not a menu item exactly. It was not a witness. It had behaved better than most witnesses, but that did not create a category.</w:t>
      </w:r>
    </w:p>
    <w:p>
      <w:pPr>
        <w:spacing w:after="60" w:line="266" w:lineRule="auto"/>
        <w:ind w:firstLine="331"/>
        <w:jc w:val="both"/>
      </w:pPr>
      <w:r>
        <w:rPr>
          <w:rFonts w:ascii="Georgia" w:hAnsi="Georgia"/>
          <w:b w:val="0"/>
          <w:i w:val="0"/>
          <w:color w:val="22201D"/>
          <w:sz w:val="20"/>
        </w:rPr>
        <w:t>He looked at Gerald.</w:t>
      </w:r>
    </w:p>
    <w:p>
      <w:pPr>
        <w:spacing w:after="60" w:line="266" w:lineRule="auto"/>
        <w:ind w:firstLine="331"/>
        <w:jc w:val="both"/>
      </w:pPr>
      <w:r>
        <w:rPr>
          <w:rFonts w:ascii="Georgia" w:hAnsi="Georgia"/>
          <w:b w:val="0"/>
          <w:i w:val="0"/>
          <w:color w:val="22201D"/>
          <w:sz w:val="20"/>
        </w:rPr>
        <w:t>Gerald said, "Temporary service use."</w:t>
      </w:r>
    </w:p>
    <w:p>
      <w:pPr>
        <w:spacing w:after="60" w:line="266" w:lineRule="auto"/>
        <w:ind w:firstLine="331"/>
        <w:jc w:val="both"/>
      </w:pPr>
      <w:r>
        <w:rPr>
          <w:rFonts w:ascii="Georgia" w:hAnsi="Georgia"/>
          <w:b w:val="0"/>
          <w:i w:val="0"/>
          <w:color w:val="22201D"/>
          <w:sz w:val="20"/>
        </w:rPr>
        <w:t>Steve stamped:</w:t>
      </w:r>
    </w:p>
    <w:p>
      <w:pPr>
        <w:spacing w:after="60" w:line="250" w:lineRule="auto"/>
        <w:ind w:left="202" w:right="173"/>
      </w:pPr>
      <w:r>
        <w:rPr>
          <w:rFonts w:ascii="Georgia" w:hAnsi="Georgia"/>
          <w:b w:val="0"/>
          <w:i w:val="0"/>
          <w:color w:val="22201D"/>
          <w:sz w:val="17"/>
        </w:rPr>
        <w:t>TEMPORARY SERVICE USE NOT A VERDICT</w:t>
      </w:r>
    </w:p>
    <w:p>
      <w:pPr>
        <w:spacing w:after="60" w:line="266" w:lineRule="auto"/>
        <w:ind w:firstLine="331"/>
        <w:jc w:val="both"/>
      </w:pPr>
      <w:r>
        <w:rPr>
          <w:rFonts w:ascii="Georgia" w:hAnsi="Georgia"/>
          <w:b w:val="0"/>
          <w:i w:val="0"/>
          <w:color w:val="22201D"/>
          <w:sz w:val="20"/>
        </w:rPr>
        <w:t>The card did not glow.</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first OPEN ENOUGH ticket went next.</w:t>
      </w:r>
    </w:p>
    <w:p>
      <w:pPr>
        <w:spacing w:after="60" w:line="266" w:lineRule="auto"/>
        <w:ind w:firstLine="331"/>
        <w:jc w:val="both"/>
      </w:pPr>
      <w:r>
        <w:rPr>
          <w:rFonts w:ascii="Georgia" w:hAnsi="Georgia"/>
          <w:b w:val="0"/>
          <w:i w:val="0"/>
          <w:color w:val="22201D"/>
          <w:sz w:val="20"/>
        </w:rPr>
        <w:t>Steve disliked it most because it sounded like a joke and functioned like an order.</w:t>
      </w:r>
    </w:p>
    <w:p>
      <w:pPr>
        <w:spacing w:after="60" w:line="266" w:lineRule="auto"/>
        <w:ind w:firstLine="331"/>
        <w:jc w:val="both"/>
      </w:pPr>
      <w:r>
        <w:rPr>
          <w:rFonts w:ascii="Georgia" w:hAnsi="Georgia"/>
          <w:b w:val="0"/>
          <w:i w:val="0"/>
          <w:color w:val="22201D"/>
          <w:sz w:val="20"/>
        </w:rPr>
        <w:t>He stamped:</w:t>
      </w:r>
    </w:p>
    <w:p>
      <w:pPr>
        <w:spacing w:after="60" w:line="250" w:lineRule="auto"/>
        <w:ind w:left="202" w:right="173"/>
      </w:pPr>
      <w:r>
        <w:rPr>
          <w:rFonts w:ascii="Georgia" w:hAnsi="Georgia"/>
          <w:b w:val="0"/>
          <w:i w:val="0"/>
          <w:color w:val="22201D"/>
          <w:sz w:val="17"/>
        </w:rPr>
        <w:t>SERVICE STATUS DEFINITION DEFERRED</w:t>
      </w:r>
    </w:p>
    <w:p>
      <w:pPr>
        <w:spacing w:after="60" w:line="266" w:lineRule="auto"/>
        <w:ind w:firstLine="331"/>
        <w:jc w:val="both"/>
      </w:pPr>
      <w:r>
        <w:rPr>
          <w:rFonts w:ascii="Georgia" w:hAnsi="Georgia"/>
          <w:b w:val="0"/>
          <w:i w:val="0"/>
          <w:color w:val="22201D"/>
          <w:sz w:val="20"/>
        </w:rPr>
        <w:t>The ticket printed, very quietly:</w:t>
      </w:r>
    </w:p>
    <w:p>
      <w:pPr>
        <w:spacing w:after="60" w:line="250" w:lineRule="auto"/>
        <w:ind w:left="202" w:right="173"/>
      </w:pPr>
      <w:r>
        <w:rPr>
          <w:rFonts w:ascii="Georgia" w:hAnsi="Georgia"/>
          <w:b w:val="0"/>
          <w:i w:val="0"/>
          <w:color w:val="22201D"/>
          <w:sz w:val="17"/>
        </w:rPr>
        <w:t>Thank you.</w:t>
      </w:r>
    </w:p>
    <w:p>
      <w:pPr>
        <w:spacing w:after="60" w:line="266" w:lineRule="auto"/>
        <w:ind w:firstLine="331"/>
        <w:jc w:val="both"/>
      </w:pPr>
      <w:r>
        <w:rPr>
          <w:rFonts w:ascii="Georgia" w:hAnsi="Georgia"/>
          <w:b w:val="0"/>
          <w:i w:val="0"/>
          <w:color w:val="22201D"/>
          <w:sz w:val="20"/>
        </w:rPr>
        <w:t>Steve almost smiled, which would have been dangerous for the file, so he did not.</w:t>
      </w:r>
    </w:p>
    <w:p>
      <w:pPr>
        <w:spacing w:after="60" w:line="266" w:lineRule="auto"/>
        <w:ind w:firstLine="331"/>
        <w:jc w:val="both"/>
      </w:pPr>
      <w:r>
        <w:rPr>
          <w:rFonts w:ascii="Georgia" w:hAnsi="Georgia"/>
          <w:b w:val="0"/>
          <w:i w:val="0"/>
          <w:color w:val="22201D"/>
          <w:sz w:val="20"/>
        </w:rPr>
        <w:t>The folder waited.</w:t>
      </w:r>
    </w:p>
    <w:p>
      <w:pPr>
        <w:spacing w:after="60" w:line="266" w:lineRule="auto"/>
        <w:ind w:firstLine="331"/>
        <w:jc w:val="both"/>
      </w:pPr>
      <w:r>
        <w:rPr>
          <w:rFonts w:ascii="Georgia" w:hAnsi="Georgia"/>
          <w:b w:val="0"/>
          <w:i w:val="0"/>
          <w:color w:val="22201D"/>
          <w:sz w:val="20"/>
        </w:rPr>
        <w:t>The drawer labeled Open waited.</w:t>
      </w:r>
    </w:p>
    <w:p>
      <w:pPr>
        <w:spacing w:after="60" w:line="266" w:lineRule="auto"/>
        <w:ind w:firstLine="331"/>
        <w:jc w:val="both"/>
      </w:pPr>
      <w:r>
        <w:rPr>
          <w:rFonts w:ascii="Georgia" w:hAnsi="Georgia"/>
          <w:b w:val="0"/>
          <w:i w:val="0"/>
          <w:color w:val="22201D"/>
          <w:sz w:val="20"/>
        </w:rPr>
        <w:t>The drawer labeled Closed remained stuck in a way that was beginning to feel less like a malfunction and more like an opinion.</w:t>
      </w:r>
    </w:p>
    <w:p>
      <w:pPr>
        <w:spacing w:after="60" w:line="266" w:lineRule="auto"/>
        <w:ind w:firstLine="331"/>
        <w:jc w:val="both"/>
      </w:pPr>
      <w:r>
        <w:rPr>
          <w:rFonts w:ascii="Georgia" w:hAnsi="Georgia"/>
          <w:b w:val="0"/>
          <w:i w:val="0"/>
          <w:color w:val="22201D"/>
          <w:sz w:val="20"/>
        </w:rPr>
        <w:t>The Hostess said, "What are you filing?"</w:t>
      </w:r>
    </w:p>
    <w:p>
      <w:pPr>
        <w:spacing w:after="60" w:line="266" w:lineRule="auto"/>
        <w:ind w:firstLine="331"/>
        <w:jc w:val="both"/>
      </w:pPr>
      <w:r>
        <w:rPr>
          <w:rFonts w:ascii="Georgia" w:hAnsi="Georgia"/>
          <w:b w:val="0"/>
          <w:i w:val="0"/>
          <w:color w:val="22201D"/>
          <w:sz w:val="20"/>
        </w:rPr>
        <w:t>Steve looked at the stack.</w:t>
      </w:r>
    </w:p>
    <w:p>
      <w:pPr>
        <w:spacing w:after="60" w:line="266" w:lineRule="auto"/>
        <w:ind w:firstLine="331"/>
        <w:jc w:val="both"/>
      </w:pPr>
      <w:r>
        <w:rPr>
          <w:rFonts w:ascii="Georgia" w:hAnsi="Georgia"/>
          <w:b w:val="0"/>
          <w:i w:val="0"/>
          <w:color w:val="22201D"/>
          <w:sz w:val="20"/>
        </w:rPr>
        <w:t>"Not closure. Not explanation. Not miracle. Not end."</w:t>
      </w:r>
    </w:p>
    <w:p>
      <w:pPr>
        <w:spacing w:after="60" w:line="266" w:lineRule="auto"/>
        <w:ind w:firstLine="331"/>
        <w:jc w:val="both"/>
      </w:pPr>
      <w:r>
        <w:rPr>
          <w:rFonts w:ascii="Georgia" w:hAnsi="Georgia"/>
          <w:b w:val="0"/>
          <w:i w:val="0"/>
          <w:color w:val="22201D"/>
          <w:sz w:val="20"/>
        </w:rPr>
        <w:t>"What remains?"</w:t>
      </w:r>
    </w:p>
    <w:p>
      <w:pPr>
        <w:spacing w:after="60" w:line="266" w:lineRule="auto"/>
        <w:ind w:firstLine="331"/>
        <w:jc w:val="both"/>
      </w:pPr>
      <w:r>
        <w:rPr>
          <w:rFonts w:ascii="Georgia" w:hAnsi="Georgia"/>
          <w:b w:val="0"/>
          <w:i w:val="0"/>
          <w:color w:val="22201D"/>
          <w:sz w:val="20"/>
        </w:rPr>
        <w:t>He thought of the morning: warm notice, bread first, menu warnings, Lena's phone pocketed, soup brightened without being explained, the sauce bottle raining only inside itself, the room continuing because it did not insist on completing itself.</w:t>
      </w:r>
    </w:p>
    <w:p>
      <w:pPr>
        <w:spacing w:after="60" w:line="266" w:lineRule="auto"/>
        <w:ind w:firstLine="331"/>
        <w:jc w:val="both"/>
      </w:pPr>
      <w:r>
        <w:rPr>
          <w:rFonts w:ascii="Georgia" w:hAnsi="Georgia"/>
          <w:b w:val="0"/>
          <w:i w:val="0"/>
          <w:color w:val="22201D"/>
          <w:sz w:val="20"/>
        </w:rPr>
        <w:t>"Open case," Steve said.</w:t>
      </w:r>
    </w:p>
    <w:p>
      <w:pPr>
        <w:spacing w:after="60" w:line="266" w:lineRule="auto"/>
        <w:ind w:firstLine="331"/>
        <w:jc w:val="both"/>
      </w:pPr>
      <w:r>
        <w:rPr>
          <w:rFonts w:ascii="Georgia" w:hAnsi="Georgia"/>
          <w:b w:val="0"/>
          <w:i w:val="0"/>
          <w:color w:val="22201D"/>
          <w:sz w:val="20"/>
        </w:rPr>
        <w:t>The folder changed again.</w:t>
      </w:r>
    </w:p>
    <w:p>
      <w:pPr>
        <w:spacing w:after="60" w:line="250" w:lineRule="auto"/>
        <w:ind w:left="202" w:right="173"/>
      </w:pPr>
      <w:r>
        <w:rPr>
          <w:rFonts w:ascii="Georgia" w:hAnsi="Georgia"/>
          <w:b w:val="0"/>
          <w:i w:val="0"/>
          <w:color w:val="22201D"/>
          <w:sz w:val="17"/>
        </w:rPr>
        <w:t>OPEN CASE END MATERIALS - NOT CLOSED</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"Acceptable. Add retention rule."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Retain until service ends or proves it does not need ending.</w:t>
      </w:r>
    </w:p>
    <w:p>
      <w:pPr>
        <w:spacing w:after="60" w:line="266" w:lineRule="auto"/>
        <w:ind w:firstLine="331"/>
        <w:jc w:val="both"/>
      </w:pPr>
      <w:r>
        <w:rPr>
          <w:rFonts w:ascii="Georgia" w:hAnsi="Georgia"/>
          <w:b w:val="0"/>
          <w:i w:val="0"/>
          <w:color w:val="22201D"/>
          <w:sz w:val="20"/>
        </w:rPr>
        <w:t>Gerald frowned. "That is unstable."</w:t>
      </w:r>
    </w:p>
    <w:p>
      <w:pPr>
        <w:spacing w:after="60" w:line="266" w:lineRule="auto"/>
        <w:ind w:firstLine="331"/>
        <w:jc w:val="both"/>
      </w:pPr>
      <w:r>
        <w:rPr>
          <w:rFonts w:ascii="Georgia" w:hAnsi="Georgia"/>
          <w:b w:val="0"/>
          <w:i w:val="0"/>
          <w:color w:val="22201D"/>
          <w:sz w:val="20"/>
        </w:rPr>
        <w:t>"So is the case."</w:t>
      </w:r>
    </w:p>
    <w:p>
      <w:pPr>
        <w:spacing w:after="60" w:line="266" w:lineRule="auto"/>
        <w:ind w:firstLine="331"/>
        <w:jc w:val="both"/>
      </w:pPr>
      <w:r>
        <w:rPr>
          <w:rFonts w:ascii="Georgia" w:hAnsi="Georgia"/>
          <w:b w:val="0"/>
          <w:i w:val="0"/>
          <w:color w:val="22201D"/>
          <w:sz w:val="20"/>
        </w:rPr>
        <w:t>The Hostess nodded once.</w:t>
      </w:r>
    </w:p>
    <w:p>
      <w:pPr>
        <w:spacing w:after="60" w:line="266" w:lineRule="auto"/>
        <w:ind w:firstLine="331"/>
        <w:jc w:val="both"/>
      </w:pPr>
      <w:r>
        <w:rPr>
          <w:rFonts w:ascii="Georgia" w:hAnsi="Georgia"/>
          <w:b w:val="0"/>
          <w:i w:val="0"/>
          <w:color w:val="22201D"/>
          <w:sz w:val="20"/>
        </w:rPr>
        <w:t>That was enough.</w:t>
      </w:r>
    </w:p>
    <w:p>
      <w:pPr>
        <w:spacing w:after="60" w:line="266" w:lineRule="auto"/>
        <w:ind w:firstLine="331"/>
        <w:jc w:val="both"/>
      </w:pPr>
      <w:r>
        <w:rPr>
          <w:rFonts w:ascii="Georgia" w:hAnsi="Georgia"/>
          <w:b w:val="0"/>
          <w:i w:val="0"/>
          <w:color w:val="22201D"/>
          <w:sz w:val="20"/>
        </w:rPr>
        <w:t>Steve placed the documents in the folder in service order, not importance order:</w:t>
      </w:r>
    </w:p>
    <w:p>
      <w:pPr>
        <w:spacing w:after="60" w:line="250" w:lineRule="auto"/>
        <w:ind w:left="317" w:right="173"/>
      </w:pPr>
      <w:r>
        <w:rPr>
          <w:rFonts w:ascii="Georgia" w:hAnsi="Georgia"/>
          <w:b w:val="0"/>
          <w:i w:val="0"/>
          <w:color w:val="22201D"/>
          <w:sz w:val="18"/>
        </w:rPr>
        <w:t>1. OPEN ENOUGH ticket. 2. Closure notice. 3. Menu warning. 4. Citrus Aji Limo Rain service card. 5. Lena's receipt. 6. Staff action note. 7. Gerald's placement correction. 8. Blank sheet for next service.</w:t>
      </w:r>
    </w:p>
    <w:p>
      <w:pPr>
        <w:spacing w:after="60" w:line="266" w:lineRule="auto"/>
        <w:ind w:firstLine="331"/>
        <w:jc w:val="both"/>
      </w:pPr>
      <w:r>
        <w:rPr>
          <w:rFonts w:ascii="Georgia" w:hAnsi="Georgia"/>
          <w:b w:val="0"/>
          <w:i w:val="0"/>
          <w:color w:val="22201D"/>
          <w:sz w:val="20"/>
        </w:rPr>
        <w:t>Gerald noticed.</w:t>
      </w:r>
    </w:p>
    <w:p>
      <w:pPr>
        <w:spacing w:after="60" w:line="266" w:lineRule="auto"/>
        <w:ind w:firstLine="331"/>
        <w:jc w:val="both"/>
      </w:pPr>
      <w:r>
        <w:rPr>
          <w:rFonts w:ascii="Georgia" w:hAnsi="Georgia"/>
          <w:b w:val="0"/>
          <w:i w:val="0"/>
          <w:color w:val="22201D"/>
          <w:sz w:val="20"/>
        </w:rPr>
        <w:t>"Why is the first ticket before the closure notice?"</w:t>
      </w:r>
    </w:p>
    <w:p>
      <w:pPr>
        <w:spacing w:after="60" w:line="266" w:lineRule="auto"/>
        <w:ind w:firstLine="331"/>
        <w:jc w:val="both"/>
      </w:pPr>
      <w:r>
        <w:rPr>
          <w:rFonts w:ascii="Georgia" w:hAnsi="Georgia"/>
          <w:b w:val="0"/>
          <w:i w:val="0"/>
          <w:color w:val="22201D"/>
          <w:sz w:val="20"/>
        </w:rPr>
        <w:t>"Because service happened before the claim."</w:t>
      </w:r>
    </w:p>
    <w:p>
      <w:pPr>
        <w:spacing w:after="60" w:line="266" w:lineRule="auto"/>
        <w:ind w:firstLine="331"/>
        <w:jc w:val="both"/>
      </w:pPr>
      <w:r>
        <w:rPr>
          <w:rFonts w:ascii="Georgia" w:hAnsi="Georgia"/>
          <w:b w:val="0"/>
          <w:i w:val="0"/>
          <w:color w:val="22201D"/>
          <w:sz w:val="20"/>
        </w:rPr>
        <w:t>The folder did not object.</w:t>
      </w:r>
    </w:p>
    <w:p>
      <w:pPr>
        <w:spacing w:after="60" w:line="266" w:lineRule="auto"/>
        <w:ind w:firstLine="331"/>
        <w:jc w:val="both"/>
      </w:pPr>
      <w:r>
        <w:rPr>
          <w:rFonts w:ascii="Georgia" w:hAnsi="Georgia"/>
          <w:b w:val="0"/>
          <w:i w:val="0"/>
          <w:color w:val="22201D"/>
          <w:sz w:val="20"/>
        </w:rPr>
        <w:t>The drawer labeled Open slid out the rest of the way.</w:t>
      </w:r>
    </w:p>
    <w:p>
      <w:pPr>
        <w:spacing w:after="60" w:line="266" w:lineRule="auto"/>
        <w:ind w:firstLine="331"/>
        <w:jc w:val="both"/>
      </w:pPr>
      <w:r>
        <w:rPr>
          <w:rFonts w:ascii="Georgia" w:hAnsi="Georgia"/>
          <w:b w:val="0"/>
          <w:i w:val="0"/>
          <w:color w:val="22201D"/>
          <w:sz w:val="20"/>
        </w:rPr>
        <w:t>Inside was a hanging file tab that had not been there before.</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OPEN / ENDS / CURRENT</w:t>
      </w:r>
    </w:p>
    <w:p>
      <w:pPr>
        <w:spacing w:after="60" w:line="266" w:lineRule="auto"/>
        <w:ind w:firstLine="331"/>
        <w:jc w:val="both"/>
      </w:pPr>
      <w:r>
        <w:rPr>
          <w:rFonts w:ascii="Georgia" w:hAnsi="Georgia"/>
          <w:b w:val="0"/>
          <w:i w:val="0"/>
          <w:color w:val="22201D"/>
          <w:sz w:val="20"/>
        </w:rPr>
        <w:t>Steve stared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tab changed.</w:t>
      </w:r>
    </w:p>
    <w:p>
      <w:pPr>
        <w:spacing w:after="60" w:line="250" w:lineRule="auto"/>
        <w:ind w:left="202" w:right="173"/>
      </w:pPr>
      <w:r>
        <w:rPr>
          <w:rFonts w:ascii="Georgia" w:hAnsi="Georgia"/>
          <w:b w:val="0"/>
          <w:i w:val="0"/>
          <w:color w:val="22201D"/>
          <w:sz w:val="17"/>
        </w:rPr>
        <w:t>OPEN / END MATERIALS / CURRENT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Gerald inspected the tab.</w:t>
      </w:r>
    </w:p>
    <w:p>
      <w:pPr>
        <w:spacing w:after="60" w:line="266" w:lineRule="auto"/>
        <w:ind w:firstLine="331"/>
        <w:jc w:val="both"/>
      </w:pPr>
      <w:r>
        <w:rPr>
          <w:rFonts w:ascii="Georgia" w:hAnsi="Georgia"/>
          <w:b w:val="0"/>
          <w:i w:val="0"/>
          <w:color w:val="22201D"/>
          <w:sz w:val="20"/>
        </w:rPr>
        <w:t>"Alphabetization questionable, but not unsafe."</w:t>
      </w:r>
    </w:p>
    <w:p>
      <w:pPr>
        <w:spacing w:after="60" w:line="266" w:lineRule="auto"/>
        <w:ind w:firstLine="331"/>
        <w:jc w:val="both"/>
      </w:pPr>
      <w:r>
        <w:rPr>
          <w:rFonts w:ascii="Georgia" w:hAnsi="Georgia"/>
          <w:b w:val="0"/>
          <w:i w:val="0"/>
          <w:color w:val="22201D"/>
          <w:sz w:val="20"/>
        </w:rPr>
        <w:t>Steve placed the folder in the drawer.</w:t>
      </w:r>
    </w:p>
    <w:p>
      <w:pPr>
        <w:spacing w:after="60" w:line="266" w:lineRule="auto"/>
        <w:ind w:firstLine="331"/>
        <w:jc w:val="both"/>
      </w:pPr>
      <w:r>
        <w:rPr>
          <w:rFonts w:ascii="Georgia" w:hAnsi="Georgia"/>
          <w:b w:val="0"/>
          <w:i w:val="0"/>
          <w:color w:val="22201D"/>
          <w:sz w:val="20"/>
        </w:rPr>
        <w:t>The drawer did not close.</w:t>
      </w:r>
    </w:p>
    <w:p>
      <w:pPr>
        <w:spacing w:after="60" w:line="266" w:lineRule="auto"/>
        <w:ind w:firstLine="331"/>
        <w:jc w:val="both"/>
      </w:pPr>
      <w:r>
        <w:rPr>
          <w:rFonts w:ascii="Georgia" w:hAnsi="Georgia"/>
          <w:b w:val="0"/>
          <w:i w:val="0"/>
          <w:color w:val="22201D"/>
          <w:sz w:val="20"/>
        </w:rPr>
        <w:t>"Of course," Steve said.</w:t>
      </w:r>
    </w:p>
    <w:p>
      <w:pPr>
        <w:spacing w:after="60" w:line="266" w:lineRule="auto"/>
        <w:ind w:firstLine="331"/>
        <w:jc w:val="both"/>
      </w:pPr>
      <w:r>
        <w:rPr>
          <w:rFonts w:ascii="Georgia" w:hAnsi="Georgia"/>
          <w:b w:val="0"/>
          <w:i w:val="0"/>
          <w:color w:val="22201D"/>
          <w:sz w:val="20"/>
        </w:rPr>
        <w:t>The folder printed one final line across its front:</w:t>
      </w:r>
    </w:p>
    <w:p>
      <w:pPr>
        <w:spacing w:after="60" w:line="250" w:lineRule="auto"/>
        <w:ind w:left="202" w:right="173"/>
      </w:pPr>
      <w:r>
        <w:rPr>
          <w:rFonts w:ascii="Georgia" w:hAnsi="Georgia"/>
          <w:b w:val="0"/>
          <w:i w:val="0"/>
          <w:color w:val="22201D"/>
          <w:sz w:val="17"/>
        </w:rPr>
        <w:t>CASE MAY NOT CLOSE WHILE SERVICE CONTINUES.</w:t>
      </w:r>
    </w:p>
    <w:p>
      <w:pPr>
        <w:spacing w:after="60" w:line="266" w:lineRule="auto"/>
        <w:ind w:firstLine="331"/>
        <w:jc w:val="both"/>
      </w:pPr>
      <w:r>
        <w:rPr>
          <w:rFonts w:ascii="Georgia" w:hAnsi="Georgia"/>
          <w:b w:val="0"/>
          <w:i w:val="0"/>
          <w:color w:val="22201D"/>
          <w:sz w:val="20"/>
        </w:rPr>
        <w:t>At that exact moment Bob walked past with a pitcher of water for Table Four.</w:t>
      </w:r>
    </w:p>
    <w:p>
      <w:pPr>
        <w:spacing w:after="60" w:line="266" w:lineRule="auto"/>
        <w:ind w:firstLine="331"/>
        <w:jc w:val="both"/>
      </w:pPr>
      <w:r>
        <w:rPr>
          <w:rFonts w:ascii="Georgia" w:hAnsi="Georgia"/>
          <w:b w:val="0"/>
          <w:i w:val="0"/>
          <w:color w:val="22201D"/>
          <w:sz w:val="20"/>
        </w:rPr>
        <w:t>The folder stopped printing.</w:t>
      </w:r>
    </w:p>
    <w:p>
      <w:pPr>
        <w:spacing w:after="60" w:line="266" w:lineRule="auto"/>
        <w:ind w:firstLine="331"/>
        <w:jc w:val="both"/>
      </w:pPr>
      <w:r>
        <w:rPr>
          <w:rFonts w:ascii="Georgia" w:hAnsi="Georgia"/>
          <w:b w:val="0"/>
          <w:i w:val="0"/>
          <w:color w:val="22201D"/>
          <w:sz w:val="20"/>
        </w:rPr>
        <w:t>The drawer accepted the folder.</w:t>
      </w:r>
    </w:p>
    <w:p>
      <w:pPr>
        <w:spacing w:after="60" w:line="266" w:lineRule="auto"/>
        <w:ind w:firstLine="331"/>
        <w:jc w:val="both"/>
      </w:pPr>
      <w:r>
        <w:rPr>
          <w:rFonts w:ascii="Georgia" w:hAnsi="Georgia"/>
          <w:b w:val="0"/>
          <w:i w:val="0"/>
          <w:color w:val="22201D"/>
          <w:sz w:val="20"/>
        </w:rPr>
        <w:t>The drawer remained open by two inches.</w:t>
      </w:r>
    </w:p>
    <w:p>
      <w:pPr>
        <w:spacing w:after="60" w:line="266" w:lineRule="auto"/>
        <w:ind w:firstLine="331"/>
        <w:jc w:val="both"/>
      </w:pPr>
      <w:r>
        <w:rPr>
          <w:rFonts w:ascii="Georgia" w:hAnsi="Georgia"/>
          <w:b w:val="0"/>
          <w:i w:val="0"/>
          <w:color w:val="22201D"/>
          <w:sz w:val="20"/>
        </w:rPr>
        <w:t>Gerald measured.</w:t>
      </w:r>
    </w:p>
    <w:p>
      <w:pPr>
        <w:spacing w:after="60" w:line="266" w:lineRule="auto"/>
        <w:ind w:firstLine="331"/>
        <w:jc w:val="both"/>
      </w:pPr>
      <w:r>
        <w:rPr>
          <w:rFonts w:ascii="Georgia" w:hAnsi="Georgia"/>
          <w:b w:val="0"/>
          <w:i w:val="0"/>
          <w:color w:val="22201D"/>
          <w:sz w:val="20"/>
        </w:rPr>
        <w:t>"Two inches."</w:t>
      </w:r>
    </w:p>
    <w:p>
      <w:pPr>
        <w:spacing w:after="60" w:line="266" w:lineRule="auto"/>
        <w:ind w:firstLine="331"/>
        <w:jc w:val="both"/>
      </w:pPr>
      <w:r>
        <w:rPr>
          <w:rFonts w:ascii="Georgia" w:hAnsi="Georgia"/>
          <w:b w:val="0"/>
          <w:i w:val="0"/>
          <w:color w:val="22201D"/>
          <w:sz w:val="20"/>
        </w:rPr>
        <w:t>The Hostess said, "Enough to retrieve it."</w:t>
      </w:r>
    </w:p>
    <w:p>
      <w:pPr>
        <w:spacing w:after="60" w:line="266" w:lineRule="auto"/>
        <w:ind w:firstLine="331"/>
        <w:jc w:val="both"/>
      </w:pPr>
      <w:r>
        <w:rPr>
          <w:rFonts w:ascii="Georgia" w:hAnsi="Georgia"/>
          <w:b w:val="0"/>
          <w:i w:val="0"/>
          <w:color w:val="22201D"/>
          <w:sz w:val="20"/>
        </w:rPr>
        <w:t>Steve said, "Enough to trip someone."</w:t>
      </w:r>
    </w:p>
    <w:p>
      <w:pPr>
        <w:spacing w:after="60" w:line="266" w:lineRule="auto"/>
        <w:ind w:firstLine="331"/>
        <w:jc w:val="both"/>
      </w:pPr>
      <w:r>
        <w:rPr>
          <w:rFonts w:ascii="Georgia" w:hAnsi="Georgia"/>
          <w:b w:val="0"/>
          <w:i w:val="0"/>
          <w:color w:val="22201D"/>
          <w:sz w:val="20"/>
        </w:rPr>
        <w:t>Gerald said, "Correct."</w:t>
      </w:r>
    </w:p>
    <w:p>
      <w:pPr>
        <w:spacing w:after="60" w:line="266" w:lineRule="auto"/>
        <w:ind w:firstLine="331"/>
        <w:jc w:val="both"/>
      </w:pPr>
      <w:r>
        <w:rPr>
          <w:rFonts w:ascii="Georgia" w:hAnsi="Georgia"/>
          <w:b w:val="0"/>
          <w:i w:val="0"/>
          <w:color w:val="22201D"/>
          <w:sz w:val="20"/>
        </w:rPr>
        <w:t>Together, they moved the cabinet six inches away from the walking path.</w:t>
      </w:r>
    </w:p>
    <w:p>
      <w:pPr>
        <w:spacing w:after="60" w:line="266" w:lineRule="auto"/>
        <w:ind w:firstLine="331"/>
        <w:jc w:val="both"/>
      </w:pPr>
      <w:r>
        <w:rPr>
          <w:rFonts w:ascii="Georgia" w:hAnsi="Georgia"/>
          <w:b w:val="0"/>
          <w:i w:val="0"/>
          <w:color w:val="22201D"/>
          <w:sz w:val="20"/>
        </w:rPr>
        <w:t>This was the kind of miracle the restaurant respected: not the drawer staying open, but someone moving the cabinet so nobody hit a shin.</w:t>
      </w:r>
    </w:p>
    <w:p>
      <w:pPr>
        <w:spacing w:after="60" w:line="266" w:lineRule="auto"/>
        <w:ind w:firstLine="331"/>
        <w:jc w:val="both"/>
      </w:pPr>
      <w:r>
        <w:rPr>
          <w:rFonts w:ascii="Georgia" w:hAnsi="Georgia"/>
          <w:b w:val="0"/>
          <w:i w:val="0"/>
          <w:color w:val="22201D"/>
          <w:sz w:val="20"/>
        </w:rPr>
        <w:t>Nico approached again, slowly.</w:t>
      </w:r>
    </w:p>
    <w:p>
      <w:pPr>
        <w:spacing w:after="60" w:line="266" w:lineRule="auto"/>
        <w:ind w:firstLine="331"/>
        <w:jc w:val="both"/>
      </w:pPr>
      <w:r>
        <w:rPr>
          <w:rFonts w:ascii="Georgia" w:hAnsi="Georgia"/>
          <w:b w:val="0"/>
          <w:i w:val="0"/>
          <w:color w:val="22201D"/>
          <w:sz w:val="20"/>
        </w:rPr>
        <w:t>"Operational question."</w:t>
      </w:r>
    </w:p>
    <w:p>
      <w:pPr>
        <w:spacing w:after="60" w:line="266" w:lineRule="auto"/>
        <w:ind w:firstLine="331"/>
        <w:jc w:val="both"/>
      </w:pPr>
      <w:r>
        <w:rPr>
          <w:rFonts w:ascii="Georgia" w:hAnsi="Georgia"/>
          <w:b w:val="0"/>
          <w:i w:val="0"/>
          <w:color w:val="22201D"/>
          <w:sz w:val="20"/>
        </w:rPr>
        <w:t>The Hostess waited.</w:t>
      </w:r>
    </w:p>
    <w:p>
      <w:pPr>
        <w:spacing w:after="60" w:line="266" w:lineRule="auto"/>
        <w:ind w:firstLine="331"/>
        <w:jc w:val="both"/>
      </w:pPr>
      <w:r>
        <w:rPr>
          <w:rFonts w:ascii="Georgia" w:hAnsi="Georgia"/>
          <w:b w:val="0"/>
          <w:i w:val="0"/>
          <w:color w:val="22201D"/>
          <w:sz w:val="20"/>
        </w:rPr>
        <w:t>"If the end is filed under open, how do we tell people where we are in the story?"</w:t>
      </w:r>
    </w:p>
    <w:p>
      <w:pPr>
        <w:spacing w:after="60" w:line="266" w:lineRule="auto"/>
        <w:ind w:firstLine="331"/>
        <w:jc w:val="both"/>
      </w:pPr>
      <w:r>
        <w:rPr>
          <w:rFonts w:ascii="Georgia" w:hAnsi="Georgia"/>
          <w:b w:val="0"/>
          <w:i w:val="0"/>
          <w:color w:val="22201D"/>
          <w:sz w:val="20"/>
        </w:rPr>
        <w:t>The menu warnings did not curl.</w:t>
      </w:r>
    </w:p>
    <w:p>
      <w:pPr>
        <w:spacing w:after="60" w:line="266" w:lineRule="auto"/>
        <w:ind w:firstLine="331"/>
        <w:jc w:val="both"/>
      </w:pPr>
      <w:r>
        <w:rPr>
          <w:rFonts w:ascii="Georgia" w:hAnsi="Georgia"/>
          <w:b w:val="0"/>
          <w:i w:val="0"/>
          <w:color w:val="22201D"/>
          <w:sz w:val="20"/>
        </w:rPr>
        <w:t>That was progress.</w:t>
      </w:r>
    </w:p>
    <w:p>
      <w:pPr>
        <w:spacing w:after="60" w:line="266" w:lineRule="auto"/>
        <w:ind w:firstLine="331"/>
        <w:jc w:val="both"/>
      </w:pPr>
      <w:r>
        <w:rPr>
          <w:rFonts w:ascii="Georgia" w:hAnsi="Georgia"/>
          <w:b w:val="0"/>
          <w:i w:val="0"/>
          <w:color w:val="22201D"/>
          <w:sz w:val="20"/>
        </w:rPr>
        <w:t>Steve answered before anyone else could.</w:t>
      </w:r>
    </w:p>
    <w:p>
      <w:pPr>
        <w:spacing w:after="60" w:line="266" w:lineRule="auto"/>
        <w:ind w:firstLine="331"/>
        <w:jc w:val="both"/>
      </w:pPr>
      <w:r>
        <w:rPr>
          <w:rFonts w:ascii="Georgia" w:hAnsi="Georgia"/>
          <w:b w:val="0"/>
          <w:i w:val="0"/>
          <w:color w:val="22201D"/>
          <w:sz w:val="20"/>
        </w:rPr>
        <w:t>"We don't. We tell staff what to do next."</w:t>
      </w:r>
    </w:p>
    <w:p>
      <w:pPr>
        <w:spacing w:after="60" w:line="266" w:lineRule="auto"/>
        <w:ind w:firstLine="331"/>
        <w:jc w:val="both"/>
      </w:pPr>
      <w:r>
        <w:rPr>
          <w:rFonts w:ascii="Georgia" w:hAnsi="Georgia"/>
          <w:b w:val="0"/>
          <w:i w:val="0"/>
          <w:color w:val="22201D"/>
          <w:sz w:val="20"/>
        </w:rPr>
        <w:t>Nico nodded.</w:t>
      </w:r>
    </w:p>
    <w:p>
      <w:pPr>
        <w:spacing w:after="60" w:line="266" w:lineRule="auto"/>
        <w:ind w:firstLine="331"/>
        <w:jc w:val="both"/>
      </w:pPr>
      <w:r>
        <w:rPr>
          <w:rFonts w:ascii="Georgia" w:hAnsi="Georgia"/>
          <w:b w:val="0"/>
          <w:i w:val="0"/>
          <w:color w:val="22201D"/>
          <w:sz w:val="20"/>
        </w:rPr>
        <w:t>"What do staff do next?"</w:t>
      </w:r>
    </w:p>
    <w:p>
      <w:pPr>
        <w:spacing w:after="60" w:line="266" w:lineRule="auto"/>
        <w:ind w:firstLine="331"/>
        <w:jc w:val="both"/>
      </w:pPr>
      <w:r>
        <w:rPr>
          <w:rFonts w:ascii="Georgia" w:hAnsi="Georgia"/>
          <w:b w:val="0"/>
          <w:i w:val="0"/>
          <w:color w:val="22201D"/>
          <w:sz w:val="20"/>
        </w:rPr>
        <w:t>Bob returned with the empty pitcher.</w:t>
      </w:r>
    </w:p>
    <w:p>
      <w:pPr>
        <w:spacing w:after="60" w:line="266" w:lineRule="auto"/>
        <w:ind w:firstLine="331"/>
        <w:jc w:val="both"/>
      </w:pPr>
      <w:r>
        <w:rPr>
          <w:rFonts w:ascii="Georgia" w:hAnsi="Georgia"/>
          <w:b w:val="0"/>
          <w:i w:val="0"/>
          <w:color w:val="22201D"/>
          <w:sz w:val="20"/>
        </w:rPr>
        <w:t>The pass printed a delivery slip.</w:t>
      </w:r>
    </w:p>
    <w:p>
      <w:pPr>
        <w:spacing w:after="60" w:line="250" w:lineRule="auto"/>
        <w:ind w:left="202" w:right="173"/>
      </w:pPr>
      <w:r>
        <w:rPr>
          <w:rFonts w:ascii="Georgia" w:hAnsi="Georgia"/>
          <w:b w:val="0"/>
          <w:i w:val="0"/>
          <w:color w:val="22201D"/>
          <w:sz w:val="17"/>
        </w:rPr>
        <w:t>NEXT COURSE: Bob Brings Bread Again  Artifact: delivery invoice  Price: receive</w:t>
      </w:r>
    </w:p>
    <w:p>
      <w:pPr>
        <w:spacing w:after="60" w:line="266" w:lineRule="auto"/>
        <w:ind w:firstLine="331"/>
        <w:jc w:val="both"/>
      </w:pPr>
      <w:r>
        <w:rPr>
          <w:rFonts w:ascii="Georgia" w:hAnsi="Georgia"/>
          <w:b w:val="0"/>
          <w:i w:val="0"/>
          <w:color w:val="22201D"/>
          <w:sz w:val="20"/>
        </w:rPr>
        <w:t>Bob read it.</w:t>
      </w:r>
    </w:p>
    <w:p>
      <w:pPr>
        <w:spacing w:after="60" w:line="266" w:lineRule="auto"/>
        <w:ind w:firstLine="331"/>
        <w:jc w:val="both"/>
      </w:pPr>
      <w:r>
        <w:rPr>
          <w:rFonts w:ascii="Georgia" w:hAnsi="Georgia"/>
          <w:b w:val="0"/>
          <w:i w:val="0"/>
          <w:color w:val="22201D"/>
          <w:sz w:val="20"/>
        </w:rPr>
        <w:t>"I just brought rolls."</w:t>
      </w:r>
    </w:p>
    <w:p>
      <w:pPr>
        <w:spacing w:after="60" w:line="266" w:lineRule="auto"/>
        <w:ind w:firstLine="331"/>
        <w:jc w:val="both"/>
      </w:pPr>
      <w:r>
        <w:rPr>
          <w:rFonts w:ascii="Georgia" w:hAnsi="Georgia"/>
          <w:b w:val="0"/>
          <w:i w:val="0"/>
          <w:color w:val="22201D"/>
          <w:sz w:val="20"/>
        </w:rPr>
        <w:t>The delivery slip added:</w:t>
      </w:r>
    </w:p>
    <w:p>
      <w:pPr>
        <w:spacing w:after="60" w:line="250" w:lineRule="auto"/>
        <w:ind w:left="202" w:right="173"/>
      </w:pPr>
      <w:r>
        <w:rPr>
          <w:rFonts w:ascii="Georgia" w:hAnsi="Georgia"/>
          <w:b w:val="0"/>
          <w:i w:val="0"/>
          <w:color w:val="22201D"/>
          <w:sz w:val="17"/>
        </w:rPr>
        <w:t>Again is not repetition if hunger is current.</w:t>
      </w:r>
    </w:p>
    <w:p>
      <w:pPr>
        <w:spacing w:after="60" w:line="266" w:lineRule="auto"/>
        <w:ind w:firstLine="331"/>
        <w:jc w:val="both"/>
      </w:pPr>
      <w:r>
        <w:rPr>
          <w:rFonts w:ascii="Georgia" w:hAnsi="Georgia"/>
          <w:b w:val="0"/>
          <w:i w:val="0"/>
          <w:color w:val="22201D"/>
          <w:sz w:val="20"/>
        </w:rPr>
        <w:t>Gerald said, "That is too poetic for a delivery slip."</w:t>
      </w:r>
    </w:p>
    <w:p>
      <w:pPr>
        <w:spacing w:after="60" w:line="266" w:lineRule="auto"/>
        <w:ind w:firstLine="331"/>
        <w:jc w:val="both"/>
      </w:pPr>
      <w:r>
        <w:rPr>
          <w:rFonts w:ascii="Georgia" w:hAnsi="Georgia"/>
          <w:b w:val="0"/>
          <w:i w:val="0"/>
          <w:color w:val="22201D"/>
          <w:sz w:val="20"/>
        </w:rPr>
        <w:t>Bob looked at the empty bread crate.</w:t>
      </w:r>
    </w:p>
    <w:p>
      <w:pPr>
        <w:spacing w:after="60" w:line="266" w:lineRule="auto"/>
        <w:ind w:firstLine="331"/>
        <w:jc w:val="both"/>
      </w:pPr>
      <w:r>
        <w:rPr>
          <w:rFonts w:ascii="Georgia" w:hAnsi="Georgia"/>
          <w:b w:val="0"/>
          <w:i w:val="0"/>
          <w:color w:val="22201D"/>
          <w:sz w:val="20"/>
        </w:rPr>
        <w:t>"Still true."</w:t>
      </w:r>
    </w:p>
    <w:p>
      <w:pPr>
        <w:spacing w:after="60" w:line="266" w:lineRule="auto"/>
        <w:ind w:firstLine="331"/>
        <w:jc w:val="both"/>
      </w:pPr>
      <w:r>
        <w:rPr>
          <w:rFonts w:ascii="Georgia" w:hAnsi="Georgia"/>
          <w:b w:val="0"/>
          <w:i w:val="0"/>
          <w:color w:val="22201D"/>
          <w:sz w:val="20"/>
        </w:rPr>
        <w:t>The drawer labeled Open made a small sliding sound.</w:t>
      </w:r>
    </w:p>
    <w:p>
      <w:pPr>
        <w:spacing w:after="60" w:line="266" w:lineRule="auto"/>
        <w:ind w:firstLine="331"/>
        <w:jc w:val="both"/>
      </w:pPr>
      <w:r>
        <w:rPr>
          <w:rFonts w:ascii="Georgia" w:hAnsi="Georgia"/>
          <w:b w:val="0"/>
          <w:i w:val="0"/>
          <w:color w:val="22201D"/>
          <w:sz w:val="20"/>
        </w:rPr>
        <w:t>Not closing.</w:t>
      </w:r>
    </w:p>
    <w:p>
      <w:pPr>
        <w:spacing w:after="60" w:line="266" w:lineRule="auto"/>
        <w:ind w:firstLine="331"/>
        <w:jc w:val="both"/>
      </w:pPr>
      <w:r>
        <w:rPr>
          <w:rFonts w:ascii="Georgia" w:hAnsi="Georgia"/>
          <w:b w:val="0"/>
          <w:i w:val="0"/>
          <w:color w:val="22201D"/>
          <w:sz w:val="20"/>
        </w:rPr>
        <w:t>Settling.</w:t>
      </w:r>
    </w:p>
    <w:p>
      <w:pPr>
        <w:spacing w:after="60" w:line="266" w:lineRule="auto"/>
        <w:ind w:firstLine="331"/>
        <w:jc w:val="both"/>
      </w:pPr>
      <w:r>
        <w:rPr>
          <w:rFonts w:ascii="Georgia" w:hAnsi="Georgia"/>
          <w:b w:val="0"/>
          <w:i w:val="0"/>
          <w:color w:val="22201D"/>
          <w:sz w:val="20"/>
        </w:rPr>
        <w:t>Steve made the final entry on the case intake sheet:</w:t>
      </w:r>
    </w:p>
    <w:p>
      <w:pPr>
        <w:spacing w:after="60" w:line="250" w:lineRule="auto"/>
        <w:ind w:left="202" w:right="173"/>
      </w:pPr>
      <w:r>
        <w:rPr>
          <w:rFonts w:ascii="Georgia" w:hAnsi="Georgia"/>
          <w:b w:val="0"/>
          <w:i w:val="0"/>
          <w:color w:val="22201D"/>
          <w:sz w:val="17"/>
        </w:rPr>
        <w:t>Case filed under Open / End Materials / Current. Closed category rejected as premature. Service remains active. Next required artifact: delivery invoice. Next chapter: Bob Brings Bread Again. Next price: receive.</w:t>
      </w:r>
    </w:p>
    <w:p>
      <w:pPr>
        <w:spacing w:after="60" w:line="266" w:lineRule="auto"/>
        <w:ind w:firstLine="331"/>
        <w:jc w:val="both"/>
      </w:pPr>
      <w:r>
        <w:rPr>
          <w:rFonts w:ascii="Georgia" w:hAnsi="Georgia"/>
          <w:b w:val="0"/>
          <w:i w:val="0"/>
          <w:color w:val="22201D"/>
          <w:sz w:val="20"/>
        </w:rPr>
        <w:t>He signed it with initials only.</w:t>
      </w:r>
    </w:p>
    <w:p>
      <w:pPr>
        <w:spacing w:after="60" w:line="266" w:lineRule="auto"/>
        <w:ind w:firstLine="331"/>
        <w:jc w:val="both"/>
      </w:pPr>
      <w:r>
        <w:rPr>
          <w:rFonts w:ascii="Georgia" w:hAnsi="Georgia"/>
          <w:b w:val="0"/>
          <w:i w:val="0"/>
          <w:color w:val="22201D"/>
          <w:sz w:val="20"/>
        </w:rPr>
        <w:t>Not because he was afraid of his name, but because the file did not need more of him than the work required.</w:t>
      </w:r>
    </w:p>
    <w:p>
      <w:pPr>
        <w:spacing w:after="60" w:line="266" w:lineRule="auto"/>
        <w:ind w:firstLine="331"/>
        <w:jc w:val="both"/>
      </w:pPr>
      <w:r>
        <w:rPr>
          <w:rFonts w:ascii="Georgia" w:hAnsi="Georgia"/>
          <w:b w:val="0"/>
          <w:i w:val="0"/>
          <w:color w:val="22201D"/>
          <w:sz w:val="20"/>
        </w:rPr>
        <w:t>The Hostess took the duplicate copy and placed it in the reservation book under a new tab:</w:t>
      </w:r>
    </w:p>
    <w:p>
      <w:pPr>
        <w:spacing w:after="60" w:line="250" w:lineRule="auto"/>
        <w:ind w:left="202" w:right="173"/>
      </w:pPr>
      <w:r>
        <w:rPr>
          <w:rFonts w:ascii="Georgia" w:hAnsi="Georgia"/>
          <w:b w:val="0"/>
          <w:i w:val="0"/>
          <w:color w:val="22201D"/>
          <w:sz w:val="17"/>
        </w:rPr>
        <w:t>ENDINGS THAT STILL REQUIRE WATER SERVICE</w:t>
      </w:r>
    </w:p>
    <w:p>
      <w:pPr>
        <w:spacing w:after="60" w:line="266" w:lineRule="auto"/>
        <w:ind w:firstLine="331"/>
        <w:jc w:val="both"/>
      </w:pPr>
      <w:r>
        <w:rPr>
          <w:rFonts w:ascii="Georgia" w:hAnsi="Georgia"/>
          <w:b w:val="0"/>
          <w:i w:val="0"/>
          <w:color w:val="22201D"/>
          <w:sz w:val="20"/>
        </w:rPr>
        <w:t>Gerald saw it.</w:t>
      </w:r>
    </w:p>
    <w:p>
      <w:pPr>
        <w:spacing w:after="60" w:line="266" w:lineRule="auto"/>
        <w:ind w:firstLine="331"/>
        <w:jc w:val="both"/>
      </w:pPr>
      <w:r>
        <w:rPr>
          <w:rFonts w:ascii="Georgia" w:hAnsi="Georgia"/>
          <w:b w:val="0"/>
          <w:i w:val="0"/>
          <w:color w:val="22201D"/>
          <w:sz w:val="20"/>
        </w:rPr>
        <w:t>"That tab needs a shorter name."</w:t>
      </w:r>
    </w:p>
    <w:p>
      <w:pPr>
        <w:spacing w:after="60" w:line="266" w:lineRule="auto"/>
        <w:ind w:firstLine="331"/>
        <w:jc w:val="both"/>
      </w:pPr>
      <w:r>
        <w:rPr>
          <w:rFonts w:ascii="Georgia" w:hAnsi="Georgia"/>
          <w:b w:val="0"/>
          <w:i w:val="0"/>
          <w:color w:val="22201D"/>
          <w:sz w:val="20"/>
        </w:rPr>
        <w:t>"Later."</w:t>
      </w:r>
    </w:p>
    <w:p>
      <w:pPr>
        <w:spacing w:after="60" w:line="266" w:lineRule="auto"/>
        <w:ind w:firstLine="331"/>
        <w:jc w:val="both"/>
      </w:pPr>
      <w:r>
        <w:rPr>
          <w:rFonts w:ascii="Georgia" w:hAnsi="Georgia"/>
          <w:b w:val="0"/>
          <w:i w:val="0"/>
          <w:color w:val="22201D"/>
          <w:sz w:val="20"/>
        </w:rPr>
        <w:t>"It may obstruct page turn."</w:t>
      </w:r>
    </w:p>
    <w:p>
      <w:pPr>
        <w:spacing w:after="60" w:line="266" w:lineRule="auto"/>
        <w:ind w:firstLine="331"/>
        <w:jc w:val="both"/>
      </w:pPr>
      <w:r>
        <w:rPr>
          <w:rFonts w:ascii="Georgia" w:hAnsi="Georgia"/>
          <w:b w:val="0"/>
          <w:i w:val="0"/>
          <w:color w:val="22201D"/>
          <w:sz w:val="20"/>
        </w:rPr>
        <w:t>"Then fix the tab, not the ending."</w:t>
      </w:r>
    </w:p>
    <w:p>
      <w:pPr>
        <w:spacing w:after="60" w:line="266" w:lineRule="auto"/>
        <w:ind w:firstLine="331"/>
        <w:jc w:val="both"/>
      </w:pPr>
      <w:r>
        <w:rPr>
          <w:rFonts w:ascii="Georgia" w:hAnsi="Georgia"/>
          <w:b w:val="0"/>
          <w:i w:val="0"/>
          <w:color w:val="22201D"/>
          <w:sz w:val="20"/>
        </w:rPr>
        <w:t>Gerald took out scissors.</w:t>
      </w:r>
    </w:p>
    <w:p>
      <w:pPr>
        <w:spacing w:after="60" w:line="266" w:lineRule="auto"/>
        <w:ind w:firstLine="331"/>
        <w:jc w:val="both"/>
      </w:pPr>
      <w:r>
        <w:rPr>
          <w:rFonts w:ascii="Georgia" w:hAnsi="Georgia"/>
          <w:b w:val="0"/>
          <w:i w:val="0"/>
          <w:color w:val="22201D"/>
          <w:sz w:val="20"/>
        </w:rPr>
        <w:t>Steve watched the drawer remain safely open, the folder retrievable, the end filed without being closed, the dining room still asking for water, rolls, soup, and the small mercy of not having everything explained while they were trying to eat.</w:t>
      </w:r>
    </w:p>
    <w:p>
      <w:pPr>
        <w:spacing w:after="60" w:line="266" w:lineRule="auto"/>
        <w:ind w:firstLine="331"/>
        <w:jc w:val="both"/>
      </w:pPr>
      <w:r>
        <w:rPr>
          <w:rFonts w:ascii="Georgia" w:hAnsi="Georgia"/>
          <w:b w:val="0"/>
          <w:i w:val="0"/>
          <w:color w:val="22201D"/>
          <w:sz w:val="20"/>
        </w:rPr>
        <w:t>He had filed the end under Open.</w:t>
      </w:r>
    </w:p>
    <w:p>
      <w:pPr>
        <w:spacing w:after="60" w:line="266" w:lineRule="auto"/>
        <w:ind w:firstLine="331"/>
        <w:jc w:val="both"/>
      </w:pPr>
      <w:r>
        <w:rPr>
          <w:rFonts w:ascii="Georgia" w:hAnsi="Georgia"/>
          <w:b w:val="0"/>
          <w:i w:val="0"/>
          <w:color w:val="22201D"/>
          <w:sz w:val="20"/>
        </w:rPr>
        <w:t>It felt incorrect.</w:t>
      </w:r>
    </w:p>
    <w:p>
      <w:pPr>
        <w:spacing w:after="60" w:line="266" w:lineRule="auto"/>
        <w:ind w:firstLine="331"/>
        <w:jc w:val="both"/>
      </w:pPr>
      <w:r>
        <w:rPr>
          <w:rFonts w:ascii="Georgia" w:hAnsi="Georgia"/>
          <w:b w:val="0"/>
          <w:i w:val="0"/>
          <w:color w:val="22201D"/>
          <w:sz w:val="20"/>
        </w:rPr>
        <w:t>It also let service continue.</w:t>
      </w:r>
    </w:p>
    <w:p>
      <w:pPr>
        <w:spacing w:after="60" w:line="266" w:lineRule="auto"/>
        <w:ind w:firstLine="331"/>
        <w:jc w:val="both"/>
      </w:pPr>
      <w:r>
        <w:rPr>
          <w:rFonts w:ascii="Georgia" w:hAnsi="Georgia"/>
          <w:b w:val="0"/>
          <w:i w:val="0"/>
          <w:color w:val="22201D"/>
          <w:sz w:val="20"/>
        </w:rPr>
        <w:t>For now, correct filing would have to be the kind that did not win an argument with the future.</w:t>
      </w:r>
    </w:p>
    <w:p>
      <w:pPr>
        <w:spacing w:after="60" w:line="266" w:lineRule="auto"/>
        <w:ind w:firstLine="331"/>
        <w:jc w:val="both"/>
      </w:pPr>
      <w:r>
        <w:rPr>
          <w:rFonts w:ascii="Georgia" w:hAnsi="Georgia"/>
          <w:b w:val="0"/>
          <w:i w:val="0"/>
          <w:color w:val="22201D"/>
          <w:sz w:val="20"/>
        </w:rPr>
        <w:t>It would have to be the kind staff could find when the next ticket printed.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Bob Brings Bread Again</w:t>
      </w:r>
    </w:p>
    <w:p>
      <w:pPr>
        <w:spacing w:after="60" w:line="266" w:lineRule="auto"/>
        <w:ind w:firstLine="0"/>
        <w:jc w:val="both"/>
      </w:pPr>
      <w:r>
        <w:rPr>
          <w:rFonts w:ascii="Georgia" w:hAnsi="Georgia"/>
          <w:b w:val="0"/>
          <w:i w:val="0"/>
          <w:color w:val="22201D"/>
          <w:sz w:val="20"/>
        </w:rPr>
        <w:t>Bob brought bread again at 2:06.</w:t>
      </w:r>
    </w:p>
    <w:p>
      <w:pPr>
        <w:spacing w:after="60" w:line="266" w:lineRule="auto"/>
        <w:ind w:firstLine="331"/>
        <w:jc w:val="both"/>
      </w:pPr>
      <w:r>
        <w:rPr>
          <w:rFonts w:ascii="Georgia" w:hAnsi="Georgia"/>
          <w:b w:val="0"/>
          <w:i w:val="0"/>
          <w:color w:val="22201D"/>
          <w:sz w:val="20"/>
        </w:rPr>
        <w:t>This time nobody said again too loudly.</w:t>
      </w:r>
    </w:p>
    <w:p>
      <w:pPr>
        <w:spacing w:after="60" w:line="266" w:lineRule="auto"/>
        <w:ind w:firstLine="331"/>
        <w:jc w:val="both"/>
      </w:pPr>
      <w:r>
        <w:rPr>
          <w:rFonts w:ascii="Georgia" w:hAnsi="Georgia"/>
          <w:b w:val="0"/>
          <w:i w:val="0"/>
          <w:color w:val="22201D"/>
          <w:sz w:val="20"/>
        </w:rPr>
        <w:t>The restaurant had learned that repetition was a delicate matter. If a thing returned because someone needed it, it was service. If it returned because someone wanted to feel the shape of an earlier miracle, it was nostalgia, and nostalgia had a way of overbuttering the truth.</w:t>
      </w:r>
    </w:p>
    <w:p>
      <w:pPr>
        <w:spacing w:after="60" w:line="266" w:lineRule="auto"/>
        <w:ind w:firstLine="331"/>
        <w:jc w:val="both"/>
      </w:pPr>
      <w:r>
        <w:rPr>
          <w:rFonts w:ascii="Georgia" w:hAnsi="Georgia"/>
          <w:b w:val="0"/>
          <w:i w:val="0"/>
          <w:color w:val="22201D"/>
          <w:sz w:val="20"/>
        </w:rPr>
        <w:t>Bob came through the back door with two brown paper bags, one flat white bakery box, and a delivery invoice clipped to a clipboard that was not Gerald's long clipboard but had clearly met it at least once and been intimidated.</w:t>
      </w:r>
    </w:p>
    <w:p>
      <w:pPr>
        <w:spacing w:after="60" w:line="266" w:lineRule="auto"/>
        <w:ind w:firstLine="331"/>
        <w:jc w:val="both"/>
      </w:pPr>
      <w:r>
        <w:rPr>
          <w:rFonts w:ascii="Georgia" w:hAnsi="Georgia"/>
          <w:b w:val="0"/>
          <w:i w:val="0"/>
          <w:color w:val="22201D"/>
          <w:sz w:val="20"/>
        </w:rPr>
        <w:t>Gerald saw the invoice first.</w:t>
      </w:r>
    </w:p>
    <w:p>
      <w:pPr>
        <w:spacing w:after="60" w:line="266" w:lineRule="auto"/>
        <w:ind w:firstLine="331"/>
        <w:jc w:val="both"/>
      </w:pPr>
      <w:r>
        <w:rPr>
          <w:rFonts w:ascii="Georgia" w:hAnsi="Georgia"/>
          <w:b w:val="0"/>
          <w:i w:val="0"/>
          <w:color w:val="22201D"/>
          <w:sz w:val="20"/>
        </w:rPr>
        <w:t>"Stop there."</w:t>
      </w:r>
    </w:p>
    <w:p>
      <w:pPr>
        <w:spacing w:after="60" w:line="266" w:lineRule="auto"/>
        <w:ind w:firstLine="331"/>
        <w:jc w:val="both"/>
      </w:pPr>
      <w:r>
        <w:rPr>
          <w:rFonts w:ascii="Georgia" w:hAnsi="Georgia"/>
          <w:b w:val="0"/>
          <w:i w:val="0"/>
          <w:color w:val="22201D"/>
          <w:sz w:val="20"/>
        </w:rPr>
        <w:t>Bob stopped with one foot still on the mat.</w:t>
      </w:r>
    </w:p>
    <w:p>
      <w:pPr>
        <w:spacing w:after="60" w:line="266" w:lineRule="auto"/>
        <w:ind w:firstLine="331"/>
        <w:jc w:val="both"/>
      </w:pPr>
      <w:r>
        <w:rPr>
          <w:rFonts w:ascii="Georgia" w:hAnsi="Georgia"/>
          <w:b w:val="0"/>
          <w:i w:val="0"/>
          <w:color w:val="22201D"/>
          <w:sz w:val="20"/>
        </w:rPr>
        <w:t>"I am on the mat."</w:t>
      </w:r>
    </w:p>
    <w:p>
      <w:pPr>
        <w:spacing w:after="60" w:line="266" w:lineRule="auto"/>
        <w:ind w:firstLine="331"/>
        <w:jc w:val="both"/>
      </w:pPr>
      <w:r>
        <w:rPr>
          <w:rFonts w:ascii="Georgia" w:hAnsi="Georgia"/>
          <w:b w:val="0"/>
          <w:i w:val="0"/>
          <w:color w:val="22201D"/>
          <w:sz w:val="20"/>
        </w:rPr>
        <w:t>"Good. The mat is inspectable."</w:t>
      </w:r>
    </w:p>
    <w:p>
      <w:pPr>
        <w:spacing w:after="60" w:line="266" w:lineRule="auto"/>
        <w:ind w:firstLine="331"/>
        <w:jc w:val="both"/>
      </w:pPr>
      <w:r>
        <w:rPr>
          <w:rFonts w:ascii="Georgia" w:hAnsi="Georgia"/>
          <w:b w:val="0"/>
          <w:i w:val="0"/>
          <w:color w:val="22201D"/>
          <w:sz w:val="20"/>
        </w:rPr>
        <w:t>"The bread is getting heavier."</w:t>
      </w:r>
    </w:p>
    <w:p>
      <w:pPr>
        <w:spacing w:after="60" w:line="266" w:lineRule="auto"/>
        <w:ind w:firstLine="331"/>
        <w:jc w:val="both"/>
      </w:pPr>
      <w:r>
        <w:rPr>
          <w:rFonts w:ascii="Georgia" w:hAnsi="Georgia"/>
          <w:b w:val="0"/>
          <w:i w:val="0"/>
          <w:color w:val="22201D"/>
          <w:sz w:val="20"/>
        </w:rPr>
        <w:t>"Bread does not become less safe because it is held while paperwork catches up."</w:t>
      </w:r>
    </w:p>
    <w:p>
      <w:pPr>
        <w:spacing w:after="60" w:line="266" w:lineRule="auto"/>
        <w:ind w:firstLine="331"/>
        <w:jc w:val="both"/>
      </w:pPr>
      <w:r>
        <w:rPr>
          <w:rFonts w:ascii="Georgia" w:hAnsi="Georgia"/>
          <w:b w:val="0"/>
          <w:i w:val="0"/>
          <w:color w:val="22201D"/>
          <w:sz w:val="20"/>
        </w:rPr>
        <w:t>Bob looked at the bags.</w:t>
      </w:r>
    </w:p>
    <w:p>
      <w:pPr>
        <w:spacing w:after="60" w:line="266" w:lineRule="auto"/>
        <w:ind w:firstLine="331"/>
        <w:jc w:val="both"/>
      </w:pPr>
      <w:r>
        <w:rPr>
          <w:rFonts w:ascii="Georgia" w:hAnsi="Georgia"/>
          <w:b w:val="0"/>
          <w:i w:val="0"/>
          <w:color w:val="22201D"/>
          <w:sz w:val="20"/>
        </w:rPr>
        <w:t>"Some bread does."</w:t>
      </w:r>
    </w:p>
    <w:p>
      <w:pPr>
        <w:spacing w:after="60" w:line="266" w:lineRule="auto"/>
        <w:ind w:firstLine="331"/>
        <w:jc w:val="both"/>
      </w:pPr>
      <w:r>
        <w:rPr>
          <w:rFonts w:ascii="Georgia" w:hAnsi="Georgia"/>
          <w:b w:val="0"/>
          <w:i w:val="0"/>
          <w:color w:val="22201D"/>
          <w:sz w:val="20"/>
        </w:rPr>
        <w:t>Gerald considered this.</w:t>
      </w:r>
    </w:p>
    <w:p>
      <w:pPr>
        <w:spacing w:after="60" w:line="266" w:lineRule="auto"/>
        <w:ind w:firstLine="331"/>
        <w:jc w:val="both"/>
      </w:pPr>
      <w:r>
        <w:rPr>
          <w:rFonts w:ascii="Georgia" w:hAnsi="Georgia"/>
          <w:b w:val="0"/>
          <w:i w:val="0"/>
          <w:color w:val="22201D"/>
          <w:sz w:val="20"/>
        </w:rPr>
        <w:t>"Fine. Set it on the receiving table. Not the prep table."</w:t>
      </w:r>
    </w:p>
    <w:p>
      <w:pPr>
        <w:spacing w:after="60" w:line="266" w:lineRule="auto"/>
        <w:ind w:firstLine="331"/>
        <w:jc w:val="both"/>
      </w:pPr>
      <w:r>
        <w:rPr>
          <w:rFonts w:ascii="Georgia" w:hAnsi="Georgia"/>
          <w:b w:val="0"/>
          <w:i w:val="0"/>
          <w:color w:val="22201D"/>
          <w:sz w:val="20"/>
        </w:rPr>
        <w:t>Bob set the bags on the receiving table.</w:t>
      </w:r>
    </w:p>
    <w:p>
      <w:pPr>
        <w:spacing w:after="60" w:line="266" w:lineRule="auto"/>
        <w:ind w:firstLine="331"/>
        <w:jc w:val="both"/>
      </w:pPr>
      <w:r>
        <w:rPr>
          <w:rFonts w:ascii="Georgia" w:hAnsi="Georgia"/>
          <w:b w:val="0"/>
          <w:i w:val="0"/>
          <w:color w:val="22201D"/>
          <w:sz w:val="20"/>
        </w:rPr>
        <w:t>The table had not existed yesterday. It was made of plain wood, stood exactly level, and had a strip of masking tape across the front that said:</w:t>
      </w:r>
    </w:p>
    <w:p>
      <w:pPr>
        <w:spacing w:after="60" w:line="250" w:lineRule="auto"/>
        <w:ind w:left="202" w:right="173"/>
      </w:pPr>
      <w:r>
        <w:rPr>
          <w:rFonts w:ascii="Georgia" w:hAnsi="Georgia"/>
          <w:b w:val="0"/>
          <w:i w:val="0"/>
          <w:color w:val="22201D"/>
          <w:sz w:val="17"/>
        </w:rPr>
        <w:t>RECEIVING IS NOT BELIEVING</w:t>
      </w:r>
    </w:p>
    <w:p>
      <w:pPr>
        <w:spacing w:after="60" w:line="266" w:lineRule="auto"/>
        <w:ind w:firstLine="331"/>
        <w:jc w:val="both"/>
      </w:pPr>
      <w:r>
        <w:rPr>
          <w:rFonts w:ascii="Georgia" w:hAnsi="Georgia"/>
          <w:b w:val="0"/>
          <w:i w:val="0"/>
          <w:color w:val="22201D"/>
          <w:sz w:val="20"/>
        </w:rPr>
        <w:t>Steve looked at the tape.</w:t>
      </w:r>
    </w:p>
    <w:p>
      <w:pPr>
        <w:spacing w:after="60" w:line="266" w:lineRule="auto"/>
        <w:ind w:firstLine="331"/>
        <w:jc w:val="both"/>
      </w:pPr>
      <w:r>
        <w:rPr>
          <w:rFonts w:ascii="Georgia" w:hAnsi="Georgia"/>
          <w:b w:val="0"/>
          <w:i w:val="0"/>
          <w:color w:val="22201D"/>
          <w:sz w:val="20"/>
        </w:rPr>
        <w:t>"Who made that?"</w:t>
      </w:r>
    </w:p>
    <w:p>
      <w:pPr>
        <w:spacing w:after="60" w:line="266" w:lineRule="auto"/>
        <w:ind w:firstLine="331"/>
        <w:jc w:val="both"/>
      </w:pPr>
      <w:r>
        <w:rPr>
          <w:rFonts w:ascii="Georgia" w:hAnsi="Georgia"/>
          <w:b w:val="0"/>
          <w:i w:val="0"/>
          <w:color w:val="22201D"/>
          <w:sz w:val="20"/>
        </w:rPr>
        <w:t>The Hostess did not look up from the reservation book.</w:t>
      </w:r>
    </w:p>
    <w:p>
      <w:pPr>
        <w:spacing w:after="60" w:line="266" w:lineRule="auto"/>
        <w:ind w:firstLine="331"/>
        <w:jc w:val="both"/>
      </w:pPr>
      <w:r>
        <w:rPr>
          <w:rFonts w:ascii="Georgia" w:hAnsi="Georgia"/>
          <w:b w:val="0"/>
          <w:i w:val="0"/>
          <w:color w:val="22201D"/>
          <w:sz w:val="20"/>
        </w:rPr>
        <w:t>"The room."</w:t>
      </w:r>
    </w:p>
    <w:p>
      <w:pPr>
        <w:spacing w:after="60" w:line="266" w:lineRule="auto"/>
        <w:ind w:firstLine="331"/>
        <w:jc w:val="both"/>
      </w:pPr>
      <w:r>
        <w:rPr>
          <w:rFonts w:ascii="Georgia" w:hAnsi="Georgia"/>
          <w:b w:val="0"/>
          <w:i w:val="0"/>
          <w:color w:val="22201D"/>
          <w:sz w:val="20"/>
        </w:rPr>
        <w:t>Gerald inspected the tape adhesion.</w:t>
      </w:r>
    </w:p>
    <w:p>
      <w:pPr>
        <w:spacing w:after="60" w:line="266" w:lineRule="auto"/>
        <w:ind w:firstLine="331"/>
        <w:jc w:val="both"/>
      </w:pPr>
      <w:r>
        <w:rPr>
          <w:rFonts w:ascii="Georgia" w:hAnsi="Georgia"/>
          <w:b w:val="0"/>
          <w:i w:val="0"/>
          <w:color w:val="22201D"/>
          <w:sz w:val="20"/>
        </w:rPr>
        <w:t>"Acceptable. Message slightly dramatic but operationally useful."</w:t>
      </w:r>
    </w:p>
    <w:p>
      <w:pPr>
        <w:spacing w:after="60" w:line="266" w:lineRule="auto"/>
        <w:ind w:firstLine="331"/>
        <w:jc w:val="both"/>
      </w:pPr>
      <w:r>
        <w:rPr>
          <w:rFonts w:ascii="Georgia" w:hAnsi="Georgia"/>
          <w:b w:val="0"/>
          <w:i w:val="0"/>
          <w:color w:val="22201D"/>
          <w:sz w:val="20"/>
        </w:rPr>
        <w:t>Bob unclipped the invoice.</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DELIVERY INVOICE  Item: bread, again Quantity: enough to begin without concluding Source: ordinary bakery, current bake Recipient: Open / End Materials / Current Price: receive Signature: not required before hunger</w:t>
      </w:r>
    </w:p>
    <w:p>
      <w:pPr>
        <w:spacing w:after="60" w:line="266" w:lineRule="auto"/>
        <w:ind w:firstLine="331"/>
        <w:jc w:val="both"/>
      </w:pPr>
      <w:r>
        <w:rPr>
          <w:rFonts w:ascii="Georgia" w:hAnsi="Georgia"/>
          <w:b w:val="0"/>
          <w:i w:val="0"/>
          <w:color w:val="22201D"/>
          <w:sz w:val="20"/>
        </w:rPr>
        <w:t>Steve closed his eyes.</w:t>
      </w:r>
    </w:p>
    <w:p>
      <w:pPr>
        <w:spacing w:after="60" w:line="266" w:lineRule="auto"/>
        <w:ind w:firstLine="331"/>
        <w:jc w:val="both"/>
      </w:pPr>
      <w:r>
        <w:rPr>
          <w:rFonts w:ascii="Georgia" w:hAnsi="Georgia"/>
          <w:b w:val="0"/>
          <w:i w:val="0"/>
          <w:color w:val="22201D"/>
          <w:sz w:val="20"/>
        </w:rPr>
        <w:t>"The filing category is receiving deliveries now."</w:t>
      </w:r>
    </w:p>
    <w:p>
      <w:pPr>
        <w:spacing w:after="60" w:line="266" w:lineRule="auto"/>
        <w:ind w:firstLine="331"/>
        <w:jc w:val="both"/>
      </w:pPr>
      <w:r>
        <w:rPr>
          <w:rFonts w:ascii="Georgia" w:hAnsi="Georgia"/>
          <w:b w:val="0"/>
          <w:i w:val="0"/>
          <w:color w:val="22201D"/>
          <w:sz w:val="20"/>
        </w:rPr>
        <w:t>The drawer labeled Open, still safely two inches ajar and no longer in the walking path, made a small metal sound.</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"No cabinet commentary."</w:t>
      </w:r>
    </w:p>
    <w:p>
      <w:pPr>
        <w:spacing w:after="60" w:line="266" w:lineRule="auto"/>
        <w:ind w:firstLine="331"/>
        <w:jc w:val="both"/>
      </w:pPr>
      <w:r>
        <w:rPr>
          <w:rFonts w:ascii="Georgia" w:hAnsi="Georgia"/>
          <w:b w:val="0"/>
          <w:i w:val="0"/>
          <w:color w:val="22201D"/>
          <w:sz w:val="20"/>
        </w:rPr>
        <w:t>The drawer stopped.</w:t>
      </w:r>
    </w:p>
    <w:p>
      <w:pPr>
        <w:spacing w:after="60" w:line="266" w:lineRule="auto"/>
        <w:ind w:firstLine="331"/>
        <w:jc w:val="both"/>
      </w:pPr>
      <w:r>
        <w:rPr>
          <w:rFonts w:ascii="Georgia" w:hAnsi="Georgia"/>
          <w:b w:val="0"/>
          <w:i w:val="0"/>
          <w:color w:val="22201D"/>
          <w:sz w:val="20"/>
        </w:rPr>
        <w:t>The Hostess came to the receiving table.</w:t>
      </w:r>
    </w:p>
    <w:p>
      <w:pPr>
        <w:spacing w:after="60" w:line="266" w:lineRule="auto"/>
        <w:ind w:firstLine="331"/>
        <w:jc w:val="both"/>
      </w:pPr>
      <w:r>
        <w:rPr>
          <w:rFonts w:ascii="Georgia" w:hAnsi="Georgia"/>
          <w:b w:val="0"/>
          <w:i w:val="0"/>
          <w:color w:val="22201D"/>
          <w:sz w:val="20"/>
        </w:rPr>
        <w:t>She did not touch the bread. She read the invoice first.</w:t>
      </w:r>
    </w:p>
    <w:p>
      <w:pPr>
        <w:spacing w:after="60" w:line="266" w:lineRule="auto"/>
        <w:ind w:firstLine="331"/>
        <w:jc w:val="both"/>
      </w:pPr>
      <w:r>
        <w:rPr>
          <w:rFonts w:ascii="Georgia" w:hAnsi="Georgia"/>
          <w:b w:val="0"/>
          <w:i w:val="0"/>
          <w:color w:val="22201D"/>
          <w:sz w:val="20"/>
        </w:rPr>
        <w:t>"Price is receive," she said.</w:t>
      </w:r>
    </w:p>
    <w:p>
      <w:pPr>
        <w:spacing w:after="60" w:line="266" w:lineRule="auto"/>
        <w:ind w:firstLine="331"/>
        <w:jc w:val="both"/>
      </w:pPr>
      <w:r>
        <w:rPr>
          <w:rFonts w:ascii="Georgia" w:hAnsi="Georgia"/>
          <w:b w:val="0"/>
          <w:i w:val="0"/>
          <w:color w:val="22201D"/>
          <w:sz w:val="20"/>
        </w:rPr>
        <w:t>Flocc stood beside the dish rack with a towel over one shoulder.</w:t>
      </w:r>
    </w:p>
    <w:p>
      <w:pPr>
        <w:spacing w:after="60" w:line="266" w:lineRule="auto"/>
        <w:ind w:firstLine="331"/>
        <w:jc w:val="both"/>
      </w:pPr>
      <w:r>
        <w:rPr>
          <w:rFonts w:ascii="Georgia" w:hAnsi="Georgia"/>
          <w:b w:val="0"/>
          <w:i w:val="0"/>
          <w:color w:val="22201D"/>
          <w:sz w:val="20"/>
        </w:rPr>
        <w:t>The word landed in him differently than serve had, and differently than read first, and differently than unknowing. Receive sounded passive until the room required it. Then it became one of the harder verbs.</w:t>
      </w:r>
    </w:p>
    <w:p>
      <w:pPr>
        <w:spacing w:after="60" w:line="266" w:lineRule="auto"/>
        <w:ind w:firstLine="331"/>
        <w:jc w:val="both"/>
      </w:pPr>
      <w:r>
        <w:rPr>
          <w:rFonts w:ascii="Georgia" w:hAnsi="Georgia"/>
          <w:b w:val="0"/>
          <w:i w:val="0"/>
          <w:color w:val="22201D"/>
          <w:sz w:val="20"/>
        </w:rPr>
        <w:t>Bob lifted the first bag.</w:t>
      </w:r>
    </w:p>
    <w:p>
      <w:pPr>
        <w:spacing w:after="60" w:line="266" w:lineRule="auto"/>
        <w:ind w:firstLine="331"/>
        <w:jc w:val="both"/>
      </w:pPr>
      <w:r>
        <w:rPr>
          <w:rFonts w:ascii="Georgia" w:hAnsi="Georgia"/>
          <w:b w:val="0"/>
          <w:i w:val="0"/>
          <w:color w:val="22201D"/>
          <w:sz w:val="20"/>
        </w:rPr>
        <w:t>The smell came out warm and plain.</w:t>
      </w:r>
    </w:p>
    <w:p>
      <w:pPr>
        <w:spacing w:after="60" w:line="266" w:lineRule="auto"/>
        <w:ind w:firstLine="331"/>
        <w:jc w:val="both"/>
      </w:pPr>
      <w:r>
        <w:rPr>
          <w:rFonts w:ascii="Georgia" w:hAnsi="Georgia"/>
          <w:b w:val="0"/>
          <w:i w:val="0"/>
          <w:color w:val="22201D"/>
          <w:sz w:val="20"/>
        </w:rPr>
        <w:t>Not symbolic. Not cosmic. Yeast, flour, salt, steam, crust. Enough butter on the outside of one roll to make Gerald's eye twitch, but not enough to create a hazard if handled correctly.</w:t>
      </w:r>
    </w:p>
    <w:p>
      <w:pPr>
        <w:spacing w:after="60" w:line="266" w:lineRule="auto"/>
        <w:ind w:firstLine="331"/>
        <w:jc w:val="both"/>
      </w:pPr>
      <w:r>
        <w:rPr>
          <w:rFonts w:ascii="Georgia" w:hAnsi="Georgia"/>
          <w:b w:val="0"/>
          <w:i w:val="0"/>
          <w:color w:val="22201D"/>
          <w:sz w:val="20"/>
        </w:rPr>
        <w:t>"Source?" Gerald asked.</w:t>
      </w:r>
    </w:p>
    <w:p>
      <w:pPr>
        <w:spacing w:after="60" w:line="266" w:lineRule="auto"/>
        <w:ind w:firstLine="331"/>
        <w:jc w:val="both"/>
      </w:pPr>
      <w:r>
        <w:rPr>
          <w:rFonts w:ascii="Georgia" w:hAnsi="Georgia"/>
          <w:b w:val="0"/>
          <w:i w:val="0"/>
          <w:color w:val="22201D"/>
          <w:sz w:val="20"/>
        </w:rPr>
        <w:t>"Ordinary bakery," Bob said.</w:t>
      </w:r>
    </w:p>
    <w:p>
      <w:pPr>
        <w:spacing w:after="60" w:line="266" w:lineRule="auto"/>
        <w:ind w:firstLine="331"/>
        <w:jc w:val="both"/>
      </w:pPr>
      <w:r>
        <w:rPr>
          <w:rFonts w:ascii="Georgia" w:hAnsi="Georgia"/>
          <w:b w:val="0"/>
          <w:i w:val="0"/>
          <w:color w:val="22201D"/>
          <w:sz w:val="20"/>
        </w:rPr>
        <w:t>"Name?"</w:t>
      </w:r>
    </w:p>
    <w:p>
      <w:pPr>
        <w:spacing w:after="60" w:line="266" w:lineRule="auto"/>
        <w:ind w:firstLine="331"/>
        <w:jc w:val="both"/>
      </w:pPr>
      <w:r>
        <w:rPr>
          <w:rFonts w:ascii="Georgia" w:hAnsi="Georgia"/>
          <w:b w:val="0"/>
          <w:i w:val="0"/>
          <w:color w:val="22201D"/>
          <w:sz w:val="20"/>
        </w:rPr>
        <w:t>Bob looked at the invoice.</w:t>
      </w:r>
    </w:p>
    <w:p>
      <w:pPr>
        <w:spacing w:after="60" w:line="266" w:lineRule="auto"/>
        <w:ind w:firstLine="331"/>
        <w:jc w:val="both"/>
      </w:pPr>
      <w:r>
        <w:rPr>
          <w:rFonts w:ascii="Georgia" w:hAnsi="Georgia"/>
          <w:b w:val="0"/>
          <w:i w:val="0"/>
          <w:color w:val="22201D"/>
          <w:sz w:val="20"/>
        </w:rPr>
        <w:t>The line changed.</w:t>
      </w:r>
    </w:p>
    <w:p>
      <w:pPr>
        <w:spacing w:after="60" w:line="250" w:lineRule="auto"/>
        <w:ind w:left="202" w:right="173"/>
      </w:pPr>
      <w:r>
        <w:rPr>
          <w:rFonts w:ascii="Georgia" w:hAnsi="Georgia"/>
          <w:b w:val="0"/>
          <w:i w:val="0"/>
          <w:color w:val="22201D"/>
          <w:sz w:val="17"/>
        </w:rPr>
        <w:t>Source: the bakery that was open when bread was needed</w:t>
      </w:r>
    </w:p>
    <w:p>
      <w:pPr>
        <w:spacing w:after="60" w:line="266" w:lineRule="auto"/>
        <w:ind w:firstLine="331"/>
        <w:jc w:val="both"/>
      </w:pPr>
      <w:r>
        <w:rPr>
          <w:rFonts w:ascii="Georgia" w:hAnsi="Georgia"/>
          <w:b w:val="0"/>
          <w:i w:val="0"/>
          <w:color w:val="22201D"/>
          <w:sz w:val="20"/>
        </w:rPr>
        <w:t>Gerald made a sound.</w:t>
      </w:r>
    </w:p>
    <w:p>
      <w:pPr>
        <w:spacing w:after="60" w:line="266" w:lineRule="auto"/>
        <w:ind w:firstLine="331"/>
        <w:jc w:val="both"/>
      </w:pPr>
      <w:r>
        <w:rPr>
          <w:rFonts w:ascii="Georgia" w:hAnsi="Georgia"/>
          <w:b w:val="0"/>
          <w:i w:val="0"/>
          <w:color w:val="22201D"/>
          <w:sz w:val="20"/>
        </w:rPr>
        <w:t>"That is not a vendor name."</w:t>
      </w:r>
    </w:p>
    <w:p>
      <w:pPr>
        <w:spacing w:after="60" w:line="266" w:lineRule="auto"/>
        <w:ind w:firstLine="331"/>
        <w:jc w:val="both"/>
      </w:pPr>
      <w:r>
        <w:rPr>
          <w:rFonts w:ascii="Georgia" w:hAnsi="Georgia"/>
          <w:b w:val="0"/>
          <w:i w:val="0"/>
          <w:color w:val="22201D"/>
          <w:sz w:val="20"/>
        </w:rPr>
        <w:t>Bob said, "It is true."</w:t>
      </w:r>
    </w:p>
    <w:p>
      <w:pPr>
        <w:spacing w:after="60" w:line="266" w:lineRule="auto"/>
        <w:ind w:firstLine="331"/>
        <w:jc w:val="both"/>
      </w:pPr>
      <w:r>
        <w:rPr>
          <w:rFonts w:ascii="Georgia" w:hAnsi="Georgia"/>
          <w:b w:val="0"/>
          <w:i w:val="0"/>
          <w:color w:val="22201D"/>
          <w:sz w:val="20"/>
        </w:rPr>
        <w:t>"Truth is not a substitute for vendor traceability."</w:t>
      </w:r>
    </w:p>
    <w:p>
      <w:pPr>
        <w:spacing w:after="60" w:line="266" w:lineRule="auto"/>
        <w:ind w:firstLine="331"/>
        <w:jc w:val="both"/>
      </w:pPr>
      <w:r>
        <w:rPr>
          <w:rFonts w:ascii="Georgia" w:hAnsi="Georgia"/>
          <w:b w:val="0"/>
          <w:i w:val="0"/>
          <w:color w:val="22201D"/>
          <w:sz w:val="20"/>
        </w:rPr>
        <w:t>The invoice changed again.</w:t>
      </w:r>
    </w:p>
    <w:p>
      <w:pPr>
        <w:spacing w:after="60" w:line="250" w:lineRule="auto"/>
        <w:ind w:left="202" w:right="173"/>
      </w:pPr>
      <w:r>
        <w:rPr>
          <w:rFonts w:ascii="Georgia" w:hAnsi="Georgia"/>
          <w:b w:val="0"/>
          <w:i w:val="0"/>
          <w:color w:val="22201D"/>
          <w:sz w:val="17"/>
        </w:rPr>
        <w:t>Source: Larch Street Bakery Bake time: 1:37 PM Delivery route: back door, no detour through Tuesday</w:t>
      </w:r>
    </w:p>
    <w:p>
      <w:pPr>
        <w:spacing w:after="60" w:line="266" w:lineRule="auto"/>
        <w:ind w:firstLine="331"/>
        <w:jc w:val="both"/>
      </w:pPr>
      <w:r>
        <w:rPr>
          <w:rFonts w:ascii="Georgia" w:hAnsi="Georgia"/>
          <w:b w:val="0"/>
          <w:i w:val="0"/>
          <w:color w:val="22201D"/>
          <w:sz w:val="20"/>
        </w:rPr>
        <w:t>Gerald relaxed by exactly one vendor.</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Invoice became traceable after challenge. Do not accept poetic source lines without correction.</w:t>
      </w:r>
    </w:p>
    <w:p>
      <w:pPr>
        <w:spacing w:after="60" w:line="266" w:lineRule="auto"/>
        <w:ind w:firstLine="331"/>
        <w:jc w:val="both"/>
      </w:pPr>
      <w:r>
        <w:rPr>
          <w:rFonts w:ascii="Georgia" w:hAnsi="Georgia"/>
          <w:b w:val="0"/>
          <w:i w:val="0"/>
          <w:color w:val="22201D"/>
          <w:sz w:val="20"/>
        </w:rPr>
        <w:t>Nico appeared from the dining room with a tray of water glasses.</w:t>
      </w:r>
    </w:p>
    <w:p>
      <w:pPr>
        <w:spacing w:after="60" w:line="266" w:lineRule="auto"/>
        <w:ind w:firstLine="331"/>
        <w:jc w:val="both"/>
      </w:pPr>
      <w:r>
        <w:rPr>
          <w:rFonts w:ascii="Georgia" w:hAnsi="Georgia"/>
          <w:b w:val="0"/>
          <w:i w:val="0"/>
          <w:color w:val="22201D"/>
          <w:sz w:val="20"/>
        </w:rPr>
        <w:t>He had been reassigned from napkins to hydration because the Hostess believed a person who wanted language too badly should spend time moving things that did not need adjectives.</w:t>
      </w:r>
    </w:p>
    <w:p>
      <w:pPr>
        <w:spacing w:after="60" w:line="266" w:lineRule="auto"/>
        <w:ind w:firstLine="331"/>
        <w:jc w:val="both"/>
      </w:pPr>
      <w:r>
        <w:rPr>
          <w:rFonts w:ascii="Georgia" w:hAnsi="Georgia"/>
          <w:b w:val="0"/>
          <w:i w:val="0"/>
          <w:color w:val="22201D"/>
          <w:sz w:val="20"/>
        </w:rPr>
        <w:t>"Can I say the bread smells grounding?"</w:t>
      </w:r>
    </w:p>
    <w:p>
      <w:pPr>
        <w:spacing w:after="60" w:line="266" w:lineRule="auto"/>
        <w:ind w:firstLine="331"/>
        <w:jc w:val="both"/>
      </w:pPr>
      <w:r>
        <w:rPr>
          <w:rFonts w:ascii="Georgia" w:hAnsi="Georgia"/>
          <w:b w:val="0"/>
          <w:i w:val="0"/>
          <w:color w:val="22201D"/>
          <w:sz w:val="20"/>
        </w:rPr>
        <w:t>The menu warning nearest him lifted a corner.</w:t>
      </w:r>
    </w:p>
    <w:p>
      <w:pPr>
        <w:spacing w:after="60" w:line="266" w:lineRule="auto"/>
        <w:ind w:firstLine="331"/>
        <w:jc w:val="both"/>
      </w:pPr>
      <w:r>
        <w:rPr>
          <w:rFonts w:ascii="Georgia" w:hAnsi="Georgia"/>
          <w:b w:val="0"/>
          <w:i w:val="0"/>
          <w:color w:val="22201D"/>
          <w:sz w:val="20"/>
        </w:rPr>
        <w:t>Nico corrected himself.</w:t>
      </w:r>
    </w:p>
    <w:p>
      <w:pPr>
        <w:spacing w:after="60" w:line="266" w:lineRule="auto"/>
        <w:ind w:firstLine="331"/>
        <w:jc w:val="both"/>
      </w:pPr>
      <w:r>
        <w:rPr>
          <w:rFonts w:ascii="Georgia" w:hAnsi="Georgia"/>
          <w:b w:val="0"/>
          <w:i w:val="0"/>
          <w:color w:val="22201D"/>
          <w:sz w:val="20"/>
        </w:rPr>
        <w:t>"The bread smells like bread."</w:t>
      </w:r>
    </w:p>
    <w:p>
      <w:pPr>
        <w:spacing w:after="60" w:line="266" w:lineRule="auto"/>
        <w:ind w:firstLine="331"/>
        <w:jc w:val="both"/>
      </w:pPr>
      <w:r>
        <w:rPr>
          <w:rFonts w:ascii="Georgia" w:hAnsi="Georgia"/>
          <w:b w:val="0"/>
          <w:i w:val="0"/>
          <w:color w:val="22201D"/>
          <w:sz w:val="20"/>
        </w:rPr>
        <w:t>The corner settled.</w:t>
      </w:r>
    </w:p>
    <w:p>
      <w:pPr>
        <w:spacing w:after="60" w:line="266" w:lineRule="auto"/>
        <w:ind w:firstLine="331"/>
        <w:jc w:val="both"/>
      </w:pPr>
      <w:r>
        <w:rPr>
          <w:rFonts w:ascii="Georgia" w:hAnsi="Georgia"/>
          <w:b w:val="0"/>
          <w:i w:val="0"/>
          <w:color w:val="22201D"/>
          <w:sz w:val="20"/>
        </w:rPr>
        <w:t>The Hostess said, "Good."</w:t>
      </w:r>
    </w:p>
    <w:p>
      <w:pPr>
        <w:spacing w:after="60" w:line="266" w:lineRule="auto"/>
        <w:ind w:firstLine="331"/>
        <w:jc w:val="both"/>
      </w:pPr>
      <w:r>
        <w:rPr>
          <w:rFonts w:ascii="Georgia" w:hAnsi="Georgia"/>
          <w:b w:val="0"/>
          <w:i w:val="0"/>
          <w:color w:val="22201D"/>
          <w:sz w:val="20"/>
        </w:rPr>
        <w:t>Nico looked proud, then attempted not to look proud because pride could become copy if left unattended.</w:t>
      </w:r>
    </w:p>
    <w:p>
      <w:pPr>
        <w:spacing w:after="60" w:line="266" w:lineRule="auto"/>
        <w:ind w:firstLine="331"/>
        <w:jc w:val="both"/>
      </w:pPr>
      <w:r>
        <w:rPr>
          <w:rFonts w:ascii="Georgia" w:hAnsi="Georgia"/>
          <w:b w:val="0"/>
          <w:i w:val="0"/>
          <w:color w:val="22201D"/>
          <w:sz w:val="20"/>
        </w:rPr>
        <w:t>Bob opened the second bag.</w:t>
      </w:r>
    </w:p>
    <w:p>
      <w:pPr>
        <w:spacing w:after="60" w:line="266" w:lineRule="auto"/>
        <w:ind w:firstLine="331"/>
        <w:jc w:val="both"/>
      </w:pPr>
      <w:r>
        <w:rPr>
          <w:rFonts w:ascii="Georgia" w:hAnsi="Georgia"/>
          <w:b w:val="0"/>
          <w:i w:val="0"/>
          <w:color w:val="22201D"/>
          <w:sz w:val="20"/>
        </w:rPr>
        <w:t>Inside were smaller rolls, darker, seeded, with a split down each top like a mouth that had decided against speaking. The bakery box held thin slices of toast arranged in a fan.</w:t>
      </w:r>
    </w:p>
    <w:p>
      <w:pPr>
        <w:spacing w:after="60" w:line="266" w:lineRule="auto"/>
        <w:ind w:firstLine="331"/>
        <w:jc w:val="both"/>
      </w:pPr>
      <w:r>
        <w:rPr>
          <w:rFonts w:ascii="Georgia" w:hAnsi="Georgia"/>
          <w:b w:val="0"/>
          <w:i w:val="0"/>
          <w:color w:val="22201D"/>
          <w:sz w:val="20"/>
        </w:rPr>
        <w:t>Gerald leaned in.</w:t>
      </w:r>
    </w:p>
    <w:p>
      <w:pPr>
        <w:spacing w:after="60" w:line="266" w:lineRule="auto"/>
        <w:ind w:firstLine="331"/>
        <w:jc w:val="both"/>
      </w:pPr>
      <w:r>
        <w:rPr>
          <w:rFonts w:ascii="Georgia" w:hAnsi="Georgia"/>
          <w:b w:val="0"/>
          <w:i w:val="0"/>
          <w:color w:val="22201D"/>
          <w:sz w:val="20"/>
        </w:rPr>
        <w:t>"Why three formats?"</w:t>
      </w:r>
    </w:p>
    <w:p>
      <w:pPr>
        <w:spacing w:after="60" w:line="266" w:lineRule="auto"/>
        <w:ind w:firstLine="331"/>
        <w:jc w:val="both"/>
      </w:pPr>
      <w:r>
        <w:rPr>
          <w:rFonts w:ascii="Georgia" w:hAnsi="Georgia"/>
          <w:b w:val="0"/>
          <w:i w:val="0"/>
          <w:color w:val="22201D"/>
          <w:sz w:val="20"/>
        </w:rPr>
        <w:t>Bob looked at the invoice.</w:t>
      </w:r>
    </w:p>
    <w:p>
      <w:pPr>
        <w:spacing w:after="60" w:line="266" w:lineRule="auto"/>
        <w:ind w:firstLine="331"/>
        <w:jc w:val="both"/>
      </w:pPr>
      <w:r>
        <w:rPr>
          <w:rFonts w:ascii="Georgia" w:hAnsi="Georgia"/>
          <w:b w:val="0"/>
          <w:i w:val="0"/>
          <w:color w:val="22201D"/>
          <w:sz w:val="20"/>
        </w:rPr>
        <w:t>A new section printed:</w:t>
      </w:r>
    </w:p>
    <w:p>
      <w:pPr>
        <w:spacing w:after="60" w:line="250" w:lineRule="auto"/>
        <w:ind w:left="202" w:right="173"/>
      </w:pPr>
      <w:r>
        <w:rPr>
          <w:rFonts w:ascii="Georgia" w:hAnsi="Georgia"/>
          <w:b w:val="0"/>
          <w:i w:val="0"/>
          <w:color w:val="22201D"/>
          <w:sz w:val="17"/>
        </w:rPr>
        <w:t>BREAD FOR RECEIVING TEST  plain rolls: for current hunger seeded rolls: for people who ask what kind toast: for soup, sauce, and those who need a smaller yes</w:t>
      </w:r>
    </w:p>
    <w:p>
      <w:pPr>
        <w:spacing w:after="60" w:line="266" w:lineRule="auto"/>
        <w:ind w:firstLine="331"/>
        <w:jc w:val="both"/>
      </w:pPr>
      <w:r>
        <w:rPr>
          <w:rFonts w:ascii="Georgia" w:hAnsi="Georgia"/>
          <w:b w:val="0"/>
          <w:i w:val="0"/>
          <w:color w:val="22201D"/>
          <w:sz w:val="20"/>
        </w:rPr>
        <w:t>Flocc read the last line twice.</w:t>
      </w:r>
    </w:p>
    <w:p>
      <w:pPr>
        <w:spacing w:after="60" w:line="266" w:lineRule="auto"/>
        <w:ind w:firstLine="331"/>
        <w:jc w:val="both"/>
      </w:pPr>
      <w:r>
        <w:rPr>
          <w:rFonts w:ascii="Georgia" w:hAnsi="Georgia"/>
          <w:b w:val="0"/>
          <w:i w:val="0"/>
          <w:color w:val="22201D"/>
          <w:sz w:val="20"/>
        </w:rPr>
        <w:t>A smaller yes.</w:t>
      </w:r>
    </w:p>
    <w:p>
      <w:pPr>
        <w:spacing w:after="60" w:line="266" w:lineRule="auto"/>
        <w:ind w:firstLine="331"/>
        <w:jc w:val="both"/>
      </w:pPr>
      <w:r>
        <w:rPr>
          <w:rFonts w:ascii="Georgia" w:hAnsi="Georgia"/>
          <w:b w:val="0"/>
          <w:i w:val="0"/>
          <w:color w:val="22201D"/>
          <w:sz w:val="20"/>
        </w:rPr>
        <w:t>He had spent whole books trying to make yes large enough to count. The room had spent the last two days proving that yes did not get safer by becoming enormous. A smaller yes could be received without becoming a contract with the universe.</w:t>
      </w:r>
    </w:p>
    <w:p>
      <w:pPr>
        <w:spacing w:after="60" w:line="266" w:lineRule="auto"/>
        <w:ind w:firstLine="331"/>
        <w:jc w:val="both"/>
      </w:pPr>
      <w:r>
        <w:rPr>
          <w:rFonts w:ascii="Georgia" w:hAnsi="Georgia"/>
          <w:b w:val="0"/>
          <w:i w:val="0"/>
          <w:color w:val="22201D"/>
          <w:sz w:val="20"/>
        </w:rPr>
        <w:t>The Hostess saw him reading.</w:t>
      </w:r>
    </w:p>
    <w:p>
      <w:pPr>
        <w:spacing w:after="60" w:line="266" w:lineRule="auto"/>
        <w:ind w:firstLine="331"/>
        <w:jc w:val="both"/>
      </w:pPr>
      <w:r>
        <w:rPr>
          <w:rFonts w:ascii="Georgia" w:hAnsi="Georgia"/>
          <w:b w:val="0"/>
          <w:i w:val="0"/>
          <w:color w:val="22201D"/>
          <w:sz w:val="20"/>
        </w:rPr>
        <w:t>"What do you notice?"</w:t>
      </w:r>
    </w:p>
    <w:p>
      <w:pPr>
        <w:spacing w:after="60" w:line="266" w:lineRule="auto"/>
        <w:ind w:firstLine="331"/>
        <w:jc w:val="both"/>
      </w:pPr>
      <w:r>
        <w:rPr>
          <w:rFonts w:ascii="Georgia" w:hAnsi="Georgia"/>
          <w:b w:val="0"/>
          <w:i w:val="0"/>
          <w:color w:val="22201D"/>
          <w:sz w:val="20"/>
        </w:rPr>
        <w:t>Flocc did not answer quickly.</w:t>
      </w:r>
    </w:p>
    <w:p>
      <w:pPr>
        <w:spacing w:after="60" w:line="266" w:lineRule="auto"/>
        <w:ind w:firstLine="331"/>
        <w:jc w:val="both"/>
      </w:pPr>
      <w:r>
        <w:rPr>
          <w:rFonts w:ascii="Georgia" w:hAnsi="Georgia"/>
          <w:b w:val="0"/>
          <w:i w:val="0"/>
          <w:color w:val="22201D"/>
          <w:sz w:val="20"/>
        </w:rPr>
        <w:t>"The toast is not lesser because it is smaller."</w:t>
      </w:r>
    </w:p>
    <w:p>
      <w:pPr>
        <w:spacing w:after="60" w:line="266" w:lineRule="auto"/>
        <w:ind w:firstLine="331"/>
        <w:jc w:val="both"/>
      </w:pPr>
      <w:r>
        <w:rPr>
          <w:rFonts w:ascii="Georgia" w:hAnsi="Georgia"/>
          <w:b w:val="0"/>
          <w:i w:val="0"/>
          <w:color w:val="22201D"/>
          <w:sz w:val="20"/>
        </w:rPr>
        <w:t>The invoice stayed flat.</w:t>
      </w:r>
    </w:p>
    <w:p>
      <w:pPr>
        <w:spacing w:after="60" w:line="266" w:lineRule="auto"/>
        <w:ind w:firstLine="331"/>
        <w:jc w:val="both"/>
      </w:pPr>
      <w:r>
        <w:rPr>
          <w:rFonts w:ascii="Georgia" w:hAnsi="Georgia"/>
          <w:b w:val="0"/>
          <w:i w:val="0"/>
          <w:color w:val="22201D"/>
          <w:sz w:val="20"/>
        </w:rPr>
        <w:t>Gerald wrote on the receiving sheet:</w:t>
      </w:r>
    </w:p>
    <w:p>
      <w:pPr>
        <w:spacing w:after="60" w:line="250" w:lineRule="auto"/>
        <w:ind w:left="202" w:right="173"/>
      </w:pPr>
      <w:r>
        <w:rPr>
          <w:rFonts w:ascii="Georgia" w:hAnsi="Georgia"/>
          <w:b w:val="0"/>
          <w:i w:val="0"/>
          <w:color w:val="22201D"/>
          <w:sz w:val="17"/>
        </w:rPr>
        <w:t>Smaller yes accepted as portion logic, not moral ranking.</w:t>
      </w:r>
    </w:p>
    <w:p>
      <w:pPr>
        <w:spacing w:after="60" w:line="266" w:lineRule="auto"/>
        <w:ind w:firstLine="331"/>
        <w:jc w:val="both"/>
      </w:pPr>
      <w:r>
        <w:rPr>
          <w:rFonts w:ascii="Georgia" w:hAnsi="Georgia"/>
          <w:b w:val="0"/>
          <w:i w:val="0"/>
          <w:color w:val="22201D"/>
          <w:sz w:val="20"/>
        </w:rPr>
        <w:t>Bob smiled. "That sounds like a sandwich shop with a therapist."</w:t>
      </w:r>
    </w:p>
    <w:p>
      <w:pPr>
        <w:spacing w:after="60" w:line="266" w:lineRule="auto"/>
        <w:ind w:firstLine="331"/>
        <w:jc w:val="both"/>
      </w:pPr>
      <w:r>
        <w:rPr>
          <w:rFonts w:ascii="Georgia" w:hAnsi="Georgia"/>
          <w:b w:val="0"/>
          <w:i w:val="0"/>
          <w:color w:val="22201D"/>
          <w:sz w:val="20"/>
        </w:rPr>
        <w:t>"Do not name the concept," Gerald said.</w:t>
      </w:r>
    </w:p>
    <w:p>
      <w:pPr>
        <w:spacing w:after="60" w:line="266" w:lineRule="auto"/>
        <w:ind w:firstLine="331"/>
        <w:jc w:val="both"/>
      </w:pPr>
      <w:r>
        <w:rPr>
          <w:rFonts w:ascii="Georgia" w:hAnsi="Georgia"/>
          <w:b w:val="0"/>
          <w:i w:val="0"/>
          <w:color w:val="22201D"/>
          <w:sz w:val="20"/>
        </w:rPr>
        <w:t>The front bell rang.</w:t>
      </w:r>
    </w:p>
    <w:p>
      <w:pPr>
        <w:spacing w:after="60" w:line="266" w:lineRule="auto"/>
        <w:ind w:firstLine="331"/>
        <w:jc w:val="both"/>
      </w:pPr>
      <w:r>
        <w:rPr>
          <w:rFonts w:ascii="Georgia" w:hAnsi="Georgia"/>
          <w:b w:val="0"/>
          <w:i w:val="0"/>
          <w:color w:val="22201D"/>
          <w:sz w:val="20"/>
        </w:rPr>
        <w:t>Lena returned from the sidewalk.</w:t>
      </w:r>
    </w:p>
    <w:p>
      <w:pPr>
        <w:spacing w:after="60" w:line="266" w:lineRule="auto"/>
        <w:ind w:firstLine="331"/>
        <w:jc w:val="both"/>
      </w:pPr>
      <w:r>
        <w:rPr>
          <w:rFonts w:ascii="Georgia" w:hAnsi="Georgia"/>
          <w:b w:val="0"/>
          <w:i w:val="0"/>
          <w:color w:val="22201D"/>
          <w:sz w:val="20"/>
        </w:rPr>
        <w:t>She had paid already. Steve had filed her receipt as still open because the receipt had insisted and because she had left before the file finished becoming honest. Now she stood just inside the door with her phone in her pocket and her hands empty.</w:t>
      </w:r>
    </w:p>
    <w:p>
      <w:pPr>
        <w:spacing w:after="60" w:line="266" w:lineRule="auto"/>
        <w:ind w:firstLine="331"/>
        <w:jc w:val="both"/>
      </w:pPr>
      <w:r>
        <w:rPr>
          <w:rFonts w:ascii="Georgia" w:hAnsi="Georgia"/>
          <w:b w:val="0"/>
          <w:i w:val="0"/>
          <w:color w:val="22201D"/>
          <w:sz w:val="20"/>
        </w:rPr>
        <w:t>The Hostess looked up.</w:t>
      </w:r>
    </w:p>
    <w:p>
      <w:pPr>
        <w:spacing w:after="60" w:line="266" w:lineRule="auto"/>
        <w:ind w:firstLine="331"/>
        <w:jc w:val="both"/>
      </w:pPr>
      <w:r>
        <w:rPr>
          <w:rFonts w:ascii="Georgia" w:hAnsi="Georgia"/>
          <w:b w:val="0"/>
          <w:i w:val="0"/>
          <w:color w:val="22201D"/>
          <w:sz w:val="20"/>
        </w:rPr>
        <w:t>"Did you forget something?"</w:t>
      </w:r>
    </w:p>
    <w:p>
      <w:pPr>
        <w:spacing w:after="60" w:line="266" w:lineRule="auto"/>
        <w:ind w:firstLine="331"/>
        <w:jc w:val="both"/>
      </w:pPr>
      <w:r>
        <w:rPr>
          <w:rFonts w:ascii="Georgia" w:hAnsi="Georgia"/>
          <w:b w:val="0"/>
          <w:i w:val="0"/>
          <w:color w:val="22201D"/>
          <w:sz w:val="20"/>
        </w:rPr>
        <w:t>Lena looked embarrassed.</w:t>
      </w:r>
    </w:p>
    <w:p>
      <w:pPr>
        <w:spacing w:after="60" w:line="266" w:lineRule="auto"/>
        <w:ind w:firstLine="331"/>
        <w:jc w:val="both"/>
      </w:pPr>
      <w:r>
        <w:rPr>
          <w:rFonts w:ascii="Georgia" w:hAnsi="Georgia"/>
          <w:b w:val="0"/>
          <w:i w:val="0"/>
          <w:color w:val="22201D"/>
          <w:sz w:val="20"/>
        </w:rPr>
        <w:t>"I don't know."</w:t>
      </w:r>
    </w:p>
    <w:p>
      <w:pPr>
        <w:spacing w:after="60" w:line="266" w:lineRule="auto"/>
        <w:ind w:firstLine="331"/>
        <w:jc w:val="both"/>
      </w:pPr>
      <w:r>
        <w:rPr>
          <w:rFonts w:ascii="Georgia" w:hAnsi="Georgia"/>
          <w:b w:val="0"/>
          <w:i w:val="0"/>
          <w:color w:val="22201D"/>
          <w:sz w:val="20"/>
        </w:rPr>
        <w:t>The room accepted this as a valid beginning.</w:t>
      </w:r>
    </w:p>
    <w:p>
      <w:pPr>
        <w:spacing w:after="60" w:line="266" w:lineRule="auto"/>
        <w:ind w:firstLine="331"/>
        <w:jc w:val="both"/>
      </w:pPr>
      <w:r>
        <w:rPr>
          <w:rFonts w:ascii="Georgia" w:hAnsi="Georgia"/>
          <w:b w:val="0"/>
          <w:i w:val="0"/>
          <w:color w:val="22201D"/>
          <w:sz w:val="20"/>
        </w:rPr>
        <w:t>"I was walking away," Lena said. "And I realized I kept trying to decide what happened here so I could tell someone. Then I got hungry again. Not big hungry. Just... still connected to lunch hungry."</w:t>
      </w:r>
    </w:p>
    <w:p>
      <w:pPr>
        <w:spacing w:after="60" w:line="266" w:lineRule="auto"/>
        <w:ind w:firstLine="331"/>
        <w:jc w:val="both"/>
      </w:pPr>
      <w:r>
        <w:rPr>
          <w:rFonts w:ascii="Georgia" w:hAnsi="Georgia"/>
          <w:b w:val="0"/>
          <w:i w:val="0"/>
          <w:color w:val="22201D"/>
          <w:sz w:val="20"/>
        </w:rPr>
        <w:t>Nico made a small strangled sound and looked at the water glasses for help.</w:t>
      </w:r>
    </w:p>
    <w:p>
      <w:pPr>
        <w:spacing w:after="60" w:line="266" w:lineRule="auto"/>
        <w:ind w:firstLine="331"/>
        <w:jc w:val="both"/>
      </w:pPr>
      <w:r>
        <w:rPr>
          <w:rFonts w:ascii="Georgia" w:hAnsi="Georgia"/>
          <w:b w:val="0"/>
          <w:i w:val="0"/>
          <w:color w:val="22201D"/>
          <w:sz w:val="20"/>
        </w:rPr>
        <w:t>The Hostess asked, "Do you want an explanation or bread?"</w:t>
      </w:r>
    </w:p>
    <w:p>
      <w:pPr>
        <w:spacing w:after="60" w:line="266" w:lineRule="auto"/>
        <w:ind w:firstLine="331"/>
        <w:jc w:val="both"/>
      </w:pPr>
      <w:r>
        <w:rPr>
          <w:rFonts w:ascii="Georgia" w:hAnsi="Georgia"/>
          <w:b w:val="0"/>
          <w:i w:val="0"/>
          <w:color w:val="22201D"/>
          <w:sz w:val="20"/>
        </w:rPr>
        <w:t>Lena looked relieved by the question.</w:t>
      </w:r>
    </w:p>
    <w:p>
      <w:pPr>
        <w:spacing w:after="60" w:line="266" w:lineRule="auto"/>
        <w:ind w:firstLine="331"/>
        <w:jc w:val="both"/>
      </w:pPr>
      <w:r>
        <w:rPr>
          <w:rFonts w:ascii="Georgia" w:hAnsi="Georgia"/>
          <w:b w:val="0"/>
          <w:i w:val="0"/>
          <w:color w:val="22201D"/>
          <w:sz w:val="20"/>
        </w:rPr>
        <w:t>"Bread."</w:t>
      </w:r>
    </w:p>
    <w:p>
      <w:pPr>
        <w:spacing w:after="60" w:line="266" w:lineRule="auto"/>
        <w:ind w:firstLine="331"/>
        <w:jc w:val="both"/>
      </w:pPr>
      <w:r>
        <w:rPr>
          <w:rFonts w:ascii="Georgia" w:hAnsi="Georgia"/>
          <w:b w:val="0"/>
          <w:i w:val="0"/>
          <w:color w:val="22201D"/>
          <w:sz w:val="20"/>
        </w:rPr>
        <w:t>Bob lifted one plain roll.</w:t>
      </w:r>
    </w:p>
    <w:p>
      <w:pPr>
        <w:spacing w:after="60" w:line="266" w:lineRule="auto"/>
        <w:ind w:firstLine="331"/>
        <w:jc w:val="both"/>
      </w:pPr>
      <w:r>
        <w:rPr>
          <w:rFonts w:ascii="Georgia" w:hAnsi="Georgia"/>
          <w:b w:val="0"/>
          <w:i w:val="0"/>
          <w:color w:val="22201D"/>
          <w:sz w:val="20"/>
        </w:rPr>
        <w:t>Gerald said, "Receiving test case."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Customer returned without explanation request. Requested bread over meaning.</w:t>
      </w:r>
    </w:p>
    <w:p>
      <w:pPr>
        <w:spacing w:after="60" w:line="266" w:lineRule="auto"/>
        <w:ind w:firstLine="331"/>
        <w:jc w:val="both"/>
      </w:pPr>
      <w:r>
        <w:rPr>
          <w:rFonts w:ascii="Georgia" w:hAnsi="Georgia"/>
          <w:b w:val="0"/>
          <w:i w:val="0"/>
          <w:color w:val="22201D"/>
          <w:sz w:val="20"/>
        </w:rPr>
        <w:t>The Hostess did not seat Lena at the window two-top again. That would have made the table too special too quickly. She seated her at Table Two, where Maris had moved to the counter after requesting sauce and being denied clarity as a condiment.</w:t>
      </w:r>
    </w:p>
    <w:p>
      <w:pPr>
        <w:spacing w:after="60" w:line="266" w:lineRule="auto"/>
        <w:ind w:firstLine="331"/>
        <w:jc w:val="both"/>
      </w:pPr>
      <w:r>
        <w:rPr>
          <w:rFonts w:ascii="Georgia" w:hAnsi="Georgia"/>
          <w:b w:val="0"/>
          <w:i w:val="0"/>
          <w:color w:val="22201D"/>
          <w:sz w:val="20"/>
        </w:rPr>
        <w:t>"One roll," the Hostess said.</w:t>
      </w:r>
    </w:p>
    <w:p>
      <w:pPr>
        <w:spacing w:after="60" w:line="266" w:lineRule="auto"/>
        <w:ind w:firstLine="331"/>
        <w:jc w:val="both"/>
      </w:pPr>
      <w:r>
        <w:rPr>
          <w:rFonts w:ascii="Georgia" w:hAnsi="Georgia"/>
          <w:b w:val="0"/>
          <w:i w:val="0"/>
          <w:color w:val="22201D"/>
          <w:sz w:val="20"/>
        </w:rPr>
        <w:t>Bob placed the roll on a small plate.</w:t>
      </w:r>
    </w:p>
    <w:p>
      <w:pPr>
        <w:spacing w:after="60" w:line="266" w:lineRule="auto"/>
        <w:ind w:firstLine="331"/>
        <w:jc w:val="both"/>
      </w:pPr>
      <w:r>
        <w:rPr>
          <w:rFonts w:ascii="Georgia" w:hAnsi="Georgia"/>
          <w:b w:val="0"/>
          <w:i w:val="0"/>
          <w:color w:val="22201D"/>
          <w:sz w:val="20"/>
        </w:rPr>
        <w:t>Flocc carried it out.</w:t>
      </w:r>
    </w:p>
    <w:p>
      <w:pPr>
        <w:spacing w:after="60" w:line="266" w:lineRule="auto"/>
        <w:ind w:firstLine="331"/>
        <w:jc w:val="both"/>
      </w:pPr>
      <w:r>
        <w:rPr>
          <w:rFonts w:ascii="Georgia" w:hAnsi="Georgia"/>
          <w:b w:val="0"/>
          <w:i w:val="0"/>
          <w:color w:val="22201D"/>
          <w:sz w:val="20"/>
        </w:rPr>
        <w:t>Halfway to the table, he felt the old urge to explain why the roll mattered. He wanted to say it was like the beginning. He wanted to say that receiving was active. He wanted to say that the bread had come again because the restaurant was still open enough to feed someone who returned without owning the story.</w:t>
      </w:r>
    </w:p>
    <w:p>
      <w:pPr>
        <w:spacing w:after="60" w:line="266" w:lineRule="auto"/>
        <w:ind w:firstLine="331"/>
        <w:jc w:val="both"/>
      </w:pPr>
      <w:r>
        <w:rPr>
          <w:rFonts w:ascii="Georgia" w:hAnsi="Georgia"/>
          <w:b w:val="0"/>
          <w:i w:val="0"/>
          <w:color w:val="22201D"/>
          <w:sz w:val="20"/>
        </w:rPr>
        <w:t>He said none of that.</w:t>
      </w:r>
    </w:p>
    <w:p>
      <w:pPr>
        <w:spacing w:after="60" w:line="266" w:lineRule="auto"/>
        <w:ind w:firstLine="331"/>
        <w:jc w:val="both"/>
      </w:pPr>
      <w:r>
        <w:rPr>
          <w:rFonts w:ascii="Georgia" w:hAnsi="Georgia"/>
          <w:b w:val="0"/>
          <w:i w:val="0"/>
          <w:color w:val="22201D"/>
          <w:sz w:val="20"/>
        </w:rPr>
        <w:t>He put the plate down.</w:t>
      </w:r>
    </w:p>
    <w:p>
      <w:pPr>
        <w:spacing w:after="60" w:line="266" w:lineRule="auto"/>
        <w:ind w:firstLine="331"/>
        <w:jc w:val="both"/>
      </w:pPr>
      <w:r>
        <w:rPr>
          <w:rFonts w:ascii="Georgia" w:hAnsi="Georgia"/>
          <w:b w:val="0"/>
          <w:i w:val="0"/>
          <w:color w:val="22201D"/>
          <w:sz w:val="20"/>
        </w:rPr>
        <w:t>"Roll," he said.</w:t>
      </w:r>
    </w:p>
    <w:p>
      <w:pPr>
        <w:spacing w:after="60" w:line="266" w:lineRule="auto"/>
        <w:ind w:firstLine="331"/>
        <w:jc w:val="both"/>
      </w:pPr>
      <w:r>
        <w:rPr>
          <w:rFonts w:ascii="Georgia" w:hAnsi="Georgia"/>
          <w:b w:val="0"/>
          <w:i w:val="0"/>
          <w:color w:val="22201D"/>
          <w:sz w:val="20"/>
        </w:rPr>
        <w:t>Lena smiled.</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She tore it open and ate one piece plain.</w:t>
      </w:r>
    </w:p>
    <w:p>
      <w:pPr>
        <w:spacing w:after="60" w:line="266" w:lineRule="auto"/>
        <w:ind w:firstLine="331"/>
        <w:jc w:val="both"/>
      </w:pPr>
      <w:r>
        <w:rPr>
          <w:rFonts w:ascii="Georgia" w:hAnsi="Georgia"/>
          <w:b w:val="0"/>
          <w:i w:val="0"/>
          <w:color w:val="22201D"/>
          <w:sz w:val="20"/>
        </w:rPr>
        <w:t>The closure notice in the Open drawer did not warm.</w:t>
      </w:r>
    </w:p>
    <w:p>
      <w:pPr>
        <w:spacing w:after="60" w:line="266" w:lineRule="auto"/>
        <w:ind w:firstLine="331"/>
        <w:jc w:val="both"/>
      </w:pPr>
      <w:r>
        <w:rPr>
          <w:rFonts w:ascii="Georgia" w:hAnsi="Georgia"/>
          <w:b w:val="0"/>
          <w:i w:val="0"/>
          <w:color w:val="22201D"/>
          <w:sz w:val="20"/>
        </w:rPr>
        <w:t>The menu warnings did not curl.</w:t>
      </w:r>
    </w:p>
    <w:p>
      <w:pPr>
        <w:spacing w:after="60" w:line="266" w:lineRule="auto"/>
        <w:ind w:firstLine="331"/>
        <w:jc w:val="both"/>
      </w:pPr>
      <w:r>
        <w:rPr>
          <w:rFonts w:ascii="Georgia" w:hAnsi="Georgia"/>
          <w:b w:val="0"/>
          <w:i w:val="0"/>
          <w:color w:val="22201D"/>
          <w:sz w:val="20"/>
        </w:rPr>
        <w:t>The Citrus Aji Limo Rain bottle rained once inside itself and stopped.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Bread received without explanatory completion. No adverse document response.</w:t>
      </w:r>
    </w:p>
    <w:p>
      <w:pPr>
        <w:spacing w:after="60" w:line="266" w:lineRule="auto"/>
        <w:ind w:firstLine="331"/>
        <w:jc w:val="both"/>
      </w:pPr>
      <w:r>
        <w:rPr>
          <w:rFonts w:ascii="Georgia" w:hAnsi="Georgia"/>
          <w:b w:val="0"/>
          <w:i w:val="0"/>
          <w:color w:val="22201D"/>
          <w:sz w:val="20"/>
        </w:rPr>
        <w:t>Gerald read over his shoulder.</w:t>
      </w:r>
    </w:p>
    <w:p>
      <w:pPr>
        <w:spacing w:after="60" w:line="266" w:lineRule="auto"/>
        <w:ind w:firstLine="331"/>
        <w:jc w:val="both"/>
      </w:pPr>
      <w:r>
        <w:rPr>
          <w:rFonts w:ascii="Georgia" w:hAnsi="Georgia"/>
          <w:b w:val="0"/>
          <w:i w:val="0"/>
          <w:color w:val="22201D"/>
          <w:sz w:val="20"/>
        </w:rPr>
        <w:t>"Good. Add temperature."</w:t>
      </w:r>
    </w:p>
    <w:p>
      <w:pPr>
        <w:spacing w:after="60" w:line="266" w:lineRule="auto"/>
        <w:ind w:firstLine="331"/>
        <w:jc w:val="both"/>
      </w:pPr>
      <w:r>
        <w:rPr>
          <w:rFonts w:ascii="Georgia" w:hAnsi="Georgia"/>
          <w:b w:val="0"/>
          <w:i w:val="0"/>
          <w:color w:val="22201D"/>
          <w:sz w:val="20"/>
        </w:rPr>
        <w:t>Steve added:</w:t>
      </w:r>
    </w:p>
    <w:p>
      <w:pPr>
        <w:spacing w:after="60" w:line="250" w:lineRule="auto"/>
        <w:ind w:left="202" w:right="173"/>
      </w:pPr>
      <w:r>
        <w:rPr>
          <w:rFonts w:ascii="Georgia" w:hAnsi="Georgia"/>
          <w:b w:val="0"/>
          <w:i w:val="0"/>
          <w:color w:val="22201D"/>
          <w:sz w:val="17"/>
        </w:rPr>
        <w:t>Roll warm, safe to handle.</w:t>
      </w:r>
    </w:p>
    <w:p>
      <w:pPr>
        <w:spacing w:after="60" w:line="266" w:lineRule="auto"/>
        <w:ind w:firstLine="331"/>
        <w:jc w:val="both"/>
      </w:pPr>
      <w:r>
        <w:rPr>
          <w:rFonts w:ascii="Georgia" w:hAnsi="Georgia"/>
          <w:b w:val="0"/>
          <w:i w:val="0"/>
          <w:color w:val="22201D"/>
          <w:sz w:val="20"/>
        </w:rPr>
        <w:t>At the counter, Maris raised a hand.</w:t>
      </w:r>
    </w:p>
    <w:p>
      <w:pPr>
        <w:spacing w:after="60" w:line="266" w:lineRule="auto"/>
        <w:ind w:firstLine="331"/>
        <w:jc w:val="both"/>
      </w:pPr>
      <w:r>
        <w:rPr>
          <w:rFonts w:ascii="Georgia" w:hAnsi="Georgia"/>
          <w:b w:val="0"/>
          <w:i w:val="0"/>
          <w:color w:val="22201D"/>
          <w:sz w:val="20"/>
        </w:rPr>
        <w:t>"Can I receive toast?"</w:t>
      </w:r>
    </w:p>
    <w:p>
      <w:pPr>
        <w:spacing w:after="60" w:line="266" w:lineRule="auto"/>
        <w:ind w:firstLine="331"/>
        <w:jc w:val="both"/>
      </w:pPr>
      <w:r>
        <w:rPr>
          <w:rFonts w:ascii="Georgia" w:hAnsi="Georgia"/>
          <w:b w:val="0"/>
          <w:i w:val="0"/>
          <w:color w:val="22201D"/>
          <w:sz w:val="20"/>
        </w:rPr>
        <w:t>Gerald looked up sharply.</w:t>
      </w:r>
    </w:p>
    <w:p>
      <w:pPr>
        <w:spacing w:after="60" w:line="266" w:lineRule="auto"/>
        <w:ind w:firstLine="331"/>
        <w:jc w:val="both"/>
      </w:pPr>
      <w:r>
        <w:rPr>
          <w:rFonts w:ascii="Georgia" w:hAnsi="Georgia"/>
          <w:b w:val="0"/>
          <w:i w:val="0"/>
          <w:color w:val="22201D"/>
          <w:sz w:val="20"/>
        </w:rPr>
        <w:t>Maris corrected herself.</w:t>
      </w:r>
    </w:p>
    <w:p>
      <w:pPr>
        <w:spacing w:after="60" w:line="266" w:lineRule="auto"/>
        <w:ind w:firstLine="331"/>
        <w:jc w:val="both"/>
      </w:pPr>
      <w:r>
        <w:rPr>
          <w:rFonts w:ascii="Georgia" w:hAnsi="Georgia"/>
          <w:b w:val="0"/>
          <w:i w:val="0"/>
          <w:color w:val="22201D"/>
          <w:sz w:val="20"/>
        </w:rPr>
        <w:t>"Can I have toast?"</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Bob prepared toast with one drop of Citrus Aji Limo Rain on the side, not on the toast. The distinction mattered. Sauce on toast was a decision already made. Sauce beside toast was a decision available.</w:t>
      </w:r>
    </w:p>
    <w:p>
      <w:pPr>
        <w:spacing w:after="60" w:line="266" w:lineRule="auto"/>
        <w:ind w:firstLine="331"/>
        <w:jc w:val="both"/>
      </w:pPr>
      <w:r>
        <w:rPr>
          <w:rFonts w:ascii="Georgia" w:hAnsi="Georgia"/>
          <w:b w:val="0"/>
          <w:i w:val="0"/>
          <w:color w:val="22201D"/>
          <w:sz w:val="20"/>
        </w:rPr>
        <w:t>Maris dipped a corner.</w:t>
      </w:r>
    </w:p>
    <w:p>
      <w:pPr>
        <w:spacing w:after="60" w:line="266" w:lineRule="auto"/>
        <w:ind w:firstLine="331"/>
        <w:jc w:val="both"/>
      </w:pPr>
      <w:r>
        <w:rPr>
          <w:rFonts w:ascii="Georgia" w:hAnsi="Georgia"/>
          <w:b w:val="0"/>
          <w:i w:val="0"/>
          <w:color w:val="22201D"/>
          <w:sz w:val="20"/>
        </w:rPr>
        <w:t>"Oh," she said. "That's better than understanding."</w:t>
      </w:r>
    </w:p>
    <w:p>
      <w:pPr>
        <w:spacing w:after="60" w:line="266" w:lineRule="auto"/>
        <w:ind w:firstLine="331"/>
        <w:jc w:val="both"/>
      </w:pPr>
      <w:r>
        <w:rPr>
          <w:rFonts w:ascii="Georgia" w:hAnsi="Georgia"/>
          <w:b w:val="0"/>
          <w:i w:val="0"/>
          <w:color w:val="22201D"/>
          <w:sz w:val="20"/>
        </w:rPr>
        <w:t>Every menu warning lifted.</w:t>
      </w:r>
    </w:p>
    <w:p>
      <w:pPr>
        <w:spacing w:after="60" w:line="266" w:lineRule="auto"/>
        <w:ind w:firstLine="331"/>
        <w:jc w:val="both"/>
      </w:pPr>
      <w:r>
        <w:rPr>
          <w:rFonts w:ascii="Georgia" w:hAnsi="Georgia"/>
          <w:b w:val="0"/>
          <w:i w:val="0"/>
          <w:color w:val="22201D"/>
          <w:sz w:val="20"/>
        </w:rPr>
        <w:t>Maris froze.</w:t>
      </w:r>
    </w:p>
    <w:p>
      <w:pPr>
        <w:spacing w:after="60" w:line="266" w:lineRule="auto"/>
        <w:ind w:firstLine="331"/>
        <w:jc w:val="both"/>
      </w:pPr>
      <w:r>
        <w:rPr>
          <w:rFonts w:ascii="Georgia" w:hAnsi="Georgia"/>
          <w:b w:val="0"/>
          <w:i w:val="0"/>
          <w:color w:val="22201D"/>
          <w:sz w:val="20"/>
        </w:rPr>
        <w:t>"I mean, it is good with toast."</w:t>
      </w:r>
    </w:p>
    <w:p>
      <w:pPr>
        <w:spacing w:after="60" w:line="266" w:lineRule="auto"/>
        <w:ind w:firstLine="331"/>
        <w:jc w:val="both"/>
      </w:pPr>
      <w:r>
        <w:rPr>
          <w:rFonts w:ascii="Georgia" w:hAnsi="Georgia"/>
          <w:b w:val="0"/>
          <w:i w:val="0"/>
          <w:color w:val="22201D"/>
          <w:sz w:val="20"/>
        </w:rPr>
        <w:t>The warnings settled.</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Customers require correction from comparative metaphysics to use description.</w:t>
      </w:r>
    </w:p>
    <w:p>
      <w:pPr>
        <w:spacing w:after="60" w:line="266" w:lineRule="auto"/>
        <w:ind w:firstLine="331"/>
        <w:jc w:val="both"/>
      </w:pPr>
      <w:r>
        <w:rPr>
          <w:rFonts w:ascii="Georgia" w:hAnsi="Georgia"/>
          <w:b w:val="0"/>
          <w:i w:val="0"/>
          <w:color w:val="22201D"/>
          <w:sz w:val="20"/>
        </w:rPr>
        <w:t>Bob looked at the note.</w:t>
      </w:r>
    </w:p>
    <w:p>
      <w:pPr>
        <w:spacing w:after="60" w:line="266" w:lineRule="auto"/>
        <w:ind w:firstLine="331"/>
        <w:jc w:val="both"/>
      </w:pPr>
      <w:r>
        <w:rPr>
          <w:rFonts w:ascii="Georgia" w:hAnsi="Georgia"/>
          <w:b w:val="0"/>
          <w:i w:val="0"/>
          <w:color w:val="22201D"/>
          <w:sz w:val="20"/>
        </w:rPr>
        <w:t>"You could write people talk funny when food is good."</w:t>
      </w:r>
    </w:p>
    <w:p>
      <w:pPr>
        <w:spacing w:after="60" w:line="266" w:lineRule="auto"/>
        <w:ind w:firstLine="331"/>
        <w:jc w:val="both"/>
      </w:pPr>
      <w:r>
        <w:rPr>
          <w:rFonts w:ascii="Georgia" w:hAnsi="Georgia"/>
          <w:b w:val="0"/>
          <w:i w:val="0"/>
          <w:color w:val="22201D"/>
          <w:sz w:val="20"/>
        </w:rPr>
        <w:t>"I could also leave the building uninspected," Gerald said. "I will not."</w:t>
      </w:r>
    </w:p>
    <w:p>
      <w:pPr>
        <w:spacing w:after="60" w:line="266" w:lineRule="auto"/>
        <w:ind w:firstLine="331"/>
        <w:jc w:val="both"/>
      </w:pPr>
      <w:r>
        <w:rPr>
          <w:rFonts w:ascii="Georgia" w:hAnsi="Georgia"/>
          <w:b w:val="0"/>
          <w:i w:val="0"/>
          <w:color w:val="22201D"/>
          <w:sz w:val="20"/>
        </w:rPr>
        <w:t>The white bakery box had one slice of toast left.</w:t>
      </w:r>
    </w:p>
    <w:p>
      <w:pPr>
        <w:spacing w:after="60" w:line="266" w:lineRule="auto"/>
        <w:ind w:firstLine="331"/>
        <w:jc w:val="both"/>
      </w:pPr>
      <w:r>
        <w:rPr>
          <w:rFonts w:ascii="Georgia" w:hAnsi="Georgia"/>
          <w:b w:val="0"/>
          <w:i w:val="0"/>
          <w:color w:val="22201D"/>
          <w:sz w:val="20"/>
        </w:rPr>
        <w:t>It was smaller than the others and darker at one corner. It looked like the kind of piece everyone pretended not to choose first so someone else could have the nicer ones. Bob picked it up.</w:t>
      </w:r>
    </w:p>
    <w:p>
      <w:pPr>
        <w:spacing w:after="60" w:line="266" w:lineRule="auto"/>
        <w:ind w:firstLine="331"/>
        <w:jc w:val="both"/>
      </w:pPr>
      <w:r>
        <w:rPr>
          <w:rFonts w:ascii="Georgia" w:hAnsi="Georgia"/>
          <w:b w:val="0"/>
          <w:i w:val="0"/>
          <w:color w:val="22201D"/>
          <w:sz w:val="20"/>
        </w:rPr>
        <w:t>"Who gets this?"</w:t>
      </w:r>
    </w:p>
    <w:p>
      <w:pPr>
        <w:spacing w:after="60" w:line="266" w:lineRule="auto"/>
        <w:ind w:firstLine="331"/>
        <w:jc w:val="both"/>
      </w:pPr>
      <w:r>
        <w:rPr>
          <w:rFonts w:ascii="Georgia" w:hAnsi="Georgia"/>
          <w:b w:val="0"/>
          <w:i w:val="0"/>
          <w:color w:val="22201D"/>
          <w:sz w:val="20"/>
        </w:rPr>
        <w:t>No ticket printed.</w:t>
      </w:r>
    </w:p>
    <w:p>
      <w:pPr>
        <w:spacing w:after="60" w:line="266" w:lineRule="auto"/>
        <w:ind w:firstLine="331"/>
        <w:jc w:val="both"/>
      </w:pPr>
      <w:r>
        <w:rPr>
          <w:rFonts w:ascii="Georgia" w:hAnsi="Georgia"/>
          <w:b w:val="0"/>
          <w:i w:val="0"/>
          <w:color w:val="22201D"/>
          <w:sz w:val="20"/>
        </w:rPr>
        <w:t>No menu warning moved.</w:t>
      </w:r>
    </w:p>
    <w:p>
      <w:pPr>
        <w:spacing w:after="60" w:line="266" w:lineRule="auto"/>
        <w:ind w:firstLine="331"/>
        <w:jc w:val="both"/>
      </w:pPr>
      <w:r>
        <w:rPr>
          <w:rFonts w:ascii="Georgia" w:hAnsi="Georgia"/>
          <w:b w:val="0"/>
          <w:i w:val="0"/>
          <w:color w:val="22201D"/>
          <w:sz w:val="20"/>
        </w:rPr>
        <w:t>No chair shifted.</w:t>
      </w:r>
    </w:p>
    <w:p>
      <w:pPr>
        <w:spacing w:after="60" w:line="266" w:lineRule="auto"/>
        <w:ind w:firstLine="331"/>
        <w:jc w:val="both"/>
      </w:pPr>
      <w:r>
        <w:rPr>
          <w:rFonts w:ascii="Georgia" w:hAnsi="Georgia"/>
          <w:b w:val="0"/>
          <w:i w:val="0"/>
          <w:color w:val="22201D"/>
          <w:sz w:val="20"/>
        </w:rPr>
        <w:t>That was the problem with ordinary service: sometimes the room did not solve the distribution for you.</w:t>
      </w:r>
    </w:p>
    <w:p>
      <w:pPr>
        <w:spacing w:after="60" w:line="266" w:lineRule="auto"/>
        <w:ind w:firstLine="331"/>
        <w:jc w:val="both"/>
      </w:pPr>
      <w:r>
        <w:rPr>
          <w:rFonts w:ascii="Georgia" w:hAnsi="Georgia"/>
          <w:b w:val="0"/>
          <w:i w:val="0"/>
          <w:color w:val="22201D"/>
          <w:sz w:val="20"/>
        </w:rPr>
        <w:t>Flocc looked at the toast.</w:t>
      </w:r>
    </w:p>
    <w:p>
      <w:pPr>
        <w:spacing w:after="60" w:line="266" w:lineRule="auto"/>
        <w:ind w:firstLine="331"/>
        <w:jc w:val="both"/>
      </w:pPr>
      <w:r>
        <w:rPr>
          <w:rFonts w:ascii="Georgia" w:hAnsi="Georgia"/>
          <w:b w:val="0"/>
          <w:i w:val="0"/>
          <w:color w:val="22201D"/>
          <w:sz w:val="20"/>
        </w:rPr>
        <w:t>He thought of ordering for someone else, which belonged to a later chapter. He was not there yet. But receiving had begun to teach him that the first act was not always giving. Sometimes it was letting the right hunger become visible without assigning yourself as the answer.</w:t>
      </w:r>
    </w:p>
    <w:p>
      <w:pPr>
        <w:spacing w:after="60" w:line="266" w:lineRule="auto"/>
        <w:ind w:firstLine="331"/>
        <w:jc w:val="both"/>
      </w:pPr>
      <w:r>
        <w:rPr>
          <w:rFonts w:ascii="Georgia" w:hAnsi="Georgia"/>
          <w:b w:val="0"/>
          <w:i w:val="0"/>
          <w:color w:val="22201D"/>
          <w:sz w:val="20"/>
        </w:rPr>
        <w:t>He looked around.</w:t>
      </w:r>
    </w:p>
    <w:p>
      <w:pPr>
        <w:spacing w:after="60" w:line="266" w:lineRule="auto"/>
        <w:ind w:firstLine="331"/>
        <w:jc w:val="both"/>
      </w:pPr>
      <w:r>
        <w:rPr>
          <w:rFonts w:ascii="Georgia" w:hAnsi="Georgia"/>
          <w:b w:val="0"/>
          <w:i w:val="0"/>
          <w:color w:val="22201D"/>
          <w:sz w:val="20"/>
        </w:rPr>
        <w:t>Gerald had not eaten since morning. Steve had taken three sips of cold coffee and called it acceptable. The Hostess had touched no bread. Bob had brought everything and eaten nothing. Nico was holding water glasses like penance.</w:t>
      </w:r>
    </w:p>
    <w:p>
      <w:pPr>
        <w:spacing w:after="60" w:line="266" w:lineRule="auto"/>
        <w:ind w:firstLine="331"/>
        <w:jc w:val="both"/>
      </w:pPr>
      <w:r>
        <w:rPr>
          <w:rFonts w:ascii="Georgia" w:hAnsi="Georgia"/>
          <w:b w:val="0"/>
          <w:i w:val="0"/>
          <w:color w:val="22201D"/>
          <w:sz w:val="20"/>
        </w:rPr>
        <w:t>Everyone had become a candidate.</w:t>
      </w:r>
    </w:p>
    <w:p>
      <w:pPr>
        <w:spacing w:after="60" w:line="266" w:lineRule="auto"/>
        <w:ind w:firstLine="331"/>
        <w:jc w:val="both"/>
      </w:pPr>
      <w:r>
        <w:rPr>
          <w:rFonts w:ascii="Georgia" w:hAnsi="Georgia"/>
          <w:b w:val="0"/>
          <w:i w:val="0"/>
          <w:color w:val="22201D"/>
          <w:sz w:val="20"/>
        </w:rPr>
        <w:t>The toast did not choose.</w:t>
      </w:r>
    </w:p>
    <w:p>
      <w:pPr>
        <w:spacing w:after="60" w:line="266" w:lineRule="auto"/>
        <w:ind w:firstLine="331"/>
        <w:jc w:val="both"/>
      </w:pPr>
      <w:r>
        <w:rPr>
          <w:rFonts w:ascii="Georgia" w:hAnsi="Georgia"/>
          <w:b w:val="0"/>
          <w:i w:val="0"/>
          <w:color w:val="22201D"/>
          <w:sz w:val="20"/>
        </w:rPr>
        <w:t>The Hostess closed the reservation book.</w:t>
      </w:r>
    </w:p>
    <w:p>
      <w:pPr>
        <w:spacing w:after="60" w:line="266" w:lineRule="auto"/>
        <w:ind w:firstLine="331"/>
        <w:jc w:val="both"/>
      </w:pPr>
      <w:r>
        <w:rPr>
          <w:rFonts w:ascii="Georgia" w:hAnsi="Georgia"/>
          <w:b w:val="0"/>
          <w:i w:val="0"/>
          <w:color w:val="22201D"/>
          <w:sz w:val="20"/>
        </w:rPr>
        <w:t>"Break."</w:t>
      </w:r>
    </w:p>
    <w:p>
      <w:pPr>
        <w:spacing w:after="60" w:line="266" w:lineRule="auto"/>
        <w:ind w:firstLine="331"/>
        <w:jc w:val="both"/>
      </w:pPr>
      <w:r>
        <w:rPr>
          <w:rFonts w:ascii="Georgia" w:hAnsi="Georgia"/>
          <w:b w:val="0"/>
          <w:i w:val="0"/>
          <w:color w:val="22201D"/>
          <w:sz w:val="20"/>
        </w:rPr>
        <w:t>Everyone looked at her.</w:t>
      </w:r>
    </w:p>
    <w:p>
      <w:pPr>
        <w:spacing w:after="60" w:line="266" w:lineRule="auto"/>
        <w:ind w:firstLine="331"/>
        <w:jc w:val="both"/>
      </w:pPr>
      <w:r>
        <w:rPr>
          <w:rFonts w:ascii="Georgia" w:hAnsi="Georgia"/>
          <w:b w:val="0"/>
          <w:i w:val="0"/>
          <w:color w:val="22201D"/>
          <w:sz w:val="20"/>
        </w:rPr>
        <w:t>"Staff break," she said. "Five minutes. Standing does not count. Talking about the break does not count. Explaining why the break matters absolutely does not count."</w:t>
      </w:r>
    </w:p>
    <w:p>
      <w:pPr>
        <w:spacing w:after="60" w:line="266" w:lineRule="auto"/>
        <w:ind w:firstLine="331"/>
        <w:jc w:val="both"/>
      </w:pPr>
      <w:r>
        <w:rPr>
          <w:rFonts w:ascii="Georgia" w:hAnsi="Georgia"/>
          <w:b w:val="0"/>
          <w:i w:val="0"/>
          <w:color w:val="22201D"/>
          <w:sz w:val="20"/>
        </w:rPr>
        <w:t>Gerald began, "For food safety—"</w:t>
      </w:r>
    </w:p>
    <w:p>
      <w:pPr>
        <w:spacing w:after="60" w:line="266" w:lineRule="auto"/>
        <w:ind w:firstLine="331"/>
        <w:jc w:val="both"/>
      </w:pPr>
      <w:r>
        <w:rPr>
          <w:rFonts w:ascii="Georgia" w:hAnsi="Georgia"/>
          <w:b w:val="0"/>
          <w:i w:val="0"/>
          <w:color w:val="22201D"/>
          <w:sz w:val="20"/>
        </w:rPr>
        <w:t>"Five minutes."</w:t>
      </w:r>
    </w:p>
    <w:p>
      <w:pPr>
        <w:spacing w:after="60" w:line="266" w:lineRule="auto"/>
        <w:ind w:firstLine="331"/>
        <w:jc w:val="both"/>
      </w:pPr>
      <w:r>
        <w:rPr>
          <w:rFonts w:ascii="Georgia" w:hAnsi="Georgia"/>
          <w:b w:val="0"/>
          <w:i w:val="0"/>
          <w:color w:val="22201D"/>
          <w:sz w:val="20"/>
        </w:rPr>
        <w:t>Gerald stopped.</w:t>
      </w:r>
    </w:p>
    <w:p>
      <w:pPr>
        <w:spacing w:after="60" w:line="266" w:lineRule="auto"/>
        <w:ind w:firstLine="331"/>
        <w:jc w:val="both"/>
      </w:pPr>
      <w:r>
        <w:rPr>
          <w:rFonts w:ascii="Georgia" w:hAnsi="Georgia"/>
          <w:b w:val="0"/>
          <w:i w:val="0"/>
          <w:color w:val="22201D"/>
          <w:sz w:val="20"/>
        </w:rPr>
        <w:t>Bob put the small dark toast piece on a plate and set it in the middle of the receiving table.</w:t>
      </w:r>
    </w:p>
    <w:p>
      <w:pPr>
        <w:spacing w:after="60" w:line="266" w:lineRule="auto"/>
        <w:ind w:firstLine="331"/>
        <w:jc w:val="both"/>
      </w:pPr>
      <w:r>
        <w:rPr>
          <w:rFonts w:ascii="Georgia" w:hAnsi="Georgia"/>
          <w:b w:val="0"/>
          <w:i w:val="0"/>
          <w:color w:val="22201D"/>
          <w:sz w:val="20"/>
        </w:rPr>
        <w:t>"Shared?"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"Shared."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Staff received bread as staff, not as witnesses.</w:t>
      </w:r>
    </w:p>
    <w:p>
      <w:pPr>
        <w:spacing w:after="60" w:line="266" w:lineRule="auto"/>
        <w:ind w:firstLine="331"/>
        <w:jc w:val="both"/>
      </w:pPr>
      <w:r>
        <w:rPr>
          <w:rFonts w:ascii="Georgia" w:hAnsi="Georgia"/>
          <w:b w:val="0"/>
          <w:i w:val="0"/>
          <w:color w:val="22201D"/>
          <w:sz w:val="20"/>
        </w:rPr>
        <w:t>Then he put the pencil down.</w:t>
      </w:r>
    </w:p>
    <w:p>
      <w:pPr>
        <w:spacing w:after="60" w:line="266" w:lineRule="auto"/>
        <w:ind w:firstLine="331"/>
        <w:jc w:val="both"/>
      </w:pPr>
      <w:r>
        <w:rPr>
          <w:rFonts w:ascii="Georgia" w:hAnsi="Georgia"/>
          <w:b w:val="0"/>
          <w:i w:val="0"/>
          <w:color w:val="22201D"/>
          <w:sz w:val="20"/>
        </w:rPr>
        <w:t>The five minutes were awkward at first because everyone was used to becoming functional whenever the room became strange. But the bread was warm, and the toast was good, and the sauce on the side was bright, and nobody needed to decide what it meant before eating it.</w:t>
      </w:r>
    </w:p>
    <w:p>
      <w:pPr>
        <w:spacing w:after="60" w:line="266" w:lineRule="auto"/>
        <w:ind w:firstLine="331"/>
        <w:jc w:val="both"/>
      </w:pPr>
      <w:r>
        <w:rPr>
          <w:rFonts w:ascii="Georgia" w:hAnsi="Georgia"/>
          <w:b w:val="0"/>
          <w:i w:val="0"/>
          <w:color w:val="22201D"/>
          <w:sz w:val="20"/>
        </w:rPr>
        <w:t>Nico took the smallest corner.</w:t>
      </w:r>
    </w:p>
    <w:p>
      <w:pPr>
        <w:spacing w:after="60" w:line="266" w:lineRule="auto"/>
        <w:ind w:firstLine="331"/>
        <w:jc w:val="both"/>
      </w:pPr>
      <w:r>
        <w:rPr>
          <w:rFonts w:ascii="Georgia" w:hAnsi="Georgia"/>
          <w:b w:val="0"/>
          <w:i w:val="0"/>
          <w:color w:val="22201D"/>
          <w:sz w:val="20"/>
        </w:rPr>
        <w:t>"I am not going to say anything."</w:t>
      </w:r>
    </w:p>
    <w:p>
      <w:pPr>
        <w:spacing w:after="60" w:line="266" w:lineRule="auto"/>
        <w:ind w:firstLine="331"/>
        <w:jc w:val="both"/>
      </w:pPr>
      <w:r>
        <w:rPr>
          <w:rFonts w:ascii="Georgia" w:hAnsi="Georgia"/>
          <w:b w:val="0"/>
          <w:i w:val="0"/>
          <w:color w:val="22201D"/>
          <w:sz w:val="20"/>
        </w:rPr>
        <w:t>"That is something," Gerald said.</w:t>
      </w:r>
    </w:p>
    <w:p>
      <w:pPr>
        <w:spacing w:after="60" w:line="266" w:lineRule="auto"/>
        <w:ind w:firstLine="331"/>
        <w:jc w:val="both"/>
      </w:pPr>
      <w:r>
        <w:rPr>
          <w:rFonts w:ascii="Georgia" w:hAnsi="Georgia"/>
          <w:b w:val="0"/>
          <w:i w:val="0"/>
          <w:color w:val="22201D"/>
          <w:sz w:val="20"/>
        </w:rPr>
        <w:t>Nico chewed in silence.</w:t>
      </w:r>
    </w:p>
    <w:p>
      <w:pPr>
        <w:spacing w:after="60" w:line="266" w:lineRule="auto"/>
        <w:ind w:firstLine="331"/>
        <w:jc w:val="both"/>
      </w:pPr>
      <w:r>
        <w:rPr>
          <w:rFonts w:ascii="Georgia" w:hAnsi="Georgia"/>
          <w:b w:val="0"/>
          <w:i w:val="0"/>
          <w:color w:val="22201D"/>
          <w:sz w:val="20"/>
        </w:rPr>
        <w:t>Bob ate half a seeded roll.</w:t>
      </w:r>
    </w:p>
    <w:p>
      <w:pPr>
        <w:spacing w:after="60" w:line="266" w:lineRule="auto"/>
        <w:ind w:firstLine="331"/>
        <w:jc w:val="both"/>
      </w:pPr>
      <w:r>
        <w:rPr>
          <w:rFonts w:ascii="Georgia" w:hAnsi="Georgia"/>
          <w:b w:val="0"/>
          <w:i w:val="0"/>
          <w:color w:val="22201D"/>
          <w:sz w:val="20"/>
        </w:rPr>
        <w:t>The Hostess ate one bite of toast with no sauce.</w:t>
      </w:r>
    </w:p>
    <w:p>
      <w:pPr>
        <w:spacing w:after="60" w:line="266" w:lineRule="auto"/>
        <w:ind w:firstLine="331"/>
        <w:jc w:val="both"/>
      </w:pPr>
      <w:r>
        <w:rPr>
          <w:rFonts w:ascii="Georgia" w:hAnsi="Georgia"/>
          <w:b w:val="0"/>
          <w:i w:val="0"/>
          <w:color w:val="22201D"/>
          <w:sz w:val="20"/>
        </w:rPr>
        <w:t>Steve ate a plain roll with the seriousness of a clerk notarizing his own hunger.</w:t>
      </w:r>
    </w:p>
    <w:p>
      <w:pPr>
        <w:spacing w:after="60" w:line="266" w:lineRule="auto"/>
        <w:ind w:firstLine="331"/>
        <w:jc w:val="both"/>
      </w:pPr>
      <w:r>
        <w:rPr>
          <w:rFonts w:ascii="Georgia" w:hAnsi="Georgia"/>
          <w:b w:val="0"/>
          <w:i w:val="0"/>
          <w:color w:val="22201D"/>
          <w:sz w:val="20"/>
        </w:rPr>
        <w:t>Gerald inspected his roll, found it compliant, and ate it.</w:t>
      </w:r>
    </w:p>
    <w:p>
      <w:pPr>
        <w:spacing w:after="60" w:line="266" w:lineRule="auto"/>
        <w:ind w:firstLine="331"/>
        <w:jc w:val="both"/>
      </w:pPr>
      <w:r>
        <w:rPr>
          <w:rFonts w:ascii="Georgia" w:hAnsi="Georgia"/>
          <w:b w:val="0"/>
          <w:i w:val="0"/>
          <w:color w:val="22201D"/>
          <w:sz w:val="20"/>
        </w:rPr>
        <w:t>Flocc waited until everyone else had taken a piece before taking his.</w:t>
      </w:r>
    </w:p>
    <w:p>
      <w:pPr>
        <w:spacing w:after="60" w:line="266" w:lineRule="auto"/>
        <w:ind w:firstLine="331"/>
        <w:jc w:val="both"/>
      </w:pPr>
      <w:r>
        <w:rPr>
          <w:rFonts w:ascii="Georgia" w:hAnsi="Georgia"/>
          <w:b w:val="0"/>
          <w:i w:val="0"/>
          <w:color w:val="22201D"/>
          <w:sz w:val="20"/>
        </w:rPr>
        <w:t>The Hostess noticed.</w:t>
      </w:r>
    </w:p>
    <w:p>
      <w:pPr>
        <w:spacing w:after="60" w:line="266" w:lineRule="auto"/>
        <w:ind w:firstLine="331"/>
        <w:jc w:val="both"/>
      </w:pPr>
      <w:r>
        <w:rPr>
          <w:rFonts w:ascii="Georgia" w:hAnsi="Georgia"/>
          <w:b w:val="0"/>
          <w:i w:val="0"/>
          <w:color w:val="22201D"/>
          <w:sz w:val="20"/>
        </w:rPr>
        <w:t>"Receiving last is still receiving if you do not use it to disappear."</w:t>
      </w:r>
    </w:p>
    <w:p>
      <w:pPr>
        <w:spacing w:after="60" w:line="266" w:lineRule="auto"/>
        <w:ind w:firstLine="331"/>
        <w:jc w:val="both"/>
      </w:pPr>
      <w:r>
        <w:rPr>
          <w:rFonts w:ascii="Georgia" w:hAnsi="Georgia"/>
          <w:b w:val="0"/>
          <w:i w:val="0"/>
          <w:color w:val="22201D"/>
          <w:sz w:val="20"/>
        </w:rPr>
        <w:t>Flocc stopped with the bread halfway to his mouth.</w:t>
      </w:r>
    </w:p>
    <w:p>
      <w:pPr>
        <w:spacing w:after="60" w:line="266" w:lineRule="auto"/>
        <w:ind w:firstLine="331"/>
        <w:jc w:val="both"/>
      </w:pPr>
      <w:r>
        <w:rPr>
          <w:rFonts w:ascii="Georgia" w:hAnsi="Georgia"/>
          <w:b w:val="0"/>
          <w:i w:val="0"/>
          <w:color w:val="22201D"/>
          <w:sz w:val="20"/>
        </w:rPr>
        <w:t>He had not known he was doing that.</w:t>
      </w:r>
    </w:p>
    <w:p>
      <w:pPr>
        <w:spacing w:after="60" w:line="266" w:lineRule="auto"/>
        <w:ind w:firstLine="331"/>
        <w:jc w:val="both"/>
      </w:pPr>
      <w:r>
        <w:rPr>
          <w:rFonts w:ascii="Georgia" w:hAnsi="Georgia"/>
          <w:b w:val="0"/>
          <w:i w:val="0"/>
          <w:color w:val="22201D"/>
          <w:sz w:val="20"/>
        </w:rPr>
        <w:t>He ate.</w:t>
      </w:r>
    </w:p>
    <w:p>
      <w:pPr>
        <w:spacing w:after="60" w:line="266" w:lineRule="auto"/>
        <w:ind w:firstLine="331"/>
        <w:jc w:val="both"/>
      </w:pPr>
      <w:r>
        <w:rPr>
          <w:rFonts w:ascii="Georgia" w:hAnsi="Georgia"/>
          <w:b w:val="0"/>
          <w:i w:val="0"/>
          <w:color w:val="22201D"/>
          <w:sz w:val="20"/>
        </w:rPr>
        <w:t>It was bread.</w:t>
      </w:r>
    </w:p>
    <w:p>
      <w:pPr>
        <w:spacing w:after="60" w:line="266" w:lineRule="auto"/>
        <w:ind w:firstLine="331"/>
        <w:jc w:val="both"/>
      </w:pPr>
      <w:r>
        <w:rPr>
          <w:rFonts w:ascii="Georgia" w:hAnsi="Georgia"/>
          <w:b w:val="0"/>
          <w:i w:val="0"/>
          <w:color w:val="22201D"/>
          <w:sz w:val="20"/>
        </w:rPr>
        <w:t>Warm, plain, a little sweet from the flour, better because someone else had brought it and nobody had asked him to deserve it.</w:t>
      </w:r>
    </w:p>
    <w:p>
      <w:pPr>
        <w:spacing w:after="60" w:line="266" w:lineRule="auto"/>
        <w:ind w:firstLine="331"/>
        <w:jc w:val="both"/>
      </w:pPr>
      <w:r>
        <w:rPr>
          <w:rFonts w:ascii="Georgia" w:hAnsi="Georgia"/>
          <w:b w:val="0"/>
          <w:i w:val="0"/>
          <w:color w:val="22201D"/>
          <w:sz w:val="20"/>
        </w:rPr>
        <w:t>The Open drawer made no sound.</w:t>
      </w:r>
    </w:p>
    <w:p>
      <w:pPr>
        <w:spacing w:after="60" w:line="266" w:lineRule="auto"/>
        <w:ind w:firstLine="331"/>
        <w:jc w:val="both"/>
      </w:pPr>
      <w:r>
        <w:rPr>
          <w:rFonts w:ascii="Georgia" w:hAnsi="Georgia"/>
          <w:b w:val="0"/>
          <w:i w:val="0"/>
          <w:color w:val="22201D"/>
          <w:sz w:val="20"/>
        </w:rPr>
        <w:t>The closure notice did not warm.</w:t>
      </w:r>
    </w:p>
    <w:p>
      <w:pPr>
        <w:spacing w:after="60" w:line="266" w:lineRule="auto"/>
        <w:ind w:firstLine="331"/>
        <w:jc w:val="both"/>
      </w:pPr>
      <w:r>
        <w:rPr>
          <w:rFonts w:ascii="Georgia" w:hAnsi="Georgia"/>
          <w:b w:val="0"/>
          <w:i w:val="0"/>
          <w:color w:val="22201D"/>
          <w:sz w:val="20"/>
        </w:rPr>
        <w:t>The staff break ended because water needed refilling at Table Four, not because anyone announced a lesson.</w:t>
      </w:r>
    </w:p>
    <w:p>
      <w:pPr>
        <w:spacing w:after="60" w:line="266" w:lineRule="auto"/>
        <w:ind w:firstLine="331"/>
        <w:jc w:val="both"/>
      </w:pPr>
      <w:r>
        <w:rPr>
          <w:rFonts w:ascii="Georgia" w:hAnsi="Georgia"/>
          <w:b w:val="0"/>
          <w:i w:val="0"/>
          <w:color w:val="22201D"/>
          <w:sz w:val="20"/>
        </w:rPr>
        <w:t>Bob clipped the delivery invoice to the Open case folder.</w:t>
      </w:r>
    </w:p>
    <w:p>
      <w:pPr>
        <w:spacing w:after="60" w:line="266" w:lineRule="auto"/>
        <w:ind w:firstLine="331"/>
        <w:jc w:val="both"/>
      </w:pPr>
      <w:r>
        <w:rPr>
          <w:rFonts w:ascii="Georgia" w:hAnsi="Georgia"/>
          <w:b w:val="0"/>
          <w:i w:val="0"/>
          <w:color w:val="22201D"/>
          <w:sz w:val="20"/>
        </w:rPr>
        <w:t>Steve added a receiving stamp:</w:t>
      </w:r>
    </w:p>
    <w:p>
      <w:pPr>
        <w:spacing w:after="60" w:line="250" w:lineRule="auto"/>
        <w:ind w:left="202" w:right="173"/>
      </w:pPr>
      <w:r>
        <w:rPr>
          <w:rFonts w:ascii="Georgia" w:hAnsi="Georgia"/>
          <w:b w:val="0"/>
          <w:i w:val="0"/>
          <w:color w:val="22201D"/>
          <w:sz w:val="17"/>
        </w:rPr>
        <w:t>RECEIVED NOT CONCLUDED</w:t>
      </w:r>
    </w:p>
    <w:p>
      <w:pPr>
        <w:spacing w:after="60" w:line="266" w:lineRule="auto"/>
        <w:ind w:firstLine="331"/>
        <w:jc w:val="both"/>
      </w:pPr>
      <w:r>
        <w:rPr>
          <w:rFonts w:ascii="Georgia" w:hAnsi="Georgia"/>
          <w:b w:val="0"/>
          <w:i w:val="0"/>
          <w:color w:val="22201D"/>
          <w:sz w:val="20"/>
        </w:rPr>
        <w:t>Gerald added:</w:t>
      </w:r>
    </w:p>
    <w:p>
      <w:pPr>
        <w:spacing w:after="60" w:line="250" w:lineRule="auto"/>
        <w:ind w:left="202" w:right="173"/>
      </w:pPr>
      <w:r>
        <w:rPr>
          <w:rFonts w:ascii="Georgia" w:hAnsi="Georgia"/>
          <w:b w:val="0"/>
          <w:i w:val="0"/>
          <w:color w:val="22201D"/>
          <w:sz w:val="17"/>
        </w:rPr>
        <w:t>Vendor traceability corrected. Serving formats documented. Trip path clear.</w:t>
      </w:r>
    </w:p>
    <w:p>
      <w:pPr>
        <w:spacing w:after="60" w:line="266" w:lineRule="auto"/>
        <w:ind w:firstLine="331"/>
        <w:jc w:val="both"/>
      </w:pPr>
      <w:r>
        <w:rPr>
          <w:rFonts w:ascii="Georgia" w:hAnsi="Georgia"/>
          <w:b w:val="0"/>
          <w:i w:val="0"/>
          <w:color w:val="22201D"/>
          <w:sz w:val="20"/>
        </w:rPr>
        <w:t>The invoice printed a final line:</w:t>
      </w:r>
    </w:p>
    <w:p>
      <w:pPr>
        <w:spacing w:after="60" w:line="250" w:lineRule="auto"/>
        <w:ind w:left="202" w:right="173"/>
      </w:pPr>
      <w:r>
        <w:rPr>
          <w:rFonts w:ascii="Georgia" w:hAnsi="Georgia"/>
          <w:b w:val="0"/>
          <w:i w:val="0"/>
          <w:color w:val="22201D"/>
          <w:sz w:val="17"/>
        </w:rPr>
        <w:t>Again is current when hunger is current.</w:t>
      </w:r>
    </w:p>
    <w:p>
      <w:pPr>
        <w:spacing w:after="60" w:line="266" w:lineRule="auto"/>
        <w:ind w:firstLine="331"/>
        <w:jc w:val="both"/>
      </w:pPr>
      <w:r>
        <w:rPr>
          <w:rFonts w:ascii="Georgia" w:hAnsi="Georgia"/>
          <w:b w:val="0"/>
          <w:i w:val="0"/>
          <w:color w:val="22201D"/>
          <w:sz w:val="20"/>
        </w:rPr>
        <w:t>Gerald stared at it.</w:t>
      </w:r>
    </w:p>
    <w:p>
      <w:pPr>
        <w:spacing w:after="60" w:line="266" w:lineRule="auto"/>
        <w:ind w:firstLine="331"/>
        <w:jc w:val="both"/>
      </w:pPr>
      <w:r>
        <w:rPr>
          <w:rFonts w:ascii="Georgia" w:hAnsi="Georgia"/>
          <w:b w:val="0"/>
          <w:i w:val="0"/>
          <w:color w:val="22201D"/>
          <w:sz w:val="20"/>
        </w:rPr>
        <w:t>"Still too poetic."</w:t>
      </w:r>
    </w:p>
    <w:p>
      <w:pPr>
        <w:spacing w:after="60" w:line="266" w:lineRule="auto"/>
        <w:ind w:firstLine="331"/>
        <w:jc w:val="both"/>
      </w:pPr>
      <w:r>
        <w:rPr>
          <w:rFonts w:ascii="Georgia" w:hAnsi="Georgia"/>
          <w:b w:val="0"/>
          <w:i w:val="0"/>
          <w:color w:val="22201D"/>
          <w:sz w:val="20"/>
        </w:rPr>
        <w:t>The Hostess took the invoice.</w:t>
      </w:r>
    </w:p>
    <w:p>
      <w:pPr>
        <w:spacing w:after="60" w:line="266" w:lineRule="auto"/>
        <w:ind w:firstLine="331"/>
        <w:jc w:val="both"/>
      </w:pPr>
      <w:r>
        <w:rPr>
          <w:rFonts w:ascii="Georgia" w:hAnsi="Georgia"/>
          <w:b w:val="0"/>
          <w:i w:val="0"/>
          <w:color w:val="22201D"/>
          <w:sz w:val="20"/>
        </w:rPr>
        <w:t>"Still usable."</w:t>
      </w:r>
    </w:p>
    <w:p>
      <w:pPr>
        <w:spacing w:after="60" w:line="266" w:lineRule="auto"/>
        <w:ind w:firstLine="331"/>
        <w:jc w:val="both"/>
      </w:pPr>
      <w:r>
        <w:rPr>
          <w:rFonts w:ascii="Georgia" w:hAnsi="Georgia"/>
          <w:b w:val="0"/>
          <w:i w:val="0"/>
          <w:color w:val="22201D"/>
          <w:sz w:val="20"/>
        </w:rPr>
        <w:t>The pass printed the next ticket.</w:t>
      </w:r>
    </w:p>
    <w:p>
      <w:pPr>
        <w:spacing w:after="60" w:line="250" w:lineRule="auto"/>
        <w:ind w:left="202" w:right="173"/>
      </w:pPr>
      <w:r>
        <w:rPr>
          <w:rFonts w:ascii="Georgia" w:hAnsi="Georgia"/>
          <w:b w:val="0"/>
          <w:i w:val="0"/>
          <w:color w:val="22201D"/>
          <w:sz w:val="17"/>
        </w:rPr>
        <w:t>NEXT COURSE: Gerald Inspects the Last Table  Artifact: inspection note  Price: care</w:t>
      </w:r>
    </w:p>
    <w:p>
      <w:pPr>
        <w:spacing w:after="60" w:line="266" w:lineRule="auto"/>
        <w:ind w:firstLine="331"/>
        <w:jc w:val="both"/>
      </w:pPr>
      <w:r>
        <w:rPr>
          <w:rFonts w:ascii="Georgia" w:hAnsi="Georgia"/>
          <w:b w:val="0"/>
          <w:i w:val="0"/>
          <w:color w:val="22201D"/>
          <w:sz w:val="20"/>
        </w:rPr>
        <w:t>Gerald looked at the ticket.</w:t>
      </w:r>
    </w:p>
    <w:p>
      <w:pPr>
        <w:spacing w:after="60" w:line="266" w:lineRule="auto"/>
        <w:ind w:firstLine="331"/>
        <w:jc w:val="both"/>
      </w:pPr>
      <w:r>
        <w:rPr>
          <w:rFonts w:ascii="Georgia" w:hAnsi="Georgia"/>
          <w:b w:val="0"/>
          <w:i w:val="0"/>
          <w:color w:val="22201D"/>
          <w:sz w:val="20"/>
        </w:rPr>
        <w:t>Then at the dining room.</w:t>
      </w:r>
    </w:p>
    <w:p>
      <w:pPr>
        <w:spacing w:after="60" w:line="266" w:lineRule="auto"/>
        <w:ind w:firstLine="331"/>
        <w:jc w:val="both"/>
      </w:pPr>
      <w:r>
        <w:rPr>
          <w:rFonts w:ascii="Georgia" w:hAnsi="Georgia"/>
          <w:b w:val="0"/>
          <w:i w:val="0"/>
          <w:color w:val="22201D"/>
          <w:sz w:val="20"/>
        </w:rPr>
        <w:t>Then at the table near the window, the one that had pulled out a chair without making a spectacle of itself.</w:t>
      </w:r>
    </w:p>
    <w:p>
      <w:pPr>
        <w:spacing w:after="60" w:line="266" w:lineRule="auto"/>
        <w:ind w:firstLine="331"/>
        <w:jc w:val="both"/>
      </w:pPr>
      <w:r>
        <w:rPr>
          <w:rFonts w:ascii="Georgia" w:hAnsi="Georgia"/>
          <w:b w:val="0"/>
          <w:i w:val="0"/>
          <w:color w:val="22201D"/>
          <w:sz w:val="20"/>
        </w:rPr>
        <w:t>"Which table?"</w:t>
      </w:r>
    </w:p>
    <w:p>
      <w:pPr>
        <w:spacing w:after="60" w:line="266" w:lineRule="auto"/>
        <w:ind w:firstLine="331"/>
        <w:jc w:val="both"/>
      </w:pPr>
      <w:r>
        <w:rPr>
          <w:rFonts w:ascii="Georgia" w:hAnsi="Georgia"/>
          <w:b w:val="0"/>
          <w:i w:val="0"/>
          <w:color w:val="22201D"/>
          <w:sz w:val="20"/>
        </w:rPr>
        <w:t>The Hostess picked up the reservation book.</w:t>
      </w:r>
    </w:p>
    <w:p>
      <w:pPr>
        <w:spacing w:after="60" w:line="266" w:lineRule="auto"/>
        <w:ind w:firstLine="331"/>
        <w:jc w:val="both"/>
      </w:pPr>
      <w:r>
        <w:rPr>
          <w:rFonts w:ascii="Georgia" w:hAnsi="Georgia"/>
          <w:b w:val="0"/>
          <w:i w:val="0"/>
          <w:color w:val="22201D"/>
          <w:sz w:val="20"/>
        </w:rPr>
        <w:t>"The one that can still be cleaned."</w:t>
      </w:r>
    </w:p>
    <w:p>
      <w:pPr>
        <w:spacing w:after="60" w:line="266" w:lineRule="auto"/>
        <w:ind w:firstLine="331"/>
        <w:jc w:val="both"/>
      </w:pPr>
      <w:r>
        <w:rPr>
          <w:rFonts w:ascii="Georgia" w:hAnsi="Georgia"/>
          <w:b w:val="0"/>
          <w:i w:val="0"/>
          <w:color w:val="22201D"/>
          <w:sz w:val="20"/>
        </w:rPr>
        <w:t>Gerald took the long clipboard.</w:t>
      </w:r>
    </w:p>
    <w:p>
      <w:pPr>
        <w:spacing w:after="60" w:line="266" w:lineRule="auto"/>
        <w:ind w:firstLine="331"/>
        <w:jc w:val="both"/>
      </w:pPr>
      <w:r>
        <w:rPr>
          <w:rFonts w:ascii="Georgia" w:hAnsi="Georgia"/>
          <w:b w:val="0"/>
          <w:i w:val="0"/>
          <w:color w:val="22201D"/>
          <w:sz w:val="20"/>
        </w:rPr>
        <w:t>"All tables can still be cleaned."</w:t>
      </w:r>
    </w:p>
    <w:p>
      <w:pPr>
        <w:spacing w:after="60" w:line="266" w:lineRule="auto"/>
        <w:ind w:firstLine="331"/>
        <w:jc w:val="both"/>
      </w:pPr>
      <w:r>
        <w:rPr>
          <w:rFonts w:ascii="Georgia" w:hAnsi="Georgia"/>
          <w:b w:val="0"/>
          <w:i w:val="0"/>
          <w:color w:val="22201D"/>
          <w:sz w:val="20"/>
        </w:rPr>
        <w:t>The ticket printed one more line:</w:t>
      </w:r>
    </w:p>
    <w:p>
      <w:pPr>
        <w:spacing w:after="60" w:line="250" w:lineRule="auto"/>
        <w:ind w:left="202" w:right="173"/>
      </w:pPr>
      <w:r>
        <w:rPr>
          <w:rFonts w:ascii="Georgia" w:hAnsi="Georgia"/>
          <w:b w:val="0"/>
          <w:i w:val="0"/>
          <w:color w:val="22201D"/>
          <w:sz w:val="17"/>
        </w:rPr>
        <w:t>That is why you are next.</w:t>
      </w:r>
    </w:p>
    <w:p>
      <w:pPr>
        <w:spacing w:after="60" w:line="266" w:lineRule="auto"/>
        <w:ind w:firstLine="331"/>
        <w:jc w:val="both"/>
      </w:pPr>
      <w:r>
        <w:rPr>
          <w:rFonts w:ascii="Georgia" w:hAnsi="Georgia"/>
          <w:b w:val="0"/>
          <w:i w:val="0"/>
          <w:color w:val="22201D"/>
          <w:sz w:val="20"/>
        </w:rPr>
        <w:t>Bob folded the empty bags.</w:t>
      </w:r>
    </w:p>
    <w:p>
      <w:pPr>
        <w:spacing w:after="60" w:line="266" w:lineRule="auto"/>
        <w:ind w:firstLine="331"/>
        <w:jc w:val="both"/>
      </w:pPr>
      <w:r>
        <w:rPr>
          <w:rFonts w:ascii="Georgia" w:hAnsi="Georgia"/>
          <w:b w:val="0"/>
          <w:i w:val="0"/>
          <w:color w:val="22201D"/>
          <w:sz w:val="20"/>
        </w:rPr>
        <w:t>Lena finished her roll at Table Two and did not ask why it had helped.</w:t>
      </w:r>
    </w:p>
    <w:p>
      <w:pPr>
        <w:spacing w:after="60" w:line="266" w:lineRule="auto"/>
        <w:ind w:firstLine="331"/>
        <w:jc w:val="both"/>
      </w:pPr>
      <w:r>
        <w:rPr>
          <w:rFonts w:ascii="Georgia" w:hAnsi="Georgia"/>
          <w:b w:val="0"/>
          <w:i w:val="0"/>
          <w:color w:val="22201D"/>
          <w:sz w:val="20"/>
        </w:rPr>
        <w:t>The restaurant remained open enough, not because bread explained it, and not because bread saved it, but because bread had been received without being made smaller by understanding.</w:t>
      </w:r>
    </w:p>
    <w:p>
      <w:pPr>
        <w:spacing w:after="60" w:line="266" w:lineRule="auto"/>
        <w:ind w:firstLine="331"/>
        <w:jc w:val="both"/>
      </w:pPr>
      <w:r>
        <w:rPr>
          <w:rFonts w:ascii="Georgia" w:hAnsi="Georgia"/>
          <w:b w:val="0"/>
          <w:i w:val="0"/>
          <w:color w:val="22201D"/>
          <w:sz w:val="20"/>
        </w:rPr>
        <w:t>That was enough for the next inspection.</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Gerald Inspects the Last Table</w:t>
      </w:r>
    </w:p>
    <w:p>
      <w:pPr>
        <w:spacing w:after="60" w:line="266" w:lineRule="auto"/>
        <w:ind w:firstLine="0"/>
        <w:jc w:val="both"/>
      </w:pPr>
      <w:r>
        <w:rPr>
          <w:rFonts w:ascii="Georgia" w:hAnsi="Georgia"/>
          <w:b w:val="0"/>
          <w:i w:val="0"/>
          <w:color w:val="22201D"/>
          <w:sz w:val="20"/>
        </w:rPr>
        <w:t>Gerald refused to inspect the last table until someone identified which table was last.</w:t>
      </w:r>
    </w:p>
    <w:p>
      <w:pPr>
        <w:spacing w:after="60" w:line="266" w:lineRule="auto"/>
        <w:ind w:firstLine="331"/>
        <w:jc w:val="both"/>
      </w:pPr>
      <w:r>
        <w:rPr>
          <w:rFonts w:ascii="Georgia" w:hAnsi="Georgia"/>
          <w:b w:val="0"/>
          <w:i w:val="0"/>
          <w:color w:val="22201D"/>
          <w:sz w:val="20"/>
        </w:rPr>
        <w:t>This was not resistance. It was procedure.</w:t>
      </w:r>
    </w:p>
    <w:p>
      <w:pPr>
        <w:spacing w:after="60" w:line="266" w:lineRule="auto"/>
        <w:ind w:firstLine="331"/>
        <w:jc w:val="both"/>
      </w:pPr>
      <w:r>
        <w:rPr>
          <w:rFonts w:ascii="Georgia" w:hAnsi="Georgia"/>
          <w:b w:val="0"/>
          <w:i w:val="0"/>
          <w:color w:val="22201D"/>
          <w:sz w:val="20"/>
        </w:rPr>
        <w:t>The Hostess stood in the dining room with the reservation book open to the new tab labeled ENDINGS THAT STILL REQUIRE WATER SERVICE, which Gerald had trimmed so it no longer obstructed the page turn. The open drawer behind the register held the end materials under Open. Bob had folded the empty bread bags. Steve had filed the delivery invoice. Flocc had cleared the staff break plate without using the crumbs as evidence.</w:t>
      </w:r>
    </w:p>
    <w:p>
      <w:pPr>
        <w:spacing w:after="60" w:line="266" w:lineRule="auto"/>
        <w:ind w:firstLine="331"/>
        <w:jc w:val="both"/>
      </w:pPr>
      <w:r>
        <w:rPr>
          <w:rFonts w:ascii="Georgia" w:hAnsi="Georgia"/>
          <w:b w:val="0"/>
          <w:i w:val="0"/>
          <w:color w:val="22201D"/>
          <w:sz w:val="20"/>
        </w:rPr>
        <w:t>The pass ticket still read:</w:t>
      </w:r>
    </w:p>
    <w:p>
      <w:pPr>
        <w:spacing w:after="60" w:line="250" w:lineRule="auto"/>
        <w:ind w:left="202" w:right="173"/>
      </w:pPr>
      <w:r>
        <w:rPr>
          <w:rFonts w:ascii="Georgia" w:hAnsi="Georgia"/>
          <w:b w:val="0"/>
          <w:i w:val="0"/>
          <w:color w:val="22201D"/>
          <w:sz w:val="17"/>
        </w:rPr>
        <w:t>NEXT COURSE: Gerald Inspects the Last Table  Artifact: inspection note  Price: care</w:t>
      </w:r>
    </w:p>
    <w:p>
      <w:pPr>
        <w:spacing w:after="60" w:line="266" w:lineRule="auto"/>
        <w:ind w:firstLine="331"/>
        <w:jc w:val="both"/>
      </w:pPr>
      <w:r>
        <w:rPr>
          <w:rFonts w:ascii="Georgia" w:hAnsi="Georgia"/>
          <w:b w:val="0"/>
          <w:i w:val="0"/>
          <w:color w:val="22201D"/>
          <w:sz w:val="20"/>
        </w:rPr>
        <w:t>Gerald tapped the ticket with the blunt end of his pencil.</w:t>
      </w:r>
    </w:p>
    <w:p>
      <w:pPr>
        <w:spacing w:after="60" w:line="266" w:lineRule="auto"/>
        <w:ind w:firstLine="331"/>
        <w:jc w:val="both"/>
      </w:pPr>
      <w:r>
        <w:rPr>
          <w:rFonts w:ascii="Georgia" w:hAnsi="Georgia"/>
          <w:b w:val="0"/>
          <w:i w:val="0"/>
          <w:color w:val="22201D"/>
          <w:sz w:val="20"/>
        </w:rPr>
        <w:t>"Which table?"</w:t>
      </w:r>
    </w:p>
    <w:p>
      <w:pPr>
        <w:spacing w:after="60" w:line="266" w:lineRule="auto"/>
        <w:ind w:firstLine="331"/>
        <w:jc w:val="both"/>
      </w:pPr>
      <w:r>
        <w:rPr>
          <w:rFonts w:ascii="Georgia" w:hAnsi="Georgia"/>
          <w:b w:val="0"/>
          <w:i w:val="0"/>
          <w:color w:val="22201D"/>
          <w:sz w:val="20"/>
        </w:rPr>
        <w:t>The Hostess looked at the dining room.</w:t>
      </w:r>
    </w:p>
    <w:p>
      <w:pPr>
        <w:spacing w:after="60" w:line="266" w:lineRule="auto"/>
        <w:ind w:firstLine="331"/>
        <w:jc w:val="both"/>
      </w:pPr>
      <w:r>
        <w:rPr>
          <w:rFonts w:ascii="Georgia" w:hAnsi="Georgia"/>
          <w:b w:val="0"/>
          <w:i w:val="0"/>
          <w:color w:val="22201D"/>
          <w:sz w:val="20"/>
        </w:rPr>
        <w:t>"The last one."</w:t>
      </w:r>
    </w:p>
    <w:p>
      <w:pPr>
        <w:spacing w:after="60" w:line="266" w:lineRule="auto"/>
        <w:ind w:firstLine="331"/>
        <w:jc w:val="both"/>
      </w:pPr>
      <w:r>
        <w:rPr>
          <w:rFonts w:ascii="Georgia" w:hAnsi="Georgia"/>
          <w:b w:val="0"/>
          <w:i w:val="0"/>
          <w:color w:val="22201D"/>
          <w:sz w:val="20"/>
        </w:rPr>
        <w:t>"That is not an identifier."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 table requires identifier, location, condition, access route, cleaning protocol, and hazard note."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which table?"</w:t>
      </w:r>
    </w:p>
    <w:p>
      <w:pPr>
        <w:spacing w:after="60" w:line="266" w:lineRule="auto"/>
        <w:ind w:firstLine="331"/>
        <w:jc w:val="both"/>
      </w:pPr>
      <w:r>
        <w:rPr>
          <w:rFonts w:ascii="Georgia" w:hAnsi="Georgia"/>
          <w:b w:val="0"/>
          <w:i w:val="0"/>
          <w:color w:val="22201D"/>
          <w:sz w:val="20"/>
        </w:rPr>
        <w:t>The Hostess closed the reservation book.</w:t>
      </w:r>
    </w:p>
    <w:p>
      <w:pPr>
        <w:spacing w:after="60" w:line="266" w:lineRule="auto"/>
        <w:ind w:firstLine="331"/>
        <w:jc w:val="both"/>
      </w:pPr>
      <w:r>
        <w:rPr>
          <w:rFonts w:ascii="Georgia" w:hAnsi="Georgia"/>
          <w:b w:val="0"/>
          <w:i w:val="0"/>
          <w:color w:val="22201D"/>
          <w:sz w:val="20"/>
        </w:rPr>
        <w:t>"All of them, until one cannot be made ready."</w:t>
      </w:r>
    </w:p>
    <w:p>
      <w:pPr>
        <w:spacing w:after="60" w:line="266" w:lineRule="auto"/>
        <w:ind w:firstLine="331"/>
        <w:jc w:val="both"/>
      </w:pPr>
      <w:r>
        <w:rPr>
          <w:rFonts w:ascii="Georgia" w:hAnsi="Georgia"/>
          <w:b w:val="0"/>
          <w:i w:val="0"/>
          <w:color w:val="22201D"/>
          <w:sz w:val="20"/>
        </w:rPr>
        <w:t>Gerald did not like that answer.</w:t>
      </w:r>
    </w:p>
    <w:p>
      <w:pPr>
        <w:spacing w:after="60" w:line="266" w:lineRule="auto"/>
        <w:ind w:firstLine="331"/>
        <w:jc w:val="both"/>
      </w:pPr>
      <w:r>
        <w:rPr>
          <w:rFonts w:ascii="Georgia" w:hAnsi="Georgia"/>
          <w:b w:val="0"/>
          <w:i w:val="0"/>
          <w:color w:val="22201D"/>
          <w:sz w:val="20"/>
        </w:rPr>
        <w:t>He liked it less because it was probably correct.</w:t>
      </w:r>
    </w:p>
    <w:p>
      <w:pPr>
        <w:spacing w:after="60" w:line="266" w:lineRule="auto"/>
        <w:ind w:firstLine="331"/>
        <w:jc w:val="both"/>
      </w:pPr>
      <w:r>
        <w:rPr>
          <w:rFonts w:ascii="Georgia" w:hAnsi="Georgia"/>
          <w:b w:val="0"/>
          <w:i w:val="0"/>
          <w:color w:val="22201D"/>
          <w:sz w:val="20"/>
        </w:rPr>
        <w:t>He took the long clipboard, a flashlight, a clean towel, a small level, a tape measure, a packet of sanitation strips, a pencil, a blue pen he did not trust, and a stack of inspection forms labeled:</w:t>
      </w:r>
    </w:p>
    <w:p>
      <w:pPr>
        <w:spacing w:after="60" w:line="250" w:lineRule="auto"/>
        <w:ind w:left="202" w:right="173"/>
      </w:pPr>
      <w:r>
        <w:rPr>
          <w:rFonts w:ascii="Georgia" w:hAnsi="Georgia"/>
          <w:b w:val="0"/>
          <w:i w:val="0"/>
          <w:color w:val="22201D"/>
          <w:sz w:val="17"/>
        </w:rPr>
        <w:t>LAST TABLE INSPECTION  Do not certify holiness. Certify service readiness.</w:t>
      </w:r>
    </w:p>
    <w:p>
      <w:pPr>
        <w:spacing w:after="60" w:line="266" w:lineRule="auto"/>
        <w:ind w:firstLine="331"/>
        <w:jc w:val="both"/>
      </w:pPr>
      <w:r>
        <w:rPr>
          <w:rFonts w:ascii="Georgia" w:hAnsi="Georgia"/>
          <w:b w:val="0"/>
          <w:i w:val="0"/>
          <w:color w:val="22201D"/>
          <w:sz w:val="20"/>
        </w:rPr>
        <w:t>Gerald read the second line three times.</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Nico, holding water glasses at the service station, whispered, "That line is very strong."</w:t>
      </w:r>
    </w:p>
    <w:p>
      <w:pPr>
        <w:spacing w:after="60" w:line="266" w:lineRule="auto"/>
        <w:ind w:firstLine="331"/>
        <w:jc w:val="both"/>
      </w:pPr>
      <w:r>
        <w:rPr>
          <w:rFonts w:ascii="Georgia" w:hAnsi="Georgia"/>
          <w:b w:val="0"/>
          <w:i w:val="0"/>
          <w:color w:val="22201D"/>
          <w:sz w:val="20"/>
        </w:rPr>
        <w:t>Every menu warning in the room lifted one corner.</w:t>
      </w:r>
    </w:p>
    <w:p>
      <w:pPr>
        <w:spacing w:after="60" w:line="266" w:lineRule="auto"/>
        <w:ind w:firstLine="331"/>
        <w:jc w:val="both"/>
      </w:pPr>
      <w:r>
        <w:rPr>
          <w:rFonts w:ascii="Georgia" w:hAnsi="Georgia"/>
          <w:b w:val="0"/>
          <w:i w:val="0"/>
          <w:color w:val="22201D"/>
          <w:sz w:val="20"/>
        </w:rPr>
        <w:t>Nico corrected himself.</w:t>
      </w:r>
    </w:p>
    <w:p>
      <w:pPr>
        <w:spacing w:after="60" w:line="266" w:lineRule="auto"/>
        <w:ind w:firstLine="331"/>
        <w:jc w:val="both"/>
      </w:pPr>
      <w:r>
        <w:rPr>
          <w:rFonts w:ascii="Georgia" w:hAnsi="Georgia"/>
          <w:b w:val="0"/>
          <w:i w:val="0"/>
          <w:color w:val="22201D"/>
          <w:sz w:val="20"/>
        </w:rPr>
        <w:t>"That line is readable."</w:t>
      </w:r>
    </w:p>
    <w:p>
      <w:pPr>
        <w:spacing w:after="60" w:line="266" w:lineRule="auto"/>
        <w:ind w:firstLine="331"/>
        <w:jc w:val="both"/>
      </w:pPr>
      <w:r>
        <w:rPr>
          <w:rFonts w:ascii="Georgia" w:hAnsi="Georgia"/>
          <w:b w:val="0"/>
          <w:i w:val="0"/>
          <w:color w:val="22201D"/>
          <w:sz w:val="20"/>
        </w:rPr>
        <w:t>The corners settled.</w:t>
      </w:r>
    </w:p>
    <w:p>
      <w:pPr>
        <w:spacing w:after="60" w:line="266" w:lineRule="auto"/>
        <w:ind w:firstLine="331"/>
        <w:jc w:val="both"/>
      </w:pPr>
      <w:r>
        <w:rPr>
          <w:rFonts w:ascii="Georgia" w:hAnsi="Georgia"/>
          <w:b w:val="0"/>
          <w:i w:val="0"/>
          <w:color w:val="22201D"/>
          <w:sz w:val="20"/>
        </w:rPr>
        <w:t>Gerald began with Table One.</w:t>
      </w:r>
    </w:p>
    <w:p>
      <w:pPr>
        <w:spacing w:after="60" w:line="266" w:lineRule="auto"/>
        <w:ind w:firstLine="331"/>
        <w:jc w:val="both"/>
      </w:pPr>
      <w:r>
        <w:rPr>
          <w:rFonts w:ascii="Georgia" w:hAnsi="Georgia"/>
          <w:b w:val="0"/>
          <w:i w:val="0"/>
          <w:color w:val="22201D"/>
          <w:sz w:val="20"/>
        </w:rPr>
        <w:t>Table One had two chairs, one sugar caddy, one laminated menu, one water ring, and one customer who was still eating soup and did not appreciate becoming part of a finale inspection.</w:t>
      </w:r>
    </w:p>
    <w:p>
      <w:pPr>
        <w:spacing w:after="60" w:line="266" w:lineRule="auto"/>
        <w:ind w:firstLine="331"/>
        <w:jc w:val="both"/>
      </w:pPr>
      <w:r>
        <w:rPr>
          <w:rFonts w:ascii="Georgia" w:hAnsi="Georgia"/>
          <w:b w:val="0"/>
          <w:i w:val="0"/>
          <w:color w:val="22201D"/>
          <w:sz w:val="20"/>
        </w:rPr>
        <w:t>Gerald approached at an angle that did not interrupt the spoon path.</w:t>
      </w:r>
    </w:p>
    <w:p>
      <w:pPr>
        <w:spacing w:after="60" w:line="266" w:lineRule="auto"/>
        <w:ind w:firstLine="331"/>
        <w:jc w:val="both"/>
      </w:pPr>
      <w:r>
        <w:rPr>
          <w:rFonts w:ascii="Georgia" w:hAnsi="Georgia"/>
          <w:b w:val="0"/>
          <w:i w:val="0"/>
          <w:color w:val="22201D"/>
          <w:sz w:val="20"/>
        </w:rPr>
        <w:t>"Routine table safety check."</w:t>
      </w:r>
    </w:p>
    <w:p>
      <w:pPr>
        <w:spacing w:after="60" w:line="266" w:lineRule="auto"/>
        <w:ind w:firstLine="331"/>
        <w:jc w:val="both"/>
      </w:pPr>
      <w:r>
        <w:rPr>
          <w:rFonts w:ascii="Georgia" w:hAnsi="Georgia"/>
          <w:b w:val="0"/>
          <w:i w:val="0"/>
          <w:color w:val="22201D"/>
          <w:sz w:val="20"/>
        </w:rPr>
        <w:t>The customer looked at the Hostess.</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"You may continue eating."</w:t>
      </w:r>
    </w:p>
    <w:p>
      <w:pPr>
        <w:spacing w:after="60" w:line="266" w:lineRule="auto"/>
        <w:ind w:firstLine="331"/>
        <w:jc w:val="both"/>
      </w:pPr>
      <w:r>
        <w:rPr>
          <w:rFonts w:ascii="Georgia" w:hAnsi="Georgia"/>
          <w:b w:val="0"/>
          <w:i w:val="0"/>
          <w:color w:val="22201D"/>
          <w:sz w:val="20"/>
        </w:rPr>
        <w:t>Gerald inspected without making the table feel accused. He checked the leg stability with two fingers, not the dramatic table-shake used by amateurs and people trying to prove a point. He measured clearance from chair back to aisle. He checked the underside for gum, carved initials, impossible moss, heat damage, splinters, and any sign that the table was attempting to become more meaningful than useful.</w:t>
      </w:r>
    </w:p>
    <w:p>
      <w:pPr>
        <w:spacing w:after="60" w:line="266" w:lineRule="auto"/>
        <w:ind w:firstLine="331"/>
        <w:jc w:val="both"/>
      </w:pPr>
      <w:r>
        <w:rPr>
          <w:rFonts w:ascii="Georgia" w:hAnsi="Georgia"/>
          <w:b w:val="0"/>
          <w:i w:val="0"/>
          <w:color w:val="22201D"/>
          <w:sz w:val="20"/>
        </w:rPr>
        <w:t>He found one crumb.</w:t>
      </w:r>
    </w:p>
    <w:p>
      <w:pPr>
        <w:spacing w:after="60" w:line="266" w:lineRule="auto"/>
        <w:ind w:firstLine="331"/>
        <w:jc w:val="both"/>
      </w:pPr>
      <w:r>
        <w:rPr>
          <w:rFonts w:ascii="Georgia" w:hAnsi="Georgia"/>
          <w:b w:val="0"/>
          <w:i w:val="0"/>
          <w:color w:val="22201D"/>
          <w:sz w:val="20"/>
        </w:rPr>
        <w:t>He did not overreact.</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TABLE 1 Status: usable during service Care needed: crumb removal after customer departure Hazards: none active Miracle claim: not inspected / not relevant</w:t>
      </w:r>
    </w:p>
    <w:p>
      <w:pPr>
        <w:spacing w:after="60" w:line="266" w:lineRule="auto"/>
        <w:ind w:firstLine="331"/>
        <w:jc w:val="both"/>
      </w:pPr>
      <w:r>
        <w:rPr>
          <w:rFonts w:ascii="Georgia" w:hAnsi="Georgia"/>
          <w:b w:val="0"/>
          <w:i w:val="0"/>
          <w:color w:val="22201D"/>
          <w:sz w:val="20"/>
        </w:rPr>
        <w:t>Steve watched from the register.</w:t>
      </w:r>
    </w:p>
    <w:p>
      <w:pPr>
        <w:spacing w:after="60" w:line="266" w:lineRule="auto"/>
        <w:ind w:firstLine="331"/>
        <w:jc w:val="both"/>
      </w:pPr>
      <w:r>
        <w:rPr>
          <w:rFonts w:ascii="Georgia" w:hAnsi="Georgia"/>
          <w:b w:val="0"/>
          <w:i w:val="0"/>
          <w:color w:val="22201D"/>
          <w:sz w:val="20"/>
        </w:rPr>
        <w:t>"You added miracle claim."</w:t>
      </w:r>
    </w:p>
    <w:p>
      <w:pPr>
        <w:spacing w:after="60" w:line="266" w:lineRule="auto"/>
        <w:ind w:firstLine="331"/>
        <w:jc w:val="both"/>
      </w:pPr>
      <w:r>
        <w:rPr>
          <w:rFonts w:ascii="Georgia" w:hAnsi="Georgia"/>
          <w:b w:val="0"/>
          <w:i w:val="0"/>
          <w:color w:val="22201D"/>
          <w:sz w:val="20"/>
        </w:rPr>
        <w:t>"The form told me not to certify holiness. I am documenting non-certification."</w:t>
      </w:r>
    </w:p>
    <w:p>
      <w:pPr>
        <w:spacing w:after="60" w:line="266" w:lineRule="auto"/>
        <w:ind w:firstLine="331"/>
        <w:jc w:val="both"/>
      </w:pPr>
      <w:r>
        <w:rPr>
          <w:rFonts w:ascii="Georgia" w:hAnsi="Georgia"/>
          <w:b w:val="0"/>
          <w:i w:val="0"/>
          <w:color w:val="22201D"/>
          <w:sz w:val="20"/>
        </w:rPr>
        <w:t>"Reasonable."</w:t>
      </w:r>
    </w:p>
    <w:p>
      <w:pPr>
        <w:spacing w:after="60" w:line="266" w:lineRule="auto"/>
        <w:ind w:firstLine="331"/>
        <w:jc w:val="both"/>
      </w:pPr>
      <w:r>
        <w:rPr>
          <w:rFonts w:ascii="Georgia" w:hAnsi="Georgia"/>
          <w:b w:val="0"/>
          <w:i w:val="0"/>
          <w:color w:val="22201D"/>
          <w:sz w:val="20"/>
        </w:rPr>
        <w:t>The customer at Table One said, "Is my table holy?"</w:t>
      </w:r>
    </w:p>
    <w:p>
      <w:pPr>
        <w:spacing w:after="60" w:line="266" w:lineRule="auto"/>
        <w:ind w:firstLine="331"/>
        <w:jc w:val="both"/>
      </w:pPr>
      <w:r>
        <w:rPr>
          <w:rFonts w:ascii="Georgia" w:hAnsi="Georgia"/>
          <w:b w:val="0"/>
          <w:i w:val="0"/>
          <w:color w:val="22201D"/>
          <w:sz w:val="20"/>
        </w:rPr>
        <w:t>Gerald said, "No determination has been made, and it would not affect your soup."</w:t>
      </w:r>
    </w:p>
    <w:p>
      <w:pPr>
        <w:spacing w:after="60" w:line="266" w:lineRule="auto"/>
        <w:ind w:firstLine="331"/>
        <w:jc w:val="both"/>
      </w:pPr>
      <w:r>
        <w:rPr>
          <w:rFonts w:ascii="Georgia" w:hAnsi="Georgia"/>
          <w:b w:val="0"/>
          <w:i w:val="0"/>
          <w:color w:val="22201D"/>
          <w:sz w:val="20"/>
        </w:rPr>
        <w:t>The customer nodded, satisfied enough to continue eating.</w:t>
      </w:r>
    </w:p>
    <w:p>
      <w:pPr>
        <w:spacing w:after="60" w:line="266" w:lineRule="auto"/>
        <w:ind w:firstLine="331"/>
        <w:jc w:val="both"/>
      </w:pPr>
      <w:r>
        <w:rPr>
          <w:rFonts w:ascii="Georgia" w:hAnsi="Georgia"/>
          <w:b w:val="0"/>
          <w:i w:val="0"/>
          <w:color w:val="22201D"/>
          <w:sz w:val="20"/>
        </w:rPr>
        <w:t>The first inspection warning held flat.</w:t>
      </w:r>
    </w:p>
    <w:p>
      <w:pPr>
        <w:spacing w:after="60" w:line="266" w:lineRule="auto"/>
        <w:ind w:firstLine="331"/>
        <w:jc w:val="both"/>
      </w:pPr>
      <w:r>
        <w:rPr>
          <w:rFonts w:ascii="Georgia" w:hAnsi="Georgia"/>
          <w:b w:val="0"/>
          <w:i w:val="0"/>
          <w:color w:val="22201D"/>
          <w:sz w:val="20"/>
        </w:rPr>
        <w:t>Table Two was where Lena had received bread after returning without explanation. The plate was empty except for one small piece of crust she had left at the edge, not discarded exactly, but waiting to see whether anyone would make it into a lesson.</w:t>
      </w:r>
    </w:p>
    <w:p>
      <w:pPr>
        <w:spacing w:after="60" w:line="266" w:lineRule="auto"/>
        <w:ind w:firstLine="331"/>
        <w:jc w:val="both"/>
      </w:pPr>
      <w:r>
        <w:rPr>
          <w:rFonts w:ascii="Georgia" w:hAnsi="Georgia"/>
          <w:b w:val="0"/>
          <w:i w:val="0"/>
          <w:color w:val="22201D"/>
          <w:sz w:val="20"/>
        </w:rPr>
        <w:t>Gerald did not.</w:t>
      </w:r>
    </w:p>
    <w:p>
      <w:pPr>
        <w:spacing w:after="60" w:line="266" w:lineRule="auto"/>
        <w:ind w:firstLine="331"/>
        <w:jc w:val="both"/>
      </w:pPr>
      <w:r>
        <w:rPr>
          <w:rFonts w:ascii="Georgia" w:hAnsi="Georgia"/>
          <w:b w:val="0"/>
          <w:i w:val="0"/>
          <w:color w:val="22201D"/>
          <w:sz w:val="20"/>
        </w:rPr>
        <w:t>He asked, "Finished?"</w:t>
      </w:r>
    </w:p>
    <w:p>
      <w:pPr>
        <w:spacing w:after="60" w:line="266" w:lineRule="auto"/>
        <w:ind w:firstLine="331"/>
        <w:jc w:val="both"/>
      </w:pPr>
      <w:r>
        <w:rPr>
          <w:rFonts w:ascii="Georgia" w:hAnsi="Georgia"/>
          <w:b w:val="0"/>
          <w:i w:val="0"/>
          <w:color w:val="22201D"/>
          <w:sz w:val="20"/>
        </w:rPr>
        <w:t>Lena looked at the crust.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"May I clear?"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Flocc, who had followed at a service distance, stepped forward.</w:t>
      </w:r>
    </w:p>
    <w:p>
      <w:pPr>
        <w:spacing w:after="60" w:line="266" w:lineRule="auto"/>
        <w:ind w:firstLine="331"/>
        <w:jc w:val="both"/>
      </w:pPr>
      <w:r>
        <w:rPr>
          <w:rFonts w:ascii="Georgia" w:hAnsi="Georgia"/>
          <w:b w:val="0"/>
          <w:i w:val="0"/>
          <w:color w:val="22201D"/>
          <w:sz w:val="20"/>
        </w:rPr>
        <w:t>Gerald stopped him with one finger.</w:t>
      </w:r>
    </w:p>
    <w:p>
      <w:pPr>
        <w:spacing w:after="60" w:line="266" w:lineRule="auto"/>
        <w:ind w:firstLine="331"/>
        <w:jc w:val="both"/>
      </w:pPr>
      <w:r>
        <w:rPr>
          <w:rFonts w:ascii="Georgia" w:hAnsi="Georgia"/>
          <w:b w:val="0"/>
          <w:i w:val="0"/>
          <w:color w:val="22201D"/>
          <w:sz w:val="20"/>
        </w:rPr>
        <w:t>"This is inspection. Let the consent complete first."</w:t>
      </w:r>
    </w:p>
    <w:p>
      <w:pPr>
        <w:spacing w:after="60" w:line="266" w:lineRule="auto"/>
        <w:ind w:firstLine="331"/>
        <w:jc w:val="both"/>
      </w:pPr>
      <w:r>
        <w:rPr>
          <w:rFonts w:ascii="Georgia" w:hAnsi="Georgia"/>
          <w:b w:val="0"/>
          <w:i w:val="0"/>
          <w:color w:val="22201D"/>
          <w:sz w:val="20"/>
        </w:rPr>
        <w:t>Lena pushed the plate slightly toward the aisle.</w:t>
      </w:r>
    </w:p>
    <w:p>
      <w:pPr>
        <w:spacing w:after="60" w:line="266" w:lineRule="auto"/>
        <w:ind w:firstLine="331"/>
        <w:jc w:val="both"/>
      </w:pPr>
      <w:r>
        <w:rPr>
          <w:rFonts w:ascii="Georgia" w:hAnsi="Georgia"/>
          <w:b w:val="0"/>
          <w:i w:val="0"/>
          <w:color w:val="22201D"/>
          <w:sz w:val="20"/>
        </w:rPr>
        <w:t>"You may clear it."</w:t>
      </w:r>
    </w:p>
    <w:p>
      <w:pPr>
        <w:spacing w:after="60" w:line="266" w:lineRule="auto"/>
        <w:ind w:firstLine="331"/>
        <w:jc w:val="both"/>
      </w:pPr>
      <w:r>
        <w:rPr>
          <w:rFonts w:ascii="Georgia" w:hAnsi="Georgia"/>
          <w:b w:val="0"/>
          <w:i w:val="0"/>
          <w:color w:val="22201D"/>
          <w:sz w:val="20"/>
        </w:rPr>
        <w:t>Flocc cleared.</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Consent to clear requested and received. Crust not treated as symbol. Table ready for cleaning after guest departure.</w:t>
      </w:r>
    </w:p>
    <w:p>
      <w:pPr>
        <w:spacing w:after="60" w:line="266" w:lineRule="auto"/>
        <w:ind w:firstLine="331"/>
        <w:jc w:val="both"/>
      </w:pPr>
      <w:r>
        <w:rPr>
          <w:rFonts w:ascii="Georgia" w:hAnsi="Georgia"/>
          <w:b w:val="0"/>
          <w:i w:val="0"/>
          <w:color w:val="22201D"/>
          <w:sz w:val="20"/>
        </w:rPr>
        <w:t>The Hostess smiled so slightly that only the reservation book noticed.</w:t>
      </w:r>
    </w:p>
    <w:p>
      <w:pPr>
        <w:spacing w:after="60" w:line="266" w:lineRule="auto"/>
        <w:ind w:firstLine="331"/>
        <w:jc w:val="both"/>
      </w:pPr>
      <w:r>
        <w:rPr>
          <w:rFonts w:ascii="Georgia" w:hAnsi="Georgia"/>
          <w:b w:val="0"/>
          <w:i w:val="0"/>
          <w:color w:val="22201D"/>
          <w:sz w:val="20"/>
        </w:rPr>
        <w:t>At Table Three, a chair wobbled.</w:t>
      </w:r>
    </w:p>
    <w:p>
      <w:pPr>
        <w:spacing w:after="60" w:line="266" w:lineRule="auto"/>
        <w:ind w:firstLine="331"/>
        <w:jc w:val="both"/>
      </w:pPr>
      <w:r>
        <w:rPr>
          <w:rFonts w:ascii="Georgia" w:hAnsi="Georgia"/>
          <w:b w:val="0"/>
          <w:i w:val="0"/>
          <w:color w:val="22201D"/>
          <w:sz w:val="20"/>
        </w:rPr>
        <w:t>Gerald's entire face changed.</w:t>
      </w:r>
    </w:p>
    <w:p>
      <w:pPr>
        <w:spacing w:after="60" w:line="266" w:lineRule="auto"/>
        <w:ind w:firstLine="331"/>
        <w:jc w:val="both"/>
      </w:pPr>
      <w:r>
        <w:rPr>
          <w:rFonts w:ascii="Georgia" w:hAnsi="Georgia"/>
          <w:b w:val="0"/>
          <w:i w:val="0"/>
          <w:color w:val="22201D"/>
          <w:sz w:val="20"/>
        </w:rPr>
        <w:t>Not with joy. Gerald did not enjoy hazards. He respected them for being honest enough to become fixable.</w:t>
      </w:r>
    </w:p>
    <w:p>
      <w:pPr>
        <w:spacing w:after="60" w:line="266" w:lineRule="auto"/>
        <w:ind w:firstLine="331"/>
        <w:jc w:val="both"/>
      </w:pPr>
      <w:r>
        <w:rPr>
          <w:rFonts w:ascii="Georgia" w:hAnsi="Georgia"/>
          <w:b w:val="0"/>
          <w:i w:val="0"/>
          <w:color w:val="22201D"/>
          <w:sz w:val="20"/>
        </w:rPr>
        <w:t>"Wobble," he said.</w:t>
      </w:r>
    </w:p>
    <w:p>
      <w:pPr>
        <w:spacing w:after="60" w:line="266" w:lineRule="auto"/>
        <w:ind w:firstLine="331"/>
        <w:jc w:val="both"/>
      </w:pPr>
      <w:r>
        <w:rPr>
          <w:rFonts w:ascii="Georgia" w:hAnsi="Georgia"/>
          <w:b w:val="0"/>
          <w:i w:val="0"/>
          <w:color w:val="22201D"/>
          <w:sz w:val="20"/>
        </w:rPr>
        <w:t>Bob appeared with a shim before anyone asked.</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"Why do you have that?"</w:t>
      </w:r>
    </w:p>
    <w:p>
      <w:pPr>
        <w:spacing w:after="60" w:line="266" w:lineRule="auto"/>
        <w:ind w:firstLine="331"/>
        <w:jc w:val="both"/>
      </w:pPr>
      <w:r>
        <w:rPr>
          <w:rFonts w:ascii="Georgia" w:hAnsi="Georgia"/>
          <w:b w:val="0"/>
          <w:i w:val="0"/>
          <w:color w:val="22201D"/>
          <w:sz w:val="20"/>
        </w:rPr>
        <w:t>"Delivery routes teach preparedness."</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Gerald inspected the chair leg, found uneven floor contact, inserted the shim, tested again, removed the shim, cut it smaller, reinserted it, tested again, and only then wrote:</w:t>
      </w:r>
    </w:p>
    <w:p>
      <w:pPr>
        <w:spacing w:after="60" w:line="250" w:lineRule="auto"/>
        <w:ind w:left="202" w:right="173"/>
      </w:pPr>
      <w:r>
        <w:rPr>
          <w:rFonts w:ascii="Georgia" w:hAnsi="Georgia"/>
          <w:b w:val="0"/>
          <w:i w:val="0"/>
          <w:color w:val="22201D"/>
          <w:sz w:val="17"/>
        </w:rPr>
        <w:t>TABLE 3 Chair 2 wobble corrected with removable shim. Path clear. Guest safety improved. Do not call correction miracle.</w:t>
      </w:r>
    </w:p>
    <w:p>
      <w:pPr>
        <w:spacing w:after="60" w:line="266" w:lineRule="auto"/>
        <w:ind w:firstLine="331"/>
        <w:jc w:val="both"/>
      </w:pPr>
      <w:r>
        <w:rPr>
          <w:rFonts w:ascii="Georgia" w:hAnsi="Georgia"/>
          <w:b w:val="0"/>
          <w:i w:val="0"/>
          <w:color w:val="22201D"/>
          <w:sz w:val="20"/>
        </w:rPr>
        <w:t>Nico visibly swallowed three possible phrases.</w:t>
      </w:r>
    </w:p>
    <w:p>
      <w:pPr>
        <w:spacing w:after="60" w:line="266" w:lineRule="auto"/>
        <w:ind w:firstLine="331"/>
        <w:jc w:val="both"/>
      </w:pPr>
      <w:r>
        <w:rPr>
          <w:rFonts w:ascii="Georgia" w:hAnsi="Georgia"/>
          <w:b w:val="0"/>
          <w:i w:val="0"/>
          <w:color w:val="22201D"/>
          <w:sz w:val="20"/>
        </w:rPr>
        <w:t>The menu warning near him stayed flat.</w:t>
      </w:r>
    </w:p>
    <w:p>
      <w:pPr>
        <w:spacing w:after="60" w:line="266" w:lineRule="auto"/>
        <w:ind w:firstLine="331"/>
        <w:jc w:val="both"/>
      </w:pPr>
      <w:r>
        <w:rPr>
          <w:rFonts w:ascii="Georgia" w:hAnsi="Georgia"/>
          <w:b w:val="0"/>
          <w:i w:val="0"/>
          <w:color w:val="22201D"/>
          <w:sz w:val="20"/>
        </w:rPr>
        <w:t>Table Four required a different approach because Table Four had been public too often and had begun to expect documentation as attention. Its surface was clean. Its chairs were aligned. Its salt shaker stood too close to the pepper shaker in a way that suggested the table knew people were watching.</w:t>
      </w:r>
    </w:p>
    <w:p>
      <w:pPr>
        <w:spacing w:after="60" w:line="266" w:lineRule="auto"/>
        <w:ind w:firstLine="331"/>
        <w:jc w:val="both"/>
      </w:pPr>
      <w:r>
        <w:rPr>
          <w:rFonts w:ascii="Georgia" w:hAnsi="Georgia"/>
          <w:b w:val="0"/>
          <w:i w:val="0"/>
          <w:color w:val="22201D"/>
          <w:sz w:val="20"/>
        </w:rPr>
        <w:t>Gerald moved the salt shaker two inches left.</w:t>
      </w:r>
    </w:p>
    <w:p>
      <w:pPr>
        <w:spacing w:after="60" w:line="266" w:lineRule="auto"/>
        <w:ind w:firstLine="331"/>
        <w:jc w:val="both"/>
      </w:pPr>
      <w:r>
        <w:rPr>
          <w:rFonts w:ascii="Georgia" w:hAnsi="Georgia"/>
          <w:b w:val="0"/>
          <w:i w:val="0"/>
          <w:color w:val="22201D"/>
          <w:sz w:val="20"/>
        </w:rPr>
        <w:t>"Boundaries," he said.</w:t>
      </w:r>
    </w:p>
    <w:p>
      <w:pPr>
        <w:spacing w:after="60" w:line="266" w:lineRule="auto"/>
        <w:ind w:firstLine="331"/>
        <w:jc w:val="both"/>
      </w:pPr>
      <w:r>
        <w:rPr>
          <w:rFonts w:ascii="Georgia" w:hAnsi="Georgia"/>
          <w:b w:val="0"/>
          <w:i w:val="0"/>
          <w:color w:val="22201D"/>
          <w:sz w:val="20"/>
        </w:rPr>
        <w:t>Steve wrote from the register:</w:t>
      </w:r>
    </w:p>
    <w:p>
      <w:pPr>
        <w:spacing w:after="60" w:line="250" w:lineRule="auto"/>
        <w:ind w:left="202" w:right="173"/>
      </w:pPr>
      <w:r>
        <w:rPr>
          <w:rFonts w:ascii="Georgia" w:hAnsi="Georgia"/>
          <w:b w:val="0"/>
          <w:i w:val="0"/>
          <w:color w:val="22201D"/>
          <w:sz w:val="17"/>
        </w:rPr>
        <w:t>Table Four condiment boundary corrected.</w:t>
      </w:r>
    </w:p>
    <w:p>
      <w:pPr>
        <w:spacing w:after="60" w:line="266" w:lineRule="auto"/>
        <w:ind w:firstLine="331"/>
        <w:jc w:val="both"/>
      </w:pPr>
      <w:r>
        <w:rPr>
          <w:rFonts w:ascii="Georgia" w:hAnsi="Georgia"/>
          <w:b w:val="0"/>
          <w:i w:val="0"/>
          <w:color w:val="22201D"/>
          <w:sz w:val="20"/>
        </w:rPr>
        <w:t>The table made no sound.</w:t>
      </w:r>
    </w:p>
    <w:p>
      <w:pPr>
        <w:spacing w:after="60" w:line="266" w:lineRule="auto"/>
        <w:ind w:firstLine="331"/>
        <w:jc w:val="both"/>
      </w:pPr>
      <w:r>
        <w:rPr>
          <w:rFonts w:ascii="Georgia" w:hAnsi="Georgia"/>
          <w:b w:val="0"/>
          <w:i w:val="0"/>
          <w:color w:val="22201D"/>
          <w:sz w:val="20"/>
        </w:rPr>
        <w:t>That was progress.</w:t>
      </w:r>
    </w:p>
    <w:p>
      <w:pPr>
        <w:spacing w:after="60" w:line="266" w:lineRule="auto"/>
        <w:ind w:firstLine="331"/>
        <w:jc w:val="both"/>
      </w:pPr>
      <w:r>
        <w:rPr>
          <w:rFonts w:ascii="Georgia" w:hAnsi="Georgia"/>
          <w:b w:val="0"/>
          <w:i w:val="0"/>
          <w:color w:val="22201D"/>
          <w:sz w:val="20"/>
        </w:rPr>
        <w:t>The window two-top was last in the route Gerald had drawn, but the Hostess did not let him call it the last table.</w:t>
      </w:r>
    </w:p>
    <w:p>
      <w:pPr>
        <w:spacing w:after="60" w:line="266" w:lineRule="auto"/>
        <w:ind w:firstLine="331"/>
        <w:jc w:val="both"/>
      </w:pPr>
      <w:r>
        <w:rPr>
          <w:rFonts w:ascii="Georgia" w:hAnsi="Georgia"/>
          <w:b w:val="0"/>
          <w:i w:val="0"/>
          <w:color w:val="22201D"/>
          <w:sz w:val="20"/>
        </w:rPr>
        <w:t>"Route order is not final status," she said.</w:t>
      </w:r>
    </w:p>
    <w:p>
      <w:pPr>
        <w:spacing w:after="60" w:line="266" w:lineRule="auto"/>
        <w:ind w:firstLine="331"/>
        <w:jc w:val="both"/>
      </w:pPr>
      <w:r>
        <w:rPr>
          <w:rFonts w:ascii="Georgia" w:hAnsi="Georgia"/>
          <w:b w:val="0"/>
          <w:i w:val="0"/>
          <w:color w:val="22201D"/>
          <w:sz w:val="20"/>
        </w:rPr>
        <w:t>Gerald crossed out last in route and wrote window two-top.</w:t>
      </w:r>
    </w:p>
    <w:p>
      <w:pPr>
        <w:spacing w:after="60" w:line="266" w:lineRule="auto"/>
        <w:ind w:firstLine="331"/>
        <w:jc w:val="both"/>
      </w:pPr>
      <w:r>
        <w:rPr>
          <w:rFonts w:ascii="Georgia" w:hAnsi="Georgia"/>
          <w:b w:val="0"/>
          <w:i w:val="0"/>
          <w:color w:val="22201D"/>
          <w:sz w:val="20"/>
        </w:rPr>
        <w:t>The two-top sat near the window with one chair still pulled out less than an inch. It had received bread before explanation. It had seated Lena before she returned. It had made room without announcing itself. It looked ordinary in the difficult way important objects looked ordinary when they were trying not to become idols.</w:t>
      </w:r>
    </w:p>
    <w:p>
      <w:pPr>
        <w:spacing w:after="60" w:line="266" w:lineRule="auto"/>
        <w:ind w:firstLine="331"/>
        <w:jc w:val="both"/>
      </w:pPr>
      <w:r>
        <w:rPr>
          <w:rFonts w:ascii="Georgia" w:hAnsi="Georgia"/>
          <w:b w:val="0"/>
          <w:i w:val="0"/>
          <w:color w:val="22201D"/>
          <w:sz w:val="20"/>
        </w:rPr>
        <w:t>Gerald stopped three feet away.</w:t>
      </w:r>
    </w:p>
    <w:p>
      <w:pPr>
        <w:spacing w:after="60" w:line="266" w:lineRule="auto"/>
        <w:ind w:firstLine="331"/>
        <w:jc w:val="both"/>
      </w:pPr>
      <w:r>
        <w:rPr>
          <w:rFonts w:ascii="Georgia" w:hAnsi="Georgia"/>
          <w:b w:val="0"/>
          <w:i w:val="0"/>
          <w:color w:val="22201D"/>
          <w:sz w:val="20"/>
        </w:rPr>
        <w:t>He wrote before touching anything:</w:t>
      </w:r>
    </w:p>
    <w:p>
      <w:pPr>
        <w:spacing w:after="60" w:line="250" w:lineRule="auto"/>
        <w:ind w:left="202" w:right="173"/>
      </w:pPr>
      <w:r>
        <w:rPr>
          <w:rFonts w:ascii="Georgia" w:hAnsi="Georgia"/>
          <w:b w:val="0"/>
          <w:i w:val="0"/>
          <w:color w:val="22201D"/>
          <w:sz w:val="17"/>
        </w:rPr>
        <w:t>WINDOW TWO-TOP Approach condition: ordinary until inspected. Do not reward table for prior behavior.</w:t>
      </w:r>
    </w:p>
    <w:p>
      <w:pPr>
        <w:spacing w:after="60" w:line="266" w:lineRule="auto"/>
        <w:ind w:firstLine="331"/>
        <w:jc w:val="both"/>
      </w:pPr>
      <w:r>
        <w:rPr>
          <w:rFonts w:ascii="Georgia" w:hAnsi="Georgia"/>
          <w:b w:val="0"/>
          <w:i w:val="0"/>
          <w:color w:val="22201D"/>
          <w:sz w:val="20"/>
        </w:rPr>
        <w:t>Flocc stood behind him.</w:t>
      </w:r>
    </w:p>
    <w:p>
      <w:pPr>
        <w:spacing w:after="60" w:line="266" w:lineRule="auto"/>
        <w:ind w:firstLine="331"/>
        <w:jc w:val="both"/>
      </w:pPr>
      <w:r>
        <w:rPr>
          <w:rFonts w:ascii="Georgia" w:hAnsi="Georgia"/>
          <w:b w:val="0"/>
          <w:i w:val="0"/>
          <w:color w:val="22201D"/>
          <w:sz w:val="20"/>
        </w:rPr>
        <w:t>"Can a table be rewarded?"</w:t>
      </w:r>
    </w:p>
    <w:p>
      <w:pPr>
        <w:spacing w:after="60" w:line="266" w:lineRule="auto"/>
        <w:ind w:firstLine="331"/>
        <w:jc w:val="both"/>
      </w:pPr>
      <w:r>
        <w:rPr>
          <w:rFonts w:ascii="Georgia" w:hAnsi="Georgia"/>
          <w:b w:val="0"/>
          <w:i w:val="0"/>
          <w:color w:val="22201D"/>
          <w:sz w:val="20"/>
        </w:rPr>
        <w:t>"People reward tables constantly," Gerald said. "They carve initials, save seats, hang plaques, tell stories, refuse to wipe the surface because something happened there."</w:t>
      </w:r>
    </w:p>
    <w:p>
      <w:pPr>
        <w:spacing w:after="60" w:line="266" w:lineRule="auto"/>
        <w:ind w:firstLine="331"/>
        <w:jc w:val="both"/>
      </w:pPr>
      <w:r>
        <w:rPr>
          <w:rFonts w:ascii="Georgia" w:hAnsi="Georgia"/>
          <w:b w:val="0"/>
          <w:i w:val="0"/>
          <w:color w:val="22201D"/>
          <w:sz w:val="20"/>
        </w:rPr>
        <w:t>"Is that bad?"</w:t>
      </w:r>
    </w:p>
    <w:p>
      <w:pPr>
        <w:spacing w:after="60" w:line="266" w:lineRule="auto"/>
        <w:ind w:firstLine="331"/>
        <w:jc w:val="both"/>
      </w:pPr>
      <w:r>
        <w:rPr>
          <w:rFonts w:ascii="Georgia" w:hAnsi="Georgia"/>
          <w:b w:val="0"/>
          <w:i w:val="0"/>
          <w:color w:val="22201D"/>
          <w:sz w:val="20"/>
        </w:rPr>
        <w:t>"It depends whether anyone can eat there afterward."</w:t>
      </w:r>
    </w:p>
    <w:p>
      <w:pPr>
        <w:spacing w:after="60" w:line="266" w:lineRule="auto"/>
        <w:ind w:firstLine="331"/>
        <w:jc w:val="both"/>
      </w:pPr>
      <w:r>
        <w:rPr>
          <w:rFonts w:ascii="Georgia" w:hAnsi="Georgia"/>
          <w:b w:val="0"/>
          <w:i w:val="0"/>
          <w:color w:val="22201D"/>
          <w:sz w:val="20"/>
        </w:rPr>
        <w:t>The Hostess said, "That is the question."</w:t>
      </w:r>
    </w:p>
    <w:p>
      <w:pPr>
        <w:spacing w:after="60" w:line="266" w:lineRule="auto"/>
        <w:ind w:firstLine="331"/>
        <w:jc w:val="both"/>
      </w:pPr>
      <w:r>
        <w:rPr>
          <w:rFonts w:ascii="Georgia" w:hAnsi="Georgia"/>
          <w:b w:val="0"/>
          <w:i w:val="0"/>
          <w:color w:val="22201D"/>
          <w:sz w:val="20"/>
        </w:rPr>
        <w:t>Gerald inspected the window two-top.</w:t>
      </w:r>
    </w:p>
    <w:p>
      <w:pPr>
        <w:spacing w:after="60" w:line="266" w:lineRule="auto"/>
        <w:ind w:firstLine="331"/>
        <w:jc w:val="both"/>
      </w:pPr>
      <w:r>
        <w:rPr>
          <w:rFonts w:ascii="Georgia" w:hAnsi="Georgia"/>
          <w:b w:val="0"/>
          <w:i w:val="0"/>
          <w:color w:val="22201D"/>
          <w:sz w:val="20"/>
        </w:rPr>
        <w:t>The surface had two water rings, one crumb near the far edge, and a faint mark where the warm roll plate had rested. The legs were stable. The chair that had pulled out by less than an inch did not wobble. The aisle clearance was slightly tight if someone carried a full tray from the counter to Table Four during a busy lunch.</w:t>
      </w:r>
    </w:p>
    <w:p>
      <w:pPr>
        <w:spacing w:after="60" w:line="266" w:lineRule="auto"/>
        <w:ind w:firstLine="331"/>
        <w:jc w:val="both"/>
      </w:pPr>
      <w:r>
        <w:rPr>
          <w:rFonts w:ascii="Georgia" w:hAnsi="Georgia"/>
          <w:b w:val="0"/>
          <w:i w:val="0"/>
          <w:color w:val="22201D"/>
          <w:sz w:val="20"/>
        </w:rPr>
        <w:t>"Chair needs two inches inward when not seating," Gerald said.</w:t>
      </w:r>
    </w:p>
    <w:p>
      <w:pPr>
        <w:spacing w:after="60" w:line="266" w:lineRule="auto"/>
        <w:ind w:firstLine="331"/>
        <w:jc w:val="both"/>
      </w:pPr>
      <w:r>
        <w:rPr>
          <w:rFonts w:ascii="Georgia" w:hAnsi="Georgia"/>
          <w:b w:val="0"/>
          <w:i w:val="0"/>
          <w:color w:val="22201D"/>
          <w:sz w:val="20"/>
        </w:rPr>
        <w:t>The chair moved inward by itself.</w:t>
      </w:r>
    </w:p>
    <w:p>
      <w:pPr>
        <w:spacing w:after="60" w:line="266" w:lineRule="auto"/>
        <w:ind w:firstLine="331"/>
        <w:jc w:val="both"/>
      </w:pPr>
      <w:r>
        <w:rPr>
          <w:rFonts w:ascii="Georgia" w:hAnsi="Georgia"/>
          <w:b w:val="0"/>
          <w:i w:val="0"/>
          <w:color w:val="22201D"/>
          <w:sz w:val="20"/>
        </w:rPr>
        <w:t>Gerald said, "No."</w:t>
      </w:r>
    </w:p>
    <w:p>
      <w:pPr>
        <w:spacing w:after="60" w:line="266" w:lineRule="auto"/>
        <w:ind w:firstLine="331"/>
        <w:jc w:val="both"/>
      </w:pPr>
      <w:r>
        <w:rPr>
          <w:rFonts w:ascii="Georgia" w:hAnsi="Georgia"/>
          <w:b w:val="0"/>
          <w:i w:val="0"/>
          <w:color w:val="22201D"/>
          <w:sz w:val="20"/>
        </w:rPr>
        <w:t>The chair stopped.</w:t>
      </w:r>
    </w:p>
    <w:p>
      <w:pPr>
        <w:spacing w:after="60" w:line="266" w:lineRule="auto"/>
        <w:ind w:firstLine="331"/>
        <w:jc w:val="both"/>
      </w:pPr>
      <w:r>
        <w:rPr>
          <w:rFonts w:ascii="Georgia" w:hAnsi="Georgia"/>
          <w:b w:val="0"/>
          <w:i w:val="0"/>
          <w:color w:val="22201D"/>
          <w:sz w:val="20"/>
        </w:rPr>
        <w:t>Gerald moved it outward again, then inward by hand.</w:t>
      </w:r>
    </w:p>
    <w:p>
      <w:pPr>
        <w:spacing w:after="60" w:line="266" w:lineRule="auto"/>
        <w:ind w:firstLine="331"/>
        <w:jc w:val="both"/>
      </w:pPr>
      <w:r>
        <w:rPr>
          <w:rFonts w:ascii="Georgia" w:hAnsi="Georgia"/>
          <w:b w:val="0"/>
          <w:i w:val="0"/>
          <w:color w:val="22201D"/>
          <w:sz w:val="20"/>
        </w:rPr>
        <w:t>"Furniture may accept correction. Furniture may not perform compliance."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Furniture compliance must be manually confirmed.</w:t>
      </w:r>
    </w:p>
    <w:p>
      <w:pPr>
        <w:spacing w:after="60" w:line="266" w:lineRule="auto"/>
        <w:ind w:firstLine="331"/>
        <w:jc w:val="both"/>
      </w:pPr>
      <w:r>
        <w:rPr>
          <w:rFonts w:ascii="Georgia" w:hAnsi="Georgia"/>
          <w:b w:val="0"/>
          <w:i w:val="0"/>
          <w:color w:val="22201D"/>
          <w:sz w:val="20"/>
        </w:rPr>
        <w:t>Gerald cleaned the water rings.</w:t>
      </w:r>
    </w:p>
    <w:p>
      <w:pPr>
        <w:spacing w:after="60" w:line="266" w:lineRule="auto"/>
        <w:ind w:firstLine="331"/>
        <w:jc w:val="both"/>
      </w:pPr>
      <w:r>
        <w:rPr>
          <w:rFonts w:ascii="Georgia" w:hAnsi="Georgia"/>
          <w:b w:val="0"/>
          <w:i w:val="0"/>
          <w:color w:val="22201D"/>
          <w:sz w:val="20"/>
        </w:rPr>
        <w:t>He did not rush. Care, he had learned against his own impatience, was not the same as speed plus anxiety. Care was attention that did not need applause. He wiped the surface once for food safety, once for stickiness, once because the first two passes had left a streak in the light.</w:t>
      </w:r>
    </w:p>
    <w:p>
      <w:pPr>
        <w:spacing w:after="60" w:line="266" w:lineRule="auto"/>
        <w:ind w:firstLine="331"/>
        <w:jc w:val="both"/>
      </w:pPr>
      <w:r>
        <w:rPr>
          <w:rFonts w:ascii="Georgia" w:hAnsi="Georgia"/>
          <w:b w:val="0"/>
          <w:i w:val="0"/>
          <w:color w:val="22201D"/>
          <w:sz w:val="20"/>
        </w:rPr>
        <w:t>The streak vanished.</w:t>
      </w:r>
    </w:p>
    <w:p>
      <w:pPr>
        <w:spacing w:after="60" w:line="266" w:lineRule="auto"/>
        <w:ind w:firstLine="331"/>
        <w:jc w:val="both"/>
      </w:pPr>
      <w:r>
        <w:rPr>
          <w:rFonts w:ascii="Georgia" w:hAnsi="Georgia"/>
          <w:b w:val="0"/>
          <w:i w:val="0"/>
          <w:color w:val="22201D"/>
          <w:sz w:val="20"/>
        </w:rPr>
        <w:t>The table looked less important and more ready.</w:t>
      </w:r>
    </w:p>
    <w:p>
      <w:pPr>
        <w:spacing w:after="60" w:line="266" w:lineRule="auto"/>
        <w:ind w:firstLine="331"/>
        <w:jc w:val="both"/>
      </w:pPr>
      <w:r>
        <w:rPr>
          <w:rFonts w:ascii="Georgia" w:hAnsi="Georgia"/>
          <w:b w:val="0"/>
          <w:i w:val="0"/>
          <w:color w:val="22201D"/>
          <w:sz w:val="20"/>
        </w:rPr>
        <w:t>The room quieted.</w:t>
      </w:r>
    </w:p>
    <w:p>
      <w:pPr>
        <w:spacing w:after="60" w:line="266" w:lineRule="auto"/>
        <w:ind w:firstLine="331"/>
        <w:jc w:val="both"/>
      </w:pPr>
      <w:r>
        <w:rPr>
          <w:rFonts w:ascii="Georgia" w:hAnsi="Georgia"/>
          <w:b w:val="0"/>
          <w:i w:val="0"/>
          <w:color w:val="22201D"/>
          <w:sz w:val="20"/>
        </w:rPr>
        <w:t>Gerald checked the underside.</w:t>
      </w:r>
    </w:p>
    <w:p>
      <w:pPr>
        <w:spacing w:after="60" w:line="266" w:lineRule="auto"/>
        <w:ind w:firstLine="331"/>
        <w:jc w:val="both"/>
      </w:pPr>
      <w:r>
        <w:rPr>
          <w:rFonts w:ascii="Georgia" w:hAnsi="Georgia"/>
          <w:b w:val="0"/>
          <w:i w:val="0"/>
          <w:color w:val="22201D"/>
          <w:sz w:val="20"/>
        </w:rPr>
        <w:t>No gum. No impossible moss. No carved initials. No heat damage. No secret drawer. No final answer.</w:t>
      </w:r>
    </w:p>
    <w:p>
      <w:pPr>
        <w:spacing w:after="60" w:line="266" w:lineRule="auto"/>
        <w:ind w:firstLine="331"/>
        <w:jc w:val="both"/>
      </w:pPr>
      <w:r>
        <w:rPr>
          <w:rFonts w:ascii="Georgia" w:hAnsi="Georgia"/>
          <w:b w:val="0"/>
          <w:i w:val="0"/>
          <w:color w:val="22201D"/>
          <w:sz w:val="20"/>
        </w:rPr>
        <w:t>He looked disappointed about the secret drawer only professionally.</w:t>
      </w:r>
    </w:p>
    <w:p>
      <w:pPr>
        <w:spacing w:after="60" w:line="266" w:lineRule="auto"/>
        <w:ind w:firstLine="331"/>
        <w:jc w:val="both"/>
      </w:pPr>
      <w:r>
        <w:rPr>
          <w:rFonts w:ascii="Georgia" w:hAnsi="Georgia"/>
          <w:b w:val="0"/>
          <w:i w:val="0"/>
          <w:color w:val="22201D"/>
          <w:sz w:val="20"/>
        </w:rPr>
        <w:t>Then he saw a small paper square taped under the far edge.</w:t>
      </w:r>
    </w:p>
    <w:p>
      <w:pPr>
        <w:spacing w:after="60" w:line="266" w:lineRule="auto"/>
        <w:ind w:firstLine="331"/>
        <w:jc w:val="both"/>
      </w:pPr>
      <w:r>
        <w:rPr>
          <w:rFonts w:ascii="Georgia" w:hAnsi="Georgia"/>
          <w:b w:val="0"/>
          <w:i w:val="0"/>
          <w:color w:val="22201D"/>
          <w:sz w:val="20"/>
        </w:rPr>
        <w:t>He did not remove it immediately.</w:t>
      </w:r>
    </w:p>
    <w:p>
      <w:pPr>
        <w:spacing w:after="60" w:line="266" w:lineRule="auto"/>
        <w:ind w:firstLine="331"/>
        <w:jc w:val="both"/>
      </w:pPr>
      <w:r>
        <w:rPr>
          <w:rFonts w:ascii="Georgia" w:hAnsi="Georgia"/>
          <w:b w:val="0"/>
          <w:i w:val="0"/>
          <w:color w:val="22201D"/>
          <w:sz w:val="20"/>
        </w:rPr>
        <w:t>"Object under table."</w:t>
      </w:r>
    </w:p>
    <w:p>
      <w:pPr>
        <w:spacing w:after="60" w:line="266" w:lineRule="auto"/>
        <w:ind w:firstLine="331"/>
        <w:jc w:val="both"/>
      </w:pPr>
      <w:r>
        <w:rPr>
          <w:rFonts w:ascii="Georgia" w:hAnsi="Georgia"/>
          <w:b w:val="0"/>
          <w:i w:val="0"/>
          <w:color w:val="22201D"/>
          <w:sz w:val="20"/>
        </w:rPr>
        <w:t>The Hostess came closer.</w:t>
      </w:r>
    </w:p>
    <w:p>
      <w:pPr>
        <w:spacing w:after="60" w:line="266" w:lineRule="auto"/>
        <w:ind w:firstLine="331"/>
        <w:jc w:val="both"/>
      </w:pPr>
      <w:r>
        <w:rPr>
          <w:rFonts w:ascii="Georgia" w:hAnsi="Georgia"/>
          <w:b w:val="0"/>
          <w:i w:val="0"/>
          <w:color w:val="22201D"/>
          <w:sz w:val="20"/>
        </w:rPr>
        <w:t>Steve took up pencil.</w:t>
      </w:r>
    </w:p>
    <w:p>
      <w:pPr>
        <w:spacing w:after="60" w:line="266" w:lineRule="auto"/>
        <w:ind w:firstLine="331"/>
        <w:jc w:val="both"/>
      </w:pPr>
      <w:r>
        <w:rPr>
          <w:rFonts w:ascii="Georgia" w:hAnsi="Georgia"/>
          <w:b w:val="0"/>
          <w:i w:val="0"/>
          <w:color w:val="22201D"/>
          <w:sz w:val="20"/>
        </w:rPr>
        <w:t>Bob set down the water pitcher.</w:t>
      </w:r>
    </w:p>
    <w:p>
      <w:pPr>
        <w:spacing w:after="60" w:line="266" w:lineRule="auto"/>
        <w:ind w:firstLine="331"/>
        <w:jc w:val="both"/>
      </w:pPr>
      <w:r>
        <w:rPr>
          <w:rFonts w:ascii="Georgia" w:hAnsi="Georgia"/>
          <w:b w:val="0"/>
          <w:i w:val="0"/>
          <w:color w:val="22201D"/>
          <w:sz w:val="20"/>
        </w:rPr>
        <w:t>Nico moved away from the room's center without being told.</w:t>
      </w:r>
    </w:p>
    <w:p>
      <w:pPr>
        <w:spacing w:after="60" w:line="266" w:lineRule="auto"/>
        <w:ind w:firstLine="331"/>
        <w:jc w:val="both"/>
      </w:pPr>
      <w:r>
        <w:rPr>
          <w:rFonts w:ascii="Georgia" w:hAnsi="Georgia"/>
          <w:b w:val="0"/>
          <w:i w:val="0"/>
          <w:color w:val="22201D"/>
          <w:sz w:val="20"/>
        </w:rPr>
        <w:t>Flocc did not lean in.</w:t>
      </w:r>
    </w:p>
    <w:p>
      <w:pPr>
        <w:spacing w:after="60" w:line="266" w:lineRule="auto"/>
        <w:ind w:firstLine="331"/>
        <w:jc w:val="both"/>
      </w:pPr>
      <w:r>
        <w:rPr>
          <w:rFonts w:ascii="Georgia" w:hAnsi="Georgia"/>
          <w:b w:val="0"/>
          <w:i w:val="0"/>
          <w:color w:val="22201D"/>
          <w:sz w:val="20"/>
        </w:rPr>
        <w:t>Gerald used tweezers from the long clipboard and removed the paper square.</w:t>
      </w:r>
    </w:p>
    <w:p>
      <w:pPr>
        <w:spacing w:after="60" w:line="266" w:lineRule="auto"/>
        <w:ind w:firstLine="331"/>
        <w:jc w:val="both"/>
      </w:pPr>
      <w:r>
        <w:rPr>
          <w:rFonts w:ascii="Georgia" w:hAnsi="Georgia"/>
          <w:b w:val="0"/>
          <w:i w:val="0"/>
          <w:color w:val="22201D"/>
          <w:sz w:val="20"/>
        </w:rPr>
        <w:t>It was a table card, but not the table card. Not yet. It had no title. Only a line in plain block letters:</w:t>
      </w:r>
    </w:p>
    <w:p>
      <w:pPr>
        <w:spacing w:after="60" w:line="250" w:lineRule="auto"/>
        <w:ind w:left="202" w:right="173"/>
      </w:pPr>
      <w:r>
        <w:rPr>
          <w:rFonts w:ascii="Georgia" w:hAnsi="Georgia"/>
          <w:b w:val="0"/>
          <w:i w:val="0"/>
          <w:color w:val="22201D"/>
          <w:sz w:val="17"/>
        </w:rPr>
        <w:t>READY IS A FORM OF WELCOME.</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He turned it over.</w:t>
      </w:r>
    </w:p>
    <w:p>
      <w:pPr>
        <w:spacing w:after="60" w:line="266" w:lineRule="auto"/>
        <w:ind w:firstLine="331"/>
        <w:jc w:val="both"/>
      </w:pPr>
      <w:r>
        <w:rPr>
          <w:rFonts w:ascii="Georgia" w:hAnsi="Georgia"/>
          <w:b w:val="0"/>
          <w:i w:val="0"/>
          <w:color w:val="22201D"/>
          <w:sz w:val="20"/>
        </w:rPr>
        <w:t>The back was blank.</w:t>
      </w:r>
    </w:p>
    <w:p>
      <w:pPr>
        <w:spacing w:after="60" w:line="266" w:lineRule="auto"/>
        <w:ind w:firstLine="331"/>
        <w:jc w:val="both"/>
      </w:pPr>
      <w:r>
        <w:rPr>
          <w:rFonts w:ascii="Georgia" w:hAnsi="Georgia"/>
          <w:b w:val="0"/>
          <w:i w:val="0"/>
          <w:color w:val="22201D"/>
          <w:sz w:val="20"/>
        </w:rPr>
        <w:t>He held it to the light.</w:t>
      </w:r>
    </w:p>
    <w:p>
      <w:pPr>
        <w:spacing w:after="60" w:line="266" w:lineRule="auto"/>
        <w:ind w:firstLine="331"/>
        <w:jc w:val="both"/>
      </w:pPr>
      <w:r>
        <w:rPr>
          <w:rFonts w:ascii="Georgia" w:hAnsi="Georgia"/>
          <w:b w:val="0"/>
          <w:i w:val="0"/>
          <w:color w:val="22201D"/>
          <w:sz w:val="20"/>
        </w:rPr>
        <w:t>No hidden text.</w:t>
      </w:r>
    </w:p>
    <w:p>
      <w:pPr>
        <w:spacing w:after="60" w:line="266" w:lineRule="auto"/>
        <w:ind w:firstLine="331"/>
        <w:jc w:val="both"/>
      </w:pPr>
      <w:r>
        <w:rPr>
          <w:rFonts w:ascii="Georgia" w:hAnsi="Georgia"/>
          <w:b w:val="0"/>
          <w:i w:val="0"/>
          <w:color w:val="22201D"/>
          <w:sz w:val="20"/>
        </w:rPr>
        <w:t>He smelled it.</w:t>
      </w:r>
    </w:p>
    <w:p>
      <w:pPr>
        <w:spacing w:after="60" w:line="266" w:lineRule="auto"/>
        <w:ind w:firstLine="331"/>
        <w:jc w:val="both"/>
      </w:pPr>
      <w:r>
        <w:rPr>
          <w:rFonts w:ascii="Georgia" w:hAnsi="Georgia"/>
          <w:b w:val="0"/>
          <w:i w:val="0"/>
          <w:color w:val="22201D"/>
          <w:sz w:val="20"/>
        </w:rPr>
        <w:t>"Paper."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Under-table card recovered. Text: READY IS A FORM OF WELCOME. No hidden text detected by Gerald.</w:t>
      </w:r>
    </w:p>
    <w:p>
      <w:pPr>
        <w:spacing w:after="60" w:line="266" w:lineRule="auto"/>
        <w:ind w:firstLine="331"/>
        <w:jc w:val="both"/>
      </w:pPr>
      <w:r>
        <w:rPr>
          <w:rFonts w:ascii="Georgia" w:hAnsi="Georgia"/>
          <w:b w:val="0"/>
          <w:i w:val="0"/>
          <w:color w:val="22201D"/>
          <w:sz w:val="20"/>
        </w:rPr>
        <w:t>The Hostess said, "Is it safe?"</w:t>
      </w:r>
    </w:p>
    <w:p>
      <w:pPr>
        <w:spacing w:after="60" w:line="266" w:lineRule="auto"/>
        <w:ind w:firstLine="331"/>
        <w:jc w:val="both"/>
      </w:pPr>
      <w:r>
        <w:rPr>
          <w:rFonts w:ascii="Georgia" w:hAnsi="Georgia"/>
          <w:b w:val="0"/>
          <w:i w:val="0"/>
          <w:color w:val="22201D"/>
          <w:sz w:val="20"/>
        </w:rPr>
        <w:t>Gerald inspected the tape residue.</w:t>
      </w:r>
    </w:p>
    <w:p>
      <w:pPr>
        <w:spacing w:after="60" w:line="266" w:lineRule="auto"/>
        <w:ind w:firstLine="331"/>
        <w:jc w:val="both"/>
      </w:pPr>
      <w:r>
        <w:rPr>
          <w:rFonts w:ascii="Georgia" w:hAnsi="Georgia"/>
          <w:b w:val="0"/>
          <w:i w:val="0"/>
          <w:color w:val="22201D"/>
          <w:sz w:val="20"/>
        </w:rPr>
        <w:t>"Residue minimal. Surface unaffected. Card edges clean. Message non-operational but not hazardous."</w:t>
      </w:r>
    </w:p>
    <w:p>
      <w:pPr>
        <w:spacing w:after="60" w:line="266" w:lineRule="auto"/>
        <w:ind w:firstLine="331"/>
        <w:jc w:val="both"/>
      </w:pPr>
      <w:r>
        <w:rPr>
          <w:rFonts w:ascii="Georgia" w:hAnsi="Georgia"/>
          <w:b w:val="0"/>
          <w:i w:val="0"/>
          <w:color w:val="22201D"/>
          <w:sz w:val="20"/>
        </w:rPr>
        <w:t>"Non-operational?" Flocc asked.</w:t>
      </w:r>
    </w:p>
    <w:p>
      <w:pPr>
        <w:spacing w:after="60" w:line="266" w:lineRule="auto"/>
        <w:ind w:firstLine="331"/>
        <w:jc w:val="both"/>
      </w:pPr>
      <w:r>
        <w:rPr>
          <w:rFonts w:ascii="Georgia" w:hAnsi="Georgia"/>
          <w:b w:val="0"/>
          <w:i w:val="0"/>
          <w:color w:val="22201D"/>
          <w:sz w:val="20"/>
        </w:rPr>
        <w:t>Gerald looked at the card again.</w:t>
      </w:r>
    </w:p>
    <w:p>
      <w:pPr>
        <w:spacing w:after="60" w:line="266" w:lineRule="auto"/>
        <w:ind w:firstLine="331"/>
        <w:jc w:val="both"/>
      </w:pPr>
      <w:r>
        <w:rPr>
          <w:rFonts w:ascii="Georgia" w:hAnsi="Georgia"/>
          <w:b w:val="0"/>
          <w:i w:val="0"/>
          <w:color w:val="22201D"/>
          <w:sz w:val="20"/>
        </w:rPr>
        <w:t>"Actually. No. It can be operational."</w:t>
      </w:r>
    </w:p>
    <w:p>
      <w:pPr>
        <w:spacing w:after="60" w:line="266" w:lineRule="auto"/>
        <w:ind w:firstLine="331"/>
        <w:jc w:val="both"/>
      </w:pPr>
      <w:r>
        <w:rPr>
          <w:rFonts w:ascii="Georgia" w:hAnsi="Georgia"/>
          <w:b w:val="0"/>
          <w:i w:val="0"/>
          <w:color w:val="22201D"/>
          <w:sz w:val="20"/>
        </w:rPr>
        <w:t>He placed the card on the table and wrote beneath it:</w:t>
      </w:r>
    </w:p>
    <w:p>
      <w:pPr>
        <w:spacing w:after="60" w:line="250" w:lineRule="auto"/>
        <w:ind w:left="202" w:right="173"/>
      </w:pPr>
      <w:r>
        <w:rPr>
          <w:rFonts w:ascii="Georgia" w:hAnsi="Georgia"/>
          <w:b w:val="0"/>
          <w:i w:val="0"/>
          <w:color w:val="22201D"/>
          <w:sz w:val="17"/>
        </w:rPr>
        <w:t>Operational interpretation: A table is not welcoming because it is special. A table is welcoming because it is ready to be used safely.</w:t>
      </w:r>
    </w:p>
    <w:p>
      <w:pPr>
        <w:spacing w:after="60" w:line="266" w:lineRule="auto"/>
        <w:ind w:firstLine="331"/>
        <w:jc w:val="both"/>
      </w:pPr>
      <w:r>
        <w:rPr>
          <w:rFonts w:ascii="Georgia" w:hAnsi="Georgia"/>
          <w:b w:val="0"/>
          <w:i w:val="0"/>
          <w:color w:val="22201D"/>
          <w:sz w:val="20"/>
        </w:rPr>
        <w:t>The window two-top did not move.</w:t>
      </w:r>
    </w:p>
    <w:p>
      <w:pPr>
        <w:spacing w:after="60" w:line="266" w:lineRule="auto"/>
        <w:ind w:firstLine="331"/>
        <w:jc w:val="both"/>
      </w:pPr>
      <w:r>
        <w:rPr>
          <w:rFonts w:ascii="Georgia" w:hAnsi="Georgia"/>
          <w:b w:val="0"/>
          <w:i w:val="0"/>
          <w:color w:val="22201D"/>
          <w:sz w:val="20"/>
        </w:rPr>
        <w:t>The closure notice in the Open drawer did not warm.</w:t>
      </w:r>
    </w:p>
    <w:p>
      <w:pPr>
        <w:spacing w:after="60" w:line="266" w:lineRule="auto"/>
        <w:ind w:firstLine="331"/>
        <w:jc w:val="both"/>
      </w:pPr>
      <w:r>
        <w:rPr>
          <w:rFonts w:ascii="Georgia" w:hAnsi="Georgia"/>
          <w:b w:val="0"/>
          <w:i w:val="0"/>
          <w:color w:val="22201D"/>
          <w:sz w:val="20"/>
        </w:rPr>
        <w:t>The menu warnings did not curl.</w:t>
      </w:r>
    </w:p>
    <w:p>
      <w:pPr>
        <w:spacing w:after="60" w:line="266" w:lineRule="auto"/>
        <w:ind w:firstLine="331"/>
        <w:jc w:val="both"/>
      </w:pPr>
      <w:r>
        <w:rPr>
          <w:rFonts w:ascii="Georgia" w:hAnsi="Georgia"/>
          <w:b w:val="0"/>
          <w:i w:val="0"/>
          <w:color w:val="22201D"/>
          <w:sz w:val="20"/>
        </w:rPr>
        <w:t>That was a clean result.</w:t>
      </w:r>
    </w:p>
    <w:p>
      <w:pPr>
        <w:spacing w:after="60" w:line="266" w:lineRule="auto"/>
        <w:ind w:firstLine="331"/>
        <w:jc w:val="both"/>
      </w:pPr>
      <w:r>
        <w:rPr>
          <w:rFonts w:ascii="Georgia" w:hAnsi="Georgia"/>
          <w:b w:val="0"/>
          <w:i w:val="0"/>
          <w:color w:val="22201D"/>
          <w:sz w:val="20"/>
        </w:rPr>
        <w:t>Gerald completed the inspection note:</w:t>
      </w:r>
    </w:p>
    <w:p>
      <w:pPr>
        <w:spacing w:after="60" w:line="250" w:lineRule="auto"/>
        <w:ind w:left="202" w:right="173"/>
      </w:pPr>
      <w:r>
        <w:rPr>
          <w:rFonts w:ascii="Georgia" w:hAnsi="Georgia"/>
          <w:b w:val="0"/>
          <w:i w:val="0"/>
          <w:color w:val="22201D"/>
          <w:sz w:val="17"/>
        </w:rPr>
        <w:t>WINDOW TWO-TOP Surface: clean after three passes Legs: stable Chair: manually corrected for aisle clearance Underside: clear after card recovery Residue: minimal Hazard: none active Status: ready for service Miracle claim: not certified Welcome condition: readiness through care</w:t>
      </w:r>
    </w:p>
    <w:p>
      <w:pPr>
        <w:spacing w:after="60" w:line="266" w:lineRule="auto"/>
        <w:ind w:firstLine="331"/>
        <w:jc w:val="both"/>
      </w:pPr>
      <w:r>
        <w:rPr>
          <w:rFonts w:ascii="Georgia" w:hAnsi="Georgia"/>
          <w:b w:val="0"/>
          <w:i w:val="0"/>
          <w:color w:val="22201D"/>
          <w:sz w:val="20"/>
        </w:rPr>
        <w:t>He signed with full name because inspection required it.</w:t>
      </w:r>
    </w:p>
    <w:p>
      <w:pPr>
        <w:spacing w:after="60" w:line="266" w:lineRule="auto"/>
        <w:ind w:firstLine="331"/>
        <w:jc w:val="both"/>
      </w:pPr>
      <w:r>
        <w:rPr>
          <w:rFonts w:ascii="Georgia" w:hAnsi="Georgia"/>
          <w:b w:val="0"/>
          <w:i w:val="0"/>
          <w:color w:val="22201D"/>
          <w:sz w:val="20"/>
        </w:rPr>
        <w:t>Then he hesitated.</w:t>
      </w:r>
    </w:p>
    <w:p>
      <w:pPr>
        <w:spacing w:after="60" w:line="266" w:lineRule="auto"/>
        <w:ind w:firstLine="331"/>
        <w:jc w:val="both"/>
      </w:pPr>
      <w:r>
        <w:rPr>
          <w:rFonts w:ascii="Georgia" w:hAnsi="Georgia"/>
          <w:b w:val="0"/>
          <w:i w:val="0"/>
          <w:color w:val="22201D"/>
          <w:sz w:val="20"/>
        </w:rPr>
        <w:t>The form had one final box:</w:t>
      </w:r>
    </w:p>
    <w:p>
      <w:pPr>
        <w:spacing w:after="60" w:line="250" w:lineRule="auto"/>
        <w:ind w:left="202" w:right="173"/>
      </w:pPr>
      <w:r>
        <w:rPr>
          <w:rFonts w:ascii="Georgia" w:hAnsi="Georgia"/>
          <w:b w:val="0"/>
          <w:i w:val="0"/>
          <w:color w:val="22201D"/>
          <w:sz w:val="17"/>
        </w:rPr>
        <w:t>LAST TABLE STATUS: [ ] Last [ ] Not Last [ ] Ready If Needed</w:t>
      </w:r>
    </w:p>
    <w:p>
      <w:pPr>
        <w:spacing w:after="60" w:line="266" w:lineRule="auto"/>
        <w:ind w:firstLine="331"/>
        <w:jc w:val="both"/>
      </w:pPr>
      <w:r>
        <w:rPr>
          <w:rFonts w:ascii="Georgia" w:hAnsi="Georgia"/>
          <w:b w:val="0"/>
          <w:i w:val="0"/>
          <w:color w:val="22201D"/>
          <w:sz w:val="20"/>
        </w:rPr>
        <w:t>Gerald hated checkboxes that knew more than the inspector.</w:t>
      </w:r>
    </w:p>
    <w:p>
      <w:pPr>
        <w:spacing w:after="60" w:line="266" w:lineRule="auto"/>
        <w:ind w:firstLine="331"/>
        <w:jc w:val="both"/>
      </w:pPr>
      <w:r>
        <w:rPr>
          <w:rFonts w:ascii="Georgia" w:hAnsi="Georgia"/>
          <w:b w:val="0"/>
          <w:i w:val="0"/>
          <w:color w:val="22201D"/>
          <w:sz w:val="20"/>
        </w:rPr>
        <w:t>He looked at the Hostess.</w:t>
      </w:r>
    </w:p>
    <w:p>
      <w:pPr>
        <w:spacing w:after="60" w:line="266" w:lineRule="auto"/>
        <w:ind w:firstLine="331"/>
        <w:jc w:val="both"/>
      </w:pPr>
      <w:r>
        <w:rPr>
          <w:rFonts w:ascii="Georgia" w:hAnsi="Georgia"/>
          <w:b w:val="0"/>
          <w:i w:val="0"/>
          <w:color w:val="22201D"/>
          <w:sz w:val="20"/>
        </w:rPr>
        <w:t>"This is a trap."</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"If I check Last, I certify finale status. If I check Not Last, I deny possible service condition. If I check Ready If Needed, I avoid false finality and maintain operational usefulness."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Gerald checked Ready If Needed.</w:t>
      </w:r>
    </w:p>
    <w:p>
      <w:pPr>
        <w:spacing w:after="60" w:line="266" w:lineRule="auto"/>
        <w:ind w:firstLine="331"/>
        <w:jc w:val="both"/>
      </w:pPr>
      <w:r>
        <w:rPr>
          <w:rFonts w:ascii="Georgia" w:hAnsi="Georgia"/>
          <w:b w:val="0"/>
          <w:i w:val="0"/>
          <w:color w:val="22201D"/>
          <w:sz w:val="20"/>
        </w:rPr>
        <w:t>The form accepted the mark.</w:t>
      </w:r>
    </w:p>
    <w:p>
      <w:pPr>
        <w:spacing w:after="60" w:line="266" w:lineRule="auto"/>
        <w:ind w:firstLine="331"/>
        <w:jc w:val="both"/>
      </w:pPr>
      <w:r>
        <w:rPr>
          <w:rFonts w:ascii="Georgia" w:hAnsi="Georgia"/>
          <w:b w:val="0"/>
          <w:i w:val="0"/>
          <w:color w:val="22201D"/>
          <w:sz w:val="20"/>
        </w:rPr>
        <w:t>The room exhaled.</w:t>
      </w:r>
    </w:p>
    <w:p>
      <w:pPr>
        <w:spacing w:after="60" w:line="266" w:lineRule="auto"/>
        <w:ind w:firstLine="331"/>
        <w:jc w:val="both"/>
      </w:pPr>
      <w:r>
        <w:rPr>
          <w:rFonts w:ascii="Georgia" w:hAnsi="Georgia"/>
          <w:b w:val="0"/>
          <w:i w:val="0"/>
          <w:color w:val="22201D"/>
          <w:sz w:val="20"/>
        </w:rPr>
        <w:t>At Table One, the customer asked for more napkins.</w:t>
      </w:r>
    </w:p>
    <w:p>
      <w:pPr>
        <w:spacing w:after="60" w:line="266" w:lineRule="auto"/>
        <w:ind w:firstLine="331"/>
        <w:jc w:val="both"/>
      </w:pPr>
      <w:r>
        <w:rPr>
          <w:rFonts w:ascii="Georgia" w:hAnsi="Georgia"/>
          <w:b w:val="0"/>
          <w:i w:val="0"/>
          <w:color w:val="22201D"/>
          <w:sz w:val="20"/>
        </w:rPr>
        <w:t>Bob brought them.</w:t>
      </w:r>
    </w:p>
    <w:p>
      <w:pPr>
        <w:spacing w:after="60" w:line="266" w:lineRule="auto"/>
        <w:ind w:firstLine="331"/>
        <w:jc w:val="both"/>
      </w:pPr>
      <w:r>
        <w:rPr>
          <w:rFonts w:ascii="Georgia" w:hAnsi="Georgia"/>
          <w:b w:val="0"/>
          <w:i w:val="0"/>
          <w:color w:val="22201D"/>
          <w:sz w:val="20"/>
        </w:rPr>
        <w:t>The last table, if it was that, remained available without becoming too busy to serve people who were not in the finale.</w:t>
      </w:r>
    </w:p>
    <w:p>
      <w:pPr>
        <w:spacing w:after="60" w:line="266" w:lineRule="auto"/>
        <w:ind w:firstLine="331"/>
        <w:jc w:val="both"/>
      </w:pPr>
      <w:r>
        <w:rPr>
          <w:rFonts w:ascii="Georgia" w:hAnsi="Georgia"/>
          <w:b w:val="0"/>
          <w:i w:val="0"/>
          <w:color w:val="22201D"/>
          <w:sz w:val="20"/>
        </w:rPr>
        <w:t>That mattered.</w:t>
      </w:r>
    </w:p>
    <w:p>
      <w:pPr>
        <w:spacing w:after="60" w:line="266" w:lineRule="auto"/>
        <w:ind w:firstLine="331"/>
        <w:jc w:val="both"/>
      </w:pPr>
      <w:r>
        <w:rPr>
          <w:rFonts w:ascii="Georgia" w:hAnsi="Georgia"/>
          <w:b w:val="0"/>
          <w:i w:val="0"/>
          <w:color w:val="22201D"/>
          <w:sz w:val="20"/>
        </w:rPr>
        <w:t>Gerald repeated the inspection circuit once more, faster but not carelessly. Table One after soup: crumb removed. Table Two after Lena: plate cleared, surface clean. Table Three: shim stable. Table Four: condiment boundary maintained. Counter stools: acceptable. Host stand: menu warnings stacked, not displayed like trophies. Receiving table: bread crumbs removed after staff break. Open drawer: still two inches ajar, no trip path.</w:t>
      </w:r>
    </w:p>
    <w:p>
      <w:pPr>
        <w:spacing w:after="60" w:line="266" w:lineRule="auto"/>
        <w:ind w:firstLine="331"/>
        <w:jc w:val="both"/>
      </w:pPr>
      <w:r>
        <w:rPr>
          <w:rFonts w:ascii="Georgia" w:hAnsi="Georgia"/>
          <w:b w:val="0"/>
          <w:i w:val="0"/>
          <w:color w:val="22201D"/>
          <w:sz w:val="20"/>
        </w:rPr>
        <w:t>He wrote the final inspection summary:</w:t>
      </w:r>
    </w:p>
    <w:p>
      <w:pPr>
        <w:spacing w:after="60" w:line="250" w:lineRule="auto"/>
        <w:ind w:left="202" w:right="173"/>
      </w:pPr>
      <w:r>
        <w:rPr>
          <w:rFonts w:ascii="Georgia" w:hAnsi="Georgia"/>
          <w:b w:val="0"/>
          <w:i w:val="0"/>
          <w:color w:val="22201D"/>
          <w:sz w:val="17"/>
        </w:rPr>
        <w:t>LAST TABLE INSPECTION SUMMARY  No table certified as sacred. All active tables evaluated for service readiness. Window two-top marked Ready If Needed. Care actions completed before interpretation. Room remains hospitable because surfaces remain usable.</w:t>
      </w:r>
    </w:p>
    <w:p>
      <w:pPr>
        <w:spacing w:after="60" w:line="266" w:lineRule="auto"/>
        <w:ind w:firstLine="331"/>
        <w:jc w:val="both"/>
      </w:pPr>
      <w:r>
        <w:rPr>
          <w:rFonts w:ascii="Georgia" w:hAnsi="Georgia"/>
          <w:b w:val="0"/>
          <w:i w:val="0"/>
          <w:color w:val="22201D"/>
          <w:sz w:val="20"/>
        </w:rPr>
        <w:t>The pass printed a ticket.</w:t>
      </w:r>
    </w:p>
    <w:p>
      <w:pPr>
        <w:spacing w:after="60" w:line="250" w:lineRule="auto"/>
        <w:ind w:left="202" w:right="173"/>
      </w:pPr>
      <w:r>
        <w:rPr>
          <w:rFonts w:ascii="Georgia" w:hAnsi="Georgia"/>
          <w:b w:val="0"/>
          <w:i w:val="0"/>
          <w:color w:val="22201D"/>
          <w:sz w:val="17"/>
        </w:rPr>
        <w:t>NEXT COURSE: The Hostess Counts One More Chair  Artifact: seating chart  Price: make room</w:t>
      </w:r>
    </w:p>
    <w:p>
      <w:pPr>
        <w:spacing w:after="60" w:line="266" w:lineRule="auto"/>
        <w:ind w:firstLine="331"/>
        <w:jc w:val="both"/>
      </w:pPr>
      <w:r>
        <w:rPr>
          <w:rFonts w:ascii="Georgia" w:hAnsi="Georgia"/>
          <w:b w:val="0"/>
          <w:i w:val="0"/>
          <w:color w:val="22201D"/>
          <w:sz w:val="20"/>
        </w:rPr>
        <w:t>The Hostess took the ticket.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Gerald began cleaning the long clipboard.</w:t>
      </w:r>
    </w:p>
    <w:p>
      <w:pPr>
        <w:spacing w:after="60" w:line="266" w:lineRule="auto"/>
        <w:ind w:firstLine="331"/>
        <w:jc w:val="both"/>
      </w:pPr>
      <w:r>
        <w:rPr>
          <w:rFonts w:ascii="Georgia" w:hAnsi="Georgia"/>
          <w:b w:val="0"/>
          <w:i w:val="0"/>
          <w:color w:val="22201D"/>
          <w:sz w:val="20"/>
        </w:rPr>
        <w:t>Nico approached the window two-top carefully.</w:t>
      </w:r>
    </w:p>
    <w:p>
      <w:pPr>
        <w:spacing w:after="60" w:line="266" w:lineRule="auto"/>
        <w:ind w:firstLine="331"/>
        <w:jc w:val="both"/>
      </w:pPr>
      <w:r>
        <w:rPr>
          <w:rFonts w:ascii="Georgia" w:hAnsi="Georgia"/>
          <w:b w:val="0"/>
          <w:i w:val="0"/>
          <w:color w:val="22201D"/>
          <w:sz w:val="20"/>
        </w:rPr>
        <w:t>"May I say one thing?"</w:t>
      </w:r>
    </w:p>
    <w:p>
      <w:pPr>
        <w:spacing w:after="60" w:line="266" w:lineRule="auto"/>
        <w:ind w:firstLine="331"/>
        <w:jc w:val="both"/>
      </w:pPr>
      <w:r>
        <w:rPr>
          <w:rFonts w:ascii="Georgia" w:hAnsi="Georgia"/>
          <w:b w:val="0"/>
          <w:i w:val="0"/>
          <w:color w:val="22201D"/>
          <w:sz w:val="20"/>
        </w:rPr>
        <w:t>Gerald did not look up. "No."</w:t>
      </w:r>
    </w:p>
    <w:p>
      <w:pPr>
        <w:spacing w:after="60" w:line="266" w:lineRule="auto"/>
        <w:ind w:firstLine="331"/>
        <w:jc w:val="both"/>
      </w:pPr>
      <w:r>
        <w:rPr>
          <w:rFonts w:ascii="Georgia" w:hAnsi="Georgia"/>
          <w:b w:val="0"/>
          <w:i w:val="0"/>
          <w:color w:val="22201D"/>
          <w:sz w:val="20"/>
        </w:rPr>
        <w:t>The Hostess said, "One operational thing."</w:t>
      </w:r>
    </w:p>
    <w:p>
      <w:pPr>
        <w:spacing w:after="60" w:line="266" w:lineRule="auto"/>
        <w:ind w:firstLine="331"/>
        <w:jc w:val="both"/>
      </w:pPr>
      <w:r>
        <w:rPr>
          <w:rFonts w:ascii="Georgia" w:hAnsi="Georgia"/>
          <w:b w:val="0"/>
          <w:i w:val="0"/>
          <w:color w:val="22201D"/>
          <w:sz w:val="20"/>
        </w:rPr>
        <w:t>Nico nodded.</w:t>
      </w:r>
    </w:p>
    <w:p>
      <w:pPr>
        <w:spacing w:after="60" w:line="266" w:lineRule="auto"/>
        <w:ind w:firstLine="331"/>
        <w:jc w:val="both"/>
      </w:pPr>
      <w:r>
        <w:rPr>
          <w:rFonts w:ascii="Georgia" w:hAnsi="Georgia"/>
          <w:b w:val="0"/>
          <w:i w:val="0"/>
          <w:color w:val="22201D"/>
          <w:sz w:val="20"/>
        </w:rPr>
        <w:t>"A place stays open because somebody keeps making it ready."</w:t>
      </w:r>
    </w:p>
    <w:p>
      <w:pPr>
        <w:spacing w:after="60" w:line="266" w:lineRule="auto"/>
        <w:ind w:firstLine="331"/>
        <w:jc w:val="both"/>
      </w:pPr>
      <w:r>
        <w:rPr>
          <w:rFonts w:ascii="Georgia" w:hAnsi="Georgia"/>
          <w:b w:val="0"/>
          <w:i w:val="0"/>
          <w:color w:val="22201D"/>
          <w:sz w:val="20"/>
        </w:rPr>
        <w:t>The menu warnings stayed flat.</w:t>
      </w:r>
    </w:p>
    <w:p>
      <w:pPr>
        <w:spacing w:after="60" w:line="266" w:lineRule="auto"/>
        <w:ind w:firstLine="331"/>
        <w:jc w:val="both"/>
      </w:pPr>
      <w:r>
        <w:rPr>
          <w:rFonts w:ascii="Georgia" w:hAnsi="Georgia"/>
          <w:b w:val="0"/>
          <w:i w:val="0"/>
          <w:color w:val="22201D"/>
          <w:sz w:val="20"/>
        </w:rPr>
        <w:t>Gerald paused.</w:t>
      </w:r>
    </w:p>
    <w:p>
      <w:pPr>
        <w:spacing w:after="60" w:line="266" w:lineRule="auto"/>
        <w:ind w:firstLine="331"/>
        <w:jc w:val="both"/>
      </w:pPr>
      <w:r>
        <w:rPr>
          <w:rFonts w:ascii="Georgia" w:hAnsi="Georgia"/>
          <w:b w:val="0"/>
          <w:i w:val="0"/>
          <w:color w:val="22201D"/>
          <w:sz w:val="20"/>
        </w:rPr>
        <w:t>"Acceptable if not printed on merchandise."</w:t>
      </w:r>
    </w:p>
    <w:p>
      <w:pPr>
        <w:spacing w:after="60" w:line="266" w:lineRule="auto"/>
        <w:ind w:firstLine="331"/>
        <w:jc w:val="both"/>
      </w:pPr>
      <w:r>
        <w:rPr>
          <w:rFonts w:ascii="Georgia" w:hAnsi="Georgia"/>
          <w:b w:val="0"/>
          <w:i w:val="0"/>
          <w:color w:val="22201D"/>
          <w:sz w:val="20"/>
        </w:rPr>
        <w:t>"Agreed."</w:t>
      </w:r>
    </w:p>
    <w:p>
      <w:pPr>
        <w:spacing w:after="60" w:line="266" w:lineRule="auto"/>
        <w:ind w:firstLine="331"/>
        <w:jc w:val="both"/>
      </w:pPr>
      <w:r>
        <w:rPr>
          <w:rFonts w:ascii="Georgia" w:hAnsi="Georgia"/>
          <w:b w:val="0"/>
          <w:i w:val="0"/>
          <w:color w:val="22201D"/>
          <w:sz w:val="20"/>
        </w:rPr>
        <w:t>Flocc looked at the window two-top. It did not look like destiny. It looked like a clean table with two chairs, adequate clearance, a small recovered card, and room enough for whoever needed it next.</w:t>
      </w:r>
    </w:p>
    <w:p>
      <w:pPr>
        <w:spacing w:after="60" w:line="266" w:lineRule="auto"/>
        <w:ind w:firstLine="331"/>
        <w:jc w:val="both"/>
      </w:pPr>
      <w:r>
        <w:rPr>
          <w:rFonts w:ascii="Georgia" w:hAnsi="Georgia"/>
          <w:b w:val="0"/>
          <w:i w:val="0"/>
          <w:color w:val="22201D"/>
          <w:sz w:val="20"/>
        </w:rPr>
        <w:t>That made him trust it more.</w:t>
      </w:r>
    </w:p>
    <w:p>
      <w:pPr>
        <w:spacing w:after="60" w:line="266" w:lineRule="auto"/>
        <w:ind w:firstLine="331"/>
        <w:jc w:val="both"/>
      </w:pPr>
      <w:r>
        <w:rPr>
          <w:rFonts w:ascii="Georgia" w:hAnsi="Georgia"/>
          <w:b w:val="0"/>
          <w:i w:val="0"/>
          <w:color w:val="22201D"/>
          <w:sz w:val="20"/>
        </w:rPr>
        <w:t>The Hostess opened the reservation book to a blank seating chart.</w:t>
      </w:r>
    </w:p>
    <w:p>
      <w:pPr>
        <w:spacing w:after="60" w:line="266" w:lineRule="auto"/>
        <w:ind w:firstLine="331"/>
        <w:jc w:val="both"/>
      </w:pPr>
      <w:r>
        <w:rPr>
          <w:rFonts w:ascii="Georgia" w:hAnsi="Georgia"/>
          <w:b w:val="0"/>
          <w:i w:val="0"/>
          <w:color w:val="22201D"/>
          <w:sz w:val="20"/>
        </w:rPr>
        <w:t>At the top, a new line appeared:</w:t>
      </w:r>
    </w:p>
    <w:p>
      <w:pPr>
        <w:spacing w:after="60" w:line="250" w:lineRule="auto"/>
        <w:ind w:left="202" w:right="173"/>
      </w:pPr>
      <w:r>
        <w:rPr>
          <w:rFonts w:ascii="Georgia" w:hAnsi="Georgia"/>
          <w:b w:val="0"/>
          <w:i w:val="0"/>
          <w:color w:val="22201D"/>
          <w:sz w:val="17"/>
        </w:rPr>
        <w:t>Capacity is not the number of chairs. Capacity is the care taken before adding one.</w:t>
      </w:r>
    </w:p>
    <w:p>
      <w:pPr>
        <w:spacing w:after="60" w:line="266" w:lineRule="auto"/>
        <w:ind w:firstLine="331"/>
        <w:jc w:val="both"/>
      </w:pPr>
      <w:r>
        <w:rPr>
          <w:rFonts w:ascii="Georgia" w:hAnsi="Georgia"/>
          <w:b w:val="0"/>
          <w:i w:val="0"/>
          <w:color w:val="22201D"/>
          <w:sz w:val="20"/>
        </w:rPr>
        <w:t>Gerald read it over her shoulder.</w:t>
      </w:r>
    </w:p>
    <w:p>
      <w:pPr>
        <w:spacing w:after="60" w:line="266" w:lineRule="auto"/>
        <w:ind w:firstLine="331"/>
        <w:jc w:val="both"/>
      </w:pPr>
      <w:r>
        <w:rPr>
          <w:rFonts w:ascii="Georgia" w:hAnsi="Georgia"/>
          <w:b w:val="0"/>
          <w:i w:val="0"/>
          <w:color w:val="22201D"/>
          <w:sz w:val="20"/>
        </w:rPr>
        <w:t>"Needs measurement."</w:t>
      </w:r>
    </w:p>
    <w:p>
      <w:pPr>
        <w:spacing w:after="60" w:line="266" w:lineRule="auto"/>
        <w:ind w:firstLine="331"/>
        <w:jc w:val="both"/>
      </w:pPr>
      <w:r>
        <w:rPr>
          <w:rFonts w:ascii="Georgia" w:hAnsi="Georgia"/>
          <w:b w:val="0"/>
          <w:i w:val="0"/>
          <w:color w:val="22201D"/>
          <w:sz w:val="20"/>
        </w:rPr>
        <w:t>The Hostess handed him the tape measure.</w:t>
      </w:r>
    </w:p>
    <w:p>
      <w:pPr>
        <w:spacing w:after="60" w:line="266" w:lineRule="auto"/>
        <w:ind w:firstLine="331"/>
        <w:jc w:val="both"/>
      </w:pPr>
      <w:r>
        <w:rPr>
          <w:rFonts w:ascii="Georgia" w:hAnsi="Georgia"/>
          <w:b w:val="0"/>
          <w:i w:val="0"/>
          <w:color w:val="22201D"/>
          <w:sz w:val="20"/>
        </w:rPr>
        <w:t>"Then stay close."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The Hostess Counts One More Chair</w:t>
      </w:r>
    </w:p>
    <w:p>
      <w:pPr>
        <w:spacing w:after="60" w:line="266" w:lineRule="auto"/>
        <w:ind w:firstLine="0"/>
        <w:jc w:val="both"/>
      </w:pPr>
      <w:r>
        <w:rPr>
          <w:rFonts w:ascii="Georgia" w:hAnsi="Georgia"/>
          <w:b w:val="0"/>
          <w:i w:val="0"/>
          <w:color w:val="22201D"/>
          <w:sz w:val="20"/>
        </w:rPr>
        <w:t>The Hostess counted one more chair and did not write the number down.</w:t>
      </w:r>
    </w:p>
    <w:p>
      <w:pPr>
        <w:spacing w:after="60" w:line="266" w:lineRule="auto"/>
        <w:ind w:firstLine="331"/>
        <w:jc w:val="both"/>
      </w:pPr>
      <w:r>
        <w:rPr>
          <w:rFonts w:ascii="Georgia" w:hAnsi="Georgia"/>
          <w:b w:val="0"/>
          <w:i w:val="0"/>
          <w:color w:val="22201D"/>
          <w:sz w:val="20"/>
        </w:rPr>
        <w:t>This offended Steve immediately.</w:t>
      </w:r>
    </w:p>
    <w:p>
      <w:pPr>
        <w:spacing w:after="60" w:line="266" w:lineRule="auto"/>
        <w:ind w:firstLine="331"/>
        <w:jc w:val="both"/>
      </w:pPr>
      <w:r>
        <w:rPr>
          <w:rFonts w:ascii="Georgia" w:hAnsi="Georgia"/>
          <w:b w:val="0"/>
          <w:i w:val="0"/>
          <w:color w:val="22201D"/>
          <w:sz w:val="20"/>
        </w:rPr>
        <w:t>Not emotionally. Steve had trained himself not to become emotionally available to arithmetic in public. But professionally, a number that entered the room and then refused to become a record was a problem with legs.</w:t>
      </w:r>
    </w:p>
    <w:p>
      <w:pPr>
        <w:spacing w:after="60" w:line="266" w:lineRule="auto"/>
        <w:ind w:firstLine="331"/>
        <w:jc w:val="both"/>
      </w:pPr>
      <w:r>
        <w:rPr>
          <w:rFonts w:ascii="Georgia" w:hAnsi="Georgia"/>
          <w:b w:val="0"/>
          <w:i w:val="0"/>
          <w:color w:val="22201D"/>
          <w:sz w:val="20"/>
        </w:rPr>
        <w:t>"How many chairs?" he asked.</w:t>
      </w:r>
    </w:p>
    <w:p>
      <w:pPr>
        <w:spacing w:after="60" w:line="266" w:lineRule="auto"/>
        <w:ind w:firstLine="331"/>
        <w:jc w:val="both"/>
      </w:pPr>
      <w:r>
        <w:rPr>
          <w:rFonts w:ascii="Georgia" w:hAnsi="Georgia"/>
          <w:b w:val="0"/>
          <w:i w:val="0"/>
          <w:color w:val="22201D"/>
          <w:sz w:val="20"/>
        </w:rPr>
        <w:t>The Hostess stood at the host stand with the blank seating chart in front of her. The chart had printed itself after Gerald's inspection note, and like all dangerous documents it looked ordinary enough to be trusted by someone in a hurry.</w:t>
      </w:r>
    </w:p>
    <w:p>
      <w:pPr>
        <w:spacing w:after="60" w:line="266" w:lineRule="auto"/>
        <w:ind w:firstLine="331"/>
        <w:jc w:val="both"/>
      </w:pPr>
      <w:r>
        <w:rPr>
          <w:rFonts w:ascii="Georgia" w:hAnsi="Georgia"/>
          <w:b w:val="0"/>
          <w:i w:val="0"/>
          <w:color w:val="22201D"/>
          <w:sz w:val="20"/>
        </w:rPr>
        <w:t>At the top it read:</w:t>
      </w:r>
    </w:p>
    <w:p>
      <w:pPr>
        <w:spacing w:after="60" w:line="250" w:lineRule="auto"/>
        <w:ind w:left="202" w:right="173"/>
      </w:pPr>
      <w:r>
        <w:rPr>
          <w:rFonts w:ascii="Georgia" w:hAnsi="Georgia"/>
          <w:b w:val="0"/>
          <w:i w:val="0"/>
          <w:color w:val="22201D"/>
          <w:sz w:val="17"/>
        </w:rPr>
        <w:t>SEATING CHART  Capacity is not the number of chairs. Capacity is the care taken before adding one.</w:t>
      </w:r>
    </w:p>
    <w:p>
      <w:pPr>
        <w:spacing w:after="60" w:line="266" w:lineRule="auto"/>
        <w:ind w:firstLine="331"/>
        <w:jc w:val="both"/>
      </w:pPr>
      <w:r>
        <w:rPr>
          <w:rFonts w:ascii="Georgia" w:hAnsi="Georgia"/>
          <w:b w:val="0"/>
          <w:i w:val="0"/>
          <w:color w:val="22201D"/>
          <w:sz w:val="20"/>
        </w:rPr>
        <w:t>Gerald had underlined capacity twice and written requires measurement in the margin.</w:t>
      </w:r>
    </w:p>
    <w:p>
      <w:pPr>
        <w:spacing w:after="60" w:line="266" w:lineRule="auto"/>
        <w:ind w:firstLine="331"/>
        <w:jc w:val="both"/>
      </w:pPr>
      <w:r>
        <w:rPr>
          <w:rFonts w:ascii="Georgia" w:hAnsi="Georgia"/>
          <w:b w:val="0"/>
          <w:i w:val="0"/>
          <w:color w:val="22201D"/>
          <w:sz w:val="20"/>
        </w:rPr>
        <w:t>The Hostess held a pencil but had not marked the chart.</w:t>
      </w:r>
    </w:p>
    <w:p>
      <w:pPr>
        <w:spacing w:after="60" w:line="266" w:lineRule="auto"/>
        <w:ind w:firstLine="331"/>
        <w:jc w:val="both"/>
      </w:pPr>
      <w:r>
        <w:rPr>
          <w:rFonts w:ascii="Georgia" w:hAnsi="Georgia"/>
          <w:b w:val="0"/>
          <w:i w:val="0"/>
          <w:color w:val="22201D"/>
          <w:sz w:val="20"/>
        </w:rPr>
        <w:t>"How many chairs?" Steve repeated.</w:t>
      </w:r>
    </w:p>
    <w:p>
      <w:pPr>
        <w:spacing w:after="60" w:line="266" w:lineRule="auto"/>
        <w:ind w:firstLine="331"/>
        <w:jc w:val="both"/>
      </w:pPr>
      <w:r>
        <w:rPr>
          <w:rFonts w:ascii="Georgia" w:hAnsi="Georgia"/>
          <w:b w:val="0"/>
          <w:i w:val="0"/>
          <w:color w:val="22201D"/>
          <w:sz w:val="20"/>
        </w:rPr>
        <w:t>"Enough to begin counting carefully."</w:t>
      </w:r>
    </w:p>
    <w:p>
      <w:pPr>
        <w:spacing w:after="60" w:line="266" w:lineRule="auto"/>
        <w:ind w:firstLine="331"/>
        <w:jc w:val="both"/>
      </w:pPr>
      <w:r>
        <w:rPr>
          <w:rFonts w:ascii="Georgia" w:hAnsi="Georgia"/>
          <w:b w:val="0"/>
          <w:i w:val="0"/>
          <w:color w:val="22201D"/>
          <w:sz w:val="20"/>
        </w:rPr>
        <w:t>"That is not a number."</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Gerald, who had been measuring aisle clearance after his inspection circuit, looked up.</w:t>
      </w:r>
    </w:p>
    <w:p>
      <w:pPr>
        <w:spacing w:after="60" w:line="266" w:lineRule="auto"/>
        <w:ind w:firstLine="331"/>
        <w:jc w:val="both"/>
      </w:pPr>
      <w:r>
        <w:rPr>
          <w:rFonts w:ascii="Georgia" w:hAnsi="Georgia"/>
          <w:b w:val="0"/>
          <w:i w:val="0"/>
          <w:color w:val="22201D"/>
          <w:sz w:val="20"/>
        </w:rPr>
        <w:t>"It must eventually become a number. Fire code does not accept poetic capacity."</w:t>
      </w:r>
    </w:p>
    <w:p>
      <w:pPr>
        <w:spacing w:after="60" w:line="266" w:lineRule="auto"/>
        <w:ind w:firstLine="331"/>
        <w:jc w:val="both"/>
      </w:pPr>
      <w:r>
        <w:rPr>
          <w:rFonts w:ascii="Georgia" w:hAnsi="Georgia"/>
          <w:b w:val="0"/>
          <w:i w:val="0"/>
          <w:color w:val="22201D"/>
          <w:sz w:val="20"/>
        </w:rPr>
        <w:t>"Nor should it," the Hostess said.</w:t>
      </w:r>
    </w:p>
    <w:p>
      <w:pPr>
        <w:spacing w:after="60" w:line="266" w:lineRule="auto"/>
        <w:ind w:firstLine="331"/>
        <w:jc w:val="both"/>
      </w:pPr>
      <w:r>
        <w:rPr>
          <w:rFonts w:ascii="Georgia" w:hAnsi="Georgia"/>
          <w:b w:val="0"/>
          <w:i w:val="0"/>
          <w:color w:val="22201D"/>
          <w:sz w:val="20"/>
        </w:rPr>
        <w:t>That answer satisfied Gerald and annoyed Steve, which meant it was probably precise.</w:t>
      </w:r>
    </w:p>
    <w:p>
      <w:pPr>
        <w:spacing w:after="60" w:line="266" w:lineRule="auto"/>
        <w:ind w:firstLine="331"/>
        <w:jc w:val="both"/>
      </w:pPr>
      <w:r>
        <w:rPr>
          <w:rFonts w:ascii="Georgia" w:hAnsi="Georgia"/>
          <w:b w:val="0"/>
          <w:i w:val="0"/>
          <w:color w:val="22201D"/>
          <w:sz w:val="20"/>
        </w:rPr>
        <w:t>The dining room had settled into the strange calm that follows useful inspection. Tables were clean. Chairs were aligned. The window two-top had been marked Ready If Needed, not Last, which helped everyone breathe except Nico, who wanted very badly to say something about readiness and brand trust and had been given a water pitcher instead.</w:t>
      </w:r>
    </w:p>
    <w:p>
      <w:pPr>
        <w:spacing w:after="60" w:line="266" w:lineRule="auto"/>
        <w:ind w:firstLine="331"/>
        <w:jc w:val="both"/>
      </w:pPr>
      <w:r>
        <w:rPr>
          <w:rFonts w:ascii="Georgia" w:hAnsi="Georgia"/>
          <w:b w:val="0"/>
          <w:i w:val="0"/>
          <w:color w:val="22201D"/>
          <w:sz w:val="20"/>
        </w:rPr>
        <w:t>The Hostess placed the seating chart flat on the stand.</w:t>
      </w:r>
    </w:p>
    <w:p>
      <w:pPr>
        <w:spacing w:after="60" w:line="266" w:lineRule="auto"/>
        <w:ind w:firstLine="331"/>
        <w:jc w:val="both"/>
      </w:pPr>
      <w:r>
        <w:rPr>
          <w:rFonts w:ascii="Georgia" w:hAnsi="Georgia"/>
          <w:b w:val="0"/>
          <w:i w:val="0"/>
          <w:color w:val="22201D"/>
          <w:sz w:val="20"/>
        </w:rPr>
        <w:t>"We count what we can safely seat," she said. "Then we count what hunger asks without letting the second count bully the first."</w:t>
      </w:r>
    </w:p>
    <w:p>
      <w:pPr>
        <w:spacing w:after="60" w:line="266" w:lineRule="auto"/>
        <w:ind w:firstLine="331"/>
        <w:jc w:val="both"/>
      </w:pPr>
      <w:r>
        <w:rPr>
          <w:rFonts w:ascii="Georgia" w:hAnsi="Georgia"/>
          <w:b w:val="0"/>
          <w:i w:val="0"/>
          <w:color w:val="22201D"/>
          <w:sz w:val="20"/>
        </w:rPr>
        <w:t>Steve wrote that down, then crossed out bully and replaced it with override.</w:t>
      </w:r>
    </w:p>
    <w:p>
      <w:pPr>
        <w:spacing w:after="60" w:line="266" w:lineRule="auto"/>
        <w:ind w:firstLine="331"/>
        <w:jc w:val="both"/>
      </w:pPr>
      <w:r>
        <w:rPr>
          <w:rFonts w:ascii="Georgia" w:hAnsi="Georgia"/>
          <w:b w:val="0"/>
          <w:i w:val="0"/>
          <w:color w:val="22201D"/>
          <w:sz w:val="20"/>
        </w:rPr>
        <w:t>The Hostess looked at the correction.</w:t>
      </w:r>
    </w:p>
    <w:p>
      <w:pPr>
        <w:spacing w:after="60" w:line="266" w:lineRule="auto"/>
        <w:ind w:firstLine="331"/>
        <w:jc w:val="both"/>
      </w:pPr>
      <w:r>
        <w:rPr>
          <w:rFonts w:ascii="Georgia" w:hAnsi="Georgia"/>
          <w:b w:val="0"/>
          <w:i w:val="0"/>
          <w:color w:val="22201D"/>
          <w:sz w:val="20"/>
        </w:rPr>
        <w:t>"Bully was better."</w:t>
      </w:r>
    </w:p>
    <w:p>
      <w:pPr>
        <w:spacing w:after="60" w:line="266" w:lineRule="auto"/>
        <w:ind w:firstLine="331"/>
        <w:jc w:val="both"/>
      </w:pPr>
      <w:r>
        <w:rPr>
          <w:rFonts w:ascii="Georgia" w:hAnsi="Georgia"/>
          <w:b w:val="0"/>
          <w:i w:val="0"/>
          <w:color w:val="22201D"/>
          <w:sz w:val="20"/>
        </w:rPr>
        <w:t>"Override files cleaner."</w:t>
      </w:r>
    </w:p>
    <w:p>
      <w:pPr>
        <w:spacing w:after="60" w:line="266" w:lineRule="auto"/>
        <w:ind w:firstLine="331"/>
        <w:jc w:val="both"/>
      </w:pPr>
      <w:r>
        <w:rPr>
          <w:rFonts w:ascii="Georgia" w:hAnsi="Georgia"/>
          <w:b w:val="0"/>
          <w:i w:val="0"/>
          <w:color w:val="22201D"/>
          <w:sz w:val="20"/>
        </w:rPr>
        <w:t>"The room does not always file cleanly."</w:t>
      </w:r>
    </w:p>
    <w:p>
      <w:pPr>
        <w:spacing w:after="60" w:line="266" w:lineRule="auto"/>
        <w:ind w:firstLine="331"/>
        <w:jc w:val="both"/>
      </w:pPr>
      <w:r>
        <w:rPr>
          <w:rFonts w:ascii="Georgia" w:hAnsi="Georgia"/>
          <w:b w:val="0"/>
          <w:i w:val="0"/>
          <w:color w:val="22201D"/>
          <w:sz w:val="20"/>
        </w:rPr>
        <w:t>The front door opened.</w:t>
      </w:r>
    </w:p>
    <w:p>
      <w:pPr>
        <w:spacing w:after="60" w:line="266" w:lineRule="auto"/>
        <w:ind w:firstLine="331"/>
        <w:jc w:val="both"/>
      </w:pPr>
      <w:r>
        <w:rPr>
          <w:rFonts w:ascii="Georgia" w:hAnsi="Georgia"/>
          <w:b w:val="0"/>
          <w:i w:val="0"/>
          <w:color w:val="22201D"/>
          <w:sz w:val="20"/>
        </w:rPr>
        <w:t>A man stood there with rain on his shoulders even though the sidewalk outside remained only damp. He carried no phone, no bag, no explanation, and no visible confidence that he belonged anywhere. His coat was too thin for the weather he had brought with him. His shoes were clean in the wrong way, as if he had walked through a place that did not produce mud because it did not permit evidence.</w:t>
      </w:r>
    </w:p>
    <w:p>
      <w:pPr>
        <w:spacing w:after="60" w:line="266" w:lineRule="auto"/>
        <w:ind w:firstLine="331"/>
        <w:jc w:val="both"/>
      </w:pPr>
      <w:r>
        <w:rPr>
          <w:rFonts w:ascii="Georgia" w:hAnsi="Georgia"/>
          <w:b w:val="0"/>
          <w:i w:val="0"/>
          <w:color w:val="22201D"/>
          <w:sz w:val="20"/>
        </w:rPr>
        <w:t>The Hostess did not ask whether he had a reservation.</w:t>
      </w:r>
    </w:p>
    <w:p>
      <w:pPr>
        <w:spacing w:after="60" w:line="266" w:lineRule="auto"/>
        <w:ind w:firstLine="331"/>
        <w:jc w:val="both"/>
      </w:pPr>
      <w:r>
        <w:rPr>
          <w:rFonts w:ascii="Georgia" w:hAnsi="Georgia"/>
          <w:b w:val="0"/>
          <w:i w:val="0"/>
          <w:color w:val="22201D"/>
          <w:sz w:val="20"/>
        </w:rPr>
        <w:t>She asked, "One?"</w:t>
      </w:r>
    </w:p>
    <w:p>
      <w:pPr>
        <w:spacing w:after="60" w:line="266" w:lineRule="auto"/>
        <w:ind w:firstLine="331"/>
        <w:jc w:val="both"/>
      </w:pPr>
      <w:r>
        <w:rPr>
          <w:rFonts w:ascii="Georgia" w:hAnsi="Georgia"/>
          <w:b w:val="0"/>
          <w:i w:val="0"/>
          <w:color w:val="22201D"/>
          <w:sz w:val="20"/>
        </w:rPr>
        <w:t>The man looked behind him.</w:t>
      </w:r>
    </w:p>
    <w:p>
      <w:pPr>
        <w:spacing w:after="60" w:line="266" w:lineRule="auto"/>
        <w:ind w:firstLine="331"/>
        <w:jc w:val="both"/>
      </w:pPr>
      <w:r>
        <w:rPr>
          <w:rFonts w:ascii="Georgia" w:hAnsi="Georgia"/>
          <w:b w:val="0"/>
          <w:i w:val="0"/>
          <w:color w:val="22201D"/>
          <w:sz w:val="20"/>
        </w:rPr>
        <w:t>No one stood there.</w:t>
      </w:r>
    </w:p>
    <w:p>
      <w:pPr>
        <w:spacing w:after="60" w:line="266" w:lineRule="auto"/>
        <w:ind w:firstLine="331"/>
        <w:jc w:val="both"/>
      </w:pPr>
      <w:r>
        <w:rPr>
          <w:rFonts w:ascii="Georgia" w:hAnsi="Georgia"/>
          <w:b w:val="0"/>
          <w:i w:val="0"/>
          <w:color w:val="22201D"/>
          <w:sz w:val="20"/>
        </w:rPr>
        <w:t>He looked relieved and disappointed by the same fact.</w:t>
      </w:r>
    </w:p>
    <w:p>
      <w:pPr>
        <w:spacing w:after="60" w:line="266" w:lineRule="auto"/>
        <w:ind w:firstLine="331"/>
        <w:jc w:val="both"/>
      </w:pPr>
      <w:r>
        <w:rPr>
          <w:rFonts w:ascii="Georgia" w:hAnsi="Georgia"/>
          <w:b w:val="0"/>
          <w:i w:val="0"/>
          <w:color w:val="22201D"/>
          <w:sz w:val="20"/>
        </w:rPr>
        <w:t>"I think so."</w:t>
      </w:r>
    </w:p>
    <w:p>
      <w:pPr>
        <w:spacing w:after="60" w:line="266" w:lineRule="auto"/>
        <w:ind w:firstLine="331"/>
        <w:jc w:val="both"/>
      </w:pPr>
      <w:r>
        <w:rPr>
          <w:rFonts w:ascii="Georgia" w:hAnsi="Georgia"/>
          <w:b w:val="0"/>
          <w:i w:val="0"/>
          <w:color w:val="22201D"/>
          <w:sz w:val="20"/>
        </w:rPr>
        <w:t>The seating chart printed a small mark beside the window two-top.</w:t>
      </w:r>
    </w:p>
    <w:p>
      <w:pPr>
        <w:spacing w:after="60" w:line="266" w:lineRule="auto"/>
        <w:ind w:firstLine="331"/>
        <w:jc w:val="both"/>
      </w:pPr>
      <w:r>
        <w:rPr>
          <w:rFonts w:ascii="Georgia" w:hAnsi="Georgia"/>
          <w:b w:val="0"/>
          <w:i w:val="0"/>
          <w:color w:val="22201D"/>
          <w:sz w:val="20"/>
        </w:rPr>
        <w:t>Gerald leaned in.</w:t>
      </w:r>
    </w:p>
    <w:p>
      <w:pPr>
        <w:spacing w:after="60" w:line="266" w:lineRule="auto"/>
        <w:ind w:firstLine="331"/>
        <w:jc w:val="both"/>
      </w:pPr>
      <w:r>
        <w:rPr>
          <w:rFonts w:ascii="Georgia" w:hAnsi="Georgia"/>
          <w:b w:val="0"/>
          <w:i w:val="0"/>
          <w:color w:val="22201D"/>
          <w:sz w:val="20"/>
        </w:rPr>
        <w:t>"No autonomous seating marks."</w:t>
      </w:r>
    </w:p>
    <w:p>
      <w:pPr>
        <w:spacing w:after="60" w:line="266" w:lineRule="auto"/>
        <w:ind w:firstLine="331"/>
        <w:jc w:val="both"/>
      </w:pPr>
      <w:r>
        <w:rPr>
          <w:rFonts w:ascii="Georgia" w:hAnsi="Georgia"/>
          <w:b w:val="0"/>
          <w:i w:val="0"/>
          <w:color w:val="22201D"/>
          <w:sz w:val="20"/>
        </w:rPr>
        <w:t>The mark faded halfway but did not vanish.</w:t>
      </w:r>
    </w:p>
    <w:p>
      <w:pPr>
        <w:spacing w:after="60" w:line="266" w:lineRule="auto"/>
        <w:ind w:firstLine="331"/>
        <w:jc w:val="both"/>
      </w:pPr>
      <w:r>
        <w:rPr>
          <w:rFonts w:ascii="Georgia" w:hAnsi="Georgia"/>
          <w:b w:val="0"/>
          <w:i w:val="0"/>
          <w:color w:val="22201D"/>
          <w:sz w:val="20"/>
        </w:rPr>
        <w:t>The Hostess put her pencil tip beside it without touching.</w:t>
      </w:r>
    </w:p>
    <w:p>
      <w:pPr>
        <w:spacing w:after="60" w:line="266" w:lineRule="auto"/>
        <w:ind w:firstLine="331"/>
        <w:jc w:val="both"/>
      </w:pPr>
      <w:r>
        <w:rPr>
          <w:rFonts w:ascii="Georgia" w:hAnsi="Georgia"/>
          <w:b w:val="0"/>
          <w:i w:val="0"/>
          <w:color w:val="22201D"/>
          <w:sz w:val="20"/>
        </w:rPr>
        <w:t>"Name?"</w:t>
      </w:r>
    </w:p>
    <w:p>
      <w:pPr>
        <w:spacing w:after="60" w:line="266" w:lineRule="auto"/>
        <w:ind w:firstLine="331"/>
        <w:jc w:val="both"/>
      </w:pPr>
      <w:r>
        <w:rPr>
          <w:rFonts w:ascii="Georgia" w:hAnsi="Georgia"/>
          <w:b w:val="0"/>
          <w:i w:val="0"/>
          <w:color w:val="22201D"/>
          <w:sz w:val="20"/>
        </w:rPr>
        <w:t>The man opened his mouth, then closed it.</w:t>
      </w:r>
    </w:p>
    <w:p>
      <w:pPr>
        <w:spacing w:after="60" w:line="266" w:lineRule="auto"/>
        <w:ind w:firstLine="331"/>
        <w:jc w:val="both"/>
      </w:pPr>
      <w:r>
        <w:rPr>
          <w:rFonts w:ascii="Georgia" w:hAnsi="Georgia"/>
          <w:b w:val="0"/>
          <w:i w:val="0"/>
          <w:color w:val="22201D"/>
          <w:sz w:val="20"/>
        </w:rPr>
        <w:t>At Table Two, Lena set down her water glass.</w:t>
      </w:r>
    </w:p>
    <w:p>
      <w:pPr>
        <w:spacing w:after="60" w:line="266" w:lineRule="auto"/>
        <w:ind w:firstLine="331"/>
        <w:jc w:val="both"/>
      </w:pPr>
      <w:r>
        <w:rPr>
          <w:rFonts w:ascii="Georgia" w:hAnsi="Georgia"/>
          <w:b w:val="0"/>
          <w:i w:val="0"/>
          <w:color w:val="22201D"/>
          <w:sz w:val="20"/>
        </w:rPr>
        <w:t>Maris at the counter stopped chewing toast.</w:t>
      </w:r>
    </w:p>
    <w:p>
      <w:pPr>
        <w:spacing w:after="60" w:line="266" w:lineRule="auto"/>
        <w:ind w:firstLine="331"/>
        <w:jc w:val="both"/>
      </w:pPr>
      <w:r>
        <w:rPr>
          <w:rFonts w:ascii="Georgia" w:hAnsi="Georgia"/>
          <w:b w:val="0"/>
          <w:i w:val="0"/>
          <w:color w:val="22201D"/>
          <w:sz w:val="20"/>
        </w:rPr>
        <w:t>Bob, at the receiving table, folded an empty bakery bag more slowly.</w:t>
      </w:r>
    </w:p>
    <w:p>
      <w:pPr>
        <w:spacing w:after="60" w:line="266" w:lineRule="auto"/>
        <w:ind w:firstLine="331"/>
        <w:jc w:val="both"/>
      </w:pPr>
      <w:r>
        <w:rPr>
          <w:rFonts w:ascii="Georgia" w:hAnsi="Georgia"/>
          <w:b w:val="0"/>
          <w:i w:val="0"/>
          <w:color w:val="22201D"/>
          <w:sz w:val="20"/>
        </w:rPr>
        <w:t>Flocc felt the room wait for the man to know himself well enough to be seated, which was not a fair requirement. The Wayward Diners had never required full self-knowledge before soup. If it had, everyone would have starved in Chapter One.</w:t>
      </w:r>
    </w:p>
    <w:p>
      <w:pPr>
        <w:spacing w:after="60" w:line="266" w:lineRule="auto"/>
        <w:ind w:firstLine="331"/>
        <w:jc w:val="both"/>
      </w:pPr>
      <w:r>
        <w:rPr>
          <w:rFonts w:ascii="Georgia" w:hAnsi="Georgia"/>
          <w:b w:val="0"/>
          <w:i w:val="0"/>
          <w:color w:val="22201D"/>
          <w:sz w:val="20"/>
        </w:rPr>
        <w:t>The man said, "I don't know what name counts here."</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"Then we start with chair."</w:t>
      </w:r>
    </w:p>
    <w:p>
      <w:pPr>
        <w:spacing w:after="60" w:line="266" w:lineRule="auto"/>
        <w:ind w:firstLine="331"/>
        <w:jc w:val="both"/>
      </w:pPr>
      <w:r>
        <w:rPr>
          <w:rFonts w:ascii="Georgia" w:hAnsi="Georgia"/>
          <w:b w:val="0"/>
          <w:i w:val="0"/>
          <w:color w:val="22201D"/>
          <w:sz w:val="20"/>
        </w:rPr>
        <w:t>Gerald said, "Chair requires location."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Hostess looked at the dining room. Table One had a customer still finishing soup. Table Two had Lena and an empty place that was not empty in a neutral way. Table Three had the corrected shim. Table Four had water and a history of becoming public. The counter had Maris. The window two-top was ready if needed. The receiving table was not seating. The host stand was not seating. The open drawer was absolutely not seating.</w:t>
      </w:r>
    </w:p>
    <w:p>
      <w:pPr>
        <w:spacing w:after="60" w:line="266" w:lineRule="auto"/>
        <w:ind w:firstLine="331"/>
        <w:jc w:val="both"/>
      </w:pPr>
      <w:r>
        <w:rPr>
          <w:rFonts w:ascii="Georgia" w:hAnsi="Georgia"/>
          <w:b w:val="0"/>
          <w:i w:val="0"/>
          <w:color w:val="22201D"/>
          <w:sz w:val="20"/>
        </w:rPr>
        <w:t>The Hostess picked up one spare chair from the wall.</w:t>
      </w:r>
    </w:p>
    <w:p>
      <w:pPr>
        <w:spacing w:after="60" w:line="266" w:lineRule="auto"/>
        <w:ind w:firstLine="331"/>
        <w:jc w:val="both"/>
      </w:pPr>
      <w:r>
        <w:rPr>
          <w:rFonts w:ascii="Georgia" w:hAnsi="Georgia"/>
          <w:b w:val="0"/>
          <w:i w:val="0"/>
          <w:color w:val="22201D"/>
          <w:sz w:val="20"/>
        </w:rPr>
        <w:t>Gerald moved instantly.</w:t>
      </w:r>
    </w:p>
    <w:p>
      <w:pPr>
        <w:spacing w:after="60" w:line="266" w:lineRule="auto"/>
        <w:ind w:firstLine="331"/>
        <w:jc w:val="both"/>
      </w:pPr>
      <w:r>
        <w:rPr>
          <w:rFonts w:ascii="Georgia" w:hAnsi="Georgia"/>
          <w:b w:val="0"/>
          <w:i w:val="0"/>
          <w:color w:val="22201D"/>
          <w:sz w:val="20"/>
        </w:rPr>
        <w:t>"Stop."</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"Path measurement."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Gerald measured from the wall to the window two-top, from the window two-top to Table Four, from Table Four to the aisle, from the aisle to the door, from the door to the place where panic would stand if seated incorrectly.</w:t>
      </w:r>
    </w:p>
    <w:p>
      <w:pPr>
        <w:spacing w:after="60" w:line="266" w:lineRule="auto"/>
        <w:ind w:firstLine="331"/>
        <w:jc w:val="both"/>
      </w:pPr>
      <w:r>
        <w:rPr>
          <w:rFonts w:ascii="Georgia" w:hAnsi="Georgia"/>
          <w:b w:val="0"/>
          <w:i w:val="0"/>
          <w:color w:val="22201D"/>
          <w:sz w:val="20"/>
        </w:rPr>
        <w:t>"One chair can be added," he said, "if angled forty-five degrees during service, then squared only after the guest is seated. No chair back may block tray path. No customer may be required to step over meaning."</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No customer may be required to step over meaning.</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"That was practical when I said it."</w:t>
      </w:r>
    </w:p>
    <w:p>
      <w:pPr>
        <w:spacing w:after="60" w:line="266" w:lineRule="auto"/>
        <w:ind w:firstLine="331"/>
        <w:jc w:val="both"/>
      </w:pPr>
      <w:r>
        <w:rPr>
          <w:rFonts w:ascii="Georgia" w:hAnsi="Georgia"/>
          <w:b w:val="0"/>
          <w:i w:val="0"/>
          <w:color w:val="22201D"/>
          <w:sz w:val="20"/>
        </w:rPr>
        <w:t>"Still practical."</w:t>
      </w:r>
    </w:p>
    <w:p>
      <w:pPr>
        <w:spacing w:after="60" w:line="266" w:lineRule="auto"/>
        <w:ind w:firstLine="331"/>
        <w:jc w:val="both"/>
      </w:pPr>
      <w:r>
        <w:rPr>
          <w:rFonts w:ascii="Georgia" w:hAnsi="Georgia"/>
          <w:b w:val="0"/>
          <w:i w:val="0"/>
          <w:color w:val="22201D"/>
          <w:sz w:val="20"/>
        </w:rPr>
        <w:t>The Hostess carried the chair.</w:t>
      </w:r>
    </w:p>
    <w:p>
      <w:pPr>
        <w:spacing w:after="60" w:line="266" w:lineRule="auto"/>
        <w:ind w:firstLine="331"/>
        <w:jc w:val="both"/>
      </w:pPr>
      <w:r>
        <w:rPr>
          <w:rFonts w:ascii="Georgia" w:hAnsi="Georgia"/>
          <w:b w:val="0"/>
          <w:i w:val="0"/>
          <w:color w:val="22201D"/>
          <w:sz w:val="20"/>
        </w:rPr>
        <w:t>She did not make the chair special. That was important. She did not carry it as though it had been waiting in prophecy. She carried it like furniture: carefully, with one hand on the back and one under the seat, watching corners, keeping it from hitting anyone's shoulder.</w:t>
      </w:r>
    </w:p>
    <w:p>
      <w:pPr>
        <w:spacing w:after="60" w:line="266" w:lineRule="auto"/>
        <w:ind w:firstLine="331"/>
        <w:jc w:val="both"/>
      </w:pPr>
      <w:r>
        <w:rPr>
          <w:rFonts w:ascii="Georgia" w:hAnsi="Georgia"/>
          <w:b w:val="0"/>
          <w:i w:val="0"/>
          <w:color w:val="22201D"/>
          <w:sz w:val="20"/>
        </w:rPr>
        <w:t>The man stepped backward to make space.</w:t>
      </w:r>
    </w:p>
    <w:p>
      <w:pPr>
        <w:spacing w:after="60" w:line="266" w:lineRule="auto"/>
        <w:ind w:firstLine="331"/>
        <w:jc w:val="both"/>
      </w:pPr>
      <w:r>
        <w:rPr>
          <w:rFonts w:ascii="Georgia" w:hAnsi="Georgia"/>
          <w:b w:val="0"/>
          <w:i w:val="0"/>
          <w:color w:val="22201D"/>
          <w:sz w:val="20"/>
        </w:rPr>
        <w:t>The Hostess said, "Stay where you can be seen."</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Flocc understood that instruction more deeply than he wanted to. Making room was not the same as letting someone disappear while everyone congratulated themselves for being generous.</w:t>
      </w:r>
    </w:p>
    <w:p>
      <w:pPr>
        <w:spacing w:after="60" w:line="266" w:lineRule="auto"/>
        <w:ind w:firstLine="331"/>
        <w:jc w:val="both"/>
      </w:pPr>
      <w:r>
        <w:rPr>
          <w:rFonts w:ascii="Georgia" w:hAnsi="Georgia"/>
          <w:b w:val="0"/>
          <w:i w:val="0"/>
          <w:color w:val="22201D"/>
          <w:sz w:val="20"/>
        </w:rPr>
        <w:t>The Hostess placed the chair at the window two-top, angled as Gerald instructed.</w:t>
      </w:r>
    </w:p>
    <w:p>
      <w:pPr>
        <w:spacing w:after="60" w:line="266" w:lineRule="auto"/>
        <w:ind w:firstLine="331"/>
        <w:jc w:val="both"/>
      </w:pPr>
      <w:r>
        <w:rPr>
          <w:rFonts w:ascii="Georgia" w:hAnsi="Georgia"/>
          <w:b w:val="0"/>
          <w:i w:val="0"/>
          <w:color w:val="22201D"/>
          <w:sz w:val="20"/>
        </w:rPr>
        <w:t>The two-top became a three-top without changing its name.</w:t>
      </w:r>
    </w:p>
    <w:p>
      <w:pPr>
        <w:spacing w:after="60" w:line="266" w:lineRule="auto"/>
        <w:ind w:firstLine="331"/>
        <w:jc w:val="both"/>
      </w:pPr>
      <w:r>
        <w:rPr>
          <w:rFonts w:ascii="Georgia" w:hAnsi="Georgia"/>
          <w:b w:val="0"/>
          <w:i w:val="0"/>
          <w:color w:val="22201D"/>
          <w:sz w:val="20"/>
        </w:rPr>
        <w:t>The seating chart printed:</w:t>
      </w:r>
    </w:p>
    <w:p>
      <w:pPr>
        <w:spacing w:after="60" w:line="250" w:lineRule="auto"/>
        <w:ind w:left="202" w:right="173"/>
      </w:pPr>
      <w:r>
        <w:rPr>
          <w:rFonts w:ascii="Georgia" w:hAnsi="Georgia"/>
          <w:b w:val="0"/>
          <w:i w:val="0"/>
          <w:color w:val="22201D"/>
          <w:sz w:val="17"/>
        </w:rPr>
        <w:t>+1</w:t>
      </w:r>
    </w:p>
    <w:p>
      <w:pPr>
        <w:spacing w:after="60" w:line="266" w:lineRule="auto"/>
        <w:ind w:firstLine="331"/>
        <w:jc w:val="both"/>
      </w:pPr>
      <w:r>
        <w:rPr>
          <w:rFonts w:ascii="Georgia" w:hAnsi="Georgia"/>
          <w:b w:val="0"/>
          <w:i w:val="0"/>
          <w:color w:val="22201D"/>
          <w:sz w:val="20"/>
        </w:rPr>
        <w:t>The Hostess crossed it out.</w:t>
      </w:r>
    </w:p>
    <w:p>
      <w:pPr>
        <w:spacing w:after="60" w:line="266" w:lineRule="auto"/>
        <w:ind w:firstLine="331"/>
        <w:jc w:val="both"/>
      </w:pPr>
      <w:r>
        <w:rPr>
          <w:rFonts w:ascii="Georgia" w:hAnsi="Georgia"/>
          <w:b w:val="0"/>
          <w:i w:val="0"/>
          <w:color w:val="22201D"/>
          <w:sz w:val="20"/>
        </w:rPr>
        <w:t>She wrote:</w:t>
      </w:r>
    </w:p>
    <w:p>
      <w:pPr>
        <w:spacing w:after="60" w:line="250" w:lineRule="auto"/>
        <w:ind w:left="202" w:right="173"/>
      </w:pPr>
      <w:r>
        <w:rPr>
          <w:rFonts w:ascii="Georgia" w:hAnsi="Georgia"/>
          <w:b w:val="0"/>
          <w:i w:val="0"/>
          <w:color w:val="22201D"/>
          <w:sz w:val="17"/>
        </w:rPr>
        <w:t>one more chair, conditionally safe</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Steve asked, "Name?"</w:t>
      </w:r>
    </w:p>
    <w:p>
      <w:pPr>
        <w:spacing w:after="60" w:line="266" w:lineRule="auto"/>
        <w:ind w:firstLine="331"/>
        <w:jc w:val="both"/>
      </w:pPr>
      <w:r>
        <w:rPr>
          <w:rFonts w:ascii="Georgia" w:hAnsi="Georgia"/>
          <w:b w:val="0"/>
          <w:i w:val="0"/>
          <w:color w:val="22201D"/>
          <w:sz w:val="20"/>
        </w:rPr>
        <w:t>The man looked at the chair.</w:t>
      </w:r>
    </w:p>
    <w:p>
      <w:pPr>
        <w:spacing w:after="60" w:line="266" w:lineRule="auto"/>
        <w:ind w:firstLine="331"/>
        <w:jc w:val="both"/>
      </w:pPr>
      <w:r>
        <w:rPr>
          <w:rFonts w:ascii="Georgia" w:hAnsi="Georgia"/>
          <w:b w:val="0"/>
          <w:i w:val="0"/>
          <w:color w:val="22201D"/>
          <w:sz w:val="20"/>
        </w:rPr>
        <w:t>Then at the table.</w:t>
      </w:r>
    </w:p>
    <w:p>
      <w:pPr>
        <w:spacing w:after="60" w:line="266" w:lineRule="auto"/>
        <w:ind w:firstLine="331"/>
        <w:jc w:val="both"/>
      </w:pPr>
      <w:r>
        <w:rPr>
          <w:rFonts w:ascii="Georgia" w:hAnsi="Georgia"/>
          <w:b w:val="0"/>
          <w:i w:val="0"/>
          <w:color w:val="22201D"/>
          <w:sz w:val="20"/>
        </w:rPr>
        <w:t>Then at the room, which had not solved him yet and therefore had not rejected him for being unsolved.</w:t>
      </w:r>
    </w:p>
    <w:p>
      <w:pPr>
        <w:spacing w:after="60" w:line="266" w:lineRule="auto"/>
        <w:ind w:firstLine="331"/>
        <w:jc w:val="both"/>
      </w:pPr>
      <w:r>
        <w:rPr>
          <w:rFonts w:ascii="Georgia" w:hAnsi="Georgia"/>
          <w:b w:val="0"/>
          <w:i w:val="0"/>
          <w:color w:val="22201D"/>
          <w:sz w:val="20"/>
        </w:rPr>
        <w:t>"Evan," he said. "Today."</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Evan, today.</w:t>
      </w:r>
    </w:p>
    <w:p>
      <w:pPr>
        <w:spacing w:after="60" w:line="266" w:lineRule="auto"/>
        <w:ind w:firstLine="331"/>
        <w:jc w:val="both"/>
      </w:pPr>
      <w:r>
        <w:rPr>
          <w:rFonts w:ascii="Georgia" w:hAnsi="Georgia"/>
          <w:b w:val="0"/>
          <w:i w:val="0"/>
          <w:color w:val="22201D"/>
          <w:sz w:val="20"/>
        </w:rPr>
        <w:t>The pencil did not object.</w:t>
      </w:r>
    </w:p>
    <w:p>
      <w:pPr>
        <w:spacing w:after="60" w:line="266" w:lineRule="auto"/>
        <w:ind w:firstLine="331"/>
        <w:jc w:val="both"/>
      </w:pPr>
      <w:r>
        <w:rPr>
          <w:rFonts w:ascii="Georgia" w:hAnsi="Georgia"/>
          <w:b w:val="0"/>
          <w:i w:val="0"/>
          <w:color w:val="22201D"/>
          <w:sz w:val="20"/>
        </w:rPr>
        <w:t>The Hostess seated Evan in the added chair. She did not place him at the head of the table. The table had no head. She did not place him where the room would watch him. She placed him where water could reach him, bread could reach him, and he could leave without moving two other people who had not agreed to become part of his exit.</w:t>
      </w:r>
    </w:p>
    <w:p>
      <w:pPr>
        <w:spacing w:after="60" w:line="266" w:lineRule="auto"/>
        <w:ind w:firstLine="331"/>
        <w:jc w:val="both"/>
      </w:pPr>
      <w:r>
        <w:rPr>
          <w:rFonts w:ascii="Georgia" w:hAnsi="Georgia"/>
          <w:b w:val="0"/>
          <w:i w:val="0"/>
          <w:color w:val="22201D"/>
          <w:sz w:val="20"/>
        </w:rPr>
        <w:t>That was hospitality.</w:t>
      </w:r>
    </w:p>
    <w:p>
      <w:pPr>
        <w:spacing w:after="60" w:line="266" w:lineRule="auto"/>
        <w:ind w:firstLine="331"/>
        <w:jc w:val="both"/>
      </w:pPr>
      <w:r>
        <w:rPr>
          <w:rFonts w:ascii="Georgia" w:hAnsi="Georgia"/>
          <w:b w:val="0"/>
          <w:i w:val="0"/>
          <w:color w:val="22201D"/>
          <w:sz w:val="20"/>
        </w:rPr>
        <w:t>It was also traffic management.</w:t>
      </w:r>
    </w:p>
    <w:p>
      <w:pPr>
        <w:spacing w:after="60" w:line="266" w:lineRule="auto"/>
        <w:ind w:firstLine="331"/>
        <w:jc w:val="both"/>
      </w:pPr>
      <w:r>
        <w:rPr>
          <w:rFonts w:ascii="Georgia" w:hAnsi="Georgia"/>
          <w:b w:val="0"/>
          <w:i w:val="0"/>
          <w:color w:val="22201D"/>
          <w:sz w:val="20"/>
        </w:rPr>
        <w:t>Bob brought water.</w:t>
      </w:r>
    </w:p>
    <w:p>
      <w:pPr>
        <w:spacing w:after="60" w:line="266" w:lineRule="auto"/>
        <w:ind w:firstLine="331"/>
        <w:jc w:val="both"/>
      </w:pPr>
      <w:r>
        <w:rPr>
          <w:rFonts w:ascii="Georgia" w:hAnsi="Georgia"/>
          <w:b w:val="0"/>
          <w:i w:val="0"/>
          <w:color w:val="22201D"/>
          <w:sz w:val="20"/>
        </w:rPr>
        <w:t>Flocc brought bread.</w:t>
      </w:r>
    </w:p>
    <w:p>
      <w:pPr>
        <w:spacing w:after="60" w:line="266" w:lineRule="auto"/>
        <w:ind w:firstLine="331"/>
        <w:jc w:val="both"/>
      </w:pPr>
      <w:r>
        <w:rPr>
          <w:rFonts w:ascii="Georgia" w:hAnsi="Georgia"/>
          <w:b w:val="0"/>
          <w:i w:val="0"/>
          <w:color w:val="22201D"/>
          <w:sz w:val="20"/>
        </w:rPr>
        <w:t>Gerald checked the tray path with his body before the tray moved.</w:t>
      </w:r>
    </w:p>
    <w:p>
      <w:pPr>
        <w:spacing w:after="60" w:line="266" w:lineRule="auto"/>
        <w:ind w:firstLine="331"/>
        <w:jc w:val="both"/>
      </w:pPr>
      <w:r>
        <w:rPr>
          <w:rFonts w:ascii="Georgia" w:hAnsi="Georgia"/>
          <w:b w:val="0"/>
          <w:i w:val="0"/>
          <w:color w:val="22201D"/>
          <w:sz w:val="20"/>
        </w:rPr>
        <w:t>Steve marked the chart:</w:t>
      </w:r>
    </w:p>
    <w:p>
      <w:pPr>
        <w:spacing w:after="60" w:line="250" w:lineRule="auto"/>
        <w:ind w:left="202" w:right="173"/>
      </w:pPr>
      <w:r>
        <w:rPr>
          <w:rFonts w:ascii="Georgia" w:hAnsi="Georgia"/>
          <w:b w:val="0"/>
          <w:i w:val="0"/>
          <w:color w:val="22201D"/>
          <w:sz w:val="17"/>
        </w:rPr>
        <w:t>Water path clear. Bread path clear. Exit path clear. Story path not assigned.</w:t>
      </w:r>
    </w:p>
    <w:p>
      <w:pPr>
        <w:spacing w:after="60" w:line="266" w:lineRule="auto"/>
        <w:ind w:firstLine="331"/>
        <w:jc w:val="both"/>
      </w:pPr>
      <w:r>
        <w:rPr>
          <w:rFonts w:ascii="Georgia" w:hAnsi="Georgia"/>
          <w:b w:val="0"/>
          <w:i w:val="0"/>
          <w:color w:val="22201D"/>
          <w:sz w:val="20"/>
        </w:rPr>
        <w:t>Nico, from the service station, whispered, "Story path not assigned is excellent."</w:t>
      </w:r>
    </w:p>
    <w:p>
      <w:pPr>
        <w:spacing w:after="60" w:line="266" w:lineRule="auto"/>
        <w:ind w:firstLine="331"/>
        <w:jc w:val="both"/>
      </w:pPr>
      <w:r>
        <w:rPr>
          <w:rFonts w:ascii="Georgia" w:hAnsi="Georgia"/>
          <w:b w:val="0"/>
          <w:i w:val="0"/>
          <w:color w:val="22201D"/>
          <w:sz w:val="20"/>
        </w:rPr>
        <w:t>The nearest menu warning lifted one corner.</w:t>
      </w:r>
    </w:p>
    <w:p>
      <w:pPr>
        <w:spacing w:after="60" w:line="266" w:lineRule="auto"/>
        <w:ind w:firstLine="331"/>
        <w:jc w:val="both"/>
      </w:pPr>
      <w:r>
        <w:rPr>
          <w:rFonts w:ascii="Georgia" w:hAnsi="Georgia"/>
          <w:b w:val="0"/>
          <w:i w:val="0"/>
          <w:color w:val="22201D"/>
          <w:sz w:val="20"/>
        </w:rPr>
        <w:t>Nico lifted the water pitcher.</w:t>
      </w:r>
    </w:p>
    <w:p>
      <w:pPr>
        <w:spacing w:after="60" w:line="266" w:lineRule="auto"/>
        <w:ind w:firstLine="331"/>
        <w:jc w:val="both"/>
      </w:pPr>
      <w:r>
        <w:rPr>
          <w:rFonts w:ascii="Georgia" w:hAnsi="Georgia"/>
          <w:b w:val="0"/>
          <w:i w:val="0"/>
          <w:color w:val="22201D"/>
          <w:sz w:val="20"/>
        </w:rPr>
        <w:t>"Water path clear," he corrected.</w:t>
      </w:r>
    </w:p>
    <w:p>
      <w:pPr>
        <w:spacing w:after="60" w:line="266" w:lineRule="auto"/>
        <w:ind w:firstLine="331"/>
        <w:jc w:val="both"/>
      </w:pPr>
      <w:r>
        <w:rPr>
          <w:rFonts w:ascii="Georgia" w:hAnsi="Georgia"/>
          <w:b w:val="0"/>
          <w:i w:val="0"/>
          <w:color w:val="22201D"/>
          <w:sz w:val="20"/>
        </w:rPr>
        <w:t>The corner settled.</w:t>
      </w:r>
    </w:p>
    <w:p>
      <w:pPr>
        <w:spacing w:after="60" w:line="266" w:lineRule="auto"/>
        <w:ind w:firstLine="331"/>
        <w:jc w:val="both"/>
      </w:pPr>
      <w:r>
        <w:rPr>
          <w:rFonts w:ascii="Georgia" w:hAnsi="Georgia"/>
          <w:b w:val="0"/>
          <w:i w:val="0"/>
          <w:color w:val="22201D"/>
          <w:sz w:val="20"/>
        </w:rPr>
        <w:t>Evan touched the bread but did not eat.</w:t>
      </w:r>
    </w:p>
    <w:p>
      <w:pPr>
        <w:spacing w:after="60" w:line="266" w:lineRule="auto"/>
        <w:ind w:firstLine="331"/>
        <w:jc w:val="both"/>
      </w:pPr>
      <w:r>
        <w:rPr>
          <w:rFonts w:ascii="Georgia" w:hAnsi="Georgia"/>
          <w:b w:val="0"/>
          <w:i w:val="0"/>
          <w:color w:val="22201D"/>
          <w:sz w:val="20"/>
        </w:rPr>
        <w:t>The Hostess noticed.</w:t>
      </w:r>
    </w:p>
    <w:p>
      <w:pPr>
        <w:spacing w:after="60" w:line="266" w:lineRule="auto"/>
        <w:ind w:firstLine="331"/>
        <w:jc w:val="both"/>
      </w:pPr>
      <w:r>
        <w:rPr>
          <w:rFonts w:ascii="Georgia" w:hAnsi="Georgia"/>
          <w:b w:val="0"/>
          <w:i w:val="0"/>
          <w:color w:val="22201D"/>
          <w:sz w:val="20"/>
        </w:rPr>
        <w:t>"You do not have to explain why you are hungry."</w:t>
      </w:r>
    </w:p>
    <w:p>
      <w:pPr>
        <w:spacing w:after="60" w:line="266" w:lineRule="auto"/>
        <w:ind w:firstLine="331"/>
        <w:jc w:val="both"/>
      </w:pPr>
      <w:r>
        <w:rPr>
          <w:rFonts w:ascii="Georgia" w:hAnsi="Georgia"/>
          <w:b w:val="0"/>
          <w:i w:val="0"/>
          <w:color w:val="22201D"/>
          <w:sz w:val="20"/>
        </w:rPr>
        <w:t>Evan laughed once, badly.</w:t>
      </w:r>
    </w:p>
    <w:p>
      <w:pPr>
        <w:spacing w:after="60" w:line="266" w:lineRule="auto"/>
        <w:ind w:firstLine="331"/>
        <w:jc w:val="both"/>
      </w:pPr>
      <w:r>
        <w:rPr>
          <w:rFonts w:ascii="Georgia" w:hAnsi="Georgia"/>
          <w:b w:val="0"/>
          <w:i w:val="0"/>
          <w:color w:val="22201D"/>
          <w:sz w:val="20"/>
        </w:rPr>
        <w:t>"I'm not sure I am."</w:t>
      </w:r>
    </w:p>
    <w:p>
      <w:pPr>
        <w:spacing w:after="60" w:line="266" w:lineRule="auto"/>
        <w:ind w:firstLine="331"/>
        <w:jc w:val="both"/>
      </w:pPr>
      <w:r>
        <w:rPr>
          <w:rFonts w:ascii="Georgia" w:hAnsi="Georgia"/>
          <w:b w:val="0"/>
          <w:i w:val="0"/>
          <w:color w:val="22201D"/>
          <w:sz w:val="20"/>
        </w:rPr>
        <w:t>"Then you do not have to explain that either."</w:t>
      </w:r>
    </w:p>
    <w:p>
      <w:pPr>
        <w:spacing w:after="60" w:line="266" w:lineRule="auto"/>
        <w:ind w:firstLine="331"/>
        <w:jc w:val="both"/>
      </w:pPr>
      <w:r>
        <w:rPr>
          <w:rFonts w:ascii="Georgia" w:hAnsi="Georgia"/>
          <w:b w:val="0"/>
          <w:i w:val="0"/>
          <w:color w:val="22201D"/>
          <w:sz w:val="20"/>
        </w:rPr>
        <w:t>The seating chart held steady.</w:t>
      </w:r>
    </w:p>
    <w:p>
      <w:pPr>
        <w:spacing w:after="60" w:line="266" w:lineRule="auto"/>
        <w:ind w:firstLine="331"/>
        <w:jc w:val="both"/>
      </w:pPr>
      <w:r>
        <w:rPr>
          <w:rFonts w:ascii="Georgia" w:hAnsi="Georgia"/>
          <w:b w:val="0"/>
          <w:i w:val="0"/>
          <w:color w:val="22201D"/>
          <w:sz w:val="20"/>
        </w:rPr>
        <w:t>At Table Two, Lena looked at Evan with recognition she did not use. She could have said she had come in with a phone and left with a roll and returned without a story. She did not. That restraint made more room than advice would have.</w:t>
      </w:r>
    </w:p>
    <w:p>
      <w:pPr>
        <w:spacing w:after="60" w:line="266" w:lineRule="auto"/>
        <w:ind w:firstLine="331"/>
        <w:jc w:val="both"/>
      </w:pPr>
      <w:r>
        <w:rPr>
          <w:rFonts w:ascii="Georgia" w:hAnsi="Georgia"/>
          <w:b w:val="0"/>
          <w:i w:val="0"/>
          <w:color w:val="22201D"/>
          <w:sz w:val="20"/>
        </w:rPr>
        <w:t>Maris asked, "Can he have soup?"</w:t>
      </w:r>
    </w:p>
    <w:p>
      <w:pPr>
        <w:spacing w:after="60" w:line="266" w:lineRule="auto"/>
        <w:ind w:firstLine="331"/>
        <w:jc w:val="both"/>
      </w:pPr>
      <w:r>
        <w:rPr>
          <w:rFonts w:ascii="Georgia" w:hAnsi="Georgia"/>
          <w:b w:val="0"/>
          <w:i w:val="0"/>
          <w:color w:val="22201D"/>
          <w:sz w:val="20"/>
        </w:rPr>
        <w:t>The Hostess looked at Evan.</w:t>
      </w:r>
    </w:p>
    <w:p>
      <w:pPr>
        <w:spacing w:after="60" w:line="266" w:lineRule="auto"/>
        <w:ind w:firstLine="331"/>
        <w:jc w:val="both"/>
      </w:pPr>
      <w:r>
        <w:rPr>
          <w:rFonts w:ascii="Georgia" w:hAnsi="Georgia"/>
          <w:b w:val="0"/>
          <w:i w:val="0"/>
          <w:color w:val="22201D"/>
          <w:sz w:val="20"/>
        </w:rPr>
        <w:t>"Can you receive soup without becoming a case study?"</w:t>
      </w:r>
    </w:p>
    <w:p>
      <w:pPr>
        <w:spacing w:after="60" w:line="266" w:lineRule="auto"/>
        <w:ind w:firstLine="331"/>
        <w:jc w:val="both"/>
      </w:pPr>
      <w:r>
        <w:rPr>
          <w:rFonts w:ascii="Georgia" w:hAnsi="Georgia"/>
          <w:b w:val="0"/>
          <w:i w:val="0"/>
          <w:color w:val="22201D"/>
          <w:sz w:val="20"/>
        </w:rPr>
        <w:t>Evan considered.</w:t>
      </w:r>
    </w:p>
    <w:p>
      <w:pPr>
        <w:spacing w:after="60" w:line="266" w:lineRule="auto"/>
        <w:ind w:firstLine="331"/>
        <w:jc w:val="both"/>
      </w:pPr>
      <w:r>
        <w:rPr>
          <w:rFonts w:ascii="Georgia" w:hAnsi="Georgia"/>
          <w:b w:val="0"/>
          <w:i w:val="0"/>
          <w:color w:val="22201D"/>
          <w:sz w:val="20"/>
        </w:rPr>
        <w:t>"I can try."</w:t>
      </w:r>
    </w:p>
    <w:p>
      <w:pPr>
        <w:spacing w:after="60" w:line="266" w:lineRule="auto"/>
        <w:ind w:firstLine="331"/>
        <w:jc w:val="both"/>
      </w:pPr>
      <w:r>
        <w:rPr>
          <w:rFonts w:ascii="Georgia" w:hAnsi="Georgia"/>
          <w:b w:val="0"/>
          <w:i w:val="0"/>
          <w:color w:val="22201D"/>
          <w:sz w:val="20"/>
        </w:rPr>
        <w:t>Gerald said, "Try is not a serving status."</w:t>
      </w:r>
    </w:p>
    <w:p>
      <w:pPr>
        <w:spacing w:after="60" w:line="266" w:lineRule="auto"/>
        <w:ind w:firstLine="331"/>
        <w:jc w:val="both"/>
      </w:pPr>
      <w:r>
        <w:rPr>
          <w:rFonts w:ascii="Georgia" w:hAnsi="Georgia"/>
          <w:b w:val="0"/>
          <w:i w:val="0"/>
          <w:color w:val="22201D"/>
          <w:sz w:val="20"/>
        </w:rPr>
        <w:t>The Hostess said, "It can be a beginning status."</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Beginning status accepted pending safe service.</w:t>
      </w:r>
    </w:p>
    <w:p>
      <w:pPr>
        <w:spacing w:after="60" w:line="266" w:lineRule="auto"/>
        <w:ind w:firstLine="331"/>
        <w:jc w:val="both"/>
      </w:pPr>
      <w:r>
        <w:rPr>
          <w:rFonts w:ascii="Georgia" w:hAnsi="Georgia"/>
          <w:b w:val="0"/>
          <w:i w:val="0"/>
          <w:color w:val="22201D"/>
          <w:sz w:val="20"/>
        </w:rPr>
        <w:t>The pass printed a ticket.</w:t>
      </w:r>
    </w:p>
    <w:p>
      <w:pPr>
        <w:spacing w:after="60" w:line="250" w:lineRule="auto"/>
        <w:ind w:left="202" w:right="173"/>
      </w:pPr>
      <w:r>
        <w:rPr>
          <w:rFonts w:ascii="Georgia" w:hAnsi="Georgia"/>
          <w:b w:val="0"/>
          <w:i w:val="0"/>
          <w:color w:val="22201D"/>
          <w:sz w:val="17"/>
        </w:rPr>
        <w:t>TABLE: WINDOW TWO-TOP PLUS ONE PARTY: EVAN, TODAY ORDER: SOUP, BREAD, WATER PRICE: MAKE ROOM CONDITION: DO NOT TURN ADDED CHAIR INTO PROOF</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"Good condition."</w:t>
      </w:r>
    </w:p>
    <w:p>
      <w:pPr>
        <w:spacing w:after="60" w:line="266" w:lineRule="auto"/>
        <w:ind w:firstLine="331"/>
        <w:jc w:val="both"/>
      </w:pPr>
      <w:r>
        <w:rPr>
          <w:rFonts w:ascii="Georgia" w:hAnsi="Georgia"/>
          <w:b w:val="0"/>
          <w:i w:val="0"/>
          <w:color w:val="22201D"/>
          <w:sz w:val="20"/>
        </w:rPr>
        <w:t>The Hostess took the ticket and placed it beside the seating chart.</w:t>
      </w:r>
    </w:p>
    <w:p>
      <w:pPr>
        <w:spacing w:after="60" w:line="266" w:lineRule="auto"/>
        <w:ind w:firstLine="331"/>
        <w:jc w:val="both"/>
      </w:pPr>
      <w:r>
        <w:rPr>
          <w:rFonts w:ascii="Georgia" w:hAnsi="Georgia"/>
          <w:b w:val="0"/>
          <w:i w:val="0"/>
          <w:color w:val="22201D"/>
          <w:sz w:val="20"/>
        </w:rPr>
        <w:t>"We do not prove the room by adding a chair," she said. "We make the room, then see if the person can eat."</w:t>
      </w:r>
    </w:p>
    <w:p>
      <w:pPr>
        <w:spacing w:after="60" w:line="266" w:lineRule="auto"/>
        <w:ind w:firstLine="331"/>
        <w:jc w:val="both"/>
      </w:pPr>
      <w:r>
        <w:rPr>
          <w:rFonts w:ascii="Georgia" w:hAnsi="Georgia"/>
          <w:b w:val="0"/>
          <w:i w:val="0"/>
          <w:color w:val="22201D"/>
          <w:sz w:val="20"/>
        </w:rPr>
        <w:t>Flocc brought soup.</w:t>
      </w:r>
    </w:p>
    <w:p>
      <w:pPr>
        <w:spacing w:after="60" w:line="266" w:lineRule="auto"/>
        <w:ind w:firstLine="331"/>
        <w:jc w:val="both"/>
      </w:pPr>
      <w:r>
        <w:rPr>
          <w:rFonts w:ascii="Georgia" w:hAnsi="Georgia"/>
          <w:b w:val="0"/>
          <w:i w:val="0"/>
          <w:color w:val="22201D"/>
          <w:sz w:val="20"/>
        </w:rPr>
        <w:t>He wanted to ask Evan if he was all right. He wanted to say the chair had room. He wanted to say the restaurant had done stranger things than seat someone whose name only counted today. But wanting to comfort could become wanting to complete.</w:t>
      </w:r>
    </w:p>
    <w:p>
      <w:pPr>
        <w:spacing w:after="60" w:line="266" w:lineRule="auto"/>
        <w:ind w:firstLine="331"/>
        <w:jc w:val="both"/>
      </w:pPr>
      <w:r>
        <w:rPr>
          <w:rFonts w:ascii="Georgia" w:hAnsi="Georgia"/>
          <w:b w:val="0"/>
          <w:i w:val="0"/>
          <w:color w:val="22201D"/>
          <w:sz w:val="20"/>
        </w:rPr>
        <w:t>He set down the bowl.</w:t>
      </w:r>
    </w:p>
    <w:p>
      <w:pPr>
        <w:spacing w:after="60" w:line="266" w:lineRule="auto"/>
        <w:ind w:firstLine="331"/>
        <w:jc w:val="both"/>
      </w:pPr>
      <w:r>
        <w:rPr>
          <w:rFonts w:ascii="Georgia" w:hAnsi="Georgia"/>
          <w:b w:val="0"/>
          <w:i w:val="0"/>
          <w:color w:val="22201D"/>
          <w:sz w:val="20"/>
        </w:rPr>
        <w:t>"Soup. Bread. Water."</w:t>
      </w:r>
    </w:p>
    <w:p>
      <w:pPr>
        <w:spacing w:after="60" w:line="266" w:lineRule="auto"/>
        <w:ind w:firstLine="331"/>
        <w:jc w:val="both"/>
      </w:pPr>
      <w:r>
        <w:rPr>
          <w:rFonts w:ascii="Georgia" w:hAnsi="Georgia"/>
          <w:b w:val="0"/>
          <w:i w:val="0"/>
          <w:color w:val="22201D"/>
          <w:sz w:val="20"/>
        </w:rPr>
        <w:t>Evan nodded.</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added chair held.</w:t>
      </w:r>
    </w:p>
    <w:p>
      <w:pPr>
        <w:spacing w:after="60" w:line="266" w:lineRule="auto"/>
        <w:ind w:firstLine="331"/>
        <w:jc w:val="both"/>
      </w:pPr>
      <w:r>
        <w:rPr>
          <w:rFonts w:ascii="Georgia" w:hAnsi="Georgia"/>
          <w:b w:val="0"/>
          <w:i w:val="0"/>
          <w:color w:val="22201D"/>
          <w:sz w:val="20"/>
        </w:rPr>
        <w:t>No wobble.</w:t>
      </w:r>
    </w:p>
    <w:p>
      <w:pPr>
        <w:spacing w:after="60" w:line="266" w:lineRule="auto"/>
        <w:ind w:firstLine="331"/>
        <w:jc w:val="both"/>
      </w:pPr>
      <w:r>
        <w:rPr>
          <w:rFonts w:ascii="Georgia" w:hAnsi="Georgia"/>
          <w:b w:val="0"/>
          <w:i w:val="0"/>
          <w:color w:val="22201D"/>
          <w:sz w:val="20"/>
        </w:rPr>
        <w:t>No glow.</w:t>
      </w:r>
    </w:p>
    <w:p>
      <w:pPr>
        <w:spacing w:after="60" w:line="266" w:lineRule="auto"/>
        <w:ind w:firstLine="331"/>
        <w:jc w:val="both"/>
      </w:pPr>
      <w:r>
        <w:rPr>
          <w:rFonts w:ascii="Georgia" w:hAnsi="Georgia"/>
          <w:b w:val="0"/>
          <w:i w:val="0"/>
          <w:color w:val="22201D"/>
          <w:sz w:val="20"/>
        </w:rPr>
        <w:t>No speech.</w:t>
      </w:r>
    </w:p>
    <w:p>
      <w:pPr>
        <w:spacing w:after="60" w:line="266" w:lineRule="auto"/>
        <w:ind w:firstLine="331"/>
        <w:jc w:val="both"/>
      </w:pPr>
      <w:r>
        <w:rPr>
          <w:rFonts w:ascii="Georgia" w:hAnsi="Georgia"/>
          <w:b w:val="0"/>
          <w:i w:val="0"/>
          <w:color w:val="22201D"/>
          <w:sz w:val="20"/>
        </w:rPr>
        <w:t>Gerald checked under the table once, not because he distrusted the chair but because care continued after seating. He wrote:</w:t>
      </w:r>
    </w:p>
    <w:p>
      <w:pPr>
        <w:spacing w:after="60" w:line="250" w:lineRule="auto"/>
        <w:ind w:left="202" w:right="173"/>
      </w:pPr>
      <w:r>
        <w:rPr>
          <w:rFonts w:ascii="Georgia" w:hAnsi="Georgia"/>
          <w:b w:val="0"/>
          <w:i w:val="0"/>
          <w:color w:val="22201D"/>
          <w:sz w:val="17"/>
        </w:rPr>
        <w:t>Added chair stable under initial service. Guest able to reach water without leaning into aisle. Bread accessible. No obstruction to Table Four route.</w:t>
      </w:r>
    </w:p>
    <w:p>
      <w:pPr>
        <w:spacing w:after="60" w:line="266" w:lineRule="auto"/>
        <w:ind w:firstLine="331"/>
        <w:jc w:val="both"/>
      </w:pPr>
      <w:r>
        <w:rPr>
          <w:rFonts w:ascii="Georgia" w:hAnsi="Georgia"/>
          <w:b w:val="0"/>
          <w:i w:val="0"/>
          <w:color w:val="22201D"/>
          <w:sz w:val="20"/>
        </w:rPr>
        <w:t>The closure notice in the Open drawer stayed cool.</w:t>
      </w:r>
    </w:p>
    <w:p>
      <w:pPr>
        <w:spacing w:after="60" w:line="266" w:lineRule="auto"/>
        <w:ind w:firstLine="331"/>
        <w:jc w:val="both"/>
      </w:pPr>
      <w:r>
        <w:rPr>
          <w:rFonts w:ascii="Georgia" w:hAnsi="Georgia"/>
          <w:b w:val="0"/>
          <w:i w:val="0"/>
          <w:color w:val="22201D"/>
          <w:sz w:val="20"/>
        </w:rPr>
        <w:t>The Open drawer, however, opened another half inch.</w:t>
      </w:r>
    </w:p>
    <w:p>
      <w:pPr>
        <w:spacing w:after="60" w:line="266" w:lineRule="auto"/>
        <w:ind w:firstLine="331"/>
        <w:jc w:val="both"/>
      </w:pPr>
      <w:r>
        <w:rPr>
          <w:rFonts w:ascii="Georgia" w:hAnsi="Georgia"/>
          <w:b w:val="0"/>
          <w:i w:val="0"/>
          <w:color w:val="22201D"/>
          <w:sz w:val="20"/>
        </w:rPr>
        <w:t>Steve looked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drawer stopped.</w:t>
      </w:r>
    </w:p>
    <w:p>
      <w:pPr>
        <w:spacing w:after="60" w:line="266" w:lineRule="auto"/>
        <w:ind w:firstLine="331"/>
        <w:jc w:val="both"/>
      </w:pPr>
      <w:r>
        <w:rPr>
          <w:rFonts w:ascii="Georgia" w:hAnsi="Georgia"/>
          <w:b w:val="0"/>
          <w:i w:val="0"/>
          <w:color w:val="22201D"/>
          <w:sz w:val="20"/>
        </w:rPr>
        <w:t>The folder inside printed a line visible from the register:</w:t>
      </w:r>
    </w:p>
    <w:p>
      <w:pPr>
        <w:spacing w:after="60" w:line="250" w:lineRule="auto"/>
        <w:ind w:left="202" w:right="173"/>
      </w:pPr>
      <w:r>
        <w:rPr>
          <w:rFonts w:ascii="Georgia" w:hAnsi="Georgia"/>
          <w:b w:val="0"/>
          <w:i w:val="0"/>
          <w:color w:val="22201D"/>
          <w:sz w:val="17"/>
        </w:rPr>
        <w:t>SEATING CHANGE FILE COPY REQUIRED</w:t>
      </w:r>
    </w:p>
    <w:p>
      <w:pPr>
        <w:spacing w:after="60" w:line="266" w:lineRule="auto"/>
        <w:ind w:firstLine="331"/>
        <w:jc w:val="both"/>
      </w:pPr>
      <w:r>
        <w:rPr>
          <w:rFonts w:ascii="Georgia" w:hAnsi="Georgia"/>
          <w:b w:val="0"/>
          <w:i w:val="0"/>
          <w:color w:val="22201D"/>
          <w:sz w:val="20"/>
        </w:rPr>
        <w:t>Steve sighed.</w:t>
      </w:r>
    </w:p>
    <w:p>
      <w:pPr>
        <w:spacing w:after="60" w:line="266" w:lineRule="auto"/>
        <w:ind w:firstLine="331"/>
        <w:jc w:val="both"/>
      </w:pPr>
      <w:r>
        <w:rPr>
          <w:rFonts w:ascii="Georgia" w:hAnsi="Georgia"/>
          <w:b w:val="0"/>
          <w:i w:val="0"/>
          <w:color w:val="22201D"/>
          <w:sz w:val="20"/>
        </w:rPr>
        <w:t>"Correct. Annoying, but correct."</w:t>
      </w:r>
    </w:p>
    <w:p>
      <w:pPr>
        <w:spacing w:after="60" w:line="266" w:lineRule="auto"/>
        <w:ind w:firstLine="331"/>
        <w:jc w:val="both"/>
      </w:pPr>
      <w:r>
        <w:rPr>
          <w:rFonts w:ascii="Georgia" w:hAnsi="Georgia"/>
          <w:b w:val="0"/>
          <w:i w:val="0"/>
          <w:color w:val="22201D"/>
          <w:sz w:val="20"/>
        </w:rPr>
        <w:t>He copied the seating chart entry and filed it under Open / End Materials / Current behind the inspection note.</w:t>
      </w:r>
    </w:p>
    <w:p>
      <w:pPr>
        <w:spacing w:after="60" w:line="266" w:lineRule="auto"/>
        <w:ind w:firstLine="331"/>
        <w:jc w:val="both"/>
      </w:pPr>
      <w:r>
        <w:rPr>
          <w:rFonts w:ascii="Georgia" w:hAnsi="Georgia"/>
          <w:b w:val="0"/>
          <w:i w:val="0"/>
          <w:color w:val="22201D"/>
          <w:sz w:val="20"/>
        </w:rPr>
        <w:t>The folder accepted the copy.</w:t>
      </w:r>
    </w:p>
    <w:p>
      <w:pPr>
        <w:spacing w:after="60" w:line="266" w:lineRule="auto"/>
        <w:ind w:firstLine="331"/>
        <w:jc w:val="both"/>
      </w:pPr>
      <w:r>
        <w:rPr>
          <w:rFonts w:ascii="Georgia" w:hAnsi="Georgia"/>
          <w:b w:val="0"/>
          <w:i w:val="0"/>
          <w:color w:val="22201D"/>
          <w:sz w:val="20"/>
        </w:rPr>
        <w:t>The drawer remained safely outside the walking path.</w:t>
      </w:r>
    </w:p>
    <w:p>
      <w:pPr>
        <w:spacing w:after="60" w:line="266" w:lineRule="auto"/>
        <w:ind w:firstLine="331"/>
        <w:jc w:val="both"/>
      </w:pPr>
      <w:r>
        <w:rPr>
          <w:rFonts w:ascii="Georgia" w:hAnsi="Georgia"/>
          <w:b w:val="0"/>
          <w:i w:val="0"/>
          <w:color w:val="22201D"/>
          <w:sz w:val="20"/>
        </w:rPr>
        <w:t>At the window two-top plus one, Evan ate one spoonful of soup.</w:t>
      </w:r>
    </w:p>
    <w:p>
      <w:pPr>
        <w:spacing w:after="60" w:line="266" w:lineRule="auto"/>
        <w:ind w:firstLine="331"/>
        <w:jc w:val="both"/>
      </w:pPr>
      <w:r>
        <w:rPr>
          <w:rFonts w:ascii="Georgia" w:hAnsi="Georgia"/>
          <w:b w:val="0"/>
          <w:i w:val="0"/>
          <w:color w:val="22201D"/>
          <w:sz w:val="20"/>
        </w:rPr>
        <w:t>His shoulders dropped by a measurement Gerald did not take because not all measurements improved care.</w:t>
      </w:r>
    </w:p>
    <w:p>
      <w:pPr>
        <w:spacing w:after="60" w:line="266" w:lineRule="auto"/>
        <w:ind w:firstLine="331"/>
        <w:jc w:val="both"/>
      </w:pPr>
      <w:r>
        <w:rPr>
          <w:rFonts w:ascii="Georgia" w:hAnsi="Georgia"/>
          <w:b w:val="0"/>
          <w:i w:val="0"/>
          <w:color w:val="22201D"/>
          <w:sz w:val="20"/>
        </w:rPr>
        <w:t>The Hostess did not smile at the room. She did not make a speech about belonging. She checked the seating chart again.</w:t>
      </w:r>
    </w:p>
    <w:p>
      <w:pPr>
        <w:spacing w:after="60" w:line="266" w:lineRule="auto"/>
        <w:ind w:firstLine="331"/>
        <w:jc w:val="both"/>
      </w:pPr>
      <w:r>
        <w:rPr>
          <w:rFonts w:ascii="Georgia" w:hAnsi="Georgia"/>
          <w:b w:val="0"/>
          <w:i w:val="0"/>
          <w:color w:val="22201D"/>
          <w:sz w:val="20"/>
        </w:rPr>
        <w:t>Table One: clear soon. Table Two: occupied. Table Three: stable with shim. Table Four: water path maintained. Counter: one stool open. Window two-top plus one: conditionally safe. Standing area: not seating. Receiving table: not seating. Open drawer: not seating, despite ongoing ambition.</w:t>
      </w:r>
    </w:p>
    <w:p>
      <w:pPr>
        <w:spacing w:after="60" w:line="266" w:lineRule="auto"/>
        <w:ind w:firstLine="331"/>
        <w:jc w:val="both"/>
      </w:pPr>
      <w:r>
        <w:rPr>
          <w:rFonts w:ascii="Georgia" w:hAnsi="Georgia"/>
          <w:b w:val="0"/>
          <w:i w:val="0"/>
          <w:color w:val="22201D"/>
          <w:sz w:val="20"/>
        </w:rPr>
        <w:t>Then the chart printed one more line:</w:t>
      </w:r>
    </w:p>
    <w:p>
      <w:pPr>
        <w:spacing w:after="60" w:line="250" w:lineRule="auto"/>
        <w:ind w:left="202" w:right="173"/>
      </w:pPr>
      <w:r>
        <w:rPr>
          <w:rFonts w:ascii="Georgia" w:hAnsi="Georgia"/>
          <w:b w:val="0"/>
          <w:i w:val="0"/>
          <w:color w:val="22201D"/>
          <w:sz w:val="17"/>
        </w:rPr>
        <w:t>Capacity updated by care, not optimism.</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Nico looked like he might cry from unused language.</w:t>
      </w:r>
    </w:p>
    <w:p>
      <w:pPr>
        <w:spacing w:after="60" w:line="266" w:lineRule="auto"/>
        <w:ind w:firstLine="331"/>
        <w:jc w:val="both"/>
      </w:pPr>
      <w:r>
        <w:rPr>
          <w:rFonts w:ascii="Georgia" w:hAnsi="Georgia"/>
          <w:b w:val="0"/>
          <w:i w:val="0"/>
          <w:color w:val="22201D"/>
          <w:sz w:val="20"/>
        </w:rPr>
        <w:t>Bob handed him a tray.</w:t>
      </w:r>
    </w:p>
    <w:p>
      <w:pPr>
        <w:spacing w:after="60" w:line="266" w:lineRule="auto"/>
        <w:ind w:firstLine="331"/>
        <w:jc w:val="both"/>
      </w:pPr>
      <w:r>
        <w:rPr>
          <w:rFonts w:ascii="Georgia" w:hAnsi="Georgia"/>
          <w:b w:val="0"/>
          <w:i w:val="0"/>
          <w:color w:val="22201D"/>
          <w:sz w:val="20"/>
        </w:rPr>
        <w:t>"Counter needs water."</w:t>
      </w:r>
    </w:p>
    <w:p>
      <w:pPr>
        <w:spacing w:after="60" w:line="266" w:lineRule="auto"/>
        <w:ind w:firstLine="331"/>
        <w:jc w:val="both"/>
      </w:pPr>
      <w:r>
        <w:rPr>
          <w:rFonts w:ascii="Georgia" w:hAnsi="Georgia"/>
          <w:b w:val="0"/>
          <w:i w:val="0"/>
          <w:color w:val="22201D"/>
          <w:sz w:val="20"/>
        </w:rPr>
        <w:t>Nico took the tray gratefully.</w:t>
      </w:r>
    </w:p>
    <w:p>
      <w:pPr>
        <w:spacing w:after="60" w:line="266" w:lineRule="auto"/>
        <w:ind w:firstLine="331"/>
        <w:jc w:val="both"/>
      </w:pPr>
      <w:r>
        <w:rPr>
          <w:rFonts w:ascii="Georgia" w:hAnsi="Georgia"/>
          <w:b w:val="0"/>
          <w:i w:val="0"/>
          <w:color w:val="22201D"/>
          <w:sz w:val="20"/>
        </w:rPr>
        <w:t>Flocc stood near the pass and watched Evan eat. He noticed that making room had not made the room feel larger. It made the room feel more responsible. The added chair did not solve scarcity. It made scarcity honest enough to manage.</w:t>
      </w:r>
    </w:p>
    <w:p>
      <w:pPr>
        <w:spacing w:after="60" w:line="266" w:lineRule="auto"/>
        <w:ind w:firstLine="331"/>
        <w:jc w:val="both"/>
      </w:pPr>
      <w:r>
        <w:rPr>
          <w:rFonts w:ascii="Georgia" w:hAnsi="Georgia"/>
          <w:b w:val="0"/>
          <w:i w:val="0"/>
          <w:color w:val="22201D"/>
          <w:sz w:val="20"/>
        </w:rPr>
        <w:t>The Hostess came to stand beside him.</w:t>
      </w:r>
    </w:p>
    <w:p>
      <w:pPr>
        <w:spacing w:after="60" w:line="266" w:lineRule="auto"/>
        <w:ind w:firstLine="331"/>
        <w:jc w:val="both"/>
      </w:pPr>
      <w:r>
        <w:rPr>
          <w:rFonts w:ascii="Georgia" w:hAnsi="Georgia"/>
          <w:b w:val="0"/>
          <w:i w:val="0"/>
          <w:color w:val="22201D"/>
          <w:sz w:val="20"/>
        </w:rPr>
        <w:t>"What did we add?"</w:t>
      </w:r>
    </w:p>
    <w:p>
      <w:pPr>
        <w:spacing w:after="60" w:line="266" w:lineRule="auto"/>
        <w:ind w:firstLine="331"/>
        <w:jc w:val="both"/>
      </w:pPr>
      <w:r>
        <w:rPr>
          <w:rFonts w:ascii="Georgia" w:hAnsi="Georgia"/>
          <w:b w:val="0"/>
          <w:i w:val="0"/>
          <w:color w:val="22201D"/>
          <w:sz w:val="20"/>
        </w:rPr>
        <w:t>"A chair."</w:t>
      </w:r>
    </w:p>
    <w:p>
      <w:pPr>
        <w:spacing w:after="60" w:line="266" w:lineRule="auto"/>
        <w:ind w:firstLine="331"/>
        <w:jc w:val="both"/>
      </w:pPr>
      <w:r>
        <w:rPr>
          <w:rFonts w:ascii="Georgia" w:hAnsi="Georgia"/>
          <w:b w:val="0"/>
          <w:i w:val="0"/>
          <w:color w:val="22201D"/>
          <w:sz w:val="20"/>
        </w:rPr>
        <w:t>"What did we not add?"</w:t>
      </w:r>
    </w:p>
    <w:p>
      <w:pPr>
        <w:spacing w:after="60" w:line="266" w:lineRule="auto"/>
        <w:ind w:firstLine="331"/>
        <w:jc w:val="both"/>
      </w:pPr>
      <w:r>
        <w:rPr>
          <w:rFonts w:ascii="Georgia" w:hAnsi="Georgia"/>
          <w:b w:val="0"/>
          <w:i w:val="0"/>
          <w:color w:val="22201D"/>
          <w:sz w:val="20"/>
        </w:rPr>
        <w:t>He looked at the window two-top plus one.</w:t>
      </w:r>
    </w:p>
    <w:p>
      <w:pPr>
        <w:spacing w:after="60" w:line="266" w:lineRule="auto"/>
        <w:ind w:firstLine="331"/>
        <w:jc w:val="both"/>
      </w:pPr>
      <w:r>
        <w:rPr>
          <w:rFonts w:ascii="Georgia" w:hAnsi="Georgia"/>
          <w:b w:val="0"/>
          <w:i w:val="0"/>
          <w:color w:val="22201D"/>
          <w:sz w:val="20"/>
        </w:rPr>
        <w:t>"A conclusion."</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pass printed the next ticket.</w:t>
      </w:r>
    </w:p>
    <w:p>
      <w:pPr>
        <w:spacing w:after="60" w:line="250" w:lineRule="auto"/>
        <w:ind w:left="202" w:right="173"/>
      </w:pPr>
      <w:r>
        <w:rPr>
          <w:rFonts w:ascii="Georgia" w:hAnsi="Georgia"/>
          <w:b w:val="0"/>
          <w:i w:val="0"/>
          <w:color w:val="22201D"/>
          <w:sz w:val="17"/>
        </w:rPr>
        <w:t>NEXT COURSE: Flocc Orders for Someone Else  Artifact: shared receipt  Price: serve</w:t>
      </w:r>
    </w:p>
    <w:p>
      <w:pPr>
        <w:spacing w:after="60" w:line="266" w:lineRule="auto"/>
        <w:ind w:firstLine="331"/>
        <w:jc w:val="both"/>
      </w:pPr>
      <w:r>
        <w:rPr>
          <w:rFonts w:ascii="Georgia" w:hAnsi="Georgia"/>
          <w:b w:val="0"/>
          <w:i w:val="0"/>
          <w:color w:val="22201D"/>
          <w:sz w:val="20"/>
        </w:rPr>
        <w:t>Flocc looked at the ticket.</w:t>
      </w:r>
    </w:p>
    <w:p>
      <w:pPr>
        <w:spacing w:after="60" w:line="266" w:lineRule="auto"/>
        <w:ind w:firstLine="331"/>
        <w:jc w:val="both"/>
      </w:pPr>
      <w:r>
        <w:rPr>
          <w:rFonts w:ascii="Georgia" w:hAnsi="Georgia"/>
          <w:b w:val="0"/>
          <w:i w:val="0"/>
          <w:color w:val="22201D"/>
          <w:sz w:val="20"/>
        </w:rPr>
        <w:t>The word serve did not feel like a promotion.</w:t>
      </w:r>
    </w:p>
    <w:p>
      <w:pPr>
        <w:spacing w:after="60" w:line="266" w:lineRule="auto"/>
        <w:ind w:firstLine="331"/>
        <w:jc w:val="both"/>
      </w:pPr>
      <w:r>
        <w:rPr>
          <w:rFonts w:ascii="Georgia" w:hAnsi="Georgia"/>
          <w:b w:val="0"/>
          <w:i w:val="0"/>
          <w:color w:val="22201D"/>
          <w:sz w:val="20"/>
        </w:rPr>
        <w:t>It felt like weight with a handle.</w:t>
      </w:r>
    </w:p>
    <w:p>
      <w:pPr>
        <w:spacing w:after="60" w:line="266" w:lineRule="auto"/>
        <w:ind w:firstLine="331"/>
        <w:jc w:val="both"/>
      </w:pPr>
      <w:r>
        <w:rPr>
          <w:rFonts w:ascii="Georgia" w:hAnsi="Georgia"/>
          <w:b w:val="0"/>
          <w:i w:val="0"/>
          <w:color w:val="22201D"/>
          <w:sz w:val="20"/>
        </w:rPr>
        <w:t>The Hostess placed the seating chart in front of him.</w:t>
      </w:r>
    </w:p>
    <w:p>
      <w:pPr>
        <w:spacing w:after="60" w:line="266" w:lineRule="auto"/>
        <w:ind w:firstLine="331"/>
        <w:jc w:val="both"/>
      </w:pPr>
      <w:r>
        <w:rPr>
          <w:rFonts w:ascii="Georgia" w:hAnsi="Georgia"/>
          <w:b w:val="0"/>
          <w:i w:val="0"/>
          <w:color w:val="22201D"/>
          <w:sz w:val="20"/>
        </w:rPr>
        <w:t>"Before you order for someone else," she said, "learn what it cost to make room."</w:t>
      </w:r>
    </w:p>
    <w:p>
      <w:pPr>
        <w:spacing w:after="60" w:line="266" w:lineRule="auto"/>
        <w:ind w:firstLine="331"/>
        <w:jc w:val="both"/>
      </w:pPr>
      <w:r>
        <w:rPr>
          <w:rFonts w:ascii="Georgia" w:hAnsi="Georgia"/>
          <w:b w:val="0"/>
          <w:i w:val="0"/>
          <w:color w:val="22201D"/>
          <w:sz w:val="20"/>
        </w:rPr>
        <w:t>He read the chart.</w:t>
      </w:r>
    </w:p>
    <w:p>
      <w:pPr>
        <w:spacing w:after="60" w:line="266" w:lineRule="auto"/>
        <w:ind w:firstLine="331"/>
        <w:jc w:val="both"/>
      </w:pPr>
      <w:r>
        <w:rPr>
          <w:rFonts w:ascii="Georgia" w:hAnsi="Georgia"/>
          <w:b w:val="0"/>
          <w:i w:val="0"/>
          <w:color w:val="22201D"/>
          <w:sz w:val="20"/>
        </w:rPr>
        <w:t>The added chair was not circled.</w:t>
      </w:r>
    </w:p>
    <w:p>
      <w:pPr>
        <w:spacing w:after="60" w:line="266" w:lineRule="auto"/>
        <w:ind w:firstLine="331"/>
        <w:jc w:val="both"/>
      </w:pPr>
      <w:r>
        <w:rPr>
          <w:rFonts w:ascii="Georgia" w:hAnsi="Georgia"/>
          <w:b w:val="0"/>
          <w:i w:val="0"/>
          <w:color w:val="22201D"/>
          <w:sz w:val="20"/>
        </w:rPr>
        <w:t>It was not starred.</w:t>
      </w:r>
    </w:p>
    <w:p>
      <w:pPr>
        <w:spacing w:after="60" w:line="266" w:lineRule="auto"/>
        <w:ind w:firstLine="331"/>
        <w:jc w:val="both"/>
      </w:pPr>
      <w:r>
        <w:rPr>
          <w:rFonts w:ascii="Georgia" w:hAnsi="Georgia"/>
          <w:b w:val="0"/>
          <w:i w:val="0"/>
          <w:color w:val="22201D"/>
          <w:sz w:val="20"/>
        </w:rPr>
        <w:t>It was not marked as miracle.</w:t>
      </w:r>
    </w:p>
    <w:p>
      <w:pPr>
        <w:spacing w:after="60" w:line="266" w:lineRule="auto"/>
        <w:ind w:firstLine="331"/>
        <w:jc w:val="both"/>
      </w:pPr>
      <w:r>
        <w:rPr>
          <w:rFonts w:ascii="Georgia" w:hAnsi="Georgia"/>
          <w:b w:val="0"/>
          <w:i w:val="0"/>
          <w:color w:val="22201D"/>
          <w:sz w:val="20"/>
        </w:rPr>
        <w:t>It was marked:</w:t>
      </w:r>
    </w:p>
    <w:p>
      <w:pPr>
        <w:spacing w:after="60" w:line="250" w:lineRule="auto"/>
        <w:ind w:left="202" w:right="173"/>
      </w:pPr>
      <w:r>
        <w:rPr>
          <w:rFonts w:ascii="Georgia" w:hAnsi="Georgia"/>
          <w:b w:val="0"/>
          <w:i w:val="0"/>
          <w:color w:val="22201D"/>
          <w:sz w:val="17"/>
        </w:rPr>
        <w:t>one more chair, conditionally safe</w:t>
      </w:r>
    </w:p>
    <w:p>
      <w:pPr>
        <w:spacing w:after="60" w:line="266" w:lineRule="auto"/>
        <w:ind w:firstLine="331"/>
        <w:jc w:val="both"/>
      </w:pPr>
      <w:r>
        <w:rPr>
          <w:rFonts w:ascii="Georgia" w:hAnsi="Georgia"/>
          <w:b w:val="0"/>
          <w:i w:val="0"/>
          <w:color w:val="22201D"/>
          <w:sz w:val="20"/>
        </w:rPr>
        <w:t>For the first time all day, Flocc understood enough to act and not enough to own it.</w:t>
      </w:r>
    </w:p>
    <w:p>
      <w:pPr>
        <w:spacing w:after="60" w:line="266" w:lineRule="auto"/>
        <w:ind w:firstLine="331"/>
        <w:jc w:val="both"/>
      </w:pPr>
      <w:r>
        <w:rPr>
          <w:rFonts w:ascii="Georgia" w:hAnsi="Georgia"/>
          <w:b w:val="0"/>
          <w:i w:val="0"/>
          <w:color w:val="22201D"/>
          <w:sz w:val="20"/>
        </w:rPr>
        <w:t>That was the right amount.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Flocc Orders for Someone Else</w:t>
      </w:r>
    </w:p>
    <w:p>
      <w:pPr>
        <w:spacing w:after="60" w:line="266" w:lineRule="auto"/>
        <w:ind w:firstLine="0"/>
        <w:jc w:val="both"/>
      </w:pPr>
      <w:r>
        <w:rPr>
          <w:rFonts w:ascii="Georgia" w:hAnsi="Georgia"/>
          <w:b w:val="0"/>
          <w:i w:val="0"/>
          <w:color w:val="22201D"/>
          <w:sz w:val="20"/>
        </w:rPr>
        <w:t>Flocc had ordered many things for himself that had not been food.</w:t>
      </w:r>
    </w:p>
    <w:p>
      <w:pPr>
        <w:spacing w:after="60" w:line="266" w:lineRule="auto"/>
        <w:ind w:firstLine="331"/>
        <w:jc w:val="both"/>
      </w:pPr>
      <w:r>
        <w:rPr>
          <w:rFonts w:ascii="Georgia" w:hAnsi="Georgia"/>
          <w:b w:val="0"/>
          <w:i w:val="0"/>
          <w:color w:val="22201D"/>
          <w:sz w:val="20"/>
        </w:rPr>
        <w:t>He had ordered explanations from rooms that owed him soup. He had ordered proof from people who only had water. He had ordered futures from sauces, apologies from menus, routes from Tuesdays, and certainty from documents that could barely keep their margins straight.</w:t>
      </w:r>
    </w:p>
    <w:p>
      <w:pPr>
        <w:spacing w:after="60" w:line="266" w:lineRule="auto"/>
        <w:ind w:firstLine="331"/>
        <w:jc w:val="both"/>
      </w:pPr>
      <w:r>
        <w:rPr>
          <w:rFonts w:ascii="Georgia" w:hAnsi="Georgia"/>
          <w:b w:val="0"/>
          <w:i w:val="0"/>
          <w:color w:val="22201D"/>
          <w:sz w:val="20"/>
        </w:rPr>
        <w:t>Ordering for someone else should have been simpler.</w:t>
      </w:r>
    </w:p>
    <w:p>
      <w:pPr>
        <w:spacing w:after="60" w:line="266" w:lineRule="auto"/>
        <w:ind w:firstLine="331"/>
        <w:jc w:val="both"/>
      </w:pPr>
      <w:r>
        <w:rPr>
          <w:rFonts w:ascii="Georgia" w:hAnsi="Georgia"/>
          <w:b w:val="0"/>
          <w:i w:val="0"/>
          <w:color w:val="22201D"/>
          <w:sz w:val="20"/>
        </w:rPr>
        <w:t>It was not.</w:t>
      </w:r>
    </w:p>
    <w:p>
      <w:pPr>
        <w:spacing w:after="60" w:line="266" w:lineRule="auto"/>
        <w:ind w:firstLine="331"/>
        <w:jc w:val="both"/>
      </w:pPr>
      <w:r>
        <w:rPr>
          <w:rFonts w:ascii="Georgia" w:hAnsi="Georgia"/>
          <w:b w:val="0"/>
          <w:i w:val="0"/>
          <w:color w:val="22201D"/>
          <w:sz w:val="20"/>
        </w:rPr>
        <w:t>The pass ticket lay in front of him.</w:t>
      </w:r>
    </w:p>
    <w:p>
      <w:pPr>
        <w:spacing w:after="60" w:line="250" w:lineRule="auto"/>
        <w:ind w:left="202" w:right="173"/>
      </w:pPr>
      <w:r>
        <w:rPr>
          <w:rFonts w:ascii="Georgia" w:hAnsi="Georgia"/>
          <w:b w:val="0"/>
          <w:i w:val="0"/>
          <w:color w:val="22201D"/>
          <w:sz w:val="17"/>
        </w:rPr>
        <w:t>NEXT COURSE: Flocc Orders for Someone Else  Artifact: shared receipt  Price: serve</w:t>
      </w:r>
    </w:p>
    <w:p>
      <w:pPr>
        <w:spacing w:after="60" w:line="266" w:lineRule="auto"/>
        <w:ind w:firstLine="331"/>
        <w:jc w:val="both"/>
      </w:pPr>
      <w:r>
        <w:rPr>
          <w:rFonts w:ascii="Georgia" w:hAnsi="Georgia"/>
          <w:b w:val="0"/>
          <w:i w:val="0"/>
          <w:color w:val="22201D"/>
          <w:sz w:val="20"/>
        </w:rPr>
        <w:t>Flocc read it until the words stopped getting clearer and started getting heavier.</w:t>
      </w:r>
    </w:p>
    <w:p>
      <w:pPr>
        <w:spacing w:after="60" w:line="266" w:lineRule="auto"/>
        <w:ind w:firstLine="331"/>
        <w:jc w:val="both"/>
      </w:pPr>
      <w:r>
        <w:rPr>
          <w:rFonts w:ascii="Georgia" w:hAnsi="Georgia"/>
          <w:b w:val="0"/>
          <w:i w:val="0"/>
          <w:color w:val="22201D"/>
          <w:sz w:val="20"/>
        </w:rPr>
        <w:t>At the window two-top plus one, Evan sat in the added chair, eating soup slowly enough to remain present and quickly enough to prove the soup was not only symbolic. His name, for today, was written on the seating chart. Water path clear. Bread path clear. Exit path clear. Story path not assigned.</w:t>
      </w:r>
    </w:p>
    <w:p>
      <w:pPr>
        <w:spacing w:after="60" w:line="266" w:lineRule="auto"/>
        <w:ind w:firstLine="331"/>
        <w:jc w:val="both"/>
      </w:pPr>
      <w:r>
        <w:rPr>
          <w:rFonts w:ascii="Georgia" w:hAnsi="Georgia"/>
          <w:b w:val="0"/>
          <w:i w:val="0"/>
          <w:color w:val="22201D"/>
          <w:sz w:val="20"/>
        </w:rPr>
        <w:t>At Table Two, Lena had finished her roll and sat with one hand around her water glass, not asking for the restaurant to explain her return.</w:t>
      </w:r>
    </w:p>
    <w:p>
      <w:pPr>
        <w:spacing w:after="60" w:line="266" w:lineRule="auto"/>
        <w:ind w:firstLine="331"/>
        <w:jc w:val="both"/>
      </w:pPr>
      <w:r>
        <w:rPr>
          <w:rFonts w:ascii="Georgia" w:hAnsi="Georgia"/>
          <w:b w:val="0"/>
          <w:i w:val="0"/>
          <w:color w:val="22201D"/>
          <w:sz w:val="20"/>
        </w:rPr>
        <w:t>At the counter, Maris had stopped making metaphysical comparisons to toast.</w:t>
      </w:r>
    </w:p>
    <w:p>
      <w:pPr>
        <w:spacing w:after="60" w:line="266" w:lineRule="auto"/>
        <w:ind w:firstLine="331"/>
        <w:jc w:val="both"/>
      </w:pPr>
      <w:r>
        <w:rPr>
          <w:rFonts w:ascii="Georgia" w:hAnsi="Georgia"/>
          <w:b w:val="0"/>
          <w:i w:val="0"/>
          <w:color w:val="22201D"/>
          <w:sz w:val="20"/>
        </w:rPr>
        <w:t>At Table Four, a customer needed more napkins and had the grace to make that the whole request.</w:t>
      </w:r>
    </w:p>
    <w:p>
      <w:pPr>
        <w:spacing w:after="60" w:line="266" w:lineRule="auto"/>
        <w:ind w:firstLine="331"/>
        <w:jc w:val="both"/>
      </w:pPr>
      <w:r>
        <w:rPr>
          <w:rFonts w:ascii="Georgia" w:hAnsi="Georgia"/>
          <w:b w:val="0"/>
          <w:i w:val="0"/>
          <w:color w:val="22201D"/>
          <w:sz w:val="20"/>
        </w:rPr>
        <w:t>The room had become full in the way a room becomes full when everyone is eating and nobody has yet decided to make fullness a thesis.</w:t>
      </w:r>
    </w:p>
    <w:p>
      <w:pPr>
        <w:spacing w:after="60" w:line="266" w:lineRule="auto"/>
        <w:ind w:firstLine="331"/>
        <w:jc w:val="both"/>
      </w:pPr>
      <w:r>
        <w:rPr>
          <w:rFonts w:ascii="Georgia" w:hAnsi="Georgia"/>
          <w:b w:val="0"/>
          <w:i w:val="0"/>
          <w:color w:val="22201D"/>
          <w:sz w:val="20"/>
        </w:rPr>
        <w:t>The Hostess placed a blank order pad beside Flocc.</w:t>
      </w:r>
    </w:p>
    <w:p>
      <w:pPr>
        <w:spacing w:after="60" w:line="266" w:lineRule="auto"/>
        <w:ind w:firstLine="331"/>
        <w:jc w:val="both"/>
      </w:pPr>
      <w:r>
        <w:rPr>
          <w:rFonts w:ascii="Georgia" w:hAnsi="Georgia"/>
          <w:b w:val="0"/>
          <w:i w:val="0"/>
          <w:color w:val="22201D"/>
          <w:sz w:val="20"/>
        </w:rPr>
        <w:t>"For whom?" she asked.</w:t>
      </w:r>
    </w:p>
    <w:p>
      <w:pPr>
        <w:spacing w:after="60" w:line="266" w:lineRule="auto"/>
        <w:ind w:firstLine="331"/>
        <w:jc w:val="both"/>
      </w:pPr>
      <w:r>
        <w:rPr>
          <w:rFonts w:ascii="Georgia" w:hAnsi="Georgia"/>
          <w:b w:val="0"/>
          <w:i w:val="0"/>
          <w:color w:val="22201D"/>
          <w:sz w:val="20"/>
        </w:rPr>
        <w:t>That was the first trap.</w:t>
      </w:r>
    </w:p>
    <w:p>
      <w:pPr>
        <w:spacing w:after="60" w:line="266" w:lineRule="auto"/>
        <w:ind w:firstLine="331"/>
        <w:jc w:val="both"/>
      </w:pPr>
      <w:r>
        <w:rPr>
          <w:rFonts w:ascii="Georgia" w:hAnsi="Georgia"/>
          <w:b w:val="0"/>
          <w:i w:val="0"/>
          <w:color w:val="22201D"/>
          <w:sz w:val="20"/>
        </w:rPr>
        <w:t>If he chose Evan because Evan looked newest, he might turn service into rescue. If he chose Lena because he understood part of her story, he might turn service into recognition. If he chose Maris because Maris was easiest, he might turn service into convenience. If he chose himself, he would fail the chapter before the pencil moved.</w:t>
      </w:r>
    </w:p>
    <w:p>
      <w:pPr>
        <w:spacing w:after="60" w:line="266" w:lineRule="auto"/>
        <w:ind w:firstLine="331"/>
        <w:jc w:val="both"/>
      </w:pPr>
      <w:r>
        <w:rPr>
          <w:rFonts w:ascii="Georgia" w:hAnsi="Georgia"/>
          <w:b w:val="0"/>
          <w:i w:val="0"/>
          <w:color w:val="22201D"/>
          <w:sz w:val="20"/>
        </w:rPr>
        <w:t>Flocc said, "I don't know yet."</w:t>
      </w:r>
    </w:p>
    <w:p>
      <w:pPr>
        <w:spacing w:after="60" w:line="266" w:lineRule="auto"/>
        <w:ind w:firstLine="331"/>
        <w:jc w:val="both"/>
      </w:pPr>
      <w:r>
        <w:rPr>
          <w:rFonts w:ascii="Georgia" w:hAnsi="Georgia"/>
          <w:b w:val="0"/>
          <w:i w:val="0"/>
          <w:color w:val="22201D"/>
          <w:sz w:val="20"/>
        </w:rPr>
        <w:t>The order pad did not punish him.</w:t>
      </w:r>
    </w:p>
    <w:p>
      <w:pPr>
        <w:spacing w:after="60" w:line="266" w:lineRule="auto"/>
        <w:ind w:firstLine="331"/>
        <w:jc w:val="both"/>
      </w:pPr>
      <w:r>
        <w:rPr>
          <w:rFonts w:ascii="Georgia" w:hAnsi="Georgia"/>
          <w:b w:val="0"/>
          <w:i w:val="0"/>
          <w:color w:val="22201D"/>
          <w:sz w:val="20"/>
        </w:rPr>
        <w:t>Gerald, at the end of the counter, said, "Acceptable start. Observation before order."</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"Then observe."</w:t>
      </w:r>
    </w:p>
    <w:p>
      <w:pPr>
        <w:spacing w:after="60" w:line="266" w:lineRule="auto"/>
        <w:ind w:firstLine="331"/>
        <w:jc w:val="both"/>
      </w:pPr>
      <w:r>
        <w:rPr>
          <w:rFonts w:ascii="Georgia" w:hAnsi="Georgia"/>
          <w:b w:val="0"/>
          <w:i w:val="0"/>
          <w:color w:val="22201D"/>
          <w:sz w:val="20"/>
        </w:rPr>
        <w:t>Flocc observed.</w:t>
      </w:r>
    </w:p>
    <w:p>
      <w:pPr>
        <w:spacing w:after="60" w:line="266" w:lineRule="auto"/>
        <w:ind w:firstLine="331"/>
        <w:jc w:val="both"/>
      </w:pPr>
      <w:r>
        <w:rPr>
          <w:rFonts w:ascii="Georgia" w:hAnsi="Georgia"/>
          <w:b w:val="0"/>
          <w:i w:val="0"/>
          <w:color w:val="22201D"/>
          <w:sz w:val="20"/>
        </w:rPr>
        <w:t>This was harder than looking. Looking often tried to finish quickly. Observation had to leave room for being wrong.</w:t>
      </w:r>
    </w:p>
    <w:p>
      <w:pPr>
        <w:spacing w:after="60" w:line="266" w:lineRule="auto"/>
        <w:ind w:firstLine="331"/>
        <w:jc w:val="both"/>
      </w:pPr>
      <w:r>
        <w:rPr>
          <w:rFonts w:ascii="Georgia" w:hAnsi="Georgia"/>
          <w:b w:val="0"/>
          <w:i w:val="0"/>
          <w:color w:val="22201D"/>
          <w:sz w:val="20"/>
        </w:rPr>
        <w:t>Evan's bowl was half full. He had eaten all the bread but had not asked for more. His water was low. His shoulders had dropped, but his hands still stayed close to the bowl as if someone might take it away for being too useful.</w:t>
      </w:r>
    </w:p>
    <w:p>
      <w:pPr>
        <w:spacing w:after="60" w:line="266" w:lineRule="auto"/>
        <w:ind w:firstLine="331"/>
        <w:jc w:val="both"/>
      </w:pPr>
      <w:r>
        <w:rPr>
          <w:rFonts w:ascii="Georgia" w:hAnsi="Georgia"/>
          <w:b w:val="0"/>
          <w:i w:val="0"/>
          <w:color w:val="22201D"/>
          <w:sz w:val="20"/>
        </w:rPr>
        <w:t>Lena's plate was empty. She was not hungry for bread now. She was watching the door with the face of someone who might leave if leaving did not require deciding what to tell herself about having returned.</w:t>
      </w:r>
    </w:p>
    <w:p>
      <w:pPr>
        <w:spacing w:after="60" w:line="266" w:lineRule="auto"/>
        <w:ind w:firstLine="331"/>
        <w:jc w:val="both"/>
      </w:pPr>
      <w:r>
        <w:rPr>
          <w:rFonts w:ascii="Georgia" w:hAnsi="Georgia"/>
          <w:b w:val="0"/>
          <w:i w:val="0"/>
          <w:color w:val="22201D"/>
          <w:sz w:val="20"/>
        </w:rPr>
        <w:t>Maris wanted more toast but did not need it.</w:t>
      </w:r>
    </w:p>
    <w:p>
      <w:pPr>
        <w:spacing w:after="60" w:line="266" w:lineRule="auto"/>
        <w:ind w:firstLine="331"/>
        <w:jc w:val="both"/>
      </w:pPr>
      <w:r>
        <w:rPr>
          <w:rFonts w:ascii="Georgia" w:hAnsi="Georgia"/>
          <w:b w:val="0"/>
          <w:i w:val="0"/>
          <w:color w:val="22201D"/>
          <w:sz w:val="20"/>
        </w:rPr>
        <w:t>Nico wanted to name the moment, which was not hunger.</w:t>
      </w:r>
    </w:p>
    <w:p>
      <w:pPr>
        <w:spacing w:after="60" w:line="266" w:lineRule="auto"/>
        <w:ind w:firstLine="331"/>
        <w:jc w:val="both"/>
      </w:pPr>
      <w:r>
        <w:rPr>
          <w:rFonts w:ascii="Georgia" w:hAnsi="Georgia"/>
          <w:b w:val="0"/>
          <w:i w:val="0"/>
          <w:color w:val="22201D"/>
          <w:sz w:val="20"/>
        </w:rPr>
        <w:t>Steve wanted the order to become legible.</w:t>
      </w:r>
    </w:p>
    <w:p>
      <w:pPr>
        <w:spacing w:after="60" w:line="266" w:lineRule="auto"/>
        <w:ind w:firstLine="331"/>
        <w:jc w:val="both"/>
      </w:pPr>
      <w:r>
        <w:rPr>
          <w:rFonts w:ascii="Georgia" w:hAnsi="Georgia"/>
          <w:b w:val="0"/>
          <w:i w:val="0"/>
          <w:color w:val="22201D"/>
          <w:sz w:val="20"/>
        </w:rPr>
        <w:t>Gerald wanted the order to become safe.</w:t>
      </w:r>
    </w:p>
    <w:p>
      <w:pPr>
        <w:spacing w:after="60" w:line="266" w:lineRule="auto"/>
        <w:ind w:firstLine="331"/>
        <w:jc w:val="both"/>
      </w:pPr>
      <w:r>
        <w:rPr>
          <w:rFonts w:ascii="Georgia" w:hAnsi="Georgia"/>
          <w:b w:val="0"/>
          <w:i w:val="0"/>
          <w:color w:val="22201D"/>
          <w:sz w:val="20"/>
        </w:rPr>
        <w:t>Bob wanted to know whether he should warm more rolls.</w:t>
      </w:r>
    </w:p>
    <w:p>
      <w:pPr>
        <w:spacing w:after="60" w:line="266" w:lineRule="auto"/>
        <w:ind w:firstLine="331"/>
        <w:jc w:val="both"/>
      </w:pPr>
      <w:r>
        <w:rPr>
          <w:rFonts w:ascii="Georgia" w:hAnsi="Georgia"/>
          <w:b w:val="0"/>
          <w:i w:val="0"/>
          <w:color w:val="22201D"/>
          <w:sz w:val="20"/>
        </w:rPr>
        <w:t>The Hostess wanted nothing visible, which was how Flocc knew she was working.</w:t>
      </w:r>
    </w:p>
    <w:p>
      <w:pPr>
        <w:spacing w:after="60" w:line="266" w:lineRule="auto"/>
        <w:ind w:firstLine="331"/>
        <w:jc w:val="both"/>
      </w:pPr>
      <w:r>
        <w:rPr>
          <w:rFonts w:ascii="Georgia" w:hAnsi="Georgia"/>
          <w:b w:val="0"/>
          <w:i w:val="0"/>
          <w:color w:val="22201D"/>
          <w:sz w:val="20"/>
        </w:rPr>
        <w:t>The pass printed a small reminder:</w:t>
      </w:r>
    </w:p>
    <w:p>
      <w:pPr>
        <w:spacing w:after="60" w:line="250" w:lineRule="auto"/>
        <w:ind w:left="202" w:right="173"/>
      </w:pPr>
      <w:r>
        <w:rPr>
          <w:rFonts w:ascii="Georgia" w:hAnsi="Georgia"/>
          <w:b w:val="0"/>
          <w:i w:val="0"/>
          <w:color w:val="22201D"/>
          <w:sz w:val="17"/>
        </w:rPr>
        <w:t>Serving is not guessing loudly.</w:t>
      </w:r>
    </w:p>
    <w:p>
      <w:pPr>
        <w:spacing w:after="60" w:line="266" w:lineRule="auto"/>
        <w:ind w:firstLine="331"/>
        <w:jc w:val="both"/>
      </w:pPr>
      <w:r>
        <w:rPr>
          <w:rFonts w:ascii="Georgia" w:hAnsi="Georgia"/>
          <w:b w:val="0"/>
          <w:i w:val="0"/>
          <w:color w:val="22201D"/>
          <w:sz w:val="20"/>
        </w:rPr>
        <w:t>Flocc took the pencil.</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Possible need: Evan - water low, bread gone, soup active.</w:t>
      </w:r>
    </w:p>
    <w:p>
      <w:pPr>
        <w:spacing w:after="60" w:line="266" w:lineRule="auto"/>
        <w:ind w:firstLine="331"/>
        <w:jc w:val="both"/>
      </w:pPr>
      <w:r>
        <w:rPr>
          <w:rFonts w:ascii="Georgia" w:hAnsi="Georgia"/>
          <w:b w:val="0"/>
          <w:i w:val="0"/>
          <w:color w:val="22201D"/>
          <w:sz w:val="20"/>
        </w:rPr>
        <w:t>Gerald said, "Good. Observable."</w:t>
      </w:r>
    </w:p>
    <w:p>
      <w:pPr>
        <w:spacing w:after="60" w:line="266" w:lineRule="auto"/>
        <w:ind w:firstLine="331"/>
        <w:jc w:val="both"/>
      </w:pPr>
      <w:r>
        <w:rPr>
          <w:rFonts w:ascii="Georgia" w:hAnsi="Georgia"/>
          <w:b w:val="0"/>
          <w:i w:val="0"/>
          <w:color w:val="22201D"/>
          <w:sz w:val="20"/>
        </w:rPr>
        <w:t>Flocc added:</w:t>
      </w:r>
    </w:p>
    <w:p>
      <w:pPr>
        <w:spacing w:after="60" w:line="250" w:lineRule="auto"/>
        <w:ind w:left="202" w:right="173"/>
      </w:pPr>
      <w:r>
        <w:rPr>
          <w:rFonts w:ascii="Georgia" w:hAnsi="Georgia"/>
          <w:b w:val="0"/>
          <w:i w:val="0"/>
          <w:color w:val="22201D"/>
          <w:sz w:val="17"/>
        </w:rPr>
        <w:t>Do not assume more bread means comfort. Ask first.</w:t>
      </w:r>
    </w:p>
    <w:p>
      <w:pPr>
        <w:spacing w:after="60" w:line="266" w:lineRule="auto"/>
        <w:ind w:firstLine="331"/>
        <w:jc w:val="both"/>
      </w:pPr>
      <w:r>
        <w:rPr>
          <w:rFonts w:ascii="Georgia" w:hAnsi="Georgia"/>
          <w:b w:val="0"/>
          <w:i w:val="0"/>
          <w:color w:val="22201D"/>
          <w:sz w:val="20"/>
        </w:rPr>
        <w:t>The Hostess said, "Better."</w:t>
      </w:r>
    </w:p>
    <w:p>
      <w:pPr>
        <w:spacing w:after="60" w:line="266" w:lineRule="auto"/>
        <w:ind w:firstLine="331"/>
        <w:jc w:val="both"/>
      </w:pPr>
      <w:r>
        <w:rPr>
          <w:rFonts w:ascii="Georgia" w:hAnsi="Georgia"/>
          <w:b w:val="0"/>
          <w:i w:val="0"/>
          <w:color w:val="22201D"/>
          <w:sz w:val="20"/>
        </w:rPr>
        <w:t>Flocc walked to the window two-top plus one.</w:t>
      </w:r>
    </w:p>
    <w:p>
      <w:pPr>
        <w:spacing w:after="60" w:line="266" w:lineRule="auto"/>
        <w:ind w:firstLine="331"/>
        <w:jc w:val="both"/>
      </w:pPr>
      <w:r>
        <w:rPr>
          <w:rFonts w:ascii="Georgia" w:hAnsi="Georgia"/>
          <w:b w:val="0"/>
          <w:i w:val="0"/>
          <w:color w:val="22201D"/>
          <w:sz w:val="20"/>
        </w:rPr>
        <w:t>He did not bring bread. He did not bring a menu. He brought water because water was observable and safe.</w:t>
      </w:r>
    </w:p>
    <w:p>
      <w:pPr>
        <w:spacing w:after="60" w:line="266" w:lineRule="auto"/>
        <w:ind w:firstLine="331"/>
        <w:jc w:val="both"/>
      </w:pPr>
      <w:r>
        <w:rPr>
          <w:rFonts w:ascii="Georgia" w:hAnsi="Georgia"/>
          <w:b w:val="0"/>
          <w:i w:val="0"/>
          <w:color w:val="22201D"/>
          <w:sz w:val="20"/>
        </w:rPr>
        <w:t>"Water?" he asked.</w:t>
      </w:r>
    </w:p>
    <w:p>
      <w:pPr>
        <w:spacing w:after="60" w:line="266" w:lineRule="auto"/>
        <w:ind w:firstLine="331"/>
        <w:jc w:val="both"/>
      </w:pPr>
      <w:r>
        <w:rPr>
          <w:rFonts w:ascii="Georgia" w:hAnsi="Georgia"/>
          <w:b w:val="0"/>
          <w:i w:val="0"/>
          <w:color w:val="22201D"/>
          <w:sz w:val="20"/>
        </w:rPr>
        <w:t>Evan looked up.</w:t>
      </w:r>
    </w:p>
    <w:p>
      <w:pPr>
        <w:spacing w:after="60" w:line="266" w:lineRule="auto"/>
        <w:ind w:firstLine="331"/>
        <w:jc w:val="both"/>
      </w:pPr>
      <w:r>
        <w:rPr>
          <w:rFonts w:ascii="Georgia" w:hAnsi="Georgia"/>
          <w:b w:val="0"/>
          <w:i w:val="0"/>
          <w:color w:val="22201D"/>
          <w:sz w:val="20"/>
        </w:rPr>
        <w:t>"Yes, please."</w:t>
      </w:r>
    </w:p>
    <w:p>
      <w:pPr>
        <w:spacing w:after="60" w:line="266" w:lineRule="auto"/>
        <w:ind w:firstLine="331"/>
        <w:jc w:val="both"/>
      </w:pPr>
      <w:r>
        <w:rPr>
          <w:rFonts w:ascii="Georgia" w:hAnsi="Georgia"/>
          <w:b w:val="0"/>
          <w:i w:val="0"/>
          <w:color w:val="22201D"/>
          <w:sz w:val="20"/>
        </w:rPr>
        <w:t>Flocc poured.</w:t>
      </w:r>
    </w:p>
    <w:p>
      <w:pPr>
        <w:spacing w:after="60" w:line="266" w:lineRule="auto"/>
        <w:ind w:firstLine="331"/>
        <w:jc w:val="both"/>
      </w:pPr>
      <w:r>
        <w:rPr>
          <w:rFonts w:ascii="Georgia" w:hAnsi="Georgia"/>
          <w:b w:val="0"/>
          <w:i w:val="0"/>
          <w:color w:val="22201D"/>
          <w:sz w:val="20"/>
        </w:rPr>
        <w:t>The added chair held steady. The water path remained clear. Gerald watched and made no correction.</w:t>
      </w:r>
    </w:p>
    <w:p>
      <w:pPr>
        <w:spacing w:after="60" w:line="266" w:lineRule="auto"/>
        <w:ind w:firstLine="331"/>
        <w:jc w:val="both"/>
      </w:pPr>
      <w:r>
        <w:rPr>
          <w:rFonts w:ascii="Georgia" w:hAnsi="Georgia"/>
          <w:b w:val="0"/>
          <w:i w:val="0"/>
          <w:color w:val="22201D"/>
          <w:sz w:val="20"/>
        </w:rPr>
        <w:t>Flocc asked, "Would more bread help, or would it crowd the table?"</w:t>
      </w:r>
    </w:p>
    <w:p>
      <w:pPr>
        <w:spacing w:after="60" w:line="266" w:lineRule="auto"/>
        <w:ind w:firstLine="331"/>
        <w:jc w:val="both"/>
      </w:pPr>
      <w:r>
        <w:rPr>
          <w:rFonts w:ascii="Georgia" w:hAnsi="Georgia"/>
          <w:b w:val="0"/>
          <w:i w:val="0"/>
          <w:color w:val="22201D"/>
          <w:sz w:val="20"/>
        </w:rPr>
        <w:t>Evan looked at the empty bread plate.</w:t>
      </w:r>
    </w:p>
    <w:p>
      <w:pPr>
        <w:spacing w:after="60" w:line="266" w:lineRule="auto"/>
        <w:ind w:firstLine="331"/>
        <w:jc w:val="both"/>
      </w:pPr>
      <w:r>
        <w:rPr>
          <w:rFonts w:ascii="Georgia" w:hAnsi="Georgia"/>
          <w:b w:val="0"/>
          <w:i w:val="0"/>
          <w:color w:val="22201D"/>
          <w:sz w:val="20"/>
        </w:rPr>
        <w:t>Then at the table, which had become slightly crowded by bowl, water, napkin, warning, and the weight of being newly seated.</w:t>
      </w:r>
    </w:p>
    <w:p>
      <w:pPr>
        <w:spacing w:after="60" w:line="266" w:lineRule="auto"/>
        <w:ind w:firstLine="331"/>
        <w:jc w:val="both"/>
      </w:pPr>
      <w:r>
        <w:rPr>
          <w:rFonts w:ascii="Georgia" w:hAnsi="Georgia"/>
          <w:b w:val="0"/>
          <w:i w:val="0"/>
          <w:color w:val="22201D"/>
          <w:sz w:val="20"/>
        </w:rPr>
        <w:t>"Not yet," Evan said.</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Not yet was an answer. Not yet was not a failure to receive. Not yet was not a secret yes waiting for a generous person to overrule it.</w:t>
      </w:r>
    </w:p>
    <w:p>
      <w:pPr>
        <w:spacing w:after="60" w:line="266" w:lineRule="auto"/>
        <w:ind w:firstLine="331"/>
        <w:jc w:val="both"/>
      </w:pPr>
      <w:r>
        <w:rPr>
          <w:rFonts w:ascii="Georgia" w:hAnsi="Georgia"/>
          <w:b w:val="0"/>
          <w:i w:val="0"/>
          <w:color w:val="22201D"/>
          <w:sz w:val="20"/>
        </w:rPr>
        <w:t>Flocc returned to the pass and wrote:</w:t>
      </w:r>
    </w:p>
    <w:p>
      <w:pPr>
        <w:spacing w:after="60" w:line="250" w:lineRule="auto"/>
        <w:ind w:left="202" w:right="173"/>
      </w:pPr>
      <w:r>
        <w:rPr>
          <w:rFonts w:ascii="Georgia" w:hAnsi="Georgia"/>
          <w:b w:val="0"/>
          <w:i w:val="0"/>
          <w:color w:val="22201D"/>
          <w:sz w:val="17"/>
        </w:rPr>
        <w:t>Evan accepted water. Declined bread for now due to table crowding / present need.</w:t>
      </w:r>
    </w:p>
    <w:p>
      <w:pPr>
        <w:spacing w:after="60" w:line="266" w:lineRule="auto"/>
        <w:ind w:firstLine="331"/>
        <w:jc w:val="both"/>
      </w:pPr>
      <w:r>
        <w:rPr>
          <w:rFonts w:ascii="Georgia" w:hAnsi="Georgia"/>
          <w:b w:val="0"/>
          <w:i w:val="0"/>
          <w:color w:val="22201D"/>
          <w:sz w:val="20"/>
        </w:rPr>
        <w:t>Steve read it.</w:t>
      </w:r>
    </w:p>
    <w:p>
      <w:pPr>
        <w:spacing w:after="60" w:line="266" w:lineRule="auto"/>
        <w:ind w:firstLine="331"/>
        <w:jc w:val="both"/>
      </w:pPr>
      <w:r>
        <w:rPr>
          <w:rFonts w:ascii="Georgia" w:hAnsi="Georgia"/>
          <w:b w:val="0"/>
          <w:i w:val="0"/>
          <w:color w:val="22201D"/>
          <w:sz w:val="20"/>
        </w:rPr>
        <w:t>"Good receipt line."</w:t>
      </w:r>
    </w:p>
    <w:p>
      <w:pPr>
        <w:spacing w:after="60" w:line="266" w:lineRule="auto"/>
        <w:ind w:firstLine="331"/>
        <w:jc w:val="both"/>
      </w:pPr>
      <w:r>
        <w:rPr>
          <w:rFonts w:ascii="Georgia" w:hAnsi="Georgia"/>
          <w:b w:val="0"/>
          <w:i w:val="0"/>
          <w:color w:val="22201D"/>
          <w:sz w:val="20"/>
        </w:rPr>
        <w:t>"It isn't an order."</w:t>
      </w:r>
    </w:p>
    <w:p>
      <w:pPr>
        <w:spacing w:after="60" w:line="266" w:lineRule="auto"/>
        <w:ind w:firstLine="331"/>
        <w:jc w:val="both"/>
      </w:pPr>
      <w:r>
        <w:rPr>
          <w:rFonts w:ascii="Georgia" w:hAnsi="Georgia"/>
          <w:b w:val="0"/>
          <w:i w:val="0"/>
          <w:color w:val="22201D"/>
          <w:sz w:val="20"/>
        </w:rPr>
        <w:t>"It is service record."</w:t>
      </w:r>
    </w:p>
    <w:p>
      <w:pPr>
        <w:spacing w:after="60" w:line="266" w:lineRule="auto"/>
        <w:ind w:firstLine="331"/>
        <w:jc w:val="both"/>
      </w:pPr>
      <w:r>
        <w:rPr>
          <w:rFonts w:ascii="Georgia" w:hAnsi="Georgia"/>
          <w:b w:val="0"/>
          <w:i w:val="0"/>
          <w:color w:val="22201D"/>
          <w:sz w:val="20"/>
        </w:rPr>
        <w:t>The order pad printed a new heading:</w:t>
      </w:r>
    </w:p>
    <w:p>
      <w:pPr>
        <w:spacing w:after="60" w:line="250" w:lineRule="auto"/>
        <w:ind w:left="202" w:right="173"/>
      </w:pPr>
      <w:r>
        <w:rPr>
          <w:rFonts w:ascii="Georgia" w:hAnsi="Georgia"/>
          <w:b w:val="0"/>
          <w:i w:val="0"/>
          <w:color w:val="22201D"/>
          <w:sz w:val="17"/>
        </w:rPr>
        <w:t>SHARED RECEIPT</w:t>
      </w:r>
    </w:p>
    <w:p>
      <w:pPr>
        <w:spacing w:after="60" w:line="266" w:lineRule="auto"/>
        <w:ind w:firstLine="331"/>
        <w:jc w:val="both"/>
      </w:pPr>
      <w:r>
        <w:rPr>
          <w:rFonts w:ascii="Georgia" w:hAnsi="Georgia"/>
          <w:b w:val="0"/>
          <w:i w:val="0"/>
          <w:color w:val="22201D"/>
          <w:sz w:val="20"/>
        </w:rPr>
        <w:t>Flocc stepped back.</w:t>
      </w:r>
    </w:p>
    <w:p>
      <w:pPr>
        <w:spacing w:after="60" w:line="266" w:lineRule="auto"/>
        <w:ind w:firstLine="331"/>
        <w:jc w:val="both"/>
      </w:pPr>
      <w:r>
        <w:rPr>
          <w:rFonts w:ascii="Georgia" w:hAnsi="Georgia"/>
          <w:b w:val="0"/>
          <w:i w:val="0"/>
          <w:color w:val="22201D"/>
          <w:sz w:val="20"/>
        </w:rPr>
        <w:t>"I haven't ordered."</w:t>
      </w:r>
    </w:p>
    <w:p>
      <w:pPr>
        <w:spacing w:after="60" w:line="266" w:lineRule="auto"/>
        <w:ind w:firstLine="331"/>
        <w:jc w:val="both"/>
      </w:pPr>
      <w:r>
        <w:rPr>
          <w:rFonts w:ascii="Georgia" w:hAnsi="Georgia"/>
          <w:b w:val="0"/>
          <w:i w:val="0"/>
          <w:color w:val="22201D"/>
          <w:sz w:val="20"/>
        </w:rPr>
        <w:t>The Hostess said, "You began serving. The receipt noticed."</w:t>
      </w:r>
    </w:p>
    <w:p>
      <w:pPr>
        <w:spacing w:after="60" w:line="266" w:lineRule="auto"/>
        <w:ind w:firstLine="331"/>
        <w:jc w:val="both"/>
      </w:pPr>
      <w:r>
        <w:rPr>
          <w:rFonts w:ascii="Georgia" w:hAnsi="Georgia"/>
          <w:b w:val="0"/>
          <w:i w:val="0"/>
          <w:color w:val="22201D"/>
          <w:sz w:val="20"/>
        </w:rPr>
        <w:t>That made him uncomfortable in a clean way.</w:t>
      </w:r>
    </w:p>
    <w:p>
      <w:pPr>
        <w:spacing w:after="60" w:line="266" w:lineRule="auto"/>
        <w:ind w:firstLine="331"/>
        <w:jc w:val="both"/>
      </w:pPr>
      <w:r>
        <w:rPr>
          <w:rFonts w:ascii="Georgia" w:hAnsi="Georgia"/>
          <w:b w:val="0"/>
          <w:i w:val="0"/>
          <w:color w:val="22201D"/>
          <w:sz w:val="20"/>
        </w:rPr>
        <w:t>At Table Four, the napkin customer raised a hand again.</w:t>
      </w:r>
    </w:p>
    <w:p>
      <w:pPr>
        <w:spacing w:after="60" w:line="266" w:lineRule="auto"/>
        <w:ind w:firstLine="331"/>
        <w:jc w:val="both"/>
      </w:pPr>
      <w:r>
        <w:rPr>
          <w:rFonts w:ascii="Georgia" w:hAnsi="Georgia"/>
          <w:b w:val="0"/>
          <w:i w:val="0"/>
          <w:color w:val="22201D"/>
          <w:sz w:val="20"/>
        </w:rPr>
        <w:t>"Sorry. Could we get another spoon? We dropped one."</w:t>
      </w:r>
    </w:p>
    <w:p>
      <w:pPr>
        <w:spacing w:after="60" w:line="266" w:lineRule="auto"/>
        <w:ind w:firstLine="331"/>
        <w:jc w:val="both"/>
      </w:pPr>
      <w:r>
        <w:rPr>
          <w:rFonts w:ascii="Georgia" w:hAnsi="Georgia"/>
          <w:b w:val="0"/>
          <w:i w:val="0"/>
          <w:color w:val="22201D"/>
          <w:sz w:val="20"/>
        </w:rPr>
        <w:t>Flocc looked to the Hostess.</w:t>
      </w:r>
    </w:p>
    <w:p>
      <w:pPr>
        <w:spacing w:after="60" w:line="266" w:lineRule="auto"/>
        <w:ind w:firstLine="331"/>
        <w:jc w:val="both"/>
      </w:pPr>
      <w:r>
        <w:rPr>
          <w:rFonts w:ascii="Georgia" w:hAnsi="Georgia"/>
          <w:b w:val="0"/>
          <w:i w:val="0"/>
          <w:color w:val="22201D"/>
          <w:sz w:val="20"/>
        </w:rPr>
        <w:t>She did not move.</w:t>
      </w:r>
    </w:p>
    <w:p>
      <w:pPr>
        <w:spacing w:after="60" w:line="266" w:lineRule="auto"/>
        <w:ind w:firstLine="331"/>
        <w:jc w:val="both"/>
      </w:pPr>
      <w:r>
        <w:rPr>
          <w:rFonts w:ascii="Georgia" w:hAnsi="Georgia"/>
          <w:b w:val="0"/>
          <w:i w:val="0"/>
          <w:color w:val="22201D"/>
          <w:sz w:val="20"/>
        </w:rPr>
        <w:t>He looked to Gerald.</w:t>
      </w:r>
    </w:p>
    <w:p>
      <w:pPr>
        <w:spacing w:after="60" w:line="266" w:lineRule="auto"/>
        <w:ind w:firstLine="331"/>
        <w:jc w:val="both"/>
      </w:pPr>
      <w:r>
        <w:rPr>
          <w:rFonts w:ascii="Georgia" w:hAnsi="Georgia"/>
          <w:b w:val="0"/>
          <w:i w:val="0"/>
          <w:color w:val="22201D"/>
          <w:sz w:val="20"/>
        </w:rPr>
        <w:t>Gerald said, "Dropped utensil is observable need. Replacement allowed."</w:t>
      </w:r>
    </w:p>
    <w:p>
      <w:pPr>
        <w:spacing w:after="60" w:line="266" w:lineRule="auto"/>
        <w:ind w:firstLine="331"/>
        <w:jc w:val="both"/>
      </w:pPr>
      <w:r>
        <w:rPr>
          <w:rFonts w:ascii="Georgia" w:hAnsi="Georgia"/>
          <w:b w:val="0"/>
          <w:i w:val="0"/>
          <w:color w:val="22201D"/>
          <w:sz w:val="20"/>
        </w:rPr>
        <w:t>Flocc got a clean spoon.</w:t>
      </w:r>
    </w:p>
    <w:p>
      <w:pPr>
        <w:spacing w:after="60" w:line="266" w:lineRule="auto"/>
        <w:ind w:firstLine="331"/>
        <w:jc w:val="both"/>
      </w:pPr>
      <w:r>
        <w:rPr>
          <w:rFonts w:ascii="Georgia" w:hAnsi="Georgia"/>
          <w:b w:val="0"/>
          <w:i w:val="0"/>
          <w:color w:val="22201D"/>
          <w:sz w:val="20"/>
        </w:rPr>
        <w:t>He carried it to Table Four with a napkin under it, not because that made him noble, but because Gerald would have materialized from the wall if he had touched the bowl end.</w:t>
      </w:r>
    </w:p>
    <w:p>
      <w:pPr>
        <w:spacing w:after="60" w:line="266" w:lineRule="auto"/>
        <w:ind w:firstLine="331"/>
        <w:jc w:val="both"/>
      </w:pPr>
      <w:r>
        <w:rPr>
          <w:rFonts w:ascii="Georgia" w:hAnsi="Georgia"/>
          <w:b w:val="0"/>
          <w:i w:val="0"/>
          <w:color w:val="22201D"/>
          <w:sz w:val="20"/>
        </w:rPr>
        <w:t>"Clean spoon," Flocc said.</w:t>
      </w:r>
    </w:p>
    <w:p>
      <w:pPr>
        <w:spacing w:after="60" w:line="266" w:lineRule="auto"/>
        <w:ind w:firstLine="331"/>
        <w:jc w:val="both"/>
      </w:pPr>
      <w:r>
        <w:rPr>
          <w:rFonts w:ascii="Georgia" w:hAnsi="Georgia"/>
          <w:b w:val="0"/>
          <w:i w:val="0"/>
          <w:color w:val="22201D"/>
          <w:sz w:val="20"/>
        </w:rPr>
        <w:t>The customer said, "Thanks."</w:t>
      </w:r>
    </w:p>
    <w:p>
      <w:pPr>
        <w:spacing w:after="60" w:line="266" w:lineRule="auto"/>
        <w:ind w:firstLine="331"/>
        <w:jc w:val="both"/>
      </w:pPr>
      <w:r>
        <w:rPr>
          <w:rFonts w:ascii="Georgia" w:hAnsi="Georgia"/>
          <w:b w:val="0"/>
          <w:i w:val="0"/>
          <w:color w:val="22201D"/>
          <w:sz w:val="20"/>
        </w:rPr>
        <w:t>The shared receipt printed:</w:t>
      </w:r>
    </w:p>
    <w:p>
      <w:pPr>
        <w:spacing w:after="60" w:line="250" w:lineRule="auto"/>
        <w:ind w:left="202" w:right="173"/>
      </w:pPr>
      <w:r>
        <w:rPr>
          <w:rFonts w:ascii="Georgia" w:hAnsi="Georgia"/>
          <w:b w:val="0"/>
          <w:i w:val="0"/>
          <w:color w:val="22201D"/>
          <w:sz w:val="17"/>
        </w:rPr>
        <w:t>Table Four - clean spoon replaced after drop. No lesson attached.</w:t>
      </w:r>
    </w:p>
    <w:p>
      <w:pPr>
        <w:spacing w:after="60" w:line="266" w:lineRule="auto"/>
        <w:ind w:firstLine="331"/>
        <w:jc w:val="both"/>
      </w:pPr>
      <w:r>
        <w:rPr>
          <w:rFonts w:ascii="Georgia" w:hAnsi="Georgia"/>
          <w:b w:val="0"/>
          <w:i w:val="0"/>
          <w:color w:val="22201D"/>
          <w:sz w:val="20"/>
        </w:rPr>
        <w:t>Nico made a face of deep pain.</w:t>
      </w:r>
    </w:p>
    <w:p>
      <w:pPr>
        <w:spacing w:after="60" w:line="266" w:lineRule="auto"/>
        <w:ind w:firstLine="331"/>
        <w:jc w:val="both"/>
      </w:pPr>
      <w:r>
        <w:rPr>
          <w:rFonts w:ascii="Georgia" w:hAnsi="Georgia"/>
          <w:b w:val="0"/>
          <w:i w:val="0"/>
          <w:color w:val="22201D"/>
          <w:sz w:val="20"/>
        </w:rPr>
        <w:t>"No lesson attached," he whispered, "is killing me."</w:t>
      </w:r>
    </w:p>
    <w:p>
      <w:pPr>
        <w:spacing w:after="60" w:line="266" w:lineRule="auto"/>
        <w:ind w:firstLine="331"/>
        <w:jc w:val="both"/>
      </w:pPr>
      <w:r>
        <w:rPr>
          <w:rFonts w:ascii="Georgia" w:hAnsi="Georgia"/>
          <w:b w:val="0"/>
          <w:i w:val="0"/>
          <w:color w:val="22201D"/>
          <w:sz w:val="20"/>
        </w:rPr>
        <w:t>Bob handed him a bus tub.</w:t>
      </w:r>
    </w:p>
    <w:p>
      <w:pPr>
        <w:spacing w:after="60" w:line="266" w:lineRule="auto"/>
        <w:ind w:firstLine="331"/>
        <w:jc w:val="both"/>
      </w:pPr>
      <w:r>
        <w:rPr>
          <w:rFonts w:ascii="Georgia" w:hAnsi="Georgia"/>
          <w:b w:val="0"/>
          <w:i w:val="0"/>
          <w:color w:val="22201D"/>
          <w:sz w:val="20"/>
        </w:rPr>
        <w:t>"Carry this."</w:t>
      </w:r>
    </w:p>
    <w:p>
      <w:pPr>
        <w:spacing w:after="60" w:line="266" w:lineRule="auto"/>
        <w:ind w:firstLine="331"/>
        <w:jc w:val="both"/>
      </w:pPr>
      <w:r>
        <w:rPr>
          <w:rFonts w:ascii="Georgia" w:hAnsi="Georgia"/>
          <w:b w:val="0"/>
          <w:i w:val="0"/>
          <w:color w:val="22201D"/>
          <w:sz w:val="20"/>
        </w:rPr>
        <w:t>Nico carried it.</w:t>
      </w:r>
    </w:p>
    <w:p>
      <w:pPr>
        <w:spacing w:after="60" w:line="266" w:lineRule="auto"/>
        <w:ind w:firstLine="331"/>
        <w:jc w:val="both"/>
      </w:pPr>
      <w:r>
        <w:rPr>
          <w:rFonts w:ascii="Georgia" w:hAnsi="Georgia"/>
          <w:b w:val="0"/>
          <w:i w:val="0"/>
          <w:color w:val="22201D"/>
          <w:sz w:val="20"/>
        </w:rPr>
        <w:t>At Table Two, Lena stood.</w:t>
      </w:r>
    </w:p>
    <w:p>
      <w:pPr>
        <w:spacing w:after="60" w:line="266" w:lineRule="auto"/>
        <w:ind w:firstLine="331"/>
        <w:jc w:val="both"/>
      </w:pPr>
      <w:r>
        <w:rPr>
          <w:rFonts w:ascii="Georgia" w:hAnsi="Georgia"/>
          <w:b w:val="0"/>
          <w:i w:val="0"/>
          <w:color w:val="22201D"/>
          <w:sz w:val="20"/>
        </w:rPr>
        <w:t>Flocc felt the urge to stop her. Not physically. Socially. Narratively. She had been useful to the day. She had helped prove unknowing could eat soup, clarity could brighten without explaining, and returning for bread did not have to become a story. Some part of him wanted her to stay until he understood what she had meant.</w:t>
      </w:r>
    </w:p>
    <w:p>
      <w:pPr>
        <w:spacing w:after="60" w:line="266" w:lineRule="auto"/>
        <w:ind w:firstLine="331"/>
        <w:jc w:val="both"/>
      </w:pPr>
      <w:r>
        <w:rPr>
          <w:rFonts w:ascii="Georgia" w:hAnsi="Georgia"/>
          <w:b w:val="0"/>
          <w:i w:val="0"/>
          <w:color w:val="22201D"/>
          <w:sz w:val="20"/>
        </w:rPr>
        <w:t>That was exactly why he did not ask her to.</w:t>
      </w:r>
    </w:p>
    <w:p>
      <w:pPr>
        <w:spacing w:after="60" w:line="266" w:lineRule="auto"/>
        <w:ind w:firstLine="331"/>
        <w:jc w:val="both"/>
      </w:pPr>
      <w:r>
        <w:rPr>
          <w:rFonts w:ascii="Georgia" w:hAnsi="Georgia"/>
          <w:b w:val="0"/>
          <w:i w:val="0"/>
          <w:color w:val="22201D"/>
          <w:sz w:val="20"/>
        </w:rPr>
        <w:t>The Hostess asked, "Finished?"</w:t>
      </w:r>
    </w:p>
    <w:p>
      <w:pPr>
        <w:spacing w:after="60" w:line="266" w:lineRule="auto"/>
        <w:ind w:firstLine="331"/>
        <w:jc w:val="both"/>
      </w:pPr>
      <w:r>
        <w:rPr>
          <w:rFonts w:ascii="Georgia" w:hAnsi="Georgia"/>
          <w:b w:val="0"/>
          <w:i w:val="0"/>
          <w:color w:val="22201D"/>
          <w:sz w:val="20"/>
        </w:rPr>
        <w:t>Lena nodded.</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The shared receipt printed:</w:t>
      </w:r>
    </w:p>
    <w:p>
      <w:pPr>
        <w:spacing w:after="60" w:line="250" w:lineRule="auto"/>
        <w:ind w:left="202" w:right="173"/>
      </w:pPr>
      <w:r>
        <w:rPr>
          <w:rFonts w:ascii="Georgia" w:hAnsi="Georgia"/>
          <w:b w:val="0"/>
          <w:i w:val="0"/>
          <w:color w:val="22201D"/>
          <w:sz w:val="17"/>
        </w:rPr>
        <w:t>Lena - finished for now. Do not convert departure into closure.</w:t>
      </w:r>
    </w:p>
    <w:p>
      <w:pPr>
        <w:spacing w:after="60" w:line="266" w:lineRule="auto"/>
        <w:ind w:firstLine="331"/>
        <w:jc w:val="both"/>
      </w:pPr>
      <w:r>
        <w:rPr>
          <w:rFonts w:ascii="Georgia" w:hAnsi="Georgia"/>
          <w:b w:val="0"/>
          <w:i w:val="0"/>
          <w:color w:val="22201D"/>
          <w:sz w:val="20"/>
        </w:rPr>
        <w:t>Flocc read it and understood that ordering for someone else could include not ordering anything at all.</w:t>
      </w:r>
    </w:p>
    <w:p>
      <w:pPr>
        <w:spacing w:after="60" w:line="266" w:lineRule="auto"/>
        <w:ind w:firstLine="331"/>
        <w:jc w:val="both"/>
      </w:pPr>
      <w:r>
        <w:rPr>
          <w:rFonts w:ascii="Georgia" w:hAnsi="Georgia"/>
          <w:b w:val="0"/>
          <w:i w:val="0"/>
          <w:color w:val="22201D"/>
          <w:sz w:val="20"/>
        </w:rPr>
        <w:t>Lena came to the register.</w:t>
      </w:r>
    </w:p>
    <w:p>
      <w:pPr>
        <w:spacing w:after="60" w:line="266" w:lineRule="auto"/>
        <w:ind w:firstLine="331"/>
        <w:jc w:val="both"/>
      </w:pPr>
      <w:r>
        <w:rPr>
          <w:rFonts w:ascii="Georgia" w:hAnsi="Georgia"/>
          <w:b w:val="0"/>
          <w:i w:val="0"/>
          <w:color w:val="22201D"/>
          <w:sz w:val="20"/>
        </w:rPr>
        <w:t>Steve looked at her existing receipt, which still read Total: still open.</w:t>
      </w:r>
    </w:p>
    <w:p>
      <w:pPr>
        <w:spacing w:after="60" w:line="266" w:lineRule="auto"/>
        <w:ind w:firstLine="331"/>
        <w:jc w:val="both"/>
      </w:pPr>
      <w:r>
        <w:rPr>
          <w:rFonts w:ascii="Georgia" w:hAnsi="Georgia"/>
          <w:b w:val="0"/>
          <w:i w:val="0"/>
          <w:color w:val="22201D"/>
          <w:sz w:val="20"/>
        </w:rPr>
        <w:t>"I can update this," he said.</w:t>
      </w:r>
    </w:p>
    <w:p>
      <w:pPr>
        <w:spacing w:after="60" w:line="266" w:lineRule="auto"/>
        <w:ind w:firstLine="331"/>
        <w:jc w:val="both"/>
      </w:pPr>
      <w:r>
        <w:rPr>
          <w:rFonts w:ascii="Georgia" w:hAnsi="Georgia"/>
          <w:b w:val="0"/>
          <w:i w:val="0"/>
          <w:color w:val="22201D"/>
          <w:sz w:val="20"/>
        </w:rPr>
        <w:t>Lena looked worried.</w:t>
      </w:r>
    </w:p>
    <w:p>
      <w:pPr>
        <w:spacing w:after="60" w:line="266" w:lineRule="auto"/>
        <w:ind w:firstLine="331"/>
        <w:jc w:val="both"/>
      </w:pPr>
      <w:r>
        <w:rPr>
          <w:rFonts w:ascii="Georgia" w:hAnsi="Georgia"/>
          <w:b w:val="0"/>
          <w:i w:val="0"/>
          <w:color w:val="22201D"/>
          <w:sz w:val="20"/>
        </w:rPr>
        <w:t>"Do I owe more?"</w:t>
      </w:r>
    </w:p>
    <w:p>
      <w:pPr>
        <w:spacing w:after="60" w:line="266" w:lineRule="auto"/>
        <w:ind w:firstLine="331"/>
        <w:jc w:val="both"/>
      </w:pPr>
      <w:r>
        <w:rPr>
          <w:rFonts w:ascii="Georgia" w:hAnsi="Georgia"/>
          <w:b w:val="0"/>
          <w:i w:val="0"/>
          <w:color w:val="22201D"/>
          <w:sz w:val="20"/>
        </w:rPr>
        <w:t>Steve considered.</w:t>
      </w:r>
    </w:p>
    <w:p>
      <w:pPr>
        <w:spacing w:after="60" w:line="266" w:lineRule="auto"/>
        <w:ind w:firstLine="331"/>
        <w:jc w:val="both"/>
      </w:pPr>
      <w:r>
        <w:rPr>
          <w:rFonts w:ascii="Georgia" w:hAnsi="Georgia"/>
          <w:b w:val="0"/>
          <w:i w:val="0"/>
          <w:color w:val="22201D"/>
          <w:sz w:val="20"/>
        </w:rPr>
        <w:t>"No. But the receipt owes accuracy."</w:t>
      </w:r>
    </w:p>
    <w:p>
      <w:pPr>
        <w:spacing w:after="60" w:line="266" w:lineRule="auto"/>
        <w:ind w:firstLine="331"/>
        <w:jc w:val="both"/>
      </w:pPr>
      <w:r>
        <w:rPr>
          <w:rFonts w:ascii="Georgia" w:hAnsi="Georgia"/>
          <w:b w:val="0"/>
          <w:i w:val="0"/>
          <w:color w:val="22201D"/>
          <w:sz w:val="20"/>
        </w:rPr>
        <w:t>The register printed:</w:t>
      </w:r>
    </w:p>
    <w:p>
      <w:pPr>
        <w:spacing w:after="60" w:line="250" w:lineRule="auto"/>
        <w:ind w:left="202" w:right="173"/>
      </w:pPr>
      <w:r>
        <w:rPr>
          <w:rFonts w:ascii="Georgia" w:hAnsi="Georgia"/>
          <w:b w:val="0"/>
          <w:i w:val="0"/>
          <w:color w:val="22201D"/>
          <w:sz w:val="17"/>
        </w:rPr>
        <w:t>LENA Soup with one drop Citrus Aji Limo Rain Roll Return visit: bread received Phone not used during service Explanation not completed Status: paid enough for now</w:t>
      </w:r>
    </w:p>
    <w:p>
      <w:pPr>
        <w:spacing w:after="60" w:line="266" w:lineRule="auto"/>
        <w:ind w:firstLine="331"/>
        <w:jc w:val="both"/>
      </w:pPr>
      <w:r>
        <w:rPr>
          <w:rFonts w:ascii="Georgia" w:hAnsi="Georgia"/>
          <w:b w:val="0"/>
          <w:i w:val="0"/>
          <w:color w:val="22201D"/>
          <w:sz w:val="20"/>
        </w:rPr>
        <w:t>Lena read it.</w:t>
      </w:r>
    </w:p>
    <w:p>
      <w:pPr>
        <w:spacing w:after="60" w:line="266" w:lineRule="auto"/>
        <w:ind w:firstLine="331"/>
        <w:jc w:val="both"/>
      </w:pPr>
      <w:r>
        <w:rPr>
          <w:rFonts w:ascii="Georgia" w:hAnsi="Georgia"/>
          <w:b w:val="0"/>
          <w:i w:val="0"/>
          <w:color w:val="22201D"/>
          <w:sz w:val="20"/>
        </w:rPr>
        <w:t>"Paid enough?"</w:t>
      </w:r>
    </w:p>
    <w:p>
      <w:pPr>
        <w:spacing w:after="60" w:line="266" w:lineRule="auto"/>
        <w:ind w:firstLine="331"/>
        <w:jc w:val="both"/>
      </w:pPr>
      <w:r>
        <w:rPr>
          <w:rFonts w:ascii="Georgia" w:hAnsi="Georgia"/>
          <w:b w:val="0"/>
          <w:i w:val="0"/>
          <w:color w:val="22201D"/>
          <w:sz w:val="20"/>
        </w:rPr>
        <w:t>Steve said, "It is not a discount. It is a boundary."</w:t>
      </w:r>
    </w:p>
    <w:p>
      <w:pPr>
        <w:spacing w:after="60" w:line="266" w:lineRule="auto"/>
        <w:ind w:firstLine="331"/>
        <w:jc w:val="both"/>
      </w:pPr>
      <w:r>
        <w:rPr>
          <w:rFonts w:ascii="Georgia" w:hAnsi="Georgia"/>
          <w:b w:val="0"/>
          <w:i w:val="0"/>
          <w:color w:val="22201D"/>
          <w:sz w:val="20"/>
        </w:rPr>
        <w:t>She nodded slowly.</w:t>
      </w:r>
    </w:p>
    <w:p>
      <w:pPr>
        <w:spacing w:after="60" w:line="266" w:lineRule="auto"/>
        <w:ind w:firstLine="331"/>
        <w:jc w:val="both"/>
      </w:pPr>
      <w:r>
        <w:rPr>
          <w:rFonts w:ascii="Georgia" w:hAnsi="Georgia"/>
          <w:b w:val="0"/>
          <w:i w:val="0"/>
          <w:color w:val="22201D"/>
          <w:sz w:val="20"/>
        </w:rPr>
        <w:t>"Okay."</w:t>
      </w:r>
    </w:p>
    <w:p>
      <w:pPr>
        <w:spacing w:after="60" w:line="266" w:lineRule="auto"/>
        <w:ind w:firstLine="331"/>
        <w:jc w:val="both"/>
      </w:pPr>
      <w:r>
        <w:rPr>
          <w:rFonts w:ascii="Georgia" w:hAnsi="Georgia"/>
          <w:b w:val="0"/>
          <w:i w:val="0"/>
          <w:color w:val="22201D"/>
          <w:sz w:val="20"/>
        </w:rPr>
        <w:t>Flocc watched her leave.</w:t>
      </w:r>
    </w:p>
    <w:p>
      <w:pPr>
        <w:spacing w:after="60" w:line="266" w:lineRule="auto"/>
        <w:ind w:firstLine="331"/>
        <w:jc w:val="both"/>
      </w:pPr>
      <w:r>
        <w:rPr>
          <w:rFonts w:ascii="Georgia" w:hAnsi="Georgia"/>
          <w:b w:val="0"/>
          <w:i w:val="0"/>
          <w:color w:val="22201D"/>
          <w:sz w:val="20"/>
        </w:rPr>
        <w:t>The door closed without becoming a chapter ending.</w:t>
      </w:r>
    </w:p>
    <w:p>
      <w:pPr>
        <w:spacing w:after="60" w:line="266" w:lineRule="auto"/>
        <w:ind w:firstLine="331"/>
        <w:jc w:val="both"/>
      </w:pPr>
      <w:r>
        <w:rPr>
          <w:rFonts w:ascii="Georgia" w:hAnsi="Georgia"/>
          <w:b w:val="0"/>
          <w:i w:val="0"/>
          <w:color w:val="22201D"/>
          <w:sz w:val="20"/>
        </w:rPr>
        <w:t>The shared receipt added:</w:t>
      </w:r>
    </w:p>
    <w:p>
      <w:pPr>
        <w:spacing w:after="60" w:line="250" w:lineRule="auto"/>
        <w:ind w:left="202" w:right="173"/>
      </w:pPr>
      <w:r>
        <w:rPr>
          <w:rFonts w:ascii="Georgia" w:hAnsi="Georgia"/>
          <w:b w:val="0"/>
          <w:i w:val="0"/>
          <w:color w:val="22201D"/>
          <w:sz w:val="17"/>
        </w:rPr>
        <w:t>Exit path used without story assignment.</w:t>
      </w:r>
    </w:p>
    <w:p>
      <w:pPr>
        <w:spacing w:after="60" w:line="266" w:lineRule="auto"/>
        <w:ind w:firstLine="331"/>
        <w:jc w:val="both"/>
      </w:pPr>
      <w:r>
        <w:rPr>
          <w:rFonts w:ascii="Georgia" w:hAnsi="Georgia"/>
          <w:b w:val="0"/>
          <w:i w:val="0"/>
          <w:color w:val="22201D"/>
          <w:sz w:val="20"/>
        </w:rPr>
        <w:t>Evan looked at the door after her.</w:t>
      </w:r>
    </w:p>
    <w:p>
      <w:pPr>
        <w:spacing w:after="60" w:line="266" w:lineRule="auto"/>
        <w:ind w:firstLine="331"/>
        <w:jc w:val="both"/>
      </w:pPr>
      <w:r>
        <w:rPr>
          <w:rFonts w:ascii="Georgia" w:hAnsi="Georgia"/>
          <w:b w:val="0"/>
          <w:i w:val="0"/>
          <w:color w:val="22201D"/>
          <w:sz w:val="20"/>
        </w:rPr>
        <w:t>Then at his bowl.</w:t>
      </w:r>
    </w:p>
    <w:p>
      <w:pPr>
        <w:spacing w:after="60" w:line="266" w:lineRule="auto"/>
        <w:ind w:firstLine="331"/>
        <w:jc w:val="both"/>
      </w:pPr>
      <w:r>
        <w:rPr>
          <w:rFonts w:ascii="Georgia" w:hAnsi="Georgia"/>
          <w:b w:val="0"/>
          <w:i w:val="0"/>
          <w:color w:val="22201D"/>
          <w:sz w:val="20"/>
        </w:rPr>
        <w:t>Then at Flocc.</w:t>
      </w:r>
    </w:p>
    <w:p>
      <w:pPr>
        <w:spacing w:after="60" w:line="266" w:lineRule="auto"/>
        <w:ind w:firstLine="331"/>
        <w:jc w:val="both"/>
      </w:pPr>
      <w:r>
        <w:rPr>
          <w:rFonts w:ascii="Georgia" w:hAnsi="Georgia"/>
          <w:b w:val="0"/>
          <w:i w:val="0"/>
          <w:color w:val="22201D"/>
          <w:sz w:val="20"/>
        </w:rPr>
        <w:t>"Could I have bread now?"</w:t>
      </w:r>
    </w:p>
    <w:p>
      <w:pPr>
        <w:spacing w:after="60" w:line="266" w:lineRule="auto"/>
        <w:ind w:firstLine="331"/>
        <w:jc w:val="both"/>
      </w:pPr>
      <w:r>
        <w:rPr>
          <w:rFonts w:ascii="Georgia" w:hAnsi="Georgia"/>
          <w:b w:val="0"/>
          <w:i w:val="0"/>
          <w:color w:val="22201D"/>
          <w:sz w:val="20"/>
        </w:rPr>
        <w:t>Flocc did not smile too much.</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went to the receiving table.</w:t>
      </w:r>
    </w:p>
    <w:p>
      <w:pPr>
        <w:spacing w:after="60" w:line="266" w:lineRule="auto"/>
        <w:ind w:firstLine="331"/>
        <w:jc w:val="both"/>
      </w:pPr>
      <w:r>
        <w:rPr>
          <w:rFonts w:ascii="Georgia" w:hAnsi="Georgia"/>
          <w:b w:val="0"/>
          <w:i w:val="0"/>
          <w:color w:val="22201D"/>
          <w:sz w:val="20"/>
        </w:rPr>
        <w:t>There were two plain rolls left, one seeded roll, and three pieces of toast. He started to choose the nicest plain roll.</w:t>
      </w:r>
    </w:p>
    <w:p>
      <w:pPr>
        <w:spacing w:after="60" w:line="266" w:lineRule="auto"/>
        <w:ind w:firstLine="331"/>
        <w:jc w:val="both"/>
      </w:pPr>
      <w:r>
        <w:rPr>
          <w:rFonts w:ascii="Georgia" w:hAnsi="Georgia"/>
          <w:b w:val="0"/>
          <w:i w:val="0"/>
          <w:color w:val="22201D"/>
          <w:sz w:val="20"/>
        </w:rPr>
        <w:t>Then he stopped.</w:t>
      </w:r>
    </w:p>
    <w:p>
      <w:pPr>
        <w:spacing w:after="60" w:line="266" w:lineRule="auto"/>
        <w:ind w:firstLine="331"/>
        <w:jc w:val="both"/>
      </w:pPr>
      <w:r>
        <w:rPr>
          <w:rFonts w:ascii="Georgia" w:hAnsi="Georgia"/>
          <w:b w:val="0"/>
          <w:i w:val="0"/>
          <w:color w:val="22201D"/>
          <w:sz w:val="20"/>
        </w:rPr>
        <w:t>Ordering for someone else was not choosing what made Flocc feel generous. It was matching the present need.</w:t>
      </w:r>
    </w:p>
    <w:p>
      <w:pPr>
        <w:spacing w:after="60" w:line="266" w:lineRule="auto"/>
        <w:ind w:firstLine="331"/>
        <w:jc w:val="both"/>
      </w:pPr>
      <w:r>
        <w:rPr>
          <w:rFonts w:ascii="Georgia" w:hAnsi="Georgia"/>
          <w:b w:val="0"/>
          <w:i w:val="0"/>
          <w:color w:val="22201D"/>
          <w:sz w:val="20"/>
        </w:rPr>
        <w:t>Evan had soup. Bread for soup should tear easily, hold together when dipped, and not take over the bowl. The nicest roll was too crusty. The seeded roll would bring attention. Toast was too small now. The second plain roll had a soft side and a firm edge.</w:t>
      </w:r>
    </w:p>
    <w:p>
      <w:pPr>
        <w:spacing w:after="60" w:line="266" w:lineRule="auto"/>
        <w:ind w:firstLine="331"/>
        <w:jc w:val="both"/>
      </w:pPr>
      <w:r>
        <w:rPr>
          <w:rFonts w:ascii="Georgia" w:hAnsi="Georgia"/>
          <w:b w:val="0"/>
          <w:i w:val="0"/>
          <w:color w:val="22201D"/>
          <w:sz w:val="20"/>
        </w:rPr>
        <w:t>Flocc chose that.</w:t>
      </w:r>
    </w:p>
    <w:p>
      <w:pPr>
        <w:spacing w:after="60" w:line="266" w:lineRule="auto"/>
        <w:ind w:firstLine="331"/>
        <w:jc w:val="both"/>
      </w:pPr>
      <w:r>
        <w:rPr>
          <w:rFonts w:ascii="Georgia" w:hAnsi="Georgia"/>
          <w:b w:val="0"/>
          <w:i w:val="0"/>
          <w:color w:val="22201D"/>
          <w:sz w:val="20"/>
        </w:rPr>
        <w:t>Gerald saw.</w:t>
      </w:r>
    </w:p>
    <w:p>
      <w:pPr>
        <w:spacing w:after="60" w:line="266" w:lineRule="auto"/>
        <w:ind w:firstLine="331"/>
        <w:jc w:val="both"/>
      </w:pPr>
      <w:r>
        <w:rPr>
          <w:rFonts w:ascii="Georgia" w:hAnsi="Georgia"/>
          <w:b w:val="0"/>
          <w:i w:val="0"/>
          <w:color w:val="22201D"/>
          <w:sz w:val="20"/>
        </w:rPr>
        <w:t>"Reason?"</w:t>
      </w:r>
    </w:p>
    <w:p>
      <w:pPr>
        <w:spacing w:after="60" w:line="266" w:lineRule="auto"/>
        <w:ind w:firstLine="331"/>
        <w:jc w:val="both"/>
      </w:pPr>
      <w:r>
        <w:rPr>
          <w:rFonts w:ascii="Georgia" w:hAnsi="Georgia"/>
          <w:b w:val="0"/>
          <w:i w:val="0"/>
          <w:color w:val="22201D"/>
          <w:sz w:val="20"/>
        </w:rPr>
        <w:t>"Soup bread. Soft enough to tear, firm enough to dip. Not the prettiest."</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Selection matched use, not appearance.</w:t>
      </w:r>
    </w:p>
    <w:p>
      <w:pPr>
        <w:spacing w:after="60" w:line="266" w:lineRule="auto"/>
        <w:ind w:firstLine="331"/>
        <w:jc w:val="both"/>
      </w:pPr>
      <w:r>
        <w:rPr>
          <w:rFonts w:ascii="Georgia" w:hAnsi="Georgia"/>
          <w:b w:val="0"/>
          <w:i w:val="0"/>
          <w:color w:val="22201D"/>
          <w:sz w:val="20"/>
        </w:rPr>
        <w:t>The shared receipt printed:</w:t>
      </w:r>
    </w:p>
    <w:p>
      <w:pPr>
        <w:spacing w:after="60" w:line="250" w:lineRule="auto"/>
        <w:ind w:left="202" w:right="173"/>
      </w:pPr>
      <w:r>
        <w:rPr>
          <w:rFonts w:ascii="Georgia" w:hAnsi="Georgia"/>
          <w:b w:val="0"/>
          <w:i w:val="0"/>
          <w:color w:val="22201D"/>
          <w:sz w:val="17"/>
        </w:rPr>
        <w:t>Evan - bread requested after water and soup. Selected for use: plain roll, soft side, firm edge.</w:t>
      </w:r>
    </w:p>
    <w:p>
      <w:pPr>
        <w:spacing w:after="60" w:line="266" w:lineRule="auto"/>
        <w:ind w:firstLine="331"/>
        <w:jc w:val="both"/>
      </w:pPr>
      <w:r>
        <w:rPr>
          <w:rFonts w:ascii="Georgia" w:hAnsi="Georgia"/>
          <w:b w:val="0"/>
          <w:i w:val="0"/>
          <w:color w:val="22201D"/>
          <w:sz w:val="20"/>
        </w:rPr>
        <w:t>Flocc delivered it.</w:t>
      </w:r>
    </w:p>
    <w:p>
      <w:pPr>
        <w:spacing w:after="60" w:line="266" w:lineRule="auto"/>
        <w:ind w:firstLine="331"/>
        <w:jc w:val="both"/>
      </w:pPr>
      <w:r>
        <w:rPr>
          <w:rFonts w:ascii="Georgia" w:hAnsi="Georgia"/>
          <w:b w:val="0"/>
          <w:i w:val="0"/>
          <w:color w:val="22201D"/>
          <w:sz w:val="20"/>
        </w:rPr>
        <w:t>Evan tore it and dipped it in the soup.</w:t>
      </w:r>
    </w:p>
    <w:p>
      <w:pPr>
        <w:spacing w:after="60" w:line="266" w:lineRule="auto"/>
        <w:ind w:firstLine="331"/>
        <w:jc w:val="both"/>
      </w:pPr>
      <w:r>
        <w:rPr>
          <w:rFonts w:ascii="Georgia" w:hAnsi="Georgia"/>
          <w:b w:val="0"/>
          <w:i w:val="0"/>
          <w:color w:val="22201D"/>
          <w:sz w:val="20"/>
        </w:rPr>
        <w:t>His hands moved farther from the bowl after that, not because he was less hungry, but because the hunger had stopped feeling like something he had to guard.</w:t>
      </w:r>
    </w:p>
    <w:p>
      <w:pPr>
        <w:spacing w:after="60" w:line="266" w:lineRule="auto"/>
        <w:ind w:firstLine="331"/>
        <w:jc w:val="both"/>
      </w:pPr>
      <w:r>
        <w:rPr>
          <w:rFonts w:ascii="Georgia" w:hAnsi="Georgia"/>
          <w:b w:val="0"/>
          <w:i w:val="0"/>
          <w:color w:val="22201D"/>
          <w:sz w:val="20"/>
        </w:rPr>
        <w:t>The Hostess saw.</w:t>
      </w:r>
    </w:p>
    <w:p>
      <w:pPr>
        <w:spacing w:after="60" w:line="266" w:lineRule="auto"/>
        <w:ind w:firstLine="331"/>
        <w:jc w:val="both"/>
      </w:pPr>
      <w:r>
        <w:rPr>
          <w:rFonts w:ascii="Georgia" w:hAnsi="Georgia"/>
          <w:b w:val="0"/>
          <w:i w:val="0"/>
          <w:color w:val="22201D"/>
          <w:sz w:val="20"/>
        </w:rPr>
        <w:t>She marked the seating chart:</w:t>
      </w:r>
    </w:p>
    <w:p>
      <w:pPr>
        <w:spacing w:after="60" w:line="250" w:lineRule="auto"/>
        <w:ind w:left="202" w:right="173"/>
      </w:pPr>
      <w:r>
        <w:rPr>
          <w:rFonts w:ascii="Georgia" w:hAnsi="Georgia"/>
          <w:b w:val="0"/>
          <w:i w:val="0"/>
          <w:color w:val="22201D"/>
          <w:sz w:val="17"/>
        </w:rPr>
        <w:t>Added chair stable after second service pass. Guest able to receive without explanation.</w:t>
      </w:r>
    </w:p>
    <w:p>
      <w:pPr>
        <w:spacing w:after="60" w:line="266" w:lineRule="auto"/>
        <w:ind w:firstLine="331"/>
        <w:jc w:val="both"/>
      </w:pPr>
      <w:r>
        <w:rPr>
          <w:rFonts w:ascii="Georgia" w:hAnsi="Georgia"/>
          <w:b w:val="0"/>
          <w:i w:val="0"/>
          <w:color w:val="22201D"/>
          <w:sz w:val="20"/>
        </w:rPr>
        <w:t>The shared receipt now had too many lines for one slip.</w:t>
      </w:r>
    </w:p>
    <w:p>
      <w:pPr>
        <w:spacing w:after="60" w:line="266" w:lineRule="auto"/>
        <w:ind w:firstLine="331"/>
        <w:jc w:val="both"/>
      </w:pPr>
      <w:r>
        <w:rPr>
          <w:rFonts w:ascii="Georgia" w:hAnsi="Georgia"/>
          <w:b w:val="0"/>
          <w:i w:val="0"/>
          <w:color w:val="22201D"/>
          <w:sz w:val="20"/>
        </w:rPr>
        <w:t>It grew longer.</w:t>
      </w:r>
    </w:p>
    <w:p>
      <w:pPr>
        <w:spacing w:after="60" w:line="266" w:lineRule="auto"/>
        <w:ind w:firstLine="331"/>
        <w:jc w:val="both"/>
      </w:pPr>
      <w:r>
        <w:rPr>
          <w:rFonts w:ascii="Georgia" w:hAnsi="Georgia"/>
          <w:b w:val="0"/>
          <w:i w:val="0"/>
          <w:color w:val="22201D"/>
          <w:sz w:val="20"/>
        </w:rPr>
        <w:t>Steve pulled it gently from the register and let it fold over the counter. It did not fall to the floor. Bob placed a clean tray beneath it.</w:t>
      </w:r>
    </w:p>
    <w:p>
      <w:pPr>
        <w:spacing w:after="60" w:line="266" w:lineRule="auto"/>
        <w:ind w:firstLine="331"/>
        <w:jc w:val="both"/>
      </w:pPr>
      <w:r>
        <w:rPr>
          <w:rFonts w:ascii="Georgia" w:hAnsi="Georgia"/>
          <w:b w:val="0"/>
          <w:i w:val="0"/>
          <w:color w:val="22201D"/>
          <w:sz w:val="20"/>
        </w:rPr>
        <w:t>"Shared receipt needs support," Bob said.</w:t>
      </w:r>
    </w:p>
    <w:p>
      <w:pPr>
        <w:spacing w:after="60" w:line="266" w:lineRule="auto"/>
        <w:ind w:firstLine="331"/>
        <w:jc w:val="both"/>
      </w:pPr>
      <w:r>
        <w:rPr>
          <w:rFonts w:ascii="Georgia" w:hAnsi="Georgia"/>
          <w:b w:val="0"/>
          <w:i w:val="0"/>
          <w:color w:val="22201D"/>
          <w:sz w:val="20"/>
        </w:rPr>
        <w:t>Gerald nodded. "All long records do."</w:t>
      </w:r>
    </w:p>
    <w:p>
      <w:pPr>
        <w:spacing w:after="60" w:line="266" w:lineRule="auto"/>
        <w:ind w:firstLine="331"/>
        <w:jc w:val="both"/>
      </w:pPr>
      <w:r>
        <w:rPr>
          <w:rFonts w:ascii="Georgia" w:hAnsi="Georgia"/>
          <w:b w:val="0"/>
          <w:i w:val="0"/>
          <w:color w:val="22201D"/>
          <w:sz w:val="20"/>
        </w:rPr>
        <w:t>The receipt listed everything Flocc had served or not over-served:</w:t>
      </w:r>
    </w:p>
    <w:p>
      <w:pPr>
        <w:spacing w:after="60" w:line="250" w:lineRule="auto"/>
        <w:ind w:left="202" w:right="173"/>
      </w:pPr>
      <w:r>
        <w:rPr>
          <w:rFonts w:ascii="Georgia" w:hAnsi="Georgia"/>
          <w:b w:val="0"/>
          <w:i w:val="0"/>
          <w:color w:val="22201D"/>
          <w:sz w:val="17"/>
        </w:rPr>
        <w:t>Evan - water accepted. Evan - bread declined for now. Table Four - clean spoon replaced. Lena - departure not converted into closure. Lena - paid enough for now. Evan - bread requested later. Evan - bread selected for use, not appearance. Room - no public explanation completed.</w:t>
      </w:r>
    </w:p>
    <w:p>
      <w:pPr>
        <w:spacing w:after="60" w:line="266" w:lineRule="auto"/>
        <w:ind w:firstLine="331"/>
        <w:jc w:val="both"/>
      </w:pPr>
      <w:r>
        <w:rPr>
          <w:rFonts w:ascii="Georgia" w:hAnsi="Georgia"/>
          <w:b w:val="0"/>
          <w:i w:val="0"/>
          <w:color w:val="22201D"/>
          <w:sz w:val="20"/>
        </w:rPr>
        <w:t>At the bottom, a blank line waited.</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"What is missing?"</w:t>
      </w:r>
    </w:p>
    <w:p>
      <w:pPr>
        <w:spacing w:after="60" w:line="266" w:lineRule="auto"/>
        <w:ind w:firstLine="331"/>
        <w:jc w:val="both"/>
      </w:pPr>
      <w:r>
        <w:rPr>
          <w:rFonts w:ascii="Georgia" w:hAnsi="Georgia"/>
          <w:b w:val="0"/>
          <w:i w:val="0"/>
          <w:color w:val="22201D"/>
          <w:sz w:val="20"/>
        </w:rPr>
        <w:t>He looked around the room.</w:t>
      </w:r>
    </w:p>
    <w:p>
      <w:pPr>
        <w:spacing w:after="60" w:line="266" w:lineRule="auto"/>
        <w:ind w:firstLine="331"/>
        <w:jc w:val="both"/>
      </w:pPr>
      <w:r>
        <w:rPr>
          <w:rFonts w:ascii="Georgia" w:hAnsi="Georgia"/>
          <w:b w:val="0"/>
          <w:i w:val="0"/>
          <w:color w:val="22201D"/>
          <w:sz w:val="20"/>
        </w:rPr>
        <w:t>Steve had been recording all day. Gerald had been inspecting. Bob had been delivering. Nico had been carrying water and unsaid phrases. The Hostess had been counting room. Flocc had been serving observable needs. He had not ordered for himself.</w:t>
      </w:r>
    </w:p>
    <w:p>
      <w:pPr>
        <w:spacing w:after="60" w:line="266" w:lineRule="auto"/>
        <w:ind w:firstLine="331"/>
        <w:jc w:val="both"/>
      </w:pPr>
      <w:r>
        <w:rPr>
          <w:rFonts w:ascii="Georgia" w:hAnsi="Georgia"/>
          <w:b w:val="0"/>
          <w:i w:val="0"/>
          <w:color w:val="22201D"/>
          <w:sz w:val="20"/>
        </w:rPr>
        <w:t>But the chapter title was not Flocc Serves Observable Needs.</w:t>
      </w:r>
    </w:p>
    <w:p>
      <w:pPr>
        <w:spacing w:after="60" w:line="266" w:lineRule="auto"/>
        <w:ind w:firstLine="331"/>
        <w:jc w:val="both"/>
      </w:pPr>
      <w:r>
        <w:rPr>
          <w:rFonts w:ascii="Georgia" w:hAnsi="Georgia"/>
          <w:b w:val="0"/>
          <w:i w:val="0"/>
          <w:color w:val="22201D"/>
          <w:sz w:val="20"/>
        </w:rPr>
        <w:t>It was Flocc Orders for Someone Else.</w:t>
      </w:r>
    </w:p>
    <w:p>
      <w:pPr>
        <w:spacing w:after="60" w:line="266" w:lineRule="auto"/>
        <w:ind w:firstLine="331"/>
        <w:jc w:val="both"/>
      </w:pPr>
      <w:r>
        <w:rPr>
          <w:rFonts w:ascii="Georgia" w:hAnsi="Georgia"/>
          <w:b w:val="0"/>
          <w:i w:val="0"/>
          <w:color w:val="22201D"/>
          <w:sz w:val="20"/>
        </w:rPr>
        <w:t>He looked at Evan's table.</w:t>
      </w:r>
    </w:p>
    <w:p>
      <w:pPr>
        <w:spacing w:after="60" w:line="266" w:lineRule="auto"/>
        <w:ind w:firstLine="331"/>
        <w:jc w:val="both"/>
      </w:pPr>
      <w:r>
        <w:rPr>
          <w:rFonts w:ascii="Georgia" w:hAnsi="Georgia"/>
          <w:b w:val="0"/>
          <w:i w:val="0"/>
          <w:color w:val="22201D"/>
          <w:sz w:val="20"/>
        </w:rPr>
        <w:t>Evan had soup, bread, water, a chair, and an exit path. He did not need more food.</w:t>
      </w:r>
    </w:p>
    <w:p>
      <w:pPr>
        <w:spacing w:after="60" w:line="266" w:lineRule="auto"/>
        <w:ind w:firstLine="331"/>
        <w:jc w:val="both"/>
      </w:pPr>
      <w:r>
        <w:rPr>
          <w:rFonts w:ascii="Georgia" w:hAnsi="Georgia"/>
          <w:b w:val="0"/>
          <w:i w:val="0"/>
          <w:color w:val="22201D"/>
          <w:sz w:val="20"/>
        </w:rPr>
        <w:t>He looked at Table Four. They had napkins and a spoon.</w:t>
      </w:r>
    </w:p>
    <w:p>
      <w:pPr>
        <w:spacing w:after="60" w:line="266" w:lineRule="auto"/>
        <w:ind w:firstLine="331"/>
        <w:jc w:val="both"/>
      </w:pPr>
      <w:r>
        <w:rPr>
          <w:rFonts w:ascii="Georgia" w:hAnsi="Georgia"/>
          <w:b w:val="0"/>
          <w:i w:val="0"/>
          <w:color w:val="22201D"/>
          <w:sz w:val="20"/>
        </w:rPr>
        <w:t>He looked at Maris. Toast available, no current need.</w:t>
      </w:r>
    </w:p>
    <w:p>
      <w:pPr>
        <w:spacing w:after="60" w:line="266" w:lineRule="auto"/>
        <w:ind w:firstLine="331"/>
        <w:jc w:val="both"/>
      </w:pPr>
      <w:r>
        <w:rPr>
          <w:rFonts w:ascii="Georgia" w:hAnsi="Georgia"/>
          <w:b w:val="0"/>
          <w:i w:val="0"/>
          <w:color w:val="22201D"/>
          <w:sz w:val="20"/>
        </w:rPr>
        <w:t>He looked at Nico, balancing the bus tub with a face full of unused language.</w:t>
      </w:r>
    </w:p>
    <w:p>
      <w:pPr>
        <w:spacing w:after="60" w:line="266" w:lineRule="auto"/>
        <w:ind w:firstLine="331"/>
        <w:jc w:val="both"/>
      </w:pPr>
      <w:r>
        <w:rPr>
          <w:rFonts w:ascii="Georgia" w:hAnsi="Georgia"/>
          <w:b w:val="0"/>
          <w:i w:val="0"/>
          <w:color w:val="22201D"/>
          <w:sz w:val="20"/>
        </w:rPr>
        <w:t>Nico was hungry. Not for attention. Not exactly for food either. Hungry to be useful without turning usefulness into copy.</w:t>
      </w:r>
    </w:p>
    <w:p>
      <w:pPr>
        <w:spacing w:after="60" w:line="266" w:lineRule="auto"/>
        <w:ind w:firstLine="331"/>
        <w:jc w:val="both"/>
      </w:pPr>
      <w:r>
        <w:rPr>
          <w:rFonts w:ascii="Georgia" w:hAnsi="Georgia"/>
          <w:b w:val="0"/>
          <w:i w:val="0"/>
          <w:color w:val="22201D"/>
          <w:sz w:val="20"/>
        </w:rPr>
        <w:t>Flocc went to the pass.</w:t>
      </w:r>
    </w:p>
    <w:p>
      <w:pPr>
        <w:spacing w:after="60" w:line="266" w:lineRule="auto"/>
        <w:ind w:firstLine="331"/>
        <w:jc w:val="both"/>
      </w:pPr>
      <w:r>
        <w:rPr>
          <w:rFonts w:ascii="Georgia" w:hAnsi="Georgia"/>
          <w:b w:val="0"/>
          <w:i w:val="0"/>
          <w:color w:val="22201D"/>
          <w:sz w:val="20"/>
        </w:rPr>
        <w:t>"One staff bowl," he said.</w:t>
      </w:r>
    </w:p>
    <w:p>
      <w:pPr>
        <w:spacing w:after="60" w:line="266" w:lineRule="auto"/>
        <w:ind w:firstLine="331"/>
        <w:jc w:val="both"/>
      </w:pPr>
      <w:r>
        <w:rPr>
          <w:rFonts w:ascii="Georgia" w:hAnsi="Georgia"/>
          <w:b w:val="0"/>
          <w:i w:val="0"/>
          <w:color w:val="22201D"/>
          <w:sz w:val="20"/>
        </w:rPr>
        <w:t>The pass did not print.</w:t>
      </w:r>
    </w:p>
    <w:p>
      <w:pPr>
        <w:spacing w:after="60" w:line="266" w:lineRule="auto"/>
        <w:ind w:firstLine="331"/>
        <w:jc w:val="both"/>
      </w:pPr>
      <w:r>
        <w:rPr>
          <w:rFonts w:ascii="Georgia" w:hAnsi="Georgia"/>
          <w:b w:val="0"/>
          <w:i w:val="0"/>
          <w:color w:val="22201D"/>
          <w:sz w:val="20"/>
        </w:rPr>
        <w:t>He clarified.</w:t>
      </w:r>
    </w:p>
    <w:p>
      <w:pPr>
        <w:spacing w:after="60" w:line="266" w:lineRule="auto"/>
        <w:ind w:firstLine="331"/>
        <w:jc w:val="both"/>
      </w:pPr>
      <w:r>
        <w:rPr>
          <w:rFonts w:ascii="Georgia" w:hAnsi="Georgia"/>
          <w:b w:val="0"/>
          <w:i w:val="0"/>
          <w:color w:val="22201D"/>
          <w:sz w:val="20"/>
        </w:rPr>
        <w:t>"For Nico. After bus tub. Small soup. Toast on side. No sauce unless he asks by name. Water first."</w:t>
      </w:r>
    </w:p>
    <w:p>
      <w:pPr>
        <w:spacing w:after="60" w:line="266" w:lineRule="auto"/>
        <w:ind w:firstLine="331"/>
        <w:jc w:val="both"/>
      </w:pPr>
      <w:r>
        <w:rPr>
          <w:rFonts w:ascii="Georgia" w:hAnsi="Georgia"/>
          <w:b w:val="0"/>
          <w:i w:val="0"/>
          <w:color w:val="22201D"/>
          <w:sz w:val="20"/>
        </w:rPr>
        <w:t>The pass printed:</w:t>
      </w:r>
    </w:p>
    <w:p>
      <w:pPr>
        <w:spacing w:after="60" w:line="250" w:lineRule="auto"/>
        <w:ind w:left="202" w:right="173"/>
      </w:pPr>
      <w:r>
        <w:rPr>
          <w:rFonts w:ascii="Georgia" w:hAnsi="Georgia"/>
          <w:b w:val="0"/>
          <w:i w:val="0"/>
          <w:color w:val="22201D"/>
          <w:sz w:val="17"/>
        </w:rPr>
        <w:t>STAFF ORDER NICO small soup toast beside water first Citrus Aji Limo Rain only by request, by name price: serve</w:t>
      </w:r>
    </w:p>
    <w:p>
      <w:pPr>
        <w:spacing w:after="60" w:line="266" w:lineRule="auto"/>
        <w:ind w:firstLine="331"/>
        <w:jc w:val="both"/>
      </w:pPr>
      <w:r>
        <w:rPr>
          <w:rFonts w:ascii="Georgia" w:hAnsi="Georgia"/>
          <w:b w:val="0"/>
          <w:i w:val="0"/>
          <w:color w:val="22201D"/>
          <w:sz w:val="20"/>
        </w:rPr>
        <w:t>Nico froze.</w:t>
      </w:r>
    </w:p>
    <w:p>
      <w:pPr>
        <w:spacing w:after="60" w:line="266" w:lineRule="auto"/>
        <w:ind w:firstLine="331"/>
        <w:jc w:val="both"/>
      </w:pPr>
      <w:r>
        <w:rPr>
          <w:rFonts w:ascii="Georgia" w:hAnsi="Georgia"/>
          <w:b w:val="0"/>
          <w:i w:val="0"/>
          <w:color w:val="22201D"/>
          <w:sz w:val="20"/>
        </w:rPr>
        <w:t>"For me?"</w:t>
      </w:r>
    </w:p>
    <w:p>
      <w:pPr>
        <w:spacing w:after="60" w:line="266" w:lineRule="auto"/>
        <w:ind w:firstLine="331"/>
        <w:jc w:val="both"/>
      </w:pPr>
      <w:r>
        <w:rPr>
          <w:rFonts w:ascii="Georgia" w:hAnsi="Georgia"/>
          <w:b w:val="0"/>
          <w:i w:val="0"/>
          <w:color w:val="22201D"/>
          <w:sz w:val="20"/>
        </w:rPr>
        <w:t>Flocc felt embarrassment rise, which was the part of generosity that wanted to make a speech so it could survive being seen.</w:t>
      </w:r>
    </w:p>
    <w:p>
      <w:pPr>
        <w:spacing w:after="60" w:line="266" w:lineRule="auto"/>
        <w:ind w:firstLine="331"/>
        <w:jc w:val="both"/>
      </w:pPr>
      <w:r>
        <w:rPr>
          <w:rFonts w:ascii="Georgia" w:hAnsi="Georgia"/>
          <w:b w:val="0"/>
          <w:i w:val="0"/>
          <w:color w:val="22201D"/>
          <w:sz w:val="20"/>
        </w:rPr>
        <w:t>He did not make one.</w:t>
      </w:r>
    </w:p>
    <w:p>
      <w:pPr>
        <w:spacing w:after="60" w:line="266" w:lineRule="auto"/>
        <w:ind w:firstLine="331"/>
        <w:jc w:val="both"/>
      </w:pPr>
      <w:r>
        <w:rPr>
          <w:rFonts w:ascii="Georgia" w:hAnsi="Georgia"/>
          <w:b w:val="0"/>
          <w:i w:val="0"/>
          <w:color w:val="22201D"/>
          <w:sz w:val="20"/>
        </w:rPr>
        <w:t>"After the bus tub," he said.</w:t>
      </w:r>
    </w:p>
    <w:p>
      <w:pPr>
        <w:spacing w:after="60" w:line="266" w:lineRule="auto"/>
        <w:ind w:firstLine="331"/>
        <w:jc w:val="both"/>
      </w:pPr>
      <w:r>
        <w:rPr>
          <w:rFonts w:ascii="Georgia" w:hAnsi="Georgia"/>
          <w:b w:val="0"/>
          <w:i w:val="0"/>
          <w:color w:val="22201D"/>
          <w:sz w:val="20"/>
        </w:rPr>
        <w:t>Nico looked at the Hostess.</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"Staff can be hungry."</w:t>
      </w:r>
    </w:p>
    <w:p>
      <w:pPr>
        <w:spacing w:after="60" w:line="266" w:lineRule="auto"/>
        <w:ind w:firstLine="331"/>
        <w:jc w:val="both"/>
      </w:pPr>
      <w:r>
        <w:rPr>
          <w:rFonts w:ascii="Georgia" w:hAnsi="Georgia"/>
          <w:b w:val="0"/>
          <w:i w:val="0"/>
          <w:color w:val="22201D"/>
          <w:sz w:val="20"/>
        </w:rPr>
        <w:t>Nico finished carrying the bus tub.</w:t>
      </w:r>
    </w:p>
    <w:p>
      <w:pPr>
        <w:spacing w:after="60" w:line="266" w:lineRule="auto"/>
        <w:ind w:firstLine="331"/>
        <w:jc w:val="both"/>
      </w:pPr>
      <w:r>
        <w:rPr>
          <w:rFonts w:ascii="Georgia" w:hAnsi="Georgia"/>
          <w:b w:val="0"/>
          <w:i w:val="0"/>
          <w:color w:val="22201D"/>
          <w:sz w:val="20"/>
        </w:rPr>
        <w:t>Bob poured water.</w:t>
      </w:r>
    </w:p>
    <w:p>
      <w:pPr>
        <w:spacing w:after="60" w:line="266" w:lineRule="auto"/>
        <w:ind w:firstLine="331"/>
        <w:jc w:val="both"/>
      </w:pPr>
      <w:r>
        <w:rPr>
          <w:rFonts w:ascii="Georgia" w:hAnsi="Georgia"/>
          <w:b w:val="0"/>
          <w:i w:val="0"/>
          <w:color w:val="22201D"/>
          <w:sz w:val="20"/>
        </w:rPr>
        <w:t>Gerald checked the staff bowl because staff food was still food.</w:t>
      </w:r>
    </w:p>
    <w:p>
      <w:pPr>
        <w:spacing w:after="60" w:line="266" w:lineRule="auto"/>
        <w:ind w:firstLine="331"/>
        <w:jc w:val="both"/>
      </w:pPr>
      <w:r>
        <w:rPr>
          <w:rFonts w:ascii="Georgia" w:hAnsi="Georgia"/>
          <w:b w:val="0"/>
          <w:i w:val="0"/>
          <w:color w:val="22201D"/>
          <w:sz w:val="20"/>
        </w:rPr>
        <w:t>Steve added the staff order to the shared receipt.</w:t>
      </w:r>
    </w:p>
    <w:p>
      <w:pPr>
        <w:spacing w:after="60" w:line="250" w:lineRule="auto"/>
        <w:ind w:left="202" w:right="173"/>
      </w:pPr>
      <w:r>
        <w:rPr>
          <w:rFonts w:ascii="Georgia" w:hAnsi="Georgia"/>
          <w:b w:val="0"/>
          <w:i w:val="0"/>
          <w:color w:val="22201D"/>
          <w:sz w:val="17"/>
        </w:rPr>
        <w:t>Nico - staff hunger noticed after service task. Order placed by Flocc. Water first. No performance requested.</w:t>
      </w:r>
    </w:p>
    <w:p>
      <w:pPr>
        <w:spacing w:after="60" w:line="266" w:lineRule="auto"/>
        <w:ind w:firstLine="331"/>
        <w:jc w:val="both"/>
      </w:pPr>
      <w:r>
        <w:rPr>
          <w:rFonts w:ascii="Georgia" w:hAnsi="Georgia"/>
          <w:b w:val="0"/>
          <w:i w:val="0"/>
          <w:color w:val="22201D"/>
          <w:sz w:val="20"/>
        </w:rPr>
        <w:t>The receipt stopped growing.</w:t>
      </w:r>
    </w:p>
    <w:p>
      <w:pPr>
        <w:spacing w:after="60" w:line="266" w:lineRule="auto"/>
        <w:ind w:firstLine="331"/>
        <w:jc w:val="both"/>
      </w:pPr>
      <w:r>
        <w:rPr>
          <w:rFonts w:ascii="Georgia" w:hAnsi="Georgia"/>
          <w:b w:val="0"/>
          <w:i w:val="0"/>
          <w:color w:val="22201D"/>
          <w:sz w:val="20"/>
        </w:rPr>
        <w:t>At the bottom, it printed:</w:t>
      </w:r>
    </w:p>
    <w:p>
      <w:pPr>
        <w:spacing w:after="60" w:line="250" w:lineRule="auto"/>
        <w:ind w:left="202" w:right="173"/>
      </w:pPr>
      <w:r>
        <w:rPr>
          <w:rFonts w:ascii="Georgia" w:hAnsi="Georgia"/>
          <w:b w:val="0"/>
          <w:i w:val="0"/>
          <w:color w:val="22201D"/>
          <w:sz w:val="17"/>
        </w:rPr>
        <w:t>Shared does not mean everyone gets the same thing. Shared means the record can hold more than one hunger without ranking them.</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"Long, but accurate."</w:t>
      </w:r>
    </w:p>
    <w:p>
      <w:pPr>
        <w:spacing w:after="60" w:line="266" w:lineRule="auto"/>
        <w:ind w:firstLine="331"/>
        <w:jc w:val="both"/>
      </w:pPr>
      <w:r>
        <w:rPr>
          <w:rFonts w:ascii="Georgia" w:hAnsi="Georgia"/>
          <w:b w:val="0"/>
          <w:i w:val="0"/>
          <w:color w:val="22201D"/>
          <w:sz w:val="20"/>
        </w:rPr>
        <w:t>The Hostess took the shared receipt and placed it under the seating chart.</w:t>
      </w:r>
    </w:p>
    <w:p>
      <w:pPr>
        <w:spacing w:after="60" w:line="266" w:lineRule="auto"/>
        <w:ind w:firstLine="331"/>
        <w:jc w:val="both"/>
      </w:pPr>
      <w:r>
        <w:rPr>
          <w:rFonts w:ascii="Georgia" w:hAnsi="Georgia"/>
          <w:b w:val="0"/>
          <w:i w:val="0"/>
          <w:color w:val="22201D"/>
          <w:sz w:val="20"/>
        </w:rPr>
        <w:t>"What did you order?" she asked Flocc.</w:t>
      </w:r>
    </w:p>
    <w:p>
      <w:pPr>
        <w:spacing w:after="60" w:line="266" w:lineRule="auto"/>
        <w:ind w:firstLine="331"/>
        <w:jc w:val="both"/>
      </w:pPr>
      <w:r>
        <w:rPr>
          <w:rFonts w:ascii="Georgia" w:hAnsi="Georgia"/>
          <w:b w:val="0"/>
          <w:i w:val="0"/>
          <w:color w:val="22201D"/>
          <w:sz w:val="20"/>
        </w:rPr>
        <w:t>He looked at the room: Evan eating bread with soup, Table Four using the clean spoon, Lena gone without being closed, Nico drinking water before soup, Bob stacking trays, Gerald pretending not to approve, Steve filing the receipt under Open.</w:t>
      </w:r>
    </w:p>
    <w:p>
      <w:pPr>
        <w:spacing w:after="60" w:line="266" w:lineRule="auto"/>
        <w:ind w:firstLine="331"/>
        <w:jc w:val="both"/>
      </w:pPr>
      <w:r>
        <w:rPr>
          <w:rFonts w:ascii="Georgia" w:hAnsi="Georgia"/>
          <w:b w:val="0"/>
          <w:i w:val="0"/>
          <w:color w:val="22201D"/>
          <w:sz w:val="20"/>
        </w:rPr>
        <w:t>"Enough different things," Flocc said.</w:t>
      </w:r>
    </w:p>
    <w:p>
      <w:pPr>
        <w:spacing w:after="60" w:line="266" w:lineRule="auto"/>
        <w:ind w:firstLine="331"/>
        <w:jc w:val="both"/>
      </w:pPr>
      <w:r>
        <w:rPr>
          <w:rFonts w:ascii="Georgia" w:hAnsi="Georgia"/>
          <w:b w:val="0"/>
          <w:i w:val="0"/>
          <w:color w:val="22201D"/>
          <w:sz w:val="20"/>
        </w:rPr>
        <w:t>The menu at the pass turned blank.</w:t>
      </w:r>
    </w:p>
    <w:p>
      <w:pPr>
        <w:spacing w:after="60" w:line="266" w:lineRule="auto"/>
        <w:ind w:firstLine="331"/>
        <w:jc w:val="both"/>
      </w:pPr>
      <w:r>
        <w:rPr>
          <w:rFonts w:ascii="Georgia" w:hAnsi="Georgia"/>
          <w:b w:val="0"/>
          <w:i w:val="0"/>
          <w:color w:val="22201D"/>
          <w:sz w:val="20"/>
        </w:rPr>
        <w:t>No item names.</w:t>
      </w:r>
    </w:p>
    <w:p>
      <w:pPr>
        <w:spacing w:after="60" w:line="266" w:lineRule="auto"/>
        <w:ind w:firstLine="331"/>
        <w:jc w:val="both"/>
      </w:pPr>
      <w:r>
        <w:rPr>
          <w:rFonts w:ascii="Georgia" w:hAnsi="Georgia"/>
          <w:b w:val="0"/>
          <w:i w:val="0"/>
          <w:color w:val="22201D"/>
          <w:sz w:val="20"/>
        </w:rPr>
        <w:t>No explanations.</w:t>
      </w:r>
    </w:p>
    <w:p>
      <w:pPr>
        <w:spacing w:after="60" w:line="266" w:lineRule="auto"/>
        <w:ind w:firstLine="331"/>
        <w:jc w:val="both"/>
      </w:pPr>
      <w:r>
        <w:rPr>
          <w:rFonts w:ascii="Georgia" w:hAnsi="Georgia"/>
          <w:b w:val="0"/>
          <w:i w:val="0"/>
          <w:color w:val="22201D"/>
          <w:sz w:val="20"/>
        </w:rPr>
        <w:t>No prices.</w:t>
      </w:r>
    </w:p>
    <w:p>
      <w:pPr>
        <w:spacing w:after="60" w:line="266" w:lineRule="auto"/>
        <w:ind w:firstLine="331"/>
        <w:jc w:val="both"/>
      </w:pPr>
      <w:r>
        <w:rPr>
          <w:rFonts w:ascii="Georgia" w:hAnsi="Georgia"/>
          <w:b w:val="0"/>
          <w:i w:val="0"/>
          <w:color w:val="22201D"/>
          <w:sz w:val="20"/>
        </w:rPr>
        <w:t>Only a heading:</w:t>
      </w:r>
    </w:p>
    <w:p>
      <w:pPr>
        <w:spacing w:after="60" w:line="250" w:lineRule="auto"/>
        <w:ind w:left="202" w:right="173"/>
      </w:pPr>
      <w:r>
        <w:rPr>
          <w:rFonts w:ascii="Georgia" w:hAnsi="Georgia"/>
          <w:b w:val="0"/>
          <w:i w:val="0"/>
          <w:color w:val="22201D"/>
          <w:sz w:val="17"/>
        </w:rPr>
        <w:t>NEXT COURSE: The Menu Stops Explaining  Artifact: blank menu law  Price: trust</w:t>
      </w:r>
    </w:p>
    <w:p>
      <w:pPr>
        <w:spacing w:after="60" w:line="266" w:lineRule="auto"/>
        <w:ind w:firstLine="331"/>
        <w:jc w:val="both"/>
      </w:pPr>
      <w:r>
        <w:rPr>
          <w:rFonts w:ascii="Georgia" w:hAnsi="Georgia"/>
          <w:b w:val="0"/>
          <w:i w:val="0"/>
          <w:color w:val="22201D"/>
          <w:sz w:val="20"/>
        </w:rPr>
        <w:t>Flocc looked at the blank menu and did not ask it what it meant.</w:t>
      </w:r>
    </w:p>
    <w:p>
      <w:pPr>
        <w:spacing w:after="60" w:line="266" w:lineRule="auto"/>
        <w:ind w:firstLine="331"/>
        <w:jc w:val="both"/>
      </w:pPr>
      <w:r>
        <w:rPr>
          <w:rFonts w:ascii="Georgia" w:hAnsi="Georgia"/>
          <w:b w:val="0"/>
          <w:i w:val="0"/>
          <w:color w:val="22201D"/>
          <w:sz w:val="20"/>
        </w:rPr>
        <w:t>For once, that was service.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The Menu Stops Explaining</w:t>
      </w:r>
    </w:p>
    <w:p>
      <w:pPr>
        <w:spacing w:after="60" w:line="266" w:lineRule="auto"/>
        <w:ind w:firstLine="0"/>
        <w:jc w:val="both"/>
      </w:pPr>
      <w:r>
        <w:rPr>
          <w:rFonts w:ascii="Georgia" w:hAnsi="Georgia"/>
          <w:b w:val="0"/>
          <w:i w:val="0"/>
          <w:color w:val="22201D"/>
          <w:sz w:val="20"/>
        </w:rPr>
        <w:t>The menu stopped explaining at 3:11.</w:t>
      </w:r>
    </w:p>
    <w:p>
      <w:pPr>
        <w:spacing w:after="60" w:line="266" w:lineRule="auto"/>
        <w:ind w:firstLine="331"/>
        <w:jc w:val="both"/>
      </w:pPr>
      <w:r>
        <w:rPr>
          <w:rFonts w:ascii="Georgia" w:hAnsi="Georgia"/>
          <w:b w:val="0"/>
          <w:i w:val="0"/>
          <w:color w:val="22201D"/>
          <w:sz w:val="20"/>
        </w:rPr>
        <w:t>This was inconvenient because everyone had finally become good at not asking it to.</w:t>
      </w:r>
    </w:p>
    <w:p>
      <w:pPr>
        <w:spacing w:after="60" w:line="266" w:lineRule="auto"/>
        <w:ind w:firstLine="331"/>
        <w:jc w:val="both"/>
      </w:pPr>
      <w:r>
        <w:rPr>
          <w:rFonts w:ascii="Georgia" w:hAnsi="Georgia"/>
          <w:b w:val="0"/>
          <w:i w:val="0"/>
          <w:color w:val="22201D"/>
          <w:sz w:val="20"/>
        </w:rPr>
        <w:t>The blank menu lay on the pass where the shared receipt had ended. It was not blank in the way unused paper was blank. Unused paper looked available. This menu looked quiet. Its surface had the faint weight of every dish it had refused to describe, every price it had delayed, every warning it had made readable and then withdrawn before anyone framed it.</w:t>
      </w:r>
    </w:p>
    <w:p>
      <w:pPr>
        <w:spacing w:after="60" w:line="266" w:lineRule="auto"/>
        <w:ind w:firstLine="331"/>
        <w:jc w:val="both"/>
      </w:pPr>
      <w:r>
        <w:rPr>
          <w:rFonts w:ascii="Georgia" w:hAnsi="Georgia"/>
          <w:b w:val="0"/>
          <w:i w:val="0"/>
          <w:color w:val="22201D"/>
          <w:sz w:val="20"/>
        </w:rPr>
        <w:t>At the top, in plain type, it read:</w:t>
      </w:r>
    </w:p>
    <w:p>
      <w:pPr>
        <w:spacing w:after="60" w:line="250" w:lineRule="auto"/>
        <w:ind w:left="202" w:right="173"/>
      </w:pPr>
      <w:r>
        <w:rPr>
          <w:rFonts w:ascii="Georgia" w:hAnsi="Georgia"/>
          <w:b w:val="0"/>
          <w:i w:val="0"/>
          <w:color w:val="22201D"/>
          <w:sz w:val="17"/>
        </w:rPr>
        <w:t>MENU LAW</w:t>
      </w:r>
    </w:p>
    <w:p>
      <w:pPr>
        <w:spacing w:after="60" w:line="266" w:lineRule="auto"/>
        <w:ind w:firstLine="331"/>
        <w:jc w:val="both"/>
      </w:pPr>
      <w:r>
        <w:rPr>
          <w:rFonts w:ascii="Georgia" w:hAnsi="Georgia"/>
          <w:b w:val="0"/>
          <w:i w:val="0"/>
          <w:color w:val="22201D"/>
          <w:sz w:val="20"/>
        </w:rPr>
        <w:t>Under that, nothing.</w:t>
      </w:r>
    </w:p>
    <w:p>
      <w:pPr>
        <w:spacing w:after="60" w:line="266" w:lineRule="auto"/>
        <w:ind w:firstLine="331"/>
        <w:jc w:val="both"/>
      </w:pPr>
      <w:r>
        <w:rPr>
          <w:rFonts w:ascii="Georgia" w:hAnsi="Georgia"/>
          <w:b w:val="0"/>
          <w:i w:val="0"/>
          <w:color w:val="22201D"/>
          <w:sz w:val="20"/>
        </w:rPr>
        <w:t>Gerald inspected the nothing first.</w:t>
      </w:r>
    </w:p>
    <w:p>
      <w:pPr>
        <w:spacing w:after="60" w:line="266" w:lineRule="auto"/>
        <w:ind w:firstLine="331"/>
        <w:jc w:val="both"/>
      </w:pPr>
      <w:r>
        <w:rPr>
          <w:rFonts w:ascii="Georgia" w:hAnsi="Georgia"/>
          <w:b w:val="0"/>
          <w:i w:val="0"/>
          <w:color w:val="22201D"/>
          <w:sz w:val="20"/>
        </w:rPr>
        <w:t>"Margins acceptable."</w:t>
      </w:r>
    </w:p>
    <w:p>
      <w:pPr>
        <w:spacing w:after="60" w:line="266" w:lineRule="auto"/>
        <w:ind w:firstLine="331"/>
        <w:jc w:val="both"/>
      </w:pPr>
      <w:r>
        <w:rPr>
          <w:rFonts w:ascii="Georgia" w:hAnsi="Georgia"/>
          <w:b w:val="0"/>
          <w:i w:val="0"/>
          <w:color w:val="22201D"/>
          <w:sz w:val="20"/>
        </w:rPr>
        <w:t>Steve looked at him.</w:t>
      </w:r>
    </w:p>
    <w:p>
      <w:pPr>
        <w:spacing w:after="60" w:line="266" w:lineRule="auto"/>
        <w:ind w:firstLine="331"/>
        <w:jc w:val="both"/>
      </w:pPr>
      <w:r>
        <w:rPr>
          <w:rFonts w:ascii="Georgia" w:hAnsi="Georgia"/>
          <w:b w:val="0"/>
          <w:i w:val="0"/>
          <w:color w:val="22201D"/>
          <w:sz w:val="20"/>
        </w:rPr>
        <w:t>"Margins around blank space?"</w:t>
      </w:r>
    </w:p>
    <w:p>
      <w:pPr>
        <w:spacing w:after="60" w:line="266" w:lineRule="auto"/>
        <w:ind w:firstLine="331"/>
        <w:jc w:val="both"/>
      </w:pPr>
      <w:r>
        <w:rPr>
          <w:rFonts w:ascii="Georgia" w:hAnsi="Georgia"/>
          <w:b w:val="0"/>
          <w:i w:val="0"/>
          <w:color w:val="22201D"/>
          <w:sz w:val="20"/>
        </w:rPr>
        <w:t>"Especially around blank space. Blank space is where people write dangerous things."</w:t>
      </w:r>
    </w:p>
    <w:p>
      <w:pPr>
        <w:spacing w:after="60" w:line="266" w:lineRule="auto"/>
        <w:ind w:firstLine="331"/>
        <w:jc w:val="both"/>
      </w:pPr>
      <w:r>
        <w:rPr>
          <w:rFonts w:ascii="Georgia" w:hAnsi="Georgia"/>
          <w:b w:val="0"/>
          <w:i w:val="0"/>
          <w:color w:val="22201D"/>
          <w:sz w:val="20"/>
        </w:rPr>
        <w:t>The Hostess stood beside the pass with the seating chart under one hand and the shared receipt under the other. Evan was still at the window two-top plus one. Nico had finished his staff soup and had not reviewed it publicly. Lena was gone without being closed. The Open drawer held the end materials and stayed open by its safe two inches.</w:t>
      </w:r>
    </w:p>
    <w:p>
      <w:pPr>
        <w:spacing w:after="60" w:line="266" w:lineRule="auto"/>
        <w:ind w:firstLine="331"/>
        <w:jc w:val="both"/>
      </w:pPr>
      <w:r>
        <w:rPr>
          <w:rFonts w:ascii="Georgia" w:hAnsi="Georgia"/>
          <w:b w:val="0"/>
          <w:i w:val="0"/>
          <w:color w:val="22201D"/>
          <w:sz w:val="20"/>
        </w:rPr>
        <w:t>Flocc looked at the menu.</w:t>
      </w:r>
    </w:p>
    <w:p>
      <w:pPr>
        <w:spacing w:after="60" w:line="266" w:lineRule="auto"/>
        <w:ind w:firstLine="331"/>
        <w:jc w:val="both"/>
      </w:pPr>
      <w:r>
        <w:rPr>
          <w:rFonts w:ascii="Georgia" w:hAnsi="Georgia"/>
          <w:b w:val="0"/>
          <w:i w:val="0"/>
          <w:color w:val="22201D"/>
          <w:sz w:val="20"/>
        </w:rPr>
        <w:t>He had expected Chapter 9 to feel like relief. The menu had spent eight books and most of this one making itself impossible, instructive, invasive, merciful, bureaucratic, evasive, and occasionally edible by implication. A menu that stopped explaining should have given everyone a break.</w:t>
      </w:r>
    </w:p>
    <w:p>
      <w:pPr>
        <w:spacing w:after="60" w:line="266" w:lineRule="auto"/>
        <w:ind w:firstLine="331"/>
        <w:jc w:val="both"/>
      </w:pPr>
      <w:r>
        <w:rPr>
          <w:rFonts w:ascii="Georgia" w:hAnsi="Georgia"/>
          <w:b w:val="0"/>
          <w:i w:val="0"/>
          <w:color w:val="22201D"/>
          <w:sz w:val="20"/>
        </w:rPr>
        <w:t>Instead, it gave them responsibility.</w:t>
      </w:r>
    </w:p>
    <w:p>
      <w:pPr>
        <w:spacing w:after="60" w:line="266" w:lineRule="auto"/>
        <w:ind w:firstLine="331"/>
        <w:jc w:val="both"/>
      </w:pPr>
      <w:r>
        <w:rPr>
          <w:rFonts w:ascii="Georgia" w:hAnsi="Georgia"/>
          <w:b w:val="0"/>
          <w:i w:val="0"/>
          <w:color w:val="22201D"/>
          <w:sz w:val="20"/>
        </w:rPr>
        <w:t>Nico approached with caution.</w:t>
      </w:r>
    </w:p>
    <w:p>
      <w:pPr>
        <w:spacing w:after="60" w:line="266" w:lineRule="auto"/>
        <w:ind w:firstLine="331"/>
        <w:jc w:val="both"/>
      </w:pPr>
      <w:r>
        <w:rPr>
          <w:rFonts w:ascii="Georgia" w:hAnsi="Georgia"/>
          <w:b w:val="0"/>
          <w:i w:val="0"/>
          <w:color w:val="22201D"/>
          <w:sz w:val="20"/>
        </w:rPr>
        <w:t>"Operational question."</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"If the menu is blank, how do customers order?"</w:t>
      </w:r>
    </w:p>
    <w:p>
      <w:pPr>
        <w:spacing w:after="60" w:line="266" w:lineRule="auto"/>
        <w:ind w:firstLine="331"/>
        <w:jc w:val="both"/>
      </w:pPr>
      <w:r>
        <w:rPr>
          <w:rFonts w:ascii="Georgia" w:hAnsi="Georgia"/>
          <w:b w:val="0"/>
          <w:i w:val="0"/>
          <w:color w:val="22201D"/>
          <w:sz w:val="20"/>
        </w:rPr>
        <w:t>The blank menu did not curl.</w:t>
      </w:r>
    </w:p>
    <w:p>
      <w:pPr>
        <w:spacing w:after="60" w:line="266" w:lineRule="auto"/>
        <w:ind w:firstLine="331"/>
        <w:jc w:val="both"/>
      </w:pPr>
      <w:r>
        <w:rPr>
          <w:rFonts w:ascii="Georgia" w:hAnsi="Georgia"/>
          <w:b w:val="0"/>
          <w:i w:val="0"/>
          <w:color w:val="22201D"/>
          <w:sz w:val="20"/>
        </w:rPr>
        <w:t>That meant the question was allowed.</w:t>
      </w:r>
    </w:p>
    <w:p>
      <w:pPr>
        <w:spacing w:after="60" w:line="266" w:lineRule="auto"/>
        <w:ind w:firstLine="331"/>
        <w:jc w:val="both"/>
      </w:pPr>
      <w:r>
        <w:rPr>
          <w:rFonts w:ascii="Georgia" w:hAnsi="Georgia"/>
          <w:b w:val="0"/>
          <w:i w:val="0"/>
          <w:color w:val="22201D"/>
          <w:sz w:val="20"/>
        </w:rPr>
        <w:t>Gerald answered before the Hostess could, which was unusual enough to make Steve pick up a pencil.</w:t>
      </w:r>
    </w:p>
    <w:p>
      <w:pPr>
        <w:spacing w:after="60" w:line="266" w:lineRule="auto"/>
        <w:ind w:firstLine="331"/>
        <w:jc w:val="both"/>
      </w:pPr>
      <w:r>
        <w:rPr>
          <w:rFonts w:ascii="Georgia" w:hAnsi="Georgia"/>
          <w:b w:val="0"/>
          <w:i w:val="0"/>
          <w:color w:val="22201D"/>
          <w:sz w:val="20"/>
        </w:rPr>
        <w:t>"They ask for food. Staff clarify safely. Kitchen offers what can be served. Allergens and hazards still require disclosure. Blank does not override safety."</w:t>
      </w:r>
    </w:p>
    <w:p>
      <w:pPr>
        <w:spacing w:after="60" w:line="266" w:lineRule="auto"/>
        <w:ind w:firstLine="331"/>
        <w:jc w:val="both"/>
      </w:pPr>
      <w:r>
        <w:rPr>
          <w:rFonts w:ascii="Georgia" w:hAnsi="Georgia"/>
          <w:b w:val="0"/>
          <w:i w:val="0"/>
          <w:color w:val="22201D"/>
          <w:sz w:val="20"/>
        </w:rPr>
        <w:t>The menu printed one line:</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Then the line vanished.</w:t>
      </w:r>
    </w:p>
    <w:p>
      <w:pPr>
        <w:spacing w:after="60" w:line="266" w:lineRule="auto"/>
        <w:ind w:firstLine="331"/>
        <w:jc w:val="both"/>
      </w:pPr>
      <w:r>
        <w:rPr>
          <w:rFonts w:ascii="Georgia" w:hAnsi="Georgia"/>
          <w:b w:val="0"/>
          <w:i w:val="0"/>
          <w:color w:val="22201D"/>
          <w:sz w:val="20"/>
        </w:rPr>
        <w:t>Gerald froze.</w:t>
      </w:r>
    </w:p>
    <w:p>
      <w:pPr>
        <w:spacing w:after="60" w:line="266" w:lineRule="auto"/>
        <w:ind w:firstLine="331"/>
        <w:jc w:val="both"/>
      </w:pPr>
      <w:r>
        <w:rPr>
          <w:rFonts w:ascii="Georgia" w:hAnsi="Georgia"/>
          <w:b w:val="0"/>
          <w:i w:val="0"/>
          <w:color w:val="22201D"/>
          <w:sz w:val="20"/>
        </w:rPr>
        <w:t>"I dislike being praised by disappearing text."</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Menu briefly affirmed safety boundary, then withdrew explanation.</w:t>
      </w:r>
    </w:p>
    <w:p>
      <w:pPr>
        <w:spacing w:after="60" w:line="266" w:lineRule="auto"/>
        <w:ind w:firstLine="331"/>
        <w:jc w:val="both"/>
      </w:pPr>
      <w:r>
        <w:rPr>
          <w:rFonts w:ascii="Georgia" w:hAnsi="Georgia"/>
          <w:b w:val="0"/>
          <w:i w:val="0"/>
          <w:color w:val="22201D"/>
          <w:sz w:val="20"/>
        </w:rPr>
        <w:t>The Hostess took a clean card and placed it beside the menu.</w:t>
      </w:r>
    </w:p>
    <w:p>
      <w:pPr>
        <w:spacing w:after="60" w:line="266" w:lineRule="auto"/>
        <w:ind w:firstLine="331"/>
        <w:jc w:val="both"/>
      </w:pPr>
      <w:r>
        <w:rPr>
          <w:rFonts w:ascii="Georgia" w:hAnsi="Georgia"/>
          <w:b w:val="0"/>
          <w:i w:val="0"/>
          <w:color w:val="22201D"/>
          <w:sz w:val="20"/>
        </w:rPr>
        <w:t>"Then we write the law ourselves."</w:t>
      </w:r>
    </w:p>
    <w:p>
      <w:pPr>
        <w:spacing w:after="60" w:line="266" w:lineRule="auto"/>
        <w:ind w:firstLine="331"/>
        <w:jc w:val="both"/>
      </w:pPr>
      <w:r>
        <w:rPr>
          <w:rFonts w:ascii="Georgia" w:hAnsi="Georgia"/>
          <w:b w:val="0"/>
          <w:i w:val="0"/>
          <w:color w:val="22201D"/>
          <w:sz w:val="20"/>
        </w:rPr>
        <w:t>The menu did not object.</w:t>
      </w:r>
    </w:p>
    <w:p>
      <w:pPr>
        <w:spacing w:after="60" w:line="266" w:lineRule="auto"/>
        <w:ind w:firstLine="331"/>
        <w:jc w:val="both"/>
      </w:pPr>
      <w:r>
        <w:rPr>
          <w:rFonts w:ascii="Georgia" w:hAnsi="Georgia"/>
          <w:b w:val="0"/>
          <w:i w:val="0"/>
          <w:color w:val="22201D"/>
          <w:sz w:val="20"/>
        </w:rPr>
        <w:t>That was more frightening than objection.</w:t>
      </w:r>
    </w:p>
    <w:p>
      <w:pPr>
        <w:spacing w:after="60" w:line="266" w:lineRule="auto"/>
        <w:ind w:firstLine="331"/>
        <w:jc w:val="both"/>
      </w:pPr>
      <w:r>
        <w:rPr>
          <w:rFonts w:ascii="Georgia" w:hAnsi="Georgia"/>
          <w:b w:val="0"/>
          <w:i w:val="0"/>
          <w:color w:val="22201D"/>
          <w:sz w:val="20"/>
        </w:rPr>
        <w:t>The Hostess wrote:</w:t>
      </w:r>
    </w:p>
    <w:p>
      <w:pPr>
        <w:spacing w:after="60" w:line="250" w:lineRule="auto"/>
        <w:ind w:left="202" w:right="173"/>
      </w:pPr>
      <w:r>
        <w:rPr>
          <w:rFonts w:ascii="Georgia" w:hAnsi="Georgia"/>
          <w:b w:val="0"/>
          <w:i w:val="0"/>
          <w:color w:val="22201D"/>
          <w:sz w:val="17"/>
        </w:rPr>
        <w:t>BLANK MENU LAW - SERVICE DRAFT  1. A blank menu is not permission to hide hazards. 2. A blank menu is not permission to make the customer perform cleverness. 3. A blank menu means staff must listen before naming the food. 4. A customer may ask for hunger in ordinary language. 5. Staff may answer with food, limits, and care.</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"Add: water remains available without interpretation."</w:t>
      </w:r>
    </w:p>
    <w:p>
      <w:pPr>
        <w:spacing w:after="60" w:line="266" w:lineRule="auto"/>
        <w:ind w:firstLine="331"/>
        <w:jc w:val="both"/>
      </w:pPr>
      <w:r>
        <w:rPr>
          <w:rFonts w:ascii="Georgia" w:hAnsi="Georgia"/>
          <w:b w:val="0"/>
          <w:i w:val="0"/>
          <w:color w:val="22201D"/>
          <w:sz w:val="20"/>
        </w:rPr>
        <w:t>The Hostess added:</w:t>
      </w:r>
    </w:p>
    <w:p>
      <w:pPr>
        <w:spacing w:after="60" w:line="250" w:lineRule="auto"/>
        <w:ind w:left="202" w:right="173"/>
      </w:pPr>
      <w:r>
        <w:rPr>
          <w:rFonts w:ascii="Georgia" w:hAnsi="Georgia"/>
          <w:b w:val="0"/>
          <w:i w:val="0"/>
          <w:color w:val="22201D"/>
          <w:sz w:val="17"/>
        </w:rPr>
        <w:t>6. Water remains available without interpretation.</w:t>
      </w:r>
    </w:p>
    <w:p>
      <w:pPr>
        <w:spacing w:after="60" w:line="266" w:lineRule="auto"/>
        <w:ind w:firstLine="331"/>
        <w:jc w:val="both"/>
      </w:pPr>
      <w:r>
        <w:rPr>
          <w:rFonts w:ascii="Georgia" w:hAnsi="Georgia"/>
          <w:b w:val="0"/>
          <w:i w:val="0"/>
          <w:color w:val="22201D"/>
          <w:sz w:val="20"/>
        </w:rPr>
        <w:t>Bob raised his hand from the receiving table.</w:t>
      </w:r>
    </w:p>
    <w:p>
      <w:pPr>
        <w:spacing w:after="60" w:line="266" w:lineRule="auto"/>
        <w:ind w:firstLine="331"/>
        <w:jc w:val="both"/>
      </w:pPr>
      <w:r>
        <w:rPr>
          <w:rFonts w:ascii="Georgia" w:hAnsi="Georgia"/>
          <w:b w:val="0"/>
          <w:i w:val="0"/>
          <w:color w:val="22201D"/>
          <w:sz w:val="20"/>
        </w:rPr>
        <w:t>"Bread?"</w:t>
      </w:r>
    </w:p>
    <w:p>
      <w:pPr>
        <w:spacing w:after="60" w:line="266" w:lineRule="auto"/>
        <w:ind w:firstLine="331"/>
        <w:jc w:val="both"/>
      </w:pPr>
      <w:r>
        <w:rPr>
          <w:rFonts w:ascii="Georgia" w:hAnsi="Georgia"/>
          <w:b w:val="0"/>
          <w:i w:val="0"/>
          <w:color w:val="22201D"/>
          <w:sz w:val="20"/>
        </w:rPr>
        <w:t>The Hostess added:</w:t>
      </w:r>
    </w:p>
    <w:p>
      <w:pPr>
        <w:spacing w:after="60" w:line="250" w:lineRule="auto"/>
        <w:ind w:left="202" w:right="173"/>
      </w:pPr>
      <w:r>
        <w:rPr>
          <w:rFonts w:ascii="Georgia" w:hAnsi="Georgia"/>
          <w:b w:val="0"/>
          <w:i w:val="0"/>
          <w:color w:val="22201D"/>
          <w:sz w:val="17"/>
        </w:rPr>
        <w:t>7. Bread may be offered when waiting becomes too sharp.</w:t>
      </w:r>
    </w:p>
    <w:p>
      <w:pPr>
        <w:spacing w:after="60" w:line="266" w:lineRule="auto"/>
        <w:ind w:firstLine="331"/>
        <w:jc w:val="both"/>
      </w:pPr>
      <w:r>
        <w:rPr>
          <w:rFonts w:ascii="Georgia" w:hAnsi="Georgia"/>
          <w:b w:val="0"/>
          <w:i w:val="0"/>
          <w:color w:val="22201D"/>
          <w:sz w:val="20"/>
        </w:rPr>
        <w:t>Steve said, "Sharp waiting is not a standard term."</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He looked at Evan, who had been seated as today, and at Flocc, who had needed years of chapters to distinguish service from proof, and at the Open drawer, which still held a closure notice that wanted completion.</w:t>
      </w:r>
    </w:p>
    <w:p>
      <w:pPr>
        <w:spacing w:after="60" w:line="266" w:lineRule="auto"/>
        <w:ind w:firstLine="331"/>
        <w:jc w:val="both"/>
      </w:pPr>
      <w:r>
        <w:rPr>
          <w:rFonts w:ascii="Georgia" w:hAnsi="Georgia"/>
          <w:b w:val="0"/>
          <w:i w:val="0"/>
          <w:color w:val="22201D"/>
          <w:sz w:val="20"/>
        </w:rPr>
        <w:t>Steve said, "Keep it."</w:t>
      </w:r>
    </w:p>
    <w:p>
      <w:pPr>
        <w:spacing w:after="60" w:line="266" w:lineRule="auto"/>
        <w:ind w:firstLine="331"/>
        <w:jc w:val="both"/>
      </w:pPr>
      <w:r>
        <w:rPr>
          <w:rFonts w:ascii="Georgia" w:hAnsi="Georgia"/>
          <w:b w:val="0"/>
          <w:i w:val="0"/>
          <w:color w:val="22201D"/>
          <w:sz w:val="20"/>
        </w:rPr>
        <w:t>Nico raised one finger and did not speak.</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"Operational?"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"Proceed."</w:t>
      </w:r>
    </w:p>
    <w:p>
      <w:pPr>
        <w:spacing w:after="60" w:line="266" w:lineRule="auto"/>
        <w:ind w:firstLine="331"/>
        <w:jc w:val="both"/>
      </w:pPr>
      <w:r>
        <w:rPr>
          <w:rFonts w:ascii="Georgia" w:hAnsi="Georgia"/>
          <w:b w:val="0"/>
          <w:i w:val="0"/>
          <w:color w:val="22201D"/>
          <w:sz w:val="20"/>
        </w:rPr>
        <w:t>"Can we add that staff should not turn customer phrasing into slogans?"</w:t>
      </w:r>
    </w:p>
    <w:p>
      <w:pPr>
        <w:spacing w:after="60" w:line="266" w:lineRule="auto"/>
        <w:ind w:firstLine="331"/>
        <w:jc w:val="both"/>
      </w:pPr>
      <w:r>
        <w:rPr>
          <w:rFonts w:ascii="Georgia" w:hAnsi="Georgia"/>
          <w:b w:val="0"/>
          <w:i w:val="0"/>
          <w:color w:val="22201D"/>
          <w:sz w:val="20"/>
        </w:rPr>
        <w:t>Every menu warning stayed flat.</w:t>
      </w:r>
    </w:p>
    <w:p>
      <w:pPr>
        <w:spacing w:after="60" w:line="266" w:lineRule="auto"/>
        <w:ind w:firstLine="331"/>
        <w:jc w:val="both"/>
      </w:pPr>
      <w:r>
        <w:rPr>
          <w:rFonts w:ascii="Georgia" w:hAnsi="Georgia"/>
          <w:b w:val="0"/>
          <w:i w:val="0"/>
          <w:color w:val="22201D"/>
          <w:sz w:val="20"/>
        </w:rPr>
        <w:t>Gerald looked impressed against his will.</w:t>
      </w:r>
    </w:p>
    <w:p>
      <w:pPr>
        <w:spacing w:after="60" w:line="266" w:lineRule="auto"/>
        <w:ind w:firstLine="331"/>
        <w:jc w:val="both"/>
      </w:pPr>
      <w:r>
        <w:rPr>
          <w:rFonts w:ascii="Georgia" w:hAnsi="Georgia"/>
          <w:b w:val="0"/>
          <w:i w:val="0"/>
          <w:color w:val="22201D"/>
          <w:sz w:val="20"/>
        </w:rPr>
        <w:t>The Hostess wrote:</w:t>
      </w:r>
    </w:p>
    <w:p>
      <w:pPr>
        <w:spacing w:after="60" w:line="250" w:lineRule="auto"/>
        <w:ind w:left="202" w:right="173"/>
      </w:pPr>
      <w:r>
        <w:rPr>
          <w:rFonts w:ascii="Georgia" w:hAnsi="Georgia"/>
          <w:b w:val="0"/>
          <w:i w:val="0"/>
          <w:color w:val="22201D"/>
          <w:sz w:val="17"/>
        </w:rPr>
        <w:t>8. Customer phrasing is not copy.</w:t>
      </w:r>
    </w:p>
    <w:p>
      <w:pPr>
        <w:spacing w:after="60" w:line="266" w:lineRule="auto"/>
        <w:ind w:firstLine="331"/>
        <w:jc w:val="both"/>
      </w:pPr>
      <w:r>
        <w:rPr>
          <w:rFonts w:ascii="Georgia" w:hAnsi="Georgia"/>
          <w:b w:val="0"/>
          <w:i w:val="0"/>
          <w:color w:val="22201D"/>
          <w:sz w:val="20"/>
        </w:rPr>
        <w:t>Nico looked both wounded and proud.</w:t>
      </w:r>
    </w:p>
    <w:p>
      <w:pPr>
        <w:spacing w:after="60" w:line="266" w:lineRule="auto"/>
        <w:ind w:firstLine="331"/>
        <w:jc w:val="both"/>
      </w:pPr>
      <w:r>
        <w:rPr>
          <w:rFonts w:ascii="Georgia" w:hAnsi="Georgia"/>
          <w:b w:val="0"/>
          <w:i w:val="0"/>
          <w:color w:val="22201D"/>
          <w:sz w:val="20"/>
        </w:rPr>
        <w:t>The blank menu remained blank.</w:t>
      </w:r>
    </w:p>
    <w:p>
      <w:pPr>
        <w:spacing w:after="60" w:line="266" w:lineRule="auto"/>
        <w:ind w:firstLine="331"/>
        <w:jc w:val="both"/>
      </w:pPr>
      <w:r>
        <w:rPr>
          <w:rFonts w:ascii="Georgia" w:hAnsi="Georgia"/>
          <w:b w:val="0"/>
          <w:i w:val="0"/>
          <w:color w:val="22201D"/>
          <w:sz w:val="20"/>
        </w:rPr>
        <w:t>At Table Four, the customer who had needed napkins and a clean spoon called toward the host stand.</w:t>
      </w:r>
    </w:p>
    <w:p>
      <w:pPr>
        <w:spacing w:after="60" w:line="266" w:lineRule="auto"/>
        <w:ind w:firstLine="331"/>
        <w:jc w:val="both"/>
      </w:pPr>
      <w:r>
        <w:rPr>
          <w:rFonts w:ascii="Georgia" w:hAnsi="Georgia"/>
          <w:b w:val="0"/>
          <w:i w:val="0"/>
          <w:color w:val="22201D"/>
          <w:sz w:val="20"/>
        </w:rPr>
        <w:t>"Is the menu broken?"</w:t>
      </w:r>
    </w:p>
    <w:p>
      <w:pPr>
        <w:spacing w:after="60" w:line="266" w:lineRule="auto"/>
        <w:ind w:firstLine="331"/>
        <w:jc w:val="both"/>
      </w:pPr>
      <w:r>
        <w:rPr>
          <w:rFonts w:ascii="Georgia" w:hAnsi="Georgia"/>
          <w:b w:val="0"/>
          <w:i w:val="0"/>
          <w:color w:val="22201D"/>
          <w:sz w:val="20"/>
        </w:rPr>
        <w:t>Gerald flinched at broken.</w:t>
      </w:r>
    </w:p>
    <w:p>
      <w:pPr>
        <w:spacing w:after="60" w:line="266" w:lineRule="auto"/>
        <w:ind w:firstLine="331"/>
        <w:jc w:val="both"/>
      </w:pPr>
      <w:r>
        <w:rPr>
          <w:rFonts w:ascii="Georgia" w:hAnsi="Georgia"/>
          <w:b w:val="0"/>
          <w:i w:val="0"/>
          <w:color w:val="22201D"/>
          <w:sz w:val="20"/>
        </w:rPr>
        <w:t>The Hostess answered, "No. It is letting us work."</w:t>
      </w:r>
    </w:p>
    <w:p>
      <w:pPr>
        <w:spacing w:after="60" w:line="266" w:lineRule="auto"/>
        <w:ind w:firstLine="331"/>
        <w:jc w:val="both"/>
      </w:pPr>
      <w:r>
        <w:rPr>
          <w:rFonts w:ascii="Georgia" w:hAnsi="Georgia"/>
          <w:b w:val="0"/>
          <w:i w:val="0"/>
          <w:color w:val="22201D"/>
          <w:sz w:val="20"/>
        </w:rPr>
        <w:t>The customer considered.</w:t>
      </w:r>
    </w:p>
    <w:p>
      <w:pPr>
        <w:spacing w:after="60" w:line="266" w:lineRule="auto"/>
        <w:ind w:firstLine="331"/>
        <w:jc w:val="both"/>
      </w:pPr>
      <w:r>
        <w:rPr>
          <w:rFonts w:ascii="Georgia" w:hAnsi="Georgia"/>
          <w:b w:val="0"/>
          <w:i w:val="0"/>
          <w:color w:val="22201D"/>
          <w:sz w:val="20"/>
        </w:rPr>
        <w:t>"Can I get something salty?"</w:t>
      </w:r>
    </w:p>
    <w:p>
      <w:pPr>
        <w:spacing w:after="60" w:line="266" w:lineRule="auto"/>
        <w:ind w:firstLine="331"/>
        <w:jc w:val="both"/>
      </w:pPr>
      <w:r>
        <w:rPr>
          <w:rFonts w:ascii="Georgia" w:hAnsi="Georgia"/>
          <w:b w:val="0"/>
          <w:i w:val="0"/>
          <w:color w:val="22201D"/>
          <w:sz w:val="20"/>
        </w:rPr>
        <w:t>The room waited to see whether that was enough.</w:t>
      </w:r>
    </w:p>
    <w:p>
      <w:pPr>
        <w:spacing w:after="60" w:line="266" w:lineRule="auto"/>
        <w:ind w:firstLine="331"/>
        <w:jc w:val="both"/>
      </w:pPr>
      <w:r>
        <w:rPr>
          <w:rFonts w:ascii="Georgia" w:hAnsi="Georgia"/>
          <w:b w:val="0"/>
          <w:i w:val="0"/>
          <w:color w:val="22201D"/>
          <w:sz w:val="20"/>
        </w:rPr>
        <w:t>The blank menu did not print a dish.</w:t>
      </w:r>
    </w:p>
    <w:p>
      <w:pPr>
        <w:spacing w:after="60" w:line="266" w:lineRule="auto"/>
        <w:ind w:firstLine="331"/>
        <w:jc w:val="both"/>
      </w:pPr>
      <w:r>
        <w:rPr>
          <w:rFonts w:ascii="Georgia" w:hAnsi="Georgia"/>
          <w:b w:val="0"/>
          <w:i w:val="0"/>
          <w:color w:val="22201D"/>
          <w:sz w:val="20"/>
        </w:rPr>
        <w:t>The Hostess looked at Bob.</w:t>
      </w:r>
    </w:p>
    <w:p>
      <w:pPr>
        <w:spacing w:after="60" w:line="266" w:lineRule="auto"/>
        <w:ind w:firstLine="331"/>
        <w:jc w:val="both"/>
      </w:pPr>
      <w:r>
        <w:rPr>
          <w:rFonts w:ascii="Georgia" w:hAnsi="Georgia"/>
          <w:b w:val="0"/>
          <w:i w:val="0"/>
          <w:color w:val="22201D"/>
          <w:sz w:val="20"/>
        </w:rPr>
        <w:t>Bob looked at the kitchen shelf.</w:t>
      </w:r>
    </w:p>
    <w:p>
      <w:pPr>
        <w:spacing w:after="60" w:line="266" w:lineRule="auto"/>
        <w:ind w:firstLine="331"/>
        <w:jc w:val="both"/>
      </w:pPr>
      <w:r>
        <w:rPr>
          <w:rFonts w:ascii="Georgia" w:hAnsi="Georgia"/>
          <w:b w:val="0"/>
          <w:i w:val="0"/>
          <w:color w:val="22201D"/>
          <w:sz w:val="20"/>
        </w:rPr>
        <w:t>Flocc looked at the customer's table: water half full, soup bowl empty, napkins used, no sign of performance, no phone raised, one hand resting flat as if not trying to summon anything larger than a snack.</w:t>
      </w:r>
    </w:p>
    <w:p>
      <w:pPr>
        <w:spacing w:after="60" w:line="266" w:lineRule="auto"/>
        <w:ind w:firstLine="331"/>
        <w:jc w:val="both"/>
      </w:pPr>
      <w:r>
        <w:rPr>
          <w:rFonts w:ascii="Georgia" w:hAnsi="Georgia"/>
          <w:b w:val="0"/>
          <w:i w:val="0"/>
          <w:color w:val="22201D"/>
          <w:sz w:val="20"/>
        </w:rPr>
        <w:t>Gerald said, "Salt request. Ordinary. Needs safe response."</w:t>
      </w:r>
    </w:p>
    <w:p>
      <w:pPr>
        <w:spacing w:after="60" w:line="266" w:lineRule="auto"/>
        <w:ind w:firstLine="331"/>
        <w:jc w:val="both"/>
      </w:pPr>
      <w:r>
        <w:rPr>
          <w:rFonts w:ascii="Georgia" w:hAnsi="Georgia"/>
          <w:b w:val="0"/>
          <w:i w:val="0"/>
          <w:color w:val="22201D"/>
          <w:sz w:val="20"/>
        </w:rPr>
        <w:t>Bob said, "Toast with salted butter. Or broth."</w:t>
      </w:r>
    </w:p>
    <w:p>
      <w:pPr>
        <w:spacing w:after="60" w:line="266" w:lineRule="auto"/>
        <w:ind w:firstLine="331"/>
        <w:jc w:val="both"/>
      </w:pPr>
      <w:r>
        <w:rPr>
          <w:rFonts w:ascii="Georgia" w:hAnsi="Georgia"/>
          <w:b w:val="0"/>
          <w:i w:val="0"/>
          <w:color w:val="22201D"/>
          <w:sz w:val="20"/>
        </w:rPr>
        <w:t>The Hostess called back, "Toast with salted butter, or a small cup of broth."</w:t>
      </w:r>
    </w:p>
    <w:p>
      <w:pPr>
        <w:spacing w:after="60" w:line="266" w:lineRule="auto"/>
        <w:ind w:firstLine="331"/>
        <w:jc w:val="both"/>
      </w:pPr>
      <w:r>
        <w:rPr>
          <w:rFonts w:ascii="Georgia" w:hAnsi="Georgia"/>
          <w:b w:val="0"/>
          <w:i w:val="0"/>
          <w:color w:val="22201D"/>
          <w:sz w:val="20"/>
        </w:rPr>
        <w:t>The customer said, "Toast."</w:t>
      </w:r>
    </w:p>
    <w:p>
      <w:pPr>
        <w:spacing w:after="60" w:line="266" w:lineRule="auto"/>
        <w:ind w:firstLine="331"/>
        <w:jc w:val="both"/>
      </w:pPr>
      <w:r>
        <w:rPr>
          <w:rFonts w:ascii="Georgia" w:hAnsi="Georgia"/>
          <w:b w:val="0"/>
          <w:i w:val="0"/>
          <w:color w:val="22201D"/>
          <w:sz w:val="20"/>
        </w:rPr>
        <w:t>The pass printed nothing.</w:t>
      </w:r>
    </w:p>
    <w:p>
      <w:pPr>
        <w:spacing w:after="60" w:line="266" w:lineRule="auto"/>
        <w:ind w:firstLine="331"/>
        <w:jc w:val="both"/>
      </w:pPr>
      <w:r>
        <w:rPr>
          <w:rFonts w:ascii="Georgia" w:hAnsi="Georgia"/>
          <w:b w:val="0"/>
          <w:i w:val="0"/>
          <w:color w:val="22201D"/>
          <w:sz w:val="20"/>
        </w:rPr>
        <w:t>Bob made toast.</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Customer ordered by ordinary hunger phrase. Staff offered feasible choices. Menu did not explain. Service continued.</w:t>
      </w:r>
    </w:p>
    <w:p>
      <w:pPr>
        <w:spacing w:after="60" w:line="266" w:lineRule="auto"/>
        <w:ind w:firstLine="331"/>
        <w:jc w:val="both"/>
      </w:pPr>
      <w:r>
        <w:rPr>
          <w:rFonts w:ascii="Georgia" w:hAnsi="Georgia"/>
          <w:b w:val="0"/>
          <w:i w:val="0"/>
          <w:color w:val="22201D"/>
          <w:sz w:val="20"/>
        </w:rPr>
        <w:t>Flocc carried the toast because he was closest and because not every act needed to be assigned by destiny. He said, "Toast with salted butter."</w:t>
      </w:r>
    </w:p>
    <w:p>
      <w:pPr>
        <w:spacing w:after="60" w:line="266" w:lineRule="auto"/>
        <w:ind w:firstLine="331"/>
        <w:jc w:val="both"/>
      </w:pPr>
      <w:r>
        <w:rPr>
          <w:rFonts w:ascii="Georgia" w:hAnsi="Georgia"/>
          <w:b w:val="0"/>
          <w:i w:val="0"/>
          <w:color w:val="22201D"/>
          <w:sz w:val="20"/>
        </w:rPr>
        <w:t>The customer said, "Thank you."</w:t>
      </w:r>
    </w:p>
    <w:p>
      <w:pPr>
        <w:spacing w:after="60" w:line="266" w:lineRule="auto"/>
        <w:ind w:firstLine="331"/>
        <w:jc w:val="both"/>
      </w:pPr>
      <w:r>
        <w:rPr>
          <w:rFonts w:ascii="Georgia" w:hAnsi="Georgia"/>
          <w:b w:val="0"/>
          <w:i w:val="0"/>
          <w:color w:val="22201D"/>
          <w:sz w:val="20"/>
        </w:rPr>
        <w:t>No receipt printed.</w:t>
      </w:r>
    </w:p>
    <w:p>
      <w:pPr>
        <w:spacing w:after="60" w:line="266" w:lineRule="auto"/>
        <w:ind w:firstLine="331"/>
        <w:jc w:val="both"/>
      </w:pPr>
      <w:r>
        <w:rPr>
          <w:rFonts w:ascii="Georgia" w:hAnsi="Georgia"/>
          <w:b w:val="0"/>
          <w:i w:val="0"/>
          <w:color w:val="22201D"/>
          <w:sz w:val="20"/>
        </w:rPr>
        <w:t>Flocc returned to the pass.</w:t>
      </w:r>
    </w:p>
    <w:p>
      <w:pPr>
        <w:spacing w:after="60" w:line="266" w:lineRule="auto"/>
        <w:ind w:firstLine="331"/>
        <w:jc w:val="both"/>
      </w:pPr>
      <w:r>
        <w:rPr>
          <w:rFonts w:ascii="Georgia" w:hAnsi="Georgia"/>
          <w:b w:val="0"/>
          <w:i w:val="0"/>
          <w:color w:val="22201D"/>
          <w:sz w:val="20"/>
        </w:rPr>
        <w:t>"Shouldn't there be a receipt?"</w:t>
      </w:r>
    </w:p>
    <w:p>
      <w:pPr>
        <w:spacing w:after="60" w:line="266" w:lineRule="auto"/>
        <w:ind w:firstLine="331"/>
        <w:jc w:val="both"/>
      </w:pPr>
      <w:r>
        <w:rPr>
          <w:rFonts w:ascii="Georgia" w:hAnsi="Georgia"/>
          <w:b w:val="0"/>
          <w:i w:val="0"/>
          <w:color w:val="22201D"/>
          <w:sz w:val="20"/>
        </w:rPr>
        <w:t>The Hostess said, "Later. The menu is teaching us not to demand proof before trust."</w:t>
      </w:r>
    </w:p>
    <w:p>
      <w:pPr>
        <w:spacing w:after="60" w:line="266" w:lineRule="auto"/>
        <w:ind w:firstLine="331"/>
        <w:jc w:val="both"/>
      </w:pPr>
      <w:r>
        <w:rPr>
          <w:rFonts w:ascii="Georgia" w:hAnsi="Georgia"/>
          <w:b w:val="0"/>
          <w:i w:val="0"/>
          <w:color w:val="22201D"/>
          <w:sz w:val="20"/>
        </w:rPr>
        <w:t>Gerald said, "Payment record still required."</w:t>
      </w:r>
    </w:p>
    <w:p>
      <w:pPr>
        <w:spacing w:after="60" w:line="266" w:lineRule="auto"/>
        <w:ind w:firstLine="331"/>
        <w:jc w:val="both"/>
      </w:pPr>
      <w:r>
        <w:rPr>
          <w:rFonts w:ascii="Georgia" w:hAnsi="Georgia"/>
          <w:b w:val="0"/>
          <w:i w:val="0"/>
          <w:color w:val="22201D"/>
          <w:sz w:val="20"/>
        </w:rPr>
        <w:t>"Later," the Hostess repeated.</w:t>
      </w:r>
    </w:p>
    <w:p>
      <w:pPr>
        <w:spacing w:after="60" w:line="266" w:lineRule="auto"/>
        <w:ind w:firstLine="331"/>
        <w:jc w:val="both"/>
      </w:pPr>
      <w:r>
        <w:rPr>
          <w:rFonts w:ascii="Georgia" w:hAnsi="Georgia"/>
          <w:b w:val="0"/>
          <w:i w:val="0"/>
          <w:color w:val="22201D"/>
          <w:sz w:val="20"/>
        </w:rPr>
        <w:t>Gerald wrote later on a temporary ticket and clipped it where Steve could find it.</w:t>
      </w:r>
    </w:p>
    <w:p>
      <w:pPr>
        <w:spacing w:after="60" w:line="266" w:lineRule="auto"/>
        <w:ind w:firstLine="331"/>
        <w:jc w:val="both"/>
      </w:pPr>
      <w:r>
        <w:rPr>
          <w:rFonts w:ascii="Georgia" w:hAnsi="Georgia"/>
          <w:b w:val="0"/>
          <w:i w:val="0"/>
          <w:color w:val="22201D"/>
          <w:sz w:val="20"/>
        </w:rPr>
        <w:t>Steve accepted this because later had been made retrievable.</w:t>
      </w:r>
    </w:p>
    <w:p>
      <w:pPr>
        <w:spacing w:after="60" w:line="266" w:lineRule="auto"/>
        <w:ind w:firstLine="331"/>
        <w:jc w:val="both"/>
      </w:pPr>
      <w:r>
        <w:rPr>
          <w:rFonts w:ascii="Georgia" w:hAnsi="Georgia"/>
          <w:b w:val="0"/>
          <w:i w:val="0"/>
          <w:color w:val="22201D"/>
          <w:sz w:val="20"/>
        </w:rPr>
        <w:t>Evan raised his hand from the added chair.</w:t>
      </w:r>
    </w:p>
    <w:p>
      <w:pPr>
        <w:spacing w:after="60" w:line="266" w:lineRule="auto"/>
        <w:ind w:firstLine="331"/>
        <w:jc w:val="both"/>
      </w:pPr>
      <w:r>
        <w:rPr>
          <w:rFonts w:ascii="Georgia" w:hAnsi="Georgia"/>
          <w:b w:val="0"/>
          <w:i w:val="0"/>
          <w:color w:val="22201D"/>
          <w:sz w:val="20"/>
        </w:rPr>
        <w:t>The Hostess went to him.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don't know what I want."</w:t>
      </w:r>
    </w:p>
    <w:p>
      <w:pPr>
        <w:spacing w:after="60" w:line="266" w:lineRule="auto"/>
        <w:ind w:firstLine="331"/>
        <w:jc w:val="both"/>
      </w:pPr>
      <w:r>
        <w:rPr>
          <w:rFonts w:ascii="Georgia" w:hAnsi="Georgia"/>
          <w:b w:val="0"/>
          <w:i w:val="0"/>
          <w:color w:val="22201D"/>
          <w:sz w:val="20"/>
        </w:rPr>
        <w:t>The old menu would have loved that. It would have printed three impossible options, one moral hazard, and a soup that tasted like the childhood he had not mentioned. The blank menu did nothing.</w:t>
      </w:r>
    </w:p>
    <w:p>
      <w:pPr>
        <w:spacing w:after="60" w:line="266" w:lineRule="auto"/>
        <w:ind w:firstLine="331"/>
        <w:jc w:val="both"/>
      </w:pPr>
      <w:r>
        <w:rPr>
          <w:rFonts w:ascii="Georgia" w:hAnsi="Georgia"/>
          <w:b w:val="0"/>
          <w:i w:val="0"/>
          <w:color w:val="22201D"/>
          <w:sz w:val="20"/>
        </w:rPr>
        <w:t>The Hostess asked, "Are you still hungry, or are you trying to understand why you were hungry?"</w:t>
      </w:r>
    </w:p>
    <w:p>
      <w:pPr>
        <w:spacing w:after="60" w:line="266" w:lineRule="auto"/>
        <w:ind w:firstLine="331"/>
        <w:jc w:val="both"/>
      </w:pPr>
      <w:r>
        <w:rPr>
          <w:rFonts w:ascii="Georgia" w:hAnsi="Georgia"/>
          <w:b w:val="0"/>
          <w:i w:val="0"/>
          <w:color w:val="22201D"/>
          <w:sz w:val="20"/>
        </w:rPr>
        <w:t>Evan looked at his bowl.</w:t>
      </w:r>
    </w:p>
    <w:p>
      <w:pPr>
        <w:spacing w:after="60" w:line="266" w:lineRule="auto"/>
        <w:ind w:firstLine="331"/>
        <w:jc w:val="both"/>
      </w:pPr>
      <w:r>
        <w:rPr>
          <w:rFonts w:ascii="Georgia" w:hAnsi="Georgia"/>
          <w:b w:val="0"/>
          <w:i w:val="0"/>
          <w:color w:val="22201D"/>
          <w:sz w:val="20"/>
        </w:rPr>
        <w:t>"Still hungry. Smaller than before."</w:t>
      </w:r>
    </w:p>
    <w:p>
      <w:pPr>
        <w:spacing w:after="60" w:line="266" w:lineRule="auto"/>
        <w:ind w:firstLine="331"/>
        <w:jc w:val="both"/>
      </w:pPr>
      <w:r>
        <w:rPr>
          <w:rFonts w:ascii="Georgia" w:hAnsi="Georgia"/>
          <w:b w:val="0"/>
          <w:i w:val="0"/>
          <w:color w:val="22201D"/>
          <w:sz w:val="20"/>
        </w:rPr>
        <w:t>"Warm, cold, soft, sharp, sweet, salty?"</w:t>
      </w:r>
    </w:p>
    <w:p>
      <w:pPr>
        <w:spacing w:after="60" w:line="266" w:lineRule="auto"/>
        <w:ind w:firstLine="331"/>
        <w:jc w:val="both"/>
      </w:pPr>
      <w:r>
        <w:rPr>
          <w:rFonts w:ascii="Georgia" w:hAnsi="Georgia"/>
          <w:b w:val="0"/>
          <w:i w:val="0"/>
          <w:color w:val="22201D"/>
          <w:sz w:val="20"/>
        </w:rPr>
        <w:t>He thought.</w:t>
      </w:r>
    </w:p>
    <w:p>
      <w:pPr>
        <w:spacing w:after="60" w:line="266" w:lineRule="auto"/>
        <w:ind w:firstLine="331"/>
        <w:jc w:val="both"/>
      </w:pPr>
      <w:r>
        <w:rPr>
          <w:rFonts w:ascii="Georgia" w:hAnsi="Georgia"/>
          <w:b w:val="0"/>
          <w:i w:val="0"/>
          <w:color w:val="22201D"/>
          <w:sz w:val="20"/>
        </w:rPr>
        <w:t>"Soft. Not sweet."</w:t>
      </w:r>
    </w:p>
    <w:p>
      <w:pPr>
        <w:spacing w:after="60" w:line="266" w:lineRule="auto"/>
        <w:ind w:firstLine="331"/>
        <w:jc w:val="both"/>
      </w:pPr>
      <w:r>
        <w:rPr>
          <w:rFonts w:ascii="Georgia" w:hAnsi="Georgia"/>
          <w:b w:val="0"/>
          <w:i w:val="0"/>
          <w:color w:val="22201D"/>
          <w:sz w:val="20"/>
        </w:rPr>
        <w:t>Bob said from the pass, "Eggs?"</w:t>
      </w:r>
    </w:p>
    <w:p>
      <w:pPr>
        <w:spacing w:after="60" w:line="266" w:lineRule="auto"/>
        <w:ind w:firstLine="331"/>
        <w:jc w:val="both"/>
      </w:pPr>
      <w:r>
        <w:rPr>
          <w:rFonts w:ascii="Georgia" w:hAnsi="Georgia"/>
          <w:b w:val="0"/>
          <w:i w:val="0"/>
          <w:color w:val="22201D"/>
          <w:sz w:val="20"/>
        </w:rPr>
        <w:t>Gerald said, "Time?"</w:t>
      </w:r>
    </w:p>
    <w:p>
      <w:pPr>
        <w:spacing w:after="60" w:line="266" w:lineRule="auto"/>
        <w:ind w:firstLine="331"/>
        <w:jc w:val="both"/>
      </w:pPr>
      <w:r>
        <w:rPr>
          <w:rFonts w:ascii="Georgia" w:hAnsi="Georgia"/>
          <w:b w:val="0"/>
          <w:i w:val="0"/>
          <w:color w:val="22201D"/>
          <w:sz w:val="20"/>
        </w:rPr>
        <w:t>Steve checked the kitchen log. "Eggs available. Safe window active."</w:t>
      </w:r>
    </w:p>
    <w:p>
      <w:pPr>
        <w:spacing w:after="60" w:line="266" w:lineRule="auto"/>
        <w:ind w:firstLine="331"/>
        <w:jc w:val="both"/>
      </w:pPr>
      <w:r>
        <w:rPr>
          <w:rFonts w:ascii="Georgia" w:hAnsi="Georgia"/>
          <w:b w:val="0"/>
          <w:i w:val="0"/>
          <w:color w:val="22201D"/>
          <w:sz w:val="20"/>
        </w:rPr>
        <w:t>The Hostess asked Evan, "Soft eggs on toast?"</w:t>
      </w:r>
    </w:p>
    <w:p>
      <w:pPr>
        <w:spacing w:after="60" w:line="266" w:lineRule="auto"/>
        <w:ind w:firstLine="331"/>
        <w:jc w:val="both"/>
      </w:pPr>
      <w:r>
        <w:rPr>
          <w:rFonts w:ascii="Georgia" w:hAnsi="Georgia"/>
          <w:b w:val="0"/>
          <w:i w:val="0"/>
          <w:color w:val="22201D"/>
          <w:sz w:val="20"/>
        </w:rPr>
        <w:t>Evan breathed out.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blank menu stayed blank.</w:t>
      </w:r>
    </w:p>
    <w:p>
      <w:pPr>
        <w:spacing w:after="60" w:line="266" w:lineRule="auto"/>
        <w:ind w:firstLine="331"/>
        <w:jc w:val="both"/>
      </w:pPr>
      <w:r>
        <w:rPr>
          <w:rFonts w:ascii="Georgia" w:hAnsi="Georgia"/>
          <w:b w:val="0"/>
          <w:i w:val="0"/>
          <w:color w:val="22201D"/>
          <w:sz w:val="20"/>
        </w:rPr>
        <w:t>The kitchen made soft eggs on toast.</w:t>
      </w:r>
    </w:p>
    <w:p>
      <w:pPr>
        <w:spacing w:after="60" w:line="266" w:lineRule="auto"/>
        <w:ind w:firstLine="331"/>
        <w:jc w:val="both"/>
      </w:pPr>
      <w:r>
        <w:rPr>
          <w:rFonts w:ascii="Georgia" w:hAnsi="Georgia"/>
          <w:b w:val="0"/>
          <w:i w:val="0"/>
          <w:color w:val="22201D"/>
          <w:sz w:val="20"/>
        </w:rPr>
        <w:t>No one said comfort. No one said healing. No one said the last table was working. The eggs were cooked, plated, carried, and placed in front of a person who had said soft, not sweet.</w:t>
      </w:r>
    </w:p>
    <w:p>
      <w:pPr>
        <w:spacing w:after="60" w:line="266" w:lineRule="auto"/>
        <w:ind w:firstLine="331"/>
        <w:jc w:val="both"/>
      </w:pPr>
      <w:r>
        <w:rPr>
          <w:rFonts w:ascii="Georgia" w:hAnsi="Georgia"/>
          <w:b w:val="0"/>
          <w:i w:val="0"/>
          <w:color w:val="22201D"/>
          <w:sz w:val="20"/>
        </w:rPr>
        <w:t>That was trust.</w:t>
      </w:r>
    </w:p>
    <w:p>
      <w:pPr>
        <w:spacing w:after="60" w:line="266" w:lineRule="auto"/>
        <w:ind w:firstLine="331"/>
        <w:jc w:val="both"/>
      </w:pPr>
      <w:r>
        <w:rPr>
          <w:rFonts w:ascii="Georgia" w:hAnsi="Georgia"/>
          <w:b w:val="0"/>
          <w:i w:val="0"/>
          <w:color w:val="22201D"/>
          <w:sz w:val="20"/>
        </w:rPr>
        <w:t>Not blind trust. Not trust in the menu to know everything. Trust distributed across listening, safe windows, kitchen skill, customer words, and the discipline not to turn a meal into a diagnosis.</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Blank menu law test case: Evan requested uncertain smaller hunger. Staff clarified texture and flavor direction. Kitchen offered safe available item. Service completed without menu explanation.</w:t>
      </w:r>
    </w:p>
    <w:p>
      <w:pPr>
        <w:spacing w:after="60" w:line="266" w:lineRule="auto"/>
        <w:ind w:firstLine="331"/>
        <w:jc w:val="both"/>
      </w:pPr>
      <w:r>
        <w:rPr>
          <w:rFonts w:ascii="Georgia" w:hAnsi="Georgia"/>
          <w:b w:val="0"/>
          <w:i w:val="0"/>
          <w:color w:val="22201D"/>
          <w:sz w:val="20"/>
        </w:rPr>
        <w:t>The menu law card accepted the note by not changing.</w:t>
      </w:r>
    </w:p>
    <w:p>
      <w:pPr>
        <w:spacing w:after="60" w:line="266" w:lineRule="auto"/>
        <w:ind w:firstLine="331"/>
        <w:jc w:val="both"/>
      </w:pPr>
      <w:r>
        <w:rPr>
          <w:rFonts w:ascii="Georgia" w:hAnsi="Georgia"/>
          <w:b w:val="0"/>
          <w:i w:val="0"/>
          <w:color w:val="22201D"/>
          <w:sz w:val="20"/>
        </w:rPr>
        <w:t>Maris at the counter leaned over.</w:t>
      </w:r>
    </w:p>
    <w:p>
      <w:pPr>
        <w:spacing w:after="60" w:line="266" w:lineRule="auto"/>
        <w:ind w:firstLine="331"/>
        <w:jc w:val="both"/>
      </w:pPr>
      <w:r>
        <w:rPr>
          <w:rFonts w:ascii="Georgia" w:hAnsi="Georgia"/>
          <w:b w:val="0"/>
          <w:i w:val="0"/>
          <w:color w:val="22201D"/>
          <w:sz w:val="20"/>
        </w:rPr>
        <w:t>"Can I ask for something ridiculous?"</w:t>
      </w:r>
    </w:p>
    <w:p>
      <w:pPr>
        <w:spacing w:after="60" w:line="266" w:lineRule="auto"/>
        <w:ind w:firstLine="331"/>
        <w:jc w:val="both"/>
      </w:pPr>
      <w:r>
        <w:rPr>
          <w:rFonts w:ascii="Georgia" w:hAnsi="Georgia"/>
          <w:b w:val="0"/>
          <w:i w:val="0"/>
          <w:color w:val="22201D"/>
          <w:sz w:val="20"/>
        </w:rPr>
        <w:t>The Hostess said, "You can ask."</w:t>
      </w:r>
    </w:p>
    <w:p>
      <w:pPr>
        <w:spacing w:after="60" w:line="266" w:lineRule="auto"/>
        <w:ind w:firstLine="331"/>
        <w:jc w:val="both"/>
      </w:pPr>
      <w:r>
        <w:rPr>
          <w:rFonts w:ascii="Georgia" w:hAnsi="Georgia"/>
          <w:b w:val="0"/>
          <w:i w:val="0"/>
          <w:color w:val="22201D"/>
          <w:sz w:val="20"/>
        </w:rPr>
        <w:t>"Crunchy rain."</w:t>
      </w:r>
    </w:p>
    <w:p>
      <w:pPr>
        <w:spacing w:after="60" w:line="266" w:lineRule="auto"/>
        <w:ind w:firstLine="331"/>
        <w:jc w:val="both"/>
      </w:pPr>
      <w:r>
        <w:rPr>
          <w:rFonts w:ascii="Georgia" w:hAnsi="Georgia"/>
          <w:b w:val="0"/>
          <w:i w:val="0"/>
          <w:color w:val="22201D"/>
          <w:sz w:val="20"/>
        </w:rPr>
        <w:t>Gerald set down his pencil.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Maris laughed. "Fair. Toast, then."</w:t>
      </w:r>
    </w:p>
    <w:p>
      <w:pPr>
        <w:spacing w:after="60" w:line="266" w:lineRule="auto"/>
        <w:ind w:firstLine="331"/>
        <w:jc w:val="both"/>
      </w:pPr>
      <w:r>
        <w:rPr>
          <w:rFonts w:ascii="Georgia" w:hAnsi="Georgia"/>
          <w:b w:val="0"/>
          <w:i w:val="0"/>
          <w:color w:val="22201D"/>
          <w:sz w:val="20"/>
        </w:rPr>
        <w:t>The Hostess said, "Toast is available. Crunchy rain is not."</w:t>
      </w:r>
    </w:p>
    <w:p>
      <w:pPr>
        <w:spacing w:after="60" w:line="266" w:lineRule="auto"/>
        <w:ind w:firstLine="331"/>
        <w:jc w:val="both"/>
      </w:pPr>
      <w:r>
        <w:rPr>
          <w:rFonts w:ascii="Georgia" w:hAnsi="Georgia"/>
          <w:b w:val="0"/>
          <w:i w:val="0"/>
          <w:color w:val="22201D"/>
          <w:sz w:val="20"/>
        </w:rPr>
        <w:t>Nico whispered, "Crunchy Rain is a product line."</w:t>
      </w:r>
    </w:p>
    <w:p>
      <w:pPr>
        <w:spacing w:after="60" w:line="266" w:lineRule="auto"/>
        <w:ind w:firstLine="331"/>
        <w:jc w:val="both"/>
      </w:pPr>
      <w:r>
        <w:rPr>
          <w:rFonts w:ascii="Georgia" w:hAnsi="Georgia"/>
          <w:b w:val="0"/>
          <w:i w:val="0"/>
          <w:color w:val="22201D"/>
          <w:sz w:val="20"/>
        </w:rPr>
        <w:t>The menu warning nearest him lifted.</w:t>
      </w:r>
    </w:p>
    <w:p>
      <w:pPr>
        <w:spacing w:after="60" w:line="266" w:lineRule="auto"/>
        <w:ind w:firstLine="331"/>
        <w:jc w:val="both"/>
      </w:pPr>
      <w:r>
        <w:rPr>
          <w:rFonts w:ascii="Georgia" w:hAnsi="Georgia"/>
          <w:b w:val="0"/>
          <w:i w:val="0"/>
          <w:color w:val="22201D"/>
          <w:sz w:val="20"/>
        </w:rPr>
        <w:t>Nico took the bus tub voluntarily.</w:t>
      </w:r>
    </w:p>
    <w:p>
      <w:pPr>
        <w:spacing w:after="60" w:line="266" w:lineRule="auto"/>
        <w:ind w:firstLine="331"/>
        <w:jc w:val="both"/>
      </w:pPr>
      <w:r>
        <w:rPr>
          <w:rFonts w:ascii="Georgia" w:hAnsi="Georgia"/>
          <w:b w:val="0"/>
          <w:i w:val="0"/>
          <w:color w:val="22201D"/>
          <w:sz w:val="20"/>
        </w:rPr>
        <w:t>"Not saying it."</w:t>
      </w:r>
    </w:p>
    <w:p>
      <w:pPr>
        <w:spacing w:after="60" w:line="266" w:lineRule="auto"/>
        <w:ind w:firstLine="331"/>
        <w:jc w:val="both"/>
      </w:pPr>
      <w:r>
        <w:rPr>
          <w:rFonts w:ascii="Georgia" w:hAnsi="Georgia"/>
          <w:b w:val="0"/>
          <w:i w:val="0"/>
          <w:color w:val="22201D"/>
          <w:sz w:val="20"/>
        </w:rPr>
        <w:t>The blank menu remained blank.</w:t>
      </w:r>
    </w:p>
    <w:p>
      <w:pPr>
        <w:spacing w:after="60" w:line="266" w:lineRule="auto"/>
        <w:ind w:firstLine="331"/>
        <w:jc w:val="both"/>
      </w:pPr>
      <w:r>
        <w:rPr>
          <w:rFonts w:ascii="Georgia" w:hAnsi="Georgia"/>
          <w:b w:val="0"/>
          <w:i w:val="0"/>
          <w:color w:val="22201D"/>
          <w:sz w:val="20"/>
        </w:rPr>
        <w:t>For twenty minutes, the restaurant operated without the menu explaining anything.</w:t>
      </w:r>
    </w:p>
    <w:p>
      <w:pPr>
        <w:spacing w:after="60" w:line="266" w:lineRule="auto"/>
        <w:ind w:firstLine="331"/>
        <w:jc w:val="both"/>
      </w:pPr>
      <w:r>
        <w:rPr>
          <w:rFonts w:ascii="Georgia" w:hAnsi="Georgia"/>
          <w:b w:val="0"/>
          <w:i w:val="0"/>
          <w:color w:val="22201D"/>
          <w:sz w:val="20"/>
        </w:rPr>
        <w:t>This did not make service easier. It made service more honest.</w:t>
      </w:r>
    </w:p>
    <w:p>
      <w:pPr>
        <w:spacing w:after="60" w:line="266" w:lineRule="auto"/>
        <w:ind w:firstLine="331"/>
        <w:jc w:val="both"/>
      </w:pPr>
      <w:r>
        <w:rPr>
          <w:rFonts w:ascii="Georgia" w:hAnsi="Georgia"/>
          <w:b w:val="0"/>
          <w:i w:val="0"/>
          <w:color w:val="22201D"/>
          <w:sz w:val="20"/>
        </w:rPr>
        <w:t>Customers had to ask in ordinary words. Staff had to listen. The kitchen had to say no when it meant no and yes when yes could be served safely. Gerald had to keep safety from becoming a lecture. Steve had to keep records after service without requiring the record to precede the meal. Bob had to bring food without naming its emotional function. The Hostess had to manage every threshold where mystery tried to become performance.</w:t>
      </w:r>
    </w:p>
    <w:p>
      <w:pPr>
        <w:spacing w:after="60" w:line="266" w:lineRule="auto"/>
        <w:ind w:firstLine="331"/>
        <w:jc w:val="both"/>
      </w:pPr>
      <w:r>
        <w:rPr>
          <w:rFonts w:ascii="Georgia" w:hAnsi="Georgia"/>
          <w:b w:val="0"/>
          <w:i w:val="0"/>
          <w:color w:val="22201D"/>
          <w:sz w:val="20"/>
        </w:rPr>
        <w:t>Flocc found himself less central than he had expected.</w:t>
      </w:r>
    </w:p>
    <w:p>
      <w:pPr>
        <w:spacing w:after="60" w:line="266" w:lineRule="auto"/>
        <w:ind w:firstLine="331"/>
        <w:jc w:val="both"/>
      </w:pPr>
      <w:r>
        <w:rPr>
          <w:rFonts w:ascii="Georgia" w:hAnsi="Georgia"/>
          <w:b w:val="0"/>
          <w:i w:val="0"/>
          <w:color w:val="22201D"/>
          <w:sz w:val="20"/>
        </w:rPr>
        <w:t>That was good.</w:t>
      </w:r>
    </w:p>
    <w:p>
      <w:pPr>
        <w:spacing w:after="60" w:line="266" w:lineRule="auto"/>
        <w:ind w:firstLine="331"/>
        <w:jc w:val="both"/>
      </w:pPr>
      <w:r>
        <w:rPr>
          <w:rFonts w:ascii="Georgia" w:hAnsi="Georgia"/>
          <w:b w:val="0"/>
          <w:i w:val="0"/>
          <w:color w:val="22201D"/>
          <w:sz w:val="20"/>
        </w:rPr>
        <w:t>Serving someone else had not made him the new menu. Making room had not made the Hostess infinite. Filing the end under Open had not made Steve the author of endings. Inspecting the last table had not made Gerald priest of tables. Bread had not made Bob a symbol. The blank menu did not make absence into wisdom.</w:t>
      </w:r>
    </w:p>
    <w:p>
      <w:pPr>
        <w:spacing w:after="60" w:line="266" w:lineRule="auto"/>
        <w:ind w:firstLine="331"/>
        <w:jc w:val="both"/>
      </w:pPr>
      <w:r>
        <w:rPr>
          <w:rFonts w:ascii="Georgia" w:hAnsi="Georgia"/>
          <w:b w:val="0"/>
          <w:i w:val="0"/>
          <w:color w:val="22201D"/>
          <w:sz w:val="20"/>
        </w:rPr>
        <w:t>It made everyone work.</w:t>
      </w:r>
    </w:p>
    <w:p>
      <w:pPr>
        <w:spacing w:after="60" w:line="266" w:lineRule="auto"/>
        <w:ind w:firstLine="331"/>
        <w:jc w:val="both"/>
      </w:pPr>
      <w:r>
        <w:rPr>
          <w:rFonts w:ascii="Georgia" w:hAnsi="Georgia"/>
          <w:b w:val="0"/>
          <w:i w:val="0"/>
          <w:color w:val="22201D"/>
          <w:sz w:val="20"/>
        </w:rPr>
        <w:t>The Hostess wrote the final line of the service draft:</w:t>
      </w:r>
    </w:p>
    <w:p>
      <w:pPr>
        <w:spacing w:after="60" w:line="250" w:lineRule="auto"/>
        <w:ind w:left="202" w:right="173"/>
      </w:pPr>
      <w:r>
        <w:rPr>
          <w:rFonts w:ascii="Georgia" w:hAnsi="Georgia"/>
          <w:b w:val="0"/>
          <w:i w:val="0"/>
          <w:color w:val="22201D"/>
          <w:sz w:val="17"/>
        </w:rPr>
        <w:t>9. Trust is maintained by clear service, not complete explanation.</w:t>
      </w:r>
    </w:p>
    <w:p>
      <w:pPr>
        <w:spacing w:after="60" w:line="266" w:lineRule="auto"/>
        <w:ind w:firstLine="331"/>
        <w:jc w:val="both"/>
      </w:pPr>
      <w:r>
        <w:rPr>
          <w:rFonts w:ascii="Georgia" w:hAnsi="Georgia"/>
          <w:b w:val="0"/>
          <w:i w:val="0"/>
          <w:color w:val="22201D"/>
          <w:sz w:val="20"/>
        </w:rPr>
        <w:t>The blank menu printed nothing.</w:t>
      </w:r>
    </w:p>
    <w:p>
      <w:pPr>
        <w:spacing w:after="60" w:line="266" w:lineRule="auto"/>
        <w:ind w:firstLine="331"/>
        <w:jc w:val="both"/>
      </w:pPr>
      <w:r>
        <w:rPr>
          <w:rFonts w:ascii="Georgia" w:hAnsi="Georgia"/>
          <w:b w:val="0"/>
          <w:i w:val="0"/>
          <w:color w:val="22201D"/>
          <w:sz w:val="20"/>
        </w:rPr>
        <w:t>Then, very slowly, a border appeared around the blank space. Not decorative. Functional. A box that showed where not to write.</w:t>
      </w:r>
    </w:p>
    <w:p>
      <w:pPr>
        <w:spacing w:after="60" w:line="266" w:lineRule="auto"/>
        <w:ind w:firstLine="331"/>
        <w:jc w:val="both"/>
      </w:pPr>
      <w:r>
        <w:rPr>
          <w:rFonts w:ascii="Georgia" w:hAnsi="Georgia"/>
          <w:b w:val="0"/>
          <w:i w:val="0"/>
          <w:color w:val="22201D"/>
          <w:sz w:val="20"/>
        </w:rPr>
        <w:t>Gerald leaned close.</w:t>
      </w:r>
    </w:p>
    <w:p>
      <w:pPr>
        <w:spacing w:after="60" w:line="266" w:lineRule="auto"/>
        <w:ind w:firstLine="331"/>
        <w:jc w:val="both"/>
      </w:pPr>
      <w:r>
        <w:rPr>
          <w:rFonts w:ascii="Georgia" w:hAnsi="Georgia"/>
          <w:b w:val="0"/>
          <w:i w:val="0"/>
          <w:color w:val="22201D"/>
          <w:sz w:val="20"/>
        </w:rPr>
        <w:t>"Boundary for silence. Acceptable."</w:t>
      </w:r>
    </w:p>
    <w:p>
      <w:pPr>
        <w:spacing w:after="60" w:line="266" w:lineRule="auto"/>
        <w:ind w:firstLine="331"/>
        <w:jc w:val="both"/>
      </w:pPr>
      <w:r>
        <w:rPr>
          <w:rFonts w:ascii="Georgia" w:hAnsi="Georgia"/>
          <w:b w:val="0"/>
          <w:i w:val="0"/>
          <w:color w:val="22201D"/>
          <w:sz w:val="20"/>
        </w:rPr>
        <w:t>Steve stamped the service draft:</w:t>
      </w:r>
    </w:p>
    <w:p>
      <w:pPr>
        <w:spacing w:after="60" w:line="250" w:lineRule="auto"/>
        <w:ind w:left="202" w:right="173"/>
      </w:pPr>
      <w:r>
        <w:rPr>
          <w:rFonts w:ascii="Georgia" w:hAnsi="Georgia"/>
          <w:b w:val="0"/>
          <w:i w:val="0"/>
          <w:color w:val="22201D"/>
          <w:sz w:val="17"/>
        </w:rPr>
        <w:t>ACTIVE MENU LAW TRIAL USE NOT FINAL</w:t>
      </w:r>
    </w:p>
    <w:p>
      <w:pPr>
        <w:spacing w:after="60" w:line="266" w:lineRule="auto"/>
        <w:ind w:firstLine="331"/>
        <w:jc w:val="both"/>
      </w:pPr>
      <w:r>
        <w:rPr>
          <w:rFonts w:ascii="Georgia" w:hAnsi="Georgia"/>
          <w:b w:val="0"/>
          <w:i w:val="0"/>
          <w:color w:val="22201D"/>
          <w:sz w:val="20"/>
        </w:rPr>
        <w:t>The stamp landed cleanly.</w:t>
      </w:r>
    </w:p>
    <w:p>
      <w:pPr>
        <w:spacing w:after="60" w:line="266" w:lineRule="auto"/>
        <w:ind w:firstLine="331"/>
        <w:jc w:val="both"/>
      </w:pPr>
      <w:r>
        <w:rPr>
          <w:rFonts w:ascii="Georgia" w:hAnsi="Georgia"/>
          <w:b w:val="0"/>
          <w:i w:val="0"/>
          <w:color w:val="22201D"/>
          <w:sz w:val="20"/>
        </w:rPr>
        <w:t>The blank menu did not object.</w:t>
      </w:r>
    </w:p>
    <w:p>
      <w:pPr>
        <w:spacing w:after="60" w:line="266" w:lineRule="auto"/>
        <w:ind w:firstLine="331"/>
        <w:jc w:val="both"/>
      </w:pPr>
      <w:r>
        <w:rPr>
          <w:rFonts w:ascii="Georgia" w:hAnsi="Georgia"/>
          <w:b w:val="0"/>
          <w:i w:val="0"/>
          <w:color w:val="22201D"/>
          <w:sz w:val="20"/>
        </w:rPr>
        <w:t>At 3:52, the register printed a receipt.</w:t>
      </w:r>
    </w:p>
    <w:p>
      <w:pPr>
        <w:spacing w:after="60" w:line="266" w:lineRule="auto"/>
        <w:ind w:firstLine="331"/>
        <w:jc w:val="both"/>
      </w:pPr>
      <w:r>
        <w:rPr>
          <w:rFonts w:ascii="Georgia" w:hAnsi="Georgia"/>
          <w:b w:val="0"/>
          <w:i w:val="0"/>
          <w:color w:val="22201D"/>
          <w:sz w:val="20"/>
        </w:rPr>
        <w:t>Not for one customer.</w:t>
      </w:r>
    </w:p>
    <w:p>
      <w:pPr>
        <w:spacing w:after="60" w:line="266" w:lineRule="auto"/>
        <w:ind w:firstLine="331"/>
        <w:jc w:val="both"/>
      </w:pPr>
      <w:r>
        <w:rPr>
          <w:rFonts w:ascii="Georgia" w:hAnsi="Georgia"/>
          <w:b w:val="0"/>
          <w:i w:val="0"/>
          <w:color w:val="22201D"/>
          <w:sz w:val="20"/>
        </w:rPr>
        <w:t>For the service period.</w:t>
      </w:r>
    </w:p>
    <w:p>
      <w:pPr>
        <w:spacing w:after="60" w:line="250" w:lineRule="auto"/>
        <w:ind w:left="202" w:right="173"/>
      </w:pPr>
      <w:r>
        <w:rPr>
          <w:rFonts w:ascii="Georgia" w:hAnsi="Georgia"/>
          <w:b w:val="0"/>
          <w:i w:val="0"/>
          <w:color w:val="22201D"/>
          <w:sz w:val="17"/>
        </w:rPr>
        <w:t>SERVICE PERIOD RECEIPT Menu blank by law. Hazards still disclosed. Water available without interpretation. Bread available when waiting sharpened. Customer phrasing not used as copy. Orders clarified by hunger, texture, safety, and available food. Explanations withheld where service could proceed without them. Total: not final Next: The Final Receipt Is Not Final Price: share</w:t>
      </w:r>
    </w:p>
    <w:p>
      <w:pPr>
        <w:spacing w:after="60" w:line="266" w:lineRule="auto"/>
        <w:ind w:firstLine="331"/>
        <w:jc w:val="both"/>
      </w:pPr>
      <w:r>
        <w:rPr>
          <w:rFonts w:ascii="Georgia" w:hAnsi="Georgia"/>
          <w:b w:val="0"/>
          <w:i w:val="0"/>
          <w:color w:val="22201D"/>
          <w:sz w:val="20"/>
        </w:rPr>
        <w:t>Steve read it.</w:t>
      </w:r>
    </w:p>
    <w:p>
      <w:pPr>
        <w:spacing w:after="60" w:line="266" w:lineRule="auto"/>
        <w:ind w:firstLine="331"/>
        <w:jc w:val="both"/>
      </w:pPr>
      <w:r>
        <w:rPr>
          <w:rFonts w:ascii="Georgia" w:hAnsi="Georgia"/>
          <w:b w:val="0"/>
          <w:i w:val="0"/>
          <w:color w:val="22201D"/>
          <w:sz w:val="20"/>
        </w:rPr>
        <w:t>"That is going to be a problem."</w:t>
      </w:r>
    </w:p>
    <w:p>
      <w:pPr>
        <w:spacing w:after="60" w:line="266" w:lineRule="auto"/>
        <w:ind w:firstLine="331"/>
        <w:jc w:val="both"/>
      </w:pPr>
      <w:r>
        <w:rPr>
          <w:rFonts w:ascii="Georgia" w:hAnsi="Georgia"/>
          <w:b w:val="0"/>
          <w:i w:val="0"/>
          <w:color w:val="22201D"/>
          <w:sz w:val="20"/>
        </w:rPr>
        <w:t>The Hostess took the receipt.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says not final."</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says final receipt next."</w:t>
      </w:r>
    </w:p>
    <w:p>
      <w:pPr>
        <w:spacing w:after="60" w:line="266" w:lineRule="auto"/>
        <w:ind w:firstLine="331"/>
        <w:jc w:val="both"/>
      </w:pPr>
      <w:r>
        <w:rPr>
          <w:rFonts w:ascii="Georgia" w:hAnsi="Georgia"/>
          <w:b w:val="0"/>
          <w:i w:val="0"/>
          <w:color w:val="22201D"/>
          <w:sz w:val="20"/>
        </w:rPr>
        <w:t>"Also good."</w:t>
      </w:r>
    </w:p>
    <w:p>
      <w:pPr>
        <w:spacing w:after="60" w:line="266" w:lineRule="auto"/>
        <w:ind w:firstLine="331"/>
        <w:jc w:val="both"/>
      </w:pPr>
      <w:r>
        <w:rPr>
          <w:rFonts w:ascii="Georgia" w:hAnsi="Georgia"/>
          <w:b w:val="0"/>
          <w:i w:val="0"/>
          <w:color w:val="22201D"/>
          <w:sz w:val="20"/>
        </w:rPr>
        <w:t>Gerald said, "Contradictory."</w:t>
      </w:r>
    </w:p>
    <w:p>
      <w:pPr>
        <w:spacing w:after="60" w:line="266" w:lineRule="auto"/>
        <w:ind w:firstLine="331"/>
        <w:jc w:val="both"/>
      </w:pPr>
      <w:r>
        <w:rPr>
          <w:rFonts w:ascii="Georgia" w:hAnsi="Georgia"/>
          <w:b w:val="0"/>
          <w:i w:val="0"/>
          <w:color w:val="22201D"/>
          <w:sz w:val="20"/>
        </w:rPr>
        <w:t>The Hostess placed the receipt beside the active menu law.</w:t>
      </w:r>
    </w:p>
    <w:p>
      <w:pPr>
        <w:spacing w:after="60" w:line="266" w:lineRule="auto"/>
        <w:ind w:firstLine="331"/>
        <w:jc w:val="both"/>
      </w:pPr>
      <w:r>
        <w:rPr>
          <w:rFonts w:ascii="Georgia" w:hAnsi="Georgia"/>
          <w:b w:val="0"/>
          <w:i w:val="0"/>
          <w:color w:val="22201D"/>
          <w:sz w:val="20"/>
        </w:rPr>
        <w:t>"Only if you expect the final receipt to close the account."</w:t>
      </w:r>
    </w:p>
    <w:p>
      <w:pPr>
        <w:spacing w:after="60" w:line="266" w:lineRule="auto"/>
        <w:ind w:firstLine="331"/>
        <w:jc w:val="both"/>
      </w:pPr>
      <w:r>
        <w:rPr>
          <w:rFonts w:ascii="Georgia" w:hAnsi="Georgia"/>
          <w:b w:val="0"/>
          <w:i w:val="0"/>
          <w:color w:val="22201D"/>
          <w:sz w:val="20"/>
        </w:rPr>
        <w:t>Flocc looked at the blank menu.</w:t>
      </w:r>
    </w:p>
    <w:p>
      <w:pPr>
        <w:spacing w:after="60" w:line="266" w:lineRule="auto"/>
        <w:ind w:firstLine="331"/>
        <w:jc w:val="both"/>
      </w:pPr>
      <w:r>
        <w:rPr>
          <w:rFonts w:ascii="Georgia" w:hAnsi="Georgia"/>
          <w:b w:val="0"/>
          <w:i w:val="0"/>
          <w:color w:val="22201D"/>
          <w:sz w:val="20"/>
        </w:rPr>
        <w:t>It had stopped explaining, but it had not abandoned them. It had left enough law for staff to serve and enough silence for customers to arrive without being solved.</w:t>
      </w:r>
    </w:p>
    <w:p>
      <w:pPr>
        <w:spacing w:after="60" w:line="266" w:lineRule="auto"/>
        <w:ind w:firstLine="331"/>
        <w:jc w:val="both"/>
      </w:pPr>
      <w:r>
        <w:rPr>
          <w:rFonts w:ascii="Georgia" w:hAnsi="Georgia"/>
          <w:b w:val="0"/>
          <w:i w:val="0"/>
          <w:color w:val="22201D"/>
          <w:sz w:val="20"/>
        </w:rPr>
        <w:t>That was not absence.</w:t>
      </w:r>
    </w:p>
    <w:p>
      <w:pPr>
        <w:spacing w:after="60" w:line="266" w:lineRule="auto"/>
        <w:ind w:firstLine="331"/>
        <w:jc w:val="both"/>
      </w:pPr>
      <w:r>
        <w:rPr>
          <w:rFonts w:ascii="Georgia" w:hAnsi="Georgia"/>
          <w:b w:val="0"/>
          <w:i w:val="0"/>
          <w:color w:val="22201D"/>
          <w:sz w:val="20"/>
        </w:rPr>
        <w:t>It was trust with boundaries.</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The Final Receipt Is Not Final</w:t>
      </w:r>
    </w:p>
    <w:p>
      <w:pPr>
        <w:spacing w:after="60" w:line="266" w:lineRule="auto"/>
        <w:ind w:firstLine="0"/>
        <w:jc w:val="both"/>
      </w:pPr>
      <w:r>
        <w:rPr>
          <w:rFonts w:ascii="Georgia" w:hAnsi="Georgia"/>
          <w:b w:val="0"/>
          <w:i w:val="0"/>
          <w:color w:val="22201D"/>
          <w:sz w:val="20"/>
        </w:rPr>
        <w:t>The receipt printer waited longer than a machine should have waited.</w:t>
      </w:r>
    </w:p>
    <w:p>
      <w:pPr>
        <w:spacing w:after="60" w:line="266" w:lineRule="auto"/>
        <w:ind w:firstLine="331"/>
        <w:jc w:val="both"/>
      </w:pPr>
      <w:r>
        <w:rPr>
          <w:rFonts w:ascii="Georgia" w:hAnsi="Georgia"/>
          <w:b w:val="0"/>
          <w:i w:val="0"/>
          <w:color w:val="22201D"/>
          <w:sz w:val="20"/>
        </w:rPr>
        <w:t>It had a normal place beneath the counter. It had the same gray plastic shell, the same transparent cover over the paper roll, the same red line that warned the staff when the roll was nearly finished. Nothing about it glowed. Nothing about it hummed in a way that asked to be noticed.</w:t>
      </w:r>
    </w:p>
    <w:p>
      <w:pPr>
        <w:spacing w:after="60" w:line="266" w:lineRule="auto"/>
        <w:ind w:firstLine="331"/>
        <w:jc w:val="both"/>
      </w:pPr>
      <w:r>
        <w:rPr>
          <w:rFonts w:ascii="Georgia" w:hAnsi="Georgia"/>
          <w:b w:val="0"/>
          <w:i w:val="0"/>
          <w:color w:val="22201D"/>
          <w:sz w:val="20"/>
        </w:rPr>
        <w:t>That made everyone notice it more.</w:t>
      </w:r>
    </w:p>
    <w:p>
      <w:pPr>
        <w:spacing w:after="60" w:line="266" w:lineRule="auto"/>
        <w:ind w:firstLine="331"/>
        <w:jc w:val="both"/>
      </w:pPr>
      <w:r>
        <w:rPr>
          <w:rFonts w:ascii="Georgia" w:hAnsi="Georgia"/>
          <w:b w:val="0"/>
          <w:i w:val="0"/>
          <w:color w:val="22201D"/>
          <w:sz w:val="20"/>
        </w:rPr>
        <w:t>The menu had gone blank by law. The dining room had kept working anyway. Water had gone out without interpretation. Bread had appeared before waiting became too sharp. The Hostess had asked ordinary questions. Gerald had checked ordinary dangers. Steve had recorded ordinary service after it happened instead of making the record prove the meal before anyone could eat it.</w:t>
      </w:r>
    </w:p>
    <w:p>
      <w:pPr>
        <w:spacing w:after="60" w:line="266" w:lineRule="auto"/>
        <w:ind w:firstLine="331"/>
        <w:jc w:val="both"/>
      </w:pPr>
      <w:r>
        <w:rPr>
          <w:rFonts w:ascii="Georgia" w:hAnsi="Georgia"/>
          <w:b w:val="0"/>
          <w:i w:val="0"/>
          <w:color w:val="22201D"/>
          <w:sz w:val="20"/>
        </w:rPr>
        <w:t>Now the service period was over, and the receipt printer had not printed the final receipt.</w:t>
      </w:r>
    </w:p>
    <w:p>
      <w:pPr>
        <w:spacing w:after="60" w:line="266" w:lineRule="auto"/>
        <w:ind w:firstLine="331"/>
        <w:jc w:val="both"/>
      </w:pPr>
      <w:r>
        <w:rPr>
          <w:rFonts w:ascii="Georgia" w:hAnsi="Georgia"/>
          <w:b w:val="0"/>
          <w:i w:val="0"/>
          <w:color w:val="22201D"/>
          <w:sz w:val="20"/>
        </w:rPr>
        <w:t>Steve stood with one hand on the counter and one hand on the ledger.</w:t>
      </w:r>
    </w:p>
    <w:p>
      <w:pPr>
        <w:spacing w:after="60" w:line="266" w:lineRule="auto"/>
        <w:ind w:firstLine="331"/>
        <w:jc w:val="both"/>
      </w:pPr>
      <w:r>
        <w:rPr>
          <w:rFonts w:ascii="Georgia" w:hAnsi="Georgia"/>
          <w:b w:val="0"/>
          <w:i w:val="0"/>
          <w:color w:val="22201D"/>
          <w:sz w:val="20"/>
        </w:rPr>
        <w:t>"It is possible," he said, "that the word final is creating a category problem."</w:t>
      </w:r>
    </w:p>
    <w:p>
      <w:pPr>
        <w:spacing w:after="60" w:line="266" w:lineRule="auto"/>
        <w:ind w:firstLine="331"/>
        <w:jc w:val="both"/>
      </w:pPr>
      <w:r>
        <w:rPr>
          <w:rFonts w:ascii="Georgia" w:hAnsi="Georgia"/>
          <w:b w:val="0"/>
          <w:i w:val="0"/>
          <w:color w:val="22201D"/>
          <w:sz w:val="20"/>
        </w:rPr>
        <w:t>"Everything creates a category problem when you stand near it," Bob said.</w:t>
      </w:r>
    </w:p>
    <w:p>
      <w:pPr>
        <w:spacing w:after="60" w:line="266" w:lineRule="auto"/>
        <w:ind w:firstLine="331"/>
        <w:jc w:val="both"/>
      </w:pPr>
      <w:r>
        <w:rPr>
          <w:rFonts w:ascii="Georgia" w:hAnsi="Georgia"/>
          <w:b w:val="0"/>
          <w:i w:val="0"/>
          <w:color w:val="22201D"/>
          <w:sz w:val="20"/>
        </w:rPr>
        <w:t>Steve accepted this as a useful operational note and wrote it down.</w:t>
      </w:r>
    </w:p>
    <w:p>
      <w:pPr>
        <w:spacing w:after="60" w:line="266" w:lineRule="auto"/>
        <w:ind w:firstLine="331"/>
        <w:jc w:val="both"/>
      </w:pPr>
      <w:r>
        <w:rPr>
          <w:rFonts w:ascii="Georgia" w:hAnsi="Georgia"/>
          <w:b w:val="0"/>
          <w:i w:val="0"/>
          <w:color w:val="22201D"/>
          <w:sz w:val="20"/>
        </w:rPr>
        <w:t>Flocc sat at the end of the counter with the blank menu in front of him. He had not opened it because there was nothing to open. He had not closed it because closing it felt too much like making a claim. The menu lay there with its title and its border and its silence.</w:t>
      </w:r>
    </w:p>
    <w:p>
      <w:pPr>
        <w:spacing w:after="60" w:line="266" w:lineRule="auto"/>
        <w:ind w:firstLine="331"/>
        <w:jc w:val="both"/>
      </w:pPr>
      <w:r>
        <w:rPr>
          <w:rFonts w:ascii="Georgia" w:hAnsi="Georgia"/>
          <w:b w:val="0"/>
          <w:i w:val="0"/>
          <w:color w:val="22201D"/>
          <w:sz w:val="20"/>
        </w:rPr>
        <w:t>The Hostess counted the room again.</w:t>
      </w:r>
    </w:p>
    <w:p>
      <w:pPr>
        <w:spacing w:after="60" w:line="266" w:lineRule="auto"/>
        <w:ind w:firstLine="331"/>
        <w:jc w:val="both"/>
      </w:pPr>
      <w:r>
        <w:rPr>
          <w:rFonts w:ascii="Georgia" w:hAnsi="Georgia"/>
          <w:b w:val="0"/>
          <w:i w:val="0"/>
          <w:color w:val="22201D"/>
          <w:sz w:val="20"/>
        </w:rPr>
        <w:t>Not the chairs. Not the customers. Not the impossible capacity.</w:t>
      </w:r>
    </w:p>
    <w:p>
      <w:pPr>
        <w:spacing w:after="60" w:line="266" w:lineRule="auto"/>
        <w:ind w:firstLine="331"/>
        <w:jc w:val="both"/>
      </w:pPr>
      <w:r>
        <w:rPr>
          <w:rFonts w:ascii="Georgia" w:hAnsi="Georgia"/>
          <w:b w:val="0"/>
          <w:i w:val="0"/>
          <w:color w:val="22201D"/>
          <w:sz w:val="20"/>
        </w:rPr>
        <w:t>She counted the points of care still active after the last plate had been lifted: one glass waiting to be refilled, one child asleep against an adult's coat, one customer reading the blank menu and smiling because no one had asked him to understand it, one table with crumbs Gerald had not yet approved, one stack of clean cups, one person at the door who had not decided whether entering would make her a customer or an interruption.</w:t>
      </w:r>
    </w:p>
    <w:p>
      <w:pPr>
        <w:spacing w:after="60" w:line="266" w:lineRule="auto"/>
        <w:ind w:firstLine="331"/>
        <w:jc w:val="both"/>
      </w:pPr>
      <w:r>
        <w:rPr>
          <w:rFonts w:ascii="Georgia" w:hAnsi="Georgia"/>
          <w:b w:val="0"/>
          <w:i w:val="0"/>
          <w:color w:val="22201D"/>
          <w:sz w:val="20"/>
        </w:rPr>
        <w:t>"We are not closed," the Hostess said.</w:t>
      </w:r>
    </w:p>
    <w:p>
      <w:pPr>
        <w:spacing w:after="60" w:line="266" w:lineRule="auto"/>
        <w:ind w:firstLine="331"/>
        <w:jc w:val="both"/>
      </w:pPr>
      <w:r>
        <w:rPr>
          <w:rFonts w:ascii="Georgia" w:hAnsi="Georgia"/>
          <w:b w:val="0"/>
          <w:i w:val="0"/>
          <w:color w:val="22201D"/>
          <w:sz w:val="20"/>
        </w:rPr>
        <w:t>"The posted hours say we are," Gerald said.</w:t>
      </w:r>
    </w:p>
    <w:p>
      <w:pPr>
        <w:spacing w:after="60" w:line="266" w:lineRule="auto"/>
        <w:ind w:firstLine="331"/>
        <w:jc w:val="both"/>
      </w:pPr>
      <w:r>
        <w:rPr>
          <w:rFonts w:ascii="Georgia" w:hAnsi="Georgia"/>
          <w:b w:val="0"/>
          <w:i w:val="0"/>
          <w:color w:val="22201D"/>
          <w:sz w:val="20"/>
        </w:rPr>
        <w:t>"The posted hours say the kitchen is not taking new orders," she said. "They do not say the room has stopped being responsible for people already inside it."</w:t>
      </w:r>
    </w:p>
    <w:p>
      <w:pPr>
        <w:spacing w:after="60" w:line="266" w:lineRule="auto"/>
        <w:ind w:firstLine="331"/>
        <w:jc w:val="both"/>
      </w:pPr>
      <w:r>
        <w:rPr>
          <w:rFonts w:ascii="Georgia" w:hAnsi="Georgia"/>
          <w:b w:val="0"/>
          <w:i w:val="0"/>
          <w:color w:val="22201D"/>
          <w:sz w:val="20"/>
        </w:rPr>
        <w:t>Gerald considered this. "Acceptable. But the mop bucket must not become a waiting-area hazard."</w:t>
      </w:r>
    </w:p>
    <w:p>
      <w:pPr>
        <w:spacing w:after="60" w:line="266" w:lineRule="auto"/>
        <w:ind w:firstLine="331"/>
        <w:jc w:val="both"/>
      </w:pPr>
      <w:r>
        <w:rPr>
          <w:rFonts w:ascii="Georgia" w:hAnsi="Georgia"/>
          <w:b w:val="0"/>
          <w:i w:val="0"/>
          <w:color w:val="22201D"/>
          <w:sz w:val="20"/>
        </w:rPr>
        <w:t>"It won't," Bob said. "I moved it behind the pie case."</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Bob moved the mop bucket.</w:t>
      </w:r>
    </w:p>
    <w:p>
      <w:pPr>
        <w:spacing w:after="60" w:line="266" w:lineRule="auto"/>
        <w:ind w:firstLine="331"/>
        <w:jc w:val="both"/>
      </w:pPr>
      <w:r>
        <w:rPr>
          <w:rFonts w:ascii="Georgia" w:hAnsi="Georgia"/>
          <w:b w:val="0"/>
          <w:i w:val="0"/>
          <w:color w:val="22201D"/>
          <w:sz w:val="20"/>
        </w:rPr>
        <w:t>The receipt printer clicked once.</w:t>
      </w:r>
    </w:p>
    <w:p>
      <w:pPr>
        <w:spacing w:after="60" w:line="266" w:lineRule="auto"/>
        <w:ind w:firstLine="331"/>
        <w:jc w:val="both"/>
      </w:pPr>
      <w:r>
        <w:rPr>
          <w:rFonts w:ascii="Georgia" w:hAnsi="Georgia"/>
          <w:b w:val="0"/>
          <w:i w:val="0"/>
          <w:color w:val="22201D"/>
          <w:sz w:val="20"/>
        </w:rPr>
        <w:t>Everyone stopped.</w:t>
      </w:r>
    </w:p>
    <w:p>
      <w:pPr>
        <w:spacing w:after="60" w:line="266" w:lineRule="auto"/>
        <w:ind w:firstLine="331"/>
        <w:jc w:val="both"/>
      </w:pPr>
      <w:r>
        <w:rPr>
          <w:rFonts w:ascii="Georgia" w:hAnsi="Georgia"/>
          <w:b w:val="0"/>
          <w:i w:val="0"/>
          <w:color w:val="22201D"/>
          <w:sz w:val="20"/>
        </w:rPr>
        <w:t>The printer did not print.</w:t>
      </w:r>
    </w:p>
    <w:p>
      <w:pPr>
        <w:spacing w:after="60" w:line="266" w:lineRule="auto"/>
        <w:ind w:firstLine="331"/>
        <w:jc w:val="both"/>
      </w:pPr>
      <w:r>
        <w:rPr>
          <w:rFonts w:ascii="Georgia" w:hAnsi="Georgia"/>
          <w:b w:val="0"/>
          <w:i w:val="0"/>
          <w:color w:val="22201D"/>
          <w:sz w:val="20"/>
        </w:rPr>
        <w:t>"That was not a receipt," Steve said.</w:t>
      </w:r>
    </w:p>
    <w:p>
      <w:pPr>
        <w:spacing w:after="60" w:line="266" w:lineRule="auto"/>
        <w:ind w:firstLine="331"/>
        <w:jc w:val="both"/>
      </w:pPr>
      <w:r>
        <w:rPr>
          <w:rFonts w:ascii="Georgia" w:hAnsi="Georgia"/>
          <w:b w:val="0"/>
          <w:i w:val="0"/>
          <w:color w:val="22201D"/>
          <w:sz w:val="20"/>
        </w:rPr>
        <w:t>"It was a throat clear," Nico said from the dish station.</w:t>
      </w:r>
    </w:p>
    <w:p>
      <w:pPr>
        <w:spacing w:after="60" w:line="266" w:lineRule="auto"/>
        <w:ind w:firstLine="331"/>
        <w:jc w:val="both"/>
      </w:pPr>
      <w:r>
        <w:rPr>
          <w:rFonts w:ascii="Georgia" w:hAnsi="Georgia"/>
          <w:b w:val="0"/>
          <w:i w:val="0"/>
          <w:color w:val="22201D"/>
          <w:sz w:val="20"/>
        </w:rPr>
        <w:t>"Printers do not have throats."</w:t>
      </w:r>
    </w:p>
    <w:p>
      <w:pPr>
        <w:spacing w:after="60" w:line="266" w:lineRule="auto"/>
        <w:ind w:firstLine="331"/>
        <w:jc w:val="both"/>
      </w:pPr>
      <w:r>
        <w:rPr>
          <w:rFonts w:ascii="Georgia" w:hAnsi="Georgia"/>
          <w:b w:val="0"/>
          <w:i w:val="0"/>
          <w:color w:val="22201D"/>
          <w:sz w:val="20"/>
        </w:rPr>
        <w:t>"Neither do menus have legal opinions, and yet here we are."</w:t>
      </w:r>
    </w:p>
    <w:p>
      <w:pPr>
        <w:spacing w:after="60" w:line="266" w:lineRule="auto"/>
        <w:ind w:firstLine="331"/>
        <w:jc w:val="both"/>
      </w:pPr>
      <w:r>
        <w:rPr>
          <w:rFonts w:ascii="Georgia" w:hAnsi="Georgia"/>
          <w:b w:val="0"/>
          <w:i w:val="0"/>
          <w:color w:val="22201D"/>
          <w:sz w:val="20"/>
        </w:rPr>
        <w:t>Steve wrote this down too, but in the margin where comments went when they were true and professionally inconvenient.</w:t>
      </w:r>
    </w:p>
    <w:p>
      <w:pPr>
        <w:spacing w:after="60" w:line="266" w:lineRule="auto"/>
        <w:ind w:firstLine="331"/>
        <w:jc w:val="both"/>
      </w:pPr>
      <w:r>
        <w:rPr>
          <w:rFonts w:ascii="Georgia" w:hAnsi="Georgia"/>
          <w:b w:val="0"/>
          <w:i w:val="0"/>
          <w:color w:val="22201D"/>
          <w:sz w:val="20"/>
        </w:rPr>
        <w:t>The woman at the door stepped inside far enough for the bell to ring. She wore a raincoat though no rain had fallen that evening. Her hands were empty. She did not look hungry in the way customers usually looked hungry. She looked like someone who had rehearsed leaving and then discovered that the exit required a receipt.</w:t>
      </w:r>
    </w:p>
    <w:p>
      <w:pPr>
        <w:spacing w:after="60" w:line="266" w:lineRule="auto"/>
        <w:ind w:firstLine="331"/>
        <w:jc w:val="both"/>
      </w:pPr>
      <w:r>
        <w:rPr>
          <w:rFonts w:ascii="Georgia" w:hAnsi="Georgia"/>
          <w:b w:val="0"/>
          <w:i w:val="0"/>
          <w:color w:val="22201D"/>
          <w:sz w:val="20"/>
        </w:rPr>
        <w:t>The Hostess approached her with the blank menu tucked under one arm.</w:t>
      </w:r>
    </w:p>
    <w:p>
      <w:pPr>
        <w:spacing w:after="60" w:line="266" w:lineRule="auto"/>
        <w:ind w:firstLine="331"/>
        <w:jc w:val="both"/>
      </w:pPr>
      <w:r>
        <w:rPr>
          <w:rFonts w:ascii="Georgia" w:hAnsi="Georgia"/>
          <w:b w:val="0"/>
          <w:i w:val="0"/>
          <w:color w:val="22201D"/>
          <w:sz w:val="20"/>
        </w:rPr>
        <w:t>"Kitchen is not taking new orders," the Hostess said. "Water is available. Bread may be available if waiting gets sharp. You may also stand there for a moment without explaining why."</w:t>
      </w:r>
    </w:p>
    <w:p>
      <w:pPr>
        <w:spacing w:after="60" w:line="266" w:lineRule="auto"/>
        <w:ind w:firstLine="331"/>
        <w:jc w:val="both"/>
      </w:pPr>
      <w:r>
        <w:rPr>
          <w:rFonts w:ascii="Georgia" w:hAnsi="Georgia"/>
          <w:b w:val="0"/>
          <w:i w:val="0"/>
          <w:color w:val="22201D"/>
          <w:sz w:val="20"/>
        </w:rPr>
        <w:t>The woman blinked.</w:t>
      </w:r>
    </w:p>
    <w:p>
      <w:pPr>
        <w:spacing w:after="60" w:line="266" w:lineRule="auto"/>
        <w:ind w:firstLine="331"/>
        <w:jc w:val="both"/>
      </w:pPr>
      <w:r>
        <w:rPr>
          <w:rFonts w:ascii="Georgia" w:hAnsi="Georgia"/>
          <w:b w:val="0"/>
          <w:i w:val="0"/>
          <w:color w:val="22201D"/>
          <w:sz w:val="20"/>
        </w:rPr>
        <w:t>"That last part is on the menu?"</w:t>
      </w:r>
    </w:p>
    <w:p>
      <w:pPr>
        <w:spacing w:after="60" w:line="266" w:lineRule="auto"/>
        <w:ind w:firstLine="331"/>
        <w:jc w:val="both"/>
      </w:pPr>
      <w:r>
        <w:rPr>
          <w:rFonts w:ascii="Georgia" w:hAnsi="Georgia"/>
          <w:b w:val="0"/>
          <w:i w:val="0"/>
          <w:color w:val="22201D"/>
          <w:sz w:val="20"/>
        </w:rPr>
        <w:t>"No," the Hostess said. "That last part is service."</w:t>
      </w:r>
    </w:p>
    <w:p>
      <w:pPr>
        <w:spacing w:after="60" w:line="266" w:lineRule="auto"/>
        <w:ind w:firstLine="331"/>
        <w:jc w:val="both"/>
      </w:pPr>
      <w:r>
        <w:rPr>
          <w:rFonts w:ascii="Georgia" w:hAnsi="Georgia"/>
          <w:b w:val="0"/>
          <w:i w:val="0"/>
          <w:color w:val="22201D"/>
          <w:sz w:val="20"/>
        </w:rPr>
        <w:t>The woman looked at the room. At the tables. At the counter. At Flocc. At the receipt printer.</w:t>
      </w:r>
    </w:p>
    <w:p>
      <w:pPr>
        <w:spacing w:after="60" w:line="266" w:lineRule="auto"/>
        <w:ind w:firstLine="331"/>
        <w:jc w:val="both"/>
      </w:pPr>
      <w:r>
        <w:rPr>
          <w:rFonts w:ascii="Georgia" w:hAnsi="Georgia"/>
          <w:b w:val="0"/>
          <w:i w:val="0"/>
          <w:color w:val="22201D"/>
          <w:sz w:val="20"/>
        </w:rPr>
        <w:t>"I think I owe something," she said.</w:t>
      </w:r>
    </w:p>
    <w:p>
      <w:pPr>
        <w:spacing w:after="60" w:line="266" w:lineRule="auto"/>
        <w:ind w:firstLine="331"/>
        <w:jc w:val="both"/>
      </w:pPr>
      <w:r>
        <w:rPr>
          <w:rFonts w:ascii="Georgia" w:hAnsi="Georgia"/>
          <w:b w:val="0"/>
          <w:i w:val="0"/>
          <w:color w:val="22201D"/>
          <w:sz w:val="20"/>
        </w:rPr>
        <w:t>Steve lifted his pen.</w:t>
      </w:r>
    </w:p>
    <w:p>
      <w:pPr>
        <w:spacing w:after="60" w:line="266" w:lineRule="auto"/>
        <w:ind w:firstLine="331"/>
        <w:jc w:val="both"/>
      </w:pPr>
      <w:r>
        <w:rPr>
          <w:rFonts w:ascii="Georgia" w:hAnsi="Georgia"/>
          <w:b w:val="0"/>
          <w:i w:val="0"/>
          <w:color w:val="22201D"/>
          <w:sz w:val="20"/>
        </w:rPr>
        <w:t>The Hostess lifted two fingers without looking back. Steve lowered the pen.</w:t>
      </w:r>
    </w:p>
    <w:p>
      <w:pPr>
        <w:spacing w:after="60" w:line="266" w:lineRule="auto"/>
        <w:ind w:firstLine="331"/>
        <w:jc w:val="both"/>
      </w:pPr>
      <w:r>
        <w:rPr>
          <w:rFonts w:ascii="Georgia" w:hAnsi="Georgia"/>
          <w:b w:val="0"/>
          <w:i w:val="0"/>
          <w:color w:val="22201D"/>
          <w:sz w:val="20"/>
        </w:rPr>
        <w:t>"Something specific?" the Hostess asked.</w:t>
      </w:r>
    </w:p>
    <w:p>
      <w:pPr>
        <w:spacing w:after="60" w:line="266" w:lineRule="auto"/>
        <w:ind w:firstLine="331"/>
        <w:jc w:val="both"/>
      </w:pPr>
      <w:r>
        <w:rPr>
          <w:rFonts w:ascii="Georgia" w:hAnsi="Georgia"/>
          <w:b w:val="0"/>
          <w:i w:val="0"/>
          <w:color w:val="22201D"/>
          <w:sz w:val="20"/>
        </w:rPr>
        <w:t>"I don't know. That is the problem."</w:t>
      </w:r>
    </w:p>
    <w:p>
      <w:pPr>
        <w:spacing w:after="60" w:line="266" w:lineRule="auto"/>
        <w:ind w:firstLine="331"/>
        <w:jc w:val="both"/>
      </w:pPr>
      <w:r>
        <w:rPr>
          <w:rFonts w:ascii="Georgia" w:hAnsi="Georgia"/>
          <w:b w:val="0"/>
          <w:i w:val="0"/>
          <w:color w:val="22201D"/>
          <w:sz w:val="20"/>
        </w:rPr>
        <w:t>"Debt without itemization is not collectible," Steve said, unable to stop himself.</w:t>
      </w:r>
    </w:p>
    <w:p>
      <w:pPr>
        <w:spacing w:after="60" w:line="266" w:lineRule="auto"/>
        <w:ind w:firstLine="331"/>
        <w:jc w:val="both"/>
      </w:pPr>
      <w:r>
        <w:rPr>
          <w:rFonts w:ascii="Georgia" w:hAnsi="Georgia"/>
          <w:b w:val="0"/>
          <w:i w:val="0"/>
          <w:color w:val="22201D"/>
          <w:sz w:val="20"/>
        </w:rPr>
        <w:t>The woman laughed once. It was not a happy laugh, but it did loosen something.</w:t>
      </w:r>
    </w:p>
    <w:p>
      <w:pPr>
        <w:spacing w:after="60" w:line="266" w:lineRule="auto"/>
        <w:ind w:firstLine="331"/>
        <w:jc w:val="both"/>
      </w:pPr>
      <w:r>
        <w:rPr>
          <w:rFonts w:ascii="Georgia" w:hAnsi="Georgia"/>
          <w:b w:val="0"/>
          <w:i w:val="0"/>
          <w:color w:val="22201D"/>
          <w:sz w:val="20"/>
        </w:rPr>
        <w:t>"Then maybe I came to be told I don't owe it."</w:t>
      </w:r>
    </w:p>
    <w:p>
      <w:pPr>
        <w:spacing w:after="60" w:line="266" w:lineRule="auto"/>
        <w:ind w:firstLine="331"/>
        <w:jc w:val="both"/>
      </w:pPr>
      <w:r>
        <w:rPr>
          <w:rFonts w:ascii="Georgia" w:hAnsi="Georgia"/>
          <w:b w:val="0"/>
          <w:i w:val="0"/>
          <w:color w:val="22201D"/>
          <w:sz w:val="20"/>
        </w:rPr>
        <w:t>"We don't do that either," the Hostess said.</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The receipt printer clicked again.</w:t>
      </w:r>
    </w:p>
    <w:p>
      <w:pPr>
        <w:spacing w:after="60" w:line="266" w:lineRule="auto"/>
        <w:ind w:firstLine="331"/>
        <w:jc w:val="both"/>
      </w:pPr>
      <w:r>
        <w:rPr>
          <w:rFonts w:ascii="Georgia" w:hAnsi="Georgia"/>
          <w:b w:val="0"/>
          <w:i w:val="0"/>
          <w:color w:val="22201D"/>
          <w:sz w:val="20"/>
        </w:rPr>
        <w:t>This time it printed one line.</w:t>
      </w:r>
    </w:p>
    <w:p>
      <w:pPr>
        <w:spacing w:after="60" w:line="250" w:lineRule="auto"/>
        <w:ind w:left="202" w:right="173"/>
      </w:pPr>
      <w:r>
        <w:rPr>
          <w:rFonts w:ascii="Georgia" w:hAnsi="Georgia"/>
          <w:b w:val="0"/>
          <w:i w:val="0"/>
          <w:color w:val="22201D"/>
          <w:sz w:val="17"/>
        </w:rPr>
        <w:t>FINAL RECEIPT</w:t>
      </w:r>
    </w:p>
    <w:p>
      <w:pPr>
        <w:spacing w:after="60" w:line="266" w:lineRule="auto"/>
        <w:ind w:firstLine="331"/>
        <w:jc w:val="both"/>
      </w:pPr>
      <w:r>
        <w:rPr>
          <w:rFonts w:ascii="Georgia" w:hAnsi="Georgia"/>
          <w:b w:val="0"/>
          <w:i w:val="0"/>
          <w:color w:val="22201D"/>
          <w:sz w:val="20"/>
        </w:rPr>
        <w:t>Then it stopped.</w:t>
      </w:r>
    </w:p>
    <w:p>
      <w:pPr>
        <w:spacing w:after="60" w:line="266" w:lineRule="auto"/>
        <w:ind w:firstLine="331"/>
        <w:jc w:val="both"/>
      </w:pPr>
      <w:r>
        <w:rPr>
          <w:rFonts w:ascii="Georgia" w:hAnsi="Georgia"/>
          <w:b w:val="0"/>
          <w:i w:val="0"/>
          <w:color w:val="22201D"/>
          <w:sz w:val="20"/>
        </w:rPr>
        <w:t>Gerald stepped closer as if the paper might be unsafe. Steve tore nothing. Bob reached for nothing. Nico turned off the dish sprayer.</w:t>
      </w:r>
    </w:p>
    <w:p>
      <w:pPr>
        <w:spacing w:after="60" w:line="266" w:lineRule="auto"/>
        <w:ind w:firstLine="331"/>
        <w:jc w:val="both"/>
      </w:pPr>
      <w:r>
        <w:rPr>
          <w:rFonts w:ascii="Georgia" w:hAnsi="Georgia"/>
          <w:b w:val="0"/>
          <w:i w:val="0"/>
          <w:color w:val="22201D"/>
          <w:sz w:val="20"/>
        </w:rPr>
        <w:t>The single line hung from the printer like a sentence that had forgotten its verb.</w:t>
      </w:r>
    </w:p>
    <w:p>
      <w:pPr>
        <w:spacing w:after="60" w:line="266" w:lineRule="auto"/>
        <w:ind w:firstLine="331"/>
        <w:jc w:val="both"/>
      </w:pPr>
      <w:r>
        <w:rPr>
          <w:rFonts w:ascii="Georgia" w:hAnsi="Georgia"/>
          <w:b w:val="0"/>
          <w:i w:val="0"/>
          <w:color w:val="22201D"/>
          <w:sz w:val="20"/>
        </w:rPr>
        <w:t>"That is not sufficient for accounting," Steve said.</w:t>
      </w:r>
    </w:p>
    <w:p>
      <w:pPr>
        <w:spacing w:after="60" w:line="266" w:lineRule="auto"/>
        <w:ind w:firstLine="331"/>
        <w:jc w:val="both"/>
      </w:pPr>
      <w:r>
        <w:rPr>
          <w:rFonts w:ascii="Georgia" w:hAnsi="Georgia"/>
          <w:b w:val="0"/>
          <w:i w:val="0"/>
          <w:color w:val="22201D"/>
          <w:sz w:val="20"/>
        </w:rPr>
        <w:t>"Good," the Hostess said.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"If it were sufficient, it would be final."</w:t>
      </w:r>
    </w:p>
    <w:p>
      <w:pPr>
        <w:spacing w:after="60" w:line="266" w:lineRule="auto"/>
        <w:ind w:firstLine="331"/>
        <w:jc w:val="both"/>
      </w:pPr>
      <w:r>
        <w:rPr>
          <w:rFonts w:ascii="Georgia" w:hAnsi="Georgia"/>
          <w:b w:val="0"/>
          <w:i w:val="0"/>
          <w:color w:val="22201D"/>
          <w:sz w:val="20"/>
        </w:rPr>
        <w:t>The woman at the door took one more step inside.</w:t>
      </w:r>
    </w:p>
    <w:p>
      <w:pPr>
        <w:spacing w:after="60" w:line="266" w:lineRule="auto"/>
        <w:ind w:firstLine="331"/>
        <w:jc w:val="both"/>
      </w:pPr>
      <w:r>
        <w:rPr>
          <w:rFonts w:ascii="Georgia" w:hAnsi="Georgia"/>
          <w:b w:val="0"/>
          <w:i w:val="0"/>
          <w:color w:val="22201D"/>
          <w:sz w:val="20"/>
        </w:rPr>
        <w:t>"Is that mine?"</w:t>
      </w:r>
    </w:p>
    <w:p>
      <w:pPr>
        <w:spacing w:after="60" w:line="266" w:lineRule="auto"/>
        <w:ind w:firstLine="331"/>
        <w:jc w:val="both"/>
      </w:pPr>
      <w:r>
        <w:rPr>
          <w:rFonts w:ascii="Georgia" w:hAnsi="Georgia"/>
          <w:b w:val="0"/>
          <w:i w:val="0"/>
          <w:color w:val="22201D"/>
          <w:sz w:val="20"/>
        </w:rPr>
        <w:t>No one answered quickly enough to make the answer dangerous.</w:t>
      </w:r>
    </w:p>
    <w:p>
      <w:pPr>
        <w:spacing w:after="60" w:line="266" w:lineRule="auto"/>
        <w:ind w:firstLine="331"/>
        <w:jc w:val="both"/>
      </w:pPr>
      <w:r>
        <w:rPr>
          <w:rFonts w:ascii="Georgia" w:hAnsi="Georgia"/>
          <w:b w:val="0"/>
          <w:i w:val="0"/>
          <w:color w:val="22201D"/>
          <w:sz w:val="20"/>
        </w:rPr>
        <w:t>Flocc looked at the blank menu. The menu did not explain. It did not help him win the moment. It did not turn the woman into a test or the receipt into a prophecy.</w:t>
      </w:r>
    </w:p>
    <w:p>
      <w:pPr>
        <w:spacing w:after="60" w:line="266" w:lineRule="auto"/>
        <w:ind w:firstLine="331"/>
        <w:jc w:val="both"/>
      </w:pPr>
      <w:r>
        <w:rPr>
          <w:rFonts w:ascii="Georgia" w:hAnsi="Georgia"/>
          <w:b w:val="0"/>
          <w:i w:val="0"/>
          <w:color w:val="22201D"/>
          <w:sz w:val="20"/>
        </w:rPr>
        <w:t>That was almost rude.</w:t>
      </w:r>
    </w:p>
    <w:p>
      <w:pPr>
        <w:spacing w:after="60" w:line="266" w:lineRule="auto"/>
        <w:ind w:firstLine="331"/>
        <w:jc w:val="both"/>
      </w:pPr>
      <w:r>
        <w:rPr>
          <w:rFonts w:ascii="Georgia" w:hAnsi="Georgia"/>
          <w:b w:val="0"/>
          <w:i w:val="0"/>
          <w:color w:val="22201D"/>
          <w:sz w:val="20"/>
        </w:rPr>
        <w:t>It was also a relief.</w:t>
      </w:r>
    </w:p>
    <w:p>
      <w:pPr>
        <w:spacing w:after="60" w:line="266" w:lineRule="auto"/>
        <w:ind w:firstLine="331"/>
        <w:jc w:val="both"/>
      </w:pPr>
      <w:r>
        <w:rPr>
          <w:rFonts w:ascii="Georgia" w:hAnsi="Georgia"/>
          <w:b w:val="0"/>
          <w:i w:val="0"/>
          <w:color w:val="22201D"/>
          <w:sz w:val="20"/>
        </w:rPr>
        <w:t>"It might be ours," Flocc said.</w:t>
      </w:r>
    </w:p>
    <w:p>
      <w:pPr>
        <w:spacing w:after="60" w:line="266" w:lineRule="auto"/>
        <w:ind w:firstLine="331"/>
        <w:jc w:val="both"/>
      </w:pPr>
      <w:r>
        <w:rPr>
          <w:rFonts w:ascii="Georgia" w:hAnsi="Georgia"/>
          <w:b w:val="0"/>
          <w:i w:val="0"/>
          <w:color w:val="22201D"/>
          <w:sz w:val="20"/>
        </w:rPr>
        <w:t>Steve looked at him.</w:t>
      </w:r>
    </w:p>
    <w:p>
      <w:pPr>
        <w:spacing w:after="60" w:line="266" w:lineRule="auto"/>
        <w:ind w:firstLine="331"/>
        <w:jc w:val="both"/>
      </w:pPr>
      <w:r>
        <w:rPr>
          <w:rFonts w:ascii="Georgia" w:hAnsi="Georgia"/>
          <w:b w:val="0"/>
          <w:i w:val="0"/>
          <w:color w:val="22201D"/>
          <w:sz w:val="20"/>
        </w:rPr>
        <w:t>"Ours as in property?"</w:t>
      </w:r>
    </w:p>
    <w:p>
      <w:pPr>
        <w:spacing w:after="60" w:line="266" w:lineRule="auto"/>
        <w:ind w:firstLine="331"/>
        <w:jc w:val="both"/>
      </w:pPr>
      <w:r>
        <w:rPr>
          <w:rFonts w:ascii="Georgia" w:hAnsi="Georgia"/>
          <w:b w:val="0"/>
          <w:i w:val="0"/>
          <w:color w:val="22201D"/>
          <w:sz w:val="20"/>
        </w:rPr>
        <w:t>"No. Ours as in account."</w:t>
      </w:r>
    </w:p>
    <w:p>
      <w:pPr>
        <w:spacing w:after="60" w:line="266" w:lineRule="auto"/>
        <w:ind w:firstLine="331"/>
        <w:jc w:val="both"/>
      </w:pPr>
      <w:r>
        <w:rPr>
          <w:rFonts w:ascii="Georgia" w:hAnsi="Georgia"/>
          <w:b w:val="0"/>
          <w:i w:val="0"/>
          <w:color w:val="22201D"/>
          <w:sz w:val="20"/>
        </w:rPr>
        <w:t>The printer printed again.</w:t>
      </w:r>
    </w:p>
    <w:p>
      <w:pPr>
        <w:spacing w:after="60" w:line="250" w:lineRule="auto"/>
        <w:ind w:left="202" w:right="173"/>
      </w:pPr>
      <w:r>
        <w:rPr>
          <w:rFonts w:ascii="Georgia" w:hAnsi="Georgia"/>
          <w:b w:val="0"/>
          <w:i w:val="0"/>
          <w:color w:val="22201D"/>
          <w:sz w:val="17"/>
        </w:rPr>
        <w:t>Account opened by service.</w:t>
      </w:r>
    </w:p>
    <w:p>
      <w:pPr>
        <w:spacing w:after="60" w:line="266" w:lineRule="auto"/>
        <w:ind w:firstLine="331"/>
        <w:jc w:val="both"/>
      </w:pPr>
      <w:r>
        <w:rPr>
          <w:rFonts w:ascii="Georgia" w:hAnsi="Georgia"/>
          <w:b w:val="0"/>
          <w:i w:val="0"/>
          <w:color w:val="22201D"/>
          <w:sz w:val="20"/>
        </w:rPr>
        <w:t>Steve exhaled through his nose.</w:t>
      </w:r>
    </w:p>
    <w:p>
      <w:pPr>
        <w:spacing w:after="60" w:line="266" w:lineRule="auto"/>
        <w:ind w:firstLine="331"/>
        <w:jc w:val="both"/>
      </w:pPr>
      <w:r>
        <w:rPr>
          <w:rFonts w:ascii="Georgia" w:hAnsi="Georgia"/>
          <w:b w:val="0"/>
          <w:i w:val="0"/>
          <w:color w:val="22201D"/>
          <w:sz w:val="20"/>
        </w:rPr>
        <w:t>"That is not how accounts are opened."</w:t>
      </w:r>
    </w:p>
    <w:p>
      <w:pPr>
        <w:spacing w:after="60" w:line="266" w:lineRule="auto"/>
        <w:ind w:firstLine="331"/>
        <w:jc w:val="both"/>
      </w:pPr>
      <w:r>
        <w:rPr>
          <w:rFonts w:ascii="Georgia" w:hAnsi="Georgia"/>
          <w:b w:val="0"/>
          <w:i w:val="0"/>
          <w:color w:val="22201D"/>
          <w:sz w:val="20"/>
        </w:rPr>
        <w:t>"It is how this one was," the Hostess said.</w:t>
      </w:r>
    </w:p>
    <w:p>
      <w:pPr>
        <w:spacing w:after="60" w:line="266" w:lineRule="auto"/>
        <w:ind w:firstLine="331"/>
        <w:jc w:val="both"/>
      </w:pPr>
      <w:r>
        <w:rPr>
          <w:rFonts w:ascii="Georgia" w:hAnsi="Georgia"/>
          <w:b w:val="0"/>
          <w:i w:val="0"/>
          <w:color w:val="22201D"/>
          <w:sz w:val="20"/>
        </w:rPr>
        <w:t>Steve did not argue. He looked at the dining room instead. The customers were not all watching. Some were. Some were pretending not to. One old man kept buttering toast as if metaphysical accounting had never improved a meal and was unlikely to begin now. A child slept through the whole thing, which Gerald privately considered an excellent safety response.</w:t>
      </w:r>
    </w:p>
    <w:p>
      <w:pPr>
        <w:spacing w:after="60" w:line="266" w:lineRule="auto"/>
        <w:ind w:firstLine="331"/>
        <w:jc w:val="both"/>
      </w:pPr>
      <w:r>
        <w:rPr>
          <w:rFonts w:ascii="Georgia" w:hAnsi="Georgia"/>
          <w:b w:val="0"/>
          <w:i w:val="0"/>
          <w:color w:val="22201D"/>
          <w:sz w:val="20"/>
        </w:rPr>
        <w:t>The receipt continued.</w:t>
      </w:r>
    </w:p>
    <w:p>
      <w:pPr>
        <w:spacing w:after="60" w:line="250" w:lineRule="auto"/>
        <w:ind w:left="202" w:right="173"/>
      </w:pPr>
      <w:r>
        <w:rPr>
          <w:rFonts w:ascii="Georgia" w:hAnsi="Georgia"/>
          <w:b w:val="0"/>
          <w:i w:val="0"/>
          <w:color w:val="22201D"/>
          <w:sz w:val="17"/>
        </w:rPr>
        <w:t>Items served: water before interpretation bread before sharp waiting salt when salt was asked for soft food when softness was the hunger no impossible rain served as product no customer phrasing converted into copy one order placed for someone else without ownership one blank menu used with hazards still disclosed</w:t>
      </w:r>
    </w:p>
    <w:p>
      <w:pPr>
        <w:spacing w:after="60" w:line="266" w:lineRule="auto"/>
        <w:ind w:firstLine="331"/>
        <w:jc w:val="both"/>
      </w:pPr>
      <w:r>
        <w:rPr>
          <w:rFonts w:ascii="Georgia" w:hAnsi="Georgia"/>
          <w:b w:val="0"/>
          <w:i w:val="0"/>
          <w:color w:val="22201D"/>
          <w:sz w:val="20"/>
        </w:rPr>
        <w:t>Steve leaned closer.</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"That matters?" the woman asked.</w:t>
      </w:r>
    </w:p>
    <w:p>
      <w:pPr>
        <w:spacing w:after="60" w:line="266" w:lineRule="auto"/>
        <w:ind w:firstLine="331"/>
        <w:jc w:val="both"/>
      </w:pPr>
      <w:r>
        <w:rPr>
          <w:rFonts w:ascii="Georgia" w:hAnsi="Georgia"/>
          <w:b w:val="0"/>
          <w:i w:val="0"/>
          <w:color w:val="22201D"/>
          <w:sz w:val="20"/>
        </w:rPr>
        <w:t>"It matters very much," Steve said. "A non-final receipt is not permission to lie."</w:t>
      </w:r>
    </w:p>
    <w:p>
      <w:pPr>
        <w:spacing w:after="60" w:line="266" w:lineRule="auto"/>
        <w:ind w:firstLine="331"/>
        <w:jc w:val="both"/>
      </w:pPr>
      <w:r>
        <w:rPr>
          <w:rFonts w:ascii="Georgia" w:hAnsi="Georgia"/>
          <w:b w:val="0"/>
          <w:i w:val="0"/>
          <w:color w:val="22201D"/>
          <w:sz w:val="20"/>
        </w:rPr>
        <w:t>The woman nodded as though this was the first useful thing anyone had said to her in several days.</w:t>
      </w:r>
    </w:p>
    <w:p>
      <w:pPr>
        <w:spacing w:after="60" w:line="266" w:lineRule="auto"/>
        <w:ind w:firstLine="331"/>
        <w:jc w:val="both"/>
      </w:pPr>
      <w:r>
        <w:rPr>
          <w:rFonts w:ascii="Georgia" w:hAnsi="Georgia"/>
          <w:b w:val="0"/>
          <w:i w:val="0"/>
          <w:color w:val="22201D"/>
          <w:sz w:val="20"/>
        </w:rPr>
        <w:t>"Then I did owe something."</w:t>
      </w:r>
    </w:p>
    <w:p>
      <w:pPr>
        <w:spacing w:after="60" w:line="266" w:lineRule="auto"/>
        <w:ind w:firstLine="331"/>
        <w:jc w:val="both"/>
      </w:pPr>
      <w:r>
        <w:rPr>
          <w:rFonts w:ascii="Georgia" w:hAnsi="Georgia"/>
          <w:b w:val="0"/>
          <w:i w:val="0"/>
          <w:color w:val="22201D"/>
          <w:sz w:val="20"/>
        </w:rPr>
        <w:t>"Not necessarily," said the Hostess.</w:t>
      </w:r>
    </w:p>
    <w:p>
      <w:pPr>
        <w:spacing w:after="60" w:line="266" w:lineRule="auto"/>
        <w:ind w:firstLine="331"/>
        <w:jc w:val="both"/>
      </w:pPr>
      <w:r>
        <w:rPr>
          <w:rFonts w:ascii="Georgia" w:hAnsi="Georgia"/>
          <w:b w:val="0"/>
          <w:i w:val="0"/>
          <w:color w:val="22201D"/>
          <w:sz w:val="20"/>
        </w:rPr>
        <w:t>"But there are items."</w:t>
      </w:r>
    </w:p>
    <w:p>
      <w:pPr>
        <w:spacing w:after="60" w:line="266" w:lineRule="auto"/>
        <w:ind w:firstLine="331"/>
        <w:jc w:val="both"/>
      </w:pPr>
      <w:r>
        <w:rPr>
          <w:rFonts w:ascii="Georgia" w:hAnsi="Georgia"/>
          <w:b w:val="0"/>
          <w:i w:val="0"/>
          <w:color w:val="22201D"/>
          <w:sz w:val="20"/>
        </w:rPr>
        <w:t>"Items are not always charges."</w:t>
      </w:r>
    </w:p>
    <w:p>
      <w:pPr>
        <w:spacing w:after="60" w:line="266" w:lineRule="auto"/>
        <w:ind w:firstLine="331"/>
        <w:jc w:val="both"/>
      </w:pPr>
      <w:r>
        <w:rPr>
          <w:rFonts w:ascii="Georgia" w:hAnsi="Georgia"/>
          <w:b w:val="0"/>
          <w:i w:val="0"/>
          <w:color w:val="22201D"/>
          <w:sz w:val="20"/>
        </w:rPr>
        <w:t>The receipt printed another line.</w:t>
      </w:r>
    </w:p>
    <w:p>
      <w:pPr>
        <w:spacing w:after="60" w:line="250" w:lineRule="auto"/>
        <w:ind w:left="202" w:right="173"/>
      </w:pPr>
      <w:r>
        <w:rPr>
          <w:rFonts w:ascii="Georgia" w:hAnsi="Georgia"/>
          <w:b w:val="0"/>
          <w:i w:val="0"/>
          <w:color w:val="22201D"/>
          <w:sz w:val="17"/>
        </w:rPr>
        <w:t>Charges assigned: pending share.</w:t>
      </w:r>
    </w:p>
    <w:p>
      <w:pPr>
        <w:spacing w:after="60" w:line="266" w:lineRule="auto"/>
        <w:ind w:firstLine="331"/>
        <w:jc w:val="both"/>
      </w:pPr>
      <w:r>
        <w:rPr>
          <w:rFonts w:ascii="Georgia" w:hAnsi="Georgia"/>
          <w:b w:val="0"/>
          <w:i w:val="0"/>
          <w:color w:val="22201D"/>
          <w:sz w:val="20"/>
        </w:rPr>
        <w:t>Bob put both hands on the counter.</w:t>
      </w:r>
    </w:p>
    <w:p>
      <w:pPr>
        <w:spacing w:after="60" w:line="266" w:lineRule="auto"/>
        <w:ind w:firstLine="331"/>
        <w:jc w:val="both"/>
      </w:pPr>
      <w:r>
        <w:rPr>
          <w:rFonts w:ascii="Georgia" w:hAnsi="Georgia"/>
          <w:b w:val="0"/>
          <w:i w:val="0"/>
          <w:color w:val="22201D"/>
          <w:sz w:val="20"/>
        </w:rPr>
        <w:t>"I do not like accounting that waits for feelings."</w:t>
      </w:r>
    </w:p>
    <w:p>
      <w:pPr>
        <w:spacing w:after="60" w:line="266" w:lineRule="auto"/>
        <w:ind w:firstLine="331"/>
        <w:jc w:val="both"/>
      </w:pPr>
      <w:r>
        <w:rPr>
          <w:rFonts w:ascii="Georgia" w:hAnsi="Georgia"/>
          <w:b w:val="0"/>
          <w:i w:val="0"/>
          <w:color w:val="22201D"/>
          <w:sz w:val="20"/>
        </w:rPr>
        <w:t>"It is not waiting for feelings," Steve said slowly. "It is waiting for allocation."</w:t>
      </w:r>
    </w:p>
    <w:p>
      <w:pPr>
        <w:spacing w:after="60" w:line="266" w:lineRule="auto"/>
        <w:ind w:firstLine="331"/>
        <w:jc w:val="both"/>
      </w:pPr>
      <w:r>
        <w:rPr>
          <w:rFonts w:ascii="Georgia" w:hAnsi="Georgia"/>
          <w:b w:val="0"/>
          <w:i w:val="0"/>
          <w:color w:val="22201D"/>
          <w:sz w:val="20"/>
        </w:rPr>
        <w:t>Gerald frowned. "Allocation by whom?"</w:t>
      </w:r>
    </w:p>
    <w:p>
      <w:pPr>
        <w:spacing w:after="60" w:line="266" w:lineRule="auto"/>
        <w:ind w:firstLine="331"/>
        <w:jc w:val="both"/>
      </w:pPr>
      <w:r>
        <w:rPr>
          <w:rFonts w:ascii="Georgia" w:hAnsi="Georgia"/>
          <w:b w:val="0"/>
          <w:i w:val="0"/>
          <w:color w:val="22201D"/>
          <w:sz w:val="20"/>
        </w:rPr>
        <w:t>The printer answered before anyone else could.</w:t>
      </w:r>
    </w:p>
    <w:p>
      <w:pPr>
        <w:spacing w:after="60" w:line="250" w:lineRule="auto"/>
        <w:ind w:left="202" w:right="173"/>
      </w:pPr>
      <w:r>
        <w:rPr>
          <w:rFonts w:ascii="Georgia" w:hAnsi="Georgia"/>
          <w:b w:val="0"/>
          <w:i w:val="0"/>
          <w:color w:val="22201D"/>
          <w:sz w:val="17"/>
        </w:rPr>
        <w:t>Allocation by service already received and service still possible.</w:t>
      </w:r>
    </w:p>
    <w:p>
      <w:pPr>
        <w:spacing w:after="60" w:line="266" w:lineRule="auto"/>
        <w:ind w:firstLine="331"/>
        <w:jc w:val="both"/>
      </w:pPr>
      <w:r>
        <w:rPr>
          <w:rFonts w:ascii="Georgia" w:hAnsi="Georgia"/>
          <w:b w:val="0"/>
          <w:i w:val="0"/>
          <w:color w:val="22201D"/>
          <w:sz w:val="20"/>
        </w:rPr>
        <w:t>Nico wiped his hands on a towel.</w:t>
      </w:r>
    </w:p>
    <w:p>
      <w:pPr>
        <w:spacing w:after="60" w:line="266" w:lineRule="auto"/>
        <w:ind w:firstLine="331"/>
        <w:jc w:val="both"/>
      </w:pPr>
      <w:r>
        <w:rPr>
          <w:rFonts w:ascii="Georgia" w:hAnsi="Georgia"/>
          <w:b w:val="0"/>
          <w:i w:val="0"/>
          <w:color w:val="22201D"/>
          <w:sz w:val="20"/>
        </w:rPr>
        <w:t>"That is either beautiful or a violation of every training manual."</w:t>
      </w:r>
    </w:p>
    <w:p>
      <w:pPr>
        <w:spacing w:after="60" w:line="266" w:lineRule="auto"/>
        <w:ind w:firstLine="331"/>
        <w:jc w:val="both"/>
      </w:pPr>
      <w:r>
        <w:rPr>
          <w:rFonts w:ascii="Georgia" w:hAnsi="Georgia"/>
          <w:b w:val="0"/>
          <w:i w:val="0"/>
          <w:color w:val="22201D"/>
          <w:sz w:val="20"/>
        </w:rPr>
        <w:t>"Those categories overlap more often than management admits," Bob said.</w:t>
      </w:r>
    </w:p>
    <w:p>
      <w:pPr>
        <w:spacing w:after="60" w:line="266" w:lineRule="auto"/>
        <w:ind w:firstLine="331"/>
        <w:jc w:val="both"/>
      </w:pPr>
      <w:r>
        <w:rPr>
          <w:rFonts w:ascii="Georgia" w:hAnsi="Georgia"/>
          <w:b w:val="0"/>
          <w:i w:val="0"/>
          <w:color w:val="22201D"/>
          <w:sz w:val="20"/>
        </w:rPr>
        <w:t>The woman took off her raincoat. Beneath it she wore an ordinary gray sweater with a coffee stain near the cuff. She folded the raincoat over one arm and did not move toward a table.</w:t>
      </w:r>
    </w:p>
    <w:p>
      <w:pPr>
        <w:spacing w:after="60" w:line="266" w:lineRule="auto"/>
        <w:ind w:firstLine="331"/>
        <w:jc w:val="both"/>
      </w:pPr>
      <w:r>
        <w:rPr>
          <w:rFonts w:ascii="Georgia" w:hAnsi="Georgia"/>
          <w:b w:val="0"/>
          <w:i w:val="0"/>
          <w:color w:val="22201D"/>
          <w:sz w:val="20"/>
        </w:rPr>
        <w:t>"I don't have money," she said.</w:t>
      </w:r>
    </w:p>
    <w:p>
      <w:pPr>
        <w:spacing w:after="60" w:line="266" w:lineRule="auto"/>
        <w:ind w:firstLine="331"/>
        <w:jc w:val="both"/>
      </w:pPr>
      <w:r>
        <w:rPr>
          <w:rFonts w:ascii="Georgia" w:hAnsi="Georgia"/>
          <w:b w:val="0"/>
          <w:i w:val="0"/>
          <w:color w:val="22201D"/>
          <w:sz w:val="20"/>
        </w:rPr>
        <w:t>Steve's pen moved, but not toward the ledger. Toward a fresh slip.</w:t>
      </w:r>
    </w:p>
    <w:p>
      <w:pPr>
        <w:spacing w:after="60" w:line="266" w:lineRule="auto"/>
        <w:ind w:firstLine="331"/>
        <w:jc w:val="both"/>
      </w:pPr>
      <w:r>
        <w:rPr>
          <w:rFonts w:ascii="Georgia" w:hAnsi="Georgia"/>
          <w:b w:val="0"/>
          <w:i w:val="0"/>
          <w:color w:val="22201D"/>
          <w:sz w:val="20"/>
        </w:rPr>
        <w:t>"Money is one form of settlement," he said. "Not the only recordable form."</w:t>
      </w:r>
    </w:p>
    <w:p>
      <w:pPr>
        <w:spacing w:after="60" w:line="266" w:lineRule="auto"/>
        <w:ind w:firstLine="331"/>
        <w:jc w:val="both"/>
      </w:pPr>
      <w:r>
        <w:rPr>
          <w:rFonts w:ascii="Georgia" w:hAnsi="Georgia"/>
          <w:b w:val="0"/>
          <w:i w:val="0"/>
          <w:color w:val="22201D"/>
          <w:sz w:val="20"/>
        </w:rPr>
        <w:t>"I don't know how to settle this."</w:t>
      </w:r>
    </w:p>
    <w:p>
      <w:pPr>
        <w:spacing w:after="60" w:line="266" w:lineRule="auto"/>
        <w:ind w:firstLine="331"/>
        <w:jc w:val="both"/>
      </w:pPr>
      <w:r>
        <w:rPr>
          <w:rFonts w:ascii="Georgia" w:hAnsi="Georgia"/>
          <w:b w:val="0"/>
          <w:i w:val="0"/>
          <w:color w:val="22201D"/>
          <w:sz w:val="20"/>
        </w:rPr>
        <w:t>"Neither do we," Flocc said.</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He felt the old panic rise, the one that wanted to turn uncertainty into performance. He could make a speech about sharing. He could tell the woman what the receipt meant. He could use what he had learned and make it large enough that no one would notice he was still afraid of getting it wrong.</w:t>
      </w:r>
    </w:p>
    <w:p>
      <w:pPr>
        <w:spacing w:after="60" w:line="266" w:lineRule="auto"/>
        <w:ind w:firstLine="331"/>
        <w:jc w:val="both"/>
      </w:pPr>
      <w:r>
        <w:rPr>
          <w:rFonts w:ascii="Georgia" w:hAnsi="Georgia"/>
          <w:b w:val="0"/>
          <w:i w:val="0"/>
          <w:color w:val="22201D"/>
          <w:sz w:val="20"/>
        </w:rPr>
        <w:t>Instead he pushed the water glass nearest him across the counter.</w:t>
      </w:r>
    </w:p>
    <w:p>
      <w:pPr>
        <w:spacing w:after="60" w:line="266" w:lineRule="auto"/>
        <w:ind w:firstLine="331"/>
        <w:jc w:val="both"/>
      </w:pPr>
      <w:r>
        <w:rPr>
          <w:rFonts w:ascii="Georgia" w:hAnsi="Georgia"/>
          <w:b w:val="0"/>
          <w:i w:val="0"/>
          <w:color w:val="22201D"/>
          <w:sz w:val="20"/>
        </w:rPr>
        <w:t>Not toward the woman. Toward the open space between them.</w:t>
      </w:r>
    </w:p>
    <w:p>
      <w:pPr>
        <w:spacing w:after="60" w:line="266" w:lineRule="auto"/>
        <w:ind w:firstLine="331"/>
        <w:jc w:val="both"/>
      </w:pPr>
      <w:r>
        <w:rPr>
          <w:rFonts w:ascii="Georgia" w:hAnsi="Georgia"/>
          <w:b w:val="0"/>
          <w:i w:val="0"/>
          <w:color w:val="22201D"/>
          <w:sz w:val="20"/>
        </w:rPr>
        <w:t>"Water is available," he said.</w:t>
      </w:r>
    </w:p>
    <w:p>
      <w:pPr>
        <w:spacing w:after="60" w:line="266" w:lineRule="auto"/>
        <w:ind w:firstLine="331"/>
        <w:jc w:val="both"/>
      </w:pPr>
      <w:r>
        <w:rPr>
          <w:rFonts w:ascii="Georgia" w:hAnsi="Georgia"/>
          <w:b w:val="0"/>
          <w:i w:val="0"/>
          <w:color w:val="22201D"/>
          <w:sz w:val="20"/>
        </w:rPr>
        <w:t>The Hostess smiled without making it an award.</w:t>
      </w:r>
    </w:p>
    <w:p>
      <w:pPr>
        <w:spacing w:after="60" w:line="266" w:lineRule="auto"/>
        <w:ind w:firstLine="331"/>
        <w:jc w:val="both"/>
      </w:pPr>
      <w:r>
        <w:rPr>
          <w:rFonts w:ascii="Georgia" w:hAnsi="Georgia"/>
          <w:b w:val="0"/>
          <w:i w:val="0"/>
          <w:color w:val="22201D"/>
          <w:sz w:val="20"/>
        </w:rPr>
        <w:t>The woman looked at the glass.</w:t>
      </w:r>
    </w:p>
    <w:p>
      <w:pPr>
        <w:spacing w:after="60" w:line="266" w:lineRule="auto"/>
        <w:ind w:firstLine="331"/>
        <w:jc w:val="both"/>
      </w:pPr>
      <w:r>
        <w:rPr>
          <w:rFonts w:ascii="Georgia" w:hAnsi="Georgia"/>
          <w:b w:val="0"/>
          <w:i w:val="0"/>
          <w:color w:val="22201D"/>
          <w:sz w:val="20"/>
        </w:rPr>
        <w:t>"If I drink it, does that add to the account?"</w:t>
      </w:r>
    </w:p>
    <w:p>
      <w:pPr>
        <w:spacing w:after="60" w:line="266" w:lineRule="auto"/>
        <w:ind w:firstLine="331"/>
        <w:jc w:val="both"/>
      </w:pPr>
      <w:r>
        <w:rPr>
          <w:rFonts w:ascii="Georgia" w:hAnsi="Georgia"/>
          <w:b w:val="0"/>
          <w:i w:val="0"/>
          <w:color w:val="22201D"/>
          <w:sz w:val="20"/>
        </w:rPr>
        <w:t>"Yes," Steve said.</w:t>
      </w:r>
    </w:p>
    <w:p>
      <w:pPr>
        <w:spacing w:after="60" w:line="266" w:lineRule="auto"/>
        <w:ind w:firstLine="331"/>
        <w:jc w:val="both"/>
      </w:pPr>
      <w:r>
        <w:rPr>
          <w:rFonts w:ascii="Georgia" w:hAnsi="Georgia"/>
          <w:b w:val="0"/>
          <w:i w:val="0"/>
          <w:color w:val="22201D"/>
          <w:sz w:val="20"/>
        </w:rPr>
        <w:t>"No," Bob said.</w:t>
      </w:r>
    </w:p>
    <w:p>
      <w:pPr>
        <w:spacing w:after="60" w:line="266" w:lineRule="auto"/>
        <w:ind w:firstLine="331"/>
        <w:jc w:val="both"/>
      </w:pPr>
      <w:r>
        <w:rPr>
          <w:rFonts w:ascii="Georgia" w:hAnsi="Georgia"/>
          <w:b w:val="0"/>
          <w:i w:val="0"/>
          <w:color w:val="22201D"/>
          <w:sz w:val="20"/>
        </w:rPr>
        <w:t>"Both," Gerald said, surprising everyone including himself. "It adds a service event. It does not necessarily add a debt."</w:t>
      </w:r>
    </w:p>
    <w:p>
      <w:pPr>
        <w:spacing w:after="60" w:line="266" w:lineRule="auto"/>
        <w:ind w:firstLine="331"/>
        <w:jc w:val="both"/>
      </w:pPr>
      <w:r>
        <w:rPr>
          <w:rFonts w:ascii="Georgia" w:hAnsi="Georgia"/>
          <w:b w:val="0"/>
          <w:i w:val="0"/>
          <w:color w:val="22201D"/>
          <w:sz w:val="20"/>
        </w:rPr>
        <w:t>Steve turned his head very slowly toward Gerald.</w:t>
      </w:r>
    </w:p>
    <w:p>
      <w:pPr>
        <w:spacing w:after="60" w:line="266" w:lineRule="auto"/>
        <w:ind w:firstLine="331"/>
        <w:jc w:val="both"/>
      </w:pPr>
      <w:r>
        <w:rPr>
          <w:rFonts w:ascii="Georgia" w:hAnsi="Georgia"/>
          <w:b w:val="0"/>
          <w:i w:val="0"/>
          <w:color w:val="22201D"/>
          <w:sz w:val="20"/>
        </w:rPr>
        <w:t>"That was precise."</w:t>
      </w:r>
    </w:p>
    <w:p>
      <w:pPr>
        <w:spacing w:after="60" w:line="266" w:lineRule="auto"/>
        <w:ind w:firstLine="331"/>
        <w:jc w:val="both"/>
      </w:pPr>
      <w:r>
        <w:rPr>
          <w:rFonts w:ascii="Georgia" w:hAnsi="Georgia"/>
          <w:b w:val="0"/>
          <w:i w:val="0"/>
          <w:color w:val="22201D"/>
          <w:sz w:val="20"/>
        </w:rPr>
        <w:t>"I am often precise. You usually dislike the subject matter."</w:t>
      </w:r>
    </w:p>
    <w:p>
      <w:pPr>
        <w:spacing w:after="60" w:line="266" w:lineRule="auto"/>
        <w:ind w:firstLine="331"/>
        <w:jc w:val="both"/>
      </w:pPr>
      <w:r>
        <w:rPr>
          <w:rFonts w:ascii="Georgia" w:hAnsi="Georgia"/>
          <w:b w:val="0"/>
          <w:i w:val="0"/>
          <w:color w:val="22201D"/>
          <w:sz w:val="20"/>
        </w:rPr>
        <w:t>The woman took the glass and drank.</w:t>
      </w:r>
    </w:p>
    <w:p>
      <w:pPr>
        <w:spacing w:after="60" w:line="266" w:lineRule="auto"/>
        <w:ind w:firstLine="331"/>
        <w:jc w:val="both"/>
      </w:pPr>
      <w:r>
        <w:rPr>
          <w:rFonts w:ascii="Georgia" w:hAnsi="Georgia"/>
          <w:b w:val="0"/>
          <w:i w:val="0"/>
          <w:color w:val="22201D"/>
          <w:sz w:val="20"/>
        </w:rPr>
        <w:t>The receipt printer produced a short burst of paper.</w:t>
      </w:r>
    </w:p>
    <w:p>
      <w:pPr>
        <w:spacing w:after="60" w:line="250" w:lineRule="auto"/>
        <w:ind w:left="202" w:right="173"/>
      </w:pPr>
      <w:r>
        <w:rPr>
          <w:rFonts w:ascii="Georgia" w:hAnsi="Georgia"/>
          <w:b w:val="0"/>
          <w:i w:val="0"/>
          <w:color w:val="22201D"/>
          <w:sz w:val="17"/>
        </w:rPr>
        <w:t>Water received. Charge: none. Responsibility: remains active.</w:t>
      </w:r>
    </w:p>
    <w:p>
      <w:pPr>
        <w:spacing w:after="60" w:line="266" w:lineRule="auto"/>
        <w:ind w:firstLine="331"/>
        <w:jc w:val="both"/>
      </w:pPr>
      <w:r>
        <w:rPr>
          <w:rFonts w:ascii="Georgia" w:hAnsi="Georgia"/>
          <w:b w:val="0"/>
          <w:i w:val="0"/>
          <w:color w:val="22201D"/>
          <w:sz w:val="20"/>
        </w:rPr>
        <w:t>The woman lowered the glass.</w:t>
      </w:r>
    </w:p>
    <w:p>
      <w:pPr>
        <w:spacing w:after="60" w:line="266" w:lineRule="auto"/>
        <w:ind w:firstLine="331"/>
        <w:jc w:val="both"/>
      </w:pPr>
      <w:r>
        <w:rPr>
          <w:rFonts w:ascii="Georgia" w:hAnsi="Georgia"/>
          <w:b w:val="0"/>
          <w:i w:val="0"/>
          <w:color w:val="22201D"/>
          <w:sz w:val="20"/>
        </w:rPr>
        <w:t>"Whose responsibility?"</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The blank menu lay silent. The room did not rush to fill it.</w:t>
      </w:r>
    </w:p>
    <w:p>
      <w:pPr>
        <w:spacing w:after="60" w:line="266" w:lineRule="auto"/>
        <w:ind w:firstLine="331"/>
        <w:jc w:val="both"/>
      </w:pPr>
      <w:r>
        <w:rPr>
          <w:rFonts w:ascii="Georgia" w:hAnsi="Georgia"/>
          <w:b w:val="0"/>
          <w:i w:val="0"/>
          <w:color w:val="22201D"/>
          <w:sz w:val="20"/>
        </w:rPr>
        <w:t>Then the old man with the toast said, "Mine, a little. I took the last of the butter and did not say so."</w:t>
      </w:r>
    </w:p>
    <w:p>
      <w:pPr>
        <w:spacing w:after="60" w:line="266" w:lineRule="auto"/>
        <w:ind w:firstLine="331"/>
        <w:jc w:val="both"/>
      </w:pPr>
      <w:r>
        <w:rPr>
          <w:rFonts w:ascii="Georgia" w:hAnsi="Georgia"/>
          <w:b w:val="0"/>
          <w:i w:val="0"/>
          <w:color w:val="22201D"/>
          <w:sz w:val="20"/>
        </w:rPr>
        <w:t>Bob looked offended. "There is more butter."</w:t>
      </w:r>
    </w:p>
    <w:p>
      <w:pPr>
        <w:spacing w:after="60" w:line="266" w:lineRule="auto"/>
        <w:ind w:firstLine="331"/>
        <w:jc w:val="both"/>
      </w:pPr>
      <w:r>
        <w:rPr>
          <w:rFonts w:ascii="Georgia" w:hAnsi="Georgia"/>
          <w:b w:val="0"/>
          <w:i w:val="0"/>
          <w:color w:val="22201D"/>
          <w:sz w:val="20"/>
        </w:rPr>
        <w:t>"I did not know that. My responsibility was based on my apparent facts."</w:t>
      </w:r>
    </w:p>
    <w:p>
      <w:pPr>
        <w:spacing w:after="60" w:line="266" w:lineRule="auto"/>
        <w:ind w:firstLine="331"/>
        <w:jc w:val="both"/>
      </w:pPr>
      <w:r>
        <w:rPr>
          <w:rFonts w:ascii="Georgia" w:hAnsi="Georgia"/>
          <w:b w:val="0"/>
          <w:i w:val="0"/>
          <w:color w:val="22201D"/>
          <w:sz w:val="20"/>
        </w:rPr>
        <w:t>Steve's eyes sharpened. "That is admissible."</w:t>
      </w:r>
    </w:p>
    <w:p>
      <w:pPr>
        <w:spacing w:after="60" w:line="266" w:lineRule="auto"/>
        <w:ind w:firstLine="331"/>
        <w:jc w:val="both"/>
      </w:pPr>
      <w:r>
        <w:rPr>
          <w:rFonts w:ascii="Georgia" w:hAnsi="Georgia"/>
          <w:b w:val="0"/>
          <w:i w:val="0"/>
          <w:color w:val="22201D"/>
          <w:sz w:val="20"/>
        </w:rPr>
        <w:t>A student at Table Two lifted a hand. "I kept the extra napkins because I thought I might cry again. I didn't, but I kept them."</w:t>
      </w:r>
    </w:p>
    <w:p>
      <w:pPr>
        <w:spacing w:after="60" w:line="266" w:lineRule="auto"/>
        <w:ind w:firstLine="331"/>
        <w:jc w:val="both"/>
      </w:pPr>
      <w:r>
        <w:rPr>
          <w:rFonts w:ascii="Georgia" w:hAnsi="Georgia"/>
          <w:b w:val="0"/>
          <w:i w:val="0"/>
          <w:color w:val="22201D"/>
          <w:sz w:val="20"/>
        </w:rPr>
        <w:t>"You may keep napkins for possible crying," the Hostess said.</w:t>
      </w:r>
    </w:p>
    <w:p>
      <w:pPr>
        <w:spacing w:after="60" w:line="266" w:lineRule="auto"/>
        <w:ind w:firstLine="331"/>
        <w:jc w:val="both"/>
      </w:pPr>
      <w:r>
        <w:rPr>
          <w:rFonts w:ascii="Georgia" w:hAnsi="Georgia"/>
          <w:b w:val="0"/>
          <w:i w:val="0"/>
          <w:color w:val="22201D"/>
          <w:sz w:val="20"/>
        </w:rPr>
        <w:t>"Still," the student said, and placed three folded napkins at the center of the table.</w:t>
      </w:r>
    </w:p>
    <w:p>
      <w:pPr>
        <w:spacing w:after="60" w:line="266" w:lineRule="auto"/>
        <w:ind w:firstLine="331"/>
        <w:jc w:val="both"/>
      </w:pPr>
      <w:r>
        <w:rPr>
          <w:rFonts w:ascii="Georgia" w:hAnsi="Georgia"/>
          <w:b w:val="0"/>
          <w:i w:val="0"/>
          <w:color w:val="22201D"/>
          <w:sz w:val="20"/>
        </w:rPr>
        <w:t>The printer printed.</w:t>
      </w:r>
    </w:p>
    <w:p>
      <w:pPr>
        <w:spacing w:after="60" w:line="250" w:lineRule="auto"/>
        <w:ind w:left="202" w:right="173"/>
      </w:pPr>
      <w:r>
        <w:rPr>
          <w:rFonts w:ascii="Georgia" w:hAnsi="Georgia"/>
          <w:b w:val="0"/>
          <w:i w:val="0"/>
          <w:color w:val="22201D"/>
          <w:sz w:val="17"/>
        </w:rPr>
        <w:t>Butter concern shared. Napkins returned by choice. Charges: none. Account changed.</w:t>
      </w:r>
    </w:p>
    <w:p>
      <w:pPr>
        <w:spacing w:after="60" w:line="266" w:lineRule="auto"/>
        <w:ind w:firstLine="331"/>
        <w:jc w:val="both"/>
      </w:pPr>
      <w:r>
        <w:rPr>
          <w:rFonts w:ascii="Georgia" w:hAnsi="Georgia"/>
          <w:b w:val="0"/>
          <w:i w:val="0"/>
          <w:color w:val="22201D"/>
          <w:sz w:val="20"/>
        </w:rPr>
        <w:t>The woman stared at the paper.</w:t>
      </w:r>
    </w:p>
    <w:p>
      <w:pPr>
        <w:spacing w:after="60" w:line="266" w:lineRule="auto"/>
        <w:ind w:firstLine="331"/>
        <w:jc w:val="both"/>
      </w:pPr>
      <w:r>
        <w:rPr>
          <w:rFonts w:ascii="Georgia" w:hAnsi="Georgia"/>
          <w:b w:val="0"/>
          <w:i w:val="0"/>
          <w:color w:val="22201D"/>
          <w:sz w:val="20"/>
        </w:rPr>
        <w:t>"That is ridiculous."</w:t>
      </w:r>
    </w:p>
    <w:p>
      <w:pPr>
        <w:spacing w:after="60" w:line="266" w:lineRule="auto"/>
        <w:ind w:firstLine="331"/>
        <w:jc w:val="both"/>
      </w:pPr>
      <w:r>
        <w:rPr>
          <w:rFonts w:ascii="Georgia" w:hAnsi="Georgia"/>
          <w:b w:val="0"/>
          <w:i w:val="0"/>
          <w:color w:val="22201D"/>
          <w:sz w:val="20"/>
        </w:rPr>
        <w:t>"Yes," Bob said.</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"Both," Gerald said again, and looked mildly annoyed that the word had become useful.</w:t>
      </w:r>
    </w:p>
    <w:p>
      <w:pPr>
        <w:spacing w:after="60" w:line="266" w:lineRule="auto"/>
        <w:ind w:firstLine="331"/>
        <w:jc w:val="both"/>
      </w:pPr>
      <w:r>
        <w:rPr>
          <w:rFonts w:ascii="Georgia" w:hAnsi="Georgia"/>
          <w:b w:val="0"/>
          <w:i w:val="0"/>
          <w:color w:val="22201D"/>
          <w:sz w:val="20"/>
        </w:rPr>
        <w:t>The room began to shift in small ways. Not confession. Not performance. Nothing like a meeting where people took turns improving themselves aloud. A boy told his mother he had fed a pickle to the plant near the window. Gerald inspected the plant and declared it unlikely to suffer. Nico admitted he had been using the chipped blue mug because it fit his hand and not because it was officially still in service. The Hostess retired the mug without shame and gave Nico a different one. Bob admitted he had moved the mop bucket behind the pie case for fourteen seconds and then moved it back. Gerald recorded the incident, then crossed out the part where he had written severe.</w:t>
      </w:r>
    </w:p>
    <w:p>
      <w:pPr>
        <w:spacing w:after="60" w:line="266" w:lineRule="auto"/>
        <w:ind w:firstLine="331"/>
        <w:jc w:val="both"/>
      </w:pPr>
      <w:r>
        <w:rPr>
          <w:rFonts w:ascii="Georgia" w:hAnsi="Georgia"/>
          <w:b w:val="0"/>
          <w:i w:val="0"/>
          <w:color w:val="22201D"/>
          <w:sz w:val="20"/>
        </w:rPr>
        <w:t>Each small share changed the receipt.</w:t>
      </w:r>
    </w:p>
    <w:p>
      <w:pPr>
        <w:spacing w:after="60" w:line="266" w:lineRule="auto"/>
        <w:ind w:firstLine="331"/>
        <w:jc w:val="both"/>
      </w:pPr>
      <w:r>
        <w:rPr>
          <w:rFonts w:ascii="Georgia" w:hAnsi="Georgia"/>
          <w:b w:val="0"/>
          <w:i w:val="0"/>
          <w:color w:val="22201D"/>
          <w:sz w:val="20"/>
        </w:rPr>
        <w:t>No charge became final.</w:t>
      </w:r>
    </w:p>
    <w:p>
      <w:pPr>
        <w:spacing w:after="60" w:line="266" w:lineRule="auto"/>
        <w:ind w:firstLine="331"/>
        <w:jc w:val="both"/>
      </w:pPr>
      <w:r>
        <w:rPr>
          <w:rFonts w:ascii="Georgia" w:hAnsi="Georgia"/>
          <w:b w:val="0"/>
          <w:i w:val="0"/>
          <w:color w:val="22201D"/>
          <w:sz w:val="20"/>
        </w:rPr>
        <w:t>No responsibility disappeared.</w:t>
      </w:r>
    </w:p>
    <w:p>
      <w:pPr>
        <w:spacing w:after="60" w:line="266" w:lineRule="auto"/>
        <w:ind w:firstLine="331"/>
        <w:jc w:val="both"/>
      </w:pPr>
      <w:r>
        <w:rPr>
          <w:rFonts w:ascii="Georgia" w:hAnsi="Georgia"/>
          <w:b w:val="0"/>
          <w:i w:val="0"/>
          <w:color w:val="22201D"/>
          <w:sz w:val="20"/>
        </w:rPr>
        <w:t>Flocc watched the paper lengthen.</w:t>
      </w:r>
    </w:p>
    <w:p>
      <w:pPr>
        <w:spacing w:after="60" w:line="266" w:lineRule="auto"/>
        <w:ind w:firstLine="331"/>
        <w:jc w:val="both"/>
      </w:pPr>
      <w:r>
        <w:rPr>
          <w:rFonts w:ascii="Georgia" w:hAnsi="Georgia"/>
          <w:b w:val="0"/>
          <w:i w:val="0"/>
          <w:color w:val="22201D"/>
          <w:sz w:val="20"/>
        </w:rPr>
        <w:t>He had once believed that an account became safe when it was paid. Then he had believed it became safe when it was understood. Then he had believed it became safe when the right person held it, the right office stamped it, the right menu named it.</w:t>
      </w:r>
    </w:p>
    <w:p>
      <w:pPr>
        <w:spacing w:after="60" w:line="266" w:lineRule="auto"/>
        <w:ind w:firstLine="331"/>
        <w:jc w:val="both"/>
      </w:pPr>
      <w:r>
        <w:rPr>
          <w:rFonts w:ascii="Georgia" w:hAnsi="Georgia"/>
          <w:b w:val="0"/>
          <w:i w:val="0"/>
          <w:color w:val="22201D"/>
          <w:sz w:val="20"/>
        </w:rPr>
        <w:t>Now the receipt kept changing because people kept joining it honestly enough to keep it from closing.</w:t>
      </w:r>
    </w:p>
    <w:p>
      <w:pPr>
        <w:spacing w:after="60" w:line="266" w:lineRule="auto"/>
        <w:ind w:firstLine="331"/>
        <w:jc w:val="both"/>
      </w:pPr>
      <w:r>
        <w:rPr>
          <w:rFonts w:ascii="Georgia" w:hAnsi="Georgia"/>
          <w:b w:val="0"/>
          <w:i w:val="0"/>
          <w:color w:val="22201D"/>
          <w:sz w:val="20"/>
        </w:rPr>
        <w:t>That felt unsafe.</w:t>
      </w:r>
    </w:p>
    <w:p>
      <w:pPr>
        <w:spacing w:after="60" w:line="266" w:lineRule="auto"/>
        <w:ind w:firstLine="331"/>
        <w:jc w:val="both"/>
      </w:pPr>
      <w:r>
        <w:rPr>
          <w:rFonts w:ascii="Georgia" w:hAnsi="Georgia"/>
          <w:b w:val="0"/>
          <w:i w:val="0"/>
          <w:color w:val="22201D"/>
          <w:sz w:val="20"/>
        </w:rPr>
        <w:t>It also felt like a table.</w:t>
      </w:r>
    </w:p>
    <w:p>
      <w:pPr>
        <w:spacing w:after="60" w:line="266" w:lineRule="auto"/>
        <w:ind w:firstLine="331"/>
        <w:jc w:val="both"/>
      </w:pPr>
      <w:r>
        <w:rPr>
          <w:rFonts w:ascii="Georgia" w:hAnsi="Georgia"/>
          <w:b w:val="0"/>
          <w:i w:val="0"/>
          <w:color w:val="22201D"/>
          <w:sz w:val="20"/>
        </w:rPr>
        <w:t>The woman at the door finally moved to the counter. She did not sit. She set her folded raincoat on the stool beside her and placed both hands around the water glass.</w:t>
      </w:r>
    </w:p>
    <w:p>
      <w:pPr>
        <w:spacing w:after="60" w:line="266" w:lineRule="auto"/>
        <w:ind w:firstLine="331"/>
        <w:jc w:val="both"/>
      </w:pPr>
      <w:r>
        <w:rPr>
          <w:rFonts w:ascii="Georgia" w:hAnsi="Georgia"/>
          <w:b w:val="0"/>
          <w:i w:val="0"/>
          <w:color w:val="22201D"/>
          <w:sz w:val="20"/>
        </w:rPr>
        <w:t>"I left someone hungry," she said.</w:t>
      </w:r>
    </w:p>
    <w:p>
      <w:pPr>
        <w:spacing w:after="60" w:line="266" w:lineRule="auto"/>
        <w:ind w:firstLine="331"/>
        <w:jc w:val="both"/>
      </w:pPr>
      <w:r>
        <w:rPr>
          <w:rFonts w:ascii="Georgia" w:hAnsi="Georgia"/>
          <w:b w:val="0"/>
          <w:i w:val="0"/>
          <w:color w:val="22201D"/>
          <w:sz w:val="20"/>
        </w:rPr>
        <w:t>The room did not become quiet. It was already quiet enough.</w:t>
      </w:r>
    </w:p>
    <w:p>
      <w:pPr>
        <w:spacing w:after="60" w:line="266" w:lineRule="auto"/>
        <w:ind w:firstLine="331"/>
        <w:jc w:val="both"/>
      </w:pPr>
      <w:r>
        <w:rPr>
          <w:rFonts w:ascii="Georgia" w:hAnsi="Georgia"/>
          <w:b w:val="0"/>
          <w:i w:val="0"/>
          <w:color w:val="22201D"/>
          <w:sz w:val="20"/>
        </w:rPr>
        <w:t>"When?" the Hostess asked.</w:t>
      </w:r>
    </w:p>
    <w:p>
      <w:pPr>
        <w:spacing w:after="60" w:line="266" w:lineRule="auto"/>
        <w:ind w:firstLine="331"/>
        <w:jc w:val="both"/>
      </w:pPr>
      <w:r>
        <w:rPr>
          <w:rFonts w:ascii="Georgia" w:hAnsi="Georgia"/>
          <w:b w:val="0"/>
          <w:i w:val="0"/>
          <w:color w:val="22201D"/>
          <w:sz w:val="20"/>
        </w:rPr>
        <w:t>"Years ago. Maybe yesterday. I don't know. I keep making the story tidy so I can survive it. The tidy version changes. The hunger does not."</w:t>
      </w:r>
    </w:p>
    <w:p>
      <w:pPr>
        <w:spacing w:after="60" w:line="266" w:lineRule="auto"/>
        <w:ind w:firstLine="331"/>
        <w:jc w:val="both"/>
      </w:pPr>
      <w:r>
        <w:rPr>
          <w:rFonts w:ascii="Georgia" w:hAnsi="Georgia"/>
          <w:b w:val="0"/>
          <w:i w:val="0"/>
          <w:color w:val="22201D"/>
          <w:sz w:val="20"/>
        </w:rPr>
        <w:t>Steve did not write.</w:t>
      </w:r>
    </w:p>
    <w:p>
      <w:pPr>
        <w:spacing w:after="60" w:line="266" w:lineRule="auto"/>
        <w:ind w:firstLine="331"/>
        <w:jc w:val="both"/>
      </w:pPr>
      <w:r>
        <w:rPr>
          <w:rFonts w:ascii="Georgia" w:hAnsi="Georgia"/>
          <w:b w:val="0"/>
          <w:i w:val="0"/>
          <w:color w:val="22201D"/>
          <w:sz w:val="20"/>
        </w:rPr>
        <w:t>Bob did not offer bread yet.</w:t>
      </w:r>
    </w:p>
    <w:p>
      <w:pPr>
        <w:spacing w:after="60" w:line="266" w:lineRule="auto"/>
        <w:ind w:firstLine="331"/>
        <w:jc w:val="both"/>
      </w:pPr>
      <w:r>
        <w:rPr>
          <w:rFonts w:ascii="Georgia" w:hAnsi="Georgia"/>
          <w:b w:val="0"/>
          <w:i w:val="0"/>
          <w:color w:val="22201D"/>
          <w:sz w:val="20"/>
        </w:rPr>
        <w:t>Gerald did not inspect the statement for structural weakness.</w:t>
      </w:r>
    </w:p>
    <w:p>
      <w:pPr>
        <w:spacing w:after="60" w:line="266" w:lineRule="auto"/>
        <w:ind w:firstLine="331"/>
        <w:jc w:val="both"/>
      </w:pPr>
      <w:r>
        <w:rPr>
          <w:rFonts w:ascii="Georgia" w:hAnsi="Georgia"/>
          <w:b w:val="0"/>
          <w:i w:val="0"/>
          <w:color w:val="22201D"/>
          <w:sz w:val="20"/>
        </w:rPr>
        <w:t>Flocc felt the sentence enter the room and look for a place to sit.</w:t>
      </w:r>
    </w:p>
    <w:p>
      <w:pPr>
        <w:spacing w:after="60" w:line="266" w:lineRule="auto"/>
        <w:ind w:firstLine="331"/>
        <w:jc w:val="both"/>
      </w:pPr>
      <w:r>
        <w:rPr>
          <w:rFonts w:ascii="Georgia" w:hAnsi="Georgia"/>
          <w:b w:val="0"/>
          <w:i w:val="0"/>
          <w:color w:val="22201D"/>
          <w:sz w:val="20"/>
        </w:rPr>
        <w:t>The printer did not print.</w:t>
      </w:r>
    </w:p>
    <w:p>
      <w:pPr>
        <w:spacing w:after="60" w:line="266" w:lineRule="auto"/>
        <w:ind w:firstLine="331"/>
        <w:jc w:val="both"/>
      </w:pPr>
      <w:r>
        <w:rPr>
          <w:rFonts w:ascii="Georgia" w:hAnsi="Georgia"/>
          <w:b w:val="0"/>
          <w:i w:val="0"/>
          <w:color w:val="22201D"/>
          <w:sz w:val="20"/>
        </w:rPr>
        <w:t>The woman looked frightened by that.</w:t>
      </w:r>
    </w:p>
    <w:p>
      <w:pPr>
        <w:spacing w:after="60" w:line="266" w:lineRule="auto"/>
        <w:ind w:firstLine="331"/>
        <w:jc w:val="both"/>
      </w:pPr>
      <w:r>
        <w:rPr>
          <w:rFonts w:ascii="Georgia" w:hAnsi="Georgia"/>
          <w:b w:val="0"/>
          <w:i w:val="0"/>
          <w:color w:val="22201D"/>
          <w:sz w:val="20"/>
        </w:rPr>
        <w:t>"Why did it stop?"</w:t>
      </w:r>
    </w:p>
    <w:p>
      <w:pPr>
        <w:spacing w:after="60" w:line="266" w:lineRule="auto"/>
        <w:ind w:firstLine="331"/>
        <w:jc w:val="both"/>
      </w:pPr>
      <w:r>
        <w:rPr>
          <w:rFonts w:ascii="Georgia" w:hAnsi="Georgia"/>
          <w:b w:val="0"/>
          <w:i w:val="0"/>
          <w:color w:val="22201D"/>
          <w:sz w:val="20"/>
        </w:rPr>
        <w:t>"Because you are not a receipt," the Hostess said.</w:t>
      </w:r>
    </w:p>
    <w:p>
      <w:pPr>
        <w:spacing w:after="60" w:line="266" w:lineRule="auto"/>
        <w:ind w:firstLine="331"/>
        <w:jc w:val="both"/>
      </w:pPr>
      <w:r>
        <w:rPr>
          <w:rFonts w:ascii="Georgia" w:hAnsi="Georgia"/>
          <w:b w:val="0"/>
          <w:i w:val="0"/>
          <w:color w:val="22201D"/>
          <w:sz w:val="20"/>
        </w:rPr>
        <w:t>The woman made a sound that might have become a laugh if it had not found grief first.</w:t>
      </w:r>
    </w:p>
    <w:p>
      <w:pPr>
        <w:spacing w:after="60" w:line="266" w:lineRule="auto"/>
        <w:ind w:firstLine="331"/>
        <w:jc w:val="both"/>
      </w:pPr>
      <w:r>
        <w:rPr>
          <w:rFonts w:ascii="Georgia" w:hAnsi="Georgia"/>
          <w:b w:val="0"/>
          <w:i w:val="0"/>
          <w:color w:val="22201D"/>
          <w:sz w:val="20"/>
        </w:rPr>
        <w:t>"I came here because I thought the final receipt would tell me what to pay."</w:t>
      </w:r>
    </w:p>
    <w:p>
      <w:pPr>
        <w:spacing w:after="60" w:line="266" w:lineRule="auto"/>
        <w:ind w:firstLine="331"/>
        <w:jc w:val="both"/>
      </w:pPr>
      <w:r>
        <w:rPr>
          <w:rFonts w:ascii="Georgia" w:hAnsi="Georgia"/>
          <w:b w:val="0"/>
          <w:i w:val="0"/>
          <w:color w:val="22201D"/>
          <w:sz w:val="20"/>
        </w:rPr>
        <w:t>"It might," Steve said. "But not by converting a person into a line item."</w:t>
      </w:r>
    </w:p>
    <w:p>
      <w:pPr>
        <w:spacing w:after="60" w:line="266" w:lineRule="auto"/>
        <w:ind w:firstLine="331"/>
        <w:jc w:val="both"/>
      </w:pPr>
      <w:r>
        <w:rPr>
          <w:rFonts w:ascii="Georgia" w:hAnsi="Georgia"/>
          <w:b w:val="0"/>
          <w:i w:val="0"/>
          <w:color w:val="22201D"/>
          <w:sz w:val="20"/>
        </w:rPr>
        <w:t>Bob went to the kitchen.</w:t>
      </w:r>
    </w:p>
    <w:p>
      <w:pPr>
        <w:spacing w:after="60" w:line="266" w:lineRule="auto"/>
        <w:ind w:firstLine="331"/>
        <w:jc w:val="both"/>
      </w:pPr>
      <w:r>
        <w:rPr>
          <w:rFonts w:ascii="Georgia" w:hAnsi="Georgia"/>
          <w:b w:val="0"/>
          <w:i w:val="0"/>
          <w:color w:val="22201D"/>
          <w:sz w:val="20"/>
        </w:rPr>
        <w:t>Gerald began to object, then stopped because Bob had not asked whether bread would solve anything. Bob had only noticed that waiting had become sharp.</w:t>
      </w:r>
    </w:p>
    <w:p>
      <w:pPr>
        <w:spacing w:after="60" w:line="266" w:lineRule="auto"/>
        <w:ind w:firstLine="331"/>
        <w:jc w:val="both"/>
      </w:pPr>
      <w:r>
        <w:rPr>
          <w:rFonts w:ascii="Georgia" w:hAnsi="Georgia"/>
          <w:b w:val="0"/>
          <w:i w:val="0"/>
          <w:color w:val="22201D"/>
          <w:sz w:val="20"/>
        </w:rPr>
        <w:t>He returned with a small plate: bread, butter, a little salt, nothing decorative.</w:t>
      </w:r>
    </w:p>
    <w:p>
      <w:pPr>
        <w:spacing w:after="60" w:line="266" w:lineRule="auto"/>
        <w:ind w:firstLine="331"/>
        <w:jc w:val="both"/>
      </w:pPr>
      <w:r>
        <w:rPr>
          <w:rFonts w:ascii="Georgia" w:hAnsi="Georgia"/>
          <w:b w:val="0"/>
          <w:i w:val="0"/>
          <w:color w:val="22201D"/>
          <w:sz w:val="20"/>
        </w:rPr>
        <w:t>He set it near the woman's glass.</w:t>
      </w:r>
    </w:p>
    <w:p>
      <w:pPr>
        <w:spacing w:after="60" w:line="266" w:lineRule="auto"/>
        <w:ind w:firstLine="331"/>
        <w:jc w:val="both"/>
      </w:pPr>
      <w:r>
        <w:rPr>
          <w:rFonts w:ascii="Georgia" w:hAnsi="Georgia"/>
          <w:b w:val="0"/>
          <w:i w:val="0"/>
          <w:color w:val="22201D"/>
          <w:sz w:val="20"/>
        </w:rPr>
        <w:t>"Available," he said.</w:t>
      </w:r>
    </w:p>
    <w:p>
      <w:pPr>
        <w:spacing w:after="60" w:line="266" w:lineRule="auto"/>
        <w:ind w:firstLine="331"/>
        <w:jc w:val="both"/>
      </w:pPr>
      <w:r>
        <w:rPr>
          <w:rFonts w:ascii="Georgia" w:hAnsi="Georgia"/>
          <w:b w:val="0"/>
          <w:i w:val="0"/>
          <w:color w:val="22201D"/>
          <w:sz w:val="20"/>
        </w:rPr>
        <w:t>The woman looked at it.</w:t>
      </w:r>
    </w:p>
    <w:p>
      <w:pPr>
        <w:spacing w:after="60" w:line="266" w:lineRule="auto"/>
        <w:ind w:firstLine="331"/>
        <w:jc w:val="both"/>
      </w:pPr>
      <w:r>
        <w:rPr>
          <w:rFonts w:ascii="Georgia" w:hAnsi="Georgia"/>
          <w:b w:val="0"/>
          <w:i w:val="0"/>
          <w:color w:val="22201D"/>
          <w:sz w:val="20"/>
        </w:rPr>
        <w:t>"Does that add to the account?"</w:t>
      </w:r>
    </w:p>
    <w:p>
      <w:pPr>
        <w:spacing w:after="60" w:line="266" w:lineRule="auto"/>
        <w:ind w:firstLine="331"/>
        <w:jc w:val="both"/>
      </w:pPr>
      <w:r>
        <w:rPr>
          <w:rFonts w:ascii="Georgia" w:hAnsi="Georgia"/>
          <w:b w:val="0"/>
          <w:i w:val="0"/>
          <w:color w:val="22201D"/>
          <w:sz w:val="20"/>
        </w:rPr>
        <w:t>"Yes," Steve, Bob, Gerald, Nico, Flocc, and the Hostess said at once.</w:t>
      </w:r>
    </w:p>
    <w:p>
      <w:pPr>
        <w:spacing w:after="60" w:line="266" w:lineRule="auto"/>
        <w:ind w:firstLine="331"/>
        <w:jc w:val="both"/>
      </w:pPr>
      <w:r>
        <w:rPr>
          <w:rFonts w:ascii="Georgia" w:hAnsi="Georgia"/>
          <w:b w:val="0"/>
          <w:i w:val="0"/>
          <w:color w:val="22201D"/>
          <w:sz w:val="20"/>
        </w:rPr>
        <w:t>Then the Hostess added, "Not as punishment."</w:t>
      </w:r>
    </w:p>
    <w:p>
      <w:pPr>
        <w:spacing w:after="60" w:line="266" w:lineRule="auto"/>
        <w:ind w:firstLine="331"/>
        <w:jc w:val="both"/>
      </w:pPr>
      <w:r>
        <w:rPr>
          <w:rFonts w:ascii="Georgia" w:hAnsi="Georgia"/>
          <w:b w:val="0"/>
          <w:i w:val="0"/>
          <w:color w:val="22201D"/>
          <w:sz w:val="20"/>
        </w:rPr>
        <w:t>The woman took the bread.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Bread received during sharp waiting. Charge: shared.</w:t>
      </w:r>
    </w:p>
    <w:p>
      <w:pPr>
        <w:spacing w:after="60" w:line="266" w:lineRule="auto"/>
        <w:ind w:firstLine="331"/>
        <w:jc w:val="both"/>
      </w:pPr>
      <w:r>
        <w:rPr>
          <w:rFonts w:ascii="Georgia" w:hAnsi="Georgia"/>
          <w:b w:val="0"/>
          <w:i w:val="0"/>
          <w:color w:val="22201D"/>
          <w:sz w:val="20"/>
        </w:rPr>
        <w:t>The word shared stayed alone on the paper for a long time.</w:t>
      </w:r>
    </w:p>
    <w:p>
      <w:pPr>
        <w:spacing w:after="60" w:line="266" w:lineRule="auto"/>
        <w:ind w:firstLine="331"/>
        <w:jc w:val="both"/>
      </w:pPr>
      <w:r>
        <w:rPr>
          <w:rFonts w:ascii="Georgia" w:hAnsi="Georgia"/>
          <w:b w:val="0"/>
          <w:i w:val="0"/>
          <w:color w:val="22201D"/>
          <w:sz w:val="20"/>
        </w:rPr>
        <w:t>Flocc felt everyone look at it without looking at it.</w:t>
      </w:r>
    </w:p>
    <w:p>
      <w:pPr>
        <w:spacing w:after="60" w:line="266" w:lineRule="auto"/>
        <w:ind w:firstLine="331"/>
        <w:jc w:val="both"/>
      </w:pPr>
      <w:r>
        <w:rPr>
          <w:rFonts w:ascii="Georgia" w:hAnsi="Georgia"/>
          <w:b w:val="0"/>
          <w:i w:val="0"/>
          <w:color w:val="22201D"/>
          <w:sz w:val="20"/>
        </w:rPr>
        <w:t>"Shared by whom?" the woman asked.</w:t>
      </w:r>
    </w:p>
    <w:p>
      <w:pPr>
        <w:spacing w:after="60" w:line="266" w:lineRule="auto"/>
        <w:ind w:firstLine="331"/>
        <w:jc w:val="both"/>
      </w:pPr>
      <w:r>
        <w:rPr>
          <w:rFonts w:ascii="Georgia" w:hAnsi="Georgia"/>
          <w:b w:val="0"/>
          <w:i w:val="0"/>
          <w:color w:val="22201D"/>
          <w:sz w:val="20"/>
        </w:rPr>
        <w:t>The printer did not answer.</w:t>
      </w:r>
    </w:p>
    <w:p>
      <w:pPr>
        <w:spacing w:after="60" w:line="266" w:lineRule="auto"/>
        <w:ind w:firstLine="331"/>
        <w:jc w:val="both"/>
      </w:pPr>
      <w:r>
        <w:rPr>
          <w:rFonts w:ascii="Georgia" w:hAnsi="Georgia"/>
          <w:b w:val="0"/>
          <w:i w:val="0"/>
          <w:color w:val="22201D"/>
          <w:sz w:val="20"/>
        </w:rPr>
        <w:t>Steve's hand hovered near the paper.</w:t>
      </w:r>
    </w:p>
    <w:p>
      <w:pPr>
        <w:spacing w:after="60" w:line="266" w:lineRule="auto"/>
        <w:ind w:firstLine="331"/>
        <w:jc w:val="both"/>
      </w:pPr>
      <w:r>
        <w:rPr>
          <w:rFonts w:ascii="Georgia" w:hAnsi="Georgia"/>
          <w:b w:val="0"/>
          <w:i w:val="0"/>
          <w:color w:val="22201D"/>
          <w:sz w:val="20"/>
        </w:rPr>
        <w:t>"It appears," he said, "that the machine is declining to assign share without participation."</w:t>
      </w:r>
    </w:p>
    <w:p>
      <w:pPr>
        <w:spacing w:after="60" w:line="266" w:lineRule="auto"/>
        <w:ind w:firstLine="331"/>
        <w:jc w:val="both"/>
      </w:pPr>
      <w:r>
        <w:rPr>
          <w:rFonts w:ascii="Georgia" w:hAnsi="Georgia"/>
          <w:b w:val="0"/>
          <w:i w:val="0"/>
          <w:color w:val="22201D"/>
          <w:sz w:val="20"/>
        </w:rPr>
        <w:t>"Good machine," Nico said.</w:t>
      </w:r>
    </w:p>
    <w:p>
      <w:pPr>
        <w:spacing w:after="60" w:line="266" w:lineRule="auto"/>
        <w:ind w:firstLine="331"/>
        <w:jc w:val="both"/>
      </w:pPr>
      <w:r>
        <w:rPr>
          <w:rFonts w:ascii="Georgia" w:hAnsi="Georgia"/>
          <w:b w:val="0"/>
          <w:i w:val="0"/>
          <w:color w:val="22201D"/>
          <w:sz w:val="20"/>
        </w:rPr>
        <w:t>"Insubordinate machine," Steve said.</w:t>
      </w:r>
    </w:p>
    <w:p>
      <w:pPr>
        <w:spacing w:after="60" w:line="266" w:lineRule="auto"/>
        <w:ind w:firstLine="331"/>
        <w:jc w:val="both"/>
      </w:pPr>
      <w:r>
        <w:rPr>
          <w:rFonts w:ascii="Georgia" w:hAnsi="Georgia"/>
          <w:b w:val="0"/>
          <w:i w:val="0"/>
          <w:color w:val="22201D"/>
          <w:sz w:val="20"/>
        </w:rPr>
        <w:t>"Both," Gerald said, now resigned to it.</w:t>
      </w:r>
    </w:p>
    <w:p>
      <w:pPr>
        <w:spacing w:after="60" w:line="266" w:lineRule="auto"/>
        <w:ind w:firstLine="331"/>
        <w:jc w:val="both"/>
      </w:pPr>
      <w:r>
        <w:rPr>
          <w:rFonts w:ascii="Georgia" w:hAnsi="Georgia"/>
          <w:b w:val="0"/>
          <w:i w:val="0"/>
          <w:color w:val="22201D"/>
          <w:sz w:val="20"/>
        </w:rPr>
        <w:t>The old man with the toast raised his hand again. "I can share the butter concern. It was partly mine already."</w:t>
      </w:r>
    </w:p>
    <w:p>
      <w:pPr>
        <w:spacing w:after="60" w:line="266" w:lineRule="auto"/>
        <w:ind w:firstLine="331"/>
        <w:jc w:val="both"/>
      </w:pPr>
      <w:r>
        <w:rPr>
          <w:rFonts w:ascii="Georgia" w:hAnsi="Georgia"/>
          <w:b w:val="0"/>
          <w:i w:val="0"/>
          <w:color w:val="22201D"/>
          <w:sz w:val="20"/>
        </w:rPr>
        <w:t>The student at Table Two said, "I can share napkins if crying happens."</w:t>
      </w:r>
    </w:p>
    <w:p>
      <w:pPr>
        <w:spacing w:after="60" w:line="266" w:lineRule="auto"/>
        <w:ind w:firstLine="331"/>
        <w:jc w:val="both"/>
      </w:pPr>
      <w:r>
        <w:rPr>
          <w:rFonts w:ascii="Georgia" w:hAnsi="Georgia"/>
          <w:b w:val="0"/>
          <w:i w:val="0"/>
          <w:color w:val="22201D"/>
          <w:sz w:val="20"/>
        </w:rPr>
        <w:t>Bob said, "I can share bread inventory, within reason."</w:t>
      </w:r>
    </w:p>
    <w:p>
      <w:pPr>
        <w:spacing w:after="60" w:line="266" w:lineRule="auto"/>
        <w:ind w:firstLine="331"/>
        <w:jc w:val="both"/>
      </w:pPr>
      <w:r>
        <w:rPr>
          <w:rFonts w:ascii="Georgia" w:hAnsi="Georgia"/>
          <w:b w:val="0"/>
          <w:i w:val="0"/>
          <w:color w:val="22201D"/>
          <w:sz w:val="20"/>
        </w:rPr>
        <w:t>Gerald said, "I can share hazard monitoring. Not liability. Monitoring."</w:t>
      </w:r>
    </w:p>
    <w:p>
      <w:pPr>
        <w:spacing w:after="60" w:line="266" w:lineRule="auto"/>
        <w:ind w:firstLine="331"/>
        <w:jc w:val="both"/>
      </w:pPr>
      <w:r>
        <w:rPr>
          <w:rFonts w:ascii="Georgia" w:hAnsi="Georgia"/>
          <w:b w:val="0"/>
          <w:i w:val="0"/>
          <w:color w:val="22201D"/>
          <w:sz w:val="20"/>
        </w:rPr>
        <w:t>Steve said, "I can share the record. The record is not the same as judgment."</w:t>
      </w:r>
    </w:p>
    <w:p>
      <w:pPr>
        <w:spacing w:after="60" w:line="266" w:lineRule="auto"/>
        <w:ind w:firstLine="331"/>
        <w:jc w:val="both"/>
      </w:pPr>
      <w:r>
        <w:rPr>
          <w:rFonts w:ascii="Georgia" w:hAnsi="Georgia"/>
          <w:b w:val="0"/>
          <w:i w:val="0"/>
          <w:color w:val="22201D"/>
          <w:sz w:val="20"/>
        </w:rPr>
        <w:t>Nico said, "I can share dish time if this turns into one of those nights where everyone uses cups like emotions."</w:t>
      </w:r>
    </w:p>
    <w:p>
      <w:pPr>
        <w:spacing w:after="60" w:line="266" w:lineRule="auto"/>
        <w:ind w:firstLine="331"/>
        <w:jc w:val="both"/>
      </w:pPr>
      <w:r>
        <w:rPr>
          <w:rFonts w:ascii="Georgia" w:hAnsi="Georgia"/>
          <w:b w:val="0"/>
          <w:i w:val="0"/>
          <w:color w:val="22201D"/>
          <w:sz w:val="20"/>
        </w:rPr>
        <w:t>The Hostess said, "I can share the threshold. You may be here without knowing whether you have arrived correctly."</w:t>
      </w:r>
    </w:p>
    <w:p>
      <w:pPr>
        <w:spacing w:after="60" w:line="266" w:lineRule="auto"/>
        <w:ind w:firstLine="331"/>
        <w:jc w:val="both"/>
      </w:pPr>
      <w:r>
        <w:rPr>
          <w:rFonts w:ascii="Georgia" w:hAnsi="Georgia"/>
          <w:b w:val="0"/>
          <w:i w:val="0"/>
          <w:color w:val="22201D"/>
          <w:sz w:val="20"/>
        </w:rPr>
        <w:t>The woman looked at Flocc.</w:t>
      </w:r>
    </w:p>
    <w:p>
      <w:pPr>
        <w:spacing w:after="60" w:line="266" w:lineRule="auto"/>
        <w:ind w:firstLine="331"/>
        <w:jc w:val="both"/>
      </w:pPr>
      <w:r>
        <w:rPr>
          <w:rFonts w:ascii="Georgia" w:hAnsi="Georgia"/>
          <w:b w:val="0"/>
          <w:i w:val="0"/>
          <w:color w:val="22201D"/>
          <w:sz w:val="20"/>
        </w:rPr>
        <w:t>He hated that he was last. He hated that he wanted the right answer. He hated that the blank menu had trained him well enough not to look for one.</w:t>
      </w:r>
    </w:p>
    <w:p>
      <w:pPr>
        <w:spacing w:after="60" w:line="266" w:lineRule="auto"/>
        <w:ind w:firstLine="331"/>
        <w:jc w:val="both"/>
      </w:pPr>
      <w:r>
        <w:rPr>
          <w:rFonts w:ascii="Georgia" w:hAnsi="Georgia"/>
          <w:b w:val="0"/>
          <w:i w:val="0"/>
          <w:color w:val="22201D"/>
          <w:sz w:val="20"/>
        </w:rPr>
        <w:t>He thought of ordering for someone else. He thought of the shared receipt. He thought of how service had turned outward only when he stopped making it proof of his own growth.</w:t>
      </w:r>
    </w:p>
    <w:p>
      <w:pPr>
        <w:spacing w:after="60" w:line="266" w:lineRule="auto"/>
        <w:ind w:firstLine="331"/>
        <w:jc w:val="both"/>
      </w:pPr>
      <w:r>
        <w:rPr>
          <w:rFonts w:ascii="Georgia" w:hAnsi="Georgia"/>
          <w:b w:val="0"/>
          <w:i w:val="0"/>
          <w:color w:val="22201D"/>
          <w:sz w:val="20"/>
        </w:rPr>
        <w:t>"I can share not knowing what your hunger means," he said. "I can sit near it without taking it."</w:t>
      </w:r>
    </w:p>
    <w:p>
      <w:pPr>
        <w:spacing w:after="60" w:line="266" w:lineRule="auto"/>
        <w:ind w:firstLine="331"/>
        <w:jc w:val="both"/>
      </w:pPr>
      <w:r>
        <w:rPr>
          <w:rFonts w:ascii="Georgia" w:hAnsi="Georgia"/>
          <w:b w:val="0"/>
          <w:i w:val="0"/>
          <w:color w:val="22201D"/>
          <w:sz w:val="20"/>
        </w:rPr>
        <w:t>The receipt printed fast enough that the paper curled toward the floor.</w:t>
      </w:r>
    </w:p>
    <w:p>
      <w:pPr>
        <w:spacing w:after="60" w:line="250" w:lineRule="auto"/>
        <w:ind w:left="202" w:right="173"/>
      </w:pPr>
      <w:r>
        <w:rPr>
          <w:rFonts w:ascii="Georgia" w:hAnsi="Georgia"/>
          <w:b w:val="0"/>
          <w:i w:val="0"/>
          <w:color w:val="22201D"/>
          <w:sz w:val="17"/>
        </w:rPr>
        <w:t>Share accepted: butter concern napkin readiness bread inventory within reason hazard monitoring record without judgment dish time for cups used like emotions threshold without correct arrival not-knowing without ownership  Charges assigned: distributed care. Balance: open.</w:t>
      </w:r>
    </w:p>
    <w:p>
      <w:pPr>
        <w:spacing w:after="60" w:line="266" w:lineRule="auto"/>
        <w:ind w:firstLine="331"/>
        <w:jc w:val="both"/>
      </w:pPr>
      <w:r>
        <w:rPr>
          <w:rFonts w:ascii="Georgia" w:hAnsi="Georgia"/>
          <w:b w:val="0"/>
          <w:i w:val="0"/>
          <w:color w:val="22201D"/>
          <w:sz w:val="20"/>
        </w:rPr>
        <w:t>Steve read the final line three times.</w:t>
      </w:r>
    </w:p>
    <w:p>
      <w:pPr>
        <w:spacing w:after="60" w:line="266" w:lineRule="auto"/>
        <w:ind w:firstLine="331"/>
        <w:jc w:val="both"/>
      </w:pPr>
      <w:r>
        <w:rPr>
          <w:rFonts w:ascii="Georgia" w:hAnsi="Georgia"/>
          <w:b w:val="0"/>
          <w:i w:val="0"/>
          <w:color w:val="22201D"/>
          <w:sz w:val="20"/>
        </w:rPr>
        <w:t>"Balance open is not a closing balance."</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"Then this is not a final receipt."</w:t>
      </w:r>
    </w:p>
    <w:p>
      <w:pPr>
        <w:spacing w:after="60" w:line="266" w:lineRule="auto"/>
        <w:ind w:firstLine="331"/>
        <w:jc w:val="both"/>
      </w:pPr>
      <w:r>
        <w:rPr>
          <w:rFonts w:ascii="Georgia" w:hAnsi="Georgia"/>
          <w:b w:val="0"/>
          <w:i w:val="0"/>
          <w:color w:val="22201D"/>
          <w:sz w:val="20"/>
        </w:rPr>
        <w:t>The printer printed one more line.</w:t>
      </w:r>
    </w:p>
    <w:p>
      <w:pPr>
        <w:spacing w:after="60" w:line="250" w:lineRule="auto"/>
        <w:ind w:left="202" w:right="173"/>
      </w:pPr>
      <w:r>
        <w:rPr>
          <w:rFonts w:ascii="Georgia" w:hAnsi="Georgia"/>
          <w:b w:val="0"/>
          <w:i w:val="0"/>
          <w:color w:val="22201D"/>
          <w:sz w:val="17"/>
        </w:rPr>
        <w:t>FINAL RECEIPT IS NOT FINAL.</w:t>
      </w:r>
    </w:p>
    <w:p>
      <w:pPr>
        <w:spacing w:after="60" w:line="266" w:lineRule="auto"/>
        <w:ind w:firstLine="331"/>
        <w:jc w:val="both"/>
      </w:pPr>
      <w:r>
        <w:rPr>
          <w:rFonts w:ascii="Georgia" w:hAnsi="Georgia"/>
          <w:b w:val="0"/>
          <w:i w:val="0"/>
          <w:color w:val="22201D"/>
          <w:sz w:val="20"/>
        </w:rPr>
        <w:t>Bob leaned back.</w:t>
      </w:r>
    </w:p>
    <w:p>
      <w:pPr>
        <w:spacing w:after="60" w:line="266" w:lineRule="auto"/>
        <w:ind w:firstLine="331"/>
        <w:jc w:val="both"/>
      </w:pPr>
      <w:r>
        <w:rPr>
          <w:rFonts w:ascii="Georgia" w:hAnsi="Georgia"/>
          <w:b w:val="0"/>
          <w:i w:val="0"/>
          <w:color w:val="22201D"/>
          <w:sz w:val="20"/>
        </w:rPr>
        <w:t>"That seems pointed."</w:t>
      </w:r>
    </w:p>
    <w:p>
      <w:pPr>
        <w:spacing w:after="60" w:line="266" w:lineRule="auto"/>
        <w:ind w:firstLine="331"/>
        <w:jc w:val="both"/>
      </w:pPr>
      <w:r>
        <w:rPr>
          <w:rFonts w:ascii="Georgia" w:hAnsi="Georgia"/>
          <w:b w:val="0"/>
          <w:i w:val="0"/>
          <w:color w:val="22201D"/>
          <w:sz w:val="20"/>
        </w:rPr>
        <w:t>"It is the chapter title," Nico said.</w:t>
      </w:r>
    </w:p>
    <w:p>
      <w:pPr>
        <w:spacing w:after="60" w:line="266" w:lineRule="auto"/>
        <w:ind w:firstLine="331"/>
        <w:jc w:val="both"/>
      </w:pPr>
      <w:r>
        <w:rPr>
          <w:rFonts w:ascii="Georgia" w:hAnsi="Georgia"/>
          <w:b w:val="0"/>
          <w:i w:val="0"/>
          <w:color w:val="22201D"/>
          <w:sz w:val="20"/>
        </w:rPr>
        <w:t>Everyone looked at him.</w:t>
      </w:r>
    </w:p>
    <w:p>
      <w:pPr>
        <w:spacing w:after="60" w:line="266" w:lineRule="auto"/>
        <w:ind w:firstLine="331"/>
        <w:jc w:val="both"/>
      </w:pPr>
      <w:r>
        <w:rPr>
          <w:rFonts w:ascii="Georgia" w:hAnsi="Georgia"/>
          <w:b w:val="0"/>
          <w:i w:val="0"/>
          <w:color w:val="22201D"/>
          <w:sz w:val="20"/>
        </w:rPr>
        <w:t>"What? Sometimes the room is obvious."</w:t>
      </w:r>
    </w:p>
    <w:p>
      <w:pPr>
        <w:spacing w:after="60" w:line="266" w:lineRule="auto"/>
        <w:ind w:firstLine="331"/>
        <w:jc w:val="both"/>
      </w:pPr>
      <w:r>
        <w:rPr>
          <w:rFonts w:ascii="Georgia" w:hAnsi="Georgia"/>
          <w:b w:val="0"/>
          <w:i w:val="0"/>
          <w:color w:val="22201D"/>
          <w:sz w:val="20"/>
        </w:rPr>
        <w:t>The woman ate the bread slowly. The room returned to motion around her, but the motion was different now. Not dramatic. Not healed. Just shared enough that nothing had to become complete before anyone could continue.</w:t>
      </w:r>
    </w:p>
    <w:p>
      <w:pPr>
        <w:spacing w:after="60" w:line="266" w:lineRule="auto"/>
        <w:ind w:firstLine="331"/>
        <w:jc w:val="both"/>
      </w:pPr>
      <w:r>
        <w:rPr>
          <w:rFonts w:ascii="Georgia" w:hAnsi="Georgia"/>
          <w:b w:val="0"/>
          <w:i w:val="0"/>
          <w:color w:val="22201D"/>
          <w:sz w:val="20"/>
        </w:rPr>
        <w:t>Steve tore the receipt at last.</w:t>
      </w:r>
    </w:p>
    <w:p>
      <w:pPr>
        <w:spacing w:after="60" w:line="266" w:lineRule="auto"/>
        <w:ind w:firstLine="331"/>
        <w:jc w:val="both"/>
      </w:pPr>
      <w:r>
        <w:rPr>
          <w:rFonts w:ascii="Georgia" w:hAnsi="Georgia"/>
          <w:b w:val="0"/>
          <w:i w:val="0"/>
          <w:color w:val="22201D"/>
          <w:sz w:val="20"/>
        </w:rPr>
        <w:t>The tear was careful. Clean. Not ceremonial.</w:t>
      </w:r>
    </w:p>
    <w:p>
      <w:pPr>
        <w:spacing w:after="60" w:line="266" w:lineRule="auto"/>
        <w:ind w:firstLine="331"/>
        <w:jc w:val="both"/>
      </w:pPr>
      <w:r>
        <w:rPr>
          <w:rFonts w:ascii="Georgia" w:hAnsi="Georgia"/>
          <w:b w:val="0"/>
          <w:i w:val="0"/>
          <w:color w:val="22201D"/>
          <w:sz w:val="20"/>
        </w:rPr>
        <w:t>He placed the long strip of paper on the counter and held it down with a salt shaker because the end wanted to curl.</w:t>
      </w:r>
    </w:p>
    <w:p>
      <w:pPr>
        <w:spacing w:after="60" w:line="266" w:lineRule="auto"/>
        <w:ind w:firstLine="331"/>
        <w:jc w:val="both"/>
      </w:pPr>
      <w:r>
        <w:rPr>
          <w:rFonts w:ascii="Georgia" w:hAnsi="Georgia"/>
          <w:b w:val="0"/>
          <w:i w:val="0"/>
          <w:color w:val="22201D"/>
          <w:sz w:val="20"/>
        </w:rPr>
        <w:t>"Where do we file it?" Gerald asked.</w:t>
      </w:r>
    </w:p>
    <w:p>
      <w:pPr>
        <w:spacing w:after="60" w:line="266" w:lineRule="auto"/>
        <w:ind w:firstLine="331"/>
        <w:jc w:val="both"/>
      </w:pPr>
      <w:r>
        <w:rPr>
          <w:rFonts w:ascii="Georgia" w:hAnsi="Georgia"/>
          <w:b w:val="0"/>
          <w:i w:val="0"/>
          <w:color w:val="22201D"/>
          <w:sz w:val="20"/>
        </w:rPr>
        <w:t>Steve looked toward the ledger, then toward the menu, then toward the door.</w:t>
      </w:r>
    </w:p>
    <w:p>
      <w:pPr>
        <w:spacing w:after="60" w:line="266" w:lineRule="auto"/>
        <w:ind w:firstLine="331"/>
        <w:jc w:val="both"/>
      </w:pPr>
      <w:r>
        <w:rPr>
          <w:rFonts w:ascii="Georgia" w:hAnsi="Georgia"/>
          <w:b w:val="0"/>
          <w:i w:val="0"/>
          <w:color w:val="22201D"/>
          <w:sz w:val="20"/>
        </w:rPr>
        <w:t>"Not under Paid," he said.</w:t>
      </w:r>
    </w:p>
    <w:p>
      <w:pPr>
        <w:spacing w:after="60" w:line="266" w:lineRule="auto"/>
        <w:ind w:firstLine="331"/>
        <w:jc w:val="both"/>
      </w:pPr>
      <w:r>
        <w:rPr>
          <w:rFonts w:ascii="Georgia" w:hAnsi="Georgia"/>
          <w:b w:val="0"/>
          <w:i w:val="0"/>
          <w:color w:val="22201D"/>
          <w:sz w:val="20"/>
        </w:rPr>
        <w:t>"Good," said the Hostess.</w:t>
      </w:r>
    </w:p>
    <w:p>
      <w:pPr>
        <w:spacing w:after="60" w:line="266" w:lineRule="auto"/>
        <w:ind w:firstLine="331"/>
        <w:jc w:val="both"/>
      </w:pPr>
      <w:r>
        <w:rPr>
          <w:rFonts w:ascii="Georgia" w:hAnsi="Georgia"/>
          <w:b w:val="0"/>
          <w:i w:val="0"/>
          <w:color w:val="22201D"/>
          <w:sz w:val="20"/>
        </w:rPr>
        <w:t>"Not under Unpaid."</w:t>
      </w:r>
    </w:p>
    <w:p>
      <w:pPr>
        <w:spacing w:after="60" w:line="266" w:lineRule="auto"/>
        <w:ind w:firstLine="331"/>
        <w:jc w:val="both"/>
      </w:pPr>
      <w:r>
        <w:rPr>
          <w:rFonts w:ascii="Georgia" w:hAnsi="Georgia"/>
          <w:b w:val="0"/>
          <w:i w:val="0"/>
          <w:color w:val="22201D"/>
          <w:sz w:val="20"/>
        </w:rPr>
        <w:t>"Also good."</w:t>
      </w:r>
    </w:p>
    <w:p>
      <w:pPr>
        <w:spacing w:after="60" w:line="266" w:lineRule="auto"/>
        <w:ind w:firstLine="331"/>
        <w:jc w:val="both"/>
      </w:pPr>
      <w:r>
        <w:rPr>
          <w:rFonts w:ascii="Georgia" w:hAnsi="Georgia"/>
          <w:b w:val="0"/>
          <w:i w:val="0"/>
          <w:color w:val="22201D"/>
          <w:sz w:val="20"/>
        </w:rPr>
        <w:t>"Not under Closed."</w:t>
      </w:r>
    </w:p>
    <w:p>
      <w:pPr>
        <w:spacing w:after="60" w:line="266" w:lineRule="auto"/>
        <w:ind w:firstLine="331"/>
        <w:jc w:val="both"/>
      </w:pPr>
      <w:r>
        <w:rPr>
          <w:rFonts w:ascii="Georgia" w:hAnsi="Georgia"/>
          <w:b w:val="0"/>
          <w:i w:val="0"/>
          <w:color w:val="22201D"/>
          <w:sz w:val="20"/>
        </w:rPr>
        <w:t>Gerald looked relieved.</w:t>
      </w:r>
    </w:p>
    <w:p>
      <w:pPr>
        <w:spacing w:after="60" w:line="266" w:lineRule="auto"/>
        <w:ind w:firstLine="331"/>
        <w:jc w:val="both"/>
      </w:pPr>
      <w:r>
        <w:rPr>
          <w:rFonts w:ascii="Georgia" w:hAnsi="Georgia"/>
          <w:b w:val="0"/>
          <w:i w:val="0"/>
          <w:color w:val="22201D"/>
          <w:sz w:val="20"/>
        </w:rPr>
        <w:t>Steve turned to a fresh page and wrote a new heading.</w:t>
      </w:r>
    </w:p>
    <w:p>
      <w:pPr>
        <w:spacing w:after="60" w:line="250" w:lineRule="auto"/>
        <w:ind w:left="202" w:right="173"/>
      </w:pPr>
      <w:r>
        <w:rPr>
          <w:rFonts w:ascii="Georgia" w:hAnsi="Georgia"/>
          <w:b w:val="0"/>
          <w:i w:val="0"/>
          <w:color w:val="22201D"/>
          <w:sz w:val="17"/>
        </w:rPr>
        <w:t>OPEN ACCOUNTS - SHARED CARE</w:t>
      </w:r>
    </w:p>
    <w:p>
      <w:pPr>
        <w:spacing w:after="60" w:line="266" w:lineRule="auto"/>
        <w:ind w:firstLine="331"/>
        <w:jc w:val="both"/>
      </w:pPr>
      <w:r>
        <w:rPr>
          <w:rFonts w:ascii="Georgia" w:hAnsi="Georgia"/>
          <w:b w:val="0"/>
          <w:i w:val="0"/>
          <w:color w:val="22201D"/>
          <w:sz w:val="20"/>
        </w:rPr>
        <w:t>He placed the receipt beneath it.</w:t>
      </w:r>
    </w:p>
    <w:p>
      <w:pPr>
        <w:spacing w:after="60" w:line="266" w:lineRule="auto"/>
        <w:ind w:firstLine="331"/>
        <w:jc w:val="both"/>
      </w:pPr>
      <w:r>
        <w:rPr>
          <w:rFonts w:ascii="Georgia" w:hAnsi="Georgia"/>
          <w:b w:val="0"/>
          <w:i w:val="0"/>
          <w:color w:val="22201D"/>
          <w:sz w:val="20"/>
        </w:rPr>
        <w:t>The receipt printer clicked once, quietly, as if approving the filing but refusing to become emotional about it.</w:t>
      </w:r>
    </w:p>
    <w:p>
      <w:pPr>
        <w:spacing w:after="60" w:line="266" w:lineRule="auto"/>
        <w:ind w:firstLine="331"/>
        <w:jc w:val="both"/>
      </w:pPr>
      <w:r>
        <w:rPr>
          <w:rFonts w:ascii="Georgia" w:hAnsi="Georgia"/>
          <w:b w:val="0"/>
          <w:i w:val="0"/>
          <w:color w:val="22201D"/>
          <w:sz w:val="20"/>
        </w:rPr>
        <w:t>The woman finished the bread.</w:t>
      </w:r>
    </w:p>
    <w:p>
      <w:pPr>
        <w:spacing w:after="60" w:line="266" w:lineRule="auto"/>
        <w:ind w:firstLine="331"/>
        <w:jc w:val="both"/>
      </w:pPr>
      <w:r>
        <w:rPr>
          <w:rFonts w:ascii="Georgia" w:hAnsi="Georgia"/>
          <w:b w:val="0"/>
          <w:i w:val="0"/>
          <w:color w:val="22201D"/>
          <w:sz w:val="20"/>
        </w:rPr>
        <w:t>"What happens now?" she asked.</w:t>
      </w:r>
    </w:p>
    <w:p>
      <w:pPr>
        <w:spacing w:after="60" w:line="266" w:lineRule="auto"/>
        <w:ind w:firstLine="331"/>
        <w:jc w:val="both"/>
      </w:pPr>
      <w:r>
        <w:rPr>
          <w:rFonts w:ascii="Georgia" w:hAnsi="Georgia"/>
          <w:b w:val="0"/>
          <w:i w:val="0"/>
          <w:color w:val="22201D"/>
          <w:sz w:val="20"/>
        </w:rPr>
        <w:t>The Hostess looked toward the dining room.</w:t>
      </w:r>
    </w:p>
    <w:p>
      <w:pPr>
        <w:spacing w:after="60" w:line="266" w:lineRule="auto"/>
        <w:ind w:firstLine="331"/>
        <w:jc w:val="both"/>
      </w:pPr>
      <w:r>
        <w:rPr>
          <w:rFonts w:ascii="Georgia" w:hAnsi="Georgia"/>
          <w:b w:val="0"/>
          <w:i w:val="0"/>
          <w:color w:val="22201D"/>
          <w:sz w:val="20"/>
        </w:rPr>
        <w:t>Every table was occupied and not occupied in the ordinary impossible way the room had learned to manage. Chairs stood where chairs could stand. Space remained where space was needed. The last table was not glowing. It was not hidden. It was the one by the window, and the one near the kitchen, and the one under the wall clock, and the one being wiped by Gerald, and the one no one had noticed because no one had needed it yet.</w:t>
      </w:r>
    </w:p>
    <w:p>
      <w:pPr>
        <w:spacing w:after="60" w:line="266" w:lineRule="auto"/>
        <w:ind w:firstLine="331"/>
        <w:jc w:val="both"/>
      </w:pPr>
      <w:r>
        <w:rPr>
          <w:rFonts w:ascii="Georgia" w:hAnsi="Georgia"/>
          <w:b w:val="0"/>
          <w:i w:val="0"/>
          <w:color w:val="22201D"/>
          <w:sz w:val="20"/>
        </w:rPr>
        <w:t>The Hostess picked up a small blank card from the stand.</w:t>
      </w:r>
    </w:p>
    <w:p>
      <w:pPr>
        <w:spacing w:after="60" w:line="266" w:lineRule="auto"/>
        <w:ind w:firstLine="331"/>
        <w:jc w:val="both"/>
      </w:pPr>
      <w:r>
        <w:rPr>
          <w:rFonts w:ascii="Georgia" w:hAnsi="Georgia"/>
          <w:b w:val="0"/>
          <w:i w:val="0"/>
          <w:color w:val="22201D"/>
          <w:sz w:val="20"/>
        </w:rPr>
        <w:t>"Now," she said, "we find where this belongs."</w:t>
      </w:r>
    </w:p>
    <w:p>
      <w:pPr>
        <w:spacing w:after="60" w:line="266" w:lineRule="auto"/>
        <w:ind w:firstLine="331"/>
        <w:jc w:val="both"/>
      </w:pPr>
      <w:r>
        <w:rPr>
          <w:rFonts w:ascii="Georgia" w:hAnsi="Georgia"/>
          <w:b w:val="0"/>
          <w:i w:val="0"/>
          <w:color w:val="22201D"/>
          <w:sz w:val="20"/>
        </w:rPr>
        <w:t>She wrote one word on the card.</w:t>
      </w:r>
    </w:p>
    <w:p>
      <w:pPr>
        <w:spacing w:after="60" w:line="266" w:lineRule="auto"/>
        <w:ind w:firstLine="331"/>
        <w:jc w:val="both"/>
      </w:pPr>
      <w:r>
        <w:rPr>
          <w:rFonts w:ascii="Georgia" w:hAnsi="Georgia"/>
          <w:b w:val="0"/>
          <w:i w:val="0"/>
          <w:color w:val="22201D"/>
          <w:sz w:val="20"/>
        </w:rPr>
        <w:t>Not a name.</w:t>
      </w:r>
    </w:p>
    <w:p>
      <w:pPr>
        <w:spacing w:after="60" w:line="266" w:lineRule="auto"/>
        <w:ind w:firstLine="331"/>
        <w:jc w:val="both"/>
      </w:pPr>
      <w:r>
        <w:rPr>
          <w:rFonts w:ascii="Georgia" w:hAnsi="Georgia"/>
          <w:b w:val="0"/>
          <w:i w:val="0"/>
          <w:color w:val="22201D"/>
          <w:sz w:val="20"/>
        </w:rPr>
        <w:t>Not a number.</w:t>
      </w:r>
    </w:p>
    <w:p>
      <w:pPr>
        <w:spacing w:after="60" w:line="266" w:lineRule="auto"/>
        <w:ind w:firstLine="331"/>
        <w:jc w:val="both"/>
      </w:pPr>
      <w:r>
        <w:rPr>
          <w:rFonts w:ascii="Georgia" w:hAnsi="Georgia"/>
          <w:b w:val="0"/>
          <w:i w:val="0"/>
          <w:color w:val="22201D"/>
          <w:sz w:val="20"/>
        </w:rPr>
        <w:t>Not a charge.</w:t>
      </w:r>
    </w:p>
    <w:p>
      <w:pPr>
        <w:spacing w:after="60" w:line="250" w:lineRule="auto"/>
        <w:ind w:left="202" w:right="173"/>
      </w:pPr>
      <w:r>
        <w:rPr>
          <w:rFonts w:ascii="Georgia" w:hAnsi="Georgia"/>
          <w:b w:val="0"/>
          <w:i w:val="0"/>
          <w:color w:val="22201D"/>
          <w:sz w:val="17"/>
        </w:rPr>
        <w:t>OPEN</w:t>
      </w:r>
    </w:p>
    <w:p>
      <w:pPr>
        <w:spacing w:after="60" w:line="266" w:lineRule="auto"/>
        <w:ind w:firstLine="331"/>
        <w:jc w:val="both"/>
      </w:pPr>
      <w:r>
        <w:rPr>
          <w:rFonts w:ascii="Georgia" w:hAnsi="Georgia"/>
          <w:b w:val="0"/>
          <w:i w:val="0"/>
          <w:color w:val="22201D"/>
          <w:sz w:val="20"/>
        </w:rPr>
        <w:t>Then she handed the card to Flocc.</w:t>
      </w:r>
    </w:p>
    <w:p>
      <w:pPr>
        <w:spacing w:after="60" w:line="266" w:lineRule="auto"/>
        <w:ind w:firstLine="331"/>
        <w:jc w:val="both"/>
      </w:pPr>
      <w:r>
        <w:rPr>
          <w:rFonts w:ascii="Georgia" w:hAnsi="Georgia"/>
          <w:b w:val="0"/>
          <w:i w:val="0"/>
          <w:color w:val="22201D"/>
          <w:sz w:val="20"/>
        </w:rPr>
        <w:t>"Set this on the table that is ready."</w:t>
      </w:r>
    </w:p>
    <w:p>
      <w:pPr>
        <w:spacing w:after="60" w:line="266" w:lineRule="auto"/>
        <w:ind w:firstLine="331"/>
        <w:jc w:val="both"/>
      </w:pPr>
      <w:r>
        <w:rPr>
          <w:rFonts w:ascii="Georgia" w:hAnsi="Georgia"/>
          <w:b w:val="0"/>
          <w:i w:val="0"/>
          <w:color w:val="22201D"/>
          <w:sz w:val="20"/>
        </w:rPr>
        <w:t>Flocc did not ask which table.</w:t>
      </w:r>
    </w:p>
    <w:p>
      <w:pPr>
        <w:spacing w:after="60" w:line="266" w:lineRule="auto"/>
        <w:ind w:firstLine="331"/>
        <w:jc w:val="both"/>
      </w:pPr>
      <w:r>
        <w:rPr>
          <w:rFonts w:ascii="Georgia" w:hAnsi="Georgia"/>
          <w:b w:val="0"/>
          <w:i w:val="0"/>
          <w:color w:val="22201D"/>
          <w:sz w:val="20"/>
        </w:rPr>
        <w:t>That would have been easier.</w:t>
      </w:r>
    </w:p>
    <w:p>
      <w:pPr>
        <w:spacing w:after="60" w:line="266" w:lineRule="auto"/>
        <w:ind w:firstLine="331"/>
        <w:jc w:val="both"/>
      </w:pPr>
      <w:r>
        <w:rPr>
          <w:rFonts w:ascii="Georgia" w:hAnsi="Georgia"/>
          <w:b w:val="0"/>
          <w:i w:val="0"/>
          <w:color w:val="22201D"/>
          <w:sz w:val="20"/>
        </w:rPr>
        <w:t>He took the card and looked across the room. The final receipt lay under the salt shaker, still open. The woman held her empty water glass. Bob stood near the bread. Steve's ledger had made a place without closing it. Gerald had a clean cloth ready. Nico stacked cups that were not emotions unless someone needed them to be.</w:t>
      </w:r>
    </w:p>
    <w:p>
      <w:pPr>
        <w:spacing w:after="60" w:line="266" w:lineRule="auto"/>
        <w:ind w:firstLine="331"/>
        <w:jc w:val="both"/>
      </w:pPr>
      <w:r>
        <w:rPr>
          <w:rFonts w:ascii="Georgia" w:hAnsi="Georgia"/>
          <w:b w:val="0"/>
          <w:i w:val="0"/>
          <w:color w:val="22201D"/>
          <w:sz w:val="20"/>
        </w:rPr>
        <w:t>Flocc walked into the dining room with the card in his hand.</w:t>
      </w:r>
    </w:p>
    <w:p>
      <w:pPr>
        <w:spacing w:after="60" w:line="266" w:lineRule="auto"/>
        <w:ind w:firstLine="331"/>
        <w:jc w:val="both"/>
      </w:pPr>
      <w:r>
        <w:rPr>
          <w:rFonts w:ascii="Georgia" w:hAnsi="Georgia"/>
          <w:b w:val="0"/>
          <w:i w:val="0"/>
          <w:color w:val="22201D"/>
          <w:sz w:val="20"/>
        </w:rPr>
        <w:t>He chose a table that had just been wiped, near enough to the door that arrival would not feel like trespass and far enough from the counter that no one would feel watched.</w:t>
      </w:r>
    </w:p>
    <w:p>
      <w:pPr>
        <w:spacing w:after="60" w:line="266" w:lineRule="auto"/>
        <w:ind w:firstLine="331"/>
        <w:jc w:val="both"/>
      </w:pPr>
      <w:r>
        <w:rPr>
          <w:rFonts w:ascii="Georgia" w:hAnsi="Georgia"/>
          <w:b w:val="0"/>
          <w:i w:val="0"/>
          <w:color w:val="22201D"/>
          <w:sz w:val="20"/>
        </w:rPr>
        <w:t>He set the card down.</w:t>
      </w:r>
    </w:p>
    <w:p>
      <w:pPr>
        <w:spacing w:after="60" w:line="266" w:lineRule="auto"/>
        <w:ind w:firstLine="331"/>
        <w:jc w:val="both"/>
      </w:pPr>
      <w:r>
        <w:rPr>
          <w:rFonts w:ascii="Georgia" w:hAnsi="Georgia"/>
          <w:b w:val="0"/>
          <w:i w:val="0"/>
          <w:color w:val="22201D"/>
          <w:sz w:val="20"/>
        </w:rPr>
        <w:t>The table did not change.</w:t>
      </w:r>
    </w:p>
    <w:p>
      <w:pPr>
        <w:spacing w:after="60" w:line="266" w:lineRule="auto"/>
        <w:ind w:firstLine="331"/>
        <w:jc w:val="both"/>
      </w:pPr>
      <w:r>
        <w:rPr>
          <w:rFonts w:ascii="Georgia" w:hAnsi="Georgia"/>
          <w:b w:val="0"/>
          <w:i w:val="0"/>
          <w:color w:val="22201D"/>
          <w:sz w:val="20"/>
        </w:rPr>
        <w:t>That was how he knew he had done it correctly.</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Last Table Has Always Been Open</w:t>
      </w:r>
    </w:p>
    <w:p>
      <w:pPr>
        <w:spacing w:after="60" w:line="266" w:lineRule="auto"/>
        <w:ind w:firstLine="0"/>
        <w:jc w:val="both"/>
      </w:pPr>
      <w:r>
        <w:rPr>
          <w:rFonts w:ascii="Georgia" w:hAnsi="Georgia"/>
          <w:b w:val="0"/>
          <w:i w:val="0"/>
          <w:color w:val="22201D"/>
          <w:sz w:val="20"/>
        </w:rPr>
        <w:t>Flocc set the card on the table and waited for the restaurant to do something large.</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The table did not move. The walls did not widen. The lights did not gather above it. No hidden door opened behind the pie case. No old music began playing from a radio no one had repaired. The card sat on the clean wood with one word written in the Hostess's hand.</w:t>
      </w:r>
    </w:p>
    <w:p>
      <w:pPr>
        <w:spacing w:after="60" w:line="250" w:lineRule="auto"/>
        <w:ind w:left="202" w:right="173"/>
      </w:pPr>
      <w:r>
        <w:rPr>
          <w:rFonts w:ascii="Georgia" w:hAnsi="Georgia"/>
          <w:b w:val="0"/>
          <w:i w:val="0"/>
          <w:color w:val="22201D"/>
          <w:sz w:val="17"/>
        </w:rPr>
        <w:t>OPEN</w:t>
      </w:r>
    </w:p>
    <w:p>
      <w:pPr>
        <w:spacing w:after="60" w:line="266" w:lineRule="auto"/>
        <w:ind w:firstLine="331"/>
        <w:jc w:val="both"/>
      </w:pPr>
      <w:r>
        <w:rPr>
          <w:rFonts w:ascii="Georgia" w:hAnsi="Georgia"/>
          <w:b w:val="0"/>
          <w:i w:val="0"/>
          <w:color w:val="22201D"/>
          <w:sz w:val="20"/>
        </w:rPr>
        <w:t>The table remained a table.</w:t>
      </w:r>
    </w:p>
    <w:p>
      <w:pPr>
        <w:spacing w:after="60" w:line="266" w:lineRule="auto"/>
        <w:ind w:firstLine="331"/>
        <w:jc w:val="both"/>
      </w:pPr>
      <w:r>
        <w:rPr>
          <w:rFonts w:ascii="Georgia" w:hAnsi="Georgia"/>
          <w:b w:val="0"/>
          <w:i w:val="0"/>
          <w:color w:val="22201D"/>
          <w:sz w:val="20"/>
        </w:rPr>
        <w:t>Four legs. One surface. A small nick near the far edge where someone, long ago, had pressed a fork too hard while explaining something that probably had not needed explanation. Gerald's cleaning cloth had left a damp crescent by the salt shaker. A chair stood slightly crooked because chairs were always more honest than seating charts.</w:t>
      </w:r>
    </w:p>
    <w:p>
      <w:pPr>
        <w:spacing w:after="60" w:line="266" w:lineRule="auto"/>
        <w:ind w:firstLine="331"/>
        <w:jc w:val="both"/>
      </w:pPr>
      <w:r>
        <w:rPr>
          <w:rFonts w:ascii="Georgia" w:hAnsi="Georgia"/>
          <w:b w:val="0"/>
          <w:i w:val="0"/>
          <w:color w:val="22201D"/>
          <w:sz w:val="20"/>
        </w:rPr>
        <w:t>Flocc looked back at the Hostess.</w:t>
      </w:r>
    </w:p>
    <w:p>
      <w:pPr>
        <w:spacing w:after="60" w:line="266" w:lineRule="auto"/>
        <w:ind w:firstLine="331"/>
        <w:jc w:val="both"/>
      </w:pPr>
      <w:r>
        <w:rPr>
          <w:rFonts w:ascii="Georgia" w:hAnsi="Georgia"/>
          <w:b w:val="0"/>
          <w:i w:val="0"/>
          <w:color w:val="22201D"/>
          <w:sz w:val="20"/>
        </w:rPr>
        <w:t>She did not nod.</w:t>
      </w:r>
    </w:p>
    <w:p>
      <w:pPr>
        <w:spacing w:after="60" w:line="266" w:lineRule="auto"/>
        <w:ind w:firstLine="331"/>
        <w:jc w:val="both"/>
      </w:pPr>
      <w:r>
        <w:rPr>
          <w:rFonts w:ascii="Georgia" w:hAnsi="Georgia"/>
          <w:b w:val="0"/>
          <w:i w:val="0"/>
          <w:color w:val="22201D"/>
          <w:sz w:val="20"/>
        </w:rPr>
        <w:t>That would have made it a lesson.</w:t>
      </w:r>
    </w:p>
    <w:p>
      <w:pPr>
        <w:spacing w:after="60" w:line="266" w:lineRule="auto"/>
        <w:ind w:firstLine="331"/>
        <w:jc w:val="both"/>
      </w:pPr>
      <w:r>
        <w:rPr>
          <w:rFonts w:ascii="Georgia" w:hAnsi="Georgia"/>
          <w:b w:val="0"/>
          <w:i w:val="0"/>
          <w:color w:val="22201D"/>
          <w:sz w:val="20"/>
        </w:rPr>
        <w:t>"Do I call her over?" he asked.</w:t>
      </w:r>
    </w:p>
    <w:p>
      <w:pPr>
        <w:spacing w:after="60" w:line="266" w:lineRule="auto"/>
        <w:ind w:firstLine="331"/>
        <w:jc w:val="both"/>
      </w:pPr>
      <w:r>
        <w:rPr>
          <w:rFonts w:ascii="Georgia" w:hAnsi="Georgia"/>
          <w:b w:val="0"/>
          <w:i w:val="0"/>
          <w:color w:val="22201D"/>
          <w:sz w:val="20"/>
        </w:rPr>
        <w:t>"You may make the table available," the Hostess said. "You may not make belonging happen to her."</w:t>
      </w:r>
    </w:p>
    <w:p>
      <w:pPr>
        <w:spacing w:after="60" w:line="266" w:lineRule="auto"/>
        <w:ind w:firstLine="331"/>
        <w:jc w:val="both"/>
      </w:pPr>
      <w:r>
        <w:rPr>
          <w:rFonts w:ascii="Georgia" w:hAnsi="Georgia"/>
          <w:b w:val="0"/>
          <w:i w:val="0"/>
          <w:color w:val="22201D"/>
          <w:sz w:val="20"/>
        </w:rPr>
        <w:t>That sounded like one of the rules that would have annoyed him earlier because it was both useful and insufficient.</w:t>
      </w:r>
    </w:p>
    <w:p>
      <w:pPr>
        <w:spacing w:after="60" w:line="266" w:lineRule="auto"/>
        <w:ind w:firstLine="331"/>
        <w:jc w:val="both"/>
      </w:pPr>
      <w:r>
        <w:rPr>
          <w:rFonts w:ascii="Georgia" w:hAnsi="Georgia"/>
          <w:b w:val="0"/>
          <w:i w:val="0"/>
          <w:color w:val="22201D"/>
          <w:sz w:val="20"/>
        </w:rPr>
        <w:t>"How?"</w:t>
      </w:r>
    </w:p>
    <w:p>
      <w:pPr>
        <w:spacing w:after="60" w:line="266" w:lineRule="auto"/>
        <w:ind w:firstLine="331"/>
        <w:jc w:val="both"/>
      </w:pPr>
      <w:r>
        <w:rPr>
          <w:rFonts w:ascii="Georgia" w:hAnsi="Georgia"/>
          <w:b w:val="0"/>
          <w:i w:val="0"/>
          <w:color w:val="22201D"/>
          <w:sz w:val="20"/>
        </w:rPr>
        <w:t>"Start with the chair."</w:t>
      </w:r>
    </w:p>
    <w:p>
      <w:pPr>
        <w:spacing w:after="60" w:line="266" w:lineRule="auto"/>
        <w:ind w:firstLine="331"/>
        <w:jc w:val="both"/>
      </w:pPr>
      <w:r>
        <w:rPr>
          <w:rFonts w:ascii="Georgia" w:hAnsi="Georgia"/>
          <w:b w:val="0"/>
          <w:i w:val="0"/>
          <w:color w:val="22201D"/>
          <w:sz w:val="20"/>
        </w:rPr>
        <w:t>Flocc turned the crooked chair until it faced the table properly. He did not pull it out too far. Too much invitation could become pressure. He did not leave it tucked in. Too little invitation could become a test.</w:t>
      </w:r>
    </w:p>
    <w:p>
      <w:pPr>
        <w:spacing w:after="60" w:line="266" w:lineRule="auto"/>
        <w:ind w:firstLine="331"/>
        <w:jc w:val="both"/>
      </w:pPr>
      <w:r>
        <w:rPr>
          <w:rFonts w:ascii="Georgia" w:hAnsi="Georgia"/>
          <w:b w:val="0"/>
          <w:i w:val="0"/>
          <w:color w:val="22201D"/>
          <w:sz w:val="20"/>
        </w:rPr>
        <w:t>He made room.</w:t>
      </w:r>
    </w:p>
    <w:p>
      <w:pPr>
        <w:spacing w:after="60" w:line="266" w:lineRule="auto"/>
        <w:ind w:firstLine="331"/>
        <w:jc w:val="both"/>
      </w:pPr>
      <w:r>
        <w:rPr>
          <w:rFonts w:ascii="Georgia" w:hAnsi="Georgia"/>
          <w:b w:val="0"/>
          <w:i w:val="0"/>
          <w:color w:val="22201D"/>
          <w:sz w:val="20"/>
        </w:rPr>
        <w:t>Then he stepped away.</w:t>
      </w:r>
    </w:p>
    <w:p>
      <w:pPr>
        <w:spacing w:after="60" w:line="266" w:lineRule="auto"/>
        <w:ind w:firstLine="331"/>
        <w:jc w:val="both"/>
      </w:pPr>
      <w:r>
        <w:rPr>
          <w:rFonts w:ascii="Georgia" w:hAnsi="Georgia"/>
          <w:b w:val="0"/>
          <w:i w:val="0"/>
          <w:color w:val="22201D"/>
          <w:sz w:val="20"/>
        </w:rPr>
        <w:t>The woman at the counter watched the table as if it had accused her of nothing and she did not know what to do with that.</w:t>
      </w:r>
    </w:p>
    <w:p>
      <w:pPr>
        <w:spacing w:after="60" w:line="266" w:lineRule="auto"/>
        <w:ind w:firstLine="331"/>
        <w:jc w:val="both"/>
      </w:pPr>
      <w:r>
        <w:rPr>
          <w:rFonts w:ascii="Georgia" w:hAnsi="Georgia"/>
          <w:b w:val="0"/>
          <w:i w:val="0"/>
          <w:color w:val="22201D"/>
          <w:sz w:val="20"/>
        </w:rPr>
        <w:t>"Is that the last table?" she asked.</w:t>
      </w:r>
    </w:p>
    <w:p>
      <w:pPr>
        <w:spacing w:after="60" w:line="266" w:lineRule="auto"/>
        <w:ind w:firstLine="331"/>
        <w:jc w:val="both"/>
      </w:pPr>
      <w:r>
        <w:rPr>
          <w:rFonts w:ascii="Georgia" w:hAnsi="Georgia"/>
          <w:b w:val="0"/>
          <w:i w:val="0"/>
          <w:color w:val="22201D"/>
          <w:sz w:val="20"/>
        </w:rPr>
        <w:t>Steve glanced at the seating chart from Chapter Seven, the ledger from Chapter Ten, the blank menu law from Chapter Nine, and three different papers he had not meant to arrange chronologically but had arranged chronologically anyway.</w:t>
      </w:r>
    </w:p>
    <w:p>
      <w:pPr>
        <w:spacing w:after="60" w:line="266" w:lineRule="auto"/>
        <w:ind w:firstLine="331"/>
        <w:jc w:val="both"/>
      </w:pPr>
      <w:r>
        <w:rPr>
          <w:rFonts w:ascii="Georgia" w:hAnsi="Georgia"/>
          <w:b w:val="0"/>
          <w:i w:val="0"/>
          <w:color w:val="22201D"/>
          <w:sz w:val="20"/>
        </w:rPr>
        <w:t>"Operationally," he said, "it is currently the available table."</w:t>
      </w:r>
    </w:p>
    <w:p>
      <w:pPr>
        <w:spacing w:after="60" w:line="266" w:lineRule="auto"/>
        <w:ind w:firstLine="331"/>
        <w:jc w:val="both"/>
      </w:pPr>
      <w:r>
        <w:rPr>
          <w:rFonts w:ascii="Georgia" w:hAnsi="Georgia"/>
          <w:b w:val="0"/>
          <w:i w:val="0"/>
          <w:color w:val="22201D"/>
          <w:sz w:val="20"/>
        </w:rPr>
        <w:t>"That is not what I asked."</w:t>
      </w:r>
    </w:p>
    <w:p>
      <w:pPr>
        <w:spacing w:after="60" w:line="266" w:lineRule="auto"/>
        <w:ind w:firstLine="331"/>
        <w:jc w:val="both"/>
      </w:pPr>
      <w:r>
        <w:rPr>
          <w:rFonts w:ascii="Georgia" w:hAnsi="Georgia"/>
          <w:b w:val="0"/>
          <w:i w:val="0"/>
          <w:color w:val="22201D"/>
          <w:sz w:val="20"/>
        </w:rPr>
        <w:t>"It is the answer I can defend."</w:t>
      </w:r>
    </w:p>
    <w:p>
      <w:pPr>
        <w:spacing w:after="60" w:line="266" w:lineRule="auto"/>
        <w:ind w:firstLine="331"/>
        <w:jc w:val="both"/>
      </w:pPr>
      <w:r>
        <w:rPr>
          <w:rFonts w:ascii="Georgia" w:hAnsi="Georgia"/>
          <w:b w:val="0"/>
          <w:i w:val="0"/>
          <w:color w:val="22201D"/>
          <w:sz w:val="20"/>
        </w:rPr>
        <w:t>Bob came out of the kitchen with an empty bread plate in one hand and no bread in the other.</w:t>
      </w:r>
    </w:p>
    <w:p>
      <w:pPr>
        <w:spacing w:after="60" w:line="266" w:lineRule="auto"/>
        <w:ind w:firstLine="331"/>
        <w:jc w:val="both"/>
      </w:pPr>
      <w:r>
        <w:rPr>
          <w:rFonts w:ascii="Georgia" w:hAnsi="Georgia"/>
          <w:b w:val="0"/>
          <w:i w:val="0"/>
          <w:color w:val="22201D"/>
          <w:sz w:val="20"/>
        </w:rPr>
        <w:t>"If anyone says secret table, I am leaving."</w:t>
      </w:r>
    </w:p>
    <w:p>
      <w:pPr>
        <w:spacing w:after="60" w:line="266" w:lineRule="auto"/>
        <w:ind w:firstLine="331"/>
        <w:jc w:val="both"/>
      </w:pPr>
      <w:r>
        <w:rPr>
          <w:rFonts w:ascii="Georgia" w:hAnsi="Georgia"/>
          <w:b w:val="0"/>
          <w:i w:val="0"/>
          <w:color w:val="22201D"/>
          <w:sz w:val="20"/>
        </w:rPr>
        <w:t>"You work here," Nico said.</w:t>
      </w:r>
    </w:p>
    <w:p>
      <w:pPr>
        <w:spacing w:after="60" w:line="266" w:lineRule="auto"/>
        <w:ind w:firstLine="331"/>
        <w:jc w:val="both"/>
      </w:pPr>
      <w:r>
        <w:rPr>
          <w:rFonts w:ascii="Georgia" w:hAnsi="Georgia"/>
          <w:b w:val="0"/>
          <w:i w:val="0"/>
          <w:color w:val="22201D"/>
          <w:sz w:val="20"/>
        </w:rPr>
        <w:t>"I will leave emotionally."</w:t>
      </w:r>
    </w:p>
    <w:p>
      <w:pPr>
        <w:spacing w:after="60" w:line="266" w:lineRule="auto"/>
        <w:ind w:firstLine="331"/>
        <w:jc w:val="both"/>
      </w:pPr>
      <w:r>
        <w:rPr>
          <w:rFonts w:ascii="Georgia" w:hAnsi="Georgia"/>
          <w:b w:val="0"/>
          <w:i w:val="0"/>
          <w:color w:val="22201D"/>
          <w:sz w:val="20"/>
        </w:rPr>
        <w:t>Gerald inspected the path between the counter and the table.</w:t>
      </w:r>
    </w:p>
    <w:p>
      <w:pPr>
        <w:spacing w:after="60" w:line="266" w:lineRule="auto"/>
        <w:ind w:firstLine="331"/>
        <w:jc w:val="both"/>
      </w:pPr>
      <w:r>
        <w:rPr>
          <w:rFonts w:ascii="Georgia" w:hAnsi="Georgia"/>
          <w:b w:val="0"/>
          <w:i w:val="0"/>
          <w:color w:val="22201D"/>
          <w:sz w:val="20"/>
        </w:rPr>
        <w:t>"No obstacles. No wet floor. Chair clearance acceptable. Visibility good. Exit access maintained. Belonging cannot obstruct emergency movement."</w:t>
      </w:r>
    </w:p>
    <w:p>
      <w:pPr>
        <w:spacing w:after="60" w:line="266" w:lineRule="auto"/>
        <w:ind w:firstLine="331"/>
        <w:jc w:val="both"/>
      </w:pPr>
      <w:r>
        <w:rPr>
          <w:rFonts w:ascii="Georgia" w:hAnsi="Georgia"/>
          <w:b w:val="0"/>
          <w:i w:val="0"/>
          <w:color w:val="22201D"/>
          <w:sz w:val="20"/>
        </w:rPr>
        <w:t>"That is the least romantic sentence ever spoken," Nico said.</w:t>
      </w:r>
    </w:p>
    <w:p>
      <w:pPr>
        <w:spacing w:after="60" w:line="266" w:lineRule="auto"/>
        <w:ind w:firstLine="331"/>
        <w:jc w:val="both"/>
      </w:pPr>
      <w:r>
        <w:rPr>
          <w:rFonts w:ascii="Georgia" w:hAnsi="Georgia"/>
          <w:b w:val="0"/>
          <w:i w:val="0"/>
          <w:color w:val="22201D"/>
          <w:sz w:val="20"/>
        </w:rPr>
        <w:t>"Good," the Hostess said.</w:t>
      </w:r>
    </w:p>
    <w:p>
      <w:pPr>
        <w:spacing w:after="60" w:line="266" w:lineRule="auto"/>
        <w:ind w:firstLine="331"/>
        <w:jc w:val="both"/>
      </w:pPr>
      <w:r>
        <w:rPr>
          <w:rFonts w:ascii="Georgia" w:hAnsi="Georgia"/>
          <w:b w:val="0"/>
          <w:i w:val="0"/>
          <w:color w:val="22201D"/>
          <w:sz w:val="20"/>
        </w:rPr>
        <w:t>The woman held her glass with both hands. "What if I sit there and nothing happens?"</w:t>
      </w:r>
    </w:p>
    <w:p>
      <w:pPr>
        <w:spacing w:after="60" w:line="266" w:lineRule="auto"/>
        <w:ind w:firstLine="331"/>
        <w:jc w:val="both"/>
      </w:pPr>
      <w:r>
        <w:rPr>
          <w:rFonts w:ascii="Georgia" w:hAnsi="Georgia"/>
          <w:b w:val="0"/>
          <w:i w:val="0"/>
          <w:color w:val="22201D"/>
          <w:sz w:val="20"/>
        </w:rPr>
        <w:t>"Then you will be sitting," the Hostess said.</w:t>
      </w:r>
    </w:p>
    <w:p>
      <w:pPr>
        <w:spacing w:after="60" w:line="266" w:lineRule="auto"/>
        <w:ind w:firstLine="331"/>
        <w:jc w:val="both"/>
      </w:pPr>
      <w:r>
        <w:rPr>
          <w:rFonts w:ascii="Georgia" w:hAnsi="Georgia"/>
          <w:b w:val="0"/>
          <w:i w:val="0"/>
          <w:color w:val="22201D"/>
          <w:sz w:val="20"/>
        </w:rPr>
        <w:t>"What if I sit there and something happens?"</w:t>
      </w:r>
    </w:p>
    <w:p>
      <w:pPr>
        <w:spacing w:after="60" w:line="266" w:lineRule="auto"/>
        <w:ind w:firstLine="331"/>
        <w:jc w:val="both"/>
      </w:pPr>
      <w:r>
        <w:rPr>
          <w:rFonts w:ascii="Georgia" w:hAnsi="Georgia"/>
          <w:b w:val="0"/>
          <w:i w:val="0"/>
          <w:color w:val="22201D"/>
          <w:sz w:val="20"/>
        </w:rPr>
        <w:t>"Then we will respond to what happens."</w:t>
      </w:r>
    </w:p>
    <w:p>
      <w:pPr>
        <w:spacing w:after="60" w:line="266" w:lineRule="auto"/>
        <w:ind w:firstLine="331"/>
        <w:jc w:val="both"/>
      </w:pPr>
      <w:r>
        <w:rPr>
          <w:rFonts w:ascii="Georgia" w:hAnsi="Georgia"/>
          <w:b w:val="0"/>
          <w:i w:val="0"/>
          <w:color w:val="22201D"/>
          <w:sz w:val="20"/>
        </w:rPr>
        <w:t>"What if I don't belong?"</w:t>
      </w:r>
    </w:p>
    <w:p>
      <w:pPr>
        <w:spacing w:after="60" w:line="266" w:lineRule="auto"/>
        <w:ind w:firstLine="331"/>
        <w:jc w:val="both"/>
      </w:pPr>
      <w:r>
        <w:rPr>
          <w:rFonts w:ascii="Georgia" w:hAnsi="Georgia"/>
          <w:b w:val="0"/>
          <w:i w:val="0"/>
          <w:color w:val="22201D"/>
          <w:sz w:val="20"/>
        </w:rPr>
        <w:t>No one answered quickly.</w:t>
      </w:r>
    </w:p>
    <w:p>
      <w:pPr>
        <w:spacing w:after="60" w:line="266" w:lineRule="auto"/>
        <w:ind w:firstLine="331"/>
        <w:jc w:val="both"/>
      </w:pPr>
      <w:r>
        <w:rPr>
          <w:rFonts w:ascii="Georgia" w:hAnsi="Georgia"/>
          <w:b w:val="0"/>
          <w:i w:val="0"/>
          <w:color w:val="22201D"/>
          <w:sz w:val="20"/>
        </w:rPr>
        <w:t>The blank menu lay on the counter. The final receipt rested under the salt shaker. The table card waited across the room without glowing, which made it more difficult to dismiss and less dangerous to approach.</w:t>
      </w:r>
    </w:p>
    <w:p>
      <w:pPr>
        <w:spacing w:after="60" w:line="266" w:lineRule="auto"/>
        <w:ind w:firstLine="331"/>
        <w:jc w:val="both"/>
      </w:pPr>
      <w:r>
        <w:rPr>
          <w:rFonts w:ascii="Georgia" w:hAnsi="Georgia"/>
          <w:b w:val="0"/>
          <w:i w:val="0"/>
          <w:color w:val="22201D"/>
          <w:sz w:val="20"/>
        </w:rPr>
        <w:t>Flocc thought belonging would feel warmer than this. He had imagined, without meaning to, that the last table would recognize someone. That recognition would pour over them like soup. They would understand they were welcome, and the room would settle its chairs around that fact.</w:t>
      </w:r>
    </w:p>
    <w:p>
      <w:pPr>
        <w:spacing w:after="60" w:line="266" w:lineRule="auto"/>
        <w:ind w:firstLine="331"/>
        <w:jc w:val="both"/>
      </w:pPr>
      <w:r>
        <w:rPr>
          <w:rFonts w:ascii="Georgia" w:hAnsi="Georgia"/>
          <w:b w:val="0"/>
          <w:i w:val="0"/>
          <w:color w:val="22201D"/>
          <w:sz w:val="20"/>
        </w:rPr>
        <w:t>Instead the room required walking.</w:t>
      </w:r>
    </w:p>
    <w:p>
      <w:pPr>
        <w:spacing w:after="60" w:line="266" w:lineRule="auto"/>
        <w:ind w:firstLine="331"/>
        <w:jc w:val="both"/>
      </w:pPr>
      <w:r>
        <w:rPr>
          <w:rFonts w:ascii="Georgia" w:hAnsi="Georgia"/>
          <w:b w:val="0"/>
          <w:i w:val="0"/>
          <w:color w:val="22201D"/>
          <w:sz w:val="20"/>
        </w:rPr>
        <w:t>The woman looked at him.</w:t>
      </w:r>
    </w:p>
    <w:p>
      <w:pPr>
        <w:spacing w:after="60" w:line="266" w:lineRule="auto"/>
        <w:ind w:firstLine="331"/>
        <w:jc w:val="both"/>
      </w:pPr>
      <w:r>
        <w:rPr>
          <w:rFonts w:ascii="Georgia" w:hAnsi="Georgia"/>
          <w:b w:val="0"/>
          <w:i w:val="0"/>
          <w:color w:val="22201D"/>
          <w:sz w:val="20"/>
        </w:rPr>
        <w:t>"How did you know where to put it?"</w:t>
      </w:r>
    </w:p>
    <w:p>
      <w:pPr>
        <w:spacing w:after="60" w:line="266" w:lineRule="auto"/>
        <w:ind w:firstLine="331"/>
        <w:jc w:val="both"/>
      </w:pPr>
      <w:r>
        <w:rPr>
          <w:rFonts w:ascii="Georgia" w:hAnsi="Georgia"/>
          <w:b w:val="0"/>
          <w:i w:val="0"/>
          <w:color w:val="22201D"/>
          <w:sz w:val="20"/>
        </w:rPr>
        <w:t>Flocc almost said he didn't. That would have been true, but incomplete in the showy way incomplete truths sometimes used to escape responsibility.</w:t>
      </w:r>
    </w:p>
    <w:p>
      <w:pPr>
        <w:spacing w:after="60" w:line="266" w:lineRule="auto"/>
        <w:ind w:firstLine="331"/>
        <w:jc w:val="both"/>
      </w:pPr>
      <w:r>
        <w:rPr>
          <w:rFonts w:ascii="Georgia" w:hAnsi="Georgia"/>
          <w:b w:val="0"/>
          <w:i w:val="0"/>
          <w:color w:val="22201D"/>
          <w:sz w:val="20"/>
        </w:rPr>
        <w:t>"I looked for a table that could receive someone without making them explain why they came," he said. "Near the door, but not at the door. Visible, but not watched. Clean, but not special."</w:t>
      </w:r>
    </w:p>
    <w:p>
      <w:pPr>
        <w:spacing w:after="60" w:line="266" w:lineRule="auto"/>
        <w:ind w:firstLine="331"/>
        <w:jc w:val="both"/>
      </w:pPr>
      <w:r>
        <w:rPr>
          <w:rFonts w:ascii="Georgia" w:hAnsi="Georgia"/>
          <w:b w:val="0"/>
          <w:i w:val="0"/>
          <w:color w:val="22201D"/>
          <w:sz w:val="20"/>
        </w:rPr>
        <w:t>The woman looked at the table again.</w:t>
      </w:r>
    </w:p>
    <w:p>
      <w:pPr>
        <w:spacing w:after="60" w:line="266" w:lineRule="auto"/>
        <w:ind w:firstLine="331"/>
        <w:jc w:val="both"/>
      </w:pPr>
      <w:r>
        <w:rPr>
          <w:rFonts w:ascii="Georgia" w:hAnsi="Georgia"/>
          <w:b w:val="0"/>
          <w:i w:val="0"/>
          <w:color w:val="22201D"/>
          <w:sz w:val="20"/>
        </w:rPr>
        <w:t>"That sounds like work."</w:t>
      </w:r>
    </w:p>
    <w:p>
      <w:pPr>
        <w:spacing w:after="60" w:line="266" w:lineRule="auto"/>
        <w:ind w:firstLine="331"/>
        <w:jc w:val="both"/>
      </w:pPr>
      <w:r>
        <w:rPr>
          <w:rFonts w:ascii="Georgia" w:hAnsi="Georgia"/>
          <w:b w:val="0"/>
          <w:i w:val="0"/>
          <w:color w:val="22201D"/>
          <w:sz w:val="20"/>
        </w:rPr>
        <w:t>"It was a little work."</w:t>
      </w:r>
    </w:p>
    <w:p>
      <w:pPr>
        <w:spacing w:after="60" w:line="266" w:lineRule="auto"/>
        <w:ind w:firstLine="331"/>
        <w:jc w:val="both"/>
      </w:pPr>
      <w:r>
        <w:rPr>
          <w:rFonts w:ascii="Georgia" w:hAnsi="Georgia"/>
          <w:b w:val="0"/>
          <w:i w:val="0"/>
          <w:color w:val="22201D"/>
          <w:sz w:val="20"/>
        </w:rPr>
        <w:t>The receipt printer clicked from beneath the counter.</w:t>
      </w:r>
    </w:p>
    <w:p>
      <w:pPr>
        <w:spacing w:after="60" w:line="266" w:lineRule="auto"/>
        <w:ind w:firstLine="331"/>
        <w:jc w:val="both"/>
      </w:pPr>
      <w:r>
        <w:rPr>
          <w:rFonts w:ascii="Georgia" w:hAnsi="Georgia"/>
          <w:b w:val="0"/>
          <w:i w:val="0"/>
          <w:color w:val="22201D"/>
          <w:sz w:val="20"/>
        </w:rPr>
        <w:t>Steve raised one finger. "We are not starting another receipt."</w:t>
      </w:r>
    </w:p>
    <w:p>
      <w:pPr>
        <w:spacing w:after="60" w:line="266" w:lineRule="auto"/>
        <w:ind w:firstLine="331"/>
        <w:jc w:val="both"/>
      </w:pPr>
      <w:r>
        <w:rPr>
          <w:rFonts w:ascii="Georgia" w:hAnsi="Georgia"/>
          <w:b w:val="0"/>
          <w:i w:val="0"/>
          <w:color w:val="22201D"/>
          <w:sz w:val="20"/>
        </w:rPr>
        <w:t>The printer remained silent.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 child at Table Three lifted her head from her folded arms and said, "Is the last table lonely?"</w:t>
      </w:r>
    </w:p>
    <w:p>
      <w:pPr>
        <w:spacing w:after="60" w:line="266" w:lineRule="auto"/>
        <w:ind w:firstLine="331"/>
        <w:jc w:val="both"/>
      </w:pPr>
      <w:r>
        <w:rPr>
          <w:rFonts w:ascii="Georgia" w:hAnsi="Georgia"/>
          <w:b w:val="0"/>
          <w:i w:val="0"/>
          <w:color w:val="22201D"/>
          <w:sz w:val="20"/>
        </w:rPr>
        <w:t>Gerald looked ready to object to assigning emotional states to furniture, but the Hostess reached the answer first.</w:t>
      </w:r>
    </w:p>
    <w:p>
      <w:pPr>
        <w:spacing w:after="60" w:line="266" w:lineRule="auto"/>
        <w:ind w:firstLine="331"/>
        <w:jc w:val="both"/>
      </w:pPr>
      <w:r>
        <w:rPr>
          <w:rFonts w:ascii="Georgia" w:hAnsi="Georgia"/>
          <w:b w:val="0"/>
          <w:i w:val="0"/>
          <w:color w:val="22201D"/>
          <w:sz w:val="20"/>
        </w:rPr>
        <w:t>"A table is not lonely when it is ready."</w:t>
      </w:r>
    </w:p>
    <w:p>
      <w:pPr>
        <w:spacing w:after="60" w:line="266" w:lineRule="auto"/>
        <w:ind w:firstLine="331"/>
        <w:jc w:val="both"/>
      </w:pPr>
      <w:r>
        <w:rPr>
          <w:rFonts w:ascii="Georgia" w:hAnsi="Georgia"/>
          <w:b w:val="0"/>
          <w:i w:val="0"/>
          <w:color w:val="22201D"/>
          <w:sz w:val="20"/>
        </w:rPr>
        <w:t>The child considered this. "Can a table be too ready?"</w:t>
      </w:r>
    </w:p>
    <w:p>
      <w:pPr>
        <w:spacing w:after="60" w:line="266" w:lineRule="auto"/>
        <w:ind w:firstLine="331"/>
        <w:jc w:val="both"/>
      </w:pPr>
      <w:r>
        <w:rPr>
          <w:rFonts w:ascii="Georgia" w:hAnsi="Georgia"/>
          <w:b w:val="0"/>
          <w:i w:val="0"/>
          <w:color w:val="22201D"/>
          <w:sz w:val="20"/>
        </w:rPr>
        <w:t>Bob said, "Yes. That is called brunch."</w:t>
      </w:r>
    </w:p>
    <w:p>
      <w:pPr>
        <w:spacing w:after="60" w:line="266" w:lineRule="auto"/>
        <w:ind w:firstLine="331"/>
        <w:jc w:val="both"/>
      </w:pPr>
      <w:r>
        <w:rPr>
          <w:rFonts w:ascii="Georgia" w:hAnsi="Georgia"/>
          <w:b w:val="0"/>
          <w:i w:val="0"/>
          <w:color w:val="22201D"/>
          <w:sz w:val="20"/>
        </w:rPr>
        <w:t>Nico laughed into a towel.</w:t>
      </w:r>
    </w:p>
    <w:p>
      <w:pPr>
        <w:spacing w:after="60" w:line="266" w:lineRule="auto"/>
        <w:ind w:firstLine="331"/>
        <w:jc w:val="both"/>
      </w:pPr>
      <w:r>
        <w:rPr>
          <w:rFonts w:ascii="Georgia" w:hAnsi="Georgia"/>
          <w:b w:val="0"/>
          <w:i w:val="0"/>
          <w:color w:val="22201D"/>
          <w:sz w:val="20"/>
        </w:rPr>
        <w:t>The woman smiled in spite of herself. The smile was small. It did not solve anything. It did make her hand loosen around the glass.</w:t>
      </w:r>
    </w:p>
    <w:p>
      <w:pPr>
        <w:spacing w:after="60" w:line="266" w:lineRule="auto"/>
        <w:ind w:firstLine="331"/>
        <w:jc w:val="both"/>
      </w:pPr>
      <w:r>
        <w:rPr>
          <w:rFonts w:ascii="Georgia" w:hAnsi="Georgia"/>
          <w:b w:val="0"/>
          <w:i w:val="0"/>
          <w:color w:val="22201D"/>
          <w:sz w:val="20"/>
        </w:rPr>
        <w:t>"If I sit there," she said, "am I accepting something?"</w:t>
      </w:r>
    </w:p>
    <w:p>
      <w:pPr>
        <w:spacing w:after="60" w:line="266" w:lineRule="auto"/>
        <w:ind w:firstLine="331"/>
        <w:jc w:val="both"/>
      </w:pPr>
      <w:r>
        <w:rPr>
          <w:rFonts w:ascii="Georgia" w:hAnsi="Georgia"/>
          <w:b w:val="0"/>
          <w:i w:val="0"/>
          <w:color w:val="22201D"/>
          <w:sz w:val="20"/>
        </w:rPr>
        <w:t>Steve spoke carefully. "You are accepting the use of a table. That may create service duties for us. It may create ordinary duties for you, such as not carving your name into the surface, not blocking aisles, and communicating practical needs. It does not create a permanent identity category."</w:t>
      </w:r>
    </w:p>
    <w:p>
      <w:pPr>
        <w:spacing w:after="60" w:line="266" w:lineRule="auto"/>
        <w:ind w:firstLine="331"/>
        <w:jc w:val="both"/>
      </w:pPr>
      <w:r>
        <w:rPr>
          <w:rFonts w:ascii="Georgia" w:hAnsi="Georgia"/>
          <w:b w:val="0"/>
          <w:i w:val="0"/>
          <w:color w:val="22201D"/>
          <w:sz w:val="20"/>
        </w:rPr>
        <w:t>"So I do not become a customer forever."</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"I do not become forgiven."</w:t>
      </w:r>
    </w:p>
    <w:p>
      <w:pPr>
        <w:spacing w:after="60" w:line="266" w:lineRule="auto"/>
        <w:ind w:firstLine="331"/>
        <w:jc w:val="both"/>
      </w:pPr>
      <w:r>
        <w:rPr>
          <w:rFonts w:ascii="Georgia" w:hAnsi="Georgia"/>
          <w:b w:val="0"/>
          <w:i w:val="0"/>
          <w:color w:val="22201D"/>
          <w:sz w:val="20"/>
        </w:rPr>
        <w:t>The Hostess answered this time. "Not by furniture."</w:t>
      </w:r>
    </w:p>
    <w:p>
      <w:pPr>
        <w:spacing w:after="60" w:line="266" w:lineRule="auto"/>
        <w:ind w:firstLine="331"/>
        <w:jc w:val="both"/>
      </w:pPr>
      <w:r>
        <w:rPr>
          <w:rFonts w:ascii="Georgia" w:hAnsi="Georgia"/>
          <w:b w:val="0"/>
          <w:i w:val="0"/>
          <w:color w:val="22201D"/>
          <w:sz w:val="20"/>
        </w:rPr>
        <w:t>"I do not become safe."</w:t>
      </w:r>
    </w:p>
    <w:p>
      <w:pPr>
        <w:spacing w:after="60" w:line="266" w:lineRule="auto"/>
        <w:ind w:firstLine="331"/>
        <w:jc w:val="both"/>
      </w:pPr>
      <w:r>
        <w:rPr>
          <w:rFonts w:ascii="Georgia" w:hAnsi="Georgia"/>
          <w:b w:val="0"/>
          <w:i w:val="0"/>
          <w:color w:val="22201D"/>
          <w:sz w:val="20"/>
        </w:rPr>
        <w:t>Gerald's expression changed. Not much, but enough.</w:t>
      </w:r>
    </w:p>
    <w:p>
      <w:pPr>
        <w:spacing w:after="60" w:line="266" w:lineRule="auto"/>
        <w:ind w:firstLine="331"/>
        <w:jc w:val="both"/>
      </w:pPr>
      <w:r>
        <w:rPr>
          <w:rFonts w:ascii="Georgia" w:hAnsi="Georgia"/>
          <w:b w:val="0"/>
          <w:i w:val="0"/>
          <w:color w:val="22201D"/>
          <w:sz w:val="20"/>
        </w:rPr>
        <w:t>"You become situated," he said. "Situated is safer than drifting. It is not the same as safe."</w:t>
      </w:r>
    </w:p>
    <w:p>
      <w:pPr>
        <w:spacing w:after="60" w:line="266" w:lineRule="auto"/>
        <w:ind w:firstLine="331"/>
        <w:jc w:val="both"/>
      </w:pPr>
      <w:r>
        <w:rPr>
          <w:rFonts w:ascii="Georgia" w:hAnsi="Georgia"/>
          <w:b w:val="0"/>
          <w:i w:val="0"/>
          <w:color w:val="22201D"/>
          <w:sz w:val="20"/>
        </w:rPr>
        <w:t>The woman nodded once, and that was the first thing she did that looked like a choice.</w:t>
      </w:r>
    </w:p>
    <w:p>
      <w:pPr>
        <w:spacing w:after="60" w:line="266" w:lineRule="auto"/>
        <w:ind w:firstLine="331"/>
        <w:jc w:val="both"/>
      </w:pPr>
      <w:r>
        <w:rPr>
          <w:rFonts w:ascii="Georgia" w:hAnsi="Georgia"/>
          <w:b w:val="0"/>
          <w:i w:val="0"/>
          <w:color w:val="22201D"/>
          <w:sz w:val="20"/>
        </w:rPr>
        <w:t>She carried her glass to the table.</w:t>
      </w:r>
    </w:p>
    <w:p>
      <w:pPr>
        <w:spacing w:after="60" w:line="266" w:lineRule="auto"/>
        <w:ind w:firstLine="331"/>
        <w:jc w:val="both"/>
      </w:pPr>
      <w:r>
        <w:rPr>
          <w:rFonts w:ascii="Georgia" w:hAnsi="Georgia"/>
          <w:b w:val="0"/>
          <w:i w:val="0"/>
          <w:color w:val="22201D"/>
          <w:sz w:val="20"/>
        </w:rPr>
        <w:t>No one escorted her.</w:t>
      </w:r>
    </w:p>
    <w:p>
      <w:pPr>
        <w:spacing w:after="60" w:line="266" w:lineRule="auto"/>
        <w:ind w:firstLine="331"/>
        <w:jc w:val="both"/>
      </w:pPr>
      <w:r>
        <w:rPr>
          <w:rFonts w:ascii="Georgia" w:hAnsi="Georgia"/>
          <w:b w:val="0"/>
          <w:i w:val="0"/>
          <w:color w:val="22201D"/>
          <w:sz w:val="20"/>
        </w:rPr>
        <w:t>No one applauded.</w:t>
      </w:r>
    </w:p>
    <w:p>
      <w:pPr>
        <w:spacing w:after="60" w:line="266" w:lineRule="auto"/>
        <w:ind w:firstLine="331"/>
        <w:jc w:val="both"/>
      </w:pPr>
      <w:r>
        <w:rPr>
          <w:rFonts w:ascii="Georgia" w:hAnsi="Georgia"/>
          <w:b w:val="0"/>
          <w:i w:val="0"/>
          <w:color w:val="22201D"/>
          <w:sz w:val="20"/>
        </w:rPr>
        <w:t>No one made the walk sacred.</w:t>
      </w:r>
    </w:p>
    <w:p>
      <w:pPr>
        <w:spacing w:after="60" w:line="266" w:lineRule="auto"/>
        <w:ind w:firstLine="331"/>
        <w:jc w:val="both"/>
      </w:pPr>
      <w:r>
        <w:rPr>
          <w:rFonts w:ascii="Georgia" w:hAnsi="Georgia"/>
          <w:b w:val="0"/>
          <w:i w:val="0"/>
          <w:color w:val="22201D"/>
          <w:sz w:val="20"/>
        </w:rPr>
        <w:t>Bob moved one chair a quarter inch out of her path before she reached it. Gerald watched the floor. Steve watched the ledger because if he watched her, he might turn her into an entry too soon. Nico found a clean cup and then did not bring it because she already had one. The Hostess stood at the threshold between counter and dining room, where she could help without owning the arrival.</w:t>
      </w:r>
    </w:p>
    <w:p>
      <w:pPr>
        <w:spacing w:after="60" w:line="266" w:lineRule="auto"/>
        <w:ind w:firstLine="331"/>
        <w:jc w:val="both"/>
      </w:pPr>
      <w:r>
        <w:rPr>
          <w:rFonts w:ascii="Georgia" w:hAnsi="Georgia"/>
          <w:b w:val="0"/>
          <w:i w:val="0"/>
          <w:color w:val="22201D"/>
          <w:sz w:val="20"/>
        </w:rPr>
        <w:t>The woman stopped beside the table.</w:t>
      </w:r>
    </w:p>
    <w:p>
      <w:pPr>
        <w:spacing w:after="60" w:line="266" w:lineRule="auto"/>
        <w:ind w:firstLine="331"/>
        <w:jc w:val="both"/>
      </w:pPr>
      <w:r>
        <w:rPr>
          <w:rFonts w:ascii="Georgia" w:hAnsi="Georgia"/>
          <w:b w:val="0"/>
          <w:i w:val="0"/>
          <w:color w:val="22201D"/>
          <w:sz w:val="20"/>
        </w:rPr>
        <w:t>The card said OPEN.</w:t>
      </w:r>
    </w:p>
    <w:p>
      <w:pPr>
        <w:spacing w:after="60" w:line="266" w:lineRule="auto"/>
        <w:ind w:firstLine="331"/>
        <w:jc w:val="both"/>
      </w:pPr>
      <w:r>
        <w:rPr>
          <w:rFonts w:ascii="Georgia" w:hAnsi="Georgia"/>
          <w:b w:val="0"/>
          <w:i w:val="0"/>
          <w:color w:val="22201D"/>
          <w:sz w:val="20"/>
        </w:rPr>
        <w:t>She did not sit.</w:t>
      </w:r>
    </w:p>
    <w:p>
      <w:pPr>
        <w:spacing w:after="60" w:line="266" w:lineRule="auto"/>
        <w:ind w:firstLine="331"/>
        <w:jc w:val="both"/>
      </w:pPr>
      <w:r>
        <w:rPr>
          <w:rFonts w:ascii="Georgia" w:hAnsi="Georgia"/>
          <w:b w:val="0"/>
          <w:i w:val="0"/>
          <w:color w:val="22201D"/>
          <w:sz w:val="20"/>
        </w:rPr>
        <w:t>"What if I take someone else's place?" she asked.</w:t>
      </w:r>
    </w:p>
    <w:p>
      <w:pPr>
        <w:spacing w:after="60" w:line="266" w:lineRule="auto"/>
        <w:ind w:firstLine="331"/>
        <w:jc w:val="both"/>
      </w:pPr>
      <w:r>
        <w:rPr>
          <w:rFonts w:ascii="Georgia" w:hAnsi="Georgia"/>
          <w:b w:val="0"/>
          <w:i w:val="0"/>
          <w:color w:val="22201D"/>
          <w:sz w:val="20"/>
        </w:rPr>
        <w:t>The Hostess looked around the room.</w:t>
      </w:r>
    </w:p>
    <w:p>
      <w:pPr>
        <w:spacing w:after="60" w:line="266" w:lineRule="auto"/>
        <w:ind w:firstLine="331"/>
        <w:jc w:val="both"/>
      </w:pPr>
      <w:r>
        <w:rPr>
          <w:rFonts w:ascii="Georgia" w:hAnsi="Georgia"/>
          <w:b w:val="0"/>
          <w:i w:val="0"/>
          <w:color w:val="22201D"/>
          <w:sz w:val="20"/>
        </w:rPr>
        <w:t>"Then we find another chair."</w:t>
      </w:r>
    </w:p>
    <w:p>
      <w:pPr>
        <w:spacing w:after="60" w:line="266" w:lineRule="auto"/>
        <w:ind w:firstLine="331"/>
        <w:jc w:val="both"/>
      </w:pPr>
      <w:r>
        <w:rPr>
          <w:rFonts w:ascii="Georgia" w:hAnsi="Georgia"/>
          <w:b w:val="0"/>
          <w:i w:val="0"/>
          <w:color w:val="22201D"/>
          <w:sz w:val="20"/>
        </w:rPr>
        <w:t>"What if there are no chairs?"</w:t>
      </w:r>
    </w:p>
    <w:p>
      <w:pPr>
        <w:spacing w:after="60" w:line="266" w:lineRule="auto"/>
        <w:ind w:firstLine="331"/>
        <w:jc w:val="both"/>
      </w:pPr>
      <w:r>
        <w:rPr>
          <w:rFonts w:ascii="Georgia" w:hAnsi="Georgia"/>
          <w:b w:val="0"/>
          <w:i w:val="0"/>
          <w:color w:val="22201D"/>
          <w:sz w:val="20"/>
        </w:rPr>
        <w:t>"Then we admit that before pretending otherwise."</w:t>
      </w:r>
    </w:p>
    <w:p>
      <w:pPr>
        <w:spacing w:after="60" w:line="266" w:lineRule="auto"/>
        <w:ind w:firstLine="331"/>
        <w:jc w:val="both"/>
      </w:pPr>
      <w:r>
        <w:rPr>
          <w:rFonts w:ascii="Georgia" w:hAnsi="Georgia"/>
          <w:b w:val="0"/>
          <w:i w:val="0"/>
          <w:color w:val="22201D"/>
          <w:sz w:val="20"/>
        </w:rPr>
        <w:t>"What if admitting it means someone leaves?"</w:t>
      </w:r>
    </w:p>
    <w:p>
      <w:pPr>
        <w:spacing w:after="60" w:line="266" w:lineRule="auto"/>
        <w:ind w:firstLine="331"/>
        <w:jc w:val="both"/>
      </w:pPr>
      <w:r>
        <w:rPr>
          <w:rFonts w:ascii="Georgia" w:hAnsi="Georgia"/>
          <w:b w:val="0"/>
          <w:i w:val="0"/>
          <w:color w:val="22201D"/>
          <w:sz w:val="20"/>
        </w:rPr>
        <w:t>"Then we do not call that hospitality unless it is true."</w:t>
      </w:r>
    </w:p>
    <w:p>
      <w:pPr>
        <w:spacing w:after="60" w:line="266" w:lineRule="auto"/>
        <w:ind w:firstLine="331"/>
        <w:jc w:val="both"/>
      </w:pPr>
      <w:r>
        <w:rPr>
          <w:rFonts w:ascii="Georgia" w:hAnsi="Georgia"/>
          <w:b w:val="0"/>
          <w:i w:val="0"/>
          <w:color w:val="22201D"/>
          <w:sz w:val="20"/>
        </w:rPr>
        <w:t>The woman touched the back of the chair.</w:t>
      </w:r>
    </w:p>
    <w:p>
      <w:pPr>
        <w:spacing w:after="60" w:line="266" w:lineRule="auto"/>
        <w:ind w:firstLine="331"/>
        <w:jc w:val="both"/>
      </w:pPr>
      <w:r>
        <w:rPr>
          <w:rFonts w:ascii="Georgia" w:hAnsi="Georgia"/>
          <w:b w:val="0"/>
          <w:i w:val="0"/>
          <w:color w:val="22201D"/>
          <w:sz w:val="20"/>
        </w:rPr>
        <w:t>"You keep saying things that don't finish the problem."</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The woman sat.</w:t>
      </w:r>
    </w:p>
    <w:p>
      <w:pPr>
        <w:spacing w:after="60" w:line="266" w:lineRule="auto"/>
        <w:ind w:firstLine="331"/>
        <w:jc w:val="both"/>
      </w:pPr>
      <w:r>
        <w:rPr>
          <w:rFonts w:ascii="Georgia" w:hAnsi="Georgia"/>
          <w:b w:val="0"/>
          <w:i w:val="0"/>
          <w:color w:val="22201D"/>
          <w:sz w:val="20"/>
        </w:rPr>
        <w:t>The restaurant did not change.</w:t>
      </w:r>
    </w:p>
    <w:p>
      <w:pPr>
        <w:spacing w:after="60" w:line="266" w:lineRule="auto"/>
        <w:ind w:firstLine="331"/>
        <w:jc w:val="both"/>
      </w:pPr>
      <w:r>
        <w:rPr>
          <w:rFonts w:ascii="Georgia" w:hAnsi="Georgia"/>
          <w:b w:val="0"/>
          <w:i w:val="0"/>
          <w:color w:val="22201D"/>
          <w:sz w:val="20"/>
        </w:rPr>
        <w:t>The room did.</w:t>
      </w:r>
    </w:p>
    <w:p>
      <w:pPr>
        <w:spacing w:after="60" w:line="266" w:lineRule="auto"/>
        <w:ind w:firstLine="331"/>
        <w:jc w:val="both"/>
      </w:pPr>
      <w:r>
        <w:rPr>
          <w:rFonts w:ascii="Georgia" w:hAnsi="Georgia"/>
          <w:b w:val="0"/>
          <w:i w:val="0"/>
          <w:color w:val="22201D"/>
          <w:sz w:val="20"/>
        </w:rPr>
        <w:t>It happened in ways no story could use for proof. The old man shifted his toast plate to make the aisle feel wider. The student at Table Two moved her returned napkins to the edge where anyone could reach them. Bob set a bread knife flat instead of point-out on the counter. Gerald stopped standing directly in the line of sight between the woman and the door. Steve turned the ledger so the page faced him alone. Nico lowered the dish rack without clatter.</w:t>
      </w:r>
    </w:p>
    <w:p>
      <w:pPr>
        <w:spacing w:after="60" w:line="266" w:lineRule="auto"/>
        <w:ind w:firstLine="331"/>
        <w:jc w:val="both"/>
      </w:pPr>
      <w:r>
        <w:rPr>
          <w:rFonts w:ascii="Georgia" w:hAnsi="Georgia"/>
          <w:b w:val="0"/>
          <w:i w:val="0"/>
          <w:color w:val="22201D"/>
          <w:sz w:val="20"/>
        </w:rPr>
        <w:t>The table was not special.</w:t>
      </w:r>
    </w:p>
    <w:p>
      <w:pPr>
        <w:spacing w:after="60" w:line="266" w:lineRule="auto"/>
        <w:ind w:firstLine="331"/>
        <w:jc w:val="both"/>
      </w:pPr>
      <w:r>
        <w:rPr>
          <w:rFonts w:ascii="Georgia" w:hAnsi="Georgia"/>
          <w:b w:val="0"/>
          <w:i w:val="0"/>
          <w:color w:val="22201D"/>
          <w:sz w:val="20"/>
        </w:rPr>
        <w:t>The service around it became careful.</w:t>
      </w:r>
    </w:p>
    <w:p>
      <w:pPr>
        <w:spacing w:after="60" w:line="266" w:lineRule="auto"/>
        <w:ind w:firstLine="331"/>
        <w:jc w:val="both"/>
      </w:pPr>
      <w:r>
        <w:rPr>
          <w:rFonts w:ascii="Georgia" w:hAnsi="Georgia"/>
          <w:b w:val="0"/>
          <w:i w:val="0"/>
          <w:color w:val="22201D"/>
          <w:sz w:val="20"/>
        </w:rPr>
        <w:t>Flocc understood, and then distrusted the understanding because understanding was useful only when it stayed humble.</w:t>
      </w:r>
    </w:p>
    <w:p>
      <w:pPr>
        <w:spacing w:after="60" w:line="266" w:lineRule="auto"/>
        <w:ind w:firstLine="331"/>
        <w:jc w:val="both"/>
      </w:pPr>
      <w:r>
        <w:rPr>
          <w:rFonts w:ascii="Georgia" w:hAnsi="Georgia"/>
          <w:b w:val="0"/>
          <w:i w:val="0"/>
          <w:color w:val="22201D"/>
          <w:sz w:val="20"/>
        </w:rPr>
        <w:t>The table card fluttered once in the movement of the ceiling fan.</w:t>
      </w:r>
    </w:p>
    <w:p>
      <w:pPr>
        <w:spacing w:after="60" w:line="266" w:lineRule="auto"/>
        <w:ind w:firstLine="331"/>
        <w:jc w:val="both"/>
      </w:pPr>
      <w:r>
        <w:rPr>
          <w:rFonts w:ascii="Georgia" w:hAnsi="Georgia"/>
          <w:b w:val="0"/>
          <w:i w:val="0"/>
          <w:color w:val="22201D"/>
          <w:sz w:val="20"/>
        </w:rPr>
        <w:t>The woman put one hand on it to keep it from sliding.</w:t>
      </w:r>
    </w:p>
    <w:p>
      <w:pPr>
        <w:spacing w:after="60" w:line="266" w:lineRule="auto"/>
        <w:ind w:firstLine="331"/>
        <w:jc w:val="both"/>
      </w:pPr>
      <w:r>
        <w:rPr>
          <w:rFonts w:ascii="Georgia" w:hAnsi="Georgia"/>
          <w:b w:val="0"/>
          <w:i w:val="0"/>
          <w:color w:val="22201D"/>
          <w:sz w:val="20"/>
        </w:rPr>
        <w:t>"May I turn it around?" she asked.</w:t>
      </w:r>
    </w:p>
    <w:p>
      <w:pPr>
        <w:spacing w:after="60" w:line="266" w:lineRule="auto"/>
        <w:ind w:firstLine="331"/>
        <w:jc w:val="both"/>
      </w:pPr>
      <w:r>
        <w:rPr>
          <w:rFonts w:ascii="Georgia" w:hAnsi="Georgia"/>
          <w:b w:val="0"/>
          <w:i w:val="0"/>
          <w:color w:val="22201D"/>
          <w:sz w:val="20"/>
        </w:rPr>
        <w:t>The Hostess said, "You may."</w:t>
      </w:r>
    </w:p>
    <w:p>
      <w:pPr>
        <w:spacing w:after="60" w:line="266" w:lineRule="auto"/>
        <w:ind w:firstLine="331"/>
        <w:jc w:val="both"/>
      </w:pPr>
      <w:r>
        <w:rPr>
          <w:rFonts w:ascii="Georgia" w:hAnsi="Georgia"/>
          <w:b w:val="0"/>
          <w:i w:val="0"/>
          <w:color w:val="22201D"/>
          <w:sz w:val="20"/>
        </w:rPr>
        <w:t>On the back, in smaller writing, were three lines.</w:t>
      </w:r>
    </w:p>
    <w:p>
      <w:pPr>
        <w:spacing w:after="60" w:line="250" w:lineRule="auto"/>
        <w:ind w:left="202" w:right="173"/>
      </w:pPr>
      <w:r>
        <w:rPr>
          <w:rFonts w:ascii="Georgia" w:hAnsi="Georgia"/>
          <w:b w:val="0"/>
          <w:i w:val="0"/>
          <w:color w:val="22201D"/>
          <w:sz w:val="17"/>
        </w:rPr>
        <w:t>This table is open while care remains possible. Belonging is not proof of ownership. If bread arrives, receive before explaining.</w:t>
      </w:r>
    </w:p>
    <w:p>
      <w:pPr>
        <w:spacing w:after="60" w:line="266" w:lineRule="auto"/>
        <w:ind w:firstLine="331"/>
        <w:jc w:val="both"/>
      </w:pPr>
      <w:r>
        <w:rPr>
          <w:rFonts w:ascii="Georgia" w:hAnsi="Georgia"/>
          <w:b w:val="0"/>
          <w:i w:val="0"/>
          <w:color w:val="22201D"/>
          <w:sz w:val="20"/>
        </w:rPr>
        <w:t>Bob squinted from the counter.</w:t>
      </w:r>
    </w:p>
    <w:p>
      <w:pPr>
        <w:spacing w:after="60" w:line="266" w:lineRule="auto"/>
        <w:ind w:firstLine="331"/>
        <w:jc w:val="both"/>
      </w:pPr>
      <w:r>
        <w:rPr>
          <w:rFonts w:ascii="Georgia" w:hAnsi="Georgia"/>
          <w:b w:val="0"/>
          <w:i w:val="0"/>
          <w:color w:val="22201D"/>
          <w:sz w:val="20"/>
        </w:rPr>
        <w:t>"I did not approve future bread language."</w:t>
      </w:r>
    </w:p>
    <w:p>
      <w:pPr>
        <w:spacing w:after="60" w:line="266" w:lineRule="auto"/>
        <w:ind w:firstLine="331"/>
        <w:jc w:val="both"/>
      </w:pPr>
      <w:r>
        <w:rPr>
          <w:rFonts w:ascii="Georgia" w:hAnsi="Georgia"/>
          <w:b w:val="0"/>
          <w:i w:val="0"/>
          <w:color w:val="22201D"/>
          <w:sz w:val="20"/>
        </w:rPr>
        <w:t>"You keep bread," the Hostess said. "You do not own arrival."</w:t>
      </w:r>
    </w:p>
    <w:p>
      <w:pPr>
        <w:spacing w:after="60" w:line="266" w:lineRule="auto"/>
        <w:ind w:firstLine="331"/>
        <w:jc w:val="both"/>
      </w:pPr>
      <w:r>
        <w:rPr>
          <w:rFonts w:ascii="Georgia" w:hAnsi="Georgia"/>
          <w:b w:val="0"/>
          <w:i w:val="0"/>
          <w:color w:val="22201D"/>
          <w:sz w:val="20"/>
        </w:rPr>
        <w:t>Bob looked injured by the accuracy.</w:t>
      </w:r>
    </w:p>
    <w:p>
      <w:pPr>
        <w:spacing w:after="60" w:line="266" w:lineRule="auto"/>
        <w:ind w:firstLine="331"/>
        <w:jc w:val="both"/>
      </w:pPr>
      <w:r>
        <w:rPr>
          <w:rFonts w:ascii="Georgia" w:hAnsi="Georgia"/>
          <w:b w:val="0"/>
          <w:i w:val="0"/>
          <w:color w:val="22201D"/>
          <w:sz w:val="20"/>
        </w:rPr>
        <w:t>The woman read the card again.</w:t>
      </w:r>
    </w:p>
    <w:p>
      <w:pPr>
        <w:spacing w:after="60" w:line="266" w:lineRule="auto"/>
        <w:ind w:firstLine="331"/>
        <w:jc w:val="both"/>
      </w:pPr>
      <w:r>
        <w:rPr>
          <w:rFonts w:ascii="Georgia" w:hAnsi="Georgia"/>
          <w:b w:val="0"/>
          <w:i w:val="0"/>
          <w:color w:val="22201D"/>
          <w:sz w:val="20"/>
        </w:rPr>
        <w:t>"Belonging is not proof of ownership," she said.</w:t>
      </w:r>
    </w:p>
    <w:p>
      <w:pPr>
        <w:spacing w:after="60" w:line="266" w:lineRule="auto"/>
        <w:ind w:firstLine="331"/>
        <w:jc w:val="both"/>
      </w:pPr>
      <w:r>
        <w:rPr>
          <w:rFonts w:ascii="Georgia" w:hAnsi="Georgia"/>
          <w:b w:val="0"/>
          <w:i w:val="0"/>
          <w:color w:val="22201D"/>
          <w:sz w:val="20"/>
        </w:rPr>
        <w:t>"Correct," Steve said.</w:t>
      </w:r>
    </w:p>
    <w:p>
      <w:pPr>
        <w:spacing w:after="60" w:line="266" w:lineRule="auto"/>
        <w:ind w:firstLine="331"/>
        <w:jc w:val="both"/>
      </w:pPr>
      <w:r>
        <w:rPr>
          <w:rFonts w:ascii="Georgia" w:hAnsi="Georgia"/>
          <w:b w:val="0"/>
          <w:i w:val="0"/>
          <w:color w:val="22201D"/>
          <w:sz w:val="20"/>
        </w:rPr>
        <w:t>"So if I belong here for a while, I cannot use that to claim the place."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"And if I cannot claim the place, I do not have to defend being here by explaining why I deserve it."</w:t>
      </w:r>
    </w:p>
    <w:p>
      <w:pPr>
        <w:spacing w:after="60" w:line="266" w:lineRule="auto"/>
        <w:ind w:firstLine="331"/>
        <w:jc w:val="both"/>
      </w:pPr>
      <w:r>
        <w:rPr>
          <w:rFonts w:ascii="Georgia" w:hAnsi="Georgia"/>
          <w:b w:val="0"/>
          <w:i w:val="0"/>
          <w:color w:val="22201D"/>
          <w:sz w:val="20"/>
        </w:rPr>
        <w:t>Steve opened his mouth, closed it, and looked to the Hostess.</w:t>
      </w:r>
    </w:p>
    <w:p>
      <w:pPr>
        <w:spacing w:after="60" w:line="266" w:lineRule="auto"/>
        <w:ind w:firstLine="331"/>
        <w:jc w:val="both"/>
      </w:pPr>
      <w:r>
        <w:rPr>
          <w:rFonts w:ascii="Georgia" w:hAnsi="Georgia"/>
          <w:b w:val="0"/>
          <w:i w:val="0"/>
          <w:color w:val="22201D"/>
          <w:sz w:val="20"/>
        </w:rPr>
        <w:t>The Hostess said, "Correct."</w:t>
      </w:r>
    </w:p>
    <w:p>
      <w:pPr>
        <w:spacing w:after="60" w:line="266" w:lineRule="auto"/>
        <w:ind w:firstLine="331"/>
        <w:jc w:val="both"/>
      </w:pPr>
      <w:r>
        <w:rPr>
          <w:rFonts w:ascii="Georgia" w:hAnsi="Georgia"/>
          <w:b w:val="0"/>
          <w:i w:val="0"/>
          <w:color w:val="22201D"/>
          <w:sz w:val="20"/>
        </w:rPr>
        <w:t>The woman breathed in.</w:t>
      </w:r>
    </w:p>
    <w:p>
      <w:pPr>
        <w:spacing w:after="60" w:line="266" w:lineRule="auto"/>
        <w:ind w:firstLine="331"/>
        <w:jc w:val="both"/>
      </w:pPr>
      <w:r>
        <w:rPr>
          <w:rFonts w:ascii="Georgia" w:hAnsi="Georgia"/>
          <w:b w:val="0"/>
          <w:i w:val="0"/>
          <w:color w:val="22201D"/>
          <w:sz w:val="20"/>
        </w:rPr>
        <w:t>It was not a dramatic breath. It was the sort of breath a person takes when a chair holds, when a glass does not spill, when the door remains visible but no longer has to be used immediately.</w:t>
      </w:r>
    </w:p>
    <w:p>
      <w:pPr>
        <w:spacing w:after="60" w:line="266" w:lineRule="auto"/>
        <w:ind w:firstLine="331"/>
        <w:jc w:val="both"/>
      </w:pPr>
      <w:r>
        <w:rPr>
          <w:rFonts w:ascii="Georgia" w:hAnsi="Georgia"/>
          <w:b w:val="0"/>
          <w:i w:val="0"/>
          <w:color w:val="22201D"/>
          <w:sz w:val="20"/>
        </w:rPr>
        <w:t>A man near the wall stood up too quickly.</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The man froze. "I was only going to leave."</w:t>
      </w:r>
    </w:p>
    <w:p>
      <w:pPr>
        <w:spacing w:after="60" w:line="266" w:lineRule="auto"/>
        <w:ind w:firstLine="331"/>
        <w:jc w:val="both"/>
      </w:pPr>
      <w:r>
        <w:rPr>
          <w:rFonts w:ascii="Georgia" w:hAnsi="Georgia"/>
          <w:b w:val="0"/>
          <w:i w:val="0"/>
          <w:color w:val="22201D"/>
          <w:sz w:val="20"/>
        </w:rPr>
        <w:t>"Leaving is permitted," Gerald said. "Sudden chair movement is monitored."</w:t>
      </w:r>
    </w:p>
    <w:p>
      <w:pPr>
        <w:spacing w:after="60" w:line="266" w:lineRule="auto"/>
        <w:ind w:firstLine="331"/>
        <w:jc w:val="both"/>
      </w:pPr>
      <w:r>
        <w:rPr>
          <w:rFonts w:ascii="Georgia" w:hAnsi="Georgia"/>
          <w:b w:val="0"/>
          <w:i w:val="0"/>
          <w:color w:val="22201D"/>
          <w:sz w:val="20"/>
        </w:rPr>
        <w:t>"I didn't know whether I was allowed to leave before the final receipt finished."</w:t>
      </w:r>
    </w:p>
    <w:p>
      <w:pPr>
        <w:spacing w:after="60" w:line="266" w:lineRule="auto"/>
        <w:ind w:firstLine="331"/>
        <w:jc w:val="both"/>
      </w:pPr>
      <w:r>
        <w:rPr>
          <w:rFonts w:ascii="Georgia" w:hAnsi="Georgia"/>
          <w:b w:val="0"/>
          <w:i w:val="0"/>
          <w:color w:val="22201D"/>
          <w:sz w:val="20"/>
        </w:rPr>
        <w:t>Steve looked offended. "The final receipt explicitly did not finish."</w:t>
      </w:r>
    </w:p>
    <w:p>
      <w:pPr>
        <w:spacing w:after="60" w:line="266" w:lineRule="auto"/>
        <w:ind w:firstLine="331"/>
        <w:jc w:val="both"/>
      </w:pPr>
      <w:r>
        <w:rPr>
          <w:rFonts w:ascii="Georgia" w:hAnsi="Georgia"/>
          <w:b w:val="0"/>
          <w:i w:val="0"/>
          <w:color w:val="22201D"/>
          <w:sz w:val="20"/>
        </w:rPr>
        <w:t>"That's what confused me."</w:t>
      </w:r>
    </w:p>
    <w:p>
      <w:pPr>
        <w:spacing w:after="60" w:line="266" w:lineRule="auto"/>
        <w:ind w:firstLine="331"/>
        <w:jc w:val="both"/>
      </w:pPr>
      <w:r>
        <w:rPr>
          <w:rFonts w:ascii="Georgia" w:hAnsi="Georgia"/>
          <w:b w:val="0"/>
          <w:i w:val="0"/>
          <w:color w:val="22201D"/>
          <w:sz w:val="20"/>
        </w:rPr>
        <w:t>The Hostess picked up a clean table card from the stand.</w:t>
      </w:r>
    </w:p>
    <w:p>
      <w:pPr>
        <w:spacing w:after="60" w:line="266" w:lineRule="auto"/>
        <w:ind w:firstLine="331"/>
        <w:jc w:val="both"/>
      </w:pPr>
      <w:r>
        <w:rPr>
          <w:rFonts w:ascii="Georgia" w:hAnsi="Georgia"/>
          <w:b w:val="0"/>
          <w:i w:val="0"/>
          <w:color w:val="22201D"/>
          <w:sz w:val="20"/>
        </w:rPr>
        <w:t>"Do you need a table," she asked, "or a path?"</w:t>
      </w:r>
    </w:p>
    <w:p>
      <w:pPr>
        <w:spacing w:after="60" w:line="266" w:lineRule="auto"/>
        <w:ind w:firstLine="331"/>
        <w:jc w:val="both"/>
      </w:pPr>
      <w:r>
        <w:rPr>
          <w:rFonts w:ascii="Georgia" w:hAnsi="Georgia"/>
          <w:b w:val="0"/>
          <w:i w:val="0"/>
          <w:color w:val="22201D"/>
          <w:sz w:val="20"/>
        </w:rPr>
        <w:t>The man looked at the door.</w:t>
      </w:r>
    </w:p>
    <w:p>
      <w:pPr>
        <w:spacing w:after="60" w:line="266" w:lineRule="auto"/>
        <w:ind w:firstLine="331"/>
        <w:jc w:val="both"/>
      </w:pPr>
      <w:r>
        <w:rPr>
          <w:rFonts w:ascii="Georgia" w:hAnsi="Georgia"/>
          <w:b w:val="0"/>
          <w:i w:val="0"/>
          <w:color w:val="22201D"/>
          <w:sz w:val="20"/>
        </w:rPr>
        <w:t>"A path."</w:t>
      </w:r>
    </w:p>
    <w:p>
      <w:pPr>
        <w:spacing w:after="60" w:line="266" w:lineRule="auto"/>
        <w:ind w:firstLine="331"/>
        <w:jc w:val="both"/>
      </w:pPr>
      <w:r>
        <w:rPr>
          <w:rFonts w:ascii="Georgia" w:hAnsi="Georgia"/>
          <w:b w:val="0"/>
          <w:i w:val="0"/>
          <w:color w:val="22201D"/>
          <w:sz w:val="20"/>
        </w:rPr>
        <w:t>She wrote on the card.</w:t>
      </w:r>
    </w:p>
    <w:p>
      <w:pPr>
        <w:spacing w:after="60" w:line="250" w:lineRule="auto"/>
        <w:ind w:left="202" w:right="173"/>
      </w:pPr>
      <w:r>
        <w:rPr>
          <w:rFonts w:ascii="Georgia" w:hAnsi="Georgia"/>
          <w:b w:val="0"/>
          <w:i w:val="0"/>
          <w:color w:val="22201D"/>
          <w:sz w:val="17"/>
        </w:rPr>
        <w:t>CLEAR</w:t>
      </w:r>
    </w:p>
    <w:p>
      <w:pPr>
        <w:spacing w:after="60" w:line="266" w:lineRule="auto"/>
        <w:ind w:firstLine="331"/>
        <w:jc w:val="both"/>
      </w:pPr>
      <w:r>
        <w:rPr>
          <w:rFonts w:ascii="Georgia" w:hAnsi="Georgia"/>
          <w:b w:val="0"/>
          <w:i w:val="0"/>
          <w:color w:val="22201D"/>
          <w:sz w:val="20"/>
        </w:rPr>
        <w:t>She placed it on the small service shelf beside the aisle.</w:t>
      </w:r>
    </w:p>
    <w:p>
      <w:pPr>
        <w:spacing w:after="60" w:line="266" w:lineRule="auto"/>
        <w:ind w:firstLine="331"/>
        <w:jc w:val="both"/>
      </w:pPr>
      <w:r>
        <w:rPr>
          <w:rFonts w:ascii="Georgia" w:hAnsi="Georgia"/>
          <w:b w:val="0"/>
          <w:i w:val="0"/>
          <w:color w:val="22201D"/>
          <w:sz w:val="20"/>
        </w:rPr>
        <w:t>Gerald inspected the path and stepped aside.</w:t>
      </w:r>
    </w:p>
    <w:p>
      <w:pPr>
        <w:spacing w:after="60" w:line="266" w:lineRule="auto"/>
        <w:ind w:firstLine="331"/>
        <w:jc w:val="both"/>
      </w:pPr>
      <w:r>
        <w:rPr>
          <w:rFonts w:ascii="Georgia" w:hAnsi="Georgia"/>
          <w:b w:val="0"/>
          <w:i w:val="0"/>
          <w:color w:val="22201D"/>
          <w:sz w:val="20"/>
        </w:rPr>
        <w:t>The man left.</w:t>
      </w:r>
    </w:p>
    <w:p>
      <w:pPr>
        <w:spacing w:after="60" w:line="266" w:lineRule="auto"/>
        <w:ind w:firstLine="331"/>
        <w:jc w:val="both"/>
      </w:pPr>
      <w:r>
        <w:rPr>
          <w:rFonts w:ascii="Georgia" w:hAnsi="Georgia"/>
          <w:b w:val="0"/>
          <w:i w:val="0"/>
          <w:color w:val="22201D"/>
          <w:sz w:val="20"/>
        </w:rPr>
        <w:t>The bell rang once.</w:t>
      </w:r>
    </w:p>
    <w:p>
      <w:pPr>
        <w:spacing w:after="60" w:line="266" w:lineRule="auto"/>
        <w:ind w:firstLine="331"/>
        <w:jc w:val="both"/>
      </w:pPr>
      <w:r>
        <w:rPr>
          <w:rFonts w:ascii="Georgia" w:hAnsi="Georgia"/>
          <w:b w:val="0"/>
          <w:i w:val="0"/>
          <w:color w:val="22201D"/>
          <w:sz w:val="20"/>
        </w:rPr>
        <w:t>Nothing closed behind him except the door.</w:t>
      </w:r>
    </w:p>
    <w:p>
      <w:pPr>
        <w:spacing w:after="60" w:line="266" w:lineRule="auto"/>
        <w:ind w:firstLine="331"/>
        <w:jc w:val="both"/>
      </w:pPr>
      <w:r>
        <w:rPr>
          <w:rFonts w:ascii="Georgia" w:hAnsi="Georgia"/>
          <w:b w:val="0"/>
          <w:i w:val="0"/>
          <w:color w:val="22201D"/>
          <w:sz w:val="20"/>
        </w:rPr>
        <w:t>The woman watched him go.</w:t>
      </w:r>
    </w:p>
    <w:p>
      <w:pPr>
        <w:spacing w:after="60" w:line="266" w:lineRule="auto"/>
        <w:ind w:firstLine="331"/>
        <w:jc w:val="both"/>
      </w:pPr>
      <w:r>
        <w:rPr>
          <w:rFonts w:ascii="Georgia" w:hAnsi="Georgia"/>
          <w:b w:val="0"/>
          <w:i w:val="0"/>
          <w:color w:val="22201D"/>
          <w:sz w:val="20"/>
        </w:rPr>
        <w:t>"He belonged enough to leave."</w:t>
      </w:r>
    </w:p>
    <w:p>
      <w:pPr>
        <w:spacing w:after="60" w:line="266" w:lineRule="auto"/>
        <w:ind w:firstLine="331"/>
        <w:jc w:val="both"/>
      </w:pPr>
      <w:r>
        <w:rPr>
          <w:rFonts w:ascii="Georgia" w:hAnsi="Georgia"/>
          <w:b w:val="0"/>
          <w:i w:val="0"/>
          <w:color w:val="22201D"/>
          <w:sz w:val="20"/>
        </w:rPr>
        <w:t>"Yes," the Hostess said.</w:t>
      </w:r>
    </w:p>
    <w:p>
      <w:pPr>
        <w:spacing w:after="60" w:line="266" w:lineRule="auto"/>
        <w:ind w:firstLine="331"/>
        <w:jc w:val="both"/>
      </w:pPr>
      <w:r>
        <w:rPr>
          <w:rFonts w:ascii="Georgia" w:hAnsi="Georgia"/>
          <w:b w:val="0"/>
          <w:i w:val="0"/>
          <w:color w:val="22201D"/>
          <w:sz w:val="20"/>
        </w:rPr>
        <w:t>Flocc felt the sentence settle under the table more than on it.</w:t>
      </w:r>
    </w:p>
    <w:p>
      <w:pPr>
        <w:spacing w:after="60" w:line="266" w:lineRule="auto"/>
        <w:ind w:firstLine="331"/>
        <w:jc w:val="both"/>
      </w:pPr>
      <w:r>
        <w:rPr>
          <w:rFonts w:ascii="Georgia" w:hAnsi="Georgia"/>
          <w:b w:val="0"/>
          <w:i w:val="0"/>
          <w:color w:val="22201D"/>
          <w:sz w:val="20"/>
        </w:rPr>
        <w:t>Belonging was not a trap. Belonging could include exit. That made it less useful for ownership and more useful for care.</w:t>
      </w:r>
    </w:p>
    <w:p>
      <w:pPr>
        <w:spacing w:after="60" w:line="266" w:lineRule="auto"/>
        <w:ind w:firstLine="331"/>
        <w:jc w:val="both"/>
      </w:pPr>
      <w:r>
        <w:rPr>
          <w:rFonts w:ascii="Georgia" w:hAnsi="Georgia"/>
          <w:b w:val="0"/>
          <w:i w:val="0"/>
          <w:color w:val="22201D"/>
          <w:sz w:val="20"/>
        </w:rPr>
        <w:t>The child at Table Three raised her hand again.</w:t>
      </w:r>
    </w:p>
    <w:p>
      <w:pPr>
        <w:spacing w:after="60" w:line="266" w:lineRule="auto"/>
        <w:ind w:firstLine="331"/>
        <w:jc w:val="both"/>
      </w:pPr>
      <w:r>
        <w:rPr>
          <w:rFonts w:ascii="Georgia" w:hAnsi="Georgia"/>
          <w:b w:val="0"/>
          <w:i w:val="0"/>
          <w:color w:val="22201D"/>
          <w:sz w:val="20"/>
        </w:rPr>
        <w:t>"Can I have a card?"</w:t>
      </w:r>
    </w:p>
    <w:p>
      <w:pPr>
        <w:spacing w:after="60" w:line="266" w:lineRule="auto"/>
        <w:ind w:firstLine="331"/>
        <w:jc w:val="both"/>
      </w:pPr>
      <w:r>
        <w:rPr>
          <w:rFonts w:ascii="Georgia" w:hAnsi="Georgia"/>
          <w:b w:val="0"/>
          <w:i w:val="0"/>
          <w:color w:val="22201D"/>
          <w:sz w:val="20"/>
        </w:rPr>
        <w:t>"What should it say?" the Hostess asked.</w:t>
      </w:r>
    </w:p>
    <w:p>
      <w:pPr>
        <w:spacing w:after="60" w:line="266" w:lineRule="auto"/>
        <w:ind w:firstLine="331"/>
        <w:jc w:val="both"/>
      </w:pPr>
      <w:r>
        <w:rPr>
          <w:rFonts w:ascii="Georgia" w:hAnsi="Georgia"/>
          <w:b w:val="0"/>
          <w:i w:val="0"/>
          <w:color w:val="22201D"/>
          <w:sz w:val="20"/>
        </w:rPr>
        <w:t>The child thought seriously.</w:t>
      </w:r>
    </w:p>
    <w:p>
      <w:pPr>
        <w:spacing w:after="60" w:line="266" w:lineRule="auto"/>
        <w:ind w:firstLine="331"/>
        <w:jc w:val="both"/>
      </w:pPr>
      <w:r>
        <w:rPr>
          <w:rFonts w:ascii="Georgia" w:hAnsi="Georgia"/>
          <w:b w:val="0"/>
          <w:i w:val="0"/>
          <w:color w:val="22201D"/>
          <w:sz w:val="20"/>
        </w:rPr>
        <w:t>"STILL EATING."</w:t>
      </w:r>
    </w:p>
    <w:p>
      <w:pPr>
        <w:spacing w:after="60" w:line="266" w:lineRule="auto"/>
        <w:ind w:firstLine="331"/>
        <w:jc w:val="both"/>
      </w:pPr>
      <w:r>
        <w:rPr>
          <w:rFonts w:ascii="Georgia" w:hAnsi="Georgia"/>
          <w:b w:val="0"/>
          <w:i w:val="0"/>
          <w:color w:val="22201D"/>
          <w:sz w:val="20"/>
        </w:rPr>
        <w:t>Bob said, "That is the best card."</w:t>
      </w:r>
    </w:p>
    <w:p>
      <w:pPr>
        <w:spacing w:after="60" w:line="266" w:lineRule="auto"/>
        <w:ind w:firstLine="331"/>
        <w:jc w:val="both"/>
      </w:pPr>
      <w:r>
        <w:rPr>
          <w:rFonts w:ascii="Georgia" w:hAnsi="Georgia"/>
          <w:b w:val="0"/>
          <w:i w:val="0"/>
          <w:color w:val="22201D"/>
          <w:sz w:val="20"/>
        </w:rPr>
        <w:t>The Hostess wrote it and placed it by the child's plate.</w:t>
      </w:r>
    </w:p>
    <w:p>
      <w:pPr>
        <w:spacing w:after="60" w:line="266" w:lineRule="auto"/>
        <w:ind w:firstLine="331"/>
        <w:jc w:val="both"/>
      </w:pPr>
      <w:r>
        <w:rPr>
          <w:rFonts w:ascii="Georgia" w:hAnsi="Georgia"/>
          <w:b w:val="0"/>
          <w:i w:val="0"/>
          <w:color w:val="22201D"/>
          <w:sz w:val="20"/>
        </w:rPr>
        <w:t>Then the old man asked for one that said BUTTER CONCERN RESOLVED. The student asked for one that said NAPKINS AVAILABLE. Nico made one for the dish station that said CUPS ARE NOT TESTIMONY. Gerald confiscated it, then reissued it with the wording CUPS ARE NOT PRIMARY EVIDENCE.</w:t>
      </w:r>
    </w:p>
    <w:p>
      <w:pPr>
        <w:spacing w:after="60" w:line="266" w:lineRule="auto"/>
        <w:ind w:firstLine="331"/>
        <w:jc w:val="both"/>
      </w:pPr>
      <w:r>
        <w:rPr>
          <w:rFonts w:ascii="Georgia" w:hAnsi="Georgia"/>
          <w:b w:val="0"/>
          <w:i w:val="0"/>
          <w:color w:val="22201D"/>
          <w:sz w:val="20"/>
        </w:rPr>
        <w:t>The room filled with small cards.</w:t>
      </w:r>
    </w:p>
    <w:p>
      <w:pPr>
        <w:spacing w:after="60" w:line="266" w:lineRule="auto"/>
        <w:ind w:firstLine="331"/>
        <w:jc w:val="both"/>
      </w:pPr>
      <w:r>
        <w:rPr>
          <w:rFonts w:ascii="Georgia" w:hAnsi="Georgia"/>
          <w:b w:val="0"/>
          <w:i w:val="0"/>
          <w:color w:val="22201D"/>
          <w:sz w:val="20"/>
        </w:rPr>
        <w:t>Not labels for people.</w:t>
      </w:r>
    </w:p>
    <w:p>
      <w:pPr>
        <w:spacing w:after="60" w:line="266" w:lineRule="auto"/>
        <w:ind w:firstLine="331"/>
        <w:jc w:val="both"/>
      </w:pPr>
      <w:r>
        <w:rPr>
          <w:rFonts w:ascii="Georgia" w:hAnsi="Georgia"/>
          <w:b w:val="0"/>
          <w:i w:val="0"/>
          <w:color w:val="22201D"/>
          <w:sz w:val="20"/>
        </w:rPr>
        <w:t>Not explanations of souls.</w:t>
      </w:r>
    </w:p>
    <w:p>
      <w:pPr>
        <w:spacing w:after="60" w:line="266" w:lineRule="auto"/>
        <w:ind w:firstLine="331"/>
        <w:jc w:val="both"/>
      </w:pPr>
      <w:r>
        <w:rPr>
          <w:rFonts w:ascii="Georgia" w:hAnsi="Georgia"/>
          <w:b w:val="0"/>
          <w:i w:val="0"/>
          <w:color w:val="22201D"/>
          <w:sz w:val="20"/>
        </w:rPr>
        <w:t>Service markers. Temporary, practical, honest enough to prevent guessing from becoming cruelty.</w:t>
      </w:r>
    </w:p>
    <w:p>
      <w:pPr>
        <w:spacing w:after="60" w:line="266" w:lineRule="auto"/>
        <w:ind w:firstLine="331"/>
        <w:jc w:val="both"/>
      </w:pPr>
      <w:r>
        <w:rPr>
          <w:rFonts w:ascii="Georgia" w:hAnsi="Georgia"/>
          <w:b w:val="0"/>
          <w:i w:val="0"/>
          <w:color w:val="22201D"/>
          <w:sz w:val="20"/>
        </w:rPr>
        <w:t>Flocc watched the table with OPEN on it. The woman sat there without becoming the table's meaning. The table held her glass, the plate with the last crumbs of bread, and her folded raincoat. It held them the way tables held things: completely, temporarily, without asking to be thanked.</w:t>
      </w:r>
    </w:p>
    <w:p>
      <w:pPr>
        <w:spacing w:after="60" w:line="266" w:lineRule="auto"/>
        <w:ind w:firstLine="331"/>
        <w:jc w:val="both"/>
      </w:pPr>
      <w:r>
        <w:rPr>
          <w:rFonts w:ascii="Georgia" w:hAnsi="Georgia"/>
          <w:b w:val="0"/>
          <w:i w:val="0"/>
          <w:color w:val="22201D"/>
          <w:sz w:val="20"/>
        </w:rPr>
        <w:t>"It was always open," Flocc said.</w:t>
      </w:r>
    </w:p>
    <w:p>
      <w:pPr>
        <w:spacing w:after="60" w:line="266" w:lineRule="auto"/>
        <w:ind w:firstLine="331"/>
        <w:jc w:val="both"/>
      </w:pPr>
      <w:r>
        <w:rPr>
          <w:rFonts w:ascii="Georgia" w:hAnsi="Georgia"/>
          <w:b w:val="0"/>
          <w:i w:val="0"/>
          <w:color w:val="22201D"/>
          <w:sz w:val="20"/>
        </w:rPr>
        <w:t>The Hostess stood beside him.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"But not always available."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"Because open is not magic. It still has to be cleaned, cleared, placed, protected, and offered."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why call it the last table?"</w:t>
      </w:r>
    </w:p>
    <w:p>
      <w:pPr>
        <w:spacing w:after="60" w:line="266" w:lineRule="auto"/>
        <w:ind w:firstLine="331"/>
        <w:jc w:val="both"/>
      </w:pPr>
      <w:r>
        <w:rPr>
          <w:rFonts w:ascii="Georgia" w:hAnsi="Georgia"/>
          <w:b w:val="0"/>
          <w:i w:val="0"/>
          <w:color w:val="22201D"/>
          <w:sz w:val="20"/>
        </w:rPr>
        <w:t>The Hostess looked across the room.</w:t>
      </w:r>
    </w:p>
    <w:p>
      <w:pPr>
        <w:spacing w:after="60" w:line="266" w:lineRule="auto"/>
        <w:ind w:firstLine="331"/>
        <w:jc w:val="both"/>
      </w:pPr>
      <w:r>
        <w:rPr>
          <w:rFonts w:ascii="Georgia" w:hAnsi="Georgia"/>
          <w:b w:val="0"/>
          <w:i w:val="0"/>
          <w:color w:val="22201D"/>
          <w:sz w:val="20"/>
        </w:rPr>
        <w:t>"Because people keep arriving at the end of what they can explain."</w:t>
      </w:r>
    </w:p>
    <w:p>
      <w:pPr>
        <w:spacing w:after="60" w:line="266" w:lineRule="auto"/>
        <w:ind w:firstLine="331"/>
        <w:jc w:val="both"/>
      </w:pPr>
      <w:r>
        <w:rPr>
          <w:rFonts w:ascii="Georgia" w:hAnsi="Georgia"/>
          <w:b w:val="0"/>
          <w:i w:val="0"/>
          <w:color w:val="22201D"/>
          <w:sz w:val="20"/>
        </w:rPr>
        <w:t>Flocc did not answer.</w:t>
      </w:r>
    </w:p>
    <w:p>
      <w:pPr>
        <w:spacing w:after="60" w:line="266" w:lineRule="auto"/>
        <w:ind w:firstLine="331"/>
        <w:jc w:val="both"/>
      </w:pPr>
      <w:r>
        <w:rPr>
          <w:rFonts w:ascii="Georgia" w:hAnsi="Georgia"/>
          <w:b w:val="0"/>
          <w:i w:val="0"/>
          <w:color w:val="22201D"/>
          <w:sz w:val="20"/>
        </w:rPr>
        <w:t>The sentence did not need him to decorate it.</w:t>
      </w:r>
    </w:p>
    <w:p>
      <w:pPr>
        <w:spacing w:after="60" w:line="266" w:lineRule="auto"/>
        <w:ind w:firstLine="331"/>
        <w:jc w:val="both"/>
      </w:pPr>
      <w:r>
        <w:rPr>
          <w:rFonts w:ascii="Georgia" w:hAnsi="Georgia"/>
          <w:b w:val="0"/>
          <w:i w:val="0"/>
          <w:color w:val="22201D"/>
          <w:sz w:val="20"/>
        </w:rPr>
        <w:t>The woman at the OPEN table lifted the card.</w:t>
      </w:r>
    </w:p>
    <w:p>
      <w:pPr>
        <w:spacing w:after="60" w:line="266" w:lineRule="auto"/>
        <w:ind w:firstLine="331"/>
        <w:jc w:val="both"/>
      </w:pPr>
      <w:r>
        <w:rPr>
          <w:rFonts w:ascii="Georgia" w:hAnsi="Georgia"/>
          <w:b w:val="0"/>
          <w:i w:val="0"/>
          <w:color w:val="22201D"/>
          <w:sz w:val="20"/>
        </w:rPr>
        <w:t>"May I keep this?"</w:t>
      </w:r>
    </w:p>
    <w:p>
      <w:pPr>
        <w:spacing w:after="60" w:line="266" w:lineRule="auto"/>
        <w:ind w:firstLine="331"/>
        <w:jc w:val="both"/>
      </w:pPr>
      <w:r>
        <w:rPr>
          <w:rFonts w:ascii="Georgia" w:hAnsi="Georgia"/>
          <w:b w:val="0"/>
          <w:i w:val="0"/>
          <w:color w:val="22201D"/>
          <w:sz w:val="20"/>
        </w:rPr>
        <w:t>Steve's pen rose.</w:t>
      </w:r>
    </w:p>
    <w:p>
      <w:pPr>
        <w:spacing w:after="60" w:line="266" w:lineRule="auto"/>
        <w:ind w:firstLine="331"/>
        <w:jc w:val="both"/>
      </w:pPr>
      <w:r>
        <w:rPr>
          <w:rFonts w:ascii="Georgia" w:hAnsi="Georgia"/>
          <w:b w:val="0"/>
          <w:i w:val="0"/>
          <w:color w:val="22201D"/>
          <w:sz w:val="20"/>
        </w:rPr>
        <w:t>The Hostess answered before policy could become too proud of itself.</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woman looked startled, then relieved in a way that surprised Flocc.</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the table stays available after you leave."</w:t>
      </w:r>
    </w:p>
    <w:p>
      <w:pPr>
        <w:spacing w:after="60" w:line="266" w:lineRule="auto"/>
        <w:ind w:firstLine="331"/>
        <w:jc w:val="both"/>
      </w:pPr>
      <w:r>
        <w:rPr>
          <w:rFonts w:ascii="Georgia" w:hAnsi="Georgia"/>
          <w:b w:val="0"/>
          <w:i w:val="0"/>
          <w:color w:val="22201D"/>
          <w:sz w:val="20"/>
        </w:rPr>
        <w:t>The woman touched the card's edge.</w:t>
      </w:r>
    </w:p>
    <w:p>
      <w:pPr>
        <w:spacing w:after="60" w:line="266" w:lineRule="auto"/>
        <w:ind w:firstLine="331"/>
        <w:jc w:val="both"/>
      </w:pPr>
      <w:r>
        <w:rPr>
          <w:rFonts w:ascii="Georgia" w:hAnsi="Georgia"/>
          <w:b w:val="0"/>
          <w:i w:val="0"/>
          <w:color w:val="22201D"/>
          <w:sz w:val="20"/>
        </w:rPr>
        <w:t>"So I don't take belonging with me."</w:t>
      </w:r>
    </w:p>
    <w:p>
      <w:pPr>
        <w:spacing w:after="60" w:line="266" w:lineRule="auto"/>
        <w:ind w:firstLine="331"/>
        <w:jc w:val="both"/>
      </w:pPr>
      <w:r>
        <w:rPr>
          <w:rFonts w:ascii="Georgia" w:hAnsi="Georgia"/>
          <w:b w:val="0"/>
          <w:i w:val="0"/>
          <w:color w:val="22201D"/>
          <w:sz w:val="20"/>
        </w:rPr>
        <w:t>"You take having been received," the Hostess said. "Not the table."</w:t>
      </w:r>
    </w:p>
    <w:p>
      <w:pPr>
        <w:spacing w:after="60" w:line="266" w:lineRule="auto"/>
        <w:ind w:firstLine="331"/>
        <w:jc w:val="both"/>
      </w:pPr>
      <w:r>
        <w:rPr>
          <w:rFonts w:ascii="Georgia" w:hAnsi="Georgia"/>
          <w:b w:val="0"/>
          <w:i w:val="0"/>
          <w:color w:val="22201D"/>
          <w:sz w:val="20"/>
        </w:rPr>
        <w:t>Steve wrote that down exactly.</w:t>
      </w:r>
    </w:p>
    <w:p>
      <w:pPr>
        <w:spacing w:after="60" w:line="266" w:lineRule="auto"/>
        <w:ind w:firstLine="331"/>
        <w:jc w:val="both"/>
      </w:pPr>
      <w:r>
        <w:rPr>
          <w:rFonts w:ascii="Georgia" w:hAnsi="Georgia"/>
          <w:b w:val="0"/>
          <w:i w:val="0"/>
          <w:color w:val="22201D"/>
          <w:sz w:val="20"/>
        </w:rPr>
        <w:t>The woman nodded.</w:t>
      </w:r>
    </w:p>
    <w:p>
      <w:pPr>
        <w:spacing w:after="60" w:line="266" w:lineRule="auto"/>
        <w:ind w:firstLine="331"/>
        <w:jc w:val="both"/>
      </w:pPr>
      <w:r>
        <w:rPr>
          <w:rFonts w:ascii="Georgia" w:hAnsi="Georgia"/>
          <w:b w:val="0"/>
          <w:i w:val="0"/>
          <w:color w:val="22201D"/>
          <w:sz w:val="20"/>
        </w:rPr>
        <w:t>"Can I come back?"</w:t>
      </w:r>
    </w:p>
    <w:p>
      <w:pPr>
        <w:spacing w:after="60" w:line="266" w:lineRule="auto"/>
        <w:ind w:firstLine="331"/>
        <w:jc w:val="both"/>
      </w:pPr>
      <w:r>
        <w:rPr>
          <w:rFonts w:ascii="Georgia" w:hAnsi="Georgia"/>
          <w:b w:val="0"/>
          <w:i w:val="0"/>
          <w:color w:val="22201D"/>
          <w:sz w:val="20"/>
        </w:rPr>
        <w:t>"If we are open."</w:t>
      </w:r>
    </w:p>
    <w:p>
      <w:pPr>
        <w:spacing w:after="60" w:line="266" w:lineRule="auto"/>
        <w:ind w:firstLine="331"/>
        <w:jc w:val="both"/>
      </w:pPr>
      <w:r>
        <w:rPr>
          <w:rFonts w:ascii="Georgia" w:hAnsi="Georgia"/>
          <w:b w:val="0"/>
          <w:i w:val="0"/>
          <w:color w:val="22201D"/>
          <w:sz w:val="20"/>
        </w:rPr>
        <w:t>"And if you are not?"</w:t>
      </w:r>
    </w:p>
    <w:p>
      <w:pPr>
        <w:spacing w:after="60" w:line="266" w:lineRule="auto"/>
        <w:ind w:firstLine="331"/>
        <w:jc w:val="both"/>
      </w:pPr>
      <w:r>
        <w:rPr>
          <w:rFonts w:ascii="Georgia" w:hAnsi="Georgia"/>
          <w:b w:val="0"/>
          <w:i w:val="0"/>
          <w:color w:val="22201D"/>
          <w:sz w:val="20"/>
        </w:rPr>
        <w:t>"Then the answer should be honest enough not to trick you."</w:t>
      </w:r>
    </w:p>
    <w:p>
      <w:pPr>
        <w:spacing w:after="60" w:line="266" w:lineRule="auto"/>
        <w:ind w:firstLine="331"/>
        <w:jc w:val="both"/>
      </w:pPr>
      <w:r>
        <w:rPr>
          <w:rFonts w:ascii="Georgia" w:hAnsi="Georgia"/>
          <w:b w:val="0"/>
          <w:i w:val="0"/>
          <w:color w:val="22201D"/>
          <w:sz w:val="20"/>
        </w:rPr>
        <w:t>The printer did not click. The menu did not explain. The table did not glow.</w:t>
      </w:r>
    </w:p>
    <w:p>
      <w:pPr>
        <w:spacing w:after="60" w:line="266" w:lineRule="auto"/>
        <w:ind w:firstLine="331"/>
        <w:jc w:val="both"/>
      </w:pPr>
      <w:r>
        <w:rPr>
          <w:rFonts w:ascii="Georgia" w:hAnsi="Georgia"/>
          <w:b w:val="0"/>
          <w:i w:val="0"/>
          <w:color w:val="22201D"/>
          <w:sz w:val="20"/>
        </w:rPr>
        <w:t>The woman sat a while longer.</w:t>
      </w:r>
    </w:p>
    <w:p>
      <w:pPr>
        <w:spacing w:after="60" w:line="266" w:lineRule="auto"/>
        <w:ind w:firstLine="331"/>
        <w:jc w:val="both"/>
      </w:pPr>
      <w:r>
        <w:rPr>
          <w:rFonts w:ascii="Georgia" w:hAnsi="Georgia"/>
          <w:b w:val="0"/>
          <w:i w:val="0"/>
          <w:color w:val="22201D"/>
          <w:sz w:val="20"/>
        </w:rPr>
        <w:t>People left. People stayed. The child finished eating and surrendered the STILL EATING card with solemn dignity. Bob brought it to the Hostess as if it had completed a tour of duty. Gerald cleaned two tables and found no mystical residue, which he noted as favorable. Nico washed cups that were sometimes emotions and sometimes only cups.</w:t>
      </w:r>
    </w:p>
    <w:p>
      <w:pPr>
        <w:spacing w:after="60" w:line="266" w:lineRule="auto"/>
        <w:ind w:firstLine="331"/>
        <w:jc w:val="both"/>
      </w:pPr>
      <w:r>
        <w:rPr>
          <w:rFonts w:ascii="Georgia" w:hAnsi="Georgia"/>
          <w:b w:val="0"/>
          <w:i w:val="0"/>
          <w:color w:val="22201D"/>
          <w:sz w:val="20"/>
        </w:rPr>
        <w:t>At last the woman stood.</w:t>
      </w:r>
    </w:p>
    <w:p>
      <w:pPr>
        <w:spacing w:after="60" w:line="266" w:lineRule="auto"/>
        <w:ind w:firstLine="331"/>
        <w:jc w:val="both"/>
      </w:pPr>
      <w:r>
        <w:rPr>
          <w:rFonts w:ascii="Georgia" w:hAnsi="Georgia"/>
          <w:b w:val="0"/>
          <w:i w:val="0"/>
          <w:color w:val="22201D"/>
          <w:sz w:val="20"/>
        </w:rPr>
        <w:t>She placed the OPEN card back at the center of the table.</w:t>
      </w:r>
    </w:p>
    <w:p>
      <w:pPr>
        <w:spacing w:after="60" w:line="266" w:lineRule="auto"/>
        <w:ind w:firstLine="331"/>
        <w:jc w:val="both"/>
      </w:pPr>
      <w:r>
        <w:rPr>
          <w:rFonts w:ascii="Georgia" w:hAnsi="Georgia"/>
          <w:b w:val="0"/>
          <w:i w:val="0"/>
          <w:color w:val="22201D"/>
          <w:sz w:val="20"/>
        </w:rPr>
        <w:t>"Thank you," she said.</w:t>
      </w:r>
    </w:p>
    <w:p>
      <w:pPr>
        <w:spacing w:after="60" w:line="266" w:lineRule="auto"/>
        <w:ind w:firstLine="331"/>
        <w:jc w:val="both"/>
      </w:pPr>
      <w:r>
        <w:rPr>
          <w:rFonts w:ascii="Georgia" w:hAnsi="Georgia"/>
          <w:b w:val="0"/>
          <w:i w:val="0"/>
          <w:color w:val="22201D"/>
          <w:sz w:val="20"/>
        </w:rPr>
        <w:t>No one told her she was welcome in a way that made welcome sound like a contract.</w:t>
      </w:r>
    </w:p>
    <w:p>
      <w:pPr>
        <w:spacing w:after="60" w:line="266" w:lineRule="auto"/>
        <w:ind w:firstLine="331"/>
        <w:jc w:val="both"/>
      </w:pPr>
      <w:r>
        <w:rPr>
          <w:rFonts w:ascii="Georgia" w:hAnsi="Georgia"/>
          <w:b w:val="0"/>
          <w:i w:val="0"/>
          <w:color w:val="22201D"/>
          <w:sz w:val="20"/>
        </w:rPr>
        <w:t>The Hostess said, "Travel safely."</w:t>
      </w:r>
    </w:p>
    <w:p>
      <w:pPr>
        <w:spacing w:after="60" w:line="266" w:lineRule="auto"/>
        <w:ind w:firstLine="331"/>
        <w:jc w:val="both"/>
      </w:pPr>
      <w:r>
        <w:rPr>
          <w:rFonts w:ascii="Georgia" w:hAnsi="Georgia"/>
          <w:b w:val="0"/>
          <w:i w:val="0"/>
          <w:color w:val="22201D"/>
          <w:sz w:val="20"/>
        </w:rPr>
        <w:t>The woman put on her raincoat though there was still no rain.</w:t>
      </w:r>
    </w:p>
    <w:p>
      <w:pPr>
        <w:spacing w:after="60" w:line="266" w:lineRule="auto"/>
        <w:ind w:firstLine="331"/>
        <w:jc w:val="both"/>
      </w:pPr>
      <w:r>
        <w:rPr>
          <w:rFonts w:ascii="Georgia" w:hAnsi="Georgia"/>
          <w:b w:val="0"/>
          <w:i w:val="0"/>
          <w:color w:val="22201D"/>
          <w:sz w:val="20"/>
        </w:rPr>
        <w:t>At the door she turned back.</w:t>
      </w:r>
    </w:p>
    <w:p>
      <w:pPr>
        <w:spacing w:after="60" w:line="266" w:lineRule="auto"/>
        <w:ind w:firstLine="331"/>
        <w:jc w:val="both"/>
      </w:pPr>
      <w:r>
        <w:rPr>
          <w:rFonts w:ascii="Georgia" w:hAnsi="Georgia"/>
          <w:b w:val="0"/>
          <w:i w:val="0"/>
          <w:color w:val="22201D"/>
          <w:sz w:val="20"/>
        </w:rPr>
        <w:t>"What do I owe?"</w:t>
      </w:r>
    </w:p>
    <w:p>
      <w:pPr>
        <w:spacing w:after="60" w:line="266" w:lineRule="auto"/>
        <w:ind w:firstLine="331"/>
        <w:jc w:val="both"/>
      </w:pPr>
      <w:r>
        <w:rPr>
          <w:rFonts w:ascii="Georgia" w:hAnsi="Georgia"/>
          <w:b w:val="0"/>
          <w:i w:val="0"/>
          <w:color w:val="22201D"/>
          <w:sz w:val="20"/>
        </w:rPr>
        <w:t>Steve looked at the open account page.</w:t>
      </w:r>
    </w:p>
    <w:p>
      <w:pPr>
        <w:spacing w:after="60" w:line="266" w:lineRule="auto"/>
        <w:ind w:firstLine="331"/>
        <w:jc w:val="both"/>
      </w:pPr>
      <w:r>
        <w:rPr>
          <w:rFonts w:ascii="Georgia" w:hAnsi="Georgia"/>
          <w:b w:val="0"/>
          <w:i w:val="0"/>
          <w:color w:val="22201D"/>
          <w:sz w:val="20"/>
        </w:rPr>
        <w:t>Bob looked at the bread crumbs.</w:t>
      </w:r>
    </w:p>
    <w:p>
      <w:pPr>
        <w:spacing w:after="60" w:line="266" w:lineRule="auto"/>
        <w:ind w:firstLine="331"/>
        <w:jc w:val="both"/>
      </w:pPr>
      <w:r>
        <w:rPr>
          <w:rFonts w:ascii="Georgia" w:hAnsi="Georgia"/>
          <w:b w:val="0"/>
          <w:i w:val="0"/>
          <w:color w:val="22201D"/>
          <w:sz w:val="20"/>
        </w:rPr>
        <w:t>Gerald looked at the clear path.</w:t>
      </w:r>
    </w:p>
    <w:p>
      <w:pPr>
        <w:spacing w:after="60" w:line="266" w:lineRule="auto"/>
        <w:ind w:firstLine="331"/>
        <w:jc w:val="both"/>
      </w:pPr>
      <w:r>
        <w:rPr>
          <w:rFonts w:ascii="Georgia" w:hAnsi="Georgia"/>
          <w:b w:val="0"/>
          <w:i w:val="0"/>
          <w:color w:val="22201D"/>
          <w:sz w:val="20"/>
        </w:rPr>
        <w:t>Flocc looked at the table.</w:t>
      </w:r>
    </w:p>
    <w:p>
      <w:pPr>
        <w:spacing w:after="60" w:line="266" w:lineRule="auto"/>
        <w:ind w:firstLine="331"/>
        <w:jc w:val="both"/>
      </w:pPr>
      <w:r>
        <w:rPr>
          <w:rFonts w:ascii="Georgia" w:hAnsi="Georgia"/>
          <w:b w:val="0"/>
          <w:i w:val="0"/>
          <w:color w:val="22201D"/>
          <w:sz w:val="20"/>
        </w:rPr>
        <w:t>The Hostess said, "Notice when bread arrives."</w:t>
      </w:r>
    </w:p>
    <w:p>
      <w:pPr>
        <w:spacing w:after="60" w:line="266" w:lineRule="auto"/>
        <w:ind w:firstLine="331"/>
        <w:jc w:val="both"/>
      </w:pPr>
      <w:r>
        <w:rPr>
          <w:rFonts w:ascii="Georgia" w:hAnsi="Georgia"/>
          <w:b w:val="0"/>
          <w:i w:val="0"/>
          <w:color w:val="22201D"/>
          <w:sz w:val="20"/>
        </w:rPr>
        <w:t>The woman frowned softly.</w:t>
      </w:r>
    </w:p>
    <w:p>
      <w:pPr>
        <w:spacing w:after="60" w:line="266" w:lineRule="auto"/>
        <w:ind w:firstLine="331"/>
        <w:jc w:val="both"/>
      </w:pPr>
      <w:r>
        <w:rPr>
          <w:rFonts w:ascii="Georgia" w:hAnsi="Georgia"/>
          <w:b w:val="0"/>
          <w:i w:val="0"/>
          <w:color w:val="22201D"/>
          <w:sz w:val="20"/>
        </w:rPr>
        <w:t>"That's all?"</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The bell rang when she left.</w:t>
      </w:r>
    </w:p>
    <w:p>
      <w:pPr>
        <w:spacing w:after="60" w:line="266" w:lineRule="auto"/>
        <w:ind w:firstLine="331"/>
        <w:jc w:val="both"/>
      </w:pPr>
      <w:r>
        <w:rPr>
          <w:rFonts w:ascii="Georgia" w:hAnsi="Georgia"/>
          <w:b w:val="0"/>
          <w:i w:val="0"/>
          <w:color w:val="22201D"/>
          <w:sz w:val="20"/>
        </w:rPr>
        <w:t>This time the room did not follow the sound. It continued. Cups moved. Chairs shifted. Someone asked for water. Someone else asked if there was pie. Bob said pie was not a metaphor and then served it correctly.</w:t>
      </w:r>
    </w:p>
    <w:p>
      <w:pPr>
        <w:spacing w:after="60" w:line="266" w:lineRule="auto"/>
        <w:ind w:firstLine="331"/>
        <w:jc w:val="both"/>
      </w:pPr>
      <w:r>
        <w:rPr>
          <w:rFonts w:ascii="Georgia" w:hAnsi="Georgia"/>
          <w:b w:val="0"/>
          <w:i w:val="0"/>
          <w:color w:val="22201D"/>
          <w:sz w:val="20"/>
        </w:rPr>
        <w:t>Flocc walked to the table and picked up the OPEN card.</w:t>
      </w:r>
    </w:p>
    <w:p>
      <w:pPr>
        <w:spacing w:after="60" w:line="266" w:lineRule="auto"/>
        <w:ind w:firstLine="331"/>
        <w:jc w:val="both"/>
      </w:pPr>
      <w:r>
        <w:rPr>
          <w:rFonts w:ascii="Georgia" w:hAnsi="Georgia"/>
          <w:b w:val="0"/>
          <w:i w:val="0"/>
          <w:color w:val="22201D"/>
          <w:sz w:val="20"/>
        </w:rPr>
        <w:t>A crumb had stuck to the lower edge.</w:t>
      </w:r>
    </w:p>
    <w:p>
      <w:pPr>
        <w:spacing w:after="60" w:line="266" w:lineRule="auto"/>
        <w:ind w:firstLine="331"/>
        <w:jc w:val="both"/>
      </w:pPr>
      <w:r>
        <w:rPr>
          <w:rFonts w:ascii="Georgia" w:hAnsi="Georgia"/>
          <w:b w:val="0"/>
          <w:i w:val="0"/>
          <w:color w:val="22201D"/>
          <w:sz w:val="20"/>
        </w:rPr>
        <w:t>He brushed it off with his thumb.</w:t>
      </w:r>
    </w:p>
    <w:p>
      <w:pPr>
        <w:spacing w:after="60" w:line="266" w:lineRule="auto"/>
        <w:ind w:firstLine="331"/>
        <w:jc w:val="both"/>
      </w:pPr>
      <w:r>
        <w:rPr>
          <w:rFonts w:ascii="Georgia" w:hAnsi="Georgia"/>
          <w:b w:val="0"/>
          <w:i w:val="0"/>
          <w:color w:val="22201D"/>
          <w:sz w:val="20"/>
        </w:rPr>
        <w:t>On the table, where the card had been, was no mark. No symbol. No proof.</w:t>
      </w:r>
    </w:p>
    <w:p>
      <w:pPr>
        <w:spacing w:after="60" w:line="266" w:lineRule="auto"/>
        <w:ind w:firstLine="331"/>
        <w:jc w:val="both"/>
      </w:pPr>
      <w:r>
        <w:rPr>
          <w:rFonts w:ascii="Georgia" w:hAnsi="Georgia"/>
          <w:b w:val="0"/>
          <w:i w:val="0"/>
          <w:color w:val="22201D"/>
          <w:sz w:val="20"/>
        </w:rPr>
        <w:t>Only clean wood ready to hold what came next.</w:t>
      </w:r>
    </w:p>
    <w:p>
      <w:pPr>
        <w:spacing w:after="60" w:line="266" w:lineRule="auto"/>
        <w:ind w:firstLine="331"/>
        <w:jc w:val="both"/>
      </w:pPr>
      <w:r>
        <w:rPr>
          <w:rFonts w:ascii="Georgia" w:hAnsi="Georgia"/>
          <w:b w:val="0"/>
          <w:i w:val="0"/>
          <w:color w:val="22201D"/>
          <w:sz w:val="20"/>
        </w:rPr>
        <w:t>Bob came out of the kitchen carrying a small plate.</w:t>
      </w:r>
    </w:p>
    <w:p>
      <w:pPr>
        <w:spacing w:after="60" w:line="266" w:lineRule="auto"/>
        <w:ind w:firstLine="331"/>
        <w:jc w:val="both"/>
      </w:pPr>
      <w:r>
        <w:rPr>
          <w:rFonts w:ascii="Georgia" w:hAnsi="Georgia"/>
          <w:b w:val="0"/>
          <w:i w:val="0"/>
          <w:color w:val="22201D"/>
          <w:sz w:val="20"/>
        </w:rPr>
        <w:t>"Who ordered bread?" he asked.</w:t>
      </w:r>
    </w:p>
    <w:p>
      <w:pPr>
        <w:spacing w:after="60" w:line="266" w:lineRule="auto"/>
        <w:ind w:firstLine="331"/>
        <w:jc w:val="both"/>
      </w:pPr>
      <w:r>
        <w:rPr>
          <w:rFonts w:ascii="Georgia" w:hAnsi="Georgia"/>
          <w:b w:val="0"/>
          <w:i w:val="0"/>
          <w:color w:val="22201D"/>
          <w:sz w:val="20"/>
        </w:rPr>
        <w:t>No one had.</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Flocc looked at the empty table.</w:t>
      </w:r>
    </w:p>
    <w:p>
      <w:pPr>
        <w:spacing w:after="60" w:line="266" w:lineRule="auto"/>
        <w:ind w:firstLine="331"/>
        <w:jc w:val="both"/>
      </w:pPr>
      <w:r>
        <w:rPr>
          <w:rFonts w:ascii="Georgia" w:hAnsi="Georgia"/>
          <w:b w:val="0"/>
          <w:i w:val="0"/>
          <w:color w:val="22201D"/>
          <w:sz w:val="20"/>
        </w:rPr>
        <w:t>The bread was already there, warm enough to fog the plate by one thin crescent.</w:t>
      </w:r>
    </w:p>
    <w:p>
      <w:pPr>
        <w:spacing w:after="60" w:line="266" w:lineRule="auto"/>
        <w:ind w:firstLine="331"/>
        <w:jc w:val="both"/>
      </w:pPr>
      <w:r>
        <w:rPr>
          <w:rFonts w:ascii="Georgia" w:hAnsi="Georgia"/>
          <w:b w:val="0"/>
          <w:i w:val="0"/>
          <w:color w:val="22201D"/>
          <w:sz w:val="20"/>
        </w:rPr>
        <w:t>Steve reached for a fresh receipt slip.</w:t>
      </w:r>
    </w:p>
    <w:p>
      <w:pPr>
        <w:spacing w:after="60" w:line="266" w:lineRule="auto"/>
        <w:ind w:firstLine="331"/>
        <w:jc w:val="both"/>
      </w:pPr>
      <w:r>
        <w:rPr>
          <w:rFonts w:ascii="Georgia" w:hAnsi="Georgia"/>
          <w:b w:val="0"/>
          <w:i w:val="0"/>
          <w:color w:val="22201D"/>
          <w:sz w:val="20"/>
        </w:rPr>
        <w:t>"Before permission," he said.</w:t>
      </w:r>
    </w:p>
    <w:p>
      <w:pPr>
        <w:spacing w:after="60" w:line="266" w:lineRule="auto"/>
        <w:ind w:firstLine="331"/>
        <w:jc w:val="both"/>
      </w:pPr>
      <w:r>
        <w:rPr>
          <w:rFonts w:ascii="Georgia" w:hAnsi="Georgia"/>
          <w:b w:val="0"/>
          <w:i w:val="0"/>
          <w:color w:val="22201D"/>
          <w:sz w:val="20"/>
        </w:rPr>
        <w:t>Gerald inspected the plate and found no hazard.</w:t>
      </w:r>
    </w:p>
    <w:p>
      <w:pPr>
        <w:spacing w:after="60" w:line="266" w:lineRule="auto"/>
        <w:ind w:firstLine="331"/>
        <w:jc w:val="both"/>
      </w:pPr>
      <w:r>
        <w:rPr>
          <w:rFonts w:ascii="Georgia" w:hAnsi="Georgia"/>
          <w:b w:val="0"/>
          <w:i w:val="0"/>
          <w:color w:val="22201D"/>
          <w:sz w:val="20"/>
        </w:rPr>
        <w:t>The Hostess picked up the OPEN card, turned it over, and wrote one more word beneath the old instruction.</w:t>
      </w:r>
    </w:p>
    <w:p>
      <w:pPr>
        <w:spacing w:after="60" w:line="250" w:lineRule="auto"/>
        <w:ind w:left="202" w:right="173"/>
      </w:pPr>
      <w:r>
        <w:rPr>
          <w:rFonts w:ascii="Georgia" w:hAnsi="Georgia"/>
          <w:b w:val="0"/>
          <w:i w:val="0"/>
          <w:color w:val="22201D"/>
          <w:sz w:val="17"/>
        </w:rPr>
        <w:t>NOTICE</w:t>
      </w:r>
    </w:p>
    <w:p>
      <w:pPr>
        <w:spacing w:after="60" w:line="266" w:lineRule="auto"/>
        <w:ind w:firstLine="331"/>
        <w:jc w:val="both"/>
      </w:pPr>
      <w:r>
        <w:rPr>
          <w:rFonts w:ascii="Georgia" w:hAnsi="Georgia"/>
          <w:b w:val="0"/>
          <w:i w:val="0"/>
          <w:color w:val="22201D"/>
          <w:sz w:val="20"/>
        </w:rPr>
        <w:t>Then she placed the card beside the bread.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Bread Arrives Before Permission</w:t>
      </w:r>
    </w:p>
    <w:p>
      <w:pPr>
        <w:spacing w:after="60" w:line="266" w:lineRule="auto"/>
        <w:ind w:firstLine="0"/>
        <w:jc w:val="both"/>
      </w:pPr>
      <w:r>
        <w:rPr>
          <w:rFonts w:ascii="Georgia" w:hAnsi="Georgia"/>
          <w:b w:val="0"/>
          <w:i w:val="0"/>
          <w:color w:val="22201D"/>
          <w:sz w:val="20"/>
        </w:rPr>
        <w:t>The bread sat on the empty table as if it had misunderstood time.</w:t>
      </w:r>
    </w:p>
    <w:p>
      <w:pPr>
        <w:spacing w:after="60" w:line="266" w:lineRule="auto"/>
        <w:ind w:firstLine="331"/>
        <w:jc w:val="both"/>
      </w:pPr>
      <w:r>
        <w:rPr>
          <w:rFonts w:ascii="Georgia" w:hAnsi="Georgia"/>
          <w:b w:val="0"/>
          <w:i w:val="0"/>
          <w:color w:val="22201D"/>
          <w:sz w:val="20"/>
        </w:rPr>
        <w:t>No one had ordered it. No ticket had been written. Bob had not placed it there. The kitchen had not called out. The plate was warm enough to leave a faint crescent of fog beneath its rim, and the bread itself was plain: torn loaf, butter nearby, salt in a small dish, nothing arranged to look important.</w:t>
      </w:r>
    </w:p>
    <w:p>
      <w:pPr>
        <w:spacing w:after="60" w:line="266" w:lineRule="auto"/>
        <w:ind w:firstLine="331"/>
        <w:jc w:val="both"/>
      </w:pPr>
      <w:r>
        <w:rPr>
          <w:rFonts w:ascii="Georgia" w:hAnsi="Georgia"/>
          <w:b w:val="0"/>
          <w:i w:val="0"/>
          <w:color w:val="22201D"/>
          <w:sz w:val="20"/>
        </w:rPr>
        <w:t>That was what made it difficult.</w:t>
      </w:r>
    </w:p>
    <w:p>
      <w:pPr>
        <w:spacing w:after="60" w:line="266" w:lineRule="auto"/>
        <w:ind w:firstLine="331"/>
        <w:jc w:val="both"/>
      </w:pPr>
      <w:r>
        <w:rPr>
          <w:rFonts w:ascii="Georgia" w:hAnsi="Georgia"/>
          <w:b w:val="0"/>
          <w:i w:val="0"/>
          <w:color w:val="22201D"/>
          <w:sz w:val="20"/>
        </w:rPr>
        <w:t>A miracle that wanted attention was easy to distrust. A miracle that arrived as bread made everyone responsible for noticing it without making noticing into ownership.</w:t>
      </w:r>
    </w:p>
    <w:p>
      <w:pPr>
        <w:spacing w:after="60" w:line="266" w:lineRule="auto"/>
        <w:ind w:firstLine="331"/>
        <w:jc w:val="both"/>
      </w:pPr>
      <w:r>
        <w:rPr>
          <w:rFonts w:ascii="Georgia" w:hAnsi="Georgia"/>
          <w:b w:val="0"/>
          <w:i w:val="0"/>
          <w:color w:val="22201D"/>
          <w:sz w:val="20"/>
        </w:rPr>
        <w:t>Gerald leaned over the plate and inspected it from three angles.</w:t>
      </w:r>
    </w:p>
    <w:p>
      <w:pPr>
        <w:spacing w:after="60" w:line="266" w:lineRule="auto"/>
        <w:ind w:firstLine="331"/>
        <w:jc w:val="both"/>
      </w:pPr>
      <w:r>
        <w:rPr>
          <w:rFonts w:ascii="Georgia" w:hAnsi="Georgia"/>
          <w:b w:val="0"/>
          <w:i w:val="0"/>
          <w:color w:val="22201D"/>
          <w:sz w:val="20"/>
        </w:rPr>
        <w:t>"No visible hazard," he said. "Steam moderate. Plate temperature acceptable. Crumb distribution ordinary."</w:t>
      </w:r>
    </w:p>
    <w:p>
      <w:pPr>
        <w:spacing w:after="60" w:line="266" w:lineRule="auto"/>
        <w:ind w:firstLine="331"/>
        <w:jc w:val="both"/>
      </w:pPr>
      <w:r>
        <w:rPr>
          <w:rFonts w:ascii="Georgia" w:hAnsi="Georgia"/>
          <w:b w:val="0"/>
          <w:i w:val="0"/>
          <w:color w:val="22201D"/>
          <w:sz w:val="20"/>
        </w:rPr>
        <w:t>Bob frowned. "Crumb distribution is never ordinary. It is evidence of handling."</w:t>
      </w:r>
    </w:p>
    <w:p>
      <w:pPr>
        <w:spacing w:after="60" w:line="266" w:lineRule="auto"/>
        <w:ind w:firstLine="331"/>
        <w:jc w:val="both"/>
      </w:pPr>
      <w:r>
        <w:rPr>
          <w:rFonts w:ascii="Georgia" w:hAnsi="Georgia"/>
          <w:b w:val="0"/>
          <w:i w:val="0"/>
          <w:color w:val="22201D"/>
          <w:sz w:val="20"/>
        </w:rPr>
        <w:t>"There is no handling evidence."</w:t>
      </w:r>
    </w:p>
    <w:p>
      <w:pPr>
        <w:spacing w:after="60" w:line="266" w:lineRule="auto"/>
        <w:ind w:firstLine="331"/>
        <w:jc w:val="both"/>
      </w:pPr>
      <w:r>
        <w:rPr>
          <w:rFonts w:ascii="Georgia" w:hAnsi="Georgia"/>
          <w:b w:val="0"/>
          <w:i w:val="0"/>
          <w:color w:val="22201D"/>
          <w:sz w:val="20"/>
        </w:rPr>
        <w:t>"Exactly."</w:t>
      </w:r>
    </w:p>
    <w:p>
      <w:pPr>
        <w:spacing w:after="60" w:line="266" w:lineRule="auto"/>
        <w:ind w:firstLine="331"/>
        <w:jc w:val="both"/>
      </w:pPr>
      <w:r>
        <w:rPr>
          <w:rFonts w:ascii="Georgia" w:hAnsi="Georgia"/>
          <w:b w:val="0"/>
          <w:i w:val="0"/>
          <w:color w:val="22201D"/>
          <w:sz w:val="20"/>
        </w:rPr>
        <w:t>Steve stood behind them with a fresh receipt slip and the expression of a man trying to decide whether paperwork could be performed gently.</w:t>
      </w:r>
    </w:p>
    <w:p>
      <w:pPr>
        <w:spacing w:after="60" w:line="266" w:lineRule="auto"/>
        <w:ind w:firstLine="331"/>
        <w:jc w:val="both"/>
      </w:pPr>
      <w:r>
        <w:rPr>
          <w:rFonts w:ascii="Georgia" w:hAnsi="Georgia"/>
          <w:b w:val="0"/>
          <w:i w:val="0"/>
          <w:color w:val="22201D"/>
          <w:sz w:val="20"/>
        </w:rPr>
        <w:t>"We need a receipt," he said.</w:t>
      </w:r>
    </w:p>
    <w:p>
      <w:pPr>
        <w:spacing w:after="60" w:line="266" w:lineRule="auto"/>
        <w:ind w:firstLine="331"/>
        <w:jc w:val="both"/>
      </w:pPr>
      <w:r>
        <w:rPr>
          <w:rFonts w:ascii="Georgia" w:hAnsi="Georgia"/>
          <w:b w:val="0"/>
          <w:i w:val="0"/>
          <w:color w:val="22201D"/>
          <w:sz w:val="20"/>
        </w:rPr>
        <w:t>The Hostess looked at the table card.</w:t>
      </w:r>
    </w:p>
    <w:p>
      <w:pPr>
        <w:spacing w:after="60" w:line="266" w:lineRule="auto"/>
        <w:ind w:firstLine="331"/>
        <w:jc w:val="both"/>
      </w:pPr>
      <w:r>
        <w:rPr>
          <w:rFonts w:ascii="Georgia" w:hAnsi="Georgia"/>
          <w:b w:val="0"/>
          <w:i w:val="0"/>
          <w:color w:val="22201D"/>
          <w:sz w:val="20"/>
        </w:rPr>
        <w:t>OPEN on one side.</w:t>
      </w:r>
    </w:p>
    <w:p>
      <w:pPr>
        <w:spacing w:after="60" w:line="266" w:lineRule="auto"/>
        <w:ind w:firstLine="331"/>
        <w:jc w:val="both"/>
      </w:pPr>
      <w:r>
        <w:rPr>
          <w:rFonts w:ascii="Georgia" w:hAnsi="Georgia"/>
          <w:b w:val="0"/>
          <w:i w:val="0"/>
          <w:color w:val="22201D"/>
          <w:sz w:val="20"/>
        </w:rPr>
        <w:t>NOTICE on the other.</w:t>
      </w:r>
    </w:p>
    <w:p>
      <w:pPr>
        <w:spacing w:after="60" w:line="266" w:lineRule="auto"/>
        <w:ind w:firstLine="331"/>
        <w:jc w:val="both"/>
      </w:pPr>
      <w:r>
        <w:rPr>
          <w:rFonts w:ascii="Georgia" w:hAnsi="Georgia"/>
          <w:b w:val="0"/>
          <w:i w:val="0"/>
          <w:color w:val="22201D"/>
          <w:sz w:val="20"/>
        </w:rPr>
        <w:t>"A receipt," she said, "not a claim."</w:t>
      </w:r>
    </w:p>
    <w:p>
      <w:pPr>
        <w:spacing w:after="60" w:line="266" w:lineRule="auto"/>
        <w:ind w:firstLine="331"/>
        <w:jc w:val="both"/>
      </w:pPr>
      <w:r>
        <w:rPr>
          <w:rFonts w:ascii="Georgia" w:hAnsi="Georgia"/>
          <w:b w:val="0"/>
          <w:i w:val="0"/>
          <w:color w:val="22201D"/>
          <w:sz w:val="20"/>
        </w:rPr>
        <w:t>"That is more difficult."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Flocc stood near the table with his hands empty. Empty hands felt correct and useless. He had spent so much of his time in the Wayward Diners learning what to ask for, what not to ask for, what to accept, what to refuse, what to route, what to substitute, what to sign, what to leave unexplained. Now the bread had arrived before all of that.</w:t>
      </w:r>
    </w:p>
    <w:p>
      <w:pPr>
        <w:spacing w:after="60" w:line="266" w:lineRule="auto"/>
        <w:ind w:firstLine="331"/>
        <w:jc w:val="both"/>
      </w:pPr>
      <w:r>
        <w:rPr>
          <w:rFonts w:ascii="Georgia" w:hAnsi="Georgia"/>
          <w:b w:val="0"/>
          <w:i w:val="0"/>
          <w:color w:val="22201D"/>
          <w:sz w:val="20"/>
        </w:rPr>
        <w:t>Before permission.</w:t>
      </w:r>
    </w:p>
    <w:p>
      <w:pPr>
        <w:spacing w:after="60" w:line="266" w:lineRule="auto"/>
        <w:ind w:firstLine="331"/>
        <w:jc w:val="both"/>
      </w:pPr>
      <w:r>
        <w:rPr>
          <w:rFonts w:ascii="Georgia" w:hAnsi="Georgia"/>
          <w:b w:val="0"/>
          <w:i w:val="0"/>
          <w:color w:val="22201D"/>
          <w:sz w:val="20"/>
        </w:rPr>
        <w:t>Before deserving.</w:t>
      </w:r>
    </w:p>
    <w:p>
      <w:pPr>
        <w:spacing w:after="60" w:line="266" w:lineRule="auto"/>
        <w:ind w:firstLine="331"/>
        <w:jc w:val="both"/>
      </w:pPr>
      <w:r>
        <w:rPr>
          <w:rFonts w:ascii="Georgia" w:hAnsi="Georgia"/>
          <w:b w:val="0"/>
          <w:i w:val="0"/>
          <w:color w:val="22201D"/>
          <w:sz w:val="20"/>
        </w:rPr>
        <w:t>Before the room could make itself ready by understanding why.</w:t>
      </w:r>
    </w:p>
    <w:p>
      <w:pPr>
        <w:spacing w:after="60" w:line="266" w:lineRule="auto"/>
        <w:ind w:firstLine="331"/>
        <w:jc w:val="both"/>
      </w:pPr>
      <w:r>
        <w:rPr>
          <w:rFonts w:ascii="Georgia" w:hAnsi="Georgia"/>
          <w:b w:val="0"/>
          <w:i w:val="0"/>
          <w:color w:val="22201D"/>
          <w:sz w:val="20"/>
        </w:rPr>
        <w:t>Nico came from the dish station holding a clean plate and then stopped when he saw the existing one.</w:t>
      </w:r>
    </w:p>
    <w:p>
      <w:pPr>
        <w:spacing w:after="60" w:line="266" w:lineRule="auto"/>
        <w:ind w:firstLine="331"/>
        <w:jc w:val="both"/>
      </w:pPr>
      <w:r>
        <w:rPr>
          <w:rFonts w:ascii="Georgia" w:hAnsi="Georgia"/>
          <w:b w:val="0"/>
          <w:i w:val="0"/>
          <w:color w:val="22201D"/>
          <w:sz w:val="20"/>
        </w:rPr>
        <w:t>"Do we need another plate?"</w:t>
      </w:r>
    </w:p>
    <w:p>
      <w:pPr>
        <w:spacing w:after="60" w:line="266" w:lineRule="auto"/>
        <w:ind w:firstLine="331"/>
        <w:jc w:val="both"/>
      </w:pPr>
      <w:r>
        <w:rPr>
          <w:rFonts w:ascii="Georgia" w:hAnsi="Georgia"/>
          <w:b w:val="0"/>
          <w:i w:val="0"/>
          <w:color w:val="22201D"/>
          <w:sz w:val="20"/>
        </w:rPr>
        <w:t>"No," Gerald said.</w:t>
      </w:r>
    </w:p>
    <w:p>
      <w:pPr>
        <w:spacing w:after="60" w:line="266" w:lineRule="auto"/>
        <w:ind w:firstLine="331"/>
        <w:jc w:val="both"/>
      </w:pPr>
      <w:r>
        <w:rPr>
          <w:rFonts w:ascii="Georgia" w:hAnsi="Georgia"/>
          <w:b w:val="0"/>
          <w:i w:val="0"/>
          <w:color w:val="22201D"/>
          <w:sz w:val="20"/>
        </w:rPr>
        <w:t>"Do we need another person?"</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That was better than answering too quickly.</w:t>
      </w:r>
    </w:p>
    <w:p>
      <w:pPr>
        <w:spacing w:after="60" w:line="266" w:lineRule="auto"/>
        <w:ind w:firstLine="331"/>
        <w:jc w:val="both"/>
      </w:pPr>
      <w:r>
        <w:rPr>
          <w:rFonts w:ascii="Georgia" w:hAnsi="Georgia"/>
          <w:b w:val="0"/>
          <w:i w:val="0"/>
          <w:color w:val="22201D"/>
          <w:sz w:val="20"/>
        </w:rPr>
        <w:t>The table was open. The bread was present. The receipt was unwritten. The room had reached the end of the book without becoming the kind of place that knew how endings worked.</w:t>
      </w:r>
    </w:p>
    <w:p>
      <w:pPr>
        <w:spacing w:after="60" w:line="266" w:lineRule="auto"/>
        <w:ind w:firstLine="331"/>
        <w:jc w:val="both"/>
      </w:pPr>
      <w:r>
        <w:rPr>
          <w:rFonts w:ascii="Georgia" w:hAnsi="Georgia"/>
          <w:b w:val="0"/>
          <w:i w:val="0"/>
          <w:color w:val="22201D"/>
          <w:sz w:val="20"/>
        </w:rPr>
        <w:t>A customer near the wall whispered, "Who is it for?"</w:t>
      </w:r>
    </w:p>
    <w:p>
      <w:pPr>
        <w:spacing w:after="60" w:line="266" w:lineRule="auto"/>
        <w:ind w:firstLine="331"/>
        <w:jc w:val="both"/>
      </w:pPr>
      <w:r>
        <w:rPr>
          <w:rFonts w:ascii="Georgia" w:hAnsi="Georgia"/>
          <w:b w:val="0"/>
          <w:i w:val="0"/>
          <w:color w:val="22201D"/>
          <w:sz w:val="20"/>
        </w:rPr>
        <w:t>Bob said, "Bread is usually for hunger."</w:t>
      </w:r>
    </w:p>
    <w:p>
      <w:pPr>
        <w:spacing w:after="60" w:line="266" w:lineRule="auto"/>
        <w:ind w:firstLine="331"/>
        <w:jc w:val="both"/>
      </w:pPr>
      <w:r>
        <w:rPr>
          <w:rFonts w:ascii="Georgia" w:hAnsi="Georgia"/>
          <w:b w:val="0"/>
          <w:i w:val="0"/>
          <w:color w:val="22201D"/>
          <w:sz w:val="20"/>
        </w:rPr>
        <w:t>"Whose hunger?"</w:t>
      </w:r>
    </w:p>
    <w:p>
      <w:pPr>
        <w:spacing w:after="60" w:line="266" w:lineRule="auto"/>
        <w:ind w:firstLine="331"/>
        <w:jc w:val="both"/>
      </w:pPr>
      <w:r>
        <w:rPr>
          <w:rFonts w:ascii="Georgia" w:hAnsi="Georgia"/>
          <w:b w:val="0"/>
          <w:i w:val="0"/>
          <w:color w:val="22201D"/>
          <w:sz w:val="20"/>
        </w:rPr>
        <w:t>Bob did not answer.</w:t>
      </w:r>
    </w:p>
    <w:p>
      <w:pPr>
        <w:spacing w:after="60" w:line="266" w:lineRule="auto"/>
        <w:ind w:firstLine="331"/>
        <w:jc w:val="both"/>
      </w:pPr>
      <w:r>
        <w:rPr>
          <w:rFonts w:ascii="Georgia" w:hAnsi="Georgia"/>
          <w:b w:val="0"/>
          <w:i w:val="0"/>
          <w:color w:val="22201D"/>
          <w:sz w:val="20"/>
        </w:rPr>
        <w:t>The Hostess did not answer.</w:t>
      </w:r>
    </w:p>
    <w:p>
      <w:pPr>
        <w:spacing w:after="60" w:line="266" w:lineRule="auto"/>
        <w:ind w:firstLine="331"/>
        <w:jc w:val="both"/>
      </w:pPr>
      <w:r>
        <w:rPr>
          <w:rFonts w:ascii="Georgia" w:hAnsi="Georgia"/>
          <w:b w:val="0"/>
          <w:i w:val="0"/>
          <w:color w:val="22201D"/>
          <w:sz w:val="20"/>
        </w:rPr>
        <w:t>Steve did not turn the question into a form.</w:t>
      </w:r>
    </w:p>
    <w:p>
      <w:pPr>
        <w:spacing w:after="60" w:line="266" w:lineRule="auto"/>
        <w:ind w:firstLine="331"/>
        <w:jc w:val="both"/>
      </w:pPr>
      <w:r>
        <w:rPr>
          <w:rFonts w:ascii="Georgia" w:hAnsi="Georgia"/>
          <w:b w:val="0"/>
          <w:i w:val="0"/>
          <w:color w:val="22201D"/>
          <w:sz w:val="20"/>
        </w:rPr>
        <w:t>Flocc looked around the room.</w:t>
      </w:r>
    </w:p>
    <w:p>
      <w:pPr>
        <w:spacing w:after="60" w:line="266" w:lineRule="auto"/>
        <w:ind w:firstLine="331"/>
        <w:jc w:val="both"/>
      </w:pPr>
      <w:r>
        <w:rPr>
          <w:rFonts w:ascii="Georgia" w:hAnsi="Georgia"/>
          <w:b w:val="0"/>
          <w:i w:val="0"/>
          <w:color w:val="22201D"/>
          <w:sz w:val="20"/>
        </w:rPr>
        <w:t>The woman in the raincoat had left. The old man with the butter concern had left. The child with the STILL EATING card was asleep again, though her plate was clean. The student had kept one napkin after returning three, and no one had asked whether that made the arithmetic dishonest.</w:t>
      </w:r>
    </w:p>
    <w:p>
      <w:pPr>
        <w:spacing w:after="60" w:line="266" w:lineRule="auto"/>
        <w:ind w:firstLine="331"/>
        <w:jc w:val="both"/>
      </w:pPr>
      <w:r>
        <w:rPr>
          <w:rFonts w:ascii="Georgia" w:hAnsi="Georgia"/>
          <w:b w:val="0"/>
          <w:i w:val="0"/>
          <w:color w:val="22201D"/>
          <w:sz w:val="20"/>
        </w:rPr>
        <w:t>There were people in the room. There were always people in the room. Some were present in chairs. Some were present in records. Some were present in crumbs, in repaired mistakes, in labels not kept, in warnings obeyed, in water poured before anyone knew whether water counted.</w:t>
      </w:r>
    </w:p>
    <w:p>
      <w:pPr>
        <w:spacing w:after="60" w:line="266" w:lineRule="auto"/>
        <w:ind w:firstLine="331"/>
        <w:jc w:val="both"/>
      </w:pPr>
      <w:r>
        <w:rPr>
          <w:rFonts w:ascii="Georgia" w:hAnsi="Georgia"/>
          <w:b w:val="0"/>
          <w:i w:val="0"/>
          <w:color w:val="22201D"/>
          <w:sz w:val="20"/>
        </w:rPr>
        <w:t>"Maybe it is for whoever notices," Nico said.</w:t>
      </w:r>
    </w:p>
    <w:p>
      <w:pPr>
        <w:spacing w:after="60" w:line="266" w:lineRule="auto"/>
        <w:ind w:firstLine="331"/>
        <w:jc w:val="both"/>
      </w:pPr>
      <w:r>
        <w:rPr>
          <w:rFonts w:ascii="Georgia" w:hAnsi="Georgia"/>
          <w:b w:val="0"/>
          <w:i w:val="0"/>
          <w:color w:val="22201D"/>
          <w:sz w:val="20"/>
        </w:rPr>
        <w:t>Steve's pen moved. "Notice is not ownership."</w:t>
      </w:r>
    </w:p>
    <w:p>
      <w:pPr>
        <w:spacing w:after="60" w:line="266" w:lineRule="auto"/>
        <w:ind w:firstLine="331"/>
        <w:jc w:val="both"/>
      </w:pPr>
      <w:r>
        <w:rPr>
          <w:rFonts w:ascii="Georgia" w:hAnsi="Georgia"/>
          <w:b w:val="0"/>
          <w:i w:val="0"/>
          <w:color w:val="22201D"/>
          <w:sz w:val="20"/>
        </w:rPr>
        <w:t>"I didn't say owns."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Gerald inspected the chair nearest the bread. "If whoever notices sits, the chair is safe."</w:t>
      </w:r>
    </w:p>
    <w:p>
      <w:pPr>
        <w:spacing w:after="60" w:line="266" w:lineRule="auto"/>
        <w:ind w:firstLine="331"/>
        <w:jc w:val="both"/>
      </w:pPr>
      <w:r>
        <w:rPr>
          <w:rFonts w:ascii="Georgia" w:hAnsi="Georgia"/>
          <w:b w:val="0"/>
          <w:i w:val="0"/>
          <w:color w:val="22201D"/>
          <w:sz w:val="20"/>
        </w:rPr>
        <w:t>Bob looked at the loaf. "If whoever notices eats, the bread is real."</w:t>
      </w:r>
    </w:p>
    <w:p>
      <w:pPr>
        <w:spacing w:after="60" w:line="266" w:lineRule="auto"/>
        <w:ind w:firstLine="331"/>
        <w:jc w:val="both"/>
      </w:pPr>
      <w:r>
        <w:rPr>
          <w:rFonts w:ascii="Georgia" w:hAnsi="Georgia"/>
          <w:b w:val="0"/>
          <w:i w:val="0"/>
          <w:color w:val="22201D"/>
          <w:sz w:val="20"/>
        </w:rPr>
        <w:t>The Hostess looked at Flocc. "If whoever notices cannot eat, the noticing still counts."</w:t>
      </w:r>
    </w:p>
    <w:p>
      <w:pPr>
        <w:spacing w:after="60" w:line="266" w:lineRule="auto"/>
        <w:ind w:firstLine="331"/>
        <w:jc w:val="both"/>
      </w:pPr>
      <w:r>
        <w:rPr>
          <w:rFonts w:ascii="Georgia" w:hAnsi="Georgia"/>
          <w:b w:val="0"/>
          <w:i w:val="0"/>
          <w:color w:val="22201D"/>
          <w:sz w:val="20"/>
        </w:rPr>
        <w:t>Flocc did not know why that sentence reached him first.</w:t>
      </w:r>
    </w:p>
    <w:p>
      <w:pPr>
        <w:spacing w:after="60" w:line="266" w:lineRule="auto"/>
        <w:ind w:firstLine="331"/>
        <w:jc w:val="both"/>
      </w:pPr>
      <w:r>
        <w:rPr>
          <w:rFonts w:ascii="Georgia" w:hAnsi="Georgia"/>
          <w:b w:val="0"/>
          <w:i w:val="0"/>
          <w:color w:val="22201D"/>
          <w:sz w:val="20"/>
        </w:rPr>
        <w:t>Maybe because hunger had brought him here before he knew its name. Maybe because he had spent too long thinking a meal became true only when eaten correctly. Maybe because the final grace of the place was not that it always fed everyone. It was that it noticed hunger before rules could make the noticing smaller.</w:t>
      </w:r>
    </w:p>
    <w:p>
      <w:pPr>
        <w:spacing w:after="60" w:line="266" w:lineRule="auto"/>
        <w:ind w:firstLine="331"/>
        <w:jc w:val="both"/>
      </w:pPr>
      <w:r>
        <w:rPr>
          <w:rFonts w:ascii="Georgia" w:hAnsi="Georgia"/>
          <w:b w:val="0"/>
          <w:i w:val="0"/>
          <w:color w:val="22201D"/>
          <w:sz w:val="20"/>
        </w:rPr>
        <w:t>He pulled out the chair.</w:t>
      </w:r>
    </w:p>
    <w:p>
      <w:pPr>
        <w:spacing w:after="60" w:line="266" w:lineRule="auto"/>
        <w:ind w:firstLine="331"/>
        <w:jc w:val="both"/>
      </w:pPr>
      <w:r>
        <w:rPr>
          <w:rFonts w:ascii="Georgia" w:hAnsi="Georgia"/>
          <w:b w:val="0"/>
          <w:i w:val="0"/>
          <w:color w:val="22201D"/>
          <w:sz w:val="20"/>
        </w:rPr>
        <w:t>Not for himself.</w:t>
      </w:r>
    </w:p>
    <w:p>
      <w:pPr>
        <w:spacing w:after="60" w:line="266" w:lineRule="auto"/>
        <w:ind w:firstLine="331"/>
        <w:jc w:val="both"/>
      </w:pPr>
      <w:r>
        <w:rPr>
          <w:rFonts w:ascii="Georgia" w:hAnsi="Georgia"/>
          <w:b w:val="0"/>
          <w:i w:val="0"/>
          <w:color w:val="22201D"/>
          <w:sz w:val="20"/>
        </w:rPr>
        <w:t>Not for the room.</w:t>
      </w:r>
    </w:p>
    <w:p>
      <w:pPr>
        <w:spacing w:after="60" w:line="266" w:lineRule="auto"/>
        <w:ind w:firstLine="331"/>
        <w:jc w:val="both"/>
      </w:pPr>
      <w:r>
        <w:rPr>
          <w:rFonts w:ascii="Georgia" w:hAnsi="Georgia"/>
          <w:b w:val="0"/>
          <w:i w:val="0"/>
          <w:color w:val="22201D"/>
          <w:sz w:val="20"/>
        </w:rPr>
        <w:t>For readiness.</w:t>
      </w:r>
    </w:p>
    <w:p>
      <w:pPr>
        <w:spacing w:after="60" w:line="266" w:lineRule="auto"/>
        <w:ind w:firstLine="331"/>
        <w:jc w:val="both"/>
      </w:pPr>
      <w:r>
        <w:rPr>
          <w:rFonts w:ascii="Georgia" w:hAnsi="Georgia"/>
          <w:b w:val="0"/>
          <w:i w:val="0"/>
          <w:color w:val="22201D"/>
          <w:sz w:val="20"/>
        </w:rPr>
        <w:t>Then he stepped back.</w:t>
      </w:r>
    </w:p>
    <w:p>
      <w:pPr>
        <w:spacing w:after="60" w:line="266" w:lineRule="auto"/>
        <w:ind w:firstLine="331"/>
        <w:jc w:val="both"/>
      </w:pPr>
      <w:r>
        <w:rPr>
          <w:rFonts w:ascii="Georgia" w:hAnsi="Georgia"/>
          <w:b w:val="0"/>
          <w:i w:val="0"/>
          <w:color w:val="22201D"/>
          <w:sz w:val="20"/>
        </w:rPr>
        <w:t>The receipt printer clicked once.</w:t>
      </w:r>
    </w:p>
    <w:p>
      <w:pPr>
        <w:spacing w:after="60" w:line="266" w:lineRule="auto"/>
        <w:ind w:firstLine="331"/>
        <w:jc w:val="both"/>
      </w:pPr>
      <w:r>
        <w:rPr>
          <w:rFonts w:ascii="Georgia" w:hAnsi="Georgia"/>
          <w:b w:val="0"/>
          <w:i w:val="0"/>
          <w:color w:val="22201D"/>
          <w:sz w:val="20"/>
        </w:rPr>
        <w:t>Steve stared at it.</w:t>
      </w:r>
    </w:p>
    <w:p>
      <w:pPr>
        <w:spacing w:after="60" w:line="266" w:lineRule="auto"/>
        <w:ind w:firstLine="331"/>
        <w:jc w:val="both"/>
      </w:pPr>
      <w:r>
        <w:rPr>
          <w:rFonts w:ascii="Georgia" w:hAnsi="Georgia"/>
          <w:b w:val="0"/>
          <w:i w:val="0"/>
          <w:color w:val="22201D"/>
          <w:sz w:val="20"/>
        </w:rPr>
        <w:t>"I am holding the receipt slip," he said.</w:t>
      </w:r>
    </w:p>
    <w:p>
      <w:pPr>
        <w:spacing w:after="60" w:line="266" w:lineRule="auto"/>
        <w:ind w:firstLine="331"/>
        <w:jc w:val="both"/>
      </w:pPr>
      <w:r>
        <w:rPr>
          <w:rFonts w:ascii="Georgia" w:hAnsi="Georgia"/>
          <w:b w:val="0"/>
          <w:i w:val="0"/>
          <w:color w:val="22201D"/>
          <w:sz w:val="20"/>
        </w:rPr>
        <w:t>The printer printed anyway.</w:t>
      </w:r>
    </w:p>
    <w:p>
      <w:pPr>
        <w:spacing w:after="60" w:line="266" w:lineRule="auto"/>
        <w:ind w:firstLine="331"/>
        <w:jc w:val="both"/>
      </w:pPr>
      <w:r>
        <w:rPr>
          <w:rFonts w:ascii="Georgia" w:hAnsi="Georgia"/>
          <w:b w:val="0"/>
          <w:i w:val="0"/>
          <w:color w:val="22201D"/>
          <w:sz w:val="20"/>
        </w:rPr>
        <w:t>A narrow line of paper emerged and stopped.</w:t>
      </w:r>
    </w:p>
    <w:p>
      <w:pPr>
        <w:spacing w:after="60" w:line="250" w:lineRule="auto"/>
        <w:ind w:left="202" w:right="173"/>
      </w:pPr>
      <w:r>
        <w:rPr>
          <w:rFonts w:ascii="Georgia" w:hAnsi="Georgia"/>
          <w:b w:val="0"/>
          <w:i w:val="0"/>
          <w:color w:val="22201D"/>
          <w:sz w:val="17"/>
        </w:rPr>
        <w:t>BREAD RECEIPT</w:t>
      </w:r>
    </w:p>
    <w:p>
      <w:pPr>
        <w:spacing w:after="60" w:line="266" w:lineRule="auto"/>
        <w:ind w:firstLine="331"/>
        <w:jc w:val="both"/>
      </w:pPr>
      <w:r>
        <w:rPr>
          <w:rFonts w:ascii="Georgia" w:hAnsi="Georgia"/>
          <w:b w:val="0"/>
          <w:i w:val="0"/>
          <w:color w:val="22201D"/>
          <w:sz w:val="20"/>
        </w:rPr>
        <w:t>Bob's face softened before he could prevent it.</w:t>
      </w:r>
    </w:p>
    <w:p>
      <w:pPr>
        <w:spacing w:after="60" w:line="266" w:lineRule="auto"/>
        <w:ind w:firstLine="331"/>
        <w:jc w:val="both"/>
      </w:pPr>
      <w:r>
        <w:rPr>
          <w:rFonts w:ascii="Georgia" w:hAnsi="Georgia"/>
          <w:b w:val="0"/>
          <w:i w:val="0"/>
          <w:color w:val="22201D"/>
          <w:sz w:val="20"/>
        </w:rPr>
        <w:t>"That is very presumptuous bread."</w:t>
      </w:r>
    </w:p>
    <w:p>
      <w:pPr>
        <w:spacing w:after="60" w:line="266" w:lineRule="auto"/>
        <w:ind w:firstLine="331"/>
        <w:jc w:val="both"/>
      </w:pPr>
      <w:r>
        <w:rPr>
          <w:rFonts w:ascii="Georgia" w:hAnsi="Georgia"/>
          <w:b w:val="0"/>
          <w:i w:val="0"/>
          <w:color w:val="22201D"/>
          <w:sz w:val="20"/>
        </w:rPr>
        <w:t>The printer continued.</w:t>
      </w:r>
    </w:p>
    <w:p>
      <w:pPr>
        <w:spacing w:after="60" w:line="250" w:lineRule="auto"/>
        <w:ind w:left="202" w:right="173"/>
      </w:pPr>
      <w:r>
        <w:rPr>
          <w:rFonts w:ascii="Georgia" w:hAnsi="Georgia"/>
          <w:b w:val="0"/>
          <w:i w:val="0"/>
          <w:color w:val="22201D"/>
          <w:sz w:val="17"/>
        </w:rPr>
        <w:t>Bread arrived before permission. Permission may follow as care, not as cause.</w:t>
      </w:r>
    </w:p>
    <w:p>
      <w:pPr>
        <w:spacing w:after="60" w:line="266" w:lineRule="auto"/>
        <w:ind w:firstLine="331"/>
        <w:jc w:val="both"/>
      </w:pPr>
      <w:r>
        <w:rPr>
          <w:rFonts w:ascii="Georgia" w:hAnsi="Georgia"/>
          <w:b w:val="0"/>
          <w:i w:val="0"/>
          <w:color w:val="22201D"/>
          <w:sz w:val="20"/>
        </w:rPr>
        <w:t>Steve read the line aloud, then looked personally inconvenienced by its accuracy.</w:t>
      </w:r>
    </w:p>
    <w:p>
      <w:pPr>
        <w:spacing w:after="60" w:line="266" w:lineRule="auto"/>
        <w:ind w:firstLine="331"/>
        <w:jc w:val="both"/>
      </w:pPr>
      <w:r>
        <w:rPr>
          <w:rFonts w:ascii="Georgia" w:hAnsi="Georgia"/>
          <w:b w:val="0"/>
          <w:i w:val="0"/>
          <w:color w:val="22201D"/>
          <w:sz w:val="20"/>
        </w:rPr>
        <w:t>"That is defensible."</w:t>
      </w:r>
    </w:p>
    <w:p>
      <w:pPr>
        <w:spacing w:after="60" w:line="266" w:lineRule="auto"/>
        <w:ind w:firstLine="331"/>
        <w:jc w:val="both"/>
      </w:pPr>
      <w:r>
        <w:rPr>
          <w:rFonts w:ascii="Georgia" w:hAnsi="Georgia"/>
          <w:b w:val="0"/>
          <w:i w:val="0"/>
          <w:color w:val="22201D"/>
          <w:sz w:val="20"/>
        </w:rPr>
        <w:t>"High praise," Nico said.</w:t>
      </w:r>
    </w:p>
    <w:p>
      <w:pPr>
        <w:spacing w:after="60" w:line="266" w:lineRule="auto"/>
        <w:ind w:firstLine="331"/>
        <w:jc w:val="both"/>
      </w:pPr>
      <w:r>
        <w:rPr>
          <w:rFonts w:ascii="Georgia" w:hAnsi="Georgia"/>
          <w:b w:val="0"/>
          <w:i w:val="0"/>
          <w:color w:val="22201D"/>
          <w:sz w:val="20"/>
        </w:rPr>
        <w:t>The bread cooled by one visible degree.</w:t>
      </w:r>
    </w:p>
    <w:p>
      <w:pPr>
        <w:spacing w:after="60" w:line="266" w:lineRule="auto"/>
        <w:ind w:firstLine="331"/>
        <w:jc w:val="both"/>
      </w:pPr>
      <w:r>
        <w:rPr>
          <w:rFonts w:ascii="Georgia" w:hAnsi="Georgia"/>
          <w:b w:val="0"/>
          <w:i w:val="0"/>
          <w:color w:val="22201D"/>
          <w:sz w:val="20"/>
        </w:rPr>
        <w:t>The Hostess picked up the plate and set it at the center of the table, not closer to any chair than another.</w:t>
      </w:r>
    </w:p>
    <w:p>
      <w:pPr>
        <w:spacing w:after="60" w:line="266" w:lineRule="auto"/>
        <w:ind w:firstLine="331"/>
        <w:jc w:val="both"/>
      </w:pPr>
      <w:r>
        <w:rPr>
          <w:rFonts w:ascii="Georgia" w:hAnsi="Georgia"/>
          <w:b w:val="0"/>
          <w:i w:val="0"/>
          <w:color w:val="22201D"/>
          <w:sz w:val="20"/>
        </w:rPr>
        <w:t>"Available," she said.</w:t>
      </w:r>
    </w:p>
    <w:p>
      <w:pPr>
        <w:spacing w:after="60" w:line="266" w:lineRule="auto"/>
        <w:ind w:firstLine="331"/>
        <w:jc w:val="both"/>
      </w:pPr>
      <w:r>
        <w:rPr>
          <w:rFonts w:ascii="Georgia" w:hAnsi="Georgia"/>
          <w:b w:val="0"/>
          <w:i w:val="0"/>
          <w:color w:val="22201D"/>
          <w:sz w:val="20"/>
        </w:rPr>
        <w:t>No one moved.</w:t>
      </w:r>
    </w:p>
    <w:p>
      <w:pPr>
        <w:spacing w:after="60" w:line="266" w:lineRule="auto"/>
        <w:ind w:firstLine="331"/>
        <w:jc w:val="both"/>
      </w:pPr>
      <w:r>
        <w:rPr>
          <w:rFonts w:ascii="Georgia" w:hAnsi="Georgia"/>
          <w:b w:val="0"/>
          <w:i w:val="0"/>
          <w:color w:val="22201D"/>
          <w:sz w:val="20"/>
        </w:rPr>
        <w:t>For a moment, Flocc was afraid the ending would fail because everyone had learned too much restraint. The bread had arrived. The room had noticed. But no one wanted to be the person who turned noticing into taking.</w:t>
      </w:r>
    </w:p>
    <w:p>
      <w:pPr>
        <w:spacing w:after="60" w:line="266" w:lineRule="auto"/>
        <w:ind w:firstLine="331"/>
        <w:jc w:val="both"/>
      </w:pPr>
      <w:r>
        <w:rPr>
          <w:rFonts w:ascii="Georgia" w:hAnsi="Georgia"/>
          <w:b w:val="0"/>
          <w:i w:val="0"/>
          <w:color w:val="22201D"/>
          <w:sz w:val="20"/>
        </w:rPr>
        <w:t>Then Bob tore off the smallest corner of the loaf.</w:t>
      </w:r>
    </w:p>
    <w:p>
      <w:pPr>
        <w:spacing w:after="60" w:line="266" w:lineRule="auto"/>
        <w:ind w:firstLine="331"/>
        <w:jc w:val="both"/>
      </w:pPr>
      <w:r>
        <w:rPr>
          <w:rFonts w:ascii="Georgia" w:hAnsi="Georgia"/>
          <w:b w:val="0"/>
          <w:i w:val="0"/>
          <w:color w:val="22201D"/>
          <w:sz w:val="20"/>
        </w:rPr>
        <w:t>Everyone looked at him.</w:t>
      </w:r>
    </w:p>
    <w:p>
      <w:pPr>
        <w:spacing w:after="60" w:line="266" w:lineRule="auto"/>
        <w:ind w:firstLine="331"/>
        <w:jc w:val="both"/>
      </w:pPr>
      <w:r>
        <w:rPr>
          <w:rFonts w:ascii="Georgia" w:hAnsi="Georgia"/>
          <w:b w:val="0"/>
          <w:i w:val="0"/>
          <w:color w:val="22201D"/>
          <w:sz w:val="20"/>
        </w:rPr>
        <w:t>"Quality control," he said.</w:t>
      </w:r>
    </w:p>
    <w:p>
      <w:pPr>
        <w:spacing w:after="60" w:line="266" w:lineRule="auto"/>
        <w:ind w:firstLine="331"/>
        <w:jc w:val="both"/>
      </w:pPr>
      <w:r>
        <w:rPr>
          <w:rFonts w:ascii="Georgia" w:hAnsi="Georgia"/>
          <w:b w:val="0"/>
          <w:i w:val="0"/>
          <w:color w:val="22201D"/>
          <w:sz w:val="20"/>
        </w:rPr>
        <w:t>Gerald opened his mouth.</w:t>
      </w:r>
    </w:p>
    <w:p>
      <w:pPr>
        <w:spacing w:after="60" w:line="266" w:lineRule="auto"/>
        <w:ind w:firstLine="331"/>
        <w:jc w:val="both"/>
      </w:pPr>
      <w:r>
        <w:rPr>
          <w:rFonts w:ascii="Georgia" w:hAnsi="Georgia"/>
          <w:b w:val="0"/>
          <w:i w:val="0"/>
          <w:color w:val="22201D"/>
          <w:sz w:val="20"/>
        </w:rPr>
        <w:t>Bob pointed at him with the bread. "No. This is bread. Bread must be bread. If no one eats it because it might mean something, we have failed."</w:t>
      </w:r>
    </w:p>
    <w:p>
      <w:pPr>
        <w:spacing w:after="60" w:line="266" w:lineRule="auto"/>
        <w:ind w:firstLine="331"/>
        <w:jc w:val="both"/>
      </w:pPr>
      <w:r>
        <w:rPr>
          <w:rFonts w:ascii="Georgia" w:hAnsi="Georgia"/>
          <w:b w:val="0"/>
          <w:i w:val="0"/>
          <w:color w:val="22201D"/>
          <w:sz w:val="20"/>
        </w:rPr>
        <w:t>Gerald closed his mouth.</w:t>
      </w:r>
    </w:p>
    <w:p>
      <w:pPr>
        <w:spacing w:after="60" w:line="266" w:lineRule="auto"/>
        <w:ind w:firstLine="331"/>
        <w:jc w:val="both"/>
      </w:pPr>
      <w:r>
        <w:rPr>
          <w:rFonts w:ascii="Georgia" w:hAnsi="Georgia"/>
          <w:b w:val="0"/>
          <w:i w:val="0"/>
          <w:color w:val="22201D"/>
          <w:sz w:val="20"/>
        </w:rPr>
        <w:t>Bob ate the piece.</w:t>
      </w:r>
    </w:p>
    <w:p>
      <w:pPr>
        <w:spacing w:after="60" w:line="266" w:lineRule="auto"/>
        <w:ind w:firstLine="331"/>
        <w:jc w:val="both"/>
      </w:pPr>
      <w:r>
        <w:rPr>
          <w:rFonts w:ascii="Georgia" w:hAnsi="Georgia"/>
          <w:b w:val="0"/>
          <w:i w:val="0"/>
          <w:color w:val="22201D"/>
          <w:sz w:val="20"/>
        </w:rPr>
        <w:t>The printer printed.</w:t>
      </w:r>
    </w:p>
    <w:p>
      <w:pPr>
        <w:spacing w:after="60" w:line="250" w:lineRule="auto"/>
        <w:ind w:left="202" w:right="173"/>
      </w:pPr>
      <w:r>
        <w:rPr>
          <w:rFonts w:ascii="Georgia" w:hAnsi="Georgia"/>
          <w:b w:val="0"/>
          <w:i w:val="0"/>
          <w:color w:val="22201D"/>
          <w:sz w:val="17"/>
        </w:rPr>
        <w:t>Bread received as bread. Meaning not required before nourishment.</w:t>
      </w:r>
    </w:p>
    <w:p>
      <w:pPr>
        <w:spacing w:after="60" w:line="266" w:lineRule="auto"/>
        <w:ind w:firstLine="331"/>
        <w:jc w:val="both"/>
      </w:pPr>
      <w:r>
        <w:rPr>
          <w:rFonts w:ascii="Georgia" w:hAnsi="Georgia"/>
          <w:b w:val="0"/>
          <w:i w:val="0"/>
          <w:color w:val="22201D"/>
          <w:sz w:val="20"/>
        </w:rPr>
        <w:t>The child at Table Three opened one eye.</w:t>
      </w:r>
    </w:p>
    <w:p>
      <w:pPr>
        <w:spacing w:after="60" w:line="266" w:lineRule="auto"/>
        <w:ind w:firstLine="331"/>
        <w:jc w:val="both"/>
      </w:pPr>
      <w:r>
        <w:rPr>
          <w:rFonts w:ascii="Georgia" w:hAnsi="Georgia"/>
          <w:b w:val="0"/>
          <w:i w:val="0"/>
          <w:color w:val="22201D"/>
          <w:sz w:val="20"/>
        </w:rPr>
        <w:t>"Can I have some?"</w:t>
      </w:r>
    </w:p>
    <w:p>
      <w:pPr>
        <w:spacing w:after="60" w:line="266" w:lineRule="auto"/>
        <w:ind w:firstLine="331"/>
        <w:jc w:val="both"/>
      </w:pPr>
      <w:r>
        <w:rPr>
          <w:rFonts w:ascii="Georgia" w:hAnsi="Georgia"/>
          <w:b w:val="0"/>
          <w:i w:val="0"/>
          <w:color w:val="22201D"/>
          <w:sz w:val="20"/>
        </w:rPr>
        <w:t>"You are asleep," her mother said.</w:t>
      </w:r>
    </w:p>
    <w:p>
      <w:pPr>
        <w:spacing w:after="60" w:line="266" w:lineRule="auto"/>
        <w:ind w:firstLine="331"/>
        <w:jc w:val="both"/>
      </w:pPr>
      <w:r>
        <w:rPr>
          <w:rFonts w:ascii="Georgia" w:hAnsi="Georgia"/>
          <w:b w:val="0"/>
          <w:i w:val="0"/>
          <w:color w:val="22201D"/>
          <w:sz w:val="20"/>
        </w:rPr>
        <w:t>"I can be both."</w:t>
      </w:r>
    </w:p>
    <w:p>
      <w:pPr>
        <w:spacing w:after="60" w:line="266" w:lineRule="auto"/>
        <w:ind w:firstLine="331"/>
        <w:jc w:val="both"/>
      </w:pPr>
      <w:r>
        <w:rPr>
          <w:rFonts w:ascii="Georgia" w:hAnsi="Georgia"/>
          <w:b w:val="0"/>
          <w:i w:val="0"/>
          <w:color w:val="22201D"/>
          <w:sz w:val="20"/>
        </w:rPr>
        <w:t>Bob brought a small plate. He did not make a ceremony of it. He tore a piece, checked the butter, added none because the child had not asked, then placed the bread near her hand.</w:t>
      </w:r>
    </w:p>
    <w:p>
      <w:pPr>
        <w:spacing w:after="60" w:line="266" w:lineRule="auto"/>
        <w:ind w:firstLine="331"/>
        <w:jc w:val="both"/>
      </w:pPr>
      <w:r>
        <w:rPr>
          <w:rFonts w:ascii="Georgia" w:hAnsi="Georgia"/>
          <w:b w:val="0"/>
          <w:i w:val="0"/>
          <w:color w:val="22201D"/>
          <w:sz w:val="20"/>
        </w:rPr>
        <w:t>She ate half and fell asleep again with the other half held safely against the plate.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Bread received by partial waking. Charge: none. Notice: hunger does not always make a speech.</w:t>
      </w:r>
    </w:p>
    <w:p>
      <w:pPr>
        <w:spacing w:after="60" w:line="266" w:lineRule="auto"/>
        <w:ind w:firstLine="331"/>
        <w:jc w:val="both"/>
      </w:pPr>
      <w:r>
        <w:rPr>
          <w:rFonts w:ascii="Georgia" w:hAnsi="Georgia"/>
          <w:b w:val="0"/>
          <w:i w:val="0"/>
          <w:color w:val="22201D"/>
          <w:sz w:val="20"/>
        </w:rPr>
        <w:t>The student at Table Two laughed quietly and then cried once, not enough to need all the napkins. She took one. The old man, who had not actually left but had been standing near the door deciding whether leaving had completed him, returned for butter. Nico brought a cup of water to the counter and set it beside no one in particular.</w:t>
      </w:r>
    </w:p>
    <w:p>
      <w:pPr>
        <w:spacing w:after="60" w:line="266" w:lineRule="auto"/>
        <w:ind w:firstLine="331"/>
        <w:jc w:val="both"/>
      </w:pPr>
      <w:r>
        <w:rPr>
          <w:rFonts w:ascii="Georgia" w:hAnsi="Georgia"/>
          <w:b w:val="0"/>
          <w:i w:val="0"/>
          <w:color w:val="22201D"/>
          <w:sz w:val="20"/>
        </w:rPr>
        <w:t>The bread moved through the room in small pieces.</w:t>
      </w:r>
    </w:p>
    <w:p>
      <w:pPr>
        <w:spacing w:after="60" w:line="266" w:lineRule="auto"/>
        <w:ind w:firstLine="331"/>
        <w:jc w:val="both"/>
      </w:pPr>
      <w:r>
        <w:rPr>
          <w:rFonts w:ascii="Georgia" w:hAnsi="Georgia"/>
          <w:b w:val="0"/>
          <w:i w:val="0"/>
          <w:color w:val="22201D"/>
          <w:sz w:val="20"/>
        </w:rPr>
        <w:t>No one announced sharing.</w:t>
      </w:r>
    </w:p>
    <w:p>
      <w:pPr>
        <w:spacing w:after="60" w:line="266" w:lineRule="auto"/>
        <w:ind w:firstLine="331"/>
        <w:jc w:val="both"/>
      </w:pPr>
      <w:r>
        <w:rPr>
          <w:rFonts w:ascii="Georgia" w:hAnsi="Georgia"/>
          <w:b w:val="0"/>
          <w:i w:val="0"/>
          <w:color w:val="22201D"/>
          <w:sz w:val="20"/>
        </w:rPr>
        <w:t>No one explained grace.</w:t>
      </w:r>
    </w:p>
    <w:p>
      <w:pPr>
        <w:spacing w:after="60" w:line="266" w:lineRule="auto"/>
        <w:ind w:firstLine="331"/>
        <w:jc w:val="both"/>
      </w:pPr>
      <w:r>
        <w:rPr>
          <w:rFonts w:ascii="Georgia" w:hAnsi="Georgia"/>
          <w:b w:val="0"/>
          <w:i w:val="0"/>
          <w:color w:val="22201D"/>
          <w:sz w:val="20"/>
        </w:rPr>
        <w:t>No one claimed the loaf had chosen them.</w:t>
      </w:r>
    </w:p>
    <w:p>
      <w:pPr>
        <w:spacing w:after="60" w:line="266" w:lineRule="auto"/>
        <w:ind w:firstLine="331"/>
        <w:jc w:val="both"/>
      </w:pPr>
      <w:r>
        <w:rPr>
          <w:rFonts w:ascii="Georgia" w:hAnsi="Georgia"/>
          <w:b w:val="0"/>
          <w:i w:val="0"/>
          <w:color w:val="22201D"/>
          <w:sz w:val="20"/>
        </w:rPr>
        <w:t>Gerald monitored crumbs. Steve recorded service events after they occurred. Bob kept tearing bread until the loaf became a practical problem instead of a miracle. The Hostess watched the door and the tables and the spaces between people. Nico washed the knife when butter reached the handle. Flocc carried a plate to the table by the wall where a man had been staring at the bread and pretending not to.</w:t>
      </w:r>
    </w:p>
    <w:p>
      <w:pPr>
        <w:spacing w:after="60" w:line="266" w:lineRule="auto"/>
        <w:ind w:firstLine="331"/>
        <w:jc w:val="both"/>
      </w:pPr>
      <w:r>
        <w:rPr>
          <w:rFonts w:ascii="Georgia" w:hAnsi="Georgia"/>
          <w:b w:val="0"/>
          <w:i w:val="0"/>
          <w:color w:val="22201D"/>
          <w:sz w:val="20"/>
        </w:rPr>
        <w:t>"Available," Flocc said.</w:t>
      </w:r>
    </w:p>
    <w:p>
      <w:pPr>
        <w:spacing w:after="60" w:line="266" w:lineRule="auto"/>
        <w:ind w:firstLine="331"/>
        <w:jc w:val="both"/>
      </w:pPr>
      <w:r>
        <w:rPr>
          <w:rFonts w:ascii="Georgia" w:hAnsi="Georgia"/>
          <w:b w:val="0"/>
          <w:i w:val="0"/>
          <w:color w:val="22201D"/>
          <w:sz w:val="20"/>
        </w:rPr>
        <w:t>The man looked at the plate.</w:t>
      </w:r>
    </w:p>
    <w:p>
      <w:pPr>
        <w:spacing w:after="60" w:line="266" w:lineRule="auto"/>
        <w:ind w:firstLine="331"/>
        <w:jc w:val="both"/>
      </w:pPr>
      <w:r>
        <w:rPr>
          <w:rFonts w:ascii="Georgia" w:hAnsi="Georgia"/>
          <w:b w:val="0"/>
          <w:i w:val="0"/>
          <w:color w:val="22201D"/>
          <w:sz w:val="20"/>
        </w:rPr>
        <w:t>"I did not ask."</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why bring it?"</w:t>
      </w:r>
    </w:p>
    <w:p>
      <w:pPr>
        <w:spacing w:after="60" w:line="266" w:lineRule="auto"/>
        <w:ind w:firstLine="331"/>
        <w:jc w:val="both"/>
      </w:pPr>
      <w:r>
        <w:rPr>
          <w:rFonts w:ascii="Georgia" w:hAnsi="Georgia"/>
          <w:b w:val="0"/>
          <w:i w:val="0"/>
          <w:color w:val="22201D"/>
          <w:sz w:val="20"/>
        </w:rPr>
        <w:t>Flocc thought carefully.</w:t>
      </w:r>
    </w:p>
    <w:p>
      <w:pPr>
        <w:spacing w:after="60" w:line="266" w:lineRule="auto"/>
        <w:ind w:firstLine="331"/>
        <w:jc w:val="both"/>
      </w:pPr>
      <w:r>
        <w:rPr>
          <w:rFonts w:ascii="Georgia" w:hAnsi="Georgia"/>
          <w:b w:val="0"/>
          <w:i w:val="0"/>
          <w:color w:val="22201D"/>
          <w:sz w:val="20"/>
        </w:rPr>
        <w:t>"Because you looked hungry and I could be wrong."</w:t>
      </w:r>
    </w:p>
    <w:p>
      <w:pPr>
        <w:spacing w:after="60" w:line="266" w:lineRule="auto"/>
        <w:ind w:firstLine="331"/>
        <w:jc w:val="both"/>
      </w:pPr>
      <w:r>
        <w:rPr>
          <w:rFonts w:ascii="Georgia" w:hAnsi="Georgia"/>
          <w:b w:val="0"/>
          <w:i w:val="0"/>
          <w:color w:val="22201D"/>
          <w:sz w:val="20"/>
        </w:rPr>
        <w:t>The man stared at him.</w:t>
      </w:r>
    </w:p>
    <w:p>
      <w:pPr>
        <w:spacing w:after="60" w:line="266" w:lineRule="auto"/>
        <w:ind w:firstLine="331"/>
        <w:jc w:val="both"/>
      </w:pPr>
      <w:r>
        <w:rPr>
          <w:rFonts w:ascii="Georgia" w:hAnsi="Georgia"/>
          <w:b w:val="0"/>
          <w:i w:val="0"/>
          <w:color w:val="22201D"/>
          <w:sz w:val="20"/>
        </w:rPr>
        <w:t>"What happens if you are wrong?"</w:t>
      </w:r>
    </w:p>
    <w:p>
      <w:pPr>
        <w:spacing w:after="60" w:line="266" w:lineRule="auto"/>
        <w:ind w:firstLine="331"/>
        <w:jc w:val="both"/>
      </w:pPr>
      <w:r>
        <w:rPr>
          <w:rFonts w:ascii="Georgia" w:hAnsi="Georgia"/>
          <w:b w:val="0"/>
          <w:i w:val="0"/>
          <w:color w:val="22201D"/>
          <w:sz w:val="20"/>
        </w:rPr>
        <w:t>"You don't eat it."</w:t>
      </w:r>
    </w:p>
    <w:p>
      <w:pPr>
        <w:spacing w:after="60" w:line="266" w:lineRule="auto"/>
        <w:ind w:firstLine="331"/>
        <w:jc w:val="both"/>
      </w:pPr>
      <w:r>
        <w:rPr>
          <w:rFonts w:ascii="Georgia" w:hAnsi="Georgia"/>
          <w:b w:val="0"/>
          <w:i w:val="0"/>
          <w:color w:val="22201D"/>
          <w:sz w:val="20"/>
        </w:rPr>
        <w:t>"And if I am offended?"</w:t>
      </w:r>
    </w:p>
    <w:p>
      <w:pPr>
        <w:spacing w:after="60" w:line="266" w:lineRule="auto"/>
        <w:ind w:firstLine="331"/>
        <w:jc w:val="both"/>
      </w:pPr>
      <w:r>
        <w:rPr>
          <w:rFonts w:ascii="Georgia" w:hAnsi="Georgia"/>
          <w:b w:val="0"/>
          <w:i w:val="0"/>
          <w:color w:val="22201D"/>
          <w:sz w:val="20"/>
        </w:rPr>
        <w:t>"Then I apologize and take it back."</w:t>
      </w:r>
    </w:p>
    <w:p>
      <w:pPr>
        <w:spacing w:after="60" w:line="266" w:lineRule="auto"/>
        <w:ind w:firstLine="331"/>
        <w:jc w:val="both"/>
      </w:pPr>
      <w:r>
        <w:rPr>
          <w:rFonts w:ascii="Georgia" w:hAnsi="Georgia"/>
          <w:b w:val="0"/>
          <w:i w:val="0"/>
          <w:color w:val="22201D"/>
          <w:sz w:val="20"/>
        </w:rPr>
        <w:t>"And if I eat it?"</w:t>
      </w:r>
    </w:p>
    <w:p>
      <w:pPr>
        <w:spacing w:after="60" w:line="266" w:lineRule="auto"/>
        <w:ind w:firstLine="331"/>
        <w:jc w:val="both"/>
      </w:pPr>
      <w:r>
        <w:rPr>
          <w:rFonts w:ascii="Georgia" w:hAnsi="Georgia"/>
          <w:b w:val="0"/>
          <w:i w:val="0"/>
          <w:color w:val="22201D"/>
          <w:sz w:val="20"/>
        </w:rPr>
        <w:t>"Then you eat bread."</w:t>
      </w:r>
    </w:p>
    <w:p>
      <w:pPr>
        <w:spacing w:after="60" w:line="266" w:lineRule="auto"/>
        <w:ind w:firstLine="331"/>
        <w:jc w:val="both"/>
      </w:pPr>
      <w:r>
        <w:rPr>
          <w:rFonts w:ascii="Georgia" w:hAnsi="Georgia"/>
          <w:b w:val="0"/>
          <w:i w:val="0"/>
          <w:color w:val="22201D"/>
          <w:sz w:val="20"/>
        </w:rPr>
        <w:t>The man took the bread.</w:t>
      </w:r>
    </w:p>
    <w:p>
      <w:pPr>
        <w:spacing w:after="60" w:line="266" w:lineRule="auto"/>
        <w:ind w:firstLine="331"/>
        <w:jc w:val="both"/>
      </w:pPr>
      <w:r>
        <w:rPr>
          <w:rFonts w:ascii="Georgia" w:hAnsi="Georgia"/>
          <w:b w:val="0"/>
          <w:i w:val="0"/>
          <w:color w:val="22201D"/>
          <w:sz w:val="20"/>
        </w:rPr>
        <w:t>He did not thank Flocc. That was fine. Flocc had not brought it to purchase gratitude.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Bread offered before correct request. Refusal remained available. Offense remained answerable. Bread received. Service did not require gratitude to become valid.</w:t>
      </w:r>
    </w:p>
    <w:p>
      <w:pPr>
        <w:spacing w:after="60" w:line="266" w:lineRule="auto"/>
        <w:ind w:firstLine="331"/>
        <w:jc w:val="both"/>
      </w:pPr>
      <w:r>
        <w:rPr>
          <w:rFonts w:ascii="Georgia" w:hAnsi="Georgia"/>
          <w:b w:val="0"/>
          <w:i w:val="0"/>
          <w:color w:val="22201D"/>
          <w:sz w:val="20"/>
        </w:rPr>
        <w:t>Steve looked at the paper for a long time.</w:t>
      </w:r>
    </w:p>
    <w:p>
      <w:pPr>
        <w:spacing w:after="60" w:line="266" w:lineRule="auto"/>
        <w:ind w:firstLine="331"/>
        <w:jc w:val="both"/>
      </w:pPr>
      <w:r>
        <w:rPr>
          <w:rFonts w:ascii="Georgia" w:hAnsi="Georgia"/>
          <w:b w:val="0"/>
          <w:i w:val="0"/>
          <w:color w:val="22201D"/>
          <w:sz w:val="20"/>
        </w:rPr>
        <w:t>"This receipt is becoming a governance document."</w:t>
      </w:r>
    </w:p>
    <w:p>
      <w:pPr>
        <w:spacing w:after="60" w:line="266" w:lineRule="auto"/>
        <w:ind w:firstLine="331"/>
        <w:jc w:val="both"/>
      </w:pPr>
      <w:r>
        <w:rPr>
          <w:rFonts w:ascii="Georgia" w:hAnsi="Georgia"/>
          <w:b w:val="0"/>
          <w:i w:val="0"/>
          <w:color w:val="22201D"/>
          <w:sz w:val="20"/>
        </w:rPr>
        <w:t>"No," the Hostess said.</w:t>
      </w:r>
    </w:p>
    <w:p>
      <w:pPr>
        <w:spacing w:after="60" w:line="266" w:lineRule="auto"/>
        <w:ind w:firstLine="331"/>
        <w:jc w:val="both"/>
      </w:pPr>
      <w:r>
        <w:rPr>
          <w:rFonts w:ascii="Georgia" w:hAnsi="Georgia"/>
          <w:b w:val="0"/>
          <w:i w:val="0"/>
          <w:color w:val="22201D"/>
          <w:sz w:val="20"/>
        </w:rPr>
        <w:t>"It has clauses."</w:t>
      </w:r>
    </w:p>
    <w:p>
      <w:pPr>
        <w:spacing w:after="60" w:line="266" w:lineRule="auto"/>
        <w:ind w:firstLine="331"/>
        <w:jc w:val="both"/>
      </w:pPr>
      <w:r>
        <w:rPr>
          <w:rFonts w:ascii="Georgia" w:hAnsi="Georgia"/>
          <w:b w:val="0"/>
          <w:i w:val="0"/>
          <w:color w:val="22201D"/>
          <w:sz w:val="20"/>
        </w:rPr>
        <w:t>"So does a napkin dispenser if you are lonely enough."</w:t>
      </w:r>
    </w:p>
    <w:p>
      <w:pPr>
        <w:spacing w:after="60" w:line="266" w:lineRule="auto"/>
        <w:ind w:firstLine="331"/>
        <w:jc w:val="both"/>
      </w:pPr>
      <w:r>
        <w:rPr>
          <w:rFonts w:ascii="Georgia" w:hAnsi="Georgia"/>
          <w:b w:val="0"/>
          <w:i w:val="0"/>
          <w:color w:val="22201D"/>
          <w:sz w:val="20"/>
        </w:rPr>
        <w:t>Nico nearly dropped a cup.</w:t>
      </w:r>
    </w:p>
    <w:p>
      <w:pPr>
        <w:spacing w:after="60" w:line="266" w:lineRule="auto"/>
        <w:ind w:firstLine="331"/>
        <w:jc w:val="both"/>
      </w:pPr>
      <w:r>
        <w:rPr>
          <w:rFonts w:ascii="Georgia" w:hAnsi="Georgia"/>
          <w:b w:val="0"/>
          <w:i w:val="0"/>
          <w:color w:val="22201D"/>
          <w:sz w:val="20"/>
        </w:rPr>
        <w:t>Steve considered objecting, then decided the dignity of the ledger would not survive the attempt.</w:t>
      </w:r>
    </w:p>
    <w:p>
      <w:pPr>
        <w:spacing w:after="60" w:line="266" w:lineRule="auto"/>
        <w:ind w:firstLine="331"/>
        <w:jc w:val="both"/>
      </w:pPr>
      <w:r>
        <w:rPr>
          <w:rFonts w:ascii="Georgia" w:hAnsi="Georgia"/>
          <w:b w:val="0"/>
          <w:i w:val="0"/>
          <w:color w:val="22201D"/>
          <w:sz w:val="20"/>
        </w:rPr>
        <w:t>The receipt lengthened.</w:t>
      </w:r>
    </w:p>
    <w:p>
      <w:pPr>
        <w:spacing w:after="60" w:line="266" w:lineRule="auto"/>
        <w:ind w:firstLine="331"/>
        <w:jc w:val="both"/>
      </w:pPr>
      <w:r>
        <w:rPr>
          <w:rFonts w:ascii="Georgia" w:hAnsi="Georgia"/>
          <w:b w:val="0"/>
          <w:i w:val="0"/>
          <w:color w:val="22201D"/>
          <w:sz w:val="20"/>
        </w:rPr>
        <w:t>It recorded without closing. It named without owning. It kept the bread ordinary enough to be eaten and strange enough to be noticed.</w:t>
      </w:r>
    </w:p>
    <w:p>
      <w:pPr>
        <w:spacing w:after="60" w:line="266" w:lineRule="auto"/>
        <w:ind w:firstLine="331"/>
        <w:jc w:val="both"/>
      </w:pPr>
      <w:r>
        <w:rPr>
          <w:rFonts w:ascii="Georgia" w:hAnsi="Georgia"/>
          <w:b w:val="0"/>
          <w:i w:val="0"/>
          <w:color w:val="22201D"/>
          <w:sz w:val="20"/>
        </w:rPr>
        <w:t>The closure notice from Chapter One was still filed under Open.</w:t>
      </w:r>
    </w:p>
    <w:p>
      <w:pPr>
        <w:spacing w:after="60" w:line="266" w:lineRule="auto"/>
        <w:ind w:firstLine="331"/>
        <w:jc w:val="both"/>
      </w:pPr>
      <w:r>
        <w:rPr>
          <w:rFonts w:ascii="Georgia" w:hAnsi="Georgia"/>
          <w:b w:val="0"/>
          <w:i w:val="0"/>
          <w:color w:val="22201D"/>
          <w:sz w:val="20"/>
        </w:rPr>
        <w:t>The menu warning had not been rescinded.</w:t>
      </w:r>
    </w:p>
    <w:p>
      <w:pPr>
        <w:spacing w:after="60" w:line="266" w:lineRule="auto"/>
        <w:ind w:firstLine="331"/>
        <w:jc w:val="both"/>
      </w:pPr>
      <w:r>
        <w:rPr>
          <w:rFonts w:ascii="Georgia" w:hAnsi="Georgia"/>
          <w:b w:val="0"/>
          <w:i w:val="0"/>
          <w:color w:val="22201D"/>
          <w:sz w:val="20"/>
        </w:rPr>
        <w:t>Citrus Aji Limo Rain remained bright in memory, the taste of clarity that had not become possession.</w:t>
      </w:r>
    </w:p>
    <w:p>
      <w:pPr>
        <w:spacing w:after="60" w:line="266" w:lineRule="auto"/>
        <w:ind w:firstLine="331"/>
        <w:jc w:val="both"/>
      </w:pPr>
      <w:r>
        <w:rPr>
          <w:rFonts w:ascii="Georgia" w:hAnsi="Georgia"/>
          <w:b w:val="0"/>
          <w:i w:val="0"/>
          <w:color w:val="22201D"/>
          <w:sz w:val="20"/>
        </w:rPr>
        <w:t>Steve's case closure had protected the category.</w:t>
      </w:r>
    </w:p>
    <w:p>
      <w:pPr>
        <w:spacing w:after="60" w:line="266" w:lineRule="auto"/>
        <w:ind w:firstLine="331"/>
        <w:jc w:val="both"/>
      </w:pPr>
      <w:r>
        <w:rPr>
          <w:rFonts w:ascii="Georgia" w:hAnsi="Georgia"/>
          <w:b w:val="0"/>
          <w:i w:val="0"/>
          <w:color w:val="22201D"/>
          <w:sz w:val="20"/>
        </w:rPr>
        <w:t>Bob's delivery invoice had proven the first gift could remain current.</w:t>
      </w:r>
    </w:p>
    <w:p>
      <w:pPr>
        <w:spacing w:after="60" w:line="266" w:lineRule="auto"/>
        <w:ind w:firstLine="331"/>
        <w:jc w:val="both"/>
      </w:pPr>
      <w:r>
        <w:rPr>
          <w:rFonts w:ascii="Georgia" w:hAnsi="Georgia"/>
          <w:b w:val="0"/>
          <w:i w:val="0"/>
          <w:color w:val="22201D"/>
          <w:sz w:val="20"/>
        </w:rPr>
        <w:t>Gerald's inspection note had kept the miracle cleanable.</w:t>
      </w:r>
    </w:p>
    <w:p>
      <w:pPr>
        <w:spacing w:after="60" w:line="266" w:lineRule="auto"/>
        <w:ind w:firstLine="331"/>
        <w:jc w:val="both"/>
      </w:pPr>
      <w:r>
        <w:rPr>
          <w:rFonts w:ascii="Georgia" w:hAnsi="Georgia"/>
          <w:b w:val="0"/>
          <w:i w:val="0"/>
          <w:color w:val="22201D"/>
          <w:sz w:val="20"/>
        </w:rPr>
        <w:t>The Hostess's seating chart had made room without spectacle.</w:t>
      </w:r>
    </w:p>
    <w:p>
      <w:pPr>
        <w:spacing w:after="60" w:line="266" w:lineRule="auto"/>
        <w:ind w:firstLine="331"/>
        <w:jc w:val="both"/>
      </w:pPr>
      <w:r>
        <w:rPr>
          <w:rFonts w:ascii="Georgia" w:hAnsi="Georgia"/>
          <w:b w:val="0"/>
          <w:i w:val="0"/>
          <w:color w:val="22201D"/>
          <w:sz w:val="20"/>
        </w:rPr>
        <w:t>Flocc's shared receipt had turned outward.</w:t>
      </w:r>
    </w:p>
    <w:p>
      <w:pPr>
        <w:spacing w:after="60" w:line="266" w:lineRule="auto"/>
        <w:ind w:firstLine="331"/>
        <w:jc w:val="both"/>
      </w:pPr>
      <w:r>
        <w:rPr>
          <w:rFonts w:ascii="Georgia" w:hAnsi="Georgia"/>
          <w:b w:val="0"/>
          <w:i w:val="0"/>
          <w:color w:val="22201D"/>
          <w:sz w:val="20"/>
        </w:rPr>
        <w:t>The blank menu law had let silence serve.</w:t>
      </w:r>
    </w:p>
    <w:p>
      <w:pPr>
        <w:spacing w:after="60" w:line="266" w:lineRule="auto"/>
        <w:ind w:firstLine="331"/>
        <w:jc w:val="both"/>
      </w:pPr>
      <w:r>
        <w:rPr>
          <w:rFonts w:ascii="Georgia" w:hAnsi="Georgia"/>
          <w:b w:val="0"/>
          <w:i w:val="0"/>
          <w:color w:val="22201D"/>
          <w:sz w:val="20"/>
        </w:rPr>
        <w:t>The final receipt had stayed open.</w:t>
      </w:r>
    </w:p>
    <w:p>
      <w:pPr>
        <w:spacing w:after="60" w:line="266" w:lineRule="auto"/>
        <w:ind w:firstLine="331"/>
        <w:jc w:val="both"/>
      </w:pPr>
      <w:r>
        <w:rPr>
          <w:rFonts w:ascii="Georgia" w:hAnsi="Georgia"/>
          <w:b w:val="0"/>
          <w:i w:val="0"/>
          <w:color w:val="22201D"/>
          <w:sz w:val="20"/>
        </w:rPr>
        <w:t>The table card had offered belonging without ownership.</w:t>
      </w:r>
    </w:p>
    <w:p>
      <w:pPr>
        <w:spacing w:after="60" w:line="266" w:lineRule="auto"/>
        <w:ind w:firstLine="331"/>
        <w:jc w:val="both"/>
      </w:pPr>
      <w:r>
        <w:rPr>
          <w:rFonts w:ascii="Georgia" w:hAnsi="Georgia"/>
          <w:b w:val="0"/>
          <w:i w:val="0"/>
          <w:color w:val="22201D"/>
          <w:sz w:val="20"/>
        </w:rPr>
        <w:t>Now the bread receipt did not prove the restaurant.</w:t>
      </w:r>
    </w:p>
    <w:p>
      <w:pPr>
        <w:spacing w:after="60" w:line="266" w:lineRule="auto"/>
        <w:ind w:firstLine="331"/>
        <w:jc w:val="both"/>
      </w:pPr>
      <w:r>
        <w:rPr>
          <w:rFonts w:ascii="Georgia" w:hAnsi="Georgia"/>
          <w:b w:val="0"/>
          <w:i w:val="0"/>
          <w:color w:val="22201D"/>
          <w:sz w:val="20"/>
        </w:rPr>
        <w:t>It proved only that someone noticed hunger and acted before permission could make the act smaller.</w:t>
      </w:r>
    </w:p>
    <w:p>
      <w:pPr>
        <w:spacing w:after="60" w:line="266" w:lineRule="auto"/>
        <w:ind w:firstLine="331"/>
        <w:jc w:val="both"/>
      </w:pPr>
      <w:r>
        <w:rPr>
          <w:rFonts w:ascii="Georgia" w:hAnsi="Georgia"/>
          <w:b w:val="0"/>
          <w:i w:val="0"/>
          <w:color w:val="22201D"/>
          <w:sz w:val="20"/>
        </w:rPr>
        <w:t>That was enough work for one ending.</w:t>
      </w:r>
    </w:p>
    <w:p>
      <w:pPr>
        <w:spacing w:after="60" w:line="266" w:lineRule="auto"/>
        <w:ind w:firstLine="331"/>
        <w:jc w:val="both"/>
      </w:pPr>
      <w:r>
        <w:rPr>
          <w:rFonts w:ascii="Georgia" w:hAnsi="Georgia"/>
          <w:b w:val="0"/>
          <w:i w:val="0"/>
          <w:color w:val="22201D"/>
          <w:sz w:val="20"/>
        </w:rPr>
        <w:t>The printer stopped.</w:t>
      </w:r>
    </w:p>
    <w:p>
      <w:pPr>
        <w:spacing w:after="60" w:line="266" w:lineRule="auto"/>
        <w:ind w:firstLine="331"/>
        <w:jc w:val="both"/>
      </w:pPr>
      <w:r>
        <w:rPr>
          <w:rFonts w:ascii="Georgia" w:hAnsi="Georgia"/>
          <w:b w:val="0"/>
          <w:i w:val="0"/>
          <w:color w:val="22201D"/>
          <w:sz w:val="20"/>
        </w:rPr>
        <w:t>Steve tore the receipt carefully and brought it to the table. It was shorter than everyone expected and longer than a receipt had any right to be.</w:t>
      </w:r>
    </w:p>
    <w:p>
      <w:pPr>
        <w:spacing w:after="60" w:line="266" w:lineRule="auto"/>
        <w:ind w:firstLine="331"/>
        <w:jc w:val="both"/>
      </w:pPr>
      <w:r>
        <w:rPr>
          <w:rFonts w:ascii="Georgia" w:hAnsi="Georgia"/>
          <w:b w:val="0"/>
          <w:i w:val="0"/>
          <w:color w:val="22201D"/>
          <w:sz w:val="20"/>
        </w:rPr>
        <w:t>He placed it beside the loaf.</w:t>
      </w:r>
    </w:p>
    <w:p>
      <w:pPr>
        <w:spacing w:after="60" w:line="266" w:lineRule="auto"/>
        <w:ind w:firstLine="331"/>
        <w:jc w:val="both"/>
      </w:pPr>
      <w:r>
        <w:rPr>
          <w:rFonts w:ascii="Georgia" w:hAnsi="Georgia"/>
          <w:b w:val="0"/>
          <w:i w:val="0"/>
          <w:color w:val="22201D"/>
          <w:sz w:val="20"/>
        </w:rPr>
        <w:t>"Read it?" Bob asked.</w:t>
      </w:r>
    </w:p>
    <w:p>
      <w:pPr>
        <w:spacing w:after="60" w:line="266" w:lineRule="auto"/>
        <w:ind w:firstLine="331"/>
        <w:jc w:val="both"/>
      </w:pPr>
      <w:r>
        <w:rPr>
          <w:rFonts w:ascii="Georgia" w:hAnsi="Georgia"/>
          <w:b w:val="0"/>
          <w:i w:val="0"/>
          <w:color w:val="22201D"/>
          <w:sz w:val="20"/>
        </w:rPr>
        <w:t>Steve looked at the Hostess.</w:t>
      </w:r>
    </w:p>
    <w:p>
      <w:pPr>
        <w:spacing w:after="60" w:line="266" w:lineRule="auto"/>
        <w:ind w:firstLine="331"/>
        <w:jc w:val="both"/>
      </w:pPr>
      <w:r>
        <w:rPr>
          <w:rFonts w:ascii="Georgia" w:hAnsi="Georgia"/>
          <w:b w:val="0"/>
          <w:i w:val="0"/>
          <w:color w:val="22201D"/>
          <w:sz w:val="20"/>
        </w:rPr>
        <w:t>The Hostess looked at the room.</w:t>
      </w:r>
    </w:p>
    <w:p>
      <w:pPr>
        <w:spacing w:after="60" w:line="266" w:lineRule="auto"/>
        <w:ind w:firstLine="331"/>
        <w:jc w:val="both"/>
      </w:pPr>
      <w:r>
        <w:rPr>
          <w:rFonts w:ascii="Georgia" w:hAnsi="Georgia"/>
          <w:b w:val="0"/>
          <w:i w:val="0"/>
          <w:color w:val="22201D"/>
          <w:sz w:val="20"/>
        </w:rPr>
        <w:t>The room did not ask for a speech.</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Bob blinked. "No?"</w:t>
      </w:r>
    </w:p>
    <w:p>
      <w:pPr>
        <w:spacing w:after="60" w:line="266" w:lineRule="auto"/>
        <w:ind w:firstLine="331"/>
        <w:jc w:val="both"/>
      </w:pPr>
      <w:r>
        <w:rPr>
          <w:rFonts w:ascii="Georgia" w:hAnsi="Georgia"/>
          <w:b w:val="0"/>
          <w:i w:val="0"/>
          <w:color w:val="22201D"/>
          <w:sz w:val="20"/>
        </w:rPr>
        <w:t>"A receipt can be available without being performed."</w:t>
      </w:r>
    </w:p>
    <w:p>
      <w:pPr>
        <w:spacing w:after="60" w:line="266" w:lineRule="auto"/>
        <w:ind w:firstLine="331"/>
        <w:jc w:val="both"/>
      </w:pPr>
      <w:r>
        <w:rPr>
          <w:rFonts w:ascii="Georgia" w:hAnsi="Georgia"/>
          <w:b w:val="0"/>
          <w:i w:val="0"/>
          <w:color w:val="22201D"/>
          <w:sz w:val="20"/>
        </w:rPr>
        <w:t>The Hostess smiled.</w:t>
      </w:r>
    </w:p>
    <w:p>
      <w:pPr>
        <w:spacing w:after="60" w:line="266" w:lineRule="auto"/>
        <w:ind w:firstLine="331"/>
        <w:jc w:val="both"/>
      </w:pPr>
      <w:r>
        <w:rPr>
          <w:rFonts w:ascii="Georgia" w:hAnsi="Georgia"/>
          <w:b w:val="0"/>
          <w:i w:val="0"/>
          <w:color w:val="22201D"/>
          <w:sz w:val="20"/>
        </w:rPr>
        <w:t>It was brief and almost hidden, which made it valuable.</w:t>
      </w:r>
    </w:p>
    <w:p>
      <w:pPr>
        <w:spacing w:after="60" w:line="266" w:lineRule="auto"/>
        <w:ind w:firstLine="331"/>
        <w:jc w:val="both"/>
      </w:pPr>
      <w:r>
        <w:rPr>
          <w:rFonts w:ascii="Georgia" w:hAnsi="Georgia"/>
          <w:b w:val="0"/>
          <w:i w:val="0"/>
          <w:color w:val="22201D"/>
          <w:sz w:val="20"/>
        </w:rPr>
        <w:t>Steve placed a salt shaker on the corner of the receipt to keep it from curling.</w:t>
      </w:r>
    </w:p>
    <w:p>
      <w:pPr>
        <w:spacing w:after="60" w:line="266" w:lineRule="auto"/>
        <w:ind w:firstLine="331"/>
        <w:jc w:val="both"/>
      </w:pPr>
      <w:r>
        <w:rPr>
          <w:rFonts w:ascii="Georgia" w:hAnsi="Georgia"/>
          <w:b w:val="0"/>
          <w:i w:val="0"/>
          <w:color w:val="22201D"/>
          <w:sz w:val="20"/>
        </w:rPr>
        <w:t>Flocc stood at the table.</w:t>
      </w:r>
    </w:p>
    <w:p>
      <w:pPr>
        <w:spacing w:after="60" w:line="266" w:lineRule="auto"/>
        <w:ind w:firstLine="331"/>
        <w:jc w:val="both"/>
      </w:pPr>
      <w:r>
        <w:rPr>
          <w:rFonts w:ascii="Georgia" w:hAnsi="Georgia"/>
          <w:b w:val="0"/>
          <w:i w:val="0"/>
          <w:color w:val="22201D"/>
          <w:sz w:val="20"/>
        </w:rPr>
        <w:t>The bread was smaller now. The room was not healed. The world outside had not become less confusing. People would leave hungry again. People would fail to notice. Rules would become too proud. Menus would over-explain. Receipts would lie if no one cared enough to make them accurate. Tables would wobble. Butter would run out at inconvenient times. Someone would someday try to own the story because stories were easier to own than responsibilities.</w:t>
      </w:r>
    </w:p>
    <w:p>
      <w:pPr>
        <w:spacing w:after="60" w:line="266" w:lineRule="auto"/>
        <w:ind w:firstLine="331"/>
        <w:jc w:val="both"/>
      </w:pPr>
      <w:r>
        <w:rPr>
          <w:rFonts w:ascii="Georgia" w:hAnsi="Georgia"/>
          <w:b w:val="0"/>
          <w:i w:val="0"/>
          <w:color w:val="22201D"/>
          <w:sz w:val="20"/>
        </w:rPr>
        <w:t>The restaurant could not prevent all of that.</w:t>
      </w:r>
    </w:p>
    <w:p>
      <w:pPr>
        <w:spacing w:after="60" w:line="266" w:lineRule="auto"/>
        <w:ind w:firstLine="331"/>
        <w:jc w:val="both"/>
      </w:pPr>
      <w:r>
        <w:rPr>
          <w:rFonts w:ascii="Georgia" w:hAnsi="Georgia"/>
          <w:b w:val="0"/>
          <w:i w:val="0"/>
          <w:color w:val="22201D"/>
          <w:sz w:val="20"/>
        </w:rPr>
        <w:t>It could serve now.</w:t>
      </w:r>
    </w:p>
    <w:p>
      <w:pPr>
        <w:spacing w:after="60" w:line="266" w:lineRule="auto"/>
        <w:ind w:firstLine="331"/>
        <w:jc w:val="both"/>
      </w:pPr>
      <w:r>
        <w:rPr>
          <w:rFonts w:ascii="Georgia" w:hAnsi="Georgia"/>
          <w:b w:val="0"/>
          <w:i w:val="0"/>
          <w:color w:val="22201D"/>
          <w:sz w:val="20"/>
        </w:rPr>
        <w:t>The bell over the door rang.</w:t>
      </w:r>
    </w:p>
    <w:p>
      <w:pPr>
        <w:spacing w:after="60" w:line="266" w:lineRule="auto"/>
        <w:ind w:firstLine="331"/>
        <w:jc w:val="both"/>
      </w:pPr>
      <w:r>
        <w:rPr>
          <w:rFonts w:ascii="Georgia" w:hAnsi="Georgia"/>
          <w:b w:val="0"/>
          <w:i w:val="0"/>
          <w:color w:val="22201D"/>
          <w:sz w:val="20"/>
        </w:rPr>
        <w:t>A person stepped in, then stopped at the threshold.</w:t>
      </w:r>
    </w:p>
    <w:p>
      <w:pPr>
        <w:spacing w:after="60" w:line="266" w:lineRule="auto"/>
        <w:ind w:firstLine="331"/>
        <w:jc w:val="both"/>
      </w:pPr>
      <w:r>
        <w:rPr>
          <w:rFonts w:ascii="Georgia" w:hAnsi="Georgia"/>
          <w:b w:val="0"/>
          <w:i w:val="0"/>
          <w:color w:val="22201D"/>
          <w:sz w:val="20"/>
        </w:rPr>
        <w:t>They were young or old in the way people at thresholds sometimes looked like every age that had ever waited. Their coat was dry. Their face was ordinary. They looked at the tables and then at the counter and then at the bread.</w:t>
      </w:r>
    </w:p>
    <w:p>
      <w:pPr>
        <w:spacing w:after="60" w:line="266" w:lineRule="auto"/>
        <w:ind w:firstLine="331"/>
        <w:jc w:val="both"/>
      </w:pPr>
      <w:r>
        <w:rPr>
          <w:rFonts w:ascii="Georgia" w:hAnsi="Georgia"/>
          <w:b w:val="0"/>
          <w:i w:val="0"/>
          <w:color w:val="22201D"/>
          <w:sz w:val="20"/>
        </w:rPr>
        <w:t>"Are you open?" they asked.</w:t>
      </w:r>
    </w:p>
    <w:p>
      <w:pPr>
        <w:spacing w:after="60" w:line="266" w:lineRule="auto"/>
        <w:ind w:firstLine="331"/>
        <w:jc w:val="both"/>
      </w:pPr>
      <w:r>
        <w:rPr>
          <w:rFonts w:ascii="Georgia" w:hAnsi="Georgia"/>
          <w:b w:val="0"/>
          <w:i w:val="0"/>
          <w:color w:val="22201D"/>
          <w:sz w:val="20"/>
        </w:rPr>
        <w:t>Everyone in the room heard the question differently.</w:t>
      </w:r>
    </w:p>
    <w:p>
      <w:pPr>
        <w:spacing w:after="60" w:line="266" w:lineRule="auto"/>
        <w:ind w:firstLine="331"/>
        <w:jc w:val="both"/>
      </w:pPr>
      <w:r>
        <w:rPr>
          <w:rFonts w:ascii="Georgia" w:hAnsi="Georgia"/>
          <w:b w:val="0"/>
          <w:i w:val="0"/>
          <w:color w:val="22201D"/>
          <w:sz w:val="20"/>
        </w:rPr>
        <w:t>Gerald heard hours and hazards.</w:t>
      </w:r>
    </w:p>
    <w:p>
      <w:pPr>
        <w:spacing w:after="60" w:line="266" w:lineRule="auto"/>
        <w:ind w:firstLine="331"/>
        <w:jc w:val="both"/>
      </w:pPr>
      <w:r>
        <w:rPr>
          <w:rFonts w:ascii="Georgia" w:hAnsi="Georgia"/>
          <w:b w:val="0"/>
          <w:i w:val="0"/>
          <w:color w:val="22201D"/>
          <w:sz w:val="20"/>
        </w:rPr>
        <w:t>Steve heard category.</w:t>
      </w:r>
    </w:p>
    <w:p>
      <w:pPr>
        <w:spacing w:after="60" w:line="266" w:lineRule="auto"/>
        <w:ind w:firstLine="331"/>
        <w:jc w:val="both"/>
      </w:pPr>
      <w:r>
        <w:rPr>
          <w:rFonts w:ascii="Georgia" w:hAnsi="Georgia"/>
          <w:b w:val="0"/>
          <w:i w:val="0"/>
          <w:color w:val="22201D"/>
          <w:sz w:val="20"/>
        </w:rPr>
        <w:t>Bob heard inventory.</w:t>
      </w:r>
    </w:p>
    <w:p>
      <w:pPr>
        <w:spacing w:after="60" w:line="266" w:lineRule="auto"/>
        <w:ind w:firstLine="331"/>
        <w:jc w:val="both"/>
      </w:pPr>
      <w:r>
        <w:rPr>
          <w:rFonts w:ascii="Georgia" w:hAnsi="Georgia"/>
          <w:b w:val="0"/>
          <w:i w:val="0"/>
          <w:color w:val="22201D"/>
          <w:sz w:val="20"/>
        </w:rPr>
        <w:t>Nico heard cups.</w:t>
      </w:r>
    </w:p>
    <w:p>
      <w:pPr>
        <w:spacing w:after="60" w:line="266" w:lineRule="auto"/>
        <w:ind w:firstLine="331"/>
        <w:jc w:val="both"/>
      </w:pPr>
      <w:r>
        <w:rPr>
          <w:rFonts w:ascii="Georgia" w:hAnsi="Georgia"/>
          <w:b w:val="0"/>
          <w:i w:val="0"/>
          <w:color w:val="22201D"/>
          <w:sz w:val="20"/>
        </w:rPr>
        <w:t>The Hostess heard arrival.</w:t>
      </w:r>
    </w:p>
    <w:p>
      <w:pPr>
        <w:spacing w:after="60" w:line="266" w:lineRule="auto"/>
        <w:ind w:firstLine="331"/>
        <w:jc w:val="both"/>
      </w:pPr>
      <w:r>
        <w:rPr>
          <w:rFonts w:ascii="Georgia" w:hAnsi="Georgia"/>
          <w:b w:val="0"/>
          <w:i w:val="0"/>
          <w:color w:val="22201D"/>
          <w:sz w:val="20"/>
        </w:rPr>
        <w:t>Flocc heard hunger before deserving.</w:t>
      </w:r>
    </w:p>
    <w:p>
      <w:pPr>
        <w:spacing w:after="60" w:line="266" w:lineRule="auto"/>
        <w:ind w:firstLine="331"/>
        <w:jc w:val="both"/>
      </w:pPr>
      <w:r>
        <w:rPr>
          <w:rFonts w:ascii="Georgia" w:hAnsi="Georgia"/>
          <w:b w:val="0"/>
          <w:i w:val="0"/>
          <w:color w:val="22201D"/>
          <w:sz w:val="20"/>
        </w:rPr>
        <w:t>The answer could have become large. It could have become the whole book. It could have explained the closure notice, the blank menu, the receipt, the last table, the bread, the law, the miracle, the boundaries, the things learned and unlearned across every strange meal that had brought them here.</w:t>
      </w:r>
    </w:p>
    <w:p>
      <w:pPr>
        <w:spacing w:after="60" w:line="266" w:lineRule="auto"/>
        <w:ind w:firstLine="331"/>
        <w:jc w:val="both"/>
      </w:pPr>
      <w:r>
        <w:rPr>
          <w:rFonts w:ascii="Georgia" w:hAnsi="Georgia"/>
          <w:b w:val="0"/>
          <w:i w:val="0"/>
          <w:color w:val="22201D"/>
          <w:sz w:val="20"/>
        </w:rPr>
        <w:t>The Hostess did not do that.</w:t>
      </w:r>
    </w:p>
    <w:p>
      <w:pPr>
        <w:spacing w:after="60" w:line="266" w:lineRule="auto"/>
        <w:ind w:firstLine="331"/>
        <w:jc w:val="both"/>
      </w:pPr>
      <w:r>
        <w:rPr>
          <w:rFonts w:ascii="Georgia" w:hAnsi="Georgia"/>
          <w:b w:val="0"/>
          <w:i w:val="0"/>
          <w:color w:val="22201D"/>
          <w:sz w:val="20"/>
        </w:rPr>
        <w:t>She picked up a glass.</w:t>
      </w:r>
    </w:p>
    <w:p>
      <w:pPr>
        <w:spacing w:after="60" w:line="266" w:lineRule="auto"/>
        <w:ind w:firstLine="331"/>
        <w:jc w:val="both"/>
      </w:pPr>
      <w:r>
        <w:rPr>
          <w:rFonts w:ascii="Georgia" w:hAnsi="Georgia"/>
          <w:b w:val="0"/>
          <w:i w:val="0"/>
          <w:color w:val="22201D"/>
          <w:sz w:val="20"/>
        </w:rPr>
        <w:t>"Water is available," she said. "Bread may be available. The kitchen will tell the truth about what it can serve. You may sit while we find out."</w:t>
      </w:r>
    </w:p>
    <w:p>
      <w:pPr>
        <w:spacing w:after="60" w:line="266" w:lineRule="auto"/>
        <w:ind w:firstLine="331"/>
        <w:jc w:val="both"/>
      </w:pPr>
      <w:r>
        <w:rPr>
          <w:rFonts w:ascii="Georgia" w:hAnsi="Georgia"/>
          <w:b w:val="0"/>
          <w:i w:val="0"/>
          <w:color w:val="22201D"/>
          <w:sz w:val="20"/>
        </w:rPr>
        <w:t>The person at the door stepped inside.</w:t>
      </w:r>
    </w:p>
    <w:p>
      <w:pPr>
        <w:spacing w:after="60" w:line="266" w:lineRule="auto"/>
        <w:ind w:firstLine="331"/>
        <w:jc w:val="both"/>
      </w:pPr>
      <w:r>
        <w:rPr>
          <w:rFonts w:ascii="Georgia" w:hAnsi="Georgia"/>
          <w:b w:val="0"/>
          <w:i w:val="0"/>
          <w:color w:val="22201D"/>
          <w:sz w:val="20"/>
        </w:rPr>
        <w:t>The bell settled.</w:t>
      </w:r>
    </w:p>
    <w:p>
      <w:pPr>
        <w:spacing w:after="60" w:line="266" w:lineRule="auto"/>
        <w:ind w:firstLine="331"/>
        <w:jc w:val="both"/>
      </w:pPr>
      <w:r>
        <w:rPr>
          <w:rFonts w:ascii="Georgia" w:hAnsi="Georgia"/>
          <w:b w:val="0"/>
          <w:i w:val="0"/>
          <w:color w:val="22201D"/>
          <w:sz w:val="20"/>
        </w:rPr>
        <w:t>Flocc looked at the bread receipt under the salt shaker.</w:t>
      </w:r>
    </w:p>
    <w:p>
      <w:pPr>
        <w:spacing w:after="60" w:line="266" w:lineRule="auto"/>
        <w:ind w:firstLine="331"/>
        <w:jc w:val="both"/>
      </w:pPr>
      <w:r>
        <w:rPr>
          <w:rFonts w:ascii="Georgia" w:hAnsi="Georgia"/>
          <w:b w:val="0"/>
          <w:i w:val="0"/>
          <w:color w:val="22201D"/>
          <w:sz w:val="20"/>
        </w:rPr>
        <w:t>He had wanted, once, to understand what kind of place this was so he could know whether he belonged in it. He knew less now. Not nothing. Less. Better.</w:t>
      </w:r>
    </w:p>
    <w:p>
      <w:pPr>
        <w:spacing w:after="60" w:line="266" w:lineRule="auto"/>
        <w:ind w:firstLine="331"/>
        <w:jc w:val="both"/>
      </w:pPr>
      <w:r>
        <w:rPr>
          <w:rFonts w:ascii="Georgia" w:hAnsi="Georgia"/>
          <w:b w:val="0"/>
          <w:i w:val="0"/>
          <w:color w:val="22201D"/>
          <w:sz w:val="20"/>
        </w:rPr>
        <w:t>He knew a place could remain open without being owned.</w:t>
      </w:r>
    </w:p>
    <w:p>
      <w:pPr>
        <w:spacing w:after="60" w:line="266" w:lineRule="auto"/>
        <w:ind w:firstLine="331"/>
        <w:jc w:val="both"/>
      </w:pPr>
      <w:r>
        <w:rPr>
          <w:rFonts w:ascii="Georgia" w:hAnsi="Georgia"/>
          <w:b w:val="0"/>
          <w:i w:val="0"/>
          <w:color w:val="22201D"/>
          <w:sz w:val="20"/>
        </w:rPr>
        <w:t>He knew care could be recorded without becoming a charge.</w:t>
      </w:r>
    </w:p>
    <w:p>
      <w:pPr>
        <w:spacing w:after="60" w:line="266" w:lineRule="auto"/>
        <w:ind w:firstLine="331"/>
        <w:jc w:val="both"/>
      </w:pPr>
      <w:r>
        <w:rPr>
          <w:rFonts w:ascii="Georgia" w:hAnsi="Georgia"/>
          <w:b w:val="0"/>
          <w:i w:val="0"/>
          <w:color w:val="22201D"/>
          <w:sz w:val="20"/>
        </w:rPr>
        <w:t>He knew a table could be ready without being special.</w:t>
      </w:r>
    </w:p>
    <w:p>
      <w:pPr>
        <w:spacing w:after="60" w:line="266" w:lineRule="auto"/>
        <w:ind w:firstLine="331"/>
        <w:jc w:val="both"/>
      </w:pPr>
      <w:r>
        <w:rPr>
          <w:rFonts w:ascii="Georgia" w:hAnsi="Georgia"/>
          <w:b w:val="0"/>
          <w:i w:val="0"/>
          <w:color w:val="22201D"/>
          <w:sz w:val="20"/>
        </w:rPr>
        <w:t>He knew bread could arrive before permission and still require hands to pass it.</w:t>
      </w:r>
    </w:p>
    <w:p>
      <w:pPr>
        <w:spacing w:after="60" w:line="266" w:lineRule="auto"/>
        <w:ind w:firstLine="331"/>
        <w:jc w:val="both"/>
      </w:pPr>
      <w:r>
        <w:rPr>
          <w:rFonts w:ascii="Georgia" w:hAnsi="Georgia"/>
          <w:b w:val="0"/>
          <w:i w:val="0"/>
          <w:color w:val="22201D"/>
          <w:sz w:val="20"/>
        </w:rPr>
        <w:t>He knew noticing was not proof of goodness. It was the beginning of work.</w:t>
      </w:r>
    </w:p>
    <w:p>
      <w:pPr>
        <w:spacing w:after="60" w:line="266" w:lineRule="auto"/>
        <w:ind w:firstLine="331"/>
        <w:jc w:val="both"/>
      </w:pPr>
      <w:r>
        <w:rPr>
          <w:rFonts w:ascii="Georgia" w:hAnsi="Georgia"/>
          <w:b w:val="0"/>
          <w:i w:val="0"/>
          <w:color w:val="22201D"/>
          <w:sz w:val="20"/>
        </w:rPr>
        <w:t>The new arrival looked toward the empty table.</w:t>
      </w:r>
    </w:p>
    <w:p>
      <w:pPr>
        <w:spacing w:after="60" w:line="266" w:lineRule="auto"/>
        <w:ind w:firstLine="331"/>
        <w:jc w:val="both"/>
      </w:pPr>
      <w:r>
        <w:rPr>
          <w:rFonts w:ascii="Georgia" w:hAnsi="Georgia"/>
          <w:b w:val="0"/>
          <w:i w:val="0"/>
          <w:color w:val="22201D"/>
          <w:sz w:val="20"/>
        </w:rPr>
        <w:t>The OPEN card was still there.</w:t>
      </w:r>
    </w:p>
    <w:p>
      <w:pPr>
        <w:spacing w:after="60" w:line="266" w:lineRule="auto"/>
        <w:ind w:firstLine="331"/>
        <w:jc w:val="both"/>
      </w:pPr>
      <w:r>
        <w:rPr>
          <w:rFonts w:ascii="Georgia" w:hAnsi="Georgia"/>
          <w:b w:val="0"/>
          <w:i w:val="0"/>
          <w:color w:val="22201D"/>
          <w:sz w:val="20"/>
        </w:rPr>
        <w:t>The NOTICE card was still there.</w:t>
      </w:r>
    </w:p>
    <w:p>
      <w:pPr>
        <w:spacing w:after="60" w:line="266" w:lineRule="auto"/>
        <w:ind w:firstLine="331"/>
        <w:jc w:val="both"/>
      </w:pPr>
      <w:r>
        <w:rPr>
          <w:rFonts w:ascii="Georgia" w:hAnsi="Georgia"/>
          <w:b w:val="0"/>
          <w:i w:val="0"/>
          <w:color w:val="22201D"/>
          <w:sz w:val="20"/>
        </w:rPr>
        <w:t>The bread was still warm enough.</w:t>
      </w:r>
    </w:p>
    <w:p>
      <w:pPr>
        <w:spacing w:after="60" w:line="266" w:lineRule="auto"/>
        <w:ind w:firstLine="331"/>
        <w:jc w:val="both"/>
      </w:pPr>
      <w:r>
        <w:rPr>
          <w:rFonts w:ascii="Georgia" w:hAnsi="Georgia"/>
          <w:b w:val="0"/>
          <w:i w:val="0"/>
          <w:color w:val="22201D"/>
          <w:sz w:val="20"/>
        </w:rPr>
        <w:t>Flocc took a clean plate from Nico, tore a piece of bread from the loaf, and set it on the plate. He did not ask the room for permission. He did not ask the bread what it meant. He did not ask himself whether this proved he had changed.</w:t>
      </w:r>
    </w:p>
    <w:p>
      <w:pPr>
        <w:spacing w:after="60" w:line="266" w:lineRule="auto"/>
        <w:ind w:firstLine="331"/>
        <w:jc w:val="both"/>
      </w:pPr>
      <w:r>
        <w:rPr>
          <w:rFonts w:ascii="Georgia" w:hAnsi="Georgia"/>
          <w:b w:val="0"/>
          <w:i w:val="0"/>
          <w:color w:val="22201D"/>
          <w:sz w:val="20"/>
        </w:rPr>
        <w:t>He carried the plate to the table nearest the threshold.</w:t>
      </w:r>
    </w:p>
    <w:p>
      <w:pPr>
        <w:spacing w:after="60" w:line="266" w:lineRule="auto"/>
        <w:ind w:firstLine="331"/>
        <w:jc w:val="both"/>
      </w:pPr>
      <w:r>
        <w:rPr>
          <w:rFonts w:ascii="Georgia" w:hAnsi="Georgia"/>
          <w:b w:val="0"/>
          <w:i w:val="0"/>
          <w:color w:val="22201D"/>
          <w:sz w:val="20"/>
        </w:rPr>
        <w:t>"Available," he said.</w:t>
      </w:r>
    </w:p>
    <w:p>
      <w:pPr>
        <w:spacing w:after="60" w:line="266" w:lineRule="auto"/>
        <w:ind w:firstLine="331"/>
        <w:jc w:val="both"/>
      </w:pPr>
      <w:r>
        <w:rPr>
          <w:rFonts w:ascii="Georgia" w:hAnsi="Georgia"/>
          <w:b w:val="0"/>
          <w:i w:val="0"/>
          <w:color w:val="22201D"/>
          <w:sz w:val="20"/>
        </w:rPr>
        <w:t>The new arrival looked at the bread.</w:t>
      </w:r>
    </w:p>
    <w:p>
      <w:pPr>
        <w:spacing w:after="60" w:line="266" w:lineRule="auto"/>
        <w:ind w:firstLine="331"/>
        <w:jc w:val="both"/>
      </w:pPr>
      <w:r>
        <w:rPr>
          <w:rFonts w:ascii="Georgia" w:hAnsi="Georgia"/>
          <w:b w:val="0"/>
          <w:i w:val="0"/>
          <w:color w:val="22201D"/>
          <w:sz w:val="20"/>
        </w:rPr>
        <w:t>"I haven't ordered."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I have to know what I want?"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I have to deserve it?"</w:t>
      </w:r>
    </w:p>
    <w:p>
      <w:pPr>
        <w:spacing w:after="60" w:line="266" w:lineRule="auto"/>
        <w:ind w:firstLine="331"/>
        <w:jc w:val="both"/>
      </w:pPr>
      <w:r>
        <w:rPr>
          <w:rFonts w:ascii="Georgia" w:hAnsi="Georgia"/>
          <w:b w:val="0"/>
          <w:i w:val="0"/>
          <w:color w:val="22201D"/>
          <w:sz w:val="20"/>
        </w:rPr>
        <w:t>Flocc set the plate down.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person sat.</w:t>
      </w:r>
    </w:p>
    <w:p>
      <w:pPr>
        <w:spacing w:after="60" w:line="266" w:lineRule="auto"/>
        <w:ind w:firstLine="331"/>
        <w:jc w:val="both"/>
      </w:pPr>
      <w:r>
        <w:rPr>
          <w:rFonts w:ascii="Georgia" w:hAnsi="Georgia"/>
          <w:b w:val="0"/>
          <w:i w:val="0"/>
          <w:color w:val="22201D"/>
          <w:sz w:val="20"/>
        </w:rPr>
        <w:t>Nothing ended.</w:t>
      </w:r>
    </w:p>
    <w:p>
      <w:pPr>
        <w:spacing w:after="60" w:line="266" w:lineRule="auto"/>
        <w:ind w:firstLine="331"/>
        <w:jc w:val="both"/>
      </w:pPr>
      <w:r>
        <w:rPr>
          <w:rFonts w:ascii="Georgia" w:hAnsi="Georgia"/>
          <w:b w:val="0"/>
          <w:i w:val="0"/>
          <w:color w:val="22201D"/>
          <w:sz w:val="20"/>
        </w:rPr>
        <w:t>The receipt printer clicked once more behind the counter.</w:t>
      </w:r>
    </w:p>
    <w:p>
      <w:pPr>
        <w:spacing w:after="60" w:line="266" w:lineRule="auto"/>
        <w:ind w:firstLine="331"/>
        <w:jc w:val="both"/>
      </w:pPr>
      <w:r>
        <w:rPr>
          <w:rFonts w:ascii="Georgia" w:hAnsi="Georgia"/>
          <w:b w:val="0"/>
          <w:i w:val="0"/>
          <w:color w:val="22201D"/>
          <w:sz w:val="20"/>
        </w:rPr>
        <w:t>Steve did not hurry to it.</w:t>
      </w:r>
    </w:p>
    <w:p>
      <w:pPr>
        <w:spacing w:after="60" w:line="266" w:lineRule="auto"/>
        <w:ind w:firstLine="331"/>
        <w:jc w:val="both"/>
      </w:pPr>
      <w:r>
        <w:rPr>
          <w:rFonts w:ascii="Georgia" w:hAnsi="Georgia"/>
          <w:b w:val="0"/>
          <w:i w:val="0"/>
          <w:color w:val="22201D"/>
          <w:sz w:val="20"/>
        </w:rPr>
        <w:t>Bob did not complain.</w:t>
      </w:r>
    </w:p>
    <w:p>
      <w:pPr>
        <w:spacing w:after="60" w:line="266" w:lineRule="auto"/>
        <w:ind w:firstLine="331"/>
        <w:jc w:val="both"/>
      </w:pPr>
      <w:r>
        <w:rPr>
          <w:rFonts w:ascii="Georgia" w:hAnsi="Georgia"/>
          <w:b w:val="0"/>
          <w:i w:val="0"/>
          <w:color w:val="22201D"/>
          <w:sz w:val="20"/>
        </w:rPr>
        <w:t>Gerald did not inspect the sound.</w:t>
      </w:r>
    </w:p>
    <w:p>
      <w:pPr>
        <w:spacing w:after="60" w:line="266" w:lineRule="auto"/>
        <w:ind w:firstLine="331"/>
        <w:jc w:val="both"/>
      </w:pPr>
      <w:r>
        <w:rPr>
          <w:rFonts w:ascii="Georgia" w:hAnsi="Georgia"/>
          <w:b w:val="0"/>
          <w:i w:val="0"/>
          <w:color w:val="22201D"/>
          <w:sz w:val="20"/>
        </w:rPr>
        <w:t>Nico kept washing cups.</w:t>
      </w:r>
    </w:p>
    <w:p>
      <w:pPr>
        <w:spacing w:after="60" w:line="266" w:lineRule="auto"/>
        <w:ind w:firstLine="331"/>
        <w:jc w:val="both"/>
      </w:pPr>
      <w:r>
        <w:rPr>
          <w:rFonts w:ascii="Georgia" w:hAnsi="Georgia"/>
          <w:b w:val="0"/>
          <w:i w:val="0"/>
          <w:color w:val="22201D"/>
          <w:sz w:val="20"/>
        </w:rPr>
        <w:t>The Hostess counted one more chair.</w:t>
      </w:r>
    </w:p>
    <w:p>
      <w:pPr>
        <w:spacing w:after="60" w:line="266" w:lineRule="auto"/>
        <w:ind w:firstLine="331"/>
        <w:jc w:val="both"/>
      </w:pPr>
      <w:r>
        <w:rPr>
          <w:rFonts w:ascii="Georgia" w:hAnsi="Georgia"/>
          <w:b w:val="0"/>
          <w:i w:val="0"/>
          <w:color w:val="22201D"/>
          <w:sz w:val="20"/>
        </w:rPr>
        <w:t>The printer produced the last line slowly, as if it had learned not to rush a useful thing.</w:t>
      </w:r>
    </w:p>
    <w:p>
      <w:pPr>
        <w:spacing w:after="60" w:line="250" w:lineRule="auto"/>
        <w:ind w:left="202" w:right="173"/>
      </w:pPr>
      <w:r>
        <w:rPr>
          <w:rFonts w:ascii="Georgia" w:hAnsi="Georgia"/>
          <w:b w:val="0"/>
          <w:i w:val="0"/>
          <w:color w:val="22201D"/>
          <w:sz w:val="17"/>
        </w:rPr>
        <w:t>OPEN</w:t>
      </w:r>
    </w:p>
    <w:p>
      <w:pPr>
        <w:spacing w:after="60" w:line="266" w:lineRule="auto"/>
        <w:ind w:firstLine="331"/>
        <w:jc w:val="both"/>
      </w:pPr>
      <w:r>
        <w:rPr>
          <w:rFonts w:ascii="Georgia" w:hAnsi="Georgia"/>
          <w:b w:val="0"/>
          <w:i w:val="0"/>
          <w:color w:val="22201D"/>
          <w:sz w:val="20"/>
        </w:rPr>
        <w:t>No one framed it.</w:t>
      </w:r>
    </w:p>
    <w:p>
      <w:pPr>
        <w:spacing w:after="60" w:line="266" w:lineRule="auto"/>
        <w:ind w:firstLine="331"/>
        <w:jc w:val="both"/>
      </w:pPr>
      <w:r>
        <w:rPr>
          <w:rFonts w:ascii="Georgia" w:hAnsi="Georgia"/>
          <w:b w:val="0"/>
          <w:i w:val="0"/>
          <w:color w:val="22201D"/>
          <w:sz w:val="20"/>
        </w:rPr>
        <w:t>No one explained it.</w:t>
      </w:r>
    </w:p>
    <w:p>
      <w:pPr>
        <w:spacing w:after="60" w:line="266" w:lineRule="auto"/>
        <w:ind w:firstLine="331"/>
        <w:jc w:val="both"/>
      </w:pPr>
      <w:r>
        <w:rPr>
          <w:rFonts w:ascii="Georgia" w:hAnsi="Georgia"/>
          <w:b w:val="0"/>
          <w:i w:val="0"/>
          <w:color w:val="22201D"/>
          <w:sz w:val="20"/>
        </w:rPr>
        <w:t>Bob brought more bread.</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Last Table Has Always Been Open</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