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DELIVERY_ROUTE_THROUGH_TUESDAY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DELIVERY ROUTE</w:t>
        <w:br/>
        <w:t>THROUGH TUESDAY</w:t>
      </w:r>
    </w:p>
    <w:p>
      <w:pPr>
        <w:jc w:val="center"/>
      </w:pPr>
      <w:r>
        <w:rPr>
          <w:rFonts w:ascii="Georgia" w:hAnsi="Georgia"/>
          <w:b w:val="0"/>
          <w:i/>
          <w:color w:val="4C5154"/>
          <w:sz w:val="22"/>
        </w:rPr>
        <w:t>Wayward Diners • Book Six</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Delivery Route Through Tuesday</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Bob Accepts Yesterday's Order</w:t>
      </w:r>
    </w:p>
    <w:p>
      <w:pPr>
        <w:spacing w:after="42"/>
      </w:pPr>
      <w:r>
        <w:rPr>
          <w:rFonts w:ascii="Georgia" w:hAnsi="Georgia"/>
          <w:b w:val="0"/>
          <w:i w:val="0"/>
          <w:color w:val="47433D"/>
          <w:sz w:val="18"/>
        </w:rPr>
        <w:t>Chapter 2: The Map Resents Being Folded</w:t>
      </w:r>
    </w:p>
    <w:p>
      <w:pPr>
        <w:spacing w:after="42"/>
      </w:pPr>
      <w:r>
        <w:rPr>
          <w:rFonts w:ascii="Georgia" w:hAnsi="Georgia"/>
          <w:b w:val="0"/>
          <w:i w:val="0"/>
          <w:color w:val="47433D"/>
          <w:sz w:val="18"/>
        </w:rPr>
        <w:t>Chapter 3: Canby Holds the First Turn</w:t>
      </w:r>
    </w:p>
    <w:p>
      <w:pPr>
        <w:spacing w:after="42"/>
      </w:pPr>
      <w:r>
        <w:rPr>
          <w:rFonts w:ascii="Georgia" w:hAnsi="Georgia"/>
          <w:b w:val="0"/>
          <w:i w:val="0"/>
          <w:color w:val="47433D"/>
          <w:sz w:val="18"/>
        </w:rPr>
        <w:t>Chapter 4: Lents Receives Tomorrow's Soup</w:t>
      </w:r>
    </w:p>
    <w:p>
      <w:pPr>
        <w:spacing w:after="42"/>
      </w:pPr>
      <w:r>
        <w:rPr>
          <w:rFonts w:ascii="Georgia" w:hAnsi="Georgia"/>
          <w:b w:val="0"/>
          <w:i w:val="0"/>
          <w:color w:val="47433D"/>
          <w:sz w:val="18"/>
        </w:rPr>
        <w:t>Chapter 5: Smoke Plum Morita</w:t>
      </w:r>
    </w:p>
    <w:p>
      <w:pPr>
        <w:spacing w:after="42"/>
      </w:pPr>
      <w:r>
        <w:rPr>
          <w:rFonts w:ascii="Georgia" w:hAnsi="Georgia"/>
          <w:b w:val="0"/>
          <w:i w:val="0"/>
          <w:color w:val="47433D"/>
          <w:sz w:val="18"/>
        </w:rPr>
        <w:t>Chapter 6: The Mall That Closed Forward</w:t>
      </w:r>
    </w:p>
    <w:p>
      <w:pPr>
        <w:spacing w:after="42"/>
      </w:pPr>
      <w:r>
        <w:rPr>
          <w:rFonts w:ascii="Georgia" w:hAnsi="Georgia"/>
          <w:b w:val="0"/>
          <w:i w:val="0"/>
          <w:color w:val="47433D"/>
          <w:sz w:val="18"/>
        </w:rPr>
        <w:t>Chapter 7: Mushrooms Bruise Where Pressure Lies</w:t>
      </w:r>
    </w:p>
    <w:p>
      <w:pPr>
        <w:spacing w:after="42"/>
      </w:pPr>
      <w:r>
        <w:rPr>
          <w:rFonts w:ascii="Georgia" w:hAnsi="Georgia"/>
          <w:b w:val="0"/>
          <w:i w:val="0"/>
          <w:color w:val="47433D"/>
          <w:sz w:val="18"/>
        </w:rPr>
        <w:t>Chapter 8: The Private Road Maintained by a Pothole</w:t>
      </w:r>
    </w:p>
    <w:p>
      <w:pPr>
        <w:spacing w:after="42"/>
      </w:pPr>
      <w:r>
        <w:rPr>
          <w:rFonts w:ascii="Georgia" w:hAnsi="Georgia"/>
          <w:b w:val="0"/>
          <w:i w:val="0"/>
          <w:color w:val="47433D"/>
          <w:sz w:val="18"/>
        </w:rPr>
        <w:t>Chapter 9: The Courier's Spoon Points Back</w:t>
      </w:r>
    </w:p>
    <w:p>
      <w:pPr>
        <w:spacing w:after="42"/>
      </w:pPr>
      <w:r>
        <w:rPr>
          <w:rFonts w:ascii="Georgia" w:hAnsi="Georgia"/>
          <w:b w:val="0"/>
          <w:i w:val="0"/>
          <w:color w:val="47433D"/>
          <w:sz w:val="18"/>
        </w:rPr>
        <w:t>Chapter 10: Tuesday Delivers Bob</w:t>
      </w:r>
    </w:p>
    <w:p>
      <w:pPr>
        <w:spacing w:after="42"/>
      </w:pPr>
      <w:r>
        <w:rPr>
          <w:rFonts w:ascii="Georgia" w:hAnsi="Georgia"/>
          <w:b w:val="0"/>
          <w:i w:val="0"/>
          <w:color w:val="47433D"/>
          <w:sz w:val="18"/>
        </w:rPr>
        <w:t>Chapter 11: The Pantry Signs for the Package</w:t>
      </w:r>
    </w:p>
    <w:p>
      <w:pPr>
        <w:spacing w:after="42"/>
      </w:pPr>
      <w:r>
        <w:rPr>
          <w:rFonts w:ascii="Georgia" w:hAnsi="Georgia"/>
          <w:b w:val="0"/>
          <w:i w:val="0"/>
          <w:color w:val="47433D"/>
          <w:sz w:val="18"/>
        </w:rPr>
        <w:t>Chapter 12: Do Not Argue With Bob</w:t>
      </w:r>
    </w:p>
    <w:p>
      <w:r>
        <w:br w:type="page"/>
      </w:r>
    </w:p>
    <w:p>
      <w:pPr>
        <w:spacing w:before="1680" w:after="520"/>
        <w:jc w:val="center"/>
      </w:pPr>
      <w:r>
        <w:rPr>
          <w:rFonts w:ascii="Georgia" w:hAnsi="Georgia"/>
          <w:b/>
          <w:i w:val="0"/>
          <w:color w:val="654919"/>
          <w:sz w:val="36"/>
        </w:rPr>
        <w:t>Chapter 1: Bob Accepts Yesterday's Order</w:t>
      </w:r>
    </w:p>
    <w:p>
      <w:pPr>
        <w:spacing w:after="60" w:line="266" w:lineRule="auto"/>
        <w:ind w:firstLine="0"/>
        <w:jc w:val="both"/>
      </w:pPr>
      <w:r>
        <w:rPr>
          <w:rFonts w:ascii="Georgia" w:hAnsi="Georgia"/>
          <w:b w:val="0"/>
          <w:i w:val="0"/>
          <w:color w:val="22201D"/>
          <w:sz w:val="20"/>
        </w:rPr>
        <w:t>In which Tuesday refuses to be scheduled, Bob makes everyone lift the box before explaining it, and the first delivery invoice charges fuel and humility.</w:t>
      </w:r>
    </w:p>
    <w:p>
      <w:pPr>
        <w:spacing w:after="60" w:line="266" w:lineRule="auto"/>
        <w:ind w:firstLine="331"/>
        <w:jc w:val="both"/>
      </w:pPr>
      <w:r>
        <w:rPr>
          <w:rFonts w:ascii="Georgia" w:hAnsi="Georgia"/>
          <w:b w:val="0"/>
          <w:i w:val="0"/>
          <w:color w:val="22201D"/>
          <w:sz w:val="20"/>
        </w:rPr>
        <w:t>Bob did not explain Tuesday.</w:t>
      </w:r>
    </w:p>
    <w:p>
      <w:pPr>
        <w:spacing w:after="60" w:line="266" w:lineRule="auto"/>
        <w:ind w:firstLine="331"/>
        <w:jc w:val="both"/>
      </w:pPr>
      <w:r>
        <w:rPr>
          <w:rFonts w:ascii="Georgia" w:hAnsi="Georgia"/>
          <w:b w:val="0"/>
          <w:i w:val="0"/>
          <w:color w:val="22201D"/>
          <w:sz w:val="20"/>
        </w:rPr>
        <w:t>He lifted the box.</w:t>
      </w:r>
    </w:p>
    <w:p>
      <w:pPr>
        <w:spacing w:after="60" w:line="266" w:lineRule="auto"/>
        <w:ind w:firstLine="331"/>
        <w:jc w:val="both"/>
      </w:pPr>
      <w:r>
        <w:rPr>
          <w:rFonts w:ascii="Georgia" w:hAnsi="Georgia"/>
          <w:b w:val="0"/>
          <w:i w:val="0"/>
          <w:color w:val="22201D"/>
          <w:sz w:val="20"/>
        </w:rPr>
        <w:t>This was rude to several people who had prepared questions.</w:t>
      </w:r>
    </w:p>
    <w:p>
      <w:pPr>
        <w:spacing w:after="60" w:line="266" w:lineRule="auto"/>
        <w:ind w:firstLine="331"/>
        <w:jc w:val="both"/>
      </w:pPr>
      <w:r>
        <w:rPr>
          <w:rFonts w:ascii="Georgia" w:hAnsi="Georgia"/>
          <w:b w:val="0"/>
          <w:i w:val="0"/>
          <w:color w:val="22201D"/>
          <w:sz w:val="20"/>
        </w:rPr>
        <w:t>The box sat in the loading route beyond the counter door, square, brown, taped twice, and damp at one corner in the way cardboard became damp when weather had opinions but not authority. It had no logo. It had no mystic seal. It had no dramatic thread tied around it. Someone had written TUESDAY across the top in black marker, then crossed it out, then written:</w:t>
      </w:r>
    </w:p>
    <w:p>
      <w:pPr>
        <w:spacing w:after="60" w:line="250" w:lineRule="auto"/>
        <w:ind w:left="202" w:right="173"/>
      </w:pPr>
      <w:r>
        <w:rPr>
          <w:rFonts w:ascii="Georgia" w:hAnsi="Georgia"/>
          <w:b w:val="0"/>
          <w:i w:val="0"/>
          <w:color w:val="22201D"/>
          <w:sz w:val="17"/>
        </w:rPr>
        <w:t>ROUTE</w:t>
      </w:r>
    </w:p>
    <w:p>
      <w:pPr>
        <w:spacing w:after="60" w:line="266" w:lineRule="auto"/>
        <w:ind w:firstLine="331"/>
        <w:jc w:val="both"/>
      </w:pPr>
      <w:r>
        <w:rPr>
          <w:rFonts w:ascii="Georgia" w:hAnsi="Georgia"/>
          <w:b w:val="0"/>
          <w:i w:val="0"/>
          <w:color w:val="22201D"/>
          <w:sz w:val="20"/>
        </w:rPr>
        <w:t>underneath.</w:t>
      </w:r>
    </w:p>
    <w:p>
      <w:pPr>
        <w:spacing w:after="60" w:line="266" w:lineRule="auto"/>
        <w:ind w:firstLine="331"/>
        <w:jc w:val="both"/>
      </w:pPr>
      <w:r>
        <w:rPr>
          <w:rFonts w:ascii="Georgia" w:hAnsi="Georgia"/>
          <w:b w:val="0"/>
          <w:i w:val="0"/>
          <w:color w:val="22201D"/>
          <w:sz w:val="20"/>
        </w:rPr>
        <w:t>Flocc stood beside it with a clean fork still in his hand from the table where his current life had been seated and his meal remained pending.</w:t>
      </w:r>
    </w:p>
    <w:p>
      <w:pPr>
        <w:spacing w:after="60" w:line="266" w:lineRule="auto"/>
        <w:ind w:firstLine="331"/>
        <w:jc w:val="both"/>
      </w:pPr>
      <w:r>
        <w:rPr>
          <w:rFonts w:ascii="Georgia" w:hAnsi="Georgia"/>
          <w:b w:val="0"/>
          <w:i w:val="0"/>
          <w:color w:val="22201D"/>
          <w:sz w:val="20"/>
        </w:rPr>
        <w:t>Bob looked at the fork.</w:t>
      </w:r>
    </w:p>
    <w:p>
      <w:pPr>
        <w:spacing w:after="60" w:line="266" w:lineRule="auto"/>
        <w:ind w:firstLine="331"/>
        <w:jc w:val="both"/>
      </w:pPr>
      <w:r>
        <w:rPr>
          <w:rFonts w:ascii="Georgia" w:hAnsi="Georgia"/>
          <w:b w:val="0"/>
          <w:i w:val="0"/>
          <w:color w:val="22201D"/>
          <w:sz w:val="20"/>
        </w:rPr>
        <w:t>"Not useful for lifting."</w:t>
      </w:r>
    </w:p>
    <w:p>
      <w:pPr>
        <w:spacing w:after="60" w:line="266" w:lineRule="auto"/>
        <w:ind w:firstLine="331"/>
        <w:jc w:val="both"/>
      </w:pPr>
      <w:r>
        <w:rPr>
          <w:rFonts w:ascii="Georgia" w:hAnsi="Georgia"/>
          <w:b w:val="0"/>
          <w:i w:val="0"/>
          <w:color w:val="22201D"/>
          <w:sz w:val="20"/>
        </w:rPr>
        <w:t>Flocc set it down on the counter.</w:t>
      </w:r>
    </w:p>
    <w:p>
      <w:pPr>
        <w:spacing w:after="60" w:line="266" w:lineRule="auto"/>
        <w:ind w:firstLine="331"/>
        <w:jc w:val="both"/>
      </w:pPr>
      <w:r>
        <w:rPr>
          <w:rFonts w:ascii="Georgia" w:hAnsi="Georgia"/>
          <w:b w:val="0"/>
          <w:i w:val="0"/>
          <w:color w:val="22201D"/>
          <w:sz w:val="20"/>
        </w:rPr>
        <w:t>"I thought the meal was pending."</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"Then why are we leaving it?"</w:t>
      </w:r>
    </w:p>
    <w:p>
      <w:pPr>
        <w:spacing w:after="60" w:line="266" w:lineRule="auto"/>
        <w:ind w:firstLine="331"/>
        <w:jc w:val="both"/>
      </w:pPr>
      <w:r>
        <w:rPr>
          <w:rFonts w:ascii="Georgia" w:hAnsi="Georgia"/>
          <w:b w:val="0"/>
          <w:i w:val="0"/>
          <w:color w:val="22201D"/>
          <w:sz w:val="20"/>
        </w:rPr>
        <w:t>Bob picked up one end of the box.</w:t>
      </w:r>
    </w:p>
    <w:p>
      <w:pPr>
        <w:spacing w:after="60" w:line="266" w:lineRule="auto"/>
        <w:ind w:firstLine="331"/>
        <w:jc w:val="both"/>
      </w:pPr>
      <w:r>
        <w:rPr>
          <w:rFonts w:ascii="Georgia" w:hAnsi="Georgia"/>
          <w:b w:val="0"/>
          <w:i w:val="0"/>
          <w:color w:val="22201D"/>
          <w:sz w:val="20"/>
        </w:rPr>
        <w:t>"We are not leaving it. We are routing it."</w:t>
      </w:r>
    </w:p>
    <w:p>
      <w:pPr>
        <w:spacing w:after="60" w:line="266" w:lineRule="auto"/>
        <w:ind w:firstLine="331"/>
        <w:jc w:val="both"/>
      </w:pPr>
      <w:r>
        <w:rPr>
          <w:rFonts w:ascii="Georgia" w:hAnsi="Georgia"/>
          <w:b w:val="0"/>
          <w:i w:val="0"/>
          <w:color w:val="22201D"/>
          <w:sz w:val="20"/>
        </w:rPr>
        <w:t>This clarified nothing.</w:t>
      </w:r>
    </w:p>
    <w:p>
      <w:pPr>
        <w:spacing w:after="60" w:line="266" w:lineRule="auto"/>
        <w:ind w:firstLine="331"/>
        <w:jc w:val="both"/>
      </w:pPr>
      <w:r>
        <w:rPr>
          <w:rFonts w:ascii="Georgia" w:hAnsi="Georgia"/>
          <w:b w:val="0"/>
          <w:i w:val="0"/>
          <w:color w:val="22201D"/>
          <w:sz w:val="20"/>
        </w:rPr>
        <w:t>It did make the box heavier.</w:t>
      </w:r>
    </w:p>
    <w:p>
      <w:pPr>
        <w:spacing w:after="60" w:line="266" w:lineRule="auto"/>
        <w:ind w:firstLine="331"/>
        <w:jc w:val="both"/>
      </w:pPr>
      <w:r>
        <w:rPr>
          <w:rFonts w:ascii="Georgia" w:hAnsi="Georgia"/>
          <w:b w:val="0"/>
          <w:i w:val="0"/>
          <w:color w:val="22201D"/>
          <w:sz w:val="20"/>
        </w:rPr>
        <w:t>Gerald Park stepped into the loading route and checked the floor, the doorway, the stacked crates, the damp corner of the box, Bob's grip, Flocc's shoes, and the distance from the box to the delivery van with no logo.</w:t>
      </w:r>
    </w:p>
    <w:p>
      <w:pPr>
        <w:spacing w:after="60" w:line="266" w:lineRule="auto"/>
        <w:ind w:firstLine="331"/>
        <w:jc w:val="both"/>
      </w:pPr>
      <w:r>
        <w:rPr>
          <w:rFonts w:ascii="Georgia" w:hAnsi="Georgia"/>
          <w:b w:val="0"/>
          <w:i w:val="0"/>
          <w:color w:val="22201D"/>
          <w:sz w:val="20"/>
        </w:rPr>
        <w:t>"Weight?"</w:t>
      </w:r>
    </w:p>
    <w:p>
      <w:pPr>
        <w:spacing w:after="60" w:line="266" w:lineRule="auto"/>
        <w:ind w:firstLine="331"/>
        <w:jc w:val="both"/>
      </w:pPr>
      <w:r>
        <w:rPr>
          <w:rFonts w:ascii="Georgia" w:hAnsi="Georgia"/>
          <w:b w:val="0"/>
          <w:i w:val="0"/>
          <w:color w:val="22201D"/>
          <w:sz w:val="20"/>
        </w:rPr>
        <w:t>Bob said, "Enough."</w:t>
      </w:r>
    </w:p>
    <w:p>
      <w:pPr>
        <w:spacing w:after="60" w:line="266" w:lineRule="auto"/>
        <w:ind w:firstLine="331"/>
        <w:jc w:val="both"/>
      </w:pPr>
      <w:r>
        <w:rPr>
          <w:rFonts w:ascii="Georgia" w:hAnsi="Georgia"/>
          <w:b w:val="0"/>
          <w:i w:val="0"/>
          <w:color w:val="22201D"/>
          <w:sz w:val="20"/>
        </w:rPr>
        <w:t>"That is not a weight."</w:t>
      </w:r>
    </w:p>
    <w:p>
      <w:pPr>
        <w:spacing w:after="60" w:line="266" w:lineRule="auto"/>
        <w:ind w:firstLine="331"/>
        <w:jc w:val="both"/>
      </w:pPr>
      <w:r>
        <w:rPr>
          <w:rFonts w:ascii="Georgia" w:hAnsi="Georgia"/>
          <w:b w:val="0"/>
          <w:i w:val="0"/>
          <w:color w:val="22201D"/>
          <w:sz w:val="20"/>
        </w:rPr>
        <w:t>"It is for the first lift."</w:t>
      </w:r>
    </w:p>
    <w:p>
      <w:pPr>
        <w:spacing w:after="60" w:line="266" w:lineRule="auto"/>
        <w:ind w:firstLine="331"/>
        <w:jc w:val="both"/>
      </w:pPr>
      <w:r>
        <w:rPr>
          <w:rFonts w:ascii="Georgia" w:hAnsi="Georgia"/>
          <w:b w:val="0"/>
          <w:i w:val="0"/>
          <w:color w:val="22201D"/>
          <w:sz w:val="20"/>
        </w:rPr>
        <w:t>Gerald hated this answer because it was operationally annoying and emotionally difficult to disprove.</w:t>
      </w:r>
    </w:p>
    <w:p>
      <w:pPr>
        <w:spacing w:after="60" w:line="266" w:lineRule="auto"/>
        <w:ind w:firstLine="331"/>
        <w:jc w:val="both"/>
      </w:pPr>
      <w:r>
        <w:rPr>
          <w:rFonts w:ascii="Georgia" w:hAnsi="Georgia"/>
          <w:b w:val="0"/>
          <w:i w:val="0"/>
          <w:color w:val="22201D"/>
          <w:sz w:val="20"/>
        </w:rPr>
        <w:t>Steve arrived with the record book, which had followed him from Book 5 with the pale fatigue of an object that had seen too much private meaning and still believed in columns.</w:t>
      </w:r>
    </w:p>
    <w:p>
      <w:pPr>
        <w:spacing w:after="60" w:line="266" w:lineRule="auto"/>
        <w:ind w:firstLine="331"/>
        <w:jc w:val="both"/>
      </w:pPr>
      <w:r>
        <w:rPr>
          <w:rFonts w:ascii="Georgia" w:hAnsi="Georgia"/>
          <w:b w:val="0"/>
          <w:i w:val="0"/>
          <w:color w:val="22201D"/>
          <w:sz w:val="20"/>
        </w:rPr>
        <w:t>"Delivery service begins now?"</w:t>
      </w:r>
    </w:p>
    <w:p>
      <w:pPr>
        <w:spacing w:after="60" w:line="266" w:lineRule="auto"/>
        <w:ind w:firstLine="331"/>
        <w:jc w:val="both"/>
      </w:pPr>
      <w:r>
        <w:rPr>
          <w:rFonts w:ascii="Georgia" w:hAnsi="Georgia"/>
          <w:b w:val="0"/>
          <w:i w:val="0"/>
          <w:color w:val="22201D"/>
          <w:sz w:val="20"/>
        </w:rPr>
        <w:t>Bob shook his head.</w:t>
      </w:r>
    </w:p>
    <w:p>
      <w:pPr>
        <w:spacing w:after="60" w:line="266" w:lineRule="auto"/>
        <w:ind w:firstLine="331"/>
        <w:jc w:val="both"/>
      </w:pPr>
      <w:r>
        <w:rPr>
          <w:rFonts w:ascii="Georgia" w:hAnsi="Georgia"/>
          <w:b w:val="0"/>
          <w:i w:val="0"/>
          <w:color w:val="22201D"/>
          <w:sz w:val="20"/>
        </w:rPr>
        <w:t>"Already began."</w:t>
      </w:r>
    </w:p>
    <w:p>
      <w:pPr>
        <w:spacing w:after="60" w:line="266" w:lineRule="auto"/>
        <w:ind w:firstLine="331"/>
        <w:jc w:val="both"/>
      </w:pPr>
      <w:r>
        <w:rPr>
          <w:rFonts w:ascii="Georgia" w:hAnsi="Georgia"/>
          <w:b w:val="0"/>
          <w:i w:val="0"/>
          <w:color w:val="22201D"/>
          <w:sz w:val="20"/>
        </w:rPr>
        <w:t>"When?"</w:t>
      </w:r>
    </w:p>
    <w:p>
      <w:pPr>
        <w:spacing w:after="60" w:line="266" w:lineRule="auto"/>
        <w:ind w:firstLine="331"/>
        <w:jc w:val="both"/>
      </w:pPr>
      <w:r>
        <w:rPr>
          <w:rFonts w:ascii="Georgia" w:hAnsi="Georgia"/>
          <w:b w:val="0"/>
          <w:i w:val="0"/>
          <w:color w:val="22201D"/>
          <w:sz w:val="20"/>
        </w:rPr>
        <w:t>"When the route accepted being called Tuesday."</w:t>
      </w:r>
    </w:p>
    <w:p>
      <w:pPr>
        <w:spacing w:after="60" w:line="266" w:lineRule="auto"/>
        <w:ind w:firstLine="331"/>
        <w:jc w:val="both"/>
      </w:pPr>
      <w:r>
        <w:rPr>
          <w:rFonts w:ascii="Georgia" w:hAnsi="Georgia"/>
          <w:b w:val="0"/>
          <w:i w:val="0"/>
          <w:color w:val="22201D"/>
          <w:sz w:val="20"/>
        </w:rPr>
        <w:t>Steve looked at the invoice slot on the wall that had not existed a moment earlier.</w:t>
      </w:r>
    </w:p>
    <w:p>
      <w:pPr>
        <w:spacing w:after="60" w:line="266" w:lineRule="auto"/>
        <w:ind w:firstLine="331"/>
        <w:jc w:val="both"/>
      </w:pPr>
      <w:r>
        <w:rPr>
          <w:rFonts w:ascii="Georgia" w:hAnsi="Georgia"/>
          <w:b w:val="0"/>
          <w:i w:val="0"/>
          <w:color w:val="22201D"/>
          <w:sz w:val="20"/>
        </w:rPr>
        <w:t>"I need a less poetic answer."</w:t>
      </w:r>
    </w:p>
    <w:p>
      <w:pPr>
        <w:spacing w:after="60" w:line="266" w:lineRule="auto"/>
        <w:ind w:firstLine="331"/>
        <w:jc w:val="both"/>
      </w:pPr>
      <w:r>
        <w:rPr>
          <w:rFonts w:ascii="Georgia" w:hAnsi="Georgia"/>
          <w:b w:val="0"/>
          <w:i w:val="0"/>
          <w:color w:val="22201D"/>
          <w:sz w:val="20"/>
        </w:rPr>
        <w:t>The slot printed:</w:t>
      </w:r>
    </w:p>
    <w:p>
      <w:pPr>
        <w:spacing w:after="60" w:line="250" w:lineRule="auto"/>
        <w:ind w:left="202" w:right="173"/>
      </w:pPr>
      <w:r>
        <w:rPr>
          <w:rFonts w:ascii="Georgia" w:hAnsi="Georgia"/>
          <w:b w:val="0"/>
          <w:i w:val="0"/>
          <w:color w:val="22201D"/>
          <w:sz w:val="17"/>
        </w:rPr>
        <w:t>DELIVERY INVOICE</w:t>
      </w:r>
    </w:p>
    <w:p>
      <w:pPr>
        <w:spacing w:after="60" w:line="266" w:lineRule="auto"/>
        <w:ind w:firstLine="331"/>
        <w:jc w:val="both"/>
      </w:pPr>
      <w:r>
        <w:rPr>
          <w:rFonts w:ascii="Georgia" w:hAnsi="Georgia"/>
          <w:b w:val="0"/>
          <w:i w:val="0"/>
          <w:color w:val="22201D"/>
          <w:sz w:val="20"/>
        </w:rPr>
        <w:t>Steve relaxed visibly.</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invoice dropped into his hand.</w:t>
      </w:r>
    </w:p>
    <w:p>
      <w:pPr>
        <w:spacing w:after="60" w:line="250" w:lineRule="auto"/>
        <w:ind w:left="202" w:right="173"/>
      </w:pPr>
      <w:r>
        <w:rPr>
          <w:rFonts w:ascii="Georgia" w:hAnsi="Georgia"/>
          <w:b w:val="0"/>
          <w:i w:val="0"/>
          <w:color w:val="22201D"/>
          <w:sz w:val="17"/>
        </w:rPr>
        <w:t>DELIVERY INVOICE  Order: yesterday's order  Route: Tuesday  Origin: current life seated, meal pending  First price: fuel and humility  Handling instruction: lift before explaining</w:t>
      </w:r>
    </w:p>
    <w:p>
      <w:pPr>
        <w:spacing w:after="60" w:line="266" w:lineRule="auto"/>
        <w:ind w:firstLine="331"/>
        <w:jc w:val="both"/>
      </w:pPr>
      <w:r>
        <w:rPr>
          <w:rFonts w:ascii="Georgia" w:hAnsi="Georgia"/>
          <w:b w:val="0"/>
          <w:i w:val="0"/>
          <w:color w:val="22201D"/>
          <w:sz w:val="20"/>
        </w:rPr>
        <w:t>Nico, who had followed at a safe distance from anything that looked like honest labor, whispered, "That invoice is mean."</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Accurate is not mean.</w:t>
      </w:r>
    </w:p>
    <w:p>
      <w:pPr>
        <w:spacing w:after="60" w:line="266" w:lineRule="auto"/>
        <w:ind w:firstLine="331"/>
        <w:jc w:val="both"/>
      </w:pPr>
      <w:r>
        <w:rPr>
          <w:rFonts w:ascii="Georgia" w:hAnsi="Georgia"/>
          <w:b w:val="0"/>
          <w:i w:val="0"/>
          <w:color w:val="22201D"/>
          <w:sz w:val="20"/>
        </w:rPr>
        <w:t>"I am beginning to dislike that sentence as a genre."</w:t>
      </w:r>
    </w:p>
    <w:p>
      <w:pPr>
        <w:spacing w:after="60" w:line="266" w:lineRule="auto"/>
        <w:ind w:firstLine="331"/>
        <w:jc w:val="both"/>
      </w:pPr>
      <w:r>
        <w:rPr>
          <w:rFonts w:ascii="Georgia" w:hAnsi="Georgia"/>
          <w:b w:val="0"/>
          <w:i w:val="0"/>
          <w:color w:val="22201D"/>
          <w:sz w:val="20"/>
        </w:rPr>
        <w:t>Bob shifted his grip on the box.</w:t>
      </w:r>
    </w:p>
    <w:p>
      <w:pPr>
        <w:spacing w:after="60" w:line="266" w:lineRule="auto"/>
        <w:ind w:firstLine="331"/>
        <w:jc w:val="both"/>
      </w:pPr>
      <w:r>
        <w:rPr>
          <w:rFonts w:ascii="Georgia" w:hAnsi="Georgia"/>
          <w:b w:val="0"/>
          <w:i w:val="0"/>
          <w:color w:val="22201D"/>
          <w:sz w:val="20"/>
        </w:rPr>
        <w:t>"Flocc."</w:t>
      </w:r>
    </w:p>
    <w:p>
      <w:pPr>
        <w:spacing w:after="60" w:line="266" w:lineRule="auto"/>
        <w:ind w:firstLine="331"/>
        <w:jc w:val="both"/>
      </w:pPr>
      <w:r>
        <w:rPr>
          <w:rFonts w:ascii="Georgia" w:hAnsi="Georgia"/>
          <w:b w:val="0"/>
          <w:i w:val="0"/>
          <w:color w:val="22201D"/>
          <w:sz w:val="20"/>
        </w:rPr>
        <w:t>Flocc looked at him.</w:t>
      </w:r>
    </w:p>
    <w:p>
      <w:pPr>
        <w:spacing w:after="60" w:line="266" w:lineRule="auto"/>
        <w:ind w:firstLine="331"/>
        <w:jc w:val="both"/>
      </w:pPr>
      <w:r>
        <w:rPr>
          <w:rFonts w:ascii="Georgia" w:hAnsi="Georgia"/>
          <w:b w:val="0"/>
          <w:i w:val="0"/>
          <w:color w:val="22201D"/>
          <w:sz w:val="20"/>
        </w:rPr>
        <w:t>"Other end."</w:t>
      </w:r>
    </w:p>
    <w:p>
      <w:pPr>
        <w:spacing w:after="60" w:line="266" w:lineRule="auto"/>
        <w:ind w:firstLine="331"/>
        <w:jc w:val="both"/>
      </w:pPr>
      <w:r>
        <w:rPr>
          <w:rFonts w:ascii="Georgia" w:hAnsi="Georgia"/>
          <w:b w:val="0"/>
          <w:i w:val="0"/>
          <w:color w:val="22201D"/>
          <w:sz w:val="20"/>
        </w:rPr>
        <w:t>The phrase had no apparent moral content. That made it dangerous.</w:t>
      </w:r>
    </w:p>
    <w:p>
      <w:pPr>
        <w:spacing w:after="60" w:line="266" w:lineRule="auto"/>
        <w:ind w:firstLine="331"/>
        <w:jc w:val="both"/>
      </w:pPr>
      <w:r>
        <w:rPr>
          <w:rFonts w:ascii="Georgia" w:hAnsi="Georgia"/>
          <w:b w:val="0"/>
          <w:i w:val="0"/>
          <w:color w:val="22201D"/>
          <w:sz w:val="20"/>
        </w:rPr>
        <w:t>Flocc stepped to the other side of the box. His hands hovered for one second too long, waiting for instruction that would turn action into understanding.</w:t>
      </w:r>
    </w:p>
    <w:p>
      <w:pPr>
        <w:spacing w:after="60" w:line="266" w:lineRule="auto"/>
        <w:ind w:firstLine="331"/>
        <w:jc w:val="both"/>
      </w:pPr>
      <w:r>
        <w:rPr>
          <w:rFonts w:ascii="Georgia" w:hAnsi="Georgia"/>
          <w:b w:val="0"/>
          <w:i w:val="0"/>
          <w:color w:val="22201D"/>
          <w:sz w:val="20"/>
        </w:rPr>
        <w:t>Bob said, "Handles are under the tape."</w:t>
      </w:r>
    </w:p>
    <w:p>
      <w:pPr>
        <w:spacing w:after="60" w:line="266" w:lineRule="auto"/>
        <w:ind w:firstLine="331"/>
        <w:jc w:val="both"/>
      </w:pPr>
      <w:r>
        <w:rPr>
          <w:rFonts w:ascii="Georgia" w:hAnsi="Georgia"/>
          <w:b w:val="0"/>
          <w:i w:val="0"/>
          <w:color w:val="22201D"/>
          <w:sz w:val="20"/>
        </w:rPr>
        <w:t>"Why would someone tape over the handles?"</w:t>
      </w:r>
    </w:p>
    <w:p>
      <w:pPr>
        <w:spacing w:after="60" w:line="266" w:lineRule="auto"/>
        <w:ind w:firstLine="331"/>
        <w:jc w:val="both"/>
      </w:pPr>
      <w:r>
        <w:rPr>
          <w:rFonts w:ascii="Georgia" w:hAnsi="Georgia"/>
          <w:b w:val="0"/>
          <w:i w:val="0"/>
          <w:color w:val="22201D"/>
          <w:sz w:val="20"/>
        </w:rPr>
        <w:t>"Yesterday packed it."</w:t>
      </w:r>
    </w:p>
    <w:p>
      <w:pPr>
        <w:spacing w:after="60" w:line="266" w:lineRule="auto"/>
        <w:ind w:firstLine="331"/>
        <w:jc w:val="both"/>
      </w:pPr>
      <w:r>
        <w:rPr>
          <w:rFonts w:ascii="Georgia" w:hAnsi="Georgia"/>
          <w:b w:val="0"/>
          <w:i w:val="0"/>
          <w:color w:val="22201D"/>
          <w:sz w:val="20"/>
        </w:rPr>
        <w:t>That helped, but only because it did not explain enough.</w:t>
      </w:r>
    </w:p>
    <w:p>
      <w:pPr>
        <w:spacing w:after="60" w:line="266" w:lineRule="auto"/>
        <w:ind w:firstLine="331"/>
        <w:jc w:val="both"/>
      </w:pPr>
      <w:r>
        <w:rPr>
          <w:rFonts w:ascii="Georgia" w:hAnsi="Georgia"/>
          <w:b w:val="0"/>
          <w:i w:val="0"/>
          <w:color w:val="22201D"/>
          <w:sz w:val="20"/>
        </w:rPr>
        <w:t>Flocc found the handle cutouts under the tape and lifted.</w:t>
      </w:r>
    </w:p>
    <w:p>
      <w:pPr>
        <w:spacing w:after="60" w:line="266" w:lineRule="auto"/>
        <w:ind w:firstLine="331"/>
        <w:jc w:val="both"/>
      </w:pPr>
      <w:r>
        <w:rPr>
          <w:rFonts w:ascii="Georgia" w:hAnsi="Georgia"/>
          <w:b w:val="0"/>
          <w:i w:val="0"/>
          <w:color w:val="22201D"/>
          <w:sz w:val="20"/>
        </w:rPr>
        <w:t>The box was heavier than he expected, but not impossibly heavy. This was inconvenient. If it had been impossibly heavy, he could have made a metaphor out of it and admired his suffering from a distance.</w:t>
      </w:r>
    </w:p>
    <w:p>
      <w:pPr>
        <w:spacing w:after="60" w:line="266" w:lineRule="auto"/>
        <w:ind w:firstLine="331"/>
        <w:jc w:val="both"/>
      </w:pPr>
      <w:r>
        <w:rPr>
          <w:rFonts w:ascii="Georgia" w:hAnsi="Georgia"/>
          <w:b w:val="0"/>
          <w:i w:val="0"/>
          <w:color w:val="22201D"/>
          <w:sz w:val="20"/>
        </w:rPr>
        <w:t>Instead, it was carryable.</w:t>
      </w:r>
    </w:p>
    <w:p>
      <w:pPr>
        <w:spacing w:after="60" w:line="266" w:lineRule="auto"/>
        <w:ind w:firstLine="331"/>
        <w:jc w:val="both"/>
      </w:pPr>
      <w:r>
        <w:rPr>
          <w:rFonts w:ascii="Georgia" w:hAnsi="Georgia"/>
          <w:b w:val="0"/>
          <w:i w:val="0"/>
          <w:color w:val="22201D"/>
          <w:sz w:val="20"/>
        </w:rPr>
        <w:t>His fingers hurt.</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First correction: carryable is not easy.</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"Good handling note."</w:t>
      </w:r>
    </w:p>
    <w:p>
      <w:pPr>
        <w:spacing w:after="60" w:line="266" w:lineRule="auto"/>
        <w:ind w:firstLine="331"/>
        <w:jc w:val="both"/>
      </w:pPr>
      <w:r>
        <w:rPr>
          <w:rFonts w:ascii="Georgia" w:hAnsi="Georgia"/>
          <w:b w:val="0"/>
          <w:i w:val="0"/>
          <w:color w:val="22201D"/>
          <w:sz w:val="20"/>
        </w:rPr>
        <w:t>Bob walked backward toward the van.</w:t>
      </w:r>
    </w:p>
    <w:p>
      <w:pPr>
        <w:spacing w:after="60" w:line="266" w:lineRule="auto"/>
        <w:ind w:firstLine="331"/>
        <w:jc w:val="both"/>
      </w:pPr>
      <w:r>
        <w:rPr>
          <w:rFonts w:ascii="Georgia" w:hAnsi="Georgia"/>
          <w:b w:val="0"/>
          <w:i w:val="0"/>
          <w:color w:val="22201D"/>
          <w:sz w:val="20"/>
        </w:rPr>
        <w:t>Flocc followed, because the other end of the box had made following practical.</w:t>
      </w:r>
    </w:p>
    <w:p>
      <w:pPr>
        <w:spacing w:after="60" w:line="266" w:lineRule="auto"/>
        <w:ind w:firstLine="331"/>
        <w:jc w:val="both"/>
      </w:pPr>
      <w:r>
        <w:rPr>
          <w:rFonts w:ascii="Georgia" w:hAnsi="Georgia"/>
          <w:b w:val="0"/>
          <w:i w:val="0"/>
          <w:color w:val="22201D"/>
          <w:sz w:val="20"/>
        </w:rPr>
        <w:t>This was how Book 6 began: not with revelation, but with two men carrying one box badly enough to learn where the weight was.</w:t>
      </w:r>
    </w:p>
    <w:p>
      <w:pPr>
        <w:spacing w:after="60" w:line="266" w:lineRule="auto"/>
        <w:ind w:firstLine="331"/>
        <w:jc w:val="both"/>
      </w:pPr>
      <w:r>
        <w:rPr>
          <w:rFonts w:ascii="Georgia" w:hAnsi="Georgia"/>
          <w:b w:val="0"/>
          <w:i w:val="0"/>
          <w:color w:val="22201D"/>
          <w:sz w:val="20"/>
        </w:rPr>
        <w:t>The Hostess stood in the counter doorway. She did not cross into the loading route. Book 5's waiting room remained behind her, quieter now, no less real for being less active. The table where Flocc's current life had been seated was not visible from the loading route.</w:t>
      </w:r>
    </w:p>
    <w:p>
      <w:pPr>
        <w:spacing w:after="60" w:line="266" w:lineRule="auto"/>
        <w:ind w:firstLine="331"/>
        <w:jc w:val="both"/>
      </w:pPr>
      <w:r>
        <w:rPr>
          <w:rFonts w:ascii="Georgia" w:hAnsi="Georgia"/>
          <w:b w:val="0"/>
          <w:i w:val="0"/>
          <w:color w:val="22201D"/>
          <w:sz w:val="20"/>
        </w:rPr>
        <w:t>This mattered.</w:t>
      </w:r>
    </w:p>
    <w:p>
      <w:pPr>
        <w:spacing w:after="60" w:line="266" w:lineRule="auto"/>
        <w:ind w:firstLine="331"/>
        <w:jc w:val="both"/>
      </w:pPr>
      <w:r>
        <w:rPr>
          <w:rFonts w:ascii="Georgia" w:hAnsi="Georgia"/>
          <w:b w:val="0"/>
          <w:i w:val="0"/>
          <w:color w:val="22201D"/>
          <w:sz w:val="20"/>
        </w:rPr>
        <w:t>A current life could be seated without every next chapter taking place beside its plate.</w:t>
      </w:r>
    </w:p>
    <w:p>
      <w:pPr>
        <w:spacing w:after="60" w:line="266" w:lineRule="auto"/>
        <w:ind w:firstLine="331"/>
        <w:jc w:val="both"/>
      </w:pPr>
      <w:r>
        <w:rPr>
          <w:rFonts w:ascii="Georgia" w:hAnsi="Georgia"/>
          <w:b w:val="0"/>
          <w:i w:val="0"/>
          <w:color w:val="22201D"/>
          <w:sz w:val="20"/>
        </w:rPr>
        <w:t>Mara was not there.</w:t>
      </w:r>
    </w:p>
    <w:p>
      <w:pPr>
        <w:spacing w:after="60" w:line="266" w:lineRule="auto"/>
        <w:ind w:firstLine="331"/>
        <w:jc w:val="both"/>
      </w:pPr>
      <w:r>
        <w:rPr>
          <w:rFonts w:ascii="Georgia" w:hAnsi="Georgia"/>
          <w:b w:val="0"/>
          <w:i w:val="0"/>
          <w:color w:val="22201D"/>
          <w:sz w:val="20"/>
        </w:rPr>
        <w:t>This mattered more.</w:t>
      </w:r>
    </w:p>
    <w:p>
      <w:pPr>
        <w:spacing w:after="60" w:line="266" w:lineRule="auto"/>
        <w:ind w:firstLine="331"/>
        <w:jc w:val="both"/>
      </w:pPr>
      <w:r>
        <w:rPr>
          <w:rFonts w:ascii="Georgia" w:hAnsi="Georgia"/>
          <w:b w:val="0"/>
          <w:i w:val="0"/>
          <w:color w:val="22201D"/>
          <w:sz w:val="20"/>
        </w:rPr>
        <w:t>The route did not retrieve her as proof that the previous book had worked.</w:t>
      </w:r>
    </w:p>
    <w:p>
      <w:pPr>
        <w:spacing w:after="60" w:line="266" w:lineRule="auto"/>
        <w:ind w:firstLine="331"/>
        <w:jc w:val="both"/>
      </w:pPr>
      <w:r>
        <w:rPr>
          <w:rFonts w:ascii="Georgia" w:hAnsi="Georgia"/>
          <w:b w:val="0"/>
          <w:i w:val="0"/>
          <w:color w:val="22201D"/>
          <w:sz w:val="20"/>
        </w:rPr>
        <w:t>Flocc noticed her absence and almost turned it into a feeling he could display.</w:t>
      </w:r>
    </w:p>
    <w:p>
      <w:pPr>
        <w:spacing w:after="60" w:line="266" w:lineRule="auto"/>
        <w:ind w:firstLine="331"/>
        <w:jc w:val="both"/>
      </w:pPr>
      <w:r>
        <w:rPr>
          <w:rFonts w:ascii="Georgia" w:hAnsi="Georgia"/>
          <w:b w:val="0"/>
          <w:i w:val="0"/>
          <w:color w:val="22201D"/>
          <w:sz w:val="20"/>
        </w:rPr>
        <w:t>The box shifted.</w:t>
      </w:r>
    </w:p>
    <w:p>
      <w:pPr>
        <w:spacing w:after="60" w:line="266" w:lineRule="auto"/>
        <w:ind w:firstLine="331"/>
        <w:jc w:val="both"/>
      </w:pPr>
      <w:r>
        <w:rPr>
          <w:rFonts w:ascii="Georgia" w:hAnsi="Georgia"/>
          <w:b w:val="0"/>
          <w:i w:val="0"/>
          <w:color w:val="22201D"/>
          <w:sz w:val="20"/>
        </w:rPr>
        <w:t>"Grip," Bob said.</w:t>
      </w:r>
    </w:p>
    <w:p>
      <w:pPr>
        <w:spacing w:after="60" w:line="266" w:lineRule="auto"/>
        <w:ind w:firstLine="331"/>
        <w:jc w:val="both"/>
      </w:pPr>
      <w:r>
        <w:rPr>
          <w:rFonts w:ascii="Georgia" w:hAnsi="Georgia"/>
          <w:b w:val="0"/>
          <w:i w:val="0"/>
          <w:color w:val="22201D"/>
          <w:sz w:val="20"/>
        </w:rPr>
        <w:t>Flocc gripped.</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Mara absent. Route still active. Do not convert absence into cargo.</w:t>
      </w:r>
    </w:p>
    <w:p>
      <w:pPr>
        <w:spacing w:after="60" w:line="266" w:lineRule="auto"/>
        <w:ind w:firstLine="331"/>
        <w:jc w:val="both"/>
      </w:pPr>
      <w:r>
        <w:rPr>
          <w:rFonts w:ascii="Georgia" w:hAnsi="Georgia"/>
          <w:b w:val="0"/>
          <w:i w:val="0"/>
          <w:color w:val="22201D"/>
          <w:sz w:val="20"/>
        </w:rPr>
        <w:t>Flocc read it while carrying, which was a mistake.</w:t>
      </w:r>
    </w:p>
    <w:p>
      <w:pPr>
        <w:spacing w:after="60" w:line="266" w:lineRule="auto"/>
        <w:ind w:firstLine="331"/>
        <w:jc w:val="both"/>
      </w:pPr>
      <w:r>
        <w:rPr>
          <w:rFonts w:ascii="Georgia" w:hAnsi="Georgia"/>
          <w:b w:val="0"/>
          <w:i w:val="0"/>
          <w:color w:val="22201D"/>
          <w:sz w:val="20"/>
        </w:rPr>
        <w:t>The box dipped.</w:t>
      </w:r>
    </w:p>
    <w:p>
      <w:pPr>
        <w:spacing w:after="60" w:line="266" w:lineRule="auto"/>
        <w:ind w:firstLine="331"/>
        <w:jc w:val="both"/>
      </w:pPr>
      <w:r>
        <w:rPr>
          <w:rFonts w:ascii="Georgia" w:hAnsi="Georgia"/>
          <w:b w:val="0"/>
          <w:i w:val="0"/>
          <w:color w:val="22201D"/>
          <w:sz w:val="20"/>
        </w:rPr>
        <w:t>Gerald barked, "Eyes on load."</w:t>
      </w:r>
    </w:p>
    <w:p>
      <w:pPr>
        <w:spacing w:after="60" w:line="266" w:lineRule="auto"/>
        <w:ind w:firstLine="331"/>
        <w:jc w:val="both"/>
      </w:pPr>
      <w:r>
        <w:rPr>
          <w:rFonts w:ascii="Georgia" w:hAnsi="Georgia"/>
          <w:b w:val="0"/>
          <w:i w:val="0"/>
          <w:color w:val="22201D"/>
          <w:sz w:val="20"/>
        </w:rPr>
        <w:t>Flocc lifted.</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"Apologize after the box is safe."</w:t>
      </w:r>
    </w:p>
    <w:p>
      <w:pPr>
        <w:spacing w:after="60" w:line="266" w:lineRule="auto"/>
        <w:ind w:firstLine="331"/>
        <w:jc w:val="both"/>
      </w:pPr>
      <w:r>
        <w:rPr>
          <w:rFonts w:ascii="Georgia" w:hAnsi="Georgia"/>
          <w:b w:val="0"/>
          <w:i w:val="0"/>
          <w:color w:val="22201D"/>
          <w:sz w:val="20"/>
        </w:rPr>
        <w:t>"Right."</w:t>
      </w:r>
    </w:p>
    <w:p>
      <w:pPr>
        <w:spacing w:after="60" w:line="266" w:lineRule="auto"/>
        <w:ind w:firstLine="331"/>
        <w:jc w:val="both"/>
      </w:pPr>
      <w:r>
        <w:rPr>
          <w:rFonts w:ascii="Georgia" w:hAnsi="Georgia"/>
          <w:b w:val="0"/>
          <w:i w:val="0"/>
          <w:color w:val="22201D"/>
          <w:sz w:val="20"/>
        </w:rPr>
        <w:t>Bob said, "Sometimes sorry is what people say when they want to stop carrying."</w:t>
      </w:r>
    </w:p>
    <w:p>
      <w:pPr>
        <w:spacing w:after="60" w:line="266" w:lineRule="auto"/>
        <w:ind w:firstLine="331"/>
        <w:jc w:val="both"/>
      </w:pPr>
      <w:r>
        <w:rPr>
          <w:rFonts w:ascii="Georgia" w:hAnsi="Georgia"/>
          <w:b w:val="0"/>
          <w:i w:val="0"/>
          <w:color w:val="22201D"/>
          <w:sz w:val="20"/>
        </w:rPr>
        <w:t>The sentence landed inside the loading route and did not echo.</w:t>
      </w:r>
    </w:p>
    <w:p>
      <w:pPr>
        <w:spacing w:after="60" w:line="266" w:lineRule="auto"/>
        <w:ind w:firstLine="331"/>
        <w:jc w:val="both"/>
      </w:pPr>
      <w:r>
        <w:rPr>
          <w:rFonts w:ascii="Georgia" w:hAnsi="Georgia"/>
          <w:b w:val="0"/>
          <w:i w:val="0"/>
          <w:color w:val="22201D"/>
          <w:sz w:val="20"/>
        </w:rPr>
        <w:t>Flocc kept carrying.</w:t>
      </w:r>
    </w:p>
    <w:p>
      <w:pPr>
        <w:spacing w:after="60" w:line="266" w:lineRule="auto"/>
        <w:ind w:firstLine="331"/>
        <w:jc w:val="both"/>
      </w:pPr>
      <w:r>
        <w:rPr>
          <w:rFonts w:ascii="Georgia" w:hAnsi="Georgia"/>
          <w:b w:val="0"/>
          <w:i w:val="0"/>
          <w:color w:val="22201D"/>
          <w:sz w:val="20"/>
        </w:rPr>
        <w:t>The van's back doors opened by themselves.</w:t>
      </w:r>
    </w:p>
    <w:p>
      <w:pPr>
        <w:spacing w:after="60" w:line="266" w:lineRule="auto"/>
        <w:ind w:firstLine="331"/>
        <w:jc w:val="both"/>
      </w:pPr>
      <w:r>
        <w:rPr>
          <w:rFonts w:ascii="Georgia" w:hAnsi="Georgia"/>
          <w:b w:val="0"/>
          <w:i w:val="0"/>
          <w:color w:val="22201D"/>
          <w:sz w:val="20"/>
        </w:rPr>
        <w:t>Gerald said, "No."</w:t>
      </w:r>
    </w:p>
    <w:p>
      <w:pPr>
        <w:spacing w:after="60" w:line="266" w:lineRule="auto"/>
        <w:ind w:firstLine="331"/>
        <w:jc w:val="both"/>
      </w:pPr>
      <w:r>
        <w:rPr>
          <w:rFonts w:ascii="Georgia" w:hAnsi="Georgia"/>
          <w:b w:val="0"/>
          <w:i w:val="0"/>
          <w:color w:val="22201D"/>
          <w:sz w:val="20"/>
        </w:rPr>
        <w:t>The doors paused.</w:t>
      </w:r>
    </w:p>
    <w:p>
      <w:pPr>
        <w:spacing w:after="60" w:line="266" w:lineRule="auto"/>
        <w:ind w:firstLine="331"/>
        <w:jc w:val="both"/>
      </w:pPr>
      <w:r>
        <w:rPr>
          <w:rFonts w:ascii="Georgia" w:hAnsi="Georgia"/>
          <w:b w:val="0"/>
          <w:i w:val="0"/>
          <w:color w:val="22201D"/>
          <w:sz w:val="20"/>
        </w:rPr>
        <w:t>"Doors do not open themselves on route without inspection."</w:t>
      </w:r>
    </w:p>
    <w:p>
      <w:pPr>
        <w:spacing w:after="60" w:line="266" w:lineRule="auto"/>
        <w:ind w:firstLine="331"/>
        <w:jc w:val="both"/>
      </w:pPr>
      <w:r>
        <w:rPr>
          <w:rFonts w:ascii="Georgia" w:hAnsi="Georgia"/>
          <w:b w:val="0"/>
          <w:i w:val="0"/>
          <w:color w:val="22201D"/>
          <w:sz w:val="20"/>
        </w:rPr>
        <w:t>The van printed on its bumper:</w:t>
      </w:r>
    </w:p>
    <w:p>
      <w:pPr>
        <w:spacing w:after="60" w:line="250" w:lineRule="auto"/>
        <w:ind w:left="202" w:right="173"/>
      </w:pPr>
      <w:r>
        <w:rPr>
          <w:rFonts w:ascii="Georgia" w:hAnsi="Georgia"/>
          <w:b w:val="0"/>
          <w:i w:val="0"/>
          <w:color w:val="22201D"/>
          <w:sz w:val="17"/>
        </w:rPr>
        <w:t>Inspection welcome.</w:t>
      </w:r>
    </w:p>
    <w:p>
      <w:pPr>
        <w:spacing w:after="60" w:line="266" w:lineRule="auto"/>
        <w:ind w:firstLine="331"/>
        <w:jc w:val="both"/>
      </w:pPr>
      <w:r>
        <w:rPr>
          <w:rFonts w:ascii="Georgia" w:hAnsi="Georgia"/>
          <w:b w:val="0"/>
          <w:i w:val="0"/>
          <w:color w:val="22201D"/>
          <w:sz w:val="20"/>
        </w:rPr>
        <w:t>Gerald inspected the van.</w:t>
      </w:r>
    </w:p>
    <w:p>
      <w:pPr>
        <w:spacing w:after="60" w:line="266" w:lineRule="auto"/>
        <w:ind w:firstLine="331"/>
        <w:jc w:val="both"/>
      </w:pPr>
      <w:r>
        <w:rPr>
          <w:rFonts w:ascii="Georgia" w:hAnsi="Georgia"/>
          <w:b w:val="0"/>
          <w:i w:val="0"/>
          <w:color w:val="22201D"/>
          <w:sz w:val="20"/>
        </w:rPr>
        <w:t>He checked the latch, the cargo floor, the tie-down points, the temperature strip, the spare tire, the first-aid kit, and the handwritten card taped inside the left door:</w:t>
      </w:r>
    </w:p>
    <w:p>
      <w:pPr>
        <w:spacing w:after="60" w:line="250" w:lineRule="auto"/>
        <w:ind w:left="202" w:right="173"/>
      </w:pPr>
      <w:r>
        <w:rPr>
          <w:rFonts w:ascii="Georgia" w:hAnsi="Georgia"/>
          <w:b w:val="0"/>
          <w:i w:val="0"/>
          <w:color w:val="22201D"/>
          <w:sz w:val="17"/>
        </w:rPr>
        <w:t>IF LOST, CHECK FUEL BEFORE PHILOSOPHY</w:t>
      </w:r>
    </w:p>
    <w:p>
      <w:pPr>
        <w:spacing w:after="60" w:line="266" w:lineRule="auto"/>
        <w:ind w:firstLine="331"/>
        <w:jc w:val="both"/>
      </w:pPr>
      <w:r>
        <w:rPr>
          <w:rFonts w:ascii="Georgia" w:hAnsi="Georgia"/>
          <w:b w:val="0"/>
          <w:i w:val="0"/>
          <w:color w:val="22201D"/>
          <w:sz w:val="20"/>
        </w:rPr>
        <w:t>Gerald looked at Bob.</w:t>
      </w:r>
    </w:p>
    <w:p>
      <w:pPr>
        <w:spacing w:after="60" w:line="266" w:lineRule="auto"/>
        <w:ind w:firstLine="331"/>
        <w:jc w:val="both"/>
      </w:pPr>
      <w:r>
        <w:rPr>
          <w:rFonts w:ascii="Georgia" w:hAnsi="Georgia"/>
          <w:b w:val="0"/>
          <w:i w:val="0"/>
          <w:color w:val="22201D"/>
          <w:sz w:val="20"/>
        </w:rPr>
        <w:t>"Did you write this?"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"Do you agree with it?"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van became acceptable by degrees.</w:t>
      </w:r>
    </w:p>
    <w:p>
      <w:pPr>
        <w:spacing w:after="60" w:line="266" w:lineRule="auto"/>
        <w:ind w:firstLine="331"/>
        <w:jc w:val="both"/>
      </w:pPr>
      <w:r>
        <w:rPr>
          <w:rFonts w:ascii="Georgia" w:hAnsi="Georgia"/>
          <w:b w:val="0"/>
          <w:i w:val="0"/>
          <w:color w:val="22201D"/>
          <w:sz w:val="20"/>
        </w:rPr>
        <w:t>Bob and Flocc lifted the box into the cargo space.</w:t>
      </w:r>
    </w:p>
    <w:p>
      <w:pPr>
        <w:spacing w:after="60" w:line="266" w:lineRule="auto"/>
        <w:ind w:firstLine="331"/>
        <w:jc w:val="both"/>
      </w:pPr>
      <w:r>
        <w:rPr>
          <w:rFonts w:ascii="Georgia" w:hAnsi="Georgia"/>
          <w:b w:val="0"/>
          <w:i w:val="0"/>
          <w:color w:val="22201D"/>
          <w:sz w:val="20"/>
        </w:rPr>
        <w:t>The first attempt went poorly because Flocc tried to set his side down as soon as his arms complained. Bob did not scold him. Bob simply did not let the box land crooked.</w:t>
      </w:r>
    </w:p>
    <w:p>
      <w:pPr>
        <w:spacing w:after="60" w:line="266" w:lineRule="auto"/>
        <w:ind w:firstLine="331"/>
        <w:jc w:val="both"/>
      </w:pPr>
      <w:r>
        <w:rPr>
          <w:rFonts w:ascii="Georgia" w:hAnsi="Georgia"/>
          <w:b w:val="0"/>
          <w:i w:val="0"/>
          <w:color w:val="22201D"/>
          <w:sz w:val="20"/>
        </w:rPr>
        <w:t>"Again," Bob said.</w:t>
      </w:r>
    </w:p>
    <w:p>
      <w:pPr>
        <w:spacing w:after="60" w:line="266" w:lineRule="auto"/>
        <w:ind w:firstLine="331"/>
        <w:jc w:val="both"/>
      </w:pPr>
      <w:r>
        <w:rPr>
          <w:rFonts w:ascii="Georgia" w:hAnsi="Georgia"/>
          <w:b w:val="0"/>
          <w:i w:val="0"/>
          <w:color w:val="22201D"/>
          <w:sz w:val="20"/>
        </w:rPr>
        <w:t>"I am lifting."</w:t>
      </w:r>
    </w:p>
    <w:p>
      <w:pPr>
        <w:spacing w:after="60" w:line="266" w:lineRule="auto"/>
        <w:ind w:firstLine="331"/>
        <w:jc w:val="both"/>
      </w:pPr>
      <w:r>
        <w:rPr>
          <w:rFonts w:ascii="Georgia" w:hAnsi="Georgia"/>
          <w:b w:val="0"/>
          <w:i w:val="0"/>
          <w:color w:val="22201D"/>
          <w:sz w:val="20"/>
        </w:rPr>
        <w:t>"No. You are surviving your side."</w:t>
      </w:r>
    </w:p>
    <w:p>
      <w:pPr>
        <w:spacing w:after="60" w:line="266" w:lineRule="auto"/>
        <w:ind w:firstLine="331"/>
        <w:jc w:val="both"/>
      </w:pPr>
      <w:r>
        <w:rPr>
          <w:rFonts w:ascii="Georgia" w:hAnsi="Georgia"/>
          <w:b w:val="0"/>
          <w:i w:val="0"/>
          <w:color w:val="22201D"/>
          <w:sz w:val="20"/>
        </w:rPr>
        <w:t>Flocc wanted to object.</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Surviving your side is not the same as carrying it.</w:t>
      </w:r>
    </w:p>
    <w:p>
      <w:pPr>
        <w:spacing w:after="60" w:line="266" w:lineRule="auto"/>
        <w:ind w:firstLine="331"/>
        <w:jc w:val="both"/>
      </w:pPr>
      <w:r>
        <w:rPr>
          <w:rFonts w:ascii="Georgia" w:hAnsi="Georgia"/>
          <w:b w:val="0"/>
          <w:i w:val="0"/>
          <w:color w:val="22201D"/>
          <w:sz w:val="20"/>
        </w:rPr>
        <w:t>He hated invoices now.</w:t>
      </w:r>
    </w:p>
    <w:p>
      <w:pPr>
        <w:spacing w:after="60" w:line="266" w:lineRule="auto"/>
        <w:ind w:firstLine="331"/>
        <w:jc w:val="both"/>
      </w:pPr>
      <w:r>
        <w:rPr>
          <w:rFonts w:ascii="Georgia" w:hAnsi="Georgia"/>
          <w:b w:val="0"/>
          <w:i w:val="0"/>
          <w:color w:val="22201D"/>
          <w:sz w:val="20"/>
        </w:rPr>
        <w:t>He lifted again.</w:t>
      </w:r>
    </w:p>
    <w:p>
      <w:pPr>
        <w:spacing w:after="60" w:line="266" w:lineRule="auto"/>
        <w:ind w:firstLine="331"/>
        <w:jc w:val="both"/>
      </w:pPr>
      <w:r>
        <w:rPr>
          <w:rFonts w:ascii="Georgia" w:hAnsi="Georgia"/>
          <w:b w:val="0"/>
          <w:i w:val="0"/>
          <w:color w:val="22201D"/>
          <w:sz w:val="20"/>
        </w:rPr>
        <w:t>This time he waited for Bob's count.</w:t>
      </w:r>
    </w:p>
    <w:p>
      <w:pPr>
        <w:spacing w:after="60" w:line="266" w:lineRule="auto"/>
        <w:ind w:firstLine="331"/>
        <w:jc w:val="both"/>
      </w:pPr>
      <w:r>
        <w:rPr>
          <w:rFonts w:ascii="Georgia" w:hAnsi="Georgia"/>
          <w:b w:val="0"/>
          <w:i w:val="0"/>
          <w:color w:val="22201D"/>
          <w:sz w:val="20"/>
        </w:rPr>
        <w:t>"One," Bob said.</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"Two."</w:t>
      </w:r>
    </w:p>
    <w:p>
      <w:pPr>
        <w:spacing w:after="60" w:line="266" w:lineRule="auto"/>
        <w:ind w:firstLine="331"/>
        <w:jc w:val="both"/>
      </w:pPr>
      <w:r>
        <w:rPr>
          <w:rFonts w:ascii="Georgia" w:hAnsi="Georgia"/>
          <w:b w:val="0"/>
          <w:i w:val="0"/>
          <w:color w:val="22201D"/>
          <w:sz w:val="20"/>
        </w:rPr>
        <w:t>Still nothing.</w:t>
      </w:r>
    </w:p>
    <w:p>
      <w:pPr>
        <w:spacing w:after="60" w:line="266" w:lineRule="auto"/>
        <w:ind w:firstLine="331"/>
        <w:jc w:val="both"/>
      </w:pPr>
      <w:r>
        <w:rPr>
          <w:rFonts w:ascii="Georgia" w:hAnsi="Georgia"/>
          <w:b w:val="0"/>
          <w:i w:val="0"/>
          <w:color w:val="22201D"/>
          <w:sz w:val="20"/>
        </w:rPr>
        <w:t>"Three."</w:t>
      </w:r>
    </w:p>
    <w:p>
      <w:pPr>
        <w:spacing w:after="60" w:line="266" w:lineRule="auto"/>
        <w:ind w:firstLine="331"/>
        <w:jc w:val="both"/>
      </w:pPr>
      <w:r>
        <w:rPr>
          <w:rFonts w:ascii="Georgia" w:hAnsi="Georgia"/>
          <w:b w:val="0"/>
          <w:i w:val="0"/>
          <w:color w:val="22201D"/>
          <w:sz w:val="20"/>
        </w:rPr>
        <w:t>They set the box down together.</w:t>
      </w:r>
    </w:p>
    <w:p>
      <w:pPr>
        <w:spacing w:after="60" w:line="266" w:lineRule="auto"/>
        <w:ind w:firstLine="331"/>
        <w:jc w:val="both"/>
      </w:pPr>
      <w:r>
        <w:rPr>
          <w:rFonts w:ascii="Georgia" w:hAnsi="Georgia"/>
          <w:b w:val="0"/>
          <w:i w:val="0"/>
          <w:color w:val="22201D"/>
          <w:sz w:val="20"/>
        </w:rPr>
        <w:t>The cargo floor accepted it with a dull thud that sounded less like closure than beginning.</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Box loaded after second coordinated lift. First lift: survivorship. Second lift: shared count.</w:t>
      </w:r>
    </w:p>
    <w:p>
      <w:pPr>
        <w:spacing w:after="60" w:line="266" w:lineRule="auto"/>
        <w:ind w:firstLine="331"/>
        <w:jc w:val="both"/>
      </w:pPr>
      <w:r>
        <w:rPr>
          <w:rFonts w:ascii="Georgia" w:hAnsi="Georgia"/>
          <w:b w:val="0"/>
          <w:i w:val="0"/>
          <w:color w:val="22201D"/>
          <w:sz w:val="20"/>
        </w:rPr>
        <w:t>Nico said, "Survivorship as a load-handling category feels personal."</w:t>
      </w:r>
    </w:p>
    <w:p>
      <w:pPr>
        <w:spacing w:after="60" w:line="266" w:lineRule="auto"/>
        <w:ind w:firstLine="331"/>
        <w:jc w:val="both"/>
      </w:pPr>
      <w:r>
        <w:rPr>
          <w:rFonts w:ascii="Georgia" w:hAnsi="Georgia"/>
          <w:b w:val="0"/>
          <w:i w:val="0"/>
          <w:color w:val="22201D"/>
          <w:sz w:val="20"/>
        </w:rPr>
        <w:t>Gerald said, "It is a common hazard."</w:t>
      </w:r>
    </w:p>
    <w:p>
      <w:pPr>
        <w:spacing w:after="60" w:line="266" w:lineRule="auto"/>
        <w:ind w:firstLine="331"/>
        <w:jc w:val="both"/>
      </w:pPr>
      <w:r>
        <w:rPr>
          <w:rFonts w:ascii="Georgia" w:hAnsi="Georgia"/>
          <w:b w:val="0"/>
          <w:i w:val="0"/>
          <w:color w:val="22201D"/>
          <w:sz w:val="20"/>
        </w:rPr>
        <w:t>Bob pulled a strap across the box and tightened it.</w:t>
      </w:r>
    </w:p>
    <w:p>
      <w:pPr>
        <w:spacing w:after="60" w:line="266" w:lineRule="auto"/>
        <w:ind w:firstLine="331"/>
        <w:jc w:val="both"/>
      </w:pPr>
      <w:r>
        <w:rPr>
          <w:rFonts w:ascii="Georgia" w:hAnsi="Georgia"/>
          <w:b w:val="0"/>
          <w:i w:val="0"/>
          <w:color w:val="22201D"/>
          <w:sz w:val="20"/>
        </w:rPr>
        <w:t>Flocc reached to help.</w:t>
      </w:r>
    </w:p>
    <w:p>
      <w:pPr>
        <w:spacing w:after="60" w:line="266" w:lineRule="auto"/>
        <w:ind w:firstLine="331"/>
        <w:jc w:val="both"/>
      </w:pPr>
      <w:r>
        <w:rPr>
          <w:rFonts w:ascii="Georgia" w:hAnsi="Georgia"/>
          <w:b w:val="0"/>
          <w:i w:val="0"/>
          <w:color w:val="22201D"/>
          <w:sz w:val="20"/>
        </w:rPr>
        <w:t>Bob said, "Watch first."</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"I can tighten a strap."</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"Then why watch?"</w:t>
      </w:r>
    </w:p>
    <w:p>
      <w:pPr>
        <w:spacing w:after="60" w:line="266" w:lineRule="auto"/>
        <w:ind w:firstLine="331"/>
        <w:jc w:val="both"/>
      </w:pPr>
      <w:r>
        <w:rPr>
          <w:rFonts w:ascii="Georgia" w:hAnsi="Georgia"/>
          <w:b w:val="0"/>
          <w:i w:val="0"/>
          <w:color w:val="22201D"/>
          <w:sz w:val="20"/>
        </w:rPr>
        <w:t>"Because probably is not cargo policy."</w:t>
      </w:r>
    </w:p>
    <w:p>
      <w:pPr>
        <w:spacing w:after="60" w:line="266" w:lineRule="auto"/>
        <w:ind w:firstLine="331"/>
        <w:jc w:val="both"/>
      </w:pPr>
      <w:r>
        <w:rPr>
          <w:rFonts w:ascii="Georgia" w:hAnsi="Georgia"/>
          <w:b w:val="0"/>
          <w:i w:val="0"/>
          <w:color w:val="22201D"/>
          <w:sz w:val="20"/>
        </w:rPr>
        <w:t>Gerald looked pleased in a way that made everyone nervous.</w:t>
      </w:r>
    </w:p>
    <w:p>
      <w:pPr>
        <w:spacing w:after="60" w:line="266" w:lineRule="auto"/>
        <w:ind w:firstLine="331"/>
        <w:jc w:val="both"/>
      </w:pPr>
      <w:r>
        <w:rPr>
          <w:rFonts w:ascii="Georgia" w:hAnsi="Georgia"/>
          <w:b w:val="0"/>
          <w:i w:val="0"/>
          <w:color w:val="22201D"/>
          <w:sz w:val="20"/>
        </w:rPr>
        <w:t>Bob threaded the strap through the buckle, pulled down, checked the box, then pulled sideways.</w:t>
      </w:r>
    </w:p>
    <w:p>
      <w:pPr>
        <w:spacing w:after="60" w:line="266" w:lineRule="auto"/>
        <w:ind w:firstLine="331"/>
        <w:jc w:val="both"/>
      </w:pPr>
      <w:r>
        <w:rPr>
          <w:rFonts w:ascii="Georgia" w:hAnsi="Georgia"/>
          <w:b w:val="0"/>
          <w:i w:val="0"/>
          <w:color w:val="22201D"/>
          <w:sz w:val="20"/>
        </w:rPr>
        <w:t>"Now you."</w:t>
      </w:r>
    </w:p>
    <w:p>
      <w:pPr>
        <w:spacing w:after="60" w:line="266" w:lineRule="auto"/>
        <w:ind w:firstLine="331"/>
        <w:jc w:val="both"/>
      </w:pPr>
      <w:r>
        <w:rPr>
          <w:rFonts w:ascii="Georgia" w:hAnsi="Georgia"/>
          <w:b w:val="0"/>
          <w:i w:val="0"/>
          <w:color w:val="22201D"/>
          <w:sz w:val="20"/>
        </w:rPr>
        <w:t>Flocc copied him.</w:t>
      </w:r>
    </w:p>
    <w:p>
      <w:pPr>
        <w:spacing w:after="60" w:line="266" w:lineRule="auto"/>
        <w:ind w:firstLine="331"/>
        <w:jc w:val="both"/>
      </w:pPr>
      <w:r>
        <w:rPr>
          <w:rFonts w:ascii="Georgia" w:hAnsi="Georgia"/>
          <w:b w:val="0"/>
          <w:i w:val="0"/>
          <w:color w:val="22201D"/>
          <w:sz w:val="20"/>
        </w:rPr>
        <w:t>The strap held.</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Handling update: instruction received through demonstration</w:t>
      </w:r>
    </w:p>
    <w:p>
      <w:pPr>
        <w:spacing w:after="60" w:line="266" w:lineRule="auto"/>
        <w:ind w:firstLine="331"/>
        <w:jc w:val="both"/>
      </w:pPr>
      <w:r>
        <w:rPr>
          <w:rFonts w:ascii="Georgia" w:hAnsi="Georgia"/>
          <w:b w:val="0"/>
          <w:i w:val="0"/>
          <w:color w:val="22201D"/>
          <w:sz w:val="20"/>
        </w:rPr>
        <w:t>Steve wrote that down.</w:t>
      </w:r>
    </w:p>
    <w:p>
      <w:pPr>
        <w:spacing w:after="60" w:line="266" w:lineRule="auto"/>
        <w:ind w:firstLine="331"/>
        <w:jc w:val="both"/>
      </w:pPr>
      <w:r>
        <w:rPr>
          <w:rFonts w:ascii="Georgia" w:hAnsi="Georgia"/>
          <w:b w:val="0"/>
          <w:i w:val="0"/>
          <w:color w:val="22201D"/>
          <w:sz w:val="20"/>
        </w:rPr>
        <w:t>"Do not make the invoice the teacher," Bob said.</w:t>
      </w:r>
    </w:p>
    <w:p>
      <w:pPr>
        <w:spacing w:after="60" w:line="266" w:lineRule="auto"/>
        <w:ind w:firstLine="331"/>
        <w:jc w:val="both"/>
      </w:pPr>
      <w:r>
        <w:rPr>
          <w:rFonts w:ascii="Georgia" w:hAnsi="Georgia"/>
          <w:b w:val="0"/>
          <w:i w:val="0"/>
          <w:color w:val="22201D"/>
          <w:sz w:val="20"/>
        </w:rPr>
        <w:t>"Then what is it?"</w:t>
      </w:r>
    </w:p>
    <w:p>
      <w:pPr>
        <w:spacing w:after="60" w:line="266" w:lineRule="auto"/>
        <w:ind w:firstLine="331"/>
        <w:jc w:val="both"/>
      </w:pPr>
      <w:r>
        <w:rPr>
          <w:rFonts w:ascii="Georgia" w:hAnsi="Georgia"/>
          <w:b w:val="0"/>
          <w:i w:val="0"/>
          <w:color w:val="22201D"/>
          <w:sz w:val="20"/>
        </w:rPr>
        <w:t>"Proof that the route was billed."</w:t>
      </w:r>
    </w:p>
    <w:p>
      <w:pPr>
        <w:spacing w:after="60" w:line="266" w:lineRule="auto"/>
        <w:ind w:firstLine="331"/>
        <w:jc w:val="both"/>
      </w:pPr>
      <w:r>
        <w:rPr>
          <w:rFonts w:ascii="Georgia" w:hAnsi="Georgia"/>
          <w:b w:val="0"/>
          <w:i w:val="0"/>
          <w:color w:val="22201D"/>
          <w:sz w:val="20"/>
        </w:rPr>
        <w:t>"To whom?"</w:t>
      </w:r>
    </w:p>
    <w:p>
      <w:pPr>
        <w:spacing w:after="60" w:line="266" w:lineRule="auto"/>
        <w:ind w:firstLine="331"/>
        <w:jc w:val="both"/>
      </w:pPr>
      <w:r>
        <w:rPr>
          <w:rFonts w:ascii="Georgia" w:hAnsi="Georgia"/>
          <w:b w:val="0"/>
          <w:i w:val="0"/>
          <w:color w:val="22201D"/>
          <w:sz w:val="20"/>
        </w:rPr>
        <w:t>Bob closed one van door.</w:t>
      </w:r>
    </w:p>
    <w:p>
      <w:pPr>
        <w:spacing w:after="60" w:line="266" w:lineRule="auto"/>
        <w:ind w:firstLine="331"/>
        <w:jc w:val="both"/>
      </w:pPr>
      <w:r>
        <w:rPr>
          <w:rFonts w:ascii="Georgia" w:hAnsi="Georgia"/>
          <w:b w:val="0"/>
          <w:i w:val="0"/>
          <w:color w:val="22201D"/>
          <w:sz w:val="20"/>
        </w:rPr>
        <w:t>"Later."</w:t>
      </w:r>
    </w:p>
    <w:p>
      <w:pPr>
        <w:spacing w:after="60" w:line="266" w:lineRule="auto"/>
        <w:ind w:firstLine="331"/>
        <w:jc w:val="both"/>
      </w:pPr>
      <w:r>
        <w:rPr>
          <w:rFonts w:ascii="Georgia" w:hAnsi="Georgia"/>
          <w:b w:val="0"/>
          <w:i w:val="0"/>
          <w:color w:val="22201D"/>
          <w:sz w:val="20"/>
        </w:rPr>
        <w:t>The remaining door stayed open.</w:t>
      </w:r>
    </w:p>
    <w:p>
      <w:pPr>
        <w:spacing w:after="60" w:line="266" w:lineRule="auto"/>
        <w:ind w:firstLine="331"/>
        <w:jc w:val="both"/>
      </w:pPr>
      <w:r>
        <w:rPr>
          <w:rFonts w:ascii="Georgia" w:hAnsi="Georgia"/>
          <w:b w:val="0"/>
          <w:i w:val="0"/>
          <w:color w:val="22201D"/>
          <w:sz w:val="20"/>
        </w:rPr>
        <w:t>Outside, the loading route did not lead to a normal alley. It led to a stretch of road with wet pavement, low sky, and a sign that read:</w:t>
      </w:r>
    </w:p>
    <w:p>
      <w:pPr>
        <w:spacing w:after="60" w:line="250" w:lineRule="auto"/>
        <w:ind w:left="202" w:right="173"/>
      </w:pPr>
      <w:r>
        <w:rPr>
          <w:rFonts w:ascii="Georgia" w:hAnsi="Georgia"/>
          <w:b w:val="0"/>
          <w:i w:val="0"/>
          <w:color w:val="22201D"/>
          <w:sz w:val="17"/>
        </w:rPr>
        <w:t>TUESDAY 0 MILES TUESDAY ALL MILES</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"That sign is broken."</w:t>
      </w:r>
    </w:p>
    <w:p>
      <w:pPr>
        <w:spacing w:after="60" w:line="266" w:lineRule="auto"/>
        <w:ind w:firstLine="331"/>
        <w:jc w:val="both"/>
      </w:pPr>
      <w:r>
        <w:rPr>
          <w:rFonts w:ascii="Georgia" w:hAnsi="Georgia"/>
          <w:b w:val="0"/>
          <w:i w:val="0"/>
          <w:color w:val="22201D"/>
          <w:sz w:val="20"/>
        </w:rPr>
        <w:t>Bob climbed into the driver's seat.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says zero and all."</w:t>
      </w:r>
    </w:p>
    <w:p>
      <w:pPr>
        <w:spacing w:after="60" w:line="266" w:lineRule="auto"/>
        <w:ind w:firstLine="331"/>
        <w:jc w:val="both"/>
      </w:pPr>
      <w:r>
        <w:rPr>
          <w:rFonts w:ascii="Georgia" w:hAnsi="Georgia"/>
          <w:b w:val="0"/>
          <w:i w:val="0"/>
          <w:color w:val="22201D"/>
          <w:sz w:val="20"/>
        </w:rPr>
        <w:t>"Route signs do that when people ask them to behave like calendars."</w:t>
      </w:r>
    </w:p>
    <w:p>
      <w:pPr>
        <w:spacing w:after="60" w:line="266" w:lineRule="auto"/>
        <w:ind w:firstLine="331"/>
        <w:jc w:val="both"/>
      </w:pPr>
      <w:r>
        <w:rPr>
          <w:rFonts w:ascii="Georgia" w:hAnsi="Georgia"/>
          <w:b w:val="0"/>
          <w:i w:val="0"/>
          <w:color w:val="22201D"/>
          <w:sz w:val="20"/>
        </w:rPr>
        <w:t>Steve, from beside the van, said, "For the record, is today Tuesday?"</w:t>
      </w:r>
    </w:p>
    <w:p>
      <w:pPr>
        <w:spacing w:after="60" w:line="266" w:lineRule="auto"/>
        <w:ind w:firstLine="331"/>
        <w:jc w:val="both"/>
      </w:pPr>
      <w:r>
        <w:rPr>
          <w:rFonts w:ascii="Georgia" w:hAnsi="Georgia"/>
          <w:b w:val="0"/>
          <w:i w:val="0"/>
          <w:color w:val="22201D"/>
          <w:sz w:val="20"/>
        </w:rPr>
        <w:t>Bob started the engine.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Date: not relevant enough</w:t>
      </w:r>
    </w:p>
    <w:p>
      <w:pPr>
        <w:spacing w:after="60" w:line="266" w:lineRule="auto"/>
        <w:ind w:firstLine="331"/>
        <w:jc w:val="both"/>
      </w:pPr>
      <w:r>
        <w:rPr>
          <w:rFonts w:ascii="Georgia" w:hAnsi="Georgia"/>
          <w:b w:val="0"/>
          <w:i w:val="0"/>
          <w:color w:val="22201D"/>
          <w:sz w:val="20"/>
        </w:rPr>
        <w:t>Steve took this personally.</w:t>
      </w:r>
    </w:p>
    <w:p>
      <w:pPr>
        <w:spacing w:after="60" w:line="266" w:lineRule="auto"/>
        <w:ind w:firstLine="331"/>
        <w:jc w:val="both"/>
      </w:pPr>
      <w:r>
        <w:rPr>
          <w:rFonts w:ascii="Georgia" w:hAnsi="Georgia"/>
          <w:b w:val="0"/>
          <w:i w:val="0"/>
          <w:color w:val="22201D"/>
          <w:sz w:val="20"/>
        </w:rPr>
        <w:t>"Dates are often relevant."</w:t>
      </w:r>
    </w:p>
    <w:p>
      <w:pPr>
        <w:spacing w:after="60" w:line="266" w:lineRule="auto"/>
        <w:ind w:firstLine="331"/>
        <w:jc w:val="both"/>
      </w:pPr>
      <w:r>
        <w:rPr>
          <w:rFonts w:ascii="Georgia" w:hAnsi="Georgia"/>
          <w:b w:val="0"/>
          <w:i w:val="0"/>
          <w:color w:val="22201D"/>
          <w:sz w:val="20"/>
        </w:rPr>
        <w:t>"Not enough," Bob said.</w:t>
      </w:r>
    </w:p>
    <w:p>
      <w:pPr>
        <w:spacing w:after="60" w:line="266" w:lineRule="auto"/>
        <w:ind w:firstLine="331"/>
        <w:jc w:val="both"/>
      </w:pPr>
      <w:r>
        <w:rPr>
          <w:rFonts w:ascii="Georgia" w:hAnsi="Georgia"/>
          <w:b w:val="0"/>
          <w:i w:val="0"/>
          <w:color w:val="22201D"/>
          <w:sz w:val="20"/>
        </w:rPr>
        <w:t>The engine idled with the unromantic sound of a machine that preferred maintenance to destiny.</w:t>
      </w:r>
    </w:p>
    <w:p>
      <w:pPr>
        <w:spacing w:after="60" w:line="266" w:lineRule="auto"/>
        <w:ind w:firstLine="331"/>
        <w:jc w:val="both"/>
      </w:pPr>
      <w:r>
        <w:rPr>
          <w:rFonts w:ascii="Georgia" w:hAnsi="Georgia"/>
          <w:b w:val="0"/>
          <w:i w:val="0"/>
          <w:color w:val="22201D"/>
          <w:sz w:val="20"/>
        </w:rPr>
        <w:t>The Hostess walked to the van door and handed Bob a small paper bag.</w:t>
      </w:r>
    </w:p>
    <w:p>
      <w:pPr>
        <w:spacing w:after="60" w:line="266" w:lineRule="auto"/>
        <w:ind w:firstLine="331"/>
        <w:jc w:val="both"/>
      </w:pPr>
      <w:r>
        <w:rPr>
          <w:rFonts w:ascii="Georgia" w:hAnsi="Georgia"/>
          <w:b w:val="0"/>
          <w:i w:val="0"/>
          <w:color w:val="22201D"/>
          <w:sz w:val="20"/>
        </w:rPr>
        <w:t>"Road food."</w:t>
      </w:r>
    </w:p>
    <w:p>
      <w:pPr>
        <w:spacing w:after="60" w:line="266" w:lineRule="auto"/>
        <w:ind w:firstLine="331"/>
        <w:jc w:val="both"/>
      </w:pPr>
      <w:r>
        <w:rPr>
          <w:rFonts w:ascii="Georgia" w:hAnsi="Georgia"/>
          <w:b w:val="0"/>
          <w:i w:val="0"/>
          <w:color w:val="22201D"/>
          <w:sz w:val="20"/>
        </w:rPr>
        <w:t>Bob opened it, checked inside, and nodded.</w:t>
      </w:r>
    </w:p>
    <w:p>
      <w:pPr>
        <w:spacing w:after="60" w:line="266" w:lineRule="auto"/>
        <w:ind w:firstLine="331"/>
        <w:jc w:val="both"/>
      </w:pPr>
      <w:r>
        <w:rPr>
          <w:rFonts w:ascii="Georgia" w:hAnsi="Georgia"/>
          <w:b w:val="0"/>
          <w:i w:val="0"/>
          <w:color w:val="22201D"/>
          <w:sz w:val="20"/>
        </w:rPr>
        <w:t>Flocc smelled smoke, plum, dried chile, and something dark enough to make the air feel remembered.</w:t>
      </w:r>
    </w:p>
    <w:p>
      <w:pPr>
        <w:spacing w:after="60" w:line="266" w:lineRule="auto"/>
        <w:ind w:firstLine="331"/>
        <w:jc w:val="both"/>
      </w:pPr>
      <w:r>
        <w:rPr>
          <w:rFonts w:ascii="Georgia" w:hAnsi="Georgia"/>
          <w:b w:val="0"/>
          <w:i w:val="0"/>
          <w:color w:val="22201D"/>
          <w:sz w:val="20"/>
        </w:rPr>
        <w:t>"Smoke Plum Morita?" he asked.</w:t>
      </w:r>
    </w:p>
    <w:p>
      <w:pPr>
        <w:spacing w:after="60" w:line="266" w:lineRule="auto"/>
        <w:ind w:firstLine="331"/>
        <w:jc w:val="both"/>
      </w:pPr>
      <w:r>
        <w:rPr>
          <w:rFonts w:ascii="Georgia" w:hAnsi="Georgia"/>
          <w:b w:val="0"/>
          <w:i w:val="0"/>
          <w:color w:val="22201D"/>
          <w:sz w:val="20"/>
        </w:rPr>
        <w:t>"Not yet," Bob said.</w:t>
      </w:r>
    </w:p>
    <w:p>
      <w:pPr>
        <w:spacing w:after="60" w:line="266" w:lineRule="auto"/>
        <w:ind w:firstLine="331"/>
        <w:jc w:val="both"/>
      </w:pPr>
      <w:r>
        <w:rPr>
          <w:rFonts w:ascii="Georgia" w:hAnsi="Georgia"/>
          <w:b w:val="0"/>
          <w:i w:val="0"/>
          <w:color w:val="22201D"/>
          <w:sz w:val="20"/>
        </w:rPr>
        <w:t>"It smells like it."</w:t>
      </w:r>
    </w:p>
    <w:p>
      <w:pPr>
        <w:spacing w:after="60" w:line="266" w:lineRule="auto"/>
        <w:ind w:firstLine="331"/>
        <w:jc w:val="both"/>
      </w:pPr>
      <w:r>
        <w:rPr>
          <w:rFonts w:ascii="Georgia" w:hAnsi="Georgia"/>
          <w:b w:val="0"/>
          <w:i w:val="0"/>
          <w:color w:val="22201D"/>
          <w:sz w:val="20"/>
        </w:rPr>
        <w:t>"Smell arrives early on routes."</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Sauce pressure: pending</w:t>
      </w:r>
    </w:p>
    <w:p>
      <w:pPr>
        <w:spacing w:after="60" w:line="266" w:lineRule="auto"/>
        <w:ind w:firstLine="331"/>
        <w:jc w:val="both"/>
      </w:pPr>
      <w:r>
        <w:rPr>
          <w:rFonts w:ascii="Georgia" w:hAnsi="Georgia"/>
          <w:b w:val="0"/>
          <w:i w:val="0"/>
          <w:color w:val="22201D"/>
          <w:sz w:val="20"/>
        </w:rPr>
        <w:t>The Hostess looked at Flocc.</w:t>
      </w:r>
    </w:p>
    <w:p>
      <w:pPr>
        <w:spacing w:after="60" w:line="266" w:lineRule="auto"/>
        <w:ind w:firstLine="331"/>
        <w:jc w:val="both"/>
      </w:pPr>
      <w:r>
        <w:rPr>
          <w:rFonts w:ascii="Georgia" w:hAnsi="Georgia"/>
          <w:b w:val="0"/>
          <w:i w:val="0"/>
          <w:color w:val="22201D"/>
          <w:sz w:val="20"/>
        </w:rPr>
        <w:t>"You are not leaving the current life."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"Say it for the route."</w:t>
      </w:r>
    </w:p>
    <w:p>
      <w:pPr>
        <w:spacing w:after="60" w:line="266" w:lineRule="auto"/>
        <w:ind w:firstLine="331"/>
        <w:jc w:val="both"/>
      </w:pPr>
      <w:r>
        <w:rPr>
          <w:rFonts w:ascii="Georgia" w:hAnsi="Georgia"/>
          <w:b w:val="0"/>
          <w:i w:val="0"/>
          <w:color w:val="22201D"/>
          <w:sz w:val="20"/>
        </w:rPr>
        <w:t>Flocc looked at the loaded box.</w:t>
      </w:r>
    </w:p>
    <w:p>
      <w:pPr>
        <w:spacing w:after="60" w:line="266" w:lineRule="auto"/>
        <w:ind w:firstLine="331"/>
        <w:jc w:val="both"/>
      </w:pPr>
      <w:r>
        <w:rPr>
          <w:rFonts w:ascii="Georgia" w:hAnsi="Georgia"/>
          <w:b w:val="0"/>
          <w:i w:val="0"/>
          <w:color w:val="22201D"/>
          <w:sz w:val="20"/>
        </w:rPr>
        <w:t>"I am not leaving the current life. I am carrying from it."</w:t>
      </w:r>
    </w:p>
    <w:p>
      <w:pPr>
        <w:spacing w:after="60" w:line="266" w:lineRule="auto"/>
        <w:ind w:firstLine="331"/>
        <w:jc w:val="both"/>
      </w:pPr>
      <w:r>
        <w:rPr>
          <w:rFonts w:ascii="Georgia" w:hAnsi="Georgia"/>
          <w:b w:val="0"/>
          <w:i w:val="0"/>
          <w:color w:val="22201D"/>
          <w:sz w:val="20"/>
        </w:rPr>
        <w:t>The route sign flickered.</w:t>
      </w:r>
    </w:p>
    <w:p>
      <w:pPr>
        <w:spacing w:after="60" w:line="250" w:lineRule="auto"/>
        <w:ind w:left="202" w:right="173"/>
      </w:pPr>
      <w:r>
        <w:rPr>
          <w:rFonts w:ascii="Georgia" w:hAnsi="Georgia"/>
          <w:b w:val="0"/>
          <w:i w:val="0"/>
          <w:color w:val="22201D"/>
          <w:sz w:val="17"/>
        </w:rPr>
        <w:t>ACCEPTED FOR FIRST MILE</w:t>
      </w:r>
    </w:p>
    <w:p>
      <w:pPr>
        <w:spacing w:after="60" w:line="266" w:lineRule="auto"/>
        <w:ind w:firstLine="331"/>
        <w:jc w:val="both"/>
      </w:pPr>
      <w:r>
        <w:rPr>
          <w:rFonts w:ascii="Georgia" w:hAnsi="Georgia"/>
          <w:b w:val="0"/>
          <w:i w:val="0"/>
          <w:color w:val="22201D"/>
          <w:sz w:val="20"/>
        </w:rPr>
        <w:t>Nico whispered, "That is almost encouraging."</w:t>
      </w:r>
    </w:p>
    <w:p>
      <w:pPr>
        <w:spacing w:after="60" w:line="266" w:lineRule="auto"/>
        <w:ind w:firstLine="331"/>
        <w:jc w:val="both"/>
      </w:pPr>
      <w:r>
        <w:rPr>
          <w:rFonts w:ascii="Georgia" w:hAnsi="Georgia"/>
          <w:b w:val="0"/>
          <w:i w:val="0"/>
          <w:color w:val="22201D"/>
          <w:sz w:val="20"/>
        </w:rPr>
        <w:t>The wall, which had somehow extended to the loading route, printed:</w:t>
      </w:r>
    </w:p>
    <w:p>
      <w:pPr>
        <w:spacing w:after="60" w:line="250" w:lineRule="auto"/>
        <w:ind w:left="202" w:right="173"/>
      </w:pPr>
      <w:r>
        <w:rPr>
          <w:rFonts w:ascii="Georgia" w:hAnsi="Georgia"/>
          <w:b w:val="0"/>
          <w:i w:val="0"/>
          <w:color w:val="22201D"/>
          <w:sz w:val="17"/>
        </w:rPr>
        <w:t>Almost is sufficient.</w:t>
      </w:r>
    </w:p>
    <w:p>
      <w:pPr>
        <w:spacing w:after="60" w:line="266" w:lineRule="auto"/>
        <w:ind w:firstLine="331"/>
        <w:jc w:val="both"/>
      </w:pPr>
      <w:r>
        <w:rPr>
          <w:rFonts w:ascii="Georgia" w:hAnsi="Georgia"/>
          <w:b w:val="0"/>
          <w:i w:val="0"/>
          <w:color w:val="22201D"/>
          <w:sz w:val="20"/>
        </w:rPr>
        <w:t>Gerald handed Flocc a pair of work gloves.</w:t>
      </w:r>
    </w:p>
    <w:p>
      <w:pPr>
        <w:spacing w:after="60" w:line="266" w:lineRule="auto"/>
        <w:ind w:firstLine="331"/>
        <w:jc w:val="both"/>
      </w:pPr>
      <w:r>
        <w:rPr>
          <w:rFonts w:ascii="Georgia" w:hAnsi="Georgia"/>
          <w:b w:val="0"/>
          <w:i w:val="0"/>
          <w:color w:val="22201D"/>
          <w:sz w:val="20"/>
        </w:rPr>
        <w:t>"Put these on."</w:t>
      </w:r>
    </w:p>
    <w:p>
      <w:pPr>
        <w:spacing w:after="60" w:line="266" w:lineRule="auto"/>
        <w:ind w:firstLine="331"/>
        <w:jc w:val="both"/>
      </w:pPr>
      <w:r>
        <w:rPr>
          <w:rFonts w:ascii="Georgia" w:hAnsi="Georgia"/>
          <w:b w:val="0"/>
          <w:i w:val="0"/>
          <w:color w:val="22201D"/>
          <w:sz w:val="20"/>
        </w:rPr>
        <w:t>"Are they symbolic?"</w:t>
      </w:r>
    </w:p>
    <w:p>
      <w:pPr>
        <w:spacing w:after="60" w:line="266" w:lineRule="auto"/>
        <w:ind w:firstLine="331"/>
        <w:jc w:val="both"/>
      </w:pPr>
      <w:r>
        <w:rPr>
          <w:rFonts w:ascii="Georgia" w:hAnsi="Georgia"/>
          <w:b w:val="0"/>
          <w:i w:val="0"/>
          <w:color w:val="22201D"/>
          <w:sz w:val="20"/>
        </w:rPr>
        <w:t>"They are gloves."</w:t>
      </w:r>
    </w:p>
    <w:p>
      <w:pPr>
        <w:spacing w:after="60" w:line="266" w:lineRule="auto"/>
        <w:ind w:firstLine="331"/>
        <w:jc w:val="both"/>
      </w:pPr>
      <w:r>
        <w:rPr>
          <w:rFonts w:ascii="Georgia" w:hAnsi="Georgia"/>
          <w:b w:val="0"/>
          <w:i w:val="0"/>
          <w:color w:val="22201D"/>
          <w:sz w:val="20"/>
        </w:rPr>
        <w:t>"Right."</w:t>
      </w:r>
    </w:p>
    <w:p>
      <w:pPr>
        <w:spacing w:after="60" w:line="266" w:lineRule="auto"/>
        <w:ind w:firstLine="331"/>
        <w:jc w:val="both"/>
      </w:pPr>
      <w:r>
        <w:rPr>
          <w:rFonts w:ascii="Georgia" w:hAnsi="Georgia"/>
          <w:b w:val="0"/>
          <w:i w:val="0"/>
          <w:color w:val="22201D"/>
          <w:sz w:val="20"/>
        </w:rPr>
        <w:t>Flocc put them on.</w:t>
      </w:r>
    </w:p>
    <w:p>
      <w:pPr>
        <w:spacing w:after="60" w:line="266" w:lineRule="auto"/>
        <w:ind w:firstLine="331"/>
        <w:jc w:val="both"/>
      </w:pPr>
      <w:r>
        <w:rPr>
          <w:rFonts w:ascii="Georgia" w:hAnsi="Georgia"/>
          <w:b w:val="0"/>
          <w:i w:val="0"/>
          <w:color w:val="22201D"/>
          <w:sz w:val="20"/>
        </w:rPr>
        <w:t>The gloves fit badly, which was better than fitting meaningfully.</w:t>
      </w:r>
    </w:p>
    <w:p>
      <w:pPr>
        <w:spacing w:after="60" w:line="266" w:lineRule="auto"/>
        <w:ind w:firstLine="331"/>
        <w:jc w:val="both"/>
      </w:pPr>
      <w:r>
        <w:rPr>
          <w:rFonts w:ascii="Georgia" w:hAnsi="Georgia"/>
          <w:b w:val="0"/>
          <w:i w:val="0"/>
          <w:color w:val="22201D"/>
          <w:sz w:val="20"/>
        </w:rPr>
        <w:t>Bob looked at the passenger seat.</w:t>
      </w:r>
    </w:p>
    <w:p>
      <w:pPr>
        <w:spacing w:after="60" w:line="266" w:lineRule="auto"/>
        <w:ind w:firstLine="331"/>
        <w:jc w:val="both"/>
      </w:pPr>
      <w:r>
        <w:rPr>
          <w:rFonts w:ascii="Georgia" w:hAnsi="Georgia"/>
          <w:b w:val="0"/>
          <w:i w:val="0"/>
          <w:color w:val="22201D"/>
          <w:sz w:val="20"/>
        </w:rPr>
        <w:t>"In."</w:t>
      </w:r>
    </w:p>
    <w:p>
      <w:pPr>
        <w:spacing w:after="60" w:line="266" w:lineRule="auto"/>
        <w:ind w:firstLine="331"/>
        <w:jc w:val="both"/>
      </w:pPr>
      <w:r>
        <w:rPr>
          <w:rFonts w:ascii="Georgia" w:hAnsi="Georgia"/>
          <w:b w:val="0"/>
          <w:i w:val="0"/>
          <w:color w:val="22201D"/>
          <w:sz w:val="20"/>
        </w:rPr>
        <w:t>Flocc climbed in.</w:t>
      </w:r>
    </w:p>
    <w:p>
      <w:pPr>
        <w:spacing w:after="60" w:line="266" w:lineRule="auto"/>
        <w:ind w:firstLine="331"/>
        <w:jc w:val="both"/>
      </w:pPr>
      <w:r>
        <w:rPr>
          <w:rFonts w:ascii="Georgia" w:hAnsi="Georgia"/>
          <w:b w:val="0"/>
          <w:i w:val="0"/>
          <w:color w:val="22201D"/>
          <w:sz w:val="20"/>
        </w:rPr>
        <w:t>Steve appeared at the passenger window with the invoice.</w:t>
      </w:r>
    </w:p>
    <w:p>
      <w:pPr>
        <w:spacing w:after="60" w:line="266" w:lineRule="auto"/>
        <w:ind w:firstLine="331"/>
        <w:jc w:val="both"/>
      </w:pPr>
      <w:r>
        <w:rPr>
          <w:rFonts w:ascii="Georgia" w:hAnsi="Georgia"/>
          <w:b w:val="0"/>
          <w:i w:val="0"/>
          <w:color w:val="22201D"/>
          <w:sz w:val="20"/>
        </w:rPr>
        <w:t>"Do you need the original?"</w:t>
      </w:r>
    </w:p>
    <w:p>
      <w:pPr>
        <w:spacing w:after="60" w:line="266" w:lineRule="auto"/>
        <w:ind w:firstLine="331"/>
        <w:jc w:val="both"/>
      </w:pPr>
      <w:r>
        <w:rPr>
          <w:rFonts w:ascii="Georgia" w:hAnsi="Georgia"/>
          <w:b w:val="0"/>
          <w:i w:val="0"/>
          <w:color w:val="22201D"/>
          <w:sz w:val="20"/>
        </w:rPr>
        <w:t>Bob held out his hand.</w:t>
      </w:r>
    </w:p>
    <w:p>
      <w:pPr>
        <w:spacing w:after="60" w:line="266" w:lineRule="auto"/>
        <w:ind w:firstLine="331"/>
        <w:jc w:val="both"/>
      </w:pPr>
      <w:r>
        <w:rPr>
          <w:rFonts w:ascii="Georgia" w:hAnsi="Georgia"/>
          <w:b w:val="0"/>
          <w:i w:val="0"/>
          <w:color w:val="22201D"/>
          <w:sz w:val="20"/>
        </w:rPr>
        <w:t>Steve hesitated.</w:t>
      </w:r>
    </w:p>
    <w:p>
      <w:pPr>
        <w:spacing w:after="60" w:line="266" w:lineRule="auto"/>
        <w:ind w:firstLine="331"/>
        <w:jc w:val="both"/>
      </w:pPr>
      <w:r>
        <w:rPr>
          <w:rFonts w:ascii="Georgia" w:hAnsi="Georgia"/>
          <w:b w:val="0"/>
          <w:i w:val="0"/>
          <w:color w:val="22201D"/>
          <w:sz w:val="20"/>
        </w:rPr>
        <w:t>"Do I keep a copy?"</w:t>
      </w:r>
    </w:p>
    <w:p>
      <w:pPr>
        <w:spacing w:after="60" w:line="266" w:lineRule="auto"/>
        <w:ind w:firstLine="331"/>
        <w:jc w:val="both"/>
      </w:pPr>
      <w:r>
        <w:rPr>
          <w:rFonts w:ascii="Georgia" w:hAnsi="Georgia"/>
          <w:b w:val="0"/>
          <w:i w:val="0"/>
          <w:color w:val="22201D"/>
          <w:sz w:val="20"/>
        </w:rPr>
        <w:t>The invoice printed:</w:t>
      </w:r>
    </w:p>
    <w:p>
      <w:pPr>
        <w:spacing w:after="60" w:line="250" w:lineRule="auto"/>
        <w:ind w:left="202" w:right="173"/>
      </w:pPr>
      <w:r>
        <w:rPr>
          <w:rFonts w:ascii="Georgia" w:hAnsi="Georgia"/>
          <w:b w:val="0"/>
          <w:i w:val="0"/>
          <w:color w:val="22201D"/>
          <w:sz w:val="17"/>
        </w:rPr>
        <w:t>Copy allowed. Original travels.</w:t>
      </w:r>
    </w:p>
    <w:p>
      <w:pPr>
        <w:spacing w:after="60" w:line="266" w:lineRule="auto"/>
        <w:ind w:firstLine="331"/>
        <w:jc w:val="both"/>
      </w:pPr>
      <w:r>
        <w:rPr>
          <w:rFonts w:ascii="Georgia" w:hAnsi="Georgia"/>
          <w:b w:val="0"/>
          <w:i w:val="0"/>
          <w:color w:val="22201D"/>
          <w:sz w:val="20"/>
        </w:rPr>
        <w:t>Steve made a copy by placing the invoice against the van window. The window held the text long enough for his record book to receive it, then let the original go.</w:t>
      </w:r>
    </w:p>
    <w:p>
      <w:pPr>
        <w:spacing w:after="60" w:line="266" w:lineRule="auto"/>
        <w:ind w:firstLine="331"/>
        <w:jc w:val="both"/>
      </w:pPr>
      <w:r>
        <w:rPr>
          <w:rFonts w:ascii="Georgia" w:hAnsi="Georgia"/>
          <w:b w:val="0"/>
          <w:i w:val="0"/>
          <w:color w:val="22201D"/>
          <w:sz w:val="20"/>
        </w:rPr>
        <w:t>Gerald leaned into the cargo space one last time.</w:t>
      </w:r>
    </w:p>
    <w:p>
      <w:pPr>
        <w:spacing w:after="60" w:line="266" w:lineRule="auto"/>
        <w:ind w:firstLine="331"/>
        <w:jc w:val="both"/>
      </w:pPr>
      <w:r>
        <w:rPr>
          <w:rFonts w:ascii="Georgia" w:hAnsi="Georgia"/>
          <w:b w:val="0"/>
          <w:i w:val="0"/>
          <w:color w:val="22201D"/>
          <w:sz w:val="20"/>
        </w:rPr>
        <w:t>"Strap is acceptable. Box is stable. Driver appears calm, which I do not trust but cannot cite."</w:t>
      </w:r>
    </w:p>
    <w:p>
      <w:pPr>
        <w:spacing w:after="60" w:line="266" w:lineRule="auto"/>
        <w:ind w:firstLine="331"/>
        <w:jc w:val="both"/>
      </w:pPr>
      <w:r>
        <w:rPr>
          <w:rFonts w:ascii="Georgia" w:hAnsi="Georgia"/>
          <w:b w:val="0"/>
          <w:i w:val="0"/>
          <w:color w:val="22201D"/>
          <w:sz w:val="20"/>
        </w:rPr>
        <w:t>Bob said, "Cite the strap."</w:t>
      </w:r>
    </w:p>
    <w:p>
      <w:pPr>
        <w:spacing w:after="60" w:line="266" w:lineRule="auto"/>
        <w:ind w:firstLine="331"/>
        <w:jc w:val="both"/>
      </w:pPr>
      <w:r>
        <w:rPr>
          <w:rFonts w:ascii="Georgia" w:hAnsi="Georgia"/>
          <w:b w:val="0"/>
          <w:i w:val="0"/>
          <w:color w:val="22201D"/>
          <w:sz w:val="20"/>
        </w:rPr>
        <w:t>"I did."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stepped back.</w:t>
      </w:r>
    </w:p>
    <w:p>
      <w:pPr>
        <w:spacing w:after="60" w:line="266" w:lineRule="auto"/>
        <w:ind w:firstLine="331"/>
        <w:jc w:val="both"/>
      </w:pPr>
      <w:r>
        <w:rPr>
          <w:rFonts w:ascii="Georgia" w:hAnsi="Georgia"/>
          <w:b w:val="0"/>
          <w:i w:val="0"/>
          <w:color w:val="22201D"/>
          <w:sz w:val="20"/>
        </w:rPr>
        <w:t>"Route begins when the first practical question is answered."</w:t>
      </w:r>
    </w:p>
    <w:p>
      <w:pPr>
        <w:spacing w:after="60" w:line="266" w:lineRule="auto"/>
        <w:ind w:firstLine="331"/>
        <w:jc w:val="both"/>
      </w:pPr>
      <w:r>
        <w:rPr>
          <w:rFonts w:ascii="Georgia" w:hAnsi="Georgia"/>
          <w:b w:val="0"/>
          <w:i w:val="0"/>
          <w:color w:val="22201D"/>
          <w:sz w:val="20"/>
        </w:rPr>
        <w:t>Flocc looked at Bob.</w:t>
      </w:r>
    </w:p>
    <w:p>
      <w:pPr>
        <w:spacing w:after="60" w:line="266" w:lineRule="auto"/>
        <w:ind w:firstLine="331"/>
        <w:jc w:val="both"/>
      </w:pPr>
      <w:r>
        <w:rPr>
          <w:rFonts w:ascii="Georgia" w:hAnsi="Georgia"/>
          <w:b w:val="0"/>
          <w:i w:val="0"/>
          <w:color w:val="22201D"/>
          <w:sz w:val="20"/>
        </w:rPr>
        <w:t>"What is the first practical question?"</w:t>
      </w:r>
    </w:p>
    <w:p>
      <w:pPr>
        <w:spacing w:after="60" w:line="266" w:lineRule="auto"/>
        <w:ind w:firstLine="331"/>
        <w:jc w:val="both"/>
      </w:pPr>
      <w:r>
        <w:rPr>
          <w:rFonts w:ascii="Georgia" w:hAnsi="Georgia"/>
          <w:b w:val="0"/>
          <w:i w:val="0"/>
          <w:color w:val="22201D"/>
          <w:sz w:val="20"/>
        </w:rPr>
        <w:t>Bob put the van in gear.</w:t>
      </w:r>
    </w:p>
    <w:p>
      <w:pPr>
        <w:spacing w:after="60" w:line="266" w:lineRule="auto"/>
        <w:ind w:firstLine="331"/>
        <w:jc w:val="both"/>
      </w:pPr>
      <w:r>
        <w:rPr>
          <w:rFonts w:ascii="Georgia" w:hAnsi="Georgia"/>
          <w:b w:val="0"/>
          <w:i w:val="0"/>
          <w:color w:val="22201D"/>
          <w:sz w:val="20"/>
        </w:rPr>
        <w:t>"Fuel."</w:t>
      </w:r>
    </w:p>
    <w:p>
      <w:pPr>
        <w:spacing w:after="60" w:line="266" w:lineRule="auto"/>
        <w:ind w:firstLine="331"/>
        <w:jc w:val="both"/>
      </w:pPr>
      <w:r>
        <w:rPr>
          <w:rFonts w:ascii="Georgia" w:hAnsi="Georgia"/>
          <w:b w:val="0"/>
          <w:i w:val="0"/>
          <w:color w:val="22201D"/>
          <w:sz w:val="20"/>
        </w:rPr>
        <w:t>"Do we have enough?"</w:t>
      </w:r>
    </w:p>
    <w:p>
      <w:pPr>
        <w:spacing w:after="60" w:line="266" w:lineRule="auto"/>
        <w:ind w:firstLine="331"/>
        <w:jc w:val="both"/>
      </w:pPr>
      <w:r>
        <w:rPr>
          <w:rFonts w:ascii="Georgia" w:hAnsi="Georgia"/>
          <w:b w:val="0"/>
          <w:i w:val="0"/>
          <w:color w:val="22201D"/>
          <w:sz w:val="20"/>
        </w:rPr>
        <w:t>Bob checked the gauge.</w:t>
      </w:r>
    </w:p>
    <w:p>
      <w:pPr>
        <w:spacing w:after="60" w:line="266" w:lineRule="auto"/>
        <w:ind w:firstLine="331"/>
        <w:jc w:val="both"/>
      </w:pPr>
      <w:r>
        <w:rPr>
          <w:rFonts w:ascii="Georgia" w:hAnsi="Georgia"/>
          <w:b w:val="0"/>
          <w:i w:val="0"/>
          <w:color w:val="22201D"/>
          <w:sz w:val="20"/>
        </w:rPr>
        <w:t>"Enough to leave. Not enough to be proud."</w:t>
      </w:r>
    </w:p>
    <w:p>
      <w:pPr>
        <w:spacing w:after="60" w:line="266" w:lineRule="auto"/>
        <w:ind w:firstLine="331"/>
        <w:jc w:val="both"/>
      </w:pPr>
      <w:r>
        <w:rPr>
          <w:rFonts w:ascii="Georgia" w:hAnsi="Georgia"/>
          <w:b w:val="0"/>
          <w:i w:val="0"/>
          <w:color w:val="22201D"/>
          <w:sz w:val="20"/>
        </w:rPr>
        <w:t>The delivery invoice printed its final line:</w:t>
      </w:r>
    </w:p>
    <w:p>
      <w:pPr>
        <w:spacing w:after="60" w:line="250" w:lineRule="auto"/>
        <w:ind w:left="202" w:right="173"/>
      </w:pPr>
      <w:r>
        <w:rPr>
          <w:rFonts w:ascii="Georgia" w:hAnsi="Georgia"/>
          <w:b w:val="0"/>
          <w:i w:val="0"/>
          <w:color w:val="22201D"/>
          <w:sz w:val="17"/>
        </w:rPr>
        <w:t>Next required document: map note  Next chapter: The Map Resents Being Folded</w:t>
      </w:r>
    </w:p>
    <w:p>
      <w:pPr>
        <w:spacing w:after="60" w:line="266" w:lineRule="auto"/>
        <w:ind w:firstLine="331"/>
        <w:jc w:val="both"/>
      </w:pPr>
      <w:r>
        <w:rPr>
          <w:rFonts w:ascii="Georgia" w:hAnsi="Georgia"/>
          <w:b w:val="0"/>
          <w:i w:val="0"/>
          <w:color w:val="22201D"/>
          <w:sz w:val="20"/>
        </w:rPr>
        <w:t>The van rolled forward.</w:t>
      </w:r>
    </w:p>
    <w:p>
      <w:pPr>
        <w:spacing w:after="60" w:line="266" w:lineRule="auto"/>
        <w:ind w:firstLine="331"/>
        <w:jc w:val="both"/>
      </w:pPr>
      <w:r>
        <w:rPr>
          <w:rFonts w:ascii="Georgia" w:hAnsi="Georgia"/>
          <w:b w:val="0"/>
          <w:i w:val="0"/>
          <w:color w:val="22201D"/>
          <w:sz w:val="20"/>
        </w:rPr>
        <w:t>No one waved like this was departure.</w:t>
      </w:r>
    </w:p>
    <w:p>
      <w:pPr>
        <w:spacing w:after="60" w:line="266" w:lineRule="auto"/>
        <w:ind w:firstLine="331"/>
        <w:jc w:val="both"/>
      </w:pPr>
      <w:r>
        <w:rPr>
          <w:rFonts w:ascii="Georgia" w:hAnsi="Georgia"/>
          <w:b w:val="0"/>
          <w:i w:val="0"/>
          <w:color w:val="22201D"/>
          <w:sz w:val="20"/>
        </w:rPr>
        <w:t>The Hostess remained in the doorway.</w:t>
      </w:r>
    </w:p>
    <w:p>
      <w:pPr>
        <w:spacing w:after="60" w:line="266" w:lineRule="auto"/>
        <w:ind w:firstLine="331"/>
        <w:jc w:val="both"/>
      </w:pPr>
      <w:r>
        <w:rPr>
          <w:rFonts w:ascii="Georgia" w:hAnsi="Georgia"/>
          <w:b w:val="0"/>
          <w:i w:val="0"/>
          <w:color w:val="22201D"/>
          <w:sz w:val="20"/>
        </w:rPr>
        <w:t>Gerald watched the tires.</w:t>
      </w:r>
    </w:p>
    <w:p>
      <w:pPr>
        <w:spacing w:after="60" w:line="266" w:lineRule="auto"/>
        <w:ind w:firstLine="331"/>
        <w:jc w:val="both"/>
      </w:pPr>
      <w:r>
        <w:rPr>
          <w:rFonts w:ascii="Georgia" w:hAnsi="Georgia"/>
          <w:b w:val="0"/>
          <w:i w:val="0"/>
          <w:color w:val="22201D"/>
          <w:sz w:val="20"/>
        </w:rPr>
        <w:t>Steve watched the invoice copy.</w:t>
      </w:r>
    </w:p>
    <w:p>
      <w:pPr>
        <w:spacing w:after="60" w:line="266" w:lineRule="auto"/>
        <w:ind w:firstLine="331"/>
        <w:jc w:val="both"/>
      </w:pPr>
      <w:r>
        <w:rPr>
          <w:rFonts w:ascii="Georgia" w:hAnsi="Georgia"/>
          <w:b w:val="0"/>
          <w:i w:val="0"/>
          <w:color w:val="22201D"/>
          <w:sz w:val="20"/>
        </w:rPr>
        <w:t>Nico watched themself not narrate.</w:t>
      </w:r>
    </w:p>
    <w:p>
      <w:pPr>
        <w:spacing w:after="60" w:line="266" w:lineRule="auto"/>
        <w:ind w:firstLine="331"/>
        <w:jc w:val="both"/>
      </w:pPr>
      <w:r>
        <w:rPr>
          <w:rFonts w:ascii="Georgia" w:hAnsi="Georgia"/>
          <w:b w:val="0"/>
          <w:i w:val="0"/>
          <w:color w:val="22201D"/>
          <w:sz w:val="20"/>
        </w:rPr>
        <w:t>The loading route opened onto a road that looked ordinary until it noticed them.</w:t>
      </w:r>
    </w:p>
    <w:p>
      <w:pPr>
        <w:spacing w:after="60" w:line="266" w:lineRule="auto"/>
        <w:ind w:firstLine="331"/>
        <w:jc w:val="both"/>
      </w:pPr>
      <w:r>
        <w:rPr>
          <w:rFonts w:ascii="Georgia" w:hAnsi="Georgia"/>
          <w:b w:val="0"/>
          <w:i w:val="0"/>
          <w:color w:val="22201D"/>
          <w:sz w:val="20"/>
        </w:rPr>
        <w:t>Flocc held his gloved hands in his lap.</w:t>
      </w:r>
    </w:p>
    <w:p>
      <w:pPr>
        <w:spacing w:after="60" w:line="266" w:lineRule="auto"/>
        <w:ind w:firstLine="331"/>
        <w:jc w:val="both"/>
      </w:pPr>
      <w:r>
        <w:rPr>
          <w:rFonts w:ascii="Georgia" w:hAnsi="Georgia"/>
          <w:b w:val="0"/>
          <w:i w:val="0"/>
          <w:color w:val="22201D"/>
          <w:sz w:val="20"/>
        </w:rPr>
        <w:t>In the back, yesterday's order stayed strapped down.</w:t>
      </w:r>
    </w:p>
    <w:p>
      <w:pPr>
        <w:spacing w:after="60" w:line="266" w:lineRule="auto"/>
        <w:ind w:firstLine="331"/>
        <w:jc w:val="both"/>
      </w:pPr>
      <w:r>
        <w:rPr>
          <w:rFonts w:ascii="Georgia" w:hAnsi="Georgia"/>
          <w:b w:val="0"/>
          <w:i w:val="0"/>
          <w:color w:val="22201D"/>
          <w:sz w:val="20"/>
        </w:rPr>
        <w:t>In the front, Bob drove toward Tuesday without treating it like a day.</w:t>
      </w:r>
    </w:p>
    <w:p>
      <w:pPr>
        <w:spacing w:after="60" w:line="266" w:lineRule="auto"/>
        <w:ind w:firstLine="331"/>
        <w:jc w:val="both"/>
      </w:pPr>
      <w:r>
        <w:rPr>
          <w:rFonts w:ascii="Georgia" w:hAnsi="Georgia"/>
          <w:b w:val="0"/>
          <w:i w:val="0"/>
          <w:color w:val="22201D"/>
          <w:sz w:val="20"/>
        </w:rPr>
        <w:t>The first mile did not explain itself.</w:t>
      </w:r>
    </w:p>
    <w:p>
      <w:pPr>
        <w:spacing w:after="60" w:line="266" w:lineRule="auto"/>
        <w:ind w:firstLine="331"/>
        <w:jc w:val="both"/>
      </w:pPr>
      <w:r>
        <w:rPr>
          <w:rFonts w:ascii="Georgia" w:hAnsi="Georgia"/>
          <w:b w:val="0"/>
          <w:i w:val="0"/>
          <w:color w:val="22201D"/>
          <w:sz w:val="20"/>
        </w:rPr>
        <w:t>That was how they knew the route had started.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The Map Resents Being Folded</w:t>
      </w:r>
    </w:p>
    <w:p>
      <w:pPr>
        <w:spacing w:after="60" w:line="266" w:lineRule="auto"/>
        <w:ind w:firstLine="0"/>
        <w:jc w:val="both"/>
      </w:pPr>
      <w:r>
        <w:rPr>
          <w:rFonts w:ascii="Georgia" w:hAnsi="Georgia"/>
          <w:b w:val="0"/>
          <w:i w:val="0"/>
          <w:color w:val="22201D"/>
          <w:sz w:val="20"/>
        </w:rPr>
        <w:t>In which the route map develops standards, Bob refuses to argue with paper, and directions must be requested before they become available.</w:t>
      </w:r>
    </w:p>
    <w:p>
      <w:pPr>
        <w:spacing w:after="60" w:line="266" w:lineRule="auto"/>
        <w:ind w:firstLine="331"/>
        <w:jc w:val="both"/>
      </w:pPr>
      <w:r>
        <w:rPr>
          <w:rFonts w:ascii="Georgia" w:hAnsi="Georgia"/>
          <w:b w:val="0"/>
          <w:i w:val="0"/>
          <w:color w:val="22201D"/>
          <w:sz w:val="20"/>
        </w:rPr>
        <w:t>The map waited until the van reached the end of the loading route before becoming unreasonable.</w:t>
      </w:r>
    </w:p>
    <w:p>
      <w:pPr>
        <w:spacing w:after="60" w:line="266" w:lineRule="auto"/>
        <w:ind w:firstLine="331"/>
        <w:jc w:val="both"/>
      </w:pPr>
      <w:r>
        <w:rPr>
          <w:rFonts w:ascii="Georgia" w:hAnsi="Georgia"/>
          <w:b w:val="0"/>
          <w:i w:val="0"/>
          <w:color w:val="22201D"/>
          <w:sz w:val="20"/>
        </w:rPr>
        <w:t>This was tactically impressive.</w:t>
      </w:r>
    </w:p>
    <w:p>
      <w:pPr>
        <w:spacing w:after="60" w:line="266" w:lineRule="auto"/>
        <w:ind w:firstLine="331"/>
        <w:jc w:val="both"/>
      </w:pPr>
      <w:r>
        <w:rPr>
          <w:rFonts w:ascii="Georgia" w:hAnsi="Georgia"/>
          <w:b w:val="0"/>
          <w:i w:val="0"/>
          <w:color w:val="22201D"/>
          <w:sz w:val="20"/>
        </w:rPr>
        <w:t>If it had objected while everyone was still near the counter, the Hostess could have looked at it once and made it feel like a laminated child. If it had objected while the box was still halfway into the van, Gerald could have blamed the interruption on poor cargo timing and shut the doors.</w:t>
      </w:r>
    </w:p>
    <w:p>
      <w:pPr>
        <w:spacing w:after="60" w:line="266" w:lineRule="auto"/>
        <w:ind w:firstLine="331"/>
        <w:jc w:val="both"/>
      </w:pPr>
      <w:r>
        <w:rPr>
          <w:rFonts w:ascii="Georgia" w:hAnsi="Georgia"/>
          <w:b w:val="0"/>
          <w:i w:val="0"/>
          <w:color w:val="22201D"/>
          <w:sz w:val="20"/>
        </w:rPr>
        <w:t>Instead, the map waited until:</w:t>
      </w:r>
    </w:p>
    <w:p>
      <w:pPr>
        <w:spacing w:after="60" w:line="250" w:lineRule="auto"/>
        <w:ind w:left="317" w:right="173"/>
      </w:pPr>
      <w:r>
        <w:rPr>
          <w:rFonts w:ascii="Georgia" w:hAnsi="Georgia"/>
          <w:b w:val="0"/>
          <w:i w:val="0"/>
          <w:color w:val="22201D"/>
          <w:sz w:val="18"/>
        </w:rPr>
        <w:t>- the box had been strapped; - Steve had copied the delivery invoice twice; - Flocc had put both hands on his knees and pretended that breathing hard was a philosophical exercise; - Bob had checked the fuel gauge without approving of it; - Gerald had said, "No one touches that strap unless I tell them"; - and the loading route had shortened behind them until the restaurant was no longer a doorway so much as an origin.</w:t>
      </w:r>
    </w:p>
    <w:p>
      <w:pPr>
        <w:spacing w:after="60" w:line="266" w:lineRule="auto"/>
        <w:ind w:firstLine="331"/>
        <w:jc w:val="both"/>
      </w:pPr>
      <w:r>
        <w:rPr>
          <w:rFonts w:ascii="Georgia" w:hAnsi="Georgia"/>
          <w:b w:val="0"/>
          <w:i w:val="0"/>
          <w:color w:val="22201D"/>
          <w:sz w:val="20"/>
        </w:rPr>
        <w:t>Then the map said:</w:t>
      </w:r>
    </w:p>
    <w:p>
      <w:pPr>
        <w:spacing w:after="60" w:line="250" w:lineRule="auto"/>
        <w:ind w:left="202" w:right="173"/>
      </w:pPr>
      <w:r>
        <w:rPr>
          <w:rFonts w:ascii="Georgia" w:hAnsi="Georgia"/>
          <w:b w:val="0"/>
          <w:i w:val="0"/>
          <w:color w:val="22201D"/>
          <w:sz w:val="17"/>
        </w:rPr>
        <w:t>OW.</w:t>
      </w:r>
    </w:p>
    <w:p>
      <w:pPr>
        <w:spacing w:after="60" w:line="266" w:lineRule="auto"/>
        <w:ind w:firstLine="331"/>
        <w:jc w:val="both"/>
      </w:pPr>
      <w:r>
        <w:rPr>
          <w:rFonts w:ascii="Georgia" w:hAnsi="Georgia"/>
          <w:b w:val="0"/>
          <w:i w:val="0"/>
          <w:color w:val="22201D"/>
          <w:sz w:val="20"/>
        </w:rPr>
        <w:t>Everyone looked at the glove compartment.</w:t>
      </w:r>
    </w:p>
    <w:p>
      <w:pPr>
        <w:spacing w:after="60" w:line="266" w:lineRule="auto"/>
        <w:ind w:firstLine="331"/>
        <w:jc w:val="both"/>
      </w:pPr>
      <w:r>
        <w:rPr>
          <w:rFonts w:ascii="Georgia" w:hAnsi="Georgia"/>
          <w:b w:val="0"/>
          <w:i w:val="0"/>
          <w:color w:val="22201D"/>
          <w:sz w:val="20"/>
        </w:rPr>
        <w:t>Bob did not.</w:t>
      </w:r>
    </w:p>
    <w:p>
      <w:pPr>
        <w:spacing w:after="60" w:line="266" w:lineRule="auto"/>
        <w:ind w:firstLine="331"/>
        <w:jc w:val="both"/>
      </w:pPr>
      <w:r>
        <w:rPr>
          <w:rFonts w:ascii="Georgia" w:hAnsi="Georgia"/>
          <w:b w:val="0"/>
          <w:i w:val="0"/>
          <w:color w:val="22201D"/>
          <w:sz w:val="20"/>
        </w:rPr>
        <w:t>He started the van.</w:t>
      </w:r>
    </w:p>
    <w:p>
      <w:pPr>
        <w:spacing w:after="60" w:line="266" w:lineRule="auto"/>
        <w:ind w:firstLine="331"/>
        <w:jc w:val="both"/>
      </w:pPr>
      <w:r>
        <w:rPr>
          <w:rFonts w:ascii="Georgia" w:hAnsi="Georgia"/>
          <w:b w:val="0"/>
          <w:i w:val="0"/>
          <w:color w:val="22201D"/>
          <w:sz w:val="20"/>
        </w:rPr>
        <w:t>The glove compartment said:</w:t>
      </w:r>
    </w:p>
    <w:p>
      <w:pPr>
        <w:spacing w:after="60" w:line="250" w:lineRule="auto"/>
        <w:ind w:left="202" w:right="173"/>
      </w:pPr>
      <w:r>
        <w:rPr>
          <w:rFonts w:ascii="Georgia" w:hAnsi="Georgia"/>
          <w:b w:val="0"/>
          <w:i w:val="0"/>
          <w:color w:val="22201D"/>
          <w:sz w:val="17"/>
        </w:rPr>
        <w:t>I SAID OW.</w:t>
      </w:r>
    </w:p>
    <w:p>
      <w:pPr>
        <w:spacing w:after="60" w:line="266" w:lineRule="auto"/>
        <w:ind w:firstLine="331"/>
        <w:jc w:val="both"/>
      </w:pPr>
      <w:r>
        <w:rPr>
          <w:rFonts w:ascii="Georgia" w:hAnsi="Georgia"/>
          <w:b w:val="0"/>
          <w:i w:val="0"/>
          <w:color w:val="22201D"/>
          <w:sz w:val="20"/>
        </w:rPr>
        <w:t>Gerald leaned forward from the side step where he had been inspecting the rear latch through the open passenger door.</w:t>
      </w:r>
    </w:p>
    <w:p>
      <w:pPr>
        <w:spacing w:after="60" w:line="266" w:lineRule="auto"/>
        <w:ind w:firstLine="331"/>
        <w:jc w:val="both"/>
      </w:pPr>
      <w:r>
        <w:rPr>
          <w:rFonts w:ascii="Georgia" w:hAnsi="Georgia"/>
          <w:b w:val="0"/>
          <w:i w:val="0"/>
          <w:color w:val="22201D"/>
          <w:sz w:val="20"/>
        </w:rPr>
        <w:t>"Is there something alive in the glove compartment?"</w:t>
      </w:r>
    </w:p>
    <w:p>
      <w:pPr>
        <w:spacing w:after="60" w:line="266" w:lineRule="auto"/>
        <w:ind w:firstLine="331"/>
        <w:jc w:val="both"/>
      </w:pPr>
      <w:r>
        <w:rPr>
          <w:rFonts w:ascii="Georgia" w:hAnsi="Georgia"/>
          <w:b w:val="0"/>
          <w:i w:val="0"/>
          <w:color w:val="22201D"/>
          <w:sz w:val="20"/>
        </w:rPr>
        <w:t>Bob adjusted the mirror.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glove compartment said:</w:t>
      </w:r>
    </w:p>
    <w:p>
      <w:pPr>
        <w:spacing w:after="60" w:line="250" w:lineRule="auto"/>
        <w:ind w:left="202" w:right="173"/>
      </w:pPr>
      <w:r>
        <w:rPr>
          <w:rFonts w:ascii="Georgia" w:hAnsi="Georgia"/>
          <w:b w:val="0"/>
          <w:i w:val="0"/>
          <w:color w:val="22201D"/>
          <w:sz w:val="17"/>
        </w:rPr>
        <w:t>TECHNICALLY INSULTING.</w:t>
      </w:r>
    </w:p>
    <w:p>
      <w:pPr>
        <w:spacing w:after="60" w:line="266" w:lineRule="auto"/>
        <w:ind w:firstLine="331"/>
        <w:jc w:val="both"/>
      </w:pPr>
      <w:r>
        <w:rPr>
          <w:rFonts w:ascii="Georgia" w:hAnsi="Georgia"/>
          <w:b w:val="0"/>
          <w:i w:val="0"/>
          <w:color w:val="22201D"/>
          <w:sz w:val="20"/>
        </w:rPr>
        <w:t>Steve opened his record book.</w:t>
      </w:r>
    </w:p>
    <w:p>
      <w:pPr>
        <w:spacing w:after="60" w:line="266" w:lineRule="auto"/>
        <w:ind w:firstLine="331"/>
        <w:jc w:val="both"/>
      </w:pPr>
      <w:r>
        <w:rPr>
          <w:rFonts w:ascii="Georgia" w:hAnsi="Georgia"/>
          <w:b w:val="0"/>
          <w:i w:val="0"/>
          <w:color w:val="22201D"/>
          <w:sz w:val="20"/>
        </w:rPr>
        <w:t>"Map?"</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Flocc, who had thought he was finished being surprised by stationery after the delivery invoice corrected Nico in Chapter 1, made the mistake of relaxing.</w:t>
      </w:r>
    </w:p>
    <w:p>
      <w:pPr>
        <w:spacing w:after="60" w:line="266" w:lineRule="auto"/>
        <w:ind w:firstLine="331"/>
        <w:jc w:val="both"/>
      </w:pPr>
      <w:r>
        <w:rPr>
          <w:rFonts w:ascii="Georgia" w:hAnsi="Georgia"/>
          <w:b w:val="0"/>
          <w:i w:val="0"/>
          <w:color w:val="22201D"/>
          <w:sz w:val="20"/>
        </w:rPr>
        <w:t>The map knew.</w:t>
      </w:r>
    </w:p>
    <w:p>
      <w:pPr>
        <w:spacing w:after="60" w:line="266" w:lineRule="auto"/>
        <w:ind w:firstLine="331"/>
        <w:jc w:val="both"/>
      </w:pPr>
      <w:r>
        <w:rPr>
          <w:rFonts w:ascii="Georgia" w:hAnsi="Georgia"/>
          <w:b w:val="0"/>
          <w:i w:val="0"/>
          <w:color w:val="22201D"/>
          <w:sz w:val="20"/>
        </w:rPr>
        <w:t>The latch dropped open.</w:t>
      </w:r>
    </w:p>
    <w:p>
      <w:pPr>
        <w:spacing w:after="60" w:line="266" w:lineRule="auto"/>
        <w:ind w:firstLine="331"/>
        <w:jc w:val="both"/>
      </w:pPr>
      <w:r>
        <w:rPr>
          <w:rFonts w:ascii="Georgia" w:hAnsi="Georgia"/>
          <w:b w:val="0"/>
          <w:i w:val="0"/>
          <w:color w:val="22201D"/>
          <w:sz w:val="20"/>
        </w:rPr>
        <w:t>A folded road map slid out with the irritated dignity of an elder relative who had been asked to sleep in a drawer during a family emergency. It landed on the passenger floor, bounced once, and unfolded only far enough to reveal an orange route line and one printed sentence:</w:t>
      </w:r>
    </w:p>
    <w:p>
      <w:pPr>
        <w:spacing w:after="60" w:line="250" w:lineRule="auto"/>
        <w:ind w:left="202" w:right="173"/>
      </w:pPr>
      <w:r>
        <w:rPr>
          <w:rFonts w:ascii="Georgia" w:hAnsi="Georgia"/>
          <w:b w:val="0"/>
          <w:i w:val="0"/>
          <w:color w:val="22201D"/>
          <w:sz w:val="17"/>
        </w:rPr>
        <w:t>I RESENT BEING FOLDED BEFORE BEING CONSULTED.</w:t>
      </w:r>
    </w:p>
    <w:p>
      <w:pPr>
        <w:spacing w:after="60" w:line="266" w:lineRule="auto"/>
        <w:ind w:firstLine="331"/>
        <w:jc w:val="both"/>
      </w:pPr>
      <w:r>
        <w:rPr>
          <w:rFonts w:ascii="Georgia" w:hAnsi="Georgia"/>
          <w:b w:val="0"/>
          <w:i w:val="0"/>
          <w:color w:val="22201D"/>
          <w:sz w:val="20"/>
        </w:rPr>
        <w:t>"That is new," Steve said.</w:t>
      </w:r>
    </w:p>
    <w:p>
      <w:pPr>
        <w:spacing w:after="60" w:line="266" w:lineRule="auto"/>
        <w:ind w:firstLine="331"/>
        <w:jc w:val="both"/>
      </w:pPr>
      <w:r>
        <w:rPr>
          <w:rFonts w:ascii="Georgia" w:hAnsi="Georgia"/>
          <w:b w:val="0"/>
          <w:i w:val="0"/>
          <w:color w:val="22201D"/>
          <w:sz w:val="20"/>
        </w:rPr>
        <w:t>Bob put the van in gear.</w:t>
      </w:r>
    </w:p>
    <w:p>
      <w:pPr>
        <w:spacing w:after="60" w:line="266" w:lineRule="auto"/>
        <w:ind w:firstLine="331"/>
        <w:jc w:val="both"/>
      </w:pPr>
      <w:r>
        <w:rPr>
          <w:rFonts w:ascii="Georgia" w:hAnsi="Georgia"/>
          <w:b w:val="0"/>
          <w:i w:val="0"/>
          <w:color w:val="22201D"/>
          <w:sz w:val="20"/>
        </w:rPr>
        <w:t>"Old maps have always resented it."</w:t>
      </w:r>
    </w:p>
    <w:p>
      <w:pPr>
        <w:spacing w:after="60" w:line="266" w:lineRule="auto"/>
        <w:ind w:firstLine="331"/>
        <w:jc w:val="both"/>
      </w:pPr>
      <w:r>
        <w:rPr>
          <w:rFonts w:ascii="Georgia" w:hAnsi="Georgia"/>
          <w:b w:val="0"/>
          <w:i w:val="0"/>
          <w:color w:val="22201D"/>
          <w:sz w:val="20"/>
        </w:rPr>
        <w:t>"They have?"</w:t>
      </w:r>
    </w:p>
    <w:p>
      <w:pPr>
        <w:spacing w:after="60" w:line="266" w:lineRule="auto"/>
        <w:ind w:firstLine="331"/>
        <w:jc w:val="both"/>
      </w:pPr>
      <w:r>
        <w:rPr>
          <w:rFonts w:ascii="Georgia" w:hAnsi="Georgia"/>
          <w:b w:val="0"/>
          <w:i w:val="0"/>
          <w:color w:val="22201D"/>
          <w:sz w:val="20"/>
        </w:rPr>
        <w:t>"Quietly."</w:t>
      </w:r>
    </w:p>
    <w:p>
      <w:pPr>
        <w:spacing w:after="60" w:line="266" w:lineRule="auto"/>
        <w:ind w:firstLine="331"/>
        <w:jc w:val="both"/>
      </w:pPr>
      <w:r>
        <w:rPr>
          <w:rFonts w:ascii="Georgia" w:hAnsi="Georgia"/>
          <w:b w:val="0"/>
          <w:i w:val="0"/>
          <w:color w:val="22201D"/>
          <w:sz w:val="20"/>
        </w:rPr>
        <w:t>The map flipped one panel open.</w:t>
      </w:r>
    </w:p>
    <w:p>
      <w:pPr>
        <w:spacing w:after="60" w:line="250" w:lineRule="auto"/>
        <w:ind w:left="202" w:right="173"/>
      </w:pPr>
      <w:r>
        <w:rPr>
          <w:rFonts w:ascii="Georgia" w:hAnsi="Georgia"/>
          <w:b w:val="0"/>
          <w:i w:val="0"/>
          <w:color w:val="22201D"/>
          <w:sz w:val="17"/>
        </w:rPr>
        <w:t>NOT QUIETLY ENOUGH, APPARENTLY.</w:t>
      </w:r>
    </w:p>
    <w:p>
      <w:pPr>
        <w:spacing w:after="60" w:line="266" w:lineRule="auto"/>
        <w:ind w:firstLine="331"/>
        <w:jc w:val="both"/>
      </w:pPr>
      <w:r>
        <w:rPr>
          <w:rFonts w:ascii="Georgia" w:hAnsi="Georgia"/>
          <w:b w:val="0"/>
          <w:i w:val="0"/>
          <w:color w:val="22201D"/>
          <w:sz w:val="20"/>
        </w:rPr>
        <w:t>Gerald picked it up with two fingers.</w:t>
      </w:r>
    </w:p>
    <w:p>
      <w:pPr>
        <w:spacing w:after="60" w:line="266" w:lineRule="auto"/>
        <w:ind w:firstLine="331"/>
        <w:jc w:val="both"/>
      </w:pPr>
      <w:r>
        <w:rPr>
          <w:rFonts w:ascii="Georgia" w:hAnsi="Georgia"/>
          <w:b w:val="0"/>
          <w:i w:val="0"/>
          <w:color w:val="22201D"/>
          <w:sz w:val="20"/>
        </w:rPr>
        <w:t>"Is it hazardous?"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ONLY TO ASSUMPTION.</w:t>
      </w:r>
    </w:p>
    <w:p>
      <w:pPr>
        <w:spacing w:after="60" w:line="266" w:lineRule="auto"/>
        <w:ind w:firstLine="331"/>
        <w:jc w:val="both"/>
      </w:pPr>
      <w:r>
        <w:rPr>
          <w:rFonts w:ascii="Georgia" w:hAnsi="Georgia"/>
          <w:b w:val="0"/>
          <w:i w:val="0"/>
          <w:color w:val="22201D"/>
          <w:sz w:val="20"/>
        </w:rPr>
        <w:t>Gerald considered this.</w:t>
      </w:r>
    </w:p>
    <w:p>
      <w:pPr>
        <w:spacing w:after="60" w:line="266" w:lineRule="auto"/>
        <w:ind w:firstLine="331"/>
        <w:jc w:val="both"/>
      </w:pPr>
      <w:r>
        <w:rPr>
          <w:rFonts w:ascii="Georgia" w:hAnsi="Georgia"/>
          <w:b w:val="0"/>
          <w:i w:val="0"/>
          <w:color w:val="22201D"/>
          <w:sz w:val="20"/>
        </w:rPr>
        <w:t>"Acceptable, with monitoring."</w:t>
      </w:r>
    </w:p>
    <w:p>
      <w:pPr>
        <w:spacing w:after="60" w:line="266" w:lineRule="auto"/>
        <w:ind w:firstLine="331"/>
        <w:jc w:val="both"/>
      </w:pPr>
      <w:r>
        <w:rPr>
          <w:rFonts w:ascii="Georgia" w:hAnsi="Georgia"/>
          <w:b w:val="0"/>
          <w:i w:val="0"/>
          <w:color w:val="22201D"/>
          <w:sz w:val="20"/>
        </w:rPr>
        <w:t>Flocc looked out the windshield.</w:t>
      </w:r>
    </w:p>
    <w:p>
      <w:pPr>
        <w:spacing w:after="60" w:line="266" w:lineRule="auto"/>
        <w:ind w:firstLine="331"/>
        <w:jc w:val="both"/>
      </w:pPr>
      <w:r>
        <w:rPr>
          <w:rFonts w:ascii="Georgia" w:hAnsi="Georgia"/>
          <w:b w:val="0"/>
          <w:i w:val="0"/>
          <w:color w:val="22201D"/>
          <w:sz w:val="20"/>
        </w:rPr>
        <w:t>The road beyond the loading route did not look impossible. It looked like the kind of street that had delivery vans, recycling bins, a damp curb, a cracked line of paint, a coffee cup flattened into weather, and one cyclist treating momentum as legal counsel.</w:t>
      </w:r>
    </w:p>
    <w:p>
      <w:pPr>
        <w:spacing w:after="60" w:line="266" w:lineRule="auto"/>
        <w:ind w:firstLine="331"/>
        <w:jc w:val="both"/>
      </w:pPr>
      <w:r>
        <w:rPr>
          <w:rFonts w:ascii="Georgia" w:hAnsi="Georgia"/>
          <w:b w:val="0"/>
          <w:i w:val="0"/>
          <w:color w:val="22201D"/>
          <w:sz w:val="20"/>
        </w:rPr>
        <w:t>That made it worse.</w:t>
      </w:r>
    </w:p>
    <w:p>
      <w:pPr>
        <w:spacing w:after="60" w:line="266" w:lineRule="auto"/>
        <w:ind w:firstLine="331"/>
        <w:jc w:val="both"/>
      </w:pPr>
      <w:r>
        <w:rPr>
          <w:rFonts w:ascii="Georgia" w:hAnsi="Georgia"/>
          <w:b w:val="0"/>
          <w:i w:val="0"/>
          <w:color w:val="22201D"/>
          <w:sz w:val="20"/>
        </w:rPr>
        <w:t>Impossible roads were easy to respect. Ordinary roads were where people assumed they knew how to leave.</w:t>
      </w:r>
    </w:p>
    <w:p>
      <w:pPr>
        <w:spacing w:after="60" w:line="266" w:lineRule="auto"/>
        <w:ind w:firstLine="331"/>
        <w:jc w:val="both"/>
      </w:pPr>
      <w:r>
        <w:rPr>
          <w:rFonts w:ascii="Georgia" w:hAnsi="Georgia"/>
          <w:b w:val="0"/>
          <w:i w:val="0"/>
          <w:color w:val="22201D"/>
          <w:sz w:val="20"/>
        </w:rPr>
        <w:t>Bob eased the van forward.</w:t>
      </w:r>
    </w:p>
    <w:p>
      <w:pPr>
        <w:spacing w:after="60" w:line="266" w:lineRule="auto"/>
        <w:ind w:firstLine="331"/>
        <w:jc w:val="both"/>
      </w:pPr>
      <w:r>
        <w:rPr>
          <w:rFonts w:ascii="Georgia" w:hAnsi="Georgia"/>
          <w:b w:val="0"/>
          <w:i w:val="0"/>
          <w:color w:val="22201D"/>
          <w:sz w:val="20"/>
        </w:rPr>
        <w:t>The map snapped open across Flocc's lap.</w:t>
      </w:r>
    </w:p>
    <w:p>
      <w:pPr>
        <w:spacing w:after="60" w:line="266" w:lineRule="auto"/>
        <w:ind w:firstLine="331"/>
        <w:jc w:val="both"/>
      </w:pPr>
      <w:r>
        <w:rPr>
          <w:rFonts w:ascii="Georgia" w:hAnsi="Georgia"/>
          <w:b w:val="0"/>
          <w:i w:val="0"/>
          <w:color w:val="22201D"/>
          <w:sz w:val="20"/>
        </w:rPr>
        <w:t>"Oh."</w:t>
      </w:r>
    </w:p>
    <w:p>
      <w:pPr>
        <w:spacing w:after="60" w:line="266" w:lineRule="auto"/>
        <w:ind w:firstLine="331"/>
        <w:jc w:val="both"/>
      </w:pPr>
      <w:r>
        <w:rPr>
          <w:rFonts w:ascii="Georgia" w:hAnsi="Georgia"/>
          <w:b w:val="0"/>
          <w:i w:val="0"/>
          <w:color w:val="22201D"/>
          <w:sz w:val="20"/>
        </w:rPr>
        <w:t>The paper was warm.</w:t>
      </w:r>
    </w:p>
    <w:p>
      <w:pPr>
        <w:spacing w:after="60" w:line="266" w:lineRule="auto"/>
        <w:ind w:firstLine="331"/>
        <w:jc w:val="both"/>
      </w:pPr>
      <w:r>
        <w:rPr>
          <w:rFonts w:ascii="Georgia" w:hAnsi="Georgia"/>
          <w:b w:val="0"/>
          <w:i w:val="0"/>
          <w:color w:val="22201D"/>
          <w:sz w:val="20"/>
        </w:rPr>
        <w:t>Not alive exactly.</w:t>
      </w:r>
    </w:p>
    <w:p>
      <w:pPr>
        <w:spacing w:after="60" w:line="266" w:lineRule="auto"/>
        <w:ind w:firstLine="331"/>
        <w:jc w:val="both"/>
      </w:pPr>
      <w:r>
        <w:rPr>
          <w:rFonts w:ascii="Georgia" w:hAnsi="Georgia"/>
          <w:b w:val="0"/>
          <w:i w:val="0"/>
          <w:color w:val="22201D"/>
          <w:sz w:val="20"/>
        </w:rPr>
        <w:t>Not dead in a way paper usually was.</w:t>
      </w:r>
    </w:p>
    <w:p>
      <w:pPr>
        <w:spacing w:after="60" w:line="266" w:lineRule="auto"/>
        <w:ind w:firstLine="331"/>
        <w:jc w:val="both"/>
      </w:pPr>
      <w:r>
        <w:rPr>
          <w:rFonts w:ascii="Georgia" w:hAnsi="Georgia"/>
          <w:b w:val="0"/>
          <w:i w:val="0"/>
          <w:color w:val="22201D"/>
          <w:sz w:val="20"/>
        </w:rPr>
        <w:t>It showed Portland, mostly. It showed a few streets that belonged there, several that belonged there but had no business admitting it, and one thin gray route line labeled:</w:t>
      </w:r>
    </w:p>
    <w:p>
      <w:pPr>
        <w:spacing w:after="60" w:line="250" w:lineRule="auto"/>
        <w:ind w:left="202" w:right="173"/>
      </w:pPr>
      <w:r>
        <w:rPr>
          <w:rFonts w:ascii="Georgia" w:hAnsi="Georgia"/>
          <w:b w:val="0"/>
          <w:i w:val="0"/>
          <w:color w:val="22201D"/>
          <w:sz w:val="17"/>
        </w:rPr>
        <w:t>TUESDAY</w:t>
      </w:r>
    </w:p>
    <w:p>
      <w:pPr>
        <w:spacing w:after="60" w:line="266" w:lineRule="auto"/>
        <w:ind w:firstLine="331"/>
        <w:jc w:val="both"/>
      </w:pPr>
      <w:r>
        <w:rPr>
          <w:rFonts w:ascii="Georgia" w:hAnsi="Georgia"/>
          <w:b w:val="0"/>
          <w:i w:val="0"/>
          <w:color w:val="22201D"/>
          <w:sz w:val="20"/>
        </w:rPr>
        <w:t>Below it, in smaller print:</w:t>
      </w:r>
    </w:p>
    <w:p>
      <w:pPr>
        <w:spacing w:after="60" w:line="250" w:lineRule="auto"/>
        <w:ind w:left="202" w:right="173"/>
      </w:pPr>
      <w:r>
        <w:rPr>
          <w:rFonts w:ascii="Georgia" w:hAnsi="Georgia"/>
          <w:b w:val="0"/>
          <w:i w:val="0"/>
          <w:color w:val="22201D"/>
          <w:sz w:val="17"/>
        </w:rPr>
        <w:t>NOT A DATE. STILL NOT A DATE. DO NOT MAKE ME PRINT THIS A THIRD TIME.</w:t>
      </w:r>
    </w:p>
    <w:p>
      <w:pPr>
        <w:spacing w:after="60" w:line="266" w:lineRule="auto"/>
        <w:ind w:firstLine="331"/>
        <w:jc w:val="both"/>
      </w:pPr>
      <w:r>
        <w:rPr>
          <w:rFonts w:ascii="Georgia" w:hAnsi="Georgia"/>
          <w:b w:val="0"/>
          <w:i w:val="0"/>
          <w:color w:val="22201D"/>
          <w:sz w:val="20"/>
        </w:rPr>
        <w:t>Flocc said, "We know."</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KNOWLEDGE WITHOUT HANDLING IS DECORATIVE.</w:t>
      </w:r>
    </w:p>
    <w:p>
      <w:pPr>
        <w:spacing w:after="60" w:line="266" w:lineRule="auto"/>
        <w:ind w:firstLine="331"/>
        <w:jc w:val="both"/>
      </w:pPr>
      <w:r>
        <w:rPr>
          <w:rFonts w:ascii="Georgia" w:hAnsi="Georgia"/>
          <w:b w:val="0"/>
          <w:i w:val="0"/>
          <w:color w:val="22201D"/>
          <w:sz w:val="20"/>
        </w:rPr>
        <w:t>Gerald said, "Good map."</w:t>
      </w:r>
    </w:p>
    <w:p>
      <w:pPr>
        <w:spacing w:after="60" w:line="266" w:lineRule="auto"/>
        <w:ind w:firstLine="331"/>
        <w:jc w:val="both"/>
      </w:pPr>
      <w:r>
        <w:rPr>
          <w:rFonts w:ascii="Georgia" w:hAnsi="Georgia"/>
          <w:b w:val="0"/>
          <w:i w:val="0"/>
          <w:color w:val="22201D"/>
          <w:sz w:val="20"/>
        </w:rPr>
        <w:t>Flocc did not appreciate the alliance.</w:t>
      </w:r>
    </w:p>
    <w:p>
      <w:pPr>
        <w:spacing w:after="60" w:line="266" w:lineRule="auto"/>
        <w:ind w:firstLine="331"/>
        <w:jc w:val="both"/>
      </w:pPr>
      <w:r>
        <w:rPr>
          <w:rFonts w:ascii="Georgia" w:hAnsi="Georgia"/>
          <w:b w:val="0"/>
          <w:i w:val="0"/>
          <w:color w:val="22201D"/>
          <w:sz w:val="20"/>
        </w:rPr>
        <w:t>Bob turned right without signaling.</w:t>
      </w:r>
    </w:p>
    <w:p>
      <w:pPr>
        <w:spacing w:after="60" w:line="266" w:lineRule="auto"/>
        <w:ind w:firstLine="331"/>
        <w:jc w:val="both"/>
      </w:pPr>
      <w:r>
        <w:rPr>
          <w:rFonts w:ascii="Georgia" w:hAnsi="Georgia"/>
          <w:b w:val="0"/>
          <w:i w:val="0"/>
          <w:color w:val="22201D"/>
          <w:sz w:val="20"/>
        </w:rPr>
        <w:t>The map made a sound like a paper bag judging a priest.</w:t>
      </w:r>
    </w:p>
    <w:p>
      <w:pPr>
        <w:spacing w:after="60" w:line="266" w:lineRule="auto"/>
        <w:ind w:firstLine="331"/>
        <w:jc w:val="both"/>
      </w:pPr>
      <w:r>
        <w:rPr>
          <w:rFonts w:ascii="Georgia" w:hAnsi="Georgia"/>
          <w:b w:val="0"/>
          <w:i w:val="0"/>
          <w:color w:val="22201D"/>
          <w:sz w:val="20"/>
        </w:rPr>
        <w:t>Gerald said, "Signal."</w:t>
      </w:r>
    </w:p>
    <w:p>
      <w:pPr>
        <w:spacing w:after="60" w:line="266" w:lineRule="auto"/>
        <w:ind w:firstLine="331"/>
        <w:jc w:val="both"/>
      </w:pPr>
      <w:r>
        <w:rPr>
          <w:rFonts w:ascii="Georgia" w:hAnsi="Georgia"/>
          <w:b w:val="0"/>
          <w:i w:val="0"/>
          <w:color w:val="22201D"/>
          <w:sz w:val="20"/>
        </w:rPr>
        <w:t>Bob signaled after the turn.</w:t>
      </w:r>
    </w:p>
    <w:p>
      <w:pPr>
        <w:spacing w:after="60" w:line="266" w:lineRule="auto"/>
        <w:ind w:firstLine="331"/>
        <w:jc w:val="both"/>
      </w:pPr>
      <w:r>
        <w:rPr>
          <w:rFonts w:ascii="Georgia" w:hAnsi="Georgia"/>
          <w:b w:val="0"/>
          <w:i w:val="0"/>
          <w:color w:val="22201D"/>
          <w:sz w:val="20"/>
        </w:rPr>
        <w:t>Gerald said, "Before."</w:t>
      </w:r>
    </w:p>
    <w:p>
      <w:pPr>
        <w:spacing w:after="60" w:line="266" w:lineRule="auto"/>
        <w:ind w:firstLine="331"/>
        <w:jc w:val="both"/>
      </w:pPr>
      <w:r>
        <w:rPr>
          <w:rFonts w:ascii="Georgia" w:hAnsi="Georgia"/>
          <w:b w:val="0"/>
          <w:i w:val="0"/>
          <w:color w:val="22201D"/>
          <w:sz w:val="20"/>
        </w:rPr>
        <w:t>"The turn happened before the signal wanted to."</w:t>
      </w:r>
    </w:p>
    <w:p>
      <w:pPr>
        <w:spacing w:after="60" w:line="266" w:lineRule="auto"/>
        <w:ind w:firstLine="331"/>
        <w:jc w:val="both"/>
      </w:pPr>
      <w:r>
        <w:rPr>
          <w:rFonts w:ascii="Georgia" w:hAnsi="Georgia"/>
          <w:b w:val="0"/>
          <w:i w:val="0"/>
          <w:color w:val="22201D"/>
          <w:sz w:val="20"/>
        </w:rPr>
        <w:t>"The law does not recognize that defense."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NEITHER DO I.</w:t>
      </w:r>
    </w:p>
    <w:p>
      <w:pPr>
        <w:spacing w:after="60" w:line="266" w:lineRule="auto"/>
        <w:ind w:firstLine="331"/>
        <w:jc w:val="both"/>
      </w:pPr>
      <w:r>
        <w:rPr>
          <w:rFonts w:ascii="Georgia" w:hAnsi="Georgia"/>
          <w:b w:val="0"/>
          <w:i w:val="0"/>
          <w:color w:val="22201D"/>
          <w:sz w:val="20"/>
        </w:rPr>
        <w:t>Bob glanced at it.</w:t>
      </w:r>
    </w:p>
    <w:p>
      <w:pPr>
        <w:spacing w:after="60" w:line="266" w:lineRule="auto"/>
        <w:ind w:firstLine="331"/>
        <w:jc w:val="both"/>
      </w:pPr>
      <w:r>
        <w:rPr>
          <w:rFonts w:ascii="Georgia" w:hAnsi="Georgia"/>
          <w:b w:val="0"/>
          <w:i w:val="0"/>
          <w:color w:val="22201D"/>
          <w:sz w:val="20"/>
        </w:rPr>
        <w:t>"You recognize worse."</w:t>
      </w:r>
    </w:p>
    <w:p>
      <w:pPr>
        <w:spacing w:after="60" w:line="250" w:lineRule="auto"/>
        <w:ind w:left="202" w:right="173"/>
      </w:pPr>
      <w:r>
        <w:rPr>
          <w:rFonts w:ascii="Georgia" w:hAnsi="Georgia"/>
          <w:b w:val="0"/>
          <w:i w:val="0"/>
          <w:color w:val="22201D"/>
          <w:sz w:val="17"/>
        </w:rPr>
        <w:t>WITH DOCUMENTATION.</w:t>
      </w:r>
    </w:p>
    <w:p>
      <w:pPr>
        <w:spacing w:after="60" w:line="266" w:lineRule="auto"/>
        <w:ind w:firstLine="331"/>
        <w:jc w:val="both"/>
      </w:pPr>
      <w:r>
        <w:rPr>
          <w:rFonts w:ascii="Georgia" w:hAnsi="Georgia"/>
          <w:b w:val="0"/>
          <w:i w:val="0"/>
          <w:color w:val="22201D"/>
          <w:sz w:val="20"/>
        </w:rPr>
        <w:t>Steve wrote this down with visible gratitude.</w:t>
      </w:r>
    </w:p>
    <w:p>
      <w:pPr>
        <w:spacing w:after="60" w:line="266" w:lineRule="auto"/>
        <w:ind w:firstLine="331"/>
        <w:jc w:val="both"/>
      </w:pPr>
      <w:r>
        <w:rPr>
          <w:rFonts w:ascii="Georgia" w:hAnsi="Georgia"/>
          <w:b w:val="0"/>
          <w:i w:val="0"/>
          <w:color w:val="22201D"/>
          <w:sz w:val="20"/>
        </w:rPr>
        <w:t>The van rolled past the restaurant frontage, then the service alley, then a row of parked cars with fogged windows and bumper stickers that had taken on more moral responsibility than adhesive could support.</w:t>
      </w:r>
    </w:p>
    <w:p>
      <w:pPr>
        <w:spacing w:after="60" w:line="266" w:lineRule="auto"/>
        <w:ind w:firstLine="331"/>
        <w:jc w:val="both"/>
      </w:pPr>
      <w:r>
        <w:rPr>
          <w:rFonts w:ascii="Georgia" w:hAnsi="Georgia"/>
          <w:b w:val="0"/>
          <w:i w:val="0"/>
          <w:color w:val="22201D"/>
          <w:sz w:val="20"/>
        </w:rPr>
        <w:t>Flocc tried to read the orange line.</w:t>
      </w:r>
    </w:p>
    <w:p>
      <w:pPr>
        <w:spacing w:after="60" w:line="266" w:lineRule="auto"/>
        <w:ind w:firstLine="331"/>
        <w:jc w:val="both"/>
      </w:pPr>
      <w:r>
        <w:rPr>
          <w:rFonts w:ascii="Georgia" w:hAnsi="Georgia"/>
          <w:b w:val="0"/>
          <w:i w:val="0"/>
          <w:color w:val="22201D"/>
          <w:sz w:val="20"/>
        </w:rPr>
        <w:t>It moved.</w:t>
      </w:r>
    </w:p>
    <w:p>
      <w:pPr>
        <w:spacing w:after="60" w:line="266" w:lineRule="auto"/>
        <w:ind w:firstLine="331"/>
        <w:jc w:val="both"/>
      </w:pPr>
      <w:r>
        <w:rPr>
          <w:rFonts w:ascii="Georgia" w:hAnsi="Georgia"/>
          <w:b w:val="0"/>
          <w:i w:val="0"/>
          <w:color w:val="22201D"/>
          <w:sz w:val="20"/>
        </w:rPr>
        <w:t>"The route keeps changing."</w:t>
      </w:r>
    </w:p>
    <w:p>
      <w:pPr>
        <w:spacing w:after="60" w:line="266" w:lineRule="auto"/>
        <w:ind w:firstLine="331"/>
        <w:jc w:val="both"/>
      </w:pPr>
      <w:r>
        <w:rPr>
          <w:rFonts w:ascii="Georgia" w:hAnsi="Georgia"/>
          <w:b w:val="0"/>
          <w:i w:val="0"/>
          <w:color w:val="22201D"/>
          <w:sz w:val="20"/>
        </w:rPr>
        <w:t>Bob said, "No."</w:t>
      </w:r>
    </w:p>
    <w:p>
      <w:pPr>
        <w:spacing w:after="60" w:line="266" w:lineRule="auto"/>
        <w:ind w:firstLine="331"/>
        <w:jc w:val="both"/>
      </w:pPr>
      <w:r>
        <w:rPr>
          <w:rFonts w:ascii="Georgia" w:hAnsi="Georgia"/>
          <w:b w:val="0"/>
          <w:i w:val="0"/>
          <w:color w:val="22201D"/>
          <w:sz w:val="20"/>
        </w:rPr>
        <w:t>"I am looking at it change."</w:t>
      </w:r>
    </w:p>
    <w:p>
      <w:pPr>
        <w:spacing w:after="60" w:line="266" w:lineRule="auto"/>
        <w:ind w:firstLine="331"/>
        <w:jc w:val="both"/>
      </w:pPr>
      <w:r>
        <w:rPr>
          <w:rFonts w:ascii="Georgia" w:hAnsi="Georgia"/>
          <w:b w:val="0"/>
          <w:i w:val="0"/>
          <w:color w:val="22201D"/>
          <w:sz w:val="20"/>
        </w:rPr>
        <w:t>"You are looking without asking."</w:t>
      </w:r>
    </w:p>
    <w:p>
      <w:pPr>
        <w:spacing w:after="60" w:line="266" w:lineRule="auto"/>
        <w:ind w:firstLine="331"/>
        <w:jc w:val="both"/>
      </w:pPr>
      <w:r>
        <w:rPr>
          <w:rFonts w:ascii="Georgia" w:hAnsi="Georgia"/>
          <w:b w:val="0"/>
          <w:i w:val="0"/>
          <w:color w:val="22201D"/>
          <w:sz w:val="20"/>
        </w:rPr>
        <w:t>The map folded itself sharply along an existing crease.</w:t>
      </w:r>
    </w:p>
    <w:p>
      <w:pPr>
        <w:spacing w:after="60" w:line="266" w:lineRule="auto"/>
        <w:ind w:firstLine="331"/>
        <w:jc w:val="both"/>
      </w:pPr>
      <w:r>
        <w:rPr>
          <w:rFonts w:ascii="Georgia" w:hAnsi="Georgia"/>
          <w:b w:val="0"/>
          <w:i w:val="0"/>
          <w:color w:val="22201D"/>
          <w:sz w:val="20"/>
        </w:rPr>
        <w:t>Flocc flinched.</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 van stopped at a light.</w:t>
      </w:r>
    </w:p>
    <w:p>
      <w:pPr>
        <w:spacing w:after="60" w:line="266" w:lineRule="auto"/>
        <w:ind w:firstLine="331"/>
        <w:jc w:val="both"/>
      </w:pPr>
      <w:r>
        <w:rPr>
          <w:rFonts w:ascii="Georgia" w:hAnsi="Georgia"/>
          <w:b w:val="0"/>
          <w:i w:val="0"/>
          <w:color w:val="22201D"/>
          <w:sz w:val="20"/>
        </w:rPr>
        <w:t>The light was red.</w:t>
      </w:r>
    </w:p>
    <w:p>
      <w:pPr>
        <w:spacing w:after="60" w:line="266" w:lineRule="auto"/>
        <w:ind w:firstLine="331"/>
        <w:jc w:val="both"/>
      </w:pPr>
      <w:r>
        <w:rPr>
          <w:rFonts w:ascii="Georgia" w:hAnsi="Georgia"/>
          <w:b w:val="0"/>
          <w:i w:val="0"/>
          <w:color w:val="22201D"/>
          <w:sz w:val="20"/>
        </w:rPr>
        <w:t>It remained red long enough for everyone to understand that it had an administrative personality.</w:t>
      </w:r>
    </w:p>
    <w:p>
      <w:pPr>
        <w:spacing w:after="60" w:line="266" w:lineRule="auto"/>
        <w:ind w:firstLine="331"/>
        <w:jc w:val="both"/>
      </w:pPr>
      <w:r>
        <w:rPr>
          <w:rFonts w:ascii="Georgia" w:hAnsi="Georgia"/>
          <w:b w:val="0"/>
          <w:i w:val="0"/>
          <w:color w:val="22201D"/>
          <w:sz w:val="20"/>
        </w:rPr>
        <w:t>Flocc held the map with both hands.</w:t>
      </w:r>
    </w:p>
    <w:p>
      <w:pPr>
        <w:spacing w:after="60" w:line="266" w:lineRule="auto"/>
        <w:ind w:firstLine="331"/>
        <w:jc w:val="both"/>
      </w:pPr>
      <w:r>
        <w:rPr>
          <w:rFonts w:ascii="Georgia" w:hAnsi="Georgia"/>
          <w:b w:val="0"/>
          <w:i w:val="0"/>
          <w:color w:val="22201D"/>
          <w:sz w:val="20"/>
        </w:rPr>
        <w:t>"Which way do we go?"</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Bob watched the light.</w:t>
      </w:r>
    </w:p>
    <w:p>
      <w:pPr>
        <w:spacing w:after="60" w:line="266" w:lineRule="auto"/>
        <w:ind w:firstLine="331"/>
        <w:jc w:val="both"/>
      </w:pPr>
      <w:r>
        <w:rPr>
          <w:rFonts w:ascii="Georgia" w:hAnsi="Georgia"/>
          <w:b w:val="0"/>
          <w:i w:val="0"/>
          <w:color w:val="22201D"/>
          <w:sz w:val="20"/>
        </w:rPr>
        <w:t>Steve watched the map.</w:t>
      </w:r>
    </w:p>
    <w:p>
      <w:pPr>
        <w:spacing w:after="60" w:line="266" w:lineRule="auto"/>
        <w:ind w:firstLine="331"/>
        <w:jc w:val="both"/>
      </w:pPr>
      <w:r>
        <w:rPr>
          <w:rFonts w:ascii="Georgia" w:hAnsi="Georgia"/>
          <w:b w:val="0"/>
          <w:i w:val="0"/>
          <w:color w:val="22201D"/>
          <w:sz w:val="20"/>
        </w:rPr>
        <w:t>Gerald watched the rearview mirror, the cargo reflection, and Flocc's thumbs, which were too close to a crease.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TRY AGAIN WITHOUT PRETENDING THE ANSWER BELONGS TO YOU.</w:t>
      </w:r>
    </w:p>
    <w:p>
      <w:pPr>
        <w:spacing w:after="60" w:line="266" w:lineRule="auto"/>
        <w:ind w:firstLine="331"/>
        <w:jc w:val="both"/>
      </w:pPr>
      <w:r>
        <w:rPr>
          <w:rFonts w:ascii="Georgia" w:hAnsi="Georgia"/>
          <w:b w:val="0"/>
          <w:i w:val="0"/>
          <w:color w:val="22201D"/>
          <w:sz w:val="20"/>
        </w:rPr>
        <w:t>Flocc looked at Bob.</w:t>
      </w:r>
    </w:p>
    <w:p>
      <w:pPr>
        <w:spacing w:after="60" w:line="266" w:lineRule="auto"/>
        <w:ind w:firstLine="331"/>
        <w:jc w:val="both"/>
      </w:pPr>
      <w:r>
        <w:rPr>
          <w:rFonts w:ascii="Georgia" w:hAnsi="Georgia"/>
          <w:b w:val="0"/>
          <w:i w:val="0"/>
          <w:color w:val="22201D"/>
          <w:sz w:val="20"/>
        </w:rPr>
        <w:t>Bob did not look back.</w:t>
      </w:r>
    </w:p>
    <w:p>
      <w:pPr>
        <w:spacing w:after="60" w:line="266" w:lineRule="auto"/>
        <w:ind w:firstLine="331"/>
        <w:jc w:val="both"/>
      </w:pPr>
      <w:r>
        <w:rPr>
          <w:rFonts w:ascii="Georgia" w:hAnsi="Georgia"/>
          <w:b w:val="0"/>
          <w:i w:val="0"/>
          <w:color w:val="22201D"/>
          <w:sz w:val="20"/>
        </w:rPr>
        <w:t>"Ask directions."</w:t>
      </w:r>
    </w:p>
    <w:p>
      <w:pPr>
        <w:spacing w:after="60" w:line="266" w:lineRule="auto"/>
        <w:ind w:firstLine="331"/>
        <w:jc w:val="both"/>
      </w:pPr>
      <w:r>
        <w:rPr>
          <w:rFonts w:ascii="Georgia" w:hAnsi="Georgia"/>
          <w:b w:val="0"/>
          <w:i w:val="0"/>
          <w:color w:val="22201D"/>
          <w:sz w:val="20"/>
        </w:rPr>
        <w:t>"I did."</w:t>
      </w:r>
    </w:p>
    <w:p>
      <w:pPr>
        <w:spacing w:after="60" w:line="266" w:lineRule="auto"/>
        <w:ind w:firstLine="331"/>
        <w:jc w:val="both"/>
      </w:pPr>
      <w:r>
        <w:rPr>
          <w:rFonts w:ascii="Georgia" w:hAnsi="Georgia"/>
          <w:b w:val="0"/>
          <w:i w:val="0"/>
          <w:color w:val="22201D"/>
          <w:sz w:val="20"/>
        </w:rPr>
        <w:t>"No. You requested possession of the next step."</w:t>
      </w:r>
    </w:p>
    <w:p>
      <w:pPr>
        <w:spacing w:after="60" w:line="266" w:lineRule="auto"/>
        <w:ind w:firstLine="331"/>
        <w:jc w:val="both"/>
      </w:pPr>
      <w:r>
        <w:rPr>
          <w:rFonts w:ascii="Georgia" w:hAnsi="Georgia"/>
          <w:b w:val="0"/>
          <w:i w:val="0"/>
          <w:color w:val="22201D"/>
          <w:sz w:val="20"/>
        </w:rPr>
        <w:t>"That sounds like asking directions."</w:t>
      </w:r>
    </w:p>
    <w:p>
      <w:pPr>
        <w:spacing w:after="60" w:line="266" w:lineRule="auto"/>
        <w:ind w:firstLine="331"/>
        <w:jc w:val="both"/>
      </w:pPr>
      <w:r>
        <w:rPr>
          <w:rFonts w:ascii="Georgia" w:hAnsi="Georgia"/>
          <w:b w:val="0"/>
          <w:i w:val="0"/>
          <w:color w:val="22201D"/>
          <w:sz w:val="20"/>
        </w:rPr>
        <w:t>"It sounds like taking with grammar."</w:t>
      </w:r>
    </w:p>
    <w:p>
      <w:pPr>
        <w:spacing w:after="60" w:line="266" w:lineRule="auto"/>
        <w:ind w:firstLine="331"/>
        <w:jc w:val="both"/>
      </w:pPr>
      <w:r>
        <w:rPr>
          <w:rFonts w:ascii="Georgia" w:hAnsi="Georgia"/>
          <w:b w:val="0"/>
          <w:i w:val="0"/>
          <w:color w:val="22201D"/>
          <w:sz w:val="20"/>
        </w:rPr>
        <w:t>The red light remained red in approval.</w:t>
      </w:r>
    </w:p>
    <w:p>
      <w:pPr>
        <w:spacing w:after="60" w:line="266" w:lineRule="auto"/>
        <w:ind w:firstLine="331"/>
        <w:jc w:val="both"/>
      </w:pPr>
      <w:r>
        <w:rPr>
          <w:rFonts w:ascii="Georgia" w:hAnsi="Georgia"/>
          <w:b w:val="0"/>
          <w:i w:val="0"/>
          <w:color w:val="22201D"/>
          <w:sz w:val="20"/>
        </w:rPr>
        <w:t>Flocc felt irritation rise, which was useful because irritation often arrived before honesty and was easier to identify in traffic.</w:t>
      </w:r>
    </w:p>
    <w:p>
      <w:pPr>
        <w:spacing w:after="60" w:line="266" w:lineRule="auto"/>
        <w:ind w:firstLine="331"/>
        <w:jc w:val="both"/>
      </w:pPr>
      <w:r>
        <w:rPr>
          <w:rFonts w:ascii="Georgia" w:hAnsi="Georgia"/>
          <w:b w:val="0"/>
          <w:i w:val="0"/>
          <w:color w:val="22201D"/>
          <w:sz w:val="20"/>
        </w:rPr>
        <w:t>He looked at the map.</w:t>
      </w:r>
    </w:p>
    <w:p>
      <w:pPr>
        <w:spacing w:after="60" w:line="266" w:lineRule="auto"/>
        <w:ind w:firstLine="331"/>
        <w:jc w:val="both"/>
      </w:pPr>
      <w:r>
        <w:rPr>
          <w:rFonts w:ascii="Georgia" w:hAnsi="Georgia"/>
          <w:b w:val="0"/>
          <w:i w:val="0"/>
          <w:color w:val="22201D"/>
          <w:sz w:val="20"/>
        </w:rPr>
        <w:t>"Please tell us the next direction."</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BETTER.</w:t>
      </w:r>
    </w:p>
    <w:p>
      <w:pPr>
        <w:spacing w:after="60" w:line="266" w:lineRule="auto"/>
        <w:ind w:firstLine="331"/>
        <w:jc w:val="both"/>
      </w:pPr>
      <w:r>
        <w:rPr>
          <w:rFonts w:ascii="Georgia" w:hAnsi="Georgia"/>
          <w:b w:val="0"/>
          <w:i w:val="0"/>
          <w:color w:val="22201D"/>
          <w:sz w:val="20"/>
        </w:rPr>
        <w:t>The orange line steadied.</w:t>
      </w:r>
    </w:p>
    <w:p>
      <w:pPr>
        <w:spacing w:after="60" w:line="266" w:lineRule="auto"/>
        <w:ind w:firstLine="331"/>
        <w:jc w:val="both"/>
      </w:pPr>
      <w:r>
        <w:rPr>
          <w:rFonts w:ascii="Georgia" w:hAnsi="Georgia"/>
          <w:b w:val="0"/>
          <w:i w:val="0"/>
          <w:color w:val="22201D"/>
          <w:sz w:val="20"/>
        </w:rPr>
        <w:t>Then it printed:</w:t>
      </w:r>
    </w:p>
    <w:p>
      <w:pPr>
        <w:spacing w:after="60" w:line="250" w:lineRule="auto"/>
        <w:ind w:left="202" w:right="173"/>
      </w:pPr>
      <w:r>
        <w:rPr>
          <w:rFonts w:ascii="Georgia" w:hAnsi="Georgia"/>
          <w:b w:val="0"/>
          <w:i w:val="0"/>
          <w:color w:val="22201D"/>
          <w:sz w:val="17"/>
        </w:rPr>
        <w:t>CONTINUE UNTIL CANBY BECOMES A POSSIBILITY. DO NOT TURN TOWARD CERTAINTY.</w:t>
      </w:r>
    </w:p>
    <w:p>
      <w:pPr>
        <w:spacing w:after="60" w:line="266" w:lineRule="auto"/>
        <w:ind w:firstLine="331"/>
        <w:jc w:val="both"/>
      </w:pPr>
      <w:r>
        <w:rPr>
          <w:rFonts w:ascii="Georgia" w:hAnsi="Georgia"/>
          <w:b w:val="0"/>
          <w:i w:val="0"/>
          <w:color w:val="22201D"/>
          <w:sz w:val="20"/>
        </w:rPr>
        <w:t>Steve's pencil stopped.</w:t>
      </w:r>
    </w:p>
    <w:p>
      <w:pPr>
        <w:spacing w:after="60" w:line="266" w:lineRule="auto"/>
        <w:ind w:firstLine="331"/>
        <w:jc w:val="both"/>
      </w:pPr>
      <w:r>
        <w:rPr>
          <w:rFonts w:ascii="Georgia" w:hAnsi="Georgia"/>
          <w:b w:val="0"/>
          <w:i w:val="0"/>
          <w:color w:val="22201D"/>
          <w:sz w:val="20"/>
        </w:rPr>
        <w:t>"Canby?"</w:t>
      </w:r>
    </w:p>
    <w:p>
      <w:pPr>
        <w:spacing w:after="60" w:line="266" w:lineRule="auto"/>
        <w:ind w:firstLine="331"/>
        <w:jc w:val="both"/>
      </w:pPr>
      <w:r>
        <w:rPr>
          <w:rFonts w:ascii="Georgia" w:hAnsi="Georgia"/>
          <w:b w:val="0"/>
          <w:i w:val="0"/>
          <w:color w:val="22201D"/>
          <w:sz w:val="20"/>
        </w:rPr>
        <w:t>Bob said, "First turn."</w:t>
      </w:r>
    </w:p>
    <w:p>
      <w:pPr>
        <w:spacing w:after="60" w:line="266" w:lineRule="auto"/>
        <w:ind w:firstLine="331"/>
        <w:jc w:val="both"/>
      </w:pPr>
      <w:r>
        <w:rPr>
          <w:rFonts w:ascii="Georgia" w:hAnsi="Georgia"/>
          <w:b w:val="0"/>
          <w:i w:val="0"/>
          <w:color w:val="22201D"/>
          <w:sz w:val="20"/>
        </w:rPr>
        <w:t>"We are not in Canby."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"Canby is not a turn."</w:t>
      </w:r>
    </w:p>
    <w:p>
      <w:pPr>
        <w:spacing w:after="60" w:line="266" w:lineRule="auto"/>
        <w:ind w:firstLine="331"/>
        <w:jc w:val="both"/>
      </w:pPr>
      <w:r>
        <w:rPr>
          <w:rFonts w:ascii="Georgia" w:hAnsi="Georgia"/>
          <w:b w:val="0"/>
          <w:i w:val="0"/>
          <w:color w:val="22201D"/>
          <w:sz w:val="20"/>
        </w:rPr>
        <w:t>"It is today."</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ROUTE USE OF TODAY. NOT CALENDAR USE. DO NOT PANIC.</w:t>
      </w:r>
    </w:p>
    <w:p>
      <w:pPr>
        <w:spacing w:after="60" w:line="266" w:lineRule="auto"/>
        <w:ind w:firstLine="331"/>
        <w:jc w:val="both"/>
      </w:pPr>
      <w:r>
        <w:rPr>
          <w:rFonts w:ascii="Georgia" w:hAnsi="Georgia"/>
          <w:b w:val="0"/>
          <w:i w:val="0"/>
          <w:color w:val="22201D"/>
          <w:sz w:val="20"/>
        </w:rPr>
        <w:t>Flocc said, "I was not panicking."</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YOU WERE ORGANIZING FEAR INTO OBJECTIONS.</w:t>
      </w:r>
    </w:p>
    <w:p>
      <w:pPr>
        <w:spacing w:after="60" w:line="266" w:lineRule="auto"/>
        <w:ind w:firstLine="331"/>
        <w:jc w:val="both"/>
      </w:pPr>
      <w:r>
        <w:rPr>
          <w:rFonts w:ascii="Georgia" w:hAnsi="Georgia"/>
          <w:b w:val="0"/>
          <w:i w:val="0"/>
          <w:color w:val="22201D"/>
          <w:sz w:val="20"/>
        </w:rPr>
        <w:t>Nico, who had somehow ended up on the folded jump seat behind Steve despite no one inviting him into the van, whispered, "This map is meaner than the invoice."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THE INVOICE IS ACCOUNTING. I AM CARTOGRAPHY. WE SPECIALIZE DIFFERENTLY.</w:t>
      </w:r>
    </w:p>
    <w:p>
      <w:pPr>
        <w:spacing w:after="60" w:line="266" w:lineRule="auto"/>
        <w:ind w:firstLine="331"/>
        <w:jc w:val="both"/>
      </w:pPr>
      <w:r>
        <w:rPr>
          <w:rFonts w:ascii="Georgia" w:hAnsi="Georgia"/>
          <w:b w:val="0"/>
          <w:i w:val="0"/>
          <w:color w:val="22201D"/>
          <w:sz w:val="20"/>
        </w:rPr>
        <w:t>Bob drove when the light changed.</w:t>
      </w:r>
    </w:p>
    <w:p>
      <w:pPr>
        <w:spacing w:after="60" w:line="266" w:lineRule="auto"/>
        <w:ind w:firstLine="331"/>
        <w:jc w:val="both"/>
      </w:pPr>
      <w:r>
        <w:rPr>
          <w:rFonts w:ascii="Georgia" w:hAnsi="Georgia"/>
          <w:b w:val="0"/>
          <w:i w:val="0"/>
          <w:color w:val="22201D"/>
          <w:sz w:val="20"/>
        </w:rPr>
        <w:t>No one had asked where Nico came from because Book 6 had already made clear that the route would accept cargo before accepting explanations.</w:t>
      </w:r>
    </w:p>
    <w:p>
      <w:pPr>
        <w:spacing w:after="60" w:line="266" w:lineRule="auto"/>
        <w:ind w:firstLine="331"/>
        <w:jc w:val="both"/>
      </w:pPr>
      <w:r>
        <w:rPr>
          <w:rFonts w:ascii="Georgia" w:hAnsi="Georgia"/>
          <w:b w:val="0"/>
          <w:i w:val="0"/>
          <w:color w:val="22201D"/>
          <w:sz w:val="20"/>
        </w:rPr>
        <w:t>Gerald looked at him anyway.</w:t>
      </w:r>
    </w:p>
    <w:p>
      <w:pPr>
        <w:spacing w:after="60" w:line="266" w:lineRule="auto"/>
        <w:ind w:firstLine="331"/>
        <w:jc w:val="both"/>
      </w:pPr>
      <w:r>
        <w:rPr>
          <w:rFonts w:ascii="Georgia" w:hAnsi="Georgia"/>
          <w:b w:val="0"/>
          <w:i w:val="0"/>
          <w:color w:val="22201D"/>
          <w:sz w:val="20"/>
        </w:rPr>
        <w:t>"Seat belt."</w:t>
      </w:r>
    </w:p>
    <w:p>
      <w:pPr>
        <w:spacing w:after="60" w:line="266" w:lineRule="auto"/>
        <w:ind w:firstLine="331"/>
        <w:jc w:val="both"/>
      </w:pPr>
      <w:r>
        <w:rPr>
          <w:rFonts w:ascii="Georgia" w:hAnsi="Georgia"/>
          <w:b w:val="0"/>
          <w:i w:val="0"/>
          <w:color w:val="22201D"/>
          <w:sz w:val="20"/>
        </w:rPr>
        <w:t>Nico clicked it.</w:t>
      </w:r>
    </w:p>
    <w:p>
      <w:pPr>
        <w:spacing w:after="60" w:line="266" w:lineRule="auto"/>
        <w:ind w:firstLine="331"/>
        <w:jc w:val="both"/>
      </w:pPr>
      <w:r>
        <w:rPr>
          <w:rFonts w:ascii="Georgia" w:hAnsi="Georgia"/>
          <w:b w:val="0"/>
          <w:i w:val="0"/>
          <w:color w:val="22201D"/>
          <w:sz w:val="20"/>
        </w:rPr>
        <w:t>"I was wearing one spiritually."</w:t>
      </w:r>
    </w:p>
    <w:p>
      <w:pPr>
        <w:spacing w:after="60" w:line="266" w:lineRule="auto"/>
        <w:ind w:firstLine="331"/>
        <w:jc w:val="both"/>
      </w:pPr>
      <w:r>
        <w:rPr>
          <w:rFonts w:ascii="Georgia" w:hAnsi="Georgia"/>
          <w:b w:val="0"/>
          <w:i w:val="0"/>
          <w:color w:val="22201D"/>
          <w:sz w:val="20"/>
        </w:rPr>
        <w:t>"Legally useless."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SPIRITUALLY USELESS TOO.</w:t>
      </w:r>
    </w:p>
    <w:p>
      <w:pPr>
        <w:spacing w:after="60" w:line="266" w:lineRule="auto"/>
        <w:ind w:firstLine="331"/>
        <w:jc w:val="both"/>
      </w:pPr>
      <w:r>
        <w:rPr>
          <w:rFonts w:ascii="Georgia" w:hAnsi="Georgia"/>
          <w:b w:val="0"/>
          <w:i w:val="0"/>
          <w:color w:val="22201D"/>
          <w:sz w:val="20"/>
        </w:rPr>
        <w:t>Nico sat back.</w:t>
      </w:r>
    </w:p>
    <w:p>
      <w:pPr>
        <w:spacing w:after="60" w:line="266" w:lineRule="auto"/>
        <w:ind w:firstLine="331"/>
        <w:jc w:val="both"/>
      </w:pPr>
      <w:r>
        <w:rPr>
          <w:rFonts w:ascii="Georgia" w:hAnsi="Georgia"/>
          <w:b w:val="0"/>
          <w:i w:val="0"/>
          <w:color w:val="22201D"/>
          <w:sz w:val="20"/>
        </w:rPr>
        <w:t>"I miss the bench."</w:t>
      </w:r>
    </w:p>
    <w:p>
      <w:pPr>
        <w:spacing w:after="60" w:line="266" w:lineRule="auto"/>
        <w:ind w:firstLine="331"/>
        <w:jc w:val="both"/>
      </w:pPr>
      <w:r>
        <w:rPr>
          <w:rFonts w:ascii="Georgia" w:hAnsi="Georgia"/>
          <w:b w:val="0"/>
          <w:i w:val="0"/>
          <w:color w:val="22201D"/>
          <w:sz w:val="20"/>
        </w:rPr>
        <w:t>No one comforted him.</w:t>
      </w:r>
    </w:p>
    <w:p>
      <w:pPr>
        <w:spacing w:after="60" w:line="266" w:lineRule="auto"/>
        <w:ind w:firstLine="331"/>
        <w:jc w:val="both"/>
      </w:pPr>
      <w:r>
        <w:rPr>
          <w:rFonts w:ascii="Georgia" w:hAnsi="Georgia"/>
          <w:b w:val="0"/>
          <w:i w:val="0"/>
          <w:color w:val="22201D"/>
          <w:sz w:val="20"/>
        </w:rPr>
        <w:t>The road curved under wet trees and practical wires. The city did not transform. It thinned by errands. Storefronts gave way to storage doors, storage doors to fenced lots, fenced lots to houses with porch lights still on in daylight because someone had left too early or returned too late.</w:t>
      </w:r>
    </w:p>
    <w:p>
      <w:pPr>
        <w:spacing w:after="60" w:line="266" w:lineRule="auto"/>
        <w:ind w:firstLine="331"/>
        <w:jc w:val="both"/>
      </w:pPr>
      <w:r>
        <w:rPr>
          <w:rFonts w:ascii="Georgia" w:hAnsi="Georgia"/>
          <w:b w:val="0"/>
          <w:i w:val="0"/>
          <w:color w:val="22201D"/>
          <w:sz w:val="20"/>
        </w:rPr>
        <w:t>Flocc kept both hands on the map.</w:t>
      </w:r>
    </w:p>
    <w:p>
      <w:pPr>
        <w:spacing w:after="60" w:line="266" w:lineRule="auto"/>
        <w:ind w:firstLine="331"/>
        <w:jc w:val="both"/>
      </w:pPr>
      <w:r>
        <w:rPr>
          <w:rFonts w:ascii="Georgia" w:hAnsi="Georgia"/>
          <w:b w:val="0"/>
          <w:i w:val="0"/>
          <w:color w:val="22201D"/>
          <w:sz w:val="20"/>
        </w:rPr>
        <w:t>He wanted it to be a metaphor.</w:t>
      </w:r>
    </w:p>
    <w:p>
      <w:pPr>
        <w:spacing w:after="60" w:line="266" w:lineRule="auto"/>
        <w:ind w:firstLine="331"/>
        <w:jc w:val="both"/>
      </w:pPr>
      <w:r>
        <w:rPr>
          <w:rFonts w:ascii="Georgia" w:hAnsi="Georgia"/>
          <w:b w:val="0"/>
          <w:i w:val="0"/>
          <w:color w:val="22201D"/>
          <w:sz w:val="20"/>
        </w:rPr>
        <w:t>It refused by being useful.</w:t>
      </w:r>
    </w:p>
    <w:p>
      <w:pPr>
        <w:spacing w:after="60" w:line="266" w:lineRule="auto"/>
        <w:ind w:firstLine="331"/>
        <w:jc w:val="both"/>
      </w:pPr>
      <w:r>
        <w:rPr>
          <w:rFonts w:ascii="Georgia" w:hAnsi="Georgia"/>
          <w:b w:val="0"/>
          <w:i w:val="0"/>
          <w:color w:val="22201D"/>
          <w:sz w:val="20"/>
        </w:rPr>
        <w:t>Every few blocks it gave a small correction:</w:t>
      </w:r>
    </w:p>
    <w:p>
      <w:pPr>
        <w:spacing w:after="60" w:line="250" w:lineRule="auto"/>
        <w:ind w:left="202" w:right="173"/>
      </w:pPr>
      <w:r>
        <w:rPr>
          <w:rFonts w:ascii="Georgia" w:hAnsi="Georgia"/>
          <w:b w:val="0"/>
          <w:i w:val="0"/>
          <w:color w:val="22201D"/>
          <w:sz w:val="17"/>
        </w:rPr>
        <w:t>LEFT AFTER THE TRUCK WITH THE GREEN TARP.</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IGNORE THE STREET NAME. IT IS HAVING A BAD DECADE.</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SLOW BEFORE THE PUDDLE. THE PUDDLE IS NOT AS SHALLOW AS IT LOOKS AND IS PROUD OF THIS.</w:t>
      </w:r>
    </w:p>
    <w:p>
      <w:pPr>
        <w:spacing w:after="60" w:line="266" w:lineRule="auto"/>
        <w:ind w:firstLine="331"/>
        <w:jc w:val="both"/>
      </w:pPr>
      <w:r>
        <w:rPr>
          <w:rFonts w:ascii="Georgia" w:hAnsi="Georgia"/>
          <w:b w:val="0"/>
          <w:i w:val="0"/>
          <w:color w:val="22201D"/>
          <w:sz w:val="20"/>
        </w:rPr>
        <w:t>Gerald approved each instruction as if the map had passed a safety course.</w:t>
      </w:r>
    </w:p>
    <w:p>
      <w:pPr>
        <w:spacing w:after="60" w:line="266" w:lineRule="auto"/>
        <w:ind w:firstLine="331"/>
        <w:jc w:val="both"/>
      </w:pPr>
      <w:r>
        <w:rPr>
          <w:rFonts w:ascii="Georgia" w:hAnsi="Georgia"/>
          <w:b w:val="0"/>
          <w:i w:val="0"/>
          <w:color w:val="22201D"/>
          <w:sz w:val="20"/>
        </w:rPr>
        <w:t>Bob followed none of them quickly.</w:t>
      </w:r>
    </w:p>
    <w:p>
      <w:pPr>
        <w:spacing w:after="60" w:line="266" w:lineRule="auto"/>
        <w:ind w:firstLine="331"/>
        <w:jc w:val="both"/>
      </w:pPr>
      <w:r>
        <w:rPr>
          <w:rFonts w:ascii="Georgia" w:hAnsi="Georgia"/>
          <w:b w:val="0"/>
          <w:i w:val="0"/>
          <w:color w:val="22201D"/>
          <w:sz w:val="20"/>
        </w:rPr>
        <w:t>This was not defiance. It was the pace at which he allowed paper to be correct without letting it drive.</w:t>
      </w:r>
    </w:p>
    <w:p>
      <w:pPr>
        <w:spacing w:after="60" w:line="266" w:lineRule="auto"/>
        <w:ind w:firstLine="331"/>
        <w:jc w:val="both"/>
      </w:pPr>
      <w:r>
        <w:rPr>
          <w:rFonts w:ascii="Georgia" w:hAnsi="Georgia"/>
          <w:b w:val="0"/>
          <w:i w:val="0"/>
          <w:color w:val="22201D"/>
          <w:sz w:val="20"/>
        </w:rPr>
        <w:t>Flocc said, "Why does it answer you when I ask?"</w:t>
      </w:r>
    </w:p>
    <w:p>
      <w:pPr>
        <w:spacing w:after="60" w:line="266" w:lineRule="auto"/>
        <w:ind w:firstLine="331"/>
        <w:jc w:val="both"/>
      </w:pPr>
      <w:r>
        <w:rPr>
          <w:rFonts w:ascii="Georgia" w:hAnsi="Georgia"/>
          <w:b w:val="0"/>
          <w:i w:val="0"/>
          <w:color w:val="22201D"/>
          <w:sz w:val="20"/>
        </w:rPr>
        <w:t>Bob said, "It doesn't."</w:t>
      </w:r>
    </w:p>
    <w:p>
      <w:pPr>
        <w:spacing w:after="60" w:line="266" w:lineRule="auto"/>
        <w:ind w:firstLine="331"/>
        <w:jc w:val="both"/>
      </w:pPr>
      <w:r>
        <w:rPr>
          <w:rFonts w:ascii="Georgia" w:hAnsi="Georgia"/>
          <w:b w:val="0"/>
          <w:i w:val="0"/>
          <w:color w:val="22201D"/>
          <w:sz w:val="20"/>
        </w:rPr>
        <w:t>"It just did."</w:t>
      </w:r>
    </w:p>
    <w:p>
      <w:pPr>
        <w:spacing w:after="60" w:line="266" w:lineRule="auto"/>
        <w:ind w:firstLine="331"/>
        <w:jc w:val="both"/>
      </w:pPr>
      <w:r>
        <w:rPr>
          <w:rFonts w:ascii="Georgia" w:hAnsi="Georgia"/>
          <w:b w:val="0"/>
          <w:i w:val="0"/>
          <w:color w:val="22201D"/>
          <w:sz w:val="20"/>
        </w:rPr>
        <w:t>"It answered the route."</w:t>
      </w:r>
    </w:p>
    <w:p>
      <w:pPr>
        <w:spacing w:after="60" w:line="266" w:lineRule="auto"/>
        <w:ind w:firstLine="331"/>
        <w:jc w:val="both"/>
      </w:pPr>
      <w:r>
        <w:rPr>
          <w:rFonts w:ascii="Georgia" w:hAnsi="Georgia"/>
          <w:b w:val="0"/>
          <w:i w:val="0"/>
          <w:color w:val="22201D"/>
          <w:sz w:val="20"/>
        </w:rPr>
        <w:t>"Then why do I have to ask?"</w:t>
      </w:r>
    </w:p>
    <w:p>
      <w:pPr>
        <w:spacing w:after="60" w:line="266" w:lineRule="auto"/>
        <w:ind w:firstLine="331"/>
        <w:jc w:val="both"/>
      </w:pPr>
      <w:r>
        <w:rPr>
          <w:rFonts w:ascii="Georgia" w:hAnsi="Georgia"/>
          <w:b w:val="0"/>
          <w:i w:val="0"/>
          <w:color w:val="22201D"/>
          <w:sz w:val="20"/>
        </w:rPr>
        <w:t>"Because the route is carrying you too."</w:t>
      </w:r>
    </w:p>
    <w:p>
      <w:pPr>
        <w:spacing w:after="60" w:line="266" w:lineRule="auto"/>
        <w:ind w:firstLine="331"/>
        <w:jc w:val="both"/>
      </w:pPr>
      <w:r>
        <w:rPr>
          <w:rFonts w:ascii="Georgia" w:hAnsi="Georgia"/>
          <w:b w:val="0"/>
          <w:i w:val="0"/>
          <w:color w:val="22201D"/>
          <w:sz w:val="20"/>
        </w:rPr>
        <w:t>The sentence wanted to become beautiful.</w:t>
      </w:r>
    </w:p>
    <w:p>
      <w:pPr>
        <w:spacing w:after="60" w:line="266" w:lineRule="auto"/>
        <w:ind w:firstLine="331"/>
        <w:jc w:val="both"/>
      </w:pPr>
      <w:r>
        <w:rPr>
          <w:rFonts w:ascii="Georgia" w:hAnsi="Georgia"/>
          <w:b w:val="0"/>
          <w:i w:val="0"/>
          <w:color w:val="22201D"/>
          <w:sz w:val="20"/>
        </w:rPr>
        <w:t>Bob prevented it by braking for a trash truck.</w:t>
      </w:r>
    </w:p>
    <w:p>
      <w:pPr>
        <w:spacing w:after="60" w:line="266" w:lineRule="auto"/>
        <w:ind w:firstLine="331"/>
        <w:jc w:val="both"/>
      </w:pPr>
      <w:r>
        <w:rPr>
          <w:rFonts w:ascii="Georgia" w:hAnsi="Georgia"/>
          <w:b w:val="0"/>
          <w:i w:val="0"/>
          <w:color w:val="22201D"/>
          <w:sz w:val="20"/>
        </w:rPr>
        <w:t>The box in the back shifted less than it could have.</w:t>
      </w:r>
    </w:p>
    <w:p>
      <w:pPr>
        <w:spacing w:after="60" w:line="266" w:lineRule="auto"/>
        <w:ind w:firstLine="331"/>
        <w:jc w:val="both"/>
      </w:pPr>
      <w:r>
        <w:rPr>
          <w:rFonts w:ascii="Georgia" w:hAnsi="Georgia"/>
          <w:b w:val="0"/>
          <w:i w:val="0"/>
          <w:color w:val="22201D"/>
          <w:sz w:val="20"/>
        </w:rPr>
        <w:t>Gerald listened.</w:t>
      </w:r>
    </w:p>
    <w:p>
      <w:pPr>
        <w:spacing w:after="60" w:line="266" w:lineRule="auto"/>
        <w:ind w:firstLine="331"/>
        <w:jc w:val="both"/>
      </w:pPr>
      <w:r>
        <w:rPr>
          <w:rFonts w:ascii="Georgia" w:hAnsi="Georgia"/>
          <w:b w:val="0"/>
          <w:i w:val="0"/>
          <w:color w:val="22201D"/>
          <w:sz w:val="20"/>
        </w:rPr>
        <w:t>"Strap held."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Strap held. Map operational. Passenger still interpreting.</w:t>
      </w:r>
    </w:p>
    <w:p>
      <w:pPr>
        <w:spacing w:after="60" w:line="266" w:lineRule="auto"/>
        <w:ind w:firstLine="331"/>
        <w:jc w:val="both"/>
      </w:pPr>
      <w:r>
        <w:rPr>
          <w:rFonts w:ascii="Georgia" w:hAnsi="Georgia"/>
          <w:b w:val="0"/>
          <w:i w:val="0"/>
          <w:color w:val="22201D"/>
          <w:sz w:val="20"/>
        </w:rPr>
        <w:t>Flocc looked at the entry.</w:t>
      </w:r>
    </w:p>
    <w:p>
      <w:pPr>
        <w:spacing w:after="60" w:line="266" w:lineRule="auto"/>
        <w:ind w:firstLine="331"/>
        <w:jc w:val="both"/>
      </w:pPr>
      <w:r>
        <w:rPr>
          <w:rFonts w:ascii="Georgia" w:hAnsi="Georgia"/>
          <w:b w:val="0"/>
          <w:i w:val="0"/>
          <w:color w:val="22201D"/>
          <w:sz w:val="20"/>
        </w:rPr>
        <w:t>"Is that necessary?"</w:t>
      </w:r>
    </w:p>
    <w:p>
      <w:pPr>
        <w:spacing w:after="60" w:line="266" w:lineRule="auto"/>
        <w:ind w:firstLine="331"/>
        <w:jc w:val="both"/>
      </w:pPr>
      <w:r>
        <w:rPr>
          <w:rFonts w:ascii="Georgia" w:hAnsi="Georgia"/>
          <w:b w:val="0"/>
          <w:i w:val="0"/>
          <w:color w:val="22201D"/>
          <w:sz w:val="20"/>
        </w:rPr>
        <w:t>"For the record."</w:t>
      </w:r>
    </w:p>
    <w:p>
      <w:pPr>
        <w:spacing w:after="60" w:line="266" w:lineRule="auto"/>
        <w:ind w:firstLine="331"/>
        <w:jc w:val="both"/>
      </w:pPr>
      <w:r>
        <w:rPr>
          <w:rFonts w:ascii="Georgia" w:hAnsi="Georgia"/>
          <w:b w:val="0"/>
          <w:i w:val="0"/>
          <w:color w:val="22201D"/>
          <w:sz w:val="20"/>
        </w:rPr>
        <w:t>"The record does not need that much personality."</w:t>
      </w:r>
    </w:p>
    <w:p>
      <w:pPr>
        <w:spacing w:after="60" w:line="266" w:lineRule="auto"/>
        <w:ind w:firstLine="331"/>
        <w:jc w:val="both"/>
      </w:pPr>
      <w:r>
        <w:rPr>
          <w:rFonts w:ascii="Georgia" w:hAnsi="Georgia"/>
          <w:b w:val="0"/>
          <w:i w:val="0"/>
          <w:color w:val="22201D"/>
          <w:sz w:val="20"/>
        </w:rPr>
        <w:t>The record book produced no comment, which was somehow more judgmental.</w:t>
      </w:r>
    </w:p>
    <w:p>
      <w:pPr>
        <w:spacing w:after="60" w:line="266" w:lineRule="auto"/>
        <w:ind w:firstLine="331"/>
        <w:jc w:val="both"/>
      </w:pPr>
      <w:r>
        <w:rPr>
          <w:rFonts w:ascii="Georgia" w:hAnsi="Georgia"/>
          <w:b w:val="0"/>
          <w:i w:val="0"/>
          <w:color w:val="22201D"/>
          <w:sz w:val="20"/>
        </w:rPr>
        <w:t>The map rustled.</w:t>
      </w:r>
    </w:p>
    <w:p>
      <w:pPr>
        <w:spacing w:after="60" w:line="250" w:lineRule="auto"/>
        <w:ind w:left="202" w:right="173"/>
      </w:pPr>
      <w:r>
        <w:rPr>
          <w:rFonts w:ascii="Georgia" w:hAnsi="Georgia"/>
          <w:b w:val="0"/>
          <w:i w:val="0"/>
          <w:color w:val="22201D"/>
          <w:sz w:val="17"/>
        </w:rPr>
        <w:t>FIRST MAP NOTE REQUIRED.</w:t>
      </w:r>
    </w:p>
    <w:p>
      <w:pPr>
        <w:spacing w:after="60" w:line="266" w:lineRule="auto"/>
        <w:ind w:firstLine="331"/>
        <w:jc w:val="both"/>
      </w:pPr>
      <w:r>
        <w:rPr>
          <w:rFonts w:ascii="Georgia" w:hAnsi="Georgia"/>
          <w:b w:val="0"/>
          <w:i w:val="0"/>
          <w:color w:val="22201D"/>
          <w:sz w:val="20"/>
        </w:rPr>
        <w:t>Steve sat up.</w:t>
      </w:r>
    </w:p>
    <w:p>
      <w:pPr>
        <w:spacing w:after="60" w:line="266" w:lineRule="auto"/>
        <w:ind w:firstLine="331"/>
        <w:jc w:val="both"/>
      </w:pPr>
      <w:r>
        <w:rPr>
          <w:rFonts w:ascii="Georgia" w:hAnsi="Georgia"/>
          <w:b w:val="0"/>
          <w:i w:val="0"/>
          <w:color w:val="22201D"/>
          <w:sz w:val="20"/>
        </w:rPr>
        <w:t>"A formal artifact?"</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Bob said, "Not yet."</w:t>
      </w:r>
    </w:p>
    <w:p>
      <w:pPr>
        <w:spacing w:after="60" w:line="250" w:lineRule="auto"/>
        <w:ind w:left="202" w:right="173"/>
      </w:pPr>
      <w:r>
        <w:rPr>
          <w:rFonts w:ascii="Georgia" w:hAnsi="Georgia"/>
          <w:b w:val="0"/>
          <w:i w:val="0"/>
          <w:color w:val="22201D"/>
          <w:sz w:val="17"/>
        </w:rPr>
        <w:t>SOON.</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Flocc felt the route change again, but this time the map did not blur. The orange line held steady while the streets around it behaved like they were uncertain whether they had already been traveled.</w:t>
      </w:r>
    </w:p>
    <w:p>
      <w:pPr>
        <w:spacing w:after="60" w:line="266" w:lineRule="auto"/>
        <w:ind w:firstLine="331"/>
        <w:jc w:val="both"/>
      </w:pPr>
      <w:r>
        <w:rPr>
          <w:rFonts w:ascii="Georgia" w:hAnsi="Georgia"/>
          <w:b w:val="0"/>
          <w:i w:val="0"/>
          <w:color w:val="22201D"/>
          <w:sz w:val="20"/>
        </w:rPr>
        <w:t>They passed the same blue mailbox twice.</w:t>
      </w:r>
    </w:p>
    <w:p>
      <w:pPr>
        <w:spacing w:after="60" w:line="266" w:lineRule="auto"/>
        <w:ind w:firstLine="331"/>
        <w:jc w:val="both"/>
      </w:pPr>
      <w:r>
        <w:rPr>
          <w:rFonts w:ascii="Georgia" w:hAnsi="Georgia"/>
          <w:b w:val="0"/>
          <w:i w:val="0"/>
          <w:color w:val="22201D"/>
          <w:sz w:val="20"/>
        </w:rPr>
        <w:t>The second time, a sticker on it read:</w:t>
      </w:r>
    </w:p>
    <w:p>
      <w:pPr>
        <w:spacing w:after="60" w:line="250" w:lineRule="auto"/>
        <w:ind w:left="202" w:right="173"/>
      </w:pPr>
      <w:r>
        <w:rPr>
          <w:rFonts w:ascii="Georgia" w:hAnsi="Georgia"/>
          <w:b w:val="0"/>
          <w:i w:val="0"/>
          <w:color w:val="22201D"/>
          <w:sz w:val="17"/>
        </w:rPr>
        <w:t>DO NOT NOTICE ME AS A SIGN.</w:t>
      </w:r>
    </w:p>
    <w:p>
      <w:pPr>
        <w:spacing w:after="60" w:line="266" w:lineRule="auto"/>
        <w:ind w:firstLine="331"/>
        <w:jc w:val="both"/>
      </w:pPr>
      <w:r>
        <w:rPr>
          <w:rFonts w:ascii="Georgia" w:hAnsi="Georgia"/>
          <w:b w:val="0"/>
          <w:i w:val="0"/>
          <w:color w:val="22201D"/>
          <w:sz w:val="20"/>
        </w:rPr>
        <w:t>Nico pointed at it.</w:t>
      </w:r>
    </w:p>
    <w:p>
      <w:pPr>
        <w:spacing w:after="60" w:line="266" w:lineRule="auto"/>
        <w:ind w:firstLine="331"/>
        <w:jc w:val="both"/>
      </w:pPr>
      <w:r>
        <w:rPr>
          <w:rFonts w:ascii="Georgia" w:hAnsi="Georgia"/>
          <w:b w:val="0"/>
          <w:i w:val="0"/>
          <w:color w:val="22201D"/>
          <w:sz w:val="20"/>
        </w:rPr>
        <w:t>"Should we notice that as a sign?"</w:t>
      </w:r>
    </w:p>
    <w:p>
      <w:pPr>
        <w:spacing w:after="60" w:line="266" w:lineRule="auto"/>
        <w:ind w:firstLine="331"/>
        <w:jc w:val="both"/>
      </w:pPr>
      <w:r>
        <w:rPr>
          <w:rFonts w:ascii="Georgia" w:hAnsi="Georgia"/>
          <w:b w:val="0"/>
          <w:i w:val="0"/>
          <w:color w:val="22201D"/>
          <w:sz w:val="20"/>
        </w:rPr>
        <w:t>Bob said, "No."</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Nico folded his hands in his lap.</w:t>
      </w:r>
    </w:p>
    <w:p>
      <w:pPr>
        <w:spacing w:after="60" w:line="266" w:lineRule="auto"/>
        <w:ind w:firstLine="331"/>
        <w:jc w:val="both"/>
      </w:pPr>
      <w:r>
        <w:rPr>
          <w:rFonts w:ascii="Georgia" w:hAnsi="Georgia"/>
          <w:b w:val="0"/>
          <w:i w:val="0"/>
          <w:color w:val="22201D"/>
          <w:sz w:val="20"/>
        </w:rPr>
        <w:t>"This book is hostile to participation."</w:t>
      </w:r>
    </w:p>
    <w:p>
      <w:pPr>
        <w:spacing w:after="60" w:line="266" w:lineRule="auto"/>
        <w:ind w:firstLine="331"/>
        <w:jc w:val="both"/>
      </w:pPr>
      <w:r>
        <w:rPr>
          <w:rFonts w:ascii="Georgia" w:hAnsi="Georgia"/>
          <w:b w:val="0"/>
          <w:i w:val="0"/>
          <w:color w:val="22201D"/>
          <w:sz w:val="20"/>
        </w:rPr>
        <w:t>Gerald said, "It rewards useful participation."</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The van turned onto a road that had no dramatic threshold, only a small increase in the number of trees and a decrease in the number of people pretending parking lots were temporary.</w:t>
      </w:r>
    </w:p>
    <w:p>
      <w:pPr>
        <w:spacing w:after="60" w:line="266" w:lineRule="auto"/>
        <w:ind w:firstLine="331"/>
        <w:jc w:val="both"/>
      </w:pPr>
      <w:r>
        <w:rPr>
          <w:rFonts w:ascii="Georgia" w:hAnsi="Georgia"/>
          <w:b w:val="0"/>
          <w:i w:val="0"/>
          <w:color w:val="22201D"/>
          <w:sz w:val="20"/>
        </w:rPr>
        <w:t>The map flattened itself more fully over Flocc's knees.</w:t>
      </w:r>
    </w:p>
    <w:p>
      <w:pPr>
        <w:spacing w:after="60" w:line="266" w:lineRule="auto"/>
        <w:ind w:firstLine="331"/>
        <w:jc w:val="both"/>
      </w:pPr>
      <w:r>
        <w:rPr>
          <w:rFonts w:ascii="Georgia" w:hAnsi="Georgia"/>
          <w:b w:val="0"/>
          <w:i w:val="0"/>
          <w:color w:val="22201D"/>
          <w:sz w:val="20"/>
        </w:rPr>
        <w:t>He saw Canby now, not as a town at the bottom of the page, but as a pressure point in the route. It was a place and a condition. It held the first turn the way a hand could hold a door for someone carrying too much.</w:t>
      </w:r>
    </w:p>
    <w:p>
      <w:pPr>
        <w:spacing w:after="60" w:line="266" w:lineRule="auto"/>
        <w:ind w:firstLine="331"/>
        <w:jc w:val="both"/>
      </w:pPr>
      <w:r>
        <w:rPr>
          <w:rFonts w:ascii="Georgia" w:hAnsi="Georgia"/>
          <w:b w:val="0"/>
          <w:i w:val="0"/>
          <w:color w:val="22201D"/>
          <w:sz w:val="20"/>
        </w:rPr>
        <w:t>He started to say this.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Bob said, "Good."</w:t>
      </w:r>
    </w:p>
    <w:p>
      <w:pPr>
        <w:spacing w:after="60" w:line="266" w:lineRule="auto"/>
        <w:ind w:firstLine="331"/>
        <w:jc w:val="both"/>
      </w:pPr>
      <w:r>
        <w:rPr>
          <w:rFonts w:ascii="Georgia" w:hAnsi="Georgia"/>
          <w:b w:val="0"/>
          <w:i w:val="0"/>
          <w:color w:val="22201D"/>
          <w:sz w:val="20"/>
        </w:rPr>
        <w:t>"You did not know what I was going to say."</w:t>
      </w:r>
    </w:p>
    <w:p>
      <w:pPr>
        <w:spacing w:after="60" w:line="266" w:lineRule="auto"/>
        <w:ind w:firstLine="331"/>
        <w:jc w:val="both"/>
      </w:pPr>
      <w:r>
        <w:rPr>
          <w:rFonts w:ascii="Georgia" w:hAnsi="Georgia"/>
          <w:b w:val="0"/>
          <w:i w:val="0"/>
          <w:color w:val="22201D"/>
          <w:sz w:val="20"/>
        </w:rPr>
        <w:t>"The map did."</w:t>
      </w:r>
    </w:p>
    <w:p>
      <w:pPr>
        <w:spacing w:after="60" w:line="266" w:lineRule="auto"/>
        <w:ind w:firstLine="331"/>
        <w:jc w:val="both"/>
      </w:pPr>
      <w:r>
        <w:rPr>
          <w:rFonts w:ascii="Georgia" w:hAnsi="Georgia"/>
          <w:b w:val="0"/>
          <w:i w:val="0"/>
          <w:color w:val="22201D"/>
          <w:sz w:val="20"/>
        </w:rPr>
        <w:t>"I hate that."</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"Hatred is useful?"</w:t>
      </w:r>
    </w:p>
    <w:p>
      <w:pPr>
        <w:spacing w:after="60" w:line="266" w:lineRule="auto"/>
        <w:ind w:firstLine="331"/>
        <w:jc w:val="both"/>
      </w:pPr>
      <w:r>
        <w:rPr>
          <w:rFonts w:ascii="Georgia" w:hAnsi="Georgia"/>
          <w:b w:val="0"/>
          <w:i w:val="0"/>
          <w:color w:val="22201D"/>
          <w:sz w:val="20"/>
        </w:rPr>
        <w:t>"Sometimes it stops a speech."</w:t>
      </w:r>
    </w:p>
    <w:p>
      <w:pPr>
        <w:spacing w:after="60" w:line="266" w:lineRule="auto"/>
        <w:ind w:firstLine="331"/>
        <w:jc w:val="both"/>
      </w:pPr>
      <w:r>
        <w:rPr>
          <w:rFonts w:ascii="Georgia" w:hAnsi="Georgia"/>
          <w:b w:val="0"/>
          <w:i w:val="0"/>
          <w:color w:val="22201D"/>
          <w:sz w:val="20"/>
        </w:rPr>
        <w:t>Steve wrote that down too.</w:t>
      </w:r>
    </w:p>
    <w:p>
      <w:pPr>
        <w:spacing w:after="60" w:line="266" w:lineRule="auto"/>
        <w:ind w:firstLine="331"/>
        <w:jc w:val="both"/>
      </w:pPr>
      <w:r>
        <w:rPr>
          <w:rFonts w:ascii="Georgia" w:hAnsi="Georgia"/>
          <w:b w:val="0"/>
          <w:i w:val="0"/>
          <w:color w:val="22201D"/>
          <w:sz w:val="20"/>
        </w:rPr>
        <w:t>The van reached a side road with a temporary orange sign:</w:t>
      </w:r>
    </w:p>
    <w:p>
      <w:pPr>
        <w:spacing w:after="60" w:line="250" w:lineRule="auto"/>
        <w:ind w:left="202" w:right="173"/>
      </w:pPr>
      <w:r>
        <w:rPr>
          <w:rFonts w:ascii="Georgia" w:hAnsi="Georgia"/>
          <w:b w:val="0"/>
          <w:i w:val="0"/>
          <w:color w:val="22201D"/>
          <w:sz w:val="17"/>
        </w:rPr>
        <w:t>DETOUR</w:t>
      </w:r>
    </w:p>
    <w:p>
      <w:pPr>
        <w:spacing w:after="60" w:line="266" w:lineRule="auto"/>
        <w:ind w:firstLine="331"/>
        <w:jc w:val="both"/>
      </w:pPr>
      <w:r>
        <w:rPr>
          <w:rFonts w:ascii="Georgia" w:hAnsi="Georgia"/>
          <w:b w:val="0"/>
          <w:i w:val="0"/>
          <w:color w:val="22201D"/>
          <w:sz w:val="20"/>
        </w:rPr>
        <w:t>Under it, someone had taped a smaller paper:</w:t>
      </w:r>
    </w:p>
    <w:p>
      <w:pPr>
        <w:spacing w:after="60" w:line="250" w:lineRule="auto"/>
        <w:ind w:left="202" w:right="173"/>
      </w:pPr>
      <w:r>
        <w:rPr>
          <w:rFonts w:ascii="Georgia" w:hAnsi="Georgia"/>
          <w:b w:val="0"/>
          <w:i w:val="0"/>
          <w:color w:val="22201D"/>
          <w:sz w:val="17"/>
        </w:rPr>
        <w:t>UNLESS YOU ASK NICELY.</w:t>
      </w:r>
    </w:p>
    <w:p>
      <w:pPr>
        <w:spacing w:after="60" w:line="266" w:lineRule="auto"/>
        <w:ind w:firstLine="331"/>
        <w:jc w:val="both"/>
      </w:pPr>
      <w:r>
        <w:rPr>
          <w:rFonts w:ascii="Georgia" w:hAnsi="Georgia"/>
          <w:b w:val="0"/>
          <w:i w:val="0"/>
          <w:color w:val="22201D"/>
          <w:sz w:val="20"/>
        </w:rPr>
        <w:t>Gerald leaned forward.</w:t>
      </w:r>
    </w:p>
    <w:p>
      <w:pPr>
        <w:spacing w:after="60" w:line="266" w:lineRule="auto"/>
        <w:ind w:firstLine="331"/>
        <w:jc w:val="both"/>
      </w:pPr>
      <w:r>
        <w:rPr>
          <w:rFonts w:ascii="Georgia" w:hAnsi="Georgia"/>
          <w:b w:val="0"/>
          <w:i w:val="0"/>
          <w:color w:val="22201D"/>
          <w:sz w:val="20"/>
        </w:rPr>
        <w:t>"That sign is not municipal."</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NO. IT IS ROUTE-MUNICIPAL.</w:t>
      </w:r>
    </w:p>
    <w:p>
      <w:pPr>
        <w:spacing w:after="60" w:line="266" w:lineRule="auto"/>
        <w:ind w:firstLine="331"/>
        <w:jc w:val="both"/>
      </w:pPr>
      <w:r>
        <w:rPr>
          <w:rFonts w:ascii="Georgia" w:hAnsi="Georgia"/>
          <w:b w:val="0"/>
          <w:i w:val="0"/>
          <w:color w:val="22201D"/>
          <w:sz w:val="20"/>
        </w:rPr>
        <w:t>"I do not recognize that authority."</w:t>
      </w:r>
    </w:p>
    <w:p>
      <w:pPr>
        <w:spacing w:after="60" w:line="250" w:lineRule="auto"/>
        <w:ind w:left="202" w:right="173"/>
      </w:pPr>
      <w:r>
        <w:rPr>
          <w:rFonts w:ascii="Georgia" w:hAnsi="Georgia"/>
          <w:b w:val="0"/>
          <w:i w:val="0"/>
          <w:color w:val="22201D"/>
          <w:sz w:val="17"/>
        </w:rPr>
        <w:t>YOU WILL AFTER THE POTHOLE IN CHAPTER EIGHT.</w:t>
      </w:r>
    </w:p>
    <w:p>
      <w:pPr>
        <w:spacing w:after="60" w:line="266" w:lineRule="auto"/>
        <w:ind w:firstLine="331"/>
        <w:jc w:val="both"/>
      </w:pPr>
      <w:r>
        <w:rPr>
          <w:rFonts w:ascii="Georgia" w:hAnsi="Georgia"/>
          <w:b w:val="0"/>
          <w:i w:val="0"/>
          <w:color w:val="22201D"/>
          <w:sz w:val="20"/>
        </w:rPr>
        <w:t>Steve inhaled.</w:t>
      </w:r>
    </w:p>
    <w:p>
      <w:pPr>
        <w:spacing w:after="60" w:line="266" w:lineRule="auto"/>
        <w:ind w:firstLine="331"/>
        <w:jc w:val="both"/>
      </w:pPr>
      <w:r>
        <w:rPr>
          <w:rFonts w:ascii="Georgia" w:hAnsi="Georgia"/>
          <w:b w:val="0"/>
          <w:i w:val="0"/>
          <w:color w:val="22201D"/>
          <w:sz w:val="20"/>
        </w:rPr>
        <w:t>"We are getting future cross-references now?"</w:t>
      </w:r>
    </w:p>
    <w:p>
      <w:pPr>
        <w:spacing w:after="60" w:line="266" w:lineRule="auto"/>
        <w:ind w:firstLine="331"/>
        <w:jc w:val="both"/>
      </w:pPr>
      <w:r>
        <w:rPr>
          <w:rFonts w:ascii="Georgia" w:hAnsi="Georgia"/>
          <w:b w:val="0"/>
          <w:i w:val="0"/>
          <w:color w:val="22201D"/>
          <w:sz w:val="20"/>
        </w:rPr>
        <w:t>Bob said, "Only if you encourage it."</w:t>
      </w:r>
    </w:p>
    <w:p>
      <w:pPr>
        <w:spacing w:after="60" w:line="266" w:lineRule="auto"/>
        <w:ind w:firstLine="331"/>
        <w:jc w:val="both"/>
      </w:pPr>
      <w:r>
        <w:rPr>
          <w:rFonts w:ascii="Georgia" w:hAnsi="Georgia"/>
          <w:b w:val="0"/>
          <w:i w:val="0"/>
          <w:color w:val="22201D"/>
          <w:sz w:val="20"/>
        </w:rPr>
        <w:t>Steve shut his record book halfway.</w:t>
      </w:r>
    </w:p>
    <w:p>
      <w:pPr>
        <w:spacing w:after="60" w:line="266" w:lineRule="auto"/>
        <w:ind w:firstLine="331"/>
        <w:jc w:val="both"/>
      </w:pPr>
      <w:r>
        <w:rPr>
          <w:rFonts w:ascii="Georgia" w:hAnsi="Georgia"/>
          <w:b w:val="0"/>
          <w:i w:val="0"/>
          <w:color w:val="22201D"/>
          <w:sz w:val="20"/>
        </w:rPr>
        <w:t>The detour sign pointed left.</w:t>
      </w:r>
    </w:p>
    <w:p>
      <w:pPr>
        <w:spacing w:after="60" w:line="266" w:lineRule="auto"/>
        <w:ind w:firstLine="331"/>
        <w:jc w:val="both"/>
      </w:pPr>
      <w:r>
        <w:rPr>
          <w:rFonts w:ascii="Georgia" w:hAnsi="Georgia"/>
          <w:b w:val="0"/>
          <w:i w:val="0"/>
          <w:color w:val="22201D"/>
          <w:sz w:val="20"/>
        </w:rPr>
        <w:t>The orange route line went straight.</w:t>
      </w:r>
    </w:p>
    <w:p>
      <w:pPr>
        <w:spacing w:after="60" w:line="266" w:lineRule="auto"/>
        <w:ind w:firstLine="331"/>
        <w:jc w:val="both"/>
      </w:pPr>
      <w:r>
        <w:rPr>
          <w:rFonts w:ascii="Georgia" w:hAnsi="Georgia"/>
          <w:b w:val="0"/>
          <w:i w:val="0"/>
          <w:color w:val="22201D"/>
          <w:sz w:val="20"/>
        </w:rPr>
        <w:t>The road straight ahead looked closed in the way roads look closed when someone has placed two cones and one tired barrier across them with the expectation that shame will do the rest.</w:t>
      </w:r>
    </w:p>
    <w:p>
      <w:pPr>
        <w:spacing w:after="60" w:line="266" w:lineRule="auto"/>
        <w:ind w:firstLine="331"/>
        <w:jc w:val="both"/>
      </w:pPr>
      <w:r>
        <w:rPr>
          <w:rFonts w:ascii="Georgia" w:hAnsi="Georgia"/>
          <w:b w:val="0"/>
          <w:i w:val="0"/>
          <w:color w:val="22201D"/>
          <w:sz w:val="20"/>
        </w:rPr>
        <w:t>Bob stopped the van.</w:t>
      </w:r>
    </w:p>
    <w:p>
      <w:pPr>
        <w:spacing w:after="60" w:line="266" w:lineRule="auto"/>
        <w:ind w:firstLine="331"/>
        <w:jc w:val="both"/>
      </w:pPr>
      <w:r>
        <w:rPr>
          <w:rFonts w:ascii="Georgia" w:hAnsi="Georgia"/>
          <w:b w:val="0"/>
          <w:i w:val="0"/>
          <w:color w:val="22201D"/>
          <w:sz w:val="20"/>
        </w:rPr>
        <w:t>The engine idled.</w:t>
      </w:r>
    </w:p>
    <w:p>
      <w:pPr>
        <w:spacing w:after="60" w:line="266" w:lineRule="auto"/>
        <w:ind w:firstLine="331"/>
        <w:jc w:val="both"/>
      </w:pPr>
      <w:r>
        <w:rPr>
          <w:rFonts w:ascii="Georgia" w:hAnsi="Georgia"/>
          <w:b w:val="0"/>
          <w:i w:val="0"/>
          <w:color w:val="22201D"/>
          <w:sz w:val="20"/>
        </w:rPr>
        <w:t>Rain began. Not strong rain. Administrative rain. Rain with a clipboard.</w:t>
      </w:r>
    </w:p>
    <w:p>
      <w:pPr>
        <w:spacing w:after="60" w:line="266" w:lineRule="auto"/>
        <w:ind w:firstLine="331"/>
        <w:jc w:val="both"/>
      </w:pPr>
      <w:r>
        <w:rPr>
          <w:rFonts w:ascii="Georgia" w:hAnsi="Georgia"/>
          <w:b w:val="0"/>
          <w:i w:val="0"/>
          <w:color w:val="22201D"/>
          <w:sz w:val="20"/>
        </w:rPr>
        <w:t>Flocc held the map.</w:t>
      </w:r>
    </w:p>
    <w:p>
      <w:pPr>
        <w:spacing w:after="60" w:line="266" w:lineRule="auto"/>
        <w:ind w:firstLine="331"/>
        <w:jc w:val="both"/>
      </w:pPr>
      <w:r>
        <w:rPr>
          <w:rFonts w:ascii="Georgia" w:hAnsi="Georgia"/>
          <w:b w:val="0"/>
          <w:i w:val="0"/>
          <w:color w:val="22201D"/>
          <w:sz w:val="20"/>
        </w:rPr>
        <w:t>The line went straight.</w:t>
      </w:r>
    </w:p>
    <w:p>
      <w:pPr>
        <w:spacing w:after="60" w:line="266" w:lineRule="auto"/>
        <w:ind w:firstLine="331"/>
        <w:jc w:val="both"/>
      </w:pPr>
      <w:r>
        <w:rPr>
          <w:rFonts w:ascii="Georgia" w:hAnsi="Georgia"/>
          <w:b w:val="0"/>
          <w:i w:val="0"/>
          <w:color w:val="22201D"/>
          <w:sz w:val="20"/>
        </w:rPr>
        <w:t>The sign said detour.</w:t>
      </w:r>
    </w:p>
    <w:p>
      <w:pPr>
        <w:spacing w:after="60" w:line="266" w:lineRule="auto"/>
        <w:ind w:firstLine="331"/>
        <w:jc w:val="both"/>
      </w:pPr>
      <w:r>
        <w:rPr>
          <w:rFonts w:ascii="Georgia" w:hAnsi="Georgia"/>
          <w:b w:val="0"/>
          <w:i w:val="0"/>
          <w:color w:val="22201D"/>
          <w:sz w:val="20"/>
        </w:rPr>
        <w:t>Gerald said, "Barrier."</w:t>
      </w:r>
    </w:p>
    <w:p>
      <w:pPr>
        <w:spacing w:after="60" w:line="266" w:lineRule="auto"/>
        <w:ind w:firstLine="331"/>
        <w:jc w:val="both"/>
      </w:pPr>
      <w:r>
        <w:rPr>
          <w:rFonts w:ascii="Georgia" w:hAnsi="Georgia"/>
          <w:b w:val="0"/>
          <w:i w:val="0"/>
          <w:color w:val="22201D"/>
          <w:sz w:val="20"/>
        </w:rPr>
        <w:t>Bob said, "Yes."</w:t>
      </w:r>
    </w:p>
    <w:p>
      <w:pPr>
        <w:spacing w:after="60" w:line="266" w:lineRule="auto"/>
        <w:ind w:firstLine="331"/>
        <w:jc w:val="both"/>
      </w:pPr>
      <w:r>
        <w:rPr>
          <w:rFonts w:ascii="Georgia" w:hAnsi="Georgia"/>
          <w:b w:val="0"/>
          <w:i w:val="0"/>
          <w:color w:val="22201D"/>
          <w:sz w:val="20"/>
        </w:rPr>
        <w:t>Steve said, "Map?"</w:t>
      </w:r>
    </w:p>
    <w:p>
      <w:pPr>
        <w:spacing w:after="60" w:line="266" w:lineRule="auto"/>
        <w:ind w:firstLine="331"/>
        <w:jc w:val="both"/>
      </w:pPr>
      <w:r>
        <w:rPr>
          <w:rFonts w:ascii="Georgia" w:hAnsi="Georgia"/>
          <w:b w:val="0"/>
          <w:i w:val="0"/>
          <w:color w:val="22201D"/>
          <w:sz w:val="20"/>
        </w:rPr>
        <w:t>The map said nothing.</w:t>
      </w:r>
    </w:p>
    <w:p>
      <w:pPr>
        <w:spacing w:after="60" w:line="266" w:lineRule="auto"/>
        <w:ind w:firstLine="331"/>
        <w:jc w:val="both"/>
      </w:pPr>
      <w:r>
        <w:rPr>
          <w:rFonts w:ascii="Georgia" w:hAnsi="Georgia"/>
          <w:b w:val="0"/>
          <w:i w:val="0"/>
          <w:color w:val="22201D"/>
          <w:sz w:val="20"/>
        </w:rPr>
        <w:t>Nico said, "Maybe we turn left."</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MAYBE IS NOT A DIRECTION.</w:t>
      </w:r>
    </w:p>
    <w:p>
      <w:pPr>
        <w:spacing w:after="60" w:line="266" w:lineRule="auto"/>
        <w:ind w:firstLine="331"/>
        <w:jc w:val="both"/>
      </w:pPr>
      <w:r>
        <w:rPr>
          <w:rFonts w:ascii="Georgia" w:hAnsi="Georgia"/>
          <w:b w:val="0"/>
          <w:i w:val="0"/>
          <w:color w:val="22201D"/>
          <w:sz w:val="20"/>
        </w:rPr>
        <w:t>Nico looked personally injured.</w:t>
      </w:r>
    </w:p>
    <w:p>
      <w:pPr>
        <w:spacing w:after="60" w:line="266" w:lineRule="auto"/>
        <w:ind w:firstLine="331"/>
        <w:jc w:val="both"/>
      </w:pPr>
      <w:r>
        <w:rPr>
          <w:rFonts w:ascii="Georgia" w:hAnsi="Georgia"/>
          <w:b w:val="0"/>
          <w:i w:val="0"/>
          <w:color w:val="22201D"/>
          <w:sz w:val="20"/>
        </w:rPr>
        <w:t>Flocc felt the familiar pull of an available answer. He could say that the route was testing them. He could say that barriers were illusions. He could say that Wednesday probably kept its cones in a better-funded cabinet.</w:t>
      </w:r>
    </w:p>
    <w:p>
      <w:pPr>
        <w:spacing w:after="60" w:line="266" w:lineRule="auto"/>
        <w:ind w:firstLine="331"/>
        <w:jc w:val="both"/>
      </w:pPr>
      <w:r>
        <w:rPr>
          <w:rFonts w:ascii="Georgia" w:hAnsi="Georgia"/>
          <w:b w:val="0"/>
          <w:i w:val="0"/>
          <w:color w:val="22201D"/>
          <w:sz w:val="20"/>
        </w:rPr>
        <w:t>Instead he remembered the box.</w:t>
      </w:r>
    </w:p>
    <w:p>
      <w:pPr>
        <w:spacing w:after="60" w:line="266" w:lineRule="auto"/>
        <w:ind w:firstLine="331"/>
        <w:jc w:val="both"/>
      </w:pPr>
      <w:r>
        <w:rPr>
          <w:rFonts w:ascii="Georgia" w:hAnsi="Georgia"/>
          <w:b w:val="0"/>
          <w:i w:val="0"/>
          <w:color w:val="22201D"/>
          <w:sz w:val="20"/>
        </w:rPr>
        <w:t>Carryable is not easy.</w:t>
      </w:r>
    </w:p>
    <w:p>
      <w:pPr>
        <w:spacing w:after="60" w:line="266" w:lineRule="auto"/>
        <w:ind w:firstLine="331"/>
        <w:jc w:val="both"/>
      </w:pPr>
      <w:r>
        <w:rPr>
          <w:rFonts w:ascii="Georgia" w:hAnsi="Georgia"/>
          <w:b w:val="0"/>
          <w:i w:val="0"/>
          <w:color w:val="22201D"/>
          <w:sz w:val="20"/>
        </w:rPr>
        <w:t>Ask directions.</w:t>
      </w:r>
    </w:p>
    <w:p>
      <w:pPr>
        <w:spacing w:after="60" w:line="266" w:lineRule="auto"/>
        <w:ind w:firstLine="331"/>
        <w:jc w:val="both"/>
      </w:pPr>
      <w:r>
        <w:rPr>
          <w:rFonts w:ascii="Georgia" w:hAnsi="Georgia"/>
          <w:b w:val="0"/>
          <w:i w:val="0"/>
          <w:color w:val="22201D"/>
          <w:sz w:val="20"/>
        </w:rPr>
        <w:t>He looked down at the map.</w:t>
      </w:r>
    </w:p>
    <w:p>
      <w:pPr>
        <w:spacing w:after="60" w:line="266" w:lineRule="auto"/>
        <w:ind w:firstLine="331"/>
        <w:jc w:val="both"/>
      </w:pPr>
      <w:r>
        <w:rPr>
          <w:rFonts w:ascii="Georgia" w:hAnsi="Georgia"/>
          <w:b w:val="0"/>
          <w:i w:val="0"/>
          <w:color w:val="22201D"/>
          <w:sz w:val="20"/>
        </w:rPr>
        <w:t>"Please tell us how to proceed without assuming the barrier is either enemy or invitation."</w:t>
      </w:r>
    </w:p>
    <w:p>
      <w:pPr>
        <w:spacing w:after="60" w:line="266" w:lineRule="auto"/>
        <w:ind w:firstLine="331"/>
        <w:jc w:val="both"/>
      </w:pPr>
      <w:r>
        <w:rPr>
          <w:rFonts w:ascii="Georgia" w:hAnsi="Georgia"/>
          <w:b w:val="0"/>
          <w:i w:val="0"/>
          <w:color w:val="22201D"/>
          <w:sz w:val="20"/>
        </w:rPr>
        <w:t>The map went still.</w:t>
      </w:r>
    </w:p>
    <w:p>
      <w:pPr>
        <w:spacing w:after="60" w:line="266" w:lineRule="auto"/>
        <w:ind w:firstLine="331"/>
        <w:jc w:val="both"/>
      </w:pPr>
      <w:r>
        <w:rPr>
          <w:rFonts w:ascii="Georgia" w:hAnsi="Georgia"/>
          <w:b w:val="0"/>
          <w:i w:val="0"/>
          <w:color w:val="22201D"/>
          <w:sz w:val="20"/>
        </w:rPr>
        <w:t>Bob looked at him then.</w:t>
      </w:r>
    </w:p>
    <w:p>
      <w:pPr>
        <w:spacing w:after="60" w:line="266" w:lineRule="auto"/>
        <w:ind w:firstLine="331"/>
        <w:jc w:val="both"/>
      </w:pPr>
      <w:r>
        <w:rPr>
          <w:rFonts w:ascii="Georgia" w:hAnsi="Georgia"/>
          <w:b w:val="0"/>
          <w:i w:val="0"/>
          <w:color w:val="22201D"/>
          <w:sz w:val="20"/>
        </w:rPr>
        <w:t>Not approvingly.</w:t>
      </w:r>
    </w:p>
    <w:p>
      <w:pPr>
        <w:spacing w:after="60" w:line="266" w:lineRule="auto"/>
        <w:ind w:firstLine="331"/>
        <w:jc w:val="both"/>
      </w:pPr>
      <w:r>
        <w:rPr>
          <w:rFonts w:ascii="Georgia" w:hAnsi="Georgia"/>
          <w:b w:val="0"/>
          <w:i w:val="0"/>
          <w:color w:val="22201D"/>
          <w:sz w:val="20"/>
        </w:rPr>
        <w:t>Approval would have been too large.</w:t>
      </w:r>
    </w:p>
    <w:p>
      <w:pPr>
        <w:spacing w:after="60" w:line="266" w:lineRule="auto"/>
        <w:ind w:firstLine="331"/>
        <w:jc w:val="both"/>
      </w:pPr>
      <w:r>
        <w:rPr>
          <w:rFonts w:ascii="Georgia" w:hAnsi="Georgia"/>
          <w:b w:val="0"/>
          <w:i w:val="0"/>
          <w:color w:val="22201D"/>
          <w:sz w:val="20"/>
        </w:rPr>
        <w:t>Operationally.</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GOOD.  PROCEED TO BARRIER. STOP BEFORE TOUCHING. READ PAPER ON LEFT CONE. DO NOT MAKE CONE SYMBOLIC.</w:t>
      </w:r>
    </w:p>
    <w:p>
      <w:pPr>
        <w:spacing w:after="60" w:line="266" w:lineRule="auto"/>
        <w:ind w:firstLine="331"/>
        <w:jc w:val="both"/>
      </w:pPr>
      <w:r>
        <w:rPr>
          <w:rFonts w:ascii="Georgia" w:hAnsi="Georgia"/>
          <w:b w:val="0"/>
          <w:i w:val="0"/>
          <w:color w:val="22201D"/>
          <w:sz w:val="20"/>
        </w:rPr>
        <w:t>Gerald said, "Good instruction."</w:t>
      </w:r>
    </w:p>
    <w:p>
      <w:pPr>
        <w:spacing w:after="60" w:line="266" w:lineRule="auto"/>
        <w:ind w:firstLine="331"/>
        <w:jc w:val="both"/>
      </w:pPr>
      <w:r>
        <w:rPr>
          <w:rFonts w:ascii="Georgia" w:hAnsi="Georgia"/>
          <w:b w:val="0"/>
          <w:i w:val="0"/>
          <w:color w:val="22201D"/>
          <w:sz w:val="20"/>
        </w:rPr>
        <w:t>Bob drove forward slowly.</w:t>
      </w:r>
    </w:p>
    <w:p>
      <w:pPr>
        <w:spacing w:after="60" w:line="266" w:lineRule="auto"/>
        <w:ind w:firstLine="331"/>
        <w:jc w:val="both"/>
      </w:pPr>
      <w:r>
        <w:rPr>
          <w:rFonts w:ascii="Georgia" w:hAnsi="Georgia"/>
          <w:b w:val="0"/>
          <w:i w:val="0"/>
          <w:color w:val="22201D"/>
          <w:sz w:val="20"/>
        </w:rPr>
        <w:t>The cones did not move. The barrier did not glow. No one sang. The rain made small gray beads on the windshield and behaved like rain, which was how most difficult things hid their seriousness.</w:t>
      </w:r>
    </w:p>
    <w:p>
      <w:pPr>
        <w:spacing w:after="60" w:line="266" w:lineRule="auto"/>
        <w:ind w:firstLine="331"/>
        <w:jc w:val="both"/>
      </w:pPr>
      <w:r>
        <w:rPr>
          <w:rFonts w:ascii="Georgia" w:hAnsi="Georgia"/>
          <w:b w:val="0"/>
          <w:i w:val="0"/>
          <w:color w:val="22201D"/>
          <w:sz w:val="20"/>
        </w:rPr>
        <w:t>Bob stopped before the barrier.</w:t>
      </w:r>
    </w:p>
    <w:p>
      <w:pPr>
        <w:spacing w:after="60" w:line="266" w:lineRule="auto"/>
        <w:ind w:firstLine="331"/>
        <w:jc w:val="both"/>
      </w:pPr>
      <w:r>
        <w:rPr>
          <w:rFonts w:ascii="Georgia" w:hAnsi="Georgia"/>
          <w:b w:val="0"/>
          <w:i w:val="0"/>
          <w:color w:val="22201D"/>
          <w:sz w:val="20"/>
        </w:rPr>
        <w:t>Gerald opened his door.</w:t>
      </w:r>
    </w:p>
    <w:p>
      <w:pPr>
        <w:spacing w:after="60" w:line="266" w:lineRule="auto"/>
        <w:ind w:firstLine="331"/>
        <w:jc w:val="both"/>
      </w:pPr>
      <w:r>
        <w:rPr>
          <w:rFonts w:ascii="Georgia" w:hAnsi="Georgia"/>
          <w:b w:val="0"/>
          <w:i w:val="0"/>
          <w:color w:val="22201D"/>
          <w:sz w:val="20"/>
        </w:rPr>
        <w:t>"No one exits until cargo remains stable."</w:t>
      </w:r>
    </w:p>
    <w:p>
      <w:pPr>
        <w:spacing w:after="60" w:line="266" w:lineRule="auto"/>
        <w:ind w:firstLine="331"/>
        <w:jc w:val="both"/>
      </w:pPr>
      <w:r>
        <w:rPr>
          <w:rFonts w:ascii="Georgia" w:hAnsi="Georgia"/>
          <w:b w:val="0"/>
          <w:i w:val="0"/>
          <w:color w:val="22201D"/>
          <w:sz w:val="20"/>
        </w:rPr>
        <w:t>He climbed down, checked the rear doors, listened, checked the strap through the rear window, then walked to the left cone.</w:t>
      </w:r>
    </w:p>
    <w:p>
      <w:pPr>
        <w:spacing w:after="60" w:line="266" w:lineRule="auto"/>
        <w:ind w:firstLine="331"/>
        <w:jc w:val="both"/>
      </w:pPr>
      <w:r>
        <w:rPr>
          <w:rFonts w:ascii="Georgia" w:hAnsi="Georgia"/>
          <w:b w:val="0"/>
          <w:i w:val="0"/>
          <w:color w:val="22201D"/>
          <w:sz w:val="20"/>
        </w:rPr>
        <w:t>There was paper taped to it under a sandwich bag.</w:t>
      </w:r>
    </w:p>
    <w:p>
      <w:pPr>
        <w:spacing w:after="60" w:line="266" w:lineRule="auto"/>
        <w:ind w:firstLine="331"/>
        <w:jc w:val="both"/>
      </w:pPr>
      <w:r>
        <w:rPr>
          <w:rFonts w:ascii="Georgia" w:hAnsi="Georgia"/>
          <w:b w:val="0"/>
          <w:i w:val="0"/>
          <w:color w:val="22201D"/>
          <w:sz w:val="20"/>
        </w:rPr>
        <w:t>Gerald read it without removing it.</w:t>
      </w:r>
    </w:p>
    <w:p>
      <w:pPr>
        <w:spacing w:after="60" w:line="266" w:lineRule="auto"/>
        <w:ind w:firstLine="331"/>
        <w:jc w:val="both"/>
      </w:pPr>
      <w:r>
        <w:rPr>
          <w:rFonts w:ascii="Georgia" w:hAnsi="Georgia"/>
          <w:b w:val="0"/>
          <w:i w:val="0"/>
          <w:color w:val="22201D"/>
          <w:sz w:val="20"/>
        </w:rPr>
        <w:t>"It says, 'Ask the map what folded means.'"</w:t>
      </w:r>
    </w:p>
    <w:p>
      <w:pPr>
        <w:spacing w:after="60" w:line="266" w:lineRule="auto"/>
        <w:ind w:firstLine="331"/>
        <w:jc w:val="both"/>
      </w:pPr>
      <w:r>
        <w:rPr>
          <w:rFonts w:ascii="Georgia" w:hAnsi="Georgia"/>
          <w:b w:val="0"/>
          <w:i w:val="0"/>
          <w:color w:val="22201D"/>
          <w:sz w:val="20"/>
        </w:rPr>
        <w:t>The map rustled sharply.</w:t>
      </w:r>
    </w:p>
    <w:p>
      <w:pPr>
        <w:spacing w:after="60" w:line="250" w:lineRule="auto"/>
        <w:ind w:left="202" w:right="173"/>
      </w:pPr>
      <w:r>
        <w:rPr>
          <w:rFonts w:ascii="Georgia" w:hAnsi="Georgia"/>
          <w:b w:val="0"/>
          <w:i w:val="0"/>
          <w:color w:val="22201D"/>
          <w:sz w:val="17"/>
        </w:rPr>
        <w:t>FINALLY.</w:t>
      </w:r>
    </w:p>
    <w:p>
      <w:pPr>
        <w:spacing w:after="60" w:line="266" w:lineRule="auto"/>
        <w:ind w:firstLine="331"/>
        <w:jc w:val="both"/>
      </w:pPr>
      <w:r>
        <w:rPr>
          <w:rFonts w:ascii="Georgia" w:hAnsi="Georgia"/>
          <w:b w:val="0"/>
          <w:i w:val="0"/>
          <w:color w:val="22201D"/>
          <w:sz w:val="20"/>
        </w:rPr>
        <w:t>Flocc said, "Please tell us what folded means."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NOT ENOUGH.</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"Please tell us what folded means for this route."</w:t>
      </w:r>
    </w:p>
    <w:p>
      <w:pPr>
        <w:spacing w:after="60" w:line="266" w:lineRule="auto"/>
        <w:ind w:firstLine="331"/>
        <w:jc w:val="both"/>
      </w:pPr>
      <w:r>
        <w:rPr>
          <w:rFonts w:ascii="Georgia" w:hAnsi="Georgia"/>
          <w:b w:val="0"/>
          <w:i w:val="0"/>
          <w:color w:val="22201D"/>
          <w:sz w:val="20"/>
        </w:rPr>
        <w:t>The crease under his thumb warmed.</w:t>
      </w:r>
    </w:p>
    <w:p>
      <w:pPr>
        <w:spacing w:after="60" w:line="266" w:lineRule="auto"/>
        <w:ind w:firstLine="331"/>
        <w:jc w:val="both"/>
      </w:pPr>
      <w:r>
        <w:rPr>
          <w:rFonts w:ascii="Georgia" w:hAnsi="Georgia"/>
          <w:b w:val="0"/>
          <w:i w:val="0"/>
          <w:color w:val="22201D"/>
          <w:sz w:val="20"/>
        </w:rPr>
        <w:t>The map's orange line pulled itself into three clean segments:</w:t>
      </w:r>
    </w:p>
    <w:p>
      <w:pPr>
        <w:spacing w:after="60" w:line="266" w:lineRule="auto"/>
        <w:ind w:firstLine="331"/>
        <w:jc w:val="both"/>
      </w:pPr>
      <w:r>
        <w:rPr>
          <w:rFonts w:ascii="Georgia" w:hAnsi="Georgia"/>
          <w:b w:val="0"/>
          <w:i w:val="0"/>
          <w:color w:val="22201D"/>
          <w:sz w:val="20"/>
        </w:rPr>
        <w:t>the road behind them;</w:t>
      </w:r>
    </w:p>
    <w:p>
      <w:pPr>
        <w:spacing w:after="60" w:line="266" w:lineRule="auto"/>
        <w:ind w:firstLine="331"/>
        <w:jc w:val="both"/>
      </w:pPr>
      <w:r>
        <w:rPr>
          <w:rFonts w:ascii="Georgia" w:hAnsi="Georgia"/>
          <w:b w:val="0"/>
          <w:i w:val="0"/>
          <w:color w:val="22201D"/>
          <w:sz w:val="20"/>
        </w:rPr>
        <w:t>the barrier in front of them;</w:t>
      </w:r>
    </w:p>
    <w:p>
      <w:pPr>
        <w:spacing w:after="60" w:line="266" w:lineRule="auto"/>
        <w:ind w:firstLine="331"/>
        <w:jc w:val="both"/>
      </w:pPr>
      <w:r>
        <w:rPr>
          <w:rFonts w:ascii="Georgia" w:hAnsi="Georgia"/>
          <w:b w:val="0"/>
          <w:i w:val="0"/>
          <w:color w:val="22201D"/>
          <w:sz w:val="20"/>
        </w:rPr>
        <w:t>and a thin side lane that had not existed on the paper until the question admitted that forward might require precision instead of confidence.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FOLDED MEANS PARTS TOUCH WITHOUT BECOMING THE SAME PLACE.  THE ROUTE MAY BRING YESTERDAY BESIDE TOMORROW. DO NOT CONFUSE CONTACT WITH MERGER.  TURN RIGHT AFTER THE BARRIER. NOT LEFT AT THE DETOUR. RIGHT AFTER.</w:t>
      </w:r>
    </w:p>
    <w:p>
      <w:pPr>
        <w:spacing w:after="60" w:line="266" w:lineRule="auto"/>
        <w:ind w:firstLine="331"/>
        <w:jc w:val="both"/>
      </w:pPr>
      <w:r>
        <w:rPr>
          <w:rFonts w:ascii="Georgia" w:hAnsi="Georgia"/>
          <w:b w:val="0"/>
          <w:i w:val="0"/>
          <w:color w:val="22201D"/>
          <w:sz w:val="20"/>
        </w:rPr>
        <w:t>Steve opened the record book again.</w:t>
      </w:r>
    </w:p>
    <w:p>
      <w:pPr>
        <w:spacing w:after="60" w:line="266" w:lineRule="auto"/>
        <w:ind w:firstLine="331"/>
        <w:jc w:val="both"/>
      </w:pPr>
      <w:r>
        <w:rPr>
          <w:rFonts w:ascii="Georgia" w:hAnsi="Georgia"/>
          <w:b w:val="0"/>
          <w:i w:val="0"/>
          <w:color w:val="22201D"/>
          <w:sz w:val="20"/>
        </w:rPr>
        <w:t>"That is important."</w:t>
      </w:r>
    </w:p>
    <w:p>
      <w:pPr>
        <w:spacing w:after="60" w:line="266" w:lineRule="auto"/>
        <w:ind w:firstLine="331"/>
        <w:jc w:val="both"/>
      </w:pPr>
      <w:r>
        <w:rPr>
          <w:rFonts w:ascii="Georgia" w:hAnsi="Georgia"/>
          <w:b w:val="0"/>
          <w:i w:val="0"/>
          <w:color w:val="22201D"/>
          <w:sz w:val="20"/>
        </w:rPr>
        <w:t>Bob said, "It is directions."</w:t>
      </w:r>
    </w:p>
    <w:p>
      <w:pPr>
        <w:spacing w:after="60" w:line="266" w:lineRule="auto"/>
        <w:ind w:firstLine="331"/>
        <w:jc w:val="both"/>
      </w:pPr>
      <w:r>
        <w:rPr>
          <w:rFonts w:ascii="Georgia" w:hAnsi="Georgia"/>
          <w:b w:val="0"/>
          <w:i w:val="0"/>
          <w:color w:val="22201D"/>
          <w:sz w:val="20"/>
        </w:rPr>
        <w:t>"Directions can be important."</w:t>
      </w:r>
    </w:p>
    <w:p>
      <w:pPr>
        <w:spacing w:after="60" w:line="266" w:lineRule="auto"/>
        <w:ind w:firstLine="331"/>
        <w:jc w:val="both"/>
      </w:pPr>
      <w:r>
        <w:rPr>
          <w:rFonts w:ascii="Georgia" w:hAnsi="Georgia"/>
          <w:b w:val="0"/>
          <w:i w:val="0"/>
          <w:color w:val="22201D"/>
          <w:sz w:val="20"/>
        </w:rPr>
        <w:t>"Only if followed."</w:t>
      </w:r>
    </w:p>
    <w:p>
      <w:pPr>
        <w:spacing w:after="60" w:line="266" w:lineRule="auto"/>
        <w:ind w:firstLine="331"/>
        <w:jc w:val="both"/>
      </w:pPr>
      <w:r>
        <w:rPr>
          <w:rFonts w:ascii="Georgia" w:hAnsi="Georgia"/>
          <w:b w:val="0"/>
          <w:i w:val="0"/>
          <w:color w:val="22201D"/>
          <w:sz w:val="20"/>
        </w:rPr>
        <w:t>Gerald returned to the van.</w:t>
      </w:r>
    </w:p>
    <w:p>
      <w:pPr>
        <w:spacing w:after="60" w:line="266" w:lineRule="auto"/>
        <w:ind w:firstLine="331"/>
        <w:jc w:val="both"/>
      </w:pPr>
      <w:r>
        <w:rPr>
          <w:rFonts w:ascii="Georgia" w:hAnsi="Georgia"/>
          <w:b w:val="0"/>
          <w:i w:val="0"/>
          <w:color w:val="22201D"/>
          <w:sz w:val="20"/>
        </w:rPr>
        <w:t>"There is a service lane past the barrier. Narrow. Puddled. Passable if slow. Not passable if anyone gets poetic with the wheel."</w:t>
      </w:r>
    </w:p>
    <w:p>
      <w:pPr>
        <w:spacing w:after="60" w:line="266" w:lineRule="auto"/>
        <w:ind w:firstLine="331"/>
        <w:jc w:val="both"/>
      </w:pPr>
      <w:r>
        <w:rPr>
          <w:rFonts w:ascii="Georgia" w:hAnsi="Georgia"/>
          <w:b w:val="0"/>
          <w:i w:val="0"/>
          <w:color w:val="22201D"/>
          <w:sz w:val="20"/>
        </w:rPr>
        <w:t>Bob put the van in gear.</w:t>
      </w:r>
    </w:p>
    <w:p>
      <w:pPr>
        <w:spacing w:after="60" w:line="266" w:lineRule="auto"/>
        <w:ind w:firstLine="331"/>
        <w:jc w:val="both"/>
      </w:pPr>
      <w:r>
        <w:rPr>
          <w:rFonts w:ascii="Georgia" w:hAnsi="Georgia"/>
          <w:b w:val="0"/>
          <w:i w:val="0"/>
          <w:color w:val="22201D"/>
          <w:sz w:val="20"/>
        </w:rPr>
        <w:t>"Then I will not."</w:t>
      </w:r>
    </w:p>
    <w:p>
      <w:pPr>
        <w:spacing w:after="60" w:line="266" w:lineRule="auto"/>
        <w:ind w:firstLine="331"/>
        <w:jc w:val="both"/>
      </w:pPr>
      <w:r>
        <w:rPr>
          <w:rFonts w:ascii="Georgia" w:hAnsi="Georgia"/>
          <w:b w:val="0"/>
          <w:i w:val="0"/>
          <w:color w:val="22201D"/>
          <w:sz w:val="20"/>
        </w:rPr>
        <w:t>Nico gripped his seat belt.</w:t>
      </w:r>
    </w:p>
    <w:p>
      <w:pPr>
        <w:spacing w:after="60" w:line="266" w:lineRule="auto"/>
        <w:ind w:firstLine="331"/>
        <w:jc w:val="both"/>
      </w:pPr>
      <w:r>
        <w:rPr>
          <w:rFonts w:ascii="Georgia" w:hAnsi="Georgia"/>
          <w:b w:val="0"/>
          <w:i w:val="0"/>
          <w:color w:val="22201D"/>
          <w:sz w:val="20"/>
        </w:rPr>
        <w:t>"Does anyone else feel that we are being taught about emotional continuity by a road closure?"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YOU ARE BEING TAUGHT TO TURN RIGHT AFTER THE BARRIER.</w:t>
      </w:r>
    </w:p>
    <w:p>
      <w:pPr>
        <w:spacing w:after="60" w:line="266" w:lineRule="auto"/>
        <w:ind w:firstLine="331"/>
        <w:jc w:val="both"/>
      </w:pPr>
      <w:r>
        <w:rPr>
          <w:rFonts w:ascii="Georgia" w:hAnsi="Georgia"/>
          <w:b w:val="0"/>
          <w:i w:val="0"/>
          <w:color w:val="22201D"/>
          <w:sz w:val="20"/>
        </w:rPr>
        <w:t>Gerald said, "Thank you."</w:t>
      </w:r>
    </w:p>
    <w:p>
      <w:pPr>
        <w:spacing w:after="60" w:line="266" w:lineRule="auto"/>
        <w:ind w:firstLine="331"/>
        <w:jc w:val="both"/>
      </w:pPr>
      <w:r>
        <w:rPr>
          <w:rFonts w:ascii="Georgia" w:hAnsi="Georgia"/>
          <w:b w:val="0"/>
          <w:i w:val="0"/>
          <w:color w:val="22201D"/>
          <w:sz w:val="20"/>
        </w:rPr>
        <w:t>The barrier had enough room on the right for a van if the driver had patience and no interest in proving anything. Bob drove with both.</w:t>
      </w:r>
    </w:p>
    <w:p>
      <w:pPr>
        <w:spacing w:after="60" w:line="266" w:lineRule="auto"/>
        <w:ind w:firstLine="331"/>
        <w:jc w:val="both"/>
      </w:pPr>
      <w:r>
        <w:rPr>
          <w:rFonts w:ascii="Georgia" w:hAnsi="Georgia"/>
          <w:b w:val="0"/>
          <w:i w:val="0"/>
          <w:color w:val="22201D"/>
          <w:sz w:val="20"/>
        </w:rPr>
        <w:t>The box in the back remained still.</w:t>
      </w:r>
    </w:p>
    <w:p>
      <w:pPr>
        <w:spacing w:after="60" w:line="266" w:lineRule="auto"/>
        <w:ind w:firstLine="331"/>
        <w:jc w:val="both"/>
      </w:pPr>
      <w:r>
        <w:rPr>
          <w:rFonts w:ascii="Georgia" w:hAnsi="Georgia"/>
          <w:b w:val="0"/>
          <w:i w:val="0"/>
          <w:color w:val="22201D"/>
          <w:sz w:val="20"/>
        </w:rPr>
        <w:t>Flocc did not look back to check for the restaurant.</w:t>
      </w:r>
    </w:p>
    <w:p>
      <w:pPr>
        <w:spacing w:after="60" w:line="266" w:lineRule="auto"/>
        <w:ind w:firstLine="331"/>
        <w:jc w:val="both"/>
      </w:pPr>
      <w:r>
        <w:rPr>
          <w:rFonts w:ascii="Georgia" w:hAnsi="Georgia"/>
          <w:b w:val="0"/>
          <w:i w:val="0"/>
          <w:color w:val="22201D"/>
          <w:sz w:val="20"/>
        </w:rPr>
        <w:t>This was the first time since leaving the loading route that he noticed he had not looked back.</w:t>
      </w:r>
    </w:p>
    <w:p>
      <w:pPr>
        <w:spacing w:after="60" w:line="266" w:lineRule="auto"/>
        <w:ind w:firstLine="331"/>
        <w:jc w:val="both"/>
      </w:pPr>
      <w:r>
        <w:rPr>
          <w:rFonts w:ascii="Georgia" w:hAnsi="Georgia"/>
          <w:b w:val="0"/>
          <w:i w:val="0"/>
          <w:color w:val="22201D"/>
          <w:sz w:val="20"/>
        </w:rPr>
        <w:t>The map noticed too and, mercifully, did not print anything.</w:t>
      </w:r>
    </w:p>
    <w:p>
      <w:pPr>
        <w:spacing w:after="60" w:line="266" w:lineRule="auto"/>
        <w:ind w:firstLine="331"/>
        <w:jc w:val="both"/>
      </w:pPr>
      <w:r>
        <w:rPr>
          <w:rFonts w:ascii="Georgia" w:hAnsi="Georgia"/>
          <w:b w:val="0"/>
          <w:i w:val="0"/>
          <w:color w:val="22201D"/>
          <w:sz w:val="20"/>
        </w:rPr>
        <w:t>The service lane narrowed between a chain-link fence and a row of blackberry canes that had claimed both weather and jurisdiction. The van's tires found puddles in sequence. Each puddle made a small report.</w:t>
      </w:r>
    </w:p>
    <w:p>
      <w:pPr>
        <w:spacing w:after="60" w:line="266" w:lineRule="auto"/>
        <w:ind w:firstLine="331"/>
        <w:jc w:val="both"/>
      </w:pPr>
      <w:r>
        <w:rPr>
          <w:rFonts w:ascii="Georgia" w:hAnsi="Georgia"/>
          <w:b w:val="0"/>
          <w:i w:val="0"/>
          <w:color w:val="22201D"/>
          <w:sz w:val="20"/>
        </w:rPr>
        <w:t>The road smelled like wet leaves, old oil, and something darkly sweet from the back of the van.</w:t>
      </w:r>
    </w:p>
    <w:p>
      <w:pPr>
        <w:spacing w:after="60" w:line="266" w:lineRule="auto"/>
        <w:ind w:firstLine="331"/>
        <w:jc w:val="both"/>
      </w:pPr>
      <w:r>
        <w:rPr>
          <w:rFonts w:ascii="Georgia" w:hAnsi="Georgia"/>
          <w:b w:val="0"/>
          <w:i w:val="0"/>
          <w:color w:val="22201D"/>
          <w:sz w:val="20"/>
        </w:rPr>
        <w:t>Flocc turned his head.</w:t>
      </w:r>
    </w:p>
    <w:p>
      <w:pPr>
        <w:spacing w:after="60" w:line="266" w:lineRule="auto"/>
        <w:ind w:firstLine="331"/>
        <w:jc w:val="both"/>
      </w:pPr>
      <w:r>
        <w:rPr>
          <w:rFonts w:ascii="Georgia" w:hAnsi="Georgia"/>
          <w:b w:val="0"/>
          <w:i w:val="0"/>
          <w:color w:val="22201D"/>
          <w:sz w:val="20"/>
        </w:rPr>
        <w:t>"Do you smell that?"</w:t>
      </w:r>
    </w:p>
    <w:p>
      <w:pPr>
        <w:spacing w:after="60" w:line="266" w:lineRule="auto"/>
        <w:ind w:firstLine="331"/>
        <w:jc w:val="both"/>
      </w:pPr>
      <w:r>
        <w:rPr>
          <w:rFonts w:ascii="Georgia" w:hAnsi="Georgia"/>
          <w:b w:val="0"/>
          <w:i w:val="0"/>
          <w:color w:val="22201D"/>
          <w:sz w:val="20"/>
        </w:rPr>
        <w:t>Bob said, "No tasting yet."</w:t>
      </w:r>
    </w:p>
    <w:p>
      <w:pPr>
        <w:spacing w:after="60" w:line="266" w:lineRule="auto"/>
        <w:ind w:firstLine="331"/>
        <w:jc w:val="both"/>
      </w:pPr>
      <w:r>
        <w:rPr>
          <w:rFonts w:ascii="Georgia" w:hAnsi="Georgia"/>
          <w:b w:val="0"/>
          <w:i w:val="0"/>
          <w:color w:val="22201D"/>
          <w:sz w:val="20"/>
        </w:rPr>
        <w:t>"I asked if you smelled it."</w:t>
      </w:r>
    </w:p>
    <w:p>
      <w:pPr>
        <w:spacing w:after="60" w:line="266" w:lineRule="auto"/>
        <w:ind w:firstLine="331"/>
        <w:jc w:val="both"/>
      </w:pPr>
      <w:r>
        <w:rPr>
          <w:rFonts w:ascii="Georgia" w:hAnsi="Georgia"/>
          <w:b w:val="0"/>
          <w:i w:val="0"/>
          <w:color w:val="22201D"/>
          <w:sz w:val="20"/>
        </w:rPr>
        <w:t>"Same chapter boundary."</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SMOKE PLUM MORITA PRESSURE DETECTED. SAUCE CHAPTER RESERVED. CONTINUE.</w:t>
      </w:r>
    </w:p>
    <w:p>
      <w:pPr>
        <w:spacing w:after="60" w:line="266" w:lineRule="auto"/>
        <w:ind w:firstLine="331"/>
        <w:jc w:val="both"/>
      </w:pPr>
      <w:r>
        <w:rPr>
          <w:rFonts w:ascii="Georgia" w:hAnsi="Georgia"/>
          <w:b w:val="0"/>
          <w:i w:val="0"/>
          <w:color w:val="22201D"/>
          <w:sz w:val="20"/>
        </w:rPr>
        <w:t>Steve underlined reserved.</w:t>
      </w:r>
    </w:p>
    <w:p>
      <w:pPr>
        <w:spacing w:after="60" w:line="266" w:lineRule="auto"/>
        <w:ind w:firstLine="331"/>
        <w:jc w:val="both"/>
      </w:pPr>
      <w:r>
        <w:rPr>
          <w:rFonts w:ascii="Georgia" w:hAnsi="Georgia"/>
          <w:b w:val="0"/>
          <w:i w:val="0"/>
          <w:color w:val="22201D"/>
          <w:sz w:val="20"/>
        </w:rPr>
        <w:t>Nico said, "Even the sauce has scheduling discipline."</w:t>
      </w:r>
    </w:p>
    <w:p>
      <w:pPr>
        <w:spacing w:after="60" w:line="266" w:lineRule="auto"/>
        <w:ind w:firstLine="331"/>
        <w:jc w:val="both"/>
      </w:pPr>
      <w:r>
        <w:rPr>
          <w:rFonts w:ascii="Georgia" w:hAnsi="Georgia"/>
          <w:b w:val="0"/>
          <w:i w:val="0"/>
          <w:color w:val="22201D"/>
          <w:sz w:val="20"/>
        </w:rPr>
        <w:t>Gerald corrected him.</w:t>
      </w:r>
    </w:p>
    <w:p>
      <w:pPr>
        <w:spacing w:after="60" w:line="266" w:lineRule="auto"/>
        <w:ind w:firstLine="331"/>
        <w:jc w:val="both"/>
      </w:pPr>
      <w:r>
        <w:rPr>
          <w:rFonts w:ascii="Georgia" w:hAnsi="Georgia"/>
          <w:b w:val="0"/>
          <w:i w:val="0"/>
          <w:color w:val="22201D"/>
          <w:sz w:val="20"/>
        </w:rPr>
        <w:t>"Routing discipline."</w:t>
      </w:r>
    </w:p>
    <w:p>
      <w:pPr>
        <w:spacing w:after="60" w:line="266" w:lineRule="auto"/>
        <w:ind w:firstLine="331"/>
        <w:jc w:val="both"/>
      </w:pPr>
      <w:r>
        <w:rPr>
          <w:rFonts w:ascii="Georgia" w:hAnsi="Georgia"/>
          <w:b w:val="0"/>
          <w:i w:val="0"/>
          <w:color w:val="22201D"/>
          <w:sz w:val="20"/>
        </w:rPr>
        <w:t>"I hate this van."</w:t>
      </w:r>
    </w:p>
    <w:p>
      <w:pPr>
        <w:spacing w:after="60" w:line="266" w:lineRule="auto"/>
        <w:ind w:firstLine="331"/>
        <w:jc w:val="both"/>
      </w:pPr>
      <w:r>
        <w:rPr>
          <w:rFonts w:ascii="Georgia" w:hAnsi="Georgia"/>
          <w:b w:val="0"/>
          <w:i w:val="0"/>
          <w:color w:val="22201D"/>
          <w:sz w:val="20"/>
        </w:rPr>
        <w:t>The service lane emerged beside a closed produce stand with hand-painted signs for apples, onions, mushrooms, and one sign turned backward so only the brush strokes showed.</w:t>
      </w:r>
    </w:p>
    <w:p>
      <w:pPr>
        <w:spacing w:after="60" w:line="266" w:lineRule="auto"/>
        <w:ind w:firstLine="331"/>
        <w:jc w:val="both"/>
      </w:pPr>
      <w:r>
        <w:rPr>
          <w:rFonts w:ascii="Georgia" w:hAnsi="Georgia"/>
          <w:b w:val="0"/>
          <w:i w:val="0"/>
          <w:color w:val="22201D"/>
          <w:sz w:val="20"/>
        </w:rPr>
        <w:t>Bob stopped.</w:t>
      </w:r>
    </w:p>
    <w:p>
      <w:pPr>
        <w:spacing w:after="60" w:line="266" w:lineRule="auto"/>
        <w:ind w:firstLine="331"/>
        <w:jc w:val="both"/>
      </w:pPr>
      <w:r>
        <w:rPr>
          <w:rFonts w:ascii="Georgia" w:hAnsi="Georgia"/>
          <w:b w:val="0"/>
          <w:i w:val="0"/>
          <w:color w:val="22201D"/>
          <w:sz w:val="20"/>
        </w:rPr>
        <w:t>Flocc looked at the map.</w:t>
      </w:r>
    </w:p>
    <w:p>
      <w:pPr>
        <w:spacing w:after="60" w:line="266" w:lineRule="auto"/>
        <w:ind w:firstLine="331"/>
        <w:jc w:val="both"/>
      </w:pPr>
      <w:r>
        <w:rPr>
          <w:rFonts w:ascii="Georgia" w:hAnsi="Georgia"/>
          <w:b w:val="0"/>
          <w:i w:val="0"/>
          <w:color w:val="22201D"/>
          <w:sz w:val="20"/>
        </w:rPr>
        <w:t>"Is this Canby?"</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NO. THIS IS WHERE YOU STOP ASKING ARE WE THERE AND START ASKING WHAT IS NEXT.</w:t>
      </w:r>
    </w:p>
    <w:p>
      <w:pPr>
        <w:spacing w:after="60" w:line="266" w:lineRule="auto"/>
        <w:ind w:firstLine="331"/>
        <w:jc w:val="both"/>
      </w:pPr>
      <w:r>
        <w:rPr>
          <w:rFonts w:ascii="Georgia" w:hAnsi="Georgia"/>
          <w:b w:val="0"/>
          <w:i w:val="0"/>
          <w:color w:val="22201D"/>
          <w:sz w:val="20"/>
        </w:rPr>
        <w:t>Flocc took that personally because it was personal.</w:t>
      </w:r>
    </w:p>
    <w:p>
      <w:pPr>
        <w:spacing w:after="60" w:line="266" w:lineRule="auto"/>
        <w:ind w:firstLine="331"/>
        <w:jc w:val="both"/>
      </w:pPr>
      <w:r>
        <w:rPr>
          <w:rFonts w:ascii="Georgia" w:hAnsi="Georgia"/>
          <w:b w:val="0"/>
          <w:i w:val="0"/>
          <w:color w:val="22201D"/>
          <w:sz w:val="20"/>
        </w:rPr>
        <w:t>Bob shut off the engine.</w:t>
      </w:r>
    </w:p>
    <w:p>
      <w:pPr>
        <w:spacing w:after="60" w:line="266" w:lineRule="auto"/>
        <w:ind w:firstLine="331"/>
        <w:jc w:val="both"/>
      </w:pPr>
      <w:r>
        <w:rPr>
          <w:rFonts w:ascii="Georgia" w:hAnsi="Georgia"/>
          <w:b w:val="0"/>
          <w:i w:val="0"/>
          <w:color w:val="22201D"/>
          <w:sz w:val="20"/>
        </w:rPr>
        <w:t>Steve said, "Are we stopping?"</w:t>
      </w:r>
    </w:p>
    <w:p>
      <w:pPr>
        <w:spacing w:after="60" w:line="266" w:lineRule="auto"/>
        <w:ind w:firstLine="331"/>
        <w:jc w:val="both"/>
      </w:pPr>
      <w:r>
        <w:rPr>
          <w:rFonts w:ascii="Georgia" w:hAnsi="Georgia"/>
          <w:b w:val="0"/>
          <w:i w:val="0"/>
          <w:color w:val="22201D"/>
          <w:sz w:val="20"/>
        </w:rPr>
        <w:t>"Map note."</w:t>
      </w:r>
    </w:p>
    <w:p>
      <w:pPr>
        <w:spacing w:after="60" w:line="266" w:lineRule="auto"/>
        <w:ind w:firstLine="331"/>
        <w:jc w:val="both"/>
      </w:pPr>
      <w:r>
        <w:rPr>
          <w:rFonts w:ascii="Georgia" w:hAnsi="Georgia"/>
          <w:b w:val="0"/>
          <w:i w:val="0"/>
          <w:color w:val="22201D"/>
          <w:sz w:val="20"/>
        </w:rPr>
        <w:t>The words settled everyone into a different kind of attention.</w:t>
      </w:r>
    </w:p>
    <w:p>
      <w:pPr>
        <w:spacing w:after="60" w:line="266" w:lineRule="auto"/>
        <w:ind w:firstLine="331"/>
        <w:jc w:val="both"/>
      </w:pPr>
      <w:r>
        <w:rPr>
          <w:rFonts w:ascii="Georgia" w:hAnsi="Georgia"/>
          <w:b w:val="0"/>
          <w:i w:val="0"/>
          <w:color w:val="22201D"/>
          <w:sz w:val="20"/>
        </w:rPr>
        <w:t>Gerald checked the cargo again before anyone moved. Bob opened the glove compartment, removed a small pad of receipt paper, and handed it to Flocc.</w:t>
      </w:r>
    </w:p>
    <w:p>
      <w:pPr>
        <w:spacing w:after="60" w:line="266" w:lineRule="auto"/>
        <w:ind w:firstLine="331"/>
        <w:jc w:val="both"/>
      </w:pPr>
      <w:r>
        <w:rPr>
          <w:rFonts w:ascii="Georgia" w:hAnsi="Georgia"/>
          <w:b w:val="0"/>
          <w:i w:val="0"/>
          <w:color w:val="22201D"/>
          <w:sz w:val="20"/>
        </w:rPr>
        <w:t>"Write."</w:t>
      </w:r>
    </w:p>
    <w:p>
      <w:pPr>
        <w:spacing w:after="60" w:line="266" w:lineRule="auto"/>
        <w:ind w:firstLine="331"/>
        <w:jc w:val="both"/>
      </w:pPr>
      <w:r>
        <w:rPr>
          <w:rFonts w:ascii="Georgia" w:hAnsi="Georgia"/>
          <w:b w:val="0"/>
          <w:i w:val="0"/>
          <w:color w:val="22201D"/>
          <w:sz w:val="20"/>
        </w:rPr>
        <w:t>Flocc took it.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Bob looked at the map.</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MAP NOTE  FIELD REQUIRED: WHAT WAS ASKED WHAT WAS ASSUMED WHAT DIRECTION WAS GIVEN WHAT WILL NOT BE FOLDED TOGETHER</w:t>
      </w:r>
    </w:p>
    <w:p>
      <w:pPr>
        <w:spacing w:after="60" w:line="266" w:lineRule="auto"/>
        <w:ind w:firstLine="331"/>
        <w:jc w:val="both"/>
      </w:pPr>
      <w:r>
        <w:rPr>
          <w:rFonts w:ascii="Georgia" w:hAnsi="Georgia"/>
          <w:b w:val="0"/>
          <w:i w:val="0"/>
          <w:color w:val="22201D"/>
          <w:sz w:val="20"/>
        </w:rPr>
        <w:t>Steve looked stricken.</w:t>
      </w:r>
    </w:p>
    <w:p>
      <w:pPr>
        <w:spacing w:after="60" w:line="266" w:lineRule="auto"/>
        <w:ind w:firstLine="331"/>
        <w:jc w:val="both"/>
      </w:pPr>
      <w:r>
        <w:rPr>
          <w:rFonts w:ascii="Georgia" w:hAnsi="Georgia"/>
          <w:b w:val="0"/>
          <w:i w:val="0"/>
          <w:color w:val="22201D"/>
          <w:sz w:val="20"/>
        </w:rPr>
        <w:t>"I should write this."</w:t>
      </w:r>
    </w:p>
    <w:p>
      <w:pPr>
        <w:spacing w:after="60" w:line="266" w:lineRule="auto"/>
        <w:ind w:firstLine="331"/>
        <w:jc w:val="both"/>
      </w:pPr>
      <w:r>
        <w:rPr>
          <w:rFonts w:ascii="Georgia" w:hAnsi="Georgia"/>
          <w:b w:val="0"/>
          <w:i w:val="0"/>
          <w:color w:val="22201D"/>
          <w:sz w:val="20"/>
        </w:rPr>
        <w:t>Bob shook his head.</w:t>
      </w:r>
    </w:p>
    <w:p>
      <w:pPr>
        <w:spacing w:after="60" w:line="266" w:lineRule="auto"/>
        <w:ind w:firstLine="331"/>
        <w:jc w:val="both"/>
      </w:pPr>
      <w:r>
        <w:rPr>
          <w:rFonts w:ascii="Georgia" w:hAnsi="Georgia"/>
          <w:b w:val="0"/>
          <w:i w:val="0"/>
          <w:color w:val="22201D"/>
          <w:sz w:val="20"/>
        </w:rPr>
        <w:t>"You copy after."</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"He asked."</w:t>
      </w:r>
    </w:p>
    <w:p>
      <w:pPr>
        <w:spacing w:after="60" w:line="266" w:lineRule="auto"/>
        <w:ind w:firstLine="331"/>
        <w:jc w:val="both"/>
      </w:pPr>
      <w:r>
        <w:rPr>
          <w:rFonts w:ascii="Georgia" w:hAnsi="Georgia"/>
          <w:b w:val="0"/>
          <w:i w:val="0"/>
          <w:color w:val="22201D"/>
          <w:sz w:val="20"/>
        </w:rPr>
        <w:t>Flocc looked at the paper.</w:t>
      </w:r>
    </w:p>
    <w:p>
      <w:pPr>
        <w:spacing w:after="60" w:line="266" w:lineRule="auto"/>
        <w:ind w:firstLine="331"/>
        <w:jc w:val="both"/>
      </w:pPr>
      <w:r>
        <w:rPr>
          <w:rFonts w:ascii="Georgia" w:hAnsi="Georgia"/>
          <w:b w:val="0"/>
          <w:i w:val="0"/>
          <w:color w:val="22201D"/>
          <w:sz w:val="20"/>
        </w:rPr>
        <w:t>The pen Bob gave him was ordinary and blue and had a cracked cap. This offended him more than a ceremonial pen would have. A ceremonial pen might have allowed him to act like the note belonged to fate. The cheap pen meant the note belonged to handwriting.</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MAP NOTE  What was asked: Please tell us how to proceed without assuming the barrier is either enemy or invitation.  What was assumed: That the next direction should become mine as soon as I wanted certainty.  What direction was given: Proceed to the barrier, stop before touching, read the paper on the left cone, turn right after the barrier.  What will not be folded together: Yesterday and tomorrow may touch without becoming the same place. Mara's route and my route may be real without becoming one route. The current life and the delivery route may touch without either being canceled.</w:t>
      </w:r>
    </w:p>
    <w:p>
      <w:pPr>
        <w:spacing w:after="60" w:line="266" w:lineRule="auto"/>
        <w:ind w:firstLine="331"/>
        <w:jc w:val="both"/>
      </w:pPr>
      <w:r>
        <w:rPr>
          <w:rFonts w:ascii="Georgia" w:hAnsi="Georgia"/>
          <w:b w:val="0"/>
          <w:i w:val="0"/>
          <w:color w:val="22201D"/>
          <w:sz w:val="20"/>
        </w:rPr>
        <w:t>The van was quiet after that.</w:t>
      </w:r>
    </w:p>
    <w:p>
      <w:pPr>
        <w:spacing w:after="60" w:line="266" w:lineRule="auto"/>
        <w:ind w:firstLine="331"/>
        <w:jc w:val="both"/>
      </w:pPr>
      <w:r>
        <w:rPr>
          <w:rFonts w:ascii="Georgia" w:hAnsi="Georgia"/>
          <w:b w:val="0"/>
          <w:i w:val="0"/>
          <w:color w:val="22201D"/>
          <w:sz w:val="20"/>
        </w:rPr>
        <w:t>Not reverent.</w:t>
      </w:r>
    </w:p>
    <w:p>
      <w:pPr>
        <w:spacing w:after="60" w:line="266" w:lineRule="auto"/>
        <w:ind w:firstLine="331"/>
        <w:jc w:val="both"/>
      </w:pPr>
      <w:r>
        <w:rPr>
          <w:rFonts w:ascii="Georgia" w:hAnsi="Georgia"/>
          <w:b w:val="0"/>
          <w:i w:val="0"/>
          <w:color w:val="22201D"/>
          <w:sz w:val="20"/>
        </w:rPr>
        <w:t>Quiet with the practical embarrassment of a useful document.</w:t>
      </w:r>
    </w:p>
    <w:p>
      <w:pPr>
        <w:spacing w:after="60" w:line="266" w:lineRule="auto"/>
        <w:ind w:firstLine="331"/>
        <w:jc w:val="both"/>
      </w:pPr>
      <w:r>
        <w:rPr>
          <w:rFonts w:ascii="Georgia" w:hAnsi="Georgia"/>
          <w:b w:val="0"/>
          <w:i w:val="0"/>
          <w:color w:val="22201D"/>
          <w:sz w:val="20"/>
        </w:rPr>
        <w:t>The map inspected the note.</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Then, after a pause:</w:t>
      </w:r>
    </w:p>
    <w:p>
      <w:pPr>
        <w:spacing w:after="60" w:line="250" w:lineRule="auto"/>
        <w:ind w:left="202" w:right="173"/>
      </w:pPr>
      <w:r>
        <w:rPr>
          <w:rFonts w:ascii="Georgia" w:hAnsi="Georgia"/>
          <w:b w:val="0"/>
          <w:i w:val="0"/>
          <w:color w:val="22201D"/>
          <w:sz w:val="17"/>
        </w:rPr>
        <w:t>PENMANSHIP DEFENSIBLE.</w:t>
      </w:r>
    </w:p>
    <w:p>
      <w:pPr>
        <w:spacing w:after="60" w:line="266" w:lineRule="auto"/>
        <w:ind w:firstLine="331"/>
        <w:jc w:val="both"/>
      </w:pPr>
      <w:r>
        <w:rPr>
          <w:rFonts w:ascii="Georgia" w:hAnsi="Georgia"/>
          <w:b w:val="0"/>
          <w:i w:val="0"/>
          <w:color w:val="22201D"/>
          <w:sz w:val="20"/>
        </w:rPr>
        <w:t>Flocc laughed once before he could improve it.</w:t>
      </w:r>
    </w:p>
    <w:p>
      <w:pPr>
        <w:spacing w:after="60" w:line="266" w:lineRule="auto"/>
        <w:ind w:firstLine="331"/>
        <w:jc w:val="both"/>
      </w:pPr>
      <w:r>
        <w:rPr>
          <w:rFonts w:ascii="Georgia" w:hAnsi="Georgia"/>
          <w:b w:val="0"/>
          <w:i w:val="0"/>
          <w:color w:val="22201D"/>
          <w:sz w:val="20"/>
        </w:rPr>
        <w:t>Bob took the note, tore it cleanly from the pad, and handed it to Steve.</w:t>
      </w:r>
    </w:p>
    <w:p>
      <w:pPr>
        <w:spacing w:after="60" w:line="266" w:lineRule="auto"/>
        <w:ind w:firstLine="331"/>
        <w:jc w:val="both"/>
      </w:pPr>
      <w:r>
        <w:rPr>
          <w:rFonts w:ascii="Georgia" w:hAnsi="Georgia"/>
          <w:b w:val="0"/>
          <w:i w:val="0"/>
          <w:color w:val="22201D"/>
          <w:sz w:val="20"/>
        </w:rPr>
        <w:t>"Copy."</w:t>
      </w:r>
    </w:p>
    <w:p>
      <w:pPr>
        <w:spacing w:after="60" w:line="266" w:lineRule="auto"/>
        <w:ind w:firstLine="331"/>
        <w:jc w:val="both"/>
      </w:pPr>
      <w:r>
        <w:rPr>
          <w:rFonts w:ascii="Georgia" w:hAnsi="Georgia"/>
          <w:b w:val="0"/>
          <w:i w:val="0"/>
          <w:color w:val="22201D"/>
          <w:sz w:val="20"/>
        </w:rPr>
        <w:t>Steve copied it into the record book, preserving the wording and improving the margins.</w:t>
      </w:r>
    </w:p>
    <w:p>
      <w:pPr>
        <w:spacing w:after="60" w:line="266" w:lineRule="auto"/>
        <w:ind w:firstLine="331"/>
        <w:jc w:val="both"/>
      </w:pPr>
      <w:r>
        <w:rPr>
          <w:rFonts w:ascii="Georgia" w:hAnsi="Georgia"/>
          <w:b w:val="0"/>
          <w:i w:val="0"/>
          <w:color w:val="22201D"/>
          <w:sz w:val="20"/>
        </w:rPr>
        <w:t>Gerald said, "Original stays where?"</w:t>
      </w:r>
    </w:p>
    <w:p>
      <w:pPr>
        <w:spacing w:after="60" w:line="266" w:lineRule="auto"/>
        <w:ind w:firstLine="331"/>
        <w:jc w:val="both"/>
      </w:pPr>
      <w:r>
        <w:rPr>
          <w:rFonts w:ascii="Georgia" w:hAnsi="Georgia"/>
          <w:b w:val="0"/>
          <w:i w:val="0"/>
          <w:color w:val="22201D"/>
          <w:sz w:val="20"/>
        </w:rPr>
        <w:t>Bob opened the glove compartment.</w:t>
      </w:r>
    </w:p>
    <w:p>
      <w:pPr>
        <w:spacing w:after="60" w:line="266" w:lineRule="auto"/>
        <w:ind w:firstLine="331"/>
        <w:jc w:val="both"/>
      </w:pPr>
      <w:r>
        <w:rPr>
          <w:rFonts w:ascii="Georgia" w:hAnsi="Georgia"/>
          <w:b w:val="0"/>
          <w:i w:val="0"/>
          <w:color w:val="22201D"/>
          <w:sz w:val="20"/>
        </w:rPr>
        <w:t>The map folded itself just enough to make space.</w:t>
      </w:r>
    </w:p>
    <w:p>
      <w:pPr>
        <w:spacing w:after="60" w:line="266" w:lineRule="auto"/>
        <w:ind w:firstLine="331"/>
        <w:jc w:val="both"/>
      </w:pPr>
      <w:r>
        <w:rPr>
          <w:rFonts w:ascii="Georgia" w:hAnsi="Georgia"/>
          <w:b w:val="0"/>
          <w:i w:val="0"/>
          <w:color w:val="22201D"/>
          <w:sz w:val="20"/>
        </w:rPr>
        <w:t>Not sharply.</w:t>
      </w:r>
    </w:p>
    <w:p>
      <w:pPr>
        <w:spacing w:after="60" w:line="266" w:lineRule="auto"/>
        <w:ind w:firstLine="331"/>
        <w:jc w:val="both"/>
      </w:pPr>
      <w:r>
        <w:rPr>
          <w:rFonts w:ascii="Georgia" w:hAnsi="Georgia"/>
          <w:b w:val="0"/>
          <w:i w:val="0"/>
          <w:color w:val="22201D"/>
          <w:sz w:val="20"/>
        </w:rPr>
        <w:t>Not resentfully.</w:t>
      </w:r>
    </w:p>
    <w:p>
      <w:pPr>
        <w:spacing w:after="60" w:line="266" w:lineRule="auto"/>
        <w:ind w:firstLine="331"/>
        <w:jc w:val="both"/>
      </w:pPr>
      <w:r>
        <w:rPr>
          <w:rFonts w:ascii="Georgia" w:hAnsi="Georgia"/>
          <w:b w:val="0"/>
          <w:i w:val="0"/>
          <w:color w:val="22201D"/>
          <w:sz w:val="20"/>
        </w:rPr>
        <w:t>It folded with consent, one panel over another, parts touching without becoming the same place.</w:t>
      </w:r>
    </w:p>
    <w:p>
      <w:pPr>
        <w:spacing w:after="60" w:line="266" w:lineRule="auto"/>
        <w:ind w:firstLine="331"/>
        <w:jc w:val="both"/>
      </w:pPr>
      <w:r>
        <w:rPr>
          <w:rFonts w:ascii="Georgia" w:hAnsi="Georgia"/>
          <w:b w:val="0"/>
          <w:i w:val="0"/>
          <w:color w:val="22201D"/>
          <w:sz w:val="20"/>
        </w:rPr>
        <w:t>Bob placed the map note beneath it.</w:t>
      </w:r>
    </w:p>
    <w:p>
      <w:pPr>
        <w:spacing w:after="60" w:line="266" w:lineRule="auto"/>
        <w:ind w:firstLine="331"/>
        <w:jc w:val="both"/>
      </w:pPr>
      <w:r>
        <w:rPr>
          <w:rFonts w:ascii="Georgia" w:hAnsi="Georgia"/>
          <w:b w:val="0"/>
          <w:i w:val="0"/>
          <w:color w:val="22201D"/>
          <w:sz w:val="20"/>
        </w:rPr>
        <w:t>The glove compartment closed.</w:t>
      </w:r>
    </w:p>
    <w:p>
      <w:pPr>
        <w:spacing w:after="60" w:line="266" w:lineRule="auto"/>
        <w:ind w:firstLine="331"/>
        <w:jc w:val="both"/>
      </w:pPr>
      <w:r>
        <w:rPr>
          <w:rFonts w:ascii="Georgia" w:hAnsi="Georgia"/>
          <w:b w:val="0"/>
          <w:i w:val="0"/>
          <w:color w:val="22201D"/>
          <w:sz w:val="20"/>
        </w:rPr>
        <w:t>The van did not become holy.</w:t>
      </w:r>
    </w:p>
    <w:p>
      <w:pPr>
        <w:spacing w:after="60" w:line="266" w:lineRule="auto"/>
        <w:ind w:firstLine="331"/>
        <w:jc w:val="both"/>
      </w:pPr>
      <w:r>
        <w:rPr>
          <w:rFonts w:ascii="Georgia" w:hAnsi="Georgia"/>
          <w:b w:val="0"/>
          <w:i w:val="0"/>
          <w:color w:val="22201D"/>
          <w:sz w:val="20"/>
        </w:rPr>
        <w:t>It became organized.</w:t>
      </w:r>
    </w:p>
    <w:p>
      <w:pPr>
        <w:spacing w:after="60" w:line="266" w:lineRule="auto"/>
        <w:ind w:firstLine="331"/>
        <w:jc w:val="both"/>
      </w:pPr>
      <w:r>
        <w:rPr>
          <w:rFonts w:ascii="Georgia" w:hAnsi="Georgia"/>
          <w:b w:val="0"/>
          <w:i w:val="0"/>
          <w:color w:val="22201D"/>
          <w:sz w:val="20"/>
        </w:rPr>
        <w:t>Bob started the engine.</w:t>
      </w:r>
    </w:p>
    <w:p>
      <w:pPr>
        <w:spacing w:after="60" w:line="266" w:lineRule="auto"/>
        <w:ind w:firstLine="331"/>
        <w:jc w:val="both"/>
      </w:pPr>
      <w:r>
        <w:rPr>
          <w:rFonts w:ascii="Georgia" w:hAnsi="Georgia"/>
          <w:b w:val="0"/>
          <w:i w:val="0"/>
          <w:color w:val="22201D"/>
          <w:sz w:val="20"/>
        </w:rPr>
        <w:t>The produce stand sign that had been turned backward shifted in the wind enough to show one word:</w:t>
      </w:r>
    </w:p>
    <w:p>
      <w:pPr>
        <w:spacing w:after="60" w:line="250" w:lineRule="auto"/>
        <w:ind w:left="202" w:right="173"/>
      </w:pPr>
      <w:r>
        <w:rPr>
          <w:rFonts w:ascii="Georgia" w:hAnsi="Georgia"/>
          <w:b w:val="0"/>
          <w:i w:val="0"/>
          <w:color w:val="22201D"/>
          <w:sz w:val="17"/>
        </w:rPr>
        <w:t>CANBY</w:t>
      </w:r>
    </w:p>
    <w:p>
      <w:pPr>
        <w:spacing w:after="60" w:line="266" w:lineRule="auto"/>
        <w:ind w:firstLine="331"/>
        <w:jc w:val="both"/>
      </w:pPr>
      <w:r>
        <w:rPr>
          <w:rFonts w:ascii="Georgia" w:hAnsi="Georgia"/>
          <w:b w:val="0"/>
          <w:i w:val="0"/>
          <w:color w:val="22201D"/>
          <w:sz w:val="20"/>
        </w:rPr>
        <w:t>Not a destination yet.</w:t>
      </w:r>
    </w:p>
    <w:p>
      <w:pPr>
        <w:spacing w:after="60" w:line="266" w:lineRule="auto"/>
        <w:ind w:firstLine="331"/>
        <w:jc w:val="both"/>
      </w:pPr>
      <w:r>
        <w:rPr>
          <w:rFonts w:ascii="Georgia" w:hAnsi="Georgia"/>
          <w:b w:val="0"/>
          <w:i w:val="0"/>
          <w:color w:val="22201D"/>
          <w:sz w:val="20"/>
        </w:rPr>
        <w:t>A held turn.</w:t>
      </w:r>
    </w:p>
    <w:p>
      <w:pPr>
        <w:spacing w:after="60" w:line="266" w:lineRule="auto"/>
        <w:ind w:firstLine="331"/>
        <w:jc w:val="both"/>
      </w:pPr>
      <w:r>
        <w:rPr>
          <w:rFonts w:ascii="Georgia" w:hAnsi="Georgia"/>
          <w:b w:val="0"/>
          <w:i w:val="0"/>
          <w:color w:val="22201D"/>
          <w:sz w:val="20"/>
        </w:rPr>
        <w:t>Flocc looked at Bob.</w:t>
      </w:r>
    </w:p>
    <w:p>
      <w:pPr>
        <w:spacing w:after="60" w:line="266" w:lineRule="auto"/>
        <w:ind w:firstLine="331"/>
        <w:jc w:val="both"/>
      </w:pPr>
      <w:r>
        <w:rPr>
          <w:rFonts w:ascii="Georgia" w:hAnsi="Georgia"/>
          <w:b w:val="0"/>
          <w:i w:val="0"/>
          <w:color w:val="22201D"/>
          <w:sz w:val="20"/>
        </w:rPr>
        <w:t>"Please tell us the next direction."</w:t>
      </w:r>
    </w:p>
    <w:p>
      <w:pPr>
        <w:spacing w:after="60" w:line="266" w:lineRule="auto"/>
        <w:ind w:firstLine="331"/>
        <w:jc w:val="both"/>
      </w:pPr>
      <w:r>
        <w:rPr>
          <w:rFonts w:ascii="Georgia" w:hAnsi="Georgia"/>
          <w:b w:val="0"/>
          <w:i w:val="0"/>
          <w:color w:val="22201D"/>
          <w:sz w:val="20"/>
        </w:rPr>
        <w:t>Bob looked at the road.</w:t>
      </w:r>
    </w:p>
    <w:p>
      <w:pPr>
        <w:spacing w:after="60" w:line="266" w:lineRule="auto"/>
        <w:ind w:firstLine="331"/>
        <w:jc w:val="both"/>
      </w:pPr>
      <w:r>
        <w:rPr>
          <w:rFonts w:ascii="Georgia" w:hAnsi="Georgia"/>
          <w:b w:val="0"/>
          <w:i w:val="0"/>
          <w:color w:val="22201D"/>
          <w:sz w:val="20"/>
        </w:rPr>
        <w:t>The glove compartment printed through the seam in very small letters:</w:t>
      </w:r>
    </w:p>
    <w:p>
      <w:pPr>
        <w:spacing w:after="60" w:line="250" w:lineRule="auto"/>
        <w:ind w:left="202" w:right="173"/>
      </w:pPr>
      <w:r>
        <w:rPr>
          <w:rFonts w:ascii="Georgia" w:hAnsi="Georgia"/>
          <w:b w:val="0"/>
          <w:i w:val="0"/>
          <w:color w:val="22201D"/>
          <w:sz w:val="17"/>
        </w:rPr>
        <w:t>CONTINUE UNTIL CANBY HOLDS THE FIRST TURN. PRICE: PATIENCE. RECEIPT REQUIRED: FUEL.</w:t>
      </w:r>
    </w:p>
    <w:p>
      <w:pPr>
        <w:spacing w:after="60" w:line="266" w:lineRule="auto"/>
        <w:ind w:firstLine="331"/>
        <w:jc w:val="both"/>
      </w:pPr>
      <w:r>
        <w:rPr>
          <w:rFonts w:ascii="Georgia" w:hAnsi="Georgia"/>
          <w:b w:val="0"/>
          <w:i w:val="0"/>
          <w:color w:val="22201D"/>
          <w:sz w:val="20"/>
        </w:rPr>
        <w:t>Gerald checked the fuel gauge.</w:t>
      </w:r>
    </w:p>
    <w:p>
      <w:pPr>
        <w:spacing w:after="60" w:line="266" w:lineRule="auto"/>
        <w:ind w:firstLine="331"/>
        <w:jc w:val="both"/>
      </w:pPr>
      <w:r>
        <w:rPr>
          <w:rFonts w:ascii="Georgia" w:hAnsi="Georgia"/>
          <w:b w:val="0"/>
          <w:i w:val="0"/>
          <w:color w:val="22201D"/>
          <w:sz w:val="20"/>
        </w:rPr>
        <w:t>"We should stop before pretending enough is enough."</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Next required document: fuel receipt. Next chapter: Canby Holds the First Turn.</w:t>
      </w:r>
    </w:p>
    <w:p>
      <w:pPr>
        <w:spacing w:after="60" w:line="266" w:lineRule="auto"/>
        <w:ind w:firstLine="331"/>
        <w:jc w:val="both"/>
      </w:pPr>
      <w:r>
        <w:rPr>
          <w:rFonts w:ascii="Georgia" w:hAnsi="Georgia"/>
          <w:b w:val="0"/>
          <w:i w:val="0"/>
          <w:color w:val="22201D"/>
          <w:sz w:val="20"/>
        </w:rPr>
        <w:t>Nico looked out at the closed produce stand.</w:t>
      </w:r>
    </w:p>
    <w:p>
      <w:pPr>
        <w:spacing w:after="60" w:line="266" w:lineRule="auto"/>
        <w:ind w:firstLine="331"/>
        <w:jc w:val="both"/>
      </w:pPr>
      <w:r>
        <w:rPr>
          <w:rFonts w:ascii="Georgia" w:hAnsi="Georgia"/>
          <w:b w:val="0"/>
          <w:i w:val="0"/>
          <w:color w:val="22201D"/>
          <w:sz w:val="20"/>
        </w:rPr>
        <w:t>"Can I ask a question?"</w:t>
      </w:r>
    </w:p>
    <w:p>
      <w:pPr>
        <w:spacing w:after="60" w:line="266" w:lineRule="auto"/>
        <w:ind w:firstLine="331"/>
        <w:jc w:val="both"/>
      </w:pPr>
      <w:r>
        <w:rPr>
          <w:rFonts w:ascii="Georgia" w:hAnsi="Georgia"/>
          <w:b w:val="0"/>
          <w:i w:val="0"/>
          <w:color w:val="22201D"/>
          <w:sz w:val="20"/>
        </w:rPr>
        <w:t>Bob said, "If it helps the route."</w:t>
      </w:r>
    </w:p>
    <w:p>
      <w:pPr>
        <w:spacing w:after="60" w:line="266" w:lineRule="auto"/>
        <w:ind w:firstLine="331"/>
        <w:jc w:val="both"/>
      </w:pPr>
      <w:r>
        <w:rPr>
          <w:rFonts w:ascii="Georgia" w:hAnsi="Georgia"/>
          <w:b w:val="0"/>
          <w:i w:val="0"/>
          <w:color w:val="22201D"/>
          <w:sz w:val="20"/>
        </w:rPr>
        <w:t>Nico considered several questions that would not.</w:t>
      </w:r>
    </w:p>
    <w:p>
      <w:pPr>
        <w:spacing w:after="60" w:line="266" w:lineRule="auto"/>
        <w:ind w:firstLine="331"/>
        <w:jc w:val="both"/>
      </w:pPr>
      <w:r>
        <w:rPr>
          <w:rFonts w:ascii="Georgia" w:hAnsi="Georgia"/>
          <w:b w:val="0"/>
          <w:i w:val="0"/>
          <w:color w:val="22201D"/>
          <w:sz w:val="20"/>
        </w:rPr>
        <w:t>For once, he let them remain folded.</w:t>
      </w:r>
    </w:p>
    <w:p>
      <w:pPr>
        <w:spacing w:after="60" w:line="266" w:lineRule="auto"/>
        <w:ind w:firstLine="331"/>
        <w:jc w:val="both"/>
      </w:pPr>
      <w:r>
        <w:rPr>
          <w:rFonts w:ascii="Georgia" w:hAnsi="Georgia"/>
          <w:b w:val="0"/>
          <w:i w:val="0"/>
          <w:color w:val="22201D"/>
          <w:sz w:val="20"/>
        </w:rPr>
        <w:t>The van moved on.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Canby Holds the First Turn</w:t>
      </w:r>
    </w:p>
    <w:p>
      <w:pPr>
        <w:spacing w:after="60" w:line="266" w:lineRule="auto"/>
        <w:ind w:firstLine="0"/>
        <w:jc w:val="both"/>
      </w:pPr>
      <w:r>
        <w:rPr>
          <w:rFonts w:ascii="Georgia" w:hAnsi="Georgia"/>
          <w:b w:val="0"/>
          <w:i w:val="0"/>
          <w:color w:val="22201D"/>
          <w:sz w:val="20"/>
        </w:rPr>
        <w:t>In which the van requires fuel before certainty, Canby refuses to be merely reached, and the first correct turn looks like the wrong one long enough to charge patience.</w:t>
      </w:r>
    </w:p>
    <w:p>
      <w:pPr>
        <w:spacing w:after="60" w:line="266" w:lineRule="auto"/>
        <w:ind w:firstLine="331"/>
        <w:jc w:val="both"/>
      </w:pPr>
      <w:r>
        <w:rPr>
          <w:rFonts w:ascii="Georgia" w:hAnsi="Georgia"/>
          <w:b w:val="0"/>
          <w:i w:val="0"/>
          <w:color w:val="22201D"/>
          <w:sz w:val="20"/>
        </w:rPr>
        <w:t>Canby did not arrive like a destination.</w:t>
      </w:r>
    </w:p>
    <w:p>
      <w:pPr>
        <w:spacing w:after="60" w:line="266" w:lineRule="auto"/>
        <w:ind w:firstLine="331"/>
        <w:jc w:val="both"/>
      </w:pPr>
      <w:r>
        <w:rPr>
          <w:rFonts w:ascii="Georgia" w:hAnsi="Georgia"/>
          <w:b w:val="0"/>
          <w:i w:val="0"/>
          <w:color w:val="22201D"/>
          <w:sz w:val="20"/>
        </w:rPr>
        <w:t>It accumulated.</w:t>
      </w:r>
    </w:p>
    <w:p>
      <w:pPr>
        <w:spacing w:after="60" w:line="266" w:lineRule="auto"/>
        <w:ind w:firstLine="331"/>
        <w:jc w:val="both"/>
      </w:pPr>
      <w:r>
        <w:rPr>
          <w:rFonts w:ascii="Georgia" w:hAnsi="Georgia"/>
          <w:b w:val="0"/>
          <w:i w:val="0"/>
          <w:color w:val="22201D"/>
          <w:sz w:val="20"/>
        </w:rPr>
        <w:t>First there were longer fences.</w:t>
      </w:r>
    </w:p>
    <w:p>
      <w:pPr>
        <w:spacing w:after="60" w:line="266" w:lineRule="auto"/>
        <w:ind w:firstLine="331"/>
        <w:jc w:val="both"/>
      </w:pPr>
      <w:r>
        <w:rPr>
          <w:rFonts w:ascii="Georgia" w:hAnsi="Georgia"/>
          <w:b w:val="0"/>
          <w:i w:val="0"/>
          <w:color w:val="22201D"/>
          <w:sz w:val="20"/>
        </w:rPr>
        <w:t>Then there were fields that did not explain what they were growing because fields had better boundaries than people.</w:t>
      </w:r>
    </w:p>
    <w:p>
      <w:pPr>
        <w:spacing w:after="60" w:line="266" w:lineRule="auto"/>
        <w:ind w:firstLine="331"/>
        <w:jc w:val="both"/>
      </w:pPr>
      <w:r>
        <w:rPr>
          <w:rFonts w:ascii="Georgia" w:hAnsi="Georgia"/>
          <w:b w:val="0"/>
          <w:i w:val="0"/>
          <w:color w:val="22201D"/>
          <w:sz w:val="20"/>
        </w:rPr>
        <w:t>Then there were nursery signs, damp gravel shoulders, low buildings set back from the road, a feed store with a hand-painted rooster faded by useful weather, and a line of traffic that moved with the solemnity of everyone knowing exactly where they were going and not enough about why.</w:t>
      </w:r>
    </w:p>
    <w:p>
      <w:pPr>
        <w:spacing w:after="60" w:line="266" w:lineRule="auto"/>
        <w:ind w:firstLine="331"/>
        <w:jc w:val="both"/>
      </w:pPr>
      <w:r>
        <w:rPr>
          <w:rFonts w:ascii="Georgia" w:hAnsi="Georgia"/>
          <w:b w:val="0"/>
          <w:i w:val="0"/>
          <w:color w:val="22201D"/>
          <w:sz w:val="20"/>
        </w:rPr>
        <w:t>The van's fuel gauge dropped one needle-width.</w:t>
      </w:r>
    </w:p>
    <w:p>
      <w:pPr>
        <w:spacing w:after="60" w:line="266" w:lineRule="auto"/>
        <w:ind w:firstLine="331"/>
        <w:jc w:val="both"/>
      </w:pPr>
      <w:r>
        <w:rPr>
          <w:rFonts w:ascii="Georgia" w:hAnsi="Georgia"/>
          <w:b w:val="0"/>
          <w:i w:val="0"/>
          <w:color w:val="22201D"/>
          <w:sz w:val="20"/>
        </w:rPr>
        <w:t>Gerald saw it.</w:t>
      </w:r>
    </w:p>
    <w:p>
      <w:pPr>
        <w:spacing w:after="60" w:line="266" w:lineRule="auto"/>
        <w:ind w:firstLine="331"/>
        <w:jc w:val="both"/>
      </w:pPr>
      <w:r>
        <w:rPr>
          <w:rFonts w:ascii="Georgia" w:hAnsi="Georgia"/>
          <w:b w:val="0"/>
          <w:i w:val="0"/>
          <w:color w:val="22201D"/>
          <w:sz w:val="20"/>
        </w:rPr>
        <w:t>Of course Gerald saw it.</w:t>
      </w:r>
    </w:p>
    <w:p>
      <w:pPr>
        <w:spacing w:after="60" w:line="266" w:lineRule="auto"/>
        <w:ind w:firstLine="331"/>
        <w:jc w:val="both"/>
      </w:pPr>
      <w:r>
        <w:rPr>
          <w:rFonts w:ascii="Georgia" w:hAnsi="Georgia"/>
          <w:b w:val="0"/>
          <w:i w:val="0"/>
          <w:color w:val="22201D"/>
          <w:sz w:val="20"/>
        </w:rPr>
        <w:t>"Fuel."</w:t>
      </w:r>
    </w:p>
    <w:p>
      <w:pPr>
        <w:spacing w:after="60" w:line="266" w:lineRule="auto"/>
        <w:ind w:firstLine="331"/>
        <w:jc w:val="both"/>
      </w:pPr>
      <w:r>
        <w:rPr>
          <w:rFonts w:ascii="Georgia" w:hAnsi="Georgia"/>
          <w:b w:val="0"/>
          <w:i w:val="0"/>
          <w:color w:val="22201D"/>
          <w:sz w:val="20"/>
        </w:rPr>
        <w:t>Bob did not answer.</w:t>
      </w:r>
    </w:p>
    <w:p>
      <w:pPr>
        <w:spacing w:after="60" w:line="266" w:lineRule="auto"/>
        <w:ind w:firstLine="331"/>
        <w:jc w:val="both"/>
      </w:pPr>
      <w:r>
        <w:rPr>
          <w:rFonts w:ascii="Georgia" w:hAnsi="Georgia"/>
          <w:b w:val="0"/>
          <w:i w:val="0"/>
          <w:color w:val="22201D"/>
          <w:sz w:val="20"/>
        </w:rPr>
        <w:t>The glove compartment printed through the seam:</w:t>
      </w:r>
    </w:p>
    <w:p>
      <w:pPr>
        <w:spacing w:after="60" w:line="250" w:lineRule="auto"/>
        <w:ind w:left="202" w:right="173"/>
      </w:pPr>
      <w:r>
        <w:rPr>
          <w:rFonts w:ascii="Georgia" w:hAnsi="Georgia"/>
          <w:b w:val="0"/>
          <w:i w:val="0"/>
          <w:color w:val="22201D"/>
          <w:sz w:val="17"/>
        </w:rPr>
        <w:t>PRICE ACTIVE: PATIENCE. RECEIPT REQUIRED: FUEL.</w:t>
      </w:r>
    </w:p>
    <w:p>
      <w:pPr>
        <w:spacing w:after="60" w:line="266" w:lineRule="auto"/>
        <w:ind w:firstLine="331"/>
        <w:jc w:val="both"/>
      </w:pPr>
      <w:r>
        <w:rPr>
          <w:rFonts w:ascii="Georgia" w:hAnsi="Georgia"/>
          <w:b w:val="0"/>
          <w:i w:val="0"/>
          <w:color w:val="22201D"/>
          <w:sz w:val="20"/>
        </w:rPr>
        <w:t>Nico leaned forward against his seat belt.</w:t>
      </w:r>
    </w:p>
    <w:p>
      <w:pPr>
        <w:spacing w:after="60" w:line="266" w:lineRule="auto"/>
        <w:ind w:firstLine="331"/>
        <w:jc w:val="both"/>
      </w:pPr>
      <w:r>
        <w:rPr>
          <w:rFonts w:ascii="Georgia" w:hAnsi="Georgia"/>
          <w:b w:val="0"/>
          <w:i w:val="0"/>
          <w:color w:val="22201D"/>
          <w:sz w:val="20"/>
        </w:rPr>
        <w:t>"Could the glove compartment stop billing us emotionally?"</w:t>
      </w:r>
    </w:p>
    <w:p>
      <w:pPr>
        <w:spacing w:after="60" w:line="266" w:lineRule="auto"/>
        <w:ind w:firstLine="331"/>
        <w:jc w:val="both"/>
      </w:pPr>
      <w:r>
        <w:rPr>
          <w:rFonts w:ascii="Georgia" w:hAnsi="Georgia"/>
          <w:b w:val="0"/>
          <w:i w:val="0"/>
          <w:color w:val="22201D"/>
          <w:sz w:val="20"/>
        </w:rPr>
        <w:t>The map, still folded over the map note with restrained professionalism,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"Fuel stop becomes chapter artifact."</w:t>
      </w:r>
    </w:p>
    <w:p>
      <w:pPr>
        <w:spacing w:after="60" w:line="266" w:lineRule="auto"/>
        <w:ind w:firstLine="331"/>
        <w:jc w:val="both"/>
      </w:pPr>
      <w:r>
        <w:rPr>
          <w:rFonts w:ascii="Georgia" w:hAnsi="Georgia"/>
          <w:b w:val="0"/>
          <w:i w:val="0"/>
          <w:color w:val="22201D"/>
          <w:sz w:val="20"/>
        </w:rPr>
        <w:t>Bob said, "Fuel stop becomes fuel stop."</w:t>
      </w:r>
    </w:p>
    <w:p>
      <w:pPr>
        <w:spacing w:after="60" w:line="266" w:lineRule="auto"/>
        <w:ind w:firstLine="331"/>
        <w:jc w:val="both"/>
      </w:pPr>
      <w:r>
        <w:rPr>
          <w:rFonts w:ascii="Georgia" w:hAnsi="Georgia"/>
          <w:b w:val="0"/>
          <w:i w:val="0"/>
          <w:color w:val="22201D"/>
          <w:sz w:val="20"/>
        </w:rPr>
        <w:t>"And chapter artifact."</w:t>
      </w:r>
    </w:p>
    <w:p>
      <w:pPr>
        <w:spacing w:after="60" w:line="266" w:lineRule="auto"/>
        <w:ind w:firstLine="331"/>
        <w:jc w:val="both"/>
      </w:pPr>
      <w:r>
        <w:rPr>
          <w:rFonts w:ascii="Georgia" w:hAnsi="Georgia"/>
          <w:b w:val="0"/>
          <w:i w:val="0"/>
          <w:color w:val="22201D"/>
          <w:sz w:val="20"/>
        </w:rPr>
        <w:t>"Only if someone waits correctly."</w:t>
      </w:r>
    </w:p>
    <w:p>
      <w:pPr>
        <w:spacing w:after="60" w:line="266" w:lineRule="auto"/>
        <w:ind w:firstLine="331"/>
        <w:jc w:val="both"/>
      </w:pPr>
      <w:r>
        <w:rPr>
          <w:rFonts w:ascii="Georgia" w:hAnsi="Georgia"/>
          <w:b w:val="0"/>
          <w:i w:val="0"/>
          <w:color w:val="22201D"/>
          <w:sz w:val="20"/>
        </w:rPr>
        <w:t>Flocc looked at the road ahead.</w:t>
      </w:r>
    </w:p>
    <w:p>
      <w:pPr>
        <w:spacing w:after="60" w:line="266" w:lineRule="auto"/>
        <w:ind w:firstLine="331"/>
        <w:jc w:val="both"/>
      </w:pPr>
      <w:r>
        <w:rPr>
          <w:rFonts w:ascii="Georgia" w:hAnsi="Georgia"/>
          <w:b w:val="0"/>
          <w:i w:val="0"/>
          <w:color w:val="22201D"/>
          <w:sz w:val="20"/>
        </w:rPr>
        <w:t>The orange route line on the map had held steady since the service lane, which made him suspicious. He had already learned that stability could be another way for a thing to ask whether he was paying attention.</w:t>
      </w:r>
    </w:p>
    <w:p>
      <w:pPr>
        <w:spacing w:after="60" w:line="266" w:lineRule="auto"/>
        <w:ind w:firstLine="331"/>
        <w:jc w:val="both"/>
      </w:pPr>
      <w:r>
        <w:rPr>
          <w:rFonts w:ascii="Georgia" w:hAnsi="Georgia"/>
          <w:b w:val="0"/>
          <w:i w:val="0"/>
          <w:color w:val="22201D"/>
          <w:sz w:val="20"/>
        </w:rPr>
        <w:t>"What does waiting correctly mean?"</w:t>
      </w:r>
    </w:p>
    <w:p>
      <w:pPr>
        <w:spacing w:after="60" w:line="266" w:lineRule="auto"/>
        <w:ind w:firstLine="331"/>
        <w:jc w:val="both"/>
      </w:pPr>
      <w:r>
        <w:rPr>
          <w:rFonts w:ascii="Georgia" w:hAnsi="Georgia"/>
          <w:b w:val="0"/>
          <w:i w:val="0"/>
          <w:color w:val="22201D"/>
          <w:sz w:val="20"/>
        </w:rPr>
        <w:t>Bob changed lanes behind a truck carrying empty plant trays.</w:t>
      </w:r>
    </w:p>
    <w:p>
      <w:pPr>
        <w:spacing w:after="60" w:line="266" w:lineRule="auto"/>
        <w:ind w:firstLine="331"/>
        <w:jc w:val="both"/>
      </w:pPr>
      <w:r>
        <w:rPr>
          <w:rFonts w:ascii="Georgia" w:hAnsi="Georgia"/>
          <w:b w:val="0"/>
          <w:i w:val="0"/>
          <w:color w:val="22201D"/>
          <w:sz w:val="20"/>
        </w:rPr>
        <w:t>"Not making the pump prove the road."</w:t>
      </w:r>
    </w:p>
    <w:p>
      <w:pPr>
        <w:spacing w:after="60" w:line="266" w:lineRule="auto"/>
        <w:ind w:firstLine="331"/>
        <w:jc w:val="both"/>
      </w:pPr>
      <w:r>
        <w:rPr>
          <w:rFonts w:ascii="Georgia" w:hAnsi="Georgia"/>
          <w:b w:val="0"/>
          <w:i w:val="0"/>
          <w:color w:val="22201D"/>
          <w:sz w:val="20"/>
        </w:rPr>
        <w:t>"That did not answer."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Gerald said, "Fuel station on the right in point four miles."</w:t>
      </w:r>
    </w:p>
    <w:p>
      <w:pPr>
        <w:spacing w:after="60" w:line="266" w:lineRule="auto"/>
        <w:ind w:firstLine="331"/>
        <w:jc w:val="both"/>
      </w:pPr>
      <w:r>
        <w:rPr>
          <w:rFonts w:ascii="Georgia" w:hAnsi="Georgia"/>
          <w:b w:val="0"/>
          <w:i w:val="0"/>
          <w:color w:val="22201D"/>
          <w:sz w:val="20"/>
        </w:rPr>
        <w:t>Steve wrote point four miles.</w:t>
      </w:r>
    </w:p>
    <w:p>
      <w:pPr>
        <w:spacing w:after="60" w:line="266" w:lineRule="auto"/>
        <w:ind w:firstLine="331"/>
        <w:jc w:val="both"/>
      </w:pPr>
      <w:r>
        <w:rPr>
          <w:rFonts w:ascii="Georgia" w:hAnsi="Georgia"/>
          <w:b w:val="0"/>
          <w:i w:val="0"/>
          <w:color w:val="22201D"/>
          <w:sz w:val="20"/>
        </w:rPr>
        <w:t>Nico said, "That sounds refreshingly normal."</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DO NOT PROVOKE NORMAL.</w:t>
      </w:r>
    </w:p>
    <w:p>
      <w:pPr>
        <w:spacing w:after="60" w:line="266" w:lineRule="auto"/>
        <w:ind w:firstLine="331"/>
        <w:jc w:val="both"/>
      </w:pPr>
      <w:r>
        <w:rPr>
          <w:rFonts w:ascii="Georgia" w:hAnsi="Georgia"/>
          <w:b w:val="0"/>
          <w:i w:val="0"/>
          <w:color w:val="22201D"/>
          <w:sz w:val="20"/>
        </w:rPr>
        <w:t>The fuel station appeared between a tire shop and a stand selling berries that were not open for the season but had left their sign up out of seasonal optimism or neglect. Its canopy lights were on even though the day had not become dark enough to require them. A delivery truck idled near the diesel pumps. A minivan full of children performed a low-grade civic collapse near the air machine.</w:t>
      </w:r>
    </w:p>
    <w:p>
      <w:pPr>
        <w:spacing w:after="60" w:line="266" w:lineRule="auto"/>
        <w:ind w:firstLine="331"/>
        <w:jc w:val="both"/>
      </w:pPr>
      <w:r>
        <w:rPr>
          <w:rFonts w:ascii="Georgia" w:hAnsi="Georgia"/>
          <w:b w:val="0"/>
          <w:i w:val="0"/>
          <w:color w:val="22201D"/>
          <w:sz w:val="20"/>
        </w:rPr>
        <w:t>Bob pulled in.</w:t>
      </w:r>
    </w:p>
    <w:p>
      <w:pPr>
        <w:spacing w:after="60" w:line="266" w:lineRule="auto"/>
        <w:ind w:firstLine="331"/>
        <w:jc w:val="both"/>
      </w:pPr>
      <w:r>
        <w:rPr>
          <w:rFonts w:ascii="Georgia" w:hAnsi="Georgia"/>
          <w:b w:val="0"/>
          <w:i w:val="0"/>
          <w:color w:val="22201D"/>
          <w:sz w:val="20"/>
        </w:rPr>
        <w:t>Gerald inspected the pump before the van stopped.</w:t>
      </w:r>
    </w:p>
    <w:p>
      <w:pPr>
        <w:spacing w:after="60" w:line="266" w:lineRule="auto"/>
        <w:ind w:firstLine="331"/>
        <w:jc w:val="both"/>
      </w:pPr>
      <w:r>
        <w:rPr>
          <w:rFonts w:ascii="Georgia" w:hAnsi="Georgia"/>
          <w:b w:val="0"/>
          <w:i w:val="0"/>
          <w:color w:val="22201D"/>
          <w:sz w:val="20"/>
        </w:rPr>
        <w:t>"Pump three. Hose intact. Spill pad visible. No smoking. One cone near the air machine. Avoid."</w:t>
      </w:r>
    </w:p>
    <w:p>
      <w:pPr>
        <w:spacing w:after="60" w:line="266" w:lineRule="auto"/>
        <w:ind w:firstLine="331"/>
        <w:jc w:val="both"/>
      </w:pPr>
      <w:r>
        <w:rPr>
          <w:rFonts w:ascii="Georgia" w:hAnsi="Georgia"/>
          <w:b w:val="0"/>
          <w:i w:val="0"/>
          <w:color w:val="22201D"/>
          <w:sz w:val="20"/>
        </w:rPr>
        <w:t>Nico said, "Do you ever experience a parking lot as vibes?"</w:t>
      </w:r>
    </w:p>
    <w:p>
      <w:pPr>
        <w:spacing w:after="60" w:line="266" w:lineRule="auto"/>
        <w:ind w:firstLine="331"/>
        <w:jc w:val="both"/>
      </w:pPr>
      <w:r>
        <w:rPr>
          <w:rFonts w:ascii="Georgia" w:hAnsi="Georgia"/>
          <w:b w:val="0"/>
          <w:i w:val="0"/>
          <w:color w:val="22201D"/>
          <w:sz w:val="20"/>
        </w:rPr>
        <w:t>"Vibes do not prevent ignition."</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GERALD CONTINUES TO BE USEFUL.</w:t>
      </w:r>
    </w:p>
    <w:p>
      <w:pPr>
        <w:spacing w:after="60" w:line="266" w:lineRule="auto"/>
        <w:ind w:firstLine="331"/>
        <w:jc w:val="both"/>
      </w:pPr>
      <w:r>
        <w:rPr>
          <w:rFonts w:ascii="Georgia" w:hAnsi="Georgia"/>
          <w:b w:val="0"/>
          <w:i w:val="0"/>
          <w:color w:val="22201D"/>
          <w:sz w:val="20"/>
        </w:rPr>
        <w:t>Gerald did not smile, which was how he smiled at maps.</w:t>
      </w:r>
    </w:p>
    <w:p>
      <w:pPr>
        <w:spacing w:after="60" w:line="266" w:lineRule="auto"/>
        <w:ind w:firstLine="331"/>
        <w:jc w:val="both"/>
      </w:pPr>
      <w:r>
        <w:rPr>
          <w:rFonts w:ascii="Georgia" w:hAnsi="Georgia"/>
          <w:b w:val="0"/>
          <w:i w:val="0"/>
          <w:color w:val="22201D"/>
          <w:sz w:val="20"/>
        </w:rPr>
        <w:t>Bob shut off the engine.</w:t>
      </w:r>
    </w:p>
    <w:p>
      <w:pPr>
        <w:spacing w:after="60" w:line="266" w:lineRule="auto"/>
        <w:ind w:firstLine="331"/>
        <w:jc w:val="both"/>
      </w:pPr>
      <w:r>
        <w:rPr>
          <w:rFonts w:ascii="Georgia" w:hAnsi="Georgia"/>
          <w:b w:val="0"/>
          <w:i w:val="0"/>
          <w:color w:val="22201D"/>
          <w:sz w:val="20"/>
        </w:rPr>
        <w:t>For one second, nothing impossible happened.</w:t>
      </w:r>
    </w:p>
    <w:p>
      <w:pPr>
        <w:spacing w:after="60" w:line="266" w:lineRule="auto"/>
        <w:ind w:firstLine="331"/>
        <w:jc w:val="both"/>
      </w:pPr>
      <w:r>
        <w:rPr>
          <w:rFonts w:ascii="Georgia" w:hAnsi="Georgia"/>
          <w:b w:val="0"/>
          <w:i w:val="0"/>
          <w:color w:val="22201D"/>
          <w:sz w:val="20"/>
        </w:rPr>
        <w:t>Then the pump screen lit before anyone touched it.</w:t>
      </w:r>
    </w:p>
    <w:p>
      <w:pPr>
        <w:spacing w:after="60" w:line="250" w:lineRule="auto"/>
        <w:ind w:left="202" w:right="173"/>
      </w:pPr>
      <w:r>
        <w:rPr>
          <w:rFonts w:ascii="Georgia" w:hAnsi="Georgia"/>
          <w:b w:val="0"/>
          <w:i w:val="0"/>
          <w:color w:val="22201D"/>
          <w:sz w:val="17"/>
        </w:rPr>
        <w:t>WELCOME ROUTE CUSTOMER  SELECT GRADE: 87 89 91 PATIENCE</w:t>
      </w:r>
    </w:p>
    <w:p>
      <w:pPr>
        <w:spacing w:after="60" w:line="266" w:lineRule="auto"/>
        <w:ind w:firstLine="331"/>
        <w:jc w:val="both"/>
      </w:pPr>
      <w:r>
        <w:rPr>
          <w:rFonts w:ascii="Georgia" w:hAnsi="Georgia"/>
          <w:b w:val="0"/>
          <w:i w:val="0"/>
          <w:color w:val="22201D"/>
          <w:sz w:val="20"/>
        </w:rPr>
        <w:t>Nico whispered, "I hate when infrastructure develops opinions."</w:t>
      </w:r>
    </w:p>
    <w:p>
      <w:pPr>
        <w:spacing w:after="60" w:line="266" w:lineRule="auto"/>
        <w:ind w:firstLine="331"/>
        <w:jc w:val="both"/>
      </w:pPr>
      <w:r>
        <w:rPr>
          <w:rFonts w:ascii="Georgia" w:hAnsi="Georgia"/>
          <w:b w:val="0"/>
          <w:i w:val="0"/>
          <w:color w:val="22201D"/>
          <w:sz w:val="20"/>
        </w:rPr>
        <w:t>Steve copied the options.</w:t>
      </w:r>
    </w:p>
    <w:p>
      <w:pPr>
        <w:spacing w:after="60" w:line="266" w:lineRule="auto"/>
        <w:ind w:firstLine="331"/>
        <w:jc w:val="both"/>
      </w:pPr>
      <w:r>
        <w:rPr>
          <w:rFonts w:ascii="Georgia" w:hAnsi="Georgia"/>
          <w:b w:val="0"/>
          <w:i w:val="0"/>
          <w:color w:val="22201D"/>
          <w:sz w:val="20"/>
        </w:rPr>
        <w:t>Bob got out of the van.</w:t>
      </w:r>
    </w:p>
    <w:p>
      <w:pPr>
        <w:spacing w:after="60" w:line="266" w:lineRule="auto"/>
        <w:ind w:firstLine="331"/>
        <w:jc w:val="both"/>
      </w:pPr>
      <w:r>
        <w:rPr>
          <w:rFonts w:ascii="Georgia" w:hAnsi="Georgia"/>
          <w:b w:val="0"/>
          <w:i w:val="0"/>
          <w:color w:val="22201D"/>
          <w:sz w:val="20"/>
        </w:rPr>
        <w:t>Flocc started to unbuckle.</w:t>
      </w:r>
    </w:p>
    <w:p>
      <w:pPr>
        <w:spacing w:after="60" w:line="266" w:lineRule="auto"/>
        <w:ind w:firstLine="331"/>
        <w:jc w:val="both"/>
      </w:pPr>
      <w:r>
        <w:rPr>
          <w:rFonts w:ascii="Georgia" w:hAnsi="Georgia"/>
          <w:b w:val="0"/>
          <w:i w:val="0"/>
          <w:color w:val="22201D"/>
          <w:sz w:val="20"/>
        </w:rPr>
        <w:t>Bob pointed to the rear.</w:t>
      </w:r>
    </w:p>
    <w:p>
      <w:pPr>
        <w:spacing w:after="60" w:line="266" w:lineRule="auto"/>
        <w:ind w:firstLine="331"/>
        <w:jc w:val="both"/>
      </w:pPr>
      <w:r>
        <w:rPr>
          <w:rFonts w:ascii="Georgia" w:hAnsi="Georgia"/>
          <w:b w:val="0"/>
          <w:i w:val="0"/>
          <w:color w:val="22201D"/>
          <w:sz w:val="20"/>
        </w:rPr>
        <w:t>"Carry."</w:t>
      </w:r>
    </w:p>
    <w:p>
      <w:pPr>
        <w:spacing w:after="60" w:line="266" w:lineRule="auto"/>
        <w:ind w:firstLine="331"/>
        <w:jc w:val="both"/>
      </w:pPr>
      <w:r>
        <w:rPr>
          <w:rFonts w:ascii="Georgia" w:hAnsi="Georgia"/>
          <w:b w:val="0"/>
          <w:i w:val="0"/>
          <w:color w:val="22201D"/>
          <w:sz w:val="20"/>
        </w:rPr>
        <w:t>Flocc paused.</w:t>
      </w:r>
    </w:p>
    <w:p>
      <w:pPr>
        <w:spacing w:after="60" w:line="266" w:lineRule="auto"/>
        <w:ind w:firstLine="331"/>
        <w:jc w:val="both"/>
      </w:pPr>
      <w:r>
        <w:rPr>
          <w:rFonts w:ascii="Georgia" w:hAnsi="Georgia"/>
          <w:b w:val="0"/>
          <w:i w:val="0"/>
          <w:color w:val="22201D"/>
          <w:sz w:val="20"/>
        </w:rPr>
        <w:t>"Carry what?"</w:t>
      </w:r>
    </w:p>
    <w:p>
      <w:pPr>
        <w:spacing w:after="60" w:line="266" w:lineRule="auto"/>
        <w:ind w:firstLine="331"/>
        <w:jc w:val="both"/>
      </w:pPr>
      <w:r>
        <w:rPr>
          <w:rFonts w:ascii="Georgia" w:hAnsi="Georgia"/>
          <w:b w:val="0"/>
          <w:i w:val="0"/>
          <w:color w:val="22201D"/>
          <w:sz w:val="20"/>
        </w:rPr>
        <w:t>Bob opened the side door and handed him the small red fuel can that had not been in the van when they loaded the box but had clearly been offended by the idea that absence mattered.</w:t>
      </w:r>
    </w:p>
    <w:p>
      <w:pPr>
        <w:spacing w:after="60" w:line="266" w:lineRule="auto"/>
        <w:ind w:firstLine="331"/>
        <w:jc w:val="both"/>
      </w:pPr>
      <w:r>
        <w:rPr>
          <w:rFonts w:ascii="Georgia" w:hAnsi="Georgia"/>
          <w:b w:val="0"/>
          <w:i w:val="0"/>
          <w:color w:val="22201D"/>
          <w:sz w:val="20"/>
        </w:rPr>
        <w:t>The can was empty.</w:t>
      </w:r>
    </w:p>
    <w:p>
      <w:pPr>
        <w:spacing w:after="60" w:line="266" w:lineRule="auto"/>
        <w:ind w:firstLine="331"/>
        <w:jc w:val="both"/>
      </w:pPr>
      <w:r>
        <w:rPr>
          <w:rFonts w:ascii="Georgia" w:hAnsi="Georgia"/>
          <w:b w:val="0"/>
          <w:i w:val="0"/>
          <w:color w:val="22201D"/>
          <w:sz w:val="20"/>
        </w:rPr>
        <w:t>It was also heavier than an empty can had a right to be.</w:t>
      </w:r>
    </w:p>
    <w:p>
      <w:pPr>
        <w:spacing w:after="60" w:line="266" w:lineRule="auto"/>
        <w:ind w:firstLine="331"/>
        <w:jc w:val="both"/>
      </w:pPr>
      <w:r>
        <w:rPr>
          <w:rFonts w:ascii="Georgia" w:hAnsi="Georgia"/>
          <w:b w:val="0"/>
          <w:i w:val="0"/>
          <w:color w:val="22201D"/>
          <w:sz w:val="20"/>
        </w:rPr>
        <w:t>"Why am I carrying an empty fuel can if we are parked at a pump?"</w:t>
      </w:r>
    </w:p>
    <w:p>
      <w:pPr>
        <w:spacing w:after="60" w:line="266" w:lineRule="auto"/>
        <w:ind w:firstLine="331"/>
        <w:jc w:val="both"/>
      </w:pPr>
      <w:r>
        <w:rPr>
          <w:rFonts w:ascii="Georgia" w:hAnsi="Georgia"/>
          <w:b w:val="0"/>
          <w:i w:val="0"/>
          <w:color w:val="22201D"/>
          <w:sz w:val="20"/>
        </w:rPr>
        <w:t>Bob closed the side door.</w:t>
      </w:r>
    </w:p>
    <w:p>
      <w:pPr>
        <w:spacing w:after="60" w:line="266" w:lineRule="auto"/>
        <w:ind w:firstLine="331"/>
        <w:jc w:val="both"/>
      </w:pPr>
      <w:r>
        <w:rPr>
          <w:rFonts w:ascii="Georgia" w:hAnsi="Georgia"/>
          <w:b w:val="0"/>
          <w:i w:val="0"/>
          <w:color w:val="22201D"/>
          <w:sz w:val="20"/>
        </w:rPr>
        <w:t>"Because you asked for directions in Chapter 2."</w:t>
      </w:r>
    </w:p>
    <w:p>
      <w:pPr>
        <w:spacing w:after="60" w:line="266" w:lineRule="auto"/>
        <w:ind w:firstLine="331"/>
        <w:jc w:val="both"/>
      </w:pPr>
      <w:r>
        <w:rPr>
          <w:rFonts w:ascii="Georgia" w:hAnsi="Georgia"/>
          <w:b w:val="0"/>
          <w:i w:val="0"/>
          <w:color w:val="22201D"/>
          <w:sz w:val="20"/>
        </w:rPr>
        <w:t>"That is not causation."</w:t>
      </w:r>
    </w:p>
    <w:p>
      <w:pPr>
        <w:spacing w:after="60" w:line="266" w:lineRule="auto"/>
        <w:ind w:firstLine="331"/>
        <w:jc w:val="both"/>
      </w:pPr>
      <w:r>
        <w:rPr>
          <w:rFonts w:ascii="Georgia" w:hAnsi="Georgia"/>
          <w:b w:val="0"/>
          <w:i w:val="0"/>
          <w:color w:val="22201D"/>
          <w:sz w:val="20"/>
        </w:rPr>
        <w:t>"It is route."</w:t>
      </w:r>
    </w:p>
    <w:p>
      <w:pPr>
        <w:spacing w:after="60" w:line="266" w:lineRule="auto"/>
        <w:ind w:firstLine="331"/>
        <w:jc w:val="both"/>
      </w:pPr>
      <w:r>
        <w:rPr>
          <w:rFonts w:ascii="Georgia" w:hAnsi="Georgia"/>
          <w:b w:val="0"/>
          <w:i w:val="0"/>
          <w:color w:val="22201D"/>
          <w:sz w:val="20"/>
        </w:rPr>
        <w:t>Gerald stepped down and checked the can.</w:t>
      </w:r>
    </w:p>
    <w:p>
      <w:pPr>
        <w:spacing w:after="60" w:line="266" w:lineRule="auto"/>
        <w:ind w:firstLine="331"/>
        <w:jc w:val="both"/>
      </w:pPr>
      <w:r>
        <w:rPr>
          <w:rFonts w:ascii="Georgia" w:hAnsi="Georgia"/>
          <w:b w:val="0"/>
          <w:i w:val="0"/>
          <w:color w:val="22201D"/>
          <w:sz w:val="20"/>
        </w:rPr>
        <w:t>"Cap secure. No residue. Acceptable."</w:t>
      </w:r>
    </w:p>
    <w:p>
      <w:pPr>
        <w:spacing w:after="60" w:line="266" w:lineRule="auto"/>
        <w:ind w:firstLine="331"/>
        <w:jc w:val="both"/>
      </w:pPr>
      <w:r>
        <w:rPr>
          <w:rFonts w:ascii="Georgia" w:hAnsi="Georgia"/>
          <w:b w:val="0"/>
          <w:i w:val="0"/>
          <w:color w:val="22201D"/>
          <w:sz w:val="20"/>
        </w:rPr>
        <w:t>Flocc held it by the handle.</w:t>
      </w:r>
    </w:p>
    <w:p>
      <w:pPr>
        <w:spacing w:after="60" w:line="266" w:lineRule="auto"/>
        <w:ind w:firstLine="331"/>
        <w:jc w:val="both"/>
      </w:pPr>
      <w:r>
        <w:rPr>
          <w:rFonts w:ascii="Georgia" w:hAnsi="Georgia"/>
          <w:b w:val="0"/>
          <w:i w:val="0"/>
          <w:color w:val="22201D"/>
          <w:sz w:val="20"/>
        </w:rPr>
        <w:t>The can pulled at his arm with the humiliating weight of something that was both pointless and required.</w:t>
      </w:r>
    </w:p>
    <w:p>
      <w:pPr>
        <w:spacing w:after="60" w:line="266" w:lineRule="auto"/>
        <w:ind w:firstLine="331"/>
        <w:jc w:val="both"/>
      </w:pPr>
      <w:r>
        <w:rPr>
          <w:rFonts w:ascii="Georgia" w:hAnsi="Georgia"/>
          <w:b w:val="0"/>
          <w:i w:val="0"/>
          <w:color w:val="22201D"/>
          <w:sz w:val="20"/>
        </w:rPr>
        <w:t>Steve looked at it.</w:t>
      </w:r>
    </w:p>
    <w:p>
      <w:pPr>
        <w:spacing w:after="60" w:line="266" w:lineRule="auto"/>
        <w:ind w:firstLine="331"/>
        <w:jc w:val="both"/>
      </w:pPr>
      <w:r>
        <w:rPr>
          <w:rFonts w:ascii="Georgia" w:hAnsi="Georgia"/>
          <w:b w:val="0"/>
          <w:i w:val="0"/>
          <w:color w:val="22201D"/>
          <w:sz w:val="20"/>
        </w:rPr>
        <w:t>"Fuel can?"</w:t>
      </w:r>
    </w:p>
    <w:p>
      <w:pPr>
        <w:spacing w:after="60" w:line="266" w:lineRule="auto"/>
        <w:ind w:firstLine="331"/>
        <w:jc w:val="both"/>
      </w:pPr>
      <w:r>
        <w:rPr>
          <w:rFonts w:ascii="Georgia" w:hAnsi="Georgia"/>
          <w:b w:val="0"/>
          <w:i w:val="0"/>
          <w:color w:val="22201D"/>
          <w:sz w:val="20"/>
        </w:rPr>
        <w:t>Bob said, "Patience container."</w:t>
      </w:r>
    </w:p>
    <w:p>
      <w:pPr>
        <w:spacing w:after="60" w:line="266" w:lineRule="auto"/>
        <w:ind w:firstLine="331"/>
        <w:jc w:val="both"/>
      </w:pPr>
      <w:r>
        <w:rPr>
          <w:rFonts w:ascii="Georgia" w:hAnsi="Georgia"/>
          <w:b w:val="0"/>
          <w:i w:val="0"/>
          <w:color w:val="22201D"/>
          <w:sz w:val="20"/>
        </w:rPr>
        <w:t>Steve wrote patience container and then, after a visible internal fight, did not put quotation marks around it.</w:t>
      </w:r>
    </w:p>
    <w:p>
      <w:pPr>
        <w:spacing w:after="60" w:line="266" w:lineRule="auto"/>
        <w:ind w:firstLine="331"/>
        <w:jc w:val="both"/>
      </w:pPr>
      <w:r>
        <w:rPr>
          <w:rFonts w:ascii="Georgia" w:hAnsi="Georgia"/>
          <w:b w:val="0"/>
          <w:i w:val="0"/>
          <w:color w:val="22201D"/>
          <w:sz w:val="20"/>
        </w:rPr>
        <w:t>They crossed from pump three to the station office.</w:t>
      </w:r>
    </w:p>
    <w:p>
      <w:pPr>
        <w:spacing w:after="60" w:line="266" w:lineRule="auto"/>
        <w:ind w:firstLine="331"/>
        <w:jc w:val="both"/>
      </w:pPr>
      <w:r>
        <w:rPr>
          <w:rFonts w:ascii="Georgia" w:hAnsi="Georgia"/>
          <w:b w:val="0"/>
          <w:i w:val="0"/>
          <w:color w:val="22201D"/>
          <w:sz w:val="20"/>
        </w:rPr>
        <w:t>This was not the shortest path.</w:t>
      </w:r>
    </w:p>
    <w:p>
      <w:pPr>
        <w:spacing w:after="60" w:line="266" w:lineRule="auto"/>
        <w:ind w:firstLine="331"/>
        <w:jc w:val="both"/>
      </w:pPr>
      <w:r>
        <w:rPr>
          <w:rFonts w:ascii="Georgia" w:hAnsi="Georgia"/>
          <w:b w:val="0"/>
          <w:i w:val="0"/>
          <w:color w:val="22201D"/>
          <w:sz w:val="20"/>
        </w:rPr>
        <w:t>The shortest path would have been to stay beside the van and use a card.</w:t>
      </w:r>
    </w:p>
    <w:p>
      <w:pPr>
        <w:spacing w:after="60" w:line="266" w:lineRule="auto"/>
        <w:ind w:firstLine="331"/>
        <w:jc w:val="both"/>
      </w:pPr>
      <w:r>
        <w:rPr>
          <w:rFonts w:ascii="Georgia" w:hAnsi="Georgia"/>
          <w:b w:val="0"/>
          <w:i w:val="0"/>
          <w:color w:val="22201D"/>
          <w:sz w:val="20"/>
        </w:rPr>
        <w:t>The route did not currently believe in cards.</w:t>
      </w:r>
    </w:p>
    <w:p>
      <w:pPr>
        <w:spacing w:after="60" w:line="266" w:lineRule="auto"/>
        <w:ind w:firstLine="331"/>
        <w:jc w:val="both"/>
      </w:pPr>
      <w:r>
        <w:rPr>
          <w:rFonts w:ascii="Georgia" w:hAnsi="Georgia"/>
          <w:b w:val="0"/>
          <w:i w:val="0"/>
          <w:color w:val="22201D"/>
          <w:sz w:val="20"/>
        </w:rPr>
        <w:t>It believed in going inside.</w:t>
      </w:r>
    </w:p>
    <w:p>
      <w:pPr>
        <w:spacing w:after="60" w:line="266" w:lineRule="auto"/>
        <w:ind w:firstLine="331"/>
        <w:jc w:val="both"/>
      </w:pPr>
      <w:r>
        <w:rPr>
          <w:rFonts w:ascii="Georgia" w:hAnsi="Georgia"/>
          <w:b w:val="0"/>
          <w:i w:val="0"/>
          <w:color w:val="22201D"/>
          <w:sz w:val="20"/>
        </w:rPr>
        <w:t>The station door chimed when Bob opened it. The chime sounded tired but not defeated.</w:t>
      </w:r>
    </w:p>
    <w:p>
      <w:pPr>
        <w:spacing w:after="60" w:line="266" w:lineRule="auto"/>
        <w:ind w:firstLine="331"/>
        <w:jc w:val="both"/>
      </w:pPr>
      <w:r>
        <w:rPr>
          <w:rFonts w:ascii="Georgia" w:hAnsi="Georgia"/>
          <w:b w:val="0"/>
          <w:i w:val="0"/>
          <w:color w:val="22201D"/>
          <w:sz w:val="20"/>
        </w:rPr>
        <w:t>Inside, the air smelled like coffee that had been forgiven too often, floor cleaner, hot plastic, and breakfast sandwiches sealed in a case that made hunger feel legally complicated.</w:t>
      </w:r>
    </w:p>
    <w:p>
      <w:pPr>
        <w:spacing w:after="60" w:line="266" w:lineRule="auto"/>
        <w:ind w:firstLine="331"/>
        <w:jc w:val="both"/>
      </w:pPr>
      <w:r>
        <w:rPr>
          <w:rFonts w:ascii="Georgia" w:hAnsi="Georgia"/>
          <w:b w:val="0"/>
          <w:i w:val="0"/>
          <w:color w:val="22201D"/>
          <w:sz w:val="20"/>
        </w:rPr>
        <w:t>A rack of maps stood beside the counter.</w:t>
      </w:r>
    </w:p>
    <w:p>
      <w:pPr>
        <w:spacing w:after="60" w:line="266" w:lineRule="auto"/>
        <w:ind w:firstLine="331"/>
        <w:jc w:val="both"/>
      </w:pPr>
      <w:r>
        <w:rPr>
          <w:rFonts w:ascii="Georgia" w:hAnsi="Georgia"/>
          <w:b w:val="0"/>
          <w:i w:val="0"/>
          <w:color w:val="22201D"/>
          <w:sz w:val="20"/>
        </w:rPr>
        <w:t>Every map on it was folded.</w:t>
      </w:r>
    </w:p>
    <w:p>
      <w:pPr>
        <w:spacing w:after="60" w:line="266" w:lineRule="auto"/>
        <w:ind w:firstLine="331"/>
        <w:jc w:val="both"/>
      </w:pPr>
      <w:r>
        <w:rPr>
          <w:rFonts w:ascii="Georgia" w:hAnsi="Georgia"/>
          <w:b w:val="0"/>
          <w:i w:val="0"/>
          <w:color w:val="22201D"/>
          <w:sz w:val="20"/>
        </w:rPr>
        <w:t>None of them spoke.</w:t>
      </w:r>
    </w:p>
    <w:p>
      <w:pPr>
        <w:spacing w:after="60" w:line="266" w:lineRule="auto"/>
        <w:ind w:firstLine="331"/>
        <w:jc w:val="both"/>
      </w:pPr>
      <w:r>
        <w:rPr>
          <w:rFonts w:ascii="Georgia" w:hAnsi="Georgia"/>
          <w:b w:val="0"/>
          <w:i w:val="0"/>
          <w:color w:val="22201D"/>
          <w:sz w:val="20"/>
        </w:rPr>
        <w:t>This was somehow more awkward.</w:t>
      </w:r>
    </w:p>
    <w:p>
      <w:pPr>
        <w:spacing w:after="60" w:line="266" w:lineRule="auto"/>
        <w:ind w:firstLine="331"/>
        <w:jc w:val="both"/>
      </w:pPr>
      <w:r>
        <w:rPr>
          <w:rFonts w:ascii="Georgia" w:hAnsi="Georgia"/>
          <w:b w:val="0"/>
          <w:i w:val="0"/>
          <w:color w:val="22201D"/>
          <w:sz w:val="20"/>
        </w:rPr>
        <w:t>Flocc angled the fuel can away from the candy display.</w:t>
      </w:r>
    </w:p>
    <w:p>
      <w:pPr>
        <w:spacing w:after="60" w:line="266" w:lineRule="auto"/>
        <w:ind w:firstLine="331"/>
        <w:jc w:val="both"/>
      </w:pPr>
      <w:r>
        <w:rPr>
          <w:rFonts w:ascii="Georgia" w:hAnsi="Georgia"/>
          <w:b w:val="0"/>
          <w:i w:val="0"/>
          <w:color w:val="22201D"/>
          <w:sz w:val="20"/>
        </w:rPr>
        <w:t>Gerald watched his elbow.</w:t>
      </w:r>
    </w:p>
    <w:p>
      <w:pPr>
        <w:spacing w:after="60" w:line="266" w:lineRule="auto"/>
        <w:ind w:firstLine="331"/>
        <w:jc w:val="both"/>
      </w:pPr>
      <w:r>
        <w:rPr>
          <w:rFonts w:ascii="Georgia" w:hAnsi="Georgia"/>
          <w:b w:val="0"/>
          <w:i w:val="0"/>
          <w:color w:val="22201D"/>
          <w:sz w:val="20"/>
        </w:rPr>
        <w:t>"Wider turn."</w:t>
      </w:r>
    </w:p>
    <w:p>
      <w:pPr>
        <w:spacing w:after="60" w:line="266" w:lineRule="auto"/>
        <w:ind w:firstLine="331"/>
        <w:jc w:val="both"/>
      </w:pPr>
      <w:r>
        <w:rPr>
          <w:rFonts w:ascii="Georgia" w:hAnsi="Georgia"/>
          <w:b w:val="0"/>
          <w:i w:val="0"/>
          <w:color w:val="22201D"/>
          <w:sz w:val="20"/>
        </w:rPr>
        <w:t>Flocc corrected.</w:t>
      </w:r>
    </w:p>
    <w:p>
      <w:pPr>
        <w:spacing w:after="60" w:line="266" w:lineRule="auto"/>
        <w:ind w:firstLine="331"/>
        <w:jc w:val="both"/>
      </w:pPr>
      <w:r>
        <w:rPr>
          <w:rFonts w:ascii="Georgia" w:hAnsi="Georgia"/>
          <w:b w:val="0"/>
          <w:i w:val="0"/>
          <w:color w:val="22201D"/>
          <w:sz w:val="20"/>
        </w:rPr>
        <w:t>The cashier looked up from a paperback whose cover showed a lighthouse menaced by weather and a man who seemed underqualified for both.</w:t>
      </w:r>
    </w:p>
    <w:p>
      <w:pPr>
        <w:spacing w:after="60" w:line="266" w:lineRule="auto"/>
        <w:ind w:firstLine="331"/>
        <w:jc w:val="both"/>
      </w:pPr>
      <w:r>
        <w:rPr>
          <w:rFonts w:ascii="Georgia" w:hAnsi="Georgia"/>
          <w:b w:val="0"/>
          <w:i w:val="0"/>
          <w:color w:val="22201D"/>
          <w:sz w:val="20"/>
        </w:rPr>
        <w:t>"Pump?"</w:t>
      </w:r>
    </w:p>
    <w:p>
      <w:pPr>
        <w:spacing w:after="60" w:line="266" w:lineRule="auto"/>
        <w:ind w:firstLine="331"/>
        <w:jc w:val="both"/>
      </w:pPr>
      <w:r>
        <w:rPr>
          <w:rFonts w:ascii="Georgia" w:hAnsi="Georgia"/>
          <w:b w:val="0"/>
          <w:i w:val="0"/>
          <w:color w:val="22201D"/>
          <w:sz w:val="20"/>
        </w:rPr>
        <w:t>Bob said, "Three."</w:t>
      </w:r>
    </w:p>
    <w:p>
      <w:pPr>
        <w:spacing w:after="60" w:line="266" w:lineRule="auto"/>
        <w:ind w:firstLine="331"/>
        <w:jc w:val="both"/>
      </w:pPr>
      <w:r>
        <w:rPr>
          <w:rFonts w:ascii="Georgia" w:hAnsi="Georgia"/>
          <w:b w:val="0"/>
          <w:i w:val="0"/>
          <w:color w:val="22201D"/>
          <w:sz w:val="20"/>
        </w:rPr>
        <w:t>"Amount?"</w:t>
      </w:r>
    </w:p>
    <w:p>
      <w:pPr>
        <w:spacing w:after="60" w:line="266" w:lineRule="auto"/>
        <w:ind w:firstLine="331"/>
        <w:jc w:val="both"/>
      </w:pPr>
      <w:r>
        <w:rPr>
          <w:rFonts w:ascii="Georgia" w:hAnsi="Georgia"/>
          <w:b w:val="0"/>
          <w:i w:val="0"/>
          <w:color w:val="22201D"/>
          <w:sz w:val="20"/>
        </w:rPr>
        <w:t>Bob looked at Flocc.</w:t>
      </w:r>
    </w:p>
    <w:p>
      <w:pPr>
        <w:spacing w:after="60" w:line="266" w:lineRule="auto"/>
        <w:ind w:firstLine="331"/>
        <w:jc w:val="both"/>
      </w:pPr>
      <w:r>
        <w:rPr>
          <w:rFonts w:ascii="Georgia" w:hAnsi="Georgia"/>
          <w:b w:val="0"/>
          <w:i w:val="0"/>
          <w:color w:val="22201D"/>
          <w:sz w:val="20"/>
        </w:rPr>
        <w:t>Flocc looked at the fuel can.</w:t>
      </w:r>
    </w:p>
    <w:p>
      <w:pPr>
        <w:spacing w:after="60" w:line="266" w:lineRule="auto"/>
        <w:ind w:firstLine="331"/>
        <w:jc w:val="both"/>
      </w:pPr>
      <w:r>
        <w:rPr>
          <w:rFonts w:ascii="Georgia" w:hAnsi="Georgia"/>
          <w:b w:val="0"/>
          <w:i w:val="0"/>
          <w:color w:val="22201D"/>
          <w:sz w:val="20"/>
        </w:rPr>
        <w:t>He almost said, "Enough."</w:t>
      </w:r>
    </w:p>
    <w:p>
      <w:pPr>
        <w:spacing w:after="60" w:line="266" w:lineRule="auto"/>
        <w:ind w:firstLine="331"/>
        <w:jc w:val="both"/>
      </w:pPr>
      <w:r>
        <w:rPr>
          <w:rFonts w:ascii="Georgia" w:hAnsi="Georgia"/>
          <w:b w:val="0"/>
          <w:i w:val="0"/>
          <w:color w:val="22201D"/>
          <w:sz w:val="20"/>
        </w:rPr>
        <w:t>He felt the word line up in his mouth. It was an old word for him. Not old because he used it well. Old because he used it when he wanted the world to stop asking follow-up questions.</w:t>
      </w:r>
    </w:p>
    <w:p>
      <w:pPr>
        <w:spacing w:after="60" w:line="266" w:lineRule="auto"/>
        <w:ind w:firstLine="331"/>
        <w:jc w:val="both"/>
      </w:pPr>
      <w:r>
        <w:rPr>
          <w:rFonts w:ascii="Georgia" w:hAnsi="Georgia"/>
          <w:b w:val="0"/>
          <w:i w:val="0"/>
          <w:color w:val="22201D"/>
          <w:sz w:val="20"/>
        </w:rPr>
        <w:t>Enough closure.</w:t>
      </w:r>
    </w:p>
    <w:p>
      <w:pPr>
        <w:spacing w:after="60" w:line="266" w:lineRule="auto"/>
        <w:ind w:firstLine="331"/>
        <w:jc w:val="both"/>
      </w:pPr>
      <w:r>
        <w:rPr>
          <w:rFonts w:ascii="Georgia" w:hAnsi="Georgia"/>
          <w:b w:val="0"/>
          <w:i w:val="0"/>
          <w:color w:val="22201D"/>
          <w:sz w:val="20"/>
        </w:rPr>
        <w:t>Enough regret.</w:t>
      </w:r>
    </w:p>
    <w:p>
      <w:pPr>
        <w:spacing w:after="60" w:line="266" w:lineRule="auto"/>
        <w:ind w:firstLine="331"/>
        <w:jc w:val="both"/>
      </w:pPr>
      <w:r>
        <w:rPr>
          <w:rFonts w:ascii="Georgia" w:hAnsi="Georgia"/>
          <w:b w:val="0"/>
          <w:i w:val="0"/>
          <w:color w:val="22201D"/>
          <w:sz w:val="20"/>
        </w:rPr>
        <w:t>Enough apology.</w:t>
      </w:r>
    </w:p>
    <w:p>
      <w:pPr>
        <w:spacing w:after="60" w:line="266" w:lineRule="auto"/>
        <w:ind w:firstLine="331"/>
        <w:jc w:val="both"/>
      </w:pPr>
      <w:r>
        <w:rPr>
          <w:rFonts w:ascii="Georgia" w:hAnsi="Georgia"/>
          <w:b w:val="0"/>
          <w:i w:val="0"/>
          <w:color w:val="22201D"/>
          <w:sz w:val="20"/>
        </w:rPr>
        <w:t>Enough proof that he was better now.</w:t>
      </w:r>
    </w:p>
    <w:p>
      <w:pPr>
        <w:spacing w:after="60" w:line="266" w:lineRule="auto"/>
        <w:ind w:firstLine="331"/>
        <w:jc w:val="both"/>
      </w:pPr>
      <w:r>
        <w:rPr>
          <w:rFonts w:ascii="Georgia" w:hAnsi="Georgia"/>
          <w:b w:val="0"/>
          <w:i w:val="0"/>
          <w:color w:val="22201D"/>
          <w:sz w:val="20"/>
        </w:rPr>
        <w:t>The fuel can tugged at his hand.</w:t>
      </w:r>
    </w:p>
    <w:p>
      <w:pPr>
        <w:spacing w:after="60" w:line="266" w:lineRule="auto"/>
        <w:ind w:firstLine="331"/>
        <w:jc w:val="both"/>
      </w:pPr>
      <w:r>
        <w:rPr>
          <w:rFonts w:ascii="Georgia" w:hAnsi="Georgia"/>
          <w:b w:val="0"/>
          <w:i w:val="0"/>
          <w:color w:val="22201D"/>
          <w:sz w:val="20"/>
        </w:rPr>
        <w:t>Carryable is not easy.</w:t>
      </w:r>
    </w:p>
    <w:p>
      <w:pPr>
        <w:spacing w:after="60" w:line="266" w:lineRule="auto"/>
        <w:ind w:firstLine="331"/>
        <w:jc w:val="both"/>
      </w:pPr>
      <w:r>
        <w:rPr>
          <w:rFonts w:ascii="Georgia" w:hAnsi="Georgia"/>
          <w:b w:val="0"/>
          <w:i w:val="0"/>
          <w:color w:val="22201D"/>
          <w:sz w:val="20"/>
        </w:rPr>
        <w:t>The map note waited under the glove compartment fold, not visible but still embarrassing.</w:t>
      </w:r>
    </w:p>
    <w:p>
      <w:pPr>
        <w:spacing w:after="60" w:line="266" w:lineRule="auto"/>
        <w:ind w:firstLine="331"/>
        <w:jc w:val="both"/>
      </w:pPr>
      <w:r>
        <w:rPr>
          <w:rFonts w:ascii="Georgia" w:hAnsi="Georgia"/>
          <w:b w:val="0"/>
          <w:i w:val="0"/>
          <w:color w:val="22201D"/>
          <w:sz w:val="20"/>
        </w:rPr>
        <w:t>Flocc said, "Please tell us what amount keeps the route honest without pretending we are finished preparing."</w:t>
      </w:r>
    </w:p>
    <w:p>
      <w:pPr>
        <w:spacing w:after="60" w:line="266" w:lineRule="auto"/>
        <w:ind w:firstLine="331"/>
        <w:jc w:val="both"/>
      </w:pPr>
      <w:r>
        <w:rPr>
          <w:rFonts w:ascii="Georgia" w:hAnsi="Georgia"/>
          <w:b w:val="0"/>
          <w:i w:val="0"/>
          <w:color w:val="22201D"/>
          <w:sz w:val="20"/>
        </w:rPr>
        <w:t>The cashier blinked.</w:t>
      </w:r>
    </w:p>
    <w:p>
      <w:pPr>
        <w:spacing w:after="60" w:line="266" w:lineRule="auto"/>
        <w:ind w:firstLine="331"/>
        <w:jc w:val="both"/>
      </w:pPr>
      <w:r>
        <w:rPr>
          <w:rFonts w:ascii="Georgia" w:hAnsi="Georgia"/>
          <w:b w:val="0"/>
          <w:i w:val="0"/>
          <w:color w:val="22201D"/>
          <w:sz w:val="20"/>
        </w:rPr>
        <w:t>This was fair.</w:t>
      </w:r>
    </w:p>
    <w:p>
      <w:pPr>
        <w:spacing w:after="60" w:line="266" w:lineRule="auto"/>
        <w:ind w:firstLine="331"/>
        <w:jc w:val="both"/>
      </w:pPr>
      <w:r>
        <w:rPr>
          <w:rFonts w:ascii="Georgia" w:hAnsi="Georgia"/>
          <w:b w:val="0"/>
          <w:i w:val="0"/>
          <w:color w:val="22201D"/>
          <w:sz w:val="20"/>
        </w:rPr>
        <w:t>Most cashiers were not paid enough to receive ritual logistics at 10:17 in the morning.</w:t>
      </w:r>
    </w:p>
    <w:p>
      <w:pPr>
        <w:spacing w:after="60" w:line="266" w:lineRule="auto"/>
        <w:ind w:firstLine="331"/>
        <w:jc w:val="both"/>
      </w:pPr>
      <w:r>
        <w:rPr>
          <w:rFonts w:ascii="Georgia" w:hAnsi="Georgia"/>
          <w:b w:val="0"/>
          <w:i w:val="0"/>
          <w:color w:val="22201D"/>
          <w:sz w:val="20"/>
        </w:rPr>
        <w:t>Bob put a twenty on the counter.</w:t>
      </w:r>
    </w:p>
    <w:p>
      <w:pPr>
        <w:spacing w:after="60" w:line="266" w:lineRule="auto"/>
        <w:ind w:firstLine="331"/>
        <w:jc w:val="both"/>
      </w:pPr>
      <w:r>
        <w:rPr>
          <w:rFonts w:ascii="Georgia" w:hAnsi="Georgia"/>
          <w:b w:val="0"/>
          <w:i w:val="0"/>
          <w:color w:val="22201D"/>
          <w:sz w:val="20"/>
        </w:rPr>
        <w:t>"Twenty."</w:t>
      </w:r>
    </w:p>
    <w:p>
      <w:pPr>
        <w:spacing w:after="60" w:line="266" w:lineRule="auto"/>
        <w:ind w:firstLine="331"/>
        <w:jc w:val="both"/>
      </w:pPr>
      <w:r>
        <w:rPr>
          <w:rFonts w:ascii="Georgia" w:hAnsi="Georgia"/>
          <w:b w:val="0"/>
          <w:i w:val="0"/>
          <w:color w:val="22201D"/>
          <w:sz w:val="20"/>
        </w:rPr>
        <w:t>The cashier relaxed.</w:t>
      </w:r>
    </w:p>
    <w:p>
      <w:pPr>
        <w:spacing w:after="60" w:line="266" w:lineRule="auto"/>
        <w:ind w:firstLine="331"/>
        <w:jc w:val="both"/>
      </w:pPr>
      <w:r>
        <w:rPr>
          <w:rFonts w:ascii="Georgia" w:hAnsi="Georgia"/>
          <w:b w:val="0"/>
          <w:i w:val="0"/>
          <w:color w:val="22201D"/>
          <w:sz w:val="20"/>
        </w:rPr>
        <w:t>"Pump three."</w:t>
      </w:r>
    </w:p>
    <w:p>
      <w:pPr>
        <w:spacing w:after="60" w:line="266" w:lineRule="auto"/>
        <w:ind w:firstLine="331"/>
        <w:jc w:val="both"/>
      </w:pPr>
      <w:r>
        <w:rPr>
          <w:rFonts w:ascii="Georgia" w:hAnsi="Georgia"/>
          <w:b w:val="0"/>
          <w:i w:val="0"/>
          <w:color w:val="22201D"/>
          <w:sz w:val="20"/>
        </w:rPr>
        <w:t>The receipt printer coughed before the register opened.</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PRE-RECEIPT  Amount requested: $20.00  Amount wanted: certainty  Amount authorized: enough to continue</w:t>
      </w:r>
    </w:p>
    <w:p>
      <w:pPr>
        <w:spacing w:after="60" w:line="266" w:lineRule="auto"/>
        <w:ind w:firstLine="331"/>
        <w:jc w:val="both"/>
      </w:pPr>
      <w:r>
        <w:rPr>
          <w:rFonts w:ascii="Georgia" w:hAnsi="Georgia"/>
          <w:b w:val="0"/>
          <w:i w:val="0"/>
          <w:color w:val="22201D"/>
          <w:sz w:val="20"/>
        </w:rPr>
        <w:t>The cashier tore it off.</w:t>
      </w:r>
    </w:p>
    <w:p>
      <w:pPr>
        <w:spacing w:after="60" w:line="266" w:lineRule="auto"/>
        <w:ind w:firstLine="331"/>
        <w:jc w:val="both"/>
      </w:pPr>
      <w:r>
        <w:rPr>
          <w:rFonts w:ascii="Georgia" w:hAnsi="Georgia"/>
          <w:b w:val="0"/>
          <w:i w:val="0"/>
          <w:color w:val="22201D"/>
          <w:sz w:val="20"/>
        </w:rPr>
        <w:t>"This yours?"</w:t>
      </w:r>
    </w:p>
    <w:p>
      <w:pPr>
        <w:spacing w:after="60" w:line="266" w:lineRule="auto"/>
        <w:ind w:firstLine="331"/>
        <w:jc w:val="both"/>
      </w:pPr>
      <w:r>
        <w:rPr>
          <w:rFonts w:ascii="Georgia" w:hAnsi="Georgia"/>
          <w:b w:val="0"/>
          <w:i w:val="0"/>
          <w:color w:val="22201D"/>
          <w:sz w:val="20"/>
        </w:rPr>
        <w:t>Bob took it.</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cashier considered asking a question.</w:t>
      </w:r>
    </w:p>
    <w:p>
      <w:pPr>
        <w:spacing w:after="60" w:line="266" w:lineRule="auto"/>
        <w:ind w:firstLine="331"/>
        <w:jc w:val="both"/>
      </w:pPr>
      <w:r>
        <w:rPr>
          <w:rFonts w:ascii="Georgia" w:hAnsi="Georgia"/>
          <w:b w:val="0"/>
          <w:i w:val="0"/>
          <w:color w:val="22201D"/>
          <w:sz w:val="20"/>
        </w:rPr>
        <w:t>Then she looked at the fuel can in Flocc's hand, Steve's record book, Gerald's posture, Nico's face behind the glass door pretending not to be part of the group while absolutely being part of the group, and Bob's complete refusal to perform surprise.</w:t>
      </w:r>
    </w:p>
    <w:p>
      <w:pPr>
        <w:spacing w:after="60" w:line="266" w:lineRule="auto"/>
        <w:ind w:firstLine="331"/>
        <w:jc w:val="both"/>
      </w:pPr>
      <w:r>
        <w:rPr>
          <w:rFonts w:ascii="Georgia" w:hAnsi="Georgia"/>
          <w:b w:val="0"/>
          <w:i w:val="0"/>
          <w:color w:val="22201D"/>
          <w:sz w:val="20"/>
        </w:rPr>
        <w:t>"Pump three," she repeated.</w:t>
      </w:r>
    </w:p>
    <w:p>
      <w:pPr>
        <w:spacing w:after="60" w:line="266" w:lineRule="auto"/>
        <w:ind w:firstLine="331"/>
        <w:jc w:val="both"/>
      </w:pPr>
      <w:r>
        <w:rPr>
          <w:rFonts w:ascii="Georgia" w:hAnsi="Georgia"/>
          <w:b w:val="0"/>
          <w:i w:val="0"/>
          <w:color w:val="22201D"/>
          <w:sz w:val="20"/>
        </w:rPr>
        <w:t>"Thank you," Flocc said.</w:t>
      </w:r>
    </w:p>
    <w:p>
      <w:pPr>
        <w:spacing w:after="60" w:line="266" w:lineRule="auto"/>
        <w:ind w:firstLine="331"/>
        <w:jc w:val="both"/>
      </w:pPr>
      <w:r>
        <w:rPr>
          <w:rFonts w:ascii="Georgia" w:hAnsi="Georgia"/>
          <w:b w:val="0"/>
          <w:i w:val="0"/>
          <w:color w:val="22201D"/>
          <w:sz w:val="20"/>
        </w:rPr>
        <w:t>She pointed at the fuel can.</w:t>
      </w:r>
    </w:p>
    <w:p>
      <w:pPr>
        <w:spacing w:after="60" w:line="266" w:lineRule="auto"/>
        <w:ind w:firstLine="331"/>
        <w:jc w:val="both"/>
      </w:pPr>
      <w:r>
        <w:rPr>
          <w:rFonts w:ascii="Georgia" w:hAnsi="Georgia"/>
          <w:b w:val="0"/>
          <w:i w:val="0"/>
          <w:color w:val="22201D"/>
          <w:sz w:val="20"/>
        </w:rPr>
        <w:t>"Don't fill that inside."</w:t>
      </w:r>
    </w:p>
    <w:p>
      <w:pPr>
        <w:spacing w:after="60" w:line="266" w:lineRule="auto"/>
        <w:ind w:firstLine="331"/>
        <w:jc w:val="both"/>
      </w:pPr>
      <w:r>
        <w:rPr>
          <w:rFonts w:ascii="Georgia" w:hAnsi="Georgia"/>
          <w:b w:val="0"/>
          <w:i w:val="0"/>
          <w:color w:val="22201D"/>
          <w:sz w:val="20"/>
        </w:rPr>
        <w:t>Gerald said, "Correct."</w:t>
      </w:r>
    </w:p>
    <w:p>
      <w:pPr>
        <w:spacing w:after="60" w:line="266" w:lineRule="auto"/>
        <w:ind w:firstLine="331"/>
        <w:jc w:val="both"/>
      </w:pPr>
      <w:r>
        <w:rPr>
          <w:rFonts w:ascii="Georgia" w:hAnsi="Georgia"/>
          <w:b w:val="0"/>
          <w:i w:val="0"/>
          <w:color w:val="22201D"/>
          <w:sz w:val="20"/>
        </w:rPr>
        <w:t>They returned to the pump.</w:t>
      </w:r>
    </w:p>
    <w:p>
      <w:pPr>
        <w:spacing w:after="60" w:line="266" w:lineRule="auto"/>
        <w:ind w:firstLine="331"/>
        <w:jc w:val="both"/>
      </w:pPr>
      <w:r>
        <w:rPr>
          <w:rFonts w:ascii="Georgia" w:hAnsi="Georgia"/>
          <w:b w:val="0"/>
          <w:i w:val="0"/>
          <w:color w:val="22201D"/>
          <w:sz w:val="20"/>
        </w:rPr>
        <w:t>The van waited.</w:t>
      </w:r>
    </w:p>
    <w:p>
      <w:pPr>
        <w:spacing w:after="60" w:line="266" w:lineRule="auto"/>
        <w:ind w:firstLine="331"/>
        <w:jc w:val="both"/>
      </w:pPr>
      <w:r>
        <w:rPr>
          <w:rFonts w:ascii="Georgia" w:hAnsi="Georgia"/>
          <w:b w:val="0"/>
          <w:i w:val="0"/>
          <w:color w:val="22201D"/>
          <w:sz w:val="20"/>
        </w:rPr>
        <w:t>The route waited.</w:t>
      </w:r>
    </w:p>
    <w:p>
      <w:pPr>
        <w:spacing w:after="60" w:line="266" w:lineRule="auto"/>
        <w:ind w:firstLine="331"/>
        <w:jc w:val="both"/>
      </w:pPr>
      <w:r>
        <w:rPr>
          <w:rFonts w:ascii="Georgia" w:hAnsi="Georgia"/>
          <w:b w:val="0"/>
          <w:i w:val="0"/>
          <w:color w:val="22201D"/>
          <w:sz w:val="20"/>
        </w:rPr>
        <w:t>Canby, if it was Canby yet, did not announce itself. It held the first turn somewhere beyond the canopy, patient in the cruel way places could be patient because they were not the ones carrying anything.</w:t>
      </w:r>
    </w:p>
    <w:p>
      <w:pPr>
        <w:spacing w:after="60" w:line="266" w:lineRule="auto"/>
        <w:ind w:firstLine="331"/>
        <w:jc w:val="both"/>
      </w:pPr>
      <w:r>
        <w:rPr>
          <w:rFonts w:ascii="Georgia" w:hAnsi="Georgia"/>
          <w:b w:val="0"/>
          <w:i w:val="0"/>
          <w:color w:val="22201D"/>
          <w:sz w:val="20"/>
        </w:rPr>
        <w:t>Bob handed the nozzle to Flocc.</w:t>
      </w:r>
    </w:p>
    <w:p>
      <w:pPr>
        <w:spacing w:after="60" w:line="266" w:lineRule="auto"/>
        <w:ind w:firstLine="331"/>
        <w:jc w:val="both"/>
      </w:pPr>
      <w:r>
        <w:rPr>
          <w:rFonts w:ascii="Georgia" w:hAnsi="Georgia"/>
          <w:b w:val="0"/>
          <w:i w:val="0"/>
          <w:color w:val="22201D"/>
          <w:sz w:val="20"/>
        </w:rPr>
        <w:t>Flocc did not take it.</w:t>
      </w:r>
    </w:p>
    <w:p>
      <w:pPr>
        <w:spacing w:after="60" w:line="266" w:lineRule="auto"/>
        <w:ind w:firstLine="331"/>
        <w:jc w:val="both"/>
      </w:pPr>
      <w:r>
        <w:rPr>
          <w:rFonts w:ascii="Georgia" w:hAnsi="Georgia"/>
          <w:b w:val="0"/>
          <w:i w:val="0"/>
          <w:color w:val="22201D"/>
          <w:sz w:val="20"/>
        </w:rPr>
        <w:t>"I don't know how much to put in."</w:t>
      </w:r>
    </w:p>
    <w:p>
      <w:pPr>
        <w:spacing w:after="60" w:line="266" w:lineRule="auto"/>
        <w:ind w:firstLine="331"/>
        <w:jc w:val="both"/>
      </w:pPr>
      <w:r>
        <w:rPr>
          <w:rFonts w:ascii="Georgia" w:hAnsi="Georgia"/>
          <w:b w:val="0"/>
          <w:i w:val="0"/>
          <w:color w:val="22201D"/>
          <w:sz w:val="20"/>
        </w:rPr>
        <w:t>"Twenty dollars."</w:t>
      </w:r>
    </w:p>
    <w:p>
      <w:pPr>
        <w:spacing w:after="60" w:line="266" w:lineRule="auto"/>
        <w:ind w:firstLine="331"/>
        <w:jc w:val="both"/>
      </w:pPr>
      <w:r>
        <w:rPr>
          <w:rFonts w:ascii="Georgia" w:hAnsi="Georgia"/>
          <w:b w:val="0"/>
          <w:i w:val="0"/>
          <w:color w:val="22201D"/>
          <w:sz w:val="20"/>
        </w:rPr>
        <w:t>"I know the amount."</w:t>
      </w:r>
    </w:p>
    <w:p>
      <w:pPr>
        <w:spacing w:after="60" w:line="266" w:lineRule="auto"/>
        <w:ind w:firstLine="331"/>
        <w:jc w:val="both"/>
      </w:pPr>
      <w:r>
        <w:rPr>
          <w:rFonts w:ascii="Georgia" w:hAnsi="Georgia"/>
          <w:b w:val="0"/>
          <w:i w:val="0"/>
          <w:color w:val="22201D"/>
          <w:sz w:val="20"/>
        </w:rPr>
        <w:t>"Then you know how much."</w:t>
      </w:r>
    </w:p>
    <w:p>
      <w:pPr>
        <w:spacing w:after="60" w:line="266" w:lineRule="auto"/>
        <w:ind w:firstLine="331"/>
        <w:jc w:val="both"/>
      </w:pPr>
      <w:r>
        <w:rPr>
          <w:rFonts w:ascii="Georgia" w:hAnsi="Georgia"/>
          <w:b w:val="0"/>
          <w:i w:val="0"/>
          <w:color w:val="22201D"/>
          <w:sz w:val="20"/>
        </w:rPr>
        <w:t>"That is not what I mean."</w:t>
      </w:r>
    </w:p>
    <w:p>
      <w:pPr>
        <w:spacing w:after="60" w:line="266" w:lineRule="auto"/>
        <w:ind w:firstLine="331"/>
        <w:jc w:val="both"/>
      </w:pPr>
      <w:r>
        <w:rPr>
          <w:rFonts w:ascii="Georgia" w:hAnsi="Georgia"/>
          <w:b w:val="0"/>
          <w:i w:val="0"/>
          <w:color w:val="22201D"/>
          <w:sz w:val="20"/>
        </w:rPr>
        <w:t>Bob held the nozzle in the space between them.</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pump screen changed:</w:t>
      </w:r>
    </w:p>
    <w:p>
      <w:pPr>
        <w:spacing w:after="60" w:line="250" w:lineRule="auto"/>
        <w:ind w:left="202" w:right="173"/>
      </w:pPr>
      <w:r>
        <w:rPr>
          <w:rFonts w:ascii="Georgia" w:hAnsi="Georgia"/>
          <w:b w:val="0"/>
          <w:i w:val="0"/>
          <w:color w:val="22201D"/>
          <w:sz w:val="17"/>
        </w:rPr>
        <w:t>SELECT GRADE: 87 89 91 PATIENCE</w:t>
      </w:r>
    </w:p>
    <w:p>
      <w:pPr>
        <w:spacing w:after="60" w:line="266" w:lineRule="auto"/>
        <w:ind w:firstLine="331"/>
        <w:jc w:val="both"/>
      </w:pPr>
      <w:r>
        <w:rPr>
          <w:rFonts w:ascii="Georgia" w:hAnsi="Georgia"/>
          <w:b w:val="0"/>
          <w:i w:val="0"/>
          <w:color w:val="22201D"/>
          <w:sz w:val="20"/>
        </w:rPr>
        <w:t>Flocc said, "Please tell us which grade the route requires."</w:t>
      </w:r>
    </w:p>
    <w:p>
      <w:pPr>
        <w:spacing w:after="60" w:line="266" w:lineRule="auto"/>
        <w:ind w:firstLine="331"/>
        <w:jc w:val="both"/>
      </w:pPr>
      <w:r>
        <w:rPr>
          <w:rFonts w:ascii="Georgia" w:hAnsi="Georgia"/>
          <w:b w:val="0"/>
          <w:i w:val="0"/>
          <w:color w:val="22201D"/>
          <w:sz w:val="20"/>
        </w:rPr>
        <w:t>The pump beeped.</w:t>
      </w:r>
    </w:p>
    <w:p>
      <w:pPr>
        <w:spacing w:after="60" w:line="266" w:lineRule="auto"/>
        <w:ind w:firstLine="331"/>
        <w:jc w:val="both"/>
      </w:pPr>
      <w:r>
        <w:rPr>
          <w:rFonts w:ascii="Georgia" w:hAnsi="Georgia"/>
          <w:b w:val="0"/>
          <w:i w:val="0"/>
          <w:color w:val="22201D"/>
          <w:sz w:val="20"/>
        </w:rPr>
        <w:t>The 87 button lit.</w:t>
      </w:r>
    </w:p>
    <w:p>
      <w:pPr>
        <w:spacing w:after="60" w:line="266" w:lineRule="auto"/>
        <w:ind w:firstLine="331"/>
        <w:jc w:val="both"/>
      </w:pPr>
      <w:r>
        <w:rPr>
          <w:rFonts w:ascii="Georgia" w:hAnsi="Georgia"/>
          <w:b w:val="0"/>
          <w:i w:val="0"/>
          <w:color w:val="22201D"/>
          <w:sz w:val="20"/>
        </w:rPr>
        <w:t>The PATIENCE button remained unlit.</w:t>
      </w:r>
    </w:p>
    <w:p>
      <w:pPr>
        <w:spacing w:after="60" w:line="266" w:lineRule="auto"/>
        <w:ind w:firstLine="331"/>
        <w:jc w:val="both"/>
      </w:pPr>
      <w:r>
        <w:rPr>
          <w:rFonts w:ascii="Georgia" w:hAnsi="Georgia"/>
          <w:b w:val="0"/>
          <w:i w:val="0"/>
          <w:color w:val="22201D"/>
          <w:sz w:val="20"/>
        </w:rPr>
        <w:t>Nico, watching from the open side door, said, "I thought it would be patience."</w:t>
      </w:r>
    </w:p>
    <w:p>
      <w:pPr>
        <w:spacing w:after="60" w:line="266" w:lineRule="auto"/>
        <w:ind w:firstLine="331"/>
        <w:jc w:val="both"/>
      </w:pPr>
      <w:r>
        <w:rPr>
          <w:rFonts w:ascii="Georgia" w:hAnsi="Georgia"/>
          <w:b w:val="0"/>
          <w:i w:val="0"/>
          <w:color w:val="22201D"/>
          <w:sz w:val="20"/>
        </w:rPr>
        <w:t>The pump printed:</w:t>
      </w:r>
    </w:p>
    <w:p>
      <w:pPr>
        <w:spacing w:after="60" w:line="250" w:lineRule="auto"/>
        <w:ind w:left="202" w:right="173"/>
      </w:pPr>
      <w:r>
        <w:rPr>
          <w:rFonts w:ascii="Georgia" w:hAnsi="Georgia"/>
          <w:b w:val="0"/>
          <w:i w:val="0"/>
          <w:color w:val="22201D"/>
          <w:sz w:val="17"/>
        </w:rPr>
        <w:t>PATIENCE IS NOT A FUEL TYPE. IT IS HOW YOU STOP MAKING FUEL INTO PROPHECY.</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"Good pump."</w:t>
      </w:r>
    </w:p>
    <w:p>
      <w:pPr>
        <w:spacing w:after="60" w:line="266" w:lineRule="auto"/>
        <w:ind w:firstLine="331"/>
        <w:jc w:val="both"/>
      </w:pPr>
      <w:r>
        <w:rPr>
          <w:rFonts w:ascii="Georgia" w:hAnsi="Georgia"/>
          <w:b w:val="0"/>
          <w:i w:val="0"/>
          <w:color w:val="22201D"/>
          <w:sz w:val="20"/>
        </w:rPr>
        <w:t>Flocc took the nozzle.</w:t>
      </w:r>
    </w:p>
    <w:p>
      <w:pPr>
        <w:spacing w:after="60" w:line="266" w:lineRule="auto"/>
        <w:ind w:firstLine="331"/>
        <w:jc w:val="both"/>
      </w:pPr>
      <w:r>
        <w:rPr>
          <w:rFonts w:ascii="Georgia" w:hAnsi="Georgia"/>
          <w:b w:val="0"/>
          <w:i w:val="0"/>
          <w:color w:val="22201D"/>
          <w:sz w:val="20"/>
        </w:rPr>
        <w:t>It was cold.</w:t>
      </w:r>
    </w:p>
    <w:p>
      <w:pPr>
        <w:spacing w:after="60" w:line="266" w:lineRule="auto"/>
        <w:ind w:firstLine="331"/>
        <w:jc w:val="both"/>
      </w:pPr>
      <w:r>
        <w:rPr>
          <w:rFonts w:ascii="Georgia" w:hAnsi="Georgia"/>
          <w:b w:val="0"/>
          <w:i w:val="0"/>
          <w:color w:val="22201D"/>
          <w:sz w:val="20"/>
        </w:rPr>
        <w:t>He inserted it into the van's tank because that was where fuel went, which should not have felt like a moral achievement and therefore did.</w:t>
      </w:r>
    </w:p>
    <w:p>
      <w:pPr>
        <w:spacing w:after="60" w:line="266" w:lineRule="auto"/>
        <w:ind w:firstLine="331"/>
        <w:jc w:val="both"/>
      </w:pPr>
      <w:r>
        <w:rPr>
          <w:rFonts w:ascii="Georgia" w:hAnsi="Georgia"/>
          <w:b w:val="0"/>
          <w:i w:val="0"/>
          <w:color w:val="22201D"/>
          <w:sz w:val="20"/>
        </w:rPr>
        <w:t>Bob stood beside him.</w:t>
      </w:r>
    </w:p>
    <w:p>
      <w:pPr>
        <w:spacing w:after="60" w:line="266" w:lineRule="auto"/>
        <w:ind w:firstLine="331"/>
        <w:jc w:val="both"/>
      </w:pPr>
      <w:r>
        <w:rPr>
          <w:rFonts w:ascii="Georgia" w:hAnsi="Georgia"/>
          <w:b w:val="0"/>
          <w:i w:val="0"/>
          <w:color w:val="22201D"/>
          <w:sz w:val="20"/>
        </w:rPr>
        <w:t>Steve stood far enough away to satisfy Gerald and close enough to copy.</w:t>
      </w:r>
    </w:p>
    <w:p>
      <w:pPr>
        <w:spacing w:after="60" w:line="266" w:lineRule="auto"/>
        <w:ind w:firstLine="331"/>
        <w:jc w:val="both"/>
      </w:pPr>
      <w:r>
        <w:rPr>
          <w:rFonts w:ascii="Georgia" w:hAnsi="Georgia"/>
          <w:b w:val="0"/>
          <w:i w:val="0"/>
          <w:color w:val="22201D"/>
          <w:sz w:val="20"/>
        </w:rPr>
        <w:t>The pump began counting.</w:t>
      </w:r>
    </w:p>
    <w:p>
      <w:pPr>
        <w:spacing w:after="60" w:line="266" w:lineRule="auto"/>
        <w:ind w:firstLine="331"/>
        <w:jc w:val="both"/>
      </w:pPr>
      <w:r>
        <w:rPr>
          <w:rFonts w:ascii="Georgia" w:hAnsi="Georgia"/>
          <w:b w:val="0"/>
          <w:i w:val="0"/>
          <w:color w:val="22201D"/>
          <w:sz w:val="20"/>
        </w:rPr>
        <w:t>$0.37.</w:t>
      </w:r>
    </w:p>
    <w:p>
      <w:pPr>
        <w:spacing w:after="60" w:line="266" w:lineRule="auto"/>
        <w:ind w:firstLine="331"/>
        <w:jc w:val="both"/>
      </w:pPr>
      <w:r>
        <w:rPr>
          <w:rFonts w:ascii="Georgia" w:hAnsi="Georgia"/>
          <w:b w:val="0"/>
          <w:i w:val="0"/>
          <w:color w:val="22201D"/>
          <w:sz w:val="20"/>
        </w:rPr>
        <w:t>$0.82.</w:t>
      </w:r>
    </w:p>
    <w:p>
      <w:pPr>
        <w:spacing w:after="60" w:line="266" w:lineRule="auto"/>
        <w:ind w:firstLine="331"/>
        <w:jc w:val="both"/>
      </w:pPr>
      <w:r>
        <w:rPr>
          <w:rFonts w:ascii="Georgia" w:hAnsi="Georgia"/>
          <w:b w:val="0"/>
          <w:i w:val="0"/>
          <w:color w:val="22201D"/>
          <w:sz w:val="20"/>
        </w:rPr>
        <w:t>$1.14.</w:t>
      </w:r>
    </w:p>
    <w:p>
      <w:pPr>
        <w:spacing w:after="60" w:line="266" w:lineRule="auto"/>
        <w:ind w:firstLine="331"/>
        <w:jc w:val="both"/>
      </w:pPr>
      <w:r>
        <w:rPr>
          <w:rFonts w:ascii="Georgia" w:hAnsi="Georgia"/>
          <w:b w:val="0"/>
          <w:i w:val="0"/>
          <w:color w:val="22201D"/>
          <w:sz w:val="20"/>
        </w:rPr>
        <w:t>Flocc watched the numbers.</w:t>
      </w:r>
    </w:p>
    <w:p>
      <w:pPr>
        <w:spacing w:after="60" w:line="266" w:lineRule="auto"/>
        <w:ind w:firstLine="331"/>
        <w:jc w:val="both"/>
      </w:pPr>
      <w:r>
        <w:rPr>
          <w:rFonts w:ascii="Georgia" w:hAnsi="Georgia"/>
          <w:b w:val="0"/>
          <w:i w:val="0"/>
          <w:color w:val="22201D"/>
          <w:sz w:val="20"/>
        </w:rPr>
        <w:t>The numbers watched back.</w:t>
      </w:r>
    </w:p>
    <w:p>
      <w:pPr>
        <w:spacing w:after="60" w:line="266" w:lineRule="auto"/>
        <w:ind w:firstLine="331"/>
        <w:jc w:val="both"/>
      </w:pPr>
      <w:r>
        <w:rPr>
          <w:rFonts w:ascii="Georgia" w:hAnsi="Georgia"/>
          <w:b w:val="0"/>
          <w:i w:val="0"/>
          <w:color w:val="22201D"/>
          <w:sz w:val="20"/>
        </w:rPr>
        <w:t>At $3.01, he said, "This is slow."</w:t>
      </w:r>
    </w:p>
    <w:p>
      <w:pPr>
        <w:spacing w:after="60" w:line="266" w:lineRule="auto"/>
        <w:ind w:firstLine="331"/>
        <w:jc w:val="both"/>
      </w:pPr>
      <w:r>
        <w:rPr>
          <w:rFonts w:ascii="Georgia" w:hAnsi="Georgia"/>
          <w:b w:val="0"/>
          <w:i w:val="0"/>
          <w:color w:val="22201D"/>
          <w:sz w:val="20"/>
        </w:rPr>
        <w:t>The pump stopped.</w:t>
      </w:r>
    </w:p>
    <w:p>
      <w:pPr>
        <w:spacing w:after="60" w:line="266" w:lineRule="auto"/>
        <w:ind w:firstLine="331"/>
        <w:jc w:val="both"/>
      </w:pPr>
      <w:r>
        <w:rPr>
          <w:rFonts w:ascii="Georgia" w:hAnsi="Georgia"/>
          <w:b w:val="0"/>
          <w:i w:val="0"/>
          <w:color w:val="22201D"/>
          <w:sz w:val="20"/>
        </w:rPr>
        <w:t>Gerald looked sharply at the hose.</w:t>
      </w:r>
    </w:p>
    <w:p>
      <w:pPr>
        <w:spacing w:after="60" w:line="266" w:lineRule="auto"/>
        <w:ind w:firstLine="331"/>
        <w:jc w:val="both"/>
      </w:pPr>
      <w:r>
        <w:rPr>
          <w:rFonts w:ascii="Georgia" w:hAnsi="Georgia"/>
          <w:b w:val="0"/>
          <w:i w:val="0"/>
          <w:color w:val="22201D"/>
          <w:sz w:val="20"/>
        </w:rPr>
        <w:t>Bob looked at Flocc.</w:t>
      </w:r>
    </w:p>
    <w:p>
      <w:pPr>
        <w:spacing w:after="60" w:line="266" w:lineRule="auto"/>
        <w:ind w:firstLine="331"/>
        <w:jc w:val="both"/>
      </w:pPr>
      <w:r>
        <w:rPr>
          <w:rFonts w:ascii="Georgia" w:hAnsi="Georgia"/>
          <w:b w:val="0"/>
          <w:i w:val="0"/>
          <w:color w:val="22201D"/>
          <w:sz w:val="20"/>
        </w:rPr>
        <w:t>The pump printed:</w:t>
      </w:r>
    </w:p>
    <w:p>
      <w:pPr>
        <w:spacing w:after="60" w:line="250" w:lineRule="auto"/>
        <w:ind w:left="202" w:right="173"/>
      </w:pPr>
      <w:r>
        <w:rPr>
          <w:rFonts w:ascii="Georgia" w:hAnsi="Georgia"/>
          <w:b w:val="0"/>
          <w:i w:val="0"/>
          <w:color w:val="22201D"/>
          <w:sz w:val="17"/>
        </w:rPr>
        <w:t>PRICE ACTIVE.</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The pump resumed.</w:t>
      </w:r>
    </w:p>
    <w:p>
      <w:pPr>
        <w:spacing w:after="60" w:line="266" w:lineRule="auto"/>
        <w:ind w:firstLine="331"/>
        <w:jc w:val="both"/>
      </w:pPr>
      <w:r>
        <w:rPr>
          <w:rFonts w:ascii="Georgia" w:hAnsi="Georgia"/>
          <w:b w:val="0"/>
          <w:i w:val="0"/>
          <w:color w:val="22201D"/>
          <w:sz w:val="20"/>
        </w:rPr>
        <w:t>$3.02.</w:t>
      </w:r>
    </w:p>
    <w:p>
      <w:pPr>
        <w:spacing w:after="60" w:line="266" w:lineRule="auto"/>
        <w:ind w:firstLine="331"/>
        <w:jc w:val="both"/>
      </w:pPr>
      <w:r>
        <w:rPr>
          <w:rFonts w:ascii="Georgia" w:hAnsi="Georgia"/>
          <w:b w:val="0"/>
          <w:i w:val="0"/>
          <w:color w:val="22201D"/>
          <w:sz w:val="20"/>
        </w:rPr>
        <w:t>$3.03.</w:t>
      </w:r>
    </w:p>
    <w:p>
      <w:pPr>
        <w:spacing w:after="60" w:line="266" w:lineRule="auto"/>
        <w:ind w:firstLine="331"/>
        <w:jc w:val="both"/>
      </w:pPr>
      <w:r>
        <w:rPr>
          <w:rFonts w:ascii="Georgia" w:hAnsi="Georgia"/>
          <w:b w:val="0"/>
          <w:i w:val="0"/>
          <w:color w:val="22201D"/>
          <w:sz w:val="20"/>
        </w:rPr>
        <w:t>Nico covered his face.</w:t>
      </w:r>
    </w:p>
    <w:p>
      <w:pPr>
        <w:spacing w:after="60" w:line="266" w:lineRule="auto"/>
        <w:ind w:firstLine="331"/>
        <w:jc w:val="both"/>
      </w:pPr>
      <w:r>
        <w:rPr>
          <w:rFonts w:ascii="Georgia" w:hAnsi="Georgia"/>
          <w:b w:val="0"/>
          <w:i w:val="0"/>
          <w:color w:val="22201D"/>
          <w:sz w:val="20"/>
        </w:rPr>
        <w:t>"We are going to be here all day because he made eye contact with impatience."</w:t>
      </w:r>
    </w:p>
    <w:p>
      <w:pPr>
        <w:spacing w:after="60" w:line="266" w:lineRule="auto"/>
        <w:ind w:firstLine="331"/>
        <w:jc w:val="both"/>
      </w:pPr>
      <w:r>
        <w:rPr>
          <w:rFonts w:ascii="Georgia" w:hAnsi="Georgia"/>
          <w:b w:val="0"/>
          <w:i w:val="0"/>
          <w:color w:val="22201D"/>
          <w:sz w:val="20"/>
        </w:rPr>
        <w:t>The pump printed:</w:t>
      </w:r>
    </w:p>
    <w:p>
      <w:pPr>
        <w:spacing w:after="60" w:line="250" w:lineRule="auto"/>
        <w:ind w:left="202" w:right="173"/>
      </w:pPr>
      <w:r>
        <w:rPr>
          <w:rFonts w:ascii="Georgia" w:hAnsi="Georgia"/>
          <w:b w:val="0"/>
          <w:i w:val="0"/>
          <w:color w:val="22201D"/>
          <w:sz w:val="17"/>
        </w:rPr>
        <w:t>NOT ALL DAY. LONG ENOUGH.</w:t>
      </w:r>
    </w:p>
    <w:p>
      <w:pPr>
        <w:spacing w:after="60" w:line="266" w:lineRule="auto"/>
        <w:ind w:firstLine="331"/>
        <w:jc w:val="both"/>
      </w:pPr>
      <w:r>
        <w:rPr>
          <w:rFonts w:ascii="Georgia" w:hAnsi="Georgia"/>
          <w:b w:val="0"/>
          <w:i w:val="0"/>
          <w:color w:val="22201D"/>
          <w:sz w:val="20"/>
        </w:rPr>
        <w:t>Steve wrote long enough.</w:t>
      </w:r>
    </w:p>
    <w:p>
      <w:pPr>
        <w:spacing w:after="60" w:line="266" w:lineRule="auto"/>
        <w:ind w:firstLine="331"/>
        <w:jc w:val="both"/>
      </w:pPr>
      <w:r>
        <w:rPr>
          <w:rFonts w:ascii="Georgia" w:hAnsi="Georgia"/>
          <w:b w:val="0"/>
          <w:i w:val="0"/>
          <w:color w:val="22201D"/>
          <w:sz w:val="20"/>
        </w:rPr>
        <w:t>Flocc felt heat in his face.</w:t>
      </w:r>
    </w:p>
    <w:p>
      <w:pPr>
        <w:spacing w:after="60" w:line="266" w:lineRule="auto"/>
        <w:ind w:firstLine="331"/>
        <w:jc w:val="both"/>
      </w:pPr>
      <w:r>
        <w:rPr>
          <w:rFonts w:ascii="Georgia" w:hAnsi="Georgia"/>
          <w:b w:val="0"/>
          <w:i w:val="0"/>
          <w:color w:val="22201D"/>
          <w:sz w:val="20"/>
        </w:rPr>
        <w:t>This was absurd.</w:t>
      </w:r>
    </w:p>
    <w:p>
      <w:pPr>
        <w:spacing w:after="60" w:line="266" w:lineRule="auto"/>
        <w:ind w:firstLine="331"/>
        <w:jc w:val="both"/>
      </w:pPr>
      <w:r>
        <w:rPr>
          <w:rFonts w:ascii="Georgia" w:hAnsi="Georgia"/>
          <w:b w:val="0"/>
          <w:i w:val="0"/>
          <w:color w:val="22201D"/>
          <w:sz w:val="20"/>
        </w:rPr>
        <w:t>He had carried grief through alternate rooms, accepted a current life, watched a map complain in typography, and helped put a real box in a van. Now a fuel pump was teaching him not to rush decimals.</w:t>
      </w:r>
    </w:p>
    <w:p>
      <w:pPr>
        <w:spacing w:after="60" w:line="266" w:lineRule="auto"/>
        <w:ind w:firstLine="331"/>
        <w:jc w:val="both"/>
      </w:pPr>
      <w:r>
        <w:rPr>
          <w:rFonts w:ascii="Georgia" w:hAnsi="Georgia"/>
          <w:b w:val="0"/>
          <w:i w:val="0"/>
          <w:color w:val="22201D"/>
          <w:sz w:val="20"/>
        </w:rPr>
        <w:t>He wanted to call it beneath him.</w:t>
      </w:r>
    </w:p>
    <w:p>
      <w:pPr>
        <w:spacing w:after="60" w:line="266" w:lineRule="auto"/>
        <w:ind w:firstLine="331"/>
        <w:jc w:val="both"/>
      </w:pPr>
      <w:r>
        <w:rPr>
          <w:rFonts w:ascii="Georgia" w:hAnsi="Georgia"/>
          <w:b w:val="0"/>
          <w:i w:val="0"/>
          <w:color w:val="22201D"/>
          <w:sz w:val="20"/>
        </w:rPr>
        <w:t>That was how he knew it was not.</w:t>
      </w:r>
    </w:p>
    <w:p>
      <w:pPr>
        <w:spacing w:after="60" w:line="266" w:lineRule="auto"/>
        <w:ind w:firstLine="331"/>
        <w:jc w:val="both"/>
      </w:pPr>
      <w:r>
        <w:rPr>
          <w:rFonts w:ascii="Georgia" w:hAnsi="Georgia"/>
          <w:b w:val="0"/>
          <w:i w:val="0"/>
          <w:color w:val="22201D"/>
          <w:sz w:val="20"/>
        </w:rPr>
        <w:t>He breathed.</w:t>
      </w:r>
    </w:p>
    <w:p>
      <w:pPr>
        <w:spacing w:after="60" w:line="266" w:lineRule="auto"/>
        <w:ind w:firstLine="331"/>
        <w:jc w:val="both"/>
      </w:pPr>
      <w:r>
        <w:rPr>
          <w:rFonts w:ascii="Georgia" w:hAnsi="Georgia"/>
          <w:b w:val="0"/>
          <w:i w:val="0"/>
          <w:color w:val="22201D"/>
          <w:sz w:val="20"/>
        </w:rPr>
        <w:t>The pump counted.</w:t>
      </w:r>
    </w:p>
    <w:p>
      <w:pPr>
        <w:spacing w:after="60" w:line="266" w:lineRule="auto"/>
        <w:ind w:firstLine="331"/>
        <w:jc w:val="both"/>
      </w:pPr>
      <w:r>
        <w:rPr>
          <w:rFonts w:ascii="Georgia" w:hAnsi="Georgia"/>
          <w:b w:val="0"/>
          <w:i w:val="0"/>
          <w:color w:val="22201D"/>
          <w:sz w:val="20"/>
        </w:rPr>
        <w:t>$4.19.</w:t>
      </w:r>
    </w:p>
    <w:p>
      <w:pPr>
        <w:spacing w:after="60" w:line="266" w:lineRule="auto"/>
        <w:ind w:firstLine="331"/>
        <w:jc w:val="both"/>
      </w:pPr>
      <w:r>
        <w:rPr>
          <w:rFonts w:ascii="Georgia" w:hAnsi="Georgia"/>
          <w:b w:val="0"/>
          <w:i w:val="0"/>
          <w:color w:val="22201D"/>
          <w:sz w:val="20"/>
        </w:rPr>
        <w:t>$5.73.</w:t>
      </w:r>
    </w:p>
    <w:p>
      <w:pPr>
        <w:spacing w:after="60" w:line="266" w:lineRule="auto"/>
        <w:ind w:firstLine="331"/>
        <w:jc w:val="both"/>
      </w:pPr>
      <w:r>
        <w:rPr>
          <w:rFonts w:ascii="Georgia" w:hAnsi="Georgia"/>
          <w:b w:val="0"/>
          <w:i w:val="0"/>
          <w:color w:val="22201D"/>
          <w:sz w:val="20"/>
        </w:rPr>
        <w:t>$8.40.</w:t>
      </w:r>
    </w:p>
    <w:p>
      <w:pPr>
        <w:spacing w:after="60" w:line="266" w:lineRule="auto"/>
        <w:ind w:firstLine="331"/>
        <w:jc w:val="both"/>
      </w:pPr>
      <w:r>
        <w:rPr>
          <w:rFonts w:ascii="Georgia" w:hAnsi="Georgia"/>
          <w:b w:val="0"/>
          <w:i w:val="0"/>
          <w:color w:val="22201D"/>
          <w:sz w:val="20"/>
        </w:rPr>
        <w:t>A truck pulled in behind them.</w:t>
      </w:r>
    </w:p>
    <w:p>
      <w:pPr>
        <w:spacing w:after="60" w:line="266" w:lineRule="auto"/>
        <w:ind w:firstLine="331"/>
        <w:jc w:val="both"/>
      </w:pPr>
      <w:r>
        <w:rPr>
          <w:rFonts w:ascii="Georgia" w:hAnsi="Georgia"/>
          <w:b w:val="0"/>
          <w:i w:val="0"/>
          <w:color w:val="22201D"/>
          <w:sz w:val="20"/>
        </w:rPr>
        <w:t>The driver saw the group around pump three, saw the red fuel can on the ground, saw Steve writing, saw Gerald guarding the spill zone with the moral intensity of a border inspector for flammable liquids, and chose pump five without comment.</w:t>
      </w:r>
    </w:p>
    <w:p>
      <w:pPr>
        <w:spacing w:after="60" w:line="266" w:lineRule="auto"/>
        <w:ind w:firstLine="331"/>
        <w:jc w:val="both"/>
      </w:pPr>
      <w:r>
        <w:rPr>
          <w:rFonts w:ascii="Georgia" w:hAnsi="Georgia"/>
          <w:b w:val="0"/>
          <w:i w:val="0"/>
          <w:color w:val="22201D"/>
          <w:sz w:val="20"/>
        </w:rPr>
        <w:t>This was community.</w:t>
      </w:r>
    </w:p>
    <w:p>
      <w:pPr>
        <w:spacing w:after="60" w:line="266" w:lineRule="auto"/>
        <w:ind w:firstLine="331"/>
        <w:jc w:val="both"/>
      </w:pPr>
      <w:r>
        <w:rPr>
          <w:rFonts w:ascii="Georgia" w:hAnsi="Georgia"/>
          <w:b w:val="0"/>
          <w:i w:val="0"/>
          <w:color w:val="22201D"/>
          <w:sz w:val="20"/>
        </w:rPr>
        <w:t>At $11.26, Flocc stopped watching the numbers and watched the van.</w:t>
      </w:r>
    </w:p>
    <w:p>
      <w:pPr>
        <w:spacing w:after="60" w:line="266" w:lineRule="auto"/>
        <w:ind w:firstLine="331"/>
        <w:jc w:val="both"/>
      </w:pPr>
      <w:r>
        <w:rPr>
          <w:rFonts w:ascii="Georgia" w:hAnsi="Georgia"/>
          <w:b w:val="0"/>
          <w:i w:val="0"/>
          <w:color w:val="22201D"/>
          <w:sz w:val="20"/>
        </w:rPr>
        <w:t>The van was not heroic. It had road dust along the lower panels, one wiper that looked more committed than the other, and a back door that Gerald had checked often enough to make it self-conscious. It held a box marked ROUTE where TUESDAY had been crossed out.</w:t>
      </w:r>
    </w:p>
    <w:p>
      <w:pPr>
        <w:spacing w:after="60" w:line="266" w:lineRule="auto"/>
        <w:ind w:firstLine="331"/>
        <w:jc w:val="both"/>
      </w:pPr>
      <w:r>
        <w:rPr>
          <w:rFonts w:ascii="Georgia" w:hAnsi="Georgia"/>
          <w:b w:val="0"/>
          <w:i w:val="0"/>
          <w:color w:val="22201D"/>
          <w:sz w:val="20"/>
        </w:rPr>
        <w:t>It held the map note.</w:t>
      </w:r>
    </w:p>
    <w:p>
      <w:pPr>
        <w:spacing w:after="60" w:line="266" w:lineRule="auto"/>
        <w:ind w:firstLine="331"/>
        <w:jc w:val="both"/>
      </w:pPr>
      <w:r>
        <w:rPr>
          <w:rFonts w:ascii="Georgia" w:hAnsi="Georgia"/>
          <w:b w:val="0"/>
          <w:i w:val="0"/>
          <w:color w:val="22201D"/>
          <w:sz w:val="20"/>
        </w:rPr>
        <w:t>It held the current life without replacing it.</w:t>
      </w:r>
    </w:p>
    <w:p>
      <w:pPr>
        <w:spacing w:after="60" w:line="266" w:lineRule="auto"/>
        <w:ind w:firstLine="331"/>
        <w:jc w:val="both"/>
      </w:pPr>
      <w:r>
        <w:rPr>
          <w:rFonts w:ascii="Georgia" w:hAnsi="Georgia"/>
          <w:b w:val="0"/>
          <w:i w:val="0"/>
          <w:color w:val="22201D"/>
          <w:sz w:val="20"/>
        </w:rPr>
        <w:t>It held Mara's absence without turning it into cargo.</w:t>
      </w:r>
    </w:p>
    <w:p>
      <w:pPr>
        <w:spacing w:after="60" w:line="266" w:lineRule="auto"/>
        <w:ind w:firstLine="331"/>
        <w:jc w:val="both"/>
      </w:pPr>
      <w:r>
        <w:rPr>
          <w:rFonts w:ascii="Georgia" w:hAnsi="Georgia"/>
          <w:b w:val="0"/>
          <w:i w:val="0"/>
          <w:color w:val="22201D"/>
          <w:sz w:val="20"/>
        </w:rPr>
        <w:t>It held Bob's silence, which was not the same as Bob's refusal.</w:t>
      </w:r>
    </w:p>
    <w:p>
      <w:pPr>
        <w:spacing w:after="60" w:line="266" w:lineRule="auto"/>
        <w:ind w:firstLine="331"/>
        <w:jc w:val="both"/>
      </w:pPr>
      <w:r>
        <w:rPr>
          <w:rFonts w:ascii="Georgia" w:hAnsi="Georgia"/>
          <w:b w:val="0"/>
          <w:i w:val="0"/>
          <w:color w:val="22201D"/>
          <w:sz w:val="20"/>
        </w:rPr>
        <w:t>It held Steve's record, Gerald's safety, Nico's unnecessary commentary, and Flocc's sore fingers.</w:t>
      </w:r>
    </w:p>
    <w:p>
      <w:pPr>
        <w:spacing w:after="60" w:line="266" w:lineRule="auto"/>
        <w:ind w:firstLine="331"/>
        <w:jc w:val="both"/>
      </w:pPr>
      <w:r>
        <w:rPr>
          <w:rFonts w:ascii="Georgia" w:hAnsi="Georgia"/>
          <w:b w:val="0"/>
          <w:i w:val="0"/>
          <w:color w:val="22201D"/>
          <w:sz w:val="20"/>
        </w:rPr>
        <w:t>It held what was next.</w:t>
      </w:r>
    </w:p>
    <w:p>
      <w:pPr>
        <w:spacing w:after="60" w:line="266" w:lineRule="auto"/>
        <w:ind w:firstLine="331"/>
        <w:jc w:val="both"/>
      </w:pPr>
      <w:r>
        <w:rPr>
          <w:rFonts w:ascii="Georgia" w:hAnsi="Georgia"/>
          <w:b w:val="0"/>
          <w:i w:val="0"/>
          <w:color w:val="22201D"/>
          <w:sz w:val="20"/>
        </w:rPr>
        <w:t>The pump clicked off at exactly $20.00.</w:t>
      </w:r>
    </w:p>
    <w:p>
      <w:pPr>
        <w:spacing w:after="60" w:line="266" w:lineRule="auto"/>
        <w:ind w:firstLine="331"/>
        <w:jc w:val="both"/>
      </w:pPr>
      <w:r>
        <w:rPr>
          <w:rFonts w:ascii="Georgia" w:hAnsi="Georgia"/>
          <w:b w:val="0"/>
          <w:i w:val="0"/>
          <w:color w:val="22201D"/>
          <w:sz w:val="20"/>
        </w:rPr>
        <w:t>Everyone looked at it.</w:t>
      </w:r>
    </w:p>
    <w:p>
      <w:pPr>
        <w:spacing w:after="60" w:line="266" w:lineRule="auto"/>
        <w:ind w:firstLine="331"/>
        <w:jc w:val="both"/>
      </w:pPr>
      <w:r>
        <w:rPr>
          <w:rFonts w:ascii="Georgia" w:hAnsi="Georgia"/>
          <w:b w:val="0"/>
          <w:i w:val="0"/>
          <w:color w:val="22201D"/>
          <w:sz w:val="20"/>
        </w:rPr>
        <w:t>The pump printed:</w:t>
      </w:r>
    </w:p>
    <w:p>
      <w:pPr>
        <w:spacing w:after="60" w:line="250" w:lineRule="auto"/>
        <w:ind w:left="202" w:right="173"/>
      </w:pPr>
      <w:r>
        <w:rPr>
          <w:rFonts w:ascii="Georgia" w:hAnsi="Georgia"/>
          <w:b w:val="0"/>
          <w:i w:val="0"/>
          <w:color w:val="22201D"/>
          <w:sz w:val="17"/>
        </w:rPr>
        <w:t>DO NOT APPLAUD.</w:t>
      </w:r>
    </w:p>
    <w:p>
      <w:pPr>
        <w:spacing w:after="60" w:line="266" w:lineRule="auto"/>
        <w:ind w:firstLine="331"/>
        <w:jc w:val="both"/>
      </w:pPr>
      <w:r>
        <w:rPr>
          <w:rFonts w:ascii="Georgia" w:hAnsi="Georgia"/>
          <w:b w:val="0"/>
          <w:i w:val="0"/>
          <w:color w:val="22201D"/>
          <w:sz w:val="20"/>
        </w:rPr>
        <w:t>Nico whispered, "It knew."</w:t>
      </w:r>
    </w:p>
    <w:p>
      <w:pPr>
        <w:spacing w:after="60" w:line="266" w:lineRule="auto"/>
        <w:ind w:firstLine="331"/>
        <w:jc w:val="both"/>
      </w:pPr>
      <w:r>
        <w:rPr>
          <w:rFonts w:ascii="Georgia" w:hAnsi="Georgia"/>
          <w:b w:val="0"/>
          <w:i w:val="0"/>
          <w:color w:val="22201D"/>
          <w:sz w:val="20"/>
        </w:rPr>
        <w:t>Gerald checked the hose, the cap, the ground, Flocc's grip, and the red fuel can.</w:t>
      </w:r>
    </w:p>
    <w:p>
      <w:pPr>
        <w:spacing w:after="60" w:line="266" w:lineRule="auto"/>
        <w:ind w:firstLine="331"/>
        <w:jc w:val="both"/>
      </w:pPr>
      <w:r>
        <w:rPr>
          <w:rFonts w:ascii="Georgia" w:hAnsi="Georgia"/>
          <w:b w:val="0"/>
          <w:i w:val="0"/>
          <w:color w:val="22201D"/>
          <w:sz w:val="20"/>
        </w:rPr>
        <w:t>"No spill."</w:t>
      </w:r>
    </w:p>
    <w:p>
      <w:pPr>
        <w:spacing w:after="60" w:line="266" w:lineRule="auto"/>
        <w:ind w:firstLine="331"/>
        <w:jc w:val="both"/>
      </w:pPr>
      <w:r>
        <w:rPr>
          <w:rFonts w:ascii="Georgia" w:hAnsi="Georgia"/>
          <w:b w:val="0"/>
          <w:i w:val="0"/>
          <w:color w:val="22201D"/>
          <w:sz w:val="20"/>
        </w:rPr>
        <w:t>Bob said, "Receipt."</w:t>
      </w:r>
    </w:p>
    <w:p>
      <w:pPr>
        <w:spacing w:after="60" w:line="266" w:lineRule="auto"/>
        <w:ind w:firstLine="331"/>
        <w:jc w:val="both"/>
      </w:pPr>
      <w:r>
        <w:rPr>
          <w:rFonts w:ascii="Georgia" w:hAnsi="Georgia"/>
          <w:b w:val="0"/>
          <w:i w:val="0"/>
          <w:color w:val="22201D"/>
          <w:sz w:val="20"/>
        </w:rPr>
        <w:t>Flocc looked toward the cashier.</w:t>
      </w:r>
    </w:p>
    <w:p>
      <w:pPr>
        <w:spacing w:after="60" w:line="266" w:lineRule="auto"/>
        <w:ind w:firstLine="331"/>
        <w:jc w:val="both"/>
      </w:pPr>
      <w:r>
        <w:rPr>
          <w:rFonts w:ascii="Georgia" w:hAnsi="Georgia"/>
          <w:b w:val="0"/>
          <w:i w:val="0"/>
          <w:color w:val="22201D"/>
          <w:sz w:val="20"/>
        </w:rPr>
        <w:t>The printer at the pump began working.</w:t>
      </w:r>
    </w:p>
    <w:p>
      <w:pPr>
        <w:spacing w:after="60" w:line="266" w:lineRule="auto"/>
        <w:ind w:firstLine="331"/>
        <w:jc w:val="both"/>
      </w:pPr>
      <w:r>
        <w:rPr>
          <w:rFonts w:ascii="Georgia" w:hAnsi="Georgia"/>
          <w:b w:val="0"/>
          <w:i w:val="0"/>
          <w:color w:val="22201D"/>
          <w:sz w:val="20"/>
        </w:rPr>
        <w:t>It printed with the slow authority of something that had been waiting to say this and did not intend to be rushed while saying it.</w:t>
      </w:r>
    </w:p>
    <w:p>
      <w:pPr>
        <w:spacing w:after="60" w:line="250" w:lineRule="auto"/>
        <w:ind w:left="202" w:right="173"/>
      </w:pPr>
      <w:r>
        <w:rPr>
          <w:rFonts w:ascii="Georgia" w:hAnsi="Georgia"/>
          <w:b w:val="0"/>
          <w:i w:val="0"/>
          <w:color w:val="22201D"/>
          <w:sz w:val="17"/>
        </w:rPr>
        <w:t>FUEL RECEIPT  Station: Canby, before the first turn  Pump: 3  Grade: 87  Amount: $20.00  Price paid: patience  Amount wanted: certainty  Amount received: enough to continue  Instruction: Do not turn because the road looks ready. Turn when Canby holds it.</w:t>
      </w:r>
    </w:p>
    <w:p>
      <w:pPr>
        <w:spacing w:after="60" w:line="266" w:lineRule="auto"/>
        <w:ind w:firstLine="331"/>
        <w:jc w:val="both"/>
      </w:pPr>
      <w:r>
        <w:rPr>
          <w:rFonts w:ascii="Georgia" w:hAnsi="Georgia"/>
          <w:b w:val="0"/>
          <w:i w:val="0"/>
          <w:color w:val="22201D"/>
          <w:sz w:val="20"/>
        </w:rPr>
        <w:t>The receipt did not tear itself off.</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It remained attached.</w:t>
      </w:r>
    </w:p>
    <w:p>
      <w:pPr>
        <w:spacing w:after="60" w:line="266" w:lineRule="auto"/>
        <w:ind w:firstLine="331"/>
        <w:jc w:val="both"/>
      </w:pPr>
      <w:r>
        <w:rPr>
          <w:rFonts w:ascii="Georgia" w:hAnsi="Georgia"/>
          <w:b w:val="0"/>
          <w:i w:val="0"/>
          <w:color w:val="22201D"/>
          <w:sz w:val="20"/>
        </w:rPr>
        <w:t>He waited longer.</w:t>
      </w:r>
    </w:p>
    <w:p>
      <w:pPr>
        <w:spacing w:after="60" w:line="266" w:lineRule="auto"/>
        <w:ind w:firstLine="331"/>
        <w:jc w:val="both"/>
      </w:pPr>
      <w:r>
        <w:rPr>
          <w:rFonts w:ascii="Georgia" w:hAnsi="Georgia"/>
          <w:b w:val="0"/>
          <w:i w:val="0"/>
          <w:color w:val="22201D"/>
          <w:sz w:val="20"/>
        </w:rPr>
        <w:t>The strip advanced one more inch.</w:t>
      </w:r>
    </w:p>
    <w:p>
      <w:pPr>
        <w:spacing w:after="60" w:line="266" w:lineRule="auto"/>
        <w:ind w:firstLine="331"/>
        <w:jc w:val="both"/>
      </w:pPr>
      <w:r>
        <w:rPr>
          <w:rFonts w:ascii="Georgia" w:hAnsi="Georgia"/>
          <w:b w:val="0"/>
          <w:i w:val="0"/>
          <w:color w:val="22201D"/>
          <w:sz w:val="20"/>
        </w:rPr>
        <w:t>Still attached.</w:t>
      </w:r>
    </w:p>
    <w:p>
      <w:pPr>
        <w:spacing w:after="60" w:line="266" w:lineRule="auto"/>
        <w:ind w:firstLine="331"/>
        <w:jc w:val="both"/>
      </w:pPr>
      <w:r>
        <w:rPr>
          <w:rFonts w:ascii="Georgia" w:hAnsi="Georgia"/>
          <w:b w:val="0"/>
          <w:i w:val="0"/>
          <w:color w:val="22201D"/>
          <w:sz w:val="20"/>
        </w:rPr>
        <w:t>Nico made a small sound and then, wisely, did not turn it into a sentence.</w:t>
      </w:r>
    </w:p>
    <w:p>
      <w:pPr>
        <w:spacing w:after="60" w:line="266" w:lineRule="auto"/>
        <w:ind w:firstLine="331"/>
        <w:jc w:val="both"/>
      </w:pPr>
      <w:r>
        <w:rPr>
          <w:rFonts w:ascii="Georgia" w:hAnsi="Georgia"/>
          <w:b w:val="0"/>
          <w:i w:val="0"/>
          <w:color w:val="22201D"/>
          <w:sz w:val="20"/>
        </w:rPr>
        <w:t>Flocc waited until the paper stopped moving completely.</w:t>
      </w:r>
    </w:p>
    <w:p>
      <w:pPr>
        <w:spacing w:after="60" w:line="266" w:lineRule="auto"/>
        <w:ind w:firstLine="331"/>
        <w:jc w:val="both"/>
      </w:pPr>
      <w:r>
        <w:rPr>
          <w:rFonts w:ascii="Georgia" w:hAnsi="Georgia"/>
          <w:b w:val="0"/>
          <w:i w:val="0"/>
          <w:color w:val="22201D"/>
          <w:sz w:val="20"/>
        </w:rPr>
        <w:t>Only then did he tear it off.</w:t>
      </w:r>
    </w:p>
    <w:p>
      <w:pPr>
        <w:spacing w:after="60" w:line="266" w:lineRule="auto"/>
        <w:ind w:firstLine="331"/>
        <w:jc w:val="both"/>
      </w:pPr>
      <w:r>
        <w:rPr>
          <w:rFonts w:ascii="Georgia" w:hAnsi="Georgia"/>
          <w:b w:val="0"/>
          <w:i w:val="0"/>
          <w:color w:val="22201D"/>
          <w:sz w:val="20"/>
        </w:rPr>
        <w:t>The tear was clean.</w:t>
      </w:r>
    </w:p>
    <w:p>
      <w:pPr>
        <w:spacing w:after="60" w:line="266" w:lineRule="auto"/>
        <w:ind w:firstLine="331"/>
        <w:jc w:val="both"/>
      </w:pPr>
      <w:r>
        <w:rPr>
          <w:rFonts w:ascii="Georgia" w:hAnsi="Georgia"/>
          <w:b w:val="0"/>
          <w:i w:val="0"/>
          <w:color w:val="22201D"/>
          <w:sz w:val="20"/>
        </w:rPr>
        <w:t>The pump printed:</w:t>
      </w:r>
    </w:p>
    <w:p>
      <w:pPr>
        <w:spacing w:after="60" w:line="250" w:lineRule="auto"/>
        <w:ind w:left="202" w:right="173"/>
      </w:pPr>
      <w:r>
        <w:rPr>
          <w:rFonts w:ascii="Georgia" w:hAnsi="Georgia"/>
          <w:b w:val="0"/>
          <w:i w:val="0"/>
          <w:color w:val="22201D"/>
          <w:sz w:val="17"/>
        </w:rPr>
        <w:t>ACCEPTABLE.</w:t>
      </w:r>
    </w:p>
    <w:p>
      <w:pPr>
        <w:spacing w:after="60" w:line="266" w:lineRule="auto"/>
        <w:ind w:firstLine="331"/>
        <w:jc w:val="both"/>
      </w:pPr>
      <w:r>
        <w:rPr>
          <w:rFonts w:ascii="Georgia" w:hAnsi="Georgia"/>
          <w:b w:val="0"/>
          <w:i w:val="0"/>
          <w:color w:val="22201D"/>
          <w:sz w:val="20"/>
        </w:rPr>
        <w:t>Steve held out the record book.</w:t>
      </w:r>
    </w:p>
    <w:p>
      <w:pPr>
        <w:spacing w:after="60" w:line="266" w:lineRule="auto"/>
        <w:ind w:firstLine="331"/>
        <w:jc w:val="both"/>
      </w:pPr>
      <w:r>
        <w:rPr>
          <w:rFonts w:ascii="Georgia" w:hAnsi="Georgia"/>
          <w:b w:val="0"/>
          <w:i w:val="0"/>
          <w:color w:val="22201D"/>
          <w:sz w:val="20"/>
        </w:rPr>
        <w:t>Bob shook his head.</w:t>
      </w:r>
    </w:p>
    <w:p>
      <w:pPr>
        <w:spacing w:after="60" w:line="266" w:lineRule="auto"/>
        <w:ind w:firstLine="331"/>
        <w:jc w:val="both"/>
      </w:pPr>
      <w:r>
        <w:rPr>
          <w:rFonts w:ascii="Georgia" w:hAnsi="Georgia"/>
          <w:b w:val="0"/>
          <w:i w:val="0"/>
          <w:color w:val="22201D"/>
          <w:sz w:val="20"/>
        </w:rPr>
        <w:t>"He carries first."</w:t>
      </w:r>
    </w:p>
    <w:p>
      <w:pPr>
        <w:spacing w:after="60" w:line="266" w:lineRule="auto"/>
        <w:ind w:firstLine="331"/>
        <w:jc w:val="both"/>
      </w:pPr>
      <w:r>
        <w:rPr>
          <w:rFonts w:ascii="Georgia" w:hAnsi="Georgia"/>
          <w:b w:val="0"/>
          <w:i w:val="0"/>
          <w:color w:val="22201D"/>
          <w:sz w:val="20"/>
        </w:rPr>
        <w:t>Flocc looked at the receipt.</w:t>
      </w:r>
    </w:p>
    <w:p>
      <w:pPr>
        <w:spacing w:after="60" w:line="266" w:lineRule="auto"/>
        <w:ind w:firstLine="331"/>
        <w:jc w:val="both"/>
      </w:pPr>
      <w:r>
        <w:rPr>
          <w:rFonts w:ascii="Georgia" w:hAnsi="Georgia"/>
          <w:b w:val="0"/>
          <w:i w:val="0"/>
          <w:color w:val="22201D"/>
          <w:sz w:val="20"/>
        </w:rPr>
        <w:t>It weighed nothing.</w:t>
      </w:r>
    </w:p>
    <w:p>
      <w:pPr>
        <w:spacing w:after="60" w:line="266" w:lineRule="auto"/>
        <w:ind w:firstLine="331"/>
        <w:jc w:val="both"/>
      </w:pPr>
      <w:r>
        <w:rPr>
          <w:rFonts w:ascii="Georgia" w:hAnsi="Georgia"/>
          <w:b w:val="0"/>
          <w:i w:val="0"/>
          <w:color w:val="22201D"/>
          <w:sz w:val="20"/>
        </w:rPr>
        <w:t>This did not make it easy to carry.</w:t>
      </w:r>
    </w:p>
    <w:p>
      <w:pPr>
        <w:spacing w:after="60" w:line="266" w:lineRule="auto"/>
        <w:ind w:firstLine="331"/>
        <w:jc w:val="both"/>
      </w:pPr>
      <w:r>
        <w:rPr>
          <w:rFonts w:ascii="Georgia" w:hAnsi="Georgia"/>
          <w:b w:val="0"/>
          <w:i w:val="0"/>
          <w:color w:val="22201D"/>
          <w:sz w:val="20"/>
        </w:rPr>
        <w:t>He folded it once.</w:t>
      </w:r>
    </w:p>
    <w:p>
      <w:pPr>
        <w:spacing w:after="60" w:line="266" w:lineRule="auto"/>
        <w:ind w:firstLine="331"/>
        <w:jc w:val="both"/>
      </w:pPr>
      <w:r>
        <w:rPr>
          <w:rFonts w:ascii="Georgia" w:hAnsi="Georgia"/>
          <w:b w:val="0"/>
          <w:i w:val="0"/>
          <w:color w:val="22201D"/>
          <w:sz w:val="20"/>
        </w:rPr>
        <w:t>The glove compartment inside the van thumped.</w:t>
      </w:r>
    </w:p>
    <w:p>
      <w:pPr>
        <w:spacing w:after="60" w:line="266" w:lineRule="auto"/>
        <w:ind w:firstLine="331"/>
        <w:jc w:val="both"/>
      </w:pPr>
      <w:r>
        <w:rPr>
          <w:rFonts w:ascii="Georgia" w:hAnsi="Georgia"/>
          <w:b w:val="0"/>
          <w:i w:val="0"/>
          <w:color w:val="22201D"/>
          <w:sz w:val="20"/>
        </w:rPr>
        <w:t>Flocc unfolded it.</w:t>
      </w:r>
    </w:p>
    <w:p>
      <w:pPr>
        <w:spacing w:after="60" w:line="266" w:lineRule="auto"/>
        <w:ind w:firstLine="331"/>
        <w:jc w:val="both"/>
      </w:pPr>
      <w:r>
        <w:rPr>
          <w:rFonts w:ascii="Georgia" w:hAnsi="Georgia"/>
          <w:b w:val="0"/>
          <w:i w:val="0"/>
          <w:color w:val="22201D"/>
          <w:sz w:val="20"/>
        </w:rPr>
        <w:t>The thumping stopped.</w:t>
      </w:r>
    </w:p>
    <w:p>
      <w:pPr>
        <w:spacing w:after="60" w:line="266" w:lineRule="auto"/>
        <w:ind w:firstLine="331"/>
        <w:jc w:val="both"/>
      </w:pPr>
      <w:r>
        <w:rPr>
          <w:rFonts w:ascii="Georgia" w:hAnsi="Georgia"/>
          <w:b w:val="0"/>
          <w:i w:val="0"/>
          <w:color w:val="22201D"/>
          <w:sz w:val="20"/>
        </w:rPr>
        <w:t>"Right," he said.</w:t>
      </w:r>
    </w:p>
    <w:p>
      <w:pPr>
        <w:spacing w:after="60" w:line="266" w:lineRule="auto"/>
        <w:ind w:firstLine="331"/>
        <w:jc w:val="both"/>
      </w:pPr>
      <w:r>
        <w:rPr>
          <w:rFonts w:ascii="Georgia" w:hAnsi="Georgia"/>
          <w:b w:val="0"/>
          <w:i w:val="0"/>
          <w:color w:val="22201D"/>
          <w:sz w:val="20"/>
        </w:rPr>
        <w:t>The map printed faintly from inside the glove compartment:</w:t>
      </w:r>
    </w:p>
    <w:p>
      <w:pPr>
        <w:spacing w:after="60" w:line="250" w:lineRule="auto"/>
        <w:ind w:left="202" w:right="173"/>
      </w:pPr>
      <w:r>
        <w:rPr>
          <w:rFonts w:ascii="Georgia" w:hAnsi="Georgia"/>
          <w:b w:val="0"/>
          <w:i w:val="0"/>
          <w:color w:val="22201D"/>
          <w:sz w:val="17"/>
        </w:rPr>
        <w:t>WE DISCUSSED THIS.</w:t>
      </w:r>
    </w:p>
    <w:p>
      <w:pPr>
        <w:spacing w:after="60" w:line="266" w:lineRule="auto"/>
        <w:ind w:firstLine="331"/>
        <w:jc w:val="both"/>
      </w:pPr>
      <w:r>
        <w:rPr>
          <w:rFonts w:ascii="Georgia" w:hAnsi="Georgia"/>
          <w:b w:val="0"/>
          <w:i w:val="0"/>
          <w:color w:val="22201D"/>
          <w:sz w:val="20"/>
        </w:rPr>
        <w:t>Flocc held the receipt flat.</w:t>
      </w:r>
    </w:p>
    <w:p>
      <w:pPr>
        <w:spacing w:after="60" w:line="266" w:lineRule="auto"/>
        <w:ind w:firstLine="331"/>
        <w:jc w:val="both"/>
      </w:pPr>
      <w:r>
        <w:rPr>
          <w:rFonts w:ascii="Georgia" w:hAnsi="Georgia"/>
          <w:b w:val="0"/>
          <w:i w:val="0"/>
          <w:color w:val="22201D"/>
          <w:sz w:val="20"/>
        </w:rPr>
        <w:t>Bob picked up the empty red fuel can and handed it back to him.</w:t>
      </w:r>
    </w:p>
    <w:p>
      <w:pPr>
        <w:spacing w:after="60" w:line="266" w:lineRule="auto"/>
        <w:ind w:firstLine="331"/>
        <w:jc w:val="both"/>
      </w:pPr>
      <w:r>
        <w:rPr>
          <w:rFonts w:ascii="Georgia" w:hAnsi="Georgia"/>
          <w:b w:val="0"/>
          <w:i w:val="0"/>
          <w:color w:val="22201D"/>
          <w:sz w:val="20"/>
        </w:rPr>
        <w:t>"And this."</w:t>
      </w:r>
    </w:p>
    <w:p>
      <w:pPr>
        <w:spacing w:after="60" w:line="266" w:lineRule="auto"/>
        <w:ind w:firstLine="331"/>
        <w:jc w:val="both"/>
      </w:pPr>
      <w:r>
        <w:rPr>
          <w:rFonts w:ascii="Georgia" w:hAnsi="Georgia"/>
          <w:b w:val="0"/>
          <w:i w:val="0"/>
          <w:color w:val="22201D"/>
          <w:sz w:val="20"/>
        </w:rPr>
        <w:t>"It is still empty."</w:t>
      </w:r>
    </w:p>
    <w:p>
      <w:pPr>
        <w:spacing w:after="60" w:line="266" w:lineRule="auto"/>
        <w:ind w:firstLine="331"/>
        <w:jc w:val="both"/>
      </w:pPr>
      <w:r>
        <w:rPr>
          <w:rFonts w:ascii="Georgia" w:hAnsi="Georgia"/>
          <w:b w:val="0"/>
          <w:i w:val="0"/>
          <w:color w:val="22201D"/>
          <w:sz w:val="20"/>
        </w:rPr>
        <w:t>"Then it can carry patience without leaking."</w:t>
      </w:r>
    </w:p>
    <w:p>
      <w:pPr>
        <w:spacing w:after="60" w:line="266" w:lineRule="auto"/>
        <w:ind w:firstLine="331"/>
        <w:jc w:val="both"/>
      </w:pPr>
      <w:r>
        <w:rPr>
          <w:rFonts w:ascii="Georgia" w:hAnsi="Georgia"/>
          <w:b w:val="0"/>
          <w:i w:val="0"/>
          <w:color w:val="22201D"/>
          <w:sz w:val="20"/>
        </w:rPr>
        <w:t>Gerald said, "Cap remains secure."</w:t>
      </w:r>
    </w:p>
    <w:p>
      <w:pPr>
        <w:spacing w:after="60" w:line="266" w:lineRule="auto"/>
        <w:ind w:firstLine="331"/>
        <w:jc w:val="both"/>
      </w:pPr>
      <w:r>
        <w:rPr>
          <w:rFonts w:ascii="Georgia" w:hAnsi="Georgia"/>
          <w:b w:val="0"/>
          <w:i w:val="0"/>
          <w:color w:val="22201D"/>
          <w:sz w:val="20"/>
        </w:rPr>
        <w:t>They got back in the van.</w:t>
      </w:r>
    </w:p>
    <w:p>
      <w:pPr>
        <w:spacing w:after="60" w:line="266" w:lineRule="auto"/>
        <w:ind w:firstLine="331"/>
        <w:jc w:val="both"/>
      </w:pPr>
      <w:r>
        <w:rPr>
          <w:rFonts w:ascii="Georgia" w:hAnsi="Georgia"/>
          <w:b w:val="0"/>
          <w:i w:val="0"/>
          <w:color w:val="22201D"/>
          <w:sz w:val="20"/>
        </w:rPr>
        <w:t>Flocc sat with the fuel receipt flat against the red can on his lap, absurdly careful not to crease either.</w:t>
      </w:r>
    </w:p>
    <w:p>
      <w:pPr>
        <w:spacing w:after="60" w:line="266" w:lineRule="auto"/>
        <w:ind w:firstLine="331"/>
        <w:jc w:val="both"/>
      </w:pPr>
      <w:r>
        <w:rPr>
          <w:rFonts w:ascii="Georgia" w:hAnsi="Georgia"/>
          <w:b w:val="0"/>
          <w:i w:val="0"/>
          <w:color w:val="22201D"/>
          <w:sz w:val="20"/>
        </w:rPr>
        <w:t>Bob started the engine.</w:t>
      </w:r>
    </w:p>
    <w:p>
      <w:pPr>
        <w:spacing w:after="60" w:line="266" w:lineRule="auto"/>
        <w:ind w:firstLine="331"/>
        <w:jc w:val="both"/>
      </w:pPr>
      <w:r>
        <w:rPr>
          <w:rFonts w:ascii="Georgia" w:hAnsi="Georgia"/>
          <w:b w:val="0"/>
          <w:i w:val="0"/>
          <w:color w:val="22201D"/>
          <w:sz w:val="20"/>
        </w:rPr>
        <w:t>The fuel gauge lifted.</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The map slid out of the glove compartment, unfolded one panel, and showed a road that looked wrong.</w:t>
      </w:r>
    </w:p>
    <w:p>
      <w:pPr>
        <w:spacing w:after="60" w:line="266" w:lineRule="auto"/>
        <w:ind w:firstLine="331"/>
        <w:jc w:val="both"/>
      </w:pPr>
      <w:r>
        <w:rPr>
          <w:rFonts w:ascii="Georgia" w:hAnsi="Georgia"/>
          <w:b w:val="0"/>
          <w:i w:val="0"/>
          <w:color w:val="22201D"/>
          <w:sz w:val="20"/>
        </w:rPr>
        <w:t>It led away from the most obvious sign for Canby.</w:t>
      </w:r>
    </w:p>
    <w:p>
      <w:pPr>
        <w:spacing w:after="60" w:line="266" w:lineRule="auto"/>
        <w:ind w:firstLine="331"/>
        <w:jc w:val="both"/>
      </w:pPr>
      <w:r>
        <w:rPr>
          <w:rFonts w:ascii="Georgia" w:hAnsi="Georgia"/>
          <w:b w:val="0"/>
          <w:i w:val="0"/>
          <w:color w:val="22201D"/>
          <w:sz w:val="20"/>
        </w:rPr>
        <w:t>The obvious sign said:</w:t>
      </w:r>
    </w:p>
    <w:p>
      <w:pPr>
        <w:spacing w:after="60" w:line="250" w:lineRule="auto"/>
        <w:ind w:left="202" w:right="173"/>
      </w:pPr>
      <w:r>
        <w:rPr>
          <w:rFonts w:ascii="Georgia" w:hAnsi="Georgia"/>
          <w:b w:val="0"/>
          <w:i w:val="0"/>
          <w:color w:val="22201D"/>
          <w:sz w:val="17"/>
        </w:rPr>
        <w:t>CANBY CITY CENTER</w:t>
      </w:r>
    </w:p>
    <w:p>
      <w:pPr>
        <w:spacing w:after="60" w:line="266" w:lineRule="auto"/>
        <w:ind w:firstLine="331"/>
        <w:jc w:val="both"/>
      </w:pPr>
      <w:r>
        <w:rPr>
          <w:rFonts w:ascii="Georgia" w:hAnsi="Georgia"/>
          <w:b w:val="0"/>
          <w:i w:val="0"/>
          <w:color w:val="22201D"/>
          <w:sz w:val="20"/>
        </w:rPr>
        <w:t>The orange route line turned toward a narrower road with no dramatic marker, only a utility pole, a ditch full of rainwater, and a small hand-lettered board that read:</w:t>
      </w:r>
    </w:p>
    <w:p>
      <w:pPr>
        <w:spacing w:after="60" w:line="250" w:lineRule="auto"/>
        <w:ind w:left="202" w:right="173"/>
      </w:pPr>
      <w:r>
        <w:rPr>
          <w:rFonts w:ascii="Georgia" w:hAnsi="Georgia"/>
          <w:b w:val="0"/>
          <w:i w:val="0"/>
          <w:color w:val="22201D"/>
          <w:sz w:val="17"/>
        </w:rPr>
        <w:t>LOCAL DELIVERIES</w:t>
      </w:r>
    </w:p>
    <w:p>
      <w:pPr>
        <w:spacing w:after="60" w:line="266" w:lineRule="auto"/>
        <w:ind w:firstLine="331"/>
        <w:jc w:val="both"/>
      </w:pPr>
      <w:r>
        <w:rPr>
          <w:rFonts w:ascii="Georgia" w:hAnsi="Georgia"/>
          <w:b w:val="0"/>
          <w:i w:val="0"/>
          <w:color w:val="22201D"/>
          <w:sz w:val="20"/>
        </w:rPr>
        <w:t>Nico said, "We are definitely supposed to go toward the sign that says Canby."</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Steve said, "The chapter title says Canby holds the first turn."</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"Then why are we turning away from Canby?"</w:t>
      </w:r>
    </w:p>
    <w:p>
      <w:pPr>
        <w:spacing w:after="60" w:line="266" w:lineRule="auto"/>
        <w:ind w:firstLine="331"/>
        <w:jc w:val="both"/>
      </w:pPr>
      <w:r>
        <w:rPr>
          <w:rFonts w:ascii="Georgia" w:hAnsi="Georgia"/>
          <w:b w:val="0"/>
          <w:i w:val="0"/>
          <w:color w:val="22201D"/>
          <w:sz w:val="20"/>
        </w:rPr>
        <w:t>Bob checked the mirror.</w:t>
      </w:r>
    </w:p>
    <w:p>
      <w:pPr>
        <w:spacing w:after="60" w:line="266" w:lineRule="auto"/>
        <w:ind w:firstLine="331"/>
        <w:jc w:val="both"/>
      </w:pPr>
      <w:r>
        <w:rPr>
          <w:rFonts w:ascii="Georgia" w:hAnsi="Georgia"/>
          <w:b w:val="0"/>
          <w:i w:val="0"/>
          <w:color w:val="22201D"/>
          <w:sz w:val="20"/>
        </w:rPr>
        <w:t>"Because Canby is holding the turn, not advertising it."</w:t>
      </w:r>
    </w:p>
    <w:p>
      <w:pPr>
        <w:spacing w:after="60" w:line="266" w:lineRule="auto"/>
        <w:ind w:firstLine="331"/>
        <w:jc w:val="both"/>
      </w:pPr>
      <w:r>
        <w:rPr>
          <w:rFonts w:ascii="Georgia" w:hAnsi="Georgia"/>
          <w:b w:val="0"/>
          <w:i w:val="0"/>
          <w:color w:val="22201D"/>
          <w:sz w:val="20"/>
        </w:rPr>
        <w:t>Gerald looked at the narrow road.</w:t>
      </w:r>
    </w:p>
    <w:p>
      <w:pPr>
        <w:spacing w:after="60" w:line="266" w:lineRule="auto"/>
        <w:ind w:firstLine="331"/>
        <w:jc w:val="both"/>
      </w:pPr>
      <w:r>
        <w:rPr>
          <w:rFonts w:ascii="Georgia" w:hAnsi="Georgia"/>
          <w:b w:val="0"/>
          <w:i w:val="0"/>
          <w:color w:val="22201D"/>
          <w:sz w:val="20"/>
        </w:rPr>
        <w:t>"Shoulder soft. Ditch present. Visibility acceptable. Speed low."</w:t>
      </w:r>
    </w:p>
    <w:p>
      <w:pPr>
        <w:spacing w:after="60" w:line="266" w:lineRule="auto"/>
        <w:ind w:firstLine="331"/>
        <w:jc w:val="both"/>
      </w:pPr>
      <w:r>
        <w:rPr>
          <w:rFonts w:ascii="Georgia" w:hAnsi="Georgia"/>
          <w:b w:val="0"/>
          <w:i w:val="0"/>
          <w:color w:val="22201D"/>
          <w:sz w:val="20"/>
        </w:rPr>
        <w:t>Flocc held the fuel receipt flat.</w:t>
      </w:r>
    </w:p>
    <w:p>
      <w:pPr>
        <w:spacing w:after="60" w:line="266" w:lineRule="auto"/>
        <w:ind w:firstLine="331"/>
        <w:jc w:val="both"/>
      </w:pPr>
      <w:r>
        <w:rPr>
          <w:rFonts w:ascii="Georgia" w:hAnsi="Georgia"/>
          <w:b w:val="0"/>
          <w:i w:val="0"/>
          <w:color w:val="22201D"/>
          <w:sz w:val="20"/>
        </w:rPr>
        <w:t>"Please tell us if the local delivery road is the first turn."</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ASK CANBY.</w:t>
      </w:r>
    </w:p>
    <w:p>
      <w:pPr>
        <w:spacing w:after="60" w:line="266" w:lineRule="auto"/>
        <w:ind w:firstLine="331"/>
        <w:jc w:val="both"/>
      </w:pPr>
      <w:r>
        <w:rPr>
          <w:rFonts w:ascii="Georgia" w:hAnsi="Georgia"/>
          <w:b w:val="0"/>
          <w:i w:val="0"/>
          <w:color w:val="22201D"/>
          <w:sz w:val="20"/>
        </w:rPr>
        <w:t>The van went quiet.</w:t>
      </w:r>
    </w:p>
    <w:p>
      <w:pPr>
        <w:spacing w:after="60" w:line="266" w:lineRule="auto"/>
        <w:ind w:firstLine="331"/>
        <w:jc w:val="both"/>
      </w:pPr>
      <w:r>
        <w:rPr>
          <w:rFonts w:ascii="Georgia" w:hAnsi="Georgia"/>
          <w:b w:val="0"/>
          <w:i w:val="0"/>
          <w:color w:val="22201D"/>
          <w:sz w:val="20"/>
        </w:rPr>
        <w:t>Nico said, "How?"</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NOT YOU.</w:t>
      </w:r>
    </w:p>
    <w:p>
      <w:pPr>
        <w:spacing w:after="60" w:line="266" w:lineRule="auto"/>
        <w:ind w:firstLine="331"/>
        <w:jc w:val="both"/>
      </w:pPr>
      <w:r>
        <w:rPr>
          <w:rFonts w:ascii="Georgia" w:hAnsi="Georgia"/>
          <w:b w:val="0"/>
          <w:i w:val="0"/>
          <w:color w:val="22201D"/>
          <w:sz w:val="20"/>
        </w:rPr>
        <w:t>Nico sat back.</w:t>
      </w:r>
    </w:p>
    <w:p>
      <w:pPr>
        <w:spacing w:after="60" w:line="266" w:lineRule="auto"/>
        <w:ind w:firstLine="331"/>
        <w:jc w:val="both"/>
      </w:pPr>
      <w:r>
        <w:rPr>
          <w:rFonts w:ascii="Georgia" w:hAnsi="Georgia"/>
          <w:b w:val="0"/>
          <w:i w:val="0"/>
          <w:color w:val="22201D"/>
          <w:sz w:val="20"/>
        </w:rPr>
        <w:t>"Hostile to participation."</w:t>
      </w:r>
    </w:p>
    <w:p>
      <w:pPr>
        <w:spacing w:after="60" w:line="266" w:lineRule="auto"/>
        <w:ind w:firstLine="331"/>
        <w:jc w:val="both"/>
      </w:pPr>
      <w:r>
        <w:rPr>
          <w:rFonts w:ascii="Georgia" w:hAnsi="Georgia"/>
          <w:b w:val="0"/>
          <w:i w:val="0"/>
          <w:color w:val="22201D"/>
          <w:sz w:val="20"/>
        </w:rPr>
        <w:t>Bob stopped before the turn.</w:t>
      </w:r>
    </w:p>
    <w:p>
      <w:pPr>
        <w:spacing w:after="60" w:line="266" w:lineRule="auto"/>
        <w:ind w:firstLine="331"/>
        <w:jc w:val="both"/>
      </w:pPr>
      <w:r>
        <w:rPr>
          <w:rFonts w:ascii="Georgia" w:hAnsi="Georgia"/>
          <w:b w:val="0"/>
          <w:i w:val="0"/>
          <w:color w:val="22201D"/>
          <w:sz w:val="20"/>
        </w:rPr>
        <w:t>Not in the road. Not blocking traffic. Properly, which Gerald noticed and did not need to correct.</w:t>
      </w:r>
    </w:p>
    <w:p>
      <w:pPr>
        <w:spacing w:after="60" w:line="266" w:lineRule="auto"/>
        <w:ind w:firstLine="331"/>
        <w:jc w:val="both"/>
      </w:pPr>
      <w:r>
        <w:rPr>
          <w:rFonts w:ascii="Georgia" w:hAnsi="Georgia"/>
          <w:b w:val="0"/>
          <w:i w:val="0"/>
          <w:color w:val="22201D"/>
          <w:sz w:val="20"/>
        </w:rPr>
        <w:t>Flocc looked out at the narrow road.</w:t>
      </w:r>
    </w:p>
    <w:p>
      <w:pPr>
        <w:spacing w:after="60" w:line="266" w:lineRule="auto"/>
        <w:ind w:firstLine="331"/>
        <w:jc w:val="both"/>
      </w:pPr>
      <w:r>
        <w:rPr>
          <w:rFonts w:ascii="Georgia" w:hAnsi="Georgia"/>
          <w:b w:val="0"/>
          <w:i w:val="0"/>
          <w:color w:val="22201D"/>
          <w:sz w:val="20"/>
        </w:rPr>
        <w:t>There was no town spirit waiting in the ditch. No mascot. No giant spoon. No door shaped like a Tuesday. There was a line of wet gravel, a small low field beyond it, a row of nursery trees tied upright, and a delivery sign that looked like it had been made by someone who owned both a brush and limited patience for fonts.</w:t>
      </w:r>
    </w:p>
    <w:p>
      <w:pPr>
        <w:spacing w:after="60" w:line="266" w:lineRule="auto"/>
        <w:ind w:firstLine="331"/>
        <w:jc w:val="both"/>
      </w:pPr>
      <w:r>
        <w:rPr>
          <w:rFonts w:ascii="Georgia" w:hAnsi="Georgia"/>
          <w:b w:val="0"/>
          <w:i w:val="0"/>
          <w:color w:val="22201D"/>
          <w:sz w:val="20"/>
        </w:rPr>
        <w:t>The first wrong-looking correct turn.</w:t>
      </w:r>
    </w:p>
    <w:p>
      <w:pPr>
        <w:spacing w:after="60" w:line="266" w:lineRule="auto"/>
        <w:ind w:firstLine="331"/>
        <w:jc w:val="both"/>
      </w:pPr>
      <w:r>
        <w:rPr>
          <w:rFonts w:ascii="Georgia" w:hAnsi="Georgia"/>
          <w:b w:val="0"/>
          <w:i w:val="0"/>
          <w:color w:val="22201D"/>
          <w:sz w:val="20"/>
        </w:rPr>
        <w:t>He could feel his mind reaching for meaning again.</w:t>
      </w:r>
    </w:p>
    <w:p>
      <w:pPr>
        <w:spacing w:after="60" w:line="266" w:lineRule="auto"/>
        <w:ind w:firstLine="331"/>
        <w:jc w:val="both"/>
      </w:pPr>
      <w:r>
        <w:rPr>
          <w:rFonts w:ascii="Georgia" w:hAnsi="Georgia"/>
          <w:b w:val="0"/>
          <w:i w:val="0"/>
          <w:color w:val="22201D"/>
          <w:sz w:val="20"/>
        </w:rPr>
        <w:t>He stopped it by looking at the fuel receipt.</w:t>
      </w:r>
    </w:p>
    <w:p>
      <w:pPr>
        <w:spacing w:after="60" w:line="266" w:lineRule="auto"/>
        <w:ind w:firstLine="331"/>
        <w:jc w:val="both"/>
      </w:pPr>
      <w:r>
        <w:rPr>
          <w:rFonts w:ascii="Georgia" w:hAnsi="Georgia"/>
          <w:b w:val="0"/>
          <w:i w:val="0"/>
          <w:color w:val="22201D"/>
          <w:sz w:val="20"/>
        </w:rPr>
        <w:t>Instruction:</w:t>
      </w:r>
    </w:p>
    <w:p>
      <w:pPr>
        <w:spacing w:after="60" w:line="266" w:lineRule="auto"/>
        <w:ind w:firstLine="331"/>
        <w:jc w:val="both"/>
      </w:pPr>
      <w:r>
        <w:rPr>
          <w:rFonts w:ascii="Georgia" w:hAnsi="Georgia"/>
          <w:b w:val="0"/>
          <w:i w:val="0"/>
          <w:color w:val="22201D"/>
          <w:sz w:val="20"/>
        </w:rPr>
        <w:t>Do not turn because the road looks ready.</w:t>
      </w:r>
    </w:p>
    <w:p>
      <w:pPr>
        <w:spacing w:after="60" w:line="266" w:lineRule="auto"/>
        <w:ind w:firstLine="331"/>
        <w:jc w:val="both"/>
      </w:pPr>
      <w:r>
        <w:rPr>
          <w:rFonts w:ascii="Georgia" w:hAnsi="Georgia"/>
          <w:b w:val="0"/>
          <w:i w:val="0"/>
          <w:color w:val="22201D"/>
          <w:sz w:val="20"/>
        </w:rPr>
        <w:t>Turn when Canby holds it.</w:t>
      </w:r>
    </w:p>
    <w:p>
      <w:pPr>
        <w:spacing w:after="60" w:line="266" w:lineRule="auto"/>
        <w:ind w:firstLine="331"/>
        <w:jc w:val="both"/>
      </w:pPr>
      <w:r>
        <w:rPr>
          <w:rFonts w:ascii="Georgia" w:hAnsi="Georgia"/>
          <w:b w:val="0"/>
          <w:i w:val="0"/>
          <w:color w:val="22201D"/>
          <w:sz w:val="20"/>
        </w:rPr>
        <w:t>Flocc rolled down the window.</w:t>
      </w:r>
    </w:p>
    <w:p>
      <w:pPr>
        <w:spacing w:after="60" w:line="266" w:lineRule="auto"/>
        <w:ind w:firstLine="331"/>
        <w:jc w:val="both"/>
      </w:pPr>
      <w:r>
        <w:rPr>
          <w:rFonts w:ascii="Georgia" w:hAnsi="Georgia"/>
          <w:b w:val="0"/>
          <w:i w:val="0"/>
          <w:color w:val="22201D"/>
          <w:sz w:val="20"/>
        </w:rPr>
        <w:t>The air smelled like wet soil, gasoline, green plastic nursery pots, and a distant sweetness that might have been berries, sauce pressure, or both.</w:t>
      </w:r>
    </w:p>
    <w:p>
      <w:pPr>
        <w:spacing w:after="60" w:line="266" w:lineRule="auto"/>
        <w:ind w:firstLine="331"/>
        <w:jc w:val="both"/>
      </w:pPr>
      <w:r>
        <w:rPr>
          <w:rFonts w:ascii="Georgia" w:hAnsi="Georgia"/>
          <w:b w:val="0"/>
          <w:i w:val="0"/>
          <w:color w:val="22201D"/>
          <w:sz w:val="20"/>
        </w:rPr>
        <w:t>"Canby," he said, and felt foolish enough to continue. "Please tell us if this is the turn the route may take."</w:t>
      </w:r>
    </w:p>
    <w:p>
      <w:pPr>
        <w:spacing w:after="60" w:line="266" w:lineRule="auto"/>
        <w:ind w:firstLine="331"/>
        <w:jc w:val="both"/>
      </w:pPr>
      <w:r>
        <w:rPr>
          <w:rFonts w:ascii="Georgia" w:hAnsi="Georgia"/>
          <w:b w:val="0"/>
          <w:i w:val="0"/>
          <w:color w:val="22201D"/>
          <w:sz w:val="20"/>
        </w:rPr>
        <w:t>The local delivery sign swung once in the wind.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Just enough to show its back.</w:t>
      </w:r>
    </w:p>
    <w:p>
      <w:pPr>
        <w:spacing w:after="60" w:line="266" w:lineRule="auto"/>
        <w:ind w:firstLine="331"/>
        <w:jc w:val="both"/>
      </w:pPr>
      <w:r>
        <w:rPr>
          <w:rFonts w:ascii="Georgia" w:hAnsi="Georgia"/>
          <w:b w:val="0"/>
          <w:i w:val="0"/>
          <w:color w:val="22201D"/>
          <w:sz w:val="20"/>
        </w:rPr>
        <w:t>On the back, in the same hand-painted lettering, it said:</w:t>
      </w:r>
    </w:p>
    <w:p>
      <w:pPr>
        <w:spacing w:after="60" w:line="250" w:lineRule="auto"/>
        <w:ind w:left="202" w:right="173"/>
      </w:pPr>
      <w:r>
        <w:rPr>
          <w:rFonts w:ascii="Georgia" w:hAnsi="Georgia"/>
          <w:b w:val="0"/>
          <w:i w:val="0"/>
          <w:color w:val="22201D"/>
          <w:sz w:val="17"/>
        </w:rPr>
        <w:t>HELD.</w:t>
      </w:r>
    </w:p>
    <w:p>
      <w:pPr>
        <w:spacing w:after="60" w:line="266" w:lineRule="auto"/>
        <w:ind w:firstLine="331"/>
        <w:jc w:val="both"/>
      </w:pPr>
      <w:r>
        <w:rPr>
          <w:rFonts w:ascii="Georgia" w:hAnsi="Georgia"/>
          <w:b w:val="0"/>
          <w:i w:val="0"/>
          <w:color w:val="22201D"/>
          <w:sz w:val="20"/>
        </w:rPr>
        <w:t>Bob turned.</w:t>
      </w:r>
    </w:p>
    <w:p>
      <w:pPr>
        <w:spacing w:after="60" w:line="266" w:lineRule="auto"/>
        <w:ind w:firstLine="331"/>
        <w:jc w:val="both"/>
      </w:pPr>
      <w:r>
        <w:rPr>
          <w:rFonts w:ascii="Georgia" w:hAnsi="Georgia"/>
          <w:b w:val="0"/>
          <w:i w:val="0"/>
          <w:color w:val="22201D"/>
          <w:sz w:val="20"/>
        </w:rPr>
        <w:t>The van moved onto the narrow road.</w:t>
      </w:r>
    </w:p>
    <w:p>
      <w:pPr>
        <w:spacing w:after="60" w:line="266" w:lineRule="auto"/>
        <w:ind w:firstLine="331"/>
        <w:jc w:val="both"/>
      </w:pPr>
      <w:r>
        <w:rPr>
          <w:rFonts w:ascii="Georgia" w:hAnsi="Georgia"/>
          <w:b w:val="0"/>
          <w:i w:val="0"/>
          <w:color w:val="22201D"/>
          <w:sz w:val="20"/>
        </w:rPr>
        <w:t>No one cheered.</w:t>
      </w:r>
    </w:p>
    <w:p>
      <w:pPr>
        <w:spacing w:after="60" w:line="266" w:lineRule="auto"/>
        <w:ind w:firstLine="331"/>
        <w:jc w:val="both"/>
      </w:pPr>
      <w:r>
        <w:rPr>
          <w:rFonts w:ascii="Georgia" w:hAnsi="Georgia"/>
          <w:b w:val="0"/>
          <w:i w:val="0"/>
          <w:color w:val="22201D"/>
          <w:sz w:val="20"/>
        </w:rPr>
        <w:t>The wheels bumped over the lip between asphalt and gravel.</w:t>
      </w:r>
    </w:p>
    <w:p>
      <w:pPr>
        <w:spacing w:after="60" w:line="266" w:lineRule="auto"/>
        <w:ind w:firstLine="331"/>
        <w:jc w:val="both"/>
      </w:pPr>
      <w:r>
        <w:rPr>
          <w:rFonts w:ascii="Georgia" w:hAnsi="Georgia"/>
          <w:b w:val="0"/>
          <w:i w:val="0"/>
          <w:color w:val="22201D"/>
          <w:sz w:val="20"/>
        </w:rPr>
        <w:t>The box in back shifted one inch and stopped.</w:t>
      </w:r>
    </w:p>
    <w:p>
      <w:pPr>
        <w:spacing w:after="60" w:line="266" w:lineRule="auto"/>
        <w:ind w:firstLine="331"/>
        <w:jc w:val="both"/>
      </w:pPr>
      <w:r>
        <w:rPr>
          <w:rFonts w:ascii="Georgia" w:hAnsi="Georgia"/>
          <w:b w:val="0"/>
          <w:i w:val="0"/>
          <w:color w:val="22201D"/>
          <w:sz w:val="20"/>
        </w:rPr>
        <w:t>Gerald listened.</w:t>
      </w:r>
    </w:p>
    <w:p>
      <w:pPr>
        <w:spacing w:after="60" w:line="266" w:lineRule="auto"/>
        <w:ind w:firstLine="331"/>
        <w:jc w:val="both"/>
      </w:pPr>
      <w:r>
        <w:rPr>
          <w:rFonts w:ascii="Georgia" w:hAnsi="Georgia"/>
          <w:b w:val="0"/>
          <w:i w:val="0"/>
          <w:color w:val="22201D"/>
          <w:sz w:val="20"/>
        </w:rPr>
        <w:t>"Cargo stable."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First turn held by Canby. Fuel receipt active. Passenger asked place, not certainty.</w:t>
      </w:r>
    </w:p>
    <w:p>
      <w:pPr>
        <w:spacing w:after="60" w:line="266" w:lineRule="auto"/>
        <w:ind w:firstLine="331"/>
        <w:jc w:val="both"/>
      </w:pPr>
      <w:r>
        <w:rPr>
          <w:rFonts w:ascii="Georgia" w:hAnsi="Georgia"/>
          <w:b w:val="0"/>
          <w:i w:val="0"/>
          <w:color w:val="22201D"/>
          <w:sz w:val="20"/>
        </w:rPr>
        <w:t>Flocc kept the receipt flat.</w:t>
      </w:r>
    </w:p>
    <w:p>
      <w:pPr>
        <w:spacing w:after="60" w:line="266" w:lineRule="auto"/>
        <w:ind w:firstLine="331"/>
        <w:jc w:val="both"/>
      </w:pPr>
      <w:r>
        <w:rPr>
          <w:rFonts w:ascii="Georgia" w:hAnsi="Georgia"/>
          <w:b w:val="0"/>
          <w:i w:val="0"/>
          <w:color w:val="22201D"/>
          <w:sz w:val="20"/>
        </w:rPr>
        <w:t>The red fuel can remained empty.</w:t>
      </w:r>
    </w:p>
    <w:p>
      <w:pPr>
        <w:spacing w:after="60" w:line="266" w:lineRule="auto"/>
        <w:ind w:firstLine="331"/>
        <w:jc w:val="both"/>
      </w:pPr>
      <w:r>
        <w:rPr>
          <w:rFonts w:ascii="Georgia" w:hAnsi="Georgia"/>
          <w:b w:val="0"/>
          <w:i w:val="0"/>
          <w:color w:val="22201D"/>
          <w:sz w:val="20"/>
        </w:rPr>
        <w:t>The road narrowed enough that speed became irrelevant. It passed behind the berry stand, then along a field with plastic-covered rows, then by a small warehouse with a loading dock whose painted lines had been renewed more often than its roof. A forklift beeped somewhere behind a fence. A dog barked once, reconsidered, and decided the van was paperwork.</w:t>
      </w:r>
    </w:p>
    <w:p>
      <w:pPr>
        <w:spacing w:after="60" w:line="266" w:lineRule="auto"/>
        <w:ind w:firstLine="331"/>
        <w:jc w:val="both"/>
      </w:pPr>
      <w:r>
        <w:rPr>
          <w:rFonts w:ascii="Georgia" w:hAnsi="Georgia"/>
          <w:b w:val="0"/>
          <w:i w:val="0"/>
          <w:color w:val="22201D"/>
          <w:sz w:val="20"/>
        </w:rPr>
        <w:t>This was Canby holding the turn:</w:t>
      </w:r>
    </w:p>
    <w:p>
      <w:pPr>
        <w:spacing w:after="60" w:line="266" w:lineRule="auto"/>
        <w:ind w:firstLine="331"/>
        <w:jc w:val="both"/>
      </w:pPr>
      <w:r>
        <w:rPr>
          <w:rFonts w:ascii="Georgia" w:hAnsi="Georgia"/>
          <w:b w:val="0"/>
          <w:i w:val="0"/>
          <w:color w:val="22201D"/>
          <w:sz w:val="20"/>
        </w:rPr>
        <w:t>not a welcome sign,</w:t>
      </w:r>
    </w:p>
    <w:p>
      <w:pPr>
        <w:spacing w:after="60" w:line="266" w:lineRule="auto"/>
        <w:ind w:firstLine="331"/>
        <w:jc w:val="both"/>
      </w:pPr>
      <w:r>
        <w:rPr>
          <w:rFonts w:ascii="Georgia" w:hAnsi="Georgia"/>
          <w:b w:val="0"/>
          <w:i w:val="0"/>
          <w:color w:val="22201D"/>
          <w:sz w:val="20"/>
        </w:rPr>
        <w:t>not a revelation,</w:t>
      </w:r>
    </w:p>
    <w:p>
      <w:pPr>
        <w:spacing w:after="60" w:line="266" w:lineRule="auto"/>
        <w:ind w:firstLine="331"/>
        <w:jc w:val="both"/>
      </w:pPr>
      <w:r>
        <w:rPr>
          <w:rFonts w:ascii="Georgia" w:hAnsi="Georgia"/>
          <w:b w:val="0"/>
          <w:i w:val="0"/>
          <w:color w:val="22201D"/>
          <w:sz w:val="20"/>
        </w:rPr>
        <w:t>not arrival,</w:t>
      </w:r>
    </w:p>
    <w:p>
      <w:pPr>
        <w:spacing w:after="60" w:line="266" w:lineRule="auto"/>
        <w:ind w:firstLine="331"/>
        <w:jc w:val="both"/>
      </w:pPr>
      <w:r>
        <w:rPr>
          <w:rFonts w:ascii="Georgia" w:hAnsi="Georgia"/>
          <w:b w:val="0"/>
          <w:i w:val="0"/>
          <w:color w:val="22201D"/>
          <w:sz w:val="20"/>
        </w:rPr>
        <w:t>but a local delivery road that required the driver to believe a place could know its own side entrance.</w:t>
      </w:r>
    </w:p>
    <w:p>
      <w:pPr>
        <w:spacing w:after="60" w:line="266" w:lineRule="auto"/>
        <w:ind w:firstLine="331"/>
        <w:jc w:val="both"/>
      </w:pPr>
      <w:r>
        <w:rPr>
          <w:rFonts w:ascii="Georgia" w:hAnsi="Georgia"/>
          <w:b w:val="0"/>
          <w:i w:val="0"/>
          <w:color w:val="22201D"/>
          <w:sz w:val="20"/>
        </w:rPr>
        <w:t>Nico looked out.</w:t>
      </w:r>
    </w:p>
    <w:p>
      <w:pPr>
        <w:spacing w:after="60" w:line="266" w:lineRule="auto"/>
        <w:ind w:firstLine="331"/>
        <w:jc w:val="both"/>
      </w:pPr>
      <w:r>
        <w:rPr>
          <w:rFonts w:ascii="Georgia" w:hAnsi="Georgia"/>
          <w:b w:val="0"/>
          <w:i w:val="0"/>
          <w:color w:val="22201D"/>
          <w:sz w:val="20"/>
        </w:rPr>
        <w:t>"I expected more."</w:t>
      </w:r>
    </w:p>
    <w:p>
      <w:pPr>
        <w:spacing w:after="60" w:line="266" w:lineRule="auto"/>
        <w:ind w:firstLine="331"/>
        <w:jc w:val="both"/>
      </w:pPr>
      <w:r>
        <w:rPr>
          <w:rFonts w:ascii="Georgia" w:hAnsi="Georgia"/>
          <w:b w:val="0"/>
          <w:i w:val="0"/>
          <w:color w:val="22201D"/>
          <w:sz w:val="20"/>
        </w:rPr>
        <w:t>Bob said, "That's why you weren't asked."</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ACCURATE.</w:t>
      </w:r>
    </w:p>
    <w:p>
      <w:pPr>
        <w:spacing w:after="60" w:line="266" w:lineRule="auto"/>
        <w:ind w:firstLine="331"/>
        <w:jc w:val="both"/>
      </w:pPr>
      <w:r>
        <w:rPr>
          <w:rFonts w:ascii="Georgia" w:hAnsi="Georgia"/>
          <w:b w:val="0"/>
          <w:i w:val="0"/>
          <w:color w:val="22201D"/>
          <w:sz w:val="20"/>
        </w:rPr>
        <w:t>Flocc almost laughed, but the road changed surface before he could. Gravel became patched asphalt. Patched asphalt became a lane behind a row of small businesses. One had a freezer door propped open. One sold irrigation parts. One had a sign that said RECEIVING with an arrow pointing down an alley too narrow for pride.</w:t>
      </w:r>
    </w:p>
    <w:p>
      <w:pPr>
        <w:spacing w:after="60" w:line="266" w:lineRule="auto"/>
        <w:ind w:firstLine="331"/>
        <w:jc w:val="both"/>
      </w:pPr>
      <w:r>
        <w:rPr>
          <w:rFonts w:ascii="Georgia" w:hAnsi="Georgia"/>
          <w:b w:val="0"/>
          <w:i w:val="0"/>
          <w:color w:val="22201D"/>
          <w:sz w:val="20"/>
        </w:rPr>
        <w:t>The fuel receipt warmed against the red can.</w:t>
      </w:r>
    </w:p>
    <w:p>
      <w:pPr>
        <w:spacing w:after="60" w:line="266" w:lineRule="auto"/>
        <w:ind w:firstLine="331"/>
        <w:jc w:val="both"/>
      </w:pPr>
      <w:r>
        <w:rPr>
          <w:rFonts w:ascii="Georgia" w:hAnsi="Georgia"/>
          <w:b w:val="0"/>
          <w:i w:val="0"/>
          <w:color w:val="22201D"/>
          <w:sz w:val="20"/>
        </w:rPr>
        <w:t>New text appeared beneath the pump instruction:</w:t>
      </w:r>
    </w:p>
    <w:p>
      <w:pPr>
        <w:spacing w:after="60" w:line="250" w:lineRule="auto"/>
        <w:ind w:left="202" w:right="173"/>
      </w:pPr>
      <w:r>
        <w:rPr>
          <w:rFonts w:ascii="Georgia" w:hAnsi="Georgia"/>
          <w:b w:val="0"/>
          <w:i w:val="0"/>
          <w:color w:val="22201D"/>
          <w:sz w:val="17"/>
        </w:rPr>
        <w:t>NEXT DOCUMENT: DROP TICKET  NEXT STOP: LENTS RECEIVES TOMORROW'S SOUP  PRICE: ARRIVE ANYWAY</w:t>
      </w:r>
    </w:p>
    <w:p>
      <w:pPr>
        <w:spacing w:after="60" w:line="266" w:lineRule="auto"/>
        <w:ind w:firstLine="331"/>
        <w:jc w:val="both"/>
      </w:pPr>
      <w:r>
        <w:rPr>
          <w:rFonts w:ascii="Georgia" w:hAnsi="Georgia"/>
          <w:b w:val="0"/>
          <w:i w:val="0"/>
          <w:color w:val="22201D"/>
          <w:sz w:val="20"/>
        </w:rPr>
        <w:t>Steve saw it.</w:t>
      </w:r>
    </w:p>
    <w:p>
      <w:pPr>
        <w:spacing w:after="60" w:line="266" w:lineRule="auto"/>
        <w:ind w:firstLine="331"/>
        <w:jc w:val="both"/>
      </w:pPr>
      <w:r>
        <w:rPr>
          <w:rFonts w:ascii="Georgia" w:hAnsi="Georgia"/>
          <w:b w:val="0"/>
          <w:i w:val="0"/>
          <w:color w:val="22201D"/>
          <w:sz w:val="20"/>
        </w:rPr>
        <w:t>"That is Chapter 4."</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Gerald checked the fuel gauge again.</w:t>
      </w:r>
    </w:p>
    <w:p>
      <w:pPr>
        <w:spacing w:after="60" w:line="266" w:lineRule="auto"/>
        <w:ind w:firstLine="331"/>
        <w:jc w:val="both"/>
      </w:pPr>
      <w:r>
        <w:rPr>
          <w:rFonts w:ascii="Georgia" w:hAnsi="Georgia"/>
          <w:b w:val="0"/>
          <w:i w:val="0"/>
          <w:color w:val="22201D"/>
          <w:sz w:val="20"/>
        </w:rPr>
        <w:t>"Enough to continue."</w:t>
      </w:r>
    </w:p>
    <w:p>
      <w:pPr>
        <w:spacing w:after="60" w:line="266" w:lineRule="auto"/>
        <w:ind w:firstLine="331"/>
        <w:jc w:val="both"/>
      </w:pPr>
      <w:r>
        <w:rPr>
          <w:rFonts w:ascii="Georgia" w:hAnsi="Georgia"/>
          <w:b w:val="0"/>
          <w:i w:val="0"/>
          <w:color w:val="22201D"/>
          <w:sz w:val="20"/>
        </w:rPr>
        <w:t>The receipt printed one final line:</w:t>
      </w:r>
    </w:p>
    <w:p>
      <w:pPr>
        <w:spacing w:after="60" w:line="250" w:lineRule="auto"/>
        <w:ind w:left="202" w:right="173"/>
      </w:pPr>
      <w:r>
        <w:rPr>
          <w:rFonts w:ascii="Georgia" w:hAnsi="Georgia"/>
          <w:b w:val="0"/>
          <w:i w:val="0"/>
          <w:color w:val="22201D"/>
          <w:sz w:val="17"/>
        </w:rPr>
        <w:t>ENOUGH IS NOT PERMISSION TO HURRY.</w:t>
      </w:r>
    </w:p>
    <w:p>
      <w:pPr>
        <w:spacing w:after="60" w:line="266" w:lineRule="auto"/>
        <w:ind w:firstLine="331"/>
        <w:jc w:val="both"/>
      </w:pPr>
      <w:r>
        <w:rPr>
          <w:rFonts w:ascii="Georgia" w:hAnsi="Georgia"/>
          <w:b w:val="0"/>
          <w:i w:val="0"/>
          <w:color w:val="22201D"/>
          <w:sz w:val="20"/>
        </w:rPr>
        <w:t>Flocc held it flat until the ink cooled.</w:t>
      </w:r>
    </w:p>
    <w:p>
      <w:pPr>
        <w:spacing w:after="60" w:line="266" w:lineRule="auto"/>
        <w:ind w:firstLine="331"/>
        <w:jc w:val="both"/>
      </w:pPr>
      <w:r>
        <w:rPr>
          <w:rFonts w:ascii="Georgia" w:hAnsi="Georgia"/>
          <w:b w:val="0"/>
          <w:i w:val="0"/>
          <w:color w:val="22201D"/>
          <w:sz w:val="20"/>
        </w:rPr>
        <w:t>Then he handed it to Steve.</w:t>
      </w:r>
    </w:p>
    <w:p>
      <w:pPr>
        <w:spacing w:after="60" w:line="266" w:lineRule="auto"/>
        <w:ind w:firstLine="331"/>
        <w:jc w:val="both"/>
      </w:pPr>
      <w:r>
        <w:rPr>
          <w:rFonts w:ascii="Georgia" w:hAnsi="Georgia"/>
          <w:b w:val="0"/>
          <w:i w:val="0"/>
          <w:color w:val="22201D"/>
          <w:sz w:val="20"/>
        </w:rPr>
        <w:t>Steve copied it carefully.</w:t>
      </w:r>
    </w:p>
    <w:p>
      <w:pPr>
        <w:spacing w:after="60" w:line="266" w:lineRule="auto"/>
        <w:ind w:firstLine="331"/>
        <w:jc w:val="both"/>
      </w:pPr>
      <w:r>
        <w:rPr>
          <w:rFonts w:ascii="Georgia" w:hAnsi="Georgia"/>
          <w:b w:val="0"/>
          <w:i w:val="0"/>
          <w:color w:val="22201D"/>
          <w:sz w:val="20"/>
        </w:rPr>
        <w:t>"Original?"</w:t>
      </w:r>
    </w:p>
    <w:p>
      <w:pPr>
        <w:spacing w:after="60" w:line="266" w:lineRule="auto"/>
        <w:ind w:firstLine="331"/>
        <w:jc w:val="both"/>
      </w:pPr>
      <w:r>
        <w:rPr>
          <w:rFonts w:ascii="Georgia" w:hAnsi="Georgia"/>
          <w:b w:val="0"/>
          <w:i w:val="0"/>
          <w:color w:val="22201D"/>
          <w:sz w:val="20"/>
        </w:rPr>
        <w:t>Bob pointed to the glove compartment.</w:t>
      </w:r>
    </w:p>
    <w:p>
      <w:pPr>
        <w:spacing w:after="60" w:line="266" w:lineRule="auto"/>
        <w:ind w:firstLine="331"/>
        <w:jc w:val="both"/>
      </w:pPr>
      <w:r>
        <w:rPr>
          <w:rFonts w:ascii="Georgia" w:hAnsi="Georgia"/>
          <w:b w:val="0"/>
          <w:i w:val="0"/>
          <w:color w:val="22201D"/>
          <w:sz w:val="20"/>
        </w:rPr>
        <w:t>The map shifted to make room.</w:t>
      </w:r>
    </w:p>
    <w:p>
      <w:pPr>
        <w:spacing w:after="60" w:line="266" w:lineRule="auto"/>
        <w:ind w:firstLine="331"/>
        <w:jc w:val="both"/>
      </w:pPr>
      <w:r>
        <w:rPr>
          <w:rFonts w:ascii="Georgia" w:hAnsi="Georgia"/>
          <w:b w:val="0"/>
          <w:i w:val="0"/>
          <w:color w:val="22201D"/>
          <w:sz w:val="20"/>
        </w:rPr>
        <w:t>Flocc placed the fuel receipt beside the map note without folding either.</w:t>
      </w:r>
    </w:p>
    <w:p>
      <w:pPr>
        <w:spacing w:after="60" w:line="266" w:lineRule="auto"/>
        <w:ind w:firstLine="331"/>
        <w:jc w:val="both"/>
      </w:pPr>
      <w:r>
        <w:rPr>
          <w:rFonts w:ascii="Georgia" w:hAnsi="Georgia"/>
          <w:b w:val="0"/>
          <w:i w:val="0"/>
          <w:color w:val="22201D"/>
          <w:sz w:val="20"/>
        </w:rPr>
        <w:t>The two papers touched.</w:t>
      </w:r>
    </w:p>
    <w:p>
      <w:pPr>
        <w:spacing w:after="60" w:line="266" w:lineRule="auto"/>
        <w:ind w:firstLine="331"/>
        <w:jc w:val="both"/>
      </w:pPr>
      <w:r>
        <w:rPr>
          <w:rFonts w:ascii="Georgia" w:hAnsi="Georgia"/>
          <w:b w:val="0"/>
          <w:i w:val="0"/>
          <w:color w:val="22201D"/>
          <w:sz w:val="20"/>
        </w:rPr>
        <w:t>They did not become the same document.</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LEARNING OBSERVED.</w:t>
      </w:r>
    </w:p>
    <w:p>
      <w:pPr>
        <w:spacing w:after="60" w:line="266" w:lineRule="auto"/>
        <w:ind w:firstLine="331"/>
        <w:jc w:val="both"/>
      </w:pPr>
      <w:r>
        <w:rPr>
          <w:rFonts w:ascii="Georgia" w:hAnsi="Georgia"/>
          <w:b w:val="0"/>
          <w:i w:val="0"/>
          <w:color w:val="22201D"/>
          <w:sz w:val="20"/>
        </w:rPr>
        <w:t>Bob drove on.</w:t>
      </w:r>
    </w:p>
    <w:p>
      <w:pPr>
        <w:spacing w:after="60" w:line="266" w:lineRule="auto"/>
        <w:ind w:firstLine="331"/>
        <w:jc w:val="both"/>
      </w:pPr>
      <w:r>
        <w:rPr>
          <w:rFonts w:ascii="Georgia" w:hAnsi="Georgia"/>
          <w:b w:val="0"/>
          <w:i w:val="0"/>
          <w:color w:val="22201D"/>
          <w:sz w:val="20"/>
        </w:rPr>
        <w:t>Behind them, Canby did not disappear.</w:t>
      </w:r>
    </w:p>
    <w:p>
      <w:pPr>
        <w:spacing w:after="60" w:line="266" w:lineRule="auto"/>
        <w:ind w:firstLine="331"/>
        <w:jc w:val="both"/>
      </w:pPr>
      <w:r>
        <w:rPr>
          <w:rFonts w:ascii="Georgia" w:hAnsi="Georgia"/>
          <w:b w:val="0"/>
          <w:i w:val="0"/>
          <w:color w:val="22201D"/>
          <w:sz w:val="20"/>
        </w:rPr>
        <w:t>It held the turn after they left it, because some places were not gates. They were hands.</w:t>
      </w:r>
    </w:p>
    <w:p>
      <w:pPr>
        <w:spacing w:after="60" w:line="266" w:lineRule="auto"/>
        <w:ind w:firstLine="331"/>
        <w:jc w:val="both"/>
      </w:pPr>
      <w:r>
        <w:rPr>
          <w:rFonts w:ascii="Georgia" w:hAnsi="Georgia"/>
          <w:b w:val="0"/>
          <w:i w:val="0"/>
          <w:color w:val="22201D"/>
          <w:sz w:val="20"/>
        </w:rPr>
        <w:t>Ahead, the route line bent toward Lents, toward a delivery that would arrive with tomorrow's soup and no interest in being on time in the usual way.</w:t>
      </w:r>
    </w:p>
    <w:p>
      <w:pPr>
        <w:spacing w:after="60" w:line="266" w:lineRule="auto"/>
        <w:ind w:firstLine="331"/>
        <w:jc w:val="both"/>
      </w:pPr>
      <w:r>
        <w:rPr>
          <w:rFonts w:ascii="Georgia" w:hAnsi="Georgia"/>
          <w:b w:val="0"/>
          <w:i w:val="0"/>
          <w:color w:val="22201D"/>
          <w:sz w:val="20"/>
        </w:rPr>
        <w:t>Flocc looked at the road.</w:t>
      </w:r>
    </w:p>
    <w:p>
      <w:pPr>
        <w:spacing w:after="60" w:line="266" w:lineRule="auto"/>
        <w:ind w:firstLine="331"/>
        <w:jc w:val="both"/>
      </w:pPr>
      <w:r>
        <w:rPr>
          <w:rFonts w:ascii="Georgia" w:hAnsi="Georgia"/>
          <w:b w:val="0"/>
          <w:i w:val="0"/>
          <w:color w:val="22201D"/>
          <w:sz w:val="20"/>
        </w:rPr>
        <w:t>He did not ask if they were there.</w:t>
      </w:r>
    </w:p>
    <w:p>
      <w:pPr>
        <w:spacing w:after="60" w:line="266" w:lineRule="auto"/>
        <w:ind w:firstLine="331"/>
        <w:jc w:val="both"/>
      </w:pPr>
      <w:r>
        <w:rPr>
          <w:rFonts w:ascii="Georgia" w:hAnsi="Georgia"/>
          <w:b w:val="0"/>
          <w:i w:val="0"/>
          <w:color w:val="22201D"/>
          <w:sz w:val="20"/>
        </w:rPr>
        <w:t>He asked, "What needs to be carried next?"</w:t>
      </w:r>
    </w:p>
    <w:p>
      <w:pPr>
        <w:spacing w:after="60" w:line="266" w:lineRule="auto"/>
        <w:ind w:firstLine="331"/>
        <w:jc w:val="both"/>
      </w:pPr>
      <w:r>
        <w:rPr>
          <w:rFonts w:ascii="Georgia" w:hAnsi="Georgia"/>
          <w:b w:val="0"/>
          <w:i w:val="0"/>
          <w:color w:val="22201D"/>
          <w:sz w:val="20"/>
        </w:rPr>
        <w:t>Bob said, "Good question."</w:t>
      </w:r>
    </w:p>
    <w:p>
      <w:pPr>
        <w:spacing w:after="60" w:line="266" w:lineRule="auto"/>
        <w:ind w:firstLine="331"/>
        <w:jc w:val="both"/>
      </w:pPr>
      <w:r>
        <w:rPr>
          <w:rFonts w:ascii="Georgia" w:hAnsi="Georgia"/>
          <w:b w:val="0"/>
          <w:i w:val="0"/>
          <w:color w:val="22201D"/>
          <w:sz w:val="20"/>
        </w:rPr>
        <w:t>The van kept moving.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Lents Receives Tomorrow's Soup</w:t>
      </w:r>
    </w:p>
    <w:p>
      <w:pPr>
        <w:spacing w:after="60" w:line="266" w:lineRule="auto"/>
        <w:ind w:firstLine="0"/>
        <w:jc w:val="both"/>
      </w:pPr>
      <w:r>
        <w:rPr>
          <w:rFonts w:ascii="Georgia" w:hAnsi="Georgia"/>
          <w:b w:val="0"/>
          <w:i w:val="0"/>
          <w:color w:val="22201D"/>
          <w:sz w:val="20"/>
        </w:rPr>
        <w:t>In which arriving anyway proves different from arriving on time, the recipient is more specific than the schedule, and a drop ticket refuses to apologize for tomorrow.</w:t>
      </w:r>
    </w:p>
    <w:p>
      <w:pPr>
        <w:spacing w:after="60" w:line="266" w:lineRule="auto"/>
        <w:ind w:firstLine="331"/>
        <w:jc w:val="both"/>
      </w:pPr>
      <w:r>
        <w:rPr>
          <w:rFonts w:ascii="Georgia" w:hAnsi="Georgia"/>
          <w:b w:val="0"/>
          <w:i w:val="0"/>
          <w:color w:val="22201D"/>
          <w:sz w:val="20"/>
        </w:rPr>
        <w:t>The route to Lents did not go directly to Lents.</w:t>
      </w:r>
    </w:p>
    <w:p>
      <w:pPr>
        <w:spacing w:after="60" w:line="266" w:lineRule="auto"/>
        <w:ind w:firstLine="331"/>
        <w:jc w:val="both"/>
      </w:pPr>
      <w:r>
        <w:rPr>
          <w:rFonts w:ascii="Georgia" w:hAnsi="Georgia"/>
          <w:b w:val="0"/>
          <w:i w:val="0"/>
          <w:color w:val="22201D"/>
          <w:sz w:val="20"/>
        </w:rPr>
        <w:t>This was not a surprise anymore.</w:t>
      </w:r>
    </w:p>
    <w:p>
      <w:pPr>
        <w:spacing w:after="60" w:line="266" w:lineRule="auto"/>
        <w:ind w:firstLine="331"/>
        <w:jc w:val="both"/>
      </w:pPr>
      <w:r>
        <w:rPr>
          <w:rFonts w:ascii="Georgia" w:hAnsi="Georgia"/>
          <w:b w:val="0"/>
          <w:i w:val="0"/>
          <w:color w:val="22201D"/>
          <w:sz w:val="20"/>
        </w:rPr>
        <w:t>It was still annoying.</w:t>
      </w:r>
    </w:p>
    <w:p>
      <w:pPr>
        <w:spacing w:after="60" w:line="266" w:lineRule="auto"/>
        <w:ind w:firstLine="331"/>
        <w:jc w:val="both"/>
      </w:pPr>
      <w:r>
        <w:rPr>
          <w:rFonts w:ascii="Georgia" w:hAnsi="Georgia"/>
          <w:b w:val="0"/>
          <w:i w:val="0"/>
          <w:color w:val="22201D"/>
          <w:sz w:val="20"/>
        </w:rPr>
        <w:t>The van left Canby's held turn by way of the local delivery road, a lane behind warehouses, nursery fences, damp pallets, and one forklift that beeped with the patient resentment of a machine paid by the reverse. The map stayed half-open across Flocc's knees. The fuel receipt and map note lay flat in the glove compartment, touching but not becoming the same document.</w:t>
      </w:r>
    </w:p>
    <w:p>
      <w:pPr>
        <w:spacing w:after="60" w:line="266" w:lineRule="auto"/>
        <w:ind w:firstLine="331"/>
        <w:jc w:val="both"/>
      </w:pPr>
      <w:r>
        <w:rPr>
          <w:rFonts w:ascii="Georgia" w:hAnsi="Georgia"/>
          <w:b w:val="0"/>
          <w:i w:val="0"/>
          <w:color w:val="22201D"/>
          <w:sz w:val="20"/>
        </w:rPr>
        <w:t>Flocc kept the red fuel can on the floor between his feet.</w:t>
      </w:r>
    </w:p>
    <w:p>
      <w:pPr>
        <w:spacing w:after="60" w:line="266" w:lineRule="auto"/>
        <w:ind w:firstLine="331"/>
        <w:jc w:val="both"/>
      </w:pPr>
      <w:r>
        <w:rPr>
          <w:rFonts w:ascii="Georgia" w:hAnsi="Georgia"/>
          <w:b w:val="0"/>
          <w:i w:val="0"/>
          <w:color w:val="22201D"/>
          <w:sz w:val="20"/>
        </w:rPr>
        <w:t>It was still empty.</w:t>
      </w:r>
    </w:p>
    <w:p>
      <w:pPr>
        <w:spacing w:after="60" w:line="266" w:lineRule="auto"/>
        <w:ind w:firstLine="331"/>
        <w:jc w:val="both"/>
      </w:pPr>
      <w:r>
        <w:rPr>
          <w:rFonts w:ascii="Georgia" w:hAnsi="Georgia"/>
          <w:b w:val="0"/>
          <w:i w:val="0"/>
          <w:color w:val="22201D"/>
          <w:sz w:val="20"/>
        </w:rPr>
        <w:t>It was still his to keep from tipping over.</w:t>
      </w:r>
    </w:p>
    <w:p>
      <w:pPr>
        <w:spacing w:after="60" w:line="266" w:lineRule="auto"/>
        <w:ind w:firstLine="331"/>
        <w:jc w:val="both"/>
      </w:pPr>
      <w:r>
        <w:rPr>
          <w:rFonts w:ascii="Georgia" w:hAnsi="Georgia"/>
          <w:b w:val="0"/>
          <w:i w:val="0"/>
          <w:color w:val="22201D"/>
          <w:sz w:val="20"/>
        </w:rPr>
        <w:t>Nico stared at it.</w:t>
      </w:r>
    </w:p>
    <w:p>
      <w:pPr>
        <w:spacing w:after="60" w:line="266" w:lineRule="auto"/>
        <w:ind w:firstLine="331"/>
        <w:jc w:val="both"/>
      </w:pPr>
      <w:r>
        <w:rPr>
          <w:rFonts w:ascii="Georgia" w:hAnsi="Georgia"/>
          <w:b w:val="0"/>
          <w:i w:val="0"/>
          <w:color w:val="22201D"/>
          <w:sz w:val="20"/>
        </w:rPr>
        <w:t>"If the can is empty, can it spill?"</w:t>
      </w:r>
    </w:p>
    <w:p>
      <w:pPr>
        <w:spacing w:after="60" w:line="266" w:lineRule="auto"/>
        <w:ind w:firstLine="331"/>
        <w:jc w:val="both"/>
      </w:pPr>
      <w:r>
        <w:rPr>
          <w:rFonts w:ascii="Georgia" w:hAnsi="Georgia"/>
          <w:b w:val="0"/>
          <w:i w:val="0"/>
          <w:color w:val="22201D"/>
          <w:sz w:val="20"/>
        </w:rPr>
        <w:t>Gerald said, "Yes."</w:t>
      </w:r>
    </w:p>
    <w:p>
      <w:pPr>
        <w:spacing w:after="60" w:line="266" w:lineRule="auto"/>
        <w:ind w:firstLine="331"/>
        <w:jc w:val="both"/>
      </w:pPr>
      <w:r>
        <w:rPr>
          <w:rFonts w:ascii="Georgia" w:hAnsi="Georgia"/>
          <w:b w:val="0"/>
          <w:i w:val="0"/>
          <w:color w:val="22201D"/>
          <w:sz w:val="20"/>
        </w:rPr>
        <w:t>"What would it spill?"</w:t>
      </w:r>
    </w:p>
    <w:p>
      <w:pPr>
        <w:spacing w:after="60" w:line="266" w:lineRule="auto"/>
        <w:ind w:firstLine="331"/>
        <w:jc w:val="both"/>
      </w:pPr>
      <w:r>
        <w:rPr>
          <w:rFonts w:ascii="Georgia" w:hAnsi="Georgia"/>
          <w:b w:val="0"/>
          <w:i w:val="0"/>
          <w:color w:val="22201D"/>
          <w:sz w:val="20"/>
        </w:rPr>
        <w:t>"Carelessness."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ACCURATE.</w:t>
      </w:r>
    </w:p>
    <w:p>
      <w:pPr>
        <w:spacing w:after="60" w:line="266" w:lineRule="auto"/>
        <w:ind w:firstLine="331"/>
        <w:jc w:val="both"/>
      </w:pPr>
      <w:r>
        <w:rPr>
          <w:rFonts w:ascii="Georgia" w:hAnsi="Georgia"/>
          <w:b w:val="0"/>
          <w:i w:val="0"/>
          <w:color w:val="22201D"/>
          <w:sz w:val="20"/>
        </w:rPr>
        <w:t>Nico leaned back.</w:t>
      </w:r>
    </w:p>
    <w:p>
      <w:pPr>
        <w:spacing w:after="60" w:line="266" w:lineRule="auto"/>
        <w:ind w:firstLine="331"/>
        <w:jc w:val="both"/>
      </w:pPr>
      <w:r>
        <w:rPr>
          <w:rFonts w:ascii="Georgia" w:hAnsi="Georgia"/>
          <w:b w:val="0"/>
          <w:i w:val="0"/>
          <w:color w:val="22201D"/>
          <w:sz w:val="20"/>
        </w:rPr>
        <w:t>"I miss when objects only had one job."</w:t>
      </w:r>
    </w:p>
    <w:p>
      <w:pPr>
        <w:spacing w:after="60" w:line="266" w:lineRule="auto"/>
        <w:ind w:firstLine="331"/>
        <w:jc w:val="both"/>
      </w:pPr>
      <w:r>
        <w:rPr>
          <w:rFonts w:ascii="Georgia" w:hAnsi="Georgia"/>
          <w:b w:val="0"/>
          <w:i w:val="0"/>
          <w:color w:val="22201D"/>
          <w:sz w:val="20"/>
        </w:rPr>
        <w:t>Bob drove.</w:t>
      </w:r>
    </w:p>
    <w:p>
      <w:pPr>
        <w:spacing w:after="60" w:line="266" w:lineRule="auto"/>
        <w:ind w:firstLine="331"/>
        <w:jc w:val="both"/>
      </w:pPr>
      <w:r>
        <w:rPr>
          <w:rFonts w:ascii="Georgia" w:hAnsi="Georgia"/>
          <w:b w:val="0"/>
          <w:i w:val="0"/>
          <w:color w:val="22201D"/>
          <w:sz w:val="20"/>
        </w:rPr>
        <w:t>Steve copied the last receipt line again because it had offended him into respect:</w:t>
      </w:r>
    </w:p>
    <w:p>
      <w:pPr>
        <w:spacing w:after="60" w:line="250" w:lineRule="auto"/>
        <w:ind w:left="202" w:right="173"/>
      </w:pPr>
      <w:r>
        <w:rPr>
          <w:rFonts w:ascii="Georgia" w:hAnsi="Georgia"/>
          <w:b w:val="0"/>
          <w:i w:val="0"/>
          <w:color w:val="22201D"/>
          <w:sz w:val="17"/>
        </w:rPr>
        <w:t>ENOUGH IS NOT PERMISSION TO HURRY.</w:t>
      </w:r>
    </w:p>
    <w:p>
      <w:pPr>
        <w:spacing w:after="60" w:line="266" w:lineRule="auto"/>
        <w:ind w:firstLine="331"/>
        <w:jc w:val="both"/>
      </w:pPr>
      <w:r>
        <w:rPr>
          <w:rFonts w:ascii="Georgia" w:hAnsi="Georgia"/>
          <w:b w:val="0"/>
          <w:i w:val="0"/>
          <w:color w:val="22201D"/>
          <w:sz w:val="20"/>
        </w:rPr>
        <w:t>The road gave up being local by degrees. Gravel became patched asphalt, patched asphalt became a feeder road, the feeder road became a road with more signals than patience, and eventually the route bent north in a way that did not feel like forward until the map allowed it.</w:t>
      </w:r>
    </w:p>
    <w:p>
      <w:pPr>
        <w:spacing w:after="60" w:line="266" w:lineRule="auto"/>
        <w:ind w:firstLine="331"/>
        <w:jc w:val="both"/>
      </w:pPr>
      <w:r>
        <w:rPr>
          <w:rFonts w:ascii="Georgia" w:hAnsi="Georgia"/>
          <w:b w:val="0"/>
          <w:i w:val="0"/>
          <w:color w:val="22201D"/>
          <w:sz w:val="20"/>
        </w:rPr>
        <w:t>Flocc watched the orange line.</w:t>
      </w:r>
    </w:p>
    <w:p>
      <w:pPr>
        <w:spacing w:after="60" w:line="266" w:lineRule="auto"/>
        <w:ind w:firstLine="331"/>
        <w:jc w:val="both"/>
      </w:pPr>
      <w:r>
        <w:rPr>
          <w:rFonts w:ascii="Georgia" w:hAnsi="Georgia"/>
          <w:b w:val="0"/>
          <w:i w:val="0"/>
          <w:color w:val="22201D"/>
          <w:sz w:val="20"/>
        </w:rPr>
        <w:t>It did not jump.</w:t>
      </w:r>
    </w:p>
    <w:p>
      <w:pPr>
        <w:spacing w:after="60" w:line="266" w:lineRule="auto"/>
        <w:ind w:firstLine="331"/>
        <w:jc w:val="both"/>
      </w:pPr>
      <w:r>
        <w:rPr>
          <w:rFonts w:ascii="Georgia" w:hAnsi="Georgia"/>
          <w:b w:val="0"/>
          <w:i w:val="0"/>
          <w:color w:val="22201D"/>
          <w:sz w:val="20"/>
        </w:rPr>
        <w:t>It did not blur.</w:t>
      </w:r>
    </w:p>
    <w:p>
      <w:pPr>
        <w:spacing w:after="60" w:line="266" w:lineRule="auto"/>
        <w:ind w:firstLine="331"/>
        <w:jc w:val="both"/>
      </w:pPr>
      <w:r>
        <w:rPr>
          <w:rFonts w:ascii="Georgia" w:hAnsi="Georgia"/>
          <w:b w:val="0"/>
          <w:i w:val="0"/>
          <w:color w:val="22201D"/>
          <w:sz w:val="20"/>
        </w:rPr>
        <w:t>It did something worse.</w:t>
      </w:r>
    </w:p>
    <w:p>
      <w:pPr>
        <w:spacing w:after="60" w:line="266" w:lineRule="auto"/>
        <w:ind w:firstLine="331"/>
        <w:jc w:val="both"/>
      </w:pPr>
      <w:r>
        <w:rPr>
          <w:rFonts w:ascii="Georgia" w:hAnsi="Georgia"/>
          <w:b w:val="0"/>
          <w:i w:val="0"/>
          <w:color w:val="22201D"/>
          <w:sz w:val="20"/>
        </w:rPr>
        <w:t>It waited.</w:t>
      </w:r>
    </w:p>
    <w:p>
      <w:pPr>
        <w:spacing w:after="60" w:line="266" w:lineRule="auto"/>
        <w:ind w:firstLine="331"/>
        <w:jc w:val="both"/>
      </w:pPr>
      <w:r>
        <w:rPr>
          <w:rFonts w:ascii="Georgia" w:hAnsi="Georgia"/>
          <w:b w:val="0"/>
          <w:i w:val="0"/>
          <w:color w:val="22201D"/>
          <w:sz w:val="20"/>
        </w:rPr>
        <w:t>"When do we get the drop ticket?" Flocc asked.</w:t>
      </w:r>
    </w:p>
    <w:p>
      <w:pPr>
        <w:spacing w:after="60" w:line="266" w:lineRule="auto"/>
        <w:ind w:firstLine="331"/>
        <w:jc w:val="both"/>
      </w:pPr>
      <w:r>
        <w:rPr>
          <w:rFonts w:ascii="Georgia" w:hAnsi="Georgia"/>
          <w:b w:val="0"/>
          <w:i w:val="0"/>
          <w:color w:val="22201D"/>
          <w:sz w:val="20"/>
        </w:rPr>
        <w:t>Bob said, "At the drop."</w:t>
      </w:r>
    </w:p>
    <w:p>
      <w:pPr>
        <w:spacing w:after="60" w:line="266" w:lineRule="auto"/>
        <w:ind w:firstLine="331"/>
        <w:jc w:val="both"/>
      </w:pPr>
      <w:r>
        <w:rPr>
          <w:rFonts w:ascii="Georgia" w:hAnsi="Georgia"/>
          <w:b w:val="0"/>
          <w:i w:val="0"/>
          <w:color w:val="22201D"/>
          <w:sz w:val="20"/>
        </w:rPr>
        <w:t>"That seems too late."</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"To know we are making the right delivery."</w:t>
      </w:r>
    </w:p>
    <w:p>
      <w:pPr>
        <w:spacing w:after="60" w:line="266" w:lineRule="auto"/>
        <w:ind w:firstLine="331"/>
        <w:jc w:val="both"/>
      </w:pPr>
      <w:r>
        <w:rPr>
          <w:rFonts w:ascii="Georgia" w:hAnsi="Georgia"/>
          <w:b w:val="0"/>
          <w:i w:val="0"/>
          <w:color w:val="22201D"/>
          <w:sz w:val="20"/>
        </w:rPr>
        <w:t>Bob changed lanes behind a truck stacked with empty bread trays.</w:t>
      </w:r>
    </w:p>
    <w:p>
      <w:pPr>
        <w:spacing w:after="60" w:line="266" w:lineRule="auto"/>
        <w:ind w:firstLine="331"/>
        <w:jc w:val="both"/>
      </w:pPr>
      <w:r>
        <w:rPr>
          <w:rFonts w:ascii="Georgia" w:hAnsi="Georgia"/>
          <w:b w:val="0"/>
          <w:i w:val="0"/>
          <w:color w:val="22201D"/>
          <w:sz w:val="20"/>
        </w:rPr>
        <w:t>"That is what the delivery is for."</w:t>
      </w:r>
    </w:p>
    <w:p>
      <w:pPr>
        <w:spacing w:after="60" w:line="266" w:lineRule="auto"/>
        <w:ind w:firstLine="331"/>
        <w:jc w:val="both"/>
      </w:pPr>
      <w:r>
        <w:rPr>
          <w:rFonts w:ascii="Georgia" w:hAnsi="Georgia"/>
          <w:b w:val="0"/>
          <w:i w:val="0"/>
          <w:color w:val="22201D"/>
          <w:sz w:val="20"/>
        </w:rPr>
        <w:t>The sentence had Bob's preferred shape: inconvenient, practical, and not interested in being liked.</w:t>
      </w:r>
    </w:p>
    <w:p>
      <w:pPr>
        <w:spacing w:after="60" w:line="266" w:lineRule="auto"/>
        <w:ind w:firstLine="331"/>
        <w:jc w:val="both"/>
      </w:pPr>
      <w:r>
        <w:rPr>
          <w:rFonts w:ascii="Georgia" w:hAnsi="Georgia"/>
          <w:b w:val="0"/>
          <w:i w:val="0"/>
          <w:color w:val="22201D"/>
          <w:sz w:val="20"/>
        </w:rPr>
        <w:t>The van entered Portland again without ceremony. Strip malls, bus stops, repair shops, wet sidewalks, small restaurants with brave signs, and houses sitting close to the street began to collect around the route. The day stayed gray. The rain had stopped, but everything kept the memory of being rained on.</w:t>
      </w:r>
    </w:p>
    <w:p>
      <w:pPr>
        <w:spacing w:after="60" w:line="266" w:lineRule="auto"/>
        <w:ind w:firstLine="331"/>
        <w:jc w:val="both"/>
      </w:pPr>
      <w:r>
        <w:rPr>
          <w:rFonts w:ascii="Georgia" w:hAnsi="Georgia"/>
          <w:b w:val="0"/>
          <w:i w:val="0"/>
          <w:color w:val="22201D"/>
          <w:sz w:val="20"/>
        </w:rPr>
        <w:t>Lents announced itself through usefulness before signage: a bus turning with exact labor, a corner store with hand-lettered specials, a laundromat window fogged by other people's routines, a food cart pod not quite open yet, and a woman in a yellow coat crossing against no traffic because she had judged the road more accurately than the light.</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LENTS APPROACH. DO NOT CONFUSE ARRIVAL WITH COMPLETION.</w:t>
      </w:r>
    </w:p>
    <w:p>
      <w:pPr>
        <w:spacing w:after="60" w:line="266" w:lineRule="auto"/>
        <w:ind w:firstLine="331"/>
        <w:jc w:val="both"/>
      </w:pPr>
      <w:r>
        <w:rPr>
          <w:rFonts w:ascii="Georgia" w:hAnsi="Georgia"/>
          <w:b w:val="0"/>
          <w:i w:val="0"/>
          <w:color w:val="22201D"/>
          <w:sz w:val="20"/>
        </w:rPr>
        <w:t>Steve underlined arrival.</w:t>
      </w:r>
    </w:p>
    <w:p>
      <w:pPr>
        <w:spacing w:after="60" w:line="266" w:lineRule="auto"/>
        <w:ind w:firstLine="331"/>
        <w:jc w:val="both"/>
      </w:pPr>
      <w:r>
        <w:rPr>
          <w:rFonts w:ascii="Georgia" w:hAnsi="Georgia"/>
          <w:b w:val="0"/>
          <w:i w:val="0"/>
          <w:color w:val="22201D"/>
          <w:sz w:val="20"/>
        </w:rPr>
        <w:t>Nico said, "Can we confuse completion with lunch?"</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The smell from the back of the van changed.</w:t>
      </w:r>
    </w:p>
    <w:p>
      <w:pPr>
        <w:spacing w:after="60" w:line="266" w:lineRule="auto"/>
        <w:ind w:firstLine="331"/>
        <w:jc w:val="both"/>
      </w:pPr>
      <w:r>
        <w:rPr>
          <w:rFonts w:ascii="Georgia" w:hAnsi="Georgia"/>
          <w:b w:val="0"/>
          <w:i w:val="0"/>
          <w:color w:val="22201D"/>
          <w:sz w:val="20"/>
        </w:rPr>
        <w:t>Not the full sauce smell. Not yet. Chapter 5 waited with the discipline of a sealed jar.</w:t>
      </w:r>
    </w:p>
    <w:p>
      <w:pPr>
        <w:spacing w:after="60" w:line="266" w:lineRule="auto"/>
        <w:ind w:firstLine="331"/>
        <w:jc w:val="both"/>
      </w:pPr>
      <w:r>
        <w:rPr>
          <w:rFonts w:ascii="Georgia" w:hAnsi="Georgia"/>
          <w:b w:val="0"/>
          <w:i w:val="0"/>
          <w:color w:val="22201D"/>
          <w:sz w:val="20"/>
        </w:rPr>
        <w:t>This was soup.</w:t>
      </w:r>
    </w:p>
    <w:p>
      <w:pPr>
        <w:spacing w:after="60" w:line="266" w:lineRule="auto"/>
        <w:ind w:firstLine="331"/>
        <w:jc w:val="both"/>
      </w:pPr>
      <w:r>
        <w:rPr>
          <w:rFonts w:ascii="Georgia" w:hAnsi="Georgia"/>
          <w:b w:val="0"/>
          <w:i w:val="0"/>
          <w:color w:val="22201D"/>
          <w:sz w:val="20"/>
        </w:rPr>
        <w:t>Steam without steam.</w:t>
      </w:r>
    </w:p>
    <w:p>
      <w:pPr>
        <w:spacing w:after="60" w:line="266" w:lineRule="auto"/>
        <w:ind w:firstLine="331"/>
        <w:jc w:val="both"/>
      </w:pPr>
      <w:r>
        <w:rPr>
          <w:rFonts w:ascii="Georgia" w:hAnsi="Georgia"/>
          <w:b w:val="0"/>
          <w:i w:val="0"/>
          <w:color w:val="22201D"/>
          <w:sz w:val="20"/>
        </w:rPr>
        <w:t>Tomorrow without promise.</w:t>
      </w:r>
    </w:p>
    <w:p>
      <w:pPr>
        <w:spacing w:after="60" w:line="266" w:lineRule="auto"/>
        <w:ind w:firstLine="331"/>
        <w:jc w:val="both"/>
      </w:pPr>
      <w:r>
        <w:rPr>
          <w:rFonts w:ascii="Georgia" w:hAnsi="Georgia"/>
          <w:b w:val="0"/>
          <w:i w:val="0"/>
          <w:color w:val="22201D"/>
          <w:sz w:val="20"/>
        </w:rPr>
        <w:t>Flocc turned toward the cargo area.</w:t>
      </w:r>
    </w:p>
    <w:p>
      <w:pPr>
        <w:spacing w:after="60" w:line="266" w:lineRule="auto"/>
        <w:ind w:firstLine="331"/>
        <w:jc w:val="both"/>
      </w:pPr>
      <w:r>
        <w:rPr>
          <w:rFonts w:ascii="Georgia" w:hAnsi="Georgia"/>
          <w:b w:val="0"/>
          <w:i w:val="0"/>
          <w:color w:val="22201D"/>
          <w:sz w:val="20"/>
        </w:rPr>
        <w:t>Gerald said, "Eyes forward unless load shifts."</w:t>
      </w:r>
    </w:p>
    <w:p>
      <w:pPr>
        <w:spacing w:after="60" w:line="266" w:lineRule="auto"/>
        <w:ind w:firstLine="331"/>
        <w:jc w:val="both"/>
      </w:pPr>
      <w:r>
        <w:rPr>
          <w:rFonts w:ascii="Georgia" w:hAnsi="Georgia"/>
          <w:b w:val="0"/>
          <w:i w:val="0"/>
          <w:color w:val="22201D"/>
          <w:sz w:val="20"/>
        </w:rPr>
        <w:t>"I smell soup."</w:t>
      </w:r>
    </w:p>
    <w:p>
      <w:pPr>
        <w:spacing w:after="60" w:line="266" w:lineRule="auto"/>
        <w:ind w:firstLine="331"/>
        <w:jc w:val="both"/>
      </w:pPr>
      <w:r>
        <w:rPr>
          <w:rFonts w:ascii="Georgia" w:hAnsi="Georgia"/>
          <w:b w:val="0"/>
          <w:i w:val="0"/>
          <w:color w:val="22201D"/>
          <w:sz w:val="20"/>
        </w:rPr>
        <w:t>"Smell is not load shift."</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SMELL IS ROUTE PRESSURE. NOT AUTHORIZATION TO OPEN CARGO.</w:t>
      </w:r>
    </w:p>
    <w:p>
      <w:pPr>
        <w:spacing w:after="60" w:line="266" w:lineRule="auto"/>
        <w:ind w:firstLine="331"/>
        <w:jc w:val="both"/>
      </w:pPr>
      <w:r>
        <w:rPr>
          <w:rFonts w:ascii="Georgia" w:hAnsi="Georgia"/>
          <w:b w:val="0"/>
          <w:i w:val="0"/>
          <w:color w:val="22201D"/>
          <w:sz w:val="20"/>
        </w:rPr>
        <w:t>Bob nodded once.</w:t>
      </w:r>
    </w:p>
    <w:p>
      <w:pPr>
        <w:spacing w:after="60" w:line="266" w:lineRule="auto"/>
        <w:ind w:firstLine="331"/>
        <w:jc w:val="both"/>
      </w:pPr>
      <w:r>
        <w:rPr>
          <w:rFonts w:ascii="Georgia" w:hAnsi="Georgia"/>
          <w:b w:val="0"/>
          <w:i w:val="0"/>
          <w:color w:val="22201D"/>
          <w:sz w:val="20"/>
        </w:rPr>
        <w:t>They turned onto a side street that looked mostly residential until it revealed a small storefront tucked between a tax office and a place that repaired vacuum cleaners with the permanent dignity of a business that had survived trends by ignoring them.</w:t>
      </w:r>
    </w:p>
    <w:p>
      <w:pPr>
        <w:spacing w:after="60" w:line="266" w:lineRule="auto"/>
        <w:ind w:firstLine="331"/>
        <w:jc w:val="both"/>
      </w:pPr>
      <w:r>
        <w:rPr>
          <w:rFonts w:ascii="Georgia" w:hAnsi="Georgia"/>
          <w:b w:val="0"/>
          <w:i w:val="0"/>
          <w:color w:val="22201D"/>
          <w:sz w:val="20"/>
        </w:rPr>
        <w:t>The storefront sign read:</w:t>
      </w:r>
    </w:p>
    <w:p>
      <w:pPr>
        <w:spacing w:after="60" w:line="250" w:lineRule="auto"/>
        <w:ind w:left="202" w:right="173"/>
      </w:pPr>
      <w:r>
        <w:rPr>
          <w:rFonts w:ascii="Georgia" w:hAnsi="Georgia"/>
          <w:b w:val="0"/>
          <w:i w:val="0"/>
          <w:color w:val="22201D"/>
          <w:sz w:val="17"/>
        </w:rPr>
        <w:t>MRS. ALVAREZ ALTERATIONS HEMS WHILE YOU WAIT SOUP WHEN IT IS READY</w:t>
      </w:r>
    </w:p>
    <w:p>
      <w:pPr>
        <w:spacing w:after="60" w:line="266" w:lineRule="auto"/>
        <w:ind w:firstLine="331"/>
        <w:jc w:val="both"/>
      </w:pPr>
      <w:r>
        <w:rPr>
          <w:rFonts w:ascii="Georgia" w:hAnsi="Georgia"/>
          <w:b w:val="0"/>
          <w:i w:val="0"/>
          <w:color w:val="22201D"/>
          <w:sz w:val="20"/>
        </w:rPr>
        <w:t>Nico leaned forward.</w:t>
      </w:r>
    </w:p>
    <w:p>
      <w:pPr>
        <w:spacing w:after="60" w:line="266" w:lineRule="auto"/>
        <w:ind w:firstLine="331"/>
        <w:jc w:val="both"/>
      </w:pPr>
      <w:r>
        <w:rPr>
          <w:rFonts w:ascii="Georgia" w:hAnsi="Georgia"/>
          <w:b w:val="0"/>
          <w:i w:val="0"/>
          <w:color w:val="22201D"/>
          <w:sz w:val="20"/>
        </w:rPr>
        <w:t>"That sign has range."</w:t>
      </w:r>
    </w:p>
    <w:p>
      <w:pPr>
        <w:spacing w:after="60" w:line="266" w:lineRule="auto"/>
        <w:ind w:firstLine="331"/>
        <w:jc w:val="both"/>
      </w:pPr>
      <w:r>
        <w:rPr>
          <w:rFonts w:ascii="Georgia" w:hAnsi="Georgia"/>
          <w:b w:val="0"/>
          <w:i w:val="0"/>
          <w:color w:val="22201D"/>
          <w:sz w:val="20"/>
        </w:rPr>
        <w:t>Gerald inspected the curb.</w:t>
      </w:r>
    </w:p>
    <w:p>
      <w:pPr>
        <w:spacing w:after="60" w:line="266" w:lineRule="auto"/>
        <w:ind w:firstLine="331"/>
        <w:jc w:val="both"/>
      </w:pPr>
      <w:r>
        <w:rPr>
          <w:rFonts w:ascii="Georgia" w:hAnsi="Georgia"/>
          <w:b w:val="0"/>
          <w:i w:val="0"/>
          <w:color w:val="22201D"/>
          <w:sz w:val="20"/>
        </w:rPr>
        <w:t>"Loading zone. Ten minutes. Hydrant clear. Sidewalk slope manageable."</w:t>
      </w:r>
    </w:p>
    <w:p>
      <w:pPr>
        <w:spacing w:after="60" w:line="266" w:lineRule="auto"/>
        <w:ind w:firstLine="331"/>
        <w:jc w:val="both"/>
      </w:pPr>
      <w:r>
        <w:rPr>
          <w:rFonts w:ascii="Georgia" w:hAnsi="Georgia"/>
          <w:b w:val="0"/>
          <w:i w:val="0"/>
          <w:color w:val="22201D"/>
          <w:sz w:val="20"/>
        </w:rPr>
        <w:t>Bob parked.</w:t>
      </w:r>
    </w:p>
    <w:p>
      <w:pPr>
        <w:spacing w:after="60" w:line="266" w:lineRule="auto"/>
        <w:ind w:firstLine="331"/>
        <w:jc w:val="both"/>
      </w:pPr>
      <w:r>
        <w:rPr>
          <w:rFonts w:ascii="Georgia" w:hAnsi="Georgia"/>
          <w:b w:val="0"/>
          <w:i w:val="0"/>
          <w:color w:val="22201D"/>
          <w:sz w:val="20"/>
        </w:rPr>
        <w:t>The map folded itself to show only one block, one doorway, and one handwritten note:</w:t>
      </w:r>
    </w:p>
    <w:p>
      <w:pPr>
        <w:spacing w:after="60" w:line="250" w:lineRule="auto"/>
        <w:ind w:left="202" w:right="173"/>
      </w:pPr>
      <w:r>
        <w:rPr>
          <w:rFonts w:ascii="Georgia" w:hAnsi="Georgia"/>
          <w:b w:val="0"/>
          <w:i w:val="0"/>
          <w:color w:val="22201D"/>
          <w:sz w:val="17"/>
        </w:rPr>
        <w:t>RECIPIENT: MRS. ALVAREZ  DELIVERY: TOMORROW'S SOUP  PRICE: ARRIVE ANYWAY</w:t>
      </w:r>
    </w:p>
    <w:p>
      <w:pPr>
        <w:spacing w:after="60" w:line="266" w:lineRule="auto"/>
        <w:ind w:firstLine="331"/>
        <w:jc w:val="both"/>
      </w:pPr>
      <w:r>
        <w:rPr>
          <w:rFonts w:ascii="Georgia" w:hAnsi="Georgia"/>
          <w:b w:val="0"/>
          <w:i w:val="0"/>
          <w:color w:val="22201D"/>
          <w:sz w:val="20"/>
        </w:rPr>
        <w:t>Flocc looked at the shop.</w:t>
      </w:r>
    </w:p>
    <w:p>
      <w:pPr>
        <w:spacing w:after="60" w:line="266" w:lineRule="auto"/>
        <w:ind w:firstLine="331"/>
        <w:jc w:val="both"/>
      </w:pPr>
      <w:r>
        <w:rPr>
          <w:rFonts w:ascii="Georgia" w:hAnsi="Georgia"/>
          <w:b w:val="0"/>
          <w:i w:val="0"/>
          <w:color w:val="22201D"/>
          <w:sz w:val="20"/>
        </w:rPr>
        <w:t>"Is she expecting us?"</w:t>
      </w:r>
    </w:p>
    <w:p>
      <w:pPr>
        <w:spacing w:after="60" w:line="266" w:lineRule="auto"/>
        <w:ind w:firstLine="331"/>
        <w:jc w:val="both"/>
      </w:pPr>
      <w:r>
        <w:rPr>
          <w:rFonts w:ascii="Georgia" w:hAnsi="Georgia"/>
          <w:b w:val="0"/>
          <w:i w:val="0"/>
          <w:color w:val="22201D"/>
          <w:sz w:val="20"/>
        </w:rPr>
        <w:t>Bob shut off the engine.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Steve looked up.</w:t>
      </w:r>
    </w:p>
    <w:p>
      <w:pPr>
        <w:spacing w:after="60" w:line="266" w:lineRule="auto"/>
        <w:ind w:firstLine="331"/>
        <w:jc w:val="both"/>
      </w:pPr>
      <w:r>
        <w:rPr>
          <w:rFonts w:ascii="Georgia" w:hAnsi="Georgia"/>
          <w:b w:val="0"/>
          <w:i w:val="0"/>
          <w:color w:val="22201D"/>
          <w:sz w:val="20"/>
        </w:rPr>
        <w:t>"Then how is this a delivery?"</w:t>
      </w:r>
    </w:p>
    <w:p>
      <w:pPr>
        <w:spacing w:after="60" w:line="266" w:lineRule="auto"/>
        <w:ind w:firstLine="331"/>
        <w:jc w:val="both"/>
      </w:pPr>
      <w:r>
        <w:rPr>
          <w:rFonts w:ascii="Georgia" w:hAnsi="Georgia"/>
          <w:b w:val="0"/>
          <w:i w:val="0"/>
          <w:color w:val="22201D"/>
          <w:sz w:val="20"/>
        </w:rPr>
        <w:t>"Because she receives it."</w:t>
      </w:r>
    </w:p>
    <w:p>
      <w:pPr>
        <w:spacing w:after="60" w:line="266" w:lineRule="auto"/>
        <w:ind w:firstLine="331"/>
        <w:jc w:val="both"/>
      </w:pPr>
      <w:r>
        <w:rPr>
          <w:rFonts w:ascii="Georgia" w:hAnsi="Georgia"/>
          <w:b w:val="0"/>
          <w:i w:val="0"/>
          <w:color w:val="22201D"/>
          <w:sz w:val="20"/>
        </w:rPr>
        <w:t>The glove compartment thumped.</w:t>
      </w:r>
    </w:p>
    <w:p>
      <w:pPr>
        <w:spacing w:after="60" w:line="266" w:lineRule="auto"/>
        <w:ind w:firstLine="331"/>
        <w:jc w:val="both"/>
      </w:pPr>
      <w:r>
        <w:rPr>
          <w:rFonts w:ascii="Georgia" w:hAnsi="Georgia"/>
          <w:b w:val="0"/>
          <w:i w:val="0"/>
          <w:color w:val="22201D"/>
          <w:sz w:val="20"/>
        </w:rPr>
        <w:t>The fuel receipt slid out just enough to show its final line again.</w:t>
      </w:r>
    </w:p>
    <w:p>
      <w:pPr>
        <w:spacing w:after="60" w:line="250" w:lineRule="auto"/>
        <w:ind w:left="202" w:right="173"/>
      </w:pPr>
      <w:r>
        <w:rPr>
          <w:rFonts w:ascii="Georgia" w:hAnsi="Georgia"/>
          <w:b w:val="0"/>
          <w:i w:val="0"/>
          <w:color w:val="22201D"/>
          <w:sz w:val="17"/>
        </w:rPr>
        <w:t>ENOUGH IS NOT PERMISSION TO HURRY.</w:t>
      </w:r>
    </w:p>
    <w:p>
      <w:pPr>
        <w:spacing w:after="60" w:line="266" w:lineRule="auto"/>
        <w:ind w:firstLine="331"/>
        <w:jc w:val="both"/>
      </w:pPr>
      <w:r>
        <w:rPr>
          <w:rFonts w:ascii="Georgia" w:hAnsi="Georgia"/>
          <w:b w:val="0"/>
          <w:i w:val="0"/>
          <w:color w:val="22201D"/>
          <w:sz w:val="20"/>
        </w:rPr>
        <w:t>Flocc put one hand on the red fuel can and one hand on the side door.</w:t>
      </w:r>
    </w:p>
    <w:p>
      <w:pPr>
        <w:spacing w:after="60" w:line="266" w:lineRule="auto"/>
        <w:ind w:firstLine="331"/>
        <w:jc w:val="both"/>
      </w:pPr>
      <w:r>
        <w:rPr>
          <w:rFonts w:ascii="Georgia" w:hAnsi="Georgia"/>
          <w:b w:val="0"/>
          <w:i w:val="0"/>
          <w:color w:val="22201D"/>
          <w:sz w:val="20"/>
        </w:rPr>
        <w:t>"What needs to be carried?"</w:t>
      </w:r>
    </w:p>
    <w:p>
      <w:pPr>
        <w:spacing w:after="60" w:line="266" w:lineRule="auto"/>
        <w:ind w:firstLine="331"/>
        <w:jc w:val="both"/>
      </w:pPr>
      <w:r>
        <w:rPr>
          <w:rFonts w:ascii="Georgia" w:hAnsi="Georgia"/>
          <w:b w:val="0"/>
          <w:i w:val="0"/>
          <w:color w:val="22201D"/>
          <w:sz w:val="20"/>
        </w:rPr>
        <w:t>Bob looked at the back.</w:t>
      </w:r>
    </w:p>
    <w:p>
      <w:pPr>
        <w:spacing w:after="60" w:line="266" w:lineRule="auto"/>
        <w:ind w:firstLine="331"/>
        <w:jc w:val="both"/>
      </w:pPr>
      <w:r>
        <w:rPr>
          <w:rFonts w:ascii="Georgia" w:hAnsi="Georgia"/>
          <w:b w:val="0"/>
          <w:i w:val="0"/>
          <w:color w:val="22201D"/>
          <w:sz w:val="20"/>
        </w:rPr>
        <w:t>"Soup."</w:t>
      </w:r>
    </w:p>
    <w:p>
      <w:pPr>
        <w:spacing w:after="60" w:line="266" w:lineRule="auto"/>
        <w:ind w:firstLine="331"/>
        <w:jc w:val="both"/>
      </w:pPr>
      <w:r>
        <w:rPr>
          <w:rFonts w:ascii="Georgia" w:hAnsi="Georgia"/>
          <w:b w:val="0"/>
          <w:i w:val="0"/>
          <w:color w:val="22201D"/>
          <w:sz w:val="20"/>
        </w:rPr>
        <w:t>Gerald opened the rear door first, because Gerald had not survived three chapters of logistics to let a soup delivery become amateur theater.</w:t>
      </w:r>
    </w:p>
    <w:p>
      <w:pPr>
        <w:spacing w:after="60" w:line="266" w:lineRule="auto"/>
        <w:ind w:firstLine="331"/>
        <w:jc w:val="both"/>
      </w:pPr>
      <w:r>
        <w:rPr>
          <w:rFonts w:ascii="Georgia" w:hAnsi="Georgia"/>
          <w:b w:val="0"/>
          <w:i w:val="0"/>
          <w:color w:val="22201D"/>
          <w:sz w:val="20"/>
        </w:rPr>
        <w:t>Inside the van, the box marked ROUTE sat exactly where it had been strapped.</w:t>
      </w:r>
    </w:p>
    <w:p>
      <w:pPr>
        <w:spacing w:after="60" w:line="266" w:lineRule="auto"/>
        <w:ind w:firstLine="331"/>
        <w:jc w:val="both"/>
      </w:pPr>
      <w:r>
        <w:rPr>
          <w:rFonts w:ascii="Georgia" w:hAnsi="Georgia"/>
          <w:b w:val="0"/>
          <w:i w:val="0"/>
          <w:color w:val="22201D"/>
          <w:sz w:val="20"/>
        </w:rPr>
        <w:t>Beside it was a metal soup carrier.</w:t>
      </w:r>
    </w:p>
    <w:p>
      <w:pPr>
        <w:spacing w:after="60" w:line="266" w:lineRule="auto"/>
        <w:ind w:firstLine="331"/>
        <w:jc w:val="both"/>
      </w:pPr>
      <w:r>
        <w:rPr>
          <w:rFonts w:ascii="Georgia" w:hAnsi="Georgia"/>
          <w:b w:val="0"/>
          <w:i w:val="0"/>
          <w:color w:val="22201D"/>
          <w:sz w:val="20"/>
        </w:rPr>
        <w:t>No one had loaded a metal soup carrier.</w:t>
      </w:r>
    </w:p>
    <w:p>
      <w:pPr>
        <w:spacing w:after="60" w:line="266" w:lineRule="auto"/>
        <w:ind w:firstLine="331"/>
        <w:jc w:val="both"/>
      </w:pPr>
      <w:r>
        <w:rPr>
          <w:rFonts w:ascii="Georgia" w:hAnsi="Georgia"/>
          <w:b w:val="0"/>
          <w:i w:val="0"/>
          <w:color w:val="22201D"/>
          <w:sz w:val="20"/>
        </w:rPr>
        <w:t>Everyone knew this.</w:t>
      </w:r>
    </w:p>
    <w:p>
      <w:pPr>
        <w:spacing w:after="60" w:line="266" w:lineRule="auto"/>
        <w:ind w:firstLine="331"/>
        <w:jc w:val="both"/>
      </w:pPr>
      <w:r>
        <w:rPr>
          <w:rFonts w:ascii="Georgia" w:hAnsi="Georgia"/>
          <w:b w:val="0"/>
          <w:i w:val="0"/>
          <w:color w:val="22201D"/>
          <w:sz w:val="20"/>
        </w:rPr>
        <w:t>No one said it immediately because the carrier was hot.</w:t>
      </w:r>
    </w:p>
    <w:p>
      <w:pPr>
        <w:spacing w:after="60" w:line="266" w:lineRule="auto"/>
        <w:ind w:firstLine="331"/>
        <w:jc w:val="both"/>
      </w:pPr>
      <w:r>
        <w:rPr>
          <w:rFonts w:ascii="Georgia" w:hAnsi="Georgia"/>
          <w:b w:val="0"/>
          <w:i w:val="0"/>
          <w:color w:val="22201D"/>
          <w:sz w:val="20"/>
        </w:rPr>
        <w:t>Gerald said, "Thermal hazard."</w:t>
      </w:r>
    </w:p>
    <w:p>
      <w:pPr>
        <w:spacing w:after="60" w:line="266" w:lineRule="auto"/>
        <w:ind w:firstLine="331"/>
        <w:jc w:val="both"/>
      </w:pPr>
      <w:r>
        <w:rPr>
          <w:rFonts w:ascii="Georgia" w:hAnsi="Georgia"/>
          <w:b w:val="0"/>
          <w:i w:val="0"/>
          <w:color w:val="22201D"/>
          <w:sz w:val="20"/>
        </w:rPr>
        <w:t>Bob handed Flocc a pair of insulated gloves.</w:t>
      </w:r>
    </w:p>
    <w:p>
      <w:pPr>
        <w:spacing w:after="60" w:line="266" w:lineRule="auto"/>
        <w:ind w:firstLine="331"/>
        <w:jc w:val="both"/>
      </w:pPr>
      <w:r>
        <w:rPr>
          <w:rFonts w:ascii="Georgia" w:hAnsi="Georgia"/>
          <w:b w:val="0"/>
          <w:i w:val="0"/>
          <w:color w:val="22201D"/>
          <w:sz w:val="20"/>
        </w:rPr>
        <w:t>"Wear."</w:t>
      </w:r>
    </w:p>
    <w:p>
      <w:pPr>
        <w:spacing w:after="60" w:line="266" w:lineRule="auto"/>
        <w:ind w:firstLine="331"/>
        <w:jc w:val="both"/>
      </w:pPr>
      <w:r>
        <w:rPr>
          <w:rFonts w:ascii="Georgia" w:hAnsi="Georgia"/>
          <w:b w:val="0"/>
          <w:i w:val="0"/>
          <w:color w:val="22201D"/>
          <w:sz w:val="20"/>
        </w:rPr>
        <w:t>Flocc put them on.</w:t>
      </w:r>
    </w:p>
    <w:p>
      <w:pPr>
        <w:spacing w:after="60" w:line="266" w:lineRule="auto"/>
        <w:ind w:firstLine="331"/>
        <w:jc w:val="both"/>
      </w:pPr>
      <w:r>
        <w:rPr>
          <w:rFonts w:ascii="Georgia" w:hAnsi="Georgia"/>
          <w:b w:val="0"/>
          <w:i w:val="0"/>
          <w:color w:val="22201D"/>
          <w:sz w:val="20"/>
        </w:rPr>
        <w:t>The gloves were too large.</w:t>
      </w:r>
    </w:p>
    <w:p>
      <w:pPr>
        <w:spacing w:after="60" w:line="266" w:lineRule="auto"/>
        <w:ind w:firstLine="331"/>
        <w:jc w:val="both"/>
      </w:pPr>
      <w:r>
        <w:rPr>
          <w:rFonts w:ascii="Georgia" w:hAnsi="Georgia"/>
          <w:b w:val="0"/>
          <w:i w:val="0"/>
          <w:color w:val="22201D"/>
          <w:sz w:val="20"/>
        </w:rPr>
        <w:t>This made them honest.</w:t>
      </w:r>
    </w:p>
    <w:p>
      <w:pPr>
        <w:spacing w:after="60" w:line="266" w:lineRule="auto"/>
        <w:ind w:firstLine="331"/>
        <w:jc w:val="both"/>
      </w:pPr>
      <w:r>
        <w:rPr>
          <w:rFonts w:ascii="Georgia" w:hAnsi="Georgia"/>
          <w:b w:val="0"/>
          <w:i w:val="0"/>
          <w:color w:val="22201D"/>
          <w:sz w:val="20"/>
        </w:rPr>
        <w:t>The soup carrier was cylindrical, brushed steel, latched twice, and tagged with a paper label:</w:t>
      </w:r>
    </w:p>
    <w:p>
      <w:pPr>
        <w:spacing w:after="60" w:line="250" w:lineRule="auto"/>
        <w:ind w:left="202" w:right="173"/>
      </w:pPr>
      <w:r>
        <w:rPr>
          <w:rFonts w:ascii="Georgia" w:hAnsi="Georgia"/>
          <w:b w:val="0"/>
          <w:i w:val="0"/>
          <w:color w:val="22201D"/>
          <w:sz w:val="17"/>
        </w:rPr>
        <w:t>TOMORROW'S SOUP DO NOT OPEN TODAY FOR PROOF</w:t>
      </w:r>
    </w:p>
    <w:p>
      <w:pPr>
        <w:spacing w:after="60" w:line="266" w:lineRule="auto"/>
        <w:ind w:firstLine="331"/>
        <w:jc w:val="both"/>
      </w:pPr>
      <w:r>
        <w:rPr>
          <w:rFonts w:ascii="Georgia" w:hAnsi="Georgia"/>
          <w:b w:val="0"/>
          <w:i w:val="0"/>
          <w:color w:val="22201D"/>
          <w:sz w:val="20"/>
        </w:rPr>
        <w:t>Nico read it.</w:t>
      </w:r>
    </w:p>
    <w:p>
      <w:pPr>
        <w:spacing w:after="60" w:line="266" w:lineRule="auto"/>
        <w:ind w:firstLine="331"/>
        <w:jc w:val="both"/>
      </w:pPr>
      <w:r>
        <w:rPr>
          <w:rFonts w:ascii="Georgia" w:hAnsi="Georgia"/>
          <w:b w:val="0"/>
          <w:i w:val="0"/>
          <w:color w:val="22201D"/>
          <w:sz w:val="20"/>
        </w:rPr>
        <w:t>"This feels targeted."</w:t>
      </w:r>
    </w:p>
    <w:p>
      <w:pPr>
        <w:spacing w:after="60" w:line="266" w:lineRule="auto"/>
        <w:ind w:firstLine="331"/>
        <w:jc w:val="both"/>
      </w:pPr>
      <w:r>
        <w:rPr>
          <w:rFonts w:ascii="Georgia" w:hAnsi="Georgia"/>
          <w:b w:val="0"/>
          <w:i w:val="0"/>
          <w:color w:val="22201D"/>
          <w:sz w:val="20"/>
        </w:rPr>
        <w:t>The carrier vented a small breath of dark, savory steam that smelled like onions softened past argument, carrot, pepper, broth, something green, and a deep smoky fruit note waiting in the next chapter with its hands folded.</w:t>
      </w:r>
    </w:p>
    <w:p>
      <w:pPr>
        <w:spacing w:after="60" w:line="266" w:lineRule="auto"/>
        <w:ind w:firstLine="331"/>
        <w:jc w:val="both"/>
      </w:pPr>
      <w:r>
        <w:rPr>
          <w:rFonts w:ascii="Georgia" w:hAnsi="Georgia"/>
          <w:b w:val="0"/>
          <w:i w:val="0"/>
          <w:color w:val="22201D"/>
          <w:sz w:val="20"/>
        </w:rPr>
        <w:t>Flocc gripped the carrier handles.</w:t>
      </w:r>
    </w:p>
    <w:p>
      <w:pPr>
        <w:spacing w:after="60" w:line="266" w:lineRule="auto"/>
        <w:ind w:firstLine="331"/>
        <w:jc w:val="both"/>
      </w:pPr>
      <w:r>
        <w:rPr>
          <w:rFonts w:ascii="Georgia" w:hAnsi="Georgia"/>
          <w:b w:val="0"/>
          <w:i w:val="0"/>
          <w:color w:val="22201D"/>
          <w:sz w:val="20"/>
        </w:rPr>
        <w:t>It was heavier than soup should be because it included the obligation not to explain it.</w:t>
      </w:r>
    </w:p>
    <w:p>
      <w:pPr>
        <w:spacing w:after="60" w:line="266" w:lineRule="auto"/>
        <w:ind w:firstLine="331"/>
        <w:jc w:val="both"/>
      </w:pPr>
      <w:r>
        <w:rPr>
          <w:rFonts w:ascii="Georgia" w:hAnsi="Georgia"/>
          <w:b w:val="0"/>
          <w:i w:val="0"/>
          <w:color w:val="22201D"/>
          <w:sz w:val="20"/>
        </w:rPr>
        <w:t>Gerald checked the path from van to door.</w:t>
      </w:r>
    </w:p>
    <w:p>
      <w:pPr>
        <w:spacing w:after="60" w:line="266" w:lineRule="auto"/>
        <w:ind w:firstLine="331"/>
        <w:jc w:val="both"/>
      </w:pPr>
      <w:r>
        <w:rPr>
          <w:rFonts w:ascii="Georgia" w:hAnsi="Georgia"/>
          <w:b w:val="0"/>
          <w:i w:val="0"/>
          <w:color w:val="22201D"/>
          <w:sz w:val="20"/>
        </w:rPr>
        <w:t>"Three steps down. Sidewalk uneven by the tree. Door opens inward. Steve, do not block the threshold. Nico, remain decorative somewhere else."</w:t>
      </w:r>
    </w:p>
    <w:p>
      <w:pPr>
        <w:spacing w:after="60" w:line="266" w:lineRule="auto"/>
        <w:ind w:firstLine="331"/>
        <w:jc w:val="both"/>
      </w:pPr>
      <w:r>
        <w:rPr>
          <w:rFonts w:ascii="Georgia" w:hAnsi="Georgia"/>
          <w:b w:val="0"/>
          <w:i w:val="0"/>
          <w:color w:val="22201D"/>
          <w:sz w:val="20"/>
        </w:rPr>
        <w:t>Nico stepped back.</w:t>
      </w:r>
    </w:p>
    <w:p>
      <w:pPr>
        <w:spacing w:after="60" w:line="266" w:lineRule="auto"/>
        <w:ind w:firstLine="331"/>
        <w:jc w:val="both"/>
      </w:pPr>
      <w:r>
        <w:rPr>
          <w:rFonts w:ascii="Georgia" w:hAnsi="Georgia"/>
          <w:b w:val="0"/>
          <w:i w:val="0"/>
          <w:color w:val="22201D"/>
          <w:sz w:val="20"/>
        </w:rPr>
        <w:t>"I can be functionally decorative."</w:t>
      </w:r>
    </w:p>
    <w:p>
      <w:pPr>
        <w:spacing w:after="60" w:line="266" w:lineRule="auto"/>
        <w:ind w:firstLine="331"/>
        <w:jc w:val="both"/>
      </w:pPr>
      <w:r>
        <w:rPr>
          <w:rFonts w:ascii="Georgia" w:hAnsi="Georgia"/>
          <w:b w:val="0"/>
          <w:i w:val="0"/>
          <w:color w:val="22201D"/>
          <w:sz w:val="20"/>
        </w:rPr>
        <w:t>"Not in a loading zone."</w:t>
      </w:r>
    </w:p>
    <w:p>
      <w:pPr>
        <w:spacing w:after="60" w:line="266" w:lineRule="auto"/>
        <w:ind w:firstLine="331"/>
        <w:jc w:val="both"/>
      </w:pPr>
      <w:r>
        <w:rPr>
          <w:rFonts w:ascii="Georgia" w:hAnsi="Georgia"/>
          <w:b w:val="0"/>
          <w:i w:val="0"/>
          <w:color w:val="22201D"/>
          <w:sz w:val="20"/>
        </w:rPr>
        <w:t>Bob took the front handle with Flocc.</w:t>
      </w:r>
    </w:p>
    <w:p>
      <w:pPr>
        <w:spacing w:after="60" w:line="266" w:lineRule="auto"/>
        <w:ind w:firstLine="331"/>
        <w:jc w:val="both"/>
      </w:pPr>
      <w:r>
        <w:rPr>
          <w:rFonts w:ascii="Georgia" w:hAnsi="Georgia"/>
          <w:b w:val="0"/>
          <w:i w:val="0"/>
          <w:color w:val="22201D"/>
          <w:sz w:val="20"/>
        </w:rPr>
        <w:t>"Together."</w:t>
      </w:r>
    </w:p>
    <w:p>
      <w:pPr>
        <w:spacing w:after="60" w:line="266" w:lineRule="auto"/>
        <w:ind w:firstLine="331"/>
        <w:jc w:val="both"/>
      </w:pPr>
      <w:r>
        <w:rPr>
          <w:rFonts w:ascii="Georgia" w:hAnsi="Georgia"/>
          <w:b w:val="0"/>
          <w:i w:val="0"/>
          <w:color w:val="22201D"/>
          <w:sz w:val="20"/>
        </w:rPr>
        <w:t>They lifted.</w:t>
      </w:r>
    </w:p>
    <w:p>
      <w:pPr>
        <w:spacing w:after="60" w:line="266" w:lineRule="auto"/>
        <w:ind w:firstLine="331"/>
        <w:jc w:val="both"/>
      </w:pPr>
      <w:r>
        <w:rPr>
          <w:rFonts w:ascii="Georgia" w:hAnsi="Georgia"/>
          <w:b w:val="0"/>
          <w:i w:val="0"/>
          <w:color w:val="22201D"/>
          <w:sz w:val="20"/>
        </w:rPr>
        <w:t>The soup shifted inside the carrier.</w:t>
      </w:r>
    </w:p>
    <w:p>
      <w:pPr>
        <w:spacing w:after="60" w:line="266" w:lineRule="auto"/>
        <w:ind w:firstLine="331"/>
        <w:jc w:val="both"/>
      </w:pPr>
      <w:r>
        <w:rPr>
          <w:rFonts w:ascii="Georgia" w:hAnsi="Georgia"/>
          <w:b w:val="0"/>
          <w:i w:val="0"/>
          <w:color w:val="22201D"/>
          <w:sz w:val="20"/>
        </w:rPr>
        <w:t>Not sloshed.</w:t>
      </w:r>
    </w:p>
    <w:p>
      <w:pPr>
        <w:spacing w:after="60" w:line="266" w:lineRule="auto"/>
        <w:ind w:firstLine="331"/>
        <w:jc w:val="both"/>
      </w:pPr>
      <w:r>
        <w:rPr>
          <w:rFonts w:ascii="Georgia" w:hAnsi="Georgia"/>
          <w:b w:val="0"/>
          <w:i w:val="0"/>
          <w:color w:val="22201D"/>
          <w:sz w:val="20"/>
        </w:rPr>
        <w:t>Shifted.</w:t>
      </w:r>
    </w:p>
    <w:p>
      <w:pPr>
        <w:spacing w:after="60" w:line="266" w:lineRule="auto"/>
        <w:ind w:firstLine="331"/>
        <w:jc w:val="both"/>
      </w:pPr>
      <w:r>
        <w:rPr>
          <w:rFonts w:ascii="Georgia" w:hAnsi="Georgia"/>
          <w:b w:val="0"/>
          <w:i w:val="0"/>
          <w:color w:val="22201D"/>
          <w:sz w:val="20"/>
        </w:rPr>
        <w:t>Like it knew how to arrive.</w:t>
      </w:r>
    </w:p>
    <w:p>
      <w:pPr>
        <w:spacing w:after="60" w:line="266" w:lineRule="auto"/>
        <w:ind w:firstLine="331"/>
        <w:jc w:val="both"/>
      </w:pPr>
      <w:r>
        <w:rPr>
          <w:rFonts w:ascii="Georgia" w:hAnsi="Georgia"/>
          <w:b w:val="0"/>
          <w:i w:val="0"/>
          <w:color w:val="22201D"/>
          <w:sz w:val="20"/>
        </w:rPr>
        <w:t>They crossed the sidewalk slowly. Flocc watched the uneven concrete, the tree root, the shop window with its display of thread, hem tape, a repaired jacket, and a handwritten card:</w:t>
      </w:r>
    </w:p>
    <w:p>
      <w:pPr>
        <w:spacing w:after="60" w:line="250" w:lineRule="auto"/>
        <w:ind w:left="202" w:right="173"/>
      </w:pPr>
      <w:r>
        <w:rPr>
          <w:rFonts w:ascii="Georgia" w:hAnsi="Georgia"/>
          <w:b w:val="0"/>
          <w:i w:val="0"/>
          <w:color w:val="22201D"/>
          <w:sz w:val="17"/>
        </w:rPr>
        <w:t>PICKUP FOR NADIA - FRIDAY</w:t>
      </w:r>
    </w:p>
    <w:p>
      <w:pPr>
        <w:spacing w:after="60" w:line="266" w:lineRule="auto"/>
        <w:ind w:firstLine="331"/>
        <w:jc w:val="both"/>
      </w:pPr>
      <w:r>
        <w:rPr>
          <w:rFonts w:ascii="Georgia" w:hAnsi="Georgia"/>
          <w:b w:val="0"/>
          <w:i w:val="0"/>
          <w:color w:val="22201D"/>
          <w:sz w:val="20"/>
        </w:rPr>
        <w:t>The card had been crossed out.</w:t>
      </w:r>
    </w:p>
    <w:p>
      <w:pPr>
        <w:spacing w:after="60" w:line="266" w:lineRule="auto"/>
        <w:ind w:firstLine="331"/>
        <w:jc w:val="both"/>
      </w:pPr>
      <w:r>
        <w:rPr>
          <w:rFonts w:ascii="Georgia" w:hAnsi="Georgia"/>
          <w:b w:val="0"/>
          <w:i w:val="0"/>
          <w:color w:val="22201D"/>
          <w:sz w:val="20"/>
        </w:rPr>
        <w:t>Under it someone had written:</w:t>
      </w:r>
    </w:p>
    <w:p>
      <w:pPr>
        <w:spacing w:after="60" w:line="250" w:lineRule="auto"/>
        <w:ind w:left="202" w:right="173"/>
      </w:pPr>
      <w:r>
        <w:rPr>
          <w:rFonts w:ascii="Georgia" w:hAnsi="Georgia"/>
          <w:b w:val="0"/>
          <w:i w:val="0"/>
          <w:color w:val="22201D"/>
          <w:sz w:val="17"/>
        </w:rPr>
        <w:t>TOMORROW</w:t>
      </w:r>
    </w:p>
    <w:p>
      <w:pPr>
        <w:spacing w:after="60" w:line="266" w:lineRule="auto"/>
        <w:ind w:firstLine="331"/>
        <w:jc w:val="both"/>
      </w:pPr>
      <w:r>
        <w:rPr>
          <w:rFonts w:ascii="Georgia" w:hAnsi="Georgia"/>
          <w:b w:val="0"/>
          <w:i w:val="0"/>
          <w:color w:val="22201D"/>
          <w:sz w:val="20"/>
        </w:rPr>
        <w:t>Flocc stopped reading before he could turn it into a theory.</w:t>
      </w:r>
    </w:p>
    <w:p>
      <w:pPr>
        <w:spacing w:after="60" w:line="266" w:lineRule="auto"/>
        <w:ind w:firstLine="331"/>
        <w:jc w:val="both"/>
      </w:pPr>
      <w:r>
        <w:rPr>
          <w:rFonts w:ascii="Georgia" w:hAnsi="Georgia"/>
          <w:b w:val="0"/>
          <w:i w:val="0"/>
          <w:color w:val="22201D"/>
          <w:sz w:val="20"/>
        </w:rPr>
        <w:t>Bob said, "Door."</w:t>
      </w:r>
    </w:p>
    <w:p>
      <w:pPr>
        <w:spacing w:after="60" w:line="266" w:lineRule="auto"/>
        <w:ind w:firstLine="331"/>
        <w:jc w:val="both"/>
      </w:pPr>
      <w:r>
        <w:rPr>
          <w:rFonts w:ascii="Georgia" w:hAnsi="Georgia"/>
          <w:b w:val="0"/>
          <w:i w:val="0"/>
          <w:color w:val="22201D"/>
          <w:sz w:val="20"/>
        </w:rPr>
        <w:t>Steve opened it.</w:t>
      </w:r>
    </w:p>
    <w:p>
      <w:pPr>
        <w:spacing w:after="60" w:line="266" w:lineRule="auto"/>
        <w:ind w:firstLine="331"/>
        <w:jc w:val="both"/>
      </w:pPr>
      <w:r>
        <w:rPr>
          <w:rFonts w:ascii="Georgia" w:hAnsi="Georgia"/>
          <w:b w:val="0"/>
          <w:i w:val="0"/>
          <w:color w:val="22201D"/>
          <w:sz w:val="20"/>
        </w:rPr>
        <w:t>A bell rang over the alteration shop door.</w:t>
      </w:r>
    </w:p>
    <w:p>
      <w:pPr>
        <w:spacing w:after="60" w:line="266" w:lineRule="auto"/>
        <w:ind w:firstLine="331"/>
        <w:jc w:val="both"/>
      </w:pPr>
      <w:r>
        <w:rPr>
          <w:rFonts w:ascii="Georgia" w:hAnsi="Georgia"/>
          <w:b w:val="0"/>
          <w:i w:val="0"/>
          <w:color w:val="22201D"/>
          <w:sz w:val="20"/>
        </w:rPr>
        <w:t>Inside, the shop was narrow and warm. Fabric hung in plastic bags along one wall. A sewing machine sat in the back under a lamp. A radio played low enough to be company without becoming command. There were three chairs by the window for people waiting on hems and decisions.</w:t>
      </w:r>
    </w:p>
    <w:p>
      <w:pPr>
        <w:spacing w:after="60" w:line="266" w:lineRule="auto"/>
        <w:ind w:firstLine="331"/>
        <w:jc w:val="both"/>
      </w:pPr>
      <w:r>
        <w:rPr>
          <w:rFonts w:ascii="Georgia" w:hAnsi="Georgia"/>
          <w:b w:val="0"/>
          <w:i w:val="0"/>
          <w:color w:val="22201D"/>
          <w:sz w:val="20"/>
        </w:rPr>
        <w:t>Mrs. Alvarez stood behind the counter with a measuring tape around her neck.</w:t>
      </w:r>
    </w:p>
    <w:p>
      <w:pPr>
        <w:spacing w:after="60" w:line="266" w:lineRule="auto"/>
        <w:ind w:firstLine="331"/>
        <w:jc w:val="both"/>
      </w:pPr>
      <w:r>
        <w:rPr>
          <w:rFonts w:ascii="Georgia" w:hAnsi="Georgia"/>
          <w:b w:val="0"/>
          <w:i w:val="0"/>
          <w:color w:val="22201D"/>
          <w:sz w:val="20"/>
        </w:rPr>
        <w:t>She was short, silver-haired, and holding a pin cushion like a person who had learned that small sharp things deserved respect.</w:t>
      </w:r>
    </w:p>
    <w:p>
      <w:pPr>
        <w:spacing w:after="60" w:line="266" w:lineRule="auto"/>
        <w:ind w:firstLine="331"/>
        <w:jc w:val="both"/>
      </w:pPr>
      <w:r>
        <w:rPr>
          <w:rFonts w:ascii="Georgia" w:hAnsi="Georgia"/>
          <w:b w:val="0"/>
          <w:i w:val="0"/>
          <w:color w:val="22201D"/>
          <w:sz w:val="20"/>
        </w:rPr>
        <w:t>She looked at the carrier.</w:t>
      </w:r>
    </w:p>
    <w:p>
      <w:pPr>
        <w:spacing w:after="60" w:line="266" w:lineRule="auto"/>
        <w:ind w:firstLine="331"/>
        <w:jc w:val="both"/>
      </w:pPr>
      <w:r>
        <w:rPr>
          <w:rFonts w:ascii="Georgia" w:hAnsi="Georgia"/>
          <w:b w:val="0"/>
          <w:i w:val="0"/>
          <w:color w:val="22201D"/>
          <w:sz w:val="20"/>
        </w:rPr>
        <w:t>Then at Bob.</w:t>
      </w:r>
    </w:p>
    <w:p>
      <w:pPr>
        <w:spacing w:after="60" w:line="266" w:lineRule="auto"/>
        <w:ind w:firstLine="331"/>
        <w:jc w:val="both"/>
      </w:pPr>
      <w:r>
        <w:rPr>
          <w:rFonts w:ascii="Georgia" w:hAnsi="Georgia"/>
          <w:b w:val="0"/>
          <w:i w:val="0"/>
          <w:color w:val="22201D"/>
          <w:sz w:val="20"/>
        </w:rPr>
        <w:t>Then at Flocc.</w:t>
      </w:r>
    </w:p>
    <w:p>
      <w:pPr>
        <w:spacing w:after="60" w:line="266" w:lineRule="auto"/>
        <w:ind w:firstLine="331"/>
        <w:jc w:val="both"/>
      </w:pPr>
      <w:r>
        <w:rPr>
          <w:rFonts w:ascii="Georgia" w:hAnsi="Georgia"/>
          <w:b w:val="0"/>
          <w:i w:val="0"/>
          <w:color w:val="22201D"/>
          <w:sz w:val="20"/>
        </w:rPr>
        <w:t>"You're late."</w:t>
      </w:r>
    </w:p>
    <w:p>
      <w:pPr>
        <w:spacing w:after="60" w:line="266" w:lineRule="auto"/>
        <w:ind w:firstLine="331"/>
        <w:jc w:val="both"/>
      </w:pPr>
      <w:r>
        <w:rPr>
          <w:rFonts w:ascii="Georgia" w:hAnsi="Georgia"/>
          <w:b w:val="0"/>
          <w:i w:val="0"/>
          <w:color w:val="22201D"/>
          <w:sz w:val="20"/>
        </w:rPr>
        <w:t>Flocc froze.</w:t>
      </w:r>
    </w:p>
    <w:p>
      <w:pPr>
        <w:spacing w:after="60" w:line="266" w:lineRule="auto"/>
        <w:ind w:firstLine="331"/>
        <w:jc w:val="both"/>
      </w:pPr>
      <w:r>
        <w:rPr>
          <w:rFonts w:ascii="Georgia" w:hAnsi="Georgia"/>
          <w:b w:val="0"/>
          <w:i w:val="0"/>
          <w:color w:val="22201D"/>
          <w:sz w:val="20"/>
        </w:rPr>
        <w:t>Bob said, "Yes."</w:t>
      </w:r>
    </w:p>
    <w:p>
      <w:pPr>
        <w:spacing w:after="60" w:line="266" w:lineRule="auto"/>
        <w:ind w:firstLine="331"/>
        <w:jc w:val="both"/>
      </w:pPr>
      <w:r>
        <w:rPr>
          <w:rFonts w:ascii="Georgia" w:hAnsi="Georgia"/>
          <w:b w:val="0"/>
          <w:i w:val="0"/>
          <w:color w:val="22201D"/>
          <w:sz w:val="20"/>
        </w:rPr>
        <w:t>Mrs. Alvarez nodded.</w:t>
      </w:r>
    </w:p>
    <w:p>
      <w:pPr>
        <w:spacing w:after="60" w:line="266" w:lineRule="auto"/>
        <w:ind w:firstLine="331"/>
        <w:jc w:val="both"/>
      </w:pPr>
      <w:r>
        <w:rPr>
          <w:rFonts w:ascii="Georgia" w:hAnsi="Georgia"/>
          <w:b w:val="0"/>
          <w:i w:val="0"/>
          <w:color w:val="22201D"/>
          <w:sz w:val="20"/>
        </w:rPr>
        <w:t>"Put it there."</w:t>
      </w:r>
    </w:p>
    <w:p>
      <w:pPr>
        <w:spacing w:after="60" w:line="266" w:lineRule="auto"/>
        <w:ind w:firstLine="331"/>
        <w:jc w:val="both"/>
      </w:pPr>
      <w:r>
        <w:rPr>
          <w:rFonts w:ascii="Georgia" w:hAnsi="Georgia"/>
          <w:b w:val="0"/>
          <w:i w:val="0"/>
          <w:color w:val="22201D"/>
          <w:sz w:val="20"/>
        </w:rPr>
        <w:t>Gerald had followed only as far as the threshold.</w:t>
      </w:r>
    </w:p>
    <w:p>
      <w:pPr>
        <w:spacing w:after="60" w:line="266" w:lineRule="auto"/>
        <w:ind w:firstLine="331"/>
        <w:jc w:val="both"/>
      </w:pPr>
      <w:r>
        <w:rPr>
          <w:rFonts w:ascii="Georgia" w:hAnsi="Georgia"/>
          <w:b w:val="0"/>
          <w:i w:val="0"/>
          <w:color w:val="22201D"/>
          <w:sz w:val="20"/>
        </w:rPr>
        <w:t>"Counter stable?"</w:t>
      </w:r>
    </w:p>
    <w:p>
      <w:pPr>
        <w:spacing w:after="60" w:line="266" w:lineRule="auto"/>
        <w:ind w:firstLine="331"/>
        <w:jc w:val="both"/>
      </w:pPr>
      <w:r>
        <w:rPr>
          <w:rFonts w:ascii="Georgia" w:hAnsi="Georgia"/>
          <w:b w:val="0"/>
          <w:i w:val="0"/>
          <w:color w:val="22201D"/>
          <w:sz w:val="20"/>
        </w:rPr>
        <w:t>Mrs. Alvarez looked at him.</w:t>
      </w:r>
    </w:p>
    <w:p>
      <w:pPr>
        <w:spacing w:after="60" w:line="266" w:lineRule="auto"/>
        <w:ind w:firstLine="331"/>
        <w:jc w:val="both"/>
      </w:pPr>
      <w:r>
        <w:rPr>
          <w:rFonts w:ascii="Georgia" w:hAnsi="Georgia"/>
          <w:b w:val="0"/>
          <w:i w:val="0"/>
          <w:color w:val="22201D"/>
          <w:sz w:val="20"/>
        </w:rPr>
        <w:t>"Since 1989."</w:t>
      </w:r>
    </w:p>
    <w:p>
      <w:pPr>
        <w:spacing w:after="60" w:line="266" w:lineRule="auto"/>
        <w:ind w:firstLine="331"/>
        <w:jc w:val="both"/>
      </w:pPr>
      <w:r>
        <w:rPr>
          <w:rFonts w:ascii="Georgia" w:hAnsi="Georgia"/>
          <w:b w:val="0"/>
          <w:i w:val="0"/>
          <w:color w:val="22201D"/>
          <w:sz w:val="20"/>
        </w:rPr>
        <w:t>Gerald considered this data.</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Bob and Flocc set the carrier on the counter.</w:t>
      </w:r>
    </w:p>
    <w:p>
      <w:pPr>
        <w:spacing w:after="60" w:line="266" w:lineRule="auto"/>
        <w:ind w:firstLine="331"/>
        <w:jc w:val="both"/>
      </w:pPr>
      <w:r>
        <w:rPr>
          <w:rFonts w:ascii="Georgia" w:hAnsi="Georgia"/>
          <w:b w:val="0"/>
          <w:i w:val="0"/>
          <w:color w:val="22201D"/>
          <w:sz w:val="20"/>
        </w:rPr>
        <w:t>Flocc's arms were relieved before he was.</w:t>
      </w:r>
    </w:p>
    <w:p>
      <w:pPr>
        <w:spacing w:after="60" w:line="266" w:lineRule="auto"/>
        <w:ind w:firstLine="331"/>
        <w:jc w:val="both"/>
      </w:pPr>
      <w:r>
        <w:rPr>
          <w:rFonts w:ascii="Georgia" w:hAnsi="Georgia"/>
          <w:b w:val="0"/>
          <w:i w:val="0"/>
          <w:color w:val="22201D"/>
          <w:sz w:val="20"/>
        </w:rPr>
        <w:t>Mrs. Alvarez did not open the carrier.</w:t>
      </w:r>
    </w:p>
    <w:p>
      <w:pPr>
        <w:spacing w:after="60" w:line="266" w:lineRule="auto"/>
        <w:ind w:firstLine="331"/>
        <w:jc w:val="both"/>
      </w:pPr>
      <w:r>
        <w:rPr>
          <w:rFonts w:ascii="Georgia" w:hAnsi="Georgia"/>
          <w:b w:val="0"/>
          <w:i w:val="0"/>
          <w:color w:val="22201D"/>
          <w:sz w:val="20"/>
        </w:rPr>
        <w:t>She placed one hand on the lid, not touching the hot metal directly, just hovering near it as if checking a hem by heat.</w:t>
      </w:r>
    </w:p>
    <w:p>
      <w:pPr>
        <w:spacing w:after="60" w:line="266" w:lineRule="auto"/>
        <w:ind w:firstLine="331"/>
        <w:jc w:val="both"/>
      </w:pPr>
      <w:r>
        <w:rPr>
          <w:rFonts w:ascii="Georgia" w:hAnsi="Georgia"/>
          <w:b w:val="0"/>
          <w:i w:val="0"/>
          <w:color w:val="22201D"/>
          <w:sz w:val="20"/>
        </w:rPr>
        <w:t>"Tomorrow's soup."</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"You knew?"</w:t>
      </w:r>
    </w:p>
    <w:p>
      <w:pPr>
        <w:spacing w:after="60" w:line="266" w:lineRule="auto"/>
        <w:ind w:firstLine="331"/>
        <w:jc w:val="both"/>
      </w:pPr>
      <w:r>
        <w:rPr>
          <w:rFonts w:ascii="Georgia" w:hAnsi="Georgia"/>
          <w:b w:val="0"/>
          <w:i w:val="0"/>
          <w:color w:val="22201D"/>
          <w:sz w:val="20"/>
        </w:rPr>
        <w:t>"I knew it would be late."</w:t>
      </w:r>
    </w:p>
    <w:p>
      <w:pPr>
        <w:spacing w:after="60" w:line="266" w:lineRule="auto"/>
        <w:ind w:firstLine="331"/>
        <w:jc w:val="both"/>
      </w:pPr>
      <w:r>
        <w:rPr>
          <w:rFonts w:ascii="Georgia" w:hAnsi="Georgia"/>
          <w:b w:val="0"/>
          <w:i w:val="0"/>
          <w:color w:val="22201D"/>
          <w:sz w:val="20"/>
        </w:rPr>
        <w:t>Flocc said, "But it is tomorrow's soup."</w:t>
      </w:r>
    </w:p>
    <w:p>
      <w:pPr>
        <w:spacing w:after="60" w:line="266" w:lineRule="auto"/>
        <w:ind w:firstLine="331"/>
        <w:jc w:val="both"/>
      </w:pPr>
      <w:r>
        <w:rPr>
          <w:rFonts w:ascii="Georgia" w:hAnsi="Georgia"/>
          <w:b w:val="0"/>
          <w:i w:val="0"/>
          <w:color w:val="22201D"/>
          <w:sz w:val="20"/>
        </w:rPr>
        <w:t>Mrs. Alvarez looked at him with the patient severity of a woman who had fixed too many cuffs for men who believed time was a private emergency.</w:t>
      </w:r>
    </w:p>
    <w:p>
      <w:pPr>
        <w:spacing w:after="60" w:line="266" w:lineRule="auto"/>
        <w:ind w:firstLine="331"/>
        <w:jc w:val="both"/>
      </w:pPr>
      <w:r>
        <w:rPr>
          <w:rFonts w:ascii="Georgia" w:hAnsi="Georgia"/>
          <w:b w:val="0"/>
          <w:i w:val="0"/>
          <w:color w:val="22201D"/>
          <w:sz w:val="20"/>
        </w:rPr>
        <w:t>"Tomorrow is often late."</w:t>
      </w:r>
    </w:p>
    <w:p>
      <w:pPr>
        <w:spacing w:after="60" w:line="266" w:lineRule="auto"/>
        <w:ind w:firstLine="331"/>
        <w:jc w:val="both"/>
      </w:pPr>
      <w:r>
        <w:rPr>
          <w:rFonts w:ascii="Georgia" w:hAnsi="Georgia"/>
          <w:b w:val="0"/>
          <w:i w:val="0"/>
          <w:color w:val="22201D"/>
          <w:sz w:val="20"/>
        </w:rPr>
        <w:t>The shop bell rang though no one entered.</w:t>
      </w:r>
    </w:p>
    <w:p>
      <w:pPr>
        <w:spacing w:after="60" w:line="266" w:lineRule="auto"/>
        <w:ind w:firstLine="331"/>
        <w:jc w:val="both"/>
      </w:pPr>
      <w:r>
        <w:rPr>
          <w:rFonts w:ascii="Georgia" w:hAnsi="Georgia"/>
          <w:b w:val="0"/>
          <w:i w:val="0"/>
          <w:color w:val="22201D"/>
          <w:sz w:val="20"/>
        </w:rPr>
        <w:t>The receipt printer on Mrs. Alvarez's counter, which had previously been a spool holder, woke up.</w:t>
      </w:r>
    </w:p>
    <w:p>
      <w:pPr>
        <w:spacing w:after="60" w:line="250" w:lineRule="auto"/>
        <w:ind w:left="202" w:right="173"/>
      </w:pPr>
      <w:r>
        <w:rPr>
          <w:rFonts w:ascii="Georgia" w:hAnsi="Georgia"/>
          <w:b w:val="0"/>
          <w:i w:val="0"/>
          <w:color w:val="22201D"/>
          <w:sz w:val="17"/>
        </w:rPr>
        <w:t>DROP TICKET PENDING</w:t>
      </w:r>
    </w:p>
    <w:p>
      <w:pPr>
        <w:spacing w:after="60" w:line="266" w:lineRule="auto"/>
        <w:ind w:firstLine="331"/>
        <w:jc w:val="both"/>
      </w:pPr>
      <w:r>
        <w:rPr>
          <w:rFonts w:ascii="Georgia" w:hAnsi="Georgia"/>
          <w:b w:val="0"/>
          <w:i w:val="0"/>
          <w:color w:val="22201D"/>
          <w:sz w:val="20"/>
        </w:rPr>
        <w:t>Steve inhaled through his nose.</w:t>
      </w:r>
    </w:p>
    <w:p>
      <w:pPr>
        <w:spacing w:after="60" w:line="266" w:lineRule="auto"/>
        <w:ind w:firstLine="331"/>
        <w:jc w:val="both"/>
      </w:pPr>
      <w:r>
        <w:rPr>
          <w:rFonts w:ascii="Georgia" w:hAnsi="Georgia"/>
          <w:b w:val="0"/>
          <w:i w:val="0"/>
          <w:color w:val="22201D"/>
          <w:sz w:val="20"/>
        </w:rPr>
        <w:t>Bob said, "Wait."</w:t>
      </w:r>
    </w:p>
    <w:p>
      <w:pPr>
        <w:spacing w:after="60" w:line="266" w:lineRule="auto"/>
        <w:ind w:firstLine="331"/>
        <w:jc w:val="both"/>
      </w:pPr>
      <w:r>
        <w:rPr>
          <w:rFonts w:ascii="Georgia" w:hAnsi="Georgia"/>
          <w:b w:val="0"/>
          <w:i w:val="0"/>
          <w:color w:val="22201D"/>
          <w:sz w:val="20"/>
        </w:rPr>
        <w:t>"I am waiting."</w:t>
      </w:r>
    </w:p>
    <w:p>
      <w:pPr>
        <w:spacing w:after="60" w:line="266" w:lineRule="auto"/>
        <w:ind w:firstLine="331"/>
        <w:jc w:val="both"/>
      </w:pPr>
      <w:r>
        <w:rPr>
          <w:rFonts w:ascii="Georgia" w:hAnsi="Georgia"/>
          <w:b w:val="0"/>
          <w:i w:val="0"/>
          <w:color w:val="22201D"/>
          <w:sz w:val="20"/>
        </w:rPr>
        <w:t>"No, you are preparing to own the ticket."</w:t>
      </w:r>
    </w:p>
    <w:p>
      <w:pPr>
        <w:spacing w:after="60" w:line="266" w:lineRule="auto"/>
        <w:ind w:firstLine="331"/>
        <w:jc w:val="both"/>
      </w:pPr>
      <w:r>
        <w:rPr>
          <w:rFonts w:ascii="Georgia" w:hAnsi="Georgia"/>
          <w:b w:val="0"/>
          <w:i w:val="0"/>
          <w:color w:val="22201D"/>
          <w:sz w:val="20"/>
        </w:rPr>
        <w:t>Steve shut the record book halfway.</w:t>
      </w:r>
    </w:p>
    <w:p>
      <w:pPr>
        <w:spacing w:after="60" w:line="266" w:lineRule="auto"/>
        <w:ind w:firstLine="331"/>
        <w:jc w:val="both"/>
      </w:pPr>
      <w:r>
        <w:rPr>
          <w:rFonts w:ascii="Georgia" w:hAnsi="Georgia"/>
          <w:b w:val="0"/>
          <w:i w:val="0"/>
          <w:color w:val="22201D"/>
          <w:sz w:val="20"/>
        </w:rPr>
        <w:t>Flocc kept the insulated gloves on because no one had told him the carrying was over.</w:t>
      </w:r>
    </w:p>
    <w:p>
      <w:pPr>
        <w:spacing w:after="60" w:line="266" w:lineRule="auto"/>
        <w:ind w:firstLine="331"/>
        <w:jc w:val="both"/>
      </w:pPr>
      <w:r>
        <w:rPr>
          <w:rFonts w:ascii="Georgia" w:hAnsi="Georgia"/>
          <w:b w:val="0"/>
          <w:i w:val="0"/>
          <w:color w:val="22201D"/>
          <w:sz w:val="20"/>
        </w:rPr>
        <w:t>Mrs. Alvarez looked at him.</w:t>
      </w:r>
    </w:p>
    <w:p>
      <w:pPr>
        <w:spacing w:after="60" w:line="266" w:lineRule="auto"/>
        <w:ind w:firstLine="331"/>
        <w:jc w:val="both"/>
      </w:pPr>
      <w:r>
        <w:rPr>
          <w:rFonts w:ascii="Georgia" w:hAnsi="Georgia"/>
          <w:b w:val="0"/>
          <w:i w:val="0"/>
          <w:color w:val="22201D"/>
          <w:sz w:val="20"/>
        </w:rPr>
        <w:t>"Who is it for?"</w:t>
      </w:r>
    </w:p>
    <w:p>
      <w:pPr>
        <w:spacing w:after="60" w:line="266" w:lineRule="auto"/>
        <w:ind w:firstLine="331"/>
        <w:jc w:val="both"/>
      </w:pPr>
      <w:r>
        <w:rPr>
          <w:rFonts w:ascii="Georgia" w:hAnsi="Georgia"/>
          <w:b w:val="0"/>
          <w:i w:val="0"/>
          <w:color w:val="22201D"/>
          <w:sz w:val="20"/>
        </w:rPr>
        <w:t>Flocc glanced at the map.</w:t>
      </w:r>
    </w:p>
    <w:p>
      <w:pPr>
        <w:spacing w:after="60" w:line="266" w:lineRule="auto"/>
        <w:ind w:firstLine="331"/>
        <w:jc w:val="both"/>
      </w:pPr>
      <w:r>
        <w:rPr>
          <w:rFonts w:ascii="Georgia" w:hAnsi="Georgia"/>
          <w:b w:val="0"/>
          <w:i w:val="0"/>
          <w:color w:val="22201D"/>
          <w:sz w:val="20"/>
        </w:rPr>
        <w:t>The map was not there.</w:t>
      </w:r>
    </w:p>
    <w:p>
      <w:pPr>
        <w:spacing w:after="60" w:line="266" w:lineRule="auto"/>
        <w:ind w:firstLine="331"/>
        <w:jc w:val="both"/>
      </w:pPr>
      <w:r>
        <w:rPr>
          <w:rFonts w:ascii="Georgia" w:hAnsi="Georgia"/>
          <w:b w:val="0"/>
          <w:i w:val="0"/>
          <w:color w:val="22201D"/>
          <w:sz w:val="20"/>
        </w:rPr>
        <w:t>It had remained in the van.</w:t>
      </w:r>
    </w:p>
    <w:p>
      <w:pPr>
        <w:spacing w:after="60" w:line="266" w:lineRule="auto"/>
        <w:ind w:firstLine="331"/>
        <w:jc w:val="both"/>
      </w:pPr>
      <w:r>
        <w:rPr>
          <w:rFonts w:ascii="Georgia" w:hAnsi="Georgia"/>
          <w:b w:val="0"/>
          <w:i w:val="0"/>
          <w:color w:val="22201D"/>
          <w:sz w:val="20"/>
        </w:rPr>
        <w:t>This was rude and correct.</w:t>
      </w:r>
    </w:p>
    <w:p>
      <w:pPr>
        <w:spacing w:after="60" w:line="266" w:lineRule="auto"/>
        <w:ind w:firstLine="331"/>
        <w:jc w:val="both"/>
      </w:pPr>
      <w:r>
        <w:rPr>
          <w:rFonts w:ascii="Georgia" w:hAnsi="Georgia"/>
          <w:b w:val="0"/>
          <w:i w:val="0"/>
          <w:color w:val="22201D"/>
          <w:sz w:val="20"/>
        </w:rPr>
        <w:t>He looked at the carrier label.</w:t>
      </w:r>
    </w:p>
    <w:p>
      <w:pPr>
        <w:spacing w:after="60" w:line="250" w:lineRule="auto"/>
        <w:ind w:left="202" w:right="173"/>
      </w:pPr>
      <w:r>
        <w:rPr>
          <w:rFonts w:ascii="Georgia" w:hAnsi="Georgia"/>
          <w:b w:val="0"/>
          <w:i w:val="0"/>
          <w:color w:val="22201D"/>
          <w:sz w:val="17"/>
        </w:rPr>
        <w:t>TOMORROW'S SOUP DO NOT OPEN TODAY FOR PROOF</w:t>
      </w:r>
    </w:p>
    <w:p>
      <w:pPr>
        <w:spacing w:after="60" w:line="266" w:lineRule="auto"/>
        <w:ind w:firstLine="331"/>
        <w:jc w:val="both"/>
      </w:pPr>
      <w:r>
        <w:rPr>
          <w:rFonts w:ascii="Georgia" w:hAnsi="Georgia"/>
          <w:b w:val="0"/>
          <w:i w:val="0"/>
          <w:color w:val="22201D"/>
          <w:sz w:val="20"/>
        </w:rPr>
        <w:t>"For you," he said.</w:t>
      </w:r>
    </w:p>
    <w:p>
      <w:pPr>
        <w:spacing w:after="60" w:line="266" w:lineRule="auto"/>
        <w:ind w:firstLine="331"/>
        <w:jc w:val="both"/>
      </w:pPr>
      <w:r>
        <w:rPr>
          <w:rFonts w:ascii="Georgia" w:hAnsi="Georgia"/>
          <w:b w:val="0"/>
          <w:i w:val="0"/>
          <w:color w:val="22201D"/>
          <w:sz w:val="20"/>
        </w:rPr>
        <w:t>Mrs. Alvarez waited.</w:t>
      </w:r>
    </w:p>
    <w:p>
      <w:pPr>
        <w:spacing w:after="60" w:line="266" w:lineRule="auto"/>
        <w:ind w:firstLine="331"/>
        <w:jc w:val="both"/>
      </w:pPr>
      <w:r>
        <w:rPr>
          <w:rFonts w:ascii="Georgia" w:hAnsi="Georgia"/>
          <w:b w:val="0"/>
          <w:i w:val="0"/>
          <w:color w:val="22201D"/>
          <w:sz w:val="20"/>
        </w:rPr>
        <w:t>He corrected himself.</w:t>
      </w:r>
    </w:p>
    <w:p>
      <w:pPr>
        <w:spacing w:after="60" w:line="266" w:lineRule="auto"/>
        <w:ind w:firstLine="331"/>
        <w:jc w:val="both"/>
      </w:pPr>
      <w:r>
        <w:rPr>
          <w:rFonts w:ascii="Georgia" w:hAnsi="Georgia"/>
          <w:b w:val="0"/>
          <w:i w:val="0"/>
          <w:color w:val="22201D"/>
          <w:sz w:val="20"/>
        </w:rPr>
        <w:t>"For Mrs. Alvarez."</w:t>
      </w:r>
    </w:p>
    <w:p>
      <w:pPr>
        <w:spacing w:after="60" w:line="266" w:lineRule="auto"/>
        <w:ind w:firstLine="331"/>
        <w:jc w:val="both"/>
      </w:pPr>
      <w:r>
        <w:rPr>
          <w:rFonts w:ascii="Georgia" w:hAnsi="Georgia"/>
          <w:b w:val="0"/>
          <w:i w:val="0"/>
          <w:color w:val="22201D"/>
          <w:sz w:val="20"/>
        </w:rPr>
        <w:t>She waited.</w:t>
      </w:r>
    </w:p>
    <w:p>
      <w:pPr>
        <w:spacing w:after="60" w:line="266" w:lineRule="auto"/>
        <w:ind w:firstLine="331"/>
        <w:jc w:val="both"/>
      </w:pPr>
      <w:r>
        <w:rPr>
          <w:rFonts w:ascii="Georgia" w:hAnsi="Georgia"/>
          <w:b w:val="0"/>
          <w:i w:val="0"/>
          <w:color w:val="22201D"/>
          <w:sz w:val="20"/>
        </w:rPr>
        <w:t>He tried again.</w:t>
      </w:r>
    </w:p>
    <w:p>
      <w:pPr>
        <w:spacing w:after="60" w:line="266" w:lineRule="auto"/>
        <w:ind w:firstLine="331"/>
        <w:jc w:val="both"/>
      </w:pPr>
      <w:r>
        <w:rPr>
          <w:rFonts w:ascii="Georgia" w:hAnsi="Georgia"/>
          <w:b w:val="0"/>
          <w:i w:val="0"/>
          <w:color w:val="22201D"/>
          <w:sz w:val="20"/>
        </w:rPr>
        <w:t>"For Mrs. Alvarez, who receives it whether or not we arrived when the soup thought we should."</w:t>
      </w:r>
    </w:p>
    <w:p>
      <w:pPr>
        <w:spacing w:after="60" w:line="266" w:lineRule="auto"/>
        <w:ind w:firstLine="331"/>
        <w:jc w:val="both"/>
      </w:pPr>
      <w:r>
        <w:rPr>
          <w:rFonts w:ascii="Georgia" w:hAnsi="Georgia"/>
          <w:b w:val="0"/>
          <w:i w:val="0"/>
          <w:color w:val="22201D"/>
          <w:sz w:val="20"/>
        </w:rPr>
        <w:t>The spool holder printed:</w:t>
      </w:r>
    </w:p>
    <w:p>
      <w:pPr>
        <w:spacing w:after="60" w:line="250" w:lineRule="auto"/>
        <w:ind w:left="202" w:right="173"/>
      </w:pPr>
      <w:r>
        <w:rPr>
          <w:rFonts w:ascii="Georgia" w:hAnsi="Georgia"/>
          <w:b w:val="0"/>
          <w:i w:val="0"/>
          <w:color w:val="22201D"/>
          <w:sz w:val="17"/>
        </w:rPr>
        <w:t>BETTER.</w:t>
      </w:r>
    </w:p>
    <w:p>
      <w:pPr>
        <w:spacing w:after="60" w:line="266" w:lineRule="auto"/>
        <w:ind w:firstLine="331"/>
        <w:jc w:val="both"/>
      </w:pPr>
      <w:r>
        <w:rPr>
          <w:rFonts w:ascii="Georgia" w:hAnsi="Georgia"/>
          <w:b w:val="0"/>
          <w:i w:val="0"/>
          <w:color w:val="22201D"/>
          <w:sz w:val="20"/>
        </w:rPr>
        <w:t>Mrs. Alvarez nodded once.</w:t>
      </w:r>
    </w:p>
    <w:p>
      <w:pPr>
        <w:spacing w:after="60" w:line="266" w:lineRule="auto"/>
        <w:ind w:firstLine="331"/>
        <w:jc w:val="both"/>
      </w:pPr>
      <w:r>
        <w:rPr>
          <w:rFonts w:ascii="Georgia" w:hAnsi="Georgia"/>
          <w:b w:val="0"/>
          <w:i w:val="0"/>
          <w:color w:val="22201D"/>
          <w:sz w:val="20"/>
        </w:rPr>
        <w:t>"My granddaughter was supposed to bring soup tomorrow."</w:t>
      </w:r>
    </w:p>
    <w:p>
      <w:pPr>
        <w:spacing w:after="60" w:line="266" w:lineRule="auto"/>
        <w:ind w:firstLine="331"/>
        <w:jc w:val="both"/>
      </w:pPr>
      <w:r>
        <w:rPr>
          <w:rFonts w:ascii="Georgia" w:hAnsi="Georgia"/>
          <w:b w:val="0"/>
          <w:i w:val="0"/>
          <w:color w:val="22201D"/>
          <w:sz w:val="20"/>
        </w:rPr>
        <w:t>The room held still.</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Practically.</w:t>
      </w:r>
    </w:p>
    <w:p>
      <w:pPr>
        <w:spacing w:after="60" w:line="266" w:lineRule="auto"/>
        <w:ind w:firstLine="331"/>
        <w:jc w:val="both"/>
      </w:pPr>
      <w:r>
        <w:rPr>
          <w:rFonts w:ascii="Georgia" w:hAnsi="Georgia"/>
          <w:b w:val="0"/>
          <w:i w:val="0"/>
          <w:color w:val="22201D"/>
          <w:sz w:val="20"/>
        </w:rPr>
        <w:t>Like everyone had been handed something hot.</w:t>
      </w:r>
    </w:p>
    <w:p>
      <w:pPr>
        <w:spacing w:after="60" w:line="266" w:lineRule="auto"/>
        <w:ind w:firstLine="331"/>
        <w:jc w:val="both"/>
      </w:pPr>
      <w:r>
        <w:rPr>
          <w:rFonts w:ascii="Georgia" w:hAnsi="Georgia"/>
          <w:b w:val="0"/>
          <w:i w:val="0"/>
          <w:color w:val="22201D"/>
          <w:sz w:val="20"/>
        </w:rPr>
        <w:t>Mrs. Alvarez continued, "She called yesterday to say she could not. Then she called tomorrow to say she did. I did not understand it, so I made room on the counter."</w:t>
      </w:r>
    </w:p>
    <w:p>
      <w:pPr>
        <w:spacing w:after="60" w:line="266" w:lineRule="auto"/>
        <w:ind w:firstLine="331"/>
        <w:jc w:val="both"/>
      </w:pPr>
      <w:r>
        <w:rPr>
          <w:rFonts w:ascii="Georgia" w:hAnsi="Georgia"/>
          <w:b w:val="0"/>
          <w:i w:val="0"/>
          <w:color w:val="22201D"/>
          <w:sz w:val="20"/>
        </w:rPr>
        <w:t>Nico whispered from behind Gerald, "That is overexplaining and underexplaining at the same time."</w:t>
      </w:r>
    </w:p>
    <w:p>
      <w:pPr>
        <w:spacing w:after="60" w:line="266" w:lineRule="auto"/>
        <w:ind w:firstLine="331"/>
        <w:jc w:val="both"/>
      </w:pPr>
      <w:r>
        <w:rPr>
          <w:rFonts w:ascii="Georgia" w:hAnsi="Georgia"/>
          <w:b w:val="0"/>
          <w:i w:val="0"/>
          <w:color w:val="22201D"/>
          <w:sz w:val="20"/>
        </w:rPr>
        <w:t>Gerald said, "Quiet."</w:t>
      </w:r>
    </w:p>
    <w:p>
      <w:pPr>
        <w:spacing w:after="60" w:line="266" w:lineRule="auto"/>
        <w:ind w:firstLine="331"/>
        <w:jc w:val="both"/>
      </w:pPr>
      <w:r>
        <w:rPr>
          <w:rFonts w:ascii="Georgia" w:hAnsi="Georgia"/>
          <w:b w:val="0"/>
          <w:i w:val="0"/>
          <w:color w:val="22201D"/>
          <w:sz w:val="20"/>
        </w:rPr>
        <w:t>Flocc looked at the carrier.</w:t>
      </w:r>
    </w:p>
    <w:p>
      <w:pPr>
        <w:spacing w:after="60" w:line="266" w:lineRule="auto"/>
        <w:ind w:firstLine="331"/>
        <w:jc w:val="both"/>
      </w:pPr>
      <w:r>
        <w:rPr>
          <w:rFonts w:ascii="Georgia" w:hAnsi="Georgia"/>
          <w:b w:val="0"/>
          <w:i w:val="0"/>
          <w:color w:val="22201D"/>
          <w:sz w:val="20"/>
        </w:rPr>
        <w:t>"Is Nadia your granddaughter?"</w:t>
      </w:r>
    </w:p>
    <w:p>
      <w:pPr>
        <w:spacing w:after="60" w:line="266" w:lineRule="auto"/>
        <w:ind w:firstLine="331"/>
        <w:jc w:val="both"/>
      </w:pPr>
      <w:r>
        <w:rPr>
          <w:rFonts w:ascii="Georgia" w:hAnsi="Georgia"/>
          <w:b w:val="0"/>
          <w:i w:val="0"/>
          <w:color w:val="22201D"/>
          <w:sz w:val="20"/>
        </w:rPr>
        <w:t>Mrs. Alvarez looked at the pickup card in the window.</w:t>
      </w:r>
    </w:p>
    <w:p>
      <w:pPr>
        <w:spacing w:after="60" w:line="266" w:lineRule="auto"/>
        <w:ind w:firstLine="331"/>
        <w:jc w:val="both"/>
      </w:pPr>
      <w:r>
        <w:rPr>
          <w:rFonts w:ascii="Georgia" w:hAnsi="Georgia"/>
          <w:b w:val="0"/>
          <w:i w:val="0"/>
          <w:color w:val="22201D"/>
          <w:sz w:val="20"/>
        </w:rPr>
        <w:t>"Nadia is the jacket. My granddaughter is Elena."</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Recipient specific. Do not assume visible name is correct name.</w:t>
      </w:r>
    </w:p>
    <w:p>
      <w:pPr>
        <w:spacing w:after="60" w:line="266" w:lineRule="auto"/>
        <w:ind w:firstLine="331"/>
        <w:jc w:val="both"/>
      </w:pPr>
      <w:r>
        <w:rPr>
          <w:rFonts w:ascii="Georgia" w:hAnsi="Georgia"/>
          <w:b w:val="0"/>
          <w:i w:val="0"/>
          <w:color w:val="22201D"/>
          <w:sz w:val="20"/>
        </w:rPr>
        <w:t>The spool holder printed:</w:t>
      </w:r>
    </w:p>
    <w:p>
      <w:pPr>
        <w:spacing w:after="60" w:line="250" w:lineRule="auto"/>
        <w:ind w:left="202" w:right="173"/>
      </w:pPr>
      <w:r>
        <w:rPr>
          <w:rFonts w:ascii="Georgia" w:hAnsi="Georgia"/>
          <w:b w:val="0"/>
          <w:i w:val="0"/>
          <w:color w:val="22201D"/>
          <w:sz w:val="17"/>
        </w:rPr>
        <w:t>USEFUL RECORD.</w:t>
      </w:r>
    </w:p>
    <w:p>
      <w:pPr>
        <w:spacing w:after="60" w:line="266" w:lineRule="auto"/>
        <w:ind w:firstLine="331"/>
        <w:jc w:val="both"/>
      </w:pPr>
      <w:r>
        <w:rPr>
          <w:rFonts w:ascii="Georgia" w:hAnsi="Georgia"/>
          <w:b w:val="0"/>
          <w:i w:val="0"/>
          <w:color w:val="22201D"/>
          <w:sz w:val="20"/>
        </w:rPr>
        <w:t>Steve sat up straighter.</w:t>
      </w:r>
    </w:p>
    <w:p>
      <w:pPr>
        <w:spacing w:after="60" w:line="266" w:lineRule="auto"/>
        <w:ind w:firstLine="331"/>
        <w:jc w:val="both"/>
      </w:pPr>
      <w:r>
        <w:rPr>
          <w:rFonts w:ascii="Georgia" w:hAnsi="Georgia"/>
          <w:b w:val="0"/>
          <w:i w:val="0"/>
          <w:color w:val="22201D"/>
          <w:sz w:val="20"/>
        </w:rPr>
        <w:t>Bob ignored his posture for the good of everyone.</w:t>
      </w:r>
    </w:p>
    <w:p>
      <w:pPr>
        <w:spacing w:after="60" w:line="266" w:lineRule="auto"/>
        <w:ind w:firstLine="331"/>
        <w:jc w:val="both"/>
      </w:pPr>
      <w:r>
        <w:rPr>
          <w:rFonts w:ascii="Georgia" w:hAnsi="Georgia"/>
          <w:b w:val="0"/>
          <w:i w:val="0"/>
          <w:color w:val="22201D"/>
          <w:sz w:val="20"/>
        </w:rPr>
        <w:t>Mrs. Alvarez took a ticket pad from under the counter. It was the kind used for alterations: name, garment, due date, paid, balance. The top ticket had already been written.</w:t>
      </w:r>
    </w:p>
    <w:p>
      <w:pPr>
        <w:spacing w:after="60" w:line="250" w:lineRule="auto"/>
        <w:ind w:left="202" w:right="173"/>
      </w:pPr>
      <w:r>
        <w:rPr>
          <w:rFonts w:ascii="Georgia" w:hAnsi="Georgia"/>
          <w:b w:val="0"/>
          <w:i w:val="0"/>
          <w:color w:val="22201D"/>
          <w:sz w:val="17"/>
        </w:rPr>
        <w:t>DROP TICKET  Recipient: Mrs. Alvarez  Delivery: Tomorrow's Soup  Promised by: Elena  Arrived: anyway</w:t>
      </w:r>
    </w:p>
    <w:p>
      <w:pPr>
        <w:spacing w:after="60" w:line="266" w:lineRule="auto"/>
        <w:ind w:firstLine="331"/>
        <w:jc w:val="both"/>
      </w:pPr>
      <w:r>
        <w:rPr>
          <w:rFonts w:ascii="Georgia" w:hAnsi="Georgia"/>
          <w:b w:val="0"/>
          <w:i w:val="0"/>
          <w:color w:val="22201D"/>
          <w:sz w:val="20"/>
        </w:rPr>
        <w:t>The due date box had been crossed out.</w:t>
      </w:r>
    </w:p>
    <w:p>
      <w:pPr>
        <w:spacing w:after="60" w:line="266" w:lineRule="auto"/>
        <w:ind w:firstLine="331"/>
        <w:jc w:val="both"/>
      </w:pPr>
      <w:r>
        <w:rPr>
          <w:rFonts w:ascii="Georgia" w:hAnsi="Georgia"/>
          <w:b w:val="0"/>
          <w:i w:val="0"/>
          <w:color w:val="22201D"/>
          <w:sz w:val="20"/>
        </w:rPr>
        <w:t>Under it, in the same hand as the map note and fuel receipt but with better penmanship, someone had written:</w:t>
      </w:r>
    </w:p>
    <w:p>
      <w:pPr>
        <w:spacing w:after="60" w:line="250" w:lineRule="auto"/>
        <w:ind w:left="202" w:right="173"/>
      </w:pPr>
      <w:r>
        <w:rPr>
          <w:rFonts w:ascii="Georgia" w:hAnsi="Georgia"/>
          <w:b w:val="0"/>
          <w:i w:val="0"/>
          <w:color w:val="22201D"/>
          <w:sz w:val="17"/>
        </w:rPr>
        <w:t>not the point</w:t>
      </w:r>
    </w:p>
    <w:p>
      <w:pPr>
        <w:spacing w:after="60" w:line="266" w:lineRule="auto"/>
        <w:ind w:firstLine="331"/>
        <w:jc w:val="both"/>
      </w:pPr>
      <w:r>
        <w:rPr>
          <w:rFonts w:ascii="Georgia" w:hAnsi="Georgia"/>
          <w:b w:val="0"/>
          <w:i w:val="0"/>
          <w:color w:val="22201D"/>
          <w:sz w:val="20"/>
        </w:rPr>
        <w:t>Mrs. Alvarez tore the ticket in half along the perforation.</w:t>
      </w:r>
    </w:p>
    <w:p>
      <w:pPr>
        <w:spacing w:after="60" w:line="266" w:lineRule="auto"/>
        <w:ind w:firstLine="331"/>
        <w:jc w:val="both"/>
      </w:pPr>
      <w:r>
        <w:rPr>
          <w:rFonts w:ascii="Georgia" w:hAnsi="Georgia"/>
          <w:b w:val="0"/>
          <w:i w:val="0"/>
          <w:color w:val="22201D"/>
          <w:sz w:val="20"/>
        </w:rPr>
        <w:t>She gave the top half to Flocc.</w:t>
      </w:r>
    </w:p>
    <w:p>
      <w:pPr>
        <w:spacing w:after="60" w:line="266" w:lineRule="auto"/>
        <w:ind w:firstLine="331"/>
        <w:jc w:val="both"/>
      </w:pPr>
      <w:r>
        <w:rPr>
          <w:rFonts w:ascii="Georgia" w:hAnsi="Georgia"/>
          <w:b w:val="0"/>
          <w:i w:val="0"/>
          <w:color w:val="22201D"/>
          <w:sz w:val="20"/>
        </w:rPr>
        <w:t>"For the route."</w:t>
      </w:r>
    </w:p>
    <w:p>
      <w:pPr>
        <w:spacing w:after="60" w:line="266" w:lineRule="auto"/>
        <w:ind w:firstLine="331"/>
        <w:jc w:val="both"/>
      </w:pPr>
      <w:r>
        <w:rPr>
          <w:rFonts w:ascii="Georgia" w:hAnsi="Georgia"/>
          <w:b w:val="0"/>
          <w:i w:val="0"/>
          <w:color w:val="22201D"/>
          <w:sz w:val="20"/>
        </w:rPr>
        <w:t>She kept the bottom half and taped it to the soup carrier.</w:t>
      </w:r>
    </w:p>
    <w:p>
      <w:pPr>
        <w:spacing w:after="60" w:line="266" w:lineRule="auto"/>
        <w:ind w:firstLine="331"/>
        <w:jc w:val="both"/>
      </w:pPr>
      <w:r>
        <w:rPr>
          <w:rFonts w:ascii="Georgia" w:hAnsi="Georgia"/>
          <w:b w:val="0"/>
          <w:i w:val="0"/>
          <w:color w:val="22201D"/>
          <w:sz w:val="20"/>
        </w:rPr>
        <w:t>"For my counter."</w:t>
      </w:r>
    </w:p>
    <w:p>
      <w:pPr>
        <w:spacing w:after="60" w:line="266" w:lineRule="auto"/>
        <w:ind w:firstLine="331"/>
        <w:jc w:val="both"/>
      </w:pPr>
      <w:r>
        <w:rPr>
          <w:rFonts w:ascii="Georgia" w:hAnsi="Georgia"/>
          <w:b w:val="0"/>
          <w:i w:val="0"/>
          <w:color w:val="22201D"/>
          <w:sz w:val="20"/>
        </w:rPr>
        <w:t>Flocc held the drop ticket.</w:t>
      </w:r>
    </w:p>
    <w:p>
      <w:pPr>
        <w:spacing w:after="60" w:line="266" w:lineRule="auto"/>
        <w:ind w:firstLine="331"/>
        <w:jc w:val="both"/>
      </w:pPr>
      <w:r>
        <w:rPr>
          <w:rFonts w:ascii="Georgia" w:hAnsi="Georgia"/>
          <w:b w:val="0"/>
          <w:i w:val="0"/>
          <w:color w:val="22201D"/>
          <w:sz w:val="20"/>
        </w:rPr>
        <w:t>It was thin paper.</w:t>
      </w:r>
    </w:p>
    <w:p>
      <w:pPr>
        <w:spacing w:after="60" w:line="266" w:lineRule="auto"/>
        <w:ind w:firstLine="331"/>
        <w:jc w:val="both"/>
      </w:pPr>
      <w:r>
        <w:rPr>
          <w:rFonts w:ascii="Georgia" w:hAnsi="Georgia"/>
          <w:b w:val="0"/>
          <w:i w:val="0"/>
          <w:color w:val="22201D"/>
          <w:sz w:val="20"/>
        </w:rPr>
        <w:t>It did not become heavier.</w:t>
      </w:r>
    </w:p>
    <w:p>
      <w:pPr>
        <w:spacing w:after="60" w:line="266" w:lineRule="auto"/>
        <w:ind w:firstLine="331"/>
        <w:jc w:val="both"/>
      </w:pPr>
      <w:r>
        <w:rPr>
          <w:rFonts w:ascii="Georgia" w:hAnsi="Georgia"/>
          <w:b w:val="0"/>
          <w:i w:val="0"/>
          <w:color w:val="22201D"/>
          <w:sz w:val="20"/>
        </w:rPr>
        <w:t>This was its own instruction.</w:t>
      </w:r>
    </w:p>
    <w:p>
      <w:pPr>
        <w:spacing w:after="60" w:line="266" w:lineRule="auto"/>
        <w:ind w:firstLine="331"/>
        <w:jc w:val="both"/>
      </w:pPr>
      <w:r>
        <w:rPr>
          <w:rFonts w:ascii="Georgia" w:hAnsi="Georgia"/>
          <w:b w:val="0"/>
          <w:i w:val="0"/>
          <w:color w:val="22201D"/>
          <w:sz w:val="20"/>
        </w:rPr>
        <w:t>"Do we apologize for being late?"</w:t>
      </w:r>
    </w:p>
    <w:p>
      <w:pPr>
        <w:spacing w:after="60" w:line="266" w:lineRule="auto"/>
        <w:ind w:firstLine="331"/>
        <w:jc w:val="both"/>
      </w:pPr>
      <w:r>
        <w:rPr>
          <w:rFonts w:ascii="Georgia" w:hAnsi="Georgia"/>
          <w:b w:val="0"/>
          <w:i w:val="0"/>
          <w:color w:val="22201D"/>
          <w:sz w:val="20"/>
        </w:rPr>
        <w:t>Mrs. Alvarez looked at Bob.</w:t>
      </w:r>
    </w:p>
    <w:p>
      <w:pPr>
        <w:spacing w:after="60" w:line="266" w:lineRule="auto"/>
        <w:ind w:firstLine="331"/>
        <w:jc w:val="both"/>
      </w:pPr>
      <w:r>
        <w:rPr>
          <w:rFonts w:ascii="Georgia" w:hAnsi="Georgia"/>
          <w:b w:val="0"/>
          <w:i w:val="0"/>
          <w:color w:val="22201D"/>
          <w:sz w:val="20"/>
        </w:rPr>
        <w:t>Bob looked at Flocc.</w:t>
      </w:r>
    </w:p>
    <w:p>
      <w:pPr>
        <w:spacing w:after="60" w:line="266" w:lineRule="auto"/>
        <w:ind w:firstLine="331"/>
        <w:jc w:val="both"/>
      </w:pPr>
      <w:r>
        <w:rPr>
          <w:rFonts w:ascii="Georgia" w:hAnsi="Georgia"/>
          <w:b w:val="0"/>
          <w:i w:val="0"/>
          <w:color w:val="22201D"/>
          <w:sz w:val="20"/>
        </w:rPr>
        <w:t>No one rescued him.</w:t>
      </w:r>
    </w:p>
    <w:p>
      <w:pPr>
        <w:spacing w:after="60" w:line="266" w:lineRule="auto"/>
        <w:ind w:firstLine="331"/>
        <w:jc w:val="both"/>
      </w:pPr>
      <w:r>
        <w:rPr>
          <w:rFonts w:ascii="Georgia" w:hAnsi="Georgia"/>
          <w:b w:val="0"/>
          <w:i w:val="0"/>
          <w:color w:val="22201D"/>
          <w:sz w:val="20"/>
        </w:rPr>
        <w:t>Flocc said, "We arrived anyway."</w:t>
      </w:r>
    </w:p>
    <w:p>
      <w:pPr>
        <w:spacing w:after="60" w:line="266" w:lineRule="auto"/>
        <w:ind w:firstLine="331"/>
        <w:jc w:val="both"/>
      </w:pPr>
      <w:r>
        <w:rPr>
          <w:rFonts w:ascii="Georgia" w:hAnsi="Georgia"/>
          <w:b w:val="0"/>
          <w:i w:val="0"/>
          <w:color w:val="22201D"/>
          <w:sz w:val="20"/>
        </w:rPr>
        <w:t>The spool holder printed:</w:t>
      </w:r>
    </w:p>
    <w:p>
      <w:pPr>
        <w:spacing w:after="60" w:line="250" w:lineRule="auto"/>
        <w:ind w:left="202" w:right="173"/>
      </w:pPr>
      <w:r>
        <w:rPr>
          <w:rFonts w:ascii="Georgia" w:hAnsi="Georgia"/>
          <w:b w:val="0"/>
          <w:i w:val="0"/>
          <w:color w:val="22201D"/>
          <w:sz w:val="17"/>
        </w:rPr>
        <w:t>PRICE PAID.</w:t>
      </w:r>
    </w:p>
    <w:p>
      <w:pPr>
        <w:spacing w:after="60" w:line="266" w:lineRule="auto"/>
        <w:ind w:firstLine="331"/>
        <w:jc w:val="both"/>
      </w:pPr>
      <w:r>
        <w:rPr>
          <w:rFonts w:ascii="Georgia" w:hAnsi="Georgia"/>
          <w:b w:val="0"/>
          <w:i w:val="0"/>
          <w:color w:val="22201D"/>
          <w:sz w:val="20"/>
        </w:rPr>
        <w:t>Mrs. Alvarez smiled without making it sentimental.</w:t>
      </w:r>
    </w:p>
    <w:p>
      <w:pPr>
        <w:spacing w:after="60" w:line="266" w:lineRule="auto"/>
        <w:ind w:firstLine="331"/>
        <w:jc w:val="both"/>
      </w:pPr>
      <w:r>
        <w:rPr>
          <w:rFonts w:ascii="Georgia" w:hAnsi="Georgia"/>
          <w:b w:val="0"/>
          <w:i w:val="0"/>
          <w:color w:val="22201D"/>
          <w:sz w:val="20"/>
        </w:rPr>
        <w:t>"Good. Apologies are for when you had the thing and chose not to bring it. This is soup."</w:t>
      </w:r>
    </w:p>
    <w:p>
      <w:pPr>
        <w:spacing w:after="60" w:line="266" w:lineRule="auto"/>
        <w:ind w:firstLine="331"/>
        <w:jc w:val="both"/>
      </w:pPr>
      <w:r>
        <w:rPr>
          <w:rFonts w:ascii="Georgia" w:hAnsi="Georgia"/>
          <w:b w:val="0"/>
          <w:i w:val="0"/>
          <w:color w:val="22201D"/>
          <w:sz w:val="20"/>
        </w:rPr>
        <w:t>"Soup can't be late?"</w:t>
      </w:r>
    </w:p>
    <w:p>
      <w:pPr>
        <w:spacing w:after="60" w:line="266" w:lineRule="auto"/>
        <w:ind w:firstLine="331"/>
        <w:jc w:val="both"/>
      </w:pPr>
      <w:r>
        <w:rPr>
          <w:rFonts w:ascii="Georgia" w:hAnsi="Georgia"/>
          <w:b w:val="0"/>
          <w:i w:val="0"/>
          <w:color w:val="22201D"/>
          <w:sz w:val="20"/>
        </w:rPr>
        <w:t>"Soup can be cold. This is not cold."</w:t>
      </w:r>
    </w:p>
    <w:p>
      <w:pPr>
        <w:spacing w:after="60" w:line="266" w:lineRule="auto"/>
        <w:ind w:firstLine="331"/>
        <w:jc w:val="both"/>
      </w:pPr>
      <w:r>
        <w:rPr>
          <w:rFonts w:ascii="Georgia" w:hAnsi="Georgia"/>
          <w:b w:val="0"/>
          <w:i w:val="0"/>
          <w:color w:val="22201D"/>
          <w:sz w:val="20"/>
        </w:rPr>
        <w:t>Gerald said from the doorway, "Thermal integrity maintained."</w:t>
      </w:r>
    </w:p>
    <w:p>
      <w:pPr>
        <w:spacing w:after="60" w:line="266" w:lineRule="auto"/>
        <w:ind w:firstLine="331"/>
        <w:jc w:val="both"/>
      </w:pPr>
      <w:r>
        <w:rPr>
          <w:rFonts w:ascii="Georgia" w:hAnsi="Georgia"/>
          <w:b w:val="0"/>
          <w:i w:val="0"/>
          <w:color w:val="22201D"/>
          <w:sz w:val="20"/>
        </w:rPr>
        <w:t>Mrs. Alvarez pointed at him.</w:t>
      </w:r>
    </w:p>
    <w:p>
      <w:pPr>
        <w:spacing w:after="60" w:line="266" w:lineRule="auto"/>
        <w:ind w:firstLine="331"/>
        <w:jc w:val="both"/>
      </w:pPr>
      <w:r>
        <w:rPr>
          <w:rFonts w:ascii="Georgia" w:hAnsi="Georgia"/>
          <w:b w:val="0"/>
          <w:i w:val="0"/>
          <w:color w:val="22201D"/>
          <w:sz w:val="20"/>
        </w:rPr>
        <w:t>"That one can stay."</w:t>
      </w:r>
    </w:p>
    <w:p>
      <w:pPr>
        <w:spacing w:after="60" w:line="266" w:lineRule="auto"/>
        <w:ind w:firstLine="331"/>
        <w:jc w:val="both"/>
      </w:pPr>
      <w:r>
        <w:rPr>
          <w:rFonts w:ascii="Georgia" w:hAnsi="Georgia"/>
          <w:b w:val="0"/>
          <w:i w:val="0"/>
          <w:color w:val="22201D"/>
          <w:sz w:val="20"/>
        </w:rPr>
        <w:t>Nico said, "I am also thermally intact."</w:t>
      </w:r>
    </w:p>
    <w:p>
      <w:pPr>
        <w:spacing w:after="60" w:line="266" w:lineRule="auto"/>
        <w:ind w:firstLine="331"/>
        <w:jc w:val="both"/>
      </w:pPr>
      <w:r>
        <w:rPr>
          <w:rFonts w:ascii="Georgia" w:hAnsi="Georgia"/>
          <w:b w:val="0"/>
          <w:i w:val="0"/>
          <w:color w:val="22201D"/>
          <w:sz w:val="20"/>
        </w:rPr>
        <w:t>"That one can wait outside."</w:t>
      </w:r>
    </w:p>
    <w:p>
      <w:pPr>
        <w:spacing w:after="60" w:line="266" w:lineRule="auto"/>
        <w:ind w:firstLine="331"/>
        <w:jc w:val="both"/>
      </w:pPr>
      <w:r>
        <w:rPr>
          <w:rFonts w:ascii="Georgia" w:hAnsi="Georgia"/>
          <w:b w:val="0"/>
          <w:i w:val="0"/>
          <w:color w:val="22201D"/>
          <w:sz w:val="20"/>
        </w:rPr>
        <w:t>Nico stepped back onto the sidewalk.</w:t>
      </w:r>
    </w:p>
    <w:p>
      <w:pPr>
        <w:spacing w:after="60" w:line="266" w:lineRule="auto"/>
        <w:ind w:firstLine="331"/>
        <w:jc w:val="both"/>
      </w:pPr>
      <w:r>
        <w:rPr>
          <w:rFonts w:ascii="Georgia" w:hAnsi="Georgia"/>
          <w:b w:val="0"/>
          <w:i w:val="0"/>
          <w:color w:val="22201D"/>
          <w:sz w:val="20"/>
        </w:rPr>
        <w:t>The carrier latch clicked once.</w:t>
      </w:r>
    </w:p>
    <w:p>
      <w:pPr>
        <w:spacing w:after="60" w:line="266" w:lineRule="auto"/>
        <w:ind w:firstLine="331"/>
        <w:jc w:val="both"/>
      </w:pPr>
      <w:r>
        <w:rPr>
          <w:rFonts w:ascii="Georgia" w:hAnsi="Georgia"/>
          <w:b w:val="0"/>
          <w:i w:val="0"/>
          <w:color w:val="22201D"/>
          <w:sz w:val="20"/>
        </w:rPr>
        <w:t>No one touched it.</w:t>
      </w:r>
    </w:p>
    <w:p>
      <w:pPr>
        <w:spacing w:after="60" w:line="266" w:lineRule="auto"/>
        <w:ind w:firstLine="331"/>
        <w:jc w:val="both"/>
      </w:pPr>
      <w:r>
        <w:rPr>
          <w:rFonts w:ascii="Georgia" w:hAnsi="Georgia"/>
          <w:b w:val="0"/>
          <w:i w:val="0"/>
          <w:color w:val="22201D"/>
          <w:sz w:val="20"/>
        </w:rPr>
        <w:t>The label warmed and changed:</w:t>
      </w:r>
    </w:p>
    <w:p>
      <w:pPr>
        <w:spacing w:after="60" w:line="250" w:lineRule="auto"/>
        <w:ind w:left="202" w:right="173"/>
      </w:pPr>
      <w:r>
        <w:rPr>
          <w:rFonts w:ascii="Georgia" w:hAnsi="Georgia"/>
          <w:b w:val="0"/>
          <w:i w:val="0"/>
          <w:color w:val="22201D"/>
          <w:sz w:val="17"/>
        </w:rPr>
        <w:t>SAUCE PRESSURE: SMOKE PLUM MORITA  NEXT DOCUMENT: SAUCE LABEL  NEXT PRICE: SMOKE TELLS TRUTH</w:t>
      </w:r>
    </w:p>
    <w:p>
      <w:pPr>
        <w:spacing w:after="60" w:line="266" w:lineRule="auto"/>
        <w:ind w:firstLine="331"/>
        <w:jc w:val="both"/>
      </w:pPr>
      <w:r>
        <w:rPr>
          <w:rFonts w:ascii="Georgia" w:hAnsi="Georgia"/>
          <w:b w:val="0"/>
          <w:i w:val="0"/>
          <w:color w:val="22201D"/>
          <w:sz w:val="20"/>
        </w:rPr>
        <w:t>The smell deepened.</w:t>
      </w:r>
    </w:p>
    <w:p>
      <w:pPr>
        <w:spacing w:after="60" w:line="266" w:lineRule="auto"/>
        <w:ind w:firstLine="331"/>
        <w:jc w:val="both"/>
      </w:pPr>
      <w:r>
        <w:rPr>
          <w:rFonts w:ascii="Georgia" w:hAnsi="Georgia"/>
          <w:b w:val="0"/>
          <w:i w:val="0"/>
          <w:color w:val="22201D"/>
          <w:sz w:val="20"/>
        </w:rPr>
        <w:t>Smoke, plum, dried chile.</w:t>
      </w:r>
    </w:p>
    <w:p>
      <w:pPr>
        <w:spacing w:after="60" w:line="266" w:lineRule="auto"/>
        <w:ind w:firstLine="331"/>
        <w:jc w:val="both"/>
      </w:pPr>
      <w:r>
        <w:rPr>
          <w:rFonts w:ascii="Georgia" w:hAnsi="Georgia"/>
          <w:b w:val="0"/>
          <w:i w:val="0"/>
          <w:color w:val="22201D"/>
          <w:sz w:val="20"/>
        </w:rPr>
        <w:t>Not opened.</w:t>
      </w:r>
    </w:p>
    <w:p>
      <w:pPr>
        <w:spacing w:after="60" w:line="266" w:lineRule="auto"/>
        <w:ind w:firstLine="331"/>
        <w:jc w:val="both"/>
      </w:pPr>
      <w:r>
        <w:rPr>
          <w:rFonts w:ascii="Georgia" w:hAnsi="Georgia"/>
          <w:b w:val="0"/>
          <w:i w:val="0"/>
          <w:color w:val="22201D"/>
          <w:sz w:val="20"/>
        </w:rPr>
        <w:t>Not tasted.</w:t>
      </w:r>
    </w:p>
    <w:p>
      <w:pPr>
        <w:spacing w:after="60" w:line="266" w:lineRule="auto"/>
        <w:ind w:firstLine="331"/>
        <w:jc w:val="both"/>
      </w:pPr>
      <w:r>
        <w:rPr>
          <w:rFonts w:ascii="Georgia" w:hAnsi="Georgia"/>
          <w:b w:val="0"/>
          <w:i w:val="0"/>
          <w:color w:val="22201D"/>
          <w:sz w:val="20"/>
        </w:rPr>
        <w:t>True enough to make the room stop pretending it was only a smell.</w:t>
      </w:r>
    </w:p>
    <w:p>
      <w:pPr>
        <w:spacing w:after="60" w:line="266" w:lineRule="auto"/>
        <w:ind w:firstLine="331"/>
        <w:jc w:val="both"/>
      </w:pPr>
      <w:r>
        <w:rPr>
          <w:rFonts w:ascii="Georgia" w:hAnsi="Georgia"/>
          <w:b w:val="0"/>
          <w:i w:val="0"/>
          <w:color w:val="22201D"/>
          <w:sz w:val="20"/>
        </w:rPr>
        <w:t>Mrs. Alvarez inhaled.</w:t>
      </w:r>
    </w:p>
    <w:p>
      <w:pPr>
        <w:spacing w:after="60" w:line="266" w:lineRule="auto"/>
        <w:ind w:firstLine="331"/>
        <w:jc w:val="both"/>
      </w:pPr>
      <w:r>
        <w:rPr>
          <w:rFonts w:ascii="Georgia" w:hAnsi="Georgia"/>
          <w:b w:val="0"/>
          <w:i w:val="0"/>
          <w:color w:val="22201D"/>
          <w:sz w:val="20"/>
        </w:rPr>
        <w:t>"Elena burns garlic when she is worried."</w:t>
      </w:r>
    </w:p>
    <w:p>
      <w:pPr>
        <w:spacing w:after="60" w:line="266" w:lineRule="auto"/>
        <w:ind w:firstLine="331"/>
        <w:jc w:val="both"/>
      </w:pPr>
      <w:r>
        <w:rPr>
          <w:rFonts w:ascii="Georgia" w:hAnsi="Georgia"/>
          <w:b w:val="0"/>
          <w:i w:val="0"/>
          <w:color w:val="22201D"/>
          <w:sz w:val="20"/>
        </w:rPr>
        <w:t>Flocc said, "Is that in the soup?"</w:t>
      </w:r>
    </w:p>
    <w:p>
      <w:pPr>
        <w:spacing w:after="60" w:line="266" w:lineRule="auto"/>
        <w:ind w:firstLine="331"/>
        <w:jc w:val="both"/>
      </w:pPr>
      <w:r>
        <w:rPr>
          <w:rFonts w:ascii="Georgia" w:hAnsi="Georgia"/>
          <w:b w:val="0"/>
          <w:i w:val="0"/>
          <w:color w:val="22201D"/>
          <w:sz w:val="20"/>
        </w:rPr>
        <w:t>"No. That is why I know she had help."</w:t>
      </w:r>
    </w:p>
    <w:p>
      <w:pPr>
        <w:spacing w:after="60" w:line="266" w:lineRule="auto"/>
        <w:ind w:firstLine="331"/>
        <w:jc w:val="both"/>
      </w:pPr>
      <w:r>
        <w:rPr>
          <w:rFonts w:ascii="Georgia" w:hAnsi="Georgia"/>
          <w:b w:val="0"/>
          <w:i w:val="0"/>
          <w:color w:val="22201D"/>
          <w:sz w:val="20"/>
        </w:rPr>
        <w:t>The drop ticket warmed between Flocc's gloved fingers.</w:t>
      </w:r>
    </w:p>
    <w:p>
      <w:pPr>
        <w:spacing w:after="60" w:line="266" w:lineRule="auto"/>
        <w:ind w:firstLine="331"/>
        <w:jc w:val="both"/>
      </w:pPr>
      <w:r>
        <w:rPr>
          <w:rFonts w:ascii="Georgia" w:hAnsi="Georgia"/>
          <w:b w:val="0"/>
          <w:i w:val="0"/>
          <w:color w:val="22201D"/>
          <w:sz w:val="20"/>
        </w:rPr>
        <w:t>He looked down.</w:t>
      </w:r>
    </w:p>
    <w:p>
      <w:pPr>
        <w:spacing w:after="60" w:line="266" w:lineRule="auto"/>
        <w:ind w:firstLine="331"/>
        <w:jc w:val="both"/>
      </w:pPr>
      <w:r>
        <w:rPr>
          <w:rFonts w:ascii="Georgia" w:hAnsi="Georgia"/>
          <w:b w:val="0"/>
          <w:i w:val="0"/>
          <w:color w:val="22201D"/>
          <w:sz w:val="20"/>
        </w:rPr>
        <w:t>New text appeared:</w:t>
      </w:r>
    </w:p>
    <w:p>
      <w:pPr>
        <w:spacing w:after="60" w:line="250" w:lineRule="auto"/>
        <w:ind w:left="202" w:right="173"/>
      </w:pPr>
      <w:r>
        <w:rPr>
          <w:rFonts w:ascii="Georgia" w:hAnsi="Georgia"/>
          <w:b w:val="0"/>
          <w:i w:val="0"/>
          <w:color w:val="22201D"/>
          <w:sz w:val="17"/>
        </w:rPr>
        <w:t>ARRIVING ANYWAY IS NOT THE SAME AS ARRIVING WHEN EXPECTED. DO NOT USE LATENESS TO AVOID DELIVERY. DO NOT USE DELIVERY TO ERASE LATENESS.</w:t>
      </w:r>
    </w:p>
    <w:p>
      <w:pPr>
        <w:spacing w:after="60" w:line="266" w:lineRule="auto"/>
        <w:ind w:firstLine="331"/>
        <w:jc w:val="both"/>
      </w:pPr>
      <w:r>
        <w:rPr>
          <w:rFonts w:ascii="Georgia" w:hAnsi="Georgia"/>
          <w:b w:val="0"/>
          <w:i w:val="0"/>
          <w:color w:val="22201D"/>
          <w:sz w:val="20"/>
        </w:rPr>
        <w:t>Steve copied it carefully.</w:t>
      </w:r>
    </w:p>
    <w:p>
      <w:pPr>
        <w:spacing w:after="60" w:line="266" w:lineRule="auto"/>
        <w:ind w:firstLine="331"/>
        <w:jc w:val="both"/>
      </w:pPr>
      <w:r>
        <w:rPr>
          <w:rFonts w:ascii="Georgia" w:hAnsi="Georgia"/>
          <w:b w:val="0"/>
          <w:i w:val="0"/>
          <w:color w:val="22201D"/>
          <w:sz w:val="20"/>
        </w:rPr>
        <w:t>Mrs. Alvarez took a ceramic bowl from under the counter and set it beside the carrier.</w:t>
      </w:r>
    </w:p>
    <w:p>
      <w:pPr>
        <w:spacing w:after="60" w:line="266" w:lineRule="auto"/>
        <w:ind w:firstLine="331"/>
        <w:jc w:val="both"/>
      </w:pPr>
      <w:r>
        <w:rPr>
          <w:rFonts w:ascii="Georgia" w:hAnsi="Georgia"/>
          <w:b w:val="0"/>
          <w:i w:val="0"/>
          <w:color w:val="22201D"/>
          <w:sz w:val="20"/>
        </w:rPr>
        <w:t>Bob said, "Not yet."</w:t>
      </w:r>
    </w:p>
    <w:p>
      <w:pPr>
        <w:spacing w:after="60" w:line="266" w:lineRule="auto"/>
        <w:ind w:firstLine="331"/>
        <w:jc w:val="both"/>
      </w:pPr>
      <w:r>
        <w:rPr>
          <w:rFonts w:ascii="Georgia" w:hAnsi="Georgia"/>
          <w:b w:val="0"/>
          <w:i w:val="0"/>
          <w:color w:val="22201D"/>
          <w:sz w:val="20"/>
        </w:rPr>
        <w:t>She looked at him.</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She placed a spoon beside the bowl anyway.</w:t>
      </w:r>
    </w:p>
    <w:p>
      <w:pPr>
        <w:spacing w:after="60" w:line="266" w:lineRule="auto"/>
        <w:ind w:firstLine="331"/>
        <w:jc w:val="both"/>
      </w:pPr>
      <w:r>
        <w:rPr>
          <w:rFonts w:ascii="Georgia" w:hAnsi="Georgia"/>
          <w:b w:val="0"/>
          <w:i w:val="0"/>
          <w:color w:val="22201D"/>
          <w:sz w:val="20"/>
        </w:rPr>
        <w:t>"Tomorrow is allowed to find its own bowl."</w:t>
      </w:r>
    </w:p>
    <w:p>
      <w:pPr>
        <w:spacing w:after="60" w:line="266" w:lineRule="auto"/>
        <w:ind w:firstLine="331"/>
        <w:jc w:val="both"/>
      </w:pPr>
      <w:r>
        <w:rPr>
          <w:rFonts w:ascii="Georgia" w:hAnsi="Georgia"/>
          <w:b w:val="0"/>
          <w:i w:val="0"/>
          <w:color w:val="22201D"/>
          <w:sz w:val="20"/>
        </w:rPr>
        <w:t>The sentence was almost too good.</w:t>
      </w:r>
    </w:p>
    <w:p>
      <w:pPr>
        <w:spacing w:after="60" w:line="266" w:lineRule="auto"/>
        <w:ind w:firstLine="331"/>
        <w:jc w:val="both"/>
      </w:pPr>
      <w:r>
        <w:rPr>
          <w:rFonts w:ascii="Georgia" w:hAnsi="Georgia"/>
          <w:b w:val="0"/>
          <w:i w:val="0"/>
          <w:color w:val="22201D"/>
          <w:sz w:val="20"/>
        </w:rPr>
        <w:t>Bob protected it by picking up the empty carrier strap from the counter and coiling it correctly.</w:t>
      </w:r>
    </w:p>
    <w:p>
      <w:pPr>
        <w:spacing w:after="60" w:line="266" w:lineRule="auto"/>
        <w:ind w:firstLine="331"/>
        <w:jc w:val="both"/>
      </w:pPr>
      <w:r>
        <w:rPr>
          <w:rFonts w:ascii="Georgia" w:hAnsi="Georgia"/>
          <w:b w:val="0"/>
          <w:i w:val="0"/>
          <w:color w:val="22201D"/>
          <w:sz w:val="20"/>
        </w:rPr>
        <w:t>Flocc removed the insulated gloves.</w:t>
      </w:r>
    </w:p>
    <w:p>
      <w:pPr>
        <w:spacing w:after="60" w:line="266" w:lineRule="auto"/>
        <w:ind w:firstLine="331"/>
        <w:jc w:val="both"/>
      </w:pPr>
      <w:r>
        <w:rPr>
          <w:rFonts w:ascii="Georgia" w:hAnsi="Georgia"/>
          <w:b w:val="0"/>
          <w:i w:val="0"/>
          <w:color w:val="22201D"/>
          <w:sz w:val="20"/>
        </w:rPr>
        <w:t>His hands were damp inside them.</w:t>
      </w:r>
    </w:p>
    <w:p>
      <w:pPr>
        <w:spacing w:after="60" w:line="266" w:lineRule="auto"/>
        <w:ind w:firstLine="331"/>
        <w:jc w:val="both"/>
      </w:pPr>
      <w:r>
        <w:rPr>
          <w:rFonts w:ascii="Georgia" w:hAnsi="Georgia"/>
          <w:b w:val="0"/>
          <w:i w:val="0"/>
          <w:color w:val="22201D"/>
          <w:sz w:val="20"/>
        </w:rPr>
        <w:t>He placed the drop ticket flat on the counter long enough for Steve to copy the route half, then held it again.</w:t>
      </w:r>
    </w:p>
    <w:p>
      <w:pPr>
        <w:spacing w:after="60" w:line="266" w:lineRule="auto"/>
        <w:ind w:firstLine="331"/>
        <w:jc w:val="both"/>
      </w:pPr>
      <w:r>
        <w:rPr>
          <w:rFonts w:ascii="Georgia" w:hAnsi="Georgia"/>
          <w:b w:val="0"/>
          <w:i w:val="0"/>
          <w:color w:val="22201D"/>
          <w:sz w:val="20"/>
        </w:rPr>
        <w:t>"Original goes in the glove compartment?"</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Mrs. Alvarez tapped the ticket half taped to her soup carrier.</w:t>
      </w:r>
    </w:p>
    <w:p>
      <w:pPr>
        <w:spacing w:after="60" w:line="266" w:lineRule="auto"/>
        <w:ind w:firstLine="331"/>
        <w:jc w:val="both"/>
      </w:pPr>
      <w:r>
        <w:rPr>
          <w:rFonts w:ascii="Georgia" w:hAnsi="Georgia"/>
          <w:b w:val="0"/>
          <w:i w:val="0"/>
          <w:color w:val="22201D"/>
          <w:sz w:val="20"/>
        </w:rPr>
        <w:t>"Copy stays here."</w:t>
      </w:r>
    </w:p>
    <w:p>
      <w:pPr>
        <w:spacing w:after="60" w:line="266" w:lineRule="auto"/>
        <w:ind w:firstLine="331"/>
        <w:jc w:val="both"/>
      </w:pPr>
      <w:r>
        <w:rPr>
          <w:rFonts w:ascii="Georgia" w:hAnsi="Georgia"/>
          <w:b w:val="0"/>
          <w:i w:val="0"/>
          <w:color w:val="22201D"/>
          <w:sz w:val="20"/>
        </w:rPr>
        <w:t>"For your records?"</w:t>
      </w:r>
    </w:p>
    <w:p>
      <w:pPr>
        <w:spacing w:after="60" w:line="266" w:lineRule="auto"/>
        <w:ind w:firstLine="331"/>
        <w:jc w:val="both"/>
      </w:pPr>
      <w:r>
        <w:rPr>
          <w:rFonts w:ascii="Georgia" w:hAnsi="Georgia"/>
          <w:b w:val="0"/>
          <w:i w:val="0"/>
          <w:color w:val="22201D"/>
          <w:sz w:val="20"/>
        </w:rPr>
        <w:t>"For my granddaughter, when she calls yesterday again."</w:t>
      </w:r>
    </w:p>
    <w:p>
      <w:pPr>
        <w:spacing w:after="60" w:line="266" w:lineRule="auto"/>
        <w:ind w:firstLine="331"/>
        <w:jc w:val="both"/>
      </w:pPr>
      <w:r>
        <w:rPr>
          <w:rFonts w:ascii="Georgia" w:hAnsi="Georgia"/>
          <w:b w:val="0"/>
          <w:i w:val="0"/>
          <w:color w:val="22201D"/>
          <w:sz w:val="20"/>
        </w:rPr>
        <w:t>No one asked how that worked.</w:t>
      </w:r>
    </w:p>
    <w:p>
      <w:pPr>
        <w:spacing w:after="60" w:line="266" w:lineRule="auto"/>
        <w:ind w:firstLine="331"/>
        <w:jc w:val="both"/>
      </w:pPr>
      <w:r>
        <w:rPr>
          <w:rFonts w:ascii="Georgia" w:hAnsi="Georgia"/>
          <w:b w:val="0"/>
          <w:i w:val="0"/>
          <w:color w:val="22201D"/>
          <w:sz w:val="20"/>
        </w:rPr>
        <w:t>The chapter did not need it.</w:t>
      </w:r>
    </w:p>
    <w:p>
      <w:pPr>
        <w:spacing w:after="60" w:line="266" w:lineRule="auto"/>
        <w:ind w:firstLine="331"/>
        <w:jc w:val="both"/>
      </w:pPr>
      <w:r>
        <w:rPr>
          <w:rFonts w:ascii="Georgia" w:hAnsi="Georgia"/>
          <w:b w:val="0"/>
          <w:i w:val="0"/>
          <w:color w:val="22201D"/>
          <w:sz w:val="20"/>
        </w:rPr>
        <w:t>They returned to the van through the loading zone with two minutes left.</w:t>
      </w:r>
    </w:p>
    <w:p>
      <w:pPr>
        <w:spacing w:after="60" w:line="266" w:lineRule="auto"/>
        <w:ind w:firstLine="331"/>
        <w:jc w:val="both"/>
      </w:pPr>
      <w:r>
        <w:rPr>
          <w:rFonts w:ascii="Georgia" w:hAnsi="Georgia"/>
          <w:b w:val="0"/>
          <w:i w:val="0"/>
          <w:color w:val="22201D"/>
          <w:sz w:val="20"/>
        </w:rPr>
        <w:t>Gerald noticed.</w:t>
      </w:r>
    </w:p>
    <w:p>
      <w:pPr>
        <w:spacing w:after="60" w:line="266" w:lineRule="auto"/>
        <w:ind w:firstLine="331"/>
        <w:jc w:val="both"/>
      </w:pPr>
      <w:r>
        <w:rPr>
          <w:rFonts w:ascii="Georgia" w:hAnsi="Georgia"/>
          <w:b w:val="0"/>
          <w:i w:val="0"/>
          <w:color w:val="22201D"/>
          <w:sz w:val="20"/>
        </w:rPr>
        <w:t>"Good timing."</w:t>
      </w:r>
    </w:p>
    <w:p>
      <w:pPr>
        <w:spacing w:after="60" w:line="266" w:lineRule="auto"/>
        <w:ind w:firstLine="331"/>
        <w:jc w:val="both"/>
      </w:pPr>
      <w:r>
        <w:rPr>
          <w:rFonts w:ascii="Georgia" w:hAnsi="Georgia"/>
          <w:b w:val="0"/>
          <w:i w:val="0"/>
          <w:color w:val="22201D"/>
          <w:sz w:val="20"/>
        </w:rPr>
        <w:t>The map slid out as soon as Flocc opened the passenger door.</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DROP TICKET.</w:t>
      </w:r>
    </w:p>
    <w:p>
      <w:pPr>
        <w:spacing w:after="60" w:line="266" w:lineRule="auto"/>
        <w:ind w:firstLine="331"/>
        <w:jc w:val="both"/>
      </w:pPr>
      <w:r>
        <w:rPr>
          <w:rFonts w:ascii="Georgia" w:hAnsi="Georgia"/>
          <w:b w:val="0"/>
          <w:i w:val="0"/>
          <w:color w:val="22201D"/>
          <w:sz w:val="20"/>
        </w:rPr>
        <w:t>Flocc placed the route half of the drop ticket beside the map note and fuel receipt.</w:t>
      </w:r>
    </w:p>
    <w:p>
      <w:pPr>
        <w:spacing w:after="60" w:line="266" w:lineRule="auto"/>
        <w:ind w:firstLine="331"/>
        <w:jc w:val="both"/>
      </w:pPr>
      <w:r>
        <w:rPr>
          <w:rFonts w:ascii="Georgia" w:hAnsi="Georgia"/>
          <w:b w:val="0"/>
          <w:i w:val="0"/>
          <w:color w:val="22201D"/>
          <w:sz w:val="20"/>
        </w:rPr>
        <w:t>The three documents touched.</w:t>
      </w:r>
    </w:p>
    <w:p>
      <w:pPr>
        <w:spacing w:after="60" w:line="266" w:lineRule="auto"/>
        <w:ind w:firstLine="331"/>
        <w:jc w:val="both"/>
      </w:pPr>
      <w:r>
        <w:rPr>
          <w:rFonts w:ascii="Georgia" w:hAnsi="Georgia"/>
          <w:b w:val="0"/>
          <w:i w:val="0"/>
          <w:color w:val="22201D"/>
          <w:sz w:val="20"/>
        </w:rPr>
        <w:t>They did not combine.</w:t>
      </w:r>
    </w:p>
    <w:p>
      <w:pPr>
        <w:spacing w:after="60" w:line="266" w:lineRule="auto"/>
        <w:ind w:firstLine="331"/>
        <w:jc w:val="both"/>
      </w:pPr>
      <w:r>
        <w:rPr>
          <w:rFonts w:ascii="Georgia" w:hAnsi="Georgia"/>
          <w:b w:val="0"/>
          <w:i w:val="0"/>
          <w:color w:val="22201D"/>
          <w:sz w:val="20"/>
        </w:rPr>
        <w:t>The glove compartment closed with less attitude than usual.</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Drop completed. Recipient: Mrs. Alvarez. Delivery arrived anyway. Soup remained unopened. Sauce pressure active.</w:t>
      </w:r>
    </w:p>
    <w:p>
      <w:pPr>
        <w:spacing w:after="60" w:line="266" w:lineRule="auto"/>
        <w:ind w:firstLine="331"/>
        <w:jc w:val="both"/>
      </w:pPr>
      <w:r>
        <w:rPr>
          <w:rFonts w:ascii="Georgia" w:hAnsi="Georgia"/>
          <w:b w:val="0"/>
          <w:i w:val="0"/>
          <w:color w:val="22201D"/>
          <w:sz w:val="20"/>
        </w:rPr>
        <w:t>Nico climbed into the back seat.</w:t>
      </w:r>
    </w:p>
    <w:p>
      <w:pPr>
        <w:spacing w:after="60" w:line="266" w:lineRule="auto"/>
        <w:ind w:firstLine="331"/>
        <w:jc w:val="both"/>
      </w:pPr>
      <w:r>
        <w:rPr>
          <w:rFonts w:ascii="Georgia" w:hAnsi="Georgia"/>
          <w:b w:val="0"/>
          <w:i w:val="0"/>
          <w:color w:val="22201D"/>
          <w:sz w:val="20"/>
        </w:rPr>
        <w:t>"I liked Mrs. Alvarez."</w:t>
      </w:r>
    </w:p>
    <w:p>
      <w:pPr>
        <w:spacing w:after="60" w:line="266" w:lineRule="auto"/>
        <w:ind w:firstLine="331"/>
        <w:jc w:val="both"/>
      </w:pPr>
      <w:r>
        <w:rPr>
          <w:rFonts w:ascii="Georgia" w:hAnsi="Georgia"/>
          <w:b w:val="0"/>
          <w:i w:val="0"/>
          <w:color w:val="22201D"/>
          <w:sz w:val="20"/>
        </w:rPr>
        <w:t>Gerald said, "She maintained a clear counter."</w:t>
      </w:r>
    </w:p>
    <w:p>
      <w:pPr>
        <w:spacing w:after="60" w:line="266" w:lineRule="auto"/>
        <w:ind w:firstLine="331"/>
        <w:jc w:val="both"/>
      </w:pPr>
      <w:r>
        <w:rPr>
          <w:rFonts w:ascii="Georgia" w:hAnsi="Georgia"/>
          <w:b w:val="0"/>
          <w:i w:val="0"/>
          <w:color w:val="22201D"/>
          <w:sz w:val="20"/>
        </w:rPr>
        <w:t>"That is not what I meant."</w:t>
      </w:r>
    </w:p>
    <w:p>
      <w:pPr>
        <w:spacing w:after="60" w:line="266" w:lineRule="auto"/>
        <w:ind w:firstLine="331"/>
        <w:jc w:val="both"/>
      </w:pPr>
      <w:r>
        <w:rPr>
          <w:rFonts w:ascii="Georgia" w:hAnsi="Georgia"/>
          <w:b w:val="0"/>
          <w:i w:val="0"/>
          <w:color w:val="22201D"/>
          <w:sz w:val="20"/>
        </w:rPr>
        <w:t>"It is why you could like her safely."</w:t>
      </w:r>
    </w:p>
    <w:p>
      <w:pPr>
        <w:spacing w:after="60" w:line="266" w:lineRule="auto"/>
        <w:ind w:firstLine="331"/>
        <w:jc w:val="both"/>
      </w:pPr>
      <w:r>
        <w:rPr>
          <w:rFonts w:ascii="Georgia" w:hAnsi="Georgia"/>
          <w:b w:val="0"/>
          <w:i w:val="0"/>
          <w:color w:val="22201D"/>
          <w:sz w:val="20"/>
        </w:rPr>
        <w:t>The van started.</w:t>
      </w:r>
    </w:p>
    <w:p>
      <w:pPr>
        <w:spacing w:after="60" w:line="266" w:lineRule="auto"/>
        <w:ind w:firstLine="331"/>
        <w:jc w:val="both"/>
      </w:pPr>
      <w:r>
        <w:rPr>
          <w:rFonts w:ascii="Georgia" w:hAnsi="Georgia"/>
          <w:b w:val="0"/>
          <w:i w:val="0"/>
          <w:color w:val="22201D"/>
          <w:sz w:val="20"/>
        </w:rPr>
        <w:t>Bob looked at the road.</w:t>
      </w:r>
    </w:p>
    <w:p>
      <w:pPr>
        <w:spacing w:after="60" w:line="266" w:lineRule="auto"/>
        <w:ind w:firstLine="331"/>
        <w:jc w:val="both"/>
      </w:pPr>
      <w:r>
        <w:rPr>
          <w:rFonts w:ascii="Georgia" w:hAnsi="Georgia"/>
          <w:b w:val="0"/>
          <w:i w:val="0"/>
          <w:color w:val="22201D"/>
          <w:sz w:val="20"/>
        </w:rPr>
        <w:t>Flocc looked once at the alteration shop window.</w:t>
      </w:r>
    </w:p>
    <w:p>
      <w:pPr>
        <w:spacing w:after="60" w:line="266" w:lineRule="auto"/>
        <w:ind w:firstLine="331"/>
        <w:jc w:val="both"/>
      </w:pPr>
      <w:r>
        <w:rPr>
          <w:rFonts w:ascii="Georgia" w:hAnsi="Georgia"/>
          <w:b w:val="0"/>
          <w:i w:val="0"/>
          <w:color w:val="22201D"/>
          <w:sz w:val="20"/>
        </w:rPr>
        <w:t>Mrs. Alvarez had turned the sign from HEMS WHILE YOU WAIT to:</w:t>
      </w:r>
    </w:p>
    <w:p>
      <w:pPr>
        <w:spacing w:after="60" w:line="250" w:lineRule="auto"/>
        <w:ind w:left="202" w:right="173"/>
      </w:pPr>
      <w:r>
        <w:rPr>
          <w:rFonts w:ascii="Georgia" w:hAnsi="Georgia"/>
          <w:b w:val="0"/>
          <w:i w:val="0"/>
          <w:color w:val="22201D"/>
          <w:sz w:val="17"/>
        </w:rPr>
        <w:t>SOUP WHEN IT IS READY</w:t>
      </w:r>
    </w:p>
    <w:p>
      <w:pPr>
        <w:spacing w:after="60" w:line="266" w:lineRule="auto"/>
        <w:ind w:firstLine="331"/>
        <w:jc w:val="both"/>
      </w:pPr>
      <w:r>
        <w:rPr>
          <w:rFonts w:ascii="Georgia" w:hAnsi="Georgia"/>
          <w:b w:val="0"/>
          <w:i w:val="0"/>
          <w:color w:val="22201D"/>
          <w:sz w:val="20"/>
        </w:rPr>
        <w:t>No one waved.</w:t>
      </w:r>
    </w:p>
    <w:p>
      <w:pPr>
        <w:spacing w:after="60" w:line="266" w:lineRule="auto"/>
        <w:ind w:firstLine="331"/>
        <w:jc w:val="both"/>
      </w:pPr>
      <w:r>
        <w:rPr>
          <w:rFonts w:ascii="Georgia" w:hAnsi="Georgia"/>
          <w:b w:val="0"/>
          <w:i w:val="0"/>
          <w:color w:val="22201D"/>
          <w:sz w:val="20"/>
        </w:rPr>
        <w:t>That helped.</w:t>
      </w:r>
    </w:p>
    <w:p>
      <w:pPr>
        <w:spacing w:after="60" w:line="266" w:lineRule="auto"/>
        <w:ind w:firstLine="331"/>
        <w:jc w:val="both"/>
      </w:pPr>
      <w:r>
        <w:rPr>
          <w:rFonts w:ascii="Georgia" w:hAnsi="Georgia"/>
          <w:b w:val="0"/>
          <w:i w:val="0"/>
          <w:color w:val="22201D"/>
          <w:sz w:val="20"/>
        </w:rPr>
        <w:t>The route line bent away from Lents.</w:t>
      </w:r>
    </w:p>
    <w:p>
      <w:pPr>
        <w:spacing w:after="60" w:line="266" w:lineRule="auto"/>
        <w:ind w:firstLine="331"/>
        <w:jc w:val="both"/>
      </w:pPr>
      <w:r>
        <w:rPr>
          <w:rFonts w:ascii="Georgia" w:hAnsi="Georgia"/>
          <w:b w:val="0"/>
          <w:i w:val="0"/>
          <w:color w:val="22201D"/>
          <w:sz w:val="20"/>
        </w:rPr>
        <w:t>The smell of Smoke Plum Morita remained in the van, stronger now, not as food yet, not as answer, but as the next honest thing.</w:t>
      </w:r>
    </w:p>
    <w:p>
      <w:pPr>
        <w:spacing w:after="60" w:line="266" w:lineRule="auto"/>
        <w:ind w:firstLine="331"/>
        <w:jc w:val="both"/>
      </w:pPr>
      <w:r>
        <w:rPr>
          <w:rFonts w:ascii="Georgia" w:hAnsi="Georgia"/>
          <w:b w:val="0"/>
          <w:i w:val="0"/>
          <w:color w:val="22201D"/>
          <w:sz w:val="20"/>
        </w:rPr>
        <w:t>Flocc asked, "What needs to be carried next?"</w:t>
      </w:r>
    </w:p>
    <w:p>
      <w:pPr>
        <w:spacing w:after="60" w:line="266" w:lineRule="auto"/>
        <w:ind w:firstLine="331"/>
        <w:jc w:val="both"/>
      </w:pPr>
      <w:r>
        <w:rPr>
          <w:rFonts w:ascii="Georgia" w:hAnsi="Georgia"/>
          <w:b w:val="0"/>
          <w:i w:val="0"/>
          <w:color w:val="22201D"/>
          <w:sz w:val="20"/>
        </w:rPr>
        <w:t>Bob said, "Truth."</w:t>
      </w:r>
    </w:p>
    <w:p>
      <w:pPr>
        <w:spacing w:after="60" w:line="266" w:lineRule="auto"/>
        <w:ind w:firstLine="331"/>
        <w:jc w:val="both"/>
      </w:pPr>
      <w:r>
        <w:rPr>
          <w:rFonts w:ascii="Georgia" w:hAnsi="Georgia"/>
          <w:b w:val="0"/>
          <w:i w:val="0"/>
          <w:color w:val="22201D"/>
          <w:sz w:val="20"/>
        </w:rPr>
        <w:t>Nico said, "Can someone else lift it?"</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CHAPTER FIVE WILL ADVISE.</w:t>
      </w:r>
    </w:p>
    <w:p>
      <w:pPr>
        <w:spacing w:after="60" w:line="266" w:lineRule="auto"/>
        <w:ind w:firstLine="331"/>
        <w:jc w:val="both"/>
      </w:pPr>
      <w:r>
        <w:rPr>
          <w:rFonts w:ascii="Georgia" w:hAnsi="Georgia"/>
          <w:b w:val="0"/>
          <w:i w:val="0"/>
          <w:color w:val="22201D"/>
          <w:sz w:val="20"/>
        </w:rPr>
        <w:t>The van moved on.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Smoke Plum Morita</w:t>
      </w:r>
    </w:p>
    <w:p>
      <w:pPr>
        <w:spacing w:after="60" w:line="266" w:lineRule="auto"/>
        <w:ind w:firstLine="0"/>
        <w:jc w:val="both"/>
      </w:pPr>
      <w:r>
        <w:rPr>
          <w:rFonts w:ascii="Georgia" w:hAnsi="Georgia"/>
          <w:b w:val="0"/>
          <w:i w:val="0"/>
          <w:color w:val="22201D"/>
          <w:sz w:val="20"/>
        </w:rPr>
        <w:t>In which road food tells the truth before anyone is ready, the sauce label refuses stunt heat, and smoke proves where sweetness has survived travel.</w:t>
      </w:r>
    </w:p>
    <w:p>
      <w:pPr>
        <w:spacing w:after="60" w:line="266" w:lineRule="auto"/>
        <w:ind w:firstLine="331"/>
        <w:jc w:val="both"/>
      </w:pPr>
      <w:r>
        <w:rPr>
          <w:rFonts w:ascii="Georgia" w:hAnsi="Georgia"/>
          <w:b w:val="0"/>
          <w:i w:val="0"/>
          <w:color w:val="22201D"/>
          <w:sz w:val="20"/>
        </w:rPr>
        <w:t>The truth rode in the van before anyone named it.</w:t>
      </w:r>
    </w:p>
    <w:p>
      <w:pPr>
        <w:spacing w:after="60" w:line="266" w:lineRule="auto"/>
        <w:ind w:firstLine="331"/>
        <w:jc w:val="both"/>
      </w:pPr>
      <w:r>
        <w:rPr>
          <w:rFonts w:ascii="Georgia" w:hAnsi="Georgia"/>
          <w:b w:val="0"/>
          <w:i w:val="0"/>
          <w:color w:val="22201D"/>
          <w:sz w:val="20"/>
        </w:rPr>
        <w:t>This was poor cargo practice.</w:t>
      </w:r>
    </w:p>
    <w:p>
      <w:pPr>
        <w:spacing w:after="60" w:line="266" w:lineRule="auto"/>
        <w:ind w:firstLine="331"/>
        <w:jc w:val="both"/>
      </w:pPr>
      <w:r>
        <w:rPr>
          <w:rFonts w:ascii="Georgia" w:hAnsi="Georgia"/>
          <w:b w:val="0"/>
          <w:i w:val="0"/>
          <w:color w:val="22201D"/>
          <w:sz w:val="20"/>
        </w:rPr>
        <w:t>Gerald said so.</w:t>
      </w:r>
    </w:p>
    <w:p>
      <w:pPr>
        <w:spacing w:after="60" w:line="266" w:lineRule="auto"/>
        <w:ind w:firstLine="331"/>
        <w:jc w:val="both"/>
      </w:pPr>
      <w:r>
        <w:rPr>
          <w:rFonts w:ascii="Georgia" w:hAnsi="Georgia"/>
          <w:b w:val="0"/>
          <w:i w:val="0"/>
          <w:color w:val="22201D"/>
          <w:sz w:val="20"/>
        </w:rPr>
        <w:t>"Unlabeled scent."</w:t>
      </w:r>
    </w:p>
    <w:p>
      <w:pPr>
        <w:spacing w:after="60" w:line="266" w:lineRule="auto"/>
        <w:ind w:firstLine="331"/>
        <w:jc w:val="both"/>
      </w:pPr>
      <w:r>
        <w:rPr>
          <w:rFonts w:ascii="Georgia" w:hAnsi="Georgia"/>
          <w:b w:val="0"/>
          <w:i w:val="0"/>
          <w:color w:val="22201D"/>
          <w:sz w:val="20"/>
        </w:rPr>
        <w:t>Bob drove.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LABEL PENDING.</w:t>
      </w:r>
    </w:p>
    <w:p>
      <w:pPr>
        <w:spacing w:after="60" w:line="266" w:lineRule="auto"/>
        <w:ind w:firstLine="331"/>
        <w:jc w:val="both"/>
      </w:pPr>
      <w:r>
        <w:rPr>
          <w:rFonts w:ascii="Georgia" w:hAnsi="Georgia"/>
          <w:b w:val="0"/>
          <w:i w:val="0"/>
          <w:color w:val="22201D"/>
          <w:sz w:val="20"/>
        </w:rPr>
        <w:t>"Pending is not labeling."</w:t>
      </w:r>
    </w:p>
    <w:p>
      <w:pPr>
        <w:spacing w:after="60" w:line="250" w:lineRule="auto"/>
        <w:ind w:left="202" w:right="173"/>
      </w:pPr>
      <w:r>
        <w:rPr>
          <w:rFonts w:ascii="Georgia" w:hAnsi="Georgia"/>
          <w:b w:val="0"/>
          <w:i w:val="0"/>
          <w:color w:val="22201D"/>
          <w:sz w:val="17"/>
        </w:rPr>
        <w:t>ACCURATE.</w:t>
      </w:r>
    </w:p>
    <w:p>
      <w:pPr>
        <w:spacing w:after="60" w:line="266" w:lineRule="auto"/>
        <w:ind w:firstLine="331"/>
        <w:jc w:val="both"/>
      </w:pPr>
      <w:r>
        <w:rPr>
          <w:rFonts w:ascii="Georgia" w:hAnsi="Georgia"/>
          <w:b w:val="0"/>
          <w:i w:val="0"/>
          <w:color w:val="22201D"/>
          <w:sz w:val="20"/>
        </w:rPr>
        <w:t>Gerald disliked being supported by paper because it made the paper harder to dismiss.</w:t>
      </w:r>
    </w:p>
    <w:p>
      <w:pPr>
        <w:spacing w:after="60" w:line="266" w:lineRule="auto"/>
        <w:ind w:firstLine="331"/>
        <w:jc w:val="both"/>
      </w:pPr>
      <w:r>
        <w:rPr>
          <w:rFonts w:ascii="Georgia" w:hAnsi="Georgia"/>
          <w:b w:val="0"/>
          <w:i w:val="0"/>
          <w:color w:val="22201D"/>
          <w:sz w:val="20"/>
        </w:rPr>
        <w:t>The smell had grown since Lents. It no longer behaved like a background note from Mrs. Alvarez's soup carrier. It moved through the van in layers: first smoke, then dark fruit, then a dried-chile warmth that did not attack the nose so much as find it and ask whether it had been paying attention.</w:t>
      </w:r>
    </w:p>
    <w:p>
      <w:pPr>
        <w:spacing w:after="60" w:line="266" w:lineRule="auto"/>
        <w:ind w:firstLine="331"/>
        <w:jc w:val="both"/>
      </w:pPr>
      <w:r>
        <w:rPr>
          <w:rFonts w:ascii="Georgia" w:hAnsi="Georgia"/>
          <w:b w:val="0"/>
          <w:i w:val="0"/>
          <w:color w:val="22201D"/>
          <w:sz w:val="20"/>
        </w:rPr>
        <w:t>Nico opened the side window one inch.</w:t>
      </w:r>
    </w:p>
    <w:p>
      <w:pPr>
        <w:spacing w:after="60" w:line="266" w:lineRule="auto"/>
        <w:ind w:firstLine="331"/>
        <w:jc w:val="both"/>
      </w:pPr>
      <w:r>
        <w:rPr>
          <w:rFonts w:ascii="Georgia" w:hAnsi="Georgia"/>
          <w:b w:val="0"/>
          <w:i w:val="0"/>
          <w:color w:val="22201D"/>
          <w:sz w:val="20"/>
        </w:rPr>
        <w:t>Gerald closed it.</w:t>
      </w:r>
    </w:p>
    <w:p>
      <w:pPr>
        <w:spacing w:after="60" w:line="266" w:lineRule="auto"/>
        <w:ind w:firstLine="331"/>
        <w:jc w:val="both"/>
      </w:pPr>
      <w:r>
        <w:rPr>
          <w:rFonts w:ascii="Georgia" w:hAnsi="Georgia"/>
          <w:b w:val="0"/>
          <w:i w:val="0"/>
          <w:color w:val="22201D"/>
          <w:sz w:val="20"/>
        </w:rPr>
        <w:t>"Temperature control."</w:t>
      </w:r>
    </w:p>
    <w:p>
      <w:pPr>
        <w:spacing w:after="60" w:line="266" w:lineRule="auto"/>
        <w:ind w:firstLine="331"/>
        <w:jc w:val="both"/>
      </w:pPr>
      <w:r>
        <w:rPr>
          <w:rFonts w:ascii="Georgia" w:hAnsi="Georgia"/>
          <w:b w:val="0"/>
          <w:i w:val="0"/>
          <w:color w:val="22201D"/>
          <w:sz w:val="20"/>
        </w:rPr>
        <w:t>"My temperature is controlled by panic."</w:t>
      </w:r>
    </w:p>
    <w:p>
      <w:pPr>
        <w:spacing w:after="60" w:line="266" w:lineRule="auto"/>
        <w:ind w:firstLine="331"/>
        <w:jc w:val="both"/>
      </w:pPr>
      <w:r>
        <w:rPr>
          <w:rFonts w:ascii="Georgia" w:hAnsi="Georgia"/>
          <w:b w:val="0"/>
          <w:i w:val="0"/>
          <w:color w:val="22201D"/>
          <w:sz w:val="20"/>
        </w:rPr>
        <w:t>"Not relevant to cargo."</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Sauce pressure active. Passenger response: avoidant ventilation.</w:t>
      </w:r>
    </w:p>
    <w:p>
      <w:pPr>
        <w:spacing w:after="60" w:line="266" w:lineRule="auto"/>
        <w:ind w:firstLine="331"/>
        <w:jc w:val="both"/>
      </w:pPr>
      <w:r>
        <w:rPr>
          <w:rFonts w:ascii="Georgia" w:hAnsi="Georgia"/>
          <w:b w:val="0"/>
          <w:i w:val="0"/>
          <w:color w:val="22201D"/>
          <w:sz w:val="20"/>
        </w:rPr>
        <w:t>Nico pointed at him.</w:t>
      </w:r>
    </w:p>
    <w:p>
      <w:pPr>
        <w:spacing w:after="60" w:line="266" w:lineRule="auto"/>
        <w:ind w:firstLine="331"/>
        <w:jc w:val="both"/>
      </w:pPr>
      <w:r>
        <w:rPr>
          <w:rFonts w:ascii="Georgia" w:hAnsi="Georgia"/>
          <w:b w:val="0"/>
          <w:i w:val="0"/>
          <w:color w:val="22201D"/>
          <w:sz w:val="20"/>
        </w:rPr>
        <w:t>"That is not a neutral record."</w:t>
      </w:r>
    </w:p>
    <w:p>
      <w:pPr>
        <w:spacing w:after="60" w:line="266" w:lineRule="auto"/>
        <w:ind w:firstLine="331"/>
        <w:jc w:val="both"/>
      </w:pPr>
      <w:r>
        <w:rPr>
          <w:rFonts w:ascii="Georgia" w:hAnsi="Georgia"/>
          <w:b w:val="0"/>
          <w:i w:val="0"/>
          <w:color w:val="22201D"/>
          <w:sz w:val="20"/>
        </w:rPr>
        <w:t>"It is accurate."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ACCURATE IS NOT NEUTRAL.</w:t>
      </w:r>
    </w:p>
    <w:p>
      <w:pPr>
        <w:spacing w:after="60" w:line="266" w:lineRule="auto"/>
        <w:ind w:firstLine="331"/>
        <w:jc w:val="both"/>
      </w:pPr>
      <w:r>
        <w:rPr>
          <w:rFonts w:ascii="Georgia" w:hAnsi="Georgia"/>
          <w:b w:val="0"/>
          <w:i w:val="0"/>
          <w:color w:val="22201D"/>
          <w:sz w:val="20"/>
        </w:rPr>
        <w:t>Bob said, "Good."</w:t>
      </w:r>
    </w:p>
    <w:p>
      <w:pPr>
        <w:spacing w:after="60" w:line="266" w:lineRule="auto"/>
        <w:ind w:firstLine="331"/>
        <w:jc w:val="both"/>
      </w:pPr>
      <w:r>
        <w:rPr>
          <w:rFonts w:ascii="Georgia" w:hAnsi="Georgia"/>
          <w:b w:val="0"/>
          <w:i w:val="0"/>
          <w:color w:val="22201D"/>
          <w:sz w:val="20"/>
        </w:rPr>
        <w:t>Flocc held the empty red fuel can steady with one shoe and looked at the glove compartment. Inside were three flat documents: map note, fuel receipt, drop ticket. None of them had combined. None of them had vanished. The route did not reward progress by removing evidence.</w:t>
      </w:r>
    </w:p>
    <w:p>
      <w:pPr>
        <w:spacing w:after="60" w:line="266" w:lineRule="auto"/>
        <w:ind w:firstLine="331"/>
        <w:jc w:val="both"/>
      </w:pPr>
      <w:r>
        <w:rPr>
          <w:rFonts w:ascii="Georgia" w:hAnsi="Georgia"/>
          <w:b w:val="0"/>
          <w:i w:val="0"/>
          <w:color w:val="22201D"/>
          <w:sz w:val="20"/>
        </w:rPr>
        <w:t>The smell asked for a fourth document.</w:t>
      </w:r>
    </w:p>
    <w:p>
      <w:pPr>
        <w:spacing w:after="60" w:line="266" w:lineRule="auto"/>
        <w:ind w:firstLine="331"/>
        <w:jc w:val="both"/>
      </w:pPr>
      <w:r>
        <w:rPr>
          <w:rFonts w:ascii="Georgia" w:hAnsi="Georgia"/>
          <w:b w:val="0"/>
          <w:i w:val="0"/>
          <w:color w:val="22201D"/>
          <w:sz w:val="20"/>
        </w:rPr>
        <w:t>Not in words.</w:t>
      </w:r>
    </w:p>
    <w:p>
      <w:pPr>
        <w:spacing w:after="60" w:line="266" w:lineRule="auto"/>
        <w:ind w:firstLine="331"/>
        <w:jc w:val="both"/>
      </w:pPr>
      <w:r>
        <w:rPr>
          <w:rFonts w:ascii="Georgia" w:hAnsi="Georgia"/>
          <w:b w:val="0"/>
          <w:i w:val="0"/>
          <w:color w:val="22201D"/>
          <w:sz w:val="20"/>
        </w:rPr>
        <w:t>In appetite.</w:t>
      </w:r>
    </w:p>
    <w:p>
      <w:pPr>
        <w:spacing w:after="60" w:line="266" w:lineRule="auto"/>
        <w:ind w:firstLine="331"/>
        <w:jc w:val="both"/>
      </w:pPr>
      <w:r>
        <w:rPr>
          <w:rFonts w:ascii="Georgia" w:hAnsi="Georgia"/>
          <w:b w:val="0"/>
          <w:i w:val="0"/>
          <w:color w:val="22201D"/>
          <w:sz w:val="20"/>
        </w:rPr>
        <w:t>This was worse.</w:t>
      </w:r>
    </w:p>
    <w:p>
      <w:pPr>
        <w:spacing w:after="60" w:line="266" w:lineRule="auto"/>
        <w:ind w:firstLine="331"/>
        <w:jc w:val="both"/>
      </w:pPr>
      <w:r>
        <w:rPr>
          <w:rFonts w:ascii="Georgia" w:hAnsi="Georgia"/>
          <w:b w:val="0"/>
          <w:i w:val="0"/>
          <w:color w:val="22201D"/>
          <w:sz w:val="20"/>
        </w:rPr>
        <w:t>"Do we open the soup now?" Flocc asked.</w:t>
      </w:r>
    </w:p>
    <w:p>
      <w:pPr>
        <w:spacing w:after="60" w:line="266" w:lineRule="auto"/>
        <w:ind w:firstLine="331"/>
        <w:jc w:val="both"/>
      </w:pPr>
      <w:r>
        <w:rPr>
          <w:rFonts w:ascii="Georgia" w:hAnsi="Georgia"/>
          <w:b w:val="0"/>
          <w:i w:val="0"/>
          <w:color w:val="22201D"/>
          <w:sz w:val="20"/>
        </w:rPr>
        <w:t>Bob said, "No."</w:t>
      </w:r>
    </w:p>
    <w:p>
      <w:pPr>
        <w:spacing w:after="60" w:line="266" w:lineRule="auto"/>
        <w:ind w:firstLine="331"/>
        <w:jc w:val="both"/>
      </w:pPr>
      <w:r>
        <w:rPr>
          <w:rFonts w:ascii="Georgia" w:hAnsi="Georgia"/>
          <w:b w:val="0"/>
          <w:i w:val="0"/>
          <w:color w:val="22201D"/>
          <w:sz w:val="20"/>
        </w:rPr>
        <w:t>"Then what is making the smell stronger?"</w:t>
      </w:r>
    </w:p>
    <w:p>
      <w:pPr>
        <w:spacing w:after="60" w:line="266" w:lineRule="auto"/>
        <w:ind w:firstLine="331"/>
        <w:jc w:val="both"/>
      </w:pPr>
      <w:r>
        <w:rPr>
          <w:rFonts w:ascii="Georgia" w:hAnsi="Georgia"/>
          <w:b w:val="0"/>
          <w:i w:val="0"/>
          <w:color w:val="22201D"/>
          <w:sz w:val="20"/>
        </w:rPr>
        <w:t>"Truth."</w:t>
      </w:r>
    </w:p>
    <w:p>
      <w:pPr>
        <w:spacing w:after="60" w:line="266" w:lineRule="auto"/>
        <w:ind w:firstLine="331"/>
        <w:jc w:val="both"/>
      </w:pPr>
      <w:r>
        <w:rPr>
          <w:rFonts w:ascii="Georgia" w:hAnsi="Georgia"/>
          <w:b w:val="0"/>
          <w:i w:val="0"/>
          <w:color w:val="22201D"/>
          <w:sz w:val="20"/>
        </w:rPr>
        <w:t>Nico covered his face.</w:t>
      </w:r>
    </w:p>
    <w:p>
      <w:pPr>
        <w:spacing w:after="60" w:line="266" w:lineRule="auto"/>
        <w:ind w:firstLine="331"/>
        <w:jc w:val="both"/>
      </w:pPr>
      <w:r>
        <w:rPr>
          <w:rFonts w:ascii="Georgia" w:hAnsi="Georgia"/>
          <w:b w:val="0"/>
          <w:i w:val="0"/>
          <w:color w:val="22201D"/>
          <w:sz w:val="20"/>
        </w:rPr>
        <w:t>"I regret asking if someone else could lift it."</w:t>
      </w:r>
    </w:p>
    <w:p>
      <w:pPr>
        <w:spacing w:after="60" w:line="266" w:lineRule="auto"/>
        <w:ind w:firstLine="331"/>
        <w:jc w:val="both"/>
      </w:pPr>
      <w:r>
        <w:rPr>
          <w:rFonts w:ascii="Georgia" w:hAnsi="Georgia"/>
          <w:b w:val="0"/>
          <w:i w:val="0"/>
          <w:color w:val="22201D"/>
          <w:sz w:val="20"/>
        </w:rPr>
        <w:t>The van turned into a parking lot behind a shuttered grocery whose sign had lost three letters but kept the shape of all of them. The lot had a food cart at one edge, not open, not closed, but in a third state known to owners of small food businesses as dealing with something in the back.</w:t>
      </w:r>
    </w:p>
    <w:p>
      <w:pPr>
        <w:spacing w:after="60" w:line="266" w:lineRule="auto"/>
        <w:ind w:firstLine="331"/>
        <w:jc w:val="both"/>
      </w:pPr>
      <w:r>
        <w:rPr>
          <w:rFonts w:ascii="Georgia" w:hAnsi="Georgia"/>
          <w:b w:val="0"/>
          <w:i w:val="0"/>
          <w:color w:val="22201D"/>
          <w:sz w:val="20"/>
        </w:rPr>
        <w:t>The cart's painted name was:</w:t>
      </w:r>
    </w:p>
    <w:p>
      <w:pPr>
        <w:spacing w:after="60" w:line="250" w:lineRule="auto"/>
        <w:ind w:left="202" w:right="173"/>
      </w:pPr>
      <w:r>
        <w:rPr>
          <w:rFonts w:ascii="Georgia" w:hAnsi="Georgia"/>
          <w:b w:val="0"/>
          <w:i w:val="0"/>
          <w:color w:val="22201D"/>
          <w:sz w:val="17"/>
        </w:rPr>
        <w:t>ROAD SPOON</w:t>
      </w:r>
    </w:p>
    <w:p>
      <w:pPr>
        <w:spacing w:after="60" w:line="266" w:lineRule="auto"/>
        <w:ind w:firstLine="331"/>
        <w:jc w:val="both"/>
      </w:pPr>
      <w:r>
        <w:rPr>
          <w:rFonts w:ascii="Georgia" w:hAnsi="Georgia"/>
          <w:b w:val="0"/>
          <w:i w:val="0"/>
          <w:color w:val="22201D"/>
          <w:sz w:val="20"/>
        </w:rPr>
        <w:t>Under it, on a smaller board:</w:t>
      </w:r>
    </w:p>
    <w:p>
      <w:pPr>
        <w:spacing w:after="60" w:line="250" w:lineRule="auto"/>
        <w:ind w:left="202" w:right="173"/>
      </w:pPr>
      <w:r>
        <w:rPr>
          <w:rFonts w:ascii="Georgia" w:hAnsi="Georgia"/>
          <w:b w:val="0"/>
          <w:i w:val="0"/>
          <w:color w:val="22201D"/>
          <w:sz w:val="17"/>
        </w:rPr>
        <w:t>SAUCE SERVICE BY ROUTE ONLY NO STUNT HEAT</w:t>
      </w:r>
    </w:p>
    <w:p>
      <w:pPr>
        <w:spacing w:after="60" w:line="266" w:lineRule="auto"/>
        <w:ind w:firstLine="331"/>
        <w:jc w:val="both"/>
      </w:pPr>
      <w:r>
        <w:rPr>
          <w:rFonts w:ascii="Georgia" w:hAnsi="Georgia"/>
          <w:b w:val="0"/>
          <w:i w:val="0"/>
          <w:color w:val="22201D"/>
          <w:sz w:val="20"/>
        </w:rPr>
        <w:t>Gerald inspected the parking lot before Bob finished stopping.</w:t>
      </w:r>
    </w:p>
    <w:p>
      <w:pPr>
        <w:spacing w:after="60" w:line="266" w:lineRule="auto"/>
        <w:ind w:firstLine="331"/>
        <w:jc w:val="both"/>
      </w:pPr>
      <w:r>
        <w:rPr>
          <w:rFonts w:ascii="Georgia" w:hAnsi="Georgia"/>
          <w:b w:val="0"/>
          <w:i w:val="0"/>
          <w:color w:val="22201D"/>
          <w:sz w:val="20"/>
        </w:rPr>
        <w:t>"Surface uneven. Oil patch by rear tire. One milk crate near cart. Wind low. No visible fire."</w:t>
      </w:r>
    </w:p>
    <w:p>
      <w:pPr>
        <w:spacing w:after="60" w:line="266" w:lineRule="auto"/>
        <w:ind w:firstLine="331"/>
        <w:jc w:val="both"/>
      </w:pPr>
      <w:r>
        <w:rPr>
          <w:rFonts w:ascii="Georgia" w:hAnsi="Georgia"/>
          <w:b w:val="0"/>
          <w:i w:val="0"/>
          <w:color w:val="22201D"/>
          <w:sz w:val="20"/>
        </w:rPr>
        <w:t>Nico said, "Why would there be fire?"</w:t>
      </w:r>
    </w:p>
    <w:p>
      <w:pPr>
        <w:spacing w:after="60" w:line="266" w:lineRule="auto"/>
        <w:ind w:firstLine="331"/>
        <w:jc w:val="both"/>
      </w:pPr>
      <w:r>
        <w:rPr>
          <w:rFonts w:ascii="Georgia" w:hAnsi="Georgia"/>
          <w:b w:val="0"/>
          <w:i w:val="0"/>
          <w:color w:val="22201D"/>
          <w:sz w:val="20"/>
        </w:rPr>
        <w:t>The cart vent exhaled smoke.</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"Withdrawn."</w:t>
      </w:r>
    </w:p>
    <w:p>
      <w:pPr>
        <w:spacing w:after="60" w:line="266" w:lineRule="auto"/>
        <w:ind w:firstLine="331"/>
        <w:jc w:val="both"/>
      </w:pPr>
      <w:r>
        <w:rPr>
          <w:rFonts w:ascii="Georgia" w:hAnsi="Georgia"/>
          <w:b w:val="0"/>
          <w:i w:val="0"/>
          <w:color w:val="22201D"/>
          <w:sz w:val="20"/>
        </w:rPr>
        <w:t>Bob shut off the engine.</w:t>
      </w:r>
    </w:p>
    <w:p>
      <w:pPr>
        <w:spacing w:after="60" w:line="266" w:lineRule="auto"/>
        <w:ind w:firstLine="331"/>
        <w:jc w:val="both"/>
      </w:pPr>
      <w:r>
        <w:rPr>
          <w:rFonts w:ascii="Georgia" w:hAnsi="Georgia"/>
          <w:b w:val="0"/>
          <w:i w:val="0"/>
          <w:color w:val="22201D"/>
          <w:sz w:val="20"/>
        </w:rPr>
        <w:t>The glove compartment opened.</w:t>
      </w:r>
    </w:p>
    <w:p>
      <w:pPr>
        <w:spacing w:after="60" w:line="266" w:lineRule="auto"/>
        <w:ind w:firstLine="331"/>
        <w:jc w:val="both"/>
      </w:pPr>
      <w:r>
        <w:rPr>
          <w:rFonts w:ascii="Georgia" w:hAnsi="Georgia"/>
          <w:b w:val="0"/>
          <w:i w:val="0"/>
          <w:color w:val="22201D"/>
          <w:sz w:val="20"/>
        </w:rPr>
        <w:t>The drop ticket slid out and printed one new line:</w:t>
      </w:r>
    </w:p>
    <w:p>
      <w:pPr>
        <w:spacing w:after="60" w:line="250" w:lineRule="auto"/>
        <w:ind w:left="202" w:right="173"/>
      </w:pPr>
      <w:r>
        <w:rPr>
          <w:rFonts w:ascii="Georgia" w:hAnsi="Georgia"/>
          <w:b w:val="0"/>
          <w:i w:val="0"/>
          <w:color w:val="22201D"/>
          <w:sz w:val="17"/>
        </w:rPr>
        <w:t>NEXT DOCUMENT: SAUCE LABEL</w:t>
      </w:r>
    </w:p>
    <w:p>
      <w:pPr>
        <w:spacing w:after="60" w:line="266" w:lineRule="auto"/>
        <w:ind w:firstLine="331"/>
        <w:jc w:val="both"/>
      </w:pPr>
      <w:r>
        <w:rPr>
          <w:rFonts w:ascii="Georgia" w:hAnsi="Georgia"/>
          <w:b w:val="0"/>
          <w:i w:val="0"/>
          <w:color w:val="22201D"/>
          <w:sz w:val="20"/>
        </w:rPr>
        <w:t>Steve reached for the record book.</w:t>
      </w:r>
    </w:p>
    <w:p>
      <w:pPr>
        <w:spacing w:after="60" w:line="266" w:lineRule="auto"/>
        <w:ind w:firstLine="331"/>
        <w:jc w:val="both"/>
      </w:pPr>
      <w:r>
        <w:rPr>
          <w:rFonts w:ascii="Georgia" w:hAnsi="Georgia"/>
          <w:b w:val="0"/>
          <w:i w:val="0"/>
          <w:color w:val="22201D"/>
          <w:sz w:val="20"/>
        </w:rPr>
        <w:t>Bob said, "Taste first."</w:t>
      </w:r>
    </w:p>
    <w:p>
      <w:pPr>
        <w:spacing w:after="60" w:line="266" w:lineRule="auto"/>
        <w:ind w:firstLine="331"/>
        <w:jc w:val="both"/>
      </w:pPr>
      <w:r>
        <w:rPr>
          <w:rFonts w:ascii="Georgia" w:hAnsi="Georgia"/>
          <w:b w:val="0"/>
          <w:i w:val="0"/>
          <w:color w:val="22201D"/>
          <w:sz w:val="20"/>
        </w:rPr>
        <w:t>Steve froze.</w:t>
      </w:r>
    </w:p>
    <w:p>
      <w:pPr>
        <w:spacing w:after="60" w:line="266" w:lineRule="auto"/>
        <w:ind w:firstLine="331"/>
        <w:jc w:val="both"/>
      </w:pPr>
      <w:r>
        <w:rPr>
          <w:rFonts w:ascii="Georgia" w:hAnsi="Georgia"/>
          <w:b w:val="0"/>
          <w:i w:val="0"/>
          <w:color w:val="22201D"/>
          <w:sz w:val="20"/>
        </w:rPr>
        <w:t>"I am sorry?"</w:t>
      </w:r>
    </w:p>
    <w:p>
      <w:pPr>
        <w:spacing w:after="60" w:line="266" w:lineRule="auto"/>
        <w:ind w:firstLine="331"/>
        <w:jc w:val="both"/>
      </w:pPr>
      <w:r>
        <w:rPr>
          <w:rFonts w:ascii="Georgia" w:hAnsi="Georgia"/>
          <w:b w:val="0"/>
          <w:i w:val="0"/>
          <w:color w:val="22201D"/>
          <w:sz w:val="20"/>
        </w:rPr>
        <w:t>"Taste first."</w:t>
      </w:r>
    </w:p>
    <w:p>
      <w:pPr>
        <w:spacing w:after="60" w:line="266" w:lineRule="auto"/>
        <w:ind w:firstLine="331"/>
        <w:jc w:val="both"/>
      </w:pPr>
      <w:r>
        <w:rPr>
          <w:rFonts w:ascii="Georgia" w:hAnsi="Georgia"/>
          <w:b w:val="0"/>
          <w:i w:val="0"/>
          <w:color w:val="22201D"/>
          <w:sz w:val="20"/>
        </w:rPr>
        <w:t>"Before recording?"</w:t>
      </w:r>
    </w:p>
    <w:p>
      <w:pPr>
        <w:spacing w:after="60" w:line="266" w:lineRule="auto"/>
        <w:ind w:firstLine="331"/>
        <w:jc w:val="both"/>
      </w:pPr>
      <w:r>
        <w:rPr>
          <w:rFonts w:ascii="Georgia" w:hAnsi="Georgia"/>
          <w:b w:val="0"/>
          <w:i w:val="0"/>
          <w:color w:val="22201D"/>
          <w:sz w:val="20"/>
        </w:rPr>
        <w:t>"Recording after tasting is not illegal."</w:t>
      </w:r>
    </w:p>
    <w:p>
      <w:pPr>
        <w:spacing w:after="60" w:line="266" w:lineRule="auto"/>
        <w:ind w:firstLine="331"/>
        <w:jc w:val="both"/>
      </w:pPr>
      <w:r>
        <w:rPr>
          <w:rFonts w:ascii="Georgia" w:hAnsi="Georgia"/>
          <w:b w:val="0"/>
          <w:i w:val="0"/>
          <w:color w:val="22201D"/>
          <w:sz w:val="20"/>
        </w:rPr>
        <w:t>Steve looked at Gerald.</w:t>
      </w:r>
    </w:p>
    <w:p>
      <w:pPr>
        <w:spacing w:after="60" w:line="266" w:lineRule="auto"/>
        <w:ind w:firstLine="331"/>
        <w:jc w:val="both"/>
      </w:pPr>
      <w:r>
        <w:rPr>
          <w:rFonts w:ascii="Georgia" w:hAnsi="Georgia"/>
          <w:b w:val="0"/>
          <w:i w:val="0"/>
          <w:color w:val="22201D"/>
          <w:sz w:val="20"/>
        </w:rPr>
        <w:t>Gerald said, "Depends what is being tasted."</w:t>
      </w:r>
    </w:p>
    <w:p>
      <w:pPr>
        <w:spacing w:after="60" w:line="266" w:lineRule="auto"/>
        <w:ind w:firstLine="331"/>
        <w:jc w:val="both"/>
      </w:pPr>
      <w:r>
        <w:rPr>
          <w:rFonts w:ascii="Georgia" w:hAnsi="Georgia"/>
          <w:b w:val="0"/>
          <w:i w:val="0"/>
          <w:color w:val="22201D"/>
          <w:sz w:val="20"/>
        </w:rPr>
        <w:t>The cart door opened.</w:t>
      </w:r>
    </w:p>
    <w:p>
      <w:pPr>
        <w:spacing w:after="60" w:line="266" w:lineRule="auto"/>
        <w:ind w:firstLine="331"/>
        <w:jc w:val="both"/>
      </w:pPr>
      <w:r>
        <w:rPr>
          <w:rFonts w:ascii="Georgia" w:hAnsi="Georgia"/>
          <w:b w:val="0"/>
          <w:i w:val="0"/>
          <w:color w:val="22201D"/>
          <w:sz w:val="20"/>
        </w:rPr>
        <w:t>A woman stepped down backward because the step was too narrow to trust forward. She wore a black apron over a gray sweater, rubber kitchen clogs, and a bandanna tied over hair that had decided long ago not to obey steam. She had the expression of someone who had chopped onions through worse mysteries than this.</w:t>
      </w:r>
    </w:p>
    <w:p>
      <w:pPr>
        <w:spacing w:after="60" w:line="266" w:lineRule="auto"/>
        <w:ind w:firstLine="331"/>
        <w:jc w:val="both"/>
      </w:pPr>
      <w:r>
        <w:rPr>
          <w:rFonts w:ascii="Georgia" w:hAnsi="Georgia"/>
          <w:b w:val="0"/>
          <w:i w:val="0"/>
          <w:color w:val="22201D"/>
          <w:sz w:val="20"/>
        </w:rPr>
        <w:t>"Bob."</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"Talia."</w:t>
      </w:r>
    </w:p>
    <w:p>
      <w:pPr>
        <w:spacing w:after="60" w:line="266" w:lineRule="auto"/>
        <w:ind w:firstLine="331"/>
        <w:jc w:val="both"/>
      </w:pPr>
      <w:r>
        <w:rPr>
          <w:rFonts w:ascii="Georgia" w:hAnsi="Georgia"/>
          <w:b w:val="0"/>
          <w:i w:val="0"/>
          <w:color w:val="22201D"/>
          <w:sz w:val="20"/>
        </w:rPr>
        <w:t>Nico whispered, "Of course Bob knows the sauce person."</w:t>
      </w:r>
    </w:p>
    <w:p>
      <w:pPr>
        <w:spacing w:after="60" w:line="266" w:lineRule="auto"/>
        <w:ind w:firstLine="331"/>
        <w:jc w:val="both"/>
      </w:pPr>
      <w:r>
        <w:rPr>
          <w:rFonts w:ascii="Georgia" w:hAnsi="Georgia"/>
          <w:b w:val="0"/>
          <w:i w:val="0"/>
          <w:color w:val="22201D"/>
          <w:sz w:val="20"/>
        </w:rPr>
        <w:t>Talia looked at him.</w:t>
      </w:r>
    </w:p>
    <w:p>
      <w:pPr>
        <w:spacing w:after="60" w:line="266" w:lineRule="auto"/>
        <w:ind w:firstLine="331"/>
        <w:jc w:val="both"/>
      </w:pPr>
      <w:r>
        <w:rPr>
          <w:rFonts w:ascii="Georgia" w:hAnsi="Georgia"/>
          <w:b w:val="0"/>
          <w:i w:val="0"/>
          <w:color w:val="22201D"/>
          <w:sz w:val="20"/>
        </w:rPr>
        <w:t>"Bob knows people who label things correctly."</w:t>
      </w:r>
    </w:p>
    <w:p>
      <w:pPr>
        <w:spacing w:after="60" w:line="266" w:lineRule="auto"/>
        <w:ind w:firstLine="331"/>
        <w:jc w:val="both"/>
      </w:pPr>
      <w:r>
        <w:rPr>
          <w:rFonts w:ascii="Georgia" w:hAnsi="Georgia"/>
          <w:b w:val="0"/>
          <w:i w:val="0"/>
          <w:color w:val="22201D"/>
          <w:sz w:val="20"/>
        </w:rPr>
        <w:t>Nico sat up straighter.</w:t>
      </w:r>
    </w:p>
    <w:p>
      <w:pPr>
        <w:spacing w:after="60" w:line="266" w:lineRule="auto"/>
        <w:ind w:firstLine="331"/>
        <w:jc w:val="both"/>
      </w:pPr>
      <w:r>
        <w:rPr>
          <w:rFonts w:ascii="Georgia" w:hAnsi="Georgia"/>
          <w:b w:val="0"/>
          <w:i w:val="0"/>
          <w:color w:val="22201D"/>
          <w:sz w:val="20"/>
        </w:rPr>
        <w:t>"I support correct labeling."</w:t>
      </w:r>
    </w:p>
    <w:p>
      <w:pPr>
        <w:spacing w:after="60" w:line="266" w:lineRule="auto"/>
        <w:ind w:firstLine="331"/>
        <w:jc w:val="both"/>
      </w:pPr>
      <w:r>
        <w:rPr>
          <w:rFonts w:ascii="Georgia" w:hAnsi="Georgia"/>
          <w:b w:val="0"/>
          <w:i w:val="0"/>
          <w:color w:val="22201D"/>
          <w:sz w:val="20"/>
        </w:rPr>
        <w:t>"Not yet you don't."</w:t>
      </w:r>
    </w:p>
    <w:p>
      <w:pPr>
        <w:spacing w:after="60" w:line="266" w:lineRule="auto"/>
        <w:ind w:firstLine="331"/>
        <w:jc w:val="both"/>
      </w:pPr>
      <w:r>
        <w:rPr>
          <w:rFonts w:ascii="Georgia" w:hAnsi="Georgia"/>
          <w:b w:val="0"/>
          <w:i w:val="0"/>
          <w:color w:val="22201D"/>
          <w:sz w:val="20"/>
        </w:rPr>
        <w:t>She turned to Flocc.</w:t>
      </w:r>
    </w:p>
    <w:p>
      <w:pPr>
        <w:spacing w:after="60" w:line="266" w:lineRule="auto"/>
        <w:ind w:firstLine="331"/>
        <w:jc w:val="both"/>
      </w:pPr>
      <w:r>
        <w:rPr>
          <w:rFonts w:ascii="Georgia" w:hAnsi="Georgia"/>
          <w:b w:val="0"/>
          <w:i w:val="0"/>
          <w:color w:val="22201D"/>
          <w:sz w:val="20"/>
        </w:rPr>
        <w:t>"You carrying the route?"</w:t>
      </w:r>
    </w:p>
    <w:p>
      <w:pPr>
        <w:spacing w:after="60" w:line="266" w:lineRule="auto"/>
        <w:ind w:firstLine="331"/>
        <w:jc w:val="both"/>
      </w:pPr>
      <w:r>
        <w:rPr>
          <w:rFonts w:ascii="Georgia" w:hAnsi="Georgia"/>
          <w:b w:val="0"/>
          <w:i w:val="0"/>
          <w:color w:val="22201D"/>
          <w:sz w:val="20"/>
        </w:rPr>
        <w:t>Flocc looked down at the red fuel can.</w:t>
      </w:r>
    </w:p>
    <w:p>
      <w:pPr>
        <w:spacing w:after="60" w:line="266" w:lineRule="auto"/>
        <w:ind w:firstLine="331"/>
        <w:jc w:val="both"/>
      </w:pPr>
      <w:r>
        <w:rPr>
          <w:rFonts w:ascii="Georgia" w:hAnsi="Georgia"/>
          <w:b w:val="0"/>
          <w:i w:val="0"/>
          <w:color w:val="22201D"/>
          <w:sz w:val="20"/>
        </w:rPr>
        <w:t>"Part of it."</w:t>
      </w:r>
    </w:p>
    <w:p>
      <w:pPr>
        <w:spacing w:after="60" w:line="266" w:lineRule="auto"/>
        <w:ind w:firstLine="331"/>
        <w:jc w:val="both"/>
      </w:pPr>
      <w:r>
        <w:rPr>
          <w:rFonts w:ascii="Georgia" w:hAnsi="Georgia"/>
          <w:b w:val="0"/>
          <w:i w:val="0"/>
          <w:color w:val="22201D"/>
          <w:sz w:val="20"/>
        </w:rPr>
        <w:t>"Good answer. Bad posture. Bring the can."</w:t>
      </w:r>
    </w:p>
    <w:p>
      <w:pPr>
        <w:spacing w:after="60" w:line="266" w:lineRule="auto"/>
        <w:ind w:firstLine="331"/>
        <w:jc w:val="both"/>
      </w:pPr>
      <w:r>
        <w:rPr>
          <w:rFonts w:ascii="Georgia" w:hAnsi="Georgia"/>
          <w:b w:val="0"/>
          <w:i w:val="0"/>
          <w:color w:val="22201D"/>
          <w:sz w:val="20"/>
        </w:rPr>
        <w:t>Gerald said, "Empty can."</w:t>
      </w:r>
    </w:p>
    <w:p>
      <w:pPr>
        <w:spacing w:after="60" w:line="266" w:lineRule="auto"/>
        <w:ind w:firstLine="331"/>
        <w:jc w:val="both"/>
      </w:pPr>
      <w:r>
        <w:rPr>
          <w:rFonts w:ascii="Georgia" w:hAnsi="Georgia"/>
          <w:b w:val="0"/>
          <w:i w:val="0"/>
          <w:color w:val="22201D"/>
          <w:sz w:val="20"/>
        </w:rPr>
        <w:t>Talia nodded.</w:t>
      </w:r>
    </w:p>
    <w:p>
      <w:pPr>
        <w:spacing w:after="60" w:line="266" w:lineRule="auto"/>
        <w:ind w:firstLine="331"/>
        <w:jc w:val="both"/>
      </w:pPr>
      <w:r>
        <w:rPr>
          <w:rFonts w:ascii="Georgia" w:hAnsi="Georgia"/>
          <w:b w:val="0"/>
          <w:i w:val="0"/>
          <w:color w:val="22201D"/>
          <w:sz w:val="20"/>
        </w:rPr>
        <w:t>"Best kind for sauce truth."</w:t>
      </w:r>
    </w:p>
    <w:p>
      <w:pPr>
        <w:spacing w:after="60" w:line="266" w:lineRule="auto"/>
        <w:ind w:firstLine="331"/>
        <w:jc w:val="both"/>
      </w:pPr>
      <w:r>
        <w:rPr>
          <w:rFonts w:ascii="Georgia" w:hAnsi="Georgia"/>
          <w:b w:val="0"/>
          <w:i w:val="0"/>
          <w:color w:val="22201D"/>
          <w:sz w:val="20"/>
        </w:rPr>
        <w:t>Gerald did not approve this, exactly. He filed it.</w:t>
      </w:r>
    </w:p>
    <w:p>
      <w:pPr>
        <w:spacing w:after="60" w:line="266" w:lineRule="auto"/>
        <w:ind w:firstLine="331"/>
        <w:jc w:val="both"/>
      </w:pPr>
      <w:r>
        <w:rPr>
          <w:rFonts w:ascii="Georgia" w:hAnsi="Georgia"/>
          <w:b w:val="0"/>
          <w:i w:val="0"/>
          <w:color w:val="22201D"/>
          <w:sz w:val="20"/>
        </w:rPr>
        <w:t>They stepped out of the van. The smoke from the cart did not thicken. It clarified. It smelled less like burning and more like something that had survived heat and remembered the shape of it.</w:t>
      </w:r>
    </w:p>
    <w:p>
      <w:pPr>
        <w:spacing w:after="60" w:line="266" w:lineRule="auto"/>
        <w:ind w:firstLine="331"/>
        <w:jc w:val="both"/>
      </w:pPr>
      <w:r>
        <w:rPr>
          <w:rFonts w:ascii="Georgia" w:hAnsi="Georgia"/>
          <w:b w:val="0"/>
          <w:i w:val="0"/>
          <w:color w:val="22201D"/>
          <w:sz w:val="20"/>
        </w:rPr>
        <w:t>Talia opened the cart's side counter. On it sat:</w:t>
      </w:r>
    </w:p>
    <w:p>
      <w:pPr>
        <w:spacing w:after="60" w:line="250" w:lineRule="auto"/>
        <w:ind w:left="317" w:right="173"/>
      </w:pPr>
      <w:r>
        <w:rPr>
          <w:rFonts w:ascii="Georgia" w:hAnsi="Georgia"/>
          <w:b w:val="0"/>
          <w:i w:val="0"/>
          <w:color w:val="22201D"/>
          <w:sz w:val="18"/>
        </w:rPr>
        <w:t>- a small steel pot; - a jar with no label; - a stack of blank adhesive labels; - a black marker; - a basket of sample spoons; - and one plum so dark it looked almost offended by daylight.</w:t>
      </w:r>
    </w:p>
    <w:p>
      <w:pPr>
        <w:spacing w:after="60" w:line="266" w:lineRule="auto"/>
        <w:ind w:firstLine="331"/>
        <w:jc w:val="both"/>
      </w:pPr>
      <w:r>
        <w:rPr>
          <w:rFonts w:ascii="Georgia" w:hAnsi="Georgia"/>
          <w:b w:val="0"/>
          <w:i w:val="0"/>
          <w:color w:val="22201D"/>
          <w:sz w:val="20"/>
        </w:rPr>
        <w:t>The jar held sauce the color of late red, brown smoke, and the purple edge of fruit cooked past politeness.</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The map, visible through the van windshield, printed:</w:t>
      </w:r>
    </w:p>
    <w:p>
      <w:pPr>
        <w:spacing w:after="60" w:line="250" w:lineRule="auto"/>
        <w:ind w:left="202" w:right="173"/>
      </w:pPr>
      <w:r>
        <w:rPr>
          <w:rFonts w:ascii="Georgia" w:hAnsi="Georgia"/>
          <w:b w:val="0"/>
          <w:i w:val="0"/>
          <w:color w:val="22201D"/>
          <w:sz w:val="17"/>
        </w:rPr>
        <w:t>DO NOT CALL IT DELICIOUS FIRST.</w:t>
      </w:r>
    </w:p>
    <w:p>
      <w:pPr>
        <w:spacing w:after="60" w:line="266" w:lineRule="auto"/>
        <w:ind w:firstLine="331"/>
        <w:jc w:val="both"/>
      </w:pPr>
      <w:r>
        <w:rPr>
          <w:rFonts w:ascii="Georgia" w:hAnsi="Georgia"/>
          <w:b w:val="0"/>
          <w:i w:val="0"/>
          <w:color w:val="22201D"/>
          <w:sz w:val="20"/>
        </w:rPr>
        <w:t>Nico said, "I was not going to."</w:t>
      </w:r>
    </w:p>
    <w:p>
      <w:pPr>
        <w:spacing w:after="60" w:line="266" w:lineRule="auto"/>
        <w:ind w:firstLine="331"/>
        <w:jc w:val="both"/>
      </w:pPr>
      <w:r>
        <w:rPr>
          <w:rFonts w:ascii="Georgia" w:hAnsi="Georgia"/>
          <w:b w:val="0"/>
          <w:i w:val="0"/>
          <w:color w:val="22201D"/>
          <w:sz w:val="20"/>
        </w:rPr>
        <w:t>Talia said, "Yes you were."</w:t>
      </w:r>
    </w:p>
    <w:p>
      <w:pPr>
        <w:spacing w:after="60" w:line="266" w:lineRule="auto"/>
        <w:ind w:firstLine="331"/>
        <w:jc w:val="both"/>
      </w:pPr>
      <w:r>
        <w:rPr>
          <w:rFonts w:ascii="Georgia" w:hAnsi="Georgia"/>
          <w:b w:val="0"/>
          <w:i w:val="0"/>
          <w:color w:val="22201D"/>
          <w:sz w:val="20"/>
        </w:rPr>
        <w:t>Bob said, "Label."</w:t>
      </w:r>
    </w:p>
    <w:p>
      <w:pPr>
        <w:spacing w:after="60" w:line="266" w:lineRule="auto"/>
        <w:ind w:firstLine="331"/>
        <w:jc w:val="both"/>
      </w:pPr>
      <w:r>
        <w:rPr>
          <w:rFonts w:ascii="Georgia" w:hAnsi="Georgia"/>
          <w:b w:val="0"/>
          <w:i w:val="0"/>
          <w:color w:val="22201D"/>
          <w:sz w:val="20"/>
        </w:rPr>
        <w:t>"After truth."</w:t>
      </w:r>
    </w:p>
    <w:p>
      <w:pPr>
        <w:spacing w:after="60" w:line="266" w:lineRule="auto"/>
        <w:ind w:firstLine="331"/>
        <w:jc w:val="both"/>
      </w:pPr>
      <w:r>
        <w:rPr>
          <w:rFonts w:ascii="Georgia" w:hAnsi="Georgia"/>
          <w:b w:val="0"/>
          <w:i w:val="0"/>
          <w:color w:val="22201D"/>
          <w:sz w:val="20"/>
        </w:rPr>
        <w:t>Steve made a small sound.</w:t>
      </w:r>
    </w:p>
    <w:p>
      <w:pPr>
        <w:spacing w:after="60" w:line="266" w:lineRule="auto"/>
        <w:ind w:firstLine="331"/>
        <w:jc w:val="both"/>
      </w:pPr>
      <w:r>
        <w:rPr>
          <w:rFonts w:ascii="Georgia" w:hAnsi="Georgia"/>
          <w:b w:val="0"/>
          <w:i w:val="0"/>
          <w:color w:val="22201D"/>
          <w:sz w:val="20"/>
        </w:rPr>
        <w:t>Talia pointed a spoon at him.</w:t>
      </w:r>
    </w:p>
    <w:p>
      <w:pPr>
        <w:spacing w:after="60" w:line="266" w:lineRule="auto"/>
        <w:ind w:firstLine="331"/>
        <w:jc w:val="both"/>
      </w:pPr>
      <w:r>
        <w:rPr>
          <w:rFonts w:ascii="Georgia" w:hAnsi="Georgia"/>
          <w:b w:val="0"/>
          <w:i w:val="0"/>
          <w:color w:val="22201D"/>
          <w:sz w:val="20"/>
        </w:rPr>
        <w:t>"No records until your mouth stops lying for your handwriting."</w:t>
      </w:r>
    </w:p>
    <w:p>
      <w:pPr>
        <w:spacing w:after="60" w:line="266" w:lineRule="auto"/>
        <w:ind w:firstLine="331"/>
        <w:jc w:val="both"/>
      </w:pPr>
      <w:r>
        <w:rPr>
          <w:rFonts w:ascii="Georgia" w:hAnsi="Georgia"/>
          <w:b w:val="0"/>
          <w:i w:val="0"/>
          <w:color w:val="22201D"/>
          <w:sz w:val="20"/>
        </w:rPr>
        <w:t>Steve closed the record book with dignity and pain.</w:t>
      </w:r>
    </w:p>
    <w:p>
      <w:pPr>
        <w:spacing w:after="60" w:line="266" w:lineRule="auto"/>
        <w:ind w:firstLine="331"/>
        <w:jc w:val="both"/>
      </w:pPr>
      <w:r>
        <w:rPr>
          <w:rFonts w:ascii="Georgia" w:hAnsi="Georgia"/>
          <w:b w:val="0"/>
          <w:i w:val="0"/>
          <w:color w:val="22201D"/>
          <w:sz w:val="20"/>
        </w:rPr>
        <w:t>Gerald examined the spoons.</w:t>
      </w:r>
    </w:p>
    <w:p>
      <w:pPr>
        <w:spacing w:after="60" w:line="266" w:lineRule="auto"/>
        <w:ind w:firstLine="331"/>
        <w:jc w:val="both"/>
      </w:pPr>
      <w:r>
        <w:rPr>
          <w:rFonts w:ascii="Georgia" w:hAnsi="Georgia"/>
          <w:b w:val="0"/>
          <w:i w:val="0"/>
          <w:color w:val="22201D"/>
          <w:sz w:val="20"/>
        </w:rPr>
        <w:t>"Single-use?"</w:t>
      </w:r>
    </w:p>
    <w:p>
      <w:pPr>
        <w:spacing w:after="60" w:line="266" w:lineRule="auto"/>
        <w:ind w:firstLine="331"/>
        <w:jc w:val="both"/>
      </w:pPr>
      <w:r>
        <w:rPr>
          <w:rFonts w:ascii="Georgia" w:hAnsi="Georgia"/>
          <w:b w:val="0"/>
          <w:i w:val="0"/>
          <w:color w:val="22201D"/>
          <w:sz w:val="20"/>
        </w:rPr>
        <w:t>"Washed and sanitized."</w:t>
      </w:r>
    </w:p>
    <w:p>
      <w:pPr>
        <w:spacing w:after="60" w:line="266" w:lineRule="auto"/>
        <w:ind w:firstLine="331"/>
        <w:jc w:val="both"/>
      </w:pPr>
      <w:r>
        <w:rPr>
          <w:rFonts w:ascii="Georgia" w:hAnsi="Georgia"/>
          <w:b w:val="0"/>
          <w:i w:val="0"/>
          <w:color w:val="22201D"/>
          <w:sz w:val="20"/>
        </w:rPr>
        <w:t>"Visible rinse station?"</w:t>
      </w:r>
    </w:p>
    <w:p>
      <w:pPr>
        <w:spacing w:after="60" w:line="266" w:lineRule="auto"/>
        <w:ind w:firstLine="331"/>
        <w:jc w:val="both"/>
      </w:pPr>
      <w:r>
        <w:rPr>
          <w:rFonts w:ascii="Georgia" w:hAnsi="Georgia"/>
          <w:b w:val="0"/>
          <w:i w:val="0"/>
          <w:color w:val="22201D"/>
          <w:sz w:val="20"/>
        </w:rPr>
        <w:t>Talia lifted a tub from below the counter.</w:t>
      </w:r>
    </w:p>
    <w:p>
      <w:pPr>
        <w:spacing w:after="60" w:line="266" w:lineRule="auto"/>
        <w:ind w:firstLine="331"/>
        <w:jc w:val="both"/>
      </w:pPr>
      <w:r>
        <w:rPr>
          <w:rFonts w:ascii="Georgia" w:hAnsi="Georgia"/>
          <w:b w:val="0"/>
          <w:i w:val="0"/>
          <w:color w:val="22201D"/>
          <w:sz w:val="20"/>
        </w:rPr>
        <w:t>Gerald looked at it, then at her.</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"High praise in safety language."</w:t>
      </w:r>
    </w:p>
    <w:p>
      <w:pPr>
        <w:spacing w:after="60" w:line="266" w:lineRule="auto"/>
        <w:ind w:firstLine="331"/>
        <w:jc w:val="both"/>
      </w:pPr>
      <w:r>
        <w:rPr>
          <w:rFonts w:ascii="Georgia" w:hAnsi="Georgia"/>
          <w:b w:val="0"/>
          <w:i w:val="0"/>
          <w:color w:val="22201D"/>
          <w:sz w:val="20"/>
        </w:rPr>
        <w:t>"It is not praise."</w:t>
      </w:r>
    </w:p>
    <w:p>
      <w:pPr>
        <w:spacing w:after="60" w:line="266" w:lineRule="auto"/>
        <w:ind w:firstLine="331"/>
        <w:jc w:val="both"/>
      </w:pPr>
      <w:r>
        <w:rPr>
          <w:rFonts w:ascii="Georgia" w:hAnsi="Georgia"/>
          <w:b w:val="0"/>
          <w:i w:val="0"/>
          <w:color w:val="22201D"/>
          <w:sz w:val="20"/>
        </w:rPr>
        <w:t>"I know. That's why I liked it."</w:t>
      </w:r>
    </w:p>
    <w:p>
      <w:pPr>
        <w:spacing w:after="60" w:line="266" w:lineRule="auto"/>
        <w:ind w:firstLine="331"/>
        <w:jc w:val="both"/>
      </w:pPr>
      <w:r>
        <w:rPr>
          <w:rFonts w:ascii="Georgia" w:hAnsi="Georgia"/>
          <w:b w:val="0"/>
          <w:i w:val="0"/>
          <w:color w:val="22201D"/>
          <w:sz w:val="20"/>
        </w:rPr>
        <w:t>Talia dipped one spoon into the sauce and handed it to Bob.</w:t>
      </w:r>
    </w:p>
    <w:p>
      <w:pPr>
        <w:spacing w:after="60" w:line="266" w:lineRule="auto"/>
        <w:ind w:firstLine="331"/>
        <w:jc w:val="both"/>
      </w:pPr>
      <w:r>
        <w:rPr>
          <w:rFonts w:ascii="Georgia" w:hAnsi="Georgia"/>
          <w:b w:val="0"/>
          <w:i w:val="0"/>
          <w:color w:val="22201D"/>
          <w:sz w:val="20"/>
        </w:rPr>
        <w:t>Bob tasted.</w:t>
      </w:r>
    </w:p>
    <w:p>
      <w:pPr>
        <w:spacing w:after="60" w:line="266" w:lineRule="auto"/>
        <w:ind w:firstLine="331"/>
        <w:jc w:val="both"/>
      </w:pPr>
      <w:r>
        <w:rPr>
          <w:rFonts w:ascii="Georgia" w:hAnsi="Georgia"/>
          <w:b w:val="0"/>
          <w:i w:val="0"/>
          <w:color w:val="22201D"/>
          <w:sz w:val="20"/>
        </w:rPr>
        <w:t>His expression did not change.</w:t>
      </w:r>
    </w:p>
    <w:p>
      <w:pPr>
        <w:spacing w:after="60" w:line="266" w:lineRule="auto"/>
        <w:ind w:firstLine="331"/>
        <w:jc w:val="both"/>
      </w:pPr>
      <w:r>
        <w:rPr>
          <w:rFonts w:ascii="Georgia" w:hAnsi="Georgia"/>
          <w:b w:val="0"/>
          <w:i w:val="0"/>
          <w:color w:val="22201D"/>
          <w:sz w:val="20"/>
        </w:rPr>
        <w:t>This told everyone almost nothing and Talia enough.</w:t>
      </w:r>
    </w:p>
    <w:p>
      <w:pPr>
        <w:spacing w:after="60" w:line="266" w:lineRule="auto"/>
        <w:ind w:firstLine="331"/>
        <w:jc w:val="both"/>
      </w:pPr>
      <w:r>
        <w:rPr>
          <w:rFonts w:ascii="Georgia" w:hAnsi="Georgia"/>
          <w:b w:val="0"/>
          <w:i w:val="0"/>
          <w:color w:val="22201D"/>
          <w:sz w:val="20"/>
        </w:rPr>
        <w:t>She handed a spoon to Gerald.</w:t>
      </w:r>
    </w:p>
    <w:p>
      <w:pPr>
        <w:spacing w:after="60" w:line="266" w:lineRule="auto"/>
        <w:ind w:firstLine="331"/>
        <w:jc w:val="both"/>
      </w:pPr>
      <w:r>
        <w:rPr>
          <w:rFonts w:ascii="Georgia" w:hAnsi="Georgia"/>
          <w:b w:val="0"/>
          <w:i w:val="0"/>
          <w:color w:val="22201D"/>
          <w:sz w:val="20"/>
        </w:rPr>
        <w:t>Gerald tasted with the caution of a man who believed flavor should submit a safety plan.</w:t>
      </w:r>
    </w:p>
    <w:p>
      <w:pPr>
        <w:spacing w:after="60" w:line="266" w:lineRule="auto"/>
        <w:ind w:firstLine="331"/>
        <w:jc w:val="both"/>
      </w:pPr>
      <w:r>
        <w:rPr>
          <w:rFonts w:ascii="Georgia" w:hAnsi="Georgia"/>
          <w:b w:val="0"/>
          <w:i w:val="0"/>
          <w:color w:val="22201D"/>
          <w:sz w:val="20"/>
        </w:rPr>
        <w:t>He paused.</w:t>
      </w:r>
    </w:p>
    <w:p>
      <w:pPr>
        <w:spacing w:after="60" w:line="266" w:lineRule="auto"/>
        <w:ind w:firstLine="331"/>
        <w:jc w:val="both"/>
      </w:pPr>
      <w:r>
        <w:rPr>
          <w:rFonts w:ascii="Georgia" w:hAnsi="Georgia"/>
          <w:b w:val="0"/>
          <w:i w:val="0"/>
          <w:color w:val="22201D"/>
          <w:sz w:val="20"/>
        </w:rPr>
        <w:t>"Smoke present. Heat delayed. Sweetness not covering defects."</w:t>
      </w:r>
    </w:p>
    <w:p>
      <w:pPr>
        <w:spacing w:after="60" w:line="266" w:lineRule="auto"/>
        <w:ind w:firstLine="331"/>
        <w:jc w:val="both"/>
      </w:pPr>
      <w:r>
        <w:rPr>
          <w:rFonts w:ascii="Georgia" w:hAnsi="Georgia"/>
          <w:b w:val="0"/>
          <w:i w:val="0"/>
          <w:color w:val="22201D"/>
          <w:sz w:val="20"/>
        </w:rPr>
        <w:t>Talia smiled.</w:t>
      </w:r>
    </w:p>
    <w:p>
      <w:pPr>
        <w:spacing w:after="60" w:line="266" w:lineRule="auto"/>
        <w:ind w:firstLine="331"/>
        <w:jc w:val="both"/>
      </w:pPr>
      <w:r>
        <w:rPr>
          <w:rFonts w:ascii="Georgia" w:hAnsi="Georgia"/>
          <w:b w:val="0"/>
          <w:i w:val="0"/>
          <w:color w:val="22201D"/>
          <w:sz w:val="20"/>
        </w:rPr>
        <w:t>"There he is."</w:t>
      </w:r>
    </w:p>
    <w:p>
      <w:pPr>
        <w:spacing w:after="60" w:line="266" w:lineRule="auto"/>
        <w:ind w:firstLine="331"/>
        <w:jc w:val="both"/>
      </w:pPr>
      <w:r>
        <w:rPr>
          <w:rFonts w:ascii="Georgia" w:hAnsi="Georgia"/>
          <w:b w:val="0"/>
          <w:i w:val="0"/>
          <w:color w:val="22201D"/>
          <w:sz w:val="20"/>
        </w:rPr>
        <w:t>She handed one to Steve.</w:t>
      </w:r>
    </w:p>
    <w:p>
      <w:pPr>
        <w:spacing w:after="60" w:line="266" w:lineRule="auto"/>
        <w:ind w:firstLine="331"/>
        <w:jc w:val="both"/>
      </w:pPr>
      <w:r>
        <w:rPr>
          <w:rFonts w:ascii="Georgia" w:hAnsi="Georgia"/>
          <w:b w:val="0"/>
          <w:i w:val="0"/>
          <w:color w:val="22201D"/>
          <w:sz w:val="20"/>
        </w:rPr>
        <w:t>Steve tasted, then looked wounded by accuracy.</w:t>
      </w:r>
    </w:p>
    <w:p>
      <w:pPr>
        <w:spacing w:after="60" w:line="266" w:lineRule="auto"/>
        <w:ind w:firstLine="331"/>
        <w:jc w:val="both"/>
      </w:pPr>
      <w:r>
        <w:rPr>
          <w:rFonts w:ascii="Georgia" w:hAnsi="Georgia"/>
          <w:b w:val="0"/>
          <w:i w:val="0"/>
          <w:color w:val="22201D"/>
          <w:sz w:val="20"/>
        </w:rPr>
        <w:t>"It tastes like a receipt that remembers the kitchen."</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USABLE.</w:t>
      </w:r>
    </w:p>
    <w:p>
      <w:pPr>
        <w:spacing w:after="60" w:line="266" w:lineRule="auto"/>
        <w:ind w:firstLine="331"/>
        <w:jc w:val="both"/>
      </w:pPr>
      <w:r>
        <w:rPr>
          <w:rFonts w:ascii="Georgia" w:hAnsi="Georgia"/>
          <w:b w:val="0"/>
          <w:i w:val="0"/>
          <w:color w:val="22201D"/>
          <w:sz w:val="20"/>
        </w:rPr>
        <w:t>Talia handed one to Nico.</w:t>
      </w:r>
    </w:p>
    <w:p>
      <w:pPr>
        <w:spacing w:after="60" w:line="266" w:lineRule="auto"/>
        <w:ind w:firstLine="331"/>
        <w:jc w:val="both"/>
      </w:pPr>
      <w:r>
        <w:rPr>
          <w:rFonts w:ascii="Georgia" w:hAnsi="Georgia"/>
          <w:b w:val="0"/>
          <w:i w:val="0"/>
          <w:color w:val="22201D"/>
          <w:sz w:val="20"/>
        </w:rPr>
        <w:t>Nico stared at it.</w:t>
      </w:r>
    </w:p>
    <w:p>
      <w:pPr>
        <w:spacing w:after="60" w:line="266" w:lineRule="auto"/>
        <w:ind w:firstLine="331"/>
        <w:jc w:val="both"/>
      </w:pPr>
      <w:r>
        <w:rPr>
          <w:rFonts w:ascii="Georgia" w:hAnsi="Georgia"/>
          <w:b w:val="0"/>
          <w:i w:val="0"/>
          <w:color w:val="22201D"/>
          <w:sz w:val="20"/>
        </w:rPr>
        <w:t>"What happens if I say something clever?"</w:t>
      </w:r>
    </w:p>
    <w:p>
      <w:pPr>
        <w:spacing w:after="60" w:line="266" w:lineRule="auto"/>
        <w:ind w:firstLine="331"/>
        <w:jc w:val="both"/>
      </w:pPr>
      <w:r>
        <w:rPr>
          <w:rFonts w:ascii="Georgia" w:hAnsi="Georgia"/>
          <w:b w:val="0"/>
          <w:i w:val="0"/>
          <w:color w:val="22201D"/>
          <w:sz w:val="20"/>
        </w:rPr>
        <w:t>"The sauce will know you are hiding."</w:t>
      </w:r>
    </w:p>
    <w:p>
      <w:pPr>
        <w:spacing w:after="60" w:line="266" w:lineRule="auto"/>
        <w:ind w:firstLine="331"/>
        <w:jc w:val="both"/>
      </w:pPr>
      <w:r>
        <w:rPr>
          <w:rFonts w:ascii="Georgia" w:hAnsi="Georgia"/>
          <w:b w:val="0"/>
          <w:i w:val="0"/>
          <w:color w:val="22201D"/>
          <w:sz w:val="20"/>
        </w:rPr>
        <w:t>He tasted.</w:t>
      </w:r>
    </w:p>
    <w:p>
      <w:pPr>
        <w:spacing w:after="60" w:line="266" w:lineRule="auto"/>
        <w:ind w:firstLine="331"/>
        <w:jc w:val="both"/>
      </w:pPr>
      <w:r>
        <w:rPr>
          <w:rFonts w:ascii="Georgia" w:hAnsi="Georgia"/>
          <w:b w:val="0"/>
          <w:i w:val="0"/>
          <w:color w:val="22201D"/>
          <w:sz w:val="20"/>
        </w:rPr>
        <w:t>For once, his face did not go theatrical.</w:t>
      </w:r>
    </w:p>
    <w:p>
      <w:pPr>
        <w:spacing w:after="60" w:line="266" w:lineRule="auto"/>
        <w:ind w:firstLine="331"/>
        <w:jc w:val="both"/>
      </w:pPr>
      <w:r>
        <w:rPr>
          <w:rFonts w:ascii="Georgia" w:hAnsi="Georgia"/>
          <w:b w:val="0"/>
          <w:i w:val="0"/>
          <w:color w:val="22201D"/>
          <w:sz w:val="20"/>
        </w:rPr>
        <w:t>It went quiet.</w:t>
      </w:r>
    </w:p>
    <w:p>
      <w:pPr>
        <w:spacing w:after="60" w:line="266" w:lineRule="auto"/>
        <w:ind w:firstLine="331"/>
        <w:jc w:val="both"/>
      </w:pPr>
      <w:r>
        <w:rPr>
          <w:rFonts w:ascii="Georgia" w:hAnsi="Georgia"/>
          <w:b w:val="0"/>
          <w:i w:val="0"/>
          <w:color w:val="22201D"/>
          <w:sz w:val="20"/>
        </w:rPr>
        <w:t>"Oh."</w:t>
      </w:r>
    </w:p>
    <w:p>
      <w:pPr>
        <w:spacing w:after="60" w:line="266" w:lineRule="auto"/>
        <w:ind w:firstLine="331"/>
        <w:jc w:val="both"/>
      </w:pPr>
      <w:r>
        <w:rPr>
          <w:rFonts w:ascii="Georgia" w:hAnsi="Georgia"/>
          <w:b w:val="0"/>
          <w:i w:val="0"/>
          <w:color w:val="22201D"/>
          <w:sz w:val="20"/>
        </w:rPr>
        <w:t>Talia nodded.</w:t>
      </w:r>
    </w:p>
    <w:p>
      <w:pPr>
        <w:spacing w:after="60" w:line="266" w:lineRule="auto"/>
        <w:ind w:firstLine="331"/>
        <w:jc w:val="both"/>
      </w:pPr>
      <w:r>
        <w:rPr>
          <w:rFonts w:ascii="Georgia" w:hAnsi="Georgia"/>
          <w:b w:val="0"/>
          <w:i w:val="0"/>
          <w:color w:val="22201D"/>
          <w:sz w:val="20"/>
        </w:rPr>
        <w:t>"There."</w:t>
      </w:r>
    </w:p>
    <w:p>
      <w:pPr>
        <w:spacing w:after="60" w:line="266" w:lineRule="auto"/>
        <w:ind w:firstLine="331"/>
        <w:jc w:val="both"/>
      </w:pPr>
      <w:r>
        <w:rPr>
          <w:rFonts w:ascii="Georgia" w:hAnsi="Georgia"/>
          <w:b w:val="0"/>
          <w:i w:val="0"/>
          <w:color w:val="22201D"/>
          <w:sz w:val="20"/>
        </w:rPr>
        <w:t>Nico looked at the spoon.</w:t>
      </w:r>
    </w:p>
    <w:p>
      <w:pPr>
        <w:spacing w:after="60" w:line="266" w:lineRule="auto"/>
        <w:ind w:firstLine="331"/>
        <w:jc w:val="both"/>
      </w:pPr>
      <w:r>
        <w:rPr>
          <w:rFonts w:ascii="Georgia" w:hAnsi="Georgia"/>
          <w:b w:val="0"/>
          <w:i w:val="0"/>
          <w:color w:val="22201D"/>
          <w:sz w:val="20"/>
        </w:rPr>
        <w:t>"It tastes like smoke got tired of being blamed for the fire."</w:t>
      </w:r>
    </w:p>
    <w:p>
      <w:pPr>
        <w:spacing w:after="60" w:line="266" w:lineRule="auto"/>
        <w:ind w:firstLine="331"/>
        <w:jc w:val="both"/>
      </w:pPr>
      <w:r>
        <w:rPr>
          <w:rFonts w:ascii="Georgia" w:hAnsi="Georgia"/>
          <w:b w:val="0"/>
          <w:i w:val="0"/>
          <w:color w:val="22201D"/>
          <w:sz w:val="20"/>
        </w:rPr>
        <w:t>No one mocked him.</w:t>
      </w:r>
    </w:p>
    <w:p>
      <w:pPr>
        <w:spacing w:after="60" w:line="266" w:lineRule="auto"/>
        <w:ind w:firstLine="331"/>
        <w:jc w:val="both"/>
      </w:pPr>
      <w:r>
        <w:rPr>
          <w:rFonts w:ascii="Georgia" w:hAnsi="Georgia"/>
          <w:b w:val="0"/>
          <w:i w:val="0"/>
          <w:color w:val="22201D"/>
          <w:sz w:val="20"/>
        </w:rPr>
        <w:t>That made him uncomfortable.</w:t>
      </w:r>
    </w:p>
    <w:p>
      <w:pPr>
        <w:spacing w:after="60" w:line="266" w:lineRule="auto"/>
        <w:ind w:firstLine="331"/>
        <w:jc w:val="both"/>
      </w:pPr>
      <w:r>
        <w:rPr>
          <w:rFonts w:ascii="Georgia" w:hAnsi="Georgia"/>
          <w:b w:val="0"/>
          <w:i w:val="0"/>
          <w:color w:val="22201D"/>
          <w:sz w:val="20"/>
        </w:rPr>
        <w:t>Talia handed the last spoon to Flocc.</w:t>
      </w:r>
    </w:p>
    <w:p>
      <w:pPr>
        <w:spacing w:after="60" w:line="266" w:lineRule="auto"/>
        <w:ind w:firstLine="331"/>
        <w:jc w:val="both"/>
      </w:pPr>
      <w:r>
        <w:rPr>
          <w:rFonts w:ascii="Georgia" w:hAnsi="Georgia"/>
          <w:b w:val="0"/>
          <w:i w:val="0"/>
          <w:color w:val="22201D"/>
          <w:sz w:val="20"/>
        </w:rPr>
        <w:t>He took it.</w:t>
      </w:r>
    </w:p>
    <w:p>
      <w:pPr>
        <w:spacing w:after="60" w:line="266" w:lineRule="auto"/>
        <w:ind w:firstLine="331"/>
        <w:jc w:val="both"/>
      </w:pPr>
      <w:r>
        <w:rPr>
          <w:rFonts w:ascii="Georgia" w:hAnsi="Georgia"/>
          <w:b w:val="0"/>
          <w:i w:val="0"/>
          <w:color w:val="22201D"/>
          <w:sz w:val="20"/>
        </w:rPr>
        <w:t>The sauce clung to the spoon, glossy and dark, with tiny flecks of chile and fruit skin. It did not glow. It did not threaten him. It waited with the same patience as the fuel pump, but warmer.</w:t>
      </w:r>
    </w:p>
    <w:p>
      <w:pPr>
        <w:spacing w:after="60" w:line="266" w:lineRule="auto"/>
        <w:ind w:firstLine="331"/>
        <w:jc w:val="both"/>
      </w:pPr>
      <w:r>
        <w:rPr>
          <w:rFonts w:ascii="Georgia" w:hAnsi="Georgia"/>
          <w:b w:val="0"/>
          <w:i w:val="0"/>
          <w:color w:val="22201D"/>
          <w:sz w:val="20"/>
        </w:rPr>
        <w:t>Flocc tasted.</w:t>
      </w:r>
    </w:p>
    <w:p>
      <w:pPr>
        <w:spacing w:after="60" w:line="266" w:lineRule="auto"/>
        <w:ind w:firstLine="331"/>
        <w:jc w:val="both"/>
      </w:pPr>
      <w:r>
        <w:rPr>
          <w:rFonts w:ascii="Georgia" w:hAnsi="Georgia"/>
          <w:b w:val="0"/>
          <w:i w:val="0"/>
          <w:color w:val="22201D"/>
          <w:sz w:val="20"/>
        </w:rPr>
        <w:t>First smoke.</w:t>
      </w:r>
    </w:p>
    <w:p>
      <w:pPr>
        <w:spacing w:after="60" w:line="266" w:lineRule="auto"/>
        <w:ind w:firstLine="331"/>
        <w:jc w:val="both"/>
      </w:pPr>
      <w:r>
        <w:rPr>
          <w:rFonts w:ascii="Georgia" w:hAnsi="Georgia"/>
          <w:b w:val="0"/>
          <w:i w:val="0"/>
          <w:color w:val="22201D"/>
          <w:sz w:val="20"/>
        </w:rPr>
        <w:t>Not smoke as damage.</w:t>
      </w:r>
    </w:p>
    <w:p>
      <w:pPr>
        <w:spacing w:after="60" w:line="266" w:lineRule="auto"/>
        <w:ind w:firstLine="331"/>
        <w:jc w:val="both"/>
      </w:pPr>
      <w:r>
        <w:rPr>
          <w:rFonts w:ascii="Georgia" w:hAnsi="Georgia"/>
          <w:b w:val="0"/>
          <w:i w:val="0"/>
          <w:color w:val="22201D"/>
          <w:sz w:val="20"/>
        </w:rPr>
        <w:t>Smoke as evidence.</w:t>
      </w:r>
    </w:p>
    <w:p>
      <w:pPr>
        <w:spacing w:after="60" w:line="266" w:lineRule="auto"/>
        <w:ind w:firstLine="331"/>
        <w:jc w:val="both"/>
      </w:pPr>
      <w:r>
        <w:rPr>
          <w:rFonts w:ascii="Georgia" w:hAnsi="Georgia"/>
          <w:b w:val="0"/>
          <w:i w:val="0"/>
          <w:color w:val="22201D"/>
          <w:sz w:val="20"/>
        </w:rPr>
        <w:t>It said: something was here long enough to change.</w:t>
      </w:r>
    </w:p>
    <w:p>
      <w:pPr>
        <w:spacing w:after="60" w:line="266" w:lineRule="auto"/>
        <w:ind w:firstLine="331"/>
        <w:jc w:val="both"/>
      </w:pPr>
      <w:r>
        <w:rPr>
          <w:rFonts w:ascii="Georgia" w:hAnsi="Georgia"/>
          <w:b w:val="0"/>
          <w:i w:val="0"/>
          <w:color w:val="22201D"/>
          <w:sz w:val="20"/>
        </w:rPr>
        <w:t>Then plum.</w:t>
      </w:r>
    </w:p>
    <w:p>
      <w:pPr>
        <w:spacing w:after="60" w:line="266" w:lineRule="auto"/>
        <w:ind w:firstLine="331"/>
        <w:jc w:val="both"/>
      </w:pPr>
      <w:r>
        <w:rPr>
          <w:rFonts w:ascii="Georgia" w:hAnsi="Georgia"/>
          <w:b w:val="0"/>
          <w:i w:val="0"/>
          <w:color w:val="22201D"/>
          <w:sz w:val="20"/>
        </w:rPr>
        <w:t>Not bright, not fresh, not innocent.</w:t>
      </w:r>
    </w:p>
    <w:p>
      <w:pPr>
        <w:spacing w:after="60" w:line="266" w:lineRule="auto"/>
        <w:ind w:firstLine="331"/>
        <w:jc w:val="both"/>
      </w:pPr>
      <w:r>
        <w:rPr>
          <w:rFonts w:ascii="Georgia" w:hAnsi="Georgia"/>
          <w:b w:val="0"/>
          <w:i w:val="0"/>
          <w:color w:val="22201D"/>
          <w:sz w:val="20"/>
        </w:rPr>
        <w:t>Sweetness that had been cooked down until it could no longer pretend it had never been bruised.</w:t>
      </w:r>
    </w:p>
    <w:p>
      <w:pPr>
        <w:spacing w:after="60" w:line="266" w:lineRule="auto"/>
        <w:ind w:firstLine="331"/>
        <w:jc w:val="both"/>
      </w:pPr>
      <w:r>
        <w:rPr>
          <w:rFonts w:ascii="Georgia" w:hAnsi="Georgia"/>
          <w:b w:val="0"/>
          <w:i w:val="0"/>
          <w:color w:val="22201D"/>
          <w:sz w:val="20"/>
        </w:rPr>
        <w:t>Then morita.</w:t>
      </w:r>
    </w:p>
    <w:p>
      <w:pPr>
        <w:spacing w:after="60" w:line="266" w:lineRule="auto"/>
        <w:ind w:firstLine="331"/>
        <w:jc w:val="both"/>
      </w:pPr>
      <w:r>
        <w:rPr>
          <w:rFonts w:ascii="Georgia" w:hAnsi="Georgia"/>
          <w:b w:val="0"/>
          <w:i w:val="0"/>
          <w:color w:val="22201D"/>
          <w:sz w:val="20"/>
        </w:rPr>
        <w:t>Heat with travel in it.</w:t>
      </w:r>
    </w:p>
    <w:p>
      <w:pPr>
        <w:spacing w:after="60" w:line="266" w:lineRule="auto"/>
        <w:ind w:firstLine="331"/>
        <w:jc w:val="both"/>
      </w:pPr>
      <w:r>
        <w:rPr>
          <w:rFonts w:ascii="Georgia" w:hAnsi="Georgia"/>
          <w:b w:val="0"/>
          <w:i w:val="0"/>
          <w:color w:val="22201D"/>
          <w:sz w:val="20"/>
        </w:rPr>
        <w:t>It arrived late enough to prove it had not been trying to win.</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The sauce did not show him Mara.</w:t>
      </w:r>
    </w:p>
    <w:p>
      <w:pPr>
        <w:spacing w:after="60" w:line="266" w:lineRule="auto"/>
        <w:ind w:firstLine="331"/>
        <w:jc w:val="both"/>
      </w:pPr>
      <w:r>
        <w:rPr>
          <w:rFonts w:ascii="Georgia" w:hAnsi="Georgia"/>
          <w:b w:val="0"/>
          <w:i w:val="0"/>
          <w:color w:val="22201D"/>
          <w:sz w:val="20"/>
        </w:rPr>
        <w:t>It did not show him a better life.</w:t>
      </w:r>
    </w:p>
    <w:p>
      <w:pPr>
        <w:spacing w:after="60" w:line="266" w:lineRule="auto"/>
        <w:ind w:firstLine="331"/>
        <w:jc w:val="both"/>
      </w:pPr>
      <w:r>
        <w:rPr>
          <w:rFonts w:ascii="Georgia" w:hAnsi="Georgia"/>
          <w:b w:val="0"/>
          <w:i w:val="0"/>
          <w:color w:val="22201D"/>
          <w:sz w:val="20"/>
        </w:rPr>
        <w:t>It did not show him the waiting room, the bench, the child at table yesterday, Mrs. Alvarez's counter, Canby's held turn, or Bob lifting the box.</w:t>
      </w:r>
    </w:p>
    <w:p>
      <w:pPr>
        <w:spacing w:after="60" w:line="266" w:lineRule="auto"/>
        <w:ind w:firstLine="331"/>
        <w:jc w:val="both"/>
      </w:pPr>
      <w:r>
        <w:rPr>
          <w:rFonts w:ascii="Georgia" w:hAnsi="Georgia"/>
          <w:b w:val="0"/>
          <w:i w:val="0"/>
          <w:color w:val="22201D"/>
          <w:sz w:val="20"/>
        </w:rPr>
        <w:t>It showed him the van.</w:t>
      </w:r>
    </w:p>
    <w:p>
      <w:pPr>
        <w:spacing w:after="60" w:line="266" w:lineRule="auto"/>
        <w:ind w:firstLine="331"/>
        <w:jc w:val="both"/>
      </w:pPr>
      <w:r>
        <w:rPr>
          <w:rFonts w:ascii="Georgia" w:hAnsi="Georgia"/>
          <w:b w:val="0"/>
          <w:i w:val="0"/>
          <w:color w:val="22201D"/>
          <w:sz w:val="20"/>
        </w:rPr>
        <w:t>Now.</w:t>
      </w:r>
    </w:p>
    <w:p>
      <w:pPr>
        <w:spacing w:after="60" w:line="266" w:lineRule="auto"/>
        <w:ind w:firstLine="331"/>
        <w:jc w:val="both"/>
      </w:pPr>
      <w:r>
        <w:rPr>
          <w:rFonts w:ascii="Georgia" w:hAnsi="Georgia"/>
          <w:b w:val="0"/>
          <w:i w:val="0"/>
          <w:color w:val="22201D"/>
          <w:sz w:val="20"/>
        </w:rPr>
        <w:t>Smelling like route, soup, fuel paper, damp cardboard, and people who had not stopped needing to carry things.</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Talia watched him.</w:t>
      </w:r>
    </w:p>
    <w:p>
      <w:pPr>
        <w:spacing w:after="60" w:line="266" w:lineRule="auto"/>
        <w:ind w:firstLine="331"/>
        <w:jc w:val="both"/>
      </w:pPr>
      <w:r>
        <w:rPr>
          <w:rFonts w:ascii="Georgia" w:hAnsi="Georgia"/>
          <w:b w:val="0"/>
          <w:i w:val="0"/>
          <w:color w:val="22201D"/>
          <w:sz w:val="20"/>
        </w:rPr>
        <w:t>"Truth?"</w:t>
      </w:r>
    </w:p>
    <w:p>
      <w:pPr>
        <w:spacing w:after="60" w:line="266" w:lineRule="auto"/>
        <w:ind w:firstLine="331"/>
        <w:jc w:val="both"/>
      </w:pPr>
      <w:r>
        <w:rPr>
          <w:rFonts w:ascii="Georgia" w:hAnsi="Georgia"/>
          <w:b w:val="0"/>
          <w:i w:val="0"/>
          <w:color w:val="22201D"/>
          <w:sz w:val="20"/>
        </w:rPr>
        <w:t>Flocc wanted to say it was good.</w:t>
      </w:r>
    </w:p>
    <w:p>
      <w:pPr>
        <w:spacing w:after="60" w:line="266" w:lineRule="auto"/>
        <w:ind w:firstLine="331"/>
        <w:jc w:val="both"/>
      </w:pPr>
      <w:r>
        <w:rPr>
          <w:rFonts w:ascii="Georgia" w:hAnsi="Georgia"/>
          <w:b w:val="0"/>
          <w:i w:val="0"/>
          <w:color w:val="22201D"/>
          <w:sz w:val="20"/>
        </w:rPr>
        <w:t>He wanted to say it was complicated.</w:t>
      </w:r>
    </w:p>
    <w:p>
      <w:pPr>
        <w:spacing w:after="60" w:line="266" w:lineRule="auto"/>
        <w:ind w:firstLine="331"/>
        <w:jc w:val="both"/>
      </w:pPr>
      <w:r>
        <w:rPr>
          <w:rFonts w:ascii="Georgia" w:hAnsi="Georgia"/>
          <w:b w:val="0"/>
          <w:i w:val="0"/>
          <w:color w:val="22201D"/>
          <w:sz w:val="20"/>
        </w:rPr>
        <w:t>He wanted to say it made him feel something, which was often a way to make the something report to him.</w:t>
      </w:r>
    </w:p>
    <w:p>
      <w:pPr>
        <w:spacing w:after="60" w:line="266" w:lineRule="auto"/>
        <w:ind w:firstLine="331"/>
        <w:jc w:val="both"/>
      </w:pPr>
      <w:r>
        <w:rPr>
          <w:rFonts w:ascii="Georgia" w:hAnsi="Georgia"/>
          <w:b w:val="0"/>
          <w:i w:val="0"/>
          <w:color w:val="22201D"/>
          <w:sz w:val="20"/>
        </w:rPr>
        <w:t>The sauce warmed his tongue and waited him out.</w:t>
      </w:r>
    </w:p>
    <w:p>
      <w:pPr>
        <w:spacing w:after="60" w:line="266" w:lineRule="auto"/>
        <w:ind w:firstLine="331"/>
        <w:jc w:val="both"/>
      </w:pPr>
      <w:r>
        <w:rPr>
          <w:rFonts w:ascii="Georgia" w:hAnsi="Georgia"/>
          <w:b w:val="0"/>
          <w:i w:val="0"/>
          <w:color w:val="22201D"/>
          <w:sz w:val="20"/>
        </w:rPr>
        <w:t>"I have been treating survival like evidence that I should be finished hurting."</w:t>
      </w:r>
    </w:p>
    <w:p>
      <w:pPr>
        <w:spacing w:after="60" w:line="266" w:lineRule="auto"/>
        <w:ind w:firstLine="331"/>
        <w:jc w:val="both"/>
      </w:pPr>
      <w:r>
        <w:rPr>
          <w:rFonts w:ascii="Georgia" w:hAnsi="Georgia"/>
          <w:b w:val="0"/>
          <w:i w:val="0"/>
          <w:color w:val="22201D"/>
          <w:sz w:val="20"/>
        </w:rPr>
        <w:t>No one moved.</w:t>
      </w:r>
    </w:p>
    <w:p>
      <w:pPr>
        <w:spacing w:after="60" w:line="266" w:lineRule="auto"/>
        <w:ind w:firstLine="331"/>
        <w:jc w:val="both"/>
      </w:pPr>
      <w:r>
        <w:rPr>
          <w:rFonts w:ascii="Georgia" w:hAnsi="Georgia"/>
          <w:b w:val="0"/>
          <w:i w:val="0"/>
          <w:color w:val="22201D"/>
          <w:sz w:val="20"/>
        </w:rPr>
        <w:t>The food cart vent clicked.</w:t>
      </w:r>
    </w:p>
    <w:p>
      <w:pPr>
        <w:spacing w:after="60" w:line="266" w:lineRule="auto"/>
        <w:ind w:firstLine="331"/>
        <w:jc w:val="both"/>
      </w:pPr>
      <w:r>
        <w:rPr>
          <w:rFonts w:ascii="Georgia" w:hAnsi="Georgia"/>
          <w:b w:val="0"/>
          <w:i w:val="0"/>
          <w:color w:val="22201D"/>
          <w:sz w:val="20"/>
        </w:rPr>
        <w:t>The map printed from the van:</w:t>
      </w:r>
    </w:p>
    <w:p>
      <w:pPr>
        <w:spacing w:after="60" w:line="250" w:lineRule="auto"/>
        <w:ind w:left="202" w:right="173"/>
      </w:pPr>
      <w:r>
        <w:rPr>
          <w:rFonts w:ascii="Georgia" w:hAnsi="Georgia"/>
          <w:b w:val="0"/>
          <w:i w:val="0"/>
          <w:color w:val="22201D"/>
          <w:sz w:val="17"/>
        </w:rPr>
        <w:t>SMOKE TELLS TRUTH.</w:t>
      </w:r>
    </w:p>
    <w:p>
      <w:pPr>
        <w:spacing w:after="60" w:line="266" w:lineRule="auto"/>
        <w:ind w:firstLine="331"/>
        <w:jc w:val="both"/>
      </w:pPr>
      <w:r>
        <w:rPr>
          <w:rFonts w:ascii="Georgia" w:hAnsi="Georgia"/>
          <w:b w:val="0"/>
          <w:i w:val="0"/>
          <w:color w:val="22201D"/>
          <w:sz w:val="20"/>
        </w:rPr>
        <w:t>Talia pulled one blank label from the stack.</w:t>
      </w:r>
    </w:p>
    <w:p>
      <w:pPr>
        <w:spacing w:after="60" w:line="266" w:lineRule="auto"/>
        <w:ind w:firstLine="331"/>
        <w:jc w:val="both"/>
      </w:pPr>
      <w:r>
        <w:rPr>
          <w:rFonts w:ascii="Georgia" w:hAnsi="Georgia"/>
          <w:b w:val="0"/>
          <w:i w:val="0"/>
          <w:color w:val="22201D"/>
          <w:sz w:val="20"/>
        </w:rPr>
        <w:t>"Now we label."</w:t>
      </w:r>
    </w:p>
    <w:p>
      <w:pPr>
        <w:spacing w:after="60" w:line="266" w:lineRule="auto"/>
        <w:ind w:firstLine="331"/>
        <w:jc w:val="both"/>
      </w:pPr>
      <w:r>
        <w:rPr>
          <w:rFonts w:ascii="Georgia" w:hAnsi="Georgia"/>
          <w:b w:val="0"/>
          <w:i w:val="0"/>
          <w:color w:val="22201D"/>
          <w:sz w:val="20"/>
        </w:rPr>
        <w:t>She handed Flocc the marker.</w:t>
      </w:r>
    </w:p>
    <w:p>
      <w:pPr>
        <w:spacing w:after="60" w:line="266" w:lineRule="auto"/>
        <w:ind w:firstLine="331"/>
        <w:jc w:val="both"/>
      </w:pPr>
      <w:r>
        <w:rPr>
          <w:rFonts w:ascii="Georgia" w:hAnsi="Georgia"/>
          <w:b w:val="0"/>
          <w:i w:val="0"/>
          <w:color w:val="22201D"/>
          <w:sz w:val="20"/>
        </w:rPr>
        <w:t>"Name."</w:t>
      </w:r>
    </w:p>
    <w:p>
      <w:pPr>
        <w:spacing w:after="60" w:line="266" w:lineRule="auto"/>
        <w:ind w:firstLine="331"/>
        <w:jc w:val="both"/>
      </w:pPr>
      <w:r>
        <w:rPr>
          <w:rFonts w:ascii="Georgia" w:hAnsi="Georgia"/>
          <w:b w:val="0"/>
          <w:i w:val="0"/>
          <w:color w:val="22201D"/>
          <w:sz w:val="20"/>
        </w:rPr>
        <w:t>He looked at Bob.</w:t>
      </w:r>
    </w:p>
    <w:p>
      <w:pPr>
        <w:spacing w:after="60" w:line="266" w:lineRule="auto"/>
        <w:ind w:firstLine="331"/>
        <w:jc w:val="both"/>
      </w:pPr>
      <w:r>
        <w:rPr>
          <w:rFonts w:ascii="Georgia" w:hAnsi="Georgia"/>
          <w:b w:val="0"/>
          <w:i w:val="0"/>
          <w:color w:val="22201D"/>
          <w:sz w:val="20"/>
        </w:rPr>
        <w:t>Bob did not rescue him.</w:t>
      </w:r>
    </w:p>
    <w:p>
      <w:pPr>
        <w:spacing w:after="60" w:line="266" w:lineRule="auto"/>
        <w:ind w:firstLine="331"/>
        <w:jc w:val="both"/>
      </w:pPr>
      <w:r>
        <w:rPr>
          <w:rFonts w:ascii="Georgia" w:hAnsi="Georgia"/>
          <w:b w:val="0"/>
          <w:i w:val="0"/>
          <w:color w:val="22201D"/>
          <w:sz w:val="20"/>
        </w:rPr>
        <w:t>"Smoke Plum Morita."</w:t>
      </w:r>
    </w:p>
    <w:p>
      <w:pPr>
        <w:spacing w:after="60" w:line="266" w:lineRule="auto"/>
        <w:ind w:firstLine="331"/>
        <w:jc w:val="both"/>
      </w:pPr>
      <w:r>
        <w:rPr>
          <w:rFonts w:ascii="Georgia" w:hAnsi="Georgia"/>
          <w:b w:val="0"/>
          <w:i w:val="0"/>
          <w:color w:val="22201D"/>
          <w:sz w:val="20"/>
        </w:rPr>
        <w:t>Talia nodded.</w:t>
      </w:r>
    </w:p>
    <w:p>
      <w:pPr>
        <w:spacing w:after="60" w:line="266" w:lineRule="auto"/>
        <w:ind w:firstLine="331"/>
        <w:jc w:val="both"/>
      </w:pPr>
      <w:r>
        <w:rPr>
          <w:rFonts w:ascii="Georgia" w:hAnsi="Georgia"/>
          <w:b w:val="0"/>
          <w:i w:val="0"/>
          <w:color w:val="22201D"/>
          <w:sz w:val="20"/>
        </w:rPr>
        <w:t>"Not description. Label."</w:t>
      </w:r>
    </w:p>
    <w:p>
      <w:pPr>
        <w:spacing w:after="60" w:line="266" w:lineRule="auto"/>
        <w:ind w:firstLine="331"/>
        <w:jc w:val="both"/>
      </w:pPr>
      <w:r>
        <w:rPr>
          <w:rFonts w:ascii="Georgia" w:hAnsi="Georgia"/>
          <w:b w:val="0"/>
          <w:i w:val="0"/>
          <w:color w:val="22201D"/>
          <w:sz w:val="20"/>
        </w:rPr>
        <w:t>Flocc wrote:</w:t>
      </w:r>
    </w:p>
    <w:p>
      <w:pPr>
        <w:spacing w:after="60" w:line="250" w:lineRule="auto"/>
        <w:ind w:left="202" w:right="173"/>
      </w:pPr>
      <w:r>
        <w:rPr>
          <w:rFonts w:ascii="Georgia" w:hAnsi="Georgia"/>
          <w:b w:val="0"/>
          <w:i w:val="0"/>
          <w:color w:val="22201D"/>
          <w:sz w:val="17"/>
        </w:rPr>
        <w:t>SMOKE PLUM MORITA</w:t>
      </w:r>
    </w:p>
    <w:p>
      <w:pPr>
        <w:spacing w:after="60" w:line="266" w:lineRule="auto"/>
        <w:ind w:firstLine="331"/>
        <w:jc w:val="both"/>
      </w:pPr>
      <w:r>
        <w:rPr>
          <w:rFonts w:ascii="Georgia" w:hAnsi="Georgia"/>
          <w:b w:val="0"/>
          <w:i w:val="0"/>
          <w:color w:val="22201D"/>
          <w:sz w:val="20"/>
        </w:rPr>
        <w:t>The letters were uneven because the marker was thick and the label was small.</w:t>
      </w:r>
    </w:p>
    <w:p>
      <w:pPr>
        <w:spacing w:after="60" w:line="266" w:lineRule="auto"/>
        <w:ind w:firstLine="331"/>
        <w:jc w:val="both"/>
      </w:pPr>
      <w:r>
        <w:rPr>
          <w:rFonts w:ascii="Georgia" w:hAnsi="Georgia"/>
          <w:b w:val="0"/>
          <w:i w:val="0"/>
          <w:color w:val="22201D"/>
          <w:sz w:val="20"/>
        </w:rPr>
        <w:t>Talia took the label, inspected it, and stuck it on the jar.</w:t>
      </w:r>
    </w:p>
    <w:p>
      <w:pPr>
        <w:spacing w:after="60" w:line="266" w:lineRule="auto"/>
        <w:ind w:firstLine="331"/>
        <w:jc w:val="both"/>
      </w:pPr>
      <w:r>
        <w:rPr>
          <w:rFonts w:ascii="Georgia" w:hAnsi="Georgia"/>
          <w:b w:val="0"/>
          <w:i w:val="0"/>
          <w:color w:val="22201D"/>
          <w:sz w:val="20"/>
        </w:rPr>
        <w:t>The jar changed.</w:t>
      </w:r>
    </w:p>
    <w:p>
      <w:pPr>
        <w:spacing w:after="60" w:line="266" w:lineRule="auto"/>
        <w:ind w:firstLine="331"/>
        <w:jc w:val="both"/>
      </w:pPr>
      <w:r>
        <w:rPr>
          <w:rFonts w:ascii="Georgia" w:hAnsi="Georgia"/>
          <w:b w:val="0"/>
          <w:i w:val="0"/>
          <w:color w:val="22201D"/>
          <w:sz w:val="20"/>
        </w:rPr>
        <w:t>Not physically.</w:t>
      </w:r>
    </w:p>
    <w:p>
      <w:pPr>
        <w:spacing w:after="60" w:line="266" w:lineRule="auto"/>
        <w:ind w:firstLine="331"/>
        <w:jc w:val="both"/>
      </w:pPr>
      <w:r>
        <w:rPr>
          <w:rFonts w:ascii="Georgia" w:hAnsi="Georgia"/>
          <w:b w:val="0"/>
          <w:i w:val="0"/>
          <w:color w:val="22201D"/>
          <w:sz w:val="20"/>
        </w:rPr>
        <w:t>Practically.</w:t>
      </w:r>
    </w:p>
    <w:p>
      <w:pPr>
        <w:spacing w:after="60" w:line="266" w:lineRule="auto"/>
        <w:ind w:firstLine="331"/>
        <w:jc w:val="both"/>
      </w:pPr>
      <w:r>
        <w:rPr>
          <w:rFonts w:ascii="Georgia" w:hAnsi="Georgia"/>
          <w:b w:val="0"/>
          <w:i w:val="0"/>
          <w:color w:val="22201D"/>
          <w:sz w:val="20"/>
        </w:rPr>
        <w:t>Before the label, it had been sauce with implications.</w:t>
      </w:r>
    </w:p>
    <w:p>
      <w:pPr>
        <w:spacing w:after="60" w:line="266" w:lineRule="auto"/>
        <w:ind w:firstLine="331"/>
        <w:jc w:val="both"/>
      </w:pPr>
      <w:r>
        <w:rPr>
          <w:rFonts w:ascii="Georgia" w:hAnsi="Georgia"/>
          <w:b w:val="0"/>
          <w:i w:val="0"/>
          <w:color w:val="22201D"/>
          <w:sz w:val="20"/>
        </w:rPr>
        <w:t>After the label, it could be carried.</w:t>
      </w:r>
    </w:p>
    <w:p>
      <w:pPr>
        <w:spacing w:after="60" w:line="266" w:lineRule="auto"/>
        <w:ind w:firstLine="331"/>
        <w:jc w:val="both"/>
      </w:pPr>
      <w:r>
        <w:rPr>
          <w:rFonts w:ascii="Georgia" w:hAnsi="Georgia"/>
          <w:b w:val="0"/>
          <w:i w:val="0"/>
          <w:color w:val="22201D"/>
          <w:sz w:val="20"/>
        </w:rPr>
        <w:t>The label printed beneath Flocc's handwriting:</w:t>
      </w:r>
    </w:p>
    <w:p>
      <w:pPr>
        <w:spacing w:after="60" w:line="250" w:lineRule="auto"/>
        <w:ind w:left="202" w:right="173"/>
      </w:pPr>
      <w:r>
        <w:rPr>
          <w:rFonts w:ascii="Georgia" w:hAnsi="Georgia"/>
          <w:b w:val="0"/>
          <w:i w:val="0"/>
          <w:color w:val="22201D"/>
          <w:sz w:val="17"/>
        </w:rPr>
        <w:t>SAUCE LABEL  Smoke: where it has been  Plum: sweetness survived  Morita: heat can travel without shouting  Price paid: smoke tells truth</w:t>
      </w:r>
    </w:p>
    <w:p>
      <w:pPr>
        <w:spacing w:after="60" w:line="266" w:lineRule="auto"/>
        <w:ind w:firstLine="331"/>
        <w:jc w:val="both"/>
      </w:pPr>
      <w:r>
        <w:rPr>
          <w:rFonts w:ascii="Georgia" w:hAnsi="Georgia"/>
          <w:b w:val="0"/>
          <w:i w:val="0"/>
          <w:color w:val="22201D"/>
          <w:sz w:val="20"/>
        </w:rPr>
        <w:t>Steve opened his record book.</w:t>
      </w:r>
    </w:p>
    <w:p>
      <w:pPr>
        <w:spacing w:after="60" w:line="266" w:lineRule="auto"/>
        <w:ind w:firstLine="331"/>
        <w:jc w:val="both"/>
      </w:pPr>
      <w:r>
        <w:rPr>
          <w:rFonts w:ascii="Georgia" w:hAnsi="Georgia"/>
          <w:b w:val="0"/>
          <w:i w:val="0"/>
          <w:color w:val="22201D"/>
          <w:sz w:val="20"/>
        </w:rPr>
        <w:t>Talia allowed it.</w:t>
      </w:r>
    </w:p>
    <w:p>
      <w:pPr>
        <w:spacing w:after="60" w:line="266" w:lineRule="auto"/>
        <w:ind w:firstLine="331"/>
        <w:jc w:val="both"/>
      </w:pPr>
      <w:r>
        <w:rPr>
          <w:rFonts w:ascii="Georgia" w:hAnsi="Georgia"/>
          <w:b w:val="0"/>
          <w:i w:val="0"/>
          <w:color w:val="22201D"/>
          <w:sz w:val="20"/>
        </w:rPr>
        <w:t>He copied the label exactly and then added:</w:t>
      </w:r>
    </w:p>
    <w:p>
      <w:pPr>
        <w:spacing w:after="60" w:line="250" w:lineRule="auto"/>
        <w:ind w:left="202" w:right="173"/>
      </w:pPr>
      <w:r>
        <w:rPr>
          <w:rFonts w:ascii="Georgia" w:hAnsi="Georgia"/>
          <w:b w:val="0"/>
          <w:i w:val="0"/>
          <w:color w:val="22201D"/>
          <w:sz w:val="17"/>
        </w:rPr>
        <w:t>Truth stated by Flocc: I have been treating survival like evidence that I should be finished hurting.</w:t>
      </w:r>
    </w:p>
    <w:p>
      <w:pPr>
        <w:spacing w:after="60" w:line="266" w:lineRule="auto"/>
        <w:ind w:firstLine="331"/>
        <w:jc w:val="both"/>
      </w:pPr>
      <w:r>
        <w:rPr>
          <w:rFonts w:ascii="Georgia" w:hAnsi="Georgia"/>
          <w:b w:val="0"/>
          <w:i w:val="0"/>
          <w:color w:val="22201D"/>
          <w:sz w:val="20"/>
        </w:rPr>
        <w:t>Flocc looked at him.</w:t>
      </w:r>
    </w:p>
    <w:p>
      <w:pPr>
        <w:spacing w:after="60" w:line="266" w:lineRule="auto"/>
        <w:ind w:firstLine="331"/>
        <w:jc w:val="both"/>
      </w:pPr>
      <w:r>
        <w:rPr>
          <w:rFonts w:ascii="Georgia" w:hAnsi="Georgia"/>
          <w:b w:val="0"/>
          <w:i w:val="0"/>
          <w:color w:val="22201D"/>
          <w:sz w:val="20"/>
        </w:rPr>
        <w:t>Steve did not apologize.</w:t>
      </w:r>
    </w:p>
    <w:p>
      <w:pPr>
        <w:spacing w:after="60" w:line="266" w:lineRule="auto"/>
        <w:ind w:firstLine="331"/>
        <w:jc w:val="both"/>
      </w:pPr>
      <w:r>
        <w:rPr>
          <w:rFonts w:ascii="Georgia" w:hAnsi="Georgia"/>
          <w:b w:val="0"/>
          <w:i w:val="0"/>
          <w:color w:val="22201D"/>
          <w:sz w:val="20"/>
        </w:rPr>
        <w:t>"Record?"</w:t>
      </w:r>
    </w:p>
    <w:p>
      <w:pPr>
        <w:spacing w:after="60" w:line="266" w:lineRule="auto"/>
        <w:ind w:firstLine="331"/>
        <w:jc w:val="both"/>
      </w:pPr>
      <w:r>
        <w:rPr>
          <w:rFonts w:ascii="Georgia" w:hAnsi="Georgia"/>
          <w:b w:val="0"/>
          <w:i w:val="0"/>
          <w:color w:val="22201D"/>
          <w:sz w:val="20"/>
        </w:rPr>
        <w:t>Flocc took a breath.</w:t>
      </w:r>
    </w:p>
    <w:p>
      <w:pPr>
        <w:spacing w:after="60" w:line="266" w:lineRule="auto"/>
        <w:ind w:firstLine="331"/>
        <w:jc w:val="both"/>
      </w:pPr>
      <w:r>
        <w:rPr>
          <w:rFonts w:ascii="Georgia" w:hAnsi="Georgia"/>
          <w:b w:val="0"/>
          <w:i w:val="0"/>
          <w:color w:val="22201D"/>
          <w:sz w:val="20"/>
        </w:rPr>
        <w:t>"Record."</w:t>
      </w:r>
    </w:p>
    <w:p>
      <w:pPr>
        <w:spacing w:after="60" w:line="266" w:lineRule="auto"/>
        <w:ind w:firstLine="331"/>
        <w:jc w:val="both"/>
      </w:pPr>
      <w:r>
        <w:rPr>
          <w:rFonts w:ascii="Georgia" w:hAnsi="Georgia"/>
          <w:b w:val="0"/>
          <w:i w:val="0"/>
          <w:color w:val="22201D"/>
          <w:sz w:val="20"/>
        </w:rPr>
        <w:t>Gerald checked the jar lid.</w:t>
      </w:r>
    </w:p>
    <w:p>
      <w:pPr>
        <w:spacing w:after="60" w:line="266" w:lineRule="auto"/>
        <w:ind w:firstLine="331"/>
        <w:jc w:val="both"/>
      </w:pPr>
      <w:r>
        <w:rPr>
          <w:rFonts w:ascii="Georgia" w:hAnsi="Georgia"/>
          <w:b w:val="0"/>
          <w:i w:val="0"/>
          <w:color w:val="22201D"/>
          <w:sz w:val="20"/>
        </w:rPr>
        <w:t>"Seal?"</w:t>
      </w:r>
    </w:p>
    <w:p>
      <w:pPr>
        <w:spacing w:after="60" w:line="266" w:lineRule="auto"/>
        <w:ind w:firstLine="331"/>
        <w:jc w:val="both"/>
      </w:pPr>
      <w:r>
        <w:rPr>
          <w:rFonts w:ascii="Georgia" w:hAnsi="Georgia"/>
          <w:b w:val="0"/>
          <w:i w:val="0"/>
          <w:color w:val="22201D"/>
          <w:sz w:val="20"/>
        </w:rPr>
        <w:t>Talia twisted it.</w:t>
      </w:r>
    </w:p>
    <w:p>
      <w:pPr>
        <w:spacing w:after="60" w:line="266" w:lineRule="auto"/>
        <w:ind w:firstLine="331"/>
        <w:jc w:val="both"/>
      </w:pPr>
      <w:r>
        <w:rPr>
          <w:rFonts w:ascii="Georgia" w:hAnsi="Georgia"/>
          <w:b w:val="0"/>
          <w:i w:val="0"/>
          <w:color w:val="22201D"/>
          <w:sz w:val="20"/>
        </w:rPr>
        <w:t>"Sealed."</w:t>
      </w:r>
    </w:p>
    <w:p>
      <w:pPr>
        <w:spacing w:after="60" w:line="266" w:lineRule="auto"/>
        <w:ind w:firstLine="331"/>
        <w:jc w:val="both"/>
      </w:pPr>
      <w:r>
        <w:rPr>
          <w:rFonts w:ascii="Georgia" w:hAnsi="Georgia"/>
          <w:b w:val="0"/>
          <w:i w:val="0"/>
          <w:color w:val="22201D"/>
          <w:sz w:val="20"/>
        </w:rPr>
        <w:t>"Transport temperature?"</w:t>
      </w:r>
    </w:p>
    <w:p>
      <w:pPr>
        <w:spacing w:after="60" w:line="266" w:lineRule="auto"/>
        <w:ind w:firstLine="331"/>
        <w:jc w:val="both"/>
      </w:pPr>
      <w:r>
        <w:rPr>
          <w:rFonts w:ascii="Georgia" w:hAnsi="Georgia"/>
          <w:b w:val="0"/>
          <w:i w:val="0"/>
          <w:color w:val="22201D"/>
          <w:sz w:val="20"/>
        </w:rPr>
        <w:t>"Shelf-stable for route purposes. Refrigerate after opening unless Tuesday says otherwise."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REFRIGERATE AFTER OPENING. TUESDAY DOES NOT OVERRIDE FOOD SAFETY.</w:t>
      </w:r>
    </w:p>
    <w:p>
      <w:pPr>
        <w:spacing w:after="60" w:line="266" w:lineRule="auto"/>
        <w:ind w:firstLine="331"/>
        <w:jc w:val="both"/>
      </w:pPr>
      <w:r>
        <w:rPr>
          <w:rFonts w:ascii="Georgia" w:hAnsi="Georgia"/>
          <w:b w:val="0"/>
          <w:i w:val="0"/>
          <w:color w:val="22201D"/>
          <w:sz w:val="20"/>
        </w:rPr>
        <w:t>Gerald said, "Good map."</w:t>
      </w:r>
    </w:p>
    <w:p>
      <w:pPr>
        <w:spacing w:after="60" w:line="266" w:lineRule="auto"/>
        <w:ind w:firstLine="331"/>
        <w:jc w:val="both"/>
      </w:pPr>
      <w:r>
        <w:rPr>
          <w:rFonts w:ascii="Georgia" w:hAnsi="Georgia"/>
          <w:b w:val="0"/>
          <w:i w:val="0"/>
          <w:color w:val="22201D"/>
          <w:sz w:val="20"/>
        </w:rPr>
        <w:t>Bob handed Flocc the labeled jar.</w:t>
      </w:r>
    </w:p>
    <w:p>
      <w:pPr>
        <w:spacing w:after="60" w:line="266" w:lineRule="auto"/>
        <w:ind w:firstLine="331"/>
        <w:jc w:val="both"/>
      </w:pPr>
      <w:r>
        <w:rPr>
          <w:rFonts w:ascii="Georgia" w:hAnsi="Georgia"/>
          <w:b w:val="0"/>
          <w:i w:val="0"/>
          <w:color w:val="22201D"/>
          <w:sz w:val="20"/>
        </w:rPr>
        <w:t>Flocc did not expect it to be heavy.</w:t>
      </w:r>
    </w:p>
    <w:p>
      <w:pPr>
        <w:spacing w:after="60" w:line="266" w:lineRule="auto"/>
        <w:ind w:firstLine="331"/>
        <w:jc w:val="both"/>
      </w:pPr>
      <w:r>
        <w:rPr>
          <w:rFonts w:ascii="Georgia" w:hAnsi="Georgia"/>
          <w:b w:val="0"/>
          <w:i w:val="0"/>
          <w:color w:val="22201D"/>
          <w:sz w:val="20"/>
        </w:rPr>
        <w:t>It was.</w:t>
      </w:r>
    </w:p>
    <w:p>
      <w:pPr>
        <w:spacing w:after="60" w:line="266" w:lineRule="auto"/>
        <w:ind w:firstLine="331"/>
        <w:jc w:val="both"/>
      </w:pPr>
      <w:r>
        <w:rPr>
          <w:rFonts w:ascii="Georgia" w:hAnsi="Georgia"/>
          <w:b w:val="0"/>
          <w:i w:val="0"/>
          <w:color w:val="22201D"/>
          <w:sz w:val="20"/>
        </w:rPr>
        <w:t>Of course it was.</w:t>
      </w:r>
    </w:p>
    <w:p>
      <w:pPr>
        <w:spacing w:after="60" w:line="266" w:lineRule="auto"/>
        <w:ind w:firstLine="331"/>
        <w:jc w:val="both"/>
      </w:pPr>
      <w:r>
        <w:rPr>
          <w:rFonts w:ascii="Georgia" w:hAnsi="Georgia"/>
          <w:b w:val="0"/>
          <w:i w:val="0"/>
          <w:color w:val="22201D"/>
          <w:sz w:val="20"/>
        </w:rPr>
        <w:t>Truth was not heavy because it was dramatic. It was heavy because it had to be kept upright.</w:t>
      </w:r>
    </w:p>
    <w:p>
      <w:pPr>
        <w:spacing w:after="60" w:line="266" w:lineRule="auto"/>
        <w:ind w:firstLine="331"/>
        <w:jc w:val="both"/>
      </w:pPr>
      <w:r>
        <w:rPr>
          <w:rFonts w:ascii="Georgia" w:hAnsi="Georgia"/>
          <w:b w:val="0"/>
          <w:i w:val="0"/>
          <w:color w:val="22201D"/>
          <w:sz w:val="20"/>
        </w:rPr>
        <w:t>Nico looked at him.</w:t>
      </w:r>
    </w:p>
    <w:p>
      <w:pPr>
        <w:spacing w:after="60" w:line="266" w:lineRule="auto"/>
        <w:ind w:firstLine="331"/>
        <w:jc w:val="both"/>
      </w:pPr>
      <w:r>
        <w:rPr>
          <w:rFonts w:ascii="Georgia" w:hAnsi="Georgia"/>
          <w:b w:val="0"/>
          <w:i w:val="0"/>
          <w:color w:val="22201D"/>
          <w:sz w:val="20"/>
        </w:rPr>
        <w:t>"Do we all have to say truths now?"</w:t>
      </w:r>
    </w:p>
    <w:p>
      <w:pPr>
        <w:spacing w:after="60" w:line="266" w:lineRule="auto"/>
        <w:ind w:firstLine="331"/>
        <w:jc w:val="both"/>
      </w:pPr>
      <w:r>
        <w:rPr>
          <w:rFonts w:ascii="Georgia" w:hAnsi="Georgia"/>
          <w:b w:val="0"/>
          <w:i w:val="0"/>
          <w:color w:val="22201D"/>
          <w:sz w:val="20"/>
        </w:rPr>
        <w:t>Talia leaned on the counter.</w:t>
      </w:r>
    </w:p>
    <w:p>
      <w:pPr>
        <w:spacing w:after="60" w:line="266" w:lineRule="auto"/>
        <w:ind w:firstLine="331"/>
        <w:jc w:val="both"/>
      </w:pPr>
      <w:r>
        <w:rPr>
          <w:rFonts w:ascii="Georgia" w:hAnsi="Georgia"/>
          <w:b w:val="0"/>
          <w:i w:val="0"/>
          <w:color w:val="22201D"/>
          <w:sz w:val="20"/>
        </w:rPr>
        <w:t>"Only if you want the sauce to stop following you."</w:t>
      </w:r>
    </w:p>
    <w:p>
      <w:pPr>
        <w:spacing w:after="60" w:line="266" w:lineRule="auto"/>
        <w:ind w:firstLine="331"/>
        <w:jc w:val="both"/>
      </w:pPr>
      <w:r>
        <w:rPr>
          <w:rFonts w:ascii="Georgia" w:hAnsi="Georgia"/>
          <w:b w:val="0"/>
          <w:i w:val="0"/>
          <w:color w:val="22201D"/>
          <w:sz w:val="20"/>
        </w:rPr>
        <w:t>Nico glanced toward the van.</w:t>
      </w:r>
    </w:p>
    <w:p>
      <w:pPr>
        <w:spacing w:after="60" w:line="266" w:lineRule="auto"/>
        <w:ind w:firstLine="331"/>
        <w:jc w:val="both"/>
      </w:pPr>
      <w:r>
        <w:rPr>
          <w:rFonts w:ascii="Georgia" w:hAnsi="Georgia"/>
          <w:b w:val="0"/>
          <w:i w:val="0"/>
          <w:color w:val="22201D"/>
          <w:sz w:val="20"/>
        </w:rPr>
        <w:t>"I am fine being followed."</w:t>
      </w:r>
    </w:p>
    <w:p>
      <w:pPr>
        <w:spacing w:after="60" w:line="266" w:lineRule="auto"/>
        <w:ind w:firstLine="331"/>
        <w:jc w:val="both"/>
      </w:pPr>
      <w:r>
        <w:rPr>
          <w:rFonts w:ascii="Georgia" w:hAnsi="Georgia"/>
          <w:b w:val="0"/>
          <w:i w:val="0"/>
          <w:color w:val="22201D"/>
          <w:sz w:val="20"/>
        </w:rPr>
        <w:t>The sauce label printed one more line:</w:t>
      </w:r>
    </w:p>
    <w:p>
      <w:pPr>
        <w:spacing w:after="60" w:line="250" w:lineRule="auto"/>
        <w:ind w:left="202" w:right="173"/>
      </w:pPr>
      <w:r>
        <w:rPr>
          <w:rFonts w:ascii="Georgia" w:hAnsi="Georgia"/>
          <w:b w:val="0"/>
          <w:i w:val="0"/>
          <w:color w:val="22201D"/>
          <w:sz w:val="17"/>
        </w:rPr>
        <w:t>UNTRUE BUT NOT DUE.</w:t>
      </w:r>
    </w:p>
    <w:p>
      <w:pPr>
        <w:spacing w:after="60" w:line="266" w:lineRule="auto"/>
        <w:ind w:firstLine="331"/>
        <w:jc w:val="both"/>
      </w:pPr>
      <w:r>
        <w:rPr>
          <w:rFonts w:ascii="Georgia" w:hAnsi="Georgia"/>
          <w:b w:val="0"/>
          <w:i w:val="0"/>
          <w:color w:val="22201D"/>
          <w:sz w:val="20"/>
        </w:rPr>
        <w:t>Nico pointed at the jar.</w:t>
      </w:r>
    </w:p>
    <w:p>
      <w:pPr>
        <w:spacing w:after="60" w:line="266" w:lineRule="auto"/>
        <w:ind w:firstLine="331"/>
        <w:jc w:val="both"/>
      </w:pPr>
      <w:r>
        <w:rPr>
          <w:rFonts w:ascii="Georgia" w:hAnsi="Georgia"/>
          <w:b w:val="0"/>
          <w:i w:val="0"/>
          <w:color w:val="22201D"/>
          <w:sz w:val="20"/>
        </w:rPr>
        <w:t>"It has a payment plan?"</w:t>
      </w:r>
    </w:p>
    <w:p>
      <w:pPr>
        <w:spacing w:after="60" w:line="266" w:lineRule="auto"/>
        <w:ind w:firstLine="331"/>
        <w:jc w:val="both"/>
      </w:pPr>
      <w:r>
        <w:rPr>
          <w:rFonts w:ascii="Georgia" w:hAnsi="Georgia"/>
          <w:b w:val="0"/>
          <w:i w:val="0"/>
          <w:color w:val="22201D"/>
          <w:sz w:val="20"/>
        </w:rPr>
        <w:t>Bob said, "Everyone does."</w:t>
      </w:r>
    </w:p>
    <w:p>
      <w:pPr>
        <w:spacing w:after="60" w:line="266" w:lineRule="auto"/>
        <w:ind w:firstLine="331"/>
        <w:jc w:val="both"/>
      </w:pPr>
      <w:r>
        <w:rPr>
          <w:rFonts w:ascii="Georgia" w:hAnsi="Georgia"/>
          <w:b w:val="0"/>
          <w:i w:val="0"/>
          <w:color w:val="22201D"/>
          <w:sz w:val="20"/>
        </w:rPr>
        <w:t>Talia handed Gerald a second, smaller label.</w:t>
      </w:r>
    </w:p>
    <w:p>
      <w:pPr>
        <w:spacing w:after="60" w:line="266" w:lineRule="auto"/>
        <w:ind w:firstLine="331"/>
        <w:jc w:val="both"/>
      </w:pPr>
      <w:r>
        <w:rPr>
          <w:rFonts w:ascii="Georgia" w:hAnsi="Georgia"/>
          <w:b w:val="0"/>
          <w:i w:val="0"/>
          <w:color w:val="22201D"/>
          <w:sz w:val="20"/>
        </w:rPr>
        <w:t>"Cargo note."</w:t>
      </w:r>
    </w:p>
    <w:p>
      <w:pPr>
        <w:spacing w:after="60" w:line="266" w:lineRule="auto"/>
        <w:ind w:firstLine="331"/>
        <w:jc w:val="both"/>
      </w:pPr>
      <w:r>
        <w:rPr>
          <w:rFonts w:ascii="Georgia" w:hAnsi="Georgia"/>
          <w:b w:val="0"/>
          <w:i w:val="0"/>
          <w:color w:val="22201D"/>
          <w:sz w:val="20"/>
        </w:rPr>
        <w:t>Gerald read it.</w:t>
      </w:r>
    </w:p>
    <w:p>
      <w:pPr>
        <w:spacing w:after="60" w:line="250" w:lineRule="auto"/>
        <w:ind w:left="202" w:right="173"/>
      </w:pPr>
      <w:r>
        <w:rPr>
          <w:rFonts w:ascii="Georgia" w:hAnsi="Georgia"/>
          <w:b w:val="0"/>
          <w:i w:val="0"/>
          <w:color w:val="22201D"/>
          <w:sz w:val="17"/>
        </w:rPr>
        <w:t>SAUCE CARGO NOTE  Keep upright. Do not shake for emphasis. Do not use heat as proof of honesty. Do not open while driving.</w:t>
      </w:r>
    </w:p>
    <w:p>
      <w:pPr>
        <w:spacing w:after="60" w:line="266" w:lineRule="auto"/>
        <w:ind w:firstLine="331"/>
        <w:jc w:val="both"/>
      </w:pPr>
      <w:r>
        <w:rPr>
          <w:rFonts w:ascii="Georgia" w:hAnsi="Georgia"/>
          <w:b w:val="0"/>
          <w:i w:val="0"/>
          <w:color w:val="22201D"/>
          <w:sz w:val="20"/>
        </w:rPr>
        <w:t>"Good note."</w:t>
      </w:r>
    </w:p>
    <w:p>
      <w:pPr>
        <w:spacing w:after="60" w:line="266" w:lineRule="auto"/>
        <w:ind w:firstLine="331"/>
        <w:jc w:val="both"/>
      </w:pPr>
      <w:r>
        <w:rPr>
          <w:rFonts w:ascii="Georgia" w:hAnsi="Georgia"/>
          <w:b w:val="0"/>
          <w:i w:val="0"/>
          <w:color w:val="22201D"/>
          <w:sz w:val="20"/>
        </w:rPr>
        <w:t>He placed it on the side of the jar with exact pressure.</w:t>
      </w:r>
    </w:p>
    <w:p>
      <w:pPr>
        <w:spacing w:after="60" w:line="266" w:lineRule="auto"/>
        <w:ind w:firstLine="331"/>
        <w:jc w:val="both"/>
      </w:pPr>
      <w:r>
        <w:rPr>
          <w:rFonts w:ascii="Georgia" w:hAnsi="Georgia"/>
          <w:b w:val="0"/>
          <w:i w:val="0"/>
          <w:color w:val="22201D"/>
          <w:sz w:val="20"/>
        </w:rPr>
        <w:t>Talia packed the jar in a small square carrier with a towel around it. The towel was clean, red, and folded without resentment. Flocc noticed the fold and did not ask whether the towel had opinions.</w:t>
      </w:r>
    </w:p>
    <w:p>
      <w:pPr>
        <w:spacing w:after="60" w:line="266" w:lineRule="auto"/>
        <w:ind w:firstLine="331"/>
        <w:jc w:val="both"/>
      </w:pPr>
      <w:r>
        <w:rPr>
          <w:rFonts w:ascii="Georgia" w:hAnsi="Georgia"/>
          <w:b w:val="0"/>
          <w:i w:val="0"/>
          <w:color w:val="22201D"/>
          <w:sz w:val="20"/>
        </w:rPr>
        <w:t>Progress.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OBSERVED.</w:t>
      </w:r>
    </w:p>
    <w:p>
      <w:pPr>
        <w:spacing w:after="60" w:line="266" w:lineRule="auto"/>
        <w:ind w:firstLine="331"/>
        <w:jc w:val="both"/>
      </w:pPr>
      <w:r>
        <w:rPr>
          <w:rFonts w:ascii="Georgia" w:hAnsi="Georgia"/>
          <w:b w:val="0"/>
          <w:i w:val="0"/>
          <w:color w:val="22201D"/>
          <w:sz w:val="20"/>
        </w:rPr>
        <w:t>Flocc looked through the windshield.</w:t>
      </w:r>
    </w:p>
    <w:p>
      <w:pPr>
        <w:spacing w:after="60" w:line="266" w:lineRule="auto"/>
        <w:ind w:firstLine="331"/>
        <w:jc w:val="both"/>
      </w:pPr>
      <w:r>
        <w:rPr>
          <w:rFonts w:ascii="Georgia" w:hAnsi="Georgia"/>
          <w:b w:val="0"/>
          <w:i w:val="0"/>
          <w:color w:val="22201D"/>
          <w:sz w:val="20"/>
        </w:rPr>
        <w:t>"Thank you," he said to the map, which was not who he meant and was also part of who he meant.</w:t>
      </w:r>
    </w:p>
    <w:p>
      <w:pPr>
        <w:spacing w:after="60" w:line="266" w:lineRule="auto"/>
        <w:ind w:firstLine="331"/>
        <w:jc w:val="both"/>
      </w:pPr>
      <w:r>
        <w:rPr>
          <w:rFonts w:ascii="Georgia" w:hAnsi="Georgia"/>
          <w:b w:val="0"/>
          <w:i w:val="0"/>
          <w:color w:val="22201D"/>
          <w:sz w:val="20"/>
        </w:rPr>
        <w:t>The map did not answer.</w:t>
      </w:r>
    </w:p>
    <w:p>
      <w:pPr>
        <w:spacing w:after="60" w:line="266" w:lineRule="auto"/>
        <w:ind w:firstLine="331"/>
        <w:jc w:val="both"/>
      </w:pPr>
      <w:r>
        <w:rPr>
          <w:rFonts w:ascii="Georgia" w:hAnsi="Georgia"/>
          <w:b w:val="0"/>
          <w:i w:val="0"/>
          <w:color w:val="22201D"/>
          <w:sz w:val="20"/>
        </w:rPr>
        <w:t>Talia closed the sauce carrier.</w:t>
      </w:r>
    </w:p>
    <w:p>
      <w:pPr>
        <w:spacing w:after="60" w:line="266" w:lineRule="auto"/>
        <w:ind w:firstLine="331"/>
        <w:jc w:val="both"/>
      </w:pPr>
      <w:r>
        <w:rPr>
          <w:rFonts w:ascii="Georgia" w:hAnsi="Georgia"/>
          <w:b w:val="0"/>
          <w:i w:val="0"/>
          <w:color w:val="22201D"/>
          <w:sz w:val="20"/>
        </w:rPr>
        <w:t>"Next stop?"</w:t>
      </w:r>
    </w:p>
    <w:p>
      <w:pPr>
        <w:spacing w:after="60" w:line="266" w:lineRule="auto"/>
        <w:ind w:firstLine="331"/>
        <w:jc w:val="both"/>
      </w:pPr>
      <w:r>
        <w:rPr>
          <w:rFonts w:ascii="Georgia" w:hAnsi="Georgia"/>
          <w:b w:val="0"/>
          <w:i w:val="0"/>
          <w:color w:val="22201D"/>
          <w:sz w:val="20"/>
        </w:rPr>
        <w:t>Bob said, "Mall."</w:t>
      </w:r>
    </w:p>
    <w:p>
      <w:pPr>
        <w:spacing w:after="60" w:line="266" w:lineRule="auto"/>
        <w:ind w:firstLine="331"/>
        <w:jc w:val="both"/>
      </w:pPr>
      <w:r>
        <w:rPr>
          <w:rFonts w:ascii="Georgia" w:hAnsi="Georgia"/>
          <w:b w:val="0"/>
          <w:i w:val="0"/>
          <w:color w:val="22201D"/>
          <w:sz w:val="20"/>
        </w:rPr>
        <w:t>Nico brightened.</w:t>
      </w:r>
    </w:p>
    <w:p>
      <w:pPr>
        <w:spacing w:after="60" w:line="266" w:lineRule="auto"/>
        <w:ind w:firstLine="331"/>
        <w:jc w:val="both"/>
      </w:pPr>
      <w:r>
        <w:rPr>
          <w:rFonts w:ascii="Georgia" w:hAnsi="Georgia"/>
          <w:b w:val="0"/>
          <w:i w:val="0"/>
          <w:color w:val="22201D"/>
          <w:sz w:val="20"/>
        </w:rPr>
        <w:t>"A mall? Finally, a normal public institution designed to trap longing indoors."</w:t>
      </w:r>
    </w:p>
    <w:p>
      <w:pPr>
        <w:spacing w:after="60" w:line="266" w:lineRule="auto"/>
        <w:ind w:firstLine="331"/>
        <w:jc w:val="both"/>
      </w:pPr>
      <w:r>
        <w:rPr>
          <w:rFonts w:ascii="Georgia" w:hAnsi="Georgia"/>
          <w:b w:val="0"/>
          <w:i w:val="0"/>
          <w:color w:val="22201D"/>
          <w:sz w:val="20"/>
        </w:rPr>
        <w:t>Steve wrote that down before he could stop himself.</w:t>
      </w:r>
    </w:p>
    <w:p>
      <w:pPr>
        <w:spacing w:after="60" w:line="266" w:lineRule="auto"/>
        <w:ind w:firstLine="331"/>
        <w:jc w:val="both"/>
      </w:pPr>
      <w:r>
        <w:rPr>
          <w:rFonts w:ascii="Georgia" w:hAnsi="Georgia"/>
          <w:b w:val="0"/>
          <w:i w:val="0"/>
          <w:color w:val="22201D"/>
          <w:sz w:val="20"/>
        </w:rPr>
        <w:t>Gerald said, "Closed mall."</w:t>
      </w:r>
    </w:p>
    <w:p>
      <w:pPr>
        <w:spacing w:after="60" w:line="266" w:lineRule="auto"/>
        <w:ind w:firstLine="331"/>
        <w:jc w:val="both"/>
      </w:pPr>
      <w:r>
        <w:rPr>
          <w:rFonts w:ascii="Georgia" w:hAnsi="Georgia"/>
          <w:b w:val="0"/>
          <w:i w:val="0"/>
          <w:color w:val="22201D"/>
          <w:sz w:val="20"/>
        </w:rPr>
        <w:t>Nico's brightness adjusted.</w:t>
      </w:r>
    </w:p>
    <w:p>
      <w:pPr>
        <w:spacing w:after="60" w:line="266" w:lineRule="auto"/>
        <w:ind w:firstLine="331"/>
        <w:jc w:val="both"/>
      </w:pPr>
      <w:r>
        <w:rPr>
          <w:rFonts w:ascii="Georgia" w:hAnsi="Georgia"/>
          <w:b w:val="0"/>
          <w:i w:val="0"/>
          <w:color w:val="22201D"/>
          <w:sz w:val="20"/>
        </w:rPr>
        <w:t>"Still plausible."</w:t>
      </w:r>
    </w:p>
    <w:p>
      <w:pPr>
        <w:spacing w:after="60" w:line="266" w:lineRule="auto"/>
        <w:ind w:firstLine="331"/>
        <w:jc w:val="both"/>
      </w:pPr>
      <w:r>
        <w:rPr>
          <w:rFonts w:ascii="Georgia" w:hAnsi="Georgia"/>
          <w:b w:val="0"/>
          <w:i w:val="0"/>
          <w:color w:val="22201D"/>
          <w:sz w:val="20"/>
        </w:rPr>
        <w:t>The sauce label warmed through the carrier.</w:t>
      </w:r>
    </w:p>
    <w:p>
      <w:pPr>
        <w:spacing w:after="60" w:line="266" w:lineRule="auto"/>
        <w:ind w:firstLine="331"/>
        <w:jc w:val="both"/>
      </w:pPr>
      <w:r>
        <w:rPr>
          <w:rFonts w:ascii="Georgia" w:hAnsi="Georgia"/>
          <w:b w:val="0"/>
          <w:i w:val="0"/>
          <w:color w:val="22201D"/>
          <w:sz w:val="20"/>
        </w:rPr>
        <w:t>New text appeared on the top flap:</w:t>
      </w:r>
    </w:p>
    <w:p>
      <w:pPr>
        <w:spacing w:after="60" w:line="250" w:lineRule="auto"/>
        <w:ind w:left="202" w:right="173"/>
      </w:pPr>
      <w:r>
        <w:rPr>
          <w:rFonts w:ascii="Georgia" w:hAnsi="Georgia"/>
          <w:b w:val="0"/>
          <w:i w:val="0"/>
          <w:color w:val="22201D"/>
          <w:sz w:val="17"/>
        </w:rPr>
        <w:t>NEXT DOCUMENT: DIRECTORY CARD  NEXT CHAPTER: THE MALL THAT CLOSED FORWARD  PRICE: ONE MEMORY RETURNED</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One memory returned.</w:t>
      </w:r>
    </w:p>
    <w:p>
      <w:pPr>
        <w:spacing w:after="60" w:line="266" w:lineRule="auto"/>
        <w:ind w:firstLine="331"/>
        <w:jc w:val="both"/>
      </w:pPr>
      <w:r>
        <w:rPr>
          <w:rFonts w:ascii="Georgia" w:hAnsi="Georgia"/>
          <w:b w:val="0"/>
          <w:i w:val="0"/>
          <w:color w:val="22201D"/>
          <w:sz w:val="20"/>
        </w:rPr>
        <w:t>His hand tightened on the carrier.</w:t>
      </w:r>
    </w:p>
    <w:p>
      <w:pPr>
        <w:spacing w:after="60" w:line="266" w:lineRule="auto"/>
        <w:ind w:firstLine="331"/>
        <w:jc w:val="both"/>
      </w:pPr>
      <w:r>
        <w:rPr>
          <w:rFonts w:ascii="Georgia" w:hAnsi="Georgia"/>
          <w:b w:val="0"/>
          <w:i w:val="0"/>
          <w:color w:val="22201D"/>
          <w:sz w:val="20"/>
        </w:rPr>
        <w:t>Bob noticed.</w:t>
      </w:r>
    </w:p>
    <w:p>
      <w:pPr>
        <w:spacing w:after="60" w:line="266" w:lineRule="auto"/>
        <w:ind w:firstLine="331"/>
        <w:jc w:val="both"/>
      </w:pPr>
      <w:r>
        <w:rPr>
          <w:rFonts w:ascii="Georgia" w:hAnsi="Georgia"/>
          <w:b w:val="0"/>
          <w:i w:val="0"/>
          <w:color w:val="22201D"/>
          <w:sz w:val="20"/>
        </w:rPr>
        <w:t>"Not chosen yet."</w:t>
      </w:r>
    </w:p>
    <w:p>
      <w:pPr>
        <w:spacing w:after="60" w:line="266" w:lineRule="auto"/>
        <w:ind w:firstLine="331"/>
        <w:jc w:val="both"/>
      </w:pPr>
      <w:r>
        <w:rPr>
          <w:rFonts w:ascii="Georgia" w:hAnsi="Georgia"/>
          <w:b w:val="0"/>
          <w:i w:val="0"/>
          <w:color w:val="22201D"/>
          <w:sz w:val="20"/>
        </w:rPr>
        <w:t>"The memory?"</w:t>
      </w:r>
    </w:p>
    <w:p>
      <w:pPr>
        <w:spacing w:after="60" w:line="266" w:lineRule="auto"/>
        <w:ind w:firstLine="331"/>
        <w:jc w:val="both"/>
      </w:pPr>
      <w:r>
        <w:rPr>
          <w:rFonts w:ascii="Georgia" w:hAnsi="Georgia"/>
          <w:b w:val="0"/>
          <w:i w:val="0"/>
          <w:color w:val="22201D"/>
          <w:sz w:val="20"/>
        </w:rPr>
        <w:t>"The return."</w:t>
      </w:r>
    </w:p>
    <w:p>
      <w:pPr>
        <w:spacing w:after="60" w:line="266" w:lineRule="auto"/>
        <w:ind w:firstLine="331"/>
        <w:jc w:val="both"/>
      </w:pPr>
      <w:r>
        <w:rPr>
          <w:rFonts w:ascii="Georgia" w:hAnsi="Georgia"/>
          <w:b w:val="0"/>
          <w:i w:val="0"/>
          <w:color w:val="22201D"/>
          <w:sz w:val="20"/>
        </w:rPr>
        <w:t>Talia said, "Closed places don't give back what you ask for. They give back what still has your name on the shelf."</w:t>
      </w:r>
    </w:p>
    <w:p>
      <w:pPr>
        <w:spacing w:after="60" w:line="266" w:lineRule="auto"/>
        <w:ind w:firstLine="331"/>
        <w:jc w:val="both"/>
      </w:pPr>
      <w:r>
        <w:rPr>
          <w:rFonts w:ascii="Georgia" w:hAnsi="Georgia"/>
          <w:b w:val="0"/>
          <w:i w:val="0"/>
          <w:color w:val="22201D"/>
          <w:sz w:val="20"/>
        </w:rPr>
        <w:t>Nico said, "That is either wise or bad retail."</w:t>
      </w:r>
    </w:p>
    <w:p>
      <w:pPr>
        <w:spacing w:after="60" w:line="266" w:lineRule="auto"/>
        <w:ind w:firstLine="331"/>
        <w:jc w:val="both"/>
      </w:pPr>
      <w:r>
        <w:rPr>
          <w:rFonts w:ascii="Georgia" w:hAnsi="Georgia"/>
          <w:b w:val="0"/>
          <w:i w:val="0"/>
          <w:color w:val="22201D"/>
          <w:sz w:val="20"/>
        </w:rPr>
        <w:t>"Usually both."</w:t>
      </w:r>
    </w:p>
    <w:p>
      <w:pPr>
        <w:spacing w:after="60" w:line="266" w:lineRule="auto"/>
        <w:ind w:firstLine="331"/>
        <w:jc w:val="both"/>
      </w:pPr>
      <w:r>
        <w:rPr>
          <w:rFonts w:ascii="Georgia" w:hAnsi="Georgia"/>
          <w:b w:val="0"/>
          <w:i w:val="0"/>
          <w:color w:val="22201D"/>
          <w:sz w:val="20"/>
        </w:rPr>
        <w:t>They returned to the van.</w:t>
      </w:r>
    </w:p>
    <w:p>
      <w:pPr>
        <w:spacing w:after="60" w:line="266" w:lineRule="auto"/>
        <w:ind w:firstLine="331"/>
        <w:jc w:val="both"/>
      </w:pPr>
      <w:r>
        <w:rPr>
          <w:rFonts w:ascii="Georgia" w:hAnsi="Georgia"/>
          <w:b w:val="0"/>
          <w:i w:val="0"/>
          <w:color w:val="22201D"/>
          <w:sz w:val="20"/>
        </w:rPr>
        <w:t>Gerald assigned the sauce carrier a place beside the box marked ROUTE, not touching the soup residue on the carrier straps, not near the red fuel can, and not where Nico's shoes could invent a problem.</w:t>
      </w:r>
    </w:p>
    <w:p>
      <w:pPr>
        <w:spacing w:after="60" w:line="266" w:lineRule="auto"/>
        <w:ind w:firstLine="331"/>
        <w:jc w:val="both"/>
      </w:pPr>
      <w:r>
        <w:rPr>
          <w:rFonts w:ascii="Georgia" w:hAnsi="Georgia"/>
          <w:b w:val="0"/>
          <w:i w:val="0"/>
          <w:color w:val="22201D"/>
          <w:sz w:val="20"/>
        </w:rPr>
        <w:t>Flocc placed it carefully.</w:t>
      </w:r>
    </w:p>
    <w:p>
      <w:pPr>
        <w:spacing w:after="60" w:line="266" w:lineRule="auto"/>
        <w:ind w:firstLine="331"/>
        <w:jc w:val="both"/>
      </w:pPr>
      <w:r>
        <w:rPr>
          <w:rFonts w:ascii="Georgia" w:hAnsi="Georgia"/>
          <w:b w:val="0"/>
          <w:i w:val="0"/>
          <w:color w:val="22201D"/>
          <w:sz w:val="20"/>
        </w:rPr>
        <w:t>The jar remained upright.</w:t>
      </w:r>
    </w:p>
    <w:p>
      <w:pPr>
        <w:spacing w:after="60" w:line="266" w:lineRule="auto"/>
        <w:ind w:firstLine="331"/>
        <w:jc w:val="both"/>
      </w:pPr>
      <w:r>
        <w:rPr>
          <w:rFonts w:ascii="Georgia" w:hAnsi="Georgia"/>
          <w:b w:val="0"/>
          <w:i w:val="0"/>
          <w:color w:val="22201D"/>
          <w:sz w:val="20"/>
        </w:rPr>
        <w:t>Steve copied the sauce label into the record.</w:t>
      </w:r>
    </w:p>
    <w:p>
      <w:pPr>
        <w:spacing w:after="60" w:line="266" w:lineRule="auto"/>
        <w:ind w:firstLine="331"/>
        <w:jc w:val="both"/>
      </w:pPr>
      <w:r>
        <w:rPr>
          <w:rFonts w:ascii="Georgia" w:hAnsi="Georgia"/>
          <w:b w:val="0"/>
          <w:i w:val="0"/>
          <w:color w:val="22201D"/>
          <w:sz w:val="20"/>
        </w:rPr>
        <w:t>Bob started the engine.</w:t>
      </w:r>
    </w:p>
    <w:p>
      <w:pPr>
        <w:spacing w:after="60" w:line="266" w:lineRule="auto"/>
        <w:ind w:firstLine="331"/>
        <w:jc w:val="both"/>
      </w:pPr>
      <w:r>
        <w:rPr>
          <w:rFonts w:ascii="Georgia" w:hAnsi="Georgia"/>
          <w:b w:val="0"/>
          <w:i w:val="0"/>
          <w:color w:val="22201D"/>
          <w:sz w:val="20"/>
        </w:rPr>
        <w:t>The food cart vent exhaled one last line of smoke. It did not follow them. It did not need to.</w:t>
      </w:r>
    </w:p>
    <w:p>
      <w:pPr>
        <w:spacing w:after="60" w:line="266" w:lineRule="auto"/>
        <w:ind w:firstLine="331"/>
        <w:jc w:val="both"/>
      </w:pPr>
      <w:r>
        <w:rPr>
          <w:rFonts w:ascii="Georgia" w:hAnsi="Georgia"/>
          <w:b w:val="0"/>
          <w:i w:val="0"/>
          <w:color w:val="22201D"/>
          <w:sz w:val="20"/>
        </w:rPr>
        <w:t>The truth had been labeled.</w:t>
      </w:r>
    </w:p>
    <w:p>
      <w:pPr>
        <w:spacing w:after="60" w:line="266" w:lineRule="auto"/>
        <w:ind w:firstLine="331"/>
        <w:jc w:val="both"/>
      </w:pPr>
      <w:r>
        <w:rPr>
          <w:rFonts w:ascii="Georgia" w:hAnsi="Georgia"/>
          <w:b w:val="0"/>
          <w:i w:val="0"/>
          <w:color w:val="22201D"/>
          <w:sz w:val="20"/>
        </w:rPr>
        <w:t>As the van pulled away, Flocc tasted the sauce again without eating more of it. Smoke, plum, morita. Where it had been. Sweetness survived. Heat can travel without shouting.</w:t>
      </w:r>
    </w:p>
    <w:p>
      <w:pPr>
        <w:spacing w:after="60" w:line="266" w:lineRule="auto"/>
        <w:ind w:firstLine="331"/>
        <w:jc w:val="both"/>
      </w:pPr>
      <w:r>
        <w:rPr>
          <w:rFonts w:ascii="Georgia" w:hAnsi="Georgia"/>
          <w:b w:val="0"/>
          <w:i w:val="0"/>
          <w:color w:val="22201D"/>
          <w:sz w:val="20"/>
        </w:rPr>
        <w:t>He looked at the glove compartment.</w:t>
      </w:r>
    </w:p>
    <w:p>
      <w:pPr>
        <w:spacing w:after="60" w:line="266" w:lineRule="auto"/>
        <w:ind w:firstLine="331"/>
        <w:jc w:val="both"/>
      </w:pPr>
      <w:r>
        <w:rPr>
          <w:rFonts w:ascii="Georgia" w:hAnsi="Georgia"/>
          <w:b w:val="0"/>
          <w:i w:val="0"/>
          <w:color w:val="22201D"/>
          <w:sz w:val="20"/>
        </w:rPr>
        <w:t>Inside, map note, fuel receipt, drop ticket, and sauce label now lay flat in their own order.</w:t>
      </w:r>
    </w:p>
    <w:p>
      <w:pPr>
        <w:spacing w:after="60" w:line="266" w:lineRule="auto"/>
        <w:ind w:firstLine="331"/>
        <w:jc w:val="both"/>
      </w:pPr>
      <w:r>
        <w:rPr>
          <w:rFonts w:ascii="Georgia" w:hAnsi="Georgia"/>
          <w:b w:val="0"/>
          <w:i w:val="0"/>
          <w:color w:val="22201D"/>
          <w:sz w:val="20"/>
        </w:rPr>
        <w:t>They touched.</w:t>
      </w:r>
    </w:p>
    <w:p>
      <w:pPr>
        <w:spacing w:after="60" w:line="266" w:lineRule="auto"/>
        <w:ind w:firstLine="331"/>
        <w:jc w:val="both"/>
      </w:pPr>
      <w:r>
        <w:rPr>
          <w:rFonts w:ascii="Georgia" w:hAnsi="Georgia"/>
          <w:b w:val="0"/>
          <w:i w:val="0"/>
          <w:color w:val="22201D"/>
          <w:sz w:val="20"/>
        </w:rPr>
        <w:t>They remained themselves.</w:t>
      </w:r>
    </w:p>
    <w:p>
      <w:pPr>
        <w:spacing w:after="60" w:line="266" w:lineRule="auto"/>
        <w:ind w:firstLine="331"/>
        <w:jc w:val="both"/>
      </w:pPr>
      <w:r>
        <w:rPr>
          <w:rFonts w:ascii="Georgia" w:hAnsi="Georgia"/>
          <w:b w:val="0"/>
          <w:i w:val="0"/>
          <w:color w:val="22201D"/>
          <w:sz w:val="20"/>
        </w:rPr>
        <w:t>The route line bent toward a mall that had closed forward instead of down.</w:t>
      </w:r>
    </w:p>
    <w:p>
      <w:pPr>
        <w:spacing w:after="60" w:line="266" w:lineRule="auto"/>
        <w:ind w:firstLine="331"/>
        <w:jc w:val="both"/>
      </w:pPr>
      <w:r>
        <w:rPr>
          <w:rFonts w:ascii="Georgia" w:hAnsi="Georgia"/>
          <w:b w:val="0"/>
          <w:i w:val="0"/>
          <w:color w:val="22201D"/>
          <w:sz w:val="20"/>
        </w:rPr>
        <w:t>Nico said, "If a memory is returned, do we need a receipt?"</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DIRECTORY CARD. PLEASE KEEP UP.</w:t>
      </w:r>
    </w:p>
    <w:p>
      <w:pPr>
        <w:spacing w:after="60" w:line="266" w:lineRule="auto"/>
        <w:ind w:firstLine="331"/>
        <w:jc w:val="both"/>
      </w:pPr>
      <w:r>
        <w:rPr>
          <w:rFonts w:ascii="Georgia" w:hAnsi="Georgia"/>
          <w:b w:val="0"/>
          <w:i w:val="0"/>
          <w:color w:val="22201D"/>
          <w:sz w:val="20"/>
        </w:rPr>
        <w:t>Gerald checked the cargo reflection.</w:t>
      </w:r>
    </w:p>
    <w:p>
      <w:pPr>
        <w:spacing w:after="60" w:line="266" w:lineRule="auto"/>
        <w:ind w:firstLine="331"/>
        <w:jc w:val="both"/>
      </w:pPr>
      <w:r>
        <w:rPr>
          <w:rFonts w:ascii="Georgia" w:hAnsi="Georgia"/>
          <w:b w:val="0"/>
          <w:i w:val="0"/>
          <w:color w:val="22201D"/>
          <w:sz w:val="20"/>
        </w:rPr>
        <w:t>"Sauce stable."</w:t>
      </w:r>
    </w:p>
    <w:p>
      <w:pPr>
        <w:spacing w:after="60" w:line="266" w:lineRule="auto"/>
        <w:ind w:firstLine="331"/>
        <w:jc w:val="both"/>
      </w:pPr>
      <w:r>
        <w:rPr>
          <w:rFonts w:ascii="Georgia" w:hAnsi="Georgia"/>
          <w:b w:val="0"/>
          <w:i w:val="0"/>
          <w:color w:val="22201D"/>
          <w:sz w:val="20"/>
        </w:rPr>
        <w:t>Bob drove.</w:t>
      </w:r>
    </w:p>
    <w:p>
      <w:pPr>
        <w:spacing w:after="60" w:line="266" w:lineRule="auto"/>
        <w:ind w:firstLine="331"/>
        <w:jc w:val="both"/>
      </w:pPr>
      <w:r>
        <w:rPr>
          <w:rFonts w:ascii="Georgia" w:hAnsi="Georgia"/>
          <w:b w:val="0"/>
          <w:i w:val="0"/>
          <w:color w:val="22201D"/>
          <w:sz w:val="20"/>
        </w:rPr>
        <w:t>Flocc kept his hands in his lap and did not ask which memory.</w:t>
      </w:r>
    </w:p>
    <w:p>
      <w:pPr>
        <w:spacing w:after="60" w:line="266" w:lineRule="auto"/>
        <w:ind w:firstLine="331"/>
        <w:jc w:val="both"/>
      </w:pPr>
      <w:r>
        <w:rPr>
          <w:rFonts w:ascii="Georgia" w:hAnsi="Georgia"/>
          <w:b w:val="0"/>
          <w:i w:val="0"/>
          <w:color w:val="22201D"/>
          <w:sz w:val="20"/>
        </w:rPr>
        <w:t>That was not patience exactly.</w:t>
      </w:r>
    </w:p>
    <w:p>
      <w:pPr>
        <w:spacing w:after="60" w:line="266" w:lineRule="auto"/>
        <w:ind w:firstLine="331"/>
        <w:jc w:val="both"/>
      </w:pPr>
      <w:r>
        <w:rPr>
          <w:rFonts w:ascii="Georgia" w:hAnsi="Georgia"/>
          <w:b w:val="0"/>
          <w:i w:val="0"/>
          <w:color w:val="22201D"/>
          <w:sz w:val="20"/>
        </w:rPr>
        <w:t>But it was no longer theft.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Mall That Closed Forward</w:t>
      </w:r>
    </w:p>
    <w:p>
      <w:pPr>
        <w:spacing w:after="60" w:line="266" w:lineRule="auto"/>
        <w:ind w:firstLine="0"/>
        <w:jc w:val="both"/>
      </w:pPr>
      <w:r>
        <w:rPr>
          <w:rFonts w:ascii="Georgia" w:hAnsi="Georgia"/>
          <w:b w:val="0"/>
          <w:i w:val="0"/>
          <w:color w:val="22201D"/>
          <w:sz w:val="20"/>
        </w:rPr>
        <w:t>In which a closed mall becomes a temporal rest stop, the directory knows which memory is returnable, and one thing comes back without reopening the past.</w:t>
      </w:r>
    </w:p>
    <w:p>
      <w:pPr>
        <w:spacing w:after="60" w:line="266" w:lineRule="auto"/>
        <w:ind w:firstLine="331"/>
        <w:jc w:val="both"/>
      </w:pPr>
      <w:r>
        <w:rPr>
          <w:rFonts w:ascii="Georgia" w:hAnsi="Georgia"/>
          <w:b w:val="0"/>
          <w:i w:val="0"/>
          <w:color w:val="22201D"/>
          <w:sz w:val="20"/>
        </w:rPr>
        <w:t>The mall had closed forward.</w:t>
      </w:r>
    </w:p>
    <w:p>
      <w:pPr>
        <w:spacing w:after="60" w:line="266" w:lineRule="auto"/>
        <w:ind w:firstLine="331"/>
        <w:jc w:val="both"/>
      </w:pPr>
      <w:r>
        <w:rPr>
          <w:rFonts w:ascii="Georgia" w:hAnsi="Georgia"/>
          <w:b w:val="0"/>
          <w:i w:val="0"/>
          <w:color w:val="22201D"/>
          <w:sz w:val="20"/>
        </w:rPr>
        <w:t>This was printed on the entrance doors, which helped no one.</w:t>
      </w:r>
    </w:p>
    <w:p>
      <w:pPr>
        <w:spacing w:after="60" w:line="250" w:lineRule="auto"/>
        <w:ind w:left="202" w:right="173"/>
      </w:pPr>
      <w:r>
        <w:rPr>
          <w:rFonts w:ascii="Georgia" w:hAnsi="Georgia"/>
          <w:b w:val="0"/>
          <w:i w:val="0"/>
          <w:color w:val="22201D"/>
          <w:sz w:val="17"/>
        </w:rPr>
        <w:t>CLOSED FORWARD PLEASE USE MEMORY ENTRANCE</w:t>
      </w:r>
    </w:p>
    <w:p>
      <w:pPr>
        <w:spacing w:after="60" w:line="266" w:lineRule="auto"/>
        <w:ind w:firstLine="331"/>
        <w:jc w:val="both"/>
      </w:pPr>
      <w:r>
        <w:rPr>
          <w:rFonts w:ascii="Georgia" w:hAnsi="Georgia"/>
          <w:b w:val="0"/>
          <w:i w:val="0"/>
          <w:color w:val="22201D"/>
          <w:sz w:val="20"/>
        </w:rPr>
        <w:t>Nico stood in the cracked parking lot and read the sign three times.</w:t>
      </w:r>
    </w:p>
    <w:p>
      <w:pPr>
        <w:spacing w:after="60" w:line="266" w:lineRule="auto"/>
        <w:ind w:firstLine="331"/>
        <w:jc w:val="both"/>
      </w:pPr>
      <w:r>
        <w:rPr>
          <w:rFonts w:ascii="Georgia" w:hAnsi="Georgia"/>
          <w:b w:val="0"/>
          <w:i w:val="0"/>
          <w:color w:val="22201D"/>
          <w:sz w:val="20"/>
        </w:rPr>
        <w:t>"I understand each word separately."</w:t>
      </w:r>
    </w:p>
    <w:p>
      <w:pPr>
        <w:spacing w:after="60" w:line="266" w:lineRule="auto"/>
        <w:ind w:firstLine="331"/>
        <w:jc w:val="both"/>
      </w:pPr>
      <w:r>
        <w:rPr>
          <w:rFonts w:ascii="Georgia" w:hAnsi="Georgia"/>
          <w:b w:val="0"/>
          <w:i w:val="0"/>
          <w:color w:val="22201D"/>
          <w:sz w:val="20"/>
        </w:rPr>
        <w:t>Gerald inspected the building instead of the sentence.</w:t>
      </w:r>
    </w:p>
    <w:p>
      <w:pPr>
        <w:spacing w:after="60" w:line="266" w:lineRule="auto"/>
        <w:ind w:firstLine="331"/>
        <w:jc w:val="both"/>
      </w:pPr>
      <w:r>
        <w:rPr>
          <w:rFonts w:ascii="Georgia" w:hAnsi="Georgia"/>
          <w:b w:val="0"/>
          <w:i w:val="0"/>
          <w:color w:val="22201D"/>
          <w:sz w:val="20"/>
        </w:rPr>
        <w:t>"Main entrance locked. Glass intact. One door has a maintenance key box. No visible power in anchor wing. Roof drainage questionable. Parking lot potholes shallow but numerous."</w:t>
      </w:r>
    </w:p>
    <w:p>
      <w:pPr>
        <w:spacing w:after="60" w:line="266" w:lineRule="auto"/>
        <w:ind w:firstLine="331"/>
        <w:jc w:val="both"/>
      </w:pPr>
      <w:r>
        <w:rPr>
          <w:rFonts w:ascii="Georgia" w:hAnsi="Georgia"/>
          <w:b w:val="0"/>
          <w:i w:val="0"/>
          <w:color w:val="22201D"/>
          <w:sz w:val="20"/>
        </w:rPr>
        <w:t>The map, spread across the van's dashboard, printed:</w:t>
      </w:r>
    </w:p>
    <w:p>
      <w:pPr>
        <w:spacing w:after="60" w:line="250" w:lineRule="auto"/>
        <w:ind w:left="202" w:right="173"/>
      </w:pPr>
      <w:r>
        <w:rPr>
          <w:rFonts w:ascii="Georgia" w:hAnsi="Georgia"/>
          <w:b w:val="0"/>
          <w:i w:val="0"/>
          <w:color w:val="22201D"/>
          <w:sz w:val="17"/>
        </w:rPr>
        <w:t>CONCRETE DETAILS ACCEPTED.</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Bob shut off the engine.</w:t>
      </w:r>
    </w:p>
    <w:p>
      <w:pPr>
        <w:spacing w:after="60" w:line="266" w:lineRule="auto"/>
        <w:ind w:firstLine="331"/>
        <w:jc w:val="both"/>
      </w:pPr>
      <w:r>
        <w:rPr>
          <w:rFonts w:ascii="Georgia" w:hAnsi="Georgia"/>
          <w:b w:val="0"/>
          <w:i w:val="0"/>
          <w:color w:val="22201D"/>
          <w:sz w:val="20"/>
        </w:rPr>
        <w:t>The van ticked as it cooled. The sauce carrier sat upright beside the box marked ROUTE. The red fuel can was secured. The glove compartment held the map note, fuel receipt, drop ticket, and sauce label flat in their own order.</w:t>
      </w:r>
    </w:p>
    <w:p>
      <w:pPr>
        <w:spacing w:after="60" w:line="266" w:lineRule="auto"/>
        <w:ind w:firstLine="331"/>
        <w:jc w:val="both"/>
      </w:pPr>
      <w:r>
        <w:rPr>
          <w:rFonts w:ascii="Georgia" w:hAnsi="Georgia"/>
          <w:b w:val="0"/>
          <w:i w:val="0"/>
          <w:color w:val="22201D"/>
          <w:sz w:val="20"/>
        </w:rPr>
        <w:t>The mall sat ahead of them like a sentence someone had stopped saying but not finished meaning.</w:t>
      </w:r>
    </w:p>
    <w:p>
      <w:pPr>
        <w:spacing w:after="60" w:line="266" w:lineRule="auto"/>
        <w:ind w:firstLine="331"/>
        <w:jc w:val="both"/>
      </w:pPr>
      <w:r>
        <w:rPr>
          <w:rFonts w:ascii="Georgia" w:hAnsi="Georgia"/>
          <w:b w:val="0"/>
          <w:i w:val="0"/>
          <w:color w:val="22201D"/>
          <w:sz w:val="20"/>
        </w:rPr>
        <w:t>It was not grand. That mattered.</w:t>
      </w:r>
    </w:p>
    <w:p>
      <w:pPr>
        <w:spacing w:after="60" w:line="266" w:lineRule="auto"/>
        <w:ind w:firstLine="331"/>
        <w:jc w:val="both"/>
      </w:pPr>
      <w:r>
        <w:rPr>
          <w:rFonts w:ascii="Georgia" w:hAnsi="Georgia"/>
          <w:b w:val="0"/>
          <w:i w:val="0"/>
          <w:color w:val="22201D"/>
          <w:sz w:val="20"/>
        </w:rPr>
        <w:t>It had a faded sign frame where a department store name had once been, two darkened entrances, planters full of weeds, a row of abandoned cart corrals, and a movie-poster case containing only a sun-bleached rectangle of paper with tape ghosts in the corners.</w:t>
      </w:r>
    </w:p>
    <w:p>
      <w:pPr>
        <w:spacing w:after="60" w:line="266" w:lineRule="auto"/>
        <w:ind w:firstLine="331"/>
        <w:jc w:val="both"/>
      </w:pPr>
      <w:r>
        <w:rPr>
          <w:rFonts w:ascii="Georgia" w:hAnsi="Georgia"/>
          <w:b w:val="0"/>
          <w:i w:val="0"/>
          <w:color w:val="22201D"/>
          <w:sz w:val="20"/>
        </w:rPr>
        <w:t>Flocc looked at the doors.</w:t>
      </w:r>
    </w:p>
    <w:p>
      <w:pPr>
        <w:spacing w:after="60" w:line="266" w:lineRule="auto"/>
        <w:ind w:firstLine="331"/>
        <w:jc w:val="both"/>
      </w:pPr>
      <w:r>
        <w:rPr>
          <w:rFonts w:ascii="Georgia" w:hAnsi="Georgia"/>
          <w:b w:val="0"/>
          <w:i w:val="0"/>
          <w:color w:val="22201D"/>
          <w:sz w:val="20"/>
        </w:rPr>
        <w:t>"Which memory?"</w:t>
      </w:r>
    </w:p>
    <w:p>
      <w:pPr>
        <w:spacing w:after="60" w:line="266" w:lineRule="auto"/>
        <w:ind w:firstLine="331"/>
        <w:jc w:val="both"/>
      </w:pPr>
      <w:r>
        <w:rPr>
          <w:rFonts w:ascii="Georgia" w:hAnsi="Georgia"/>
          <w:b w:val="0"/>
          <w:i w:val="0"/>
          <w:color w:val="22201D"/>
          <w:sz w:val="20"/>
        </w:rPr>
        <w:t>Bob said, "Not chosen yet."</w:t>
      </w:r>
    </w:p>
    <w:p>
      <w:pPr>
        <w:spacing w:after="60" w:line="266" w:lineRule="auto"/>
        <w:ind w:firstLine="331"/>
        <w:jc w:val="both"/>
      </w:pPr>
      <w:r>
        <w:rPr>
          <w:rFonts w:ascii="Georgia" w:hAnsi="Georgia"/>
          <w:b w:val="0"/>
          <w:i w:val="0"/>
          <w:color w:val="22201D"/>
          <w:sz w:val="20"/>
        </w:rPr>
        <w:t>"You said that before."</w:t>
      </w:r>
    </w:p>
    <w:p>
      <w:pPr>
        <w:spacing w:after="60" w:line="266" w:lineRule="auto"/>
        <w:ind w:firstLine="331"/>
        <w:jc w:val="both"/>
      </w:pPr>
      <w:r>
        <w:rPr>
          <w:rFonts w:ascii="Georgia" w:hAnsi="Georgia"/>
          <w:b w:val="0"/>
          <w:i w:val="0"/>
          <w:color w:val="22201D"/>
          <w:sz w:val="20"/>
        </w:rPr>
        <w:t>"Still true."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PRICE: ONE MEMORY RETURNED  DOCUMENT: DIRECTORY CARD</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"Returned to whom?"</w:t>
      </w:r>
    </w:p>
    <w:p>
      <w:pPr>
        <w:spacing w:after="60" w:line="266" w:lineRule="auto"/>
        <w:ind w:firstLine="331"/>
        <w:jc w:val="both"/>
      </w:pPr>
      <w:r>
        <w:rPr>
          <w:rFonts w:ascii="Georgia" w:hAnsi="Georgia"/>
          <w:b w:val="0"/>
          <w:i w:val="0"/>
          <w:color w:val="22201D"/>
          <w:sz w:val="20"/>
        </w:rPr>
        <w:t>The mall lights flickered once inside the dark entrance.</w:t>
      </w:r>
    </w:p>
    <w:p>
      <w:pPr>
        <w:spacing w:after="60" w:line="250" w:lineRule="auto"/>
        <w:ind w:left="202" w:right="173"/>
      </w:pPr>
      <w:r>
        <w:rPr>
          <w:rFonts w:ascii="Georgia" w:hAnsi="Georgia"/>
          <w:b w:val="0"/>
          <w:i w:val="0"/>
          <w:color w:val="22201D"/>
          <w:sz w:val="17"/>
        </w:rPr>
        <w:t>CUSTOMER SERVICE WILL DETERMINE.</w:t>
      </w:r>
    </w:p>
    <w:p>
      <w:pPr>
        <w:spacing w:after="60" w:line="266" w:lineRule="auto"/>
        <w:ind w:firstLine="331"/>
        <w:jc w:val="both"/>
      </w:pPr>
      <w:r>
        <w:rPr>
          <w:rFonts w:ascii="Georgia" w:hAnsi="Georgia"/>
          <w:b w:val="0"/>
          <w:i w:val="0"/>
          <w:color w:val="22201D"/>
          <w:sz w:val="20"/>
        </w:rPr>
        <w:t>Nico took one step back.</w:t>
      </w:r>
    </w:p>
    <w:p>
      <w:pPr>
        <w:spacing w:after="60" w:line="266" w:lineRule="auto"/>
        <w:ind w:firstLine="331"/>
        <w:jc w:val="both"/>
      </w:pPr>
      <w:r>
        <w:rPr>
          <w:rFonts w:ascii="Georgia" w:hAnsi="Georgia"/>
          <w:b w:val="0"/>
          <w:i w:val="0"/>
          <w:color w:val="22201D"/>
          <w:sz w:val="20"/>
        </w:rPr>
        <w:t>"Absolutely not."</w:t>
      </w:r>
    </w:p>
    <w:p>
      <w:pPr>
        <w:spacing w:after="60" w:line="266" w:lineRule="auto"/>
        <w:ind w:firstLine="331"/>
        <w:jc w:val="both"/>
      </w:pPr>
      <w:r>
        <w:rPr>
          <w:rFonts w:ascii="Georgia" w:hAnsi="Georgia"/>
          <w:b w:val="0"/>
          <w:i w:val="0"/>
          <w:color w:val="22201D"/>
          <w:sz w:val="20"/>
        </w:rPr>
        <w:t>Gerald said, "We go in only if the route has a safe path."</w:t>
      </w:r>
    </w:p>
    <w:p>
      <w:pPr>
        <w:spacing w:after="60" w:line="266" w:lineRule="auto"/>
        <w:ind w:firstLine="331"/>
        <w:jc w:val="both"/>
      </w:pPr>
      <w:r>
        <w:rPr>
          <w:rFonts w:ascii="Georgia" w:hAnsi="Georgia"/>
          <w:b w:val="0"/>
          <w:i w:val="0"/>
          <w:color w:val="22201D"/>
          <w:sz w:val="20"/>
        </w:rPr>
        <w:t>Bob pointed to the sauce carrier.</w:t>
      </w:r>
    </w:p>
    <w:p>
      <w:pPr>
        <w:spacing w:after="60" w:line="266" w:lineRule="auto"/>
        <w:ind w:firstLine="331"/>
        <w:jc w:val="both"/>
      </w:pPr>
      <w:r>
        <w:rPr>
          <w:rFonts w:ascii="Georgia" w:hAnsi="Georgia"/>
          <w:b w:val="0"/>
          <w:i w:val="0"/>
          <w:color w:val="22201D"/>
          <w:sz w:val="20"/>
        </w:rPr>
        <w:t>"Bring that."</w:t>
      </w:r>
    </w:p>
    <w:p>
      <w:pPr>
        <w:spacing w:after="60" w:line="266" w:lineRule="auto"/>
        <w:ind w:firstLine="331"/>
        <w:jc w:val="both"/>
      </w:pPr>
      <w:r>
        <w:rPr>
          <w:rFonts w:ascii="Georgia" w:hAnsi="Georgia"/>
          <w:b w:val="0"/>
          <w:i w:val="0"/>
          <w:color w:val="22201D"/>
          <w:sz w:val="20"/>
        </w:rPr>
        <w:t>Flocc looked at the carrier.</w:t>
      </w:r>
    </w:p>
    <w:p>
      <w:pPr>
        <w:spacing w:after="60" w:line="266" w:lineRule="auto"/>
        <w:ind w:firstLine="331"/>
        <w:jc w:val="both"/>
      </w:pPr>
      <w:r>
        <w:rPr>
          <w:rFonts w:ascii="Georgia" w:hAnsi="Georgia"/>
          <w:b w:val="0"/>
          <w:i w:val="0"/>
          <w:color w:val="22201D"/>
          <w:sz w:val="20"/>
        </w:rPr>
        <w:t>"Truth comes into the mall?"</w:t>
      </w:r>
    </w:p>
    <w:p>
      <w:pPr>
        <w:spacing w:after="60" w:line="266" w:lineRule="auto"/>
        <w:ind w:firstLine="331"/>
        <w:jc w:val="both"/>
      </w:pPr>
      <w:r>
        <w:rPr>
          <w:rFonts w:ascii="Georgia" w:hAnsi="Georgia"/>
          <w:b w:val="0"/>
          <w:i w:val="0"/>
          <w:color w:val="22201D"/>
          <w:sz w:val="20"/>
        </w:rPr>
        <w:t>"Truth is why it opens."</w:t>
      </w:r>
    </w:p>
    <w:p>
      <w:pPr>
        <w:spacing w:after="60" w:line="266" w:lineRule="auto"/>
        <w:ind w:firstLine="331"/>
        <w:jc w:val="both"/>
      </w:pPr>
      <w:r>
        <w:rPr>
          <w:rFonts w:ascii="Georgia" w:hAnsi="Georgia"/>
          <w:b w:val="0"/>
          <w:i w:val="0"/>
          <w:color w:val="22201D"/>
          <w:sz w:val="20"/>
        </w:rPr>
        <w:t>Gerald checked the carrier straps and the jar position.</w:t>
      </w:r>
    </w:p>
    <w:p>
      <w:pPr>
        <w:spacing w:after="60" w:line="266" w:lineRule="auto"/>
        <w:ind w:firstLine="331"/>
        <w:jc w:val="both"/>
      </w:pPr>
      <w:r>
        <w:rPr>
          <w:rFonts w:ascii="Georgia" w:hAnsi="Georgia"/>
          <w:b w:val="0"/>
          <w:i w:val="0"/>
          <w:color w:val="22201D"/>
          <w:sz w:val="20"/>
        </w:rPr>
        <w:t>"Sauce stable. Carry with two hands. No swinging. No interpretive lifting."</w:t>
      </w:r>
    </w:p>
    <w:p>
      <w:pPr>
        <w:spacing w:after="60" w:line="266" w:lineRule="auto"/>
        <w:ind w:firstLine="331"/>
        <w:jc w:val="both"/>
      </w:pPr>
      <w:r>
        <w:rPr>
          <w:rFonts w:ascii="Georgia" w:hAnsi="Georgia"/>
          <w:b w:val="0"/>
          <w:i w:val="0"/>
          <w:color w:val="22201D"/>
          <w:sz w:val="20"/>
        </w:rPr>
        <w:t>Nico said, "There goes my mall strategy."</w:t>
      </w:r>
    </w:p>
    <w:p>
      <w:pPr>
        <w:spacing w:after="60" w:line="266" w:lineRule="auto"/>
        <w:ind w:firstLine="331"/>
        <w:jc w:val="both"/>
      </w:pPr>
      <w:r>
        <w:rPr>
          <w:rFonts w:ascii="Georgia" w:hAnsi="Georgia"/>
          <w:b w:val="0"/>
          <w:i w:val="0"/>
          <w:color w:val="22201D"/>
          <w:sz w:val="20"/>
        </w:rPr>
        <w:t>They approached the entrance.</w:t>
      </w:r>
    </w:p>
    <w:p>
      <w:pPr>
        <w:spacing w:after="60" w:line="266" w:lineRule="auto"/>
        <w:ind w:firstLine="331"/>
        <w:jc w:val="both"/>
      </w:pPr>
      <w:r>
        <w:rPr>
          <w:rFonts w:ascii="Georgia" w:hAnsi="Georgia"/>
          <w:b w:val="0"/>
          <w:i w:val="0"/>
          <w:color w:val="22201D"/>
          <w:sz w:val="20"/>
        </w:rPr>
        <w:t>The automatic doors did not open automatically because nothing in Book 6 believed in automatic without consequence.</w:t>
      </w:r>
    </w:p>
    <w:p>
      <w:pPr>
        <w:spacing w:after="60" w:line="266" w:lineRule="auto"/>
        <w:ind w:firstLine="331"/>
        <w:jc w:val="both"/>
      </w:pPr>
      <w:r>
        <w:rPr>
          <w:rFonts w:ascii="Georgia" w:hAnsi="Georgia"/>
          <w:b w:val="0"/>
          <w:i w:val="0"/>
          <w:color w:val="22201D"/>
          <w:sz w:val="20"/>
        </w:rPr>
        <w:t>A side door near the maintenance key box clicked.</w:t>
      </w:r>
    </w:p>
    <w:p>
      <w:pPr>
        <w:spacing w:after="60" w:line="266" w:lineRule="auto"/>
        <w:ind w:firstLine="331"/>
        <w:jc w:val="both"/>
      </w:pPr>
      <w:r>
        <w:rPr>
          <w:rFonts w:ascii="Georgia" w:hAnsi="Georgia"/>
          <w:b w:val="0"/>
          <w:i w:val="0"/>
          <w:color w:val="22201D"/>
          <w:sz w:val="20"/>
        </w:rPr>
        <w:t>Gerald tested the handle, then the swing, then the threshold.</w:t>
      </w:r>
    </w:p>
    <w:p>
      <w:pPr>
        <w:spacing w:after="60" w:line="266" w:lineRule="auto"/>
        <w:ind w:firstLine="331"/>
        <w:jc w:val="both"/>
      </w:pPr>
      <w:r>
        <w:rPr>
          <w:rFonts w:ascii="Georgia" w:hAnsi="Georgia"/>
          <w:b w:val="0"/>
          <w:i w:val="0"/>
          <w:color w:val="22201D"/>
          <w:sz w:val="20"/>
        </w:rPr>
        <w:t>"Door opens outward. Floor beyond appears dry. Watch mat edge."</w:t>
      </w:r>
    </w:p>
    <w:p>
      <w:pPr>
        <w:spacing w:after="60" w:line="266" w:lineRule="auto"/>
        <w:ind w:firstLine="331"/>
        <w:jc w:val="both"/>
      </w:pPr>
      <w:r>
        <w:rPr>
          <w:rFonts w:ascii="Georgia" w:hAnsi="Georgia"/>
          <w:b w:val="0"/>
          <w:i w:val="0"/>
          <w:color w:val="22201D"/>
          <w:sz w:val="20"/>
        </w:rPr>
        <w:t>Bob went first.</w:t>
      </w:r>
    </w:p>
    <w:p>
      <w:pPr>
        <w:spacing w:after="60" w:line="266" w:lineRule="auto"/>
        <w:ind w:firstLine="331"/>
        <w:jc w:val="both"/>
      </w:pPr>
      <w:r>
        <w:rPr>
          <w:rFonts w:ascii="Georgia" w:hAnsi="Georgia"/>
          <w:b w:val="0"/>
          <w:i w:val="0"/>
          <w:color w:val="22201D"/>
          <w:sz w:val="20"/>
        </w:rPr>
        <w:t>Flocc followed with the sauce carrier.</w:t>
      </w:r>
    </w:p>
    <w:p>
      <w:pPr>
        <w:spacing w:after="60" w:line="266" w:lineRule="auto"/>
        <w:ind w:firstLine="331"/>
        <w:jc w:val="both"/>
      </w:pPr>
      <w:r>
        <w:rPr>
          <w:rFonts w:ascii="Georgia" w:hAnsi="Georgia"/>
          <w:b w:val="0"/>
          <w:i w:val="0"/>
          <w:color w:val="22201D"/>
          <w:sz w:val="20"/>
        </w:rPr>
        <w:t>Steve followed with the record book.</w:t>
      </w:r>
    </w:p>
    <w:p>
      <w:pPr>
        <w:spacing w:after="60" w:line="266" w:lineRule="auto"/>
        <w:ind w:firstLine="331"/>
        <w:jc w:val="both"/>
      </w:pPr>
      <w:r>
        <w:rPr>
          <w:rFonts w:ascii="Georgia" w:hAnsi="Georgia"/>
          <w:b w:val="0"/>
          <w:i w:val="0"/>
          <w:color w:val="22201D"/>
          <w:sz w:val="20"/>
        </w:rPr>
        <w:t>Nico followed with the expression of a man entering a place designed to sell pants to ghosts.</w:t>
      </w:r>
    </w:p>
    <w:p>
      <w:pPr>
        <w:spacing w:after="60" w:line="266" w:lineRule="auto"/>
        <w:ind w:firstLine="331"/>
        <w:jc w:val="both"/>
      </w:pPr>
      <w:r>
        <w:rPr>
          <w:rFonts w:ascii="Georgia" w:hAnsi="Georgia"/>
          <w:b w:val="0"/>
          <w:i w:val="0"/>
          <w:color w:val="22201D"/>
          <w:sz w:val="20"/>
        </w:rPr>
        <w:t>Gerald entered last and held the door until it closed without catching.</w:t>
      </w:r>
    </w:p>
    <w:p>
      <w:pPr>
        <w:spacing w:after="60" w:line="266" w:lineRule="auto"/>
        <w:ind w:firstLine="331"/>
        <w:jc w:val="both"/>
      </w:pPr>
      <w:r>
        <w:rPr>
          <w:rFonts w:ascii="Georgia" w:hAnsi="Georgia"/>
          <w:b w:val="0"/>
          <w:i w:val="0"/>
          <w:color w:val="22201D"/>
          <w:sz w:val="20"/>
        </w:rPr>
        <w:t>Inside, the mall smelled like old tile, dust, fountain pennies, cleaning solution from years ago, pretzel salt that had outlived the pretzel, and the trapped air of climate control that had been turned off but still believed in itself.</w:t>
      </w:r>
    </w:p>
    <w:p>
      <w:pPr>
        <w:spacing w:after="60" w:line="266" w:lineRule="auto"/>
        <w:ind w:firstLine="331"/>
        <w:jc w:val="both"/>
      </w:pPr>
      <w:r>
        <w:rPr>
          <w:rFonts w:ascii="Georgia" w:hAnsi="Georgia"/>
          <w:b w:val="0"/>
          <w:i w:val="0"/>
          <w:color w:val="22201D"/>
          <w:sz w:val="20"/>
        </w:rPr>
        <w:t>The corridor stretched ahead under skylights filmed with gray weather. Storefront gates were pulled down. Some signs remained: shoes, phones, gifts, a jewelry kiosk with empty velvet stands, a calendar shop frozen at a month nobody currently trusted.</w:t>
      </w:r>
    </w:p>
    <w:p>
      <w:pPr>
        <w:spacing w:after="60" w:line="266" w:lineRule="auto"/>
        <w:ind w:firstLine="331"/>
        <w:jc w:val="both"/>
      </w:pPr>
      <w:r>
        <w:rPr>
          <w:rFonts w:ascii="Georgia" w:hAnsi="Georgia"/>
          <w:b w:val="0"/>
          <w:i w:val="0"/>
          <w:color w:val="22201D"/>
          <w:sz w:val="20"/>
        </w:rPr>
        <w:t>The sauce carrier warmed in Flocc's hands.</w:t>
      </w:r>
    </w:p>
    <w:p>
      <w:pPr>
        <w:spacing w:after="60" w:line="266" w:lineRule="auto"/>
        <w:ind w:firstLine="331"/>
        <w:jc w:val="both"/>
      </w:pPr>
      <w:r>
        <w:rPr>
          <w:rFonts w:ascii="Georgia" w:hAnsi="Georgia"/>
          <w:b w:val="0"/>
          <w:i w:val="0"/>
          <w:color w:val="22201D"/>
          <w:sz w:val="20"/>
        </w:rPr>
        <w:t>Smoke Plum Morita did not fill the mall.</w:t>
      </w:r>
    </w:p>
    <w:p>
      <w:pPr>
        <w:spacing w:after="60" w:line="266" w:lineRule="auto"/>
        <w:ind w:firstLine="331"/>
        <w:jc w:val="both"/>
      </w:pPr>
      <w:r>
        <w:rPr>
          <w:rFonts w:ascii="Georgia" w:hAnsi="Georgia"/>
          <w:b w:val="0"/>
          <w:i w:val="0"/>
          <w:color w:val="22201D"/>
          <w:sz w:val="20"/>
        </w:rPr>
        <w:t>It threaded through it.</w:t>
      </w:r>
    </w:p>
    <w:p>
      <w:pPr>
        <w:spacing w:after="60" w:line="266" w:lineRule="auto"/>
        <w:ind w:firstLine="331"/>
        <w:jc w:val="both"/>
      </w:pPr>
      <w:r>
        <w:rPr>
          <w:rFonts w:ascii="Georgia" w:hAnsi="Georgia"/>
          <w:b w:val="0"/>
          <w:i w:val="0"/>
          <w:color w:val="22201D"/>
          <w:sz w:val="20"/>
        </w:rPr>
        <w:t>Smoke said where things had been.</w:t>
      </w:r>
    </w:p>
    <w:p>
      <w:pPr>
        <w:spacing w:after="60" w:line="266" w:lineRule="auto"/>
        <w:ind w:firstLine="331"/>
        <w:jc w:val="both"/>
      </w:pPr>
      <w:r>
        <w:rPr>
          <w:rFonts w:ascii="Georgia" w:hAnsi="Georgia"/>
          <w:b w:val="0"/>
          <w:i w:val="0"/>
          <w:color w:val="22201D"/>
          <w:sz w:val="20"/>
        </w:rPr>
        <w:t>Plum said sweetness survived.</w:t>
      </w:r>
    </w:p>
    <w:p>
      <w:pPr>
        <w:spacing w:after="60" w:line="266" w:lineRule="auto"/>
        <w:ind w:firstLine="331"/>
        <w:jc w:val="both"/>
      </w:pPr>
      <w:r>
        <w:rPr>
          <w:rFonts w:ascii="Georgia" w:hAnsi="Georgia"/>
          <w:b w:val="0"/>
          <w:i w:val="0"/>
          <w:color w:val="22201D"/>
          <w:sz w:val="20"/>
        </w:rPr>
        <w:t>Morita said heat could travel without shouting.</w:t>
      </w:r>
    </w:p>
    <w:p>
      <w:pPr>
        <w:spacing w:after="60" w:line="266" w:lineRule="auto"/>
        <w:ind w:firstLine="331"/>
        <w:jc w:val="both"/>
      </w:pPr>
      <w:r>
        <w:rPr>
          <w:rFonts w:ascii="Georgia" w:hAnsi="Georgia"/>
          <w:b w:val="0"/>
          <w:i w:val="0"/>
          <w:color w:val="22201D"/>
          <w:sz w:val="20"/>
        </w:rPr>
        <w:t>The mall answered with an escalator that was not moving.</w:t>
      </w:r>
    </w:p>
    <w:p>
      <w:pPr>
        <w:spacing w:after="60" w:line="266" w:lineRule="auto"/>
        <w:ind w:firstLine="331"/>
        <w:jc w:val="both"/>
      </w:pPr>
      <w:r>
        <w:rPr>
          <w:rFonts w:ascii="Georgia" w:hAnsi="Georgia"/>
          <w:b w:val="0"/>
          <w:i w:val="0"/>
          <w:color w:val="22201D"/>
          <w:sz w:val="20"/>
        </w:rPr>
        <w:t>Nico looked at it.</w:t>
      </w:r>
    </w:p>
    <w:p>
      <w:pPr>
        <w:spacing w:after="60" w:line="266" w:lineRule="auto"/>
        <w:ind w:firstLine="331"/>
        <w:jc w:val="both"/>
      </w:pPr>
      <w:r>
        <w:rPr>
          <w:rFonts w:ascii="Georgia" w:hAnsi="Georgia"/>
          <w:b w:val="0"/>
          <w:i w:val="0"/>
          <w:color w:val="22201D"/>
          <w:sz w:val="20"/>
        </w:rPr>
        <w:t>"If that starts by itself, I am leaving spiritually and physically."</w:t>
      </w:r>
    </w:p>
    <w:p>
      <w:pPr>
        <w:spacing w:after="60" w:line="266" w:lineRule="auto"/>
        <w:ind w:firstLine="331"/>
        <w:jc w:val="both"/>
      </w:pPr>
      <w:r>
        <w:rPr>
          <w:rFonts w:ascii="Georgia" w:hAnsi="Georgia"/>
          <w:b w:val="0"/>
          <w:i w:val="0"/>
          <w:color w:val="22201D"/>
          <w:sz w:val="20"/>
        </w:rPr>
        <w:t>The escalator did not start.</w:t>
      </w:r>
    </w:p>
    <w:p>
      <w:pPr>
        <w:spacing w:after="60" w:line="266" w:lineRule="auto"/>
        <w:ind w:firstLine="331"/>
        <w:jc w:val="both"/>
      </w:pPr>
      <w:r>
        <w:rPr>
          <w:rFonts w:ascii="Georgia" w:hAnsi="Georgia"/>
          <w:b w:val="0"/>
          <w:i w:val="0"/>
          <w:color w:val="22201D"/>
          <w:sz w:val="20"/>
        </w:rPr>
        <w:t>The map printed from Bob's coat pocket, where it had folded itself into operational size:</w:t>
      </w:r>
    </w:p>
    <w:p>
      <w:pPr>
        <w:spacing w:after="60" w:line="250" w:lineRule="auto"/>
        <w:ind w:left="202" w:right="173"/>
      </w:pPr>
      <w:r>
        <w:rPr>
          <w:rFonts w:ascii="Georgia" w:hAnsi="Georgia"/>
          <w:b w:val="0"/>
          <w:i w:val="0"/>
          <w:color w:val="22201D"/>
          <w:sz w:val="17"/>
        </w:rPr>
        <w:t>DO NOT ESCALATE.</w:t>
      </w:r>
    </w:p>
    <w:p>
      <w:pPr>
        <w:spacing w:after="60" w:line="266" w:lineRule="auto"/>
        <w:ind w:firstLine="331"/>
        <w:jc w:val="both"/>
      </w:pPr>
      <w:r>
        <w:rPr>
          <w:rFonts w:ascii="Georgia" w:hAnsi="Georgia"/>
          <w:b w:val="0"/>
          <w:i w:val="0"/>
          <w:color w:val="22201D"/>
          <w:sz w:val="20"/>
        </w:rPr>
        <w:t>Steve wrote it down.</w:t>
      </w:r>
    </w:p>
    <w:p>
      <w:pPr>
        <w:spacing w:after="60" w:line="266" w:lineRule="auto"/>
        <w:ind w:firstLine="331"/>
        <w:jc w:val="both"/>
      </w:pPr>
      <w:r>
        <w:rPr>
          <w:rFonts w:ascii="Georgia" w:hAnsi="Georgia"/>
          <w:b w:val="0"/>
          <w:i w:val="0"/>
          <w:color w:val="22201D"/>
          <w:sz w:val="20"/>
        </w:rPr>
        <w:t>Bob said, "Don't."</w:t>
      </w:r>
    </w:p>
    <w:p>
      <w:pPr>
        <w:spacing w:after="60" w:line="266" w:lineRule="auto"/>
        <w:ind w:firstLine="331"/>
        <w:jc w:val="both"/>
      </w:pPr>
      <w:r>
        <w:rPr>
          <w:rFonts w:ascii="Georgia" w:hAnsi="Georgia"/>
          <w:b w:val="0"/>
          <w:i w:val="0"/>
          <w:color w:val="22201D"/>
          <w:sz w:val="20"/>
        </w:rPr>
        <w:t>Steve crossed it out halfway, then left it readable.</w:t>
      </w:r>
    </w:p>
    <w:p>
      <w:pPr>
        <w:spacing w:after="60" w:line="266" w:lineRule="auto"/>
        <w:ind w:firstLine="331"/>
        <w:jc w:val="both"/>
      </w:pPr>
      <w:r>
        <w:rPr>
          <w:rFonts w:ascii="Georgia" w:hAnsi="Georgia"/>
          <w:b w:val="0"/>
          <w:i w:val="0"/>
          <w:color w:val="22201D"/>
          <w:sz w:val="20"/>
        </w:rPr>
        <w:t>They walked past a directory sign near the food court. Its plastic map had yellowed. Half the store names were missing. A red YOU ARE HERE dot had faded to pink.</w:t>
      </w:r>
    </w:p>
    <w:p>
      <w:pPr>
        <w:spacing w:after="60" w:line="266" w:lineRule="auto"/>
        <w:ind w:firstLine="331"/>
        <w:jc w:val="both"/>
      </w:pPr>
      <w:r>
        <w:rPr>
          <w:rFonts w:ascii="Georgia" w:hAnsi="Georgia"/>
          <w:b w:val="0"/>
          <w:i w:val="0"/>
          <w:color w:val="22201D"/>
          <w:sz w:val="20"/>
        </w:rPr>
        <w:t>The dot moved.</w:t>
      </w:r>
    </w:p>
    <w:p>
      <w:pPr>
        <w:spacing w:after="60" w:line="266" w:lineRule="auto"/>
        <w:ind w:firstLine="331"/>
        <w:jc w:val="both"/>
      </w:pPr>
      <w:r>
        <w:rPr>
          <w:rFonts w:ascii="Georgia" w:hAnsi="Georgia"/>
          <w:b w:val="0"/>
          <w:i w:val="0"/>
          <w:color w:val="22201D"/>
          <w:sz w:val="20"/>
        </w:rPr>
        <w:t>Nico made a small sound.</w:t>
      </w:r>
    </w:p>
    <w:p>
      <w:pPr>
        <w:spacing w:after="60" w:line="266" w:lineRule="auto"/>
        <w:ind w:firstLine="331"/>
        <w:jc w:val="both"/>
      </w:pPr>
      <w:r>
        <w:rPr>
          <w:rFonts w:ascii="Georgia" w:hAnsi="Georgia"/>
          <w:b w:val="0"/>
          <w:i w:val="0"/>
          <w:color w:val="22201D"/>
          <w:sz w:val="20"/>
        </w:rPr>
        <w:t>Gerald stepped closer.</w:t>
      </w:r>
    </w:p>
    <w:p>
      <w:pPr>
        <w:spacing w:after="60" w:line="266" w:lineRule="auto"/>
        <w:ind w:firstLine="331"/>
        <w:jc w:val="both"/>
      </w:pPr>
      <w:r>
        <w:rPr>
          <w:rFonts w:ascii="Georgia" w:hAnsi="Georgia"/>
          <w:b w:val="0"/>
          <w:i w:val="0"/>
          <w:color w:val="22201D"/>
          <w:sz w:val="20"/>
        </w:rPr>
        <w:t>"Directory active."</w:t>
      </w:r>
    </w:p>
    <w:p>
      <w:pPr>
        <w:spacing w:after="60" w:line="266" w:lineRule="auto"/>
        <w:ind w:firstLine="331"/>
        <w:jc w:val="both"/>
      </w:pPr>
      <w:r>
        <w:rPr>
          <w:rFonts w:ascii="Georgia" w:hAnsi="Georgia"/>
          <w:b w:val="0"/>
          <w:i w:val="0"/>
          <w:color w:val="22201D"/>
          <w:sz w:val="20"/>
        </w:rPr>
        <w:t>The directory printed:</w:t>
      </w:r>
    </w:p>
    <w:p>
      <w:pPr>
        <w:spacing w:after="60" w:line="250" w:lineRule="auto"/>
        <w:ind w:left="202" w:right="173"/>
      </w:pPr>
      <w:r>
        <w:rPr>
          <w:rFonts w:ascii="Georgia" w:hAnsi="Georgia"/>
          <w:b w:val="0"/>
          <w:i w:val="0"/>
          <w:color w:val="22201D"/>
          <w:sz w:val="17"/>
        </w:rPr>
        <w:t>CUSTOMER SERVICE TEMPORAL REST STOP ONE MEMORY RETURNED NO EXCHANGES</w:t>
      </w:r>
    </w:p>
    <w:p>
      <w:pPr>
        <w:spacing w:after="60" w:line="266" w:lineRule="auto"/>
        <w:ind w:firstLine="331"/>
        <w:jc w:val="both"/>
      </w:pPr>
      <w:r>
        <w:rPr>
          <w:rFonts w:ascii="Georgia" w:hAnsi="Georgia"/>
          <w:b w:val="0"/>
          <w:i w:val="0"/>
          <w:color w:val="22201D"/>
          <w:sz w:val="20"/>
        </w:rPr>
        <w:t>Flocc looked at Bob.</w:t>
      </w:r>
    </w:p>
    <w:p>
      <w:pPr>
        <w:spacing w:after="60" w:line="266" w:lineRule="auto"/>
        <w:ind w:firstLine="331"/>
        <w:jc w:val="both"/>
      </w:pPr>
      <w:r>
        <w:rPr>
          <w:rFonts w:ascii="Georgia" w:hAnsi="Georgia"/>
          <w:b w:val="0"/>
          <w:i w:val="0"/>
          <w:color w:val="22201D"/>
          <w:sz w:val="20"/>
        </w:rPr>
        <w:t>"No exchanges?"</w:t>
      </w:r>
    </w:p>
    <w:p>
      <w:pPr>
        <w:spacing w:after="60" w:line="266" w:lineRule="auto"/>
        <w:ind w:firstLine="331"/>
        <w:jc w:val="both"/>
      </w:pPr>
      <w:r>
        <w:rPr>
          <w:rFonts w:ascii="Georgia" w:hAnsi="Georgia"/>
          <w:b w:val="0"/>
          <w:i w:val="0"/>
          <w:color w:val="22201D"/>
          <w:sz w:val="20"/>
        </w:rPr>
        <w:t>"Return only."</w:t>
      </w:r>
    </w:p>
    <w:p>
      <w:pPr>
        <w:spacing w:after="60" w:line="266" w:lineRule="auto"/>
        <w:ind w:firstLine="331"/>
        <w:jc w:val="both"/>
      </w:pPr>
      <w:r>
        <w:rPr>
          <w:rFonts w:ascii="Georgia" w:hAnsi="Georgia"/>
          <w:b w:val="0"/>
          <w:i w:val="0"/>
          <w:color w:val="22201D"/>
          <w:sz w:val="20"/>
        </w:rPr>
        <w:t>"Can you return something without exchanging it?"</w:t>
      </w:r>
    </w:p>
    <w:p>
      <w:pPr>
        <w:spacing w:after="60" w:line="266" w:lineRule="auto"/>
        <w:ind w:firstLine="331"/>
        <w:jc w:val="both"/>
      </w:pPr>
      <w:r>
        <w:rPr>
          <w:rFonts w:ascii="Georgia" w:hAnsi="Georgia"/>
          <w:b w:val="0"/>
          <w:i w:val="0"/>
          <w:color w:val="22201D"/>
          <w:sz w:val="20"/>
        </w:rPr>
        <w:t>Bob walked toward the food court.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food court still had chairs stacked on tables. A pizza counter with no pizza. A smoothie stand with a faded mango decal. A Chinese takeout sign missing the word express. A pretzel shop with one metal warmer unplugged and cleaned better than the rest of the mall deserved.</w:t>
      </w:r>
    </w:p>
    <w:p>
      <w:pPr>
        <w:spacing w:after="60" w:line="266" w:lineRule="auto"/>
        <w:ind w:firstLine="331"/>
        <w:jc w:val="both"/>
      </w:pPr>
      <w:r>
        <w:rPr>
          <w:rFonts w:ascii="Georgia" w:hAnsi="Georgia"/>
          <w:b w:val="0"/>
          <w:i w:val="0"/>
          <w:color w:val="22201D"/>
          <w:sz w:val="20"/>
        </w:rPr>
        <w:t>In the center sat a customer service kiosk.</w:t>
      </w:r>
    </w:p>
    <w:p>
      <w:pPr>
        <w:spacing w:after="60" w:line="266" w:lineRule="auto"/>
        <w:ind w:firstLine="331"/>
        <w:jc w:val="both"/>
      </w:pPr>
      <w:r>
        <w:rPr>
          <w:rFonts w:ascii="Georgia" w:hAnsi="Georgia"/>
          <w:b w:val="0"/>
          <w:i w:val="0"/>
          <w:color w:val="22201D"/>
          <w:sz w:val="20"/>
        </w:rPr>
        <w:t>No one had seen it from the entrance.</w:t>
      </w:r>
    </w:p>
    <w:p>
      <w:pPr>
        <w:spacing w:after="60" w:line="266" w:lineRule="auto"/>
        <w:ind w:firstLine="331"/>
        <w:jc w:val="both"/>
      </w:pPr>
      <w:r>
        <w:rPr>
          <w:rFonts w:ascii="Georgia" w:hAnsi="Georgia"/>
          <w:b w:val="0"/>
          <w:i w:val="0"/>
          <w:color w:val="22201D"/>
          <w:sz w:val="20"/>
        </w:rPr>
        <w:t>It was octagonal, wood veneer, with a brass bell, a stack of directory cards, and a plastic sign:</w:t>
      </w:r>
    </w:p>
    <w:p>
      <w:pPr>
        <w:spacing w:after="60" w:line="250" w:lineRule="auto"/>
        <w:ind w:left="202" w:right="173"/>
      </w:pPr>
      <w:r>
        <w:rPr>
          <w:rFonts w:ascii="Georgia" w:hAnsi="Georgia"/>
          <w:b w:val="0"/>
          <w:i w:val="0"/>
          <w:color w:val="22201D"/>
          <w:sz w:val="17"/>
        </w:rPr>
        <w:t>ASK ABOUT GIFT CERTIFICATES</w:t>
      </w:r>
    </w:p>
    <w:p>
      <w:pPr>
        <w:spacing w:after="60" w:line="266" w:lineRule="auto"/>
        <w:ind w:firstLine="331"/>
        <w:jc w:val="both"/>
      </w:pPr>
      <w:r>
        <w:rPr>
          <w:rFonts w:ascii="Georgia" w:hAnsi="Georgia"/>
          <w:b w:val="0"/>
          <w:i w:val="0"/>
          <w:color w:val="22201D"/>
          <w:sz w:val="20"/>
        </w:rPr>
        <w:t>Under it, handwritten:</w:t>
      </w:r>
    </w:p>
    <w:p>
      <w:pPr>
        <w:spacing w:after="60" w:line="250" w:lineRule="auto"/>
        <w:ind w:left="202" w:right="173"/>
      </w:pPr>
      <w:r>
        <w:rPr>
          <w:rFonts w:ascii="Georgia" w:hAnsi="Georgia"/>
          <w:b w:val="0"/>
          <w:i w:val="0"/>
          <w:color w:val="22201D"/>
          <w:sz w:val="17"/>
        </w:rPr>
        <w:t>GIFT CERTIFICATES EXPIRED. SOME GIFTS DID NOT.</w:t>
      </w:r>
    </w:p>
    <w:p>
      <w:pPr>
        <w:spacing w:after="60" w:line="266" w:lineRule="auto"/>
        <w:ind w:firstLine="331"/>
        <w:jc w:val="both"/>
      </w:pPr>
      <w:r>
        <w:rPr>
          <w:rFonts w:ascii="Georgia" w:hAnsi="Georgia"/>
          <w:b w:val="0"/>
          <w:i w:val="0"/>
          <w:color w:val="22201D"/>
          <w:sz w:val="20"/>
        </w:rPr>
        <w:t>Flocc set the sauce carrier on the kiosk counter only after Gerald approved the surface.</w:t>
      </w:r>
    </w:p>
    <w:p>
      <w:pPr>
        <w:spacing w:after="60" w:line="266" w:lineRule="auto"/>
        <w:ind w:firstLine="331"/>
        <w:jc w:val="both"/>
      </w:pPr>
      <w:r>
        <w:rPr>
          <w:rFonts w:ascii="Georgia" w:hAnsi="Georgia"/>
          <w:b w:val="0"/>
          <w:i w:val="0"/>
          <w:color w:val="22201D"/>
          <w:sz w:val="20"/>
        </w:rPr>
        <w:t>"Stable," Gerald said. "Some dust. No moisture."</w:t>
      </w:r>
    </w:p>
    <w:p>
      <w:pPr>
        <w:spacing w:after="60" w:line="266" w:lineRule="auto"/>
        <w:ind w:firstLine="331"/>
        <w:jc w:val="both"/>
      </w:pPr>
      <w:r>
        <w:rPr>
          <w:rFonts w:ascii="Georgia" w:hAnsi="Georgia"/>
          <w:b w:val="0"/>
          <w:i w:val="0"/>
          <w:color w:val="22201D"/>
          <w:sz w:val="20"/>
        </w:rPr>
        <w:t>Bob rang the bell.</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Then the mall public-address system crackled.</w:t>
      </w:r>
    </w:p>
    <w:p>
      <w:pPr>
        <w:spacing w:after="60" w:line="250" w:lineRule="auto"/>
        <w:ind w:left="202" w:right="173"/>
      </w:pPr>
      <w:r>
        <w:rPr>
          <w:rFonts w:ascii="Georgia" w:hAnsi="Georgia"/>
          <w:b w:val="0"/>
          <w:i w:val="0"/>
          <w:color w:val="22201D"/>
          <w:sz w:val="17"/>
        </w:rPr>
        <w:t>CUSTOMER SERVICE TO CUSTOMER SERVICE.</w:t>
      </w:r>
    </w:p>
    <w:p>
      <w:pPr>
        <w:spacing w:after="60" w:line="266" w:lineRule="auto"/>
        <w:ind w:firstLine="331"/>
        <w:jc w:val="both"/>
      </w:pPr>
      <w:r>
        <w:rPr>
          <w:rFonts w:ascii="Georgia" w:hAnsi="Georgia"/>
          <w:b w:val="0"/>
          <w:i w:val="0"/>
          <w:color w:val="22201D"/>
          <w:sz w:val="20"/>
        </w:rPr>
        <w:t>Nico looked up.</w:t>
      </w:r>
    </w:p>
    <w:p>
      <w:pPr>
        <w:spacing w:after="60" w:line="266" w:lineRule="auto"/>
        <w:ind w:firstLine="331"/>
        <w:jc w:val="both"/>
      </w:pPr>
      <w:r>
        <w:rPr>
          <w:rFonts w:ascii="Georgia" w:hAnsi="Georgia"/>
          <w:b w:val="0"/>
          <w:i w:val="0"/>
          <w:color w:val="22201D"/>
          <w:sz w:val="20"/>
        </w:rPr>
        <w:t>"Is that a request or a threat?"</w:t>
      </w:r>
    </w:p>
    <w:p>
      <w:pPr>
        <w:spacing w:after="60" w:line="266" w:lineRule="auto"/>
        <w:ind w:firstLine="331"/>
        <w:jc w:val="both"/>
      </w:pPr>
      <w:r>
        <w:rPr>
          <w:rFonts w:ascii="Georgia" w:hAnsi="Georgia"/>
          <w:b w:val="0"/>
          <w:i w:val="0"/>
          <w:color w:val="22201D"/>
          <w:sz w:val="20"/>
        </w:rPr>
        <w:t>The PA crackled again.</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Steve wrote yes and underlined it once.</w:t>
      </w:r>
    </w:p>
    <w:p>
      <w:pPr>
        <w:spacing w:after="60" w:line="266" w:lineRule="auto"/>
        <w:ind w:firstLine="331"/>
        <w:jc w:val="both"/>
      </w:pPr>
      <w:r>
        <w:rPr>
          <w:rFonts w:ascii="Georgia" w:hAnsi="Georgia"/>
          <w:b w:val="0"/>
          <w:i w:val="0"/>
          <w:color w:val="22201D"/>
          <w:sz w:val="20"/>
        </w:rPr>
        <w:t>Behind the kiosk, a directory card slid from the stack.</w:t>
      </w:r>
    </w:p>
    <w:p>
      <w:pPr>
        <w:spacing w:after="60" w:line="266" w:lineRule="auto"/>
        <w:ind w:firstLine="331"/>
        <w:jc w:val="both"/>
      </w:pPr>
      <w:r>
        <w:rPr>
          <w:rFonts w:ascii="Georgia" w:hAnsi="Georgia"/>
          <w:b w:val="0"/>
          <w:i w:val="0"/>
          <w:color w:val="22201D"/>
          <w:sz w:val="20"/>
        </w:rPr>
        <w:t>It was not a map of stores.</w:t>
      </w:r>
    </w:p>
    <w:p>
      <w:pPr>
        <w:spacing w:after="60" w:line="266" w:lineRule="auto"/>
        <w:ind w:firstLine="331"/>
        <w:jc w:val="both"/>
      </w:pPr>
      <w:r>
        <w:rPr>
          <w:rFonts w:ascii="Georgia" w:hAnsi="Georgia"/>
          <w:b w:val="0"/>
          <w:i w:val="0"/>
          <w:color w:val="22201D"/>
          <w:sz w:val="20"/>
        </w:rPr>
        <w:t>It was a punch card.</w:t>
      </w:r>
    </w:p>
    <w:p>
      <w:pPr>
        <w:spacing w:after="60" w:line="250" w:lineRule="auto"/>
        <w:ind w:left="202" w:right="173"/>
      </w:pPr>
      <w:r>
        <w:rPr>
          <w:rFonts w:ascii="Georgia" w:hAnsi="Georgia"/>
          <w:b w:val="0"/>
          <w:i w:val="0"/>
          <w:color w:val="22201D"/>
          <w:sz w:val="17"/>
        </w:rPr>
        <w:t>DIRECTORY CARD  Traveler: Flocc  Location: Mall That Closed Forward  Service: one memory returned  Condition: does not reopen the past does not cancel the current route does not retrieve another person as proof  Counter: customer service</w:t>
      </w:r>
    </w:p>
    <w:p>
      <w:pPr>
        <w:spacing w:after="60" w:line="266" w:lineRule="auto"/>
        <w:ind w:firstLine="331"/>
        <w:jc w:val="both"/>
      </w:pPr>
      <w:r>
        <w:rPr>
          <w:rFonts w:ascii="Georgia" w:hAnsi="Georgia"/>
          <w:b w:val="0"/>
          <w:i w:val="0"/>
          <w:color w:val="22201D"/>
          <w:sz w:val="20"/>
        </w:rPr>
        <w:t>Flocc did not touch it.</w:t>
      </w:r>
    </w:p>
    <w:p>
      <w:pPr>
        <w:spacing w:after="60" w:line="266" w:lineRule="auto"/>
        <w:ind w:firstLine="331"/>
        <w:jc w:val="both"/>
      </w:pPr>
      <w:r>
        <w:rPr>
          <w:rFonts w:ascii="Georgia" w:hAnsi="Georgia"/>
          <w:b w:val="0"/>
          <w:i w:val="0"/>
          <w:color w:val="22201D"/>
          <w:sz w:val="20"/>
        </w:rPr>
        <w:t>The sauce carrier warmed.</w:t>
      </w:r>
    </w:p>
    <w:p>
      <w:pPr>
        <w:spacing w:after="60" w:line="266" w:lineRule="auto"/>
        <w:ind w:firstLine="331"/>
        <w:jc w:val="both"/>
      </w:pPr>
      <w:r>
        <w:rPr>
          <w:rFonts w:ascii="Georgia" w:hAnsi="Georgia"/>
          <w:b w:val="0"/>
          <w:i w:val="0"/>
          <w:color w:val="22201D"/>
          <w:sz w:val="20"/>
        </w:rPr>
        <w:t>Bob said, "Read it."</w:t>
      </w:r>
    </w:p>
    <w:p>
      <w:pPr>
        <w:spacing w:after="60" w:line="266" w:lineRule="auto"/>
        <w:ind w:firstLine="331"/>
        <w:jc w:val="both"/>
      </w:pPr>
      <w:r>
        <w:rPr>
          <w:rFonts w:ascii="Georgia" w:hAnsi="Georgia"/>
          <w:b w:val="0"/>
          <w:i w:val="0"/>
          <w:color w:val="22201D"/>
          <w:sz w:val="20"/>
        </w:rPr>
        <w:t>"I did."</w:t>
      </w:r>
    </w:p>
    <w:p>
      <w:pPr>
        <w:spacing w:after="60" w:line="266" w:lineRule="auto"/>
        <w:ind w:firstLine="331"/>
        <w:jc w:val="both"/>
      </w:pPr>
      <w:r>
        <w:rPr>
          <w:rFonts w:ascii="Georgia" w:hAnsi="Georgia"/>
          <w:b w:val="0"/>
          <w:i w:val="0"/>
          <w:color w:val="22201D"/>
          <w:sz w:val="20"/>
        </w:rPr>
        <w:t>"Out loud."</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His voice did not echo. The mall had good acoustics for retail and poor acoustics for evasion.</w:t>
      </w:r>
    </w:p>
    <w:p>
      <w:pPr>
        <w:spacing w:after="60" w:line="266" w:lineRule="auto"/>
        <w:ind w:firstLine="331"/>
        <w:jc w:val="both"/>
      </w:pPr>
      <w:r>
        <w:rPr>
          <w:rFonts w:ascii="Georgia" w:hAnsi="Georgia"/>
          <w:b w:val="0"/>
          <w:i w:val="0"/>
          <w:color w:val="22201D"/>
          <w:sz w:val="20"/>
        </w:rPr>
        <w:t>When he finished, the directory card printed:</w:t>
      </w:r>
    </w:p>
    <w:p>
      <w:pPr>
        <w:spacing w:after="60" w:line="250" w:lineRule="auto"/>
        <w:ind w:left="202" w:right="173"/>
      </w:pPr>
      <w:r>
        <w:rPr>
          <w:rFonts w:ascii="Georgia" w:hAnsi="Georgia"/>
          <w:b w:val="0"/>
          <w:i w:val="0"/>
          <w:color w:val="22201D"/>
          <w:sz w:val="17"/>
        </w:rPr>
        <w:t>MEMORY OPTIONS LOADING. DO NOT SHOP.</w:t>
      </w:r>
    </w:p>
    <w:p>
      <w:pPr>
        <w:spacing w:after="60" w:line="266" w:lineRule="auto"/>
        <w:ind w:firstLine="331"/>
        <w:jc w:val="both"/>
      </w:pPr>
      <w:r>
        <w:rPr>
          <w:rFonts w:ascii="Georgia" w:hAnsi="Georgia"/>
          <w:b w:val="0"/>
          <w:i w:val="0"/>
          <w:color w:val="22201D"/>
          <w:sz w:val="20"/>
        </w:rPr>
        <w:t>The storefront gates rattled.</w:t>
      </w:r>
    </w:p>
    <w:p>
      <w:pPr>
        <w:spacing w:after="60" w:line="266" w:lineRule="auto"/>
        <w:ind w:firstLine="331"/>
        <w:jc w:val="both"/>
      </w:pPr>
      <w:r>
        <w:rPr>
          <w:rFonts w:ascii="Georgia" w:hAnsi="Georgia"/>
          <w:b w:val="0"/>
          <w:i w:val="0"/>
          <w:color w:val="22201D"/>
          <w:sz w:val="20"/>
        </w:rPr>
        <w:t>Not all of them.</w:t>
      </w:r>
    </w:p>
    <w:p>
      <w:pPr>
        <w:spacing w:after="60" w:line="266" w:lineRule="auto"/>
        <w:ind w:firstLine="331"/>
        <w:jc w:val="both"/>
      </w:pPr>
      <w:r>
        <w:rPr>
          <w:rFonts w:ascii="Georgia" w:hAnsi="Georgia"/>
          <w:b w:val="0"/>
          <w:i w:val="0"/>
          <w:color w:val="22201D"/>
          <w:sz w:val="20"/>
        </w:rPr>
        <w:t>Three.</w:t>
      </w:r>
    </w:p>
    <w:p>
      <w:pPr>
        <w:spacing w:after="60" w:line="266" w:lineRule="auto"/>
        <w:ind w:firstLine="331"/>
        <w:jc w:val="both"/>
      </w:pPr>
      <w:r>
        <w:rPr>
          <w:rFonts w:ascii="Georgia" w:hAnsi="Georgia"/>
          <w:b w:val="0"/>
          <w:i w:val="0"/>
          <w:color w:val="22201D"/>
          <w:sz w:val="20"/>
        </w:rPr>
        <w:t>The calendar shop.</w:t>
      </w:r>
    </w:p>
    <w:p>
      <w:pPr>
        <w:spacing w:after="60" w:line="266" w:lineRule="auto"/>
        <w:ind w:firstLine="331"/>
        <w:jc w:val="both"/>
      </w:pPr>
      <w:r>
        <w:rPr>
          <w:rFonts w:ascii="Georgia" w:hAnsi="Georgia"/>
          <w:b w:val="0"/>
          <w:i w:val="0"/>
          <w:color w:val="22201D"/>
          <w:sz w:val="20"/>
        </w:rPr>
        <w:t>The shoe store.</w:t>
      </w:r>
    </w:p>
    <w:p>
      <w:pPr>
        <w:spacing w:after="60" w:line="266" w:lineRule="auto"/>
        <w:ind w:firstLine="331"/>
        <w:jc w:val="both"/>
      </w:pPr>
      <w:r>
        <w:rPr>
          <w:rFonts w:ascii="Georgia" w:hAnsi="Georgia"/>
          <w:b w:val="0"/>
          <w:i w:val="0"/>
          <w:color w:val="22201D"/>
          <w:sz w:val="20"/>
        </w:rPr>
        <w:t>The photo booth near the restrooms.</w:t>
      </w:r>
    </w:p>
    <w:p>
      <w:pPr>
        <w:spacing w:after="60" w:line="266" w:lineRule="auto"/>
        <w:ind w:firstLine="331"/>
        <w:jc w:val="both"/>
      </w:pPr>
      <w:r>
        <w:rPr>
          <w:rFonts w:ascii="Georgia" w:hAnsi="Georgia"/>
          <w:b w:val="0"/>
          <w:i w:val="0"/>
          <w:color w:val="22201D"/>
          <w:sz w:val="20"/>
        </w:rPr>
        <w:t>Nico pointed at the calendar shop.</w:t>
      </w:r>
    </w:p>
    <w:p>
      <w:pPr>
        <w:spacing w:after="60" w:line="266" w:lineRule="auto"/>
        <w:ind w:firstLine="331"/>
        <w:jc w:val="both"/>
      </w:pPr>
      <w:r>
        <w:rPr>
          <w:rFonts w:ascii="Georgia" w:hAnsi="Georgia"/>
          <w:b w:val="0"/>
          <w:i w:val="0"/>
          <w:color w:val="22201D"/>
          <w:sz w:val="20"/>
        </w:rPr>
        <w:t>"That seems too obvious."</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 calendar shop gate stopped rattling.</w:t>
      </w:r>
    </w:p>
    <w:p>
      <w:pPr>
        <w:spacing w:after="60" w:line="266" w:lineRule="auto"/>
        <w:ind w:firstLine="331"/>
        <w:jc w:val="both"/>
      </w:pPr>
      <w:r>
        <w:rPr>
          <w:rFonts w:ascii="Georgia" w:hAnsi="Georgia"/>
          <w:b w:val="0"/>
          <w:i w:val="0"/>
          <w:color w:val="22201D"/>
          <w:sz w:val="20"/>
        </w:rPr>
        <w:t>Nico looked pleased and afraid.</w:t>
      </w:r>
    </w:p>
    <w:p>
      <w:pPr>
        <w:spacing w:after="60" w:line="266" w:lineRule="auto"/>
        <w:ind w:firstLine="331"/>
        <w:jc w:val="both"/>
      </w:pPr>
      <w:r>
        <w:rPr>
          <w:rFonts w:ascii="Georgia" w:hAnsi="Georgia"/>
          <w:b w:val="0"/>
          <w:i w:val="0"/>
          <w:color w:val="22201D"/>
          <w:sz w:val="20"/>
        </w:rPr>
        <w:t>Gerald looked at the shoe store.</w:t>
      </w:r>
    </w:p>
    <w:p>
      <w:pPr>
        <w:spacing w:after="60" w:line="266" w:lineRule="auto"/>
        <w:ind w:firstLine="331"/>
        <w:jc w:val="both"/>
      </w:pPr>
      <w:r>
        <w:rPr>
          <w:rFonts w:ascii="Georgia" w:hAnsi="Georgia"/>
          <w:b w:val="0"/>
          <w:i w:val="0"/>
          <w:color w:val="22201D"/>
          <w:sz w:val="20"/>
        </w:rPr>
        <w:t>"Footwear memory may affect route safety."</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PRACTICAL BUT NOT RETURNABLE.</w:t>
      </w:r>
    </w:p>
    <w:p>
      <w:pPr>
        <w:spacing w:after="60" w:line="266" w:lineRule="auto"/>
        <w:ind w:firstLine="331"/>
        <w:jc w:val="both"/>
      </w:pPr>
      <w:r>
        <w:rPr>
          <w:rFonts w:ascii="Georgia" w:hAnsi="Georgia"/>
          <w:b w:val="0"/>
          <w:i w:val="0"/>
          <w:color w:val="22201D"/>
          <w:sz w:val="20"/>
        </w:rPr>
        <w:t>The shoe store gate stopped rattling.</w:t>
      </w:r>
    </w:p>
    <w:p>
      <w:pPr>
        <w:spacing w:after="60" w:line="266" w:lineRule="auto"/>
        <w:ind w:firstLine="331"/>
        <w:jc w:val="both"/>
      </w:pPr>
      <w:r>
        <w:rPr>
          <w:rFonts w:ascii="Georgia" w:hAnsi="Georgia"/>
          <w:b w:val="0"/>
          <w:i w:val="0"/>
          <w:color w:val="22201D"/>
          <w:sz w:val="20"/>
        </w:rPr>
        <w:t>Only the photo booth remained.</w:t>
      </w:r>
    </w:p>
    <w:p>
      <w:pPr>
        <w:spacing w:after="60" w:line="266" w:lineRule="auto"/>
        <w:ind w:firstLine="331"/>
        <w:jc w:val="both"/>
      </w:pPr>
      <w:r>
        <w:rPr>
          <w:rFonts w:ascii="Georgia" w:hAnsi="Georgia"/>
          <w:b w:val="0"/>
          <w:i w:val="0"/>
          <w:color w:val="22201D"/>
          <w:sz w:val="20"/>
        </w:rPr>
        <w:t>It was the kind of photo booth that once lived near mall restrooms and movie theaters, promising four small pictures for a price nobody currently carried in coins. Its curtain was blue vinyl. Its sign said:</w:t>
      </w:r>
    </w:p>
    <w:p>
      <w:pPr>
        <w:spacing w:after="60" w:line="250" w:lineRule="auto"/>
        <w:ind w:left="202" w:right="173"/>
      </w:pPr>
      <w:r>
        <w:rPr>
          <w:rFonts w:ascii="Georgia" w:hAnsi="Georgia"/>
          <w:b w:val="0"/>
          <w:i w:val="0"/>
          <w:color w:val="22201D"/>
          <w:sz w:val="17"/>
        </w:rPr>
        <w:t>PHOTOS $3</w:t>
      </w:r>
    </w:p>
    <w:p>
      <w:pPr>
        <w:spacing w:after="60" w:line="266" w:lineRule="auto"/>
        <w:ind w:firstLine="331"/>
        <w:jc w:val="both"/>
      </w:pPr>
      <w:r>
        <w:rPr>
          <w:rFonts w:ascii="Georgia" w:hAnsi="Georgia"/>
          <w:b w:val="0"/>
          <w:i w:val="0"/>
          <w:color w:val="22201D"/>
          <w:sz w:val="20"/>
        </w:rPr>
        <w:t>Under the price, someone had taped:</w:t>
      </w:r>
    </w:p>
    <w:p>
      <w:pPr>
        <w:spacing w:after="60" w:line="250" w:lineRule="auto"/>
        <w:ind w:left="202" w:right="173"/>
      </w:pPr>
      <w:r>
        <w:rPr>
          <w:rFonts w:ascii="Georgia" w:hAnsi="Georgia"/>
          <w:b w:val="0"/>
          <w:i w:val="0"/>
          <w:color w:val="22201D"/>
          <w:sz w:val="17"/>
        </w:rPr>
        <w:t>NO NEW POSES RETURNS ONLY</w:t>
      </w:r>
    </w:p>
    <w:p>
      <w:pPr>
        <w:spacing w:after="60" w:line="266" w:lineRule="auto"/>
        <w:ind w:firstLine="331"/>
        <w:jc w:val="both"/>
      </w:pPr>
      <w:r>
        <w:rPr>
          <w:rFonts w:ascii="Georgia" w:hAnsi="Georgia"/>
          <w:b w:val="0"/>
          <w:i w:val="0"/>
          <w:color w:val="22201D"/>
          <w:sz w:val="20"/>
        </w:rPr>
        <w:t>Flocc felt the sauce carrier heat rise through the towel.</w:t>
      </w:r>
    </w:p>
    <w:p>
      <w:pPr>
        <w:spacing w:after="60" w:line="266" w:lineRule="auto"/>
        <w:ind w:firstLine="331"/>
        <w:jc w:val="both"/>
      </w:pPr>
      <w:r>
        <w:rPr>
          <w:rFonts w:ascii="Georgia" w:hAnsi="Georgia"/>
          <w:b w:val="0"/>
          <w:i w:val="0"/>
          <w:color w:val="22201D"/>
          <w:sz w:val="20"/>
        </w:rPr>
        <w:t>"I don't want a photo."</w:t>
      </w:r>
    </w:p>
    <w:p>
      <w:pPr>
        <w:spacing w:after="60" w:line="266" w:lineRule="auto"/>
        <w:ind w:firstLine="331"/>
        <w:jc w:val="both"/>
      </w:pPr>
      <w:r>
        <w:rPr>
          <w:rFonts w:ascii="Georgia" w:hAnsi="Georgia"/>
          <w:b w:val="0"/>
          <w:i w:val="0"/>
          <w:color w:val="22201D"/>
          <w:sz w:val="20"/>
        </w:rPr>
        <w:t>Bob said, "Good."</w:t>
      </w:r>
    </w:p>
    <w:p>
      <w:pPr>
        <w:spacing w:after="60" w:line="266" w:lineRule="auto"/>
        <w:ind w:firstLine="331"/>
        <w:jc w:val="both"/>
      </w:pPr>
      <w:r>
        <w:rPr>
          <w:rFonts w:ascii="Georgia" w:hAnsi="Georgia"/>
          <w:b w:val="0"/>
          <w:i w:val="0"/>
          <w:color w:val="22201D"/>
          <w:sz w:val="20"/>
        </w:rPr>
        <w:t>"Then why is it the booth?"</w:t>
      </w:r>
    </w:p>
    <w:p>
      <w:pPr>
        <w:spacing w:after="60" w:line="266" w:lineRule="auto"/>
        <w:ind w:firstLine="331"/>
        <w:jc w:val="both"/>
      </w:pPr>
      <w:r>
        <w:rPr>
          <w:rFonts w:ascii="Georgia" w:hAnsi="Georgia"/>
          <w:b w:val="0"/>
          <w:i w:val="0"/>
          <w:color w:val="22201D"/>
          <w:sz w:val="20"/>
        </w:rPr>
        <w:t>"Because wanting is not how returns work."</w:t>
      </w:r>
    </w:p>
    <w:p>
      <w:pPr>
        <w:spacing w:after="60" w:line="266" w:lineRule="auto"/>
        <w:ind w:firstLine="331"/>
        <w:jc w:val="both"/>
      </w:pPr>
      <w:r>
        <w:rPr>
          <w:rFonts w:ascii="Georgia" w:hAnsi="Georgia"/>
          <w:b w:val="0"/>
          <w:i w:val="0"/>
          <w:color w:val="22201D"/>
          <w:sz w:val="20"/>
        </w:rPr>
        <w:t>Steve looked at the directory card.</w:t>
      </w:r>
    </w:p>
    <w:p>
      <w:pPr>
        <w:spacing w:after="60" w:line="266" w:lineRule="auto"/>
        <w:ind w:firstLine="331"/>
        <w:jc w:val="both"/>
      </w:pPr>
      <w:r>
        <w:rPr>
          <w:rFonts w:ascii="Georgia" w:hAnsi="Georgia"/>
          <w:b w:val="0"/>
          <w:i w:val="0"/>
          <w:color w:val="22201D"/>
          <w:sz w:val="20"/>
        </w:rPr>
        <w:t>"Who chooses?"</w:t>
      </w:r>
    </w:p>
    <w:p>
      <w:pPr>
        <w:spacing w:after="60" w:line="266" w:lineRule="auto"/>
        <w:ind w:firstLine="331"/>
        <w:jc w:val="both"/>
      </w:pPr>
      <w:r>
        <w:rPr>
          <w:rFonts w:ascii="Georgia" w:hAnsi="Georgia"/>
          <w:b w:val="0"/>
          <w:i w:val="0"/>
          <w:color w:val="22201D"/>
          <w:sz w:val="20"/>
        </w:rPr>
        <w:t>The PA answered:</w:t>
      </w:r>
    </w:p>
    <w:p>
      <w:pPr>
        <w:spacing w:after="60" w:line="250" w:lineRule="auto"/>
        <w:ind w:left="202" w:right="173"/>
      </w:pPr>
      <w:r>
        <w:rPr>
          <w:rFonts w:ascii="Georgia" w:hAnsi="Georgia"/>
          <w:b w:val="0"/>
          <w:i w:val="0"/>
          <w:color w:val="22201D"/>
          <w:sz w:val="17"/>
        </w:rPr>
        <w:t>THE ITEM DOES.</w:t>
      </w:r>
    </w:p>
    <w:p>
      <w:pPr>
        <w:spacing w:after="60" w:line="266" w:lineRule="auto"/>
        <w:ind w:firstLine="331"/>
        <w:jc w:val="both"/>
      </w:pPr>
      <w:r>
        <w:rPr>
          <w:rFonts w:ascii="Georgia" w:hAnsi="Georgia"/>
          <w:b w:val="0"/>
          <w:i w:val="0"/>
          <w:color w:val="22201D"/>
          <w:sz w:val="20"/>
        </w:rPr>
        <w:t>The photo booth curtain stirred.</w:t>
      </w:r>
    </w:p>
    <w:p>
      <w:pPr>
        <w:spacing w:after="60" w:line="266" w:lineRule="auto"/>
        <w:ind w:firstLine="331"/>
        <w:jc w:val="both"/>
      </w:pPr>
      <w:r>
        <w:rPr>
          <w:rFonts w:ascii="Georgia" w:hAnsi="Georgia"/>
          <w:b w:val="0"/>
          <w:i w:val="0"/>
          <w:color w:val="22201D"/>
          <w:sz w:val="20"/>
        </w:rPr>
        <w:t>No one moved toward it.</w:t>
      </w:r>
    </w:p>
    <w:p>
      <w:pPr>
        <w:spacing w:after="60" w:line="266" w:lineRule="auto"/>
        <w:ind w:firstLine="331"/>
        <w:jc w:val="both"/>
      </w:pPr>
      <w:r>
        <w:rPr>
          <w:rFonts w:ascii="Georgia" w:hAnsi="Georgia"/>
          <w:b w:val="0"/>
          <w:i w:val="0"/>
          <w:color w:val="22201D"/>
          <w:sz w:val="20"/>
        </w:rPr>
        <w:t>Gerald inspected the path.</w:t>
      </w:r>
    </w:p>
    <w:p>
      <w:pPr>
        <w:spacing w:after="60" w:line="266" w:lineRule="auto"/>
        <w:ind w:firstLine="331"/>
        <w:jc w:val="both"/>
      </w:pPr>
      <w:r>
        <w:rPr>
          <w:rFonts w:ascii="Georgia" w:hAnsi="Georgia"/>
          <w:b w:val="0"/>
          <w:i w:val="0"/>
          <w:color w:val="22201D"/>
          <w:sz w:val="20"/>
        </w:rPr>
        <w:t>"Tile dry. Cord visible near booth. Step over. Curtain may obscure interior. No one enters alone."</w:t>
      </w:r>
    </w:p>
    <w:p>
      <w:pPr>
        <w:spacing w:after="60" w:line="266" w:lineRule="auto"/>
        <w:ind w:firstLine="331"/>
        <w:jc w:val="both"/>
      </w:pPr>
      <w:r>
        <w:rPr>
          <w:rFonts w:ascii="Georgia" w:hAnsi="Georgia"/>
          <w:b w:val="0"/>
          <w:i w:val="0"/>
          <w:color w:val="22201D"/>
          <w:sz w:val="20"/>
        </w:rPr>
        <w:t>Bob looked at Flocc.</w:t>
      </w:r>
    </w:p>
    <w:p>
      <w:pPr>
        <w:spacing w:after="60" w:line="266" w:lineRule="auto"/>
        <w:ind w:firstLine="331"/>
        <w:jc w:val="both"/>
      </w:pPr>
      <w:r>
        <w:rPr>
          <w:rFonts w:ascii="Georgia" w:hAnsi="Georgia"/>
          <w:b w:val="0"/>
          <w:i w:val="0"/>
          <w:color w:val="22201D"/>
          <w:sz w:val="20"/>
        </w:rPr>
        <w:t>"Bring the sauce."</w:t>
      </w:r>
    </w:p>
    <w:p>
      <w:pPr>
        <w:spacing w:after="60" w:line="266" w:lineRule="auto"/>
        <w:ind w:firstLine="331"/>
        <w:jc w:val="both"/>
      </w:pPr>
      <w:r>
        <w:rPr>
          <w:rFonts w:ascii="Georgia" w:hAnsi="Georgia"/>
          <w:b w:val="0"/>
          <w:i w:val="0"/>
          <w:color w:val="22201D"/>
          <w:sz w:val="20"/>
        </w:rPr>
        <w:t>They walked to the booth.</w:t>
      </w:r>
    </w:p>
    <w:p>
      <w:pPr>
        <w:spacing w:after="60" w:line="266" w:lineRule="auto"/>
        <w:ind w:firstLine="331"/>
        <w:jc w:val="both"/>
      </w:pPr>
      <w:r>
        <w:rPr>
          <w:rFonts w:ascii="Georgia" w:hAnsi="Georgia"/>
          <w:b w:val="0"/>
          <w:i w:val="0"/>
          <w:color w:val="22201D"/>
          <w:sz w:val="20"/>
        </w:rPr>
        <w:t>Flocc carried the sauce carrier.</w:t>
      </w:r>
    </w:p>
    <w:p>
      <w:pPr>
        <w:spacing w:after="60" w:line="266" w:lineRule="auto"/>
        <w:ind w:firstLine="331"/>
        <w:jc w:val="both"/>
      </w:pPr>
      <w:r>
        <w:rPr>
          <w:rFonts w:ascii="Georgia" w:hAnsi="Georgia"/>
          <w:b w:val="0"/>
          <w:i w:val="0"/>
          <w:color w:val="22201D"/>
          <w:sz w:val="20"/>
        </w:rPr>
        <w:t>He did not carry it like proof.</w:t>
      </w:r>
    </w:p>
    <w:p>
      <w:pPr>
        <w:spacing w:after="60" w:line="266" w:lineRule="auto"/>
        <w:ind w:firstLine="331"/>
        <w:jc w:val="both"/>
      </w:pPr>
      <w:r>
        <w:rPr>
          <w:rFonts w:ascii="Georgia" w:hAnsi="Georgia"/>
          <w:b w:val="0"/>
          <w:i w:val="0"/>
          <w:color w:val="22201D"/>
          <w:sz w:val="20"/>
        </w:rPr>
        <w:t>He carried it upright.</w:t>
      </w:r>
    </w:p>
    <w:p>
      <w:pPr>
        <w:spacing w:after="60" w:line="266" w:lineRule="auto"/>
        <w:ind w:firstLine="331"/>
        <w:jc w:val="both"/>
      </w:pPr>
      <w:r>
        <w:rPr>
          <w:rFonts w:ascii="Georgia" w:hAnsi="Georgia"/>
          <w:b w:val="0"/>
          <w:i w:val="0"/>
          <w:color w:val="22201D"/>
          <w:sz w:val="20"/>
        </w:rPr>
        <w:t>That was becoming a skill.</w:t>
      </w:r>
    </w:p>
    <w:p>
      <w:pPr>
        <w:spacing w:after="60" w:line="266" w:lineRule="auto"/>
        <w:ind w:firstLine="331"/>
        <w:jc w:val="both"/>
      </w:pPr>
      <w:r>
        <w:rPr>
          <w:rFonts w:ascii="Georgia" w:hAnsi="Georgia"/>
          <w:b w:val="0"/>
          <w:i w:val="0"/>
          <w:color w:val="22201D"/>
          <w:sz w:val="20"/>
        </w:rPr>
        <w:t>Inside the booth was one narrow bench, a scratched mirror, a camera lens, a coin slot, and a strip of photo paper hanging halfway out of the printer.</w:t>
      </w:r>
    </w:p>
    <w:p>
      <w:pPr>
        <w:spacing w:after="60" w:line="266" w:lineRule="auto"/>
        <w:ind w:firstLine="331"/>
        <w:jc w:val="both"/>
      </w:pPr>
      <w:r>
        <w:rPr>
          <w:rFonts w:ascii="Georgia" w:hAnsi="Georgia"/>
          <w:b w:val="0"/>
          <w:i w:val="0"/>
          <w:color w:val="22201D"/>
          <w:sz w:val="20"/>
        </w:rPr>
        <w:t>The photo strip had not finished printing.</w:t>
      </w:r>
    </w:p>
    <w:p>
      <w:pPr>
        <w:spacing w:after="60" w:line="266" w:lineRule="auto"/>
        <w:ind w:firstLine="331"/>
        <w:jc w:val="both"/>
      </w:pPr>
      <w:r>
        <w:rPr>
          <w:rFonts w:ascii="Georgia" w:hAnsi="Georgia"/>
          <w:b w:val="0"/>
          <w:i w:val="0"/>
          <w:color w:val="22201D"/>
          <w:sz w:val="20"/>
        </w:rPr>
        <w:t>This was impossible because no one had put in money.</w:t>
      </w:r>
    </w:p>
    <w:p>
      <w:pPr>
        <w:spacing w:after="60" w:line="266" w:lineRule="auto"/>
        <w:ind w:firstLine="331"/>
        <w:jc w:val="both"/>
      </w:pPr>
      <w:r>
        <w:rPr>
          <w:rFonts w:ascii="Georgia" w:hAnsi="Georgia"/>
          <w:b w:val="0"/>
          <w:i w:val="0"/>
          <w:color w:val="22201D"/>
          <w:sz w:val="20"/>
        </w:rPr>
        <w:t>This was also not the strangest thing in the mall.</w:t>
      </w:r>
    </w:p>
    <w:p>
      <w:pPr>
        <w:spacing w:after="60" w:line="266" w:lineRule="auto"/>
        <w:ind w:firstLine="331"/>
        <w:jc w:val="both"/>
      </w:pPr>
      <w:r>
        <w:rPr>
          <w:rFonts w:ascii="Georgia" w:hAnsi="Georgia"/>
          <w:b w:val="0"/>
          <w:i w:val="0"/>
          <w:color w:val="22201D"/>
          <w:sz w:val="20"/>
        </w:rPr>
        <w:t>The booth screen lit:</w:t>
      </w:r>
    </w:p>
    <w:p>
      <w:pPr>
        <w:spacing w:after="60" w:line="250" w:lineRule="auto"/>
        <w:ind w:left="202" w:right="173"/>
      </w:pPr>
      <w:r>
        <w:rPr>
          <w:rFonts w:ascii="Georgia" w:hAnsi="Georgia"/>
          <w:b w:val="0"/>
          <w:i w:val="0"/>
          <w:color w:val="22201D"/>
          <w:sz w:val="17"/>
        </w:rPr>
        <w:t>MEMORY RETURN IN PROGRESS. PLEASE DO NOT IMPROVE YOUR FACE.</w:t>
      </w:r>
    </w:p>
    <w:p>
      <w:pPr>
        <w:spacing w:after="60" w:line="266" w:lineRule="auto"/>
        <w:ind w:firstLine="331"/>
        <w:jc w:val="both"/>
      </w:pPr>
      <w:r>
        <w:rPr>
          <w:rFonts w:ascii="Georgia" w:hAnsi="Georgia"/>
          <w:b w:val="0"/>
          <w:i w:val="0"/>
          <w:color w:val="22201D"/>
          <w:sz w:val="20"/>
        </w:rPr>
        <w:t>Nico, from outside, whispered, "Rude but important."</w:t>
      </w:r>
    </w:p>
    <w:p>
      <w:pPr>
        <w:spacing w:after="60" w:line="266" w:lineRule="auto"/>
        <w:ind w:firstLine="331"/>
        <w:jc w:val="both"/>
      </w:pPr>
      <w:r>
        <w:rPr>
          <w:rFonts w:ascii="Georgia" w:hAnsi="Georgia"/>
          <w:b w:val="0"/>
          <w:i w:val="0"/>
          <w:color w:val="22201D"/>
          <w:sz w:val="20"/>
        </w:rPr>
        <w:t>The printer advanced.</w:t>
      </w:r>
    </w:p>
    <w:p>
      <w:pPr>
        <w:spacing w:after="60" w:line="266" w:lineRule="auto"/>
        <w:ind w:firstLine="331"/>
        <w:jc w:val="both"/>
      </w:pPr>
      <w:r>
        <w:rPr>
          <w:rFonts w:ascii="Georgia" w:hAnsi="Georgia"/>
          <w:b w:val="0"/>
          <w:i w:val="0"/>
          <w:color w:val="22201D"/>
          <w:sz w:val="20"/>
        </w:rPr>
        <w:t>One frame appeared.</w:t>
      </w:r>
    </w:p>
    <w:p>
      <w:pPr>
        <w:spacing w:after="60" w:line="266" w:lineRule="auto"/>
        <w:ind w:firstLine="331"/>
        <w:jc w:val="both"/>
      </w:pPr>
      <w:r>
        <w:rPr>
          <w:rFonts w:ascii="Georgia" w:hAnsi="Georgia"/>
          <w:b w:val="0"/>
          <w:i w:val="0"/>
          <w:color w:val="22201D"/>
          <w:sz w:val="20"/>
        </w:rPr>
        <w:t>It showed a table.</w:t>
      </w:r>
    </w:p>
    <w:p>
      <w:pPr>
        <w:spacing w:after="60" w:line="266" w:lineRule="auto"/>
        <w:ind w:firstLine="331"/>
        <w:jc w:val="both"/>
      </w:pPr>
      <w:r>
        <w:rPr>
          <w:rFonts w:ascii="Georgia" w:hAnsi="Georgia"/>
          <w:b w:val="0"/>
          <w:i w:val="0"/>
          <w:color w:val="22201D"/>
          <w:sz w:val="20"/>
        </w:rPr>
        <w:t>Not the waiting-room table from Book 5.</w:t>
      </w:r>
    </w:p>
    <w:p>
      <w:pPr>
        <w:spacing w:after="60" w:line="266" w:lineRule="auto"/>
        <w:ind w:firstLine="331"/>
        <w:jc w:val="both"/>
      </w:pPr>
      <w:r>
        <w:rPr>
          <w:rFonts w:ascii="Georgia" w:hAnsi="Georgia"/>
          <w:b w:val="0"/>
          <w:i w:val="0"/>
          <w:color w:val="22201D"/>
          <w:sz w:val="20"/>
        </w:rPr>
        <w:t>Not Mrs. Alvarez's counter.</w:t>
      </w:r>
    </w:p>
    <w:p>
      <w:pPr>
        <w:spacing w:after="60" w:line="266" w:lineRule="auto"/>
        <w:ind w:firstLine="331"/>
        <w:jc w:val="both"/>
      </w:pPr>
      <w:r>
        <w:rPr>
          <w:rFonts w:ascii="Georgia" w:hAnsi="Georgia"/>
          <w:b w:val="0"/>
          <w:i w:val="0"/>
          <w:color w:val="22201D"/>
          <w:sz w:val="20"/>
        </w:rPr>
        <w:t>Not the restaurant counter.</w:t>
      </w:r>
    </w:p>
    <w:p>
      <w:pPr>
        <w:spacing w:after="60" w:line="266" w:lineRule="auto"/>
        <w:ind w:firstLine="331"/>
        <w:jc w:val="both"/>
      </w:pPr>
      <w:r>
        <w:rPr>
          <w:rFonts w:ascii="Georgia" w:hAnsi="Georgia"/>
          <w:b w:val="0"/>
          <w:i w:val="0"/>
          <w:color w:val="22201D"/>
          <w:sz w:val="20"/>
        </w:rPr>
        <w:t>A mall food-court table.</w:t>
      </w:r>
    </w:p>
    <w:p>
      <w:pPr>
        <w:spacing w:after="60" w:line="266" w:lineRule="auto"/>
        <w:ind w:firstLine="331"/>
        <w:jc w:val="both"/>
      </w:pPr>
      <w:r>
        <w:rPr>
          <w:rFonts w:ascii="Georgia" w:hAnsi="Georgia"/>
          <w:b w:val="0"/>
          <w:i w:val="0"/>
          <w:color w:val="22201D"/>
          <w:sz w:val="20"/>
        </w:rPr>
        <w:t>Plastic, bolted to the floor, with two chairs, a paper tray, and a cup with a straw bent from being held too hard.</w:t>
      </w:r>
    </w:p>
    <w:p>
      <w:pPr>
        <w:spacing w:after="60" w:line="266" w:lineRule="auto"/>
        <w:ind w:firstLine="331"/>
        <w:jc w:val="both"/>
      </w:pPr>
      <w:r>
        <w:rPr>
          <w:rFonts w:ascii="Georgia" w:hAnsi="Georgia"/>
          <w:b w:val="0"/>
          <w:i w:val="0"/>
          <w:color w:val="22201D"/>
          <w:sz w:val="20"/>
        </w:rPr>
        <w:t>Flocc knew the cup.</w:t>
      </w:r>
    </w:p>
    <w:p>
      <w:pPr>
        <w:spacing w:after="60" w:line="266" w:lineRule="auto"/>
        <w:ind w:firstLine="331"/>
        <w:jc w:val="both"/>
      </w:pPr>
      <w:r>
        <w:rPr>
          <w:rFonts w:ascii="Georgia" w:hAnsi="Georgia"/>
          <w:b w:val="0"/>
          <w:i w:val="0"/>
          <w:color w:val="22201D"/>
          <w:sz w:val="20"/>
        </w:rPr>
        <w:t>Not because it mattered.</w:t>
      </w:r>
    </w:p>
    <w:p>
      <w:pPr>
        <w:spacing w:after="60" w:line="266" w:lineRule="auto"/>
        <w:ind w:firstLine="331"/>
        <w:jc w:val="both"/>
      </w:pPr>
      <w:r>
        <w:rPr>
          <w:rFonts w:ascii="Georgia" w:hAnsi="Georgia"/>
          <w:b w:val="0"/>
          <w:i w:val="0"/>
          <w:color w:val="22201D"/>
          <w:sz w:val="20"/>
        </w:rPr>
        <w:t>Because it had not.</w:t>
      </w:r>
    </w:p>
    <w:p>
      <w:pPr>
        <w:spacing w:after="60" w:line="266" w:lineRule="auto"/>
        <w:ind w:firstLine="331"/>
        <w:jc w:val="both"/>
      </w:pPr>
      <w:r>
        <w:rPr>
          <w:rFonts w:ascii="Georgia" w:hAnsi="Georgia"/>
          <w:b w:val="0"/>
          <w:i w:val="0"/>
          <w:color w:val="22201D"/>
          <w:sz w:val="20"/>
        </w:rPr>
        <w:t>That was the problem.</w:t>
      </w:r>
    </w:p>
    <w:p>
      <w:pPr>
        <w:spacing w:after="60" w:line="266" w:lineRule="auto"/>
        <w:ind w:firstLine="331"/>
        <w:jc w:val="both"/>
      </w:pPr>
      <w:r>
        <w:rPr>
          <w:rFonts w:ascii="Georgia" w:hAnsi="Georgia"/>
          <w:b w:val="0"/>
          <w:i w:val="0"/>
          <w:color w:val="22201D"/>
          <w:sz w:val="20"/>
        </w:rPr>
        <w:t>The second frame appeared.</w:t>
      </w:r>
    </w:p>
    <w:p>
      <w:pPr>
        <w:spacing w:after="60" w:line="266" w:lineRule="auto"/>
        <w:ind w:firstLine="331"/>
        <w:jc w:val="both"/>
      </w:pPr>
      <w:r>
        <w:rPr>
          <w:rFonts w:ascii="Georgia" w:hAnsi="Georgia"/>
          <w:b w:val="0"/>
          <w:i w:val="0"/>
          <w:color w:val="22201D"/>
          <w:sz w:val="20"/>
        </w:rPr>
        <w:t>Mara sat across from him.</w:t>
      </w:r>
    </w:p>
    <w:p>
      <w:pPr>
        <w:spacing w:after="60" w:line="266" w:lineRule="auto"/>
        <w:ind w:firstLine="331"/>
        <w:jc w:val="both"/>
      </w:pPr>
      <w:r>
        <w:rPr>
          <w:rFonts w:ascii="Georgia" w:hAnsi="Georgia"/>
          <w:b w:val="0"/>
          <w:i w:val="0"/>
          <w:color w:val="22201D"/>
          <w:sz w:val="20"/>
        </w:rPr>
        <w:t>Younger.</w:t>
      </w:r>
    </w:p>
    <w:p>
      <w:pPr>
        <w:spacing w:after="60" w:line="266" w:lineRule="auto"/>
        <w:ind w:firstLine="331"/>
        <w:jc w:val="both"/>
      </w:pPr>
      <w:r>
        <w:rPr>
          <w:rFonts w:ascii="Georgia" w:hAnsi="Georgia"/>
          <w:b w:val="0"/>
          <w:i w:val="0"/>
          <w:color w:val="22201D"/>
          <w:sz w:val="20"/>
        </w:rPr>
        <w:t>Not young.</w:t>
      </w:r>
    </w:p>
    <w:p>
      <w:pPr>
        <w:spacing w:after="60" w:line="266" w:lineRule="auto"/>
        <w:ind w:firstLine="331"/>
        <w:jc w:val="both"/>
      </w:pPr>
      <w:r>
        <w:rPr>
          <w:rFonts w:ascii="Georgia" w:hAnsi="Georgia"/>
          <w:b w:val="0"/>
          <w:i w:val="0"/>
          <w:color w:val="22201D"/>
          <w:sz w:val="20"/>
        </w:rPr>
        <w:t>Just earlier.</w:t>
      </w:r>
    </w:p>
    <w:p>
      <w:pPr>
        <w:spacing w:after="60" w:line="266" w:lineRule="auto"/>
        <w:ind w:firstLine="331"/>
        <w:jc w:val="both"/>
      </w:pPr>
      <w:r>
        <w:rPr>
          <w:rFonts w:ascii="Georgia" w:hAnsi="Georgia"/>
          <w:b w:val="0"/>
          <w:i w:val="0"/>
          <w:color w:val="22201D"/>
          <w:sz w:val="20"/>
        </w:rPr>
        <w:t>She was laughing at something outside the frame, and Flocc in the photo was looking down at his phone.</w:t>
      </w:r>
    </w:p>
    <w:p>
      <w:pPr>
        <w:spacing w:after="60" w:line="266" w:lineRule="auto"/>
        <w:ind w:firstLine="331"/>
        <w:jc w:val="both"/>
      </w:pPr>
      <w:r>
        <w:rPr>
          <w:rFonts w:ascii="Georgia" w:hAnsi="Georgia"/>
          <w:b w:val="0"/>
          <w:i w:val="0"/>
          <w:color w:val="22201D"/>
          <w:sz w:val="20"/>
        </w:rPr>
        <w:t>The third frame appeared.</w:t>
      </w:r>
    </w:p>
    <w:p>
      <w:pPr>
        <w:spacing w:after="60" w:line="266" w:lineRule="auto"/>
        <w:ind w:firstLine="331"/>
        <w:jc w:val="both"/>
      </w:pPr>
      <w:r>
        <w:rPr>
          <w:rFonts w:ascii="Georgia" w:hAnsi="Georgia"/>
          <w:b w:val="0"/>
          <w:i w:val="0"/>
          <w:color w:val="22201D"/>
          <w:sz w:val="20"/>
        </w:rPr>
        <w:t>Mara had stopped laughing.</w:t>
      </w:r>
    </w:p>
    <w:p>
      <w:pPr>
        <w:spacing w:after="60" w:line="266" w:lineRule="auto"/>
        <w:ind w:firstLine="331"/>
        <w:jc w:val="both"/>
      </w:pPr>
      <w:r>
        <w:rPr>
          <w:rFonts w:ascii="Georgia" w:hAnsi="Georgia"/>
          <w:b w:val="0"/>
          <w:i w:val="0"/>
          <w:color w:val="22201D"/>
          <w:sz w:val="20"/>
        </w:rPr>
        <w:t>She was looking at him now.</w:t>
      </w:r>
    </w:p>
    <w:p>
      <w:pPr>
        <w:spacing w:after="60" w:line="266" w:lineRule="auto"/>
        <w:ind w:firstLine="331"/>
        <w:jc w:val="both"/>
      </w:pPr>
      <w:r>
        <w:rPr>
          <w:rFonts w:ascii="Georgia" w:hAnsi="Georgia"/>
          <w:b w:val="0"/>
          <w:i w:val="0"/>
          <w:color w:val="22201D"/>
          <w:sz w:val="20"/>
        </w:rPr>
        <w:t>He was still looking at his phone.</w:t>
      </w:r>
    </w:p>
    <w:p>
      <w:pPr>
        <w:spacing w:after="60" w:line="266" w:lineRule="auto"/>
        <w:ind w:firstLine="331"/>
        <w:jc w:val="both"/>
      </w:pPr>
      <w:r>
        <w:rPr>
          <w:rFonts w:ascii="Georgia" w:hAnsi="Georgia"/>
          <w:b w:val="0"/>
          <w:i w:val="0"/>
          <w:color w:val="22201D"/>
          <w:sz w:val="20"/>
        </w:rPr>
        <w:t>The fourth frame did not print.</w:t>
      </w:r>
    </w:p>
    <w:p>
      <w:pPr>
        <w:spacing w:after="60" w:line="266" w:lineRule="auto"/>
        <w:ind w:firstLine="331"/>
        <w:jc w:val="both"/>
      </w:pPr>
      <w:r>
        <w:rPr>
          <w:rFonts w:ascii="Georgia" w:hAnsi="Georgia"/>
          <w:b w:val="0"/>
          <w:i w:val="0"/>
          <w:color w:val="22201D"/>
          <w:sz w:val="20"/>
        </w:rPr>
        <w:t>The booth waited.</w:t>
      </w:r>
    </w:p>
    <w:p>
      <w:pPr>
        <w:spacing w:after="60" w:line="266" w:lineRule="auto"/>
        <w:ind w:firstLine="331"/>
        <w:jc w:val="both"/>
      </w:pPr>
      <w:r>
        <w:rPr>
          <w:rFonts w:ascii="Georgia" w:hAnsi="Georgia"/>
          <w:b w:val="0"/>
          <w:i w:val="0"/>
          <w:color w:val="22201D"/>
          <w:sz w:val="20"/>
        </w:rPr>
        <w:t>Flocc's throat closed around the memory.</w:t>
      </w:r>
    </w:p>
    <w:p>
      <w:pPr>
        <w:spacing w:after="60" w:line="266" w:lineRule="auto"/>
        <w:ind w:firstLine="331"/>
        <w:jc w:val="both"/>
      </w:pPr>
      <w:r>
        <w:rPr>
          <w:rFonts w:ascii="Georgia" w:hAnsi="Georgia"/>
          <w:b w:val="0"/>
          <w:i w:val="0"/>
          <w:color w:val="22201D"/>
          <w:sz w:val="20"/>
        </w:rPr>
        <w:t>It was not dramatic enough to defend itself.</w:t>
      </w:r>
    </w:p>
    <w:p>
      <w:pPr>
        <w:spacing w:after="60" w:line="266" w:lineRule="auto"/>
        <w:ind w:firstLine="331"/>
        <w:jc w:val="both"/>
      </w:pPr>
      <w:r>
        <w:rPr>
          <w:rFonts w:ascii="Georgia" w:hAnsi="Georgia"/>
          <w:b w:val="0"/>
          <w:i w:val="0"/>
          <w:color w:val="22201D"/>
          <w:sz w:val="20"/>
        </w:rPr>
        <w:t>That made it worse.</w:t>
      </w:r>
    </w:p>
    <w:p>
      <w:pPr>
        <w:spacing w:after="60" w:line="266" w:lineRule="auto"/>
        <w:ind w:firstLine="331"/>
        <w:jc w:val="both"/>
      </w:pPr>
      <w:r>
        <w:rPr>
          <w:rFonts w:ascii="Georgia" w:hAnsi="Georgia"/>
          <w:b w:val="0"/>
          <w:i w:val="0"/>
          <w:color w:val="22201D"/>
          <w:sz w:val="20"/>
        </w:rPr>
        <w:t>He had remembered the large failures. The calls not returned. The speeches delivered too late. The waiting rooms built out of regret. He had made whole moral weather systems from the big moments because big moments at least looked like they deserved consequences.</w:t>
      </w:r>
    </w:p>
    <w:p>
      <w:pPr>
        <w:spacing w:after="60" w:line="266" w:lineRule="auto"/>
        <w:ind w:firstLine="331"/>
        <w:jc w:val="both"/>
      </w:pPr>
      <w:r>
        <w:rPr>
          <w:rFonts w:ascii="Georgia" w:hAnsi="Georgia"/>
          <w:b w:val="0"/>
          <w:i w:val="0"/>
          <w:color w:val="22201D"/>
          <w:sz w:val="20"/>
        </w:rPr>
        <w:t>He had not remembered this.</w:t>
      </w:r>
    </w:p>
    <w:p>
      <w:pPr>
        <w:spacing w:after="60" w:line="266" w:lineRule="auto"/>
        <w:ind w:firstLine="331"/>
        <w:jc w:val="both"/>
      </w:pPr>
      <w:r>
        <w:rPr>
          <w:rFonts w:ascii="Georgia" w:hAnsi="Georgia"/>
          <w:b w:val="0"/>
          <w:i w:val="0"/>
          <w:color w:val="22201D"/>
          <w:sz w:val="20"/>
        </w:rPr>
        <w:t>A mall food-court table.</w:t>
      </w:r>
    </w:p>
    <w:p>
      <w:pPr>
        <w:spacing w:after="60" w:line="266" w:lineRule="auto"/>
        <w:ind w:firstLine="331"/>
        <w:jc w:val="both"/>
      </w:pPr>
      <w:r>
        <w:rPr>
          <w:rFonts w:ascii="Georgia" w:hAnsi="Georgia"/>
          <w:b w:val="0"/>
          <w:i w:val="0"/>
          <w:color w:val="22201D"/>
          <w:sz w:val="20"/>
        </w:rPr>
        <w:t>A cup.</w:t>
      </w:r>
    </w:p>
    <w:p>
      <w:pPr>
        <w:spacing w:after="60" w:line="266" w:lineRule="auto"/>
        <w:ind w:firstLine="331"/>
        <w:jc w:val="both"/>
      </w:pPr>
      <w:r>
        <w:rPr>
          <w:rFonts w:ascii="Georgia" w:hAnsi="Georgia"/>
          <w:b w:val="0"/>
          <w:i w:val="0"/>
          <w:color w:val="22201D"/>
          <w:sz w:val="20"/>
        </w:rPr>
        <w:t>A laugh he had not joined because he had been busy reading a message that no longer existed from someone whose name he could not remember.</w:t>
      </w:r>
    </w:p>
    <w:p>
      <w:pPr>
        <w:spacing w:after="60" w:line="266" w:lineRule="auto"/>
        <w:ind w:firstLine="331"/>
        <w:jc w:val="both"/>
      </w:pPr>
      <w:r>
        <w:rPr>
          <w:rFonts w:ascii="Georgia" w:hAnsi="Georgia"/>
          <w:b w:val="0"/>
          <w:i w:val="0"/>
          <w:color w:val="22201D"/>
          <w:sz w:val="20"/>
        </w:rPr>
        <w:t>The directory card printed from the kiosk behind them loudly enough to be heard:</w:t>
      </w:r>
    </w:p>
    <w:p>
      <w:pPr>
        <w:spacing w:after="60" w:line="250" w:lineRule="auto"/>
        <w:ind w:left="202" w:right="173"/>
      </w:pPr>
      <w:r>
        <w:rPr>
          <w:rFonts w:ascii="Georgia" w:hAnsi="Georgia"/>
          <w:b w:val="0"/>
          <w:i w:val="0"/>
          <w:color w:val="22201D"/>
          <w:sz w:val="17"/>
        </w:rPr>
        <w:t>ONE MEMORY RETURNED. DOES NOT REOPEN THE PAST. DOES NOT REQUEST MARA.</w:t>
      </w:r>
    </w:p>
    <w:p>
      <w:pPr>
        <w:spacing w:after="60" w:line="266" w:lineRule="auto"/>
        <w:ind w:firstLine="331"/>
        <w:jc w:val="both"/>
      </w:pPr>
      <w:r>
        <w:rPr>
          <w:rFonts w:ascii="Georgia" w:hAnsi="Georgia"/>
          <w:b w:val="0"/>
          <w:i w:val="0"/>
          <w:color w:val="22201D"/>
          <w:sz w:val="20"/>
        </w:rPr>
        <w:t>Flocc reached for the photo strip.</w:t>
      </w:r>
    </w:p>
    <w:p>
      <w:pPr>
        <w:spacing w:after="60" w:line="266" w:lineRule="auto"/>
        <w:ind w:firstLine="331"/>
        <w:jc w:val="both"/>
      </w:pPr>
      <w:r>
        <w:rPr>
          <w:rFonts w:ascii="Georgia" w:hAnsi="Georgia"/>
          <w:b w:val="0"/>
          <w:i w:val="0"/>
          <w:color w:val="22201D"/>
          <w:sz w:val="20"/>
        </w:rPr>
        <w:t>Bob said, "Wait."</w:t>
      </w:r>
    </w:p>
    <w:p>
      <w:pPr>
        <w:spacing w:after="60" w:line="266" w:lineRule="auto"/>
        <w:ind w:firstLine="331"/>
        <w:jc w:val="both"/>
      </w:pPr>
      <w:r>
        <w:rPr>
          <w:rFonts w:ascii="Georgia" w:hAnsi="Georgia"/>
          <w:b w:val="0"/>
          <w:i w:val="0"/>
          <w:color w:val="22201D"/>
          <w:sz w:val="20"/>
        </w:rPr>
        <w:t>The fourth frame began printing.</w:t>
      </w:r>
    </w:p>
    <w:p>
      <w:pPr>
        <w:spacing w:after="60" w:line="266" w:lineRule="auto"/>
        <w:ind w:firstLine="331"/>
        <w:jc w:val="both"/>
      </w:pPr>
      <w:r>
        <w:rPr>
          <w:rFonts w:ascii="Georgia" w:hAnsi="Georgia"/>
          <w:b w:val="0"/>
          <w:i w:val="0"/>
          <w:color w:val="22201D"/>
          <w:sz w:val="20"/>
        </w:rPr>
        <w:t>It did not show Mara leaving.</w:t>
      </w:r>
    </w:p>
    <w:p>
      <w:pPr>
        <w:spacing w:after="60" w:line="266" w:lineRule="auto"/>
        <w:ind w:firstLine="331"/>
        <w:jc w:val="both"/>
      </w:pPr>
      <w:r>
        <w:rPr>
          <w:rFonts w:ascii="Georgia" w:hAnsi="Georgia"/>
          <w:b w:val="0"/>
          <w:i w:val="0"/>
          <w:color w:val="22201D"/>
          <w:sz w:val="20"/>
        </w:rPr>
        <w:t>It did not show Flocc realizing.</w:t>
      </w:r>
    </w:p>
    <w:p>
      <w:pPr>
        <w:spacing w:after="60" w:line="266" w:lineRule="auto"/>
        <w:ind w:firstLine="331"/>
        <w:jc w:val="both"/>
      </w:pPr>
      <w:r>
        <w:rPr>
          <w:rFonts w:ascii="Georgia" w:hAnsi="Georgia"/>
          <w:b w:val="0"/>
          <w:i w:val="0"/>
          <w:color w:val="22201D"/>
          <w:sz w:val="20"/>
        </w:rPr>
        <w:t>It did not show apology.</w:t>
      </w:r>
    </w:p>
    <w:p>
      <w:pPr>
        <w:spacing w:after="60" w:line="266" w:lineRule="auto"/>
        <w:ind w:firstLine="331"/>
        <w:jc w:val="both"/>
      </w:pPr>
      <w:r>
        <w:rPr>
          <w:rFonts w:ascii="Georgia" w:hAnsi="Georgia"/>
          <w:b w:val="0"/>
          <w:i w:val="0"/>
          <w:color w:val="22201D"/>
          <w:sz w:val="20"/>
        </w:rPr>
        <w:t>It showed the paper tray.</w:t>
      </w:r>
    </w:p>
    <w:p>
      <w:pPr>
        <w:spacing w:after="60" w:line="266" w:lineRule="auto"/>
        <w:ind w:firstLine="331"/>
        <w:jc w:val="both"/>
      </w:pPr>
      <w:r>
        <w:rPr>
          <w:rFonts w:ascii="Georgia" w:hAnsi="Georgia"/>
          <w:b w:val="0"/>
          <w:i w:val="0"/>
          <w:color w:val="22201D"/>
          <w:sz w:val="20"/>
        </w:rPr>
        <w:t>On it was half a pretzel and a small cup of sauce.</w:t>
      </w:r>
    </w:p>
    <w:p>
      <w:pPr>
        <w:spacing w:after="60" w:line="266" w:lineRule="auto"/>
        <w:ind w:firstLine="331"/>
        <w:jc w:val="both"/>
      </w:pPr>
      <w:r>
        <w:rPr>
          <w:rFonts w:ascii="Georgia" w:hAnsi="Georgia"/>
          <w:b w:val="0"/>
          <w:i w:val="0"/>
          <w:color w:val="22201D"/>
          <w:sz w:val="20"/>
        </w:rPr>
        <w:t>Dark red-brown.</w:t>
      </w:r>
    </w:p>
    <w:p>
      <w:pPr>
        <w:spacing w:after="60" w:line="266" w:lineRule="auto"/>
        <w:ind w:firstLine="331"/>
        <w:jc w:val="both"/>
      </w:pPr>
      <w:r>
        <w:rPr>
          <w:rFonts w:ascii="Georgia" w:hAnsi="Georgia"/>
          <w:b w:val="0"/>
          <w:i w:val="0"/>
          <w:color w:val="22201D"/>
          <w:sz w:val="20"/>
        </w:rPr>
        <w:t>Smoke Plum Morita had not existed then.</w:t>
      </w:r>
    </w:p>
    <w:p>
      <w:pPr>
        <w:spacing w:after="60" w:line="266" w:lineRule="auto"/>
        <w:ind w:firstLine="331"/>
        <w:jc w:val="both"/>
      </w:pPr>
      <w:r>
        <w:rPr>
          <w:rFonts w:ascii="Georgia" w:hAnsi="Georgia"/>
          <w:b w:val="0"/>
          <w:i w:val="0"/>
          <w:color w:val="22201D"/>
          <w:sz w:val="20"/>
        </w:rPr>
        <w:t>The sauce in the photo was not Smoke Plum Morita.</w:t>
      </w:r>
    </w:p>
    <w:p>
      <w:pPr>
        <w:spacing w:after="60" w:line="266" w:lineRule="auto"/>
        <w:ind w:firstLine="331"/>
        <w:jc w:val="both"/>
      </w:pPr>
      <w:r>
        <w:rPr>
          <w:rFonts w:ascii="Georgia" w:hAnsi="Georgia"/>
          <w:b w:val="0"/>
          <w:i w:val="0"/>
          <w:color w:val="22201D"/>
          <w:sz w:val="20"/>
        </w:rPr>
        <w:t>But the memory now smelled smoke, plum, morita because the truth had come with him to receive it.</w:t>
      </w:r>
    </w:p>
    <w:p>
      <w:pPr>
        <w:spacing w:after="60" w:line="266" w:lineRule="auto"/>
        <w:ind w:firstLine="331"/>
        <w:jc w:val="both"/>
      </w:pPr>
      <w:r>
        <w:rPr>
          <w:rFonts w:ascii="Georgia" w:hAnsi="Georgia"/>
          <w:b w:val="0"/>
          <w:i w:val="0"/>
          <w:color w:val="22201D"/>
          <w:sz w:val="20"/>
        </w:rPr>
        <w:t>The fourth frame printed one line under the picture:</w:t>
      </w:r>
    </w:p>
    <w:p>
      <w:pPr>
        <w:spacing w:after="60" w:line="250" w:lineRule="auto"/>
        <w:ind w:left="202" w:right="173"/>
      </w:pPr>
      <w:r>
        <w:rPr>
          <w:rFonts w:ascii="Georgia" w:hAnsi="Georgia"/>
          <w:b w:val="0"/>
          <w:i w:val="0"/>
          <w:color w:val="22201D"/>
          <w:sz w:val="17"/>
        </w:rPr>
        <w:t>YOU MISSED SMALL BEFORE YOU MISSED LARGE.</w:t>
      </w:r>
    </w:p>
    <w:p>
      <w:pPr>
        <w:spacing w:after="60" w:line="266" w:lineRule="auto"/>
        <w:ind w:firstLine="331"/>
        <w:jc w:val="both"/>
      </w:pPr>
      <w:r>
        <w:rPr>
          <w:rFonts w:ascii="Georgia" w:hAnsi="Georgia"/>
          <w:b w:val="0"/>
          <w:i w:val="0"/>
          <w:color w:val="22201D"/>
          <w:sz w:val="20"/>
        </w:rPr>
        <w:t>Nico stopped breathing theatrically and started breathing normally, which was more respectful.</w:t>
      </w:r>
    </w:p>
    <w:p>
      <w:pPr>
        <w:spacing w:after="60" w:line="266" w:lineRule="auto"/>
        <w:ind w:firstLine="331"/>
        <w:jc w:val="both"/>
      </w:pPr>
      <w:r>
        <w:rPr>
          <w:rFonts w:ascii="Georgia" w:hAnsi="Georgia"/>
          <w:b w:val="0"/>
          <w:i w:val="0"/>
          <w:color w:val="22201D"/>
          <w:sz w:val="20"/>
        </w:rPr>
        <w:t>Steve did not write.</w:t>
      </w:r>
    </w:p>
    <w:p>
      <w:pPr>
        <w:spacing w:after="60" w:line="266" w:lineRule="auto"/>
        <w:ind w:firstLine="331"/>
        <w:jc w:val="both"/>
      </w:pPr>
      <w:r>
        <w:rPr>
          <w:rFonts w:ascii="Georgia" w:hAnsi="Georgia"/>
          <w:b w:val="0"/>
          <w:i w:val="0"/>
          <w:color w:val="22201D"/>
          <w:sz w:val="20"/>
        </w:rPr>
        <w:t>Gerald looked at the floor because even safety sometimes knew when to stand guard without inventorying the wound.</w:t>
      </w:r>
    </w:p>
    <w:p>
      <w:pPr>
        <w:spacing w:after="60" w:line="266" w:lineRule="auto"/>
        <w:ind w:firstLine="331"/>
        <w:jc w:val="both"/>
      </w:pPr>
      <w:r>
        <w:rPr>
          <w:rFonts w:ascii="Georgia" w:hAnsi="Georgia"/>
          <w:b w:val="0"/>
          <w:i w:val="0"/>
          <w:color w:val="22201D"/>
          <w:sz w:val="20"/>
        </w:rPr>
        <w:t>Flocc took the photo strip.</w:t>
      </w:r>
    </w:p>
    <w:p>
      <w:pPr>
        <w:spacing w:after="60" w:line="266" w:lineRule="auto"/>
        <w:ind w:firstLine="331"/>
        <w:jc w:val="both"/>
      </w:pPr>
      <w:r>
        <w:rPr>
          <w:rFonts w:ascii="Georgia" w:hAnsi="Georgia"/>
          <w:b w:val="0"/>
          <w:i w:val="0"/>
          <w:color w:val="22201D"/>
          <w:sz w:val="20"/>
        </w:rPr>
        <w:t>It was warm.</w:t>
      </w:r>
    </w:p>
    <w:p>
      <w:pPr>
        <w:spacing w:after="60" w:line="266" w:lineRule="auto"/>
        <w:ind w:firstLine="331"/>
        <w:jc w:val="both"/>
      </w:pPr>
      <w:r>
        <w:rPr>
          <w:rFonts w:ascii="Georgia" w:hAnsi="Georgia"/>
          <w:b w:val="0"/>
          <w:i w:val="0"/>
          <w:color w:val="22201D"/>
          <w:sz w:val="20"/>
        </w:rPr>
        <w:t>Not accusing.</w:t>
      </w:r>
    </w:p>
    <w:p>
      <w:pPr>
        <w:spacing w:after="60" w:line="266" w:lineRule="auto"/>
        <w:ind w:firstLine="331"/>
        <w:jc w:val="both"/>
      </w:pPr>
      <w:r>
        <w:rPr>
          <w:rFonts w:ascii="Georgia" w:hAnsi="Georgia"/>
          <w:b w:val="0"/>
          <w:i w:val="0"/>
          <w:color w:val="22201D"/>
          <w:sz w:val="20"/>
        </w:rPr>
        <w:t>Returned.</w:t>
      </w:r>
    </w:p>
    <w:p>
      <w:pPr>
        <w:spacing w:after="60" w:line="266" w:lineRule="auto"/>
        <w:ind w:firstLine="331"/>
        <w:jc w:val="both"/>
      </w:pPr>
      <w:r>
        <w:rPr>
          <w:rFonts w:ascii="Georgia" w:hAnsi="Georgia"/>
          <w:b w:val="0"/>
          <w:i w:val="0"/>
          <w:color w:val="22201D"/>
          <w:sz w:val="20"/>
        </w:rPr>
        <w:t>He looked at Bob.</w:t>
      </w:r>
    </w:p>
    <w:p>
      <w:pPr>
        <w:spacing w:after="60" w:line="266" w:lineRule="auto"/>
        <w:ind w:firstLine="331"/>
        <w:jc w:val="both"/>
      </w:pPr>
      <w:r>
        <w:rPr>
          <w:rFonts w:ascii="Georgia" w:hAnsi="Georgia"/>
          <w:b w:val="0"/>
          <w:i w:val="0"/>
          <w:color w:val="22201D"/>
          <w:sz w:val="20"/>
        </w:rPr>
        <w:t>"I can't use this to get her back."</w:t>
      </w:r>
    </w:p>
    <w:p>
      <w:pPr>
        <w:spacing w:after="60" w:line="266" w:lineRule="auto"/>
        <w:ind w:firstLine="331"/>
        <w:jc w:val="both"/>
      </w:pPr>
      <w:r>
        <w:rPr>
          <w:rFonts w:ascii="Georgia" w:hAnsi="Georgia"/>
          <w:b w:val="0"/>
          <w:i w:val="0"/>
          <w:color w:val="22201D"/>
          <w:sz w:val="20"/>
        </w:rPr>
        <w:t>Bob said, "Correct."</w:t>
      </w:r>
    </w:p>
    <w:p>
      <w:pPr>
        <w:spacing w:after="60" w:line="266" w:lineRule="auto"/>
        <w:ind w:firstLine="331"/>
        <w:jc w:val="both"/>
      </w:pPr>
      <w:r>
        <w:rPr>
          <w:rFonts w:ascii="Georgia" w:hAnsi="Georgia"/>
          <w:b w:val="0"/>
          <w:i w:val="0"/>
          <w:color w:val="22201D"/>
          <w:sz w:val="20"/>
        </w:rPr>
        <w:t>"I can't use it to prove I loved her."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 can't use it to punish myself forever."</w:t>
      </w:r>
    </w:p>
    <w:p>
      <w:pPr>
        <w:spacing w:after="60" w:line="266" w:lineRule="auto"/>
        <w:ind w:firstLine="331"/>
        <w:jc w:val="both"/>
      </w:pPr>
      <w:r>
        <w:rPr>
          <w:rFonts w:ascii="Georgia" w:hAnsi="Georgia"/>
          <w:b w:val="0"/>
          <w:i w:val="0"/>
          <w:color w:val="22201D"/>
          <w:sz w:val="20"/>
        </w:rPr>
        <w:t>Bob looked at the photo strip.</w:t>
      </w:r>
    </w:p>
    <w:p>
      <w:pPr>
        <w:spacing w:after="60" w:line="266" w:lineRule="auto"/>
        <w:ind w:firstLine="331"/>
        <w:jc w:val="both"/>
      </w:pPr>
      <w:r>
        <w:rPr>
          <w:rFonts w:ascii="Georgia" w:hAnsi="Georgia"/>
          <w:b w:val="0"/>
          <w:i w:val="0"/>
          <w:color w:val="22201D"/>
          <w:sz w:val="20"/>
        </w:rPr>
        <w:t>"You can try."</w:t>
      </w:r>
    </w:p>
    <w:p>
      <w:pPr>
        <w:spacing w:after="60" w:line="266" w:lineRule="auto"/>
        <w:ind w:firstLine="331"/>
        <w:jc w:val="both"/>
      </w:pPr>
      <w:r>
        <w:rPr>
          <w:rFonts w:ascii="Georgia" w:hAnsi="Georgia"/>
          <w:b w:val="0"/>
          <w:i w:val="0"/>
          <w:color w:val="22201D"/>
          <w:sz w:val="20"/>
        </w:rPr>
        <w:t>The directory card printed:</w:t>
      </w:r>
    </w:p>
    <w:p>
      <w:pPr>
        <w:spacing w:after="60" w:line="250" w:lineRule="auto"/>
        <w:ind w:left="202" w:right="173"/>
      </w:pPr>
      <w:r>
        <w:rPr>
          <w:rFonts w:ascii="Georgia" w:hAnsi="Georgia"/>
          <w:b w:val="0"/>
          <w:i w:val="0"/>
          <w:color w:val="22201D"/>
          <w:sz w:val="17"/>
        </w:rPr>
        <w:t>NOT RECOMMENDED.</w:t>
      </w:r>
    </w:p>
    <w:p>
      <w:pPr>
        <w:spacing w:after="60" w:line="266" w:lineRule="auto"/>
        <w:ind w:firstLine="331"/>
        <w:jc w:val="both"/>
      </w:pPr>
      <w:r>
        <w:rPr>
          <w:rFonts w:ascii="Georgia" w:hAnsi="Georgia"/>
          <w:b w:val="0"/>
          <w:i w:val="0"/>
          <w:color w:val="22201D"/>
          <w:sz w:val="20"/>
        </w:rPr>
        <w:t>Flocc laughed once, painfully.</w:t>
      </w:r>
    </w:p>
    <w:p>
      <w:pPr>
        <w:spacing w:after="60" w:line="266" w:lineRule="auto"/>
        <w:ind w:firstLine="331"/>
        <w:jc w:val="both"/>
      </w:pPr>
      <w:r>
        <w:rPr>
          <w:rFonts w:ascii="Georgia" w:hAnsi="Georgia"/>
          <w:b w:val="0"/>
          <w:i w:val="0"/>
          <w:color w:val="22201D"/>
          <w:sz w:val="20"/>
        </w:rPr>
        <w:t>The mall PA crackled:</w:t>
      </w:r>
    </w:p>
    <w:p>
      <w:pPr>
        <w:spacing w:after="60" w:line="250" w:lineRule="auto"/>
        <w:ind w:left="202" w:right="173"/>
      </w:pPr>
      <w:r>
        <w:rPr>
          <w:rFonts w:ascii="Georgia" w:hAnsi="Georgia"/>
          <w:b w:val="0"/>
          <w:i w:val="0"/>
          <w:color w:val="22201D"/>
          <w:sz w:val="17"/>
        </w:rPr>
        <w:t>CUSTOMER SERVICE REMINDS ALL TRAVELERS: RETURNED ITEMS ARE NOT TIME MACHINES.</w:t>
      </w:r>
    </w:p>
    <w:p>
      <w:pPr>
        <w:spacing w:after="60" w:line="266" w:lineRule="auto"/>
        <w:ind w:firstLine="331"/>
        <w:jc w:val="both"/>
      </w:pPr>
      <w:r>
        <w:rPr>
          <w:rFonts w:ascii="Georgia" w:hAnsi="Georgia"/>
          <w:b w:val="0"/>
          <w:i w:val="0"/>
          <w:color w:val="22201D"/>
          <w:sz w:val="20"/>
        </w:rPr>
        <w:t>Nico said softly, "That should have been posted near every kiosk."</w:t>
      </w:r>
    </w:p>
    <w:p>
      <w:pPr>
        <w:spacing w:after="60" w:line="266" w:lineRule="auto"/>
        <w:ind w:firstLine="331"/>
        <w:jc w:val="both"/>
      </w:pPr>
      <w:r>
        <w:rPr>
          <w:rFonts w:ascii="Georgia" w:hAnsi="Georgia"/>
          <w:b w:val="0"/>
          <w:i w:val="0"/>
          <w:color w:val="22201D"/>
          <w:sz w:val="20"/>
        </w:rPr>
        <w:t>The booth screen changed:</w:t>
      </w:r>
    </w:p>
    <w:p>
      <w:pPr>
        <w:spacing w:after="60" w:line="250" w:lineRule="auto"/>
        <w:ind w:left="202" w:right="173"/>
      </w:pPr>
      <w:r>
        <w:rPr>
          <w:rFonts w:ascii="Georgia" w:hAnsi="Georgia"/>
          <w:b w:val="0"/>
          <w:i w:val="0"/>
          <w:color w:val="22201D"/>
          <w:sz w:val="17"/>
        </w:rPr>
        <w:t>PLEASE EXIT THROUGH FOOD COURT.</w:t>
      </w:r>
    </w:p>
    <w:p>
      <w:pPr>
        <w:spacing w:after="60" w:line="266" w:lineRule="auto"/>
        <w:ind w:firstLine="331"/>
        <w:jc w:val="both"/>
      </w:pPr>
      <w:r>
        <w:rPr>
          <w:rFonts w:ascii="Georgia" w:hAnsi="Georgia"/>
          <w:b w:val="0"/>
          <w:i w:val="0"/>
          <w:color w:val="22201D"/>
          <w:sz w:val="20"/>
        </w:rPr>
        <w:t>Gerald checked the cord, then the path, then Flocc's grip on the sauce carrier and photo strip.</w:t>
      </w:r>
    </w:p>
    <w:p>
      <w:pPr>
        <w:spacing w:after="60" w:line="266" w:lineRule="auto"/>
        <w:ind w:firstLine="331"/>
        <w:jc w:val="both"/>
      </w:pPr>
      <w:r>
        <w:rPr>
          <w:rFonts w:ascii="Georgia" w:hAnsi="Georgia"/>
          <w:b w:val="0"/>
          <w:i w:val="0"/>
          <w:color w:val="22201D"/>
          <w:sz w:val="20"/>
        </w:rPr>
        <w:t>"You need both hands."</w:t>
      </w:r>
    </w:p>
    <w:p>
      <w:pPr>
        <w:spacing w:after="60" w:line="266" w:lineRule="auto"/>
        <w:ind w:firstLine="331"/>
        <w:jc w:val="both"/>
      </w:pPr>
      <w:r>
        <w:rPr>
          <w:rFonts w:ascii="Georgia" w:hAnsi="Georgia"/>
          <w:b w:val="0"/>
          <w:i w:val="0"/>
          <w:color w:val="22201D"/>
          <w:sz w:val="20"/>
        </w:rPr>
        <w:t>Flocc looked at the strip.</w:t>
      </w:r>
    </w:p>
    <w:p>
      <w:pPr>
        <w:spacing w:after="60" w:line="266" w:lineRule="auto"/>
        <w:ind w:firstLine="331"/>
        <w:jc w:val="both"/>
      </w:pPr>
      <w:r>
        <w:rPr>
          <w:rFonts w:ascii="Georgia" w:hAnsi="Georgia"/>
          <w:b w:val="0"/>
          <w:i w:val="0"/>
          <w:color w:val="22201D"/>
          <w:sz w:val="20"/>
        </w:rPr>
        <w:t>"I don't want to fold it."</w:t>
      </w:r>
    </w:p>
    <w:p>
      <w:pPr>
        <w:spacing w:after="60" w:line="266" w:lineRule="auto"/>
        <w:ind w:firstLine="331"/>
        <w:jc w:val="both"/>
      </w:pPr>
      <w:r>
        <w:rPr>
          <w:rFonts w:ascii="Georgia" w:hAnsi="Georgia"/>
          <w:b w:val="0"/>
          <w:i w:val="0"/>
          <w:color w:val="22201D"/>
          <w:sz w:val="20"/>
        </w:rPr>
        <w:t>The map printed from Bob's pocket:</w:t>
      </w:r>
    </w:p>
    <w:p>
      <w:pPr>
        <w:spacing w:after="60" w:line="250" w:lineRule="auto"/>
        <w:ind w:left="202" w:right="173"/>
      </w:pPr>
      <w:r>
        <w:rPr>
          <w:rFonts w:ascii="Georgia" w:hAnsi="Georgia"/>
          <w:b w:val="0"/>
          <w:i w:val="0"/>
          <w:color w:val="22201D"/>
          <w:sz w:val="17"/>
        </w:rPr>
        <w:t>LESSONS TRANSFER.</w:t>
      </w:r>
    </w:p>
    <w:p>
      <w:pPr>
        <w:spacing w:after="60" w:line="266" w:lineRule="auto"/>
        <w:ind w:firstLine="331"/>
        <w:jc w:val="both"/>
      </w:pPr>
      <w:r>
        <w:rPr>
          <w:rFonts w:ascii="Georgia" w:hAnsi="Georgia"/>
          <w:b w:val="0"/>
          <w:i w:val="0"/>
          <w:color w:val="22201D"/>
          <w:sz w:val="20"/>
        </w:rPr>
        <w:t>Gerald took an unused napkin from a dispenser that had no reason to contain napkins and placed it flat against the photo strip.</w:t>
      </w:r>
    </w:p>
    <w:p>
      <w:pPr>
        <w:spacing w:after="60" w:line="266" w:lineRule="auto"/>
        <w:ind w:firstLine="331"/>
        <w:jc w:val="both"/>
      </w:pPr>
      <w:r>
        <w:rPr>
          <w:rFonts w:ascii="Georgia" w:hAnsi="Georgia"/>
          <w:b w:val="0"/>
          <w:i w:val="0"/>
          <w:color w:val="22201D"/>
          <w:sz w:val="20"/>
        </w:rPr>
        <w:t>"Support backing."</w:t>
      </w:r>
    </w:p>
    <w:p>
      <w:pPr>
        <w:spacing w:after="60" w:line="266" w:lineRule="auto"/>
        <w:ind w:firstLine="331"/>
        <w:jc w:val="both"/>
      </w:pPr>
      <w:r>
        <w:rPr>
          <w:rFonts w:ascii="Georgia" w:hAnsi="Georgia"/>
          <w:b w:val="0"/>
          <w:i w:val="0"/>
          <w:color w:val="22201D"/>
          <w:sz w:val="20"/>
        </w:rPr>
        <w:t>Flocc held the strip and napkin together.</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"Do not thank me while stepping over a cord."</w:t>
      </w:r>
    </w:p>
    <w:p>
      <w:pPr>
        <w:spacing w:after="60" w:line="266" w:lineRule="auto"/>
        <w:ind w:firstLine="331"/>
        <w:jc w:val="both"/>
      </w:pPr>
      <w:r>
        <w:rPr>
          <w:rFonts w:ascii="Georgia" w:hAnsi="Georgia"/>
          <w:b w:val="0"/>
          <w:i w:val="0"/>
          <w:color w:val="22201D"/>
          <w:sz w:val="20"/>
        </w:rPr>
        <w:t>Flocc stepped over the cord.</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They returned to the customer service kiosk.</w:t>
      </w:r>
    </w:p>
    <w:p>
      <w:pPr>
        <w:spacing w:after="60" w:line="266" w:lineRule="auto"/>
        <w:ind w:firstLine="331"/>
        <w:jc w:val="both"/>
      </w:pPr>
      <w:r>
        <w:rPr>
          <w:rFonts w:ascii="Georgia" w:hAnsi="Georgia"/>
          <w:b w:val="0"/>
          <w:i w:val="0"/>
          <w:color w:val="22201D"/>
          <w:sz w:val="20"/>
        </w:rPr>
        <w:t>The directory card waited.</w:t>
      </w:r>
    </w:p>
    <w:p>
      <w:pPr>
        <w:spacing w:after="60" w:line="266" w:lineRule="auto"/>
        <w:ind w:firstLine="331"/>
        <w:jc w:val="both"/>
      </w:pPr>
      <w:r>
        <w:rPr>
          <w:rFonts w:ascii="Georgia" w:hAnsi="Georgia"/>
          <w:b w:val="0"/>
          <w:i w:val="0"/>
          <w:color w:val="22201D"/>
          <w:sz w:val="20"/>
        </w:rPr>
        <w:t>Flocc placed the photo strip beside it, not on top.</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RETURN CONFIRMED.  MEMORY: food court table unjoined laugh small absence before large absence  PRICE: one memory returned  LIMIT: no exchange no reopening no retrieval  NEXT DOCUMENT: crate note  NEXT CHAPTER: Mushrooms Bruise Where Pressure Lies</w:t>
      </w:r>
    </w:p>
    <w:p>
      <w:pPr>
        <w:spacing w:after="60" w:line="266" w:lineRule="auto"/>
        <w:ind w:firstLine="331"/>
        <w:jc w:val="both"/>
      </w:pPr>
      <w:r>
        <w:rPr>
          <w:rFonts w:ascii="Georgia" w:hAnsi="Georgia"/>
          <w:b w:val="0"/>
          <w:i w:val="0"/>
          <w:color w:val="22201D"/>
          <w:sz w:val="20"/>
        </w:rPr>
        <w:t>Steve copied it only after Flocc nodded.</w:t>
      </w:r>
    </w:p>
    <w:p>
      <w:pPr>
        <w:spacing w:after="60" w:line="266" w:lineRule="auto"/>
        <w:ind w:firstLine="331"/>
        <w:jc w:val="both"/>
      </w:pPr>
      <w:r>
        <w:rPr>
          <w:rFonts w:ascii="Georgia" w:hAnsi="Georgia"/>
          <w:b w:val="0"/>
          <w:i w:val="0"/>
          <w:color w:val="22201D"/>
          <w:sz w:val="20"/>
        </w:rPr>
        <w:t>Nico looked toward the shuttered pretzel shop.</w:t>
      </w:r>
    </w:p>
    <w:p>
      <w:pPr>
        <w:spacing w:after="60" w:line="266" w:lineRule="auto"/>
        <w:ind w:firstLine="331"/>
        <w:jc w:val="both"/>
      </w:pPr>
      <w:r>
        <w:rPr>
          <w:rFonts w:ascii="Georgia" w:hAnsi="Georgia"/>
          <w:b w:val="0"/>
          <w:i w:val="0"/>
          <w:color w:val="22201D"/>
          <w:sz w:val="20"/>
        </w:rPr>
        <w:t>"Do we have to eat a mall pretzel?"</w:t>
      </w:r>
    </w:p>
    <w:p>
      <w:pPr>
        <w:spacing w:after="60" w:line="266" w:lineRule="auto"/>
        <w:ind w:firstLine="331"/>
        <w:jc w:val="both"/>
      </w:pPr>
      <w:r>
        <w:rPr>
          <w:rFonts w:ascii="Georgia" w:hAnsi="Georgia"/>
          <w:b w:val="0"/>
          <w:i w:val="0"/>
          <w:color w:val="22201D"/>
          <w:sz w:val="20"/>
        </w:rPr>
        <w:t>The directory card printed: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"Small mercy."</w:t>
      </w:r>
    </w:p>
    <w:p>
      <w:pPr>
        <w:spacing w:after="60" w:line="266" w:lineRule="auto"/>
        <w:ind w:firstLine="331"/>
        <w:jc w:val="both"/>
      </w:pPr>
      <w:r>
        <w:rPr>
          <w:rFonts w:ascii="Georgia" w:hAnsi="Georgia"/>
          <w:b w:val="0"/>
          <w:i w:val="0"/>
          <w:color w:val="22201D"/>
          <w:sz w:val="20"/>
        </w:rPr>
        <w:t>Then the card printed:</w:t>
      </w:r>
    </w:p>
    <w:p>
      <w:pPr>
        <w:spacing w:after="60" w:line="250" w:lineRule="auto"/>
        <w:ind w:left="202" w:right="173"/>
      </w:pPr>
      <w:r>
        <w:rPr>
          <w:rFonts w:ascii="Georgia" w:hAnsi="Georgia"/>
          <w:b w:val="0"/>
          <w:i w:val="0"/>
          <w:color w:val="22201D"/>
          <w:sz w:val="17"/>
        </w:rPr>
        <w:t>PRETZEL MEMORY NOT YOURS.</w:t>
      </w:r>
    </w:p>
    <w:p>
      <w:pPr>
        <w:spacing w:after="60" w:line="266" w:lineRule="auto"/>
        <w:ind w:firstLine="331"/>
        <w:jc w:val="both"/>
      </w:pPr>
      <w:r>
        <w:rPr>
          <w:rFonts w:ascii="Georgia" w:hAnsi="Georgia"/>
          <w:b w:val="0"/>
          <w:i w:val="0"/>
          <w:color w:val="22201D"/>
          <w:sz w:val="20"/>
        </w:rPr>
        <w:t>Nico put both hands up.</w:t>
      </w:r>
    </w:p>
    <w:p>
      <w:pPr>
        <w:spacing w:after="60" w:line="266" w:lineRule="auto"/>
        <w:ind w:firstLine="331"/>
        <w:jc w:val="both"/>
      </w:pPr>
      <w:r>
        <w:rPr>
          <w:rFonts w:ascii="Georgia" w:hAnsi="Georgia"/>
          <w:b w:val="0"/>
          <w:i w:val="0"/>
          <w:color w:val="22201D"/>
          <w:sz w:val="20"/>
        </w:rPr>
        <w:t>"Understood."</w:t>
      </w:r>
    </w:p>
    <w:p>
      <w:pPr>
        <w:spacing w:after="60" w:line="266" w:lineRule="auto"/>
        <w:ind w:firstLine="331"/>
        <w:jc w:val="both"/>
      </w:pPr>
      <w:r>
        <w:rPr>
          <w:rFonts w:ascii="Georgia" w:hAnsi="Georgia"/>
          <w:b w:val="0"/>
          <w:i w:val="0"/>
          <w:color w:val="22201D"/>
          <w:sz w:val="20"/>
        </w:rPr>
        <w:t>The food court lights came on above exactly one table.</w:t>
      </w:r>
    </w:p>
    <w:p>
      <w:pPr>
        <w:spacing w:after="60" w:line="266" w:lineRule="auto"/>
        <w:ind w:firstLine="331"/>
        <w:jc w:val="both"/>
      </w:pPr>
      <w:r>
        <w:rPr>
          <w:rFonts w:ascii="Georgia" w:hAnsi="Georgia"/>
          <w:b w:val="0"/>
          <w:i w:val="0"/>
          <w:color w:val="22201D"/>
          <w:sz w:val="20"/>
        </w:rPr>
        <w:t>The table from the photo.</w:t>
      </w:r>
    </w:p>
    <w:p>
      <w:pPr>
        <w:spacing w:after="60" w:line="266" w:lineRule="auto"/>
        <w:ind w:firstLine="331"/>
        <w:jc w:val="both"/>
      </w:pPr>
      <w:r>
        <w:rPr>
          <w:rFonts w:ascii="Georgia" w:hAnsi="Georgia"/>
          <w:b w:val="0"/>
          <w:i w:val="0"/>
          <w:color w:val="22201D"/>
          <w:sz w:val="20"/>
        </w:rPr>
        <w:t>Not newly made. Not restored. Not glowing. It was an ordinary mall food-court table with scratches, a gum scar underneath one edge, and one loose bolt that made it wobble if leaned on from the wrong side.</w:t>
      </w:r>
    </w:p>
    <w:p>
      <w:pPr>
        <w:spacing w:after="60" w:line="266" w:lineRule="auto"/>
        <w:ind w:firstLine="331"/>
        <w:jc w:val="both"/>
      </w:pPr>
      <w:r>
        <w:rPr>
          <w:rFonts w:ascii="Georgia" w:hAnsi="Georgia"/>
          <w:b w:val="0"/>
          <w:i w:val="0"/>
          <w:color w:val="22201D"/>
          <w:sz w:val="20"/>
        </w:rPr>
        <w:t>Flocc set the sauce carrier on it.</w:t>
      </w:r>
    </w:p>
    <w:p>
      <w:pPr>
        <w:spacing w:after="60" w:line="266" w:lineRule="auto"/>
        <w:ind w:firstLine="331"/>
        <w:jc w:val="both"/>
      </w:pPr>
      <w:r>
        <w:rPr>
          <w:rFonts w:ascii="Georgia" w:hAnsi="Georgia"/>
          <w:b w:val="0"/>
          <w:i w:val="0"/>
          <w:color w:val="22201D"/>
          <w:sz w:val="20"/>
        </w:rPr>
        <w:t>Gerald said, "Wobble."</w:t>
      </w:r>
    </w:p>
    <w:p>
      <w:pPr>
        <w:spacing w:after="60" w:line="266" w:lineRule="auto"/>
        <w:ind w:firstLine="331"/>
        <w:jc w:val="both"/>
      </w:pPr>
      <w:r>
        <w:rPr>
          <w:rFonts w:ascii="Georgia" w:hAnsi="Georgia"/>
          <w:b w:val="0"/>
          <w:i w:val="0"/>
          <w:color w:val="22201D"/>
          <w:sz w:val="20"/>
        </w:rPr>
        <w:t>Bob put one hand on the table and shifted it until the bolt settled.</w:t>
      </w:r>
    </w:p>
    <w:p>
      <w:pPr>
        <w:spacing w:after="60" w:line="266" w:lineRule="auto"/>
        <w:ind w:firstLine="331"/>
        <w:jc w:val="both"/>
      </w:pPr>
      <w:r>
        <w:rPr>
          <w:rFonts w:ascii="Georgia" w:hAnsi="Georgia"/>
          <w:b w:val="0"/>
          <w:i w:val="0"/>
          <w:color w:val="22201D"/>
          <w:sz w:val="20"/>
        </w:rPr>
        <w:t>"Now."</w:t>
      </w:r>
    </w:p>
    <w:p>
      <w:pPr>
        <w:spacing w:after="60" w:line="266" w:lineRule="auto"/>
        <w:ind w:firstLine="331"/>
        <w:jc w:val="both"/>
      </w:pPr>
      <w:r>
        <w:rPr>
          <w:rFonts w:ascii="Georgia" w:hAnsi="Georgia"/>
          <w:b w:val="0"/>
          <w:i w:val="0"/>
          <w:color w:val="22201D"/>
          <w:sz w:val="20"/>
        </w:rPr>
        <w:t>Flocc looked at the photo, then at the table.</w:t>
      </w:r>
    </w:p>
    <w:p>
      <w:pPr>
        <w:spacing w:after="60" w:line="266" w:lineRule="auto"/>
        <w:ind w:firstLine="331"/>
        <w:jc w:val="both"/>
      </w:pPr>
      <w:r>
        <w:rPr>
          <w:rFonts w:ascii="Georgia" w:hAnsi="Georgia"/>
          <w:b w:val="0"/>
          <w:i w:val="0"/>
          <w:color w:val="22201D"/>
          <w:sz w:val="20"/>
        </w:rPr>
        <w:t>He expected to feel pulled backward.</w:t>
      </w:r>
    </w:p>
    <w:p>
      <w:pPr>
        <w:spacing w:after="60" w:line="266" w:lineRule="auto"/>
        <w:ind w:firstLine="331"/>
        <w:jc w:val="both"/>
      </w:pPr>
      <w:r>
        <w:rPr>
          <w:rFonts w:ascii="Georgia" w:hAnsi="Georgia"/>
          <w:b w:val="0"/>
          <w:i w:val="0"/>
          <w:color w:val="22201D"/>
          <w:sz w:val="20"/>
        </w:rPr>
        <w:t>Instead he felt the route continue behind him like a hand between his shoulder blades.</w:t>
      </w:r>
    </w:p>
    <w:p>
      <w:pPr>
        <w:spacing w:after="60" w:line="266" w:lineRule="auto"/>
        <w:ind w:firstLine="331"/>
        <w:jc w:val="both"/>
      </w:pPr>
      <w:r>
        <w:rPr>
          <w:rFonts w:ascii="Georgia" w:hAnsi="Georgia"/>
          <w:b w:val="0"/>
          <w:i w:val="0"/>
          <w:color w:val="22201D"/>
          <w:sz w:val="20"/>
        </w:rPr>
        <w:t>The returned memory did not open a door.</w:t>
      </w:r>
    </w:p>
    <w:p>
      <w:pPr>
        <w:spacing w:after="60" w:line="266" w:lineRule="auto"/>
        <w:ind w:firstLine="331"/>
        <w:jc w:val="both"/>
      </w:pPr>
      <w:r>
        <w:rPr>
          <w:rFonts w:ascii="Georgia" w:hAnsi="Georgia"/>
          <w:b w:val="0"/>
          <w:i w:val="0"/>
          <w:color w:val="22201D"/>
          <w:sz w:val="20"/>
        </w:rPr>
        <w:t>It gave him an item he had left on the shelf.</w:t>
      </w:r>
    </w:p>
    <w:p>
      <w:pPr>
        <w:spacing w:after="60" w:line="266" w:lineRule="auto"/>
        <w:ind w:firstLine="331"/>
        <w:jc w:val="both"/>
      </w:pPr>
      <w:r>
        <w:rPr>
          <w:rFonts w:ascii="Georgia" w:hAnsi="Georgia"/>
          <w:b w:val="0"/>
          <w:i w:val="0"/>
          <w:color w:val="22201D"/>
          <w:sz w:val="20"/>
        </w:rPr>
        <w:t>He put the photo strip into the glove compartment when they returned to the van, flat beside the directory card. The map note, fuel receipt, drop ticket, sauce label, directory card, and photo strip touched along their edges.</w:t>
      </w:r>
    </w:p>
    <w:p>
      <w:pPr>
        <w:spacing w:after="60" w:line="266" w:lineRule="auto"/>
        <w:ind w:firstLine="331"/>
        <w:jc w:val="both"/>
      </w:pPr>
      <w:r>
        <w:rPr>
          <w:rFonts w:ascii="Georgia" w:hAnsi="Georgia"/>
          <w:b w:val="0"/>
          <w:i w:val="0"/>
          <w:color w:val="22201D"/>
          <w:sz w:val="20"/>
        </w:rPr>
        <w:t>They remained themselves.</w:t>
      </w:r>
    </w:p>
    <w:p>
      <w:pPr>
        <w:spacing w:after="60" w:line="266" w:lineRule="auto"/>
        <w:ind w:firstLine="331"/>
        <w:jc w:val="both"/>
      </w:pPr>
      <w:r>
        <w:rPr>
          <w:rFonts w:ascii="Georgia" w:hAnsi="Georgia"/>
          <w:b w:val="0"/>
          <w:i w:val="0"/>
          <w:color w:val="22201D"/>
          <w:sz w:val="20"/>
        </w:rPr>
        <w:t>Gerald secured the sauce carrier again and checked the box marked ROUTE.</w:t>
      </w:r>
    </w:p>
    <w:p>
      <w:pPr>
        <w:spacing w:after="60" w:line="266" w:lineRule="auto"/>
        <w:ind w:firstLine="331"/>
        <w:jc w:val="both"/>
      </w:pPr>
      <w:r>
        <w:rPr>
          <w:rFonts w:ascii="Georgia" w:hAnsi="Georgia"/>
          <w:b w:val="0"/>
          <w:i w:val="0"/>
          <w:color w:val="22201D"/>
          <w:sz w:val="20"/>
        </w:rPr>
        <w:t>"Cargo stable."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MUSHROOM CRATES NEXT. PRESSURE WILL BE VISIBLE.</w:t>
      </w:r>
    </w:p>
    <w:p>
      <w:pPr>
        <w:spacing w:after="60" w:line="266" w:lineRule="auto"/>
        <w:ind w:firstLine="331"/>
        <w:jc w:val="both"/>
      </w:pPr>
      <w:r>
        <w:rPr>
          <w:rFonts w:ascii="Georgia" w:hAnsi="Georgia"/>
          <w:b w:val="0"/>
          <w:i w:val="0"/>
          <w:color w:val="22201D"/>
          <w:sz w:val="20"/>
        </w:rPr>
        <w:t>Nico buckled his seat belt.</w:t>
      </w:r>
    </w:p>
    <w:p>
      <w:pPr>
        <w:spacing w:after="60" w:line="266" w:lineRule="auto"/>
        <w:ind w:firstLine="331"/>
        <w:jc w:val="both"/>
      </w:pPr>
      <w:r>
        <w:rPr>
          <w:rFonts w:ascii="Georgia" w:hAnsi="Georgia"/>
          <w:b w:val="0"/>
          <w:i w:val="0"/>
          <w:color w:val="22201D"/>
          <w:sz w:val="20"/>
        </w:rPr>
        <w:t>"I do not like when produce has foreshadowing."</w:t>
      </w:r>
    </w:p>
    <w:p>
      <w:pPr>
        <w:spacing w:after="60" w:line="266" w:lineRule="auto"/>
        <w:ind w:firstLine="331"/>
        <w:jc w:val="both"/>
      </w:pPr>
      <w:r>
        <w:rPr>
          <w:rFonts w:ascii="Georgia" w:hAnsi="Georgia"/>
          <w:b w:val="0"/>
          <w:i w:val="0"/>
          <w:color w:val="22201D"/>
          <w:sz w:val="20"/>
        </w:rPr>
        <w:t>Bob started the van.</w:t>
      </w:r>
    </w:p>
    <w:p>
      <w:pPr>
        <w:spacing w:after="60" w:line="266" w:lineRule="auto"/>
        <w:ind w:firstLine="331"/>
        <w:jc w:val="both"/>
      </w:pPr>
      <w:r>
        <w:rPr>
          <w:rFonts w:ascii="Georgia" w:hAnsi="Georgia"/>
          <w:b w:val="0"/>
          <w:i w:val="0"/>
          <w:color w:val="22201D"/>
          <w:sz w:val="20"/>
        </w:rPr>
        <w:t>The mall doors locked behind them without malice.</w:t>
      </w:r>
    </w:p>
    <w:p>
      <w:pPr>
        <w:spacing w:after="60" w:line="266" w:lineRule="auto"/>
        <w:ind w:firstLine="331"/>
        <w:jc w:val="both"/>
      </w:pPr>
      <w:r>
        <w:rPr>
          <w:rFonts w:ascii="Georgia" w:hAnsi="Georgia"/>
          <w:b w:val="0"/>
          <w:i w:val="0"/>
          <w:color w:val="22201D"/>
          <w:sz w:val="20"/>
        </w:rPr>
        <w:t>The sign on the entrance changed:</w:t>
      </w:r>
    </w:p>
    <w:p>
      <w:pPr>
        <w:spacing w:after="60" w:line="250" w:lineRule="auto"/>
        <w:ind w:left="202" w:right="173"/>
      </w:pPr>
      <w:r>
        <w:rPr>
          <w:rFonts w:ascii="Georgia" w:hAnsi="Georgia"/>
          <w:b w:val="0"/>
          <w:i w:val="0"/>
          <w:color w:val="22201D"/>
          <w:sz w:val="17"/>
        </w:rPr>
        <w:t>CLOSED FORWARD RETURN PROCESSED NO STORE CREDIT</w:t>
      </w:r>
    </w:p>
    <w:p>
      <w:pPr>
        <w:spacing w:after="60" w:line="266" w:lineRule="auto"/>
        <w:ind w:firstLine="331"/>
        <w:jc w:val="both"/>
      </w:pPr>
      <w:r>
        <w:rPr>
          <w:rFonts w:ascii="Georgia" w:hAnsi="Georgia"/>
          <w:b w:val="0"/>
          <w:i w:val="0"/>
          <w:color w:val="22201D"/>
          <w:sz w:val="20"/>
        </w:rPr>
        <w:t>Flocc looked at it until the van turned away.</w:t>
      </w:r>
    </w:p>
    <w:p>
      <w:pPr>
        <w:spacing w:after="60" w:line="266" w:lineRule="auto"/>
        <w:ind w:firstLine="331"/>
        <w:jc w:val="both"/>
      </w:pPr>
      <w:r>
        <w:rPr>
          <w:rFonts w:ascii="Georgia" w:hAnsi="Georgia"/>
          <w:b w:val="0"/>
          <w:i w:val="0"/>
          <w:color w:val="22201D"/>
          <w:sz w:val="20"/>
        </w:rPr>
        <w:t>He did not wave.</w:t>
      </w:r>
    </w:p>
    <w:p>
      <w:pPr>
        <w:spacing w:after="60" w:line="266" w:lineRule="auto"/>
        <w:ind w:firstLine="331"/>
        <w:jc w:val="both"/>
      </w:pPr>
      <w:r>
        <w:rPr>
          <w:rFonts w:ascii="Georgia" w:hAnsi="Georgia"/>
          <w:b w:val="0"/>
          <w:i w:val="0"/>
          <w:color w:val="22201D"/>
          <w:sz w:val="20"/>
        </w:rPr>
        <w:t>He did not apologize to the building.</w:t>
      </w:r>
    </w:p>
    <w:p>
      <w:pPr>
        <w:spacing w:after="60" w:line="266" w:lineRule="auto"/>
        <w:ind w:firstLine="331"/>
        <w:jc w:val="both"/>
      </w:pPr>
      <w:r>
        <w:rPr>
          <w:rFonts w:ascii="Georgia" w:hAnsi="Georgia"/>
          <w:b w:val="0"/>
          <w:i w:val="0"/>
          <w:color w:val="22201D"/>
          <w:sz w:val="20"/>
        </w:rPr>
        <w:t>He did not text a ghost.</w:t>
      </w:r>
    </w:p>
    <w:p>
      <w:pPr>
        <w:spacing w:after="60" w:line="266" w:lineRule="auto"/>
        <w:ind w:firstLine="331"/>
        <w:jc w:val="both"/>
      </w:pPr>
      <w:r>
        <w:rPr>
          <w:rFonts w:ascii="Georgia" w:hAnsi="Georgia"/>
          <w:b w:val="0"/>
          <w:i w:val="0"/>
          <w:color w:val="22201D"/>
          <w:sz w:val="20"/>
        </w:rPr>
        <w:t>He carried the returned memory flat.</w:t>
      </w:r>
    </w:p>
    <w:p>
      <w:pPr>
        <w:spacing w:after="60" w:line="266" w:lineRule="auto"/>
        <w:ind w:firstLine="331"/>
        <w:jc w:val="both"/>
      </w:pPr>
      <w:r>
        <w:rPr>
          <w:rFonts w:ascii="Georgia" w:hAnsi="Georgia"/>
          <w:b w:val="0"/>
          <w:i w:val="0"/>
          <w:color w:val="22201D"/>
          <w:sz w:val="20"/>
        </w:rPr>
        <w:t>For now, that was the route.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Mushrooms Bruise Where Pressure Lies</w:t>
      </w:r>
    </w:p>
    <w:p>
      <w:pPr>
        <w:spacing w:after="60" w:line="266" w:lineRule="auto"/>
        <w:ind w:firstLine="0"/>
        <w:jc w:val="both"/>
      </w:pPr>
      <w:r>
        <w:rPr>
          <w:rFonts w:ascii="Georgia" w:hAnsi="Georgia"/>
          <w:b w:val="0"/>
          <w:i w:val="0"/>
          <w:color w:val="22201D"/>
          <w:sz w:val="20"/>
        </w:rPr>
        <w:t>In which Bob's mushroom theorem becomes cargo ethics, bruising makes invisible force visible, and gentleness proves less sentimental than weight distribution.</w:t>
      </w:r>
    </w:p>
    <w:p>
      <w:pPr>
        <w:spacing w:after="60" w:line="266" w:lineRule="auto"/>
        <w:ind w:firstLine="331"/>
        <w:jc w:val="both"/>
      </w:pPr>
      <w:r>
        <w:rPr>
          <w:rFonts w:ascii="Georgia" w:hAnsi="Georgia"/>
          <w:b w:val="0"/>
          <w:i w:val="0"/>
          <w:color w:val="22201D"/>
          <w:sz w:val="20"/>
        </w:rPr>
        <w:t>The mushrooms were waiting in a barn that refused to be scenic.</w:t>
      </w:r>
    </w:p>
    <w:p>
      <w:pPr>
        <w:spacing w:after="60" w:line="266" w:lineRule="auto"/>
        <w:ind w:firstLine="331"/>
        <w:jc w:val="both"/>
      </w:pPr>
      <w:r>
        <w:rPr>
          <w:rFonts w:ascii="Georgia" w:hAnsi="Georgia"/>
          <w:b w:val="0"/>
          <w:i w:val="0"/>
          <w:color w:val="22201D"/>
          <w:sz w:val="20"/>
        </w:rPr>
        <w:t>This was one of Bob's better qualities in architecture.</w:t>
      </w:r>
    </w:p>
    <w:p>
      <w:pPr>
        <w:spacing w:after="60" w:line="266" w:lineRule="auto"/>
        <w:ind w:firstLine="331"/>
        <w:jc w:val="both"/>
      </w:pPr>
      <w:r>
        <w:rPr>
          <w:rFonts w:ascii="Georgia" w:hAnsi="Georgia"/>
          <w:b w:val="0"/>
          <w:i w:val="0"/>
          <w:color w:val="22201D"/>
          <w:sz w:val="20"/>
        </w:rPr>
        <w:t>The barn stood behind a gravel drive, two hoop houses, a shed with more buckets than ambition, and a row of plastic crates turned upside down to dry. It had no rustic sign. It had no hand-painted logo. It had one metal door, one loading scale, one hose, one clipboard, and a handwritten notice:</w:t>
      </w:r>
    </w:p>
    <w:p>
      <w:pPr>
        <w:spacing w:after="60" w:line="250" w:lineRule="auto"/>
        <w:ind w:left="202" w:right="173"/>
      </w:pPr>
      <w:r>
        <w:rPr>
          <w:rFonts w:ascii="Georgia" w:hAnsi="Georgia"/>
          <w:b w:val="0"/>
          <w:i w:val="0"/>
          <w:color w:val="22201D"/>
          <w:sz w:val="17"/>
        </w:rPr>
        <w:t>MUSHROOMS DO NOT ACCEPT YOUR INTENTIONS. HANDLE WHAT HAPPENS.</w:t>
      </w:r>
    </w:p>
    <w:p>
      <w:pPr>
        <w:spacing w:after="60" w:line="266" w:lineRule="auto"/>
        <w:ind w:firstLine="331"/>
        <w:jc w:val="both"/>
      </w:pPr>
      <w:r>
        <w:rPr>
          <w:rFonts w:ascii="Georgia" w:hAnsi="Georgia"/>
          <w:b w:val="0"/>
          <w:i w:val="0"/>
          <w:color w:val="22201D"/>
          <w:sz w:val="20"/>
        </w:rPr>
        <w:t>Gerald read it and said, "Good facility."</w:t>
      </w:r>
    </w:p>
    <w:p>
      <w:pPr>
        <w:spacing w:after="60" w:line="266" w:lineRule="auto"/>
        <w:ind w:firstLine="331"/>
        <w:jc w:val="both"/>
      </w:pPr>
      <w:r>
        <w:rPr>
          <w:rFonts w:ascii="Georgia" w:hAnsi="Georgia"/>
          <w:b w:val="0"/>
          <w:i w:val="0"/>
          <w:color w:val="22201D"/>
          <w:sz w:val="20"/>
        </w:rPr>
        <w:t>Nico stayed in the van for three extra seconds.</w:t>
      </w:r>
    </w:p>
    <w:p>
      <w:pPr>
        <w:spacing w:after="60" w:line="266" w:lineRule="auto"/>
        <w:ind w:firstLine="331"/>
        <w:jc w:val="both"/>
      </w:pPr>
      <w:r>
        <w:rPr>
          <w:rFonts w:ascii="Georgia" w:hAnsi="Georgia"/>
          <w:b w:val="0"/>
          <w:i w:val="0"/>
          <w:color w:val="22201D"/>
          <w:sz w:val="20"/>
        </w:rPr>
        <w:t>"I need everyone to know I am intimidated by produce now."</w:t>
      </w:r>
    </w:p>
    <w:p>
      <w:pPr>
        <w:spacing w:after="60" w:line="266" w:lineRule="auto"/>
        <w:ind w:firstLine="331"/>
        <w:jc w:val="both"/>
      </w:pPr>
      <w:r>
        <w:rPr>
          <w:rFonts w:ascii="Georgia" w:hAnsi="Georgia"/>
          <w:b w:val="0"/>
          <w:i w:val="0"/>
          <w:color w:val="22201D"/>
          <w:sz w:val="20"/>
        </w:rPr>
        <w:t>The map printed from the dashboard:</w:t>
      </w:r>
    </w:p>
    <w:p>
      <w:pPr>
        <w:spacing w:after="60" w:line="250" w:lineRule="auto"/>
        <w:ind w:left="202" w:right="173"/>
      </w:pPr>
      <w:r>
        <w:rPr>
          <w:rFonts w:ascii="Georgia" w:hAnsi="Georgia"/>
          <w:b w:val="0"/>
          <w:i w:val="0"/>
          <w:color w:val="22201D"/>
          <w:sz w:val="17"/>
        </w:rPr>
        <w:t>CORRECT CATEGORY: FUNGI.</w:t>
      </w:r>
    </w:p>
    <w:p>
      <w:pPr>
        <w:spacing w:after="60" w:line="266" w:lineRule="auto"/>
        <w:ind w:firstLine="331"/>
        <w:jc w:val="both"/>
      </w:pPr>
      <w:r>
        <w:rPr>
          <w:rFonts w:ascii="Georgia" w:hAnsi="Georgia"/>
          <w:b w:val="0"/>
          <w:i w:val="0"/>
          <w:color w:val="22201D"/>
          <w:sz w:val="20"/>
        </w:rPr>
        <w:t>"I apologize to the kingdom."</w:t>
      </w:r>
    </w:p>
    <w:p>
      <w:pPr>
        <w:spacing w:after="60" w:line="266" w:lineRule="auto"/>
        <w:ind w:firstLine="331"/>
        <w:jc w:val="both"/>
      </w:pPr>
      <w:r>
        <w:rPr>
          <w:rFonts w:ascii="Georgia" w:hAnsi="Georgia"/>
          <w:b w:val="0"/>
          <w:i w:val="0"/>
          <w:color w:val="22201D"/>
          <w:sz w:val="20"/>
        </w:rPr>
        <w:t>Bob opened the rear doors.</w:t>
      </w:r>
    </w:p>
    <w:p>
      <w:pPr>
        <w:spacing w:after="60" w:line="266" w:lineRule="auto"/>
        <w:ind w:firstLine="331"/>
        <w:jc w:val="both"/>
      </w:pPr>
      <w:r>
        <w:rPr>
          <w:rFonts w:ascii="Georgia" w:hAnsi="Georgia"/>
          <w:b w:val="0"/>
          <w:i w:val="0"/>
          <w:color w:val="22201D"/>
          <w:sz w:val="20"/>
        </w:rPr>
        <w:t>The box marked ROUTE sat strapped where it belonged. Beside it sat the sauce carrier. The directory card and returned photo strip lay flat in the glove compartment with the map note, fuel receipt, drop ticket, and sauce label. None of the documents had merged. None had forgiven anyone on his behalf.</w:t>
      </w:r>
    </w:p>
    <w:p>
      <w:pPr>
        <w:spacing w:after="60" w:line="266" w:lineRule="auto"/>
        <w:ind w:firstLine="331"/>
        <w:jc w:val="both"/>
      </w:pPr>
      <w:r>
        <w:rPr>
          <w:rFonts w:ascii="Georgia" w:hAnsi="Georgia"/>
          <w:b w:val="0"/>
          <w:i w:val="0"/>
          <w:color w:val="22201D"/>
          <w:sz w:val="20"/>
        </w:rPr>
        <w:t>Flocc looked from the barn to the van.</w:t>
      </w:r>
    </w:p>
    <w:p>
      <w:pPr>
        <w:spacing w:after="60" w:line="266" w:lineRule="auto"/>
        <w:ind w:firstLine="331"/>
        <w:jc w:val="both"/>
      </w:pPr>
      <w:r>
        <w:rPr>
          <w:rFonts w:ascii="Georgia" w:hAnsi="Georgia"/>
          <w:b w:val="0"/>
          <w:i w:val="0"/>
          <w:color w:val="22201D"/>
          <w:sz w:val="20"/>
        </w:rPr>
        <w:t>"What needs to be carried?"</w:t>
      </w:r>
    </w:p>
    <w:p>
      <w:pPr>
        <w:spacing w:after="60" w:line="266" w:lineRule="auto"/>
        <w:ind w:firstLine="331"/>
        <w:jc w:val="both"/>
      </w:pPr>
      <w:r>
        <w:rPr>
          <w:rFonts w:ascii="Georgia" w:hAnsi="Georgia"/>
          <w:b w:val="0"/>
          <w:i w:val="0"/>
          <w:color w:val="22201D"/>
          <w:sz w:val="20"/>
        </w:rPr>
        <w:t>Bob pointed to the barn.</w:t>
      </w:r>
    </w:p>
    <w:p>
      <w:pPr>
        <w:spacing w:after="60" w:line="266" w:lineRule="auto"/>
        <w:ind w:firstLine="331"/>
        <w:jc w:val="both"/>
      </w:pPr>
      <w:r>
        <w:rPr>
          <w:rFonts w:ascii="Georgia" w:hAnsi="Georgia"/>
          <w:b w:val="0"/>
          <w:i w:val="0"/>
          <w:color w:val="22201D"/>
          <w:sz w:val="20"/>
        </w:rPr>
        <w:t>"What can't be carried wrong."</w:t>
      </w:r>
    </w:p>
    <w:p>
      <w:pPr>
        <w:spacing w:after="60" w:line="266" w:lineRule="auto"/>
        <w:ind w:firstLine="331"/>
        <w:jc w:val="both"/>
      </w:pPr>
      <w:r>
        <w:rPr>
          <w:rFonts w:ascii="Georgia" w:hAnsi="Georgia"/>
          <w:b w:val="0"/>
          <w:i w:val="0"/>
          <w:color w:val="22201D"/>
          <w:sz w:val="20"/>
        </w:rPr>
        <w:t>This was not a comforting answer.</w:t>
      </w:r>
    </w:p>
    <w:p>
      <w:pPr>
        <w:spacing w:after="60" w:line="266" w:lineRule="auto"/>
        <w:ind w:firstLine="331"/>
        <w:jc w:val="both"/>
      </w:pPr>
      <w:r>
        <w:rPr>
          <w:rFonts w:ascii="Georgia" w:hAnsi="Georgia"/>
          <w:b w:val="0"/>
          <w:i w:val="0"/>
          <w:color w:val="22201D"/>
          <w:sz w:val="20"/>
        </w:rPr>
        <w:t>It was, however, specific enough to start walking.</w:t>
      </w:r>
    </w:p>
    <w:p>
      <w:pPr>
        <w:spacing w:after="60" w:line="266" w:lineRule="auto"/>
        <w:ind w:firstLine="331"/>
        <w:jc w:val="both"/>
      </w:pPr>
      <w:r>
        <w:rPr>
          <w:rFonts w:ascii="Georgia" w:hAnsi="Georgia"/>
          <w:b w:val="0"/>
          <w:i w:val="0"/>
          <w:color w:val="22201D"/>
          <w:sz w:val="20"/>
        </w:rPr>
        <w:t>Inside the barn, the air was cool, damp, and careful. Shelves lined the walls. Blocks of growing medium sat in rows, fruiting oyster mushrooms in layered fans, lion's mane in pale shaggy clusters, shiitake caps like small brown umbrellas, and trays of smaller mushrooms whose names Flocc did not know and therefore did not immediately turn into metaphors.</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Gerald checked the floor.</w:t>
      </w:r>
    </w:p>
    <w:p>
      <w:pPr>
        <w:spacing w:after="60" w:line="266" w:lineRule="auto"/>
        <w:ind w:firstLine="331"/>
        <w:jc w:val="both"/>
      </w:pPr>
      <w:r>
        <w:rPr>
          <w:rFonts w:ascii="Georgia" w:hAnsi="Georgia"/>
          <w:b w:val="0"/>
          <w:i w:val="0"/>
          <w:color w:val="22201D"/>
          <w:sz w:val="20"/>
        </w:rPr>
        <w:t>"Wet patch by hose. Avoid. Scale cord taped down. Acceptable. Crate stack stable if not leaned on."</w:t>
      </w:r>
    </w:p>
    <w:p>
      <w:pPr>
        <w:spacing w:after="60" w:line="266" w:lineRule="auto"/>
        <w:ind w:firstLine="331"/>
        <w:jc w:val="both"/>
      </w:pPr>
      <w:r>
        <w:rPr>
          <w:rFonts w:ascii="Georgia" w:hAnsi="Georgia"/>
          <w:b w:val="0"/>
          <w:i w:val="0"/>
          <w:color w:val="22201D"/>
          <w:sz w:val="20"/>
        </w:rPr>
        <w:t>Nico whispered, "Do mushrooms hear?"</w:t>
      </w:r>
    </w:p>
    <w:p>
      <w:pPr>
        <w:spacing w:after="60" w:line="266" w:lineRule="auto"/>
        <w:ind w:firstLine="331"/>
        <w:jc w:val="both"/>
      </w:pPr>
      <w:r>
        <w:rPr>
          <w:rFonts w:ascii="Georgia" w:hAnsi="Georgia"/>
          <w:b w:val="0"/>
          <w:i w:val="0"/>
          <w:color w:val="22201D"/>
          <w:sz w:val="20"/>
        </w:rPr>
        <w:t>Bob said, "They notice."</w:t>
      </w:r>
    </w:p>
    <w:p>
      <w:pPr>
        <w:spacing w:after="60" w:line="266" w:lineRule="auto"/>
        <w:ind w:firstLine="331"/>
        <w:jc w:val="both"/>
      </w:pPr>
      <w:r>
        <w:rPr>
          <w:rFonts w:ascii="Georgia" w:hAnsi="Georgia"/>
          <w:b w:val="0"/>
          <w:i w:val="0"/>
          <w:color w:val="22201D"/>
          <w:sz w:val="20"/>
        </w:rPr>
        <w:t>Nico folded his hands.</w:t>
      </w:r>
    </w:p>
    <w:p>
      <w:pPr>
        <w:spacing w:after="60" w:line="266" w:lineRule="auto"/>
        <w:ind w:firstLine="331"/>
        <w:jc w:val="both"/>
      </w:pPr>
      <w:r>
        <w:rPr>
          <w:rFonts w:ascii="Georgia" w:hAnsi="Georgia"/>
          <w:b w:val="0"/>
          <w:i w:val="0"/>
          <w:color w:val="22201D"/>
          <w:sz w:val="20"/>
        </w:rPr>
        <w:t>"Different fear, same posture."</w:t>
      </w:r>
    </w:p>
    <w:p>
      <w:pPr>
        <w:spacing w:after="60" w:line="266" w:lineRule="auto"/>
        <w:ind w:firstLine="331"/>
        <w:jc w:val="both"/>
      </w:pPr>
      <w:r>
        <w:rPr>
          <w:rFonts w:ascii="Georgia" w:hAnsi="Georgia"/>
          <w:b w:val="0"/>
          <w:i w:val="0"/>
          <w:color w:val="22201D"/>
          <w:sz w:val="20"/>
        </w:rPr>
        <w:t>At the center of the barn stood a worktable. On it sat three shallow crates lined with paper. Each crate held mushrooms packed for delivery, pale and brown and gray in soft irregular layers.</w:t>
      </w:r>
    </w:p>
    <w:p>
      <w:pPr>
        <w:spacing w:after="60" w:line="266" w:lineRule="auto"/>
        <w:ind w:firstLine="331"/>
        <w:jc w:val="both"/>
      </w:pPr>
      <w:r>
        <w:rPr>
          <w:rFonts w:ascii="Georgia" w:hAnsi="Georgia"/>
          <w:b w:val="0"/>
          <w:i w:val="0"/>
          <w:color w:val="22201D"/>
          <w:sz w:val="20"/>
        </w:rPr>
        <w:t>A fourth crate sat empty.</w:t>
      </w:r>
    </w:p>
    <w:p>
      <w:pPr>
        <w:spacing w:after="60" w:line="266" w:lineRule="auto"/>
        <w:ind w:firstLine="331"/>
        <w:jc w:val="both"/>
      </w:pPr>
      <w:r>
        <w:rPr>
          <w:rFonts w:ascii="Georgia" w:hAnsi="Georgia"/>
          <w:b w:val="0"/>
          <w:i w:val="0"/>
          <w:color w:val="22201D"/>
          <w:sz w:val="20"/>
        </w:rPr>
        <w:t>A fifth crate had been packed badly.</w:t>
      </w:r>
    </w:p>
    <w:p>
      <w:pPr>
        <w:spacing w:after="60" w:line="266" w:lineRule="auto"/>
        <w:ind w:firstLine="331"/>
        <w:jc w:val="both"/>
      </w:pPr>
      <w:r>
        <w:rPr>
          <w:rFonts w:ascii="Georgia" w:hAnsi="Georgia"/>
          <w:b w:val="0"/>
          <w:i w:val="0"/>
          <w:color w:val="22201D"/>
          <w:sz w:val="20"/>
        </w:rPr>
        <w:t>Everyone could see it.</w:t>
      </w:r>
    </w:p>
    <w:p>
      <w:pPr>
        <w:spacing w:after="60" w:line="266" w:lineRule="auto"/>
        <w:ind w:firstLine="331"/>
        <w:jc w:val="both"/>
      </w:pPr>
      <w:r>
        <w:rPr>
          <w:rFonts w:ascii="Georgia" w:hAnsi="Georgia"/>
          <w:b w:val="0"/>
          <w:i w:val="0"/>
          <w:color w:val="22201D"/>
          <w:sz w:val="20"/>
        </w:rPr>
        <w:t>Even Nico.</w:t>
      </w:r>
    </w:p>
    <w:p>
      <w:pPr>
        <w:spacing w:after="60" w:line="266" w:lineRule="auto"/>
        <w:ind w:firstLine="331"/>
        <w:jc w:val="both"/>
      </w:pPr>
      <w:r>
        <w:rPr>
          <w:rFonts w:ascii="Georgia" w:hAnsi="Georgia"/>
          <w:b w:val="0"/>
          <w:i w:val="0"/>
          <w:color w:val="22201D"/>
          <w:sz w:val="20"/>
        </w:rPr>
        <w:t>The mushrooms in the bad crate were not crushed dramatically. They had not become pulp. There was no theatrical ruin. Instead, several caps showed darkening at their edges, a soft gray-brown pressure mark where another layer had leaned too hard, too long, without anyone calling it damage until the damage had learned how to show.</w:t>
      </w:r>
    </w:p>
    <w:p>
      <w:pPr>
        <w:spacing w:after="60" w:line="266" w:lineRule="auto"/>
        <w:ind w:firstLine="331"/>
        <w:jc w:val="both"/>
      </w:pPr>
      <w:r>
        <w:rPr>
          <w:rFonts w:ascii="Georgia" w:hAnsi="Georgia"/>
          <w:b w:val="0"/>
          <w:i w:val="0"/>
          <w:color w:val="22201D"/>
          <w:sz w:val="20"/>
        </w:rPr>
        <w:t>Bob pointed.</w:t>
      </w:r>
    </w:p>
    <w:p>
      <w:pPr>
        <w:spacing w:after="60" w:line="266" w:lineRule="auto"/>
        <w:ind w:firstLine="331"/>
        <w:jc w:val="both"/>
      </w:pPr>
      <w:r>
        <w:rPr>
          <w:rFonts w:ascii="Georgia" w:hAnsi="Georgia"/>
          <w:b w:val="0"/>
          <w:i w:val="0"/>
          <w:color w:val="22201D"/>
          <w:sz w:val="20"/>
        </w:rPr>
        <w:t>"Bruise."</w:t>
      </w:r>
    </w:p>
    <w:p>
      <w:pPr>
        <w:spacing w:after="60" w:line="266" w:lineRule="auto"/>
        <w:ind w:firstLine="331"/>
        <w:jc w:val="both"/>
      </w:pPr>
      <w:r>
        <w:rPr>
          <w:rFonts w:ascii="Georgia" w:hAnsi="Georgia"/>
          <w:b w:val="0"/>
          <w:i w:val="0"/>
          <w:color w:val="22201D"/>
          <w:sz w:val="20"/>
        </w:rPr>
        <w:t>Flocc looked.</w:t>
      </w:r>
    </w:p>
    <w:p>
      <w:pPr>
        <w:spacing w:after="60" w:line="266" w:lineRule="auto"/>
        <w:ind w:firstLine="331"/>
        <w:jc w:val="both"/>
      </w:pPr>
      <w:r>
        <w:rPr>
          <w:rFonts w:ascii="Georgia" w:hAnsi="Georgia"/>
          <w:b w:val="0"/>
          <w:i w:val="0"/>
          <w:color w:val="22201D"/>
          <w:sz w:val="20"/>
        </w:rPr>
        <w:t>The bruise looked like a fact arriving late.</w:t>
      </w:r>
    </w:p>
    <w:p>
      <w:pPr>
        <w:spacing w:after="60" w:line="266" w:lineRule="auto"/>
        <w:ind w:firstLine="331"/>
        <w:jc w:val="both"/>
      </w:pPr>
      <w:r>
        <w:rPr>
          <w:rFonts w:ascii="Georgia" w:hAnsi="Georgia"/>
          <w:b w:val="0"/>
          <w:i w:val="0"/>
          <w:color w:val="22201D"/>
          <w:sz w:val="20"/>
        </w:rPr>
        <w:t>Gerald leaned in.</w:t>
      </w:r>
    </w:p>
    <w:p>
      <w:pPr>
        <w:spacing w:after="60" w:line="266" w:lineRule="auto"/>
        <w:ind w:firstLine="331"/>
        <w:jc w:val="both"/>
      </w:pPr>
      <w:r>
        <w:rPr>
          <w:rFonts w:ascii="Georgia" w:hAnsi="Georgia"/>
          <w:b w:val="0"/>
          <w:i w:val="0"/>
          <w:color w:val="22201D"/>
          <w:sz w:val="20"/>
        </w:rPr>
        <w:t>"Load pressure concentrated at upper-left quadrant. Overfilled. No buffer. Incorrect stacking angle."</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Steve wrote quickly.</w:t>
      </w:r>
    </w:p>
    <w:p>
      <w:pPr>
        <w:spacing w:after="60" w:line="266" w:lineRule="auto"/>
        <w:ind w:firstLine="331"/>
        <w:jc w:val="both"/>
      </w:pPr>
      <w:r>
        <w:rPr>
          <w:rFonts w:ascii="Georgia" w:hAnsi="Georgia"/>
          <w:b w:val="0"/>
          <w:i w:val="0"/>
          <w:color w:val="22201D"/>
          <w:sz w:val="20"/>
        </w:rPr>
        <w:t>Nico said, "I thought bruising was what happened when something hit something."</w:t>
      </w:r>
    </w:p>
    <w:p>
      <w:pPr>
        <w:spacing w:after="60" w:line="266" w:lineRule="auto"/>
        <w:ind w:firstLine="331"/>
        <w:jc w:val="both"/>
      </w:pPr>
      <w:r>
        <w:rPr>
          <w:rFonts w:ascii="Georgia" w:hAnsi="Georgia"/>
          <w:b w:val="0"/>
          <w:i w:val="0"/>
          <w:color w:val="22201D"/>
          <w:sz w:val="20"/>
        </w:rPr>
        <w:t>Bob lifted one mushroom from the crate.</w:t>
      </w:r>
    </w:p>
    <w:p>
      <w:pPr>
        <w:spacing w:after="60" w:line="266" w:lineRule="auto"/>
        <w:ind w:firstLine="331"/>
        <w:jc w:val="both"/>
      </w:pPr>
      <w:r>
        <w:rPr>
          <w:rFonts w:ascii="Georgia" w:hAnsi="Georgia"/>
          <w:b w:val="0"/>
          <w:i w:val="0"/>
          <w:color w:val="22201D"/>
          <w:sz w:val="20"/>
        </w:rPr>
        <w:t>"Sometimes. Sometimes it is what happens when something rests too hard and calls itself gentle because it did not strike."</w:t>
      </w:r>
    </w:p>
    <w:p>
      <w:pPr>
        <w:spacing w:after="60" w:line="266" w:lineRule="auto"/>
        <w:ind w:firstLine="331"/>
        <w:jc w:val="both"/>
      </w:pPr>
      <w:r>
        <w:rPr>
          <w:rFonts w:ascii="Georgia" w:hAnsi="Georgia"/>
          <w:b w:val="0"/>
          <w:i w:val="0"/>
          <w:color w:val="22201D"/>
          <w:sz w:val="20"/>
        </w:rPr>
        <w:t>The barn went quiet.</w:t>
      </w:r>
    </w:p>
    <w:p>
      <w:pPr>
        <w:spacing w:after="60" w:line="266" w:lineRule="auto"/>
        <w:ind w:firstLine="331"/>
        <w:jc w:val="both"/>
      </w:pPr>
      <w:r>
        <w:rPr>
          <w:rFonts w:ascii="Georgia" w:hAnsi="Georgia"/>
          <w:b w:val="0"/>
          <w:i w:val="0"/>
          <w:color w:val="22201D"/>
          <w:sz w:val="20"/>
        </w:rPr>
        <w:t>Not reverent.</w:t>
      </w:r>
    </w:p>
    <w:p>
      <w:pPr>
        <w:spacing w:after="60" w:line="266" w:lineRule="auto"/>
        <w:ind w:firstLine="331"/>
        <w:jc w:val="both"/>
      </w:pPr>
      <w:r>
        <w:rPr>
          <w:rFonts w:ascii="Georgia" w:hAnsi="Georgia"/>
          <w:b w:val="0"/>
          <w:i w:val="0"/>
          <w:color w:val="22201D"/>
          <w:sz w:val="20"/>
        </w:rPr>
        <w:t>Operationally accused.</w:t>
      </w:r>
    </w:p>
    <w:p>
      <w:pPr>
        <w:spacing w:after="60" w:line="266" w:lineRule="auto"/>
        <w:ind w:firstLine="331"/>
        <w:jc w:val="both"/>
      </w:pPr>
      <w:r>
        <w:rPr>
          <w:rFonts w:ascii="Georgia" w:hAnsi="Georgia"/>
          <w:b w:val="0"/>
          <w:i w:val="0"/>
          <w:color w:val="22201D"/>
          <w:sz w:val="20"/>
        </w:rPr>
        <w:t>Flocc looked at the mushroom in Bob's hand. It had a small dark place near the cap edge, not where anyone had slapped it, not where a dramatic blow had landed. It had bruised under sustained pressure.</w:t>
      </w:r>
    </w:p>
    <w:p>
      <w:pPr>
        <w:spacing w:after="60" w:line="266" w:lineRule="auto"/>
        <w:ind w:firstLine="331"/>
        <w:jc w:val="both"/>
      </w:pPr>
      <w:r>
        <w:rPr>
          <w:rFonts w:ascii="Georgia" w:hAnsi="Georgia"/>
          <w:b w:val="0"/>
          <w:i w:val="0"/>
          <w:color w:val="22201D"/>
          <w:sz w:val="20"/>
        </w:rPr>
        <w:t>The map, still in the van, printed loudly enough through the open rear doors:</w:t>
      </w:r>
    </w:p>
    <w:p>
      <w:pPr>
        <w:spacing w:after="60" w:line="250" w:lineRule="auto"/>
        <w:ind w:left="202" w:right="173"/>
      </w:pPr>
      <w:r>
        <w:rPr>
          <w:rFonts w:ascii="Georgia" w:hAnsi="Georgia"/>
          <w:b w:val="0"/>
          <w:i w:val="0"/>
          <w:color w:val="22201D"/>
          <w:sz w:val="17"/>
        </w:rPr>
        <w:t>VISIBLE PRESSURE EVENT.</w:t>
      </w:r>
    </w:p>
    <w:p>
      <w:pPr>
        <w:spacing w:after="60" w:line="266" w:lineRule="auto"/>
        <w:ind w:firstLine="331"/>
        <w:jc w:val="both"/>
      </w:pPr>
      <w:r>
        <w:rPr>
          <w:rFonts w:ascii="Georgia" w:hAnsi="Georgia"/>
          <w:b w:val="0"/>
          <w:i w:val="0"/>
          <w:color w:val="22201D"/>
          <w:sz w:val="20"/>
        </w:rPr>
        <w:t>Nico said, "I do not like how accurate that is."</w:t>
      </w:r>
    </w:p>
    <w:p>
      <w:pPr>
        <w:spacing w:after="60" w:line="266" w:lineRule="auto"/>
        <w:ind w:firstLine="331"/>
        <w:jc w:val="both"/>
      </w:pPr>
      <w:r>
        <w:rPr>
          <w:rFonts w:ascii="Georgia" w:hAnsi="Georgia"/>
          <w:b w:val="0"/>
          <w:i w:val="0"/>
          <w:color w:val="22201D"/>
          <w:sz w:val="20"/>
        </w:rPr>
        <w:t>Bob placed the mushroom on the table.</w:t>
      </w:r>
    </w:p>
    <w:p>
      <w:pPr>
        <w:spacing w:after="60" w:line="266" w:lineRule="auto"/>
        <w:ind w:firstLine="331"/>
        <w:jc w:val="both"/>
      </w:pPr>
      <w:r>
        <w:rPr>
          <w:rFonts w:ascii="Georgia" w:hAnsi="Georgia"/>
          <w:b w:val="0"/>
          <w:i w:val="0"/>
          <w:color w:val="22201D"/>
          <w:sz w:val="20"/>
        </w:rPr>
        <w:t>"Repack."</w:t>
      </w:r>
    </w:p>
    <w:p>
      <w:pPr>
        <w:spacing w:after="60" w:line="266" w:lineRule="auto"/>
        <w:ind w:firstLine="331"/>
        <w:jc w:val="both"/>
      </w:pPr>
      <w:r>
        <w:rPr>
          <w:rFonts w:ascii="Georgia" w:hAnsi="Georgia"/>
          <w:b w:val="0"/>
          <w:i w:val="0"/>
          <w:color w:val="22201D"/>
          <w:sz w:val="20"/>
        </w:rPr>
        <w:t>Gerald said, "With what materials?"</w:t>
      </w:r>
    </w:p>
    <w:p>
      <w:pPr>
        <w:spacing w:after="60" w:line="266" w:lineRule="auto"/>
        <w:ind w:firstLine="331"/>
        <w:jc w:val="both"/>
      </w:pPr>
      <w:r>
        <w:rPr>
          <w:rFonts w:ascii="Georgia" w:hAnsi="Georgia"/>
          <w:b w:val="0"/>
          <w:i w:val="0"/>
          <w:color w:val="22201D"/>
          <w:sz w:val="20"/>
        </w:rPr>
        <w:t>Bob pointed under the table.</w:t>
      </w:r>
    </w:p>
    <w:p>
      <w:pPr>
        <w:spacing w:after="60" w:line="266" w:lineRule="auto"/>
        <w:ind w:firstLine="331"/>
        <w:jc w:val="both"/>
      </w:pPr>
      <w:r>
        <w:rPr>
          <w:rFonts w:ascii="Georgia" w:hAnsi="Georgia"/>
          <w:b w:val="0"/>
          <w:i w:val="0"/>
          <w:color w:val="22201D"/>
          <w:sz w:val="20"/>
        </w:rPr>
        <w:t>There were paper liners, cardboard dividers, a small scale, a spray bottle, clean towels, and blank crate notes.</w:t>
      </w:r>
    </w:p>
    <w:p>
      <w:pPr>
        <w:spacing w:after="60" w:line="266" w:lineRule="auto"/>
        <w:ind w:firstLine="331"/>
        <w:jc w:val="both"/>
      </w:pPr>
      <w:r>
        <w:rPr>
          <w:rFonts w:ascii="Georgia" w:hAnsi="Georgia"/>
          <w:b w:val="0"/>
          <w:i w:val="0"/>
          <w:color w:val="22201D"/>
          <w:sz w:val="20"/>
        </w:rPr>
        <w:t>Gerald's shoulders lowered by one fraction.</w:t>
      </w:r>
    </w:p>
    <w:p>
      <w:pPr>
        <w:spacing w:after="60" w:line="266" w:lineRule="auto"/>
        <w:ind w:firstLine="331"/>
        <w:jc w:val="both"/>
      </w:pPr>
      <w:r>
        <w:rPr>
          <w:rFonts w:ascii="Georgia" w:hAnsi="Georgia"/>
          <w:b w:val="0"/>
          <w:i w:val="0"/>
          <w:color w:val="22201D"/>
          <w:sz w:val="20"/>
        </w:rPr>
        <w:t>"Adequate."</w:t>
      </w:r>
    </w:p>
    <w:p>
      <w:pPr>
        <w:spacing w:after="60" w:line="266" w:lineRule="auto"/>
        <w:ind w:firstLine="331"/>
        <w:jc w:val="both"/>
      </w:pPr>
      <w:r>
        <w:rPr>
          <w:rFonts w:ascii="Georgia" w:hAnsi="Georgia"/>
          <w:b w:val="0"/>
          <w:i w:val="0"/>
          <w:color w:val="22201D"/>
          <w:sz w:val="20"/>
        </w:rPr>
        <w:t>Bob handed Flocc the bad crate.</w:t>
      </w:r>
    </w:p>
    <w:p>
      <w:pPr>
        <w:spacing w:after="60" w:line="266" w:lineRule="auto"/>
        <w:ind w:firstLine="331"/>
        <w:jc w:val="both"/>
      </w:pPr>
      <w:r>
        <w:rPr>
          <w:rFonts w:ascii="Georgia" w:hAnsi="Georgia"/>
          <w:b w:val="0"/>
          <w:i w:val="0"/>
          <w:color w:val="22201D"/>
          <w:sz w:val="20"/>
        </w:rPr>
        <w:t>Flocc took it too quickly.</w:t>
      </w:r>
    </w:p>
    <w:p>
      <w:pPr>
        <w:spacing w:after="60" w:line="266" w:lineRule="auto"/>
        <w:ind w:firstLine="331"/>
        <w:jc w:val="both"/>
      </w:pPr>
      <w:r>
        <w:rPr>
          <w:rFonts w:ascii="Georgia" w:hAnsi="Georgia"/>
          <w:b w:val="0"/>
          <w:i w:val="0"/>
          <w:color w:val="22201D"/>
          <w:sz w:val="20"/>
        </w:rPr>
        <w:t>Several mushrooms shifted.</w:t>
      </w:r>
    </w:p>
    <w:p>
      <w:pPr>
        <w:spacing w:after="60" w:line="266" w:lineRule="auto"/>
        <w:ind w:firstLine="331"/>
        <w:jc w:val="both"/>
      </w:pPr>
      <w:r>
        <w:rPr>
          <w:rFonts w:ascii="Georgia" w:hAnsi="Georgia"/>
          <w:b w:val="0"/>
          <w:i w:val="0"/>
          <w:color w:val="22201D"/>
          <w:sz w:val="20"/>
        </w:rPr>
        <w:t>Gerald said, "Stop."</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Bob did not take the crate back.</w:t>
      </w:r>
    </w:p>
    <w:p>
      <w:pPr>
        <w:spacing w:after="60" w:line="266" w:lineRule="auto"/>
        <w:ind w:firstLine="331"/>
        <w:jc w:val="both"/>
      </w:pPr>
      <w:r>
        <w:rPr>
          <w:rFonts w:ascii="Georgia" w:hAnsi="Georgia"/>
          <w:b w:val="0"/>
          <w:i w:val="0"/>
          <w:color w:val="22201D"/>
          <w:sz w:val="20"/>
        </w:rPr>
        <w:t>The mushrooms settled against one another.</w:t>
      </w:r>
    </w:p>
    <w:p>
      <w:pPr>
        <w:spacing w:after="60" w:line="266" w:lineRule="auto"/>
        <w:ind w:firstLine="331"/>
        <w:jc w:val="both"/>
      </w:pPr>
      <w:r>
        <w:rPr>
          <w:rFonts w:ascii="Georgia" w:hAnsi="Georgia"/>
          <w:b w:val="0"/>
          <w:i w:val="0"/>
          <w:color w:val="22201D"/>
          <w:sz w:val="20"/>
        </w:rPr>
        <w:t>One cap folded slightly.</w:t>
      </w:r>
    </w:p>
    <w:p>
      <w:pPr>
        <w:spacing w:after="60" w:line="266" w:lineRule="auto"/>
        <w:ind w:firstLine="331"/>
        <w:jc w:val="both"/>
      </w:pPr>
      <w:r>
        <w:rPr>
          <w:rFonts w:ascii="Georgia" w:hAnsi="Georgia"/>
          <w:b w:val="0"/>
          <w:i w:val="0"/>
          <w:color w:val="22201D"/>
          <w:sz w:val="20"/>
        </w:rPr>
        <w:t>Flocc felt it in his hands like a reprimand.</w:t>
      </w:r>
    </w:p>
    <w:p>
      <w:pPr>
        <w:spacing w:after="60" w:line="266" w:lineRule="auto"/>
        <w:ind w:firstLine="331"/>
        <w:jc w:val="both"/>
      </w:pPr>
      <w:r>
        <w:rPr>
          <w:rFonts w:ascii="Georgia" w:hAnsi="Georgia"/>
          <w:b w:val="0"/>
          <w:i w:val="0"/>
          <w:color w:val="22201D"/>
          <w:sz w:val="20"/>
        </w:rPr>
        <w:t>"I barely moved."</w:t>
      </w:r>
    </w:p>
    <w:p>
      <w:pPr>
        <w:spacing w:after="60" w:line="266" w:lineRule="auto"/>
        <w:ind w:firstLine="331"/>
        <w:jc w:val="both"/>
      </w:pPr>
      <w:r>
        <w:rPr>
          <w:rFonts w:ascii="Georgia" w:hAnsi="Georgia"/>
          <w:b w:val="0"/>
          <w:i w:val="0"/>
          <w:color w:val="22201D"/>
          <w:sz w:val="20"/>
        </w:rPr>
        <w:t>Bob said, "Yes."</w:t>
      </w:r>
    </w:p>
    <w:p>
      <w:pPr>
        <w:spacing w:after="60" w:line="266" w:lineRule="auto"/>
        <w:ind w:firstLine="331"/>
        <w:jc w:val="both"/>
      </w:pPr>
      <w:r>
        <w:rPr>
          <w:rFonts w:ascii="Georgia" w:hAnsi="Georgia"/>
          <w:b w:val="0"/>
          <w:i w:val="0"/>
          <w:color w:val="22201D"/>
          <w:sz w:val="20"/>
        </w:rPr>
        <w:t>"That was enough?"</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word landed with no kindness and no cruelty. That made it hard to argue with.</w:t>
      </w:r>
    </w:p>
    <w:p>
      <w:pPr>
        <w:spacing w:after="60" w:line="266" w:lineRule="auto"/>
        <w:ind w:firstLine="331"/>
        <w:jc w:val="both"/>
      </w:pPr>
      <w:r>
        <w:rPr>
          <w:rFonts w:ascii="Georgia" w:hAnsi="Georgia"/>
          <w:b w:val="0"/>
          <w:i w:val="0"/>
          <w:color w:val="22201D"/>
          <w:sz w:val="20"/>
        </w:rPr>
        <w:t>Flocc set the crate down on the table slowly.</w:t>
      </w:r>
    </w:p>
    <w:p>
      <w:pPr>
        <w:spacing w:after="60" w:line="266" w:lineRule="auto"/>
        <w:ind w:firstLine="331"/>
        <w:jc w:val="both"/>
      </w:pPr>
      <w:r>
        <w:rPr>
          <w:rFonts w:ascii="Georgia" w:hAnsi="Georgia"/>
          <w:b w:val="0"/>
          <w:i w:val="0"/>
          <w:color w:val="22201D"/>
          <w:sz w:val="20"/>
        </w:rPr>
        <w:t>The sauce carrier in the van warmed once, as if Smoke Plum Morita had smelled the truth and decided not to repeat itself.</w:t>
      </w:r>
    </w:p>
    <w:p>
      <w:pPr>
        <w:spacing w:after="60" w:line="266" w:lineRule="auto"/>
        <w:ind w:firstLine="331"/>
        <w:jc w:val="both"/>
      </w:pPr>
      <w:r>
        <w:rPr>
          <w:rFonts w:ascii="Georgia" w:hAnsi="Georgia"/>
          <w:b w:val="0"/>
          <w:i w:val="0"/>
          <w:color w:val="22201D"/>
          <w:sz w:val="20"/>
        </w:rPr>
        <w:t>Steve began to write.</w:t>
      </w:r>
    </w:p>
    <w:p>
      <w:pPr>
        <w:spacing w:after="60" w:line="266" w:lineRule="auto"/>
        <w:ind w:firstLine="331"/>
        <w:jc w:val="both"/>
      </w:pPr>
      <w:r>
        <w:rPr>
          <w:rFonts w:ascii="Georgia" w:hAnsi="Georgia"/>
          <w:b w:val="0"/>
          <w:i w:val="0"/>
          <w:color w:val="22201D"/>
          <w:sz w:val="20"/>
        </w:rPr>
        <w:t>Bob said, "No."</w:t>
      </w:r>
    </w:p>
    <w:p>
      <w:pPr>
        <w:spacing w:after="60" w:line="266" w:lineRule="auto"/>
        <w:ind w:firstLine="331"/>
        <w:jc w:val="both"/>
      </w:pPr>
      <w:r>
        <w:rPr>
          <w:rFonts w:ascii="Georgia" w:hAnsi="Georgia"/>
          <w:b w:val="0"/>
          <w:i w:val="0"/>
          <w:color w:val="22201D"/>
          <w:sz w:val="20"/>
        </w:rPr>
        <w:t>Steve stopped.</w:t>
      </w:r>
    </w:p>
    <w:p>
      <w:pPr>
        <w:spacing w:after="60" w:line="266" w:lineRule="auto"/>
        <w:ind w:firstLine="331"/>
        <w:jc w:val="both"/>
      </w:pPr>
      <w:r>
        <w:rPr>
          <w:rFonts w:ascii="Georgia" w:hAnsi="Georgia"/>
          <w:b w:val="0"/>
          <w:i w:val="0"/>
          <w:color w:val="22201D"/>
          <w:sz w:val="20"/>
        </w:rPr>
        <w:t>"Observe first."</w:t>
      </w:r>
    </w:p>
    <w:p>
      <w:pPr>
        <w:spacing w:after="60" w:line="266" w:lineRule="auto"/>
        <w:ind w:firstLine="331"/>
        <w:jc w:val="both"/>
      </w:pPr>
      <w:r>
        <w:rPr>
          <w:rFonts w:ascii="Georgia" w:hAnsi="Georgia"/>
          <w:b w:val="0"/>
          <w:i w:val="0"/>
          <w:color w:val="22201D"/>
          <w:sz w:val="20"/>
        </w:rPr>
        <w:t>"I am observing."</w:t>
      </w:r>
    </w:p>
    <w:p>
      <w:pPr>
        <w:spacing w:after="60" w:line="266" w:lineRule="auto"/>
        <w:ind w:firstLine="331"/>
        <w:jc w:val="both"/>
      </w:pPr>
      <w:r>
        <w:rPr>
          <w:rFonts w:ascii="Georgia" w:hAnsi="Georgia"/>
          <w:b w:val="0"/>
          <w:i w:val="0"/>
          <w:color w:val="22201D"/>
          <w:sz w:val="20"/>
        </w:rPr>
        <w:t>"With your hand."</w:t>
      </w:r>
    </w:p>
    <w:p>
      <w:pPr>
        <w:spacing w:after="60" w:line="266" w:lineRule="auto"/>
        <w:ind w:firstLine="331"/>
        <w:jc w:val="both"/>
      </w:pPr>
      <w:r>
        <w:rPr>
          <w:rFonts w:ascii="Georgia" w:hAnsi="Georgia"/>
          <w:b w:val="0"/>
          <w:i w:val="0"/>
          <w:color w:val="22201D"/>
          <w:sz w:val="20"/>
        </w:rPr>
        <w:t>Steve put the pencil down.</w:t>
      </w:r>
    </w:p>
    <w:p>
      <w:pPr>
        <w:spacing w:after="60" w:line="266" w:lineRule="auto"/>
        <w:ind w:firstLine="331"/>
        <w:jc w:val="both"/>
      </w:pPr>
      <w:r>
        <w:rPr>
          <w:rFonts w:ascii="Georgia" w:hAnsi="Georgia"/>
          <w:b w:val="0"/>
          <w:i w:val="0"/>
          <w:color w:val="22201D"/>
          <w:sz w:val="20"/>
        </w:rPr>
        <w:t>This cost him something measurable.</w:t>
      </w:r>
    </w:p>
    <w:p>
      <w:pPr>
        <w:spacing w:after="60" w:line="266" w:lineRule="auto"/>
        <w:ind w:firstLine="331"/>
        <w:jc w:val="both"/>
      </w:pPr>
      <w:r>
        <w:rPr>
          <w:rFonts w:ascii="Georgia" w:hAnsi="Georgia"/>
          <w:b w:val="0"/>
          <w:i w:val="0"/>
          <w:color w:val="22201D"/>
          <w:sz w:val="20"/>
        </w:rPr>
        <w:t>Gerald took charge of the table without taking ownership of the meaning.</w:t>
      </w:r>
    </w:p>
    <w:p>
      <w:pPr>
        <w:spacing w:after="60" w:line="266" w:lineRule="auto"/>
        <w:ind w:firstLine="331"/>
        <w:jc w:val="both"/>
      </w:pPr>
      <w:r>
        <w:rPr>
          <w:rFonts w:ascii="Georgia" w:hAnsi="Georgia"/>
          <w:b w:val="0"/>
          <w:i w:val="0"/>
          <w:color w:val="22201D"/>
          <w:sz w:val="20"/>
        </w:rPr>
        <w:t>"We remove top layer. Inspect. Re-line. Re-pack by weight and contact, not by making it look full."</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Nico pointed at the blank crate notes.</w:t>
      </w:r>
    </w:p>
    <w:p>
      <w:pPr>
        <w:spacing w:after="60" w:line="266" w:lineRule="auto"/>
        <w:ind w:firstLine="331"/>
        <w:jc w:val="both"/>
      </w:pPr>
      <w:r>
        <w:rPr>
          <w:rFonts w:ascii="Georgia" w:hAnsi="Georgia"/>
          <w:b w:val="0"/>
          <w:i w:val="0"/>
          <w:color w:val="22201D"/>
          <w:sz w:val="20"/>
        </w:rPr>
        <w:t>"Are those going to insult us?"</w:t>
      </w:r>
    </w:p>
    <w:p>
      <w:pPr>
        <w:spacing w:after="60" w:line="266" w:lineRule="auto"/>
        <w:ind w:firstLine="331"/>
        <w:jc w:val="both"/>
      </w:pPr>
      <w:r>
        <w:rPr>
          <w:rFonts w:ascii="Georgia" w:hAnsi="Georgia"/>
          <w:b w:val="0"/>
          <w:i w:val="0"/>
          <w:color w:val="22201D"/>
          <w:sz w:val="20"/>
        </w:rPr>
        <w:t>The top sheet printed:</w:t>
      </w:r>
    </w:p>
    <w:p>
      <w:pPr>
        <w:spacing w:after="60" w:line="250" w:lineRule="auto"/>
        <w:ind w:left="202" w:right="173"/>
      </w:pPr>
      <w:r>
        <w:rPr>
          <w:rFonts w:ascii="Georgia" w:hAnsi="Georgia"/>
          <w:b w:val="0"/>
          <w:i w:val="0"/>
          <w:color w:val="22201D"/>
          <w:sz w:val="17"/>
        </w:rPr>
        <w:t>ONLY IF NECESSARY.</w:t>
      </w:r>
    </w:p>
    <w:p>
      <w:pPr>
        <w:spacing w:after="60" w:line="266" w:lineRule="auto"/>
        <w:ind w:firstLine="331"/>
        <w:jc w:val="both"/>
      </w:pPr>
      <w:r>
        <w:rPr>
          <w:rFonts w:ascii="Georgia" w:hAnsi="Georgia"/>
          <w:b w:val="0"/>
          <w:i w:val="0"/>
          <w:color w:val="22201D"/>
          <w:sz w:val="20"/>
        </w:rPr>
        <w:t>"So yes."</w:t>
      </w:r>
    </w:p>
    <w:p>
      <w:pPr>
        <w:spacing w:after="60" w:line="266" w:lineRule="auto"/>
        <w:ind w:firstLine="331"/>
        <w:jc w:val="both"/>
      </w:pPr>
      <w:r>
        <w:rPr>
          <w:rFonts w:ascii="Georgia" w:hAnsi="Georgia"/>
          <w:b w:val="0"/>
          <w:i w:val="0"/>
          <w:color w:val="22201D"/>
          <w:sz w:val="20"/>
        </w:rPr>
        <w:t>Flocc lifted the first mushroom with two fingers.</w:t>
      </w:r>
    </w:p>
    <w:p>
      <w:pPr>
        <w:spacing w:after="60" w:line="266" w:lineRule="auto"/>
        <w:ind w:firstLine="331"/>
        <w:jc w:val="both"/>
      </w:pPr>
      <w:r>
        <w:rPr>
          <w:rFonts w:ascii="Georgia" w:hAnsi="Georgia"/>
          <w:b w:val="0"/>
          <w:i w:val="0"/>
          <w:color w:val="22201D"/>
          <w:sz w:val="20"/>
        </w:rPr>
        <w:t>It tore.</w:t>
      </w:r>
    </w:p>
    <w:p>
      <w:pPr>
        <w:spacing w:after="60" w:line="266" w:lineRule="auto"/>
        <w:ind w:firstLine="331"/>
        <w:jc w:val="both"/>
      </w:pPr>
      <w:r>
        <w:rPr>
          <w:rFonts w:ascii="Georgia" w:hAnsi="Georgia"/>
          <w:b w:val="0"/>
          <w:i w:val="0"/>
          <w:color w:val="22201D"/>
          <w:sz w:val="20"/>
        </w:rPr>
        <w:t>Not badly.</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He froze.</w:t>
      </w:r>
    </w:p>
    <w:p>
      <w:pPr>
        <w:spacing w:after="60" w:line="266" w:lineRule="auto"/>
        <w:ind w:firstLine="331"/>
        <w:jc w:val="both"/>
      </w:pPr>
      <w:r>
        <w:rPr>
          <w:rFonts w:ascii="Georgia" w:hAnsi="Georgia"/>
          <w:b w:val="0"/>
          <w:i w:val="0"/>
          <w:color w:val="22201D"/>
          <w:sz w:val="20"/>
        </w:rPr>
        <w:t>Gerald said, "Support underneath."</w:t>
      </w:r>
    </w:p>
    <w:p>
      <w:pPr>
        <w:spacing w:after="60" w:line="266" w:lineRule="auto"/>
        <w:ind w:firstLine="331"/>
        <w:jc w:val="both"/>
      </w:pPr>
      <w:r>
        <w:rPr>
          <w:rFonts w:ascii="Georgia" w:hAnsi="Georgia"/>
          <w:b w:val="0"/>
          <w:i w:val="0"/>
          <w:color w:val="22201D"/>
          <w:sz w:val="20"/>
        </w:rPr>
        <w:t>Flocc slid his other hand under the cap.</w:t>
      </w:r>
    </w:p>
    <w:p>
      <w:pPr>
        <w:spacing w:after="60" w:line="266" w:lineRule="auto"/>
        <w:ind w:firstLine="331"/>
        <w:jc w:val="both"/>
      </w:pPr>
      <w:r>
        <w:rPr>
          <w:rFonts w:ascii="Georgia" w:hAnsi="Georgia"/>
          <w:b w:val="0"/>
          <w:i w:val="0"/>
          <w:color w:val="22201D"/>
          <w:sz w:val="20"/>
        </w:rPr>
        <w:t>"Like this?"</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Bob said, "You keep picking up edges and calling it care."</w:t>
      </w:r>
    </w:p>
    <w:p>
      <w:pPr>
        <w:spacing w:after="60" w:line="266" w:lineRule="auto"/>
        <w:ind w:firstLine="331"/>
        <w:jc w:val="both"/>
      </w:pPr>
      <w:r>
        <w:rPr>
          <w:rFonts w:ascii="Georgia" w:hAnsi="Georgia"/>
          <w:b w:val="0"/>
          <w:i w:val="0"/>
          <w:color w:val="22201D"/>
          <w:sz w:val="20"/>
        </w:rPr>
        <w:t>Flocc held the mushroom over the new crate.</w:t>
      </w:r>
    </w:p>
    <w:p>
      <w:pPr>
        <w:spacing w:after="60" w:line="266" w:lineRule="auto"/>
        <w:ind w:firstLine="331"/>
        <w:jc w:val="both"/>
      </w:pPr>
      <w:r>
        <w:rPr>
          <w:rFonts w:ascii="Georgia" w:hAnsi="Georgia"/>
          <w:b w:val="0"/>
          <w:i w:val="0"/>
          <w:color w:val="22201D"/>
          <w:sz w:val="20"/>
        </w:rPr>
        <w:t>The sentence passed through him with the barn's damp air.</w:t>
      </w:r>
    </w:p>
    <w:p>
      <w:pPr>
        <w:spacing w:after="60" w:line="266" w:lineRule="auto"/>
        <w:ind w:firstLine="331"/>
        <w:jc w:val="both"/>
      </w:pPr>
      <w:r>
        <w:rPr>
          <w:rFonts w:ascii="Georgia" w:hAnsi="Georgia"/>
          <w:b w:val="0"/>
          <w:i w:val="0"/>
          <w:color w:val="22201D"/>
          <w:sz w:val="20"/>
        </w:rPr>
        <w:t>Edges.</w:t>
      </w:r>
    </w:p>
    <w:p>
      <w:pPr>
        <w:spacing w:after="60" w:line="266" w:lineRule="auto"/>
        <w:ind w:firstLine="331"/>
        <w:jc w:val="both"/>
      </w:pPr>
      <w:r>
        <w:rPr>
          <w:rFonts w:ascii="Georgia" w:hAnsi="Georgia"/>
          <w:b w:val="0"/>
          <w:i w:val="0"/>
          <w:color w:val="22201D"/>
          <w:sz w:val="20"/>
        </w:rPr>
        <w:t>He had handled edges for years. The visible parts. The sentences people would hear. The apology shape. The heroic lift. The part of the memory that could be framed as proof he had suffered correctly.</w:t>
      </w:r>
    </w:p>
    <w:p>
      <w:pPr>
        <w:spacing w:after="60" w:line="266" w:lineRule="auto"/>
        <w:ind w:firstLine="331"/>
        <w:jc w:val="both"/>
      </w:pPr>
      <w:r>
        <w:rPr>
          <w:rFonts w:ascii="Georgia" w:hAnsi="Georgia"/>
          <w:b w:val="0"/>
          <w:i w:val="0"/>
          <w:color w:val="22201D"/>
          <w:sz w:val="20"/>
        </w:rPr>
        <w:t>He had not supported underneath.</w:t>
      </w:r>
    </w:p>
    <w:p>
      <w:pPr>
        <w:spacing w:after="60" w:line="266" w:lineRule="auto"/>
        <w:ind w:firstLine="331"/>
        <w:jc w:val="both"/>
      </w:pPr>
      <w:r>
        <w:rPr>
          <w:rFonts w:ascii="Georgia" w:hAnsi="Georgia"/>
          <w:b w:val="0"/>
          <w:i w:val="0"/>
          <w:color w:val="22201D"/>
          <w:sz w:val="20"/>
        </w:rPr>
        <w:t>The mushroom did not care about his insight.</w:t>
      </w:r>
    </w:p>
    <w:p>
      <w:pPr>
        <w:spacing w:after="60" w:line="266" w:lineRule="auto"/>
        <w:ind w:firstLine="331"/>
        <w:jc w:val="both"/>
      </w:pPr>
      <w:r>
        <w:rPr>
          <w:rFonts w:ascii="Georgia" w:hAnsi="Georgia"/>
          <w:b w:val="0"/>
          <w:i w:val="0"/>
          <w:color w:val="22201D"/>
          <w:sz w:val="20"/>
        </w:rPr>
        <w:t>It needed to be put down.</w:t>
      </w:r>
    </w:p>
    <w:p>
      <w:pPr>
        <w:spacing w:after="60" w:line="266" w:lineRule="auto"/>
        <w:ind w:firstLine="331"/>
        <w:jc w:val="both"/>
      </w:pPr>
      <w:r>
        <w:rPr>
          <w:rFonts w:ascii="Georgia" w:hAnsi="Georgia"/>
          <w:b w:val="0"/>
          <w:i w:val="0"/>
          <w:color w:val="22201D"/>
          <w:sz w:val="20"/>
        </w:rPr>
        <w:t>He placed it in the new crate on a paper liner.</w:t>
      </w:r>
    </w:p>
    <w:p>
      <w:pPr>
        <w:spacing w:after="60" w:line="266" w:lineRule="auto"/>
        <w:ind w:firstLine="331"/>
        <w:jc w:val="both"/>
      </w:pPr>
      <w:r>
        <w:rPr>
          <w:rFonts w:ascii="Georgia" w:hAnsi="Georgia"/>
          <w:b w:val="0"/>
          <w:i w:val="0"/>
          <w:color w:val="22201D"/>
          <w:sz w:val="20"/>
        </w:rPr>
        <w:t>Gerald adjusted its angle.</w:t>
      </w:r>
    </w:p>
    <w:p>
      <w:pPr>
        <w:spacing w:after="60" w:line="266" w:lineRule="auto"/>
        <w:ind w:firstLine="331"/>
        <w:jc w:val="both"/>
      </w:pPr>
      <w:r>
        <w:rPr>
          <w:rFonts w:ascii="Georgia" w:hAnsi="Georgia"/>
          <w:b w:val="0"/>
          <w:i w:val="0"/>
          <w:color w:val="22201D"/>
          <w:sz w:val="20"/>
        </w:rPr>
        <w:t>"Less contact here."</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They worked.</w:t>
      </w:r>
    </w:p>
    <w:p>
      <w:pPr>
        <w:spacing w:after="60" w:line="266" w:lineRule="auto"/>
        <w:ind w:firstLine="331"/>
        <w:jc w:val="both"/>
      </w:pPr>
      <w:r>
        <w:rPr>
          <w:rFonts w:ascii="Georgia" w:hAnsi="Georgia"/>
          <w:b w:val="0"/>
          <w:i w:val="0"/>
          <w:color w:val="22201D"/>
          <w:sz w:val="20"/>
        </w:rPr>
        <w:t>Not quickly.</w:t>
      </w:r>
    </w:p>
    <w:p>
      <w:pPr>
        <w:spacing w:after="60" w:line="266" w:lineRule="auto"/>
        <w:ind w:firstLine="331"/>
        <w:jc w:val="both"/>
      </w:pPr>
      <w:r>
        <w:rPr>
          <w:rFonts w:ascii="Georgia" w:hAnsi="Georgia"/>
          <w:b w:val="0"/>
          <w:i w:val="0"/>
          <w:color w:val="22201D"/>
          <w:sz w:val="20"/>
        </w:rPr>
        <w:t>That was the point and also not the point.</w:t>
      </w:r>
    </w:p>
    <w:p>
      <w:pPr>
        <w:spacing w:after="60" w:line="266" w:lineRule="auto"/>
        <w:ind w:firstLine="331"/>
        <w:jc w:val="both"/>
      </w:pPr>
      <w:r>
        <w:rPr>
          <w:rFonts w:ascii="Georgia" w:hAnsi="Georgia"/>
          <w:b w:val="0"/>
          <w:i w:val="0"/>
          <w:color w:val="22201D"/>
          <w:sz w:val="20"/>
        </w:rPr>
        <w:t>Bob sorted. Gerald corrected. Flocc lifted and placed. Steve watched until Bob permitted him to copy handling observations. Nico held the clean towel and took this responsibility so seriously that nobody commented on it.</w:t>
      </w:r>
    </w:p>
    <w:p>
      <w:pPr>
        <w:spacing w:after="60" w:line="266" w:lineRule="auto"/>
        <w:ind w:firstLine="331"/>
        <w:jc w:val="both"/>
      </w:pPr>
      <w:r>
        <w:rPr>
          <w:rFonts w:ascii="Georgia" w:hAnsi="Georgia"/>
          <w:b w:val="0"/>
          <w:i w:val="0"/>
          <w:color w:val="22201D"/>
          <w:sz w:val="20"/>
        </w:rPr>
        <w:t>The bad crate emptied one visible pressure point at a time.</w:t>
      </w:r>
    </w:p>
    <w:p>
      <w:pPr>
        <w:spacing w:after="60" w:line="266" w:lineRule="auto"/>
        <w:ind w:firstLine="331"/>
        <w:jc w:val="both"/>
      </w:pPr>
      <w:r>
        <w:rPr>
          <w:rFonts w:ascii="Georgia" w:hAnsi="Georgia"/>
          <w:b w:val="0"/>
          <w:i w:val="0"/>
          <w:color w:val="22201D"/>
          <w:sz w:val="20"/>
        </w:rPr>
        <w:t>Bruised mushrooms went to one side.</w:t>
      </w:r>
    </w:p>
    <w:p>
      <w:pPr>
        <w:spacing w:after="60" w:line="266" w:lineRule="auto"/>
        <w:ind w:firstLine="331"/>
        <w:jc w:val="both"/>
      </w:pPr>
      <w:r>
        <w:rPr>
          <w:rFonts w:ascii="Georgia" w:hAnsi="Georgia"/>
          <w:b w:val="0"/>
          <w:i w:val="0"/>
          <w:color w:val="22201D"/>
          <w:sz w:val="20"/>
        </w:rPr>
        <w:t>Unbruised mushrooms went into the new crate.</w:t>
      </w:r>
    </w:p>
    <w:p>
      <w:pPr>
        <w:spacing w:after="60" w:line="266" w:lineRule="auto"/>
        <w:ind w:firstLine="331"/>
        <w:jc w:val="both"/>
      </w:pPr>
      <w:r>
        <w:rPr>
          <w:rFonts w:ascii="Georgia" w:hAnsi="Georgia"/>
          <w:b w:val="0"/>
          <w:i w:val="0"/>
          <w:color w:val="22201D"/>
          <w:sz w:val="20"/>
        </w:rPr>
        <w:t>Questionable mushrooms went into a shallow tray labeled:</w:t>
      </w:r>
    </w:p>
    <w:p>
      <w:pPr>
        <w:spacing w:after="60" w:line="250" w:lineRule="auto"/>
        <w:ind w:left="202" w:right="173"/>
      </w:pPr>
      <w:r>
        <w:rPr>
          <w:rFonts w:ascii="Georgia" w:hAnsi="Georgia"/>
          <w:b w:val="0"/>
          <w:i w:val="0"/>
          <w:color w:val="22201D"/>
          <w:sz w:val="17"/>
        </w:rPr>
        <w:t>DO NOT HIDE IN GOOD PRODUCT.</w:t>
      </w:r>
    </w:p>
    <w:p>
      <w:pPr>
        <w:spacing w:after="60" w:line="266" w:lineRule="auto"/>
        <w:ind w:firstLine="331"/>
        <w:jc w:val="both"/>
      </w:pPr>
      <w:r>
        <w:rPr>
          <w:rFonts w:ascii="Georgia" w:hAnsi="Georgia"/>
          <w:b w:val="0"/>
          <w:i w:val="0"/>
          <w:color w:val="22201D"/>
          <w:sz w:val="20"/>
        </w:rPr>
        <w:t>Nico read it.</w:t>
      </w:r>
    </w:p>
    <w:p>
      <w:pPr>
        <w:spacing w:after="60" w:line="266" w:lineRule="auto"/>
        <w:ind w:firstLine="331"/>
        <w:jc w:val="both"/>
      </w:pPr>
      <w:r>
        <w:rPr>
          <w:rFonts w:ascii="Georgia" w:hAnsi="Georgia"/>
          <w:b w:val="0"/>
          <w:i w:val="0"/>
          <w:color w:val="22201D"/>
          <w:sz w:val="20"/>
        </w:rPr>
        <w:t>"That tray has an aggressive work ethic."</w:t>
      </w:r>
    </w:p>
    <w:p>
      <w:pPr>
        <w:spacing w:after="60" w:line="266" w:lineRule="auto"/>
        <w:ind w:firstLine="331"/>
        <w:jc w:val="both"/>
      </w:pPr>
      <w:r>
        <w:rPr>
          <w:rFonts w:ascii="Georgia" w:hAnsi="Georgia"/>
          <w:b w:val="0"/>
          <w:i w:val="0"/>
          <w:color w:val="22201D"/>
          <w:sz w:val="20"/>
        </w:rPr>
        <w:t>Gerald said, "Useful separation."</w:t>
      </w:r>
    </w:p>
    <w:p>
      <w:pPr>
        <w:spacing w:after="60" w:line="266" w:lineRule="auto"/>
        <w:ind w:firstLine="331"/>
        <w:jc w:val="both"/>
      </w:pPr>
      <w:r>
        <w:rPr>
          <w:rFonts w:ascii="Georgia" w:hAnsi="Georgia"/>
          <w:b w:val="0"/>
          <w:i w:val="0"/>
          <w:color w:val="22201D"/>
          <w:sz w:val="20"/>
        </w:rPr>
        <w:t>Bob said, "Mushrooms tell you where pressure was. If you hide the bruise, the next crate learns nothing."</w:t>
      </w:r>
    </w:p>
    <w:p>
      <w:pPr>
        <w:spacing w:after="60" w:line="266" w:lineRule="auto"/>
        <w:ind w:firstLine="331"/>
        <w:jc w:val="both"/>
      </w:pPr>
      <w:r>
        <w:rPr>
          <w:rFonts w:ascii="Georgia" w:hAnsi="Georgia"/>
          <w:b w:val="0"/>
          <w:i w:val="0"/>
          <w:color w:val="22201D"/>
          <w:sz w:val="20"/>
        </w:rPr>
        <w:t>Steve wrote that down only after Bob looked at him.</w:t>
      </w:r>
    </w:p>
    <w:p>
      <w:pPr>
        <w:spacing w:after="60" w:line="266" w:lineRule="auto"/>
        <w:ind w:firstLine="331"/>
        <w:jc w:val="both"/>
      </w:pPr>
      <w:r>
        <w:rPr>
          <w:rFonts w:ascii="Georgia" w:hAnsi="Georgia"/>
          <w:b w:val="0"/>
          <w:i w:val="0"/>
          <w:color w:val="22201D"/>
          <w:sz w:val="20"/>
        </w:rPr>
        <w:t>Flocc kept handling.</w:t>
      </w:r>
    </w:p>
    <w:p>
      <w:pPr>
        <w:spacing w:after="60" w:line="266" w:lineRule="auto"/>
        <w:ind w:firstLine="331"/>
        <w:jc w:val="both"/>
      </w:pPr>
      <w:r>
        <w:rPr>
          <w:rFonts w:ascii="Georgia" w:hAnsi="Georgia"/>
          <w:b w:val="0"/>
          <w:i w:val="0"/>
          <w:color w:val="22201D"/>
          <w:sz w:val="20"/>
        </w:rPr>
        <w:t>The returned photo strip stayed in the glove compartment. He could feel it anyway. The food-court table. The unjoined laugh. The small absence before large absence.</w:t>
      </w:r>
    </w:p>
    <w:p>
      <w:pPr>
        <w:spacing w:after="60" w:line="266" w:lineRule="auto"/>
        <w:ind w:firstLine="331"/>
        <w:jc w:val="both"/>
      </w:pPr>
      <w:r>
        <w:rPr>
          <w:rFonts w:ascii="Georgia" w:hAnsi="Georgia"/>
          <w:b w:val="0"/>
          <w:i w:val="0"/>
          <w:color w:val="22201D"/>
          <w:sz w:val="20"/>
        </w:rPr>
        <w:t>Small pressure before visible damage.</w:t>
      </w:r>
    </w:p>
    <w:p>
      <w:pPr>
        <w:spacing w:after="60" w:line="266" w:lineRule="auto"/>
        <w:ind w:firstLine="331"/>
        <w:jc w:val="both"/>
      </w:pPr>
      <w:r>
        <w:rPr>
          <w:rFonts w:ascii="Georgia" w:hAnsi="Georgia"/>
          <w:b w:val="0"/>
          <w:i w:val="0"/>
          <w:color w:val="22201D"/>
          <w:sz w:val="20"/>
        </w:rPr>
        <w:t>He almost said this.</w:t>
      </w:r>
    </w:p>
    <w:p>
      <w:pPr>
        <w:spacing w:after="60" w:line="266" w:lineRule="auto"/>
        <w:ind w:firstLine="331"/>
        <w:jc w:val="both"/>
      </w:pPr>
      <w:r>
        <w:rPr>
          <w:rFonts w:ascii="Georgia" w:hAnsi="Georgia"/>
          <w:b w:val="0"/>
          <w:i w:val="0"/>
          <w:color w:val="22201D"/>
          <w:sz w:val="20"/>
        </w:rPr>
        <w:t>Then he looked at the mushroom in his hand and placed it properly instead.</w:t>
      </w:r>
    </w:p>
    <w:p>
      <w:pPr>
        <w:spacing w:after="60" w:line="266" w:lineRule="auto"/>
        <w:ind w:firstLine="331"/>
        <w:jc w:val="both"/>
      </w:pPr>
      <w:r>
        <w:rPr>
          <w:rFonts w:ascii="Georgia" w:hAnsi="Georgia"/>
          <w:b w:val="0"/>
          <w:i w:val="0"/>
          <w:color w:val="22201D"/>
          <w:sz w:val="20"/>
        </w:rPr>
        <w:t>Bob saw.</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Flocc let the word remain practical.</w:t>
      </w:r>
    </w:p>
    <w:p>
      <w:pPr>
        <w:spacing w:after="60" w:line="266" w:lineRule="auto"/>
        <w:ind w:firstLine="331"/>
        <w:jc w:val="both"/>
      </w:pPr>
      <w:r>
        <w:rPr>
          <w:rFonts w:ascii="Georgia" w:hAnsi="Georgia"/>
          <w:b w:val="0"/>
          <w:i w:val="0"/>
          <w:color w:val="22201D"/>
          <w:sz w:val="20"/>
        </w:rPr>
        <w:t>When the new crate was half full, Gerald weighed it.</w:t>
      </w:r>
    </w:p>
    <w:p>
      <w:pPr>
        <w:spacing w:after="60" w:line="266" w:lineRule="auto"/>
        <w:ind w:firstLine="331"/>
        <w:jc w:val="both"/>
      </w:pPr>
      <w:r>
        <w:rPr>
          <w:rFonts w:ascii="Georgia" w:hAnsi="Georgia"/>
          <w:b w:val="0"/>
          <w:i w:val="0"/>
          <w:color w:val="22201D"/>
          <w:sz w:val="20"/>
        </w:rPr>
        <w:t>"Under."</w:t>
      </w:r>
    </w:p>
    <w:p>
      <w:pPr>
        <w:spacing w:after="60" w:line="266" w:lineRule="auto"/>
        <w:ind w:firstLine="331"/>
        <w:jc w:val="both"/>
      </w:pPr>
      <w:r>
        <w:rPr>
          <w:rFonts w:ascii="Georgia" w:hAnsi="Georgia"/>
          <w:b w:val="0"/>
          <w:i w:val="0"/>
          <w:color w:val="22201D"/>
          <w:sz w:val="20"/>
        </w:rPr>
        <w:t>Nico said, "Is under bad?"</w:t>
      </w:r>
    </w:p>
    <w:p>
      <w:pPr>
        <w:spacing w:after="60" w:line="266" w:lineRule="auto"/>
        <w:ind w:firstLine="331"/>
        <w:jc w:val="both"/>
      </w:pPr>
      <w:r>
        <w:rPr>
          <w:rFonts w:ascii="Georgia" w:hAnsi="Georgia"/>
          <w:b w:val="0"/>
          <w:i w:val="0"/>
          <w:color w:val="22201D"/>
          <w:sz w:val="20"/>
        </w:rPr>
        <w:t>Gerald said, "Depends what you promised."</w:t>
      </w:r>
    </w:p>
    <w:p>
      <w:pPr>
        <w:spacing w:after="60" w:line="266" w:lineRule="auto"/>
        <w:ind w:firstLine="331"/>
        <w:jc w:val="both"/>
      </w:pPr>
      <w:r>
        <w:rPr>
          <w:rFonts w:ascii="Georgia" w:hAnsi="Georgia"/>
          <w:b w:val="0"/>
          <w:i w:val="0"/>
          <w:color w:val="22201D"/>
          <w:sz w:val="20"/>
        </w:rPr>
        <w:t>Bob pointed to the original order slip on the clipboard.</w:t>
      </w:r>
    </w:p>
    <w:p>
      <w:pPr>
        <w:spacing w:after="60" w:line="250" w:lineRule="auto"/>
        <w:ind w:left="202" w:right="173"/>
      </w:pPr>
      <w:r>
        <w:rPr>
          <w:rFonts w:ascii="Georgia" w:hAnsi="Georgia"/>
          <w:b w:val="0"/>
          <w:i w:val="0"/>
          <w:color w:val="22201D"/>
          <w:sz w:val="17"/>
        </w:rPr>
        <w:t>ROUTE CRATE MIXED MUSHROOMS ENOUGH FOR NEXT STOP NO BRUISING HIDDEN</w:t>
      </w:r>
    </w:p>
    <w:p>
      <w:pPr>
        <w:spacing w:after="60" w:line="266" w:lineRule="auto"/>
        <w:ind w:firstLine="331"/>
        <w:jc w:val="both"/>
      </w:pPr>
      <w:r>
        <w:rPr>
          <w:rFonts w:ascii="Georgia" w:hAnsi="Georgia"/>
          <w:b w:val="0"/>
          <w:i w:val="0"/>
          <w:color w:val="22201D"/>
          <w:sz w:val="20"/>
        </w:rPr>
        <w:t>Steve read it aloud.</w:t>
      </w:r>
    </w:p>
    <w:p>
      <w:pPr>
        <w:spacing w:after="60" w:line="266" w:lineRule="auto"/>
        <w:ind w:firstLine="331"/>
        <w:jc w:val="both"/>
      </w:pPr>
      <w:r>
        <w:rPr>
          <w:rFonts w:ascii="Georgia" w:hAnsi="Georgia"/>
          <w:b w:val="0"/>
          <w:i w:val="0"/>
          <w:color w:val="22201D"/>
          <w:sz w:val="20"/>
        </w:rPr>
        <w:t>"Enough for next stop."</w:t>
      </w:r>
    </w:p>
    <w:p>
      <w:pPr>
        <w:spacing w:after="60" w:line="266" w:lineRule="auto"/>
        <w:ind w:firstLine="331"/>
        <w:jc w:val="both"/>
      </w:pPr>
      <w:r>
        <w:rPr>
          <w:rFonts w:ascii="Georgia" w:hAnsi="Georgia"/>
          <w:b w:val="0"/>
          <w:i w:val="0"/>
          <w:color w:val="22201D"/>
          <w:sz w:val="20"/>
        </w:rPr>
        <w:t>Bob said, "Not enough to impress the crate."</w:t>
      </w:r>
    </w:p>
    <w:p>
      <w:pPr>
        <w:spacing w:after="60" w:line="266" w:lineRule="auto"/>
        <w:ind w:firstLine="331"/>
        <w:jc w:val="both"/>
      </w:pPr>
      <w:r>
        <w:rPr>
          <w:rFonts w:ascii="Georgia" w:hAnsi="Georgia"/>
          <w:b w:val="0"/>
          <w:i w:val="0"/>
          <w:color w:val="22201D"/>
          <w:sz w:val="20"/>
        </w:rPr>
        <w:t>Flocc looked at the remaining mushrooms.</w:t>
      </w:r>
    </w:p>
    <w:p>
      <w:pPr>
        <w:spacing w:after="60" w:line="266" w:lineRule="auto"/>
        <w:ind w:firstLine="331"/>
        <w:jc w:val="both"/>
      </w:pPr>
      <w:r>
        <w:rPr>
          <w:rFonts w:ascii="Georgia" w:hAnsi="Georgia"/>
          <w:b w:val="0"/>
          <w:i w:val="0"/>
          <w:color w:val="22201D"/>
          <w:sz w:val="20"/>
        </w:rPr>
        <w:t>"So we don't fill it to the top."</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"Even if it looks less complete."</w:t>
      </w:r>
    </w:p>
    <w:p>
      <w:pPr>
        <w:spacing w:after="60" w:line="266" w:lineRule="auto"/>
        <w:ind w:firstLine="331"/>
        <w:jc w:val="both"/>
      </w:pPr>
      <w:r>
        <w:rPr>
          <w:rFonts w:ascii="Georgia" w:hAnsi="Georgia"/>
          <w:b w:val="0"/>
          <w:i w:val="0"/>
          <w:color w:val="22201D"/>
          <w:sz w:val="20"/>
        </w:rPr>
        <w:t>"Especially."</w:t>
      </w:r>
    </w:p>
    <w:p>
      <w:pPr>
        <w:spacing w:after="60" w:line="266" w:lineRule="auto"/>
        <w:ind w:firstLine="331"/>
        <w:jc w:val="both"/>
      </w:pPr>
      <w:r>
        <w:rPr>
          <w:rFonts w:ascii="Georgia" w:hAnsi="Georgia"/>
          <w:b w:val="0"/>
          <w:i w:val="0"/>
          <w:color w:val="22201D"/>
          <w:sz w:val="20"/>
        </w:rPr>
        <w:t>The blank crate note printed:</w:t>
      </w:r>
    </w:p>
    <w:p>
      <w:pPr>
        <w:spacing w:after="60" w:line="250" w:lineRule="auto"/>
        <w:ind w:left="202" w:right="173"/>
      </w:pPr>
      <w:r>
        <w:rPr>
          <w:rFonts w:ascii="Georgia" w:hAnsi="Georgia"/>
          <w:b w:val="0"/>
          <w:i w:val="0"/>
          <w:color w:val="22201D"/>
          <w:sz w:val="17"/>
        </w:rPr>
        <w:t>APPEARANCE OF COMPLETION IS A COMMON PRESSURE SOURCE.</w:t>
      </w:r>
    </w:p>
    <w:p>
      <w:pPr>
        <w:spacing w:after="60" w:line="266" w:lineRule="auto"/>
        <w:ind w:firstLine="331"/>
        <w:jc w:val="both"/>
      </w:pPr>
      <w:r>
        <w:rPr>
          <w:rFonts w:ascii="Georgia" w:hAnsi="Georgia"/>
          <w:b w:val="0"/>
          <w:i w:val="0"/>
          <w:color w:val="22201D"/>
          <w:sz w:val="20"/>
        </w:rPr>
        <w:t>Nico put a hand to his chest.</w:t>
      </w:r>
    </w:p>
    <w:p>
      <w:pPr>
        <w:spacing w:after="60" w:line="266" w:lineRule="auto"/>
        <w:ind w:firstLine="331"/>
        <w:jc w:val="both"/>
      </w:pPr>
      <w:r>
        <w:rPr>
          <w:rFonts w:ascii="Georgia" w:hAnsi="Georgia"/>
          <w:b w:val="0"/>
          <w:i w:val="0"/>
          <w:color w:val="22201D"/>
          <w:sz w:val="20"/>
        </w:rPr>
        <w:t>"I have been attacked by office supplies."</w:t>
      </w:r>
    </w:p>
    <w:p>
      <w:pPr>
        <w:spacing w:after="60" w:line="266" w:lineRule="auto"/>
        <w:ind w:firstLine="331"/>
        <w:jc w:val="both"/>
      </w:pPr>
      <w:r>
        <w:rPr>
          <w:rFonts w:ascii="Georgia" w:hAnsi="Georgia"/>
          <w:b w:val="0"/>
          <w:i w:val="0"/>
          <w:color w:val="22201D"/>
          <w:sz w:val="20"/>
        </w:rPr>
        <w:t>Gerald said, "Crate note is correct."</w:t>
      </w:r>
    </w:p>
    <w:p>
      <w:pPr>
        <w:spacing w:after="60" w:line="266" w:lineRule="auto"/>
        <w:ind w:firstLine="331"/>
        <w:jc w:val="both"/>
      </w:pPr>
      <w:r>
        <w:rPr>
          <w:rFonts w:ascii="Georgia" w:hAnsi="Georgia"/>
          <w:b w:val="0"/>
          <w:i w:val="0"/>
          <w:color w:val="22201D"/>
          <w:sz w:val="20"/>
        </w:rPr>
        <w:t>They packed the rest by weight and contact. Paper liner, mushroom, space, divider, mushroom, space. The crate looked less abundant than the damaged one and more honest.</w:t>
      </w:r>
    </w:p>
    <w:p>
      <w:pPr>
        <w:spacing w:after="60" w:line="266" w:lineRule="auto"/>
        <w:ind w:firstLine="331"/>
        <w:jc w:val="both"/>
      </w:pPr>
      <w:r>
        <w:rPr>
          <w:rFonts w:ascii="Georgia" w:hAnsi="Georgia"/>
          <w:b w:val="0"/>
          <w:i w:val="0"/>
          <w:color w:val="22201D"/>
          <w:sz w:val="20"/>
        </w:rPr>
        <w:t>Flocc touched the side.</w:t>
      </w:r>
    </w:p>
    <w:p>
      <w:pPr>
        <w:spacing w:after="60" w:line="266" w:lineRule="auto"/>
        <w:ind w:firstLine="331"/>
        <w:jc w:val="both"/>
      </w:pPr>
      <w:r>
        <w:rPr>
          <w:rFonts w:ascii="Georgia" w:hAnsi="Georgia"/>
          <w:b w:val="0"/>
          <w:i w:val="0"/>
          <w:color w:val="22201D"/>
          <w:sz w:val="20"/>
        </w:rPr>
        <w:t>"This feels like doing less."</w:t>
      </w:r>
    </w:p>
    <w:p>
      <w:pPr>
        <w:spacing w:after="60" w:line="266" w:lineRule="auto"/>
        <w:ind w:firstLine="331"/>
        <w:jc w:val="both"/>
      </w:pPr>
      <w:r>
        <w:rPr>
          <w:rFonts w:ascii="Georgia" w:hAnsi="Georgia"/>
          <w:b w:val="0"/>
          <w:i w:val="0"/>
          <w:color w:val="22201D"/>
          <w:sz w:val="20"/>
        </w:rPr>
        <w:t>Bob said, "Yes."</w:t>
      </w:r>
    </w:p>
    <w:p>
      <w:pPr>
        <w:spacing w:after="60" w:line="266" w:lineRule="auto"/>
        <w:ind w:firstLine="331"/>
        <w:jc w:val="both"/>
      </w:pPr>
      <w:r>
        <w:rPr>
          <w:rFonts w:ascii="Georgia" w:hAnsi="Georgia"/>
          <w:b w:val="0"/>
          <w:i w:val="0"/>
          <w:color w:val="22201D"/>
          <w:sz w:val="20"/>
        </w:rPr>
        <w:t>"But it carries better."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hate that."</w:t>
      </w:r>
    </w:p>
    <w:p>
      <w:pPr>
        <w:spacing w:after="60" w:line="266" w:lineRule="auto"/>
        <w:ind w:firstLine="331"/>
        <w:jc w:val="both"/>
      </w:pPr>
      <w:r>
        <w:rPr>
          <w:rFonts w:ascii="Georgia" w:hAnsi="Georgia"/>
          <w:b w:val="0"/>
          <w:i w:val="0"/>
          <w:color w:val="22201D"/>
          <w:sz w:val="20"/>
        </w:rPr>
        <w:t>"Useful."</w:t>
      </w:r>
    </w:p>
    <w:p>
      <w:pPr>
        <w:spacing w:after="60" w:line="266" w:lineRule="auto"/>
        <w:ind w:firstLine="331"/>
        <w:jc w:val="both"/>
      </w:pPr>
      <w:r>
        <w:rPr>
          <w:rFonts w:ascii="Georgia" w:hAnsi="Georgia"/>
          <w:b w:val="0"/>
          <w:i w:val="0"/>
          <w:color w:val="22201D"/>
          <w:sz w:val="20"/>
        </w:rPr>
        <w:t>The map printed from the van:</w:t>
      </w:r>
    </w:p>
    <w:p>
      <w:pPr>
        <w:spacing w:after="60" w:line="250" w:lineRule="auto"/>
        <w:ind w:left="202" w:right="173"/>
      </w:pPr>
      <w:r>
        <w:rPr>
          <w:rFonts w:ascii="Georgia" w:hAnsi="Georgia"/>
          <w:b w:val="0"/>
          <w:i w:val="0"/>
          <w:color w:val="22201D"/>
          <w:sz w:val="17"/>
        </w:rPr>
        <w:t>HATRED HAS PREVIOUSLY INTERRUPTED SPEECH. CONTINUING FUNCTION.</w:t>
      </w:r>
    </w:p>
    <w:p>
      <w:pPr>
        <w:spacing w:after="60" w:line="266" w:lineRule="auto"/>
        <w:ind w:firstLine="331"/>
        <w:jc w:val="both"/>
      </w:pPr>
      <w:r>
        <w:rPr>
          <w:rFonts w:ascii="Georgia" w:hAnsi="Georgia"/>
          <w:b w:val="0"/>
          <w:i w:val="0"/>
          <w:color w:val="22201D"/>
          <w:sz w:val="20"/>
        </w:rPr>
        <w:t>Nico said, "The map keeps receipts emotionally."</w:t>
      </w:r>
    </w:p>
    <w:p>
      <w:pPr>
        <w:spacing w:after="60" w:line="266" w:lineRule="auto"/>
        <w:ind w:firstLine="331"/>
        <w:jc w:val="both"/>
      </w:pPr>
      <w:r>
        <w:rPr>
          <w:rFonts w:ascii="Georgia" w:hAnsi="Georgia"/>
          <w:b w:val="0"/>
          <w:i w:val="0"/>
          <w:color w:val="22201D"/>
          <w:sz w:val="20"/>
        </w:rPr>
        <w:t>Steve looked at him.</w:t>
      </w:r>
    </w:p>
    <w:p>
      <w:pPr>
        <w:spacing w:after="60" w:line="266" w:lineRule="auto"/>
        <w:ind w:firstLine="331"/>
        <w:jc w:val="both"/>
      </w:pPr>
      <w:r>
        <w:rPr>
          <w:rFonts w:ascii="Georgia" w:hAnsi="Georgia"/>
          <w:b w:val="0"/>
          <w:i w:val="0"/>
          <w:color w:val="22201D"/>
          <w:sz w:val="20"/>
        </w:rPr>
        <w:t>"We all do."</w:t>
      </w:r>
    </w:p>
    <w:p>
      <w:pPr>
        <w:spacing w:after="60" w:line="266" w:lineRule="auto"/>
        <w:ind w:firstLine="331"/>
        <w:jc w:val="both"/>
      </w:pPr>
      <w:r>
        <w:rPr>
          <w:rFonts w:ascii="Georgia" w:hAnsi="Georgia"/>
          <w:b w:val="0"/>
          <w:i w:val="0"/>
          <w:color w:val="22201D"/>
          <w:sz w:val="20"/>
        </w:rPr>
        <w:t>Nico did not have an immediate joke for that.</w:t>
      </w:r>
    </w:p>
    <w:p>
      <w:pPr>
        <w:spacing w:after="60" w:line="266" w:lineRule="auto"/>
        <w:ind w:firstLine="331"/>
        <w:jc w:val="both"/>
      </w:pPr>
      <w:r>
        <w:rPr>
          <w:rFonts w:ascii="Georgia" w:hAnsi="Georgia"/>
          <w:b w:val="0"/>
          <w:i w:val="0"/>
          <w:color w:val="22201D"/>
          <w:sz w:val="20"/>
        </w:rPr>
        <w:t>The new crate passed Gerald's inspection.</w:t>
      </w:r>
    </w:p>
    <w:p>
      <w:pPr>
        <w:spacing w:after="60" w:line="266" w:lineRule="auto"/>
        <w:ind w:firstLine="331"/>
        <w:jc w:val="both"/>
      </w:pPr>
      <w:r>
        <w:rPr>
          <w:rFonts w:ascii="Georgia" w:hAnsi="Georgia"/>
          <w:b w:val="0"/>
          <w:i w:val="0"/>
          <w:color w:val="22201D"/>
          <w:sz w:val="20"/>
        </w:rPr>
        <w:t>"Stable. Air space present. Weight acceptable. Contact points distributed."</w:t>
      </w:r>
    </w:p>
    <w:p>
      <w:pPr>
        <w:spacing w:after="60" w:line="266" w:lineRule="auto"/>
        <w:ind w:firstLine="331"/>
        <w:jc w:val="both"/>
      </w:pPr>
      <w:r>
        <w:rPr>
          <w:rFonts w:ascii="Georgia" w:hAnsi="Georgia"/>
          <w:b w:val="0"/>
          <w:i w:val="0"/>
          <w:color w:val="22201D"/>
          <w:sz w:val="20"/>
        </w:rPr>
        <w:t>Bob handed Flocc a blank crate note.</w:t>
      </w:r>
    </w:p>
    <w:p>
      <w:pPr>
        <w:spacing w:after="60" w:line="266" w:lineRule="auto"/>
        <w:ind w:firstLine="331"/>
        <w:jc w:val="both"/>
      </w:pPr>
      <w:r>
        <w:rPr>
          <w:rFonts w:ascii="Georgia" w:hAnsi="Georgia"/>
          <w:b w:val="0"/>
          <w:i w:val="0"/>
          <w:color w:val="22201D"/>
          <w:sz w:val="20"/>
        </w:rPr>
        <w:t>"Write."</w:t>
      </w:r>
    </w:p>
    <w:p>
      <w:pPr>
        <w:spacing w:after="60" w:line="266" w:lineRule="auto"/>
        <w:ind w:firstLine="331"/>
        <w:jc w:val="both"/>
      </w:pPr>
      <w:r>
        <w:rPr>
          <w:rFonts w:ascii="Georgia" w:hAnsi="Georgia"/>
          <w:b w:val="0"/>
          <w:i w:val="0"/>
          <w:color w:val="22201D"/>
          <w:sz w:val="20"/>
        </w:rPr>
        <w:t>Flocc took the pencil.</w:t>
      </w:r>
    </w:p>
    <w:p>
      <w:pPr>
        <w:spacing w:after="60" w:line="266" w:lineRule="auto"/>
        <w:ind w:firstLine="331"/>
        <w:jc w:val="both"/>
      </w:pPr>
      <w:r>
        <w:rPr>
          <w:rFonts w:ascii="Georgia" w:hAnsi="Georgia"/>
          <w:b w:val="0"/>
          <w:i w:val="0"/>
          <w:color w:val="22201D"/>
          <w:sz w:val="20"/>
        </w:rPr>
        <w:t>It was short, ordinary, and had been sharpened with a knife.</w:t>
      </w:r>
    </w:p>
    <w:p>
      <w:pPr>
        <w:spacing w:after="60" w:line="266" w:lineRule="auto"/>
        <w:ind w:firstLine="331"/>
        <w:jc w:val="both"/>
      </w:pPr>
      <w:r>
        <w:rPr>
          <w:rFonts w:ascii="Georgia" w:hAnsi="Georgia"/>
          <w:b w:val="0"/>
          <w:i w:val="0"/>
          <w:color w:val="22201D"/>
          <w:sz w:val="20"/>
        </w:rPr>
        <w:t>This was becoming a pattern with meaningful documents. They never arrived with the dignity that would let him outsource the work to ceremony.</w:t>
      </w:r>
    </w:p>
    <w:p>
      <w:pPr>
        <w:spacing w:after="60" w:line="266" w:lineRule="auto"/>
        <w:ind w:firstLine="331"/>
        <w:jc w:val="both"/>
      </w:pPr>
      <w:r>
        <w:rPr>
          <w:rFonts w:ascii="Georgia" w:hAnsi="Georgia"/>
          <w:b w:val="0"/>
          <w:i w:val="0"/>
          <w:color w:val="22201D"/>
          <w:sz w:val="20"/>
        </w:rPr>
        <w:t>The crate note printed its fields:</w:t>
      </w:r>
    </w:p>
    <w:p>
      <w:pPr>
        <w:spacing w:after="60" w:line="250" w:lineRule="auto"/>
        <w:ind w:left="202" w:right="173"/>
      </w:pPr>
      <w:r>
        <w:rPr>
          <w:rFonts w:ascii="Georgia" w:hAnsi="Georgia"/>
          <w:b w:val="0"/>
          <w:i w:val="0"/>
          <w:color w:val="22201D"/>
          <w:sz w:val="17"/>
        </w:rPr>
        <w:t>CRATE NOTE  What bruised:  Where pressure hid:  What changed:  How to carry:  Price paid:</w:t>
      </w:r>
    </w:p>
    <w:p>
      <w:pPr>
        <w:spacing w:after="60" w:line="266" w:lineRule="auto"/>
        <w:ind w:firstLine="331"/>
        <w:jc w:val="both"/>
      </w:pPr>
      <w:r>
        <w:rPr>
          <w:rFonts w:ascii="Georgia" w:hAnsi="Georgia"/>
          <w:b w:val="0"/>
          <w:i w:val="0"/>
          <w:color w:val="22201D"/>
          <w:sz w:val="20"/>
        </w:rPr>
        <w:t>Flocc looked at the crate.</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CRATE NOTE  What bruised: mushrooms in the upper-left layer  Where pressure hid: in overfilling, in edge lifting, in making the crate look complete  What changed: we removed bruised mushrooms instead of hiding them we packed by weight, contact, and air space we let the crate look less impressive so it could arrive whole  How to carry: flat with both hands without using speed as proof of care  Price paid: gentleness</w:t>
      </w:r>
    </w:p>
    <w:p>
      <w:pPr>
        <w:spacing w:after="60" w:line="266" w:lineRule="auto"/>
        <w:ind w:firstLine="331"/>
        <w:jc w:val="both"/>
      </w:pPr>
      <w:r>
        <w:rPr>
          <w:rFonts w:ascii="Georgia" w:hAnsi="Georgia"/>
          <w:b w:val="0"/>
          <w:i w:val="0"/>
          <w:color w:val="22201D"/>
          <w:sz w:val="20"/>
        </w:rPr>
        <w:t>The paper warmed under his hand.</w:t>
      </w:r>
    </w:p>
    <w:p>
      <w:pPr>
        <w:spacing w:after="60" w:line="266" w:lineRule="auto"/>
        <w:ind w:firstLine="331"/>
        <w:jc w:val="both"/>
      </w:pPr>
      <w:r>
        <w:rPr>
          <w:rFonts w:ascii="Georgia" w:hAnsi="Georgia"/>
          <w:b w:val="0"/>
          <w:i w:val="0"/>
          <w:color w:val="22201D"/>
          <w:sz w:val="20"/>
        </w:rPr>
        <w:t>New text appeared:</w:t>
      </w:r>
    </w:p>
    <w:p>
      <w:pPr>
        <w:spacing w:after="60" w:line="250" w:lineRule="auto"/>
        <w:ind w:left="202" w:right="173"/>
      </w:pPr>
      <w:r>
        <w:rPr>
          <w:rFonts w:ascii="Georgia" w:hAnsi="Georgia"/>
          <w:b w:val="0"/>
          <w:i w:val="0"/>
          <w:color w:val="22201D"/>
          <w:sz w:val="17"/>
        </w:rPr>
        <w:t>GENTLENESS IS NOT SOFTNESS. GENTLENESS IS ACCURATE PRESSURE.</w:t>
      </w:r>
    </w:p>
    <w:p>
      <w:pPr>
        <w:spacing w:after="60" w:line="266" w:lineRule="auto"/>
        <w:ind w:firstLine="331"/>
        <w:jc w:val="both"/>
      </w:pPr>
      <w:r>
        <w:rPr>
          <w:rFonts w:ascii="Georgia" w:hAnsi="Georgia"/>
          <w:b w:val="0"/>
          <w:i w:val="0"/>
          <w:color w:val="22201D"/>
          <w:sz w:val="20"/>
        </w:rPr>
        <w:t>Gerald said, "Good note."</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Steve copied it.</w:t>
      </w:r>
    </w:p>
    <w:p>
      <w:pPr>
        <w:spacing w:after="60" w:line="266" w:lineRule="auto"/>
        <w:ind w:firstLine="331"/>
        <w:jc w:val="both"/>
      </w:pPr>
      <w:r>
        <w:rPr>
          <w:rFonts w:ascii="Georgia" w:hAnsi="Georgia"/>
          <w:b w:val="0"/>
          <w:i w:val="0"/>
          <w:color w:val="22201D"/>
          <w:sz w:val="20"/>
        </w:rPr>
        <w:t>Nico looked at the questionable tray.</w:t>
      </w:r>
    </w:p>
    <w:p>
      <w:pPr>
        <w:spacing w:after="60" w:line="266" w:lineRule="auto"/>
        <w:ind w:firstLine="331"/>
        <w:jc w:val="both"/>
      </w:pPr>
      <w:r>
        <w:rPr>
          <w:rFonts w:ascii="Georgia" w:hAnsi="Georgia"/>
          <w:b w:val="0"/>
          <w:i w:val="0"/>
          <w:color w:val="22201D"/>
          <w:sz w:val="20"/>
        </w:rPr>
        <w:t>"What happens to the bruised ones?"</w:t>
      </w:r>
    </w:p>
    <w:p>
      <w:pPr>
        <w:spacing w:after="60" w:line="266" w:lineRule="auto"/>
        <w:ind w:firstLine="331"/>
        <w:jc w:val="both"/>
      </w:pPr>
      <w:r>
        <w:rPr>
          <w:rFonts w:ascii="Georgia" w:hAnsi="Georgia"/>
          <w:b w:val="0"/>
          <w:i w:val="0"/>
          <w:color w:val="22201D"/>
          <w:sz w:val="20"/>
        </w:rPr>
        <w:t>Bob pointed to a stockpot near the wash station.</w:t>
      </w:r>
    </w:p>
    <w:p>
      <w:pPr>
        <w:spacing w:after="60" w:line="266" w:lineRule="auto"/>
        <w:ind w:firstLine="331"/>
        <w:jc w:val="both"/>
      </w:pPr>
      <w:r>
        <w:rPr>
          <w:rFonts w:ascii="Georgia" w:hAnsi="Georgia"/>
          <w:b w:val="0"/>
          <w:i w:val="0"/>
          <w:color w:val="22201D"/>
          <w:sz w:val="20"/>
        </w:rPr>
        <w:t>"Soup."</w:t>
      </w:r>
    </w:p>
    <w:p>
      <w:pPr>
        <w:spacing w:after="60" w:line="266" w:lineRule="auto"/>
        <w:ind w:firstLine="331"/>
        <w:jc w:val="both"/>
      </w:pPr>
      <w:r>
        <w:rPr>
          <w:rFonts w:ascii="Georgia" w:hAnsi="Georgia"/>
          <w:b w:val="0"/>
          <w:i w:val="0"/>
          <w:color w:val="22201D"/>
          <w:sz w:val="20"/>
        </w:rPr>
        <w:t>"So they are not thrown away?"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"But not hidden in the good crate."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Nico picked up the towel again with new caution.</w:t>
      </w:r>
    </w:p>
    <w:p>
      <w:pPr>
        <w:spacing w:after="60" w:line="266" w:lineRule="auto"/>
        <w:ind w:firstLine="331"/>
        <w:jc w:val="both"/>
      </w:pPr>
      <w:r>
        <w:rPr>
          <w:rFonts w:ascii="Georgia" w:hAnsi="Georgia"/>
          <w:b w:val="0"/>
          <w:i w:val="0"/>
          <w:color w:val="22201D"/>
          <w:sz w:val="20"/>
        </w:rPr>
        <w:t>"This farm is emotionally overqualified."</w:t>
      </w:r>
    </w:p>
    <w:p>
      <w:pPr>
        <w:spacing w:after="60" w:line="266" w:lineRule="auto"/>
        <w:ind w:firstLine="331"/>
        <w:jc w:val="both"/>
      </w:pPr>
      <w:r>
        <w:rPr>
          <w:rFonts w:ascii="Georgia" w:hAnsi="Georgia"/>
          <w:b w:val="0"/>
          <w:i w:val="0"/>
          <w:color w:val="22201D"/>
          <w:sz w:val="20"/>
        </w:rPr>
        <w:t>Bob put the crate on the scale one final time.</w:t>
      </w:r>
    </w:p>
    <w:p>
      <w:pPr>
        <w:spacing w:after="60" w:line="266" w:lineRule="auto"/>
        <w:ind w:firstLine="331"/>
        <w:jc w:val="both"/>
      </w:pPr>
      <w:r>
        <w:rPr>
          <w:rFonts w:ascii="Georgia" w:hAnsi="Georgia"/>
          <w:b w:val="0"/>
          <w:i w:val="0"/>
          <w:color w:val="22201D"/>
          <w:sz w:val="20"/>
        </w:rPr>
        <w:t>The scale printed:</w:t>
      </w:r>
    </w:p>
    <w:p>
      <w:pPr>
        <w:spacing w:after="60" w:line="250" w:lineRule="auto"/>
        <w:ind w:left="202" w:right="173"/>
      </w:pPr>
      <w:r>
        <w:rPr>
          <w:rFonts w:ascii="Georgia" w:hAnsi="Georgia"/>
          <w:b w:val="0"/>
          <w:i w:val="0"/>
          <w:color w:val="22201D"/>
          <w:sz w:val="17"/>
        </w:rPr>
        <w:t>ENOUGH. NOT PROUD. ENOUGH.</w:t>
      </w:r>
    </w:p>
    <w:p>
      <w:pPr>
        <w:spacing w:after="60" w:line="266" w:lineRule="auto"/>
        <w:ind w:firstLine="331"/>
        <w:jc w:val="both"/>
      </w:pPr>
      <w:r>
        <w:rPr>
          <w:rFonts w:ascii="Georgia" w:hAnsi="Georgia"/>
          <w:b w:val="0"/>
          <w:i w:val="0"/>
          <w:color w:val="22201D"/>
          <w:sz w:val="20"/>
        </w:rPr>
        <w:t>Flocc smiled despite himself.</w:t>
      </w:r>
    </w:p>
    <w:p>
      <w:pPr>
        <w:spacing w:after="60" w:line="266" w:lineRule="auto"/>
        <w:ind w:firstLine="331"/>
        <w:jc w:val="both"/>
      </w:pPr>
      <w:r>
        <w:rPr>
          <w:rFonts w:ascii="Georgia" w:hAnsi="Georgia"/>
          <w:b w:val="0"/>
          <w:i w:val="0"/>
          <w:color w:val="22201D"/>
          <w:sz w:val="20"/>
        </w:rPr>
        <w:t>Gerald secured the crate lid with two soft straps and one label:</w:t>
      </w:r>
    </w:p>
    <w:p>
      <w:pPr>
        <w:spacing w:after="60" w:line="250" w:lineRule="auto"/>
        <w:ind w:left="202" w:right="173"/>
      </w:pPr>
      <w:r>
        <w:rPr>
          <w:rFonts w:ascii="Georgia" w:hAnsi="Georgia"/>
          <w:b w:val="0"/>
          <w:i w:val="0"/>
          <w:color w:val="22201D"/>
          <w:sz w:val="17"/>
        </w:rPr>
        <w:t>MIXED MUSHROOMS KEEP LEVEL PRESSURE VISIBLE</w:t>
      </w:r>
    </w:p>
    <w:p>
      <w:pPr>
        <w:spacing w:after="60" w:line="266" w:lineRule="auto"/>
        <w:ind w:firstLine="331"/>
        <w:jc w:val="both"/>
      </w:pPr>
      <w:r>
        <w:rPr>
          <w:rFonts w:ascii="Georgia" w:hAnsi="Georgia"/>
          <w:b w:val="0"/>
          <w:i w:val="0"/>
          <w:color w:val="22201D"/>
          <w:sz w:val="20"/>
        </w:rPr>
        <w:t>They carried the crate to the van.</w:t>
      </w:r>
    </w:p>
    <w:p>
      <w:pPr>
        <w:spacing w:after="60" w:line="266" w:lineRule="auto"/>
        <w:ind w:firstLine="331"/>
        <w:jc w:val="both"/>
      </w:pPr>
      <w:r>
        <w:rPr>
          <w:rFonts w:ascii="Georgia" w:hAnsi="Georgia"/>
          <w:b w:val="0"/>
          <w:i w:val="0"/>
          <w:color w:val="22201D"/>
          <w:sz w:val="20"/>
        </w:rPr>
        <w:t>Bob took one side.</w:t>
      </w:r>
    </w:p>
    <w:p>
      <w:pPr>
        <w:spacing w:after="60" w:line="266" w:lineRule="auto"/>
        <w:ind w:firstLine="331"/>
        <w:jc w:val="both"/>
      </w:pPr>
      <w:r>
        <w:rPr>
          <w:rFonts w:ascii="Georgia" w:hAnsi="Georgia"/>
          <w:b w:val="0"/>
          <w:i w:val="0"/>
          <w:color w:val="22201D"/>
          <w:sz w:val="20"/>
        </w:rPr>
        <w:t>Flocc took the other.</w:t>
      </w:r>
    </w:p>
    <w:p>
      <w:pPr>
        <w:spacing w:after="60" w:line="266" w:lineRule="auto"/>
        <w:ind w:firstLine="331"/>
        <w:jc w:val="both"/>
      </w:pPr>
      <w:r>
        <w:rPr>
          <w:rFonts w:ascii="Georgia" w:hAnsi="Georgia"/>
          <w:b w:val="0"/>
          <w:i w:val="0"/>
          <w:color w:val="22201D"/>
          <w:sz w:val="20"/>
        </w:rPr>
        <w:t>Gerald walked beside them, not because they were incompetent, but because cargo ethics deserved witnesses.</w:t>
      </w:r>
    </w:p>
    <w:p>
      <w:pPr>
        <w:spacing w:after="60" w:line="266" w:lineRule="auto"/>
        <w:ind w:firstLine="331"/>
        <w:jc w:val="both"/>
      </w:pPr>
      <w:r>
        <w:rPr>
          <w:rFonts w:ascii="Georgia" w:hAnsi="Georgia"/>
          <w:b w:val="0"/>
          <w:i w:val="0"/>
          <w:color w:val="22201D"/>
          <w:sz w:val="20"/>
        </w:rPr>
        <w:t>The gravel drive was uneven. The crate wanted to tilt twice. Flocc slowed before Gerald corrected him.</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The word was as practical as Bob's and therefore harder-earned.</w:t>
      </w:r>
    </w:p>
    <w:p>
      <w:pPr>
        <w:spacing w:after="60" w:line="266" w:lineRule="auto"/>
        <w:ind w:firstLine="331"/>
        <w:jc w:val="both"/>
      </w:pPr>
      <w:r>
        <w:rPr>
          <w:rFonts w:ascii="Georgia" w:hAnsi="Georgia"/>
          <w:b w:val="0"/>
          <w:i w:val="0"/>
          <w:color w:val="22201D"/>
          <w:sz w:val="20"/>
        </w:rPr>
        <w:t>They loaded the crate beside the sauce carrier, not above it, not against the box marked ROUTE, and not where the red fuel can could shift into it.</w:t>
      </w:r>
    </w:p>
    <w:p>
      <w:pPr>
        <w:spacing w:after="60" w:line="266" w:lineRule="auto"/>
        <w:ind w:firstLine="331"/>
        <w:jc w:val="both"/>
      </w:pPr>
      <w:r>
        <w:rPr>
          <w:rFonts w:ascii="Georgia" w:hAnsi="Georgia"/>
          <w:b w:val="0"/>
          <w:i w:val="0"/>
          <w:color w:val="22201D"/>
          <w:sz w:val="20"/>
        </w:rPr>
        <w:t>Gerald adjusted a strap.</w:t>
      </w:r>
    </w:p>
    <w:p>
      <w:pPr>
        <w:spacing w:after="60" w:line="266" w:lineRule="auto"/>
        <w:ind w:firstLine="331"/>
        <w:jc w:val="both"/>
      </w:pPr>
      <w:r>
        <w:rPr>
          <w:rFonts w:ascii="Georgia" w:hAnsi="Georgia"/>
          <w:b w:val="0"/>
          <w:i w:val="0"/>
          <w:color w:val="22201D"/>
          <w:sz w:val="20"/>
        </w:rPr>
        <w:t>"No compression."</w:t>
      </w:r>
    </w:p>
    <w:p>
      <w:pPr>
        <w:spacing w:after="60" w:line="266" w:lineRule="auto"/>
        <w:ind w:firstLine="331"/>
        <w:jc w:val="both"/>
      </w:pPr>
      <w:r>
        <w:rPr>
          <w:rFonts w:ascii="Georgia" w:hAnsi="Georgia"/>
          <w:b w:val="0"/>
          <w:i w:val="0"/>
          <w:color w:val="22201D"/>
          <w:sz w:val="20"/>
        </w:rPr>
        <w:t>Bob said, "Important."</w:t>
      </w:r>
    </w:p>
    <w:p>
      <w:pPr>
        <w:spacing w:after="60" w:line="266" w:lineRule="auto"/>
        <w:ind w:firstLine="331"/>
        <w:jc w:val="both"/>
      </w:pPr>
      <w:r>
        <w:rPr>
          <w:rFonts w:ascii="Georgia" w:hAnsi="Georgia"/>
          <w:b w:val="0"/>
          <w:i w:val="0"/>
          <w:color w:val="22201D"/>
          <w:sz w:val="20"/>
        </w:rPr>
        <w:t>Flocc placed the crate note flat in the glove compartment with the other route documents. The map note, fuel receipt, drop ticket, sauce label, directory card, returned photo strip, and crate note touched edges in a row.</w:t>
      </w:r>
    </w:p>
    <w:p>
      <w:pPr>
        <w:spacing w:after="60" w:line="266" w:lineRule="auto"/>
        <w:ind w:firstLine="331"/>
        <w:jc w:val="both"/>
      </w:pPr>
      <w:r>
        <w:rPr>
          <w:rFonts w:ascii="Georgia" w:hAnsi="Georgia"/>
          <w:b w:val="0"/>
          <w:i w:val="0"/>
          <w:color w:val="22201D"/>
          <w:sz w:val="20"/>
        </w:rPr>
        <w:t>They remained themselves.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NEXT DOCUMENT: ROAD NOTICE  NEXT CHAPTER: THE PRIVATE ROAD MAINTAINED BY A POTHOLE  PRICE: SLOW DOWN</w:t>
      </w:r>
    </w:p>
    <w:p>
      <w:pPr>
        <w:spacing w:after="60" w:line="266" w:lineRule="auto"/>
        <w:ind w:firstLine="331"/>
        <w:jc w:val="both"/>
      </w:pPr>
      <w:r>
        <w:rPr>
          <w:rFonts w:ascii="Georgia" w:hAnsi="Georgia"/>
          <w:b w:val="0"/>
          <w:i w:val="0"/>
          <w:color w:val="22201D"/>
          <w:sz w:val="20"/>
        </w:rPr>
        <w:t>Nico looked out at the gravel drive.</w:t>
      </w:r>
    </w:p>
    <w:p>
      <w:pPr>
        <w:spacing w:after="60" w:line="266" w:lineRule="auto"/>
        <w:ind w:firstLine="331"/>
        <w:jc w:val="both"/>
      </w:pPr>
      <w:r>
        <w:rPr>
          <w:rFonts w:ascii="Georgia" w:hAnsi="Georgia"/>
          <w:b w:val="0"/>
          <w:i w:val="0"/>
          <w:color w:val="22201D"/>
          <w:sz w:val="20"/>
        </w:rPr>
        <w:t>"A pothole gets a chapter?"</w:t>
      </w:r>
    </w:p>
    <w:p>
      <w:pPr>
        <w:spacing w:after="60" w:line="266" w:lineRule="auto"/>
        <w:ind w:firstLine="331"/>
        <w:jc w:val="both"/>
      </w:pPr>
      <w:r>
        <w:rPr>
          <w:rFonts w:ascii="Georgia" w:hAnsi="Georgia"/>
          <w:b w:val="0"/>
          <w:i w:val="0"/>
          <w:color w:val="22201D"/>
          <w:sz w:val="20"/>
        </w:rPr>
        <w:t>Gerald closed the rear doors.</w:t>
      </w:r>
    </w:p>
    <w:p>
      <w:pPr>
        <w:spacing w:after="60" w:line="266" w:lineRule="auto"/>
        <w:ind w:firstLine="331"/>
        <w:jc w:val="both"/>
      </w:pPr>
      <w:r>
        <w:rPr>
          <w:rFonts w:ascii="Georgia" w:hAnsi="Georgia"/>
          <w:b w:val="0"/>
          <w:i w:val="0"/>
          <w:color w:val="22201D"/>
          <w:sz w:val="20"/>
        </w:rPr>
        <w:t>"A pothole can prevent a rollover."</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SOMEONE IS READY.</w:t>
      </w:r>
    </w:p>
    <w:p>
      <w:pPr>
        <w:spacing w:after="60" w:line="266" w:lineRule="auto"/>
        <w:ind w:firstLine="331"/>
        <w:jc w:val="both"/>
      </w:pPr>
      <w:r>
        <w:rPr>
          <w:rFonts w:ascii="Georgia" w:hAnsi="Georgia"/>
          <w:b w:val="0"/>
          <w:i w:val="0"/>
          <w:color w:val="22201D"/>
          <w:sz w:val="20"/>
        </w:rPr>
        <w:t>Bob started the van.</w:t>
      </w:r>
    </w:p>
    <w:p>
      <w:pPr>
        <w:spacing w:after="60" w:line="266" w:lineRule="auto"/>
        <w:ind w:firstLine="331"/>
        <w:jc w:val="both"/>
      </w:pPr>
      <w:r>
        <w:rPr>
          <w:rFonts w:ascii="Georgia" w:hAnsi="Georgia"/>
          <w:b w:val="0"/>
          <w:i w:val="0"/>
          <w:color w:val="22201D"/>
          <w:sz w:val="20"/>
        </w:rPr>
        <w:t>Flocc looked back once through the cargo reflection. The mushroom crate did not look heroic. It looked level.</w:t>
      </w:r>
    </w:p>
    <w:p>
      <w:pPr>
        <w:spacing w:after="60" w:line="266" w:lineRule="auto"/>
        <w:ind w:firstLine="331"/>
        <w:jc w:val="both"/>
      </w:pPr>
      <w:r>
        <w:rPr>
          <w:rFonts w:ascii="Georgia" w:hAnsi="Georgia"/>
          <w:b w:val="0"/>
          <w:i w:val="0"/>
          <w:color w:val="22201D"/>
          <w:sz w:val="20"/>
        </w:rPr>
        <w:t>For the first time in several chapters, that felt like enough.</w:t>
      </w:r>
    </w:p>
    <w:p>
      <w:pPr>
        <w:spacing w:after="60" w:line="266" w:lineRule="auto"/>
        <w:ind w:firstLine="331"/>
        <w:jc w:val="both"/>
      </w:pPr>
      <w:r>
        <w:rPr>
          <w:rFonts w:ascii="Georgia" w:hAnsi="Georgia"/>
          <w:b w:val="0"/>
          <w:i w:val="0"/>
          <w:color w:val="22201D"/>
          <w:sz w:val="20"/>
        </w:rPr>
        <w:t>Not proud.</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The Private Road Maintained by a Pothole</w:t>
      </w:r>
    </w:p>
    <w:p>
      <w:pPr>
        <w:spacing w:after="60" w:line="266" w:lineRule="auto"/>
        <w:ind w:firstLine="0"/>
        <w:jc w:val="both"/>
      </w:pPr>
      <w:r>
        <w:rPr>
          <w:rFonts w:ascii="Georgia" w:hAnsi="Georgia"/>
          <w:b w:val="0"/>
          <w:i w:val="0"/>
          <w:color w:val="22201D"/>
          <w:sz w:val="20"/>
        </w:rPr>
        <w:t>In which the route slows before pride can damage cargo, a pothole performs public service without public funding, and a road notice explains why delay is sometimes structural mercy.</w:t>
      </w:r>
    </w:p>
    <w:p>
      <w:pPr>
        <w:spacing w:after="60" w:line="266" w:lineRule="auto"/>
        <w:ind w:firstLine="331"/>
        <w:jc w:val="both"/>
      </w:pPr>
      <w:r>
        <w:rPr>
          <w:rFonts w:ascii="Georgia" w:hAnsi="Georgia"/>
          <w:b w:val="0"/>
          <w:i w:val="0"/>
          <w:color w:val="22201D"/>
          <w:sz w:val="20"/>
        </w:rPr>
        <w:t>The pothole had a sign.</w:t>
      </w:r>
    </w:p>
    <w:p>
      <w:pPr>
        <w:spacing w:after="60" w:line="266" w:lineRule="auto"/>
        <w:ind w:firstLine="331"/>
        <w:jc w:val="both"/>
      </w:pPr>
      <w:r>
        <w:rPr>
          <w:rFonts w:ascii="Georgia" w:hAnsi="Georgia"/>
          <w:b w:val="0"/>
          <w:i w:val="0"/>
          <w:color w:val="22201D"/>
          <w:sz w:val="20"/>
        </w:rPr>
        <w:t>This gave Nico hope for civilization and then immediately took it away.</w:t>
      </w:r>
    </w:p>
    <w:p>
      <w:pPr>
        <w:spacing w:after="60" w:line="250" w:lineRule="auto"/>
        <w:ind w:left="202" w:right="173"/>
      </w:pPr>
      <w:r>
        <w:rPr>
          <w:rFonts w:ascii="Georgia" w:hAnsi="Georgia"/>
          <w:b w:val="0"/>
          <w:i w:val="0"/>
          <w:color w:val="22201D"/>
          <w:sz w:val="17"/>
        </w:rPr>
        <w:t>PRIVATE ROAD POTHOLE MAINTAINED FOR SAFETY DO NOT IMPROVE WITHOUT PERMISSION</w:t>
      </w:r>
    </w:p>
    <w:p>
      <w:pPr>
        <w:spacing w:after="60" w:line="266" w:lineRule="auto"/>
        <w:ind w:firstLine="331"/>
        <w:jc w:val="both"/>
      </w:pPr>
      <w:r>
        <w:rPr>
          <w:rFonts w:ascii="Georgia" w:hAnsi="Georgia"/>
          <w:b w:val="0"/>
          <w:i w:val="0"/>
          <w:color w:val="22201D"/>
          <w:sz w:val="20"/>
        </w:rPr>
        <w:t>Nico leaned forward between the seats.</w:t>
      </w:r>
    </w:p>
    <w:p>
      <w:pPr>
        <w:spacing w:after="60" w:line="266" w:lineRule="auto"/>
        <w:ind w:firstLine="331"/>
        <w:jc w:val="both"/>
      </w:pPr>
      <w:r>
        <w:rPr>
          <w:rFonts w:ascii="Georgia" w:hAnsi="Georgia"/>
          <w:b w:val="0"/>
          <w:i w:val="0"/>
          <w:color w:val="22201D"/>
          <w:sz w:val="20"/>
        </w:rPr>
        <w:t>"That is not how maintenance works."</w:t>
      </w:r>
    </w:p>
    <w:p>
      <w:pPr>
        <w:spacing w:after="60" w:line="266" w:lineRule="auto"/>
        <w:ind w:firstLine="331"/>
        <w:jc w:val="both"/>
      </w:pPr>
      <w:r>
        <w:rPr>
          <w:rFonts w:ascii="Georgia" w:hAnsi="Georgia"/>
          <w:b w:val="0"/>
          <w:i w:val="0"/>
          <w:color w:val="22201D"/>
          <w:sz w:val="20"/>
        </w:rPr>
        <w:t>Gerald looked through the windshield.</w:t>
      </w:r>
    </w:p>
    <w:p>
      <w:pPr>
        <w:spacing w:after="60" w:line="266" w:lineRule="auto"/>
        <w:ind w:firstLine="331"/>
        <w:jc w:val="both"/>
      </w:pPr>
      <w:r>
        <w:rPr>
          <w:rFonts w:ascii="Georgia" w:hAnsi="Georgia"/>
          <w:b w:val="0"/>
          <w:i w:val="0"/>
          <w:color w:val="22201D"/>
          <w:sz w:val="20"/>
        </w:rPr>
        <w:t>"Depends who is maintaining what."</w:t>
      </w:r>
    </w:p>
    <w:p>
      <w:pPr>
        <w:spacing w:after="60" w:line="266" w:lineRule="auto"/>
        <w:ind w:firstLine="331"/>
        <w:jc w:val="both"/>
      </w:pPr>
      <w:r>
        <w:rPr>
          <w:rFonts w:ascii="Georgia" w:hAnsi="Georgia"/>
          <w:b w:val="0"/>
          <w:i w:val="0"/>
          <w:color w:val="22201D"/>
          <w:sz w:val="20"/>
        </w:rPr>
        <w:t>The road ahead was narrow, tree-shadowed, and badly paved in the targeted way that suggested neglect had become policy. It turned off a county road behind a mailbox cluster, crossed a shallow ditch by way of a culvert, and ran between blackberry canes, wet grass, and a fence that had been repaired with three different philosophies of wire.</w:t>
      </w:r>
    </w:p>
    <w:p>
      <w:pPr>
        <w:spacing w:after="60" w:line="266" w:lineRule="auto"/>
        <w:ind w:firstLine="331"/>
        <w:jc w:val="both"/>
      </w:pPr>
      <w:r>
        <w:rPr>
          <w:rFonts w:ascii="Georgia" w:hAnsi="Georgia"/>
          <w:b w:val="0"/>
          <w:i w:val="0"/>
          <w:color w:val="22201D"/>
          <w:sz w:val="20"/>
        </w:rPr>
        <w:t>The pothole sat twenty yards in.</w:t>
      </w:r>
    </w:p>
    <w:p>
      <w:pPr>
        <w:spacing w:after="60" w:line="266" w:lineRule="auto"/>
        <w:ind w:firstLine="331"/>
        <w:jc w:val="both"/>
      </w:pPr>
      <w:r>
        <w:rPr>
          <w:rFonts w:ascii="Georgia" w:hAnsi="Georgia"/>
          <w:b w:val="0"/>
          <w:i w:val="0"/>
          <w:color w:val="22201D"/>
          <w:sz w:val="20"/>
        </w:rPr>
        <w:t>It was not enormous.</w:t>
      </w:r>
    </w:p>
    <w:p>
      <w:pPr>
        <w:spacing w:after="60" w:line="266" w:lineRule="auto"/>
        <w:ind w:firstLine="331"/>
        <w:jc w:val="both"/>
      </w:pPr>
      <w:r>
        <w:rPr>
          <w:rFonts w:ascii="Georgia" w:hAnsi="Georgia"/>
          <w:b w:val="0"/>
          <w:i w:val="0"/>
          <w:color w:val="22201D"/>
          <w:sz w:val="20"/>
        </w:rPr>
        <w:t>That mattered.</w:t>
      </w:r>
    </w:p>
    <w:p>
      <w:pPr>
        <w:spacing w:after="60" w:line="266" w:lineRule="auto"/>
        <w:ind w:firstLine="331"/>
        <w:jc w:val="both"/>
      </w:pPr>
      <w:r>
        <w:rPr>
          <w:rFonts w:ascii="Georgia" w:hAnsi="Georgia"/>
          <w:b w:val="0"/>
          <w:i w:val="0"/>
          <w:color w:val="22201D"/>
          <w:sz w:val="20"/>
        </w:rPr>
        <w:t>An enormous pothole would have been easy to respect. This one was medium-sized, inconvenient, and almost avoidable if a driver believed just enough in his own skill to become dangerous.</w:t>
      </w:r>
    </w:p>
    <w:p>
      <w:pPr>
        <w:spacing w:after="60" w:line="266" w:lineRule="auto"/>
        <w:ind w:firstLine="331"/>
        <w:jc w:val="both"/>
      </w:pPr>
      <w:r>
        <w:rPr>
          <w:rFonts w:ascii="Georgia" w:hAnsi="Georgia"/>
          <w:b w:val="0"/>
          <w:i w:val="0"/>
          <w:color w:val="22201D"/>
          <w:sz w:val="20"/>
        </w:rPr>
        <w:t>Bob stopped before the turn.</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NEXT DOCUMENT: ROAD NOTICE  PRICE: SLOW DOWN</w:t>
      </w:r>
    </w:p>
    <w:p>
      <w:pPr>
        <w:spacing w:after="60" w:line="266" w:lineRule="auto"/>
        <w:ind w:firstLine="331"/>
        <w:jc w:val="both"/>
      </w:pPr>
      <w:r>
        <w:rPr>
          <w:rFonts w:ascii="Georgia" w:hAnsi="Georgia"/>
          <w:b w:val="0"/>
          <w:i w:val="0"/>
          <w:color w:val="22201D"/>
          <w:sz w:val="20"/>
        </w:rPr>
        <w:t>Flocc looked back through the cargo reflection. The mushroom crate sat level beside the sauce carrier and the box marked ROUTE. The red fuel can was secured. The route documents lay flat in the glove compartment.</w:t>
      </w:r>
    </w:p>
    <w:p>
      <w:pPr>
        <w:spacing w:after="60" w:line="266" w:lineRule="auto"/>
        <w:ind w:firstLine="331"/>
        <w:jc w:val="both"/>
      </w:pPr>
      <w:r>
        <w:rPr>
          <w:rFonts w:ascii="Georgia" w:hAnsi="Georgia"/>
          <w:b w:val="0"/>
          <w:i w:val="0"/>
          <w:color w:val="22201D"/>
          <w:sz w:val="20"/>
        </w:rPr>
        <w:t>The crate note still felt fresh in his hands.</w:t>
      </w:r>
    </w:p>
    <w:p>
      <w:pPr>
        <w:spacing w:after="60" w:line="266" w:lineRule="auto"/>
        <w:ind w:firstLine="331"/>
        <w:jc w:val="both"/>
      </w:pPr>
      <w:r>
        <w:rPr>
          <w:rFonts w:ascii="Georgia" w:hAnsi="Georgia"/>
          <w:b w:val="0"/>
          <w:i w:val="0"/>
          <w:color w:val="22201D"/>
          <w:sz w:val="20"/>
        </w:rPr>
        <w:t>Gentleness is accurate pressure.</w:t>
      </w:r>
    </w:p>
    <w:p>
      <w:pPr>
        <w:spacing w:after="60" w:line="266" w:lineRule="auto"/>
        <w:ind w:firstLine="331"/>
        <w:jc w:val="both"/>
      </w:pPr>
      <w:r>
        <w:rPr>
          <w:rFonts w:ascii="Georgia" w:hAnsi="Georgia"/>
          <w:b w:val="0"/>
          <w:i w:val="0"/>
          <w:color w:val="22201D"/>
          <w:sz w:val="20"/>
        </w:rPr>
        <w:t>Gerald got out before anyone asked.</w:t>
      </w:r>
    </w:p>
    <w:p>
      <w:pPr>
        <w:spacing w:after="60" w:line="266" w:lineRule="auto"/>
        <w:ind w:firstLine="331"/>
        <w:jc w:val="both"/>
      </w:pPr>
      <w:r>
        <w:rPr>
          <w:rFonts w:ascii="Georgia" w:hAnsi="Georgia"/>
          <w:b w:val="0"/>
          <w:i w:val="0"/>
          <w:color w:val="22201D"/>
          <w:sz w:val="20"/>
        </w:rPr>
        <w:t>"Road inspection."</w:t>
      </w:r>
    </w:p>
    <w:p>
      <w:pPr>
        <w:spacing w:after="60" w:line="266" w:lineRule="auto"/>
        <w:ind w:firstLine="331"/>
        <w:jc w:val="both"/>
      </w:pPr>
      <w:r>
        <w:rPr>
          <w:rFonts w:ascii="Georgia" w:hAnsi="Georgia"/>
          <w:b w:val="0"/>
          <w:i w:val="0"/>
          <w:color w:val="22201D"/>
          <w:sz w:val="20"/>
        </w:rPr>
        <w:t>Nico said, "Do we have time?"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QUESTION IDENTIFIED AS PROBLEM.</w:t>
      </w:r>
    </w:p>
    <w:p>
      <w:pPr>
        <w:spacing w:after="60" w:line="266" w:lineRule="auto"/>
        <w:ind w:firstLine="331"/>
        <w:jc w:val="both"/>
      </w:pPr>
      <w:r>
        <w:rPr>
          <w:rFonts w:ascii="Georgia" w:hAnsi="Georgia"/>
          <w:b w:val="0"/>
          <w:i w:val="0"/>
          <w:color w:val="22201D"/>
          <w:sz w:val="20"/>
        </w:rPr>
        <w:t>Bob said, "We have route."</w:t>
      </w:r>
    </w:p>
    <w:p>
      <w:pPr>
        <w:spacing w:after="60" w:line="266" w:lineRule="auto"/>
        <w:ind w:firstLine="331"/>
        <w:jc w:val="both"/>
      </w:pPr>
      <w:r>
        <w:rPr>
          <w:rFonts w:ascii="Georgia" w:hAnsi="Georgia"/>
          <w:b w:val="0"/>
          <w:i w:val="0"/>
          <w:color w:val="22201D"/>
          <w:sz w:val="20"/>
        </w:rPr>
        <w:t>Gerald walked to the entrance of the private road, checked the shoulder, the ditch, the culvert, the grade, the visible pothole, and the line of the road beyond it.</w:t>
      </w:r>
    </w:p>
    <w:p>
      <w:pPr>
        <w:spacing w:after="60" w:line="266" w:lineRule="auto"/>
        <w:ind w:firstLine="331"/>
        <w:jc w:val="both"/>
      </w:pPr>
      <w:r>
        <w:rPr>
          <w:rFonts w:ascii="Georgia" w:hAnsi="Georgia"/>
          <w:b w:val="0"/>
          <w:i w:val="0"/>
          <w:color w:val="22201D"/>
          <w:sz w:val="20"/>
        </w:rPr>
        <w:t>Steve opened the record book.</w:t>
      </w:r>
    </w:p>
    <w:p>
      <w:pPr>
        <w:spacing w:after="60" w:line="266" w:lineRule="auto"/>
        <w:ind w:firstLine="331"/>
        <w:jc w:val="both"/>
      </w:pPr>
      <w:r>
        <w:rPr>
          <w:rFonts w:ascii="Georgia" w:hAnsi="Georgia"/>
          <w:b w:val="0"/>
          <w:i w:val="0"/>
          <w:color w:val="22201D"/>
          <w:sz w:val="20"/>
        </w:rPr>
        <w:t>Bob said, "Not yet."</w:t>
      </w:r>
    </w:p>
    <w:p>
      <w:pPr>
        <w:spacing w:after="60" w:line="266" w:lineRule="auto"/>
        <w:ind w:firstLine="331"/>
        <w:jc w:val="both"/>
      </w:pPr>
      <w:r>
        <w:rPr>
          <w:rFonts w:ascii="Georgia" w:hAnsi="Georgia"/>
          <w:b w:val="0"/>
          <w:i w:val="0"/>
          <w:color w:val="22201D"/>
          <w:sz w:val="20"/>
        </w:rPr>
        <w:t>Steve closed it one inch.</w:t>
      </w:r>
    </w:p>
    <w:p>
      <w:pPr>
        <w:spacing w:after="60" w:line="266" w:lineRule="auto"/>
        <w:ind w:firstLine="331"/>
        <w:jc w:val="both"/>
      </w:pPr>
      <w:r>
        <w:rPr>
          <w:rFonts w:ascii="Georgia" w:hAnsi="Georgia"/>
          <w:b w:val="0"/>
          <w:i w:val="0"/>
          <w:color w:val="22201D"/>
          <w:sz w:val="20"/>
        </w:rPr>
        <w:t>"I was only preparing."</w:t>
      </w:r>
    </w:p>
    <w:p>
      <w:pPr>
        <w:spacing w:after="60" w:line="266" w:lineRule="auto"/>
        <w:ind w:firstLine="331"/>
        <w:jc w:val="both"/>
      </w:pPr>
      <w:r>
        <w:rPr>
          <w:rFonts w:ascii="Georgia" w:hAnsi="Georgia"/>
          <w:b w:val="0"/>
          <w:i w:val="0"/>
          <w:color w:val="22201D"/>
          <w:sz w:val="20"/>
        </w:rPr>
        <w:t>"Preparation can hurry."</w:t>
      </w:r>
    </w:p>
    <w:p>
      <w:pPr>
        <w:spacing w:after="60" w:line="266" w:lineRule="auto"/>
        <w:ind w:firstLine="331"/>
        <w:jc w:val="both"/>
      </w:pPr>
      <w:r>
        <w:rPr>
          <w:rFonts w:ascii="Georgia" w:hAnsi="Georgia"/>
          <w:b w:val="0"/>
          <w:i w:val="0"/>
          <w:color w:val="22201D"/>
          <w:sz w:val="20"/>
        </w:rPr>
        <w:t>Steve closed it the rest of the way.</w:t>
      </w:r>
    </w:p>
    <w:p>
      <w:pPr>
        <w:spacing w:after="60" w:line="266" w:lineRule="auto"/>
        <w:ind w:firstLine="331"/>
        <w:jc w:val="both"/>
      </w:pPr>
      <w:r>
        <w:rPr>
          <w:rFonts w:ascii="Georgia" w:hAnsi="Georgia"/>
          <w:b w:val="0"/>
          <w:i w:val="0"/>
          <w:color w:val="22201D"/>
          <w:sz w:val="20"/>
        </w:rPr>
        <w:t>Nico whispered, "That man is being persecuted by process."</w:t>
      </w:r>
    </w:p>
    <w:p>
      <w:pPr>
        <w:spacing w:after="60" w:line="266" w:lineRule="auto"/>
        <w:ind w:firstLine="331"/>
        <w:jc w:val="both"/>
      </w:pPr>
      <w:r>
        <w:rPr>
          <w:rFonts w:ascii="Georgia" w:hAnsi="Georgia"/>
          <w:b w:val="0"/>
          <w:i w:val="0"/>
          <w:color w:val="22201D"/>
          <w:sz w:val="20"/>
        </w:rPr>
        <w:t>The pothole did not glow.</w:t>
      </w:r>
    </w:p>
    <w:p>
      <w:pPr>
        <w:spacing w:after="60" w:line="266" w:lineRule="auto"/>
        <w:ind w:firstLine="331"/>
        <w:jc w:val="both"/>
      </w:pPr>
      <w:r>
        <w:rPr>
          <w:rFonts w:ascii="Georgia" w:hAnsi="Georgia"/>
          <w:b w:val="0"/>
          <w:i w:val="0"/>
          <w:color w:val="22201D"/>
          <w:sz w:val="20"/>
        </w:rPr>
        <w:t>It held water.</w:t>
      </w:r>
    </w:p>
    <w:p>
      <w:pPr>
        <w:spacing w:after="60" w:line="266" w:lineRule="auto"/>
        <w:ind w:firstLine="331"/>
        <w:jc w:val="both"/>
      </w:pPr>
      <w:r>
        <w:rPr>
          <w:rFonts w:ascii="Georgia" w:hAnsi="Georgia"/>
          <w:b w:val="0"/>
          <w:i w:val="0"/>
          <w:color w:val="22201D"/>
          <w:sz w:val="20"/>
        </w:rPr>
        <w:t>The water reflected a piece of sky, a branch, and the front of the van in a warped oval. The reflection made the van look slightly proud and therefore suspicious.</w:t>
      </w:r>
    </w:p>
    <w:p>
      <w:pPr>
        <w:spacing w:after="60" w:line="266" w:lineRule="auto"/>
        <w:ind w:firstLine="331"/>
        <w:jc w:val="both"/>
      </w:pPr>
      <w:r>
        <w:rPr>
          <w:rFonts w:ascii="Georgia" w:hAnsi="Georgia"/>
          <w:b w:val="0"/>
          <w:i w:val="0"/>
          <w:color w:val="22201D"/>
          <w:sz w:val="20"/>
        </w:rPr>
        <w:t>Gerald returned.</w:t>
      </w:r>
    </w:p>
    <w:p>
      <w:pPr>
        <w:spacing w:after="60" w:line="266" w:lineRule="auto"/>
        <w:ind w:firstLine="331"/>
        <w:jc w:val="both"/>
      </w:pPr>
      <w:r>
        <w:rPr>
          <w:rFonts w:ascii="Georgia" w:hAnsi="Georgia"/>
          <w:b w:val="0"/>
          <w:i w:val="0"/>
          <w:color w:val="22201D"/>
          <w:sz w:val="20"/>
        </w:rPr>
        <w:t>"Pothole is avoidable if empty. Not safely avoidable with current load. Right edge slopes toward ditch. Left edge has hidden gravel washout. Center approach at low speed is safest."</w:t>
      </w:r>
    </w:p>
    <w:p>
      <w:pPr>
        <w:spacing w:after="60" w:line="266" w:lineRule="auto"/>
        <w:ind w:firstLine="331"/>
        <w:jc w:val="both"/>
      </w:pPr>
      <w:r>
        <w:rPr>
          <w:rFonts w:ascii="Georgia" w:hAnsi="Georgia"/>
          <w:b w:val="0"/>
          <w:i w:val="0"/>
          <w:color w:val="22201D"/>
          <w:sz w:val="20"/>
        </w:rPr>
        <w:t>Nico stared at him.</w:t>
      </w:r>
    </w:p>
    <w:p>
      <w:pPr>
        <w:spacing w:after="60" w:line="266" w:lineRule="auto"/>
        <w:ind w:firstLine="331"/>
        <w:jc w:val="both"/>
      </w:pPr>
      <w:r>
        <w:rPr>
          <w:rFonts w:ascii="Georgia" w:hAnsi="Georgia"/>
          <w:b w:val="0"/>
          <w:i w:val="0"/>
          <w:color w:val="22201D"/>
          <w:sz w:val="20"/>
        </w:rPr>
        <w:t>"So we drive through the pothole?"</w:t>
      </w:r>
    </w:p>
    <w:p>
      <w:pPr>
        <w:spacing w:after="60" w:line="266" w:lineRule="auto"/>
        <w:ind w:firstLine="331"/>
        <w:jc w:val="both"/>
      </w:pPr>
      <w:r>
        <w:rPr>
          <w:rFonts w:ascii="Georgia" w:hAnsi="Georgia"/>
          <w:b w:val="0"/>
          <w:i w:val="0"/>
          <w:color w:val="22201D"/>
          <w:sz w:val="20"/>
        </w:rPr>
        <w:t>"Slowly."</w:t>
      </w:r>
    </w:p>
    <w:p>
      <w:pPr>
        <w:spacing w:after="60" w:line="266" w:lineRule="auto"/>
        <w:ind w:firstLine="331"/>
        <w:jc w:val="both"/>
      </w:pPr>
      <w:r>
        <w:rPr>
          <w:rFonts w:ascii="Georgia" w:hAnsi="Georgia"/>
          <w:b w:val="0"/>
          <w:i w:val="0"/>
          <w:color w:val="22201D"/>
          <w:sz w:val="20"/>
        </w:rPr>
        <w:t>"The pothole is the safe path?"</w:t>
      </w:r>
    </w:p>
    <w:p>
      <w:pPr>
        <w:spacing w:after="60" w:line="266" w:lineRule="auto"/>
        <w:ind w:firstLine="331"/>
        <w:jc w:val="both"/>
      </w:pPr>
      <w:r>
        <w:rPr>
          <w:rFonts w:ascii="Georgia" w:hAnsi="Georgia"/>
          <w:b w:val="0"/>
          <w:i w:val="0"/>
          <w:color w:val="22201D"/>
          <w:sz w:val="20"/>
        </w:rPr>
        <w:t>Gerald looked genuinely annoyed that this was surprising.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sign added a line:</w:t>
      </w:r>
    </w:p>
    <w:p>
      <w:pPr>
        <w:spacing w:after="60" w:line="250" w:lineRule="auto"/>
        <w:ind w:left="202" w:right="173"/>
      </w:pPr>
      <w:r>
        <w:rPr>
          <w:rFonts w:ascii="Georgia" w:hAnsi="Georgia"/>
          <w:b w:val="0"/>
          <w:i w:val="0"/>
          <w:color w:val="22201D"/>
          <w:sz w:val="17"/>
        </w:rPr>
        <w:t>SOMEONE READ THE ROAD.</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Bob put the van in gear.</w:t>
      </w:r>
    </w:p>
    <w:p>
      <w:pPr>
        <w:spacing w:after="60" w:line="266" w:lineRule="auto"/>
        <w:ind w:firstLine="331"/>
        <w:jc w:val="both"/>
      </w:pPr>
      <w:r>
        <w:rPr>
          <w:rFonts w:ascii="Georgia" w:hAnsi="Georgia"/>
          <w:b w:val="0"/>
          <w:i w:val="0"/>
          <w:color w:val="22201D"/>
          <w:sz w:val="20"/>
        </w:rPr>
        <w:t>Flocc put one hand lightly on the side panel, not to hold the cargo in place, which would have been useless, but to remind himself that the cargo existed before the desire to be done.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DO NOT BRACE TO CONTROL. BRACE TO NOTICE.</w:t>
      </w:r>
    </w:p>
    <w:p>
      <w:pPr>
        <w:spacing w:after="60" w:line="266" w:lineRule="auto"/>
        <w:ind w:firstLine="331"/>
        <w:jc w:val="both"/>
      </w:pPr>
      <w:r>
        <w:rPr>
          <w:rFonts w:ascii="Georgia" w:hAnsi="Georgia"/>
          <w:b w:val="0"/>
          <w:i w:val="0"/>
          <w:color w:val="22201D"/>
          <w:sz w:val="20"/>
        </w:rPr>
        <w:t>Flocc adjusted his hand.</w:t>
      </w:r>
    </w:p>
    <w:p>
      <w:pPr>
        <w:spacing w:after="60" w:line="266" w:lineRule="auto"/>
        <w:ind w:firstLine="331"/>
        <w:jc w:val="both"/>
      </w:pPr>
      <w:r>
        <w:rPr>
          <w:rFonts w:ascii="Georgia" w:hAnsi="Georgia"/>
          <w:b w:val="0"/>
          <w:i w:val="0"/>
          <w:color w:val="22201D"/>
          <w:sz w:val="20"/>
        </w:rPr>
        <w:t>The van turned onto the private road.</w:t>
      </w:r>
    </w:p>
    <w:p>
      <w:pPr>
        <w:spacing w:after="60" w:line="266" w:lineRule="auto"/>
        <w:ind w:firstLine="331"/>
        <w:jc w:val="both"/>
      </w:pPr>
      <w:r>
        <w:rPr>
          <w:rFonts w:ascii="Georgia" w:hAnsi="Georgia"/>
          <w:b w:val="0"/>
          <w:i w:val="0"/>
          <w:color w:val="22201D"/>
          <w:sz w:val="20"/>
        </w:rPr>
        <w:t>Everything slowed.</w:t>
      </w:r>
    </w:p>
    <w:p>
      <w:pPr>
        <w:spacing w:after="60" w:line="266" w:lineRule="auto"/>
        <w:ind w:firstLine="331"/>
        <w:jc w:val="both"/>
      </w:pPr>
      <w:r>
        <w:rPr>
          <w:rFonts w:ascii="Georgia" w:hAnsi="Georgia"/>
          <w:b w:val="0"/>
          <w:i w:val="0"/>
          <w:color w:val="22201D"/>
          <w:sz w:val="20"/>
        </w:rPr>
        <w:t>Not gracefully.</w:t>
      </w:r>
    </w:p>
    <w:p>
      <w:pPr>
        <w:spacing w:after="60" w:line="266" w:lineRule="auto"/>
        <w:ind w:firstLine="331"/>
        <w:jc w:val="both"/>
      </w:pPr>
      <w:r>
        <w:rPr>
          <w:rFonts w:ascii="Georgia" w:hAnsi="Georgia"/>
          <w:b w:val="0"/>
          <w:i w:val="0"/>
          <w:color w:val="22201D"/>
          <w:sz w:val="20"/>
        </w:rPr>
        <w:t>Mechanically.</w:t>
      </w:r>
    </w:p>
    <w:p>
      <w:pPr>
        <w:spacing w:after="60" w:line="266" w:lineRule="auto"/>
        <w:ind w:firstLine="331"/>
        <w:jc w:val="both"/>
      </w:pPr>
      <w:r>
        <w:rPr>
          <w:rFonts w:ascii="Georgia" w:hAnsi="Georgia"/>
          <w:b w:val="0"/>
          <w:i w:val="0"/>
          <w:color w:val="22201D"/>
          <w:sz w:val="20"/>
        </w:rPr>
        <w:t>The tires crunched over gravel. The suspension lowered and lifted. The mushroom crate did not slide. The sauce carrier did not tip. The box marked ROUTE stayed strapped, which made Gerald's earlier strap work feel less like fussing and more like prophecy with buckles.</w:t>
      </w:r>
    </w:p>
    <w:p>
      <w:pPr>
        <w:spacing w:after="60" w:line="266" w:lineRule="auto"/>
        <w:ind w:firstLine="331"/>
        <w:jc w:val="both"/>
      </w:pPr>
      <w:r>
        <w:rPr>
          <w:rFonts w:ascii="Georgia" w:hAnsi="Georgia"/>
          <w:b w:val="0"/>
          <w:i w:val="0"/>
          <w:color w:val="22201D"/>
          <w:sz w:val="20"/>
        </w:rPr>
        <w:t>Bob approached the pothole directly.</w:t>
      </w:r>
    </w:p>
    <w:p>
      <w:pPr>
        <w:spacing w:after="60" w:line="266" w:lineRule="auto"/>
        <w:ind w:firstLine="331"/>
        <w:jc w:val="both"/>
      </w:pPr>
      <w:r>
        <w:rPr>
          <w:rFonts w:ascii="Georgia" w:hAnsi="Georgia"/>
          <w:b w:val="0"/>
          <w:i w:val="0"/>
          <w:color w:val="22201D"/>
          <w:sz w:val="20"/>
        </w:rPr>
        <w:t>Nico closed his eyes.</w:t>
      </w:r>
    </w:p>
    <w:p>
      <w:pPr>
        <w:spacing w:after="60" w:line="266" w:lineRule="auto"/>
        <w:ind w:firstLine="331"/>
        <w:jc w:val="both"/>
      </w:pPr>
      <w:r>
        <w:rPr>
          <w:rFonts w:ascii="Georgia" w:hAnsi="Georgia"/>
          <w:b w:val="0"/>
          <w:i w:val="0"/>
          <w:color w:val="22201D"/>
          <w:sz w:val="20"/>
        </w:rPr>
        <w:t>Gerald said, "Eyes open."</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"Fear without data is waste."</w:t>
      </w:r>
    </w:p>
    <w:p>
      <w:pPr>
        <w:spacing w:after="60" w:line="266" w:lineRule="auto"/>
        <w:ind w:firstLine="331"/>
        <w:jc w:val="both"/>
      </w:pPr>
      <w:r>
        <w:rPr>
          <w:rFonts w:ascii="Georgia" w:hAnsi="Georgia"/>
          <w:b w:val="0"/>
          <w:i w:val="0"/>
          <w:color w:val="22201D"/>
          <w:sz w:val="20"/>
        </w:rPr>
        <w:t>Nico opened one eye.</w:t>
      </w:r>
    </w:p>
    <w:p>
      <w:pPr>
        <w:spacing w:after="60" w:line="266" w:lineRule="auto"/>
        <w:ind w:firstLine="331"/>
        <w:jc w:val="both"/>
      </w:pPr>
      <w:r>
        <w:rPr>
          <w:rFonts w:ascii="Georgia" w:hAnsi="Georgia"/>
          <w:b w:val="0"/>
          <w:i w:val="0"/>
          <w:color w:val="22201D"/>
          <w:sz w:val="20"/>
        </w:rPr>
        <w:t>The front tires entered the pothole.</w:t>
      </w:r>
    </w:p>
    <w:p>
      <w:pPr>
        <w:spacing w:after="60" w:line="266" w:lineRule="auto"/>
        <w:ind w:firstLine="331"/>
        <w:jc w:val="both"/>
      </w:pPr>
      <w:r>
        <w:rPr>
          <w:rFonts w:ascii="Georgia" w:hAnsi="Georgia"/>
          <w:b w:val="0"/>
          <w:i w:val="0"/>
          <w:color w:val="22201D"/>
          <w:sz w:val="20"/>
        </w:rPr>
        <w:t>Water rose around them with a practical, unimpressed sound.</w:t>
      </w:r>
    </w:p>
    <w:p>
      <w:pPr>
        <w:spacing w:after="60" w:line="266" w:lineRule="auto"/>
        <w:ind w:firstLine="331"/>
        <w:jc w:val="both"/>
      </w:pPr>
      <w:r>
        <w:rPr>
          <w:rFonts w:ascii="Georgia" w:hAnsi="Georgia"/>
          <w:b w:val="0"/>
          <w:i w:val="0"/>
          <w:color w:val="22201D"/>
          <w:sz w:val="20"/>
        </w:rPr>
        <w:t>The van dipped.</w:t>
      </w:r>
    </w:p>
    <w:p>
      <w:pPr>
        <w:spacing w:after="60" w:line="266" w:lineRule="auto"/>
        <w:ind w:firstLine="331"/>
        <w:jc w:val="both"/>
      </w:pPr>
      <w:r>
        <w:rPr>
          <w:rFonts w:ascii="Georgia" w:hAnsi="Georgia"/>
          <w:b w:val="0"/>
          <w:i w:val="0"/>
          <w:color w:val="22201D"/>
          <w:sz w:val="20"/>
        </w:rPr>
        <w:t>Flocc felt the crate in the back want to answer the dip.</w:t>
      </w:r>
    </w:p>
    <w:p>
      <w:pPr>
        <w:spacing w:after="60" w:line="266" w:lineRule="auto"/>
        <w:ind w:firstLine="331"/>
        <w:jc w:val="both"/>
      </w:pPr>
      <w:r>
        <w:rPr>
          <w:rFonts w:ascii="Georgia" w:hAnsi="Georgia"/>
          <w:b w:val="0"/>
          <w:i w:val="0"/>
          <w:color w:val="22201D"/>
          <w:sz w:val="20"/>
        </w:rPr>
        <w:t>It did not.</w:t>
      </w:r>
    </w:p>
    <w:p>
      <w:pPr>
        <w:spacing w:after="60" w:line="266" w:lineRule="auto"/>
        <w:ind w:firstLine="331"/>
        <w:jc w:val="both"/>
      </w:pPr>
      <w:r>
        <w:rPr>
          <w:rFonts w:ascii="Georgia" w:hAnsi="Georgia"/>
          <w:b w:val="0"/>
          <w:i w:val="0"/>
          <w:color w:val="22201D"/>
          <w:sz w:val="20"/>
        </w:rPr>
        <w:t>Because they were slow.</w:t>
      </w:r>
    </w:p>
    <w:p>
      <w:pPr>
        <w:spacing w:after="60" w:line="266" w:lineRule="auto"/>
        <w:ind w:firstLine="331"/>
        <w:jc w:val="both"/>
      </w:pPr>
      <w:r>
        <w:rPr>
          <w:rFonts w:ascii="Georgia" w:hAnsi="Georgia"/>
          <w:b w:val="0"/>
          <w:i w:val="0"/>
          <w:color w:val="22201D"/>
          <w:sz w:val="20"/>
        </w:rPr>
        <w:t>Because the straps were soft where they should be soft.</w:t>
      </w:r>
    </w:p>
    <w:p>
      <w:pPr>
        <w:spacing w:after="60" w:line="266" w:lineRule="auto"/>
        <w:ind w:firstLine="331"/>
        <w:jc w:val="both"/>
      </w:pPr>
      <w:r>
        <w:rPr>
          <w:rFonts w:ascii="Georgia" w:hAnsi="Georgia"/>
          <w:b w:val="0"/>
          <w:i w:val="0"/>
          <w:color w:val="22201D"/>
          <w:sz w:val="20"/>
        </w:rPr>
        <w:t>Because the crate was not overfilled.</w:t>
      </w:r>
    </w:p>
    <w:p>
      <w:pPr>
        <w:spacing w:after="60" w:line="266" w:lineRule="auto"/>
        <w:ind w:firstLine="331"/>
        <w:jc w:val="both"/>
      </w:pPr>
      <w:r>
        <w:rPr>
          <w:rFonts w:ascii="Georgia" w:hAnsi="Georgia"/>
          <w:b w:val="0"/>
          <w:i w:val="0"/>
          <w:color w:val="22201D"/>
          <w:sz w:val="20"/>
        </w:rPr>
        <w:t>Because pressure had been made visible before the road added more.</w:t>
      </w:r>
    </w:p>
    <w:p>
      <w:pPr>
        <w:spacing w:after="60" w:line="266" w:lineRule="auto"/>
        <w:ind w:firstLine="331"/>
        <w:jc w:val="both"/>
      </w:pPr>
      <w:r>
        <w:rPr>
          <w:rFonts w:ascii="Georgia" w:hAnsi="Georgia"/>
          <w:b w:val="0"/>
          <w:i w:val="0"/>
          <w:color w:val="22201D"/>
          <w:sz w:val="20"/>
        </w:rPr>
        <w:t>The rear tires entered.</w:t>
      </w:r>
    </w:p>
    <w:p>
      <w:pPr>
        <w:spacing w:after="60" w:line="266" w:lineRule="auto"/>
        <w:ind w:firstLine="331"/>
        <w:jc w:val="both"/>
      </w:pPr>
      <w:r>
        <w:rPr>
          <w:rFonts w:ascii="Georgia" w:hAnsi="Georgia"/>
          <w:b w:val="0"/>
          <w:i w:val="0"/>
          <w:color w:val="22201D"/>
          <w:sz w:val="20"/>
        </w:rPr>
        <w:t>The van dipped again.</w:t>
      </w:r>
    </w:p>
    <w:p>
      <w:pPr>
        <w:spacing w:after="60" w:line="266" w:lineRule="auto"/>
        <w:ind w:firstLine="331"/>
        <w:jc w:val="both"/>
      </w:pPr>
      <w:r>
        <w:rPr>
          <w:rFonts w:ascii="Georgia" w:hAnsi="Georgia"/>
          <w:b w:val="0"/>
          <w:i w:val="0"/>
          <w:color w:val="22201D"/>
          <w:sz w:val="20"/>
        </w:rPr>
        <w:t>The sauce carrier tapped once against its towel.</w:t>
      </w:r>
    </w:p>
    <w:p>
      <w:pPr>
        <w:spacing w:after="60" w:line="266" w:lineRule="auto"/>
        <w:ind w:firstLine="331"/>
        <w:jc w:val="both"/>
      </w:pPr>
      <w:r>
        <w:rPr>
          <w:rFonts w:ascii="Georgia" w:hAnsi="Georgia"/>
          <w:b w:val="0"/>
          <w:i w:val="0"/>
          <w:color w:val="22201D"/>
          <w:sz w:val="20"/>
        </w:rPr>
        <w:t>The mushroom crate stayed level.</w:t>
      </w:r>
    </w:p>
    <w:p>
      <w:pPr>
        <w:spacing w:after="60" w:line="266" w:lineRule="auto"/>
        <w:ind w:firstLine="331"/>
        <w:jc w:val="both"/>
      </w:pPr>
      <w:r>
        <w:rPr>
          <w:rFonts w:ascii="Georgia" w:hAnsi="Georgia"/>
          <w:b w:val="0"/>
          <w:i w:val="0"/>
          <w:color w:val="22201D"/>
          <w:sz w:val="20"/>
        </w:rPr>
        <w:t>The red fuel can made no sound.</w:t>
      </w:r>
    </w:p>
    <w:p>
      <w:pPr>
        <w:spacing w:after="60" w:line="266" w:lineRule="auto"/>
        <w:ind w:firstLine="331"/>
        <w:jc w:val="both"/>
      </w:pPr>
      <w:r>
        <w:rPr>
          <w:rFonts w:ascii="Georgia" w:hAnsi="Georgia"/>
          <w:b w:val="0"/>
          <w:i w:val="0"/>
          <w:color w:val="22201D"/>
          <w:sz w:val="20"/>
        </w:rPr>
        <w:t>The pothole let them through.</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"I have never been grateful to a hole before."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GROWTH NOTED.</w:t>
      </w:r>
    </w:p>
    <w:p>
      <w:pPr>
        <w:spacing w:after="60" w:line="266" w:lineRule="auto"/>
        <w:ind w:firstLine="331"/>
        <w:jc w:val="both"/>
      </w:pPr>
      <w:r>
        <w:rPr>
          <w:rFonts w:ascii="Georgia" w:hAnsi="Georgia"/>
          <w:b w:val="0"/>
          <w:i w:val="0"/>
          <w:color w:val="22201D"/>
          <w:sz w:val="20"/>
        </w:rPr>
        <w:t>They continued down the private road at a speed that would have embarrassed any driver who believed progress had a sound effect.</w:t>
      </w:r>
    </w:p>
    <w:p>
      <w:pPr>
        <w:spacing w:after="60" w:line="266" w:lineRule="auto"/>
        <w:ind w:firstLine="331"/>
        <w:jc w:val="both"/>
      </w:pPr>
      <w:r>
        <w:rPr>
          <w:rFonts w:ascii="Georgia" w:hAnsi="Georgia"/>
          <w:b w:val="0"/>
          <w:i w:val="0"/>
          <w:color w:val="22201D"/>
          <w:sz w:val="20"/>
        </w:rPr>
        <w:t>The road curved past a small stand of alder trees, a locked gate hanging open, and a hand-painted board:</w:t>
      </w:r>
    </w:p>
    <w:p>
      <w:pPr>
        <w:spacing w:after="60" w:line="250" w:lineRule="auto"/>
        <w:ind w:left="202" w:right="173"/>
      </w:pPr>
      <w:r>
        <w:rPr>
          <w:rFonts w:ascii="Georgia" w:hAnsi="Georgia"/>
          <w:b w:val="0"/>
          <w:i w:val="0"/>
          <w:color w:val="22201D"/>
          <w:sz w:val="17"/>
        </w:rPr>
        <w:t>LOCAL ACCESS NO THROUGH TRAFFIC UNLESS THROUGH IS WHAT YOU ARE LEARNING</w:t>
      </w:r>
    </w:p>
    <w:p>
      <w:pPr>
        <w:spacing w:after="60" w:line="266" w:lineRule="auto"/>
        <w:ind w:firstLine="331"/>
        <w:jc w:val="both"/>
      </w:pPr>
      <w:r>
        <w:rPr>
          <w:rFonts w:ascii="Georgia" w:hAnsi="Georgia"/>
          <w:b w:val="0"/>
          <w:i w:val="0"/>
          <w:color w:val="22201D"/>
          <w:sz w:val="20"/>
        </w:rPr>
        <w:t>Steve looked at Bob.</w:t>
      </w:r>
    </w:p>
    <w:p>
      <w:pPr>
        <w:spacing w:after="60" w:line="266" w:lineRule="auto"/>
        <w:ind w:firstLine="331"/>
        <w:jc w:val="both"/>
      </w:pPr>
      <w:r>
        <w:rPr>
          <w:rFonts w:ascii="Georgia" w:hAnsi="Georgia"/>
          <w:b w:val="0"/>
          <w:i w:val="0"/>
          <w:color w:val="22201D"/>
          <w:sz w:val="20"/>
        </w:rPr>
        <w:t>Bob said, "Now."</w:t>
      </w:r>
    </w:p>
    <w:p>
      <w:pPr>
        <w:spacing w:after="60" w:line="266" w:lineRule="auto"/>
        <w:ind w:firstLine="331"/>
        <w:jc w:val="both"/>
      </w:pPr>
      <w:r>
        <w:rPr>
          <w:rFonts w:ascii="Georgia" w:hAnsi="Georgia"/>
          <w:b w:val="0"/>
          <w:i w:val="0"/>
          <w:color w:val="22201D"/>
          <w:sz w:val="20"/>
        </w:rPr>
        <w:t>Steve opened the record book so fast he almost made wind.</w:t>
      </w:r>
    </w:p>
    <w:p>
      <w:pPr>
        <w:spacing w:after="60" w:line="266" w:lineRule="auto"/>
        <w:ind w:firstLine="331"/>
        <w:jc w:val="both"/>
      </w:pPr>
      <w:r>
        <w:rPr>
          <w:rFonts w:ascii="Georgia" w:hAnsi="Georgia"/>
          <w:b w:val="0"/>
          <w:i w:val="0"/>
          <w:color w:val="22201D"/>
          <w:sz w:val="20"/>
        </w:rPr>
        <w:t>Gerald said, "Slower."</w:t>
      </w:r>
    </w:p>
    <w:p>
      <w:pPr>
        <w:spacing w:after="60" w:line="266" w:lineRule="auto"/>
        <w:ind w:firstLine="331"/>
        <w:jc w:val="both"/>
      </w:pPr>
      <w:r>
        <w:rPr>
          <w:rFonts w:ascii="Georgia" w:hAnsi="Georgia"/>
          <w:b w:val="0"/>
          <w:i w:val="0"/>
          <w:color w:val="22201D"/>
          <w:sz w:val="20"/>
        </w:rPr>
        <w:t>Steve slowed the opening of the book.</w:t>
      </w:r>
    </w:p>
    <w:p>
      <w:pPr>
        <w:spacing w:after="60" w:line="266" w:lineRule="auto"/>
        <w:ind w:firstLine="331"/>
        <w:jc w:val="both"/>
      </w:pPr>
      <w:r>
        <w:rPr>
          <w:rFonts w:ascii="Georgia" w:hAnsi="Georgia"/>
          <w:b w:val="0"/>
          <w:i w:val="0"/>
          <w:color w:val="22201D"/>
          <w:sz w:val="20"/>
        </w:rPr>
        <w:t>No one laughed.</w:t>
      </w:r>
    </w:p>
    <w:p>
      <w:pPr>
        <w:spacing w:after="60" w:line="266" w:lineRule="auto"/>
        <w:ind w:firstLine="331"/>
        <w:jc w:val="both"/>
      </w:pPr>
      <w:r>
        <w:rPr>
          <w:rFonts w:ascii="Georgia" w:hAnsi="Georgia"/>
          <w:b w:val="0"/>
          <w:i w:val="0"/>
          <w:color w:val="22201D"/>
          <w:sz w:val="20"/>
        </w:rPr>
        <w:t>That made it funnier.</w:t>
      </w:r>
    </w:p>
    <w:p>
      <w:pPr>
        <w:spacing w:after="60" w:line="266" w:lineRule="auto"/>
        <w:ind w:firstLine="331"/>
        <w:jc w:val="both"/>
      </w:pPr>
      <w:r>
        <w:rPr>
          <w:rFonts w:ascii="Georgia" w:hAnsi="Georgia"/>
          <w:b w:val="0"/>
          <w:i w:val="0"/>
          <w:color w:val="22201D"/>
          <w:sz w:val="20"/>
        </w:rPr>
        <w:t>They reached a turnout where the road widened beside a drainage ditch. Bob pulled over without blocking the lane.</w:t>
      </w:r>
    </w:p>
    <w:p>
      <w:pPr>
        <w:spacing w:after="60" w:line="266" w:lineRule="auto"/>
        <w:ind w:firstLine="331"/>
        <w:jc w:val="both"/>
      </w:pPr>
      <w:r>
        <w:rPr>
          <w:rFonts w:ascii="Georgia" w:hAnsi="Georgia"/>
          <w:b w:val="0"/>
          <w:i w:val="0"/>
          <w:color w:val="22201D"/>
          <w:sz w:val="20"/>
        </w:rPr>
        <w:t>The signpost there held a weatherproof sleeve. Inside was a laminated road notice.</w:t>
      </w:r>
    </w:p>
    <w:p>
      <w:pPr>
        <w:spacing w:after="60" w:line="266" w:lineRule="auto"/>
        <w:ind w:firstLine="331"/>
        <w:jc w:val="both"/>
      </w:pPr>
      <w:r>
        <w:rPr>
          <w:rFonts w:ascii="Georgia" w:hAnsi="Georgia"/>
          <w:b w:val="0"/>
          <w:i w:val="0"/>
          <w:color w:val="22201D"/>
          <w:sz w:val="20"/>
        </w:rPr>
        <w:t>Gerald retrieved it after checking the ground.</w:t>
      </w:r>
    </w:p>
    <w:p>
      <w:pPr>
        <w:spacing w:after="60" w:line="266" w:lineRule="auto"/>
        <w:ind w:firstLine="331"/>
        <w:jc w:val="both"/>
      </w:pPr>
      <w:r>
        <w:rPr>
          <w:rFonts w:ascii="Georgia" w:hAnsi="Georgia"/>
          <w:b w:val="0"/>
          <w:i w:val="0"/>
          <w:color w:val="22201D"/>
          <w:sz w:val="20"/>
        </w:rPr>
        <w:t>"Surface stable. Notice dry."</w:t>
      </w:r>
    </w:p>
    <w:p>
      <w:pPr>
        <w:spacing w:after="60" w:line="266" w:lineRule="auto"/>
        <w:ind w:firstLine="331"/>
        <w:jc w:val="both"/>
      </w:pPr>
      <w:r>
        <w:rPr>
          <w:rFonts w:ascii="Georgia" w:hAnsi="Georgia"/>
          <w:b w:val="0"/>
          <w:i w:val="0"/>
          <w:color w:val="22201D"/>
          <w:sz w:val="20"/>
        </w:rPr>
        <w:t>He handed it to Flocc, not Steve.</w:t>
      </w:r>
    </w:p>
    <w:p>
      <w:pPr>
        <w:spacing w:after="60" w:line="266" w:lineRule="auto"/>
        <w:ind w:firstLine="331"/>
        <w:jc w:val="both"/>
      </w:pPr>
      <w:r>
        <w:rPr>
          <w:rFonts w:ascii="Georgia" w:hAnsi="Georgia"/>
          <w:b w:val="0"/>
          <w:i w:val="0"/>
          <w:color w:val="22201D"/>
          <w:sz w:val="20"/>
        </w:rPr>
        <w:t>Flocc accepted the notice.</w:t>
      </w:r>
    </w:p>
    <w:p>
      <w:pPr>
        <w:spacing w:after="60" w:line="266" w:lineRule="auto"/>
        <w:ind w:firstLine="331"/>
        <w:jc w:val="both"/>
      </w:pPr>
      <w:r>
        <w:rPr>
          <w:rFonts w:ascii="Georgia" w:hAnsi="Georgia"/>
          <w:b w:val="0"/>
          <w:i w:val="0"/>
          <w:color w:val="22201D"/>
          <w:sz w:val="20"/>
        </w:rPr>
        <w:t>It was heavier than laminated paper should be, which by now felt less like magic and more like the route's preferred filing system.</w:t>
      </w:r>
    </w:p>
    <w:p>
      <w:pPr>
        <w:spacing w:after="60" w:line="250" w:lineRule="auto"/>
        <w:ind w:left="202" w:right="173"/>
      </w:pPr>
      <w:r>
        <w:rPr>
          <w:rFonts w:ascii="Georgia" w:hAnsi="Georgia"/>
          <w:b w:val="0"/>
          <w:i w:val="0"/>
          <w:color w:val="22201D"/>
          <w:sz w:val="17"/>
        </w:rPr>
        <w:t>ROAD NOTICE  Private road condition: pothole maintained  Purpose: reduce speed before hidden washout  Visible inconvenience: water-filled depression  Hidden danger: left-side gravel failure right-side ditch pull  Instruction: enter slowly do not swerve to prove competence do not improve what is preventing worse damage</w:t>
      </w:r>
    </w:p>
    <w:p>
      <w:pPr>
        <w:spacing w:after="60" w:line="266" w:lineRule="auto"/>
        <w:ind w:firstLine="331"/>
        <w:jc w:val="both"/>
      </w:pPr>
      <w:r>
        <w:rPr>
          <w:rFonts w:ascii="Georgia" w:hAnsi="Georgia"/>
          <w:b w:val="0"/>
          <w:i w:val="0"/>
          <w:color w:val="22201D"/>
          <w:sz w:val="20"/>
        </w:rPr>
        <w:t>Nico read over Flocc's shoulder.</w:t>
      </w:r>
    </w:p>
    <w:p>
      <w:pPr>
        <w:spacing w:after="60" w:line="266" w:lineRule="auto"/>
        <w:ind w:firstLine="331"/>
        <w:jc w:val="both"/>
      </w:pPr>
      <w:r>
        <w:rPr>
          <w:rFonts w:ascii="Georgia" w:hAnsi="Georgia"/>
          <w:b w:val="0"/>
          <w:i w:val="0"/>
          <w:color w:val="22201D"/>
          <w:sz w:val="20"/>
        </w:rPr>
        <w:t>"Do not improve what is preventing worse damage."</w:t>
      </w:r>
    </w:p>
    <w:p>
      <w:pPr>
        <w:spacing w:after="60" w:line="266" w:lineRule="auto"/>
        <w:ind w:firstLine="331"/>
        <w:jc w:val="both"/>
      </w:pPr>
      <w:r>
        <w:rPr>
          <w:rFonts w:ascii="Georgia" w:hAnsi="Georgia"/>
          <w:b w:val="0"/>
          <w:i w:val="0"/>
          <w:color w:val="22201D"/>
          <w:sz w:val="20"/>
        </w:rPr>
        <w:t>The road notice printed:</w:t>
      </w:r>
    </w:p>
    <w:p>
      <w:pPr>
        <w:spacing w:after="60" w:line="250" w:lineRule="auto"/>
        <w:ind w:left="202" w:right="173"/>
      </w:pPr>
      <w:r>
        <w:rPr>
          <w:rFonts w:ascii="Georgia" w:hAnsi="Georgia"/>
          <w:b w:val="0"/>
          <w:i w:val="0"/>
          <w:color w:val="22201D"/>
          <w:sz w:val="17"/>
        </w:rPr>
        <w:t>CORRECTLY ALARMED.</w:t>
      </w:r>
    </w:p>
    <w:p>
      <w:pPr>
        <w:spacing w:after="60" w:line="266" w:lineRule="auto"/>
        <w:ind w:firstLine="331"/>
        <w:jc w:val="both"/>
      </w:pPr>
      <w:r>
        <w:rPr>
          <w:rFonts w:ascii="Georgia" w:hAnsi="Georgia"/>
          <w:b w:val="0"/>
          <w:i w:val="0"/>
          <w:color w:val="22201D"/>
          <w:sz w:val="20"/>
        </w:rPr>
        <w:t>Bob said, "Write."</w:t>
      </w:r>
    </w:p>
    <w:p>
      <w:pPr>
        <w:spacing w:after="60" w:line="266" w:lineRule="auto"/>
        <w:ind w:firstLine="331"/>
        <w:jc w:val="both"/>
      </w:pPr>
      <w:r>
        <w:rPr>
          <w:rFonts w:ascii="Georgia" w:hAnsi="Georgia"/>
          <w:b w:val="0"/>
          <w:i w:val="0"/>
          <w:color w:val="22201D"/>
          <w:sz w:val="20"/>
        </w:rPr>
        <w:t>Flocc looked at the notice.</w:t>
      </w:r>
    </w:p>
    <w:p>
      <w:pPr>
        <w:spacing w:after="60" w:line="266" w:lineRule="auto"/>
        <w:ind w:firstLine="331"/>
        <w:jc w:val="both"/>
      </w:pPr>
      <w:r>
        <w:rPr>
          <w:rFonts w:ascii="Georgia" w:hAnsi="Georgia"/>
          <w:b w:val="0"/>
          <w:i w:val="0"/>
          <w:color w:val="22201D"/>
          <w:sz w:val="20"/>
        </w:rPr>
        <w:t>"On it?"</w:t>
      </w:r>
    </w:p>
    <w:p>
      <w:pPr>
        <w:spacing w:after="60" w:line="266" w:lineRule="auto"/>
        <w:ind w:firstLine="331"/>
        <w:jc w:val="both"/>
      </w:pPr>
      <w:r>
        <w:rPr>
          <w:rFonts w:ascii="Georgia" w:hAnsi="Georgia"/>
          <w:b w:val="0"/>
          <w:i w:val="0"/>
          <w:color w:val="22201D"/>
          <w:sz w:val="20"/>
        </w:rPr>
        <w:t>"Below."</w:t>
      </w:r>
    </w:p>
    <w:p>
      <w:pPr>
        <w:spacing w:after="60" w:line="266" w:lineRule="auto"/>
        <w:ind w:firstLine="331"/>
        <w:jc w:val="both"/>
      </w:pPr>
      <w:r>
        <w:rPr>
          <w:rFonts w:ascii="Georgia" w:hAnsi="Georgia"/>
          <w:b w:val="0"/>
          <w:i w:val="0"/>
          <w:color w:val="22201D"/>
          <w:sz w:val="20"/>
        </w:rPr>
        <w:t>There was a blank field:</w:t>
      </w:r>
    </w:p>
    <w:p>
      <w:pPr>
        <w:spacing w:after="60" w:line="250" w:lineRule="auto"/>
        <w:ind w:left="202" w:right="173"/>
      </w:pPr>
      <w:r>
        <w:rPr>
          <w:rFonts w:ascii="Georgia" w:hAnsi="Georgia"/>
          <w:b w:val="0"/>
          <w:i w:val="0"/>
          <w:color w:val="22201D"/>
          <w:sz w:val="17"/>
        </w:rPr>
        <w:t>What hurry would have damaged:</w:t>
      </w:r>
    </w:p>
    <w:p>
      <w:pPr>
        <w:spacing w:after="60" w:line="266" w:lineRule="auto"/>
        <w:ind w:firstLine="331"/>
        <w:jc w:val="both"/>
      </w:pPr>
      <w:r>
        <w:rPr>
          <w:rFonts w:ascii="Georgia" w:hAnsi="Georgia"/>
          <w:b w:val="0"/>
          <w:i w:val="0"/>
          <w:color w:val="22201D"/>
          <w:sz w:val="20"/>
        </w:rPr>
        <w:t>Flocc looked at the van.</w:t>
      </w:r>
    </w:p>
    <w:p>
      <w:pPr>
        <w:spacing w:after="60" w:line="266" w:lineRule="auto"/>
        <w:ind w:firstLine="331"/>
        <w:jc w:val="both"/>
      </w:pPr>
      <w:r>
        <w:rPr>
          <w:rFonts w:ascii="Georgia" w:hAnsi="Georgia"/>
          <w:b w:val="0"/>
          <w:i w:val="0"/>
          <w:color w:val="22201D"/>
          <w:sz w:val="20"/>
        </w:rPr>
        <w:t>The mushroom crate.</w:t>
      </w:r>
    </w:p>
    <w:p>
      <w:pPr>
        <w:spacing w:after="60" w:line="266" w:lineRule="auto"/>
        <w:ind w:firstLine="331"/>
        <w:jc w:val="both"/>
      </w:pPr>
      <w:r>
        <w:rPr>
          <w:rFonts w:ascii="Georgia" w:hAnsi="Georgia"/>
          <w:b w:val="0"/>
          <w:i w:val="0"/>
          <w:color w:val="22201D"/>
          <w:sz w:val="20"/>
        </w:rPr>
        <w:t>The sauce carrier.</w:t>
      </w:r>
    </w:p>
    <w:p>
      <w:pPr>
        <w:spacing w:after="60" w:line="266" w:lineRule="auto"/>
        <w:ind w:firstLine="331"/>
        <w:jc w:val="both"/>
      </w:pPr>
      <w:r>
        <w:rPr>
          <w:rFonts w:ascii="Georgia" w:hAnsi="Georgia"/>
          <w:b w:val="0"/>
          <w:i w:val="0"/>
          <w:color w:val="22201D"/>
          <w:sz w:val="20"/>
        </w:rPr>
        <w:t>The box.</w:t>
      </w:r>
    </w:p>
    <w:p>
      <w:pPr>
        <w:spacing w:after="60" w:line="266" w:lineRule="auto"/>
        <w:ind w:firstLine="331"/>
        <w:jc w:val="both"/>
      </w:pPr>
      <w:r>
        <w:rPr>
          <w:rFonts w:ascii="Georgia" w:hAnsi="Georgia"/>
          <w:b w:val="0"/>
          <w:i w:val="0"/>
          <w:color w:val="22201D"/>
          <w:sz w:val="20"/>
        </w:rPr>
        <w:t>The documents.</w:t>
      </w:r>
    </w:p>
    <w:p>
      <w:pPr>
        <w:spacing w:after="60" w:line="266" w:lineRule="auto"/>
        <w:ind w:firstLine="331"/>
        <w:jc w:val="both"/>
      </w:pPr>
      <w:r>
        <w:rPr>
          <w:rFonts w:ascii="Georgia" w:hAnsi="Georgia"/>
          <w:b w:val="0"/>
          <w:i w:val="0"/>
          <w:color w:val="22201D"/>
          <w:sz w:val="20"/>
        </w:rPr>
        <w:t>The returned photo strip.</w:t>
      </w:r>
    </w:p>
    <w:p>
      <w:pPr>
        <w:spacing w:after="60" w:line="266" w:lineRule="auto"/>
        <w:ind w:firstLine="331"/>
        <w:jc w:val="both"/>
      </w:pPr>
      <w:r>
        <w:rPr>
          <w:rFonts w:ascii="Georgia" w:hAnsi="Georgia"/>
          <w:b w:val="0"/>
          <w:i w:val="0"/>
          <w:color w:val="22201D"/>
          <w:sz w:val="20"/>
        </w:rPr>
        <w:t>The red fuel can that still held nothing and somehow required respect.</w:t>
      </w:r>
    </w:p>
    <w:p>
      <w:pPr>
        <w:spacing w:after="60" w:line="266" w:lineRule="auto"/>
        <w:ind w:firstLine="331"/>
        <w:jc w:val="both"/>
      </w:pPr>
      <w:r>
        <w:rPr>
          <w:rFonts w:ascii="Georgia" w:hAnsi="Georgia"/>
          <w:b w:val="0"/>
          <w:i w:val="0"/>
          <w:color w:val="22201D"/>
          <w:sz w:val="20"/>
        </w:rPr>
        <w:t>Then he looked at himself, which was irritating but not optional.</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What hurry would have damaged: the mushroom crate the sauce label the returned memory the route's ability to show where pressure was already visible my willingness to let slow be care instead of failure</w:t>
      </w:r>
    </w:p>
    <w:p>
      <w:pPr>
        <w:spacing w:after="60" w:line="266" w:lineRule="auto"/>
        <w:ind w:firstLine="331"/>
        <w:jc w:val="both"/>
      </w:pPr>
      <w:r>
        <w:rPr>
          <w:rFonts w:ascii="Georgia" w:hAnsi="Georgia"/>
          <w:b w:val="0"/>
          <w:i w:val="0"/>
          <w:color w:val="22201D"/>
          <w:sz w:val="20"/>
        </w:rPr>
        <w:t>The road notice warmed.</w:t>
      </w:r>
    </w:p>
    <w:p>
      <w:pPr>
        <w:spacing w:after="60" w:line="266" w:lineRule="auto"/>
        <w:ind w:firstLine="331"/>
        <w:jc w:val="both"/>
      </w:pPr>
      <w:r>
        <w:rPr>
          <w:rFonts w:ascii="Georgia" w:hAnsi="Georgia"/>
          <w:b w:val="0"/>
          <w:i w:val="0"/>
          <w:color w:val="22201D"/>
          <w:sz w:val="20"/>
        </w:rPr>
        <w:t>New text appeared:</w:t>
      </w:r>
    </w:p>
    <w:p>
      <w:pPr>
        <w:spacing w:after="60" w:line="250" w:lineRule="auto"/>
        <w:ind w:left="202" w:right="173"/>
      </w:pPr>
      <w:r>
        <w:rPr>
          <w:rFonts w:ascii="Georgia" w:hAnsi="Georgia"/>
          <w:b w:val="0"/>
          <w:i w:val="0"/>
          <w:color w:val="22201D"/>
          <w:sz w:val="17"/>
        </w:rPr>
        <w:t>PRICE PAID: SLOW DOWN</w:t>
      </w:r>
    </w:p>
    <w:p>
      <w:pPr>
        <w:spacing w:after="60" w:line="266" w:lineRule="auto"/>
        <w:ind w:firstLine="331"/>
        <w:jc w:val="both"/>
      </w:pPr>
      <w:r>
        <w:rPr>
          <w:rFonts w:ascii="Georgia" w:hAnsi="Georgia"/>
          <w:b w:val="0"/>
          <w:i w:val="0"/>
          <w:color w:val="22201D"/>
          <w:sz w:val="20"/>
        </w:rPr>
        <w:t>Gerald read it.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Steve copied it after waiting for Flocc to nod.</w:t>
      </w:r>
    </w:p>
    <w:p>
      <w:pPr>
        <w:spacing w:after="60" w:line="266" w:lineRule="auto"/>
        <w:ind w:firstLine="331"/>
        <w:jc w:val="both"/>
      </w:pPr>
      <w:r>
        <w:rPr>
          <w:rFonts w:ascii="Georgia" w:hAnsi="Georgia"/>
          <w:b w:val="0"/>
          <w:i w:val="0"/>
          <w:color w:val="22201D"/>
          <w:sz w:val="20"/>
        </w:rPr>
        <w:t>Nico looked down the road.</w:t>
      </w:r>
    </w:p>
    <w:p>
      <w:pPr>
        <w:spacing w:after="60" w:line="266" w:lineRule="auto"/>
        <w:ind w:firstLine="331"/>
        <w:jc w:val="both"/>
      </w:pPr>
      <w:r>
        <w:rPr>
          <w:rFonts w:ascii="Georgia" w:hAnsi="Georgia"/>
          <w:b w:val="0"/>
          <w:i w:val="0"/>
          <w:color w:val="22201D"/>
          <w:sz w:val="20"/>
        </w:rPr>
        <w:t>"So the pothole prevented the swerve."</w:t>
      </w:r>
    </w:p>
    <w:p>
      <w:pPr>
        <w:spacing w:after="60" w:line="266" w:lineRule="auto"/>
        <w:ind w:firstLine="331"/>
        <w:jc w:val="both"/>
      </w:pPr>
      <w:r>
        <w:rPr>
          <w:rFonts w:ascii="Georgia" w:hAnsi="Georgia"/>
          <w:b w:val="0"/>
          <w:i w:val="0"/>
          <w:color w:val="22201D"/>
          <w:sz w:val="20"/>
        </w:rPr>
        <w:t>Gerald said, "Yes."</w:t>
      </w:r>
    </w:p>
    <w:p>
      <w:pPr>
        <w:spacing w:after="60" w:line="266" w:lineRule="auto"/>
        <w:ind w:firstLine="331"/>
        <w:jc w:val="both"/>
      </w:pPr>
      <w:r>
        <w:rPr>
          <w:rFonts w:ascii="Georgia" w:hAnsi="Georgia"/>
          <w:b w:val="0"/>
          <w:i w:val="0"/>
          <w:color w:val="22201D"/>
          <w:sz w:val="20"/>
        </w:rPr>
        <w:t>"And the swerve would have caused the damage."</w:t>
      </w:r>
    </w:p>
    <w:p>
      <w:pPr>
        <w:spacing w:after="60" w:line="266" w:lineRule="auto"/>
        <w:ind w:firstLine="331"/>
        <w:jc w:val="both"/>
      </w:pPr>
      <w:r>
        <w:rPr>
          <w:rFonts w:ascii="Georgia" w:hAnsi="Georgia"/>
          <w:b w:val="0"/>
          <w:i w:val="0"/>
          <w:color w:val="22201D"/>
          <w:sz w:val="20"/>
        </w:rPr>
        <w:t>"Likely."</w:t>
      </w:r>
    </w:p>
    <w:p>
      <w:pPr>
        <w:spacing w:after="60" w:line="266" w:lineRule="auto"/>
        <w:ind w:firstLine="331"/>
        <w:jc w:val="both"/>
      </w:pPr>
      <w:r>
        <w:rPr>
          <w:rFonts w:ascii="Georgia" w:hAnsi="Georgia"/>
          <w:b w:val="0"/>
          <w:i w:val="0"/>
          <w:color w:val="22201D"/>
          <w:sz w:val="20"/>
        </w:rPr>
        <w:t>"So the ugly obvious problem protected us from the less obvious worse one."</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CHAPTER FUNCTION UNDERSTOOD.</w:t>
      </w:r>
    </w:p>
    <w:p>
      <w:pPr>
        <w:spacing w:after="60" w:line="266" w:lineRule="auto"/>
        <w:ind w:firstLine="331"/>
        <w:jc w:val="both"/>
      </w:pPr>
      <w:r>
        <w:rPr>
          <w:rFonts w:ascii="Georgia" w:hAnsi="Georgia"/>
          <w:b w:val="0"/>
          <w:i w:val="0"/>
          <w:color w:val="22201D"/>
          <w:sz w:val="20"/>
        </w:rPr>
        <w:t>Nico looked offended.</w:t>
      </w:r>
    </w:p>
    <w:p>
      <w:pPr>
        <w:spacing w:after="60" w:line="266" w:lineRule="auto"/>
        <w:ind w:firstLine="331"/>
        <w:jc w:val="both"/>
      </w:pPr>
      <w:r>
        <w:rPr>
          <w:rFonts w:ascii="Georgia" w:hAnsi="Georgia"/>
          <w:b w:val="0"/>
          <w:i w:val="0"/>
          <w:color w:val="22201D"/>
          <w:sz w:val="20"/>
        </w:rPr>
        <w:t>"I can understand things without signage."</w:t>
      </w:r>
    </w:p>
    <w:p>
      <w:pPr>
        <w:spacing w:after="60" w:line="266" w:lineRule="auto"/>
        <w:ind w:firstLine="331"/>
        <w:jc w:val="both"/>
      </w:pPr>
      <w:r>
        <w:rPr>
          <w:rFonts w:ascii="Georgia" w:hAnsi="Georgia"/>
          <w:b w:val="0"/>
          <w:i w:val="0"/>
          <w:color w:val="22201D"/>
          <w:sz w:val="20"/>
        </w:rPr>
        <w:t>The sign at the turnout printed:</w:t>
      </w:r>
    </w:p>
    <w:p>
      <w:pPr>
        <w:spacing w:after="60" w:line="250" w:lineRule="auto"/>
        <w:ind w:left="202" w:right="173"/>
      </w:pPr>
      <w:r>
        <w:rPr>
          <w:rFonts w:ascii="Georgia" w:hAnsi="Georgia"/>
          <w:b w:val="0"/>
          <w:i w:val="0"/>
          <w:color w:val="22201D"/>
          <w:sz w:val="17"/>
        </w:rPr>
        <w:t>EVIDENCE MIXED.</w:t>
      </w:r>
    </w:p>
    <w:p>
      <w:pPr>
        <w:spacing w:after="60" w:line="266" w:lineRule="auto"/>
        <w:ind w:firstLine="331"/>
        <w:jc w:val="both"/>
      </w:pPr>
      <w:r>
        <w:rPr>
          <w:rFonts w:ascii="Georgia" w:hAnsi="Georgia"/>
          <w:b w:val="0"/>
          <w:i w:val="0"/>
          <w:color w:val="22201D"/>
          <w:sz w:val="20"/>
        </w:rPr>
        <w:t>Bob took the road notice from Flocc and placed it flat on the dashboard for the next stretch.</w:t>
      </w:r>
    </w:p>
    <w:p>
      <w:pPr>
        <w:spacing w:after="60" w:line="266" w:lineRule="auto"/>
        <w:ind w:firstLine="331"/>
        <w:jc w:val="both"/>
      </w:pPr>
      <w:r>
        <w:rPr>
          <w:rFonts w:ascii="Georgia" w:hAnsi="Georgia"/>
          <w:b w:val="0"/>
          <w:i w:val="0"/>
          <w:color w:val="22201D"/>
          <w:sz w:val="20"/>
        </w:rPr>
        <w:t>Flocc said, "Not glove compartment?"</w:t>
      </w:r>
    </w:p>
    <w:p>
      <w:pPr>
        <w:spacing w:after="60" w:line="266" w:lineRule="auto"/>
        <w:ind w:firstLine="331"/>
        <w:jc w:val="both"/>
      </w:pPr>
      <w:r>
        <w:rPr>
          <w:rFonts w:ascii="Georgia" w:hAnsi="Georgia"/>
          <w:b w:val="0"/>
          <w:i w:val="0"/>
          <w:color w:val="22201D"/>
          <w:sz w:val="20"/>
        </w:rPr>
        <w:t>"After road."</w:t>
      </w:r>
    </w:p>
    <w:p>
      <w:pPr>
        <w:spacing w:after="60" w:line="266" w:lineRule="auto"/>
        <w:ind w:firstLine="331"/>
        <w:jc w:val="both"/>
      </w:pPr>
      <w:r>
        <w:rPr>
          <w:rFonts w:ascii="Georgia" w:hAnsi="Georgia"/>
          <w:b w:val="0"/>
          <w:i w:val="0"/>
          <w:color w:val="22201D"/>
          <w:sz w:val="20"/>
        </w:rPr>
        <w:t>"It stays visible while active."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This was another kind of document rule.</w:t>
      </w:r>
    </w:p>
    <w:p>
      <w:pPr>
        <w:spacing w:after="60" w:line="266" w:lineRule="auto"/>
        <w:ind w:firstLine="331"/>
        <w:jc w:val="both"/>
      </w:pPr>
      <w:r>
        <w:rPr>
          <w:rFonts w:ascii="Georgia" w:hAnsi="Georgia"/>
          <w:b w:val="0"/>
          <w:i w:val="0"/>
          <w:color w:val="22201D"/>
          <w:sz w:val="20"/>
        </w:rPr>
        <w:t>Not every artifact became archive immediately. Some needed to keep working in the windshield.</w:t>
      </w:r>
    </w:p>
    <w:p>
      <w:pPr>
        <w:spacing w:after="60" w:line="266" w:lineRule="auto"/>
        <w:ind w:firstLine="331"/>
        <w:jc w:val="both"/>
      </w:pPr>
      <w:r>
        <w:rPr>
          <w:rFonts w:ascii="Georgia" w:hAnsi="Georgia"/>
          <w:b w:val="0"/>
          <w:i w:val="0"/>
          <w:color w:val="22201D"/>
          <w:sz w:val="20"/>
        </w:rPr>
        <w:t>They drove again.</w:t>
      </w:r>
    </w:p>
    <w:p>
      <w:pPr>
        <w:spacing w:after="60" w:line="266" w:lineRule="auto"/>
        <w:ind w:firstLine="331"/>
        <w:jc w:val="both"/>
      </w:pPr>
      <w:r>
        <w:rPr>
          <w:rFonts w:ascii="Georgia" w:hAnsi="Georgia"/>
          <w:b w:val="0"/>
          <w:i w:val="0"/>
          <w:color w:val="22201D"/>
          <w:sz w:val="20"/>
        </w:rPr>
        <w:t>Slowly.</w:t>
      </w:r>
    </w:p>
    <w:p>
      <w:pPr>
        <w:spacing w:after="60" w:line="266" w:lineRule="auto"/>
        <w:ind w:firstLine="331"/>
        <w:jc w:val="both"/>
      </w:pPr>
      <w:r>
        <w:rPr>
          <w:rFonts w:ascii="Georgia" w:hAnsi="Georgia"/>
          <w:b w:val="0"/>
          <w:i w:val="0"/>
          <w:color w:val="22201D"/>
          <w:sz w:val="20"/>
        </w:rPr>
        <w:t>The private road grew worse before it grew better, which felt narratively unfair and mechanically honest. Another smaller pothole appeared, then a washboard patch, then a place where tree roots lifted the asphalt into a question.</w:t>
      </w:r>
    </w:p>
    <w:p>
      <w:pPr>
        <w:spacing w:after="60" w:line="266" w:lineRule="auto"/>
        <w:ind w:firstLine="331"/>
        <w:jc w:val="both"/>
      </w:pPr>
      <w:r>
        <w:rPr>
          <w:rFonts w:ascii="Georgia" w:hAnsi="Georgia"/>
          <w:b w:val="0"/>
          <w:i w:val="0"/>
          <w:color w:val="22201D"/>
          <w:sz w:val="20"/>
        </w:rPr>
        <w:t>Bob drove over the root lift at an angle Gerald approved with silence.</w:t>
      </w:r>
    </w:p>
    <w:p>
      <w:pPr>
        <w:spacing w:after="60" w:line="266" w:lineRule="auto"/>
        <w:ind w:firstLine="331"/>
        <w:jc w:val="both"/>
      </w:pPr>
      <w:r>
        <w:rPr>
          <w:rFonts w:ascii="Georgia" w:hAnsi="Georgia"/>
          <w:b w:val="0"/>
          <w:i w:val="0"/>
          <w:color w:val="22201D"/>
          <w:sz w:val="20"/>
        </w:rPr>
        <w:t>Nico watched everything now.</w:t>
      </w:r>
    </w:p>
    <w:p>
      <w:pPr>
        <w:spacing w:after="60" w:line="266" w:lineRule="auto"/>
        <w:ind w:firstLine="331"/>
        <w:jc w:val="both"/>
      </w:pPr>
      <w:r>
        <w:rPr>
          <w:rFonts w:ascii="Georgia" w:hAnsi="Georgia"/>
          <w:b w:val="0"/>
          <w:i w:val="0"/>
          <w:color w:val="22201D"/>
          <w:sz w:val="20"/>
        </w:rPr>
        <w:t>Not calmly.</w:t>
      </w:r>
    </w:p>
    <w:p>
      <w:pPr>
        <w:spacing w:after="60" w:line="266" w:lineRule="auto"/>
        <w:ind w:firstLine="331"/>
        <w:jc w:val="both"/>
      </w:pPr>
      <w:r>
        <w:rPr>
          <w:rFonts w:ascii="Georgia" w:hAnsi="Georgia"/>
          <w:b w:val="0"/>
          <w:i w:val="0"/>
          <w:color w:val="22201D"/>
          <w:sz w:val="20"/>
        </w:rPr>
        <w:t>Usefully.</w:t>
      </w:r>
    </w:p>
    <w:p>
      <w:pPr>
        <w:spacing w:after="60" w:line="266" w:lineRule="auto"/>
        <w:ind w:firstLine="331"/>
        <w:jc w:val="both"/>
      </w:pPr>
      <w:r>
        <w:rPr>
          <w:rFonts w:ascii="Georgia" w:hAnsi="Georgia"/>
          <w:b w:val="0"/>
          <w:i w:val="0"/>
          <w:color w:val="22201D"/>
          <w:sz w:val="20"/>
        </w:rPr>
        <w:t>"Branch low on the right."</w:t>
      </w:r>
    </w:p>
    <w:p>
      <w:pPr>
        <w:spacing w:after="60" w:line="266" w:lineRule="auto"/>
        <w:ind w:firstLine="331"/>
        <w:jc w:val="both"/>
      </w:pPr>
      <w:r>
        <w:rPr>
          <w:rFonts w:ascii="Georgia" w:hAnsi="Georgia"/>
          <w:b w:val="0"/>
          <w:i w:val="0"/>
          <w:color w:val="22201D"/>
          <w:sz w:val="20"/>
        </w:rPr>
        <w:t>Gerald checked.</w:t>
      </w:r>
    </w:p>
    <w:p>
      <w:pPr>
        <w:spacing w:after="60" w:line="266" w:lineRule="auto"/>
        <w:ind w:firstLine="331"/>
        <w:jc w:val="both"/>
      </w:pPr>
      <w:r>
        <w:rPr>
          <w:rFonts w:ascii="Georgia" w:hAnsi="Georgia"/>
          <w:b w:val="0"/>
          <w:i w:val="0"/>
          <w:color w:val="22201D"/>
          <w:sz w:val="20"/>
        </w:rPr>
        <w:t>"Clear at current speed."</w:t>
      </w:r>
    </w:p>
    <w:p>
      <w:pPr>
        <w:spacing w:after="60" w:line="266" w:lineRule="auto"/>
        <w:ind w:firstLine="331"/>
        <w:jc w:val="both"/>
      </w:pPr>
      <w:r>
        <w:rPr>
          <w:rFonts w:ascii="Georgia" w:hAnsi="Georgia"/>
          <w:b w:val="0"/>
          <w:i w:val="0"/>
          <w:color w:val="22201D"/>
          <w:sz w:val="20"/>
        </w:rPr>
        <w:t>Nico sat back.</w:t>
      </w:r>
    </w:p>
    <w:p>
      <w:pPr>
        <w:spacing w:after="60" w:line="266" w:lineRule="auto"/>
        <w:ind w:firstLine="331"/>
        <w:jc w:val="both"/>
      </w:pPr>
      <w:r>
        <w:rPr>
          <w:rFonts w:ascii="Georgia" w:hAnsi="Georgia"/>
          <w:b w:val="0"/>
          <w:i w:val="0"/>
          <w:color w:val="22201D"/>
          <w:sz w:val="20"/>
        </w:rPr>
        <w:t>"I contributed."</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USEFUL PARTICIPATION CONFIRMED.</w:t>
      </w:r>
    </w:p>
    <w:p>
      <w:pPr>
        <w:spacing w:after="60" w:line="266" w:lineRule="auto"/>
        <w:ind w:firstLine="331"/>
        <w:jc w:val="both"/>
      </w:pPr>
      <w:r>
        <w:rPr>
          <w:rFonts w:ascii="Georgia" w:hAnsi="Georgia"/>
          <w:b w:val="0"/>
          <w:i w:val="0"/>
          <w:color w:val="22201D"/>
          <w:sz w:val="20"/>
        </w:rPr>
        <w:t>Nico looked genuinely moved.</w:t>
      </w:r>
    </w:p>
    <w:p>
      <w:pPr>
        <w:spacing w:after="60" w:line="266" w:lineRule="auto"/>
        <w:ind w:firstLine="331"/>
        <w:jc w:val="both"/>
      </w:pPr>
      <w:r>
        <w:rPr>
          <w:rFonts w:ascii="Georgia" w:hAnsi="Georgia"/>
          <w:b w:val="0"/>
          <w:i w:val="0"/>
          <w:color w:val="22201D"/>
          <w:sz w:val="20"/>
        </w:rPr>
        <w:t>"I want that in writing."</w:t>
      </w:r>
    </w:p>
    <w:p>
      <w:pPr>
        <w:spacing w:after="60" w:line="266" w:lineRule="auto"/>
        <w:ind w:firstLine="331"/>
        <w:jc w:val="both"/>
      </w:pPr>
      <w:r>
        <w:rPr>
          <w:rFonts w:ascii="Georgia" w:hAnsi="Georgia"/>
          <w:b w:val="0"/>
          <w:i w:val="0"/>
          <w:color w:val="22201D"/>
          <w:sz w:val="20"/>
        </w:rPr>
        <w:t>Steve said, "It is."</w:t>
      </w:r>
    </w:p>
    <w:p>
      <w:pPr>
        <w:spacing w:after="60" w:line="266" w:lineRule="auto"/>
        <w:ind w:firstLine="331"/>
        <w:jc w:val="both"/>
      </w:pPr>
      <w:r>
        <w:rPr>
          <w:rFonts w:ascii="Georgia" w:hAnsi="Georgia"/>
          <w:b w:val="0"/>
          <w:i w:val="0"/>
          <w:color w:val="22201D"/>
          <w:sz w:val="20"/>
        </w:rPr>
        <w:t>The private road ended at a small paved lot behind a closed restaurant supply warehouse. A sign on the back door read:</w:t>
      </w:r>
    </w:p>
    <w:p>
      <w:pPr>
        <w:spacing w:after="60" w:line="250" w:lineRule="auto"/>
        <w:ind w:left="202" w:right="173"/>
      </w:pPr>
      <w:r>
        <w:rPr>
          <w:rFonts w:ascii="Georgia" w:hAnsi="Georgia"/>
          <w:b w:val="0"/>
          <w:i w:val="0"/>
          <w:color w:val="22201D"/>
          <w:sz w:val="17"/>
        </w:rPr>
        <w:t>DELIVERIES RING BELL WAIT LIKE YOU MEAN IT</w:t>
      </w:r>
    </w:p>
    <w:p>
      <w:pPr>
        <w:spacing w:after="60" w:line="266" w:lineRule="auto"/>
        <w:ind w:firstLine="331"/>
        <w:jc w:val="both"/>
      </w:pPr>
      <w:r>
        <w:rPr>
          <w:rFonts w:ascii="Georgia" w:hAnsi="Georgia"/>
          <w:b w:val="0"/>
          <w:i w:val="0"/>
          <w:color w:val="22201D"/>
          <w:sz w:val="20"/>
        </w:rPr>
        <w:t>The road notice cooled.</w:t>
      </w:r>
    </w:p>
    <w:p>
      <w:pPr>
        <w:spacing w:after="60" w:line="266" w:lineRule="auto"/>
        <w:ind w:firstLine="331"/>
        <w:jc w:val="both"/>
      </w:pPr>
      <w:r>
        <w:rPr>
          <w:rFonts w:ascii="Georgia" w:hAnsi="Georgia"/>
          <w:b w:val="0"/>
          <w:i w:val="0"/>
          <w:color w:val="22201D"/>
          <w:sz w:val="20"/>
        </w:rPr>
        <w:t>Bob handed it to Flocc.</w:t>
      </w:r>
    </w:p>
    <w:p>
      <w:pPr>
        <w:spacing w:after="60" w:line="266" w:lineRule="auto"/>
        <w:ind w:firstLine="331"/>
        <w:jc w:val="both"/>
      </w:pPr>
      <w:r>
        <w:rPr>
          <w:rFonts w:ascii="Georgia" w:hAnsi="Georgia"/>
          <w:b w:val="0"/>
          <w:i w:val="0"/>
          <w:color w:val="22201D"/>
          <w:sz w:val="20"/>
        </w:rPr>
        <w:t>"Now."</w:t>
      </w:r>
    </w:p>
    <w:p>
      <w:pPr>
        <w:spacing w:after="60" w:line="266" w:lineRule="auto"/>
        <w:ind w:firstLine="331"/>
        <w:jc w:val="both"/>
      </w:pPr>
      <w:r>
        <w:rPr>
          <w:rFonts w:ascii="Georgia" w:hAnsi="Georgia"/>
          <w:b w:val="0"/>
          <w:i w:val="0"/>
          <w:color w:val="22201D"/>
          <w:sz w:val="20"/>
        </w:rPr>
        <w:t>Flocc placed it in the glove compartment with the map note, fuel receipt, drop ticket, sauce label, directory card, returned photo strip, and crate note.</w:t>
      </w:r>
    </w:p>
    <w:p>
      <w:pPr>
        <w:spacing w:after="60" w:line="266" w:lineRule="auto"/>
        <w:ind w:firstLine="331"/>
        <w:jc w:val="both"/>
      </w:pPr>
      <w:r>
        <w:rPr>
          <w:rFonts w:ascii="Georgia" w:hAnsi="Georgia"/>
          <w:b w:val="0"/>
          <w:i w:val="0"/>
          <w:color w:val="22201D"/>
          <w:sz w:val="20"/>
        </w:rPr>
        <w:t>The documents touched.</w:t>
      </w:r>
    </w:p>
    <w:p>
      <w:pPr>
        <w:spacing w:after="60" w:line="266" w:lineRule="auto"/>
        <w:ind w:firstLine="331"/>
        <w:jc w:val="both"/>
      </w:pPr>
      <w:r>
        <w:rPr>
          <w:rFonts w:ascii="Georgia" w:hAnsi="Georgia"/>
          <w:b w:val="0"/>
          <w:i w:val="0"/>
          <w:color w:val="22201D"/>
          <w:sz w:val="20"/>
        </w:rPr>
        <w:t>They remained themselves.</w:t>
      </w:r>
    </w:p>
    <w:p>
      <w:pPr>
        <w:spacing w:after="60" w:line="266" w:lineRule="auto"/>
        <w:ind w:firstLine="331"/>
        <w:jc w:val="both"/>
      </w:pPr>
      <w:r>
        <w:rPr>
          <w:rFonts w:ascii="Georgia" w:hAnsi="Georgia"/>
          <w:b w:val="0"/>
          <w:i w:val="0"/>
          <w:color w:val="22201D"/>
          <w:sz w:val="20"/>
        </w:rPr>
        <w:t>The map printed:</w:t>
      </w:r>
    </w:p>
    <w:p>
      <w:pPr>
        <w:spacing w:after="60" w:line="250" w:lineRule="auto"/>
        <w:ind w:left="202" w:right="173"/>
      </w:pPr>
      <w:r>
        <w:rPr>
          <w:rFonts w:ascii="Georgia" w:hAnsi="Georgia"/>
          <w:b w:val="0"/>
          <w:i w:val="0"/>
          <w:color w:val="22201D"/>
          <w:sz w:val="17"/>
        </w:rPr>
        <w:t>NEXT DOCUMENT: SPOON RECEIPT  NEXT CHAPTER: THE COURIER'S SPOON POINTS BACK  PRICE: RETURN</w:t>
      </w:r>
    </w:p>
    <w:p>
      <w:pPr>
        <w:spacing w:after="60" w:line="266" w:lineRule="auto"/>
        <w:ind w:firstLine="331"/>
        <w:jc w:val="both"/>
      </w:pPr>
      <w:r>
        <w:rPr>
          <w:rFonts w:ascii="Georgia" w:hAnsi="Georgia"/>
          <w:b w:val="0"/>
          <w:i w:val="0"/>
          <w:color w:val="22201D"/>
          <w:sz w:val="20"/>
        </w:rPr>
        <w:t>Nico pointed at the warehouse door.</w:t>
      </w:r>
    </w:p>
    <w:p>
      <w:pPr>
        <w:spacing w:after="60" w:line="266" w:lineRule="auto"/>
        <w:ind w:firstLine="331"/>
        <w:jc w:val="both"/>
      </w:pPr>
      <w:r>
        <w:rPr>
          <w:rFonts w:ascii="Georgia" w:hAnsi="Georgia"/>
          <w:b w:val="0"/>
          <w:i w:val="0"/>
          <w:color w:val="22201D"/>
          <w:sz w:val="20"/>
        </w:rPr>
        <w:t>"Is the spoon inside?"</w:t>
      </w:r>
    </w:p>
    <w:p>
      <w:pPr>
        <w:spacing w:after="60" w:line="266" w:lineRule="auto"/>
        <w:ind w:firstLine="331"/>
        <w:jc w:val="both"/>
      </w:pPr>
      <w:r>
        <w:rPr>
          <w:rFonts w:ascii="Georgia" w:hAnsi="Georgia"/>
          <w:b w:val="0"/>
          <w:i w:val="0"/>
          <w:color w:val="22201D"/>
          <w:sz w:val="20"/>
        </w:rPr>
        <w:t>Bob said, "Eventually."</w:t>
      </w:r>
    </w:p>
    <w:p>
      <w:pPr>
        <w:spacing w:after="60" w:line="266" w:lineRule="auto"/>
        <w:ind w:firstLine="331"/>
        <w:jc w:val="both"/>
      </w:pPr>
      <w:r>
        <w:rPr>
          <w:rFonts w:ascii="Georgia" w:hAnsi="Georgia"/>
          <w:b w:val="0"/>
          <w:i w:val="0"/>
          <w:color w:val="22201D"/>
          <w:sz w:val="20"/>
        </w:rPr>
        <w:t>"That is not a location."</w:t>
      </w:r>
    </w:p>
    <w:p>
      <w:pPr>
        <w:spacing w:after="60" w:line="266" w:lineRule="auto"/>
        <w:ind w:firstLine="331"/>
        <w:jc w:val="both"/>
      </w:pPr>
      <w:r>
        <w:rPr>
          <w:rFonts w:ascii="Georgia" w:hAnsi="Georgia"/>
          <w:b w:val="0"/>
          <w:i w:val="0"/>
          <w:color w:val="22201D"/>
          <w:sz w:val="20"/>
        </w:rPr>
        <w:t>"It is for a spoon."</w:t>
      </w:r>
    </w:p>
    <w:p>
      <w:pPr>
        <w:spacing w:after="60" w:line="266" w:lineRule="auto"/>
        <w:ind w:firstLine="331"/>
        <w:jc w:val="both"/>
      </w:pPr>
      <w:r>
        <w:rPr>
          <w:rFonts w:ascii="Georgia" w:hAnsi="Georgia"/>
          <w:b w:val="0"/>
          <w:i w:val="0"/>
          <w:color w:val="22201D"/>
          <w:sz w:val="20"/>
        </w:rPr>
        <w:t>Gerald checked the cargo.</w:t>
      </w:r>
    </w:p>
    <w:p>
      <w:pPr>
        <w:spacing w:after="60" w:line="266" w:lineRule="auto"/>
        <w:ind w:firstLine="331"/>
        <w:jc w:val="both"/>
      </w:pPr>
      <w:r>
        <w:rPr>
          <w:rFonts w:ascii="Georgia" w:hAnsi="Georgia"/>
          <w:b w:val="0"/>
          <w:i w:val="0"/>
          <w:color w:val="22201D"/>
          <w:sz w:val="20"/>
        </w:rPr>
        <w:t>"Mushroom crate stable. Sauce carrier stable. Box stable. No spill. No compression."</w:t>
      </w:r>
    </w:p>
    <w:p>
      <w:pPr>
        <w:spacing w:after="60" w:line="266" w:lineRule="auto"/>
        <w:ind w:firstLine="331"/>
        <w:jc w:val="both"/>
      </w:pPr>
      <w:r>
        <w:rPr>
          <w:rFonts w:ascii="Georgia" w:hAnsi="Georgia"/>
          <w:b w:val="0"/>
          <w:i w:val="0"/>
          <w:color w:val="22201D"/>
          <w:sz w:val="20"/>
        </w:rPr>
        <w:t>Flocc looked back at the private road.</w:t>
      </w:r>
    </w:p>
    <w:p>
      <w:pPr>
        <w:spacing w:after="60" w:line="266" w:lineRule="auto"/>
        <w:ind w:firstLine="331"/>
        <w:jc w:val="both"/>
      </w:pPr>
      <w:r>
        <w:rPr>
          <w:rFonts w:ascii="Georgia" w:hAnsi="Georgia"/>
          <w:b w:val="0"/>
          <w:i w:val="0"/>
          <w:color w:val="22201D"/>
          <w:sz w:val="20"/>
        </w:rPr>
        <w:t>The pothole was no longer visible from the lot.</w:t>
      </w:r>
    </w:p>
    <w:p>
      <w:pPr>
        <w:spacing w:after="60" w:line="266" w:lineRule="auto"/>
        <w:ind w:firstLine="331"/>
        <w:jc w:val="both"/>
      </w:pPr>
      <w:r>
        <w:rPr>
          <w:rFonts w:ascii="Georgia" w:hAnsi="Georgia"/>
          <w:b w:val="0"/>
          <w:i w:val="0"/>
          <w:color w:val="22201D"/>
          <w:sz w:val="20"/>
        </w:rPr>
        <w:t>This felt important, but not because it had disappeared.</w:t>
      </w:r>
    </w:p>
    <w:p>
      <w:pPr>
        <w:spacing w:after="60" w:line="266" w:lineRule="auto"/>
        <w:ind w:firstLine="331"/>
        <w:jc w:val="both"/>
      </w:pPr>
      <w:r>
        <w:rPr>
          <w:rFonts w:ascii="Georgia" w:hAnsi="Georgia"/>
          <w:b w:val="0"/>
          <w:i w:val="0"/>
          <w:color w:val="22201D"/>
          <w:sz w:val="20"/>
        </w:rPr>
        <w:t>Because it was still behind them doing its job for the next person who thought swerving looked competent.</w:t>
      </w:r>
    </w:p>
    <w:p>
      <w:pPr>
        <w:spacing w:after="60" w:line="266" w:lineRule="auto"/>
        <w:ind w:firstLine="331"/>
        <w:jc w:val="both"/>
      </w:pPr>
      <w:r>
        <w:rPr>
          <w:rFonts w:ascii="Georgia" w:hAnsi="Georgia"/>
          <w:b w:val="0"/>
          <w:i w:val="0"/>
          <w:color w:val="22201D"/>
          <w:sz w:val="20"/>
        </w:rPr>
        <w:t>The road notice printed one final line from inside the glove compartment:</w:t>
      </w:r>
    </w:p>
    <w:p>
      <w:pPr>
        <w:spacing w:after="60" w:line="250" w:lineRule="auto"/>
        <w:ind w:left="202" w:right="173"/>
      </w:pPr>
      <w:r>
        <w:rPr>
          <w:rFonts w:ascii="Georgia" w:hAnsi="Georgia"/>
          <w:b w:val="0"/>
          <w:i w:val="0"/>
          <w:color w:val="22201D"/>
          <w:sz w:val="17"/>
        </w:rPr>
        <w:t>SLOW IS SOMETIMES THE ONLY WAY THE ROAD CAN TELL THE TRUTH IN TIME.</w:t>
      </w:r>
    </w:p>
    <w:p>
      <w:pPr>
        <w:spacing w:after="60" w:line="266" w:lineRule="auto"/>
        <w:ind w:firstLine="331"/>
        <w:jc w:val="both"/>
      </w:pPr>
      <w:r>
        <w:rPr>
          <w:rFonts w:ascii="Georgia" w:hAnsi="Georgia"/>
          <w:b w:val="0"/>
          <w:i w:val="0"/>
          <w:color w:val="22201D"/>
          <w:sz w:val="20"/>
        </w:rPr>
        <w:t>Steve copied it.</w:t>
      </w:r>
    </w:p>
    <w:p>
      <w:pPr>
        <w:spacing w:after="60" w:line="266" w:lineRule="auto"/>
        <w:ind w:firstLine="331"/>
        <w:jc w:val="both"/>
      </w:pPr>
      <w:r>
        <w:rPr>
          <w:rFonts w:ascii="Georgia" w:hAnsi="Georgia"/>
          <w:b w:val="0"/>
          <w:i w:val="0"/>
          <w:color w:val="22201D"/>
          <w:sz w:val="20"/>
        </w:rPr>
        <w:t>Bob rang the warehouse bell.</w:t>
      </w:r>
    </w:p>
    <w:p>
      <w:pPr>
        <w:spacing w:after="60" w:line="266" w:lineRule="auto"/>
        <w:ind w:firstLine="331"/>
        <w:jc w:val="both"/>
      </w:pPr>
      <w:r>
        <w:rPr>
          <w:rFonts w:ascii="Georgia" w:hAnsi="Georgia"/>
          <w:b w:val="0"/>
          <w:i w:val="0"/>
          <w:color w:val="22201D"/>
          <w:sz w:val="20"/>
        </w:rPr>
        <w:t>Somewhere inside, something metal answered.</w:t>
      </w:r>
    </w:p>
    <w:p>
      <w:pPr>
        <w:spacing w:after="60" w:line="266" w:lineRule="auto"/>
        <w:ind w:firstLine="331"/>
        <w:jc w:val="both"/>
      </w:pPr>
      <w:r>
        <w:rPr>
          <w:rFonts w:ascii="Georgia" w:hAnsi="Georgia"/>
          <w:b w:val="0"/>
          <w:i w:val="0"/>
          <w:color w:val="22201D"/>
          <w:sz w:val="20"/>
        </w:rPr>
        <w:t>The route waited.</w:t>
      </w:r>
    </w:p>
    <w:p>
      <w:pPr>
        <w:spacing w:after="60" w:line="266" w:lineRule="auto"/>
        <w:ind w:firstLine="331"/>
        <w:jc w:val="both"/>
      </w:pPr>
      <w:r>
        <w:rPr>
          <w:rFonts w:ascii="Georgia" w:hAnsi="Georgia"/>
          <w:b w:val="0"/>
          <w:i w:val="0"/>
          <w:color w:val="22201D"/>
          <w:sz w:val="20"/>
        </w:rPr>
        <w:t>This time, no one asked if waiting meant delay.</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Courier's Spoon Points Back</w:t>
      </w:r>
    </w:p>
    <w:p>
      <w:pPr>
        <w:spacing w:after="60" w:line="266" w:lineRule="auto"/>
        <w:ind w:firstLine="0"/>
        <w:jc w:val="both"/>
      </w:pPr>
      <w:r>
        <w:rPr>
          <w:rFonts w:ascii="Georgia" w:hAnsi="Georgia"/>
          <w:b w:val="0"/>
          <w:i w:val="0"/>
          <w:color w:val="22201D"/>
          <w:sz w:val="20"/>
        </w:rPr>
        <w:t>In which a spoon proves useful before it becomes meaningful, the menu key refuses a shortcut, and the route pays the price of return without pretending return is failure.</w:t>
      </w:r>
    </w:p>
    <w:p>
      <w:pPr>
        <w:spacing w:after="60" w:line="266" w:lineRule="auto"/>
        <w:ind w:firstLine="331"/>
        <w:jc w:val="both"/>
      </w:pPr>
      <w:r>
        <w:rPr>
          <w:rFonts w:ascii="Georgia" w:hAnsi="Georgia"/>
          <w:b w:val="0"/>
          <w:i w:val="0"/>
          <w:color w:val="22201D"/>
          <w:sz w:val="20"/>
        </w:rPr>
        <w:t>The spoon was in the cup holder when nobody remembered putting it there.</w:t>
      </w:r>
    </w:p>
    <w:p>
      <w:pPr>
        <w:spacing w:after="60" w:line="266" w:lineRule="auto"/>
        <w:ind w:firstLine="331"/>
        <w:jc w:val="both"/>
      </w:pPr>
      <w:r>
        <w:rPr>
          <w:rFonts w:ascii="Georgia" w:hAnsi="Georgia"/>
          <w:b w:val="0"/>
          <w:i w:val="0"/>
          <w:color w:val="22201D"/>
          <w:sz w:val="20"/>
        </w:rPr>
        <w:t>This made it suspicious, but not yet magical.</w:t>
      </w:r>
    </w:p>
    <w:p>
      <w:pPr>
        <w:spacing w:after="60" w:line="266" w:lineRule="auto"/>
        <w:ind w:firstLine="331"/>
        <w:jc w:val="both"/>
      </w:pPr>
      <w:r>
        <w:rPr>
          <w:rFonts w:ascii="Georgia" w:hAnsi="Georgia"/>
          <w:b w:val="0"/>
          <w:i w:val="0"/>
          <w:color w:val="22201D"/>
          <w:sz w:val="20"/>
        </w:rPr>
        <w:t>Bob did not believe in magical objects that arrived without paperwork.</w:t>
      </w:r>
    </w:p>
    <w:p>
      <w:pPr>
        <w:spacing w:after="60" w:line="266" w:lineRule="auto"/>
        <w:ind w:firstLine="331"/>
        <w:jc w:val="both"/>
      </w:pPr>
      <w:r>
        <w:rPr>
          <w:rFonts w:ascii="Georgia" w:hAnsi="Georgia"/>
          <w:b w:val="0"/>
          <w:i w:val="0"/>
          <w:color w:val="22201D"/>
          <w:sz w:val="20"/>
        </w:rPr>
        <w:t>He believed in objects that had been put somewhere by a person with poor labeling discipline.</w:t>
      </w:r>
    </w:p>
    <w:p>
      <w:pPr>
        <w:spacing w:after="60" w:line="266" w:lineRule="auto"/>
        <w:ind w:firstLine="331"/>
        <w:jc w:val="both"/>
      </w:pPr>
      <w:r>
        <w:rPr>
          <w:rFonts w:ascii="Georgia" w:hAnsi="Georgia"/>
          <w:b w:val="0"/>
          <w:i w:val="0"/>
          <w:color w:val="22201D"/>
          <w:sz w:val="20"/>
        </w:rPr>
        <w:t>He pulled into the gravel turnout beyond the pothole, set the brake, and looked at the spoon as if it had failed a background check.</w:t>
      </w:r>
    </w:p>
    <w:p>
      <w:pPr>
        <w:spacing w:after="60" w:line="266" w:lineRule="auto"/>
        <w:ind w:firstLine="331"/>
        <w:jc w:val="both"/>
      </w:pPr>
      <w:r>
        <w:rPr>
          <w:rFonts w:ascii="Georgia" w:hAnsi="Georgia"/>
          <w:b w:val="0"/>
          <w:i w:val="0"/>
          <w:color w:val="22201D"/>
          <w:sz w:val="20"/>
        </w:rPr>
        <w:t>"Whose?"</w:t>
      </w:r>
    </w:p>
    <w:p>
      <w:pPr>
        <w:spacing w:after="60" w:line="266" w:lineRule="auto"/>
        <w:ind w:firstLine="331"/>
        <w:jc w:val="both"/>
      </w:pPr>
      <w:r>
        <w:rPr>
          <w:rFonts w:ascii="Georgia" w:hAnsi="Georgia"/>
          <w:b w:val="0"/>
          <w:i w:val="0"/>
          <w:color w:val="22201D"/>
          <w:sz w:val="20"/>
        </w:rPr>
        <w:t>No one answered immediately.</w:t>
      </w:r>
    </w:p>
    <w:p>
      <w:pPr>
        <w:spacing w:after="60" w:line="266" w:lineRule="auto"/>
        <w:ind w:firstLine="331"/>
        <w:jc w:val="both"/>
      </w:pPr>
      <w:r>
        <w:rPr>
          <w:rFonts w:ascii="Georgia" w:hAnsi="Georgia"/>
          <w:b w:val="0"/>
          <w:i w:val="0"/>
          <w:color w:val="22201D"/>
          <w:sz w:val="20"/>
        </w:rPr>
        <w:t>The truck ticked as it cooled.</w:t>
      </w:r>
    </w:p>
    <w:p>
      <w:pPr>
        <w:spacing w:after="60" w:line="266" w:lineRule="auto"/>
        <w:ind w:firstLine="331"/>
        <w:jc w:val="both"/>
      </w:pPr>
      <w:r>
        <w:rPr>
          <w:rFonts w:ascii="Georgia" w:hAnsi="Georgia"/>
          <w:b w:val="0"/>
          <w:i w:val="0"/>
          <w:color w:val="22201D"/>
          <w:sz w:val="20"/>
        </w:rPr>
        <w:t>Behind them, the private road continued in the direction a confident person would have called forward.</w:t>
      </w:r>
    </w:p>
    <w:p>
      <w:pPr>
        <w:spacing w:after="60" w:line="266" w:lineRule="auto"/>
        <w:ind w:firstLine="331"/>
        <w:jc w:val="both"/>
      </w:pPr>
      <w:r>
        <w:rPr>
          <w:rFonts w:ascii="Georgia" w:hAnsi="Georgia"/>
          <w:b w:val="0"/>
          <w:i w:val="0"/>
          <w:color w:val="22201D"/>
          <w:sz w:val="20"/>
        </w:rPr>
        <w:t>Ahead of them, if a person could call it ahead, the lane narrowed between two banks of blackberry canes and a row of firs so old they looked less planted than inherited.</w:t>
      </w:r>
    </w:p>
    <w:p>
      <w:pPr>
        <w:spacing w:after="60" w:line="266" w:lineRule="auto"/>
        <w:ind w:firstLine="331"/>
        <w:jc w:val="both"/>
      </w:pPr>
      <w:r>
        <w:rPr>
          <w:rFonts w:ascii="Georgia" w:hAnsi="Georgia"/>
          <w:b w:val="0"/>
          <w:i w:val="0"/>
          <w:color w:val="22201D"/>
          <w:sz w:val="20"/>
        </w:rPr>
        <w:t>Flocc leaned from the passenger seat, held one finger above the spoon, and stopped before touching it.</w:t>
      </w:r>
    </w:p>
    <w:p>
      <w:pPr>
        <w:spacing w:after="60" w:line="266" w:lineRule="auto"/>
        <w:ind w:firstLine="331"/>
        <w:jc w:val="both"/>
      </w:pPr>
      <w:r>
        <w:rPr>
          <w:rFonts w:ascii="Georgia" w:hAnsi="Georgia"/>
          <w:b w:val="0"/>
          <w:i w:val="0"/>
          <w:color w:val="22201D"/>
          <w:sz w:val="20"/>
        </w:rPr>
        <w:t>"It is not mine."</w:t>
      </w:r>
    </w:p>
    <w:p>
      <w:pPr>
        <w:spacing w:after="60" w:line="266" w:lineRule="auto"/>
        <w:ind w:firstLine="331"/>
        <w:jc w:val="both"/>
      </w:pPr>
      <w:r>
        <w:rPr>
          <w:rFonts w:ascii="Georgia" w:hAnsi="Georgia"/>
          <w:b w:val="0"/>
          <w:i w:val="0"/>
          <w:color w:val="22201D"/>
          <w:sz w:val="20"/>
        </w:rPr>
        <w:t>"That was not the question," Bob said.</w:t>
      </w:r>
    </w:p>
    <w:p>
      <w:pPr>
        <w:spacing w:after="60" w:line="266" w:lineRule="auto"/>
        <w:ind w:firstLine="331"/>
        <w:jc w:val="both"/>
      </w:pPr>
      <w:r>
        <w:rPr>
          <w:rFonts w:ascii="Georgia" w:hAnsi="Georgia"/>
          <w:b w:val="0"/>
          <w:i w:val="0"/>
          <w:color w:val="22201D"/>
          <w:sz w:val="20"/>
        </w:rPr>
        <w:t>"It is the answer I can afford."</w:t>
      </w:r>
    </w:p>
    <w:p>
      <w:pPr>
        <w:spacing w:after="60" w:line="266" w:lineRule="auto"/>
        <w:ind w:firstLine="331"/>
        <w:jc w:val="both"/>
      </w:pPr>
      <w:r>
        <w:rPr>
          <w:rFonts w:ascii="Georgia" w:hAnsi="Georgia"/>
          <w:b w:val="0"/>
          <w:i w:val="0"/>
          <w:color w:val="22201D"/>
          <w:sz w:val="20"/>
        </w:rPr>
        <w:t>Gerald came around from the cargo side with a clipboard tucked under one arm and the expression of a man who had decided that mystery could wait until after inventory.</w:t>
      </w:r>
    </w:p>
    <w:p>
      <w:pPr>
        <w:spacing w:after="60" w:line="266" w:lineRule="auto"/>
        <w:ind w:firstLine="331"/>
        <w:jc w:val="both"/>
      </w:pPr>
      <w:r>
        <w:rPr>
          <w:rFonts w:ascii="Georgia" w:hAnsi="Georgia"/>
          <w:b w:val="0"/>
          <w:i w:val="0"/>
          <w:color w:val="22201D"/>
          <w:sz w:val="20"/>
        </w:rPr>
        <w:t>"It came with the crate?"</w:t>
      </w:r>
    </w:p>
    <w:p>
      <w:pPr>
        <w:spacing w:after="60" w:line="266" w:lineRule="auto"/>
        <w:ind w:firstLine="331"/>
        <w:jc w:val="both"/>
      </w:pPr>
      <w:r>
        <w:rPr>
          <w:rFonts w:ascii="Georgia" w:hAnsi="Georgia"/>
          <w:b w:val="0"/>
          <w:i w:val="0"/>
          <w:color w:val="22201D"/>
          <w:sz w:val="20"/>
        </w:rPr>
        <w:t>Steve, who had been recording the pothole sign from three angles because he believed history was often a municipal problem, lowered his phone.</w:t>
      </w:r>
    </w:p>
    <w:p>
      <w:pPr>
        <w:spacing w:after="60" w:line="266" w:lineRule="auto"/>
        <w:ind w:firstLine="331"/>
        <w:jc w:val="both"/>
      </w:pPr>
      <w:r>
        <w:rPr>
          <w:rFonts w:ascii="Georgia" w:hAnsi="Georgia"/>
          <w:b w:val="0"/>
          <w:i w:val="0"/>
          <w:color w:val="22201D"/>
          <w:sz w:val="20"/>
        </w:rPr>
        <w:t>"A spoon came with the crate?"</w:t>
      </w:r>
    </w:p>
    <w:p>
      <w:pPr>
        <w:spacing w:after="60" w:line="266" w:lineRule="auto"/>
        <w:ind w:firstLine="331"/>
        <w:jc w:val="both"/>
      </w:pPr>
      <w:r>
        <w:rPr>
          <w:rFonts w:ascii="Georgia" w:hAnsi="Georgia"/>
          <w:b w:val="0"/>
          <w:i w:val="0"/>
          <w:color w:val="22201D"/>
          <w:sz w:val="20"/>
        </w:rPr>
        <w:t>"A spoon came with something," Gerald said. "Whether it came with the crate is a different accusation."</w:t>
      </w:r>
    </w:p>
    <w:p>
      <w:pPr>
        <w:spacing w:after="60" w:line="266" w:lineRule="auto"/>
        <w:ind w:firstLine="331"/>
        <w:jc w:val="both"/>
      </w:pPr>
      <w:r>
        <w:rPr>
          <w:rFonts w:ascii="Georgia" w:hAnsi="Georgia"/>
          <w:b w:val="0"/>
          <w:i w:val="0"/>
          <w:color w:val="22201D"/>
          <w:sz w:val="20"/>
        </w:rPr>
        <w:t>Nico climbed down from the back step, palms still dusty from bracing herself when the truck dipped into the pothole on purpose.</w:t>
      </w:r>
    </w:p>
    <w:p>
      <w:pPr>
        <w:spacing w:after="60" w:line="266" w:lineRule="auto"/>
        <w:ind w:firstLine="331"/>
        <w:jc w:val="both"/>
      </w:pPr>
      <w:r>
        <w:rPr>
          <w:rFonts w:ascii="Georgia" w:hAnsi="Georgia"/>
          <w:b w:val="0"/>
          <w:i w:val="0"/>
          <w:color w:val="22201D"/>
          <w:sz w:val="20"/>
        </w:rPr>
        <w:t>"If this is another object that knows more than we do, I vote we ask it to use complete sentences."</w:t>
      </w:r>
    </w:p>
    <w:p>
      <w:pPr>
        <w:spacing w:after="60" w:line="266" w:lineRule="auto"/>
        <w:ind w:firstLine="331"/>
        <w:jc w:val="both"/>
      </w:pPr>
      <w:r>
        <w:rPr>
          <w:rFonts w:ascii="Georgia" w:hAnsi="Georgia"/>
          <w:b w:val="0"/>
          <w:i w:val="0"/>
          <w:color w:val="22201D"/>
          <w:sz w:val="20"/>
        </w:rPr>
        <w:t>Bob took a receipt spike from the dashboard.</w:t>
      </w:r>
    </w:p>
    <w:p>
      <w:pPr>
        <w:spacing w:after="60" w:line="266" w:lineRule="auto"/>
        <w:ind w:firstLine="331"/>
        <w:jc w:val="both"/>
      </w:pPr>
      <w:r>
        <w:rPr>
          <w:rFonts w:ascii="Georgia" w:hAnsi="Georgia"/>
          <w:b w:val="0"/>
          <w:i w:val="0"/>
          <w:color w:val="22201D"/>
          <w:sz w:val="20"/>
        </w:rPr>
        <w:t>It had not held receipts for years.</w:t>
      </w:r>
    </w:p>
    <w:p>
      <w:pPr>
        <w:spacing w:after="60" w:line="266" w:lineRule="auto"/>
        <w:ind w:firstLine="331"/>
        <w:jc w:val="both"/>
      </w:pPr>
      <w:r>
        <w:rPr>
          <w:rFonts w:ascii="Georgia" w:hAnsi="Georgia"/>
          <w:b w:val="0"/>
          <w:i w:val="0"/>
          <w:color w:val="22201D"/>
          <w:sz w:val="20"/>
        </w:rPr>
        <w:t>It held parking slips, one expired inspection warning, two rubber bands, and the kind of screw that proved a vehicle had once contained more vehicle.</w:t>
      </w:r>
    </w:p>
    <w:p>
      <w:pPr>
        <w:spacing w:after="60" w:line="266" w:lineRule="auto"/>
        <w:ind w:firstLine="331"/>
        <w:jc w:val="both"/>
      </w:pPr>
      <w:r>
        <w:rPr>
          <w:rFonts w:ascii="Georgia" w:hAnsi="Georgia"/>
          <w:b w:val="0"/>
          <w:i w:val="0"/>
          <w:color w:val="22201D"/>
          <w:sz w:val="20"/>
        </w:rPr>
        <w:t>He slid the spoon out of the cup holder with the flat side of the spike.</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This was disappointing to Nico, encouraging to Gerald, and acceptable to Bob.</w:t>
      </w:r>
    </w:p>
    <w:p>
      <w:pPr>
        <w:spacing w:after="60" w:line="266" w:lineRule="auto"/>
        <w:ind w:firstLine="331"/>
        <w:jc w:val="both"/>
      </w:pPr>
      <w:r>
        <w:rPr>
          <w:rFonts w:ascii="Georgia" w:hAnsi="Georgia"/>
          <w:b w:val="0"/>
          <w:i w:val="0"/>
          <w:color w:val="22201D"/>
          <w:sz w:val="20"/>
        </w:rPr>
        <w:t>The spoon was narrow and ordinary, the kind found in diners, church kitchens, break rooms, school cafeterias, and drawers where knives went to sulk.</w:t>
      </w:r>
    </w:p>
    <w:p>
      <w:pPr>
        <w:spacing w:after="60" w:line="266" w:lineRule="auto"/>
        <w:ind w:firstLine="331"/>
        <w:jc w:val="both"/>
      </w:pPr>
      <w:r>
        <w:rPr>
          <w:rFonts w:ascii="Georgia" w:hAnsi="Georgia"/>
          <w:b w:val="0"/>
          <w:i w:val="0"/>
          <w:color w:val="22201D"/>
          <w:sz w:val="20"/>
        </w:rPr>
        <w:t>Its bowl was scratched.</w:t>
      </w:r>
    </w:p>
    <w:p>
      <w:pPr>
        <w:spacing w:after="60" w:line="266" w:lineRule="auto"/>
        <w:ind w:firstLine="331"/>
        <w:jc w:val="both"/>
      </w:pPr>
      <w:r>
        <w:rPr>
          <w:rFonts w:ascii="Georgia" w:hAnsi="Georgia"/>
          <w:b w:val="0"/>
          <w:i w:val="0"/>
          <w:color w:val="22201D"/>
          <w:sz w:val="20"/>
        </w:rPr>
        <w:t>Its handle had been bent and straightened at least twice.</w:t>
      </w:r>
    </w:p>
    <w:p>
      <w:pPr>
        <w:spacing w:after="60" w:line="266" w:lineRule="auto"/>
        <w:ind w:firstLine="331"/>
        <w:jc w:val="both"/>
      </w:pPr>
      <w:r>
        <w:rPr>
          <w:rFonts w:ascii="Georgia" w:hAnsi="Georgia"/>
          <w:b w:val="0"/>
          <w:i w:val="0"/>
          <w:color w:val="22201D"/>
          <w:sz w:val="20"/>
        </w:rPr>
        <w:t>At the tip of the handle, stamped so shallowly that it might have been a manufacturer mark or a warning from a tired clerk, were three letters:</w:t>
      </w:r>
    </w:p>
    <w:p>
      <w:pPr>
        <w:spacing w:after="60" w:line="250" w:lineRule="auto"/>
        <w:ind w:left="202" w:right="173"/>
      </w:pPr>
      <w:r>
        <w:rPr>
          <w:rFonts w:ascii="Georgia" w:hAnsi="Georgia"/>
          <w:b w:val="0"/>
          <w:i w:val="0"/>
          <w:color w:val="22201D"/>
          <w:sz w:val="17"/>
        </w:rPr>
        <w:t>RTN</w:t>
      </w:r>
    </w:p>
    <w:p>
      <w:pPr>
        <w:spacing w:after="60" w:line="266" w:lineRule="auto"/>
        <w:ind w:firstLine="331"/>
        <w:jc w:val="both"/>
      </w:pPr>
      <w:r>
        <w:rPr>
          <w:rFonts w:ascii="Georgia" w:hAnsi="Georgia"/>
          <w:b w:val="0"/>
          <w:i w:val="0"/>
          <w:color w:val="22201D"/>
          <w:sz w:val="20"/>
        </w:rPr>
        <w:t>"Return," Steve said.</w:t>
      </w:r>
    </w:p>
    <w:p>
      <w:pPr>
        <w:spacing w:after="60" w:line="266" w:lineRule="auto"/>
        <w:ind w:firstLine="331"/>
        <w:jc w:val="both"/>
      </w:pPr>
      <w:r>
        <w:rPr>
          <w:rFonts w:ascii="Georgia" w:hAnsi="Georgia"/>
          <w:b w:val="0"/>
          <w:i w:val="0"/>
          <w:color w:val="22201D"/>
          <w:sz w:val="20"/>
        </w:rPr>
        <w:t>"Or ration," Nico said.</w:t>
      </w:r>
    </w:p>
    <w:p>
      <w:pPr>
        <w:spacing w:after="60" w:line="266" w:lineRule="auto"/>
        <w:ind w:firstLine="331"/>
        <w:jc w:val="both"/>
      </w:pPr>
      <w:r>
        <w:rPr>
          <w:rFonts w:ascii="Georgia" w:hAnsi="Georgia"/>
          <w:b w:val="0"/>
          <w:i w:val="0"/>
          <w:color w:val="22201D"/>
          <w:sz w:val="20"/>
        </w:rPr>
        <w:t>"Or rotten," Gerald said.</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"Or route number."</w:t>
      </w:r>
    </w:p>
    <w:p>
      <w:pPr>
        <w:spacing w:after="60" w:line="266" w:lineRule="auto"/>
        <w:ind w:firstLine="331"/>
        <w:jc w:val="both"/>
      </w:pPr>
      <w:r>
        <w:rPr>
          <w:rFonts w:ascii="Georgia" w:hAnsi="Georgia"/>
          <w:b w:val="0"/>
          <w:i w:val="0"/>
          <w:color w:val="22201D"/>
          <w:sz w:val="20"/>
        </w:rPr>
        <w:t>Bob held the spoon on the receipt spike and did not look impressed.</w:t>
      </w:r>
    </w:p>
    <w:p>
      <w:pPr>
        <w:spacing w:after="60" w:line="266" w:lineRule="auto"/>
        <w:ind w:firstLine="331"/>
        <w:jc w:val="both"/>
      </w:pPr>
      <w:r>
        <w:rPr>
          <w:rFonts w:ascii="Georgia" w:hAnsi="Georgia"/>
          <w:b w:val="0"/>
          <w:i w:val="0"/>
          <w:color w:val="22201D"/>
          <w:sz w:val="20"/>
        </w:rPr>
        <w:t>"It is a spoon."</w:t>
      </w:r>
    </w:p>
    <w:p>
      <w:pPr>
        <w:spacing w:after="60" w:line="266" w:lineRule="auto"/>
        <w:ind w:firstLine="331"/>
        <w:jc w:val="both"/>
      </w:pPr>
      <w:r>
        <w:rPr>
          <w:rFonts w:ascii="Georgia" w:hAnsi="Georgia"/>
          <w:b w:val="0"/>
          <w:i w:val="0"/>
          <w:color w:val="22201D"/>
          <w:sz w:val="20"/>
        </w:rPr>
        <w:t>The spoon, as if preferring demonstration to argument, tipped.</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No flare of light.</w:t>
      </w:r>
    </w:p>
    <w:p>
      <w:pPr>
        <w:spacing w:after="60" w:line="266" w:lineRule="auto"/>
        <w:ind w:firstLine="331"/>
        <w:jc w:val="both"/>
      </w:pPr>
      <w:r>
        <w:rPr>
          <w:rFonts w:ascii="Georgia" w:hAnsi="Georgia"/>
          <w:b w:val="0"/>
          <w:i w:val="0"/>
          <w:color w:val="22201D"/>
          <w:sz w:val="20"/>
        </w:rPr>
        <w:t>No hum.</w:t>
      </w:r>
    </w:p>
    <w:p>
      <w:pPr>
        <w:spacing w:after="60" w:line="266" w:lineRule="auto"/>
        <w:ind w:firstLine="331"/>
        <w:jc w:val="both"/>
      </w:pPr>
      <w:r>
        <w:rPr>
          <w:rFonts w:ascii="Georgia" w:hAnsi="Georgia"/>
          <w:b w:val="0"/>
          <w:i w:val="0"/>
          <w:color w:val="22201D"/>
          <w:sz w:val="20"/>
        </w:rPr>
        <w:t>No theatrical trembling.</w:t>
      </w:r>
    </w:p>
    <w:p>
      <w:pPr>
        <w:spacing w:after="60" w:line="266" w:lineRule="auto"/>
        <w:ind w:firstLine="331"/>
        <w:jc w:val="both"/>
      </w:pPr>
      <w:r>
        <w:rPr>
          <w:rFonts w:ascii="Georgia" w:hAnsi="Georgia"/>
          <w:b w:val="0"/>
          <w:i w:val="0"/>
          <w:color w:val="22201D"/>
          <w:sz w:val="20"/>
        </w:rPr>
        <w:t>It tipped like a spoon whose balance had been badly designed.</w:t>
      </w:r>
    </w:p>
    <w:p>
      <w:pPr>
        <w:spacing w:after="60" w:line="266" w:lineRule="auto"/>
        <w:ind w:firstLine="331"/>
        <w:jc w:val="both"/>
      </w:pPr>
      <w:r>
        <w:rPr>
          <w:rFonts w:ascii="Georgia" w:hAnsi="Georgia"/>
          <w:b w:val="0"/>
          <w:i w:val="0"/>
          <w:color w:val="22201D"/>
          <w:sz w:val="20"/>
        </w:rPr>
        <w:t>Its bowl pointed back down the road they had just used.</w:t>
      </w:r>
    </w:p>
    <w:p>
      <w:pPr>
        <w:spacing w:after="60" w:line="266" w:lineRule="auto"/>
        <w:ind w:firstLine="331"/>
        <w:jc w:val="both"/>
      </w:pPr>
      <w:r>
        <w:rPr>
          <w:rFonts w:ascii="Georgia" w:hAnsi="Georgia"/>
          <w:b w:val="0"/>
          <w:i w:val="0"/>
          <w:color w:val="22201D"/>
          <w:sz w:val="20"/>
        </w:rPr>
        <w:t>Bob turned the spike ninety degrees.</w:t>
      </w:r>
    </w:p>
    <w:p>
      <w:pPr>
        <w:spacing w:after="60" w:line="266" w:lineRule="auto"/>
        <w:ind w:firstLine="331"/>
        <w:jc w:val="both"/>
      </w:pPr>
      <w:r>
        <w:rPr>
          <w:rFonts w:ascii="Georgia" w:hAnsi="Georgia"/>
          <w:b w:val="0"/>
          <w:i w:val="0"/>
          <w:color w:val="22201D"/>
          <w:sz w:val="20"/>
        </w:rPr>
        <w:t>The spoon tipped again.</w:t>
      </w:r>
    </w:p>
    <w:p>
      <w:pPr>
        <w:spacing w:after="60" w:line="266" w:lineRule="auto"/>
        <w:ind w:firstLine="331"/>
        <w:jc w:val="both"/>
      </w:pPr>
      <w:r>
        <w:rPr>
          <w:rFonts w:ascii="Georgia" w:hAnsi="Georgia"/>
          <w:b w:val="0"/>
          <w:i w:val="0"/>
          <w:color w:val="22201D"/>
          <w:sz w:val="20"/>
        </w:rPr>
        <w:t>Back.</w:t>
      </w:r>
    </w:p>
    <w:p>
      <w:pPr>
        <w:spacing w:after="60" w:line="266" w:lineRule="auto"/>
        <w:ind w:firstLine="331"/>
        <w:jc w:val="both"/>
      </w:pPr>
      <w:r>
        <w:rPr>
          <w:rFonts w:ascii="Georgia" w:hAnsi="Georgia"/>
          <w:b w:val="0"/>
          <w:i w:val="0"/>
          <w:color w:val="22201D"/>
          <w:sz w:val="20"/>
        </w:rPr>
        <w:t>Gerald took two steps away and looked at the truck tires.</w:t>
      </w:r>
    </w:p>
    <w:p>
      <w:pPr>
        <w:spacing w:after="60" w:line="266" w:lineRule="auto"/>
        <w:ind w:firstLine="331"/>
        <w:jc w:val="both"/>
      </w:pPr>
      <w:r>
        <w:rPr>
          <w:rFonts w:ascii="Georgia" w:hAnsi="Georgia"/>
          <w:b w:val="0"/>
          <w:i w:val="0"/>
          <w:color w:val="22201D"/>
          <w:sz w:val="20"/>
        </w:rPr>
        <w:t>"Could be grade."</w:t>
      </w:r>
    </w:p>
    <w:p>
      <w:pPr>
        <w:spacing w:after="60" w:line="266" w:lineRule="auto"/>
        <w:ind w:firstLine="331"/>
        <w:jc w:val="both"/>
      </w:pPr>
      <w:r>
        <w:rPr>
          <w:rFonts w:ascii="Georgia" w:hAnsi="Georgia"/>
          <w:b w:val="0"/>
          <w:i w:val="0"/>
          <w:color w:val="22201D"/>
          <w:sz w:val="20"/>
        </w:rPr>
        <w:t>Bob rotated the spike again.</w:t>
      </w:r>
    </w:p>
    <w:p>
      <w:pPr>
        <w:spacing w:after="60" w:line="266" w:lineRule="auto"/>
        <w:ind w:firstLine="331"/>
        <w:jc w:val="both"/>
      </w:pPr>
      <w:r>
        <w:rPr>
          <w:rFonts w:ascii="Georgia" w:hAnsi="Georgia"/>
          <w:b w:val="0"/>
          <w:i w:val="0"/>
          <w:color w:val="22201D"/>
          <w:sz w:val="20"/>
        </w:rPr>
        <w:t>The spoon turned with slow, unembarrassed insistence.</w:t>
      </w:r>
    </w:p>
    <w:p>
      <w:pPr>
        <w:spacing w:after="60" w:line="266" w:lineRule="auto"/>
        <w:ind w:firstLine="331"/>
        <w:jc w:val="both"/>
      </w:pPr>
      <w:r>
        <w:rPr>
          <w:rFonts w:ascii="Georgia" w:hAnsi="Georgia"/>
          <w:b w:val="0"/>
          <w:i w:val="0"/>
          <w:color w:val="22201D"/>
          <w:sz w:val="20"/>
        </w:rPr>
        <w:t>Back.</w:t>
      </w:r>
    </w:p>
    <w:p>
      <w:pPr>
        <w:spacing w:after="60" w:line="266" w:lineRule="auto"/>
        <w:ind w:firstLine="331"/>
        <w:jc w:val="both"/>
      </w:pPr>
      <w:r>
        <w:rPr>
          <w:rFonts w:ascii="Georgia" w:hAnsi="Georgia"/>
          <w:b w:val="0"/>
          <w:i w:val="0"/>
          <w:color w:val="22201D"/>
          <w:sz w:val="20"/>
        </w:rPr>
        <w:t>Nico folded her arms.</w:t>
      </w:r>
    </w:p>
    <w:p>
      <w:pPr>
        <w:spacing w:after="60" w:line="266" w:lineRule="auto"/>
        <w:ind w:firstLine="331"/>
        <w:jc w:val="both"/>
      </w:pPr>
      <w:r>
        <w:rPr>
          <w:rFonts w:ascii="Georgia" w:hAnsi="Georgia"/>
          <w:b w:val="0"/>
          <w:i w:val="0"/>
          <w:color w:val="22201D"/>
          <w:sz w:val="20"/>
        </w:rPr>
        <w:t>"I hate when an object wins before breakfast."</w:t>
      </w:r>
    </w:p>
    <w:p>
      <w:pPr>
        <w:spacing w:after="60" w:line="266" w:lineRule="auto"/>
        <w:ind w:firstLine="331"/>
        <w:jc w:val="both"/>
      </w:pPr>
      <w:r>
        <w:rPr>
          <w:rFonts w:ascii="Georgia" w:hAnsi="Georgia"/>
          <w:b w:val="0"/>
          <w:i w:val="0"/>
          <w:color w:val="22201D"/>
          <w:sz w:val="20"/>
        </w:rPr>
        <w:t>Steve raised his phone.</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Steve lowered it.</w:t>
      </w:r>
    </w:p>
    <w:p>
      <w:pPr>
        <w:spacing w:after="60" w:line="266" w:lineRule="auto"/>
        <w:ind w:firstLine="331"/>
        <w:jc w:val="both"/>
      </w:pPr>
      <w:r>
        <w:rPr>
          <w:rFonts w:ascii="Georgia" w:hAnsi="Georgia"/>
          <w:b w:val="0"/>
          <w:i w:val="0"/>
          <w:color w:val="22201D"/>
          <w:sz w:val="20"/>
        </w:rPr>
        <w:t>"For records later."</w:t>
      </w:r>
    </w:p>
    <w:p>
      <w:pPr>
        <w:spacing w:after="60" w:line="266" w:lineRule="auto"/>
        <w:ind w:firstLine="331"/>
        <w:jc w:val="both"/>
      </w:pPr>
      <w:r>
        <w:rPr>
          <w:rFonts w:ascii="Georgia" w:hAnsi="Georgia"/>
          <w:b w:val="0"/>
          <w:i w:val="0"/>
          <w:color w:val="22201D"/>
          <w:sz w:val="20"/>
        </w:rPr>
        <w:t>"Later," Bob said.</w:t>
      </w:r>
    </w:p>
    <w:p>
      <w:pPr>
        <w:spacing w:after="60" w:line="266" w:lineRule="auto"/>
        <w:ind w:firstLine="331"/>
        <w:jc w:val="both"/>
      </w:pPr>
      <w:r>
        <w:rPr>
          <w:rFonts w:ascii="Georgia" w:hAnsi="Georgia"/>
          <w:b w:val="0"/>
          <w:i w:val="0"/>
          <w:color w:val="22201D"/>
          <w:sz w:val="20"/>
        </w:rPr>
        <w:t>Flocc opened the map.</w:t>
      </w:r>
    </w:p>
    <w:p>
      <w:pPr>
        <w:spacing w:after="60" w:line="266" w:lineRule="auto"/>
        <w:ind w:firstLine="331"/>
        <w:jc w:val="both"/>
      </w:pPr>
      <w:r>
        <w:rPr>
          <w:rFonts w:ascii="Georgia" w:hAnsi="Georgia"/>
          <w:b w:val="0"/>
          <w:i w:val="0"/>
          <w:color w:val="22201D"/>
          <w:sz w:val="20"/>
        </w:rPr>
        <w:t>The map did not like being opened.</w:t>
      </w:r>
    </w:p>
    <w:p>
      <w:pPr>
        <w:spacing w:after="60" w:line="266" w:lineRule="auto"/>
        <w:ind w:firstLine="331"/>
        <w:jc w:val="both"/>
      </w:pPr>
      <w:r>
        <w:rPr>
          <w:rFonts w:ascii="Georgia" w:hAnsi="Georgia"/>
          <w:b w:val="0"/>
          <w:i w:val="0"/>
          <w:color w:val="22201D"/>
          <w:sz w:val="20"/>
        </w:rPr>
        <w:t>It gave the small paper sigh of a document that had been folded against its politics.</w:t>
      </w:r>
    </w:p>
    <w:p>
      <w:pPr>
        <w:spacing w:after="60" w:line="266" w:lineRule="auto"/>
        <w:ind w:firstLine="331"/>
        <w:jc w:val="both"/>
      </w:pPr>
      <w:r>
        <w:rPr>
          <w:rFonts w:ascii="Georgia" w:hAnsi="Georgia"/>
          <w:b w:val="0"/>
          <w:i w:val="0"/>
          <w:color w:val="22201D"/>
          <w:sz w:val="20"/>
        </w:rPr>
        <w:t>The menu key, which had spent the last two stops acting like a list of meals and a set of impossible instructions, lay across Flocc's knee.</w:t>
      </w:r>
    </w:p>
    <w:p>
      <w:pPr>
        <w:spacing w:after="60" w:line="266" w:lineRule="auto"/>
        <w:ind w:firstLine="331"/>
        <w:jc w:val="both"/>
      </w:pPr>
      <w:r>
        <w:rPr>
          <w:rFonts w:ascii="Georgia" w:hAnsi="Georgia"/>
          <w:b w:val="0"/>
          <w:i w:val="0"/>
          <w:color w:val="22201D"/>
          <w:sz w:val="20"/>
        </w:rPr>
        <w:t>Its laminated edge had taken on a gray line from the road dust.</w:t>
      </w:r>
    </w:p>
    <w:p>
      <w:pPr>
        <w:spacing w:after="60" w:line="266" w:lineRule="auto"/>
        <w:ind w:firstLine="331"/>
        <w:jc w:val="both"/>
      </w:pPr>
      <w:r>
        <w:rPr>
          <w:rFonts w:ascii="Georgia" w:hAnsi="Georgia"/>
          <w:b w:val="0"/>
          <w:i w:val="0"/>
          <w:color w:val="22201D"/>
          <w:sz w:val="20"/>
        </w:rPr>
        <w:t>The words at the top still read:</w:t>
      </w:r>
    </w:p>
    <w:p>
      <w:pPr>
        <w:spacing w:after="60" w:line="250" w:lineRule="auto"/>
        <w:ind w:left="202" w:right="173"/>
      </w:pPr>
      <w:r>
        <w:rPr>
          <w:rFonts w:ascii="Georgia" w:hAnsi="Georgia"/>
          <w:b w:val="0"/>
          <w:i w:val="0"/>
          <w:color w:val="22201D"/>
          <w:sz w:val="17"/>
        </w:rPr>
        <w:t>TODAY'S SPECIALS</w:t>
      </w:r>
    </w:p>
    <w:p>
      <w:pPr>
        <w:spacing w:after="60" w:line="266" w:lineRule="auto"/>
        <w:ind w:firstLine="331"/>
        <w:jc w:val="both"/>
      </w:pPr>
      <w:r>
        <w:rPr>
          <w:rFonts w:ascii="Georgia" w:hAnsi="Georgia"/>
          <w:b w:val="0"/>
          <w:i w:val="0"/>
          <w:color w:val="22201D"/>
          <w:sz w:val="20"/>
        </w:rPr>
        <w:t>Underneath, in the column where prices should have made sense, the items had shifted since the pothole.</w:t>
      </w:r>
    </w:p>
    <w:p>
      <w:pPr>
        <w:spacing w:after="60" w:line="266" w:lineRule="auto"/>
        <w:ind w:firstLine="331"/>
        <w:jc w:val="both"/>
      </w:pPr>
      <w:r>
        <w:rPr>
          <w:rFonts w:ascii="Georgia" w:hAnsi="Georgia"/>
          <w:b w:val="0"/>
          <w:i w:val="0"/>
          <w:color w:val="22201D"/>
          <w:sz w:val="20"/>
        </w:rPr>
        <w:t>They now read:</w:t>
      </w:r>
    </w:p>
    <w:p>
      <w:pPr>
        <w:spacing w:after="60" w:line="250" w:lineRule="auto"/>
        <w:ind w:left="202" w:right="173"/>
      </w:pPr>
      <w:r>
        <w:rPr>
          <w:rFonts w:ascii="Georgia" w:hAnsi="Georgia"/>
          <w:b w:val="0"/>
          <w:i w:val="0"/>
          <w:color w:val="22201D"/>
          <w:sz w:val="17"/>
        </w:rPr>
        <w:t>SPOON RECEIPT ........ RETURN INVOICE CORRECTION ... ACCEPT HELP</w:t>
      </w:r>
    </w:p>
    <w:p>
      <w:pPr>
        <w:spacing w:after="60" w:line="266" w:lineRule="auto"/>
        <w:ind w:firstLine="331"/>
        <w:jc w:val="both"/>
      </w:pPr>
      <w:r>
        <w:rPr>
          <w:rFonts w:ascii="Georgia" w:hAnsi="Georgia"/>
          <w:b w:val="0"/>
          <w:i w:val="0"/>
          <w:color w:val="22201D"/>
          <w:sz w:val="20"/>
        </w:rPr>
        <w:t>Below that, in smaller print:</w:t>
      </w:r>
    </w:p>
    <w:p>
      <w:pPr>
        <w:spacing w:after="60" w:line="250" w:lineRule="auto"/>
        <w:ind w:left="202" w:right="173"/>
      </w:pPr>
      <w:r>
        <w:rPr>
          <w:rFonts w:ascii="Georgia" w:hAnsi="Georgia"/>
          <w:b w:val="0"/>
          <w:i w:val="0"/>
          <w:color w:val="22201D"/>
          <w:sz w:val="17"/>
        </w:rPr>
        <w:t>No substitutions for backtracking.</w:t>
      </w:r>
    </w:p>
    <w:p>
      <w:pPr>
        <w:spacing w:after="60" w:line="266" w:lineRule="auto"/>
        <w:ind w:firstLine="331"/>
        <w:jc w:val="both"/>
      </w:pPr>
      <w:r>
        <w:rPr>
          <w:rFonts w:ascii="Georgia" w:hAnsi="Georgia"/>
          <w:b w:val="0"/>
          <w:i w:val="0"/>
          <w:color w:val="22201D"/>
          <w:sz w:val="20"/>
        </w:rPr>
        <w:t>Bob read the line twice.</w:t>
      </w:r>
    </w:p>
    <w:p>
      <w:pPr>
        <w:spacing w:after="60" w:line="266" w:lineRule="auto"/>
        <w:ind w:firstLine="331"/>
        <w:jc w:val="both"/>
      </w:pPr>
      <w:r>
        <w:rPr>
          <w:rFonts w:ascii="Georgia" w:hAnsi="Georgia"/>
          <w:b w:val="0"/>
          <w:i w:val="0"/>
          <w:color w:val="22201D"/>
          <w:sz w:val="20"/>
        </w:rPr>
        <w:t>He read it once as a driver.</w:t>
      </w:r>
    </w:p>
    <w:p>
      <w:pPr>
        <w:spacing w:after="60" w:line="266" w:lineRule="auto"/>
        <w:ind w:firstLine="331"/>
        <w:jc w:val="both"/>
      </w:pPr>
      <w:r>
        <w:rPr>
          <w:rFonts w:ascii="Georgia" w:hAnsi="Georgia"/>
          <w:b w:val="0"/>
          <w:i w:val="0"/>
          <w:color w:val="22201D"/>
          <w:sz w:val="20"/>
        </w:rPr>
        <w:t>He read it once as a man who had spent a lifetime distinguishing necessary reversals from shame.</w:t>
      </w:r>
    </w:p>
    <w:p>
      <w:pPr>
        <w:spacing w:after="60" w:line="266" w:lineRule="auto"/>
        <w:ind w:firstLine="331"/>
        <w:jc w:val="both"/>
      </w:pPr>
      <w:r>
        <w:rPr>
          <w:rFonts w:ascii="Georgia" w:hAnsi="Georgia"/>
          <w:b w:val="0"/>
          <w:i w:val="0"/>
          <w:color w:val="22201D"/>
          <w:sz w:val="20"/>
        </w:rPr>
        <w:t>Then he looked out at the narrowing road ahead.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did not argue.</w:t>
      </w:r>
    </w:p>
    <w:p>
      <w:pPr>
        <w:spacing w:after="60" w:line="266" w:lineRule="auto"/>
        <w:ind w:firstLine="331"/>
        <w:jc w:val="both"/>
      </w:pPr>
      <w:r>
        <w:rPr>
          <w:rFonts w:ascii="Georgia" w:hAnsi="Georgia"/>
          <w:b w:val="0"/>
          <w:i w:val="0"/>
          <w:color w:val="22201D"/>
          <w:sz w:val="20"/>
        </w:rPr>
        <w:t>That was how Bob knew the answer was going to become worse.</w:t>
      </w:r>
    </w:p>
    <w:p>
      <w:pPr>
        <w:spacing w:after="60" w:line="266" w:lineRule="auto"/>
        <w:ind w:firstLine="331"/>
        <w:jc w:val="both"/>
      </w:pPr>
      <w:r>
        <w:rPr>
          <w:rFonts w:ascii="Georgia" w:hAnsi="Georgia"/>
          <w:b w:val="0"/>
          <w:i w:val="0"/>
          <w:color w:val="22201D"/>
          <w:sz w:val="20"/>
        </w:rPr>
        <w:t>Gerald checked the sky through the firs.</w:t>
      </w:r>
    </w:p>
    <w:p>
      <w:pPr>
        <w:spacing w:after="60" w:line="266" w:lineRule="auto"/>
        <w:ind w:firstLine="331"/>
        <w:jc w:val="both"/>
      </w:pPr>
      <w:r>
        <w:rPr>
          <w:rFonts w:ascii="Georgia" w:hAnsi="Georgia"/>
          <w:b w:val="0"/>
          <w:i w:val="0"/>
          <w:color w:val="22201D"/>
          <w:sz w:val="20"/>
        </w:rPr>
        <w:t>"Cargo is stable for twenty-three minutes at idle if we keep the side vents open. Longer if we move."</w:t>
      </w:r>
    </w:p>
    <w:p>
      <w:pPr>
        <w:spacing w:after="60" w:line="266" w:lineRule="auto"/>
        <w:ind w:firstLine="331"/>
        <w:jc w:val="both"/>
      </w:pPr>
      <w:r>
        <w:rPr>
          <w:rFonts w:ascii="Georgia" w:hAnsi="Georgia"/>
          <w:b w:val="0"/>
          <w:i w:val="0"/>
          <w:color w:val="22201D"/>
          <w:sz w:val="20"/>
        </w:rPr>
        <w:t>"Then we move forward," Bob said.</w:t>
      </w:r>
    </w:p>
    <w:p>
      <w:pPr>
        <w:spacing w:after="60" w:line="266" w:lineRule="auto"/>
        <w:ind w:firstLine="331"/>
        <w:jc w:val="both"/>
      </w:pPr>
      <w:r>
        <w:rPr>
          <w:rFonts w:ascii="Georgia" w:hAnsi="Georgia"/>
          <w:b w:val="0"/>
          <w:i w:val="0"/>
          <w:color w:val="22201D"/>
          <w:sz w:val="20"/>
        </w:rPr>
        <w:t>The spoon pointed back.</w:t>
      </w:r>
    </w:p>
    <w:p>
      <w:pPr>
        <w:spacing w:after="60" w:line="266" w:lineRule="auto"/>
        <w:ind w:firstLine="331"/>
        <w:jc w:val="both"/>
      </w:pPr>
      <w:r>
        <w:rPr>
          <w:rFonts w:ascii="Georgia" w:hAnsi="Georgia"/>
          <w:b w:val="0"/>
          <w:i w:val="0"/>
          <w:color w:val="22201D"/>
          <w:sz w:val="20"/>
        </w:rPr>
        <w:t>"Forward is this way."</w:t>
      </w:r>
    </w:p>
    <w:p>
      <w:pPr>
        <w:spacing w:after="60" w:line="266" w:lineRule="auto"/>
        <w:ind w:firstLine="331"/>
        <w:jc w:val="both"/>
      </w:pPr>
      <w:r>
        <w:rPr>
          <w:rFonts w:ascii="Georgia" w:hAnsi="Georgia"/>
          <w:b w:val="0"/>
          <w:i w:val="0"/>
          <w:color w:val="22201D"/>
          <w:sz w:val="20"/>
        </w:rPr>
        <w:t>The spoon pointed back with the same patience as a cashier waiting for a customer to understand that the coupon had expired.</w:t>
      </w:r>
    </w:p>
    <w:p>
      <w:pPr>
        <w:spacing w:after="60" w:line="266" w:lineRule="auto"/>
        <w:ind w:firstLine="331"/>
        <w:jc w:val="both"/>
      </w:pPr>
      <w:r>
        <w:rPr>
          <w:rFonts w:ascii="Georgia" w:hAnsi="Georgia"/>
          <w:b w:val="0"/>
          <w:i w:val="0"/>
          <w:color w:val="22201D"/>
          <w:sz w:val="20"/>
        </w:rPr>
        <w:t>Nico squinted at the bowl.</w:t>
      </w:r>
    </w:p>
    <w:p>
      <w:pPr>
        <w:spacing w:after="60" w:line="266" w:lineRule="auto"/>
        <w:ind w:firstLine="331"/>
        <w:jc w:val="both"/>
      </w:pPr>
      <w:r>
        <w:rPr>
          <w:rFonts w:ascii="Georgia" w:hAnsi="Georgia"/>
          <w:b w:val="0"/>
          <w:i w:val="0"/>
          <w:color w:val="22201D"/>
          <w:sz w:val="20"/>
        </w:rPr>
        <w:t>"Maybe it points toward soup."</w:t>
      </w:r>
    </w:p>
    <w:p>
      <w:pPr>
        <w:spacing w:after="60" w:line="266" w:lineRule="auto"/>
        <w:ind w:firstLine="331"/>
        <w:jc w:val="both"/>
      </w:pPr>
      <w:r>
        <w:rPr>
          <w:rFonts w:ascii="Georgia" w:hAnsi="Georgia"/>
          <w:b w:val="0"/>
          <w:i w:val="0"/>
          <w:color w:val="22201D"/>
          <w:sz w:val="20"/>
        </w:rPr>
        <w:t>"Everything points toward soup eventually," Steve said.</w:t>
      </w:r>
    </w:p>
    <w:p>
      <w:pPr>
        <w:spacing w:after="60" w:line="266" w:lineRule="auto"/>
        <w:ind w:firstLine="331"/>
        <w:jc w:val="both"/>
      </w:pPr>
      <w:r>
        <w:rPr>
          <w:rFonts w:ascii="Georgia" w:hAnsi="Georgia"/>
          <w:b w:val="0"/>
          <w:i w:val="0"/>
          <w:color w:val="22201D"/>
          <w:sz w:val="20"/>
        </w:rPr>
        <w:t>"That is not helpful."</w:t>
      </w:r>
    </w:p>
    <w:p>
      <w:pPr>
        <w:spacing w:after="60" w:line="266" w:lineRule="auto"/>
        <w:ind w:firstLine="331"/>
        <w:jc w:val="both"/>
      </w:pPr>
      <w:r>
        <w:rPr>
          <w:rFonts w:ascii="Georgia" w:hAnsi="Georgia"/>
          <w:b w:val="0"/>
          <w:i w:val="0"/>
          <w:color w:val="22201D"/>
          <w:sz w:val="20"/>
        </w:rPr>
        <w:t>"It is statistically strong."</w:t>
      </w:r>
    </w:p>
    <w:p>
      <w:pPr>
        <w:spacing w:after="60" w:line="266" w:lineRule="auto"/>
        <w:ind w:firstLine="331"/>
        <w:jc w:val="both"/>
      </w:pPr>
      <w:r>
        <w:rPr>
          <w:rFonts w:ascii="Georgia" w:hAnsi="Georgia"/>
          <w:b w:val="0"/>
          <w:i w:val="0"/>
          <w:color w:val="22201D"/>
          <w:sz w:val="20"/>
        </w:rPr>
        <w:t>Bob put the spoon on the dashboard.</w:t>
      </w:r>
    </w:p>
    <w:p>
      <w:pPr>
        <w:spacing w:after="60" w:line="266" w:lineRule="auto"/>
        <w:ind w:firstLine="331"/>
        <w:jc w:val="both"/>
      </w:pPr>
      <w:r>
        <w:rPr>
          <w:rFonts w:ascii="Georgia" w:hAnsi="Georgia"/>
          <w:b w:val="0"/>
          <w:i w:val="0"/>
          <w:color w:val="22201D"/>
          <w:sz w:val="20"/>
        </w:rPr>
        <w:t>It slid sideways, turned half an inch, and pointed back through the windshield reflection.</w:t>
      </w:r>
    </w:p>
    <w:p>
      <w:pPr>
        <w:spacing w:after="60" w:line="266" w:lineRule="auto"/>
        <w:ind w:firstLine="331"/>
        <w:jc w:val="both"/>
      </w:pPr>
      <w:r>
        <w:rPr>
          <w:rFonts w:ascii="Georgia" w:hAnsi="Georgia"/>
          <w:b w:val="0"/>
          <w:i w:val="0"/>
          <w:color w:val="22201D"/>
          <w:sz w:val="20"/>
        </w:rPr>
        <w:t>The road behind them appeared in the glass, warped by dust.</w:t>
      </w:r>
    </w:p>
    <w:p>
      <w:pPr>
        <w:spacing w:after="60" w:line="266" w:lineRule="auto"/>
        <w:ind w:firstLine="331"/>
        <w:jc w:val="both"/>
      </w:pPr>
      <w:r>
        <w:rPr>
          <w:rFonts w:ascii="Georgia" w:hAnsi="Georgia"/>
          <w:b w:val="0"/>
          <w:i w:val="0"/>
          <w:color w:val="22201D"/>
          <w:sz w:val="20"/>
        </w:rPr>
        <w:t>The pothole sat there with its notice.</w:t>
      </w:r>
    </w:p>
    <w:p>
      <w:pPr>
        <w:spacing w:after="60" w:line="266" w:lineRule="auto"/>
        <w:ind w:firstLine="331"/>
        <w:jc w:val="both"/>
      </w:pPr>
      <w:r>
        <w:rPr>
          <w:rFonts w:ascii="Georgia" w:hAnsi="Georgia"/>
          <w:b w:val="0"/>
          <w:i w:val="0"/>
          <w:color w:val="22201D"/>
          <w:sz w:val="20"/>
        </w:rPr>
        <w:t>The road ahead waited without explaining itself.</w:t>
      </w:r>
    </w:p>
    <w:p>
      <w:pPr>
        <w:spacing w:after="60" w:line="266" w:lineRule="auto"/>
        <w:ind w:firstLine="331"/>
        <w:jc w:val="both"/>
      </w:pPr>
      <w:r>
        <w:rPr>
          <w:rFonts w:ascii="Georgia" w:hAnsi="Georgia"/>
          <w:b w:val="0"/>
          <w:i w:val="0"/>
          <w:color w:val="22201D"/>
          <w:sz w:val="20"/>
        </w:rPr>
        <w:t>Flocc ran one nail along the menu key, not scratching, only following.</w:t>
      </w:r>
    </w:p>
    <w:p>
      <w:pPr>
        <w:spacing w:after="60" w:line="266" w:lineRule="auto"/>
        <w:ind w:firstLine="331"/>
        <w:jc w:val="both"/>
      </w:pPr>
      <w:r>
        <w:rPr>
          <w:rFonts w:ascii="Georgia" w:hAnsi="Georgia"/>
          <w:b w:val="0"/>
          <w:i w:val="0"/>
          <w:color w:val="22201D"/>
          <w:sz w:val="20"/>
        </w:rPr>
        <w:t>"The key says the route must return through what it tried to bypass."</w:t>
      </w:r>
    </w:p>
    <w:p>
      <w:pPr>
        <w:spacing w:after="60" w:line="266" w:lineRule="auto"/>
        <w:ind w:firstLine="331"/>
        <w:jc w:val="both"/>
      </w:pPr>
      <w:r>
        <w:rPr>
          <w:rFonts w:ascii="Georgia" w:hAnsi="Georgia"/>
          <w:b w:val="0"/>
          <w:i w:val="0"/>
          <w:color w:val="22201D"/>
          <w:sz w:val="20"/>
        </w:rPr>
        <w:t>"I did not bypass anything," Bob said.</w:t>
      </w:r>
    </w:p>
    <w:p>
      <w:pPr>
        <w:spacing w:after="60" w:line="266" w:lineRule="auto"/>
        <w:ind w:firstLine="331"/>
        <w:jc w:val="both"/>
      </w:pPr>
      <w:r>
        <w:rPr>
          <w:rFonts w:ascii="Georgia" w:hAnsi="Georgia"/>
          <w:b w:val="0"/>
          <w:i w:val="0"/>
          <w:color w:val="22201D"/>
          <w:sz w:val="20"/>
        </w:rPr>
        <w:t>No one answered.</w:t>
      </w:r>
    </w:p>
    <w:p>
      <w:pPr>
        <w:spacing w:after="60" w:line="266" w:lineRule="auto"/>
        <w:ind w:firstLine="331"/>
        <w:jc w:val="both"/>
      </w:pPr>
      <w:r>
        <w:rPr>
          <w:rFonts w:ascii="Georgia" w:hAnsi="Georgia"/>
          <w:b w:val="0"/>
          <w:i w:val="0"/>
          <w:color w:val="22201D"/>
          <w:sz w:val="20"/>
        </w:rPr>
        <w:t>This was the mistake people made around Bob.</w:t>
      </w:r>
    </w:p>
    <w:p>
      <w:pPr>
        <w:spacing w:after="60" w:line="266" w:lineRule="auto"/>
        <w:ind w:firstLine="331"/>
        <w:jc w:val="both"/>
      </w:pPr>
      <w:r>
        <w:rPr>
          <w:rFonts w:ascii="Georgia" w:hAnsi="Georgia"/>
          <w:b w:val="0"/>
          <w:i w:val="0"/>
          <w:color w:val="22201D"/>
          <w:sz w:val="20"/>
        </w:rPr>
        <w:t>They assumed silence was respect.</w:t>
      </w:r>
    </w:p>
    <w:p>
      <w:pPr>
        <w:spacing w:after="60" w:line="266" w:lineRule="auto"/>
        <w:ind w:firstLine="331"/>
        <w:jc w:val="both"/>
      </w:pPr>
      <w:r>
        <w:rPr>
          <w:rFonts w:ascii="Georgia" w:hAnsi="Georgia"/>
          <w:b w:val="0"/>
          <w:i w:val="0"/>
          <w:color w:val="22201D"/>
          <w:sz w:val="20"/>
        </w:rPr>
        <w:t>Sometimes silence was simply everyone hearing the sentence reach its destination late.</w:t>
      </w:r>
    </w:p>
    <w:p>
      <w:pPr>
        <w:spacing w:after="60" w:line="266" w:lineRule="auto"/>
        <w:ind w:firstLine="331"/>
        <w:jc w:val="both"/>
      </w:pPr>
      <w:r>
        <w:rPr>
          <w:rFonts w:ascii="Georgia" w:hAnsi="Georgia"/>
          <w:b w:val="0"/>
          <w:i w:val="0"/>
          <w:color w:val="22201D"/>
          <w:sz w:val="20"/>
        </w:rPr>
        <w:t>Bob had bypassed something.</w:t>
      </w:r>
    </w:p>
    <w:p>
      <w:pPr>
        <w:spacing w:after="60" w:line="266" w:lineRule="auto"/>
        <w:ind w:firstLine="331"/>
        <w:jc w:val="both"/>
      </w:pPr>
      <w:r>
        <w:rPr>
          <w:rFonts w:ascii="Georgia" w:hAnsi="Georgia"/>
          <w:b w:val="0"/>
          <w:i w:val="0"/>
          <w:color w:val="22201D"/>
          <w:sz w:val="20"/>
        </w:rPr>
        <w:t>Not the pothole.</w:t>
      </w:r>
    </w:p>
    <w:p>
      <w:pPr>
        <w:spacing w:after="60" w:line="266" w:lineRule="auto"/>
        <w:ind w:firstLine="331"/>
        <w:jc w:val="both"/>
      </w:pPr>
      <w:r>
        <w:rPr>
          <w:rFonts w:ascii="Georgia" w:hAnsi="Georgia"/>
          <w:b w:val="0"/>
          <w:i w:val="0"/>
          <w:color w:val="22201D"/>
          <w:sz w:val="20"/>
        </w:rPr>
        <w:t>Not the private road.</w:t>
      </w:r>
    </w:p>
    <w:p>
      <w:pPr>
        <w:spacing w:after="60" w:line="266" w:lineRule="auto"/>
        <w:ind w:firstLine="331"/>
        <w:jc w:val="both"/>
      </w:pPr>
      <w:r>
        <w:rPr>
          <w:rFonts w:ascii="Georgia" w:hAnsi="Georgia"/>
          <w:b w:val="0"/>
          <w:i w:val="0"/>
          <w:color w:val="22201D"/>
          <w:sz w:val="20"/>
        </w:rPr>
        <w:t>Not even the turn at Canby, or the mall that had closed forward, or the mushrooms bruised by pressure.</w:t>
      </w:r>
    </w:p>
    <w:p>
      <w:pPr>
        <w:spacing w:after="60" w:line="266" w:lineRule="auto"/>
        <w:ind w:firstLine="331"/>
        <w:jc w:val="both"/>
      </w:pPr>
      <w:r>
        <w:rPr>
          <w:rFonts w:ascii="Georgia" w:hAnsi="Georgia"/>
          <w:b w:val="0"/>
          <w:i w:val="0"/>
          <w:color w:val="22201D"/>
          <w:sz w:val="20"/>
        </w:rPr>
        <w:t>He had bypassed an address.</w:t>
      </w:r>
    </w:p>
    <w:p>
      <w:pPr>
        <w:spacing w:after="60" w:line="266" w:lineRule="auto"/>
        <w:ind w:firstLine="331"/>
        <w:jc w:val="both"/>
      </w:pPr>
      <w:r>
        <w:rPr>
          <w:rFonts w:ascii="Georgia" w:hAnsi="Georgia"/>
          <w:b w:val="0"/>
          <w:i w:val="0"/>
          <w:color w:val="22201D"/>
          <w:sz w:val="20"/>
        </w:rPr>
        <w:t>The delivery invoice had shown it in small print two towns ago, under a line labeled:</w:t>
      </w:r>
    </w:p>
    <w:p>
      <w:pPr>
        <w:spacing w:after="60" w:line="250" w:lineRule="auto"/>
        <w:ind w:left="202" w:right="173"/>
      </w:pPr>
      <w:r>
        <w:rPr>
          <w:rFonts w:ascii="Georgia" w:hAnsi="Georgia"/>
          <w:b w:val="0"/>
          <w:i w:val="0"/>
          <w:color w:val="22201D"/>
          <w:sz w:val="17"/>
        </w:rPr>
        <w:t>OPTIONAL HOLD / CALL IF CLOSED</w:t>
      </w:r>
    </w:p>
    <w:p>
      <w:pPr>
        <w:spacing w:after="60" w:line="266" w:lineRule="auto"/>
        <w:ind w:firstLine="331"/>
        <w:jc w:val="both"/>
      </w:pPr>
      <w:r>
        <w:rPr>
          <w:rFonts w:ascii="Georgia" w:hAnsi="Georgia"/>
          <w:b w:val="0"/>
          <w:i w:val="0"/>
          <w:color w:val="22201D"/>
          <w:sz w:val="20"/>
        </w:rPr>
        <w:t>Bob had seen the address and chosen not to stop.</w:t>
      </w:r>
    </w:p>
    <w:p>
      <w:pPr>
        <w:spacing w:after="60" w:line="266" w:lineRule="auto"/>
        <w:ind w:firstLine="331"/>
        <w:jc w:val="both"/>
      </w:pPr>
      <w:r>
        <w:rPr>
          <w:rFonts w:ascii="Georgia" w:hAnsi="Georgia"/>
          <w:b w:val="0"/>
          <w:i w:val="0"/>
          <w:color w:val="22201D"/>
          <w:sz w:val="20"/>
        </w:rPr>
        <w:t>The address had been wrong according to the map, awkward according to the schedule, and personal according to the part of him that preferred mechanical problems because engines did not ask whether he had eaten.</w:t>
      </w:r>
    </w:p>
    <w:p>
      <w:pPr>
        <w:spacing w:after="60" w:line="266" w:lineRule="auto"/>
        <w:ind w:firstLine="331"/>
        <w:jc w:val="both"/>
      </w:pPr>
      <w:r>
        <w:rPr>
          <w:rFonts w:ascii="Georgia" w:hAnsi="Georgia"/>
          <w:b w:val="0"/>
          <w:i w:val="0"/>
          <w:color w:val="22201D"/>
          <w:sz w:val="20"/>
        </w:rPr>
        <w:t>Gerald had asked about it at the fuel stop.</w:t>
      </w:r>
    </w:p>
    <w:p>
      <w:pPr>
        <w:spacing w:after="60" w:line="266" w:lineRule="auto"/>
        <w:ind w:firstLine="331"/>
        <w:jc w:val="both"/>
      </w:pPr>
      <w:r>
        <w:rPr>
          <w:rFonts w:ascii="Georgia" w:hAnsi="Georgia"/>
          <w:b w:val="0"/>
          <w:i w:val="0"/>
          <w:color w:val="22201D"/>
          <w:sz w:val="20"/>
        </w:rPr>
        <w:t>Flocc had looked at it without pressing.</w:t>
      </w:r>
    </w:p>
    <w:p>
      <w:pPr>
        <w:spacing w:after="60" w:line="266" w:lineRule="auto"/>
        <w:ind w:firstLine="331"/>
        <w:jc w:val="both"/>
      </w:pPr>
      <w:r>
        <w:rPr>
          <w:rFonts w:ascii="Georgia" w:hAnsi="Georgia"/>
          <w:b w:val="0"/>
          <w:i w:val="0"/>
          <w:color w:val="22201D"/>
          <w:sz w:val="20"/>
        </w:rPr>
        <w:t>Steve had recorded it without knowing why.</w:t>
      </w:r>
    </w:p>
    <w:p>
      <w:pPr>
        <w:spacing w:after="60" w:line="266" w:lineRule="auto"/>
        <w:ind w:firstLine="331"/>
        <w:jc w:val="both"/>
      </w:pPr>
      <w:r>
        <w:rPr>
          <w:rFonts w:ascii="Georgia" w:hAnsi="Georgia"/>
          <w:b w:val="0"/>
          <w:i w:val="0"/>
          <w:color w:val="22201D"/>
          <w:sz w:val="20"/>
        </w:rPr>
        <w:t>Nico had not seen it.</w:t>
      </w:r>
    </w:p>
    <w:p>
      <w:pPr>
        <w:spacing w:after="60" w:line="266" w:lineRule="auto"/>
        <w:ind w:firstLine="331"/>
        <w:jc w:val="both"/>
      </w:pPr>
      <w:r>
        <w:rPr>
          <w:rFonts w:ascii="Georgia" w:hAnsi="Georgia"/>
          <w:b w:val="0"/>
          <w:i w:val="0"/>
          <w:color w:val="22201D"/>
          <w:sz w:val="20"/>
        </w:rPr>
        <w:t>That was why she was the first to say the correct thing.</w:t>
      </w:r>
    </w:p>
    <w:p>
      <w:pPr>
        <w:spacing w:after="60" w:line="266" w:lineRule="auto"/>
        <w:ind w:firstLine="331"/>
        <w:jc w:val="both"/>
      </w:pPr>
      <w:r>
        <w:rPr>
          <w:rFonts w:ascii="Georgia" w:hAnsi="Georgia"/>
          <w:b w:val="0"/>
          <w:i w:val="0"/>
          <w:color w:val="22201D"/>
          <w:sz w:val="20"/>
        </w:rPr>
        <w:t>"What did we skip?"</w:t>
      </w:r>
    </w:p>
    <w:p>
      <w:pPr>
        <w:spacing w:after="60" w:line="266" w:lineRule="auto"/>
        <w:ind w:firstLine="331"/>
        <w:jc w:val="both"/>
      </w:pPr>
      <w:r>
        <w:rPr>
          <w:rFonts w:ascii="Georgia" w:hAnsi="Georgia"/>
          <w:b w:val="0"/>
          <w:i w:val="0"/>
          <w:color w:val="22201D"/>
          <w:sz w:val="20"/>
        </w:rPr>
        <w:t>Bob picked up the invoice folder.</w:t>
      </w:r>
    </w:p>
    <w:p>
      <w:pPr>
        <w:spacing w:after="60" w:line="266" w:lineRule="auto"/>
        <w:ind w:firstLine="331"/>
        <w:jc w:val="both"/>
      </w:pPr>
      <w:r>
        <w:rPr>
          <w:rFonts w:ascii="Georgia" w:hAnsi="Georgia"/>
          <w:b w:val="0"/>
          <w:i w:val="0"/>
          <w:color w:val="22201D"/>
          <w:sz w:val="20"/>
        </w:rPr>
        <w:t>He did not open it.</w:t>
      </w:r>
    </w:p>
    <w:p>
      <w:pPr>
        <w:spacing w:after="60" w:line="266" w:lineRule="auto"/>
        <w:ind w:firstLine="331"/>
        <w:jc w:val="both"/>
      </w:pPr>
      <w:r>
        <w:rPr>
          <w:rFonts w:ascii="Georgia" w:hAnsi="Georgia"/>
          <w:b w:val="0"/>
          <w:i w:val="0"/>
          <w:color w:val="22201D"/>
          <w:sz w:val="20"/>
        </w:rPr>
        <w:t>Opening it would make the answer official.</w:t>
      </w:r>
    </w:p>
    <w:p>
      <w:pPr>
        <w:spacing w:after="60" w:line="266" w:lineRule="auto"/>
        <w:ind w:firstLine="331"/>
        <w:jc w:val="both"/>
      </w:pPr>
      <w:r>
        <w:rPr>
          <w:rFonts w:ascii="Georgia" w:hAnsi="Georgia"/>
          <w:b w:val="0"/>
          <w:i w:val="0"/>
          <w:color w:val="22201D"/>
          <w:sz w:val="20"/>
        </w:rPr>
        <w:t>The spoon pointed back.</w:t>
      </w:r>
    </w:p>
    <w:p>
      <w:pPr>
        <w:spacing w:after="60" w:line="266" w:lineRule="auto"/>
        <w:ind w:firstLine="331"/>
        <w:jc w:val="both"/>
      </w:pPr>
      <w:r>
        <w:rPr>
          <w:rFonts w:ascii="Georgia" w:hAnsi="Georgia"/>
          <w:b w:val="0"/>
          <w:i w:val="0"/>
          <w:color w:val="22201D"/>
          <w:sz w:val="20"/>
        </w:rPr>
        <w:t>The menu key held steady.</w:t>
      </w:r>
    </w:p>
    <w:p>
      <w:pPr>
        <w:spacing w:after="60" w:line="266" w:lineRule="auto"/>
        <w:ind w:firstLine="331"/>
        <w:jc w:val="both"/>
      </w:pPr>
      <w:r>
        <w:rPr>
          <w:rFonts w:ascii="Georgia" w:hAnsi="Georgia"/>
          <w:b w:val="0"/>
          <w:i w:val="0"/>
          <w:color w:val="22201D"/>
          <w:sz w:val="20"/>
        </w:rPr>
        <w:t>Gerald's clipboard remained under his arm, unused but ready.</w:t>
      </w:r>
    </w:p>
    <w:p>
      <w:pPr>
        <w:spacing w:after="60" w:line="266" w:lineRule="auto"/>
        <w:ind w:firstLine="331"/>
        <w:jc w:val="both"/>
      </w:pPr>
      <w:r>
        <w:rPr>
          <w:rFonts w:ascii="Georgia" w:hAnsi="Georgia"/>
          <w:b w:val="0"/>
          <w:i w:val="0"/>
          <w:color w:val="22201D"/>
          <w:sz w:val="20"/>
        </w:rPr>
        <w:t>Bob opened the folder.</w:t>
      </w:r>
    </w:p>
    <w:p>
      <w:pPr>
        <w:spacing w:after="60" w:line="266" w:lineRule="auto"/>
        <w:ind w:firstLine="331"/>
        <w:jc w:val="both"/>
      </w:pPr>
      <w:r>
        <w:rPr>
          <w:rFonts w:ascii="Georgia" w:hAnsi="Georgia"/>
          <w:b w:val="0"/>
          <w:i w:val="0"/>
          <w:color w:val="22201D"/>
          <w:sz w:val="20"/>
        </w:rPr>
        <w:t>The invoice at the front was the same one they had been carrying since yesterday, except that yesterday was no longer a reliable category.</w:t>
      </w:r>
    </w:p>
    <w:p>
      <w:pPr>
        <w:spacing w:after="60" w:line="266" w:lineRule="auto"/>
        <w:ind w:firstLine="331"/>
        <w:jc w:val="both"/>
      </w:pPr>
      <w:r>
        <w:rPr>
          <w:rFonts w:ascii="Georgia" w:hAnsi="Georgia"/>
          <w:b w:val="0"/>
          <w:i w:val="0"/>
          <w:color w:val="22201D"/>
          <w:sz w:val="20"/>
        </w:rPr>
        <w:t>The route number still looked hand-typed.</w:t>
      </w:r>
    </w:p>
    <w:p>
      <w:pPr>
        <w:spacing w:after="60" w:line="266" w:lineRule="auto"/>
        <w:ind w:firstLine="331"/>
        <w:jc w:val="both"/>
      </w:pPr>
      <w:r>
        <w:rPr>
          <w:rFonts w:ascii="Georgia" w:hAnsi="Georgia"/>
          <w:b w:val="0"/>
          <w:i w:val="0"/>
          <w:color w:val="22201D"/>
          <w:sz w:val="20"/>
        </w:rPr>
        <w:t>The delivery notes still contained too many commas.</w:t>
      </w:r>
    </w:p>
    <w:p>
      <w:pPr>
        <w:spacing w:after="60" w:line="266" w:lineRule="auto"/>
        <w:ind w:firstLine="331"/>
        <w:jc w:val="both"/>
      </w:pPr>
      <w:r>
        <w:rPr>
          <w:rFonts w:ascii="Georgia" w:hAnsi="Georgia"/>
          <w:b w:val="0"/>
          <w:i w:val="0"/>
          <w:color w:val="22201D"/>
          <w:sz w:val="20"/>
        </w:rPr>
        <w:t>The optional hold line now glowed with the moral brightness of a diner sign left on after closing:</w:t>
      </w:r>
    </w:p>
    <w:p>
      <w:pPr>
        <w:spacing w:after="60" w:line="250" w:lineRule="auto"/>
        <w:ind w:left="202" w:right="173"/>
      </w:pPr>
      <w:r>
        <w:rPr>
          <w:rFonts w:ascii="Georgia" w:hAnsi="Georgia"/>
          <w:b w:val="0"/>
          <w:i w:val="0"/>
          <w:color w:val="22201D"/>
          <w:sz w:val="17"/>
        </w:rPr>
        <w:t>OPTIONAL HOLD / CALL IF CLOSED: M. RIVERA, REAR SERVICE DOOR, OLD LAUREL COMMISSARY Return spoon if found.</w:t>
      </w:r>
    </w:p>
    <w:p>
      <w:pPr>
        <w:spacing w:after="60" w:line="266" w:lineRule="auto"/>
        <w:ind w:firstLine="331"/>
        <w:jc w:val="both"/>
      </w:pPr>
      <w:r>
        <w:rPr>
          <w:rFonts w:ascii="Georgia" w:hAnsi="Georgia"/>
          <w:b w:val="0"/>
          <w:i w:val="0"/>
          <w:color w:val="22201D"/>
          <w:sz w:val="20"/>
        </w:rPr>
        <w:t>Nico leaned in.</w:t>
      </w:r>
    </w:p>
    <w:p>
      <w:pPr>
        <w:spacing w:after="60" w:line="266" w:lineRule="auto"/>
        <w:ind w:firstLine="331"/>
        <w:jc w:val="both"/>
      </w:pPr>
      <w:r>
        <w:rPr>
          <w:rFonts w:ascii="Georgia" w:hAnsi="Georgia"/>
          <w:b w:val="0"/>
          <w:i w:val="0"/>
          <w:color w:val="22201D"/>
          <w:sz w:val="20"/>
        </w:rPr>
        <w:t>"M. Rivera?"</w:t>
      </w:r>
    </w:p>
    <w:p>
      <w:pPr>
        <w:spacing w:after="60" w:line="266" w:lineRule="auto"/>
        <w:ind w:firstLine="331"/>
        <w:jc w:val="both"/>
      </w:pPr>
      <w:r>
        <w:rPr>
          <w:rFonts w:ascii="Georgia" w:hAnsi="Georgia"/>
          <w:b w:val="0"/>
          <w:i w:val="0"/>
          <w:color w:val="22201D"/>
          <w:sz w:val="20"/>
        </w:rPr>
        <w:t>No one spoke Mara's name at first.</w:t>
      </w:r>
    </w:p>
    <w:p>
      <w:pPr>
        <w:spacing w:after="60" w:line="266" w:lineRule="auto"/>
        <w:ind w:firstLine="331"/>
        <w:jc w:val="both"/>
      </w:pPr>
      <w:r>
        <w:rPr>
          <w:rFonts w:ascii="Georgia" w:hAnsi="Georgia"/>
          <w:b w:val="0"/>
          <w:i w:val="0"/>
          <w:color w:val="22201D"/>
          <w:sz w:val="20"/>
        </w:rPr>
        <w:t>Not because it was forbidden.</w:t>
      </w:r>
    </w:p>
    <w:p>
      <w:pPr>
        <w:spacing w:after="60" w:line="266" w:lineRule="auto"/>
        <w:ind w:firstLine="331"/>
        <w:jc w:val="both"/>
      </w:pPr>
      <w:r>
        <w:rPr>
          <w:rFonts w:ascii="Georgia" w:hAnsi="Georgia"/>
          <w:b w:val="0"/>
          <w:i w:val="0"/>
          <w:color w:val="22201D"/>
          <w:sz w:val="20"/>
        </w:rPr>
        <w:t>Because names could be either doors or handles, and none of them wanted to yank the wrong one.</w:t>
      </w:r>
    </w:p>
    <w:p>
      <w:pPr>
        <w:spacing w:after="60" w:line="266" w:lineRule="auto"/>
        <w:ind w:firstLine="331"/>
        <w:jc w:val="both"/>
      </w:pPr>
      <w:r>
        <w:rPr>
          <w:rFonts w:ascii="Georgia" w:hAnsi="Georgia"/>
          <w:b w:val="0"/>
          <w:i w:val="0"/>
          <w:color w:val="22201D"/>
          <w:sz w:val="20"/>
        </w:rPr>
        <w:t>Flocc closed the map halfway.</w:t>
      </w:r>
    </w:p>
    <w:p>
      <w:pPr>
        <w:spacing w:after="60" w:line="266" w:lineRule="auto"/>
        <w:ind w:firstLine="331"/>
        <w:jc w:val="both"/>
      </w:pPr>
      <w:r>
        <w:rPr>
          <w:rFonts w:ascii="Georgia" w:hAnsi="Georgia"/>
          <w:b w:val="0"/>
          <w:i w:val="0"/>
          <w:color w:val="22201D"/>
          <w:sz w:val="20"/>
        </w:rPr>
        <w:t>"Could be someone else."</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Flocc nodded once.</w:t>
      </w:r>
    </w:p>
    <w:p>
      <w:pPr>
        <w:spacing w:after="60" w:line="266" w:lineRule="auto"/>
        <w:ind w:firstLine="331"/>
        <w:jc w:val="both"/>
      </w:pPr>
      <w:r>
        <w:rPr>
          <w:rFonts w:ascii="Georgia" w:hAnsi="Georgia"/>
          <w:b w:val="0"/>
          <w:i w:val="0"/>
          <w:color w:val="22201D"/>
          <w:sz w:val="20"/>
        </w:rPr>
        <w:t>"It could. But routes are rarely that generous."</w:t>
      </w:r>
    </w:p>
    <w:p>
      <w:pPr>
        <w:spacing w:after="60" w:line="266" w:lineRule="auto"/>
        <w:ind w:firstLine="331"/>
        <w:jc w:val="both"/>
      </w:pPr>
      <w:r>
        <w:rPr>
          <w:rFonts w:ascii="Georgia" w:hAnsi="Georgia"/>
          <w:b w:val="0"/>
          <w:i w:val="0"/>
          <w:color w:val="22201D"/>
          <w:sz w:val="20"/>
        </w:rPr>
        <w:t>Steve's phone remained at his side.</w:t>
      </w:r>
    </w:p>
    <w:p>
      <w:pPr>
        <w:spacing w:after="60" w:line="266" w:lineRule="auto"/>
        <w:ind w:firstLine="331"/>
        <w:jc w:val="both"/>
      </w:pPr>
      <w:r>
        <w:rPr>
          <w:rFonts w:ascii="Georgia" w:hAnsi="Georgia"/>
          <w:b w:val="0"/>
          <w:i w:val="0"/>
          <w:color w:val="22201D"/>
          <w:sz w:val="20"/>
        </w:rPr>
        <w:t>That restraint cost him visibly.</w:t>
      </w:r>
    </w:p>
    <w:p>
      <w:pPr>
        <w:spacing w:after="60" w:line="266" w:lineRule="auto"/>
        <w:ind w:firstLine="331"/>
        <w:jc w:val="both"/>
      </w:pPr>
      <w:r>
        <w:rPr>
          <w:rFonts w:ascii="Georgia" w:hAnsi="Georgia"/>
          <w:b w:val="0"/>
          <w:i w:val="0"/>
          <w:color w:val="22201D"/>
          <w:sz w:val="20"/>
        </w:rPr>
        <w:t>Gerald checked the cargo straps again.</w:t>
      </w:r>
    </w:p>
    <w:p>
      <w:pPr>
        <w:spacing w:after="60" w:line="266" w:lineRule="auto"/>
        <w:ind w:firstLine="331"/>
        <w:jc w:val="both"/>
      </w:pPr>
      <w:r>
        <w:rPr>
          <w:rFonts w:ascii="Georgia" w:hAnsi="Georgia"/>
          <w:b w:val="0"/>
          <w:i w:val="0"/>
          <w:color w:val="22201D"/>
          <w:sz w:val="20"/>
        </w:rPr>
        <w:t>"If we go back, we lose eight minutes to the pothole, five to the turnout, unknown to the commissary, and whatever Tuesday charges for humility."</w:t>
      </w:r>
    </w:p>
    <w:p>
      <w:pPr>
        <w:spacing w:after="60" w:line="266" w:lineRule="auto"/>
        <w:ind w:firstLine="331"/>
        <w:jc w:val="both"/>
      </w:pPr>
      <w:r>
        <w:rPr>
          <w:rFonts w:ascii="Georgia" w:hAnsi="Georgia"/>
          <w:b w:val="0"/>
          <w:i w:val="0"/>
          <w:color w:val="22201D"/>
          <w:sz w:val="20"/>
        </w:rPr>
        <w:t>"Tuesday charges interest," Nico said.</w:t>
      </w:r>
    </w:p>
    <w:p>
      <w:pPr>
        <w:spacing w:after="60" w:line="266" w:lineRule="auto"/>
        <w:ind w:firstLine="331"/>
        <w:jc w:val="both"/>
      </w:pPr>
      <w:r>
        <w:rPr>
          <w:rFonts w:ascii="Georgia" w:hAnsi="Georgia"/>
          <w:b w:val="0"/>
          <w:i w:val="0"/>
          <w:color w:val="22201D"/>
          <w:sz w:val="20"/>
        </w:rPr>
        <w:t>Bob folded the invoice.</w:t>
      </w:r>
    </w:p>
    <w:p>
      <w:pPr>
        <w:spacing w:after="60" w:line="266" w:lineRule="auto"/>
        <w:ind w:firstLine="331"/>
        <w:jc w:val="both"/>
      </w:pPr>
      <w:r>
        <w:rPr>
          <w:rFonts w:ascii="Georgia" w:hAnsi="Georgia"/>
          <w:b w:val="0"/>
          <w:i w:val="0"/>
          <w:color w:val="22201D"/>
          <w:sz w:val="20"/>
        </w:rPr>
        <w:t>"We are not going there for Mara."</w:t>
      </w:r>
    </w:p>
    <w:p>
      <w:pPr>
        <w:spacing w:after="60" w:line="266" w:lineRule="auto"/>
        <w:ind w:firstLine="331"/>
        <w:jc w:val="both"/>
      </w:pPr>
      <w:r>
        <w:rPr>
          <w:rFonts w:ascii="Georgia" w:hAnsi="Georgia"/>
          <w:b w:val="0"/>
          <w:i w:val="0"/>
          <w:color w:val="22201D"/>
          <w:sz w:val="20"/>
        </w:rPr>
        <w:t>Flocc answered carefully.</w:t>
      </w:r>
    </w:p>
    <w:p>
      <w:pPr>
        <w:spacing w:after="60" w:line="266" w:lineRule="auto"/>
        <w:ind w:firstLine="331"/>
        <w:jc w:val="both"/>
      </w:pPr>
      <w:r>
        <w:rPr>
          <w:rFonts w:ascii="Georgia" w:hAnsi="Georgia"/>
          <w:b w:val="0"/>
          <w:i w:val="0"/>
          <w:color w:val="22201D"/>
          <w:sz w:val="20"/>
        </w:rPr>
        <w:t>"We go because the route requires the spoon returned."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"And because the optional line is not optional anymore."</w:t>
      </w:r>
    </w:p>
    <w:p>
      <w:pPr>
        <w:spacing w:after="60" w:line="266" w:lineRule="auto"/>
        <w:ind w:firstLine="331"/>
        <w:jc w:val="both"/>
      </w:pPr>
      <w:r>
        <w:rPr>
          <w:rFonts w:ascii="Georgia" w:hAnsi="Georgia"/>
          <w:b w:val="0"/>
          <w:i w:val="0"/>
          <w:color w:val="22201D"/>
          <w:sz w:val="20"/>
        </w:rPr>
        <w:t>"Less good."</w:t>
      </w:r>
    </w:p>
    <w:p>
      <w:pPr>
        <w:spacing w:after="60" w:line="266" w:lineRule="auto"/>
        <w:ind w:firstLine="331"/>
        <w:jc w:val="both"/>
      </w:pPr>
      <w:r>
        <w:rPr>
          <w:rFonts w:ascii="Georgia" w:hAnsi="Georgia"/>
          <w:b w:val="0"/>
          <w:i w:val="0"/>
          <w:color w:val="22201D"/>
          <w:sz w:val="20"/>
        </w:rPr>
        <w:t>"But still true."</w:t>
      </w:r>
    </w:p>
    <w:p>
      <w:pPr>
        <w:spacing w:after="60" w:line="266" w:lineRule="auto"/>
        <w:ind w:firstLine="331"/>
        <w:jc w:val="both"/>
      </w:pPr>
      <w:r>
        <w:rPr>
          <w:rFonts w:ascii="Georgia" w:hAnsi="Georgia"/>
          <w:b w:val="0"/>
          <w:i w:val="0"/>
          <w:color w:val="22201D"/>
          <w:sz w:val="20"/>
        </w:rPr>
        <w:t>The spoon lay on the dashboard with its bowl aimed at the road behind them.</w:t>
      </w:r>
    </w:p>
    <w:p>
      <w:pPr>
        <w:spacing w:after="60" w:line="266" w:lineRule="auto"/>
        <w:ind w:firstLine="331"/>
        <w:jc w:val="both"/>
      </w:pPr>
      <w:r>
        <w:rPr>
          <w:rFonts w:ascii="Georgia" w:hAnsi="Georgia"/>
          <w:b w:val="0"/>
          <w:i w:val="0"/>
          <w:color w:val="22201D"/>
          <w:sz w:val="20"/>
        </w:rPr>
        <w:t>It had done no singing.</w:t>
      </w:r>
    </w:p>
    <w:p>
      <w:pPr>
        <w:spacing w:after="60" w:line="266" w:lineRule="auto"/>
        <w:ind w:firstLine="331"/>
        <w:jc w:val="both"/>
      </w:pPr>
      <w:r>
        <w:rPr>
          <w:rFonts w:ascii="Georgia" w:hAnsi="Georgia"/>
          <w:b w:val="0"/>
          <w:i w:val="0"/>
          <w:color w:val="22201D"/>
          <w:sz w:val="20"/>
        </w:rPr>
        <w:t>It had not hovered.</w:t>
      </w:r>
    </w:p>
    <w:p>
      <w:pPr>
        <w:spacing w:after="60" w:line="266" w:lineRule="auto"/>
        <w:ind w:firstLine="331"/>
        <w:jc w:val="both"/>
      </w:pPr>
      <w:r>
        <w:rPr>
          <w:rFonts w:ascii="Georgia" w:hAnsi="Georgia"/>
          <w:b w:val="0"/>
          <w:i w:val="0"/>
          <w:color w:val="22201D"/>
          <w:sz w:val="20"/>
        </w:rPr>
        <w:t>It had not revealed a prophecy.</w:t>
      </w:r>
    </w:p>
    <w:p>
      <w:pPr>
        <w:spacing w:after="60" w:line="266" w:lineRule="auto"/>
        <w:ind w:firstLine="331"/>
        <w:jc w:val="both"/>
      </w:pPr>
      <w:r>
        <w:rPr>
          <w:rFonts w:ascii="Georgia" w:hAnsi="Georgia"/>
          <w:b w:val="0"/>
          <w:i w:val="0"/>
          <w:color w:val="22201D"/>
          <w:sz w:val="20"/>
        </w:rPr>
        <w:t>It had simply refused to let forward mean avoidance.</w:t>
      </w:r>
    </w:p>
    <w:p>
      <w:pPr>
        <w:spacing w:after="60" w:line="266" w:lineRule="auto"/>
        <w:ind w:firstLine="331"/>
        <w:jc w:val="both"/>
      </w:pPr>
      <w:r>
        <w:rPr>
          <w:rFonts w:ascii="Georgia" w:hAnsi="Georgia"/>
          <w:b w:val="0"/>
          <w:i w:val="0"/>
          <w:color w:val="22201D"/>
          <w:sz w:val="20"/>
        </w:rPr>
        <w:t>Bob hated useful objects.</w:t>
      </w:r>
    </w:p>
    <w:p>
      <w:pPr>
        <w:spacing w:after="60" w:line="266" w:lineRule="auto"/>
        <w:ind w:firstLine="331"/>
        <w:jc w:val="both"/>
      </w:pPr>
      <w:r>
        <w:rPr>
          <w:rFonts w:ascii="Georgia" w:hAnsi="Georgia"/>
          <w:b w:val="0"/>
          <w:i w:val="0"/>
          <w:color w:val="22201D"/>
          <w:sz w:val="20"/>
        </w:rPr>
        <w:t>Not all of them.</w:t>
      </w:r>
    </w:p>
    <w:p>
      <w:pPr>
        <w:spacing w:after="60" w:line="266" w:lineRule="auto"/>
        <w:ind w:firstLine="331"/>
        <w:jc w:val="both"/>
      </w:pPr>
      <w:r>
        <w:rPr>
          <w:rFonts w:ascii="Georgia" w:hAnsi="Georgia"/>
          <w:b w:val="0"/>
          <w:i w:val="0"/>
          <w:color w:val="22201D"/>
          <w:sz w:val="20"/>
        </w:rPr>
        <w:t>He liked a good ratchet.</w:t>
      </w:r>
    </w:p>
    <w:p>
      <w:pPr>
        <w:spacing w:after="60" w:line="266" w:lineRule="auto"/>
        <w:ind w:firstLine="331"/>
        <w:jc w:val="both"/>
      </w:pPr>
      <w:r>
        <w:rPr>
          <w:rFonts w:ascii="Georgia" w:hAnsi="Georgia"/>
          <w:b w:val="0"/>
          <w:i w:val="0"/>
          <w:color w:val="22201D"/>
          <w:sz w:val="20"/>
        </w:rPr>
        <w:t>He liked a pen that worked after winter in a glove compartment.</w:t>
      </w:r>
    </w:p>
    <w:p>
      <w:pPr>
        <w:spacing w:after="60" w:line="266" w:lineRule="auto"/>
        <w:ind w:firstLine="331"/>
        <w:jc w:val="both"/>
      </w:pPr>
      <w:r>
        <w:rPr>
          <w:rFonts w:ascii="Georgia" w:hAnsi="Georgia"/>
          <w:b w:val="0"/>
          <w:i w:val="0"/>
          <w:color w:val="22201D"/>
          <w:sz w:val="20"/>
        </w:rPr>
        <w:t>He liked a thermos with a dent that made it easier to grip.</w:t>
      </w:r>
    </w:p>
    <w:p>
      <w:pPr>
        <w:spacing w:after="60" w:line="266" w:lineRule="auto"/>
        <w:ind w:firstLine="331"/>
        <w:jc w:val="both"/>
      </w:pPr>
      <w:r>
        <w:rPr>
          <w:rFonts w:ascii="Georgia" w:hAnsi="Georgia"/>
          <w:b w:val="0"/>
          <w:i w:val="0"/>
          <w:color w:val="22201D"/>
          <w:sz w:val="20"/>
        </w:rPr>
        <w:t>But he disliked useful objects that understood him.</w:t>
      </w:r>
    </w:p>
    <w:p>
      <w:pPr>
        <w:spacing w:after="60" w:line="266" w:lineRule="auto"/>
        <w:ind w:firstLine="331"/>
        <w:jc w:val="both"/>
      </w:pPr>
      <w:r>
        <w:rPr>
          <w:rFonts w:ascii="Georgia" w:hAnsi="Georgia"/>
          <w:b w:val="0"/>
          <w:i w:val="0"/>
          <w:color w:val="22201D"/>
          <w:sz w:val="20"/>
        </w:rPr>
        <w:t>Those were usually called people.</w:t>
      </w:r>
    </w:p>
    <w:p>
      <w:pPr>
        <w:spacing w:after="60" w:line="266" w:lineRule="auto"/>
        <w:ind w:firstLine="331"/>
        <w:jc w:val="both"/>
      </w:pPr>
      <w:r>
        <w:rPr>
          <w:rFonts w:ascii="Georgia" w:hAnsi="Georgia"/>
          <w:b w:val="0"/>
          <w:i w:val="0"/>
          <w:color w:val="22201D"/>
          <w:sz w:val="20"/>
        </w:rPr>
        <w:t>"Load check," Bob said.</w:t>
      </w:r>
    </w:p>
    <w:p>
      <w:pPr>
        <w:spacing w:after="60" w:line="266" w:lineRule="auto"/>
        <w:ind w:firstLine="331"/>
        <w:jc w:val="both"/>
      </w:pPr>
      <w:r>
        <w:rPr>
          <w:rFonts w:ascii="Georgia" w:hAnsi="Georgia"/>
          <w:b w:val="0"/>
          <w:i w:val="0"/>
          <w:color w:val="22201D"/>
          <w:sz w:val="20"/>
        </w:rPr>
        <w:t>Gerald opened the cargo door.</w:t>
      </w:r>
    </w:p>
    <w:p>
      <w:pPr>
        <w:spacing w:after="60" w:line="266" w:lineRule="auto"/>
        <w:ind w:firstLine="331"/>
        <w:jc w:val="both"/>
      </w:pPr>
      <w:r>
        <w:rPr>
          <w:rFonts w:ascii="Georgia" w:hAnsi="Georgia"/>
          <w:b w:val="0"/>
          <w:i w:val="0"/>
          <w:color w:val="22201D"/>
          <w:sz w:val="20"/>
        </w:rPr>
        <w:t>Cold breath rolled out.</w:t>
      </w:r>
    </w:p>
    <w:p>
      <w:pPr>
        <w:spacing w:after="60" w:line="266" w:lineRule="auto"/>
        <w:ind w:firstLine="331"/>
        <w:jc w:val="both"/>
      </w:pPr>
      <w:r>
        <w:rPr>
          <w:rFonts w:ascii="Georgia" w:hAnsi="Georgia"/>
          <w:b w:val="0"/>
          <w:i w:val="0"/>
          <w:color w:val="22201D"/>
          <w:sz w:val="20"/>
        </w:rPr>
        <w:t>The crates sat in their straps like passengers who had learned not to ask where the driver was taking them.</w:t>
      </w:r>
    </w:p>
    <w:p>
      <w:pPr>
        <w:spacing w:after="60" w:line="266" w:lineRule="auto"/>
        <w:ind w:firstLine="331"/>
        <w:jc w:val="both"/>
      </w:pPr>
      <w:r>
        <w:rPr>
          <w:rFonts w:ascii="Georgia" w:hAnsi="Georgia"/>
          <w:b w:val="0"/>
          <w:i w:val="0"/>
          <w:color w:val="22201D"/>
          <w:sz w:val="20"/>
        </w:rPr>
        <w:t>The Smoke Plum Morita case rested beneath the revised drop ticket, its sauce labels quiet but not innocent.</w:t>
      </w:r>
    </w:p>
    <w:p>
      <w:pPr>
        <w:spacing w:after="60" w:line="266" w:lineRule="auto"/>
        <w:ind w:firstLine="331"/>
        <w:jc w:val="both"/>
      </w:pPr>
      <w:r>
        <w:rPr>
          <w:rFonts w:ascii="Georgia" w:hAnsi="Georgia"/>
          <w:b w:val="0"/>
          <w:i w:val="0"/>
          <w:color w:val="22201D"/>
          <w:sz w:val="20"/>
        </w:rPr>
        <w:t>The mushroom crate from the last stop had acquired a softer smell, not rot, not sweetness, but pressure becoming information.</w:t>
      </w:r>
    </w:p>
    <w:p>
      <w:pPr>
        <w:spacing w:after="60" w:line="266" w:lineRule="auto"/>
        <w:ind w:firstLine="331"/>
        <w:jc w:val="both"/>
      </w:pPr>
      <w:r>
        <w:rPr>
          <w:rFonts w:ascii="Georgia" w:hAnsi="Georgia"/>
          <w:b w:val="0"/>
          <w:i w:val="0"/>
          <w:color w:val="22201D"/>
          <w:sz w:val="20"/>
        </w:rPr>
        <w:t>Gerald ran his hand along each strap and checked the chalk marks he had made after the pothole.</w:t>
      </w:r>
    </w:p>
    <w:p>
      <w:pPr>
        <w:spacing w:after="60" w:line="266" w:lineRule="auto"/>
        <w:ind w:firstLine="331"/>
        <w:jc w:val="both"/>
      </w:pPr>
      <w:r>
        <w:rPr>
          <w:rFonts w:ascii="Georgia" w:hAnsi="Georgia"/>
          <w:b w:val="0"/>
          <w:i w:val="0"/>
          <w:color w:val="22201D"/>
          <w:sz w:val="20"/>
        </w:rPr>
        <w:t>"Still seated."</w:t>
      </w:r>
    </w:p>
    <w:p>
      <w:pPr>
        <w:spacing w:after="60" w:line="266" w:lineRule="auto"/>
        <w:ind w:firstLine="331"/>
        <w:jc w:val="both"/>
      </w:pPr>
      <w:r>
        <w:rPr>
          <w:rFonts w:ascii="Georgia" w:hAnsi="Georgia"/>
          <w:b w:val="0"/>
          <w:i w:val="0"/>
          <w:color w:val="22201D"/>
          <w:sz w:val="20"/>
        </w:rPr>
        <w:t>"Vents?"</w:t>
      </w:r>
    </w:p>
    <w:p>
      <w:pPr>
        <w:spacing w:after="60" w:line="266" w:lineRule="auto"/>
        <w:ind w:firstLine="331"/>
        <w:jc w:val="both"/>
      </w:pPr>
      <w:r>
        <w:rPr>
          <w:rFonts w:ascii="Georgia" w:hAnsi="Georgia"/>
          <w:b w:val="0"/>
          <w:i w:val="0"/>
          <w:color w:val="22201D"/>
          <w:sz w:val="20"/>
        </w:rPr>
        <w:t>"Open."</w:t>
      </w:r>
    </w:p>
    <w:p>
      <w:pPr>
        <w:spacing w:after="60" w:line="266" w:lineRule="auto"/>
        <w:ind w:firstLine="331"/>
        <w:jc w:val="both"/>
      </w:pPr>
      <w:r>
        <w:rPr>
          <w:rFonts w:ascii="Georgia" w:hAnsi="Georgia"/>
          <w:b w:val="0"/>
          <w:i w:val="0"/>
          <w:color w:val="22201D"/>
          <w:sz w:val="20"/>
        </w:rPr>
        <w:t>"Leak?"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we return."</w:t>
      </w:r>
    </w:p>
    <w:p>
      <w:pPr>
        <w:spacing w:after="60" w:line="266" w:lineRule="auto"/>
        <w:ind w:firstLine="331"/>
        <w:jc w:val="both"/>
      </w:pPr>
      <w:r>
        <w:rPr>
          <w:rFonts w:ascii="Georgia" w:hAnsi="Georgia"/>
          <w:b w:val="0"/>
          <w:i w:val="0"/>
          <w:color w:val="22201D"/>
          <w:sz w:val="20"/>
        </w:rPr>
        <w:t>Nico blinked.</w:t>
      </w:r>
    </w:p>
    <w:p>
      <w:pPr>
        <w:spacing w:after="60" w:line="266" w:lineRule="auto"/>
        <w:ind w:firstLine="331"/>
        <w:jc w:val="both"/>
      </w:pPr>
      <w:r>
        <w:rPr>
          <w:rFonts w:ascii="Georgia" w:hAnsi="Georgia"/>
          <w:b w:val="0"/>
          <w:i w:val="0"/>
          <w:color w:val="22201D"/>
          <w:sz w:val="20"/>
        </w:rPr>
        <w:t>"That was faster than I expected."</w:t>
      </w:r>
    </w:p>
    <w:p>
      <w:pPr>
        <w:spacing w:after="60" w:line="266" w:lineRule="auto"/>
        <w:ind w:firstLine="331"/>
        <w:jc w:val="both"/>
      </w:pPr>
      <w:r>
        <w:rPr>
          <w:rFonts w:ascii="Georgia" w:hAnsi="Georgia"/>
          <w:b w:val="0"/>
          <w:i w:val="0"/>
          <w:color w:val="22201D"/>
          <w:sz w:val="20"/>
        </w:rPr>
        <w:t>"Do not make me slower," Bob said.</w:t>
      </w:r>
    </w:p>
    <w:p>
      <w:pPr>
        <w:spacing w:after="60" w:line="266" w:lineRule="auto"/>
        <w:ind w:firstLine="331"/>
        <w:jc w:val="both"/>
      </w:pPr>
      <w:r>
        <w:rPr>
          <w:rFonts w:ascii="Georgia" w:hAnsi="Georgia"/>
          <w:b w:val="0"/>
          <w:i w:val="0"/>
          <w:color w:val="22201D"/>
          <w:sz w:val="20"/>
        </w:rPr>
        <w:t>He put the truck in reverse.</w:t>
      </w:r>
    </w:p>
    <w:p>
      <w:pPr>
        <w:spacing w:after="60" w:line="266" w:lineRule="auto"/>
        <w:ind w:firstLine="331"/>
        <w:jc w:val="both"/>
      </w:pPr>
      <w:r>
        <w:rPr>
          <w:rFonts w:ascii="Georgia" w:hAnsi="Georgia"/>
          <w:b w:val="0"/>
          <w:i w:val="0"/>
          <w:color w:val="22201D"/>
          <w:sz w:val="20"/>
        </w:rPr>
        <w:t>The road behind them looked narrower when chosen on purpose.</w:t>
      </w:r>
    </w:p>
    <w:p>
      <w:pPr>
        <w:spacing w:after="60" w:line="266" w:lineRule="auto"/>
        <w:ind w:firstLine="331"/>
        <w:jc w:val="both"/>
      </w:pPr>
      <w:r>
        <w:rPr>
          <w:rFonts w:ascii="Georgia" w:hAnsi="Georgia"/>
          <w:b w:val="0"/>
          <w:i w:val="0"/>
          <w:color w:val="22201D"/>
          <w:sz w:val="20"/>
        </w:rPr>
        <w:t>That was one of return's tricks.</w:t>
      </w:r>
    </w:p>
    <w:p>
      <w:pPr>
        <w:spacing w:after="60" w:line="266" w:lineRule="auto"/>
        <w:ind w:firstLine="331"/>
        <w:jc w:val="both"/>
      </w:pPr>
      <w:r>
        <w:rPr>
          <w:rFonts w:ascii="Georgia" w:hAnsi="Georgia"/>
          <w:b w:val="0"/>
          <w:i w:val="0"/>
          <w:color w:val="22201D"/>
          <w:sz w:val="20"/>
        </w:rPr>
        <w:t>Forward could pretend to be fate.</w:t>
      </w:r>
    </w:p>
    <w:p>
      <w:pPr>
        <w:spacing w:after="60" w:line="266" w:lineRule="auto"/>
        <w:ind w:firstLine="331"/>
        <w:jc w:val="both"/>
      </w:pPr>
      <w:r>
        <w:rPr>
          <w:rFonts w:ascii="Georgia" w:hAnsi="Georgia"/>
          <w:b w:val="0"/>
          <w:i w:val="0"/>
          <w:color w:val="22201D"/>
          <w:sz w:val="20"/>
        </w:rPr>
        <w:t>Return had to admit it was a decision.</w:t>
      </w:r>
    </w:p>
    <w:p>
      <w:pPr>
        <w:spacing w:after="60" w:line="266" w:lineRule="auto"/>
        <w:ind w:firstLine="331"/>
        <w:jc w:val="both"/>
      </w:pPr>
      <w:r>
        <w:rPr>
          <w:rFonts w:ascii="Georgia" w:hAnsi="Georgia"/>
          <w:b w:val="0"/>
          <w:i w:val="0"/>
          <w:color w:val="22201D"/>
          <w:sz w:val="20"/>
        </w:rPr>
        <w:t>They eased backward until the turnout allowed a turn.</w:t>
      </w:r>
    </w:p>
    <w:p>
      <w:pPr>
        <w:spacing w:after="60" w:line="266" w:lineRule="auto"/>
        <w:ind w:firstLine="331"/>
        <w:jc w:val="both"/>
      </w:pPr>
      <w:r>
        <w:rPr>
          <w:rFonts w:ascii="Georgia" w:hAnsi="Georgia"/>
          <w:b w:val="0"/>
          <w:i w:val="0"/>
          <w:color w:val="22201D"/>
          <w:sz w:val="20"/>
        </w:rPr>
        <w:t>Gerald stood outside as guide, one hand up, one hand low, signaling with the economy of someone who understood that trucks responded better to fact than drama.</w:t>
      </w:r>
    </w:p>
    <w:p>
      <w:pPr>
        <w:spacing w:after="60" w:line="266" w:lineRule="auto"/>
        <w:ind w:firstLine="331"/>
        <w:jc w:val="both"/>
      </w:pPr>
      <w:r>
        <w:rPr>
          <w:rFonts w:ascii="Georgia" w:hAnsi="Georgia"/>
          <w:b w:val="0"/>
          <w:i w:val="0"/>
          <w:color w:val="22201D"/>
          <w:sz w:val="20"/>
        </w:rPr>
        <w:t>Flocc watched the spoon.</w:t>
      </w:r>
    </w:p>
    <w:p>
      <w:pPr>
        <w:spacing w:after="60" w:line="266" w:lineRule="auto"/>
        <w:ind w:firstLine="331"/>
        <w:jc w:val="both"/>
      </w:pPr>
      <w:r>
        <w:rPr>
          <w:rFonts w:ascii="Georgia" w:hAnsi="Georgia"/>
          <w:b w:val="0"/>
          <w:i w:val="0"/>
          <w:color w:val="22201D"/>
          <w:sz w:val="20"/>
        </w:rPr>
        <w:t>Steve watched Flocc watching the spoon.</w:t>
      </w:r>
    </w:p>
    <w:p>
      <w:pPr>
        <w:spacing w:after="60" w:line="266" w:lineRule="auto"/>
        <w:ind w:firstLine="331"/>
        <w:jc w:val="both"/>
      </w:pPr>
      <w:r>
        <w:rPr>
          <w:rFonts w:ascii="Georgia" w:hAnsi="Georgia"/>
          <w:b w:val="0"/>
          <w:i w:val="0"/>
          <w:color w:val="22201D"/>
          <w:sz w:val="20"/>
        </w:rPr>
        <w:t>Nico watched Bob, because she had decided that when adults tried to hide plot, the face was where it leaked.</w:t>
      </w:r>
    </w:p>
    <w:p>
      <w:pPr>
        <w:spacing w:after="60" w:line="266" w:lineRule="auto"/>
        <w:ind w:firstLine="331"/>
        <w:jc w:val="both"/>
      </w:pPr>
      <w:r>
        <w:rPr>
          <w:rFonts w:ascii="Georgia" w:hAnsi="Georgia"/>
          <w:b w:val="0"/>
          <w:i w:val="0"/>
          <w:color w:val="22201D"/>
          <w:sz w:val="20"/>
        </w:rPr>
        <w:t>The spoon remained still until the truck completed its turn.</w:t>
      </w:r>
    </w:p>
    <w:p>
      <w:pPr>
        <w:spacing w:after="60" w:line="266" w:lineRule="auto"/>
        <w:ind w:firstLine="331"/>
        <w:jc w:val="both"/>
      </w:pPr>
      <w:r>
        <w:rPr>
          <w:rFonts w:ascii="Georgia" w:hAnsi="Georgia"/>
          <w:b w:val="0"/>
          <w:i w:val="0"/>
          <w:color w:val="22201D"/>
          <w:sz w:val="20"/>
        </w:rPr>
        <w:t>Then its bowl swung, settled, and pointed ahead.</w:t>
      </w:r>
    </w:p>
    <w:p>
      <w:pPr>
        <w:spacing w:after="60" w:line="266" w:lineRule="auto"/>
        <w:ind w:firstLine="331"/>
        <w:jc w:val="both"/>
      </w:pPr>
      <w:r>
        <w:rPr>
          <w:rFonts w:ascii="Georgia" w:hAnsi="Georgia"/>
          <w:b w:val="0"/>
          <w:i w:val="0"/>
          <w:color w:val="22201D"/>
          <w:sz w:val="20"/>
        </w:rPr>
        <w:t>Back had become forward.</w:t>
      </w:r>
    </w:p>
    <w:p>
      <w:pPr>
        <w:spacing w:after="60" w:line="266" w:lineRule="auto"/>
        <w:ind w:firstLine="331"/>
        <w:jc w:val="both"/>
      </w:pPr>
      <w:r>
        <w:rPr>
          <w:rFonts w:ascii="Georgia" w:hAnsi="Georgia"/>
          <w:b w:val="0"/>
          <w:i w:val="0"/>
          <w:color w:val="22201D"/>
          <w:sz w:val="20"/>
        </w:rPr>
        <w:t>Nico exhaled.</w:t>
      </w:r>
    </w:p>
    <w:p>
      <w:pPr>
        <w:spacing w:after="60" w:line="266" w:lineRule="auto"/>
        <w:ind w:firstLine="331"/>
        <w:jc w:val="both"/>
      </w:pPr>
      <w:r>
        <w:rPr>
          <w:rFonts w:ascii="Georgia" w:hAnsi="Georgia"/>
          <w:b w:val="0"/>
          <w:i w:val="0"/>
          <w:color w:val="22201D"/>
          <w:sz w:val="20"/>
        </w:rPr>
        <w:t>"That is cheating."</w:t>
      </w:r>
    </w:p>
    <w:p>
      <w:pPr>
        <w:spacing w:after="60" w:line="266" w:lineRule="auto"/>
        <w:ind w:firstLine="331"/>
        <w:jc w:val="both"/>
      </w:pPr>
      <w:r>
        <w:rPr>
          <w:rFonts w:ascii="Georgia" w:hAnsi="Georgia"/>
          <w:b w:val="0"/>
          <w:i w:val="0"/>
          <w:color w:val="22201D"/>
          <w:sz w:val="20"/>
        </w:rPr>
        <w:t>"That is routing," Flocc said.</w:t>
      </w:r>
    </w:p>
    <w:p>
      <w:pPr>
        <w:spacing w:after="60" w:line="266" w:lineRule="auto"/>
        <w:ind w:firstLine="331"/>
        <w:jc w:val="both"/>
      </w:pPr>
      <w:r>
        <w:rPr>
          <w:rFonts w:ascii="Georgia" w:hAnsi="Georgia"/>
          <w:b w:val="0"/>
          <w:i w:val="0"/>
          <w:color w:val="22201D"/>
          <w:sz w:val="20"/>
        </w:rPr>
        <w:t>Bob drove.</w:t>
      </w:r>
    </w:p>
    <w:p>
      <w:pPr>
        <w:spacing w:after="60" w:line="266" w:lineRule="auto"/>
        <w:ind w:firstLine="331"/>
        <w:jc w:val="both"/>
      </w:pPr>
      <w:r>
        <w:rPr>
          <w:rFonts w:ascii="Georgia" w:hAnsi="Georgia"/>
          <w:b w:val="0"/>
          <w:i w:val="0"/>
          <w:color w:val="22201D"/>
          <w:sz w:val="20"/>
        </w:rPr>
        <w:t>The pothole arrived sooner than it should have.</w:t>
      </w:r>
    </w:p>
    <w:p>
      <w:pPr>
        <w:spacing w:after="60" w:line="266" w:lineRule="auto"/>
        <w:ind w:firstLine="331"/>
        <w:jc w:val="both"/>
      </w:pPr>
      <w:r>
        <w:rPr>
          <w:rFonts w:ascii="Georgia" w:hAnsi="Georgia"/>
          <w:b w:val="0"/>
          <w:i w:val="0"/>
          <w:color w:val="22201D"/>
          <w:sz w:val="20"/>
        </w:rPr>
        <w:t>It sat in the road with the same public dignity as before.</w:t>
      </w:r>
    </w:p>
    <w:p>
      <w:pPr>
        <w:spacing w:after="60" w:line="266" w:lineRule="auto"/>
        <w:ind w:firstLine="331"/>
        <w:jc w:val="both"/>
      </w:pPr>
      <w:r>
        <w:rPr>
          <w:rFonts w:ascii="Georgia" w:hAnsi="Georgia"/>
          <w:b w:val="0"/>
          <w:i w:val="0"/>
          <w:color w:val="22201D"/>
          <w:sz w:val="20"/>
        </w:rPr>
        <w:t>The sign had changed.</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The top lines were still there:</w:t>
      </w:r>
    </w:p>
    <w:p>
      <w:pPr>
        <w:spacing w:after="60" w:line="250" w:lineRule="auto"/>
        <w:ind w:left="202" w:right="173"/>
      </w:pPr>
      <w:r>
        <w:rPr>
          <w:rFonts w:ascii="Georgia" w:hAnsi="Georgia"/>
          <w:b w:val="0"/>
          <w:i w:val="0"/>
          <w:color w:val="22201D"/>
          <w:sz w:val="17"/>
        </w:rPr>
        <w:t>PRIVATE ROAD POTHOLE MAINTAINED FOR SAFETY DO NOT IMPROVE WITHOUT PERMISSION</w:t>
      </w:r>
    </w:p>
    <w:p>
      <w:pPr>
        <w:spacing w:after="60" w:line="266" w:lineRule="auto"/>
        <w:ind w:firstLine="331"/>
        <w:jc w:val="both"/>
      </w:pPr>
      <w:r>
        <w:rPr>
          <w:rFonts w:ascii="Georgia" w:hAnsi="Georgia"/>
          <w:b w:val="0"/>
          <w:i w:val="0"/>
          <w:color w:val="22201D"/>
          <w:sz w:val="20"/>
        </w:rPr>
        <w:t>But someone, or something, had added a fourth line in narrow black marker:</w:t>
      </w:r>
    </w:p>
    <w:p>
      <w:pPr>
        <w:spacing w:after="60" w:line="250" w:lineRule="auto"/>
        <w:ind w:left="202" w:right="173"/>
      </w:pPr>
      <w:r>
        <w:rPr>
          <w:rFonts w:ascii="Georgia" w:hAnsi="Georgia"/>
          <w:b w:val="0"/>
          <w:i w:val="0"/>
          <w:color w:val="22201D"/>
          <w:sz w:val="17"/>
        </w:rPr>
        <w:t>RETURNING TRAFFIC MUST REMEMBER WHY.</w:t>
      </w:r>
    </w:p>
    <w:p>
      <w:pPr>
        <w:spacing w:after="60" w:line="266" w:lineRule="auto"/>
        <w:ind w:firstLine="331"/>
        <w:jc w:val="both"/>
      </w:pPr>
      <w:r>
        <w:rPr>
          <w:rFonts w:ascii="Georgia" w:hAnsi="Georgia"/>
          <w:b w:val="0"/>
          <w:i w:val="0"/>
          <w:color w:val="22201D"/>
          <w:sz w:val="20"/>
        </w:rPr>
        <w:t>Gerald saw it first.</w:t>
      </w:r>
    </w:p>
    <w:p>
      <w:pPr>
        <w:spacing w:after="60" w:line="266" w:lineRule="auto"/>
        <w:ind w:firstLine="331"/>
        <w:jc w:val="both"/>
      </w:pPr>
      <w:r>
        <w:rPr>
          <w:rFonts w:ascii="Georgia" w:hAnsi="Georgia"/>
          <w:b w:val="0"/>
          <w:i w:val="0"/>
          <w:color w:val="22201D"/>
          <w:sz w:val="20"/>
        </w:rPr>
        <w:t>"That was not there."</w:t>
      </w:r>
    </w:p>
    <w:p>
      <w:pPr>
        <w:spacing w:after="60" w:line="266" w:lineRule="auto"/>
        <w:ind w:firstLine="331"/>
        <w:jc w:val="both"/>
      </w:pPr>
      <w:r>
        <w:rPr>
          <w:rFonts w:ascii="Georgia" w:hAnsi="Georgia"/>
          <w:b w:val="0"/>
          <w:i w:val="0"/>
          <w:color w:val="22201D"/>
          <w:sz w:val="20"/>
        </w:rPr>
        <w:t>"Road signs get updated," Steve said.</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"By the road-sign community."</w:t>
      </w:r>
    </w:p>
    <w:p>
      <w:pPr>
        <w:spacing w:after="60" w:line="266" w:lineRule="auto"/>
        <w:ind w:firstLine="331"/>
        <w:jc w:val="both"/>
      </w:pPr>
      <w:r>
        <w:rPr>
          <w:rFonts w:ascii="Georgia" w:hAnsi="Georgia"/>
          <w:b w:val="0"/>
          <w:i w:val="0"/>
          <w:color w:val="22201D"/>
          <w:sz w:val="20"/>
        </w:rPr>
        <w:t>Nico looked at him.</w:t>
      </w:r>
    </w:p>
    <w:p>
      <w:pPr>
        <w:spacing w:after="60" w:line="266" w:lineRule="auto"/>
        <w:ind w:firstLine="331"/>
        <w:jc w:val="both"/>
      </w:pPr>
      <w:r>
        <w:rPr>
          <w:rFonts w:ascii="Georgia" w:hAnsi="Georgia"/>
          <w:b w:val="0"/>
          <w:i w:val="0"/>
          <w:color w:val="22201D"/>
          <w:sz w:val="20"/>
        </w:rPr>
        <w:t>"You are not allowed to invent communities when scared."</w:t>
      </w:r>
    </w:p>
    <w:p>
      <w:pPr>
        <w:spacing w:after="60" w:line="266" w:lineRule="auto"/>
        <w:ind w:firstLine="331"/>
        <w:jc w:val="both"/>
      </w:pPr>
      <w:r>
        <w:rPr>
          <w:rFonts w:ascii="Georgia" w:hAnsi="Georgia"/>
          <w:b w:val="0"/>
          <w:i w:val="0"/>
          <w:color w:val="22201D"/>
          <w:sz w:val="20"/>
        </w:rPr>
        <w:t>"Then I have no tools."</w:t>
      </w:r>
    </w:p>
    <w:p>
      <w:pPr>
        <w:spacing w:after="60" w:line="266" w:lineRule="auto"/>
        <w:ind w:firstLine="331"/>
        <w:jc w:val="both"/>
      </w:pPr>
      <w:r>
        <w:rPr>
          <w:rFonts w:ascii="Georgia" w:hAnsi="Georgia"/>
          <w:b w:val="0"/>
          <w:i w:val="0"/>
          <w:color w:val="22201D"/>
          <w:sz w:val="20"/>
        </w:rPr>
        <w:t>Bob slowed.</w:t>
      </w:r>
    </w:p>
    <w:p>
      <w:pPr>
        <w:spacing w:after="60" w:line="266" w:lineRule="auto"/>
        <w:ind w:firstLine="331"/>
        <w:jc w:val="both"/>
      </w:pPr>
      <w:r>
        <w:rPr>
          <w:rFonts w:ascii="Georgia" w:hAnsi="Georgia"/>
          <w:b w:val="0"/>
          <w:i w:val="0"/>
          <w:color w:val="22201D"/>
          <w:sz w:val="20"/>
        </w:rPr>
        <w:t>The truck took the pothole more gently this time.</w:t>
      </w:r>
    </w:p>
    <w:p>
      <w:pPr>
        <w:spacing w:after="60" w:line="266" w:lineRule="auto"/>
        <w:ind w:firstLine="331"/>
        <w:jc w:val="both"/>
      </w:pPr>
      <w:r>
        <w:rPr>
          <w:rFonts w:ascii="Georgia" w:hAnsi="Georgia"/>
          <w:b w:val="0"/>
          <w:i w:val="0"/>
          <w:color w:val="22201D"/>
          <w:sz w:val="20"/>
        </w:rPr>
        <w:t>The first crossing had been a warning.</w:t>
      </w:r>
    </w:p>
    <w:p>
      <w:pPr>
        <w:spacing w:after="60" w:line="266" w:lineRule="auto"/>
        <w:ind w:firstLine="331"/>
        <w:jc w:val="both"/>
      </w:pPr>
      <w:r>
        <w:rPr>
          <w:rFonts w:ascii="Georgia" w:hAnsi="Georgia"/>
          <w:b w:val="0"/>
          <w:i w:val="0"/>
          <w:color w:val="22201D"/>
          <w:sz w:val="20"/>
        </w:rPr>
        <w:t>The second was a receipt.</w:t>
      </w:r>
    </w:p>
    <w:p>
      <w:pPr>
        <w:spacing w:after="60" w:line="266" w:lineRule="auto"/>
        <w:ind w:firstLine="331"/>
        <w:jc w:val="both"/>
      </w:pPr>
      <w:r>
        <w:rPr>
          <w:rFonts w:ascii="Georgia" w:hAnsi="Georgia"/>
          <w:b w:val="0"/>
          <w:i w:val="0"/>
          <w:color w:val="22201D"/>
          <w:sz w:val="20"/>
        </w:rPr>
        <w:t>The suspension dipped.</w:t>
      </w:r>
    </w:p>
    <w:p>
      <w:pPr>
        <w:spacing w:after="60" w:line="266" w:lineRule="auto"/>
        <w:ind w:firstLine="331"/>
        <w:jc w:val="both"/>
      </w:pPr>
      <w:r>
        <w:rPr>
          <w:rFonts w:ascii="Georgia" w:hAnsi="Georgia"/>
          <w:b w:val="0"/>
          <w:i w:val="0"/>
          <w:color w:val="22201D"/>
          <w:sz w:val="20"/>
        </w:rPr>
        <w:t>The cargo shifted only enough to remind everyone that matter had opinions.</w:t>
      </w:r>
    </w:p>
    <w:p>
      <w:pPr>
        <w:spacing w:after="60" w:line="266" w:lineRule="auto"/>
        <w:ind w:firstLine="331"/>
        <w:jc w:val="both"/>
      </w:pPr>
      <w:r>
        <w:rPr>
          <w:rFonts w:ascii="Georgia" w:hAnsi="Georgia"/>
          <w:b w:val="0"/>
          <w:i w:val="0"/>
          <w:color w:val="22201D"/>
          <w:sz w:val="20"/>
        </w:rPr>
        <w:t>The spoon clicked against the dashboard.</w:t>
      </w:r>
    </w:p>
    <w:p>
      <w:pPr>
        <w:spacing w:after="60" w:line="266" w:lineRule="auto"/>
        <w:ind w:firstLine="331"/>
        <w:jc w:val="both"/>
      </w:pPr>
      <w:r>
        <w:rPr>
          <w:rFonts w:ascii="Georgia" w:hAnsi="Georgia"/>
          <w:b w:val="0"/>
          <w:i w:val="0"/>
          <w:color w:val="22201D"/>
          <w:sz w:val="20"/>
        </w:rPr>
        <w:t>When the truck rose, a thin paper strip had appeared beneath it.</w:t>
      </w:r>
    </w:p>
    <w:p>
      <w:pPr>
        <w:spacing w:after="60" w:line="266" w:lineRule="auto"/>
        <w:ind w:firstLine="331"/>
        <w:jc w:val="both"/>
      </w:pPr>
      <w:r>
        <w:rPr>
          <w:rFonts w:ascii="Georgia" w:hAnsi="Georgia"/>
          <w:b w:val="0"/>
          <w:i w:val="0"/>
          <w:color w:val="22201D"/>
          <w:sz w:val="20"/>
        </w:rPr>
        <w:t>Bob stopped.</w:t>
      </w:r>
    </w:p>
    <w:p>
      <w:pPr>
        <w:spacing w:after="60" w:line="266" w:lineRule="auto"/>
        <w:ind w:firstLine="331"/>
        <w:jc w:val="both"/>
      </w:pPr>
      <w:r>
        <w:rPr>
          <w:rFonts w:ascii="Georgia" w:hAnsi="Georgia"/>
          <w:b w:val="0"/>
          <w:i w:val="0"/>
          <w:color w:val="22201D"/>
          <w:sz w:val="20"/>
        </w:rPr>
        <w:t>No one touched the paper.</w:t>
      </w:r>
    </w:p>
    <w:p>
      <w:pPr>
        <w:spacing w:after="60" w:line="266" w:lineRule="auto"/>
        <w:ind w:firstLine="331"/>
        <w:jc w:val="both"/>
      </w:pPr>
      <w:r>
        <w:rPr>
          <w:rFonts w:ascii="Georgia" w:hAnsi="Georgia"/>
          <w:b w:val="0"/>
          <w:i w:val="0"/>
          <w:color w:val="22201D"/>
          <w:sz w:val="20"/>
        </w:rPr>
        <w:t>That had become one of their rules.</w:t>
      </w:r>
    </w:p>
    <w:p>
      <w:pPr>
        <w:spacing w:after="60" w:line="266" w:lineRule="auto"/>
        <w:ind w:firstLine="331"/>
        <w:jc w:val="both"/>
      </w:pPr>
      <w:r>
        <w:rPr>
          <w:rFonts w:ascii="Georgia" w:hAnsi="Georgia"/>
          <w:b w:val="0"/>
          <w:i w:val="0"/>
          <w:color w:val="22201D"/>
          <w:sz w:val="20"/>
        </w:rPr>
        <w:t>The object that appeared last should be accused first.</w:t>
      </w:r>
    </w:p>
    <w:p>
      <w:pPr>
        <w:spacing w:after="60" w:line="266" w:lineRule="auto"/>
        <w:ind w:firstLine="331"/>
        <w:jc w:val="both"/>
      </w:pPr>
      <w:r>
        <w:rPr>
          <w:rFonts w:ascii="Georgia" w:hAnsi="Georgia"/>
          <w:b w:val="0"/>
          <w:i w:val="0"/>
          <w:color w:val="22201D"/>
          <w:sz w:val="20"/>
        </w:rPr>
        <w:t>Gerald opened the glove compartment and produced a pair of tongs from a road kit that had, until this morning, been used only for retrieving dropped fuses and one regrettable pickle.</w:t>
      </w:r>
    </w:p>
    <w:p>
      <w:pPr>
        <w:spacing w:after="60" w:line="266" w:lineRule="auto"/>
        <w:ind w:firstLine="331"/>
        <w:jc w:val="both"/>
      </w:pPr>
      <w:r>
        <w:rPr>
          <w:rFonts w:ascii="Georgia" w:hAnsi="Georgia"/>
          <w:b w:val="0"/>
          <w:i w:val="0"/>
          <w:color w:val="22201D"/>
          <w:sz w:val="20"/>
        </w:rPr>
        <w:t>He lifted the strip and set it on the clipboard.</w:t>
      </w:r>
    </w:p>
    <w:p>
      <w:pPr>
        <w:spacing w:after="60" w:line="266" w:lineRule="auto"/>
        <w:ind w:firstLine="331"/>
        <w:jc w:val="both"/>
      </w:pPr>
      <w:r>
        <w:rPr>
          <w:rFonts w:ascii="Georgia" w:hAnsi="Georgia"/>
          <w:b w:val="0"/>
          <w:i w:val="0"/>
          <w:color w:val="22201D"/>
          <w:sz w:val="20"/>
        </w:rPr>
        <w:t>It was a receipt.</w:t>
      </w:r>
    </w:p>
    <w:p>
      <w:pPr>
        <w:spacing w:after="60" w:line="266" w:lineRule="auto"/>
        <w:ind w:firstLine="331"/>
        <w:jc w:val="both"/>
      </w:pPr>
      <w:r>
        <w:rPr>
          <w:rFonts w:ascii="Georgia" w:hAnsi="Georgia"/>
          <w:b w:val="0"/>
          <w:i w:val="0"/>
          <w:color w:val="22201D"/>
          <w:sz w:val="20"/>
        </w:rPr>
        <w:t>Not a sales receipt.</w:t>
      </w:r>
    </w:p>
    <w:p>
      <w:pPr>
        <w:spacing w:after="60" w:line="266" w:lineRule="auto"/>
        <w:ind w:firstLine="331"/>
        <w:jc w:val="both"/>
      </w:pPr>
      <w:r>
        <w:rPr>
          <w:rFonts w:ascii="Georgia" w:hAnsi="Georgia"/>
          <w:b w:val="0"/>
          <w:i w:val="0"/>
          <w:color w:val="22201D"/>
          <w:sz w:val="20"/>
        </w:rPr>
        <w:t>Not exactly.</w:t>
      </w:r>
    </w:p>
    <w:p>
      <w:pPr>
        <w:spacing w:after="60" w:line="266" w:lineRule="auto"/>
        <w:ind w:firstLine="331"/>
        <w:jc w:val="both"/>
      </w:pPr>
      <w:r>
        <w:rPr>
          <w:rFonts w:ascii="Georgia" w:hAnsi="Georgia"/>
          <w:b w:val="0"/>
          <w:i w:val="0"/>
          <w:color w:val="22201D"/>
          <w:sz w:val="20"/>
        </w:rPr>
        <w:t>It had the size and texture of the order slips from the diner where the world had first decided to become administrative about wonder.</w:t>
      </w:r>
    </w:p>
    <w:p>
      <w:pPr>
        <w:spacing w:after="60" w:line="266" w:lineRule="auto"/>
        <w:ind w:firstLine="331"/>
        <w:jc w:val="both"/>
      </w:pPr>
      <w:r>
        <w:rPr>
          <w:rFonts w:ascii="Georgia" w:hAnsi="Georgia"/>
          <w:b w:val="0"/>
          <w:i w:val="0"/>
          <w:color w:val="22201D"/>
          <w:sz w:val="20"/>
        </w:rPr>
        <w:t>At the top, in faint purple print:</w:t>
      </w:r>
    </w:p>
    <w:p>
      <w:pPr>
        <w:spacing w:after="60" w:line="250" w:lineRule="auto"/>
        <w:ind w:left="202" w:right="173"/>
      </w:pPr>
      <w:r>
        <w:rPr>
          <w:rFonts w:ascii="Georgia" w:hAnsi="Georgia"/>
          <w:b w:val="0"/>
          <w:i w:val="0"/>
          <w:color w:val="22201D"/>
          <w:sz w:val="17"/>
        </w:rPr>
        <w:t>WAYWARD DINERS ROUTE SERVICE SPOON RECEIPT</w:t>
      </w:r>
    </w:p>
    <w:p>
      <w:pPr>
        <w:spacing w:after="60" w:line="266" w:lineRule="auto"/>
        <w:ind w:firstLine="331"/>
        <w:jc w:val="both"/>
      </w:pPr>
      <w:r>
        <w:rPr>
          <w:rFonts w:ascii="Georgia" w:hAnsi="Georgia"/>
          <w:b w:val="0"/>
          <w:i w:val="0"/>
          <w:color w:val="22201D"/>
          <w:sz w:val="20"/>
        </w:rPr>
        <w:t>Beneath that:</w:t>
      </w:r>
    </w:p>
    <w:p>
      <w:pPr>
        <w:spacing w:after="60" w:line="250" w:lineRule="auto"/>
        <w:ind w:left="202" w:right="173"/>
      </w:pPr>
      <w:r>
        <w:rPr>
          <w:rFonts w:ascii="Georgia" w:hAnsi="Georgia"/>
          <w:b w:val="0"/>
          <w:i w:val="0"/>
          <w:color w:val="22201D"/>
          <w:sz w:val="17"/>
        </w:rPr>
        <w:t>ITEM: 1 COURIER'S SPOON STATUS: FOUND IN VEHICLE CONDITION: SERVICEABLE FUNCTION: POINTS TOWARD UNPAID RETURN PRICE: RETURN</w:t>
      </w:r>
    </w:p>
    <w:p>
      <w:pPr>
        <w:spacing w:after="60" w:line="266" w:lineRule="auto"/>
        <w:ind w:firstLine="331"/>
        <w:jc w:val="both"/>
      </w:pPr>
      <w:r>
        <w:rPr>
          <w:rFonts w:ascii="Georgia" w:hAnsi="Georgia"/>
          <w:b w:val="0"/>
          <w:i w:val="0"/>
          <w:color w:val="22201D"/>
          <w:sz w:val="20"/>
        </w:rPr>
        <w:t>At the bottom, where a signature line should have been, the receipt said:</w:t>
      </w:r>
    </w:p>
    <w:p>
      <w:pPr>
        <w:spacing w:after="60" w:line="250" w:lineRule="auto"/>
        <w:ind w:left="202" w:right="173"/>
      </w:pPr>
      <w:r>
        <w:rPr>
          <w:rFonts w:ascii="Georgia" w:hAnsi="Georgia"/>
          <w:b w:val="0"/>
          <w:i w:val="0"/>
          <w:color w:val="22201D"/>
          <w:sz w:val="17"/>
        </w:rPr>
        <w:t>Useful first. Symbolic later.</w:t>
      </w:r>
    </w:p>
    <w:p>
      <w:pPr>
        <w:spacing w:after="60" w:line="266" w:lineRule="auto"/>
        <w:ind w:firstLine="331"/>
        <w:jc w:val="both"/>
      </w:pPr>
      <w:r>
        <w:rPr>
          <w:rFonts w:ascii="Georgia" w:hAnsi="Georgia"/>
          <w:b w:val="0"/>
          <w:i w:val="0"/>
          <w:color w:val="22201D"/>
          <w:sz w:val="20"/>
        </w:rPr>
        <w:t>Nico read it aloud.</w:t>
      </w:r>
    </w:p>
    <w:p>
      <w:pPr>
        <w:spacing w:after="60" w:line="266" w:lineRule="auto"/>
        <w:ind w:firstLine="331"/>
        <w:jc w:val="both"/>
      </w:pPr>
      <w:r>
        <w:rPr>
          <w:rFonts w:ascii="Georgia" w:hAnsi="Georgia"/>
          <w:b w:val="0"/>
          <w:i w:val="0"/>
          <w:color w:val="22201D"/>
          <w:sz w:val="20"/>
        </w:rPr>
        <w:t>Then she looked at the spoon.</w:t>
      </w:r>
    </w:p>
    <w:p>
      <w:pPr>
        <w:spacing w:after="60" w:line="266" w:lineRule="auto"/>
        <w:ind w:firstLine="331"/>
        <w:jc w:val="both"/>
      </w:pPr>
      <w:r>
        <w:rPr>
          <w:rFonts w:ascii="Georgia" w:hAnsi="Georgia"/>
          <w:b w:val="0"/>
          <w:i w:val="0"/>
          <w:color w:val="22201D"/>
          <w:sz w:val="20"/>
        </w:rPr>
        <w:t>"It heard us."</w:t>
      </w:r>
    </w:p>
    <w:p>
      <w:pPr>
        <w:spacing w:after="60" w:line="266" w:lineRule="auto"/>
        <w:ind w:firstLine="331"/>
        <w:jc w:val="both"/>
      </w:pPr>
      <w:r>
        <w:rPr>
          <w:rFonts w:ascii="Georgia" w:hAnsi="Georgia"/>
          <w:b w:val="0"/>
          <w:i w:val="0"/>
          <w:color w:val="22201D"/>
          <w:sz w:val="20"/>
        </w:rPr>
        <w:t>"Receipts hear everything," Flocc said.</w:t>
      </w:r>
    </w:p>
    <w:p>
      <w:pPr>
        <w:spacing w:after="60" w:line="266" w:lineRule="auto"/>
        <w:ind w:firstLine="331"/>
        <w:jc w:val="both"/>
      </w:pPr>
      <w:r>
        <w:rPr>
          <w:rFonts w:ascii="Georgia" w:hAnsi="Georgia"/>
          <w:b w:val="0"/>
          <w:i w:val="0"/>
          <w:color w:val="22201D"/>
          <w:sz w:val="20"/>
        </w:rPr>
        <w:t>"That cannot be true."</w:t>
      </w:r>
    </w:p>
    <w:p>
      <w:pPr>
        <w:spacing w:after="60" w:line="266" w:lineRule="auto"/>
        <w:ind w:firstLine="331"/>
        <w:jc w:val="both"/>
      </w:pPr>
      <w:r>
        <w:rPr>
          <w:rFonts w:ascii="Georgia" w:hAnsi="Georgia"/>
          <w:b w:val="0"/>
          <w:i w:val="0"/>
          <w:color w:val="22201D"/>
          <w:sz w:val="20"/>
        </w:rPr>
        <w:t>"It feels true."</w:t>
      </w:r>
    </w:p>
    <w:p>
      <w:pPr>
        <w:spacing w:after="60" w:line="266" w:lineRule="auto"/>
        <w:ind w:firstLine="331"/>
        <w:jc w:val="both"/>
      </w:pPr>
      <w:r>
        <w:rPr>
          <w:rFonts w:ascii="Georgia" w:hAnsi="Georgia"/>
          <w:b w:val="0"/>
          <w:i w:val="0"/>
          <w:color w:val="22201D"/>
          <w:sz w:val="20"/>
        </w:rPr>
        <w:t>Bob took the receipt.</w:t>
      </w:r>
    </w:p>
    <w:p>
      <w:pPr>
        <w:spacing w:after="60" w:line="266" w:lineRule="auto"/>
        <w:ind w:firstLine="331"/>
        <w:jc w:val="both"/>
      </w:pPr>
      <w:r>
        <w:rPr>
          <w:rFonts w:ascii="Georgia" w:hAnsi="Georgia"/>
          <w:b w:val="0"/>
          <w:i w:val="0"/>
          <w:color w:val="22201D"/>
          <w:sz w:val="20"/>
        </w:rPr>
        <w:t>The paper was warm.</w:t>
      </w:r>
    </w:p>
    <w:p>
      <w:pPr>
        <w:spacing w:after="60" w:line="266" w:lineRule="auto"/>
        <w:ind w:firstLine="331"/>
        <w:jc w:val="both"/>
      </w:pPr>
      <w:r>
        <w:rPr>
          <w:rFonts w:ascii="Georgia" w:hAnsi="Georgia"/>
          <w:b w:val="0"/>
          <w:i w:val="0"/>
          <w:color w:val="22201D"/>
          <w:sz w:val="20"/>
        </w:rPr>
        <w:t>This irritated him more than if it had been cold.</w:t>
      </w:r>
    </w:p>
    <w:p>
      <w:pPr>
        <w:spacing w:after="60" w:line="266" w:lineRule="auto"/>
        <w:ind w:firstLine="331"/>
        <w:jc w:val="both"/>
      </w:pPr>
      <w:r>
        <w:rPr>
          <w:rFonts w:ascii="Georgia" w:hAnsi="Georgia"/>
          <w:b w:val="0"/>
          <w:i w:val="0"/>
          <w:color w:val="22201D"/>
          <w:sz w:val="20"/>
        </w:rPr>
        <w:t>"Old Laurel Commissary," he said.</w:t>
      </w:r>
    </w:p>
    <w:p>
      <w:pPr>
        <w:spacing w:after="60" w:line="266" w:lineRule="auto"/>
        <w:ind w:firstLine="331"/>
        <w:jc w:val="both"/>
      </w:pPr>
      <w:r>
        <w:rPr>
          <w:rFonts w:ascii="Georgia" w:hAnsi="Georgia"/>
          <w:b w:val="0"/>
          <w:i w:val="0"/>
          <w:color w:val="22201D"/>
          <w:sz w:val="20"/>
        </w:rPr>
        <w:t>Gerald checked the map from the physical road atlas he kept behind the seat because he trusted paper only slightly less than he distrusted software.</w:t>
      </w:r>
    </w:p>
    <w:p>
      <w:pPr>
        <w:spacing w:after="60" w:line="266" w:lineRule="auto"/>
        <w:ind w:firstLine="331"/>
        <w:jc w:val="both"/>
      </w:pPr>
      <w:r>
        <w:rPr>
          <w:rFonts w:ascii="Georgia" w:hAnsi="Georgia"/>
          <w:b w:val="0"/>
          <w:i w:val="0"/>
          <w:color w:val="22201D"/>
          <w:sz w:val="20"/>
        </w:rPr>
        <w:t>"If we return through the last service road and take the lower frontage, we can reach it without crossing the mall again."</w:t>
      </w:r>
    </w:p>
    <w:p>
      <w:pPr>
        <w:spacing w:after="60" w:line="266" w:lineRule="auto"/>
        <w:ind w:firstLine="331"/>
        <w:jc w:val="both"/>
      </w:pPr>
      <w:r>
        <w:rPr>
          <w:rFonts w:ascii="Georgia" w:hAnsi="Georgia"/>
          <w:b w:val="0"/>
          <w:i w:val="0"/>
          <w:color w:val="22201D"/>
          <w:sz w:val="20"/>
        </w:rPr>
        <w:t>The menu key made a soft sound.</w:t>
      </w:r>
    </w:p>
    <w:p>
      <w:pPr>
        <w:spacing w:after="60" w:line="266" w:lineRule="auto"/>
        <w:ind w:firstLine="331"/>
        <w:jc w:val="both"/>
      </w:pPr>
      <w:r>
        <w:rPr>
          <w:rFonts w:ascii="Georgia" w:hAnsi="Georgia"/>
          <w:b w:val="0"/>
          <w:i w:val="0"/>
          <w:color w:val="22201D"/>
          <w:sz w:val="20"/>
        </w:rPr>
        <w:t>Not a voice.</w:t>
      </w:r>
    </w:p>
    <w:p>
      <w:pPr>
        <w:spacing w:after="60" w:line="266" w:lineRule="auto"/>
        <w:ind w:firstLine="331"/>
        <w:jc w:val="both"/>
      </w:pPr>
      <w:r>
        <w:rPr>
          <w:rFonts w:ascii="Georgia" w:hAnsi="Georgia"/>
          <w:b w:val="0"/>
          <w:i w:val="0"/>
          <w:color w:val="22201D"/>
          <w:sz w:val="20"/>
        </w:rPr>
        <w:t>Not a bell.</w:t>
      </w:r>
    </w:p>
    <w:p>
      <w:pPr>
        <w:spacing w:after="60" w:line="266" w:lineRule="auto"/>
        <w:ind w:firstLine="331"/>
        <w:jc w:val="both"/>
      </w:pPr>
      <w:r>
        <w:rPr>
          <w:rFonts w:ascii="Georgia" w:hAnsi="Georgia"/>
          <w:b w:val="0"/>
          <w:i w:val="0"/>
          <w:color w:val="22201D"/>
          <w:sz w:val="20"/>
        </w:rPr>
        <w:t>A laminated click.</w:t>
      </w:r>
    </w:p>
    <w:p>
      <w:pPr>
        <w:spacing w:after="60" w:line="266" w:lineRule="auto"/>
        <w:ind w:firstLine="331"/>
        <w:jc w:val="both"/>
      </w:pPr>
      <w:r>
        <w:rPr>
          <w:rFonts w:ascii="Georgia" w:hAnsi="Georgia"/>
          <w:b w:val="0"/>
          <w:i w:val="0"/>
          <w:color w:val="22201D"/>
          <w:sz w:val="20"/>
        </w:rPr>
        <w:t>Flocc turned it over.</w:t>
      </w:r>
    </w:p>
    <w:p>
      <w:pPr>
        <w:spacing w:after="60" w:line="266" w:lineRule="auto"/>
        <w:ind w:firstLine="331"/>
        <w:jc w:val="both"/>
      </w:pPr>
      <w:r>
        <w:rPr>
          <w:rFonts w:ascii="Georgia" w:hAnsi="Georgia"/>
          <w:b w:val="0"/>
          <w:i w:val="0"/>
          <w:color w:val="22201D"/>
          <w:sz w:val="20"/>
        </w:rPr>
        <w:t>The lower frontage road had been crossed out.</w:t>
      </w:r>
    </w:p>
    <w:p>
      <w:pPr>
        <w:spacing w:after="60" w:line="266" w:lineRule="auto"/>
        <w:ind w:firstLine="331"/>
        <w:jc w:val="both"/>
      </w:pPr>
      <w:r>
        <w:rPr>
          <w:rFonts w:ascii="Georgia" w:hAnsi="Georgia"/>
          <w:b w:val="0"/>
          <w:i w:val="0"/>
          <w:color w:val="22201D"/>
          <w:sz w:val="20"/>
        </w:rPr>
        <w:t>Under it, in grease pencil:</w:t>
      </w:r>
    </w:p>
    <w:p>
      <w:pPr>
        <w:spacing w:after="60" w:line="250" w:lineRule="auto"/>
        <w:ind w:left="202" w:right="173"/>
      </w:pPr>
      <w:r>
        <w:rPr>
          <w:rFonts w:ascii="Georgia" w:hAnsi="Georgia"/>
          <w:b w:val="0"/>
          <w:i w:val="0"/>
          <w:color w:val="22201D"/>
          <w:sz w:val="17"/>
        </w:rPr>
        <w:t>What was bypassed cannot be reached by a second bypass.</w:t>
      </w:r>
    </w:p>
    <w:p>
      <w:pPr>
        <w:spacing w:after="60" w:line="266" w:lineRule="auto"/>
        <w:ind w:firstLine="331"/>
        <w:jc w:val="both"/>
      </w:pPr>
      <w:r>
        <w:rPr>
          <w:rFonts w:ascii="Georgia" w:hAnsi="Georgia"/>
          <w:b w:val="0"/>
          <w:i w:val="0"/>
          <w:color w:val="22201D"/>
          <w:sz w:val="20"/>
        </w:rPr>
        <w:t>Bob stared at the line.</w:t>
      </w:r>
    </w:p>
    <w:p>
      <w:pPr>
        <w:spacing w:after="60" w:line="266" w:lineRule="auto"/>
        <w:ind w:firstLine="331"/>
        <w:jc w:val="both"/>
      </w:pPr>
      <w:r>
        <w:rPr>
          <w:rFonts w:ascii="Georgia" w:hAnsi="Georgia"/>
          <w:b w:val="0"/>
          <w:i w:val="0"/>
          <w:color w:val="22201D"/>
          <w:sz w:val="20"/>
        </w:rPr>
        <w:t>The truck idled.</w:t>
      </w:r>
    </w:p>
    <w:p>
      <w:pPr>
        <w:spacing w:after="60" w:line="266" w:lineRule="auto"/>
        <w:ind w:firstLine="331"/>
        <w:jc w:val="both"/>
      </w:pPr>
      <w:r>
        <w:rPr>
          <w:rFonts w:ascii="Georgia" w:hAnsi="Georgia"/>
          <w:b w:val="0"/>
          <w:i w:val="0"/>
          <w:color w:val="22201D"/>
          <w:sz w:val="20"/>
        </w:rPr>
        <w:t>Gerald did not suggest an alternative.</w:t>
      </w:r>
    </w:p>
    <w:p>
      <w:pPr>
        <w:spacing w:after="60" w:line="266" w:lineRule="auto"/>
        <w:ind w:firstLine="331"/>
        <w:jc w:val="both"/>
      </w:pPr>
      <w:r>
        <w:rPr>
          <w:rFonts w:ascii="Georgia" w:hAnsi="Georgia"/>
          <w:b w:val="0"/>
          <w:i w:val="0"/>
          <w:color w:val="22201D"/>
          <w:sz w:val="20"/>
        </w:rPr>
        <w:t>This was Gerald's gift: he knew when the possible had narrowed to the necessary and did not insult anyone with decorative choices.</w:t>
      </w:r>
    </w:p>
    <w:p>
      <w:pPr>
        <w:spacing w:after="60" w:line="266" w:lineRule="auto"/>
        <w:ind w:firstLine="331"/>
        <w:jc w:val="both"/>
      </w:pPr>
      <w:r>
        <w:rPr>
          <w:rFonts w:ascii="Georgia" w:hAnsi="Georgia"/>
          <w:b w:val="0"/>
          <w:i w:val="0"/>
          <w:color w:val="22201D"/>
          <w:sz w:val="20"/>
        </w:rPr>
        <w:t>Steve finally spoke.</w:t>
      </w:r>
    </w:p>
    <w:p>
      <w:pPr>
        <w:spacing w:after="60" w:line="266" w:lineRule="auto"/>
        <w:ind w:firstLine="331"/>
        <w:jc w:val="both"/>
      </w:pPr>
      <w:r>
        <w:rPr>
          <w:rFonts w:ascii="Georgia" w:hAnsi="Georgia"/>
          <w:b w:val="0"/>
          <w:i w:val="0"/>
          <w:color w:val="22201D"/>
          <w:sz w:val="20"/>
        </w:rPr>
        <w:t>"We have to go back through the thing we avoided."</w:t>
      </w:r>
    </w:p>
    <w:p>
      <w:pPr>
        <w:spacing w:after="60" w:line="266" w:lineRule="auto"/>
        <w:ind w:firstLine="331"/>
        <w:jc w:val="both"/>
      </w:pPr>
      <w:r>
        <w:rPr>
          <w:rFonts w:ascii="Georgia" w:hAnsi="Georgia"/>
          <w:b w:val="0"/>
          <w:i w:val="0"/>
          <w:color w:val="22201D"/>
          <w:sz w:val="20"/>
        </w:rPr>
        <w:t>"We did not avoid the mall," Nico said.</w:t>
      </w:r>
    </w:p>
    <w:p>
      <w:pPr>
        <w:spacing w:after="60" w:line="266" w:lineRule="auto"/>
        <w:ind w:firstLine="331"/>
        <w:jc w:val="both"/>
      </w:pPr>
      <w:r>
        <w:rPr>
          <w:rFonts w:ascii="Georgia" w:hAnsi="Georgia"/>
          <w:b w:val="0"/>
          <w:i w:val="0"/>
          <w:color w:val="22201D"/>
          <w:sz w:val="20"/>
        </w:rPr>
        <w:t>"We avoided the address."</w:t>
      </w:r>
    </w:p>
    <w:p>
      <w:pPr>
        <w:spacing w:after="60" w:line="266" w:lineRule="auto"/>
        <w:ind w:firstLine="331"/>
        <w:jc w:val="both"/>
      </w:pPr>
      <w:r>
        <w:rPr>
          <w:rFonts w:ascii="Georgia" w:hAnsi="Georgia"/>
          <w:b w:val="0"/>
          <w:i w:val="0"/>
          <w:color w:val="22201D"/>
          <w:sz w:val="20"/>
        </w:rPr>
        <w:t>"Which is worse?"</w:t>
      </w:r>
    </w:p>
    <w:p>
      <w:pPr>
        <w:spacing w:after="60" w:line="266" w:lineRule="auto"/>
        <w:ind w:firstLine="331"/>
        <w:jc w:val="both"/>
      </w:pPr>
      <w:r>
        <w:rPr>
          <w:rFonts w:ascii="Georgia" w:hAnsi="Georgia"/>
          <w:b w:val="0"/>
          <w:i w:val="0"/>
          <w:color w:val="22201D"/>
          <w:sz w:val="20"/>
        </w:rPr>
        <w:t>"The address," Flocc said.</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"Because places do not care if you avoid them, but people might."</w:t>
      </w:r>
    </w:p>
    <w:p>
      <w:pPr>
        <w:spacing w:after="60" w:line="266" w:lineRule="auto"/>
        <w:ind w:firstLine="331"/>
        <w:jc w:val="both"/>
      </w:pPr>
      <w:r>
        <w:rPr>
          <w:rFonts w:ascii="Georgia" w:hAnsi="Georgia"/>
          <w:b w:val="0"/>
          <w:i w:val="0"/>
          <w:color w:val="22201D"/>
          <w:sz w:val="20"/>
        </w:rPr>
        <w:t>Bob put both hands on the wheel.</w:t>
      </w:r>
    </w:p>
    <w:p>
      <w:pPr>
        <w:spacing w:after="60" w:line="266" w:lineRule="auto"/>
        <w:ind w:firstLine="331"/>
        <w:jc w:val="both"/>
      </w:pPr>
      <w:r>
        <w:rPr>
          <w:rFonts w:ascii="Georgia" w:hAnsi="Georgia"/>
          <w:b w:val="0"/>
          <w:i w:val="0"/>
          <w:color w:val="22201D"/>
          <w:sz w:val="20"/>
        </w:rPr>
        <w:t>His knuckles did not whiten.</w:t>
      </w:r>
    </w:p>
    <w:p>
      <w:pPr>
        <w:spacing w:after="60" w:line="266" w:lineRule="auto"/>
        <w:ind w:firstLine="331"/>
        <w:jc w:val="both"/>
      </w:pPr>
      <w:r>
        <w:rPr>
          <w:rFonts w:ascii="Georgia" w:hAnsi="Georgia"/>
          <w:b w:val="0"/>
          <w:i w:val="0"/>
          <w:color w:val="22201D"/>
          <w:sz w:val="20"/>
        </w:rPr>
        <w:t>Bob did not dramatize tension for observers.</w:t>
      </w:r>
    </w:p>
    <w:p>
      <w:pPr>
        <w:spacing w:after="60" w:line="266" w:lineRule="auto"/>
        <w:ind w:firstLine="331"/>
        <w:jc w:val="both"/>
      </w:pPr>
      <w:r>
        <w:rPr>
          <w:rFonts w:ascii="Georgia" w:hAnsi="Georgia"/>
          <w:b w:val="0"/>
          <w:i w:val="0"/>
          <w:color w:val="22201D"/>
          <w:sz w:val="20"/>
        </w:rPr>
        <w:t>It settled into him like weight into a well-packed truck.</w:t>
      </w:r>
    </w:p>
    <w:p>
      <w:pPr>
        <w:spacing w:after="60" w:line="266" w:lineRule="auto"/>
        <w:ind w:firstLine="331"/>
        <w:jc w:val="both"/>
      </w:pPr>
      <w:r>
        <w:rPr>
          <w:rFonts w:ascii="Georgia" w:hAnsi="Georgia"/>
          <w:b w:val="0"/>
          <w:i w:val="0"/>
          <w:color w:val="22201D"/>
          <w:sz w:val="20"/>
        </w:rPr>
        <w:t>"Mara is not cargo."</w:t>
      </w:r>
    </w:p>
    <w:p>
      <w:pPr>
        <w:spacing w:after="60" w:line="266" w:lineRule="auto"/>
        <w:ind w:firstLine="331"/>
        <w:jc w:val="both"/>
      </w:pPr>
      <w:r>
        <w:rPr>
          <w:rFonts w:ascii="Georgia" w:hAnsi="Georgia"/>
          <w:b w:val="0"/>
          <w:i w:val="0"/>
          <w:color w:val="22201D"/>
          <w:sz w:val="20"/>
        </w:rPr>
        <w:t>"No," Flocc said.</w:t>
      </w:r>
    </w:p>
    <w:p>
      <w:pPr>
        <w:spacing w:after="60" w:line="266" w:lineRule="auto"/>
        <w:ind w:firstLine="331"/>
        <w:jc w:val="both"/>
      </w:pPr>
      <w:r>
        <w:rPr>
          <w:rFonts w:ascii="Georgia" w:hAnsi="Georgia"/>
          <w:b w:val="0"/>
          <w:i w:val="0"/>
          <w:color w:val="22201D"/>
          <w:sz w:val="20"/>
        </w:rPr>
        <w:t>"She is not a delivery."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is not a route correction."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we are not going to retrieve her."</w:t>
      </w:r>
    </w:p>
    <w:p>
      <w:pPr>
        <w:spacing w:after="60" w:line="266" w:lineRule="auto"/>
        <w:ind w:firstLine="331"/>
        <w:jc w:val="both"/>
      </w:pPr>
      <w:r>
        <w:rPr>
          <w:rFonts w:ascii="Georgia" w:hAnsi="Georgia"/>
          <w:b w:val="0"/>
          <w:i w:val="0"/>
          <w:color w:val="22201D"/>
          <w:sz w:val="20"/>
        </w:rPr>
        <w:t>Flocc let that stand.</w:t>
      </w:r>
    </w:p>
    <w:p>
      <w:pPr>
        <w:spacing w:after="60" w:line="266" w:lineRule="auto"/>
        <w:ind w:firstLine="331"/>
        <w:jc w:val="both"/>
      </w:pPr>
      <w:r>
        <w:rPr>
          <w:rFonts w:ascii="Georgia" w:hAnsi="Georgia"/>
          <w:b w:val="0"/>
          <w:i w:val="0"/>
          <w:color w:val="22201D"/>
          <w:sz w:val="20"/>
        </w:rPr>
        <w:t>Gerald closed the cargo door.</w:t>
      </w:r>
    </w:p>
    <w:p>
      <w:pPr>
        <w:spacing w:after="60" w:line="266" w:lineRule="auto"/>
        <w:ind w:firstLine="331"/>
        <w:jc w:val="both"/>
      </w:pPr>
      <w:r>
        <w:rPr>
          <w:rFonts w:ascii="Georgia" w:hAnsi="Georgia"/>
          <w:b w:val="0"/>
          <w:i w:val="0"/>
          <w:color w:val="22201D"/>
          <w:sz w:val="20"/>
        </w:rPr>
        <w:t>"We are returning a spoon."</w:t>
      </w:r>
    </w:p>
    <w:p>
      <w:pPr>
        <w:spacing w:after="60" w:line="266" w:lineRule="auto"/>
        <w:ind w:firstLine="331"/>
        <w:jc w:val="both"/>
      </w:pPr>
      <w:r>
        <w:rPr>
          <w:rFonts w:ascii="Georgia" w:hAnsi="Georgia"/>
          <w:b w:val="0"/>
          <w:i w:val="0"/>
          <w:color w:val="22201D"/>
          <w:sz w:val="20"/>
        </w:rPr>
        <w:t>Steve nodded.</w:t>
      </w:r>
    </w:p>
    <w:p>
      <w:pPr>
        <w:spacing w:after="60" w:line="266" w:lineRule="auto"/>
        <w:ind w:firstLine="331"/>
        <w:jc w:val="both"/>
      </w:pPr>
      <w:r>
        <w:rPr>
          <w:rFonts w:ascii="Georgia" w:hAnsi="Georgia"/>
          <w:b w:val="0"/>
          <w:i w:val="0"/>
          <w:color w:val="22201D"/>
          <w:sz w:val="20"/>
        </w:rPr>
        <w:t>"And the receipt."</w:t>
      </w:r>
    </w:p>
    <w:p>
      <w:pPr>
        <w:spacing w:after="60" w:line="266" w:lineRule="auto"/>
        <w:ind w:firstLine="331"/>
        <w:jc w:val="both"/>
      </w:pPr>
      <w:r>
        <w:rPr>
          <w:rFonts w:ascii="Georgia" w:hAnsi="Georgia"/>
          <w:b w:val="0"/>
          <w:i w:val="0"/>
          <w:color w:val="22201D"/>
          <w:sz w:val="20"/>
        </w:rPr>
        <w:t>"Receipt stays with us," Bob said.</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it says paid when paid."</w:t>
      </w:r>
    </w:p>
    <w:p>
      <w:pPr>
        <w:spacing w:after="60" w:line="266" w:lineRule="auto"/>
        <w:ind w:firstLine="331"/>
        <w:jc w:val="both"/>
      </w:pPr>
      <w:r>
        <w:rPr>
          <w:rFonts w:ascii="Georgia" w:hAnsi="Georgia"/>
          <w:b w:val="0"/>
          <w:i w:val="0"/>
          <w:color w:val="22201D"/>
          <w:sz w:val="20"/>
        </w:rPr>
        <w:t>Nico looked down.</w:t>
      </w:r>
    </w:p>
    <w:p>
      <w:pPr>
        <w:spacing w:after="60" w:line="266" w:lineRule="auto"/>
        <w:ind w:firstLine="331"/>
        <w:jc w:val="both"/>
      </w:pPr>
      <w:r>
        <w:rPr>
          <w:rFonts w:ascii="Georgia" w:hAnsi="Georgia"/>
          <w:b w:val="0"/>
          <w:i w:val="0"/>
          <w:color w:val="22201D"/>
          <w:sz w:val="20"/>
        </w:rPr>
        <w:t>The receipt did not say paid.</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old Laurel Commissary stood six miles back and four wrong turns away.</w:t>
      </w:r>
    </w:p>
    <w:p>
      <w:pPr>
        <w:spacing w:after="60" w:line="266" w:lineRule="auto"/>
        <w:ind w:firstLine="331"/>
        <w:jc w:val="both"/>
      </w:pPr>
      <w:r>
        <w:rPr>
          <w:rFonts w:ascii="Georgia" w:hAnsi="Georgia"/>
          <w:b w:val="0"/>
          <w:i w:val="0"/>
          <w:color w:val="22201D"/>
          <w:sz w:val="20"/>
        </w:rPr>
        <w:t>It had once been part of a school district, then a bakery supplier, then a cold-storage overflow, then a place people used in directions when they could not remember street names.</w:t>
      </w:r>
    </w:p>
    <w:p>
      <w:pPr>
        <w:spacing w:after="60" w:line="266" w:lineRule="auto"/>
        <w:ind w:firstLine="331"/>
        <w:jc w:val="both"/>
      </w:pPr>
      <w:r>
        <w:rPr>
          <w:rFonts w:ascii="Georgia" w:hAnsi="Georgia"/>
          <w:b w:val="0"/>
          <w:i w:val="0"/>
          <w:color w:val="22201D"/>
          <w:sz w:val="20"/>
        </w:rPr>
        <w:t>You turned where the bus depot used to be.</w:t>
      </w:r>
    </w:p>
    <w:p>
      <w:pPr>
        <w:spacing w:after="60" w:line="266" w:lineRule="auto"/>
        <w:ind w:firstLine="331"/>
        <w:jc w:val="both"/>
      </w:pPr>
      <w:r>
        <w:rPr>
          <w:rFonts w:ascii="Georgia" w:hAnsi="Georgia"/>
          <w:b w:val="0"/>
          <w:i w:val="0"/>
          <w:color w:val="22201D"/>
          <w:sz w:val="20"/>
        </w:rPr>
        <w:t>You kept left at the billboard advertising a lawyer whose face had faded faster than his phone number.</w:t>
      </w:r>
    </w:p>
    <w:p>
      <w:pPr>
        <w:spacing w:after="60" w:line="266" w:lineRule="auto"/>
        <w:ind w:firstLine="331"/>
        <w:jc w:val="both"/>
      </w:pPr>
      <w:r>
        <w:rPr>
          <w:rFonts w:ascii="Georgia" w:hAnsi="Georgia"/>
          <w:b w:val="0"/>
          <w:i w:val="0"/>
          <w:color w:val="22201D"/>
          <w:sz w:val="20"/>
        </w:rPr>
        <w:t>You passed the restaurant supply warehouse with three loading bays and two forklifts parked like sulking beetles.</w:t>
      </w:r>
    </w:p>
    <w:p>
      <w:pPr>
        <w:spacing w:after="60" w:line="266" w:lineRule="auto"/>
        <w:ind w:firstLine="331"/>
        <w:jc w:val="both"/>
      </w:pPr>
      <w:r>
        <w:rPr>
          <w:rFonts w:ascii="Georgia" w:hAnsi="Georgia"/>
          <w:b w:val="0"/>
          <w:i w:val="0"/>
          <w:color w:val="22201D"/>
          <w:sz w:val="20"/>
        </w:rPr>
        <w:t>Then you found the commissary behind a chain-link fence that had given up on separating anything from anything.</w:t>
      </w:r>
    </w:p>
    <w:p>
      <w:pPr>
        <w:spacing w:after="60" w:line="266" w:lineRule="auto"/>
        <w:ind w:firstLine="331"/>
        <w:jc w:val="both"/>
      </w:pPr>
      <w:r>
        <w:rPr>
          <w:rFonts w:ascii="Georgia" w:hAnsi="Georgia"/>
          <w:b w:val="0"/>
          <w:i w:val="0"/>
          <w:color w:val="22201D"/>
          <w:sz w:val="20"/>
        </w:rPr>
        <w:t>The building was brick under old cream paint.</w:t>
      </w:r>
    </w:p>
    <w:p>
      <w:pPr>
        <w:spacing w:after="60" w:line="266" w:lineRule="auto"/>
        <w:ind w:firstLine="331"/>
        <w:jc w:val="both"/>
      </w:pPr>
      <w:r>
        <w:rPr>
          <w:rFonts w:ascii="Georgia" w:hAnsi="Georgia"/>
          <w:b w:val="0"/>
          <w:i w:val="0"/>
          <w:color w:val="22201D"/>
          <w:sz w:val="20"/>
        </w:rPr>
        <w:t>Its windows were boarded from the inside.</w:t>
      </w:r>
    </w:p>
    <w:p>
      <w:pPr>
        <w:spacing w:after="60" w:line="266" w:lineRule="auto"/>
        <w:ind w:firstLine="331"/>
        <w:jc w:val="both"/>
      </w:pPr>
      <w:r>
        <w:rPr>
          <w:rFonts w:ascii="Georgia" w:hAnsi="Georgia"/>
          <w:b w:val="0"/>
          <w:i w:val="0"/>
          <w:color w:val="22201D"/>
          <w:sz w:val="20"/>
        </w:rPr>
        <w:t>A faded sign over the rear service door read:</w:t>
      </w:r>
    </w:p>
    <w:p>
      <w:pPr>
        <w:spacing w:after="60" w:line="250" w:lineRule="auto"/>
        <w:ind w:left="202" w:right="173"/>
      </w:pPr>
      <w:r>
        <w:rPr>
          <w:rFonts w:ascii="Georgia" w:hAnsi="Georgia"/>
          <w:b w:val="0"/>
          <w:i w:val="0"/>
          <w:color w:val="22201D"/>
          <w:sz w:val="17"/>
        </w:rPr>
        <w:t>LAUREL COMMISSARY DELIVERIES 5 AM - 11 AM NO PERSONAL PICKUPS</w:t>
      </w:r>
    </w:p>
    <w:p>
      <w:pPr>
        <w:spacing w:after="60" w:line="266" w:lineRule="auto"/>
        <w:ind w:firstLine="331"/>
        <w:jc w:val="both"/>
      </w:pPr>
      <w:r>
        <w:rPr>
          <w:rFonts w:ascii="Georgia" w:hAnsi="Georgia"/>
          <w:b w:val="0"/>
          <w:i w:val="0"/>
          <w:color w:val="22201D"/>
          <w:sz w:val="20"/>
        </w:rPr>
        <w:t>Someone had taped a paper underneath:</w:t>
      </w:r>
    </w:p>
    <w:p>
      <w:pPr>
        <w:spacing w:after="60" w:line="250" w:lineRule="auto"/>
        <w:ind w:left="202" w:right="173"/>
      </w:pPr>
      <w:r>
        <w:rPr>
          <w:rFonts w:ascii="Georgia" w:hAnsi="Georgia"/>
          <w:b w:val="0"/>
          <w:i w:val="0"/>
          <w:color w:val="22201D"/>
          <w:sz w:val="17"/>
        </w:rPr>
        <w:t>NO ONE MEANS THAT PERSONALLY.</w:t>
      </w:r>
    </w:p>
    <w:p>
      <w:pPr>
        <w:spacing w:after="60" w:line="266" w:lineRule="auto"/>
        <w:ind w:firstLine="331"/>
        <w:jc w:val="both"/>
      </w:pPr>
      <w:r>
        <w:rPr>
          <w:rFonts w:ascii="Georgia" w:hAnsi="Georgia"/>
          <w:b w:val="0"/>
          <w:i w:val="0"/>
          <w:color w:val="22201D"/>
          <w:sz w:val="20"/>
        </w:rPr>
        <w:t>Nico read it twice.</w:t>
      </w:r>
    </w:p>
    <w:p>
      <w:pPr>
        <w:spacing w:after="60" w:line="266" w:lineRule="auto"/>
        <w:ind w:firstLine="331"/>
        <w:jc w:val="both"/>
      </w:pPr>
      <w:r>
        <w:rPr>
          <w:rFonts w:ascii="Georgia" w:hAnsi="Georgia"/>
          <w:b w:val="0"/>
          <w:i w:val="0"/>
          <w:color w:val="22201D"/>
          <w:sz w:val="20"/>
        </w:rPr>
        <w:t>"This place is hostile in complete sentences."</w:t>
      </w:r>
    </w:p>
    <w:p>
      <w:pPr>
        <w:spacing w:after="60" w:line="266" w:lineRule="auto"/>
        <w:ind w:firstLine="331"/>
        <w:jc w:val="both"/>
      </w:pPr>
      <w:r>
        <w:rPr>
          <w:rFonts w:ascii="Georgia" w:hAnsi="Georgia"/>
          <w:b w:val="0"/>
          <w:i w:val="0"/>
          <w:color w:val="22201D"/>
          <w:sz w:val="20"/>
        </w:rPr>
        <w:t>Gerald checked the time.</w:t>
      </w:r>
    </w:p>
    <w:p>
      <w:pPr>
        <w:spacing w:after="60" w:line="266" w:lineRule="auto"/>
        <w:ind w:firstLine="331"/>
        <w:jc w:val="both"/>
      </w:pPr>
      <w:r>
        <w:rPr>
          <w:rFonts w:ascii="Georgia" w:hAnsi="Georgia"/>
          <w:b w:val="0"/>
          <w:i w:val="0"/>
          <w:color w:val="22201D"/>
          <w:sz w:val="20"/>
        </w:rPr>
        <w:t>"We are outside delivery hours."</w:t>
      </w:r>
    </w:p>
    <w:p>
      <w:pPr>
        <w:spacing w:after="60" w:line="266" w:lineRule="auto"/>
        <w:ind w:firstLine="331"/>
        <w:jc w:val="both"/>
      </w:pPr>
      <w:r>
        <w:rPr>
          <w:rFonts w:ascii="Georgia" w:hAnsi="Georgia"/>
          <w:b w:val="0"/>
          <w:i w:val="0"/>
          <w:color w:val="22201D"/>
          <w:sz w:val="20"/>
        </w:rPr>
        <w:t>The menu key displayed:</w:t>
      </w:r>
    </w:p>
    <w:p>
      <w:pPr>
        <w:spacing w:after="60" w:line="250" w:lineRule="auto"/>
        <w:ind w:left="202" w:right="173"/>
      </w:pPr>
      <w:r>
        <w:rPr>
          <w:rFonts w:ascii="Georgia" w:hAnsi="Georgia"/>
          <w:b w:val="0"/>
          <w:i w:val="0"/>
          <w:color w:val="22201D"/>
          <w:sz w:val="17"/>
        </w:rPr>
        <w:t>SPECIAL HOURS APPLY WHEN RETURNING WHAT WAS NOT BORROWED.</w:t>
      </w:r>
    </w:p>
    <w:p>
      <w:pPr>
        <w:spacing w:after="60" w:line="266" w:lineRule="auto"/>
        <w:ind w:firstLine="331"/>
        <w:jc w:val="both"/>
      </w:pPr>
      <w:r>
        <w:rPr>
          <w:rFonts w:ascii="Georgia" w:hAnsi="Georgia"/>
          <w:b w:val="0"/>
          <w:i w:val="0"/>
          <w:color w:val="22201D"/>
          <w:sz w:val="20"/>
        </w:rPr>
        <w:t>"I miss normal signs," Steve said.</w:t>
      </w:r>
    </w:p>
    <w:p>
      <w:pPr>
        <w:spacing w:after="60" w:line="266" w:lineRule="auto"/>
        <w:ind w:firstLine="331"/>
        <w:jc w:val="both"/>
      </w:pPr>
      <w:r>
        <w:rPr>
          <w:rFonts w:ascii="Georgia" w:hAnsi="Georgia"/>
          <w:b w:val="0"/>
          <w:i w:val="0"/>
          <w:color w:val="22201D"/>
          <w:sz w:val="20"/>
        </w:rPr>
        <w:t>Bob parked at the rear service door.</w:t>
      </w:r>
    </w:p>
    <w:p>
      <w:pPr>
        <w:spacing w:after="60" w:line="266" w:lineRule="auto"/>
        <w:ind w:firstLine="331"/>
        <w:jc w:val="both"/>
      </w:pPr>
      <w:r>
        <w:rPr>
          <w:rFonts w:ascii="Georgia" w:hAnsi="Georgia"/>
          <w:b w:val="0"/>
          <w:i w:val="0"/>
          <w:color w:val="22201D"/>
          <w:sz w:val="20"/>
        </w:rPr>
        <w:t>He did not turn the engine off.</w:t>
      </w:r>
    </w:p>
    <w:p>
      <w:pPr>
        <w:spacing w:after="60" w:line="266" w:lineRule="auto"/>
        <w:ind w:firstLine="331"/>
        <w:jc w:val="both"/>
      </w:pPr>
      <w:r>
        <w:rPr>
          <w:rFonts w:ascii="Georgia" w:hAnsi="Georgia"/>
          <w:b w:val="0"/>
          <w:i w:val="0"/>
          <w:color w:val="22201D"/>
          <w:sz w:val="20"/>
        </w:rPr>
        <w:t>Some stops wanted commitment.</w:t>
      </w:r>
    </w:p>
    <w:p>
      <w:pPr>
        <w:spacing w:after="60" w:line="266" w:lineRule="auto"/>
        <w:ind w:firstLine="331"/>
        <w:jc w:val="both"/>
      </w:pPr>
      <w:r>
        <w:rPr>
          <w:rFonts w:ascii="Georgia" w:hAnsi="Georgia"/>
          <w:b w:val="0"/>
          <w:i w:val="0"/>
          <w:color w:val="22201D"/>
          <w:sz w:val="20"/>
        </w:rPr>
        <w:t>This one wanted readiness.</w:t>
      </w:r>
    </w:p>
    <w:p>
      <w:pPr>
        <w:spacing w:after="60" w:line="266" w:lineRule="auto"/>
        <w:ind w:firstLine="331"/>
        <w:jc w:val="both"/>
      </w:pPr>
      <w:r>
        <w:rPr>
          <w:rFonts w:ascii="Georgia" w:hAnsi="Georgia"/>
          <w:b w:val="0"/>
          <w:i w:val="0"/>
          <w:color w:val="22201D"/>
          <w:sz w:val="20"/>
        </w:rPr>
        <w:t>Flocc held the menu key.</w:t>
      </w:r>
    </w:p>
    <w:p>
      <w:pPr>
        <w:spacing w:after="60" w:line="266" w:lineRule="auto"/>
        <w:ind w:firstLine="331"/>
        <w:jc w:val="both"/>
      </w:pPr>
      <w:r>
        <w:rPr>
          <w:rFonts w:ascii="Georgia" w:hAnsi="Georgia"/>
          <w:b w:val="0"/>
          <w:i w:val="0"/>
          <w:color w:val="22201D"/>
          <w:sz w:val="20"/>
        </w:rPr>
        <w:t>Gerald took the clipboard.</w:t>
      </w:r>
    </w:p>
    <w:p>
      <w:pPr>
        <w:spacing w:after="60" w:line="266" w:lineRule="auto"/>
        <w:ind w:firstLine="331"/>
        <w:jc w:val="both"/>
      </w:pPr>
      <w:r>
        <w:rPr>
          <w:rFonts w:ascii="Georgia" w:hAnsi="Georgia"/>
          <w:b w:val="0"/>
          <w:i w:val="0"/>
          <w:color w:val="22201D"/>
          <w:sz w:val="20"/>
        </w:rPr>
        <w:t>Nico took nothing, which did not stop her from looking armed with questions.</w:t>
      </w:r>
    </w:p>
    <w:p>
      <w:pPr>
        <w:spacing w:after="60" w:line="266" w:lineRule="auto"/>
        <w:ind w:firstLine="331"/>
        <w:jc w:val="both"/>
      </w:pPr>
      <w:r>
        <w:rPr>
          <w:rFonts w:ascii="Georgia" w:hAnsi="Georgia"/>
          <w:b w:val="0"/>
          <w:i w:val="0"/>
          <w:color w:val="22201D"/>
          <w:sz w:val="20"/>
        </w:rPr>
        <w:t>Steve took his phone and then, after Bob's glance, put it in his pocket.</w:t>
      </w:r>
    </w:p>
    <w:p>
      <w:pPr>
        <w:spacing w:after="60" w:line="266" w:lineRule="auto"/>
        <w:ind w:firstLine="331"/>
        <w:jc w:val="both"/>
      </w:pPr>
      <w:r>
        <w:rPr>
          <w:rFonts w:ascii="Georgia" w:hAnsi="Georgia"/>
          <w:b w:val="0"/>
          <w:i w:val="0"/>
          <w:color w:val="22201D"/>
          <w:sz w:val="20"/>
        </w:rPr>
        <w:t>Bob took the spoon.</w:t>
      </w:r>
    </w:p>
    <w:p>
      <w:pPr>
        <w:spacing w:after="60" w:line="266" w:lineRule="auto"/>
        <w:ind w:firstLine="331"/>
        <w:jc w:val="both"/>
      </w:pPr>
      <w:r>
        <w:rPr>
          <w:rFonts w:ascii="Georgia" w:hAnsi="Georgia"/>
          <w:b w:val="0"/>
          <w:i w:val="0"/>
          <w:color w:val="22201D"/>
          <w:sz w:val="20"/>
        </w:rPr>
        <w:t>The spoon felt heavier away from the dashboard.</w:t>
      </w:r>
    </w:p>
    <w:p>
      <w:pPr>
        <w:spacing w:after="60" w:line="266" w:lineRule="auto"/>
        <w:ind w:firstLine="331"/>
        <w:jc w:val="both"/>
      </w:pPr>
      <w:r>
        <w:rPr>
          <w:rFonts w:ascii="Georgia" w:hAnsi="Georgia"/>
          <w:b w:val="0"/>
          <w:i w:val="0"/>
          <w:color w:val="22201D"/>
          <w:sz w:val="20"/>
        </w:rPr>
        <w:t>That annoyed him.</w:t>
      </w:r>
    </w:p>
    <w:p>
      <w:pPr>
        <w:spacing w:after="60" w:line="266" w:lineRule="auto"/>
        <w:ind w:firstLine="331"/>
        <w:jc w:val="both"/>
      </w:pPr>
      <w:r>
        <w:rPr>
          <w:rFonts w:ascii="Georgia" w:hAnsi="Georgia"/>
          <w:b w:val="0"/>
          <w:i w:val="0"/>
          <w:color w:val="22201D"/>
          <w:sz w:val="20"/>
        </w:rPr>
        <w:t>Objects should not change weight because of context.</w:t>
      </w:r>
    </w:p>
    <w:p>
      <w:pPr>
        <w:spacing w:after="60" w:line="266" w:lineRule="auto"/>
        <w:ind w:firstLine="331"/>
        <w:jc w:val="both"/>
      </w:pPr>
      <w:r>
        <w:rPr>
          <w:rFonts w:ascii="Georgia" w:hAnsi="Georgia"/>
          <w:b w:val="0"/>
          <w:i w:val="0"/>
          <w:color w:val="22201D"/>
          <w:sz w:val="20"/>
        </w:rPr>
        <w:t>People did that enough.</w:t>
      </w:r>
    </w:p>
    <w:p>
      <w:pPr>
        <w:spacing w:after="60" w:line="266" w:lineRule="auto"/>
        <w:ind w:firstLine="331"/>
        <w:jc w:val="both"/>
      </w:pPr>
      <w:r>
        <w:rPr>
          <w:rFonts w:ascii="Georgia" w:hAnsi="Georgia"/>
          <w:b w:val="0"/>
          <w:i w:val="0"/>
          <w:color w:val="22201D"/>
          <w:sz w:val="20"/>
        </w:rPr>
        <w:t>The rear service door had a bell.</w:t>
      </w:r>
    </w:p>
    <w:p>
      <w:pPr>
        <w:spacing w:after="60" w:line="266" w:lineRule="auto"/>
        <w:ind w:firstLine="331"/>
        <w:jc w:val="both"/>
      </w:pPr>
      <w:r>
        <w:rPr>
          <w:rFonts w:ascii="Georgia" w:hAnsi="Georgia"/>
          <w:b w:val="0"/>
          <w:i w:val="0"/>
          <w:color w:val="22201D"/>
          <w:sz w:val="20"/>
        </w:rPr>
        <w:t>It was not a button but a little tarnished bell mounted beside the frame, the kind once rung by pulling a chain.</w:t>
      </w:r>
    </w:p>
    <w:p>
      <w:pPr>
        <w:spacing w:after="60" w:line="266" w:lineRule="auto"/>
        <w:ind w:firstLine="331"/>
        <w:jc w:val="both"/>
      </w:pPr>
      <w:r>
        <w:rPr>
          <w:rFonts w:ascii="Georgia" w:hAnsi="Georgia"/>
          <w:b w:val="0"/>
          <w:i w:val="0"/>
          <w:color w:val="22201D"/>
          <w:sz w:val="20"/>
        </w:rPr>
        <w:t>The chain was missing.</w:t>
      </w:r>
    </w:p>
    <w:p>
      <w:pPr>
        <w:spacing w:after="60" w:line="266" w:lineRule="auto"/>
        <w:ind w:firstLine="331"/>
        <w:jc w:val="both"/>
      </w:pPr>
      <w:r>
        <w:rPr>
          <w:rFonts w:ascii="Georgia" w:hAnsi="Georgia"/>
          <w:b w:val="0"/>
          <w:i w:val="0"/>
          <w:color w:val="22201D"/>
          <w:sz w:val="20"/>
        </w:rPr>
        <w:t>Bob looked at the spoon.</w:t>
      </w:r>
    </w:p>
    <w:p>
      <w:pPr>
        <w:spacing w:after="60" w:line="266" w:lineRule="auto"/>
        <w:ind w:firstLine="331"/>
        <w:jc w:val="both"/>
      </w:pPr>
      <w:r>
        <w:rPr>
          <w:rFonts w:ascii="Georgia" w:hAnsi="Georgia"/>
          <w:b w:val="0"/>
          <w:i w:val="0"/>
          <w:color w:val="22201D"/>
          <w:sz w:val="20"/>
        </w:rPr>
        <w:t>The spoon looked like a spoon.</w:t>
      </w:r>
    </w:p>
    <w:p>
      <w:pPr>
        <w:spacing w:after="60" w:line="266" w:lineRule="auto"/>
        <w:ind w:firstLine="331"/>
        <w:jc w:val="both"/>
      </w:pPr>
      <w:r>
        <w:rPr>
          <w:rFonts w:ascii="Georgia" w:hAnsi="Georgia"/>
          <w:b w:val="0"/>
          <w:i w:val="0"/>
          <w:color w:val="22201D"/>
          <w:sz w:val="20"/>
        </w:rPr>
        <w:t>Nico raised her eyebrows.</w:t>
      </w:r>
    </w:p>
    <w:p>
      <w:pPr>
        <w:spacing w:after="60" w:line="266" w:lineRule="auto"/>
        <w:ind w:firstLine="331"/>
        <w:jc w:val="both"/>
      </w:pPr>
      <w:r>
        <w:rPr>
          <w:rFonts w:ascii="Georgia" w:hAnsi="Georgia"/>
          <w:b w:val="0"/>
          <w:i w:val="0"/>
          <w:color w:val="22201D"/>
          <w:sz w:val="20"/>
        </w:rPr>
        <w:t>"Useful first."</w:t>
      </w:r>
    </w:p>
    <w:p>
      <w:pPr>
        <w:spacing w:after="60" w:line="266" w:lineRule="auto"/>
        <w:ind w:firstLine="331"/>
        <w:jc w:val="both"/>
      </w:pPr>
      <w:r>
        <w:rPr>
          <w:rFonts w:ascii="Georgia" w:hAnsi="Georgia"/>
          <w:b w:val="0"/>
          <w:i w:val="0"/>
          <w:color w:val="22201D"/>
          <w:sz w:val="20"/>
        </w:rPr>
        <w:t>Bob hooked the spoon handle through the small loop where the chain should have been.</w:t>
      </w:r>
    </w:p>
    <w:p>
      <w:pPr>
        <w:spacing w:after="60" w:line="266" w:lineRule="auto"/>
        <w:ind w:firstLine="331"/>
        <w:jc w:val="both"/>
      </w:pPr>
      <w:r>
        <w:rPr>
          <w:rFonts w:ascii="Georgia" w:hAnsi="Georgia"/>
          <w:b w:val="0"/>
          <w:i w:val="0"/>
          <w:color w:val="22201D"/>
          <w:sz w:val="20"/>
        </w:rPr>
        <w:t>He pulled.</w:t>
      </w:r>
    </w:p>
    <w:p>
      <w:pPr>
        <w:spacing w:after="60" w:line="266" w:lineRule="auto"/>
        <w:ind w:firstLine="331"/>
        <w:jc w:val="both"/>
      </w:pPr>
      <w:r>
        <w:rPr>
          <w:rFonts w:ascii="Georgia" w:hAnsi="Georgia"/>
          <w:b w:val="0"/>
          <w:i w:val="0"/>
          <w:color w:val="22201D"/>
          <w:sz w:val="20"/>
        </w:rPr>
        <w:t>The bell rang inside the building.</w:t>
      </w:r>
    </w:p>
    <w:p>
      <w:pPr>
        <w:spacing w:after="60" w:line="266" w:lineRule="auto"/>
        <w:ind w:firstLine="331"/>
        <w:jc w:val="both"/>
      </w:pPr>
      <w:r>
        <w:rPr>
          <w:rFonts w:ascii="Georgia" w:hAnsi="Georgia"/>
          <w:b w:val="0"/>
          <w:i w:val="0"/>
          <w:color w:val="22201D"/>
          <w:sz w:val="20"/>
        </w:rPr>
        <w:t>Not loudly.</w:t>
      </w:r>
    </w:p>
    <w:p>
      <w:pPr>
        <w:spacing w:after="60" w:line="266" w:lineRule="auto"/>
        <w:ind w:firstLine="331"/>
        <w:jc w:val="both"/>
      </w:pPr>
      <w:r>
        <w:rPr>
          <w:rFonts w:ascii="Georgia" w:hAnsi="Georgia"/>
          <w:b w:val="0"/>
          <w:i w:val="0"/>
          <w:color w:val="22201D"/>
          <w:sz w:val="20"/>
        </w:rPr>
        <w:t>Not beautifully.</w:t>
      </w:r>
    </w:p>
    <w:p>
      <w:pPr>
        <w:spacing w:after="60" w:line="266" w:lineRule="auto"/>
        <w:ind w:firstLine="331"/>
        <w:jc w:val="both"/>
      </w:pPr>
      <w:r>
        <w:rPr>
          <w:rFonts w:ascii="Georgia" w:hAnsi="Georgia"/>
          <w:b w:val="0"/>
          <w:i w:val="0"/>
          <w:color w:val="22201D"/>
          <w:sz w:val="20"/>
        </w:rPr>
        <w:t>But clearly enough that the sound traveled through the old brick and came back with dust on it.</w:t>
      </w:r>
    </w:p>
    <w:p>
      <w:pPr>
        <w:spacing w:after="60" w:line="266" w:lineRule="auto"/>
        <w:ind w:firstLine="331"/>
        <w:jc w:val="both"/>
      </w:pPr>
      <w:r>
        <w:rPr>
          <w:rFonts w:ascii="Georgia" w:hAnsi="Georgia"/>
          <w:b w:val="0"/>
          <w:i w:val="0"/>
          <w:color w:val="22201D"/>
          <w:sz w:val="20"/>
        </w:rPr>
        <w:t>Steve whispered, "Tool."</w:t>
      </w:r>
    </w:p>
    <w:p>
      <w:pPr>
        <w:spacing w:after="60" w:line="266" w:lineRule="auto"/>
        <w:ind w:firstLine="331"/>
        <w:jc w:val="both"/>
      </w:pPr>
      <w:r>
        <w:rPr>
          <w:rFonts w:ascii="Georgia" w:hAnsi="Georgia"/>
          <w:b w:val="0"/>
          <w:i w:val="0"/>
          <w:color w:val="22201D"/>
          <w:sz w:val="20"/>
        </w:rPr>
        <w:t>Bob removed the spoon and held it at his side.</w:t>
      </w:r>
    </w:p>
    <w:p>
      <w:pPr>
        <w:spacing w:after="60" w:line="266" w:lineRule="auto"/>
        <w:ind w:firstLine="331"/>
        <w:jc w:val="both"/>
      </w:pPr>
      <w:r>
        <w:rPr>
          <w:rFonts w:ascii="Georgia" w:hAnsi="Georgia"/>
          <w:b w:val="0"/>
          <w:i w:val="0"/>
          <w:color w:val="22201D"/>
          <w:sz w:val="20"/>
        </w:rPr>
        <w:t>No one answered the door.</w:t>
      </w:r>
    </w:p>
    <w:p>
      <w:pPr>
        <w:spacing w:after="60" w:line="266" w:lineRule="auto"/>
        <w:ind w:firstLine="331"/>
        <w:jc w:val="both"/>
      </w:pPr>
      <w:r>
        <w:rPr>
          <w:rFonts w:ascii="Georgia" w:hAnsi="Georgia"/>
          <w:b w:val="0"/>
          <w:i w:val="0"/>
          <w:color w:val="22201D"/>
          <w:sz w:val="20"/>
        </w:rPr>
        <w:t>Gerald checked his clipboard as if a person could be scheduled into existence.</w:t>
      </w:r>
    </w:p>
    <w:p>
      <w:pPr>
        <w:spacing w:after="60" w:line="266" w:lineRule="auto"/>
        <w:ind w:firstLine="331"/>
        <w:jc w:val="both"/>
      </w:pPr>
      <w:r>
        <w:rPr>
          <w:rFonts w:ascii="Georgia" w:hAnsi="Georgia"/>
          <w:b w:val="0"/>
          <w:i w:val="0"/>
          <w:color w:val="22201D"/>
          <w:sz w:val="20"/>
        </w:rPr>
        <w:t>Flocc looked at the menu key.</w:t>
      </w:r>
    </w:p>
    <w:p>
      <w:pPr>
        <w:spacing w:after="60" w:line="266" w:lineRule="auto"/>
        <w:ind w:firstLine="331"/>
        <w:jc w:val="both"/>
      </w:pPr>
      <w:r>
        <w:rPr>
          <w:rFonts w:ascii="Georgia" w:hAnsi="Georgia"/>
          <w:b w:val="0"/>
          <w:i w:val="0"/>
          <w:color w:val="22201D"/>
          <w:sz w:val="20"/>
        </w:rPr>
        <w:t>The key showed only one word:</w:t>
      </w:r>
    </w:p>
    <w:p>
      <w:pPr>
        <w:spacing w:after="60" w:line="250" w:lineRule="auto"/>
        <w:ind w:left="202" w:right="173"/>
      </w:pPr>
      <w:r>
        <w:rPr>
          <w:rFonts w:ascii="Georgia" w:hAnsi="Georgia"/>
          <w:b w:val="0"/>
          <w:i w:val="0"/>
          <w:color w:val="22201D"/>
          <w:sz w:val="17"/>
        </w:rPr>
        <w:t>WAIT</w:t>
      </w:r>
    </w:p>
    <w:p>
      <w:pPr>
        <w:spacing w:after="60" w:line="266" w:lineRule="auto"/>
        <w:ind w:firstLine="331"/>
        <w:jc w:val="both"/>
      </w:pPr>
      <w:r>
        <w:rPr>
          <w:rFonts w:ascii="Georgia" w:hAnsi="Georgia"/>
          <w:b w:val="0"/>
          <w:i w:val="0"/>
          <w:color w:val="22201D"/>
          <w:sz w:val="20"/>
        </w:rPr>
        <w:t>Bob waited.</w:t>
      </w:r>
    </w:p>
    <w:p>
      <w:pPr>
        <w:spacing w:after="60" w:line="266" w:lineRule="auto"/>
        <w:ind w:firstLine="331"/>
        <w:jc w:val="both"/>
      </w:pPr>
      <w:r>
        <w:rPr>
          <w:rFonts w:ascii="Georgia" w:hAnsi="Georgia"/>
          <w:b w:val="0"/>
          <w:i w:val="0"/>
          <w:color w:val="22201D"/>
          <w:sz w:val="20"/>
        </w:rPr>
        <w:t>He was better at waiting than people believed.</w:t>
      </w:r>
    </w:p>
    <w:p>
      <w:pPr>
        <w:spacing w:after="60" w:line="266" w:lineRule="auto"/>
        <w:ind w:firstLine="331"/>
        <w:jc w:val="both"/>
      </w:pPr>
      <w:r>
        <w:rPr>
          <w:rFonts w:ascii="Georgia" w:hAnsi="Georgia"/>
          <w:b w:val="0"/>
          <w:i w:val="0"/>
          <w:color w:val="22201D"/>
          <w:sz w:val="20"/>
        </w:rPr>
        <w:t>People mistook quiet for patience, and Bob had plenty of quiet.</w:t>
      </w:r>
    </w:p>
    <w:p>
      <w:pPr>
        <w:spacing w:after="60" w:line="266" w:lineRule="auto"/>
        <w:ind w:firstLine="331"/>
        <w:jc w:val="both"/>
      </w:pPr>
      <w:r>
        <w:rPr>
          <w:rFonts w:ascii="Georgia" w:hAnsi="Georgia"/>
          <w:b w:val="0"/>
          <w:i w:val="0"/>
          <w:color w:val="22201D"/>
          <w:sz w:val="20"/>
        </w:rPr>
        <w:t>Patience was different.</w:t>
      </w:r>
    </w:p>
    <w:p>
      <w:pPr>
        <w:spacing w:after="60" w:line="266" w:lineRule="auto"/>
        <w:ind w:firstLine="331"/>
        <w:jc w:val="both"/>
      </w:pPr>
      <w:r>
        <w:rPr>
          <w:rFonts w:ascii="Georgia" w:hAnsi="Georgia"/>
          <w:b w:val="0"/>
          <w:i w:val="0"/>
          <w:color w:val="22201D"/>
          <w:sz w:val="20"/>
        </w:rPr>
        <w:t>Patience required not turning delay into proof against the delayed thing.</w:t>
      </w:r>
    </w:p>
    <w:p>
      <w:pPr>
        <w:spacing w:after="60" w:line="266" w:lineRule="auto"/>
        <w:ind w:firstLine="331"/>
        <w:jc w:val="both"/>
      </w:pPr>
      <w:r>
        <w:rPr>
          <w:rFonts w:ascii="Georgia" w:hAnsi="Georgia"/>
          <w:b w:val="0"/>
          <w:i w:val="0"/>
          <w:color w:val="22201D"/>
          <w:sz w:val="20"/>
        </w:rPr>
        <w:t>The door opened after three minutes and twelve seconds.</w:t>
      </w:r>
    </w:p>
    <w:p>
      <w:pPr>
        <w:spacing w:after="60" w:line="266" w:lineRule="auto"/>
        <w:ind w:firstLine="331"/>
        <w:jc w:val="both"/>
      </w:pPr>
      <w:r>
        <w:rPr>
          <w:rFonts w:ascii="Georgia" w:hAnsi="Georgia"/>
          <w:b w:val="0"/>
          <w:i w:val="0"/>
          <w:color w:val="22201D"/>
          <w:sz w:val="20"/>
        </w:rPr>
        <w:t>Bob knew because Gerald checked his watch.</w:t>
      </w:r>
    </w:p>
    <w:p>
      <w:pPr>
        <w:spacing w:after="60" w:line="266" w:lineRule="auto"/>
        <w:ind w:firstLine="331"/>
        <w:jc w:val="both"/>
      </w:pPr>
      <w:r>
        <w:rPr>
          <w:rFonts w:ascii="Georgia" w:hAnsi="Georgia"/>
          <w:b w:val="0"/>
          <w:i w:val="0"/>
          <w:color w:val="22201D"/>
          <w:sz w:val="20"/>
        </w:rPr>
        <w:t>The person on the other side was not Mara.</w:t>
      </w:r>
    </w:p>
    <w:p>
      <w:pPr>
        <w:spacing w:after="60" w:line="266" w:lineRule="auto"/>
        <w:ind w:firstLine="331"/>
        <w:jc w:val="both"/>
      </w:pPr>
      <w:r>
        <w:rPr>
          <w:rFonts w:ascii="Georgia" w:hAnsi="Georgia"/>
          <w:b w:val="0"/>
          <w:i w:val="0"/>
          <w:color w:val="22201D"/>
          <w:sz w:val="20"/>
        </w:rPr>
        <w:t>She was older than Mara by twenty years, maybe thirty, with hair pinned up under a red scarf and flour on one sleeve despite the building's insistence that it was no longer a kitchen.</w:t>
      </w:r>
    </w:p>
    <w:p>
      <w:pPr>
        <w:spacing w:after="60" w:line="266" w:lineRule="auto"/>
        <w:ind w:firstLine="331"/>
        <w:jc w:val="both"/>
      </w:pPr>
      <w:r>
        <w:rPr>
          <w:rFonts w:ascii="Georgia" w:hAnsi="Georgia"/>
          <w:b w:val="0"/>
          <w:i w:val="0"/>
          <w:color w:val="22201D"/>
          <w:sz w:val="20"/>
        </w:rPr>
        <w:t>She looked at the truck first.</w:t>
      </w:r>
    </w:p>
    <w:p>
      <w:pPr>
        <w:spacing w:after="60" w:line="266" w:lineRule="auto"/>
        <w:ind w:firstLine="331"/>
        <w:jc w:val="both"/>
      </w:pPr>
      <w:r>
        <w:rPr>
          <w:rFonts w:ascii="Georgia" w:hAnsi="Georgia"/>
          <w:b w:val="0"/>
          <w:i w:val="0"/>
          <w:color w:val="22201D"/>
          <w:sz w:val="20"/>
        </w:rPr>
        <w:t>Then the people.</w:t>
      </w:r>
    </w:p>
    <w:p>
      <w:pPr>
        <w:spacing w:after="60" w:line="266" w:lineRule="auto"/>
        <w:ind w:firstLine="331"/>
        <w:jc w:val="both"/>
      </w:pPr>
      <w:r>
        <w:rPr>
          <w:rFonts w:ascii="Georgia" w:hAnsi="Georgia"/>
          <w:b w:val="0"/>
          <w:i w:val="0"/>
          <w:color w:val="22201D"/>
          <w:sz w:val="20"/>
        </w:rPr>
        <w:t>Then the spoon.</w:t>
      </w:r>
    </w:p>
    <w:p>
      <w:pPr>
        <w:spacing w:after="60" w:line="266" w:lineRule="auto"/>
        <w:ind w:firstLine="331"/>
        <w:jc w:val="both"/>
      </w:pPr>
      <w:r>
        <w:rPr>
          <w:rFonts w:ascii="Georgia" w:hAnsi="Georgia"/>
          <w:b w:val="0"/>
          <w:i w:val="0"/>
          <w:color w:val="22201D"/>
          <w:sz w:val="20"/>
        </w:rPr>
        <w:t>"You are late," she said.</w:t>
      </w:r>
    </w:p>
    <w:p>
      <w:pPr>
        <w:spacing w:after="60" w:line="266" w:lineRule="auto"/>
        <w:ind w:firstLine="331"/>
        <w:jc w:val="both"/>
      </w:pPr>
      <w:r>
        <w:rPr>
          <w:rFonts w:ascii="Georgia" w:hAnsi="Georgia"/>
          <w:b w:val="0"/>
          <w:i w:val="0"/>
          <w:color w:val="22201D"/>
          <w:sz w:val="20"/>
        </w:rPr>
        <w:t>Bob held out the spoon.</w:t>
      </w:r>
    </w:p>
    <w:p>
      <w:pPr>
        <w:spacing w:after="60" w:line="266" w:lineRule="auto"/>
        <w:ind w:firstLine="331"/>
        <w:jc w:val="both"/>
      </w:pPr>
      <w:r>
        <w:rPr>
          <w:rFonts w:ascii="Georgia" w:hAnsi="Georgia"/>
          <w:b w:val="0"/>
          <w:i w:val="0"/>
          <w:color w:val="22201D"/>
          <w:sz w:val="20"/>
        </w:rPr>
        <w:t>"Found this."</w:t>
      </w:r>
    </w:p>
    <w:p>
      <w:pPr>
        <w:spacing w:after="60" w:line="266" w:lineRule="auto"/>
        <w:ind w:firstLine="331"/>
        <w:jc w:val="both"/>
      </w:pPr>
      <w:r>
        <w:rPr>
          <w:rFonts w:ascii="Georgia" w:hAnsi="Georgia"/>
          <w:b w:val="0"/>
          <w:i w:val="0"/>
          <w:color w:val="22201D"/>
          <w:sz w:val="20"/>
        </w:rPr>
        <w:t>The woman did not take it.</w:t>
      </w:r>
    </w:p>
    <w:p>
      <w:pPr>
        <w:spacing w:after="60" w:line="266" w:lineRule="auto"/>
        <w:ind w:firstLine="331"/>
        <w:jc w:val="both"/>
      </w:pPr>
      <w:r>
        <w:rPr>
          <w:rFonts w:ascii="Georgia" w:hAnsi="Georgia"/>
          <w:b w:val="0"/>
          <w:i w:val="0"/>
          <w:color w:val="22201D"/>
          <w:sz w:val="20"/>
        </w:rPr>
        <w:t>"That is not the whole sentence."</w:t>
      </w:r>
    </w:p>
    <w:p>
      <w:pPr>
        <w:spacing w:after="60" w:line="266" w:lineRule="auto"/>
        <w:ind w:firstLine="331"/>
        <w:jc w:val="both"/>
      </w:pPr>
      <w:r>
        <w:rPr>
          <w:rFonts w:ascii="Georgia" w:hAnsi="Georgia"/>
          <w:b w:val="0"/>
          <w:i w:val="0"/>
          <w:color w:val="22201D"/>
          <w:sz w:val="20"/>
        </w:rPr>
        <w:t>Bob's jaw shifted.</w:t>
      </w:r>
    </w:p>
    <w:p>
      <w:pPr>
        <w:spacing w:after="60" w:line="266" w:lineRule="auto"/>
        <w:ind w:firstLine="331"/>
        <w:jc w:val="both"/>
      </w:pPr>
      <w:r>
        <w:rPr>
          <w:rFonts w:ascii="Georgia" w:hAnsi="Georgia"/>
          <w:b w:val="0"/>
          <w:i w:val="0"/>
          <w:color w:val="22201D"/>
          <w:sz w:val="20"/>
        </w:rPr>
        <w:t>Flocc looked at the ground.</w:t>
      </w:r>
    </w:p>
    <w:p>
      <w:pPr>
        <w:spacing w:after="60" w:line="266" w:lineRule="auto"/>
        <w:ind w:firstLine="331"/>
        <w:jc w:val="both"/>
      </w:pPr>
      <w:r>
        <w:rPr>
          <w:rFonts w:ascii="Georgia" w:hAnsi="Georgia"/>
          <w:b w:val="0"/>
          <w:i w:val="0"/>
          <w:color w:val="22201D"/>
          <w:sz w:val="20"/>
        </w:rPr>
        <w:t>Nico looked at Bob with the eager dread of a reader seeing a difficult paragraph approach.</w:t>
      </w:r>
    </w:p>
    <w:p>
      <w:pPr>
        <w:spacing w:after="60" w:line="266" w:lineRule="auto"/>
        <w:ind w:firstLine="331"/>
        <w:jc w:val="both"/>
      </w:pPr>
      <w:r>
        <w:rPr>
          <w:rFonts w:ascii="Georgia" w:hAnsi="Georgia"/>
          <w:b w:val="0"/>
          <w:i w:val="0"/>
          <w:color w:val="22201D"/>
          <w:sz w:val="20"/>
        </w:rPr>
        <w:t>Gerald stayed still.</w:t>
      </w:r>
    </w:p>
    <w:p>
      <w:pPr>
        <w:spacing w:after="60" w:line="266" w:lineRule="auto"/>
        <w:ind w:firstLine="331"/>
        <w:jc w:val="both"/>
      </w:pPr>
      <w:r>
        <w:rPr>
          <w:rFonts w:ascii="Georgia" w:hAnsi="Georgia"/>
          <w:b w:val="0"/>
          <w:i w:val="0"/>
          <w:color w:val="22201D"/>
          <w:sz w:val="20"/>
        </w:rPr>
        <w:t>Steve's hand twitched toward his pocket and stopped.</w:t>
      </w:r>
    </w:p>
    <w:p>
      <w:pPr>
        <w:spacing w:after="60" w:line="266" w:lineRule="auto"/>
        <w:ind w:firstLine="331"/>
        <w:jc w:val="both"/>
      </w:pPr>
      <w:r>
        <w:rPr>
          <w:rFonts w:ascii="Georgia" w:hAnsi="Georgia"/>
          <w:b w:val="0"/>
          <w:i w:val="0"/>
          <w:color w:val="22201D"/>
          <w:sz w:val="20"/>
        </w:rPr>
        <w:t>Bob tried again.</w:t>
      </w:r>
    </w:p>
    <w:p>
      <w:pPr>
        <w:spacing w:after="60" w:line="266" w:lineRule="auto"/>
        <w:ind w:firstLine="331"/>
        <w:jc w:val="both"/>
      </w:pPr>
      <w:r>
        <w:rPr>
          <w:rFonts w:ascii="Georgia" w:hAnsi="Georgia"/>
          <w:b w:val="0"/>
          <w:i w:val="0"/>
          <w:color w:val="22201D"/>
          <w:sz w:val="20"/>
        </w:rPr>
        <w:t>"Found this in the truck. It pointed us here."</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"Returning it."</w:t>
      </w:r>
    </w:p>
    <w:p>
      <w:pPr>
        <w:spacing w:after="60" w:line="266" w:lineRule="auto"/>
        <w:ind w:firstLine="331"/>
        <w:jc w:val="both"/>
      </w:pPr>
      <w:r>
        <w:rPr>
          <w:rFonts w:ascii="Georgia" w:hAnsi="Georgia"/>
          <w:b w:val="0"/>
          <w:i w:val="0"/>
          <w:color w:val="22201D"/>
          <w:sz w:val="20"/>
        </w:rPr>
        <w:t>"Not quite."</w:t>
      </w:r>
    </w:p>
    <w:p>
      <w:pPr>
        <w:spacing w:after="60" w:line="266" w:lineRule="auto"/>
        <w:ind w:firstLine="331"/>
        <w:jc w:val="both"/>
      </w:pPr>
      <w:r>
        <w:rPr>
          <w:rFonts w:ascii="Georgia" w:hAnsi="Georgia"/>
          <w:b w:val="0"/>
          <w:i w:val="0"/>
          <w:color w:val="22201D"/>
          <w:sz w:val="20"/>
        </w:rPr>
        <w:t>Bob looked at the spoon.</w:t>
      </w:r>
    </w:p>
    <w:p>
      <w:pPr>
        <w:spacing w:after="60" w:line="266" w:lineRule="auto"/>
        <w:ind w:firstLine="331"/>
        <w:jc w:val="both"/>
      </w:pPr>
      <w:r>
        <w:rPr>
          <w:rFonts w:ascii="Georgia" w:hAnsi="Georgia"/>
          <w:b w:val="0"/>
          <w:i w:val="0"/>
          <w:color w:val="22201D"/>
          <w:sz w:val="20"/>
        </w:rPr>
        <w:t>The woman's eyes softened, not enough to become kindness, but enough to reveal that severity was only one of her jobs.</w:t>
      </w:r>
    </w:p>
    <w:p>
      <w:pPr>
        <w:spacing w:after="60" w:line="266" w:lineRule="auto"/>
        <w:ind w:firstLine="331"/>
        <w:jc w:val="both"/>
      </w:pPr>
      <w:r>
        <w:rPr>
          <w:rFonts w:ascii="Georgia" w:hAnsi="Georgia"/>
          <w:b w:val="0"/>
          <w:i w:val="0"/>
          <w:color w:val="22201D"/>
          <w:sz w:val="20"/>
        </w:rPr>
        <w:t>"The spoon does not belong to me."</w:t>
      </w:r>
    </w:p>
    <w:p>
      <w:pPr>
        <w:spacing w:after="60" w:line="266" w:lineRule="auto"/>
        <w:ind w:firstLine="331"/>
        <w:jc w:val="both"/>
      </w:pPr>
      <w:r>
        <w:rPr>
          <w:rFonts w:ascii="Georgia" w:hAnsi="Georgia"/>
          <w:b w:val="0"/>
          <w:i w:val="0"/>
          <w:color w:val="22201D"/>
          <w:sz w:val="20"/>
        </w:rPr>
        <w:t>"The invoice says M. Rivera."</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"You M. Rivera?"</w:t>
      </w:r>
    </w:p>
    <w:p>
      <w:pPr>
        <w:spacing w:after="60" w:line="266" w:lineRule="auto"/>
        <w:ind w:firstLine="331"/>
        <w:jc w:val="both"/>
      </w:pPr>
      <w:r>
        <w:rPr>
          <w:rFonts w:ascii="Georgia" w:hAnsi="Georgia"/>
          <w:b w:val="0"/>
          <w:i w:val="0"/>
          <w:color w:val="22201D"/>
          <w:sz w:val="20"/>
        </w:rPr>
        <w:t>"Today, for this door."</w:t>
      </w:r>
    </w:p>
    <w:p>
      <w:pPr>
        <w:spacing w:after="60" w:line="266" w:lineRule="auto"/>
        <w:ind w:firstLine="331"/>
        <w:jc w:val="both"/>
      </w:pPr>
      <w:r>
        <w:rPr>
          <w:rFonts w:ascii="Georgia" w:hAnsi="Georgia"/>
          <w:b w:val="0"/>
          <w:i w:val="0"/>
          <w:color w:val="22201D"/>
          <w:sz w:val="20"/>
        </w:rPr>
        <w:t>That was the kind of answer Tuesday liked.</w:t>
      </w:r>
    </w:p>
    <w:p>
      <w:pPr>
        <w:spacing w:after="60" w:line="266" w:lineRule="auto"/>
        <w:ind w:firstLine="331"/>
        <w:jc w:val="both"/>
      </w:pPr>
      <w:r>
        <w:rPr>
          <w:rFonts w:ascii="Georgia" w:hAnsi="Georgia"/>
          <w:b w:val="0"/>
          <w:i w:val="0"/>
          <w:color w:val="22201D"/>
          <w:sz w:val="20"/>
        </w:rPr>
        <w:t>Bob disliked it on principle.</w:t>
      </w:r>
    </w:p>
    <w:p>
      <w:pPr>
        <w:spacing w:after="60" w:line="266" w:lineRule="auto"/>
        <w:ind w:firstLine="331"/>
        <w:jc w:val="both"/>
      </w:pPr>
      <w:r>
        <w:rPr>
          <w:rFonts w:ascii="Georgia" w:hAnsi="Georgia"/>
          <w:b w:val="0"/>
          <w:i w:val="0"/>
          <w:color w:val="22201D"/>
          <w:sz w:val="20"/>
        </w:rPr>
        <w:t>The woman stepped back.</w:t>
      </w:r>
    </w:p>
    <w:p>
      <w:pPr>
        <w:spacing w:after="60" w:line="266" w:lineRule="auto"/>
        <w:ind w:firstLine="331"/>
        <w:jc w:val="both"/>
      </w:pPr>
      <w:r>
        <w:rPr>
          <w:rFonts w:ascii="Georgia" w:hAnsi="Georgia"/>
          <w:b w:val="0"/>
          <w:i w:val="0"/>
          <w:color w:val="22201D"/>
          <w:sz w:val="20"/>
        </w:rPr>
        <w:t>"You can bring it in."</w:t>
      </w:r>
    </w:p>
    <w:p>
      <w:pPr>
        <w:spacing w:after="60" w:line="266" w:lineRule="auto"/>
        <w:ind w:firstLine="331"/>
        <w:jc w:val="both"/>
      </w:pPr>
      <w:r>
        <w:rPr>
          <w:rFonts w:ascii="Georgia" w:hAnsi="Georgia"/>
          <w:b w:val="0"/>
          <w:i w:val="0"/>
          <w:color w:val="22201D"/>
          <w:sz w:val="20"/>
        </w:rPr>
        <w:t>Bob did not move.</w:t>
      </w:r>
    </w:p>
    <w:p>
      <w:pPr>
        <w:spacing w:after="60" w:line="266" w:lineRule="auto"/>
        <w:ind w:firstLine="331"/>
        <w:jc w:val="both"/>
      </w:pPr>
      <w:r>
        <w:rPr>
          <w:rFonts w:ascii="Georgia" w:hAnsi="Georgia"/>
          <w:b w:val="0"/>
          <w:i w:val="0"/>
          <w:color w:val="22201D"/>
          <w:sz w:val="20"/>
        </w:rPr>
        <w:t>"We are not here for Mara."</w:t>
      </w:r>
    </w:p>
    <w:p>
      <w:pPr>
        <w:spacing w:after="60" w:line="266" w:lineRule="auto"/>
        <w:ind w:firstLine="331"/>
        <w:jc w:val="both"/>
      </w:pPr>
      <w:r>
        <w:rPr>
          <w:rFonts w:ascii="Georgia" w:hAnsi="Georgia"/>
          <w:b w:val="0"/>
          <w:i w:val="0"/>
          <w:color w:val="22201D"/>
          <w:sz w:val="20"/>
        </w:rPr>
        <w:t>The woman looked at him properly then.</w:t>
      </w:r>
    </w:p>
    <w:p>
      <w:pPr>
        <w:spacing w:after="60" w:line="266" w:lineRule="auto"/>
        <w:ind w:firstLine="331"/>
        <w:jc w:val="both"/>
      </w:pPr>
      <w:r>
        <w:rPr>
          <w:rFonts w:ascii="Georgia" w:hAnsi="Georgia"/>
          <w:b w:val="0"/>
          <w:i w:val="0"/>
          <w:color w:val="22201D"/>
          <w:sz w:val="20"/>
        </w:rPr>
        <w:t>Not as a driver.</w:t>
      </w:r>
    </w:p>
    <w:p>
      <w:pPr>
        <w:spacing w:after="60" w:line="266" w:lineRule="auto"/>
        <w:ind w:firstLine="331"/>
        <w:jc w:val="both"/>
      </w:pPr>
      <w:r>
        <w:rPr>
          <w:rFonts w:ascii="Georgia" w:hAnsi="Georgia"/>
          <w:b w:val="0"/>
          <w:i w:val="0"/>
          <w:color w:val="22201D"/>
          <w:sz w:val="20"/>
        </w:rPr>
        <w:t>Not as a courier.</w:t>
      </w:r>
    </w:p>
    <w:p>
      <w:pPr>
        <w:spacing w:after="60" w:line="266" w:lineRule="auto"/>
        <w:ind w:firstLine="331"/>
        <w:jc w:val="both"/>
      </w:pPr>
      <w:r>
        <w:rPr>
          <w:rFonts w:ascii="Georgia" w:hAnsi="Georgia"/>
          <w:b w:val="0"/>
          <w:i w:val="0"/>
          <w:color w:val="22201D"/>
          <w:sz w:val="20"/>
        </w:rPr>
        <w:t>Not as a man holding a spoon like a small legal problem.</w:t>
      </w:r>
    </w:p>
    <w:p>
      <w:pPr>
        <w:spacing w:after="60" w:line="266" w:lineRule="auto"/>
        <w:ind w:firstLine="331"/>
        <w:jc w:val="both"/>
      </w:pPr>
      <w:r>
        <w:rPr>
          <w:rFonts w:ascii="Georgia" w:hAnsi="Georgia"/>
          <w:b w:val="0"/>
          <w:i w:val="0"/>
          <w:color w:val="22201D"/>
          <w:sz w:val="20"/>
        </w:rPr>
        <w:t>As Bob.</w:t>
      </w:r>
    </w:p>
    <w:p>
      <w:pPr>
        <w:spacing w:after="60" w:line="266" w:lineRule="auto"/>
        <w:ind w:firstLine="331"/>
        <w:jc w:val="both"/>
      </w:pPr>
      <w:r>
        <w:rPr>
          <w:rFonts w:ascii="Georgia" w:hAnsi="Georgia"/>
          <w:b w:val="0"/>
          <w:i w:val="0"/>
          <w:color w:val="22201D"/>
          <w:sz w:val="20"/>
        </w:rPr>
        <w:t>"Mara is not here to be collected."</w:t>
      </w:r>
    </w:p>
    <w:p>
      <w:pPr>
        <w:spacing w:after="60" w:line="266" w:lineRule="auto"/>
        <w:ind w:firstLine="331"/>
        <w:jc w:val="both"/>
      </w:pPr>
      <w:r>
        <w:rPr>
          <w:rFonts w:ascii="Georgia" w:hAnsi="Georgia"/>
          <w:b w:val="0"/>
          <w:i w:val="0"/>
          <w:color w:val="22201D"/>
          <w:sz w:val="20"/>
        </w:rPr>
        <w:t>Bob nodded once.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"She left something."</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"It usually is."</w:t>
      </w:r>
    </w:p>
    <w:p>
      <w:pPr>
        <w:spacing w:after="60" w:line="266" w:lineRule="auto"/>
        <w:ind w:firstLine="331"/>
        <w:jc w:val="both"/>
      </w:pPr>
      <w:r>
        <w:rPr>
          <w:rFonts w:ascii="Georgia" w:hAnsi="Georgia"/>
          <w:b w:val="0"/>
          <w:i w:val="0"/>
          <w:color w:val="22201D"/>
          <w:sz w:val="20"/>
        </w:rPr>
        <w:t>Inside, the commissary smelled of old yeast, cold metal, and rooms that remembered being useful.</w:t>
      </w:r>
    </w:p>
    <w:p>
      <w:pPr>
        <w:spacing w:after="60" w:line="266" w:lineRule="auto"/>
        <w:ind w:firstLine="331"/>
        <w:jc w:val="both"/>
      </w:pPr>
      <w:r>
        <w:rPr>
          <w:rFonts w:ascii="Georgia" w:hAnsi="Georgia"/>
          <w:b w:val="0"/>
          <w:i w:val="0"/>
          <w:color w:val="22201D"/>
          <w:sz w:val="20"/>
        </w:rPr>
        <w:t>Industrial tables lined the center.</w:t>
      </w:r>
    </w:p>
    <w:p>
      <w:pPr>
        <w:spacing w:after="60" w:line="266" w:lineRule="auto"/>
        <w:ind w:firstLine="331"/>
        <w:jc w:val="both"/>
      </w:pPr>
      <w:r>
        <w:rPr>
          <w:rFonts w:ascii="Georgia" w:hAnsi="Georgia"/>
          <w:b w:val="0"/>
          <w:i w:val="0"/>
          <w:color w:val="22201D"/>
          <w:sz w:val="20"/>
        </w:rPr>
        <w:t>Stacks of crates sat against the walls.</w:t>
      </w:r>
    </w:p>
    <w:p>
      <w:pPr>
        <w:spacing w:after="60" w:line="266" w:lineRule="auto"/>
        <w:ind w:firstLine="331"/>
        <w:jc w:val="both"/>
      </w:pPr>
      <w:r>
        <w:rPr>
          <w:rFonts w:ascii="Georgia" w:hAnsi="Georgia"/>
          <w:b w:val="0"/>
          <w:i w:val="0"/>
          <w:color w:val="22201D"/>
          <w:sz w:val="20"/>
        </w:rPr>
        <w:t>Some were empty.</w:t>
      </w:r>
    </w:p>
    <w:p>
      <w:pPr>
        <w:spacing w:after="60" w:line="266" w:lineRule="auto"/>
        <w:ind w:firstLine="331"/>
        <w:jc w:val="both"/>
      </w:pPr>
      <w:r>
        <w:rPr>
          <w:rFonts w:ascii="Georgia" w:hAnsi="Georgia"/>
          <w:b w:val="0"/>
          <w:i w:val="0"/>
          <w:color w:val="22201D"/>
          <w:sz w:val="20"/>
        </w:rPr>
        <w:t>Some were labeled with places Bob had driven through and tried not to think about.</w:t>
      </w:r>
    </w:p>
    <w:p>
      <w:pPr>
        <w:spacing w:after="60" w:line="266" w:lineRule="auto"/>
        <w:ind w:firstLine="331"/>
        <w:jc w:val="both"/>
      </w:pPr>
      <w:r>
        <w:rPr>
          <w:rFonts w:ascii="Georgia" w:hAnsi="Georgia"/>
          <w:b w:val="0"/>
          <w:i w:val="0"/>
          <w:color w:val="22201D"/>
          <w:sz w:val="20"/>
        </w:rPr>
        <w:t>On one table sat a single bowl.</w:t>
      </w:r>
    </w:p>
    <w:p>
      <w:pPr>
        <w:spacing w:after="60" w:line="266" w:lineRule="auto"/>
        <w:ind w:firstLine="331"/>
        <w:jc w:val="both"/>
      </w:pPr>
      <w:r>
        <w:rPr>
          <w:rFonts w:ascii="Georgia" w:hAnsi="Georgia"/>
          <w:b w:val="0"/>
          <w:i w:val="0"/>
          <w:color w:val="22201D"/>
          <w:sz w:val="20"/>
        </w:rPr>
        <w:t>It was white enamel with a blue rim.</w:t>
      </w:r>
    </w:p>
    <w:p>
      <w:pPr>
        <w:spacing w:after="60" w:line="266" w:lineRule="auto"/>
        <w:ind w:firstLine="331"/>
        <w:jc w:val="both"/>
      </w:pPr>
      <w:r>
        <w:rPr>
          <w:rFonts w:ascii="Georgia" w:hAnsi="Georgia"/>
          <w:b w:val="0"/>
          <w:i w:val="0"/>
          <w:color w:val="22201D"/>
          <w:sz w:val="20"/>
        </w:rPr>
        <w:t>Beside it lay a folded paper napkin.</w:t>
      </w:r>
    </w:p>
    <w:p>
      <w:pPr>
        <w:spacing w:after="60" w:line="266" w:lineRule="auto"/>
        <w:ind w:firstLine="331"/>
        <w:jc w:val="both"/>
      </w:pPr>
      <w:r>
        <w:rPr>
          <w:rFonts w:ascii="Georgia" w:hAnsi="Georgia"/>
          <w:b w:val="0"/>
          <w:i w:val="0"/>
          <w:color w:val="22201D"/>
          <w:sz w:val="20"/>
        </w:rPr>
        <w:t>The woman pointed at the bowl.</w:t>
      </w:r>
    </w:p>
    <w:p>
      <w:pPr>
        <w:spacing w:after="60" w:line="266" w:lineRule="auto"/>
        <w:ind w:firstLine="331"/>
        <w:jc w:val="both"/>
      </w:pPr>
      <w:r>
        <w:rPr>
          <w:rFonts w:ascii="Georgia" w:hAnsi="Georgia"/>
          <w:b w:val="0"/>
          <w:i w:val="0"/>
          <w:color w:val="22201D"/>
          <w:sz w:val="20"/>
        </w:rPr>
        <w:t>"Stir."</w:t>
      </w:r>
    </w:p>
    <w:p>
      <w:pPr>
        <w:spacing w:after="60" w:line="266" w:lineRule="auto"/>
        <w:ind w:firstLine="331"/>
        <w:jc w:val="both"/>
      </w:pPr>
      <w:r>
        <w:rPr>
          <w:rFonts w:ascii="Georgia" w:hAnsi="Georgia"/>
          <w:b w:val="0"/>
          <w:i w:val="0"/>
          <w:color w:val="22201D"/>
          <w:sz w:val="20"/>
        </w:rPr>
        <w:t>Bob looked at the spoon.</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"Useful first," Nico whispered from behind him.</w:t>
      </w:r>
    </w:p>
    <w:p>
      <w:pPr>
        <w:spacing w:after="60" w:line="266" w:lineRule="auto"/>
        <w:ind w:firstLine="331"/>
        <w:jc w:val="both"/>
      </w:pPr>
      <w:r>
        <w:rPr>
          <w:rFonts w:ascii="Georgia" w:hAnsi="Georgia"/>
          <w:b w:val="0"/>
          <w:i w:val="0"/>
          <w:color w:val="22201D"/>
          <w:sz w:val="20"/>
        </w:rPr>
        <w:t>Bob put the spoon into the bowl.</w:t>
      </w:r>
    </w:p>
    <w:p>
      <w:pPr>
        <w:spacing w:after="60" w:line="266" w:lineRule="auto"/>
        <w:ind w:firstLine="331"/>
        <w:jc w:val="both"/>
      </w:pPr>
      <w:r>
        <w:rPr>
          <w:rFonts w:ascii="Georgia" w:hAnsi="Georgia"/>
          <w:b w:val="0"/>
          <w:i w:val="0"/>
          <w:color w:val="22201D"/>
          <w:sz w:val="20"/>
        </w:rPr>
        <w:t>The bowl was empty.</w:t>
      </w:r>
    </w:p>
    <w:p>
      <w:pPr>
        <w:spacing w:after="60" w:line="266" w:lineRule="auto"/>
        <w:ind w:firstLine="331"/>
        <w:jc w:val="both"/>
      </w:pPr>
      <w:r>
        <w:rPr>
          <w:rFonts w:ascii="Georgia" w:hAnsi="Georgia"/>
          <w:b w:val="0"/>
          <w:i w:val="0"/>
          <w:color w:val="22201D"/>
          <w:sz w:val="20"/>
        </w:rPr>
        <w:t>He stirred anyway.</w:t>
      </w:r>
    </w:p>
    <w:p>
      <w:pPr>
        <w:spacing w:after="60" w:line="266" w:lineRule="auto"/>
        <w:ind w:firstLine="331"/>
        <w:jc w:val="both"/>
      </w:pPr>
      <w:r>
        <w:rPr>
          <w:rFonts w:ascii="Georgia" w:hAnsi="Georgia"/>
          <w:b w:val="0"/>
          <w:i w:val="0"/>
          <w:color w:val="22201D"/>
          <w:sz w:val="20"/>
        </w:rPr>
        <w:t>The spoon scraped enamel.</w:t>
      </w:r>
    </w:p>
    <w:p>
      <w:pPr>
        <w:spacing w:after="60" w:line="266" w:lineRule="auto"/>
        <w:ind w:firstLine="331"/>
        <w:jc w:val="both"/>
      </w:pPr>
      <w:r>
        <w:rPr>
          <w:rFonts w:ascii="Georgia" w:hAnsi="Georgia"/>
          <w:b w:val="0"/>
          <w:i w:val="0"/>
          <w:color w:val="22201D"/>
          <w:sz w:val="20"/>
        </w:rPr>
        <w:t>Once.</w:t>
      </w:r>
    </w:p>
    <w:p>
      <w:pPr>
        <w:spacing w:after="60" w:line="266" w:lineRule="auto"/>
        <w:ind w:firstLine="331"/>
        <w:jc w:val="both"/>
      </w:pPr>
      <w:r>
        <w:rPr>
          <w:rFonts w:ascii="Georgia" w:hAnsi="Georgia"/>
          <w:b w:val="0"/>
          <w:i w:val="0"/>
          <w:color w:val="22201D"/>
          <w:sz w:val="20"/>
        </w:rPr>
        <w:t>Twice.</w:t>
      </w:r>
    </w:p>
    <w:p>
      <w:pPr>
        <w:spacing w:after="60" w:line="266" w:lineRule="auto"/>
        <w:ind w:firstLine="331"/>
        <w:jc w:val="both"/>
      </w:pPr>
      <w:r>
        <w:rPr>
          <w:rFonts w:ascii="Georgia" w:hAnsi="Georgia"/>
          <w:b w:val="0"/>
          <w:i w:val="0"/>
          <w:color w:val="22201D"/>
          <w:sz w:val="20"/>
        </w:rPr>
        <w:t>On the third circle, something appeared at the bottom.</w:t>
      </w:r>
    </w:p>
    <w:p>
      <w:pPr>
        <w:spacing w:after="60" w:line="266" w:lineRule="auto"/>
        <w:ind w:firstLine="331"/>
        <w:jc w:val="both"/>
      </w:pPr>
      <w:r>
        <w:rPr>
          <w:rFonts w:ascii="Georgia" w:hAnsi="Georgia"/>
          <w:b w:val="0"/>
          <w:i w:val="0"/>
          <w:color w:val="22201D"/>
          <w:sz w:val="20"/>
        </w:rPr>
        <w:t>Not soup.</w:t>
      </w:r>
    </w:p>
    <w:p>
      <w:pPr>
        <w:spacing w:after="60" w:line="266" w:lineRule="auto"/>
        <w:ind w:firstLine="331"/>
        <w:jc w:val="both"/>
      </w:pPr>
      <w:r>
        <w:rPr>
          <w:rFonts w:ascii="Georgia" w:hAnsi="Georgia"/>
          <w:b w:val="0"/>
          <w:i w:val="0"/>
          <w:color w:val="22201D"/>
          <w:sz w:val="20"/>
        </w:rPr>
        <w:t>Not sauce.</w:t>
      </w:r>
    </w:p>
    <w:p>
      <w:pPr>
        <w:spacing w:after="60" w:line="266" w:lineRule="auto"/>
        <w:ind w:firstLine="331"/>
        <w:jc w:val="both"/>
      </w:pPr>
      <w:r>
        <w:rPr>
          <w:rFonts w:ascii="Georgia" w:hAnsi="Georgia"/>
          <w:b w:val="0"/>
          <w:i w:val="0"/>
          <w:color w:val="22201D"/>
          <w:sz w:val="20"/>
        </w:rPr>
        <w:t>A key.</w:t>
      </w:r>
    </w:p>
    <w:p>
      <w:pPr>
        <w:spacing w:after="60" w:line="266" w:lineRule="auto"/>
        <w:ind w:firstLine="331"/>
        <w:jc w:val="both"/>
      </w:pPr>
      <w:r>
        <w:rPr>
          <w:rFonts w:ascii="Georgia" w:hAnsi="Georgia"/>
          <w:b w:val="0"/>
          <w:i w:val="0"/>
          <w:color w:val="22201D"/>
          <w:sz w:val="20"/>
        </w:rPr>
        <w:t>Small, brass, and flat, with a tag tied to it in red thread.</w:t>
      </w:r>
    </w:p>
    <w:p>
      <w:pPr>
        <w:spacing w:after="60" w:line="266" w:lineRule="auto"/>
        <w:ind w:firstLine="331"/>
        <w:jc w:val="both"/>
      </w:pPr>
      <w:r>
        <w:rPr>
          <w:rFonts w:ascii="Georgia" w:hAnsi="Georgia"/>
          <w:b w:val="0"/>
          <w:i w:val="0"/>
          <w:color w:val="22201D"/>
          <w:sz w:val="20"/>
        </w:rPr>
        <w:t>Bob stopped stirring.</w:t>
      </w:r>
    </w:p>
    <w:p>
      <w:pPr>
        <w:spacing w:after="60" w:line="266" w:lineRule="auto"/>
        <w:ind w:firstLine="331"/>
        <w:jc w:val="both"/>
      </w:pPr>
      <w:r>
        <w:rPr>
          <w:rFonts w:ascii="Georgia" w:hAnsi="Georgia"/>
          <w:b w:val="0"/>
          <w:i w:val="0"/>
          <w:color w:val="22201D"/>
          <w:sz w:val="20"/>
        </w:rPr>
        <w:t>The spoon rested against the bowl.</w:t>
      </w:r>
    </w:p>
    <w:p>
      <w:pPr>
        <w:spacing w:after="60" w:line="266" w:lineRule="auto"/>
        <w:ind w:firstLine="331"/>
        <w:jc w:val="both"/>
      </w:pPr>
      <w:r>
        <w:rPr>
          <w:rFonts w:ascii="Georgia" w:hAnsi="Georgia"/>
          <w:b w:val="0"/>
          <w:i w:val="0"/>
          <w:color w:val="22201D"/>
          <w:sz w:val="20"/>
        </w:rPr>
        <w:t>The tag read:</w:t>
      </w:r>
    </w:p>
    <w:p>
      <w:pPr>
        <w:spacing w:after="60" w:line="250" w:lineRule="auto"/>
        <w:ind w:left="202" w:right="173"/>
      </w:pPr>
      <w:r>
        <w:rPr>
          <w:rFonts w:ascii="Georgia" w:hAnsi="Georgia"/>
          <w:b w:val="0"/>
          <w:i w:val="0"/>
          <w:color w:val="22201D"/>
          <w:sz w:val="17"/>
        </w:rPr>
        <w:t>MENU KEY - REAR COPY DO NOT USE TO OPEN DOORS THAT ARE STILL PEOPLE.</w:t>
      </w:r>
    </w:p>
    <w:p>
      <w:pPr>
        <w:spacing w:after="60" w:line="266" w:lineRule="auto"/>
        <w:ind w:firstLine="331"/>
        <w:jc w:val="both"/>
      </w:pPr>
      <w:r>
        <w:rPr>
          <w:rFonts w:ascii="Georgia" w:hAnsi="Georgia"/>
          <w:b w:val="0"/>
          <w:i w:val="0"/>
          <w:color w:val="22201D"/>
          <w:sz w:val="20"/>
        </w:rPr>
        <w:t>Flocc made a sound in his throat.</w:t>
      </w:r>
    </w:p>
    <w:p>
      <w:pPr>
        <w:spacing w:after="60" w:line="266" w:lineRule="auto"/>
        <w:ind w:firstLine="331"/>
        <w:jc w:val="both"/>
      </w:pPr>
      <w:r>
        <w:rPr>
          <w:rFonts w:ascii="Georgia" w:hAnsi="Georgia"/>
          <w:b w:val="0"/>
          <w:i w:val="0"/>
          <w:color w:val="22201D"/>
          <w:sz w:val="20"/>
        </w:rPr>
        <w:t>He held up the laminated menu key.</w:t>
      </w:r>
    </w:p>
    <w:p>
      <w:pPr>
        <w:spacing w:after="60" w:line="266" w:lineRule="auto"/>
        <w:ind w:firstLine="331"/>
        <w:jc w:val="both"/>
      </w:pPr>
      <w:r>
        <w:rPr>
          <w:rFonts w:ascii="Georgia" w:hAnsi="Georgia"/>
          <w:b w:val="0"/>
          <w:i w:val="0"/>
          <w:color w:val="22201D"/>
          <w:sz w:val="20"/>
        </w:rPr>
        <w:t>The brass key in the bowl matched a small printed keyhole beside the invoice correction line.</w:t>
      </w:r>
    </w:p>
    <w:p>
      <w:pPr>
        <w:spacing w:after="60" w:line="266" w:lineRule="auto"/>
        <w:ind w:firstLine="331"/>
        <w:jc w:val="both"/>
      </w:pPr>
      <w:r>
        <w:rPr>
          <w:rFonts w:ascii="Georgia" w:hAnsi="Georgia"/>
          <w:b w:val="0"/>
          <w:i w:val="0"/>
          <w:color w:val="22201D"/>
          <w:sz w:val="20"/>
        </w:rPr>
        <w:t>Gerald leaned closer.</w:t>
      </w:r>
    </w:p>
    <w:p>
      <w:pPr>
        <w:spacing w:after="60" w:line="266" w:lineRule="auto"/>
        <w:ind w:firstLine="331"/>
        <w:jc w:val="both"/>
      </w:pPr>
      <w:r>
        <w:rPr>
          <w:rFonts w:ascii="Georgia" w:hAnsi="Georgia"/>
          <w:b w:val="0"/>
          <w:i w:val="0"/>
          <w:color w:val="22201D"/>
          <w:sz w:val="20"/>
        </w:rPr>
        <w:t>"A physical key?"</w:t>
      </w:r>
    </w:p>
    <w:p>
      <w:pPr>
        <w:spacing w:after="60" w:line="266" w:lineRule="auto"/>
        <w:ind w:firstLine="331"/>
        <w:jc w:val="both"/>
      </w:pPr>
      <w:r>
        <w:rPr>
          <w:rFonts w:ascii="Georgia" w:hAnsi="Georgia"/>
          <w:b w:val="0"/>
          <w:i w:val="0"/>
          <w:color w:val="22201D"/>
          <w:sz w:val="20"/>
        </w:rPr>
        <w:t>The woman nodded.</w:t>
      </w:r>
    </w:p>
    <w:p>
      <w:pPr>
        <w:spacing w:after="60" w:line="266" w:lineRule="auto"/>
        <w:ind w:firstLine="331"/>
        <w:jc w:val="both"/>
      </w:pPr>
      <w:r>
        <w:rPr>
          <w:rFonts w:ascii="Georgia" w:hAnsi="Georgia"/>
          <w:b w:val="0"/>
          <w:i w:val="0"/>
          <w:color w:val="22201D"/>
          <w:sz w:val="20"/>
        </w:rPr>
        <w:t>"For the lockbox."</w:t>
      </w:r>
    </w:p>
    <w:p>
      <w:pPr>
        <w:spacing w:after="60" w:line="266" w:lineRule="auto"/>
        <w:ind w:firstLine="331"/>
        <w:jc w:val="both"/>
      </w:pPr>
      <w:r>
        <w:rPr>
          <w:rFonts w:ascii="Georgia" w:hAnsi="Georgia"/>
          <w:b w:val="0"/>
          <w:i w:val="0"/>
          <w:color w:val="22201D"/>
          <w:sz w:val="20"/>
        </w:rPr>
        <w:t>"Which lockbox?"</w:t>
      </w:r>
    </w:p>
    <w:p>
      <w:pPr>
        <w:spacing w:after="60" w:line="266" w:lineRule="auto"/>
        <w:ind w:firstLine="331"/>
        <w:jc w:val="both"/>
      </w:pPr>
      <w:r>
        <w:rPr>
          <w:rFonts w:ascii="Georgia" w:hAnsi="Georgia"/>
          <w:b w:val="0"/>
          <w:i w:val="0"/>
          <w:color w:val="22201D"/>
          <w:sz w:val="20"/>
        </w:rPr>
        <w:t>"The one he has been pretending is not in his truck."</w:t>
      </w:r>
    </w:p>
    <w:p>
      <w:pPr>
        <w:spacing w:after="60" w:line="266" w:lineRule="auto"/>
        <w:ind w:firstLine="331"/>
        <w:jc w:val="both"/>
      </w:pPr>
      <w:r>
        <w:rPr>
          <w:rFonts w:ascii="Georgia" w:hAnsi="Georgia"/>
          <w:b w:val="0"/>
          <w:i w:val="0"/>
          <w:color w:val="22201D"/>
          <w:sz w:val="20"/>
        </w:rPr>
        <w:t>Everyone looked at Bob.</w:t>
      </w:r>
    </w:p>
    <w:p>
      <w:pPr>
        <w:spacing w:after="60" w:line="266" w:lineRule="auto"/>
        <w:ind w:firstLine="331"/>
        <w:jc w:val="both"/>
      </w:pPr>
      <w:r>
        <w:rPr>
          <w:rFonts w:ascii="Georgia" w:hAnsi="Georgia"/>
          <w:b w:val="0"/>
          <w:i w:val="0"/>
          <w:color w:val="22201D"/>
          <w:sz w:val="20"/>
        </w:rPr>
        <w:t>Bob looked at no one.</w:t>
      </w:r>
    </w:p>
    <w:p>
      <w:pPr>
        <w:spacing w:after="60" w:line="266" w:lineRule="auto"/>
        <w:ind w:firstLine="331"/>
        <w:jc w:val="both"/>
      </w:pPr>
      <w:r>
        <w:rPr>
          <w:rFonts w:ascii="Georgia" w:hAnsi="Georgia"/>
          <w:b w:val="0"/>
          <w:i w:val="0"/>
          <w:color w:val="22201D"/>
          <w:sz w:val="20"/>
        </w:rPr>
        <w:t>There was, in fact, a lockbox under the driver's seat.</w:t>
      </w:r>
    </w:p>
    <w:p>
      <w:pPr>
        <w:spacing w:after="60" w:line="266" w:lineRule="auto"/>
        <w:ind w:firstLine="331"/>
        <w:jc w:val="both"/>
      </w:pPr>
      <w:r>
        <w:rPr>
          <w:rFonts w:ascii="Georgia" w:hAnsi="Georgia"/>
          <w:b w:val="0"/>
          <w:i w:val="0"/>
          <w:color w:val="22201D"/>
          <w:sz w:val="20"/>
        </w:rPr>
        <w:t>It had been there since before this route.</w:t>
      </w:r>
    </w:p>
    <w:p>
      <w:pPr>
        <w:spacing w:after="60" w:line="266" w:lineRule="auto"/>
        <w:ind w:firstLine="331"/>
        <w:jc w:val="both"/>
      </w:pPr>
      <w:r>
        <w:rPr>
          <w:rFonts w:ascii="Georgia" w:hAnsi="Georgia"/>
          <w:b w:val="0"/>
          <w:i w:val="0"/>
          <w:color w:val="22201D"/>
          <w:sz w:val="20"/>
        </w:rPr>
        <w:t>It held cash envelopes, emergency parts, two road flares, a photograph he had not looked at in eight months, and the folded letter Mara had left in a place he had been able to call inconvenient instead of painful.</w:t>
      </w:r>
    </w:p>
    <w:p>
      <w:pPr>
        <w:spacing w:after="60" w:line="266" w:lineRule="auto"/>
        <w:ind w:firstLine="331"/>
        <w:jc w:val="both"/>
      </w:pPr>
      <w:r>
        <w:rPr>
          <w:rFonts w:ascii="Georgia" w:hAnsi="Georgia"/>
          <w:b w:val="0"/>
          <w:i w:val="0"/>
          <w:color w:val="22201D"/>
          <w:sz w:val="20"/>
        </w:rPr>
        <w:t>The lockbox did not need a key.</w:t>
      </w:r>
    </w:p>
    <w:p>
      <w:pPr>
        <w:spacing w:after="60" w:line="266" w:lineRule="auto"/>
        <w:ind w:firstLine="331"/>
        <w:jc w:val="both"/>
      </w:pPr>
      <w:r>
        <w:rPr>
          <w:rFonts w:ascii="Georgia" w:hAnsi="Georgia"/>
          <w:b w:val="0"/>
          <w:i w:val="0"/>
          <w:color w:val="22201D"/>
          <w:sz w:val="20"/>
        </w:rPr>
        <w:t>Bob had the key.</w:t>
      </w:r>
    </w:p>
    <w:p>
      <w:pPr>
        <w:spacing w:after="60" w:line="266" w:lineRule="auto"/>
        <w:ind w:firstLine="331"/>
        <w:jc w:val="both"/>
      </w:pPr>
      <w:r>
        <w:rPr>
          <w:rFonts w:ascii="Georgia" w:hAnsi="Georgia"/>
          <w:b w:val="0"/>
          <w:i w:val="0"/>
          <w:color w:val="22201D"/>
          <w:sz w:val="20"/>
        </w:rPr>
        <w:t>This was worse.</w:t>
      </w:r>
    </w:p>
    <w:p>
      <w:pPr>
        <w:spacing w:after="60" w:line="266" w:lineRule="auto"/>
        <w:ind w:firstLine="331"/>
        <w:jc w:val="both"/>
      </w:pPr>
      <w:r>
        <w:rPr>
          <w:rFonts w:ascii="Georgia" w:hAnsi="Georgia"/>
          <w:b w:val="0"/>
          <w:i w:val="0"/>
          <w:color w:val="22201D"/>
          <w:sz w:val="20"/>
        </w:rPr>
        <w:t>The brass key in the bowl was not for opening the box.</w:t>
      </w:r>
    </w:p>
    <w:p>
      <w:pPr>
        <w:spacing w:after="60" w:line="266" w:lineRule="auto"/>
        <w:ind w:firstLine="331"/>
        <w:jc w:val="both"/>
      </w:pPr>
      <w:r>
        <w:rPr>
          <w:rFonts w:ascii="Georgia" w:hAnsi="Georgia"/>
          <w:b w:val="0"/>
          <w:i w:val="0"/>
          <w:color w:val="22201D"/>
          <w:sz w:val="20"/>
        </w:rPr>
        <w:t>It was for admitting there was a box to open.</w:t>
      </w:r>
    </w:p>
    <w:p>
      <w:pPr>
        <w:spacing w:after="60" w:line="266" w:lineRule="auto"/>
        <w:ind w:firstLine="331"/>
        <w:jc w:val="both"/>
      </w:pPr>
      <w:r>
        <w:rPr>
          <w:rFonts w:ascii="Georgia" w:hAnsi="Georgia"/>
          <w:b w:val="0"/>
          <w:i w:val="0"/>
          <w:color w:val="22201D"/>
          <w:sz w:val="20"/>
        </w:rPr>
        <w:t>Bob removed the key from the bowl with the spoon.</w:t>
      </w:r>
    </w:p>
    <w:p>
      <w:pPr>
        <w:spacing w:after="60" w:line="266" w:lineRule="auto"/>
        <w:ind w:firstLine="331"/>
        <w:jc w:val="both"/>
      </w:pPr>
      <w:r>
        <w:rPr>
          <w:rFonts w:ascii="Georgia" w:hAnsi="Georgia"/>
          <w:b w:val="0"/>
          <w:i w:val="0"/>
          <w:color w:val="22201D"/>
          <w:sz w:val="20"/>
        </w:rPr>
        <w:t>He did not touch it with his fingers.</w:t>
      </w:r>
    </w:p>
    <w:p>
      <w:pPr>
        <w:spacing w:after="60" w:line="266" w:lineRule="auto"/>
        <w:ind w:firstLine="331"/>
        <w:jc w:val="both"/>
      </w:pPr>
      <w:r>
        <w:rPr>
          <w:rFonts w:ascii="Georgia" w:hAnsi="Georgia"/>
          <w:b w:val="0"/>
          <w:i w:val="0"/>
          <w:color w:val="22201D"/>
          <w:sz w:val="20"/>
        </w:rPr>
        <w:t>The woman smiled a little.</w:t>
      </w:r>
    </w:p>
    <w:p>
      <w:pPr>
        <w:spacing w:after="60" w:line="266" w:lineRule="auto"/>
        <w:ind w:firstLine="331"/>
        <w:jc w:val="both"/>
      </w:pPr>
      <w:r>
        <w:rPr>
          <w:rFonts w:ascii="Georgia" w:hAnsi="Georgia"/>
          <w:b w:val="0"/>
          <w:i w:val="0"/>
          <w:color w:val="22201D"/>
          <w:sz w:val="20"/>
        </w:rPr>
        <w:t>"Still useful."</w:t>
      </w:r>
    </w:p>
    <w:p>
      <w:pPr>
        <w:spacing w:after="60" w:line="266" w:lineRule="auto"/>
        <w:ind w:firstLine="331"/>
        <w:jc w:val="both"/>
      </w:pPr>
      <w:r>
        <w:rPr>
          <w:rFonts w:ascii="Georgia" w:hAnsi="Georgia"/>
          <w:b w:val="0"/>
          <w:i w:val="0"/>
          <w:color w:val="22201D"/>
          <w:sz w:val="20"/>
        </w:rPr>
        <w:t>Nico whispered, "This spoon is having an excellent morning."</w:t>
      </w:r>
    </w:p>
    <w:p>
      <w:pPr>
        <w:spacing w:after="60" w:line="266" w:lineRule="auto"/>
        <w:ind w:firstLine="331"/>
        <w:jc w:val="both"/>
      </w:pPr>
      <w:r>
        <w:rPr>
          <w:rFonts w:ascii="Georgia" w:hAnsi="Georgia"/>
          <w:b w:val="0"/>
          <w:i w:val="0"/>
          <w:color w:val="22201D"/>
          <w:sz w:val="20"/>
        </w:rPr>
        <w:t>Steve whispered back, "It is overqualified."</w:t>
      </w:r>
    </w:p>
    <w:p>
      <w:pPr>
        <w:spacing w:after="60" w:line="266" w:lineRule="auto"/>
        <w:ind w:firstLine="331"/>
        <w:jc w:val="both"/>
      </w:pPr>
      <w:r>
        <w:rPr>
          <w:rFonts w:ascii="Georgia" w:hAnsi="Georgia"/>
          <w:b w:val="0"/>
          <w:i w:val="0"/>
          <w:color w:val="22201D"/>
          <w:sz w:val="20"/>
        </w:rPr>
        <w:t>Bob set the key on the clipboard Gerald held out.</w:t>
      </w:r>
    </w:p>
    <w:p>
      <w:pPr>
        <w:spacing w:after="60" w:line="266" w:lineRule="auto"/>
        <w:ind w:firstLine="331"/>
        <w:jc w:val="both"/>
      </w:pPr>
      <w:r>
        <w:rPr>
          <w:rFonts w:ascii="Georgia" w:hAnsi="Georgia"/>
          <w:b w:val="0"/>
          <w:i w:val="0"/>
          <w:color w:val="22201D"/>
          <w:sz w:val="20"/>
        </w:rPr>
        <w:t>"What is the price?"</w:t>
      </w:r>
    </w:p>
    <w:p>
      <w:pPr>
        <w:spacing w:after="60" w:line="266" w:lineRule="auto"/>
        <w:ind w:firstLine="331"/>
        <w:jc w:val="both"/>
      </w:pPr>
      <w:r>
        <w:rPr>
          <w:rFonts w:ascii="Georgia" w:hAnsi="Georgia"/>
          <w:b w:val="0"/>
          <w:i w:val="0"/>
          <w:color w:val="22201D"/>
          <w:sz w:val="20"/>
        </w:rPr>
        <w:t>The woman pointed to the receipt.</w:t>
      </w:r>
    </w:p>
    <w:p>
      <w:pPr>
        <w:spacing w:after="60" w:line="266" w:lineRule="auto"/>
        <w:ind w:firstLine="331"/>
        <w:jc w:val="both"/>
      </w:pPr>
      <w:r>
        <w:rPr>
          <w:rFonts w:ascii="Georgia" w:hAnsi="Georgia"/>
          <w:b w:val="0"/>
          <w:i w:val="0"/>
          <w:color w:val="22201D"/>
          <w:sz w:val="20"/>
        </w:rPr>
        <w:t>Bob unfolded it.</w:t>
      </w:r>
    </w:p>
    <w:p>
      <w:pPr>
        <w:spacing w:after="60" w:line="266" w:lineRule="auto"/>
        <w:ind w:firstLine="331"/>
        <w:jc w:val="both"/>
      </w:pPr>
      <w:r>
        <w:rPr>
          <w:rFonts w:ascii="Georgia" w:hAnsi="Georgia"/>
          <w:b w:val="0"/>
          <w:i w:val="0"/>
          <w:color w:val="22201D"/>
          <w:sz w:val="20"/>
        </w:rPr>
        <w:t>The PRICE line still read:</w:t>
      </w:r>
    </w:p>
    <w:p>
      <w:pPr>
        <w:spacing w:after="60" w:line="250" w:lineRule="auto"/>
        <w:ind w:left="202" w:right="173"/>
      </w:pPr>
      <w:r>
        <w:rPr>
          <w:rFonts w:ascii="Georgia" w:hAnsi="Georgia"/>
          <w:b w:val="0"/>
          <w:i w:val="0"/>
          <w:color w:val="22201D"/>
          <w:sz w:val="17"/>
        </w:rPr>
        <w:t>RETURN</w:t>
      </w:r>
    </w:p>
    <w:p>
      <w:pPr>
        <w:spacing w:after="60" w:line="266" w:lineRule="auto"/>
        <w:ind w:firstLine="331"/>
        <w:jc w:val="both"/>
      </w:pPr>
      <w:r>
        <w:rPr>
          <w:rFonts w:ascii="Georgia" w:hAnsi="Georgia"/>
          <w:b w:val="0"/>
          <w:i w:val="0"/>
          <w:color w:val="22201D"/>
          <w:sz w:val="20"/>
        </w:rPr>
        <w:t>But beneath it, a new line had printed itself in letters so fresh they shone:</w:t>
      </w:r>
    </w:p>
    <w:p>
      <w:pPr>
        <w:spacing w:after="60" w:line="250" w:lineRule="auto"/>
        <w:ind w:left="202" w:right="173"/>
      </w:pPr>
      <w:r>
        <w:rPr>
          <w:rFonts w:ascii="Georgia" w:hAnsi="Georgia"/>
          <w:b w:val="0"/>
          <w:i w:val="0"/>
          <w:color w:val="22201D"/>
          <w:sz w:val="17"/>
        </w:rPr>
        <w:t>RETURN MEANS BRINGING BACK WHAT YOU KEPT FROM THE ROUTE.</w:t>
      </w:r>
    </w:p>
    <w:p>
      <w:pPr>
        <w:spacing w:after="60" w:line="266" w:lineRule="auto"/>
        <w:ind w:firstLine="331"/>
        <w:jc w:val="both"/>
      </w:pPr>
      <w:r>
        <w:rPr>
          <w:rFonts w:ascii="Georgia" w:hAnsi="Georgia"/>
          <w:b w:val="0"/>
          <w:i w:val="0"/>
          <w:color w:val="22201D"/>
          <w:sz w:val="20"/>
        </w:rPr>
        <w:t>Bob folded the receipt.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word landed flat.</w:t>
      </w:r>
    </w:p>
    <w:p>
      <w:pPr>
        <w:spacing w:after="60" w:line="266" w:lineRule="auto"/>
        <w:ind w:firstLine="331"/>
        <w:jc w:val="both"/>
      </w:pPr>
      <w:r>
        <w:rPr>
          <w:rFonts w:ascii="Georgia" w:hAnsi="Georgia"/>
          <w:b w:val="0"/>
          <w:i w:val="0"/>
          <w:color w:val="22201D"/>
          <w:sz w:val="20"/>
        </w:rPr>
        <w:t>Not loud.</w:t>
      </w:r>
    </w:p>
    <w:p>
      <w:pPr>
        <w:spacing w:after="60" w:line="266" w:lineRule="auto"/>
        <w:ind w:firstLine="331"/>
        <w:jc w:val="both"/>
      </w:pPr>
      <w:r>
        <w:rPr>
          <w:rFonts w:ascii="Georgia" w:hAnsi="Georgia"/>
          <w:b w:val="0"/>
          <w:i w:val="0"/>
          <w:color w:val="22201D"/>
          <w:sz w:val="20"/>
        </w:rPr>
        <w:t>Not angry.</w:t>
      </w:r>
    </w:p>
    <w:p>
      <w:pPr>
        <w:spacing w:after="60" w:line="266" w:lineRule="auto"/>
        <w:ind w:firstLine="331"/>
        <w:jc w:val="both"/>
      </w:pPr>
      <w:r>
        <w:rPr>
          <w:rFonts w:ascii="Georgia" w:hAnsi="Georgia"/>
          <w:b w:val="0"/>
          <w:i w:val="0"/>
          <w:color w:val="22201D"/>
          <w:sz w:val="20"/>
        </w:rPr>
        <w:t>Flat enough that the room had to decide whether to become a wall.</w:t>
      </w:r>
    </w:p>
    <w:p>
      <w:pPr>
        <w:spacing w:after="60" w:line="266" w:lineRule="auto"/>
        <w:ind w:firstLine="331"/>
        <w:jc w:val="both"/>
      </w:pPr>
      <w:r>
        <w:rPr>
          <w:rFonts w:ascii="Georgia" w:hAnsi="Georgia"/>
          <w:b w:val="0"/>
          <w:i w:val="0"/>
          <w:color w:val="22201D"/>
          <w:sz w:val="20"/>
        </w:rPr>
        <w:t>Flocc did not move.</w:t>
      </w:r>
    </w:p>
    <w:p>
      <w:pPr>
        <w:spacing w:after="60" w:line="266" w:lineRule="auto"/>
        <w:ind w:firstLine="331"/>
        <w:jc w:val="both"/>
      </w:pPr>
      <w:r>
        <w:rPr>
          <w:rFonts w:ascii="Georgia" w:hAnsi="Georgia"/>
          <w:b w:val="0"/>
          <w:i w:val="0"/>
          <w:color w:val="22201D"/>
          <w:sz w:val="20"/>
        </w:rPr>
        <w:t>Gerald's clipboard angled down.</w:t>
      </w:r>
    </w:p>
    <w:p>
      <w:pPr>
        <w:spacing w:after="60" w:line="266" w:lineRule="auto"/>
        <w:ind w:firstLine="331"/>
        <w:jc w:val="both"/>
      </w:pPr>
      <w:r>
        <w:rPr>
          <w:rFonts w:ascii="Georgia" w:hAnsi="Georgia"/>
          <w:b w:val="0"/>
          <w:i w:val="0"/>
          <w:color w:val="22201D"/>
          <w:sz w:val="20"/>
        </w:rPr>
        <w:t>Nico stopped breathing for half a second.</w:t>
      </w:r>
    </w:p>
    <w:p>
      <w:pPr>
        <w:spacing w:after="60" w:line="266" w:lineRule="auto"/>
        <w:ind w:firstLine="331"/>
        <w:jc w:val="both"/>
      </w:pPr>
      <w:r>
        <w:rPr>
          <w:rFonts w:ascii="Georgia" w:hAnsi="Georgia"/>
          <w:b w:val="0"/>
          <w:i w:val="0"/>
          <w:color w:val="22201D"/>
          <w:sz w:val="20"/>
        </w:rPr>
        <w:t>Steve looked at the floor because he had learned that some scenes did not become truer when watched.</w:t>
      </w:r>
    </w:p>
    <w:p>
      <w:pPr>
        <w:spacing w:after="60" w:line="266" w:lineRule="auto"/>
        <w:ind w:firstLine="331"/>
        <w:jc w:val="both"/>
      </w:pPr>
      <w:r>
        <w:rPr>
          <w:rFonts w:ascii="Georgia" w:hAnsi="Georgia"/>
          <w:b w:val="0"/>
          <w:i w:val="0"/>
          <w:color w:val="22201D"/>
          <w:sz w:val="20"/>
        </w:rPr>
        <w:t>The woman with the red scarf took the spoon from the bowl.</w:t>
      </w:r>
    </w:p>
    <w:p>
      <w:pPr>
        <w:spacing w:after="60" w:line="266" w:lineRule="auto"/>
        <w:ind w:firstLine="331"/>
        <w:jc w:val="both"/>
      </w:pPr>
      <w:r>
        <w:rPr>
          <w:rFonts w:ascii="Georgia" w:hAnsi="Georgia"/>
          <w:b w:val="0"/>
          <w:i w:val="0"/>
          <w:color w:val="22201D"/>
          <w:sz w:val="20"/>
        </w:rPr>
        <w:t>She dried it with the paper napkin.</w:t>
      </w:r>
    </w:p>
    <w:p>
      <w:pPr>
        <w:spacing w:after="60" w:line="266" w:lineRule="auto"/>
        <w:ind w:firstLine="331"/>
        <w:jc w:val="both"/>
      </w:pPr>
      <w:r>
        <w:rPr>
          <w:rFonts w:ascii="Georgia" w:hAnsi="Georgia"/>
          <w:b w:val="0"/>
          <w:i w:val="0"/>
          <w:color w:val="22201D"/>
          <w:sz w:val="20"/>
        </w:rPr>
        <w:t>"Then take it with you."</w:t>
      </w:r>
    </w:p>
    <w:p>
      <w:pPr>
        <w:spacing w:after="60" w:line="266" w:lineRule="auto"/>
        <w:ind w:firstLine="331"/>
        <w:jc w:val="both"/>
      </w:pPr>
      <w:r>
        <w:rPr>
          <w:rFonts w:ascii="Georgia" w:hAnsi="Georgia"/>
          <w:b w:val="0"/>
          <w:i w:val="0"/>
          <w:color w:val="22201D"/>
          <w:sz w:val="20"/>
        </w:rPr>
        <w:t>Bob frowned.</w:t>
      </w:r>
    </w:p>
    <w:p>
      <w:pPr>
        <w:spacing w:after="60" w:line="266" w:lineRule="auto"/>
        <w:ind w:firstLine="331"/>
        <w:jc w:val="both"/>
      </w:pPr>
      <w:r>
        <w:rPr>
          <w:rFonts w:ascii="Georgia" w:hAnsi="Georgia"/>
          <w:b w:val="0"/>
          <w:i w:val="0"/>
          <w:color w:val="22201D"/>
          <w:sz w:val="20"/>
        </w:rPr>
        <w:t>"Thought I was returning it."</w:t>
      </w:r>
    </w:p>
    <w:p>
      <w:pPr>
        <w:spacing w:after="60" w:line="266" w:lineRule="auto"/>
        <w:ind w:firstLine="331"/>
        <w:jc w:val="both"/>
      </w:pPr>
      <w:r>
        <w:rPr>
          <w:rFonts w:ascii="Georgia" w:hAnsi="Georgia"/>
          <w:b w:val="0"/>
          <w:i w:val="0"/>
          <w:color w:val="22201D"/>
          <w:sz w:val="20"/>
        </w:rPr>
        <w:t>"You returned it to use. Not to ownership."</w:t>
      </w:r>
    </w:p>
    <w:p>
      <w:pPr>
        <w:spacing w:after="60" w:line="266" w:lineRule="auto"/>
        <w:ind w:firstLine="331"/>
        <w:jc w:val="both"/>
      </w:pPr>
      <w:r>
        <w:rPr>
          <w:rFonts w:ascii="Georgia" w:hAnsi="Georgia"/>
          <w:b w:val="0"/>
          <w:i w:val="0"/>
          <w:color w:val="22201D"/>
          <w:sz w:val="20"/>
        </w:rPr>
        <w:t>"That makes no sense."</w:t>
      </w:r>
    </w:p>
    <w:p>
      <w:pPr>
        <w:spacing w:after="60" w:line="266" w:lineRule="auto"/>
        <w:ind w:firstLine="331"/>
        <w:jc w:val="both"/>
      </w:pPr>
      <w:r>
        <w:rPr>
          <w:rFonts w:ascii="Georgia" w:hAnsi="Georgia"/>
          <w:b w:val="0"/>
          <w:i w:val="0"/>
          <w:color w:val="22201D"/>
          <w:sz w:val="20"/>
        </w:rPr>
        <w:t>"It does if the thing belongs to the route."</w:t>
      </w:r>
    </w:p>
    <w:p>
      <w:pPr>
        <w:spacing w:after="60" w:line="266" w:lineRule="auto"/>
        <w:ind w:firstLine="331"/>
        <w:jc w:val="both"/>
      </w:pPr>
      <w:r>
        <w:rPr>
          <w:rFonts w:ascii="Georgia" w:hAnsi="Georgia"/>
          <w:b w:val="0"/>
          <w:i w:val="0"/>
          <w:color w:val="22201D"/>
          <w:sz w:val="20"/>
        </w:rPr>
        <w:t>She held out the spoon.</w:t>
      </w:r>
    </w:p>
    <w:p>
      <w:pPr>
        <w:spacing w:after="60" w:line="266" w:lineRule="auto"/>
        <w:ind w:firstLine="331"/>
        <w:jc w:val="both"/>
      </w:pPr>
      <w:r>
        <w:rPr>
          <w:rFonts w:ascii="Georgia" w:hAnsi="Georgia"/>
          <w:b w:val="0"/>
          <w:i w:val="0"/>
          <w:color w:val="22201D"/>
          <w:sz w:val="20"/>
        </w:rPr>
        <w:t>Bob did not take it.</w:t>
      </w:r>
    </w:p>
    <w:p>
      <w:pPr>
        <w:spacing w:after="60" w:line="266" w:lineRule="auto"/>
        <w:ind w:firstLine="331"/>
        <w:jc w:val="both"/>
      </w:pPr>
      <w:r>
        <w:rPr>
          <w:rFonts w:ascii="Georgia" w:hAnsi="Georgia"/>
          <w:b w:val="0"/>
          <w:i w:val="0"/>
          <w:color w:val="22201D"/>
          <w:sz w:val="20"/>
        </w:rPr>
        <w:t>The spoon pointed toward him.</w:t>
      </w:r>
    </w:p>
    <w:p>
      <w:pPr>
        <w:spacing w:after="60" w:line="266" w:lineRule="auto"/>
        <w:ind w:firstLine="331"/>
        <w:jc w:val="both"/>
      </w:pPr>
      <w:r>
        <w:rPr>
          <w:rFonts w:ascii="Georgia" w:hAnsi="Georgia"/>
          <w:b w:val="0"/>
          <w:i w:val="0"/>
          <w:color w:val="22201D"/>
          <w:sz w:val="20"/>
        </w:rPr>
        <w:t>This was new.</w:t>
      </w:r>
    </w:p>
    <w:p>
      <w:pPr>
        <w:spacing w:after="60" w:line="266" w:lineRule="auto"/>
        <w:ind w:firstLine="331"/>
        <w:jc w:val="both"/>
      </w:pPr>
      <w:r>
        <w:rPr>
          <w:rFonts w:ascii="Georgia" w:hAnsi="Georgia"/>
          <w:b w:val="0"/>
          <w:i w:val="0"/>
          <w:color w:val="22201D"/>
          <w:sz w:val="20"/>
        </w:rPr>
        <w:t>It had pointed back.</w:t>
      </w:r>
    </w:p>
    <w:p>
      <w:pPr>
        <w:spacing w:after="60" w:line="266" w:lineRule="auto"/>
        <w:ind w:firstLine="331"/>
        <w:jc w:val="both"/>
      </w:pPr>
      <w:r>
        <w:rPr>
          <w:rFonts w:ascii="Georgia" w:hAnsi="Georgia"/>
          <w:b w:val="0"/>
          <w:i w:val="0"/>
          <w:color w:val="22201D"/>
          <w:sz w:val="20"/>
        </w:rPr>
        <w:t>It had pointed ahead.</w:t>
      </w:r>
    </w:p>
    <w:p>
      <w:pPr>
        <w:spacing w:after="60" w:line="266" w:lineRule="auto"/>
        <w:ind w:firstLine="331"/>
        <w:jc w:val="both"/>
      </w:pPr>
      <w:r>
        <w:rPr>
          <w:rFonts w:ascii="Georgia" w:hAnsi="Georgia"/>
          <w:b w:val="0"/>
          <w:i w:val="0"/>
          <w:color w:val="22201D"/>
          <w:sz w:val="20"/>
        </w:rPr>
        <w:t>It had pointed toward unpaid return.</w:t>
      </w:r>
    </w:p>
    <w:p>
      <w:pPr>
        <w:spacing w:after="60" w:line="266" w:lineRule="auto"/>
        <w:ind w:firstLine="331"/>
        <w:jc w:val="both"/>
      </w:pPr>
      <w:r>
        <w:rPr>
          <w:rFonts w:ascii="Georgia" w:hAnsi="Georgia"/>
          <w:b w:val="0"/>
          <w:i w:val="0"/>
          <w:color w:val="22201D"/>
          <w:sz w:val="20"/>
        </w:rPr>
        <w:t>Now it pointed at the man avoiding the lockbox by standing in a commissary and arguing with a stranger about cutlery.</w:t>
      </w:r>
    </w:p>
    <w:p>
      <w:pPr>
        <w:spacing w:after="60" w:line="266" w:lineRule="auto"/>
        <w:ind w:firstLine="331"/>
        <w:jc w:val="both"/>
      </w:pPr>
      <w:r>
        <w:rPr>
          <w:rFonts w:ascii="Georgia" w:hAnsi="Georgia"/>
          <w:b w:val="0"/>
          <w:i w:val="0"/>
          <w:color w:val="22201D"/>
          <w:sz w:val="20"/>
        </w:rPr>
        <w:t>Nico, with unusual mercy, said nothing.</w:t>
      </w:r>
    </w:p>
    <w:p>
      <w:pPr>
        <w:spacing w:after="60" w:line="266" w:lineRule="auto"/>
        <w:ind w:firstLine="331"/>
        <w:jc w:val="both"/>
      </w:pPr>
      <w:r>
        <w:rPr>
          <w:rFonts w:ascii="Georgia" w:hAnsi="Georgia"/>
          <w:b w:val="0"/>
          <w:i w:val="0"/>
          <w:color w:val="22201D"/>
          <w:sz w:val="20"/>
        </w:rPr>
        <w:t>Flocc did not interpret.</w:t>
      </w:r>
    </w:p>
    <w:p>
      <w:pPr>
        <w:spacing w:after="60" w:line="266" w:lineRule="auto"/>
        <w:ind w:firstLine="331"/>
        <w:jc w:val="both"/>
      </w:pPr>
      <w:r>
        <w:rPr>
          <w:rFonts w:ascii="Georgia" w:hAnsi="Georgia"/>
          <w:b w:val="0"/>
          <w:i w:val="0"/>
          <w:color w:val="22201D"/>
          <w:sz w:val="20"/>
        </w:rPr>
        <w:t>Gerald did not calculate.</w:t>
      </w:r>
    </w:p>
    <w:p>
      <w:pPr>
        <w:spacing w:after="60" w:line="266" w:lineRule="auto"/>
        <w:ind w:firstLine="331"/>
        <w:jc w:val="both"/>
      </w:pPr>
      <w:r>
        <w:rPr>
          <w:rFonts w:ascii="Georgia" w:hAnsi="Georgia"/>
          <w:b w:val="0"/>
          <w:i w:val="0"/>
          <w:color w:val="22201D"/>
          <w:sz w:val="20"/>
        </w:rPr>
        <w:t>Steve did not record.</w:t>
      </w:r>
    </w:p>
    <w:p>
      <w:pPr>
        <w:spacing w:after="60" w:line="266" w:lineRule="auto"/>
        <w:ind w:firstLine="331"/>
        <w:jc w:val="both"/>
      </w:pPr>
      <w:r>
        <w:rPr>
          <w:rFonts w:ascii="Georgia" w:hAnsi="Georgia"/>
          <w:b w:val="0"/>
          <w:i w:val="0"/>
          <w:color w:val="22201D"/>
          <w:sz w:val="20"/>
        </w:rPr>
        <w:t>Bob took the spoon.</w:t>
      </w:r>
    </w:p>
    <w:p>
      <w:pPr>
        <w:spacing w:after="60" w:line="266" w:lineRule="auto"/>
        <w:ind w:firstLine="331"/>
        <w:jc w:val="both"/>
      </w:pPr>
      <w:r>
        <w:rPr>
          <w:rFonts w:ascii="Georgia" w:hAnsi="Georgia"/>
          <w:b w:val="0"/>
          <w:i w:val="0"/>
          <w:color w:val="22201D"/>
          <w:sz w:val="20"/>
        </w:rPr>
        <w:t>The brass key remained on Gerald's clipboard.</w:t>
      </w:r>
    </w:p>
    <w:p>
      <w:pPr>
        <w:spacing w:after="60" w:line="266" w:lineRule="auto"/>
        <w:ind w:firstLine="331"/>
        <w:jc w:val="both"/>
      </w:pPr>
      <w:r>
        <w:rPr>
          <w:rFonts w:ascii="Georgia" w:hAnsi="Georgia"/>
          <w:b w:val="0"/>
          <w:i w:val="0"/>
          <w:color w:val="22201D"/>
          <w:sz w:val="20"/>
        </w:rPr>
        <w:t>The woman opened the rear service door wider, showing them the truck beyond it, idling in the loading space.</w:t>
      </w:r>
    </w:p>
    <w:p>
      <w:pPr>
        <w:spacing w:after="60" w:line="266" w:lineRule="auto"/>
        <w:ind w:firstLine="331"/>
        <w:jc w:val="both"/>
      </w:pPr>
      <w:r>
        <w:rPr>
          <w:rFonts w:ascii="Georgia" w:hAnsi="Georgia"/>
          <w:b w:val="0"/>
          <w:i w:val="0"/>
          <w:color w:val="22201D"/>
          <w:sz w:val="20"/>
        </w:rPr>
        <w:t>"Return is not reverse," she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"No. You have driven backward. That is not the same thing."</w:t>
      </w:r>
    </w:p>
    <w:p>
      <w:pPr>
        <w:spacing w:after="60" w:line="266" w:lineRule="auto"/>
        <w:ind w:firstLine="331"/>
        <w:jc w:val="both"/>
      </w:pPr>
      <w:r>
        <w:rPr>
          <w:rFonts w:ascii="Georgia" w:hAnsi="Georgia"/>
          <w:b w:val="0"/>
          <w:i w:val="0"/>
          <w:color w:val="22201D"/>
          <w:sz w:val="20"/>
        </w:rPr>
        <w:t>Bob put the spoon in his coat pocket.</w:t>
      </w:r>
    </w:p>
    <w:p>
      <w:pPr>
        <w:spacing w:after="60" w:line="266" w:lineRule="auto"/>
        <w:ind w:firstLine="331"/>
        <w:jc w:val="both"/>
      </w:pPr>
      <w:r>
        <w:rPr>
          <w:rFonts w:ascii="Georgia" w:hAnsi="Georgia"/>
          <w:b w:val="0"/>
          <w:i w:val="0"/>
          <w:color w:val="22201D"/>
          <w:sz w:val="20"/>
        </w:rPr>
        <w:t>"We are done here."</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She reached behind the door and took down a carbon-copy pad from a nail.</w:t>
      </w:r>
    </w:p>
    <w:p>
      <w:pPr>
        <w:spacing w:after="60" w:line="266" w:lineRule="auto"/>
        <w:ind w:firstLine="331"/>
        <w:jc w:val="both"/>
      </w:pPr>
      <w:r>
        <w:rPr>
          <w:rFonts w:ascii="Georgia" w:hAnsi="Georgia"/>
          <w:b w:val="0"/>
          <w:i w:val="0"/>
          <w:color w:val="22201D"/>
          <w:sz w:val="20"/>
        </w:rPr>
        <w:t>The top slip already had writing on it.</w:t>
      </w:r>
    </w:p>
    <w:p>
      <w:pPr>
        <w:spacing w:after="60" w:line="266" w:lineRule="auto"/>
        <w:ind w:firstLine="331"/>
        <w:jc w:val="both"/>
      </w:pPr>
      <w:r>
        <w:rPr>
          <w:rFonts w:ascii="Georgia" w:hAnsi="Georgia"/>
          <w:b w:val="0"/>
          <w:i w:val="0"/>
          <w:color w:val="22201D"/>
          <w:sz w:val="20"/>
        </w:rPr>
        <w:t>She tore it free and handed it to Gerald because Gerald was the one holding the world in columns.</w:t>
      </w:r>
    </w:p>
    <w:p>
      <w:pPr>
        <w:spacing w:after="60" w:line="250" w:lineRule="auto"/>
        <w:ind w:left="202" w:right="173"/>
      </w:pPr>
      <w:r>
        <w:rPr>
          <w:rFonts w:ascii="Georgia" w:hAnsi="Georgia"/>
          <w:b w:val="0"/>
          <w:i w:val="0"/>
          <w:color w:val="22201D"/>
          <w:sz w:val="17"/>
        </w:rPr>
        <w:t>SPOON RECEIPT - SERVICE COPY Received by route. Returned to use. Pending: invoice correction. Next price: accept help.</w:t>
      </w:r>
    </w:p>
    <w:p>
      <w:pPr>
        <w:spacing w:after="60" w:line="266" w:lineRule="auto"/>
        <w:ind w:firstLine="331"/>
        <w:jc w:val="both"/>
      </w:pPr>
      <w:r>
        <w:rPr>
          <w:rFonts w:ascii="Georgia" w:hAnsi="Georgia"/>
          <w:b w:val="0"/>
          <w:i w:val="0"/>
          <w:color w:val="22201D"/>
          <w:sz w:val="20"/>
        </w:rPr>
        <w:t>Gerald read it and looked at Bob.</w:t>
      </w:r>
    </w:p>
    <w:p>
      <w:pPr>
        <w:spacing w:after="60" w:line="266" w:lineRule="auto"/>
        <w:ind w:firstLine="331"/>
        <w:jc w:val="both"/>
      </w:pPr>
      <w:r>
        <w:rPr>
          <w:rFonts w:ascii="Georgia" w:hAnsi="Georgia"/>
          <w:b w:val="0"/>
          <w:i w:val="0"/>
          <w:color w:val="22201D"/>
          <w:sz w:val="20"/>
        </w:rPr>
        <w:t>Bob did not take the paper.</w:t>
      </w:r>
    </w:p>
    <w:p>
      <w:pPr>
        <w:spacing w:after="60" w:line="266" w:lineRule="auto"/>
        <w:ind w:firstLine="331"/>
        <w:jc w:val="both"/>
      </w:pPr>
      <w:r>
        <w:rPr>
          <w:rFonts w:ascii="Georgia" w:hAnsi="Georgia"/>
          <w:b w:val="0"/>
          <w:i w:val="0"/>
          <w:color w:val="22201D"/>
          <w:sz w:val="20"/>
        </w:rPr>
        <w:t>"Clipboard," he said.</w:t>
      </w:r>
    </w:p>
    <w:p>
      <w:pPr>
        <w:spacing w:after="60" w:line="266" w:lineRule="auto"/>
        <w:ind w:firstLine="331"/>
        <w:jc w:val="both"/>
      </w:pPr>
      <w:r>
        <w:rPr>
          <w:rFonts w:ascii="Georgia" w:hAnsi="Georgia"/>
          <w:b w:val="0"/>
          <w:i w:val="0"/>
          <w:color w:val="22201D"/>
          <w:sz w:val="20"/>
        </w:rPr>
        <w:t>Gerald clipped it.</w:t>
      </w:r>
    </w:p>
    <w:p>
      <w:pPr>
        <w:spacing w:after="60" w:line="266" w:lineRule="auto"/>
        <w:ind w:firstLine="331"/>
        <w:jc w:val="both"/>
      </w:pPr>
      <w:r>
        <w:rPr>
          <w:rFonts w:ascii="Georgia" w:hAnsi="Georgia"/>
          <w:b w:val="0"/>
          <w:i w:val="0"/>
          <w:color w:val="22201D"/>
          <w:sz w:val="20"/>
        </w:rPr>
        <w:t>That was how the document joined them.</w:t>
      </w:r>
    </w:p>
    <w:p>
      <w:pPr>
        <w:spacing w:after="60" w:line="266" w:lineRule="auto"/>
        <w:ind w:firstLine="331"/>
        <w:jc w:val="both"/>
      </w:pPr>
      <w:r>
        <w:rPr>
          <w:rFonts w:ascii="Georgia" w:hAnsi="Georgia"/>
          <w:b w:val="0"/>
          <w:i w:val="0"/>
          <w:color w:val="22201D"/>
          <w:sz w:val="20"/>
        </w:rPr>
        <w:t>Not with revelation.</w:t>
      </w:r>
    </w:p>
    <w:p>
      <w:pPr>
        <w:spacing w:after="60" w:line="266" w:lineRule="auto"/>
        <w:ind w:firstLine="331"/>
        <w:jc w:val="both"/>
      </w:pPr>
      <w:r>
        <w:rPr>
          <w:rFonts w:ascii="Georgia" w:hAnsi="Georgia"/>
          <w:b w:val="0"/>
          <w:i w:val="0"/>
          <w:color w:val="22201D"/>
          <w:sz w:val="20"/>
        </w:rPr>
        <w:t>With office supply pressure.</w:t>
      </w:r>
    </w:p>
    <w:p>
      <w:pPr>
        <w:spacing w:after="60" w:line="266" w:lineRule="auto"/>
        <w:ind w:firstLine="331"/>
        <w:jc w:val="both"/>
      </w:pPr>
      <w:r>
        <w:rPr>
          <w:rFonts w:ascii="Georgia" w:hAnsi="Georgia"/>
          <w:b w:val="0"/>
          <w:i w:val="0"/>
          <w:color w:val="22201D"/>
          <w:sz w:val="20"/>
        </w:rPr>
        <w:t>Outside, the truck sounded older.</w:t>
      </w:r>
    </w:p>
    <w:p>
      <w:pPr>
        <w:spacing w:after="60" w:line="266" w:lineRule="auto"/>
        <w:ind w:firstLine="331"/>
        <w:jc w:val="both"/>
      </w:pPr>
      <w:r>
        <w:rPr>
          <w:rFonts w:ascii="Georgia" w:hAnsi="Georgia"/>
          <w:b w:val="0"/>
          <w:i w:val="0"/>
          <w:color w:val="22201D"/>
          <w:sz w:val="20"/>
        </w:rPr>
        <w:t>Not broken.</w:t>
      </w:r>
    </w:p>
    <w:p>
      <w:pPr>
        <w:spacing w:after="60" w:line="266" w:lineRule="auto"/>
        <w:ind w:firstLine="331"/>
        <w:jc w:val="both"/>
      </w:pPr>
      <w:r>
        <w:rPr>
          <w:rFonts w:ascii="Georgia" w:hAnsi="Georgia"/>
          <w:b w:val="0"/>
          <w:i w:val="0"/>
          <w:color w:val="22201D"/>
          <w:sz w:val="20"/>
        </w:rPr>
        <w:t>Only less able to pretend it had not been carrying people.</w:t>
      </w:r>
    </w:p>
    <w:p>
      <w:pPr>
        <w:spacing w:after="60" w:line="266" w:lineRule="auto"/>
        <w:ind w:firstLine="331"/>
        <w:jc w:val="both"/>
      </w:pPr>
      <w:r>
        <w:rPr>
          <w:rFonts w:ascii="Georgia" w:hAnsi="Georgia"/>
          <w:b w:val="0"/>
          <w:i w:val="0"/>
          <w:color w:val="22201D"/>
          <w:sz w:val="20"/>
        </w:rPr>
        <w:t>Bob opened the driver's door and reached under the seat.</w:t>
      </w:r>
    </w:p>
    <w:p>
      <w:pPr>
        <w:spacing w:after="60" w:line="266" w:lineRule="auto"/>
        <w:ind w:firstLine="331"/>
        <w:jc w:val="both"/>
      </w:pPr>
      <w:r>
        <w:rPr>
          <w:rFonts w:ascii="Georgia" w:hAnsi="Georgia"/>
          <w:b w:val="0"/>
          <w:i w:val="0"/>
          <w:color w:val="22201D"/>
          <w:sz w:val="20"/>
        </w:rPr>
        <w:t>His hand found the lockbox handle.</w:t>
      </w:r>
    </w:p>
    <w:p>
      <w:pPr>
        <w:spacing w:after="60" w:line="266" w:lineRule="auto"/>
        <w:ind w:firstLine="331"/>
        <w:jc w:val="both"/>
      </w:pPr>
      <w:r>
        <w:rPr>
          <w:rFonts w:ascii="Georgia" w:hAnsi="Georgia"/>
          <w:b w:val="0"/>
          <w:i w:val="0"/>
          <w:color w:val="22201D"/>
          <w:sz w:val="20"/>
        </w:rPr>
        <w:t>He did not pull it out.</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brass key sat on Gerald's clipboard.</w:t>
      </w:r>
    </w:p>
    <w:p>
      <w:pPr>
        <w:spacing w:after="60" w:line="266" w:lineRule="auto"/>
        <w:ind w:firstLine="331"/>
        <w:jc w:val="both"/>
      </w:pPr>
      <w:r>
        <w:rPr>
          <w:rFonts w:ascii="Georgia" w:hAnsi="Georgia"/>
          <w:b w:val="0"/>
          <w:i w:val="0"/>
          <w:color w:val="22201D"/>
          <w:sz w:val="20"/>
        </w:rPr>
        <w:t>The spoon sat in Bob's pocket.</w:t>
      </w:r>
    </w:p>
    <w:p>
      <w:pPr>
        <w:spacing w:after="60" w:line="266" w:lineRule="auto"/>
        <w:ind w:firstLine="331"/>
        <w:jc w:val="both"/>
      </w:pPr>
      <w:r>
        <w:rPr>
          <w:rFonts w:ascii="Georgia" w:hAnsi="Georgia"/>
          <w:b w:val="0"/>
          <w:i w:val="0"/>
          <w:color w:val="22201D"/>
          <w:sz w:val="20"/>
        </w:rPr>
        <w:t>The receipt sat in the truck's paperwork.</w:t>
      </w:r>
    </w:p>
    <w:p>
      <w:pPr>
        <w:spacing w:after="60" w:line="266" w:lineRule="auto"/>
        <w:ind w:firstLine="331"/>
        <w:jc w:val="both"/>
      </w:pPr>
      <w:r>
        <w:rPr>
          <w:rFonts w:ascii="Georgia" w:hAnsi="Georgia"/>
          <w:b w:val="0"/>
          <w:i w:val="0"/>
          <w:color w:val="22201D"/>
          <w:sz w:val="20"/>
        </w:rPr>
        <w:t>The price had been paid enough to continue, not enough to be finished.</w:t>
      </w:r>
    </w:p>
    <w:p>
      <w:pPr>
        <w:spacing w:after="60" w:line="266" w:lineRule="auto"/>
        <w:ind w:firstLine="331"/>
        <w:jc w:val="both"/>
      </w:pPr>
      <w:r>
        <w:rPr>
          <w:rFonts w:ascii="Georgia" w:hAnsi="Georgia"/>
          <w:b w:val="0"/>
          <w:i w:val="0"/>
          <w:color w:val="22201D"/>
          <w:sz w:val="20"/>
        </w:rPr>
        <w:t>This was how routes kept moving.</w:t>
      </w:r>
    </w:p>
    <w:p>
      <w:pPr>
        <w:spacing w:after="60" w:line="266" w:lineRule="auto"/>
        <w:ind w:firstLine="331"/>
        <w:jc w:val="both"/>
      </w:pPr>
      <w:r>
        <w:rPr>
          <w:rFonts w:ascii="Georgia" w:hAnsi="Georgia"/>
          <w:b w:val="0"/>
          <w:i w:val="0"/>
          <w:color w:val="22201D"/>
          <w:sz w:val="20"/>
        </w:rPr>
        <w:t>They accepted partial honesty as fuel and charged the rest at the next stop.</w:t>
      </w:r>
    </w:p>
    <w:p>
      <w:pPr>
        <w:spacing w:after="60" w:line="266" w:lineRule="auto"/>
        <w:ind w:firstLine="331"/>
        <w:jc w:val="both"/>
      </w:pPr>
      <w:r>
        <w:rPr>
          <w:rFonts w:ascii="Georgia" w:hAnsi="Georgia"/>
          <w:b w:val="0"/>
          <w:i w:val="0"/>
          <w:color w:val="22201D"/>
          <w:sz w:val="20"/>
        </w:rPr>
        <w:t>Flocc climbed in beside him.</w:t>
      </w:r>
    </w:p>
    <w:p>
      <w:pPr>
        <w:spacing w:after="60" w:line="266" w:lineRule="auto"/>
        <w:ind w:firstLine="331"/>
        <w:jc w:val="both"/>
      </w:pPr>
      <w:r>
        <w:rPr>
          <w:rFonts w:ascii="Georgia" w:hAnsi="Georgia"/>
          <w:b w:val="0"/>
          <w:i w:val="0"/>
          <w:color w:val="22201D"/>
          <w:sz w:val="20"/>
        </w:rPr>
        <w:t>He placed the laminated menu key on the dash.</w:t>
      </w:r>
    </w:p>
    <w:p>
      <w:pPr>
        <w:spacing w:after="60" w:line="266" w:lineRule="auto"/>
        <w:ind w:firstLine="331"/>
        <w:jc w:val="both"/>
      </w:pPr>
      <w:r>
        <w:rPr>
          <w:rFonts w:ascii="Georgia" w:hAnsi="Georgia"/>
          <w:b w:val="0"/>
          <w:i w:val="0"/>
          <w:color w:val="22201D"/>
          <w:sz w:val="20"/>
        </w:rPr>
        <w:t>The printed lines changed while no one touched them:</w:t>
      </w:r>
    </w:p>
    <w:p>
      <w:pPr>
        <w:spacing w:after="60" w:line="250" w:lineRule="auto"/>
        <w:ind w:left="202" w:right="173"/>
      </w:pPr>
      <w:r>
        <w:rPr>
          <w:rFonts w:ascii="Georgia" w:hAnsi="Georgia"/>
          <w:b w:val="0"/>
          <w:i w:val="0"/>
          <w:color w:val="22201D"/>
          <w:sz w:val="17"/>
        </w:rPr>
        <w:t>SPOON RECEIPT ........ RETURN PAID TO CONTINUE INVOICE CORRECTION ... ACCEPT HELP</w:t>
      </w:r>
    </w:p>
    <w:p>
      <w:pPr>
        <w:spacing w:after="60" w:line="266" w:lineRule="auto"/>
        <w:ind w:firstLine="331"/>
        <w:jc w:val="both"/>
      </w:pPr>
      <w:r>
        <w:rPr>
          <w:rFonts w:ascii="Georgia" w:hAnsi="Georgia"/>
          <w:b w:val="0"/>
          <w:i w:val="0"/>
          <w:color w:val="22201D"/>
          <w:sz w:val="20"/>
        </w:rPr>
        <w:t>Under that:</w:t>
      </w:r>
    </w:p>
    <w:p>
      <w:pPr>
        <w:spacing w:after="60" w:line="250" w:lineRule="auto"/>
        <w:ind w:left="202" w:right="173"/>
      </w:pPr>
      <w:r>
        <w:rPr>
          <w:rFonts w:ascii="Georgia" w:hAnsi="Georgia"/>
          <w:b w:val="0"/>
          <w:i w:val="0"/>
          <w:color w:val="22201D"/>
          <w:sz w:val="17"/>
        </w:rPr>
        <w:t>NEXT: TUESDAY DELIVERS BOB</w:t>
      </w:r>
    </w:p>
    <w:p>
      <w:pPr>
        <w:spacing w:after="60" w:line="266" w:lineRule="auto"/>
        <w:ind w:firstLine="331"/>
        <w:jc w:val="both"/>
      </w:pPr>
      <w:r>
        <w:rPr>
          <w:rFonts w:ascii="Georgia" w:hAnsi="Georgia"/>
          <w:b w:val="0"/>
          <w:i w:val="0"/>
          <w:color w:val="22201D"/>
          <w:sz w:val="20"/>
        </w:rPr>
        <w:t>Nico climbed into the back.</w:t>
      </w:r>
    </w:p>
    <w:p>
      <w:pPr>
        <w:spacing w:after="60" w:line="266" w:lineRule="auto"/>
        <w:ind w:firstLine="331"/>
        <w:jc w:val="both"/>
      </w:pPr>
      <w:r>
        <w:rPr>
          <w:rFonts w:ascii="Georgia" w:hAnsi="Georgia"/>
          <w:b w:val="0"/>
          <w:i w:val="0"/>
          <w:color w:val="22201D"/>
          <w:sz w:val="20"/>
        </w:rPr>
        <w:t>"Does anyone else feel like the truck just became a waiting room?"</w:t>
      </w:r>
    </w:p>
    <w:p>
      <w:pPr>
        <w:spacing w:after="60" w:line="266" w:lineRule="auto"/>
        <w:ind w:firstLine="331"/>
        <w:jc w:val="both"/>
      </w:pPr>
      <w:r>
        <w:rPr>
          <w:rFonts w:ascii="Georgia" w:hAnsi="Georgia"/>
          <w:b w:val="0"/>
          <w:i w:val="0"/>
          <w:color w:val="22201D"/>
          <w:sz w:val="20"/>
        </w:rPr>
        <w:t>"It has always been a waiting room," Steve said.</w:t>
      </w:r>
    </w:p>
    <w:p>
      <w:pPr>
        <w:spacing w:after="60" w:line="266" w:lineRule="auto"/>
        <w:ind w:firstLine="331"/>
        <w:jc w:val="both"/>
      </w:pPr>
      <w:r>
        <w:rPr>
          <w:rFonts w:ascii="Georgia" w:hAnsi="Georgia"/>
          <w:b w:val="0"/>
          <w:i w:val="0"/>
          <w:color w:val="22201D"/>
          <w:sz w:val="20"/>
        </w:rPr>
        <w:t>Gerald shut the cargo door.</w:t>
      </w:r>
    </w:p>
    <w:p>
      <w:pPr>
        <w:spacing w:after="60" w:line="266" w:lineRule="auto"/>
        <w:ind w:firstLine="331"/>
        <w:jc w:val="both"/>
      </w:pPr>
      <w:r>
        <w:rPr>
          <w:rFonts w:ascii="Georgia" w:hAnsi="Georgia"/>
          <w:b w:val="0"/>
          <w:i w:val="0"/>
          <w:color w:val="22201D"/>
          <w:sz w:val="20"/>
        </w:rPr>
        <w:t>"Cargo stable. Documents less stable."</w:t>
      </w:r>
    </w:p>
    <w:p>
      <w:pPr>
        <w:spacing w:after="60" w:line="266" w:lineRule="auto"/>
        <w:ind w:firstLine="331"/>
        <w:jc w:val="both"/>
      </w:pPr>
      <w:r>
        <w:rPr>
          <w:rFonts w:ascii="Georgia" w:hAnsi="Georgia"/>
          <w:b w:val="0"/>
          <w:i w:val="0"/>
          <w:color w:val="22201D"/>
          <w:sz w:val="20"/>
        </w:rPr>
        <w:t>Bob started to pull away from the commissary.</w:t>
      </w:r>
    </w:p>
    <w:p>
      <w:pPr>
        <w:spacing w:after="60" w:line="266" w:lineRule="auto"/>
        <w:ind w:firstLine="331"/>
        <w:jc w:val="both"/>
      </w:pPr>
      <w:r>
        <w:rPr>
          <w:rFonts w:ascii="Georgia" w:hAnsi="Georgia"/>
          <w:b w:val="0"/>
          <w:i w:val="0"/>
          <w:color w:val="22201D"/>
          <w:sz w:val="20"/>
        </w:rPr>
        <w:t>The woman in the red scarf stood by the rear service door.</w:t>
      </w:r>
    </w:p>
    <w:p>
      <w:pPr>
        <w:spacing w:after="60" w:line="266" w:lineRule="auto"/>
        <w:ind w:firstLine="331"/>
        <w:jc w:val="both"/>
      </w:pPr>
      <w:r>
        <w:rPr>
          <w:rFonts w:ascii="Georgia" w:hAnsi="Georgia"/>
          <w:b w:val="0"/>
          <w:i w:val="0"/>
          <w:color w:val="22201D"/>
          <w:sz w:val="20"/>
        </w:rPr>
        <w:t>She did not wave.</w:t>
      </w:r>
    </w:p>
    <w:p>
      <w:pPr>
        <w:spacing w:after="60" w:line="266" w:lineRule="auto"/>
        <w:ind w:firstLine="331"/>
        <w:jc w:val="both"/>
      </w:pPr>
      <w:r>
        <w:rPr>
          <w:rFonts w:ascii="Georgia" w:hAnsi="Georgia"/>
          <w:b w:val="0"/>
          <w:i w:val="0"/>
          <w:color w:val="22201D"/>
          <w:sz w:val="20"/>
        </w:rPr>
        <w:t>Neither did Bob.</w:t>
      </w:r>
    </w:p>
    <w:p>
      <w:pPr>
        <w:spacing w:after="60" w:line="266" w:lineRule="auto"/>
        <w:ind w:firstLine="331"/>
        <w:jc w:val="both"/>
      </w:pPr>
      <w:r>
        <w:rPr>
          <w:rFonts w:ascii="Georgia" w:hAnsi="Georgia"/>
          <w:b w:val="0"/>
          <w:i w:val="0"/>
          <w:color w:val="22201D"/>
          <w:sz w:val="20"/>
        </w:rPr>
        <w:t>As they passed the chain-link fence, the spoon knocked once from inside his pocket.</w:t>
      </w:r>
    </w:p>
    <w:p>
      <w:pPr>
        <w:spacing w:after="60" w:line="266" w:lineRule="auto"/>
        <w:ind w:firstLine="331"/>
        <w:jc w:val="both"/>
      </w:pPr>
      <w:r>
        <w:rPr>
          <w:rFonts w:ascii="Georgia" w:hAnsi="Georgia"/>
          <w:b w:val="0"/>
          <w:i w:val="0"/>
          <w:color w:val="22201D"/>
          <w:sz w:val="20"/>
        </w:rPr>
        <w:t>Bob kept both hands on the wheel.</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Flocc looked at the menu key.</w:t>
      </w:r>
    </w:p>
    <w:p>
      <w:pPr>
        <w:spacing w:after="60" w:line="266" w:lineRule="auto"/>
        <w:ind w:firstLine="331"/>
        <w:jc w:val="both"/>
      </w:pPr>
      <w:r>
        <w:rPr>
          <w:rFonts w:ascii="Georgia" w:hAnsi="Georgia"/>
          <w:b w:val="0"/>
          <w:i w:val="0"/>
          <w:color w:val="22201D"/>
          <w:sz w:val="20"/>
        </w:rPr>
        <w:t>"It may want to point."</w:t>
      </w:r>
    </w:p>
    <w:p>
      <w:pPr>
        <w:spacing w:after="60" w:line="266" w:lineRule="auto"/>
        <w:ind w:firstLine="331"/>
        <w:jc w:val="both"/>
      </w:pPr>
      <w:r>
        <w:rPr>
          <w:rFonts w:ascii="Georgia" w:hAnsi="Georgia"/>
          <w:b w:val="0"/>
          <w:i w:val="0"/>
          <w:color w:val="22201D"/>
          <w:sz w:val="20"/>
        </w:rPr>
        <w:t>"It can wait."</w:t>
      </w:r>
    </w:p>
    <w:p>
      <w:pPr>
        <w:spacing w:after="60" w:line="266" w:lineRule="auto"/>
        <w:ind w:firstLine="331"/>
        <w:jc w:val="both"/>
      </w:pPr>
      <w:r>
        <w:rPr>
          <w:rFonts w:ascii="Georgia" w:hAnsi="Georgia"/>
          <w:b w:val="0"/>
          <w:i w:val="0"/>
          <w:color w:val="22201D"/>
          <w:sz w:val="20"/>
        </w:rPr>
        <w:t>The spoon knocked again.</w:t>
      </w:r>
    </w:p>
    <w:p>
      <w:pPr>
        <w:spacing w:after="60" w:line="266" w:lineRule="auto"/>
        <w:ind w:firstLine="331"/>
        <w:jc w:val="both"/>
      </w:pPr>
      <w:r>
        <w:rPr>
          <w:rFonts w:ascii="Georgia" w:hAnsi="Georgia"/>
          <w:b w:val="0"/>
          <w:i w:val="0"/>
          <w:color w:val="22201D"/>
          <w:sz w:val="20"/>
        </w:rPr>
        <w:t>Nico leaned forward.</w:t>
      </w:r>
    </w:p>
    <w:p>
      <w:pPr>
        <w:spacing w:after="60" w:line="266" w:lineRule="auto"/>
        <w:ind w:firstLine="331"/>
        <w:jc w:val="both"/>
      </w:pPr>
      <w:r>
        <w:rPr>
          <w:rFonts w:ascii="Georgia" w:hAnsi="Georgia"/>
          <w:b w:val="0"/>
          <w:i w:val="0"/>
          <w:color w:val="22201D"/>
          <w:sz w:val="20"/>
        </w:rPr>
        <w:t>"You cannot put the compass in your pocket and get mad that it has directions."</w:t>
      </w:r>
    </w:p>
    <w:p>
      <w:pPr>
        <w:spacing w:after="60" w:line="266" w:lineRule="auto"/>
        <w:ind w:firstLine="331"/>
        <w:jc w:val="both"/>
      </w:pPr>
      <w:r>
        <w:rPr>
          <w:rFonts w:ascii="Georgia" w:hAnsi="Georgia"/>
          <w:b w:val="0"/>
          <w:i w:val="0"/>
          <w:color w:val="22201D"/>
          <w:sz w:val="20"/>
        </w:rPr>
        <w:t>"Watch me."</w:t>
      </w:r>
    </w:p>
    <w:p>
      <w:pPr>
        <w:spacing w:after="60" w:line="266" w:lineRule="auto"/>
        <w:ind w:firstLine="331"/>
        <w:jc w:val="both"/>
      </w:pPr>
      <w:r>
        <w:rPr>
          <w:rFonts w:ascii="Georgia" w:hAnsi="Georgia"/>
          <w:b w:val="0"/>
          <w:i w:val="0"/>
          <w:color w:val="22201D"/>
          <w:sz w:val="20"/>
        </w:rPr>
        <w:t>But Bob pulled the spoon out at the stop sign.</w:t>
      </w:r>
    </w:p>
    <w:p>
      <w:pPr>
        <w:spacing w:after="60" w:line="266" w:lineRule="auto"/>
        <w:ind w:firstLine="331"/>
        <w:jc w:val="both"/>
      </w:pPr>
      <w:r>
        <w:rPr>
          <w:rFonts w:ascii="Georgia" w:hAnsi="Georgia"/>
          <w:b w:val="0"/>
          <w:i w:val="0"/>
          <w:color w:val="22201D"/>
          <w:sz w:val="20"/>
        </w:rPr>
        <w:t>It pointed not back this time, not toward the commissary, not toward the private road.</w:t>
      </w:r>
    </w:p>
    <w:p>
      <w:pPr>
        <w:spacing w:after="60" w:line="266" w:lineRule="auto"/>
        <w:ind w:firstLine="331"/>
        <w:jc w:val="both"/>
      </w:pPr>
      <w:r>
        <w:rPr>
          <w:rFonts w:ascii="Georgia" w:hAnsi="Georgia"/>
          <w:b w:val="0"/>
          <w:i w:val="0"/>
          <w:color w:val="22201D"/>
          <w:sz w:val="20"/>
        </w:rPr>
        <w:t>It pointed down.</w:t>
      </w:r>
    </w:p>
    <w:p>
      <w:pPr>
        <w:spacing w:after="60" w:line="266" w:lineRule="auto"/>
        <w:ind w:firstLine="331"/>
        <w:jc w:val="both"/>
      </w:pPr>
      <w:r>
        <w:rPr>
          <w:rFonts w:ascii="Georgia" w:hAnsi="Georgia"/>
          <w:b w:val="0"/>
          <w:i w:val="0"/>
          <w:color w:val="22201D"/>
          <w:sz w:val="20"/>
        </w:rPr>
        <w:t>Toward the lockbox under Bob's seat.</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 stop sign held them in place with the authority of ordinary law, which was almost refreshing.</w:t>
      </w:r>
    </w:p>
    <w:p>
      <w:pPr>
        <w:spacing w:after="60" w:line="266" w:lineRule="auto"/>
        <w:ind w:firstLine="331"/>
        <w:jc w:val="both"/>
      </w:pPr>
      <w:r>
        <w:rPr>
          <w:rFonts w:ascii="Georgia" w:hAnsi="Georgia"/>
          <w:b w:val="0"/>
          <w:i w:val="0"/>
          <w:color w:val="22201D"/>
          <w:sz w:val="20"/>
        </w:rPr>
        <w:t>Bob stared through the windshield.</w:t>
      </w:r>
    </w:p>
    <w:p>
      <w:pPr>
        <w:spacing w:after="60" w:line="266" w:lineRule="auto"/>
        <w:ind w:firstLine="331"/>
        <w:jc w:val="both"/>
      </w:pPr>
      <w:r>
        <w:rPr>
          <w:rFonts w:ascii="Georgia" w:hAnsi="Georgia"/>
          <w:b w:val="0"/>
          <w:i w:val="0"/>
          <w:color w:val="22201D"/>
          <w:sz w:val="20"/>
        </w:rPr>
        <w:t>Tuesday sat somewhere ahead, not as a date but as a delivery condition.</w:t>
      </w:r>
    </w:p>
    <w:p>
      <w:pPr>
        <w:spacing w:after="60" w:line="266" w:lineRule="auto"/>
        <w:ind w:firstLine="331"/>
        <w:jc w:val="both"/>
      </w:pPr>
      <w:r>
        <w:rPr>
          <w:rFonts w:ascii="Georgia" w:hAnsi="Georgia"/>
          <w:b w:val="0"/>
          <w:i w:val="0"/>
          <w:color w:val="22201D"/>
          <w:sz w:val="20"/>
        </w:rPr>
        <w:t>The invoice correction waited in a line he had not wanted to read.</w:t>
      </w:r>
    </w:p>
    <w:p>
      <w:pPr>
        <w:spacing w:after="60" w:line="266" w:lineRule="auto"/>
        <w:ind w:firstLine="331"/>
        <w:jc w:val="both"/>
      </w:pPr>
      <w:r>
        <w:rPr>
          <w:rFonts w:ascii="Georgia" w:hAnsi="Georgia"/>
          <w:b w:val="0"/>
          <w:i w:val="0"/>
          <w:color w:val="22201D"/>
          <w:sz w:val="20"/>
        </w:rPr>
        <w:t>Accept help.</w:t>
      </w:r>
    </w:p>
    <w:p>
      <w:pPr>
        <w:spacing w:after="60" w:line="266" w:lineRule="auto"/>
        <w:ind w:firstLine="331"/>
        <w:jc w:val="both"/>
      </w:pPr>
      <w:r>
        <w:rPr>
          <w:rFonts w:ascii="Georgia" w:hAnsi="Georgia"/>
          <w:b w:val="0"/>
          <w:i w:val="0"/>
          <w:color w:val="22201D"/>
          <w:sz w:val="20"/>
        </w:rPr>
        <w:t>Of all the prices the route could have charged, it had chosen the one Bob trusted least.</w:t>
      </w:r>
    </w:p>
    <w:p>
      <w:pPr>
        <w:spacing w:after="60" w:line="266" w:lineRule="auto"/>
        <w:ind w:firstLine="331"/>
        <w:jc w:val="both"/>
      </w:pPr>
      <w:r>
        <w:rPr>
          <w:rFonts w:ascii="Georgia" w:hAnsi="Georgia"/>
          <w:b w:val="0"/>
          <w:i w:val="0"/>
          <w:color w:val="22201D"/>
          <w:sz w:val="20"/>
        </w:rPr>
        <w:t>He put the spoon in the cup holder.</w:t>
      </w:r>
    </w:p>
    <w:p>
      <w:pPr>
        <w:spacing w:after="60" w:line="266" w:lineRule="auto"/>
        <w:ind w:firstLine="331"/>
        <w:jc w:val="both"/>
      </w:pPr>
      <w:r>
        <w:rPr>
          <w:rFonts w:ascii="Georgia" w:hAnsi="Georgia"/>
          <w:b w:val="0"/>
          <w:i w:val="0"/>
          <w:color w:val="22201D"/>
          <w:sz w:val="20"/>
        </w:rPr>
        <w:t>It did not move.</w:t>
      </w:r>
    </w:p>
    <w:p>
      <w:pPr>
        <w:spacing w:after="60" w:line="266" w:lineRule="auto"/>
        <w:ind w:firstLine="331"/>
        <w:jc w:val="both"/>
      </w:pPr>
      <w:r>
        <w:rPr>
          <w:rFonts w:ascii="Georgia" w:hAnsi="Georgia"/>
          <w:b w:val="0"/>
          <w:i w:val="0"/>
          <w:color w:val="22201D"/>
          <w:sz w:val="20"/>
        </w:rPr>
        <w:t>That was worse than pointing.</w:t>
      </w:r>
    </w:p>
    <w:p>
      <w:pPr>
        <w:spacing w:after="60" w:line="266" w:lineRule="auto"/>
        <w:ind w:firstLine="331"/>
        <w:jc w:val="both"/>
      </w:pPr>
      <w:r>
        <w:rPr>
          <w:rFonts w:ascii="Georgia" w:hAnsi="Georgia"/>
          <w:b w:val="0"/>
          <w:i w:val="0"/>
          <w:color w:val="22201D"/>
          <w:sz w:val="20"/>
        </w:rPr>
        <w:t>Bob turned left.</w:t>
      </w:r>
    </w:p>
    <w:p>
      <w:pPr>
        <w:spacing w:after="60" w:line="266" w:lineRule="auto"/>
        <w:ind w:firstLine="331"/>
        <w:jc w:val="both"/>
      </w:pPr>
      <w:r>
        <w:rPr>
          <w:rFonts w:ascii="Georgia" w:hAnsi="Georgia"/>
          <w:b w:val="0"/>
          <w:i w:val="0"/>
          <w:color w:val="22201D"/>
          <w:sz w:val="20"/>
        </w:rPr>
        <w:t>The route allowed it.</w:t>
      </w:r>
    </w:p>
    <w:p>
      <w:pPr>
        <w:spacing w:after="60" w:line="266" w:lineRule="auto"/>
        <w:ind w:firstLine="331"/>
        <w:jc w:val="both"/>
      </w:pPr>
      <w:r>
        <w:rPr>
          <w:rFonts w:ascii="Georgia" w:hAnsi="Georgia"/>
          <w:b w:val="0"/>
          <w:i w:val="0"/>
          <w:color w:val="22201D"/>
          <w:sz w:val="20"/>
        </w:rPr>
        <w:t>Behind them, the old Laurel Commissary disappeared behind the warehouses and the sign whose lawyer still had a phone number.</w:t>
      </w:r>
    </w:p>
    <w:p>
      <w:pPr>
        <w:spacing w:after="60" w:line="266" w:lineRule="auto"/>
        <w:ind w:firstLine="331"/>
        <w:jc w:val="both"/>
      </w:pPr>
      <w:r>
        <w:rPr>
          <w:rFonts w:ascii="Georgia" w:hAnsi="Georgia"/>
          <w:b w:val="0"/>
          <w:i w:val="0"/>
          <w:color w:val="22201D"/>
          <w:sz w:val="20"/>
        </w:rPr>
        <w:t>Ahead, the road flattened into afternoon.</w:t>
      </w:r>
    </w:p>
    <w:p>
      <w:pPr>
        <w:spacing w:after="60" w:line="266" w:lineRule="auto"/>
        <w:ind w:firstLine="331"/>
        <w:jc w:val="both"/>
      </w:pPr>
      <w:r>
        <w:rPr>
          <w:rFonts w:ascii="Georgia" w:hAnsi="Georgia"/>
          <w:b w:val="0"/>
          <w:i w:val="0"/>
          <w:color w:val="22201D"/>
          <w:sz w:val="20"/>
        </w:rPr>
        <w:t>The menu key held its next instruction without apology.</w:t>
      </w:r>
    </w:p>
    <w:p>
      <w:pPr>
        <w:spacing w:after="60" w:line="250" w:lineRule="auto"/>
        <w:ind w:left="202" w:right="173"/>
      </w:pPr>
      <w:r>
        <w:rPr>
          <w:rFonts w:ascii="Georgia" w:hAnsi="Georgia"/>
          <w:b w:val="0"/>
          <w:i w:val="0"/>
          <w:color w:val="22201D"/>
          <w:sz w:val="17"/>
        </w:rPr>
        <w:t>Tuesday Delivers Bob</w:t>
      </w:r>
    </w:p>
    <w:p>
      <w:pPr>
        <w:spacing w:after="60" w:line="266" w:lineRule="auto"/>
        <w:ind w:firstLine="331"/>
        <w:jc w:val="both"/>
      </w:pPr>
      <w:r>
        <w:rPr>
          <w:rFonts w:ascii="Georgia" w:hAnsi="Georgia"/>
          <w:b w:val="0"/>
          <w:i w:val="0"/>
          <w:color w:val="22201D"/>
          <w:sz w:val="20"/>
        </w:rPr>
        <w:t>The spoon receipt remained clipped to Gerald's board, its lower edge fluttering in the vent air like a small flag of surrendered avoidance.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Tuesday Delivers Bob</w:t>
      </w:r>
    </w:p>
    <w:p>
      <w:pPr>
        <w:spacing w:after="60" w:line="266" w:lineRule="auto"/>
        <w:ind w:firstLine="0"/>
        <w:jc w:val="both"/>
      </w:pPr>
      <w:r>
        <w:rPr>
          <w:rFonts w:ascii="Georgia" w:hAnsi="Georgia"/>
          <w:b w:val="0"/>
          <w:i w:val="0"/>
          <w:color w:val="22201D"/>
          <w:sz w:val="20"/>
        </w:rPr>
        <w:t>In which the driver becomes the item in transit, the invoice corrects a mistake without asking permission, and Bob pays the price of accepting help in the only currency Tuesday recognizes.</w:t>
      </w:r>
    </w:p>
    <w:p>
      <w:pPr>
        <w:spacing w:after="60" w:line="266" w:lineRule="auto"/>
        <w:ind w:firstLine="331"/>
        <w:jc w:val="both"/>
      </w:pPr>
      <w:r>
        <w:rPr>
          <w:rFonts w:ascii="Georgia" w:hAnsi="Georgia"/>
          <w:b w:val="0"/>
          <w:i w:val="0"/>
          <w:color w:val="22201D"/>
          <w:sz w:val="20"/>
        </w:rPr>
        <w:t>The lockbox did not rattle.</w:t>
      </w:r>
    </w:p>
    <w:p>
      <w:pPr>
        <w:spacing w:after="60" w:line="266" w:lineRule="auto"/>
        <w:ind w:firstLine="331"/>
        <w:jc w:val="both"/>
      </w:pPr>
      <w:r>
        <w:rPr>
          <w:rFonts w:ascii="Georgia" w:hAnsi="Georgia"/>
          <w:b w:val="0"/>
          <w:i w:val="0"/>
          <w:color w:val="22201D"/>
          <w:sz w:val="20"/>
        </w:rPr>
        <w:t>This was inconsiderate.</w:t>
      </w:r>
    </w:p>
    <w:p>
      <w:pPr>
        <w:spacing w:after="60" w:line="266" w:lineRule="auto"/>
        <w:ind w:firstLine="331"/>
        <w:jc w:val="both"/>
      </w:pPr>
      <w:r>
        <w:rPr>
          <w:rFonts w:ascii="Georgia" w:hAnsi="Georgia"/>
          <w:b w:val="0"/>
          <w:i w:val="0"/>
          <w:color w:val="22201D"/>
          <w:sz w:val="20"/>
        </w:rPr>
        <w:t>Bob preferred problems that announced themselves by sound.</w:t>
      </w:r>
    </w:p>
    <w:p>
      <w:pPr>
        <w:spacing w:after="60" w:line="266" w:lineRule="auto"/>
        <w:ind w:firstLine="331"/>
        <w:jc w:val="both"/>
      </w:pPr>
      <w:r>
        <w:rPr>
          <w:rFonts w:ascii="Georgia" w:hAnsi="Georgia"/>
          <w:b w:val="0"/>
          <w:i w:val="0"/>
          <w:color w:val="22201D"/>
          <w:sz w:val="20"/>
        </w:rPr>
        <w:t>A loose belt squealed.</w:t>
      </w:r>
    </w:p>
    <w:p>
      <w:pPr>
        <w:spacing w:after="60" w:line="266" w:lineRule="auto"/>
        <w:ind w:firstLine="331"/>
        <w:jc w:val="both"/>
      </w:pPr>
      <w:r>
        <w:rPr>
          <w:rFonts w:ascii="Georgia" w:hAnsi="Georgia"/>
          <w:b w:val="0"/>
          <w:i w:val="0"/>
          <w:color w:val="22201D"/>
          <w:sz w:val="20"/>
        </w:rPr>
        <w:t>A bad bearing complained.</w:t>
      </w:r>
    </w:p>
    <w:p>
      <w:pPr>
        <w:spacing w:after="60" w:line="266" w:lineRule="auto"/>
        <w:ind w:firstLine="331"/>
        <w:jc w:val="both"/>
      </w:pPr>
      <w:r>
        <w:rPr>
          <w:rFonts w:ascii="Georgia" w:hAnsi="Georgia"/>
          <w:b w:val="0"/>
          <w:i w:val="0"/>
          <w:color w:val="22201D"/>
          <w:sz w:val="20"/>
        </w:rPr>
        <w:t>A crate shifted.</w:t>
      </w:r>
    </w:p>
    <w:p>
      <w:pPr>
        <w:spacing w:after="60" w:line="266" w:lineRule="auto"/>
        <w:ind w:firstLine="331"/>
        <w:jc w:val="both"/>
      </w:pPr>
      <w:r>
        <w:rPr>
          <w:rFonts w:ascii="Georgia" w:hAnsi="Georgia"/>
          <w:b w:val="0"/>
          <w:i w:val="0"/>
          <w:color w:val="22201D"/>
          <w:sz w:val="20"/>
        </w:rPr>
        <w:t>A person who needed help said nothing and became the hardest cargo in the vehicle.</w:t>
      </w:r>
    </w:p>
    <w:p>
      <w:pPr>
        <w:spacing w:after="60" w:line="266" w:lineRule="auto"/>
        <w:ind w:firstLine="331"/>
        <w:jc w:val="both"/>
      </w:pPr>
      <w:r>
        <w:rPr>
          <w:rFonts w:ascii="Georgia" w:hAnsi="Georgia"/>
          <w:b w:val="0"/>
          <w:i w:val="0"/>
          <w:color w:val="22201D"/>
          <w:sz w:val="20"/>
        </w:rPr>
        <w:t>The lockbox sat under the driver's seat with the silence of an object that knew it had been found before and ignored professionally.</w:t>
      </w:r>
    </w:p>
    <w:p>
      <w:pPr>
        <w:spacing w:after="60" w:line="266" w:lineRule="auto"/>
        <w:ind w:firstLine="331"/>
        <w:jc w:val="both"/>
      </w:pPr>
      <w:r>
        <w:rPr>
          <w:rFonts w:ascii="Georgia" w:hAnsi="Georgia"/>
          <w:b w:val="0"/>
          <w:i w:val="0"/>
          <w:color w:val="22201D"/>
          <w:sz w:val="20"/>
        </w:rPr>
        <w:t>The spoon in the cup holder pointed down at it.</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Not accusingly.</w:t>
      </w:r>
    </w:p>
    <w:p>
      <w:pPr>
        <w:spacing w:after="60" w:line="266" w:lineRule="auto"/>
        <w:ind w:firstLine="331"/>
        <w:jc w:val="both"/>
      </w:pPr>
      <w:r>
        <w:rPr>
          <w:rFonts w:ascii="Georgia" w:hAnsi="Georgia"/>
          <w:b w:val="0"/>
          <w:i w:val="0"/>
          <w:color w:val="22201D"/>
          <w:sz w:val="20"/>
        </w:rPr>
        <w:t>Down.</w:t>
      </w:r>
    </w:p>
    <w:p>
      <w:pPr>
        <w:spacing w:after="60" w:line="266" w:lineRule="auto"/>
        <w:ind w:firstLine="331"/>
        <w:jc w:val="both"/>
      </w:pPr>
      <w:r>
        <w:rPr>
          <w:rFonts w:ascii="Georgia" w:hAnsi="Georgia"/>
          <w:b w:val="0"/>
          <w:i w:val="0"/>
          <w:color w:val="22201D"/>
          <w:sz w:val="20"/>
        </w:rPr>
        <w:t>Gerald sat behind Bob with the clipboard on his knees and the spoon receipt clipped above the route sheets.</w:t>
      </w:r>
    </w:p>
    <w:p>
      <w:pPr>
        <w:spacing w:after="60" w:line="266" w:lineRule="auto"/>
        <w:ind w:firstLine="331"/>
        <w:jc w:val="both"/>
      </w:pPr>
      <w:r>
        <w:rPr>
          <w:rFonts w:ascii="Georgia" w:hAnsi="Georgia"/>
          <w:b w:val="0"/>
          <w:i w:val="0"/>
          <w:color w:val="22201D"/>
          <w:sz w:val="20"/>
        </w:rPr>
        <w:t>Flocc held the laminated menu key flat against his palms.</w:t>
      </w:r>
    </w:p>
    <w:p>
      <w:pPr>
        <w:spacing w:after="60" w:line="266" w:lineRule="auto"/>
        <w:ind w:firstLine="331"/>
        <w:jc w:val="both"/>
      </w:pPr>
      <w:r>
        <w:rPr>
          <w:rFonts w:ascii="Georgia" w:hAnsi="Georgia"/>
          <w:b w:val="0"/>
          <w:i w:val="0"/>
          <w:color w:val="22201D"/>
          <w:sz w:val="20"/>
        </w:rPr>
        <w:t>Steve had put his phone away after the commissary and was now looking out the side window at warehouses sliding past like sentences removed from a letter.</w:t>
      </w:r>
    </w:p>
    <w:p>
      <w:pPr>
        <w:spacing w:after="60" w:line="266" w:lineRule="auto"/>
        <w:ind w:firstLine="331"/>
        <w:jc w:val="both"/>
      </w:pPr>
      <w:r>
        <w:rPr>
          <w:rFonts w:ascii="Georgia" w:hAnsi="Georgia"/>
          <w:b w:val="0"/>
          <w:i w:val="0"/>
          <w:color w:val="22201D"/>
          <w:sz w:val="20"/>
        </w:rPr>
        <w:t>Nico sat with one boot braced against the floor and the other swinging carefully so it did not kick anything that might become significant.</w:t>
      </w:r>
    </w:p>
    <w:p>
      <w:pPr>
        <w:spacing w:after="60" w:line="266" w:lineRule="auto"/>
        <w:ind w:firstLine="331"/>
        <w:jc w:val="both"/>
      </w:pPr>
      <w:r>
        <w:rPr>
          <w:rFonts w:ascii="Georgia" w:hAnsi="Georgia"/>
          <w:b w:val="0"/>
          <w:i w:val="0"/>
          <w:color w:val="22201D"/>
          <w:sz w:val="20"/>
        </w:rPr>
        <w:t>The truck followed the road out of Old Laurel.</w:t>
      </w:r>
    </w:p>
    <w:p>
      <w:pPr>
        <w:spacing w:after="60" w:line="266" w:lineRule="auto"/>
        <w:ind w:firstLine="331"/>
        <w:jc w:val="both"/>
      </w:pPr>
      <w:r>
        <w:rPr>
          <w:rFonts w:ascii="Georgia" w:hAnsi="Georgia"/>
          <w:b w:val="0"/>
          <w:i w:val="0"/>
          <w:color w:val="22201D"/>
          <w:sz w:val="20"/>
        </w:rPr>
        <w:t>The afternoon did not look like Tuesday.</w:t>
      </w:r>
    </w:p>
    <w:p>
      <w:pPr>
        <w:spacing w:after="60" w:line="266" w:lineRule="auto"/>
        <w:ind w:firstLine="331"/>
        <w:jc w:val="both"/>
      </w:pPr>
      <w:r>
        <w:rPr>
          <w:rFonts w:ascii="Georgia" w:hAnsi="Georgia"/>
          <w:b w:val="0"/>
          <w:i w:val="0"/>
          <w:color w:val="22201D"/>
          <w:sz w:val="20"/>
        </w:rPr>
        <w:t>This meant nothing.</w:t>
      </w:r>
    </w:p>
    <w:p>
      <w:pPr>
        <w:spacing w:after="60" w:line="266" w:lineRule="auto"/>
        <w:ind w:firstLine="331"/>
        <w:jc w:val="both"/>
      </w:pPr>
      <w:r>
        <w:rPr>
          <w:rFonts w:ascii="Georgia" w:hAnsi="Georgia"/>
          <w:b w:val="0"/>
          <w:i w:val="0"/>
          <w:color w:val="22201D"/>
          <w:sz w:val="20"/>
        </w:rPr>
        <w:t>Tuesday had never cared what it looked like.</w:t>
      </w:r>
    </w:p>
    <w:p>
      <w:pPr>
        <w:spacing w:after="60" w:line="266" w:lineRule="auto"/>
        <w:ind w:firstLine="331"/>
        <w:jc w:val="both"/>
      </w:pPr>
      <w:r>
        <w:rPr>
          <w:rFonts w:ascii="Georgia" w:hAnsi="Georgia"/>
          <w:b w:val="0"/>
          <w:i w:val="0"/>
          <w:color w:val="22201D"/>
          <w:sz w:val="20"/>
        </w:rPr>
        <w:t>Bob checked the mirror.</w:t>
      </w:r>
    </w:p>
    <w:p>
      <w:pPr>
        <w:spacing w:after="60" w:line="266" w:lineRule="auto"/>
        <w:ind w:firstLine="331"/>
        <w:jc w:val="both"/>
      </w:pPr>
      <w:r>
        <w:rPr>
          <w:rFonts w:ascii="Georgia" w:hAnsi="Georgia"/>
          <w:b w:val="0"/>
          <w:i w:val="0"/>
          <w:color w:val="22201D"/>
          <w:sz w:val="20"/>
        </w:rPr>
        <w:t>"Cargo?"</w:t>
      </w:r>
    </w:p>
    <w:p>
      <w:pPr>
        <w:spacing w:after="60" w:line="266" w:lineRule="auto"/>
        <w:ind w:firstLine="331"/>
        <w:jc w:val="both"/>
      </w:pPr>
      <w:r>
        <w:rPr>
          <w:rFonts w:ascii="Georgia" w:hAnsi="Georgia"/>
          <w:b w:val="0"/>
          <w:i w:val="0"/>
          <w:color w:val="22201D"/>
          <w:sz w:val="20"/>
        </w:rPr>
        <w:t>Gerald answered immediately.</w:t>
      </w:r>
    </w:p>
    <w:p>
      <w:pPr>
        <w:spacing w:after="60" w:line="266" w:lineRule="auto"/>
        <w:ind w:firstLine="331"/>
        <w:jc w:val="both"/>
      </w:pPr>
      <w:r>
        <w:rPr>
          <w:rFonts w:ascii="Georgia" w:hAnsi="Georgia"/>
          <w:b w:val="0"/>
          <w:i w:val="0"/>
          <w:color w:val="22201D"/>
          <w:sz w:val="20"/>
        </w:rPr>
        <w:t>"Stable."</w:t>
      </w:r>
    </w:p>
    <w:p>
      <w:pPr>
        <w:spacing w:after="60" w:line="266" w:lineRule="auto"/>
        <w:ind w:firstLine="331"/>
        <w:jc w:val="both"/>
      </w:pPr>
      <w:r>
        <w:rPr>
          <w:rFonts w:ascii="Georgia" w:hAnsi="Georgia"/>
          <w:b w:val="0"/>
          <w:i w:val="0"/>
          <w:color w:val="22201D"/>
          <w:sz w:val="20"/>
        </w:rPr>
        <w:t>"Time?"</w:t>
      </w:r>
    </w:p>
    <w:p>
      <w:pPr>
        <w:spacing w:after="60" w:line="266" w:lineRule="auto"/>
        <w:ind w:firstLine="331"/>
        <w:jc w:val="both"/>
      </w:pPr>
      <w:r>
        <w:rPr>
          <w:rFonts w:ascii="Georgia" w:hAnsi="Georgia"/>
          <w:b w:val="0"/>
          <w:i w:val="0"/>
          <w:color w:val="22201D"/>
          <w:sz w:val="20"/>
        </w:rPr>
        <w:t>"Bad."</w:t>
      </w:r>
    </w:p>
    <w:p>
      <w:pPr>
        <w:spacing w:after="60" w:line="266" w:lineRule="auto"/>
        <w:ind w:firstLine="331"/>
        <w:jc w:val="both"/>
      </w:pPr>
      <w:r>
        <w:rPr>
          <w:rFonts w:ascii="Georgia" w:hAnsi="Georgia"/>
          <w:b w:val="0"/>
          <w:i w:val="0"/>
          <w:color w:val="22201D"/>
          <w:sz w:val="20"/>
        </w:rPr>
        <w:t>"Useful bad or bad bad?"</w:t>
      </w:r>
    </w:p>
    <w:p>
      <w:pPr>
        <w:spacing w:after="60" w:line="266" w:lineRule="auto"/>
        <w:ind w:firstLine="331"/>
        <w:jc w:val="both"/>
      </w:pPr>
      <w:r>
        <w:rPr>
          <w:rFonts w:ascii="Georgia" w:hAnsi="Georgia"/>
          <w:b w:val="0"/>
          <w:i w:val="0"/>
          <w:color w:val="22201D"/>
          <w:sz w:val="20"/>
        </w:rPr>
        <w:t>Gerald looked at the top sheet.</w:t>
      </w:r>
    </w:p>
    <w:p>
      <w:pPr>
        <w:spacing w:after="60" w:line="266" w:lineRule="auto"/>
        <w:ind w:firstLine="331"/>
        <w:jc w:val="both"/>
      </w:pPr>
      <w:r>
        <w:rPr>
          <w:rFonts w:ascii="Georgia" w:hAnsi="Georgia"/>
          <w:b w:val="0"/>
          <w:i w:val="0"/>
          <w:color w:val="22201D"/>
          <w:sz w:val="20"/>
        </w:rPr>
        <w:t>"Structured bad."</w:t>
      </w:r>
    </w:p>
    <w:p>
      <w:pPr>
        <w:spacing w:after="60" w:line="266" w:lineRule="auto"/>
        <w:ind w:firstLine="331"/>
        <w:jc w:val="both"/>
      </w:pPr>
      <w:r>
        <w:rPr>
          <w:rFonts w:ascii="Georgia" w:hAnsi="Georgia"/>
          <w:b w:val="0"/>
          <w:i w:val="0"/>
          <w:color w:val="22201D"/>
          <w:sz w:val="20"/>
        </w:rPr>
        <w:t>"That is not a category."</w:t>
      </w:r>
    </w:p>
    <w:p>
      <w:pPr>
        <w:spacing w:after="60" w:line="266" w:lineRule="auto"/>
        <w:ind w:firstLine="331"/>
        <w:jc w:val="both"/>
      </w:pPr>
      <w:r>
        <w:rPr>
          <w:rFonts w:ascii="Georgia" w:hAnsi="Georgia"/>
          <w:b w:val="0"/>
          <w:i w:val="0"/>
          <w:color w:val="22201D"/>
          <w:sz w:val="20"/>
        </w:rPr>
        <w:t>"It is now."</w:t>
      </w:r>
    </w:p>
    <w:p>
      <w:pPr>
        <w:spacing w:after="60" w:line="266" w:lineRule="auto"/>
        <w:ind w:firstLine="331"/>
        <w:jc w:val="both"/>
      </w:pPr>
      <w:r>
        <w:rPr>
          <w:rFonts w:ascii="Georgia" w:hAnsi="Georgia"/>
          <w:b w:val="0"/>
          <w:i w:val="0"/>
          <w:color w:val="22201D"/>
          <w:sz w:val="20"/>
        </w:rPr>
        <w:t>The menu key clicked.</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The line that had read INVOICE CORRECTION ... ACCEPT HELP expanded into a box of fine print.</w:t>
      </w:r>
    </w:p>
    <w:p>
      <w:pPr>
        <w:spacing w:after="60" w:line="250" w:lineRule="auto"/>
        <w:ind w:left="202" w:right="173"/>
      </w:pPr>
      <w:r>
        <w:rPr>
          <w:rFonts w:ascii="Georgia" w:hAnsi="Georgia"/>
          <w:b w:val="0"/>
          <w:i w:val="0"/>
          <w:color w:val="22201D"/>
          <w:sz w:val="17"/>
        </w:rPr>
        <w:t>INVOICE CORRECTION Current consignee: ROUTE Incorrect carrier assumption: BOB DELIVERS ALL Corrected carrier state: BOB IS ALSO IN TRANSIT Price: ACCEPT HELP</w:t>
      </w:r>
    </w:p>
    <w:p>
      <w:pPr>
        <w:spacing w:after="60" w:line="266" w:lineRule="auto"/>
        <w:ind w:firstLine="331"/>
        <w:jc w:val="both"/>
      </w:pPr>
      <w:r>
        <w:rPr>
          <w:rFonts w:ascii="Georgia" w:hAnsi="Georgia"/>
          <w:b w:val="0"/>
          <w:i w:val="0"/>
          <w:color w:val="22201D"/>
          <w:sz w:val="20"/>
        </w:rPr>
        <w:t>Bob kept driving.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Nico raised one hand.</w:t>
      </w:r>
    </w:p>
    <w:p>
      <w:pPr>
        <w:spacing w:after="60" w:line="266" w:lineRule="auto"/>
        <w:ind w:firstLine="331"/>
        <w:jc w:val="both"/>
      </w:pPr>
      <w:r>
        <w:rPr>
          <w:rFonts w:ascii="Georgia" w:hAnsi="Georgia"/>
          <w:b w:val="0"/>
          <w:i w:val="0"/>
          <w:color w:val="22201D"/>
          <w:sz w:val="20"/>
        </w:rPr>
        <w:t>"Are we saying no to the document, the metaphysics, or the emotional implication?"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Steve murmured, "Efficient."</w:t>
      </w:r>
    </w:p>
    <w:p>
      <w:pPr>
        <w:spacing w:after="60" w:line="266" w:lineRule="auto"/>
        <w:ind w:firstLine="331"/>
        <w:jc w:val="both"/>
      </w:pPr>
      <w:r>
        <w:rPr>
          <w:rFonts w:ascii="Georgia" w:hAnsi="Georgia"/>
          <w:b w:val="0"/>
          <w:i w:val="0"/>
          <w:color w:val="22201D"/>
          <w:sz w:val="20"/>
        </w:rPr>
        <w:t>Flocc read the box again.</w:t>
      </w:r>
    </w:p>
    <w:p>
      <w:pPr>
        <w:spacing w:after="60" w:line="266" w:lineRule="auto"/>
        <w:ind w:firstLine="331"/>
        <w:jc w:val="both"/>
      </w:pPr>
      <w:r>
        <w:rPr>
          <w:rFonts w:ascii="Georgia" w:hAnsi="Georgia"/>
          <w:b w:val="0"/>
          <w:i w:val="0"/>
          <w:color w:val="22201D"/>
          <w:sz w:val="20"/>
        </w:rPr>
        <w:t>"It says carrier state."</w:t>
      </w:r>
    </w:p>
    <w:p>
      <w:pPr>
        <w:spacing w:after="60" w:line="266" w:lineRule="auto"/>
        <w:ind w:firstLine="331"/>
        <w:jc w:val="both"/>
      </w:pPr>
      <w:r>
        <w:rPr>
          <w:rFonts w:ascii="Georgia" w:hAnsi="Georgia"/>
          <w:b w:val="0"/>
          <w:i w:val="0"/>
          <w:color w:val="22201D"/>
          <w:sz w:val="20"/>
        </w:rPr>
        <w:t>"I heard it."</w:t>
      </w:r>
    </w:p>
    <w:p>
      <w:pPr>
        <w:spacing w:after="60" w:line="266" w:lineRule="auto"/>
        <w:ind w:firstLine="331"/>
        <w:jc w:val="both"/>
      </w:pPr>
      <w:r>
        <w:rPr>
          <w:rFonts w:ascii="Georgia" w:hAnsi="Georgia"/>
          <w:b w:val="0"/>
          <w:i w:val="0"/>
          <w:color w:val="22201D"/>
          <w:sz w:val="20"/>
        </w:rPr>
        <w:t>"That is paperwork language."</w:t>
      </w:r>
    </w:p>
    <w:p>
      <w:pPr>
        <w:spacing w:after="60" w:line="266" w:lineRule="auto"/>
        <w:ind w:firstLine="331"/>
        <w:jc w:val="both"/>
      </w:pPr>
      <w:r>
        <w:rPr>
          <w:rFonts w:ascii="Georgia" w:hAnsi="Georgia"/>
          <w:b w:val="0"/>
          <w:i w:val="0"/>
          <w:color w:val="22201D"/>
          <w:sz w:val="20"/>
        </w:rPr>
        <w:t>"I know paperwork."</w:t>
      </w:r>
    </w:p>
    <w:p>
      <w:pPr>
        <w:spacing w:after="60" w:line="266" w:lineRule="auto"/>
        <w:ind w:firstLine="331"/>
        <w:jc w:val="both"/>
      </w:pPr>
      <w:r>
        <w:rPr>
          <w:rFonts w:ascii="Georgia" w:hAnsi="Georgia"/>
          <w:b w:val="0"/>
          <w:i w:val="0"/>
          <w:color w:val="22201D"/>
          <w:sz w:val="20"/>
        </w:rPr>
        <w:t>"It says you are also in transit."</w:t>
      </w:r>
    </w:p>
    <w:p>
      <w:pPr>
        <w:spacing w:after="60" w:line="266" w:lineRule="auto"/>
        <w:ind w:firstLine="331"/>
        <w:jc w:val="both"/>
      </w:pPr>
      <w:r>
        <w:rPr>
          <w:rFonts w:ascii="Georgia" w:hAnsi="Georgia"/>
          <w:b w:val="0"/>
          <w:i w:val="0"/>
          <w:color w:val="22201D"/>
          <w:sz w:val="20"/>
        </w:rPr>
        <w:t>"Paperwork lies."</w:t>
      </w:r>
    </w:p>
    <w:p>
      <w:pPr>
        <w:spacing w:after="60" w:line="266" w:lineRule="auto"/>
        <w:ind w:firstLine="331"/>
        <w:jc w:val="both"/>
      </w:pPr>
      <w:r>
        <w:rPr>
          <w:rFonts w:ascii="Georgia" w:hAnsi="Georgia"/>
          <w:b w:val="0"/>
          <w:i w:val="0"/>
          <w:color w:val="22201D"/>
          <w:sz w:val="20"/>
        </w:rPr>
        <w:t>Gerald tapped the clipboard.</w:t>
      </w:r>
    </w:p>
    <w:p>
      <w:pPr>
        <w:spacing w:after="60" w:line="266" w:lineRule="auto"/>
        <w:ind w:firstLine="331"/>
        <w:jc w:val="both"/>
      </w:pPr>
      <w:r>
        <w:rPr>
          <w:rFonts w:ascii="Georgia" w:hAnsi="Georgia"/>
          <w:b w:val="0"/>
          <w:i w:val="0"/>
          <w:color w:val="22201D"/>
          <w:sz w:val="20"/>
        </w:rPr>
        <w:t>"Paperwork often misfiles. It rarely lies. Lying requires imagination."</w:t>
      </w:r>
    </w:p>
    <w:p>
      <w:pPr>
        <w:spacing w:after="60" w:line="266" w:lineRule="auto"/>
        <w:ind w:firstLine="331"/>
        <w:jc w:val="both"/>
      </w:pPr>
      <w:r>
        <w:rPr>
          <w:rFonts w:ascii="Georgia" w:hAnsi="Georgia"/>
          <w:b w:val="0"/>
          <w:i w:val="0"/>
          <w:color w:val="22201D"/>
          <w:sz w:val="20"/>
        </w:rPr>
        <w:t>Bob turned onto a road that should have taken them back toward the pantry district.</w:t>
      </w:r>
    </w:p>
    <w:p>
      <w:pPr>
        <w:spacing w:after="60" w:line="266" w:lineRule="auto"/>
        <w:ind w:firstLine="331"/>
        <w:jc w:val="both"/>
      </w:pPr>
      <w:r>
        <w:rPr>
          <w:rFonts w:ascii="Georgia" w:hAnsi="Georgia"/>
          <w:b w:val="0"/>
          <w:i w:val="0"/>
          <w:color w:val="22201D"/>
          <w:sz w:val="20"/>
        </w:rPr>
        <w:t>The truck turned.</w:t>
      </w:r>
    </w:p>
    <w:p>
      <w:pPr>
        <w:spacing w:after="60" w:line="266" w:lineRule="auto"/>
        <w:ind w:firstLine="331"/>
        <w:jc w:val="both"/>
      </w:pPr>
      <w:r>
        <w:rPr>
          <w:rFonts w:ascii="Georgia" w:hAnsi="Georgia"/>
          <w:b w:val="0"/>
          <w:i w:val="0"/>
          <w:color w:val="22201D"/>
          <w:sz w:val="20"/>
        </w:rPr>
        <w:t>The world did not.</w:t>
      </w:r>
    </w:p>
    <w:p>
      <w:pPr>
        <w:spacing w:after="60" w:line="266" w:lineRule="auto"/>
        <w:ind w:firstLine="331"/>
        <w:jc w:val="both"/>
      </w:pPr>
      <w:r>
        <w:rPr>
          <w:rFonts w:ascii="Georgia" w:hAnsi="Georgia"/>
          <w:b w:val="0"/>
          <w:i w:val="0"/>
          <w:color w:val="22201D"/>
          <w:sz w:val="20"/>
        </w:rPr>
        <w:t>For one clean second, the tires rolled, the engine pulled, the steering wheel held, and the road outside the windshield folded away from where the wheels had been aimed.</w:t>
      </w:r>
    </w:p>
    <w:p>
      <w:pPr>
        <w:spacing w:after="60" w:line="266" w:lineRule="auto"/>
        <w:ind w:firstLine="331"/>
        <w:jc w:val="both"/>
      </w:pPr>
      <w:r>
        <w:rPr>
          <w:rFonts w:ascii="Georgia" w:hAnsi="Georgia"/>
          <w:b w:val="0"/>
          <w:i w:val="0"/>
          <w:color w:val="22201D"/>
          <w:sz w:val="20"/>
        </w:rPr>
        <w:t>Then the truck was on a different street.</w:t>
      </w:r>
    </w:p>
    <w:p>
      <w:pPr>
        <w:spacing w:after="60" w:line="266" w:lineRule="auto"/>
        <w:ind w:firstLine="331"/>
        <w:jc w:val="both"/>
      </w:pPr>
      <w:r>
        <w:rPr>
          <w:rFonts w:ascii="Georgia" w:hAnsi="Georgia"/>
          <w:b w:val="0"/>
          <w:i w:val="0"/>
          <w:color w:val="22201D"/>
          <w:sz w:val="20"/>
        </w:rPr>
        <w:t>Bob braked.</w:t>
      </w:r>
    </w:p>
    <w:p>
      <w:pPr>
        <w:spacing w:after="60" w:line="266" w:lineRule="auto"/>
        <w:ind w:firstLine="331"/>
        <w:jc w:val="both"/>
      </w:pPr>
      <w:r>
        <w:rPr>
          <w:rFonts w:ascii="Georgia" w:hAnsi="Georgia"/>
          <w:b w:val="0"/>
          <w:i w:val="0"/>
          <w:color w:val="22201D"/>
          <w:sz w:val="20"/>
        </w:rPr>
        <w:t>Not hard enough to spill cargo.</w:t>
      </w:r>
    </w:p>
    <w:p>
      <w:pPr>
        <w:spacing w:after="60" w:line="266" w:lineRule="auto"/>
        <w:ind w:firstLine="331"/>
        <w:jc w:val="both"/>
      </w:pPr>
      <w:r>
        <w:rPr>
          <w:rFonts w:ascii="Georgia" w:hAnsi="Georgia"/>
          <w:b w:val="0"/>
          <w:i w:val="0"/>
          <w:color w:val="22201D"/>
          <w:sz w:val="20"/>
        </w:rPr>
        <w:t>Hard enough to make everybody honest.</w:t>
      </w:r>
    </w:p>
    <w:p>
      <w:pPr>
        <w:spacing w:after="60" w:line="266" w:lineRule="auto"/>
        <w:ind w:firstLine="331"/>
        <w:jc w:val="both"/>
      </w:pPr>
      <w:r>
        <w:rPr>
          <w:rFonts w:ascii="Georgia" w:hAnsi="Georgia"/>
          <w:b w:val="0"/>
          <w:i w:val="0"/>
          <w:color w:val="22201D"/>
          <w:sz w:val="20"/>
        </w:rPr>
        <w:t>Ahead stood a small loading depot with a blue awning and a sign that read:</w:t>
      </w:r>
    </w:p>
    <w:p>
      <w:pPr>
        <w:spacing w:after="60" w:line="250" w:lineRule="auto"/>
        <w:ind w:left="202" w:right="173"/>
      </w:pPr>
      <w:r>
        <w:rPr>
          <w:rFonts w:ascii="Georgia" w:hAnsi="Georgia"/>
          <w:b w:val="0"/>
          <w:i w:val="0"/>
          <w:color w:val="22201D"/>
          <w:sz w:val="17"/>
        </w:rPr>
        <w:t>TUESDAY RECEIVING Drivers check in at window. No unattended selves.</w:t>
      </w:r>
    </w:p>
    <w:p>
      <w:pPr>
        <w:spacing w:after="60" w:line="266" w:lineRule="auto"/>
        <w:ind w:firstLine="331"/>
        <w:jc w:val="both"/>
      </w:pPr>
      <w:r>
        <w:rPr>
          <w:rFonts w:ascii="Georgia" w:hAnsi="Georgia"/>
          <w:b w:val="0"/>
          <w:i w:val="0"/>
          <w:color w:val="22201D"/>
          <w:sz w:val="20"/>
        </w:rPr>
        <w:t>Nico leaned forward.</w:t>
      </w:r>
    </w:p>
    <w:p>
      <w:pPr>
        <w:spacing w:after="60" w:line="266" w:lineRule="auto"/>
        <w:ind w:firstLine="331"/>
        <w:jc w:val="both"/>
      </w:pPr>
      <w:r>
        <w:rPr>
          <w:rFonts w:ascii="Georgia" w:hAnsi="Georgia"/>
          <w:b w:val="0"/>
          <w:i w:val="0"/>
          <w:color w:val="22201D"/>
          <w:sz w:val="20"/>
        </w:rPr>
        <w:t>"No unattended selves?"</w:t>
      </w:r>
    </w:p>
    <w:p>
      <w:pPr>
        <w:spacing w:after="60" w:line="266" w:lineRule="auto"/>
        <w:ind w:firstLine="331"/>
        <w:jc w:val="both"/>
      </w:pPr>
      <w:r>
        <w:rPr>
          <w:rFonts w:ascii="Georgia" w:hAnsi="Georgia"/>
          <w:b w:val="0"/>
          <w:i w:val="0"/>
          <w:color w:val="22201D"/>
          <w:sz w:val="20"/>
        </w:rPr>
        <w:t>Steve took one breath through his nose.</w:t>
      </w:r>
    </w:p>
    <w:p>
      <w:pPr>
        <w:spacing w:after="60" w:line="266" w:lineRule="auto"/>
        <w:ind w:firstLine="331"/>
        <w:jc w:val="both"/>
      </w:pPr>
      <w:r>
        <w:rPr>
          <w:rFonts w:ascii="Georgia" w:hAnsi="Georgia"/>
          <w:b w:val="0"/>
          <w:i w:val="0"/>
          <w:color w:val="22201D"/>
          <w:sz w:val="20"/>
        </w:rPr>
        <w:t>"I am choosing not to record this, and I want that noted."</w:t>
      </w:r>
    </w:p>
    <w:p>
      <w:pPr>
        <w:spacing w:after="60" w:line="266" w:lineRule="auto"/>
        <w:ind w:firstLine="331"/>
        <w:jc w:val="both"/>
      </w:pPr>
      <w:r>
        <w:rPr>
          <w:rFonts w:ascii="Georgia" w:hAnsi="Georgia"/>
          <w:b w:val="0"/>
          <w:i w:val="0"/>
          <w:color w:val="22201D"/>
          <w:sz w:val="20"/>
        </w:rPr>
        <w:t>"Noted," Gerald said.</w:t>
      </w:r>
    </w:p>
    <w:p>
      <w:pPr>
        <w:spacing w:after="60" w:line="266" w:lineRule="auto"/>
        <w:ind w:firstLine="331"/>
        <w:jc w:val="both"/>
      </w:pPr>
      <w:r>
        <w:rPr>
          <w:rFonts w:ascii="Georgia" w:hAnsi="Georgia"/>
          <w:b w:val="0"/>
          <w:i w:val="0"/>
          <w:color w:val="22201D"/>
          <w:sz w:val="20"/>
        </w:rPr>
        <w:t>Bob stared at the sign.</w:t>
      </w:r>
    </w:p>
    <w:p>
      <w:pPr>
        <w:spacing w:after="60" w:line="266" w:lineRule="auto"/>
        <w:ind w:firstLine="331"/>
        <w:jc w:val="both"/>
      </w:pPr>
      <w:r>
        <w:rPr>
          <w:rFonts w:ascii="Georgia" w:hAnsi="Georgia"/>
          <w:b w:val="0"/>
          <w:i w:val="0"/>
          <w:color w:val="22201D"/>
          <w:sz w:val="20"/>
        </w:rPr>
        <w:t>"This was not here."</w:t>
      </w:r>
    </w:p>
    <w:p>
      <w:pPr>
        <w:spacing w:after="60" w:line="266" w:lineRule="auto"/>
        <w:ind w:firstLine="331"/>
        <w:jc w:val="both"/>
      </w:pPr>
      <w:r>
        <w:rPr>
          <w:rFonts w:ascii="Georgia" w:hAnsi="Georgia"/>
          <w:b w:val="0"/>
          <w:i w:val="0"/>
          <w:color w:val="22201D"/>
          <w:sz w:val="20"/>
        </w:rPr>
        <w:t>Flocc looked out the window.</w:t>
      </w:r>
    </w:p>
    <w:p>
      <w:pPr>
        <w:spacing w:after="60" w:line="266" w:lineRule="auto"/>
        <w:ind w:firstLine="331"/>
        <w:jc w:val="both"/>
      </w:pPr>
      <w:r>
        <w:rPr>
          <w:rFonts w:ascii="Georgia" w:hAnsi="Georgia"/>
          <w:b w:val="0"/>
          <w:i w:val="0"/>
          <w:color w:val="22201D"/>
          <w:sz w:val="20"/>
        </w:rPr>
        <w:t>"It is here now."</w:t>
      </w:r>
    </w:p>
    <w:p>
      <w:pPr>
        <w:spacing w:after="60" w:line="266" w:lineRule="auto"/>
        <w:ind w:firstLine="331"/>
        <w:jc w:val="both"/>
      </w:pPr>
      <w:r>
        <w:rPr>
          <w:rFonts w:ascii="Georgia" w:hAnsi="Georgia"/>
          <w:b w:val="0"/>
          <w:i w:val="0"/>
          <w:color w:val="22201D"/>
          <w:sz w:val="20"/>
        </w:rPr>
        <w:t>"That is not better."</w:t>
      </w:r>
    </w:p>
    <w:p>
      <w:pPr>
        <w:spacing w:after="60" w:line="266" w:lineRule="auto"/>
        <w:ind w:firstLine="331"/>
        <w:jc w:val="both"/>
      </w:pPr>
      <w:r>
        <w:rPr>
          <w:rFonts w:ascii="Georgia" w:hAnsi="Georgia"/>
          <w:b w:val="0"/>
          <w:i w:val="0"/>
          <w:color w:val="22201D"/>
          <w:sz w:val="20"/>
        </w:rPr>
        <w:t>The truck idled at the curb.</w:t>
      </w:r>
    </w:p>
    <w:p>
      <w:pPr>
        <w:spacing w:after="60" w:line="266" w:lineRule="auto"/>
        <w:ind w:firstLine="331"/>
        <w:jc w:val="both"/>
      </w:pPr>
      <w:r>
        <w:rPr>
          <w:rFonts w:ascii="Georgia" w:hAnsi="Georgia"/>
          <w:b w:val="0"/>
          <w:i w:val="0"/>
          <w:color w:val="22201D"/>
          <w:sz w:val="20"/>
        </w:rPr>
        <w:t>The depot was not large.</w:t>
      </w:r>
    </w:p>
    <w:p>
      <w:pPr>
        <w:spacing w:after="60" w:line="266" w:lineRule="auto"/>
        <w:ind w:firstLine="331"/>
        <w:jc w:val="both"/>
      </w:pPr>
      <w:r>
        <w:rPr>
          <w:rFonts w:ascii="Georgia" w:hAnsi="Georgia"/>
          <w:b w:val="0"/>
          <w:i w:val="0"/>
          <w:color w:val="22201D"/>
          <w:sz w:val="20"/>
        </w:rPr>
        <w:t>It had one roll-up door, one personnel door, a check-in window, and three orange cones arranged around nothing.</w:t>
      </w:r>
    </w:p>
    <w:p>
      <w:pPr>
        <w:spacing w:after="60" w:line="266" w:lineRule="auto"/>
        <w:ind w:firstLine="331"/>
        <w:jc w:val="both"/>
      </w:pPr>
      <w:r>
        <w:rPr>
          <w:rFonts w:ascii="Georgia" w:hAnsi="Georgia"/>
          <w:b w:val="0"/>
          <w:i w:val="0"/>
          <w:color w:val="22201D"/>
          <w:sz w:val="20"/>
        </w:rPr>
        <w:t>The cones worried Gerald most.</w:t>
      </w:r>
    </w:p>
    <w:p>
      <w:pPr>
        <w:spacing w:after="60" w:line="266" w:lineRule="auto"/>
        <w:ind w:firstLine="331"/>
        <w:jc w:val="both"/>
      </w:pPr>
      <w:r>
        <w:rPr>
          <w:rFonts w:ascii="Georgia" w:hAnsi="Georgia"/>
          <w:b w:val="0"/>
          <w:i w:val="0"/>
          <w:color w:val="22201D"/>
          <w:sz w:val="20"/>
        </w:rPr>
        <w:t>Cones around a hazard made sense.</w:t>
      </w:r>
    </w:p>
    <w:p>
      <w:pPr>
        <w:spacing w:after="60" w:line="266" w:lineRule="auto"/>
        <w:ind w:firstLine="331"/>
        <w:jc w:val="both"/>
      </w:pPr>
      <w:r>
        <w:rPr>
          <w:rFonts w:ascii="Georgia" w:hAnsi="Georgia"/>
          <w:b w:val="0"/>
          <w:i w:val="0"/>
          <w:color w:val="22201D"/>
          <w:sz w:val="20"/>
        </w:rPr>
        <w:t>Cones around nothing meant the hazard had not decided how visible to be.</w:t>
      </w:r>
    </w:p>
    <w:p>
      <w:pPr>
        <w:spacing w:after="60" w:line="266" w:lineRule="auto"/>
        <w:ind w:firstLine="331"/>
        <w:jc w:val="both"/>
      </w:pPr>
      <w:r>
        <w:rPr>
          <w:rFonts w:ascii="Georgia" w:hAnsi="Georgia"/>
          <w:b w:val="0"/>
          <w:i w:val="0"/>
          <w:color w:val="22201D"/>
          <w:sz w:val="20"/>
        </w:rPr>
        <w:t>The menu key printed a number.</w:t>
      </w:r>
    </w:p>
    <w:p>
      <w:pPr>
        <w:spacing w:after="60" w:line="250" w:lineRule="auto"/>
        <w:ind w:left="202" w:right="173"/>
      </w:pPr>
      <w:r>
        <w:rPr>
          <w:rFonts w:ascii="Georgia" w:hAnsi="Georgia"/>
          <w:b w:val="0"/>
          <w:i w:val="0"/>
          <w:color w:val="22201D"/>
          <w:sz w:val="17"/>
        </w:rPr>
        <w:t>Dock 2</w:t>
      </w:r>
    </w:p>
    <w:p>
      <w:pPr>
        <w:spacing w:after="60" w:line="266" w:lineRule="auto"/>
        <w:ind w:firstLine="331"/>
        <w:jc w:val="both"/>
      </w:pPr>
      <w:r>
        <w:rPr>
          <w:rFonts w:ascii="Georgia" w:hAnsi="Georgia"/>
          <w:b w:val="0"/>
          <w:i w:val="0"/>
          <w:color w:val="22201D"/>
          <w:sz w:val="20"/>
        </w:rPr>
        <w:t>There was no Dock 2.</w:t>
      </w:r>
    </w:p>
    <w:p>
      <w:pPr>
        <w:spacing w:after="60" w:line="266" w:lineRule="auto"/>
        <w:ind w:firstLine="331"/>
        <w:jc w:val="both"/>
      </w:pPr>
      <w:r>
        <w:rPr>
          <w:rFonts w:ascii="Georgia" w:hAnsi="Georgia"/>
          <w:b w:val="0"/>
          <w:i w:val="0"/>
          <w:color w:val="22201D"/>
          <w:sz w:val="20"/>
        </w:rPr>
        <w:t>There was one roll-up door.</w:t>
      </w:r>
    </w:p>
    <w:p>
      <w:pPr>
        <w:spacing w:after="60" w:line="266" w:lineRule="auto"/>
        <w:ind w:firstLine="331"/>
        <w:jc w:val="both"/>
      </w:pPr>
      <w:r>
        <w:rPr>
          <w:rFonts w:ascii="Georgia" w:hAnsi="Georgia"/>
          <w:b w:val="0"/>
          <w:i w:val="0"/>
          <w:color w:val="22201D"/>
          <w:sz w:val="20"/>
        </w:rPr>
        <w:t>Beside it, painted directly on brick, a numeral 1 had been crossed out and replaced by a 2 in the same handwriting as no one.</w:t>
      </w:r>
    </w:p>
    <w:p>
      <w:pPr>
        <w:spacing w:after="60" w:line="266" w:lineRule="auto"/>
        <w:ind w:firstLine="331"/>
        <w:jc w:val="both"/>
      </w:pPr>
      <w:r>
        <w:rPr>
          <w:rFonts w:ascii="Georgia" w:hAnsi="Georgia"/>
          <w:b w:val="0"/>
          <w:i w:val="0"/>
          <w:color w:val="22201D"/>
          <w:sz w:val="20"/>
        </w:rPr>
        <w:t>Bob put the truck in park.</w:t>
      </w:r>
    </w:p>
    <w:p>
      <w:pPr>
        <w:spacing w:after="60" w:line="266" w:lineRule="auto"/>
        <w:ind w:firstLine="331"/>
        <w:jc w:val="both"/>
      </w:pPr>
      <w:r>
        <w:rPr>
          <w:rFonts w:ascii="Georgia" w:hAnsi="Georgia"/>
          <w:b w:val="0"/>
          <w:i w:val="0"/>
          <w:color w:val="22201D"/>
          <w:sz w:val="20"/>
        </w:rPr>
        <w:t>He did not shut off the engine.</w:t>
      </w:r>
    </w:p>
    <w:p>
      <w:pPr>
        <w:spacing w:after="60" w:line="266" w:lineRule="auto"/>
        <w:ind w:firstLine="331"/>
        <w:jc w:val="both"/>
      </w:pPr>
      <w:r>
        <w:rPr>
          <w:rFonts w:ascii="Georgia" w:hAnsi="Georgia"/>
          <w:b w:val="0"/>
          <w:i w:val="0"/>
          <w:color w:val="22201D"/>
          <w:sz w:val="20"/>
        </w:rPr>
        <w:t>Gerald cleared his throat.</w:t>
      </w:r>
    </w:p>
    <w:p>
      <w:pPr>
        <w:spacing w:after="60" w:line="266" w:lineRule="auto"/>
        <w:ind w:firstLine="331"/>
        <w:jc w:val="both"/>
      </w:pPr>
      <w:r>
        <w:rPr>
          <w:rFonts w:ascii="Georgia" w:hAnsi="Georgia"/>
          <w:b w:val="0"/>
          <w:i w:val="0"/>
          <w:color w:val="22201D"/>
          <w:sz w:val="20"/>
        </w:rPr>
        <w:t>"If this is a receiving stop, I need to inspect the dock before we back in."</w:t>
      </w:r>
    </w:p>
    <w:p>
      <w:pPr>
        <w:spacing w:after="60" w:line="266" w:lineRule="auto"/>
        <w:ind w:firstLine="331"/>
        <w:jc w:val="both"/>
      </w:pPr>
      <w:r>
        <w:rPr>
          <w:rFonts w:ascii="Georgia" w:hAnsi="Georgia"/>
          <w:b w:val="0"/>
          <w:i w:val="0"/>
          <w:color w:val="22201D"/>
          <w:sz w:val="20"/>
        </w:rPr>
        <w:t>"Do it."</w:t>
      </w:r>
    </w:p>
    <w:p>
      <w:pPr>
        <w:spacing w:after="60" w:line="266" w:lineRule="auto"/>
        <w:ind w:firstLine="331"/>
        <w:jc w:val="both"/>
      </w:pPr>
      <w:r>
        <w:rPr>
          <w:rFonts w:ascii="Georgia" w:hAnsi="Georgia"/>
          <w:b w:val="0"/>
          <w:i w:val="0"/>
          <w:color w:val="22201D"/>
          <w:sz w:val="20"/>
        </w:rPr>
        <w:t>"And I need a spotter."</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Gerald looked back.</w:t>
      </w:r>
    </w:p>
    <w:p>
      <w:pPr>
        <w:spacing w:after="60" w:line="266" w:lineRule="auto"/>
        <w:ind w:firstLine="331"/>
        <w:jc w:val="both"/>
      </w:pPr>
      <w:r>
        <w:rPr>
          <w:rFonts w:ascii="Georgia" w:hAnsi="Georgia"/>
          <w:b w:val="0"/>
          <w:i w:val="0"/>
          <w:color w:val="22201D"/>
          <w:sz w:val="20"/>
        </w:rPr>
        <w:t>"Not you."</w:t>
      </w:r>
    </w:p>
    <w:p>
      <w:pPr>
        <w:spacing w:after="60" w:line="266" w:lineRule="auto"/>
        <w:ind w:firstLine="331"/>
        <w:jc w:val="both"/>
      </w:pPr>
      <w:r>
        <w:rPr>
          <w:rFonts w:ascii="Georgia" w:hAnsi="Georgia"/>
          <w:b w:val="0"/>
          <w:i w:val="0"/>
          <w:color w:val="22201D"/>
          <w:sz w:val="20"/>
        </w:rPr>
        <w:t>Bob's jaw moved once.</w:t>
      </w:r>
    </w:p>
    <w:p>
      <w:pPr>
        <w:spacing w:after="60" w:line="266" w:lineRule="auto"/>
        <w:ind w:firstLine="331"/>
        <w:jc w:val="both"/>
      </w:pPr>
      <w:r>
        <w:rPr>
          <w:rFonts w:ascii="Georgia" w:hAnsi="Georgia"/>
          <w:b w:val="0"/>
          <w:i w:val="0"/>
          <w:color w:val="22201D"/>
          <w:sz w:val="20"/>
        </w:rPr>
        <w:t>Nico smiled at the floor.</w:t>
      </w:r>
    </w:p>
    <w:p>
      <w:pPr>
        <w:spacing w:after="60" w:line="266" w:lineRule="auto"/>
        <w:ind w:firstLine="331"/>
        <w:jc w:val="both"/>
      </w:pPr>
      <w:r>
        <w:rPr>
          <w:rFonts w:ascii="Georgia" w:hAnsi="Georgia"/>
          <w:b w:val="0"/>
          <w:i w:val="0"/>
          <w:color w:val="22201D"/>
          <w:sz w:val="20"/>
        </w:rPr>
        <w:t>"This is the price starting, isn't it?"</w:t>
      </w:r>
    </w:p>
    <w:p>
      <w:pPr>
        <w:spacing w:after="60" w:line="266" w:lineRule="auto"/>
        <w:ind w:firstLine="331"/>
        <w:jc w:val="both"/>
      </w:pPr>
      <w:r>
        <w:rPr>
          <w:rFonts w:ascii="Georgia" w:hAnsi="Georgia"/>
          <w:b w:val="0"/>
          <w:i w:val="0"/>
          <w:color w:val="22201D"/>
          <w:sz w:val="20"/>
        </w:rPr>
        <w:t>Flocc said, "Probably."</w:t>
      </w:r>
    </w:p>
    <w:p>
      <w:pPr>
        <w:spacing w:after="60" w:line="266" w:lineRule="auto"/>
        <w:ind w:firstLine="331"/>
        <w:jc w:val="both"/>
      </w:pPr>
      <w:r>
        <w:rPr>
          <w:rFonts w:ascii="Georgia" w:hAnsi="Georgia"/>
          <w:b w:val="0"/>
          <w:i w:val="0"/>
          <w:color w:val="22201D"/>
          <w:sz w:val="20"/>
        </w:rPr>
        <w:t>Bob opened his door.</w:t>
      </w:r>
    </w:p>
    <w:p>
      <w:pPr>
        <w:spacing w:after="60" w:line="266" w:lineRule="auto"/>
        <w:ind w:firstLine="331"/>
        <w:jc w:val="both"/>
      </w:pPr>
      <w:r>
        <w:rPr>
          <w:rFonts w:ascii="Georgia" w:hAnsi="Georgia"/>
          <w:b w:val="0"/>
          <w:i w:val="0"/>
          <w:color w:val="22201D"/>
          <w:sz w:val="20"/>
        </w:rPr>
        <w:t>Gerald said, "Stay."</w:t>
      </w:r>
    </w:p>
    <w:p>
      <w:pPr>
        <w:spacing w:after="60" w:line="266" w:lineRule="auto"/>
        <w:ind w:firstLine="331"/>
        <w:jc w:val="both"/>
      </w:pPr>
      <w:r>
        <w:rPr>
          <w:rFonts w:ascii="Georgia" w:hAnsi="Georgia"/>
          <w:b w:val="0"/>
          <w:i w:val="0"/>
          <w:color w:val="22201D"/>
          <w:sz w:val="20"/>
        </w:rPr>
        <w:t>The word was not loud.</w:t>
      </w:r>
    </w:p>
    <w:p>
      <w:pPr>
        <w:spacing w:after="60" w:line="266" w:lineRule="auto"/>
        <w:ind w:firstLine="331"/>
        <w:jc w:val="both"/>
      </w:pPr>
      <w:r>
        <w:rPr>
          <w:rFonts w:ascii="Georgia" w:hAnsi="Georgia"/>
          <w:b w:val="0"/>
          <w:i w:val="0"/>
          <w:color w:val="22201D"/>
          <w:sz w:val="20"/>
        </w:rPr>
        <w:t>It did not need to be.</w:t>
      </w:r>
    </w:p>
    <w:p>
      <w:pPr>
        <w:spacing w:after="60" w:line="266" w:lineRule="auto"/>
        <w:ind w:firstLine="331"/>
        <w:jc w:val="both"/>
      </w:pPr>
      <w:r>
        <w:rPr>
          <w:rFonts w:ascii="Georgia" w:hAnsi="Georgia"/>
          <w:b w:val="0"/>
          <w:i w:val="0"/>
          <w:color w:val="22201D"/>
          <w:sz w:val="20"/>
        </w:rPr>
        <w:t>It was the word one used with a load that could be damaged if moved wrong.</w:t>
      </w:r>
    </w:p>
    <w:p>
      <w:pPr>
        <w:spacing w:after="60" w:line="266" w:lineRule="auto"/>
        <w:ind w:firstLine="331"/>
        <w:jc w:val="both"/>
      </w:pPr>
      <w:r>
        <w:rPr>
          <w:rFonts w:ascii="Georgia" w:hAnsi="Georgia"/>
          <w:b w:val="0"/>
          <w:i w:val="0"/>
          <w:color w:val="22201D"/>
          <w:sz w:val="20"/>
        </w:rPr>
        <w:t>Bob stopped with one boot on the step.</w:t>
      </w:r>
    </w:p>
    <w:p>
      <w:pPr>
        <w:spacing w:after="60" w:line="266" w:lineRule="auto"/>
        <w:ind w:firstLine="331"/>
        <w:jc w:val="both"/>
      </w:pPr>
      <w:r>
        <w:rPr>
          <w:rFonts w:ascii="Georgia" w:hAnsi="Georgia"/>
          <w:b w:val="0"/>
          <w:i w:val="0"/>
          <w:color w:val="22201D"/>
          <w:sz w:val="20"/>
        </w:rPr>
        <w:t>For a moment, no one knew whether the truck would become smaller around them.</w:t>
      </w:r>
    </w:p>
    <w:p>
      <w:pPr>
        <w:spacing w:after="60" w:line="266" w:lineRule="auto"/>
        <w:ind w:firstLine="331"/>
        <w:jc w:val="both"/>
      </w:pPr>
      <w:r>
        <w:rPr>
          <w:rFonts w:ascii="Georgia" w:hAnsi="Georgia"/>
          <w:b w:val="0"/>
          <w:i w:val="0"/>
          <w:color w:val="22201D"/>
          <w:sz w:val="20"/>
        </w:rPr>
        <w:t>Then Bob pulled his boot back in and shut the door.</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Gerald got out.</w:t>
      </w:r>
    </w:p>
    <w:p>
      <w:pPr>
        <w:spacing w:after="60" w:line="266" w:lineRule="auto"/>
        <w:ind w:firstLine="331"/>
        <w:jc w:val="both"/>
      </w:pPr>
      <w:r>
        <w:rPr>
          <w:rFonts w:ascii="Georgia" w:hAnsi="Georgia"/>
          <w:b w:val="0"/>
          <w:i w:val="0"/>
          <w:color w:val="22201D"/>
          <w:sz w:val="20"/>
        </w:rPr>
        <w:t>Nico followed him, because she had appointed herself apprentice to whatever was least explained.</w:t>
      </w:r>
    </w:p>
    <w:p>
      <w:pPr>
        <w:spacing w:after="60" w:line="266" w:lineRule="auto"/>
        <w:ind w:firstLine="331"/>
        <w:jc w:val="both"/>
      </w:pPr>
      <w:r>
        <w:rPr>
          <w:rFonts w:ascii="Georgia" w:hAnsi="Georgia"/>
          <w:b w:val="0"/>
          <w:i w:val="0"/>
          <w:color w:val="22201D"/>
          <w:sz w:val="20"/>
        </w:rPr>
        <w:t>Steve hesitated.</w:t>
      </w:r>
    </w:p>
    <w:p>
      <w:pPr>
        <w:spacing w:after="60" w:line="266" w:lineRule="auto"/>
        <w:ind w:firstLine="331"/>
        <w:jc w:val="both"/>
      </w:pPr>
      <w:r>
        <w:rPr>
          <w:rFonts w:ascii="Georgia" w:hAnsi="Georgia"/>
          <w:b w:val="0"/>
          <w:i w:val="0"/>
          <w:color w:val="22201D"/>
          <w:sz w:val="20"/>
        </w:rPr>
        <w:t>Flocc touched the menu key.</w:t>
      </w:r>
    </w:p>
    <w:p>
      <w:pPr>
        <w:spacing w:after="60" w:line="266" w:lineRule="auto"/>
        <w:ind w:firstLine="331"/>
        <w:jc w:val="both"/>
      </w:pPr>
      <w:r>
        <w:rPr>
          <w:rFonts w:ascii="Georgia" w:hAnsi="Georgia"/>
          <w:b w:val="0"/>
          <w:i w:val="0"/>
          <w:color w:val="22201D"/>
          <w:sz w:val="20"/>
        </w:rPr>
        <w:t>"Go."</w:t>
      </w:r>
    </w:p>
    <w:p>
      <w:pPr>
        <w:spacing w:after="60" w:line="266" w:lineRule="auto"/>
        <w:ind w:firstLine="331"/>
        <w:jc w:val="both"/>
      </w:pPr>
      <w:r>
        <w:rPr>
          <w:rFonts w:ascii="Georgia" w:hAnsi="Georgia"/>
          <w:b w:val="0"/>
          <w:i w:val="0"/>
          <w:color w:val="22201D"/>
          <w:sz w:val="20"/>
        </w:rPr>
        <w:t>"You sure?"</w:t>
      </w:r>
    </w:p>
    <w:p>
      <w:pPr>
        <w:spacing w:after="60" w:line="266" w:lineRule="auto"/>
        <w:ind w:firstLine="331"/>
        <w:jc w:val="both"/>
      </w:pPr>
      <w:r>
        <w:rPr>
          <w:rFonts w:ascii="Georgia" w:hAnsi="Georgia"/>
          <w:b w:val="0"/>
          <w:i w:val="0"/>
          <w:color w:val="22201D"/>
          <w:sz w:val="20"/>
        </w:rPr>
        <w:t>"You are good at seeing what people forget to say."</w:t>
      </w:r>
    </w:p>
    <w:p>
      <w:pPr>
        <w:spacing w:after="60" w:line="266" w:lineRule="auto"/>
        <w:ind w:firstLine="331"/>
        <w:jc w:val="both"/>
      </w:pPr>
      <w:r>
        <w:rPr>
          <w:rFonts w:ascii="Georgia" w:hAnsi="Georgia"/>
          <w:b w:val="0"/>
          <w:i w:val="0"/>
          <w:color w:val="22201D"/>
          <w:sz w:val="20"/>
        </w:rPr>
        <w:t>Steve got out.</w:t>
      </w:r>
    </w:p>
    <w:p>
      <w:pPr>
        <w:spacing w:after="60" w:line="266" w:lineRule="auto"/>
        <w:ind w:firstLine="331"/>
        <w:jc w:val="both"/>
      </w:pPr>
      <w:r>
        <w:rPr>
          <w:rFonts w:ascii="Georgia" w:hAnsi="Georgia"/>
          <w:b w:val="0"/>
          <w:i w:val="0"/>
          <w:color w:val="22201D"/>
          <w:sz w:val="20"/>
        </w:rPr>
        <w:t>That left Bob and Flocc in the cab.</w:t>
      </w:r>
    </w:p>
    <w:p>
      <w:pPr>
        <w:spacing w:after="60" w:line="266" w:lineRule="auto"/>
        <w:ind w:firstLine="331"/>
        <w:jc w:val="both"/>
      </w:pPr>
      <w:r>
        <w:rPr>
          <w:rFonts w:ascii="Georgia" w:hAnsi="Georgia"/>
          <w:b w:val="0"/>
          <w:i w:val="0"/>
          <w:color w:val="22201D"/>
          <w:sz w:val="20"/>
        </w:rPr>
        <w:t>The engine ran.</w:t>
      </w:r>
    </w:p>
    <w:p>
      <w:pPr>
        <w:spacing w:after="60" w:line="266" w:lineRule="auto"/>
        <w:ind w:firstLine="331"/>
        <w:jc w:val="both"/>
      </w:pPr>
      <w:r>
        <w:rPr>
          <w:rFonts w:ascii="Georgia" w:hAnsi="Georgia"/>
          <w:b w:val="0"/>
          <w:i w:val="0"/>
          <w:color w:val="22201D"/>
          <w:sz w:val="20"/>
        </w:rPr>
        <w:t>The spoon pointed down.</w:t>
      </w:r>
    </w:p>
    <w:p>
      <w:pPr>
        <w:spacing w:after="60" w:line="266" w:lineRule="auto"/>
        <w:ind w:firstLine="331"/>
        <w:jc w:val="both"/>
      </w:pPr>
      <w:r>
        <w:rPr>
          <w:rFonts w:ascii="Georgia" w:hAnsi="Georgia"/>
          <w:b w:val="0"/>
          <w:i w:val="0"/>
          <w:color w:val="22201D"/>
          <w:sz w:val="20"/>
        </w:rPr>
        <w:t>The lockbox stayed silent.</w:t>
      </w:r>
    </w:p>
    <w:p>
      <w:pPr>
        <w:spacing w:after="60" w:line="266" w:lineRule="auto"/>
        <w:ind w:firstLine="331"/>
        <w:jc w:val="both"/>
      </w:pPr>
      <w:r>
        <w:rPr>
          <w:rFonts w:ascii="Georgia" w:hAnsi="Georgia"/>
          <w:b w:val="0"/>
          <w:i w:val="0"/>
          <w:color w:val="22201D"/>
          <w:sz w:val="20"/>
        </w:rPr>
        <w:t>Bob looked straight ahead.</w:t>
      </w:r>
    </w:p>
    <w:p>
      <w:pPr>
        <w:spacing w:after="60" w:line="266" w:lineRule="auto"/>
        <w:ind w:firstLine="331"/>
        <w:jc w:val="both"/>
      </w:pPr>
      <w:r>
        <w:rPr>
          <w:rFonts w:ascii="Georgia" w:hAnsi="Georgia"/>
          <w:b w:val="0"/>
          <w:i w:val="0"/>
          <w:color w:val="22201D"/>
          <w:sz w:val="20"/>
        </w:rPr>
        <w:t>"Do not."</w:t>
      </w:r>
    </w:p>
    <w:p>
      <w:pPr>
        <w:spacing w:after="60" w:line="266" w:lineRule="auto"/>
        <w:ind w:firstLine="331"/>
        <w:jc w:val="both"/>
      </w:pPr>
      <w:r>
        <w:rPr>
          <w:rFonts w:ascii="Georgia" w:hAnsi="Georgia"/>
          <w:b w:val="0"/>
          <w:i w:val="0"/>
          <w:color w:val="22201D"/>
          <w:sz w:val="20"/>
        </w:rPr>
        <w:t>Flocc folded the menu key once, carefully, along a crease it already wanted.</w:t>
      </w:r>
    </w:p>
    <w:p>
      <w:pPr>
        <w:spacing w:after="60" w:line="266" w:lineRule="auto"/>
        <w:ind w:firstLine="331"/>
        <w:jc w:val="both"/>
      </w:pPr>
      <w:r>
        <w:rPr>
          <w:rFonts w:ascii="Georgia" w:hAnsi="Georgia"/>
          <w:b w:val="0"/>
          <w:i w:val="0"/>
          <w:color w:val="22201D"/>
          <w:sz w:val="20"/>
        </w:rPr>
        <w:t>"Do not what?"</w:t>
      </w:r>
    </w:p>
    <w:p>
      <w:pPr>
        <w:spacing w:after="60" w:line="266" w:lineRule="auto"/>
        <w:ind w:firstLine="331"/>
        <w:jc w:val="both"/>
      </w:pPr>
      <w:r>
        <w:rPr>
          <w:rFonts w:ascii="Georgia" w:hAnsi="Georgia"/>
          <w:b w:val="0"/>
          <w:i w:val="0"/>
          <w:color w:val="22201D"/>
          <w:sz w:val="20"/>
        </w:rPr>
        <w:t>"Help."</w:t>
      </w:r>
    </w:p>
    <w:p>
      <w:pPr>
        <w:spacing w:after="60" w:line="266" w:lineRule="auto"/>
        <w:ind w:firstLine="331"/>
        <w:jc w:val="both"/>
      </w:pPr>
      <w:r>
        <w:rPr>
          <w:rFonts w:ascii="Georgia" w:hAnsi="Georgia"/>
          <w:b w:val="0"/>
          <w:i w:val="0"/>
          <w:color w:val="22201D"/>
          <w:sz w:val="20"/>
        </w:rPr>
        <w:t>"That is going to be hard."</w:t>
      </w:r>
    </w:p>
    <w:p>
      <w:pPr>
        <w:spacing w:after="60" w:line="266" w:lineRule="auto"/>
        <w:ind w:firstLine="331"/>
        <w:jc w:val="both"/>
      </w:pPr>
      <w:r>
        <w:rPr>
          <w:rFonts w:ascii="Georgia" w:hAnsi="Georgia"/>
          <w:b w:val="0"/>
          <w:i w:val="0"/>
          <w:color w:val="22201D"/>
          <w:sz w:val="20"/>
        </w:rPr>
        <w:t>"Try."</w:t>
      </w:r>
    </w:p>
    <w:p>
      <w:pPr>
        <w:spacing w:after="60" w:line="266" w:lineRule="auto"/>
        <w:ind w:firstLine="331"/>
        <w:jc w:val="both"/>
      </w:pPr>
      <w:r>
        <w:rPr>
          <w:rFonts w:ascii="Georgia" w:hAnsi="Georgia"/>
          <w:b w:val="0"/>
          <w:i w:val="0"/>
          <w:color w:val="22201D"/>
          <w:sz w:val="20"/>
        </w:rPr>
        <w:t>Outside, Gerald walked the dock line.</w:t>
      </w:r>
    </w:p>
    <w:p>
      <w:pPr>
        <w:spacing w:after="60" w:line="266" w:lineRule="auto"/>
        <w:ind w:firstLine="331"/>
        <w:jc w:val="both"/>
      </w:pPr>
      <w:r>
        <w:rPr>
          <w:rFonts w:ascii="Georgia" w:hAnsi="Georgia"/>
          <w:b w:val="0"/>
          <w:i w:val="0"/>
          <w:color w:val="22201D"/>
          <w:sz w:val="20"/>
        </w:rPr>
        <w:t>He checked the pavement, the slope, the roll-up door clearance, and the strange empty space inside the triangle of cones.</w:t>
      </w:r>
    </w:p>
    <w:p>
      <w:pPr>
        <w:spacing w:after="60" w:line="266" w:lineRule="auto"/>
        <w:ind w:firstLine="331"/>
        <w:jc w:val="both"/>
      </w:pPr>
      <w:r>
        <w:rPr>
          <w:rFonts w:ascii="Georgia" w:hAnsi="Georgia"/>
          <w:b w:val="0"/>
          <w:i w:val="0"/>
          <w:color w:val="22201D"/>
          <w:sz w:val="20"/>
        </w:rPr>
        <w:t>Nico crouched beside one cone and read the label stamped into its base.</w:t>
      </w:r>
    </w:p>
    <w:p>
      <w:pPr>
        <w:spacing w:after="60" w:line="266" w:lineRule="auto"/>
        <w:ind w:firstLine="331"/>
        <w:jc w:val="both"/>
      </w:pPr>
      <w:r>
        <w:rPr>
          <w:rFonts w:ascii="Georgia" w:hAnsi="Georgia"/>
          <w:b w:val="0"/>
          <w:i w:val="0"/>
          <w:color w:val="22201D"/>
          <w:sz w:val="20"/>
        </w:rPr>
        <w:t>Steve stood six feet back, watching the window.</w:t>
      </w:r>
    </w:p>
    <w:p>
      <w:pPr>
        <w:spacing w:after="60" w:line="266" w:lineRule="auto"/>
        <w:ind w:firstLine="331"/>
        <w:jc w:val="both"/>
      </w:pPr>
      <w:r>
        <w:rPr>
          <w:rFonts w:ascii="Georgia" w:hAnsi="Georgia"/>
          <w:b w:val="0"/>
          <w:i w:val="0"/>
          <w:color w:val="22201D"/>
          <w:sz w:val="20"/>
        </w:rPr>
        <w:t>No person appeared at the receiving window.</w:t>
      </w:r>
    </w:p>
    <w:p>
      <w:pPr>
        <w:spacing w:after="60" w:line="266" w:lineRule="auto"/>
        <w:ind w:firstLine="331"/>
        <w:jc w:val="both"/>
      </w:pPr>
      <w:r>
        <w:rPr>
          <w:rFonts w:ascii="Georgia" w:hAnsi="Georgia"/>
          <w:b w:val="0"/>
          <w:i w:val="0"/>
          <w:color w:val="22201D"/>
          <w:sz w:val="20"/>
        </w:rPr>
        <w:t>Instead, the little metal tray beneath it slid out by itself.</w:t>
      </w:r>
    </w:p>
    <w:p>
      <w:pPr>
        <w:spacing w:after="60" w:line="266" w:lineRule="auto"/>
        <w:ind w:firstLine="331"/>
        <w:jc w:val="both"/>
      </w:pPr>
      <w:r>
        <w:rPr>
          <w:rFonts w:ascii="Georgia" w:hAnsi="Georgia"/>
          <w:b w:val="0"/>
          <w:i w:val="0"/>
          <w:color w:val="22201D"/>
          <w:sz w:val="20"/>
        </w:rPr>
        <w:t>Gerald approached it.</w:t>
      </w:r>
    </w:p>
    <w:p>
      <w:pPr>
        <w:spacing w:after="60" w:line="266" w:lineRule="auto"/>
        <w:ind w:firstLine="331"/>
        <w:jc w:val="both"/>
      </w:pPr>
      <w:r>
        <w:rPr>
          <w:rFonts w:ascii="Georgia" w:hAnsi="Georgia"/>
          <w:b w:val="0"/>
          <w:i w:val="0"/>
          <w:color w:val="22201D"/>
          <w:sz w:val="20"/>
        </w:rPr>
        <w:t>The tray held a clipboard.</w:t>
      </w:r>
    </w:p>
    <w:p>
      <w:pPr>
        <w:spacing w:after="60" w:line="266" w:lineRule="auto"/>
        <w:ind w:firstLine="331"/>
        <w:jc w:val="both"/>
      </w:pPr>
      <w:r>
        <w:rPr>
          <w:rFonts w:ascii="Georgia" w:hAnsi="Georgia"/>
          <w:b w:val="0"/>
          <w:i w:val="0"/>
          <w:color w:val="22201D"/>
          <w:sz w:val="20"/>
        </w:rPr>
        <w:t>This offended him professionally.</w:t>
      </w:r>
    </w:p>
    <w:p>
      <w:pPr>
        <w:spacing w:after="60" w:line="266" w:lineRule="auto"/>
        <w:ind w:firstLine="331"/>
        <w:jc w:val="both"/>
      </w:pPr>
      <w:r>
        <w:rPr>
          <w:rFonts w:ascii="Georgia" w:hAnsi="Georgia"/>
          <w:b w:val="0"/>
          <w:i w:val="0"/>
          <w:color w:val="22201D"/>
          <w:sz w:val="20"/>
        </w:rPr>
        <w:t>He already had a clipboard.</w:t>
      </w:r>
    </w:p>
    <w:p>
      <w:pPr>
        <w:spacing w:after="60" w:line="266" w:lineRule="auto"/>
        <w:ind w:firstLine="331"/>
        <w:jc w:val="both"/>
      </w:pPr>
      <w:r>
        <w:rPr>
          <w:rFonts w:ascii="Georgia" w:hAnsi="Georgia"/>
          <w:b w:val="0"/>
          <w:i w:val="0"/>
          <w:color w:val="22201D"/>
          <w:sz w:val="20"/>
        </w:rPr>
        <w:t>The new clipboard had a sheet attached.</w:t>
      </w:r>
    </w:p>
    <w:p>
      <w:pPr>
        <w:spacing w:after="60" w:line="250" w:lineRule="auto"/>
        <w:ind w:left="202" w:right="173"/>
      </w:pPr>
      <w:r>
        <w:rPr>
          <w:rFonts w:ascii="Georgia" w:hAnsi="Georgia"/>
          <w:b w:val="0"/>
          <w:i w:val="0"/>
          <w:color w:val="22201D"/>
          <w:sz w:val="17"/>
        </w:rPr>
        <w:t>INVOICE CORRECTION REQUEST Carrier: Bob Load: Bob, plus assorted goods Correction type: delivery of driver to assistance Required signatures: Driver, helper, witness</w:t>
      </w:r>
    </w:p>
    <w:p>
      <w:pPr>
        <w:spacing w:after="60" w:line="266" w:lineRule="auto"/>
        <w:ind w:firstLine="331"/>
        <w:jc w:val="both"/>
      </w:pPr>
      <w:r>
        <w:rPr>
          <w:rFonts w:ascii="Georgia" w:hAnsi="Georgia"/>
          <w:b w:val="0"/>
          <w:i w:val="0"/>
          <w:color w:val="22201D"/>
          <w:sz w:val="20"/>
        </w:rPr>
        <w:t>Gerald read it once.</w:t>
      </w:r>
    </w:p>
    <w:p>
      <w:pPr>
        <w:spacing w:after="60" w:line="266" w:lineRule="auto"/>
        <w:ind w:firstLine="331"/>
        <w:jc w:val="both"/>
      </w:pPr>
      <w:r>
        <w:rPr>
          <w:rFonts w:ascii="Georgia" w:hAnsi="Georgia"/>
          <w:b w:val="0"/>
          <w:i w:val="0"/>
          <w:color w:val="22201D"/>
          <w:sz w:val="20"/>
        </w:rPr>
        <w:t>Then he looked through the windshield at Bob.</w:t>
      </w:r>
    </w:p>
    <w:p>
      <w:pPr>
        <w:spacing w:after="60" w:line="266" w:lineRule="auto"/>
        <w:ind w:firstLine="331"/>
        <w:jc w:val="both"/>
      </w:pPr>
      <w:r>
        <w:rPr>
          <w:rFonts w:ascii="Georgia" w:hAnsi="Georgia"/>
          <w:b w:val="0"/>
          <w:i w:val="0"/>
          <w:color w:val="22201D"/>
          <w:sz w:val="20"/>
        </w:rPr>
        <w:t>Bob looked back with the expression of a man who had seen a bill arrive before the meal.</w:t>
      </w:r>
    </w:p>
    <w:p>
      <w:pPr>
        <w:spacing w:after="60" w:line="266" w:lineRule="auto"/>
        <w:ind w:firstLine="331"/>
        <w:jc w:val="both"/>
      </w:pPr>
      <w:r>
        <w:rPr>
          <w:rFonts w:ascii="Georgia" w:hAnsi="Georgia"/>
          <w:b w:val="0"/>
          <w:i w:val="0"/>
          <w:color w:val="22201D"/>
          <w:sz w:val="20"/>
        </w:rPr>
        <w:t>Gerald brought the clipboard to the cab window.</w:t>
      </w:r>
    </w:p>
    <w:p>
      <w:pPr>
        <w:spacing w:after="60" w:line="266" w:lineRule="auto"/>
        <w:ind w:firstLine="331"/>
        <w:jc w:val="both"/>
      </w:pPr>
      <w:r>
        <w:rPr>
          <w:rFonts w:ascii="Georgia" w:hAnsi="Georgia"/>
          <w:b w:val="0"/>
          <w:i w:val="0"/>
          <w:color w:val="22201D"/>
          <w:sz w:val="20"/>
        </w:rPr>
        <w:t>Bob rolled it down.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have not said anything."</w:t>
      </w:r>
    </w:p>
    <w:p>
      <w:pPr>
        <w:spacing w:after="60" w:line="266" w:lineRule="auto"/>
        <w:ind w:firstLine="331"/>
        <w:jc w:val="both"/>
      </w:pPr>
      <w:r>
        <w:rPr>
          <w:rFonts w:ascii="Georgia" w:hAnsi="Georgia"/>
          <w:b w:val="0"/>
          <w:i w:val="0"/>
          <w:color w:val="22201D"/>
          <w:sz w:val="20"/>
        </w:rPr>
        <w:t>"You have clipboard face."</w:t>
      </w:r>
    </w:p>
    <w:p>
      <w:pPr>
        <w:spacing w:after="60" w:line="266" w:lineRule="auto"/>
        <w:ind w:firstLine="331"/>
        <w:jc w:val="both"/>
      </w:pPr>
      <w:r>
        <w:rPr>
          <w:rFonts w:ascii="Georgia" w:hAnsi="Georgia"/>
          <w:b w:val="0"/>
          <w:i w:val="0"/>
          <w:color w:val="22201D"/>
          <w:sz w:val="20"/>
        </w:rPr>
        <w:t>"That is my regular face when paper is wrong."</w:t>
      </w:r>
    </w:p>
    <w:p>
      <w:pPr>
        <w:spacing w:after="60" w:line="266" w:lineRule="auto"/>
        <w:ind w:firstLine="331"/>
        <w:jc w:val="both"/>
      </w:pPr>
      <w:r>
        <w:rPr>
          <w:rFonts w:ascii="Georgia" w:hAnsi="Georgia"/>
          <w:b w:val="0"/>
          <w:i w:val="0"/>
          <w:color w:val="22201D"/>
          <w:sz w:val="20"/>
        </w:rPr>
        <w:t>"Paper is wrong."</w:t>
      </w:r>
    </w:p>
    <w:p>
      <w:pPr>
        <w:spacing w:after="60" w:line="266" w:lineRule="auto"/>
        <w:ind w:firstLine="331"/>
        <w:jc w:val="both"/>
      </w:pPr>
      <w:r>
        <w:rPr>
          <w:rFonts w:ascii="Georgia" w:hAnsi="Georgia"/>
          <w:b w:val="0"/>
          <w:i w:val="0"/>
          <w:color w:val="22201D"/>
          <w:sz w:val="20"/>
        </w:rPr>
        <w:t>"This paper is less wrong than you want."</w:t>
      </w:r>
    </w:p>
    <w:p>
      <w:pPr>
        <w:spacing w:after="60" w:line="266" w:lineRule="auto"/>
        <w:ind w:firstLine="331"/>
        <w:jc w:val="both"/>
      </w:pPr>
      <w:r>
        <w:rPr>
          <w:rFonts w:ascii="Georgia" w:hAnsi="Georgia"/>
          <w:b w:val="0"/>
          <w:i w:val="0"/>
          <w:color w:val="22201D"/>
          <w:sz w:val="20"/>
        </w:rPr>
        <w:t>Bob did not take the clipboard.</w:t>
      </w:r>
    </w:p>
    <w:p>
      <w:pPr>
        <w:spacing w:after="60" w:line="266" w:lineRule="auto"/>
        <w:ind w:firstLine="331"/>
        <w:jc w:val="both"/>
      </w:pPr>
      <w:r>
        <w:rPr>
          <w:rFonts w:ascii="Georgia" w:hAnsi="Georgia"/>
          <w:b w:val="0"/>
          <w:i w:val="0"/>
          <w:color w:val="22201D"/>
          <w:sz w:val="20"/>
        </w:rPr>
        <w:t>Gerald held it in the open window anyway.</w:t>
      </w:r>
    </w:p>
    <w:p>
      <w:pPr>
        <w:spacing w:after="60" w:line="266" w:lineRule="auto"/>
        <w:ind w:firstLine="331"/>
        <w:jc w:val="both"/>
      </w:pPr>
      <w:r>
        <w:rPr>
          <w:rFonts w:ascii="Georgia" w:hAnsi="Georgia"/>
          <w:b w:val="0"/>
          <w:i w:val="0"/>
          <w:color w:val="22201D"/>
          <w:sz w:val="20"/>
        </w:rPr>
        <w:t>The paper did not flutter.</w:t>
      </w:r>
    </w:p>
    <w:p>
      <w:pPr>
        <w:spacing w:after="60" w:line="266" w:lineRule="auto"/>
        <w:ind w:firstLine="331"/>
        <w:jc w:val="both"/>
      </w:pPr>
      <w:r>
        <w:rPr>
          <w:rFonts w:ascii="Georgia" w:hAnsi="Georgia"/>
          <w:b w:val="0"/>
          <w:i w:val="0"/>
          <w:color w:val="22201D"/>
          <w:sz w:val="20"/>
        </w:rPr>
        <w:t>The air had stopped moving around it.</w:t>
      </w:r>
    </w:p>
    <w:p>
      <w:pPr>
        <w:spacing w:after="60" w:line="266" w:lineRule="auto"/>
        <w:ind w:firstLine="331"/>
        <w:jc w:val="both"/>
      </w:pPr>
      <w:r>
        <w:rPr>
          <w:rFonts w:ascii="Georgia" w:hAnsi="Georgia"/>
          <w:b w:val="0"/>
          <w:i w:val="0"/>
          <w:color w:val="22201D"/>
          <w:sz w:val="20"/>
        </w:rPr>
        <w:t>Flocc leaned over enough to read.</w:t>
      </w:r>
    </w:p>
    <w:p>
      <w:pPr>
        <w:spacing w:after="60" w:line="266" w:lineRule="auto"/>
        <w:ind w:firstLine="331"/>
        <w:jc w:val="both"/>
      </w:pPr>
      <w:r>
        <w:rPr>
          <w:rFonts w:ascii="Georgia" w:hAnsi="Georgia"/>
          <w:b w:val="0"/>
          <w:i w:val="0"/>
          <w:color w:val="22201D"/>
          <w:sz w:val="20"/>
        </w:rPr>
        <w:t>"Driver, helper, witness."</w:t>
      </w:r>
    </w:p>
    <w:p>
      <w:pPr>
        <w:spacing w:after="60" w:line="266" w:lineRule="auto"/>
        <w:ind w:firstLine="331"/>
        <w:jc w:val="both"/>
      </w:pPr>
      <w:r>
        <w:rPr>
          <w:rFonts w:ascii="Georgia" w:hAnsi="Georgia"/>
          <w:b w:val="0"/>
          <w:i w:val="0"/>
          <w:color w:val="22201D"/>
          <w:sz w:val="20"/>
        </w:rPr>
        <w:t>Bob's hand stayed on the wheel.</w:t>
      </w:r>
    </w:p>
    <w:p>
      <w:pPr>
        <w:spacing w:after="60" w:line="266" w:lineRule="auto"/>
        <w:ind w:firstLine="331"/>
        <w:jc w:val="both"/>
      </w:pPr>
      <w:r>
        <w:rPr>
          <w:rFonts w:ascii="Georgia" w:hAnsi="Georgia"/>
          <w:b w:val="0"/>
          <w:i w:val="0"/>
          <w:color w:val="22201D"/>
          <w:sz w:val="20"/>
        </w:rPr>
        <w:t>"No helper."</w:t>
      </w:r>
    </w:p>
    <w:p>
      <w:pPr>
        <w:spacing w:after="60" w:line="266" w:lineRule="auto"/>
        <w:ind w:firstLine="331"/>
        <w:jc w:val="both"/>
      </w:pPr>
      <w:r>
        <w:rPr>
          <w:rFonts w:ascii="Georgia" w:hAnsi="Georgia"/>
          <w:b w:val="0"/>
          <w:i w:val="0"/>
          <w:color w:val="22201D"/>
          <w:sz w:val="20"/>
        </w:rPr>
        <w:t>Gerald's eyebrows lifted.</w:t>
      </w:r>
    </w:p>
    <w:p>
      <w:pPr>
        <w:spacing w:after="60" w:line="266" w:lineRule="auto"/>
        <w:ind w:firstLine="331"/>
        <w:jc w:val="both"/>
      </w:pPr>
      <w:r>
        <w:rPr>
          <w:rFonts w:ascii="Georgia" w:hAnsi="Georgia"/>
          <w:b w:val="0"/>
          <w:i w:val="0"/>
          <w:color w:val="22201D"/>
          <w:sz w:val="20"/>
        </w:rPr>
        <w:t>"Then the correction cannot be filed."</w:t>
      </w:r>
    </w:p>
    <w:p>
      <w:pPr>
        <w:spacing w:after="60" w:line="266" w:lineRule="auto"/>
        <w:ind w:firstLine="331"/>
        <w:jc w:val="both"/>
      </w:pPr>
      <w:r>
        <w:rPr>
          <w:rFonts w:ascii="Georgia" w:hAnsi="Georgia"/>
          <w:b w:val="0"/>
          <w:i w:val="0"/>
          <w:color w:val="22201D"/>
          <w:sz w:val="20"/>
        </w:rPr>
        <w:t>"Then it waits."</w:t>
      </w:r>
    </w:p>
    <w:p>
      <w:pPr>
        <w:spacing w:after="60" w:line="266" w:lineRule="auto"/>
        <w:ind w:firstLine="331"/>
        <w:jc w:val="both"/>
      </w:pPr>
      <w:r>
        <w:rPr>
          <w:rFonts w:ascii="Georgia" w:hAnsi="Georgia"/>
          <w:b w:val="0"/>
          <w:i w:val="0"/>
          <w:color w:val="22201D"/>
          <w:sz w:val="20"/>
        </w:rPr>
        <w:t>"Cargo will not."</w:t>
      </w:r>
    </w:p>
    <w:p>
      <w:pPr>
        <w:spacing w:after="60" w:line="266" w:lineRule="auto"/>
        <w:ind w:firstLine="331"/>
        <w:jc w:val="both"/>
      </w:pPr>
      <w:r>
        <w:rPr>
          <w:rFonts w:ascii="Georgia" w:hAnsi="Georgia"/>
          <w:b w:val="0"/>
          <w:i w:val="0"/>
          <w:color w:val="22201D"/>
          <w:sz w:val="20"/>
        </w:rPr>
        <w:t>"Cargo is stable."</w:t>
      </w:r>
    </w:p>
    <w:p>
      <w:pPr>
        <w:spacing w:after="60" w:line="266" w:lineRule="auto"/>
        <w:ind w:firstLine="331"/>
        <w:jc w:val="both"/>
      </w:pPr>
      <w:r>
        <w:rPr>
          <w:rFonts w:ascii="Georgia" w:hAnsi="Georgia"/>
          <w:b w:val="0"/>
          <w:i w:val="0"/>
          <w:color w:val="22201D"/>
          <w:sz w:val="20"/>
        </w:rPr>
        <w:t>"Cargo is stable now."</w:t>
      </w:r>
    </w:p>
    <w:p>
      <w:pPr>
        <w:spacing w:after="60" w:line="266" w:lineRule="auto"/>
        <w:ind w:firstLine="331"/>
        <w:jc w:val="both"/>
      </w:pPr>
      <w:r>
        <w:rPr>
          <w:rFonts w:ascii="Georgia" w:hAnsi="Georgia"/>
          <w:b w:val="0"/>
          <w:i w:val="0"/>
          <w:color w:val="22201D"/>
          <w:sz w:val="20"/>
        </w:rPr>
        <w:t>Bob looked at the gauge cluster.</w:t>
      </w:r>
    </w:p>
    <w:p>
      <w:pPr>
        <w:spacing w:after="60" w:line="266" w:lineRule="auto"/>
        <w:ind w:firstLine="331"/>
        <w:jc w:val="both"/>
      </w:pPr>
      <w:r>
        <w:rPr>
          <w:rFonts w:ascii="Georgia" w:hAnsi="Georgia"/>
          <w:b w:val="0"/>
          <w:i w:val="0"/>
          <w:color w:val="22201D"/>
          <w:sz w:val="20"/>
        </w:rPr>
        <w:t>Everything was acceptable.</w:t>
      </w:r>
    </w:p>
    <w:p>
      <w:pPr>
        <w:spacing w:after="60" w:line="266" w:lineRule="auto"/>
        <w:ind w:firstLine="331"/>
        <w:jc w:val="both"/>
      </w:pPr>
      <w:r>
        <w:rPr>
          <w:rFonts w:ascii="Georgia" w:hAnsi="Georgia"/>
          <w:b w:val="0"/>
          <w:i w:val="0"/>
          <w:color w:val="22201D"/>
          <w:sz w:val="20"/>
        </w:rPr>
        <w:t>Acceptable was a dangerous condition.</w:t>
      </w:r>
    </w:p>
    <w:p>
      <w:pPr>
        <w:spacing w:after="60" w:line="266" w:lineRule="auto"/>
        <w:ind w:firstLine="331"/>
        <w:jc w:val="both"/>
      </w:pPr>
      <w:r>
        <w:rPr>
          <w:rFonts w:ascii="Georgia" w:hAnsi="Georgia"/>
          <w:b w:val="0"/>
          <w:i w:val="0"/>
          <w:color w:val="22201D"/>
          <w:sz w:val="20"/>
        </w:rPr>
        <w:t>It made delay feel responsible.</w:t>
      </w:r>
    </w:p>
    <w:p>
      <w:pPr>
        <w:spacing w:after="60" w:line="266" w:lineRule="auto"/>
        <w:ind w:firstLine="331"/>
        <w:jc w:val="both"/>
      </w:pPr>
      <w:r>
        <w:rPr>
          <w:rFonts w:ascii="Georgia" w:hAnsi="Georgia"/>
          <w:b w:val="0"/>
          <w:i w:val="0"/>
          <w:color w:val="22201D"/>
          <w:sz w:val="20"/>
        </w:rPr>
        <w:t>Gerald lowered the clipboard.</w:t>
      </w:r>
    </w:p>
    <w:p>
      <w:pPr>
        <w:spacing w:after="60" w:line="266" w:lineRule="auto"/>
        <w:ind w:firstLine="331"/>
        <w:jc w:val="both"/>
      </w:pPr>
      <w:r>
        <w:rPr>
          <w:rFonts w:ascii="Georgia" w:hAnsi="Georgia"/>
          <w:b w:val="0"/>
          <w:i w:val="0"/>
          <w:color w:val="22201D"/>
          <w:sz w:val="20"/>
        </w:rPr>
        <w:t>"We can hold here for maybe seventeen minutes before I have to open the side vents and rotate the crates. After that, the mushrooms start answering questions no one asked."</w:t>
      </w:r>
    </w:p>
    <w:p>
      <w:pPr>
        <w:spacing w:after="60" w:line="266" w:lineRule="auto"/>
        <w:ind w:firstLine="331"/>
        <w:jc w:val="both"/>
      </w:pPr>
      <w:r>
        <w:rPr>
          <w:rFonts w:ascii="Georgia" w:hAnsi="Georgia"/>
          <w:b w:val="0"/>
          <w:i w:val="0"/>
          <w:color w:val="22201D"/>
          <w:sz w:val="20"/>
        </w:rPr>
        <w:t>Bob looked at the road ahead.</w:t>
      </w:r>
    </w:p>
    <w:p>
      <w:pPr>
        <w:spacing w:after="60" w:line="266" w:lineRule="auto"/>
        <w:ind w:firstLine="331"/>
        <w:jc w:val="both"/>
      </w:pPr>
      <w:r>
        <w:rPr>
          <w:rFonts w:ascii="Georgia" w:hAnsi="Georgia"/>
          <w:b w:val="0"/>
          <w:i w:val="0"/>
          <w:color w:val="22201D"/>
          <w:sz w:val="20"/>
        </w:rPr>
        <w:t>Tuesday Receiving waited.</w:t>
      </w:r>
    </w:p>
    <w:p>
      <w:pPr>
        <w:spacing w:after="60" w:line="266" w:lineRule="auto"/>
        <w:ind w:firstLine="331"/>
        <w:jc w:val="both"/>
      </w:pPr>
      <w:r>
        <w:rPr>
          <w:rFonts w:ascii="Georgia" w:hAnsi="Georgia"/>
          <w:b w:val="0"/>
          <w:i w:val="0"/>
          <w:color w:val="22201D"/>
          <w:sz w:val="20"/>
        </w:rPr>
        <w:t>The window stayed empty.</w:t>
      </w:r>
    </w:p>
    <w:p>
      <w:pPr>
        <w:spacing w:after="60" w:line="266" w:lineRule="auto"/>
        <w:ind w:firstLine="331"/>
        <w:jc w:val="both"/>
      </w:pPr>
      <w:r>
        <w:rPr>
          <w:rFonts w:ascii="Georgia" w:hAnsi="Georgia"/>
          <w:b w:val="0"/>
          <w:i w:val="0"/>
          <w:color w:val="22201D"/>
          <w:sz w:val="20"/>
        </w:rPr>
        <w:t>The orange cones guarded nothing.</w:t>
      </w:r>
    </w:p>
    <w:p>
      <w:pPr>
        <w:spacing w:after="60" w:line="266" w:lineRule="auto"/>
        <w:ind w:firstLine="331"/>
        <w:jc w:val="both"/>
      </w:pPr>
      <w:r>
        <w:rPr>
          <w:rFonts w:ascii="Georgia" w:hAnsi="Georgia"/>
          <w:b w:val="0"/>
          <w:i w:val="0"/>
          <w:color w:val="22201D"/>
          <w:sz w:val="20"/>
        </w:rPr>
        <w:t>The spoon pointed down.</w:t>
      </w:r>
    </w:p>
    <w:p>
      <w:pPr>
        <w:spacing w:after="60" w:line="266" w:lineRule="auto"/>
        <w:ind w:firstLine="331"/>
        <w:jc w:val="both"/>
      </w:pPr>
      <w:r>
        <w:rPr>
          <w:rFonts w:ascii="Georgia" w:hAnsi="Georgia"/>
          <w:b w:val="0"/>
          <w:i w:val="0"/>
          <w:color w:val="22201D"/>
          <w:sz w:val="20"/>
        </w:rPr>
        <w:t>Flocc said, "The price is not need help."</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"It is accept help."</w:t>
      </w:r>
    </w:p>
    <w:p>
      <w:pPr>
        <w:spacing w:after="60" w:line="266" w:lineRule="auto"/>
        <w:ind w:firstLine="331"/>
        <w:jc w:val="both"/>
      </w:pPr>
      <w:r>
        <w:rPr>
          <w:rFonts w:ascii="Georgia" w:hAnsi="Georgia"/>
          <w:b w:val="0"/>
          <w:i w:val="0"/>
          <w:color w:val="22201D"/>
          <w:sz w:val="20"/>
        </w:rPr>
        <w:t>"I can read."</w:t>
      </w:r>
    </w:p>
    <w:p>
      <w:pPr>
        <w:spacing w:after="60" w:line="266" w:lineRule="auto"/>
        <w:ind w:firstLine="331"/>
        <w:jc w:val="both"/>
      </w:pPr>
      <w:r>
        <w:rPr>
          <w:rFonts w:ascii="Georgia" w:hAnsi="Georgia"/>
          <w:b w:val="0"/>
          <w:i w:val="0"/>
          <w:color w:val="22201D"/>
          <w:sz w:val="20"/>
        </w:rPr>
        <w:t>"Then the route is not asking whether you are weak."</w:t>
      </w:r>
    </w:p>
    <w:p>
      <w:pPr>
        <w:spacing w:after="60" w:line="266" w:lineRule="auto"/>
        <w:ind w:firstLine="331"/>
        <w:jc w:val="both"/>
      </w:pPr>
      <w:r>
        <w:rPr>
          <w:rFonts w:ascii="Georgia" w:hAnsi="Georgia"/>
          <w:b w:val="0"/>
          <w:i w:val="0"/>
          <w:color w:val="22201D"/>
          <w:sz w:val="20"/>
        </w:rPr>
        <w:t>Bob's hand tightened on the wheel.</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That was the edge.</w:t>
      </w:r>
    </w:p>
    <w:p>
      <w:pPr>
        <w:spacing w:after="60" w:line="266" w:lineRule="auto"/>
        <w:ind w:firstLine="331"/>
        <w:jc w:val="both"/>
      </w:pPr>
      <w:r>
        <w:rPr>
          <w:rFonts w:ascii="Georgia" w:hAnsi="Georgia"/>
          <w:b w:val="0"/>
          <w:i w:val="0"/>
          <w:color w:val="22201D"/>
          <w:sz w:val="20"/>
        </w:rPr>
        <w:t>He had found it by sound.</w:t>
      </w:r>
    </w:p>
    <w:p>
      <w:pPr>
        <w:spacing w:after="60" w:line="266" w:lineRule="auto"/>
        <w:ind w:firstLine="331"/>
        <w:jc w:val="both"/>
      </w:pPr>
      <w:r>
        <w:rPr>
          <w:rFonts w:ascii="Georgia" w:hAnsi="Georgia"/>
          <w:b w:val="0"/>
          <w:i w:val="0"/>
          <w:color w:val="22201D"/>
          <w:sz w:val="20"/>
        </w:rPr>
        <w:t>Outside, Nico stood up.</w:t>
      </w:r>
    </w:p>
    <w:p>
      <w:pPr>
        <w:spacing w:after="60" w:line="266" w:lineRule="auto"/>
        <w:ind w:firstLine="331"/>
        <w:jc w:val="both"/>
      </w:pPr>
      <w:r>
        <w:rPr>
          <w:rFonts w:ascii="Georgia" w:hAnsi="Georgia"/>
          <w:b w:val="0"/>
          <w:i w:val="0"/>
          <w:color w:val="22201D"/>
          <w:sz w:val="20"/>
        </w:rPr>
        <w:t>She held something small.</w:t>
      </w:r>
    </w:p>
    <w:p>
      <w:pPr>
        <w:spacing w:after="60" w:line="266" w:lineRule="auto"/>
        <w:ind w:firstLine="331"/>
        <w:jc w:val="both"/>
      </w:pPr>
      <w:r>
        <w:rPr>
          <w:rFonts w:ascii="Georgia" w:hAnsi="Georgia"/>
          <w:b w:val="0"/>
          <w:i w:val="0"/>
          <w:color w:val="22201D"/>
          <w:sz w:val="20"/>
        </w:rPr>
        <w:t>Steve stepped beside her, then called, "Gerald."</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Nico walked to the cab.</w:t>
      </w:r>
    </w:p>
    <w:p>
      <w:pPr>
        <w:spacing w:after="60" w:line="266" w:lineRule="auto"/>
        <w:ind w:firstLine="331"/>
        <w:jc w:val="both"/>
      </w:pPr>
      <w:r>
        <w:rPr>
          <w:rFonts w:ascii="Georgia" w:hAnsi="Georgia"/>
          <w:b w:val="0"/>
          <w:i w:val="0"/>
          <w:color w:val="22201D"/>
          <w:sz w:val="20"/>
        </w:rPr>
        <w:t>In her palm was a washer.</w:t>
      </w:r>
    </w:p>
    <w:p>
      <w:pPr>
        <w:spacing w:after="60" w:line="266" w:lineRule="auto"/>
        <w:ind w:firstLine="331"/>
        <w:jc w:val="both"/>
      </w:pPr>
      <w:r>
        <w:rPr>
          <w:rFonts w:ascii="Georgia" w:hAnsi="Georgia"/>
          <w:b w:val="0"/>
          <w:i w:val="0"/>
          <w:color w:val="22201D"/>
          <w:sz w:val="20"/>
        </w:rPr>
        <w:t>Flat.</w:t>
      </w:r>
    </w:p>
    <w:p>
      <w:pPr>
        <w:spacing w:after="60" w:line="266" w:lineRule="auto"/>
        <w:ind w:firstLine="331"/>
        <w:jc w:val="both"/>
      </w:pPr>
      <w:r>
        <w:rPr>
          <w:rFonts w:ascii="Georgia" w:hAnsi="Georgia"/>
          <w:b w:val="0"/>
          <w:i w:val="0"/>
          <w:color w:val="22201D"/>
          <w:sz w:val="20"/>
        </w:rPr>
        <w:t>Greasy.</w:t>
      </w:r>
    </w:p>
    <w:p>
      <w:pPr>
        <w:spacing w:after="60" w:line="266" w:lineRule="auto"/>
        <w:ind w:firstLine="331"/>
        <w:jc w:val="both"/>
      </w:pPr>
      <w:r>
        <w:rPr>
          <w:rFonts w:ascii="Georgia" w:hAnsi="Georgia"/>
          <w:b w:val="0"/>
          <w:i w:val="0"/>
          <w:color w:val="22201D"/>
          <w:sz w:val="20"/>
        </w:rPr>
        <w:t>Bright at one edge where it had worn against motion.</w:t>
      </w:r>
    </w:p>
    <w:p>
      <w:pPr>
        <w:spacing w:after="60" w:line="266" w:lineRule="auto"/>
        <w:ind w:firstLine="331"/>
        <w:jc w:val="both"/>
      </w:pPr>
      <w:r>
        <w:rPr>
          <w:rFonts w:ascii="Georgia" w:hAnsi="Georgia"/>
          <w:b w:val="0"/>
          <w:i w:val="0"/>
          <w:color w:val="22201D"/>
          <w:sz w:val="20"/>
        </w:rPr>
        <w:t>"This came from under the passenger-side rear bracket."</w:t>
      </w:r>
    </w:p>
    <w:p>
      <w:pPr>
        <w:spacing w:after="60" w:line="266" w:lineRule="auto"/>
        <w:ind w:firstLine="331"/>
        <w:jc w:val="both"/>
      </w:pPr>
      <w:r>
        <w:rPr>
          <w:rFonts w:ascii="Georgia" w:hAnsi="Georgia"/>
          <w:b w:val="0"/>
          <w:i w:val="0"/>
          <w:color w:val="22201D"/>
          <w:sz w:val="20"/>
        </w:rPr>
        <w:t>Bob opened the door before he remembered he had been told to stay.</w:t>
      </w:r>
    </w:p>
    <w:p>
      <w:pPr>
        <w:spacing w:after="60" w:line="266" w:lineRule="auto"/>
        <w:ind w:firstLine="331"/>
        <w:jc w:val="both"/>
      </w:pPr>
      <w:r>
        <w:rPr>
          <w:rFonts w:ascii="Georgia" w:hAnsi="Georgia"/>
          <w:b w:val="0"/>
          <w:i w:val="0"/>
          <w:color w:val="22201D"/>
          <w:sz w:val="20"/>
        </w:rPr>
        <w:t>Gerald's hand came up.</w:t>
      </w:r>
    </w:p>
    <w:p>
      <w:pPr>
        <w:spacing w:after="60" w:line="266" w:lineRule="auto"/>
        <w:ind w:firstLine="331"/>
        <w:jc w:val="both"/>
      </w:pPr>
      <w:r>
        <w:rPr>
          <w:rFonts w:ascii="Georgia" w:hAnsi="Georgia"/>
          <w:b w:val="0"/>
          <w:i w:val="0"/>
          <w:color w:val="22201D"/>
          <w:sz w:val="20"/>
        </w:rPr>
        <w:t>"Stop."</w:t>
      </w:r>
    </w:p>
    <w:p>
      <w:pPr>
        <w:spacing w:after="60" w:line="266" w:lineRule="auto"/>
        <w:ind w:firstLine="331"/>
        <w:jc w:val="both"/>
      </w:pPr>
      <w:r>
        <w:rPr>
          <w:rFonts w:ascii="Georgia" w:hAnsi="Georgia"/>
          <w:b w:val="0"/>
          <w:i w:val="0"/>
          <w:color w:val="22201D"/>
          <w:sz w:val="20"/>
        </w:rPr>
        <w:t>Bob stopped.</w:t>
      </w:r>
    </w:p>
    <w:p>
      <w:pPr>
        <w:spacing w:after="60" w:line="266" w:lineRule="auto"/>
        <w:ind w:firstLine="331"/>
        <w:jc w:val="both"/>
      </w:pPr>
      <w:r>
        <w:rPr>
          <w:rFonts w:ascii="Georgia" w:hAnsi="Georgia"/>
          <w:b w:val="0"/>
          <w:i w:val="0"/>
          <w:color w:val="22201D"/>
          <w:sz w:val="20"/>
        </w:rPr>
        <w:t>"Washer."</w:t>
      </w:r>
    </w:p>
    <w:p>
      <w:pPr>
        <w:spacing w:after="60" w:line="266" w:lineRule="auto"/>
        <w:ind w:firstLine="331"/>
        <w:jc w:val="both"/>
      </w:pPr>
      <w:r>
        <w:rPr>
          <w:rFonts w:ascii="Georgia" w:hAnsi="Georgia"/>
          <w:b w:val="0"/>
          <w:i w:val="0"/>
          <w:color w:val="22201D"/>
          <w:sz w:val="20"/>
        </w:rPr>
        <w:t>"I see it."</w:t>
      </w:r>
    </w:p>
    <w:p>
      <w:pPr>
        <w:spacing w:after="60" w:line="266" w:lineRule="auto"/>
        <w:ind w:firstLine="331"/>
        <w:jc w:val="both"/>
      </w:pPr>
      <w:r>
        <w:rPr>
          <w:rFonts w:ascii="Georgia" w:hAnsi="Georgia"/>
          <w:b w:val="0"/>
          <w:i w:val="0"/>
          <w:color w:val="22201D"/>
          <w:sz w:val="20"/>
        </w:rPr>
        <w:t>"From the bracket."</w:t>
      </w:r>
    </w:p>
    <w:p>
      <w:pPr>
        <w:spacing w:after="60" w:line="266" w:lineRule="auto"/>
        <w:ind w:firstLine="331"/>
        <w:jc w:val="both"/>
      </w:pPr>
      <w:r>
        <w:rPr>
          <w:rFonts w:ascii="Georgia" w:hAnsi="Georgia"/>
          <w:b w:val="0"/>
          <w:i w:val="0"/>
          <w:color w:val="22201D"/>
          <w:sz w:val="20"/>
        </w:rPr>
        <w:t>"I heard her."</w:t>
      </w:r>
    </w:p>
    <w:p>
      <w:pPr>
        <w:spacing w:after="60" w:line="266" w:lineRule="auto"/>
        <w:ind w:firstLine="331"/>
        <w:jc w:val="both"/>
      </w:pPr>
      <w:r>
        <w:rPr>
          <w:rFonts w:ascii="Georgia" w:hAnsi="Georgia"/>
          <w:b w:val="0"/>
          <w:i w:val="0"/>
          <w:color w:val="22201D"/>
          <w:sz w:val="20"/>
        </w:rPr>
        <w:t>"Then I need to look."</w:t>
      </w:r>
    </w:p>
    <w:p>
      <w:pPr>
        <w:spacing w:after="60" w:line="266" w:lineRule="auto"/>
        <w:ind w:firstLine="331"/>
        <w:jc w:val="both"/>
      </w:pPr>
      <w:r>
        <w:rPr>
          <w:rFonts w:ascii="Georgia" w:hAnsi="Georgia"/>
          <w:b w:val="0"/>
          <w:i w:val="0"/>
          <w:color w:val="22201D"/>
          <w:sz w:val="20"/>
        </w:rPr>
        <w:t>Gerald stepped between Bob and the open door.</w:t>
      </w:r>
    </w:p>
    <w:p>
      <w:pPr>
        <w:spacing w:after="60" w:line="266" w:lineRule="auto"/>
        <w:ind w:firstLine="331"/>
        <w:jc w:val="both"/>
      </w:pPr>
      <w:r>
        <w:rPr>
          <w:rFonts w:ascii="Georgia" w:hAnsi="Georgia"/>
          <w:b w:val="0"/>
          <w:i w:val="0"/>
          <w:color w:val="22201D"/>
          <w:sz w:val="20"/>
        </w:rPr>
        <w:t>"No. I need to look. You need to not climb under a loaded truck while Tuesday is making jokes with dock numbers."</w:t>
      </w:r>
    </w:p>
    <w:p>
      <w:pPr>
        <w:spacing w:after="60" w:line="266" w:lineRule="auto"/>
        <w:ind w:firstLine="331"/>
        <w:jc w:val="both"/>
      </w:pPr>
      <w:r>
        <w:rPr>
          <w:rFonts w:ascii="Georgia" w:hAnsi="Georgia"/>
          <w:b w:val="0"/>
          <w:i w:val="0"/>
          <w:color w:val="22201D"/>
          <w:sz w:val="20"/>
        </w:rPr>
        <w:t>Bob stared at him.</w:t>
      </w:r>
    </w:p>
    <w:p>
      <w:pPr>
        <w:spacing w:after="60" w:line="266" w:lineRule="auto"/>
        <w:ind w:firstLine="331"/>
        <w:jc w:val="both"/>
      </w:pPr>
      <w:r>
        <w:rPr>
          <w:rFonts w:ascii="Georgia" w:hAnsi="Georgia"/>
          <w:b w:val="0"/>
          <w:i w:val="0"/>
          <w:color w:val="22201D"/>
          <w:sz w:val="20"/>
        </w:rPr>
        <w:t>The depot seemed to lean closer without moving.</w:t>
      </w:r>
    </w:p>
    <w:p>
      <w:pPr>
        <w:spacing w:after="60" w:line="266" w:lineRule="auto"/>
        <w:ind w:firstLine="331"/>
        <w:jc w:val="both"/>
      </w:pPr>
      <w:r>
        <w:rPr>
          <w:rFonts w:ascii="Georgia" w:hAnsi="Georgia"/>
          <w:b w:val="0"/>
          <w:i w:val="0"/>
          <w:color w:val="22201D"/>
          <w:sz w:val="20"/>
        </w:rPr>
        <w:t>Nico held the washer like evidence in a trial where gravity had already testified.</w:t>
      </w:r>
    </w:p>
    <w:p>
      <w:pPr>
        <w:spacing w:after="60" w:line="266" w:lineRule="auto"/>
        <w:ind w:firstLine="331"/>
        <w:jc w:val="both"/>
      </w:pPr>
      <w:r>
        <w:rPr>
          <w:rFonts w:ascii="Georgia" w:hAnsi="Georgia"/>
          <w:b w:val="0"/>
          <w:i w:val="0"/>
          <w:color w:val="22201D"/>
          <w:sz w:val="20"/>
        </w:rPr>
        <w:t>Steve said quietly, "There is a crack in the bracket."</w:t>
      </w:r>
    </w:p>
    <w:p>
      <w:pPr>
        <w:spacing w:after="60" w:line="266" w:lineRule="auto"/>
        <w:ind w:firstLine="331"/>
        <w:jc w:val="both"/>
      </w:pPr>
      <w:r>
        <w:rPr>
          <w:rFonts w:ascii="Georgia" w:hAnsi="Georgia"/>
          <w:b w:val="0"/>
          <w:i w:val="0"/>
          <w:color w:val="22201D"/>
          <w:sz w:val="20"/>
        </w:rPr>
        <w:t>Bob went still.</w:t>
      </w:r>
    </w:p>
    <w:p>
      <w:pPr>
        <w:spacing w:after="60" w:line="266" w:lineRule="auto"/>
        <w:ind w:firstLine="331"/>
        <w:jc w:val="both"/>
      </w:pPr>
      <w:r>
        <w:rPr>
          <w:rFonts w:ascii="Georgia" w:hAnsi="Georgia"/>
          <w:b w:val="0"/>
          <w:i w:val="0"/>
          <w:color w:val="22201D"/>
          <w:sz w:val="20"/>
        </w:rPr>
        <w:t>This was not emotional language.</w:t>
      </w:r>
    </w:p>
    <w:p>
      <w:pPr>
        <w:spacing w:after="60" w:line="266" w:lineRule="auto"/>
        <w:ind w:firstLine="331"/>
        <w:jc w:val="both"/>
      </w:pPr>
      <w:r>
        <w:rPr>
          <w:rFonts w:ascii="Georgia" w:hAnsi="Georgia"/>
          <w:b w:val="0"/>
          <w:i w:val="0"/>
          <w:color w:val="22201D"/>
          <w:sz w:val="20"/>
        </w:rPr>
        <w:t>This was not magic.</w:t>
      </w:r>
    </w:p>
    <w:p>
      <w:pPr>
        <w:spacing w:after="60" w:line="266" w:lineRule="auto"/>
        <w:ind w:firstLine="331"/>
        <w:jc w:val="both"/>
      </w:pPr>
      <w:r>
        <w:rPr>
          <w:rFonts w:ascii="Georgia" w:hAnsi="Georgia"/>
          <w:b w:val="0"/>
          <w:i w:val="0"/>
          <w:color w:val="22201D"/>
          <w:sz w:val="20"/>
        </w:rPr>
        <w:t>This was metal.</w:t>
      </w:r>
    </w:p>
    <w:p>
      <w:pPr>
        <w:spacing w:after="60" w:line="266" w:lineRule="auto"/>
        <w:ind w:firstLine="331"/>
        <w:jc w:val="both"/>
      </w:pPr>
      <w:r>
        <w:rPr>
          <w:rFonts w:ascii="Georgia" w:hAnsi="Georgia"/>
          <w:b w:val="0"/>
          <w:i w:val="0"/>
          <w:color w:val="22201D"/>
          <w:sz w:val="20"/>
        </w:rPr>
        <w:t>"Where?"</w:t>
      </w:r>
    </w:p>
    <w:p>
      <w:pPr>
        <w:spacing w:after="60" w:line="266" w:lineRule="auto"/>
        <w:ind w:firstLine="331"/>
        <w:jc w:val="both"/>
      </w:pPr>
      <w:r>
        <w:rPr>
          <w:rFonts w:ascii="Georgia" w:hAnsi="Georgia"/>
          <w:b w:val="0"/>
          <w:i w:val="0"/>
          <w:color w:val="22201D"/>
          <w:sz w:val="20"/>
        </w:rPr>
        <w:t>"Rear passenger side," Gerald said. "Upper support, near the old weld."</w:t>
      </w:r>
    </w:p>
    <w:p>
      <w:pPr>
        <w:spacing w:after="60" w:line="266" w:lineRule="auto"/>
        <w:ind w:firstLine="331"/>
        <w:jc w:val="both"/>
      </w:pPr>
      <w:r>
        <w:rPr>
          <w:rFonts w:ascii="Georgia" w:hAnsi="Georgia"/>
          <w:b w:val="0"/>
          <w:i w:val="0"/>
          <w:color w:val="22201D"/>
          <w:sz w:val="20"/>
        </w:rPr>
        <w:t>"How bad?"</w:t>
      </w:r>
    </w:p>
    <w:p>
      <w:pPr>
        <w:spacing w:after="60" w:line="266" w:lineRule="auto"/>
        <w:ind w:firstLine="331"/>
        <w:jc w:val="both"/>
      </w:pPr>
      <w:r>
        <w:rPr>
          <w:rFonts w:ascii="Georgia" w:hAnsi="Georgia"/>
          <w:b w:val="0"/>
          <w:i w:val="0"/>
          <w:color w:val="22201D"/>
          <w:sz w:val="20"/>
        </w:rPr>
        <w:t>"Bad enough that I do not like the word enough."</w:t>
      </w:r>
    </w:p>
    <w:p>
      <w:pPr>
        <w:spacing w:after="60" w:line="266" w:lineRule="auto"/>
        <w:ind w:firstLine="331"/>
        <w:jc w:val="both"/>
      </w:pPr>
      <w:r>
        <w:rPr>
          <w:rFonts w:ascii="Georgia" w:hAnsi="Georgia"/>
          <w:b w:val="0"/>
          <w:i w:val="0"/>
          <w:color w:val="22201D"/>
          <w:sz w:val="20"/>
        </w:rPr>
        <w:t>"Tools."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"Wheel chock."</w:t>
      </w:r>
    </w:p>
    <w:p>
      <w:pPr>
        <w:spacing w:after="60" w:line="266" w:lineRule="auto"/>
        <w:ind w:firstLine="331"/>
        <w:jc w:val="both"/>
      </w:pPr>
      <w:r>
        <w:rPr>
          <w:rFonts w:ascii="Georgia" w:hAnsi="Georgia"/>
          <w:b w:val="0"/>
          <w:i w:val="0"/>
          <w:color w:val="22201D"/>
          <w:sz w:val="20"/>
        </w:rPr>
        <w:t>"Already placed."</w:t>
      </w:r>
    </w:p>
    <w:p>
      <w:pPr>
        <w:spacing w:after="60" w:line="266" w:lineRule="auto"/>
        <w:ind w:firstLine="331"/>
        <w:jc w:val="both"/>
      </w:pPr>
      <w:r>
        <w:rPr>
          <w:rFonts w:ascii="Georgia" w:hAnsi="Georgia"/>
          <w:b w:val="0"/>
          <w:i w:val="0"/>
          <w:color w:val="22201D"/>
          <w:sz w:val="20"/>
        </w:rPr>
        <w:t>"Jack?"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you are not going under it."</w:t>
      </w:r>
    </w:p>
    <w:p>
      <w:pPr>
        <w:spacing w:after="60" w:line="266" w:lineRule="auto"/>
        <w:ind w:firstLine="331"/>
        <w:jc w:val="both"/>
      </w:pPr>
      <w:r>
        <w:rPr>
          <w:rFonts w:ascii="Georgia" w:hAnsi="Georgia"/>
          <w:b w:val="0"/>
          <w:i w:val="0"/>
          <w:color w:val="22201D"/>
          <w:sz w:val="20"/>
        </w:rPr>
        <w:t>Bob looked at Gerald as if Gerald had driven the truck into betrayal personally.</w:t>
      </w:r>
    </w:p>
    <w:p>
      <w:pPr>
        <w:spacing w:after="60" w:line="266" w:lineRule="auto"/>
        <w:ind w:firstLine="331"/>
        <w:jc w:val="both"/>
      </w:pPr>
      <w:r>
        <w:rPr>
          <w:rFonts w:ascii="Georgia" w:hAnsi="Georgia"/>
          <w:b w:val="0"/>
          <w:i w:val="0"/>
          <w:color w:val="22201D"/>
          <w:sz w:val="20"/>
        </w:rPr>
        <w:t>Gerald did not move.</w:t>
      </w:r>
    </w:p>
    <w:p>
      <w:pPr>
        <w:spacing w:after="60" w:line="266" w:lineRule="auto"/>
        <w:ind w:firstLine="331"/>
        <w:jc w:val="both"/>
      </w:pPr>
      <w:r>
        <w:rPr>
          <w:rFonts w:ascii="Georgia" w:hAnsi="Georgia"/>
          <w:b w:val="0"/>
          <w:i w:val="0"/>
          <w:color w:val="22201D"/>
          <w:sz w:val="20"/>
        </w:rPr>
        <w:t>"I can brace it," Bob said.</w:t>
      </w:r>
    </w:p>
    <w:p>
      <w:pPr>
        <w:spacing w:after="60" w:line="266" w:lineRule="auto"/>
        <w:ind w:firstLine="331"/>
        <w:jc w:val="both"/>
      </w:pPr>
      <w:r>
        <w:rPr>
          <w:rFonts w:ascii="Georgia" w:hAnsi="Georgia"/>
          <w:b w:val="0"/>
          <w:i w:val="0"/>
          <w:color w:val="22201D"/>
          <w:sz w:val="20"/>
        </w:rPr>
        <w:t>"You cannot brace yourself."</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That sentence had not been in the invoice correction, but the invoice correction heard it anyway.</w:t>
      </w:r>
    </w:p>
    <w:p>
      <w:pPr>
        <w:spacing w:after="60" w:line="266" w:lineRule="auto"/>
        <w:ind w:firstLine="331"/>
        <w:jc w:val="both"/>
      </w:pPr>
      <w:r>
        <w:rPr>
          <w:rFonts w:ascii="Georgia" w:hAnsi="Georgia"/>
          <w:b w:val="0"/>
          <w:i w:val="0"/>
          <w:color w:val="22201D"/>
          <w:sz w:val="20"/>
        </w:rPr>
        <w:t>The paper on Gerald's clipboard changed.</w:t>
      </w:r>
    </w:p>
    <w:p>
      <w:pPr>
        <w:spacing w:after="60" w:line="266" w:lineRule="auto"/>
        <w:ind w:firstLine="331"/>
        <w:jc w:val="both"/>
      </w:pPr>
      <w:r>
        <w:rPr>
          <w:rFonts w:ascii="Georgia" w:hAnsi="Georgia"/>
          <w:b w:val="0"/>
          <w:i w:val="0"/>
          <w:color w:val="22201D"/>
          <w:sz w:val="20"/>
        </w:rPr>
        <w:t>Under Correction type, a new line appeared:</w:t>
      </w:r>
    </w:p>
    <w:p>
      <w:pPr>
        <w:spacing w:after="60" w:line="250" w:lineRule="auto"/>
        <w:ind w:left="202" w:right="173"/>
      </w:pPr>
      <w:r>
        <w:rPr>
          <w:rFonts w:ascii="Georgia" w:hAnsi="Georgia"/>
          <w:b w:val="0"/>
          <w:i w:val="0"/>
          <w:color w:val="22201D"/>
          <w:sz w:val="17"/>
        </w:rPr>
        <w:t>Helper may perform necessary inspection while driver remains deliverable.</w:t>
      </w:r>
    </w:p>
    <w:p>
      <w:pPr>
        <w:spacing w:after="60" w:line="266" w:lineRule="auto"/>
        <w:ind w:firstLine="331"/>
        <w:jc w:val="both"/>
      </w:pPr>
      <w:r>
        <w:rPr>
          <w:rFonts w:ascii="Georgia" w:hAnsi="Georgia"/>
          <w:b w:val="0"/>
          <w:i w:val="0"/>
          <w:color w:val="22201D"/>
          <w:sz w:val="20"/>
        </w:rPr>
        <w:t>Nico whispered, "Driver remains deliverable."</w:t>
      </w:r>
    </w:p>
    <w:p>
      <w:pPr>
        <w:spacing w:after="60" w:line="266" w:lineRule="auto"/>
        <w:ind w:firstLine="331"/>
        <w:jc w:val="both"/>
      </w:pPr>
      <w:r>
        <w:rPr>
          <w:rFonts w:ascii="Georgia" w:hAnsi="Georgia"/>
          <w:b w:val="0"/>
          <w:i w:val="0"/>
          <w:color w:val="22201D"/>
          <w:sz w:val="20"/>
        </w:rPr>
        <w:t>"Do not enjoy this," Bob said.</w:t>
      </w:r>
    </w:p>
    <w:p>
      <w:pPr>
        <w:spacing w:after="60" w:line="266" w:lineRule="auto"/>
        <w:ind w:firstLine="331"/>
        <w:jc w:val="both"/>
      </w:pPr>
      <w:r>
        <w:rPr>
          <w:rFonts w:ascii="Georgia" w:hAnsi="Georgia"/>
          <w:b w:val="0"/>
          <w:i w:val="0"/>
          <w:color w:val="22201D"/>
          <w:sz w:val="20"/>
        </w:rPr>
        <w:t>"I am not enjoying it. I am documenting it emotionally."</w:t>
      </w:r>
    </w:p>
    <w:p>
      <w:pPr>
        <w:spacing w:after="60" w:line="266" w:lineRule="auto"/>
        <w:ind w:firstLine="331"/>
        <w:jc w:val="both"/>
      </w:pPr>
      <w:r>
        <w:rPr>
          <w:rFonts w:ascii="Georgia" w:hAnsi="Georgia"/>
          <w:b w:val="0"/>
          <w:i w:val="0"/>
          <w:color w:val="22201D"/>
          <w:sz w:val="20"/>
        </w:rPr>
        <w:t>Steve crouched near the rear wheel but did not go under.</w:t>
      </w:r>
    </w:p>
    <w:p>
      <w:pPr>
        <w:spacing w:after="60" w:line="266" w:lineRule="auto"/>
        <w:ind w:firstLine="331"/>
        <w:jc w:val="both"/>
      </w:pPr>
      <w:r>
        <w:rPr>
          <w:rFonts w:ascii="Georgia" w:hAnsi="Georgia"/>
          <w:b w:val="0"/>
          <w:i w:val="0"/>
          <w:color w:val="22201D"/>
          <w:sz w:val="20"/>
        </w:rPr>
        <w:t>Gerald opened the cargo side and took out the road kit.</w:t>
      </w:r>
    </w:p>
    <w:p>
      <w:pPr>
        <w:spacing w:after="60" w:line="266" w:lineRule="auto"/>
        <w:ind w:firstLine="331"/>
        <w:jc w:val="both"/>
      </w:pPr>
      <w:r>
        <w:rPr>
          <w:rFonts w:ascii="Georgia" w:hAnsi="Georgia"/>
          <w:b w:val="0"/>
          <w:i w:val="0"/>
          <w:color w:val="22201D"/>
          <w:sz w:val="20"/>
        </w:rPr>
        <w:t>Flocc stepped down with the menu key, then stopped beside Bob's open door.</w:t>
      </w:r>
    </w:p>
    <w:p>
      <w:pPr>
        <w:spacing w:after="60" w:line="266" w:lineRule="auto"/>
        <w:ind w:firstLine="331"/>
        <w:jc w:val="both"/>
      </w:pPr>
      <w:r>
        <w:rPr>
          <w:rFonts w:ascii="Georgia" w:hAnsi="Georgia"/>
          <w:b w:val="0"/>
          <w:i w:val="0"/>
          <w:color w:val="22201D"/>
          <w:sz w:val="20"/>
        </w:rPr>
        <w:t>"You can tell him what to check."</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"That is not the same."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might miss it."</w:t>
      </w:r>
    </w:p>
    <w:p>
      <w:pPr>
        <w:spacing w:after="60" w:line="266" w:lineRule="auto"/>
        <w:ind w:firstLine="331"/>
        <w:jc w:val="both"/>
      </w:pPr>
      <w:r>
        <w:rPr>
          <w:rFonts w:ascii="Georgia" w:hAnsi="Georgia"/>
          <w:b w:val="0"/>
          <w:i w:val="0"/>
          <w:color w:val="22201D"/>
          <w:sz w:val="20"/>
        </w:rPr>
        <w:t>"Then tell him."</w:t>
      </w:r>
    </w:p>
    <w:p>
      <w:pPr>
        <w:spacing w:after="60" w:line="266" w:lineRule="auto"/>
        <w:ind w:firstLine="331"/>
        <w:jc w:val="both"/>
      </w:pPr>
      <w:r>
        <w:rPr>
          <w:rFonts w:ascii="Georgia" w:hAnsi="Georgia"/>
          <w:b w:val="0"/>
          <w:i w:val="0"/>
          <w:color w:val="22201D"/>
          <w:sz w:val="20"/>
        </w:rPr>
        <w:t>"I can do it faster."</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Bob's eyes moved to the bracket.</w:t>
      </w:r>
    </w:p>
    <w:p>
      <w:pPr>
        <w:spacing w:after="60" w:line="266" w:lineRule="auto"/>
        <w:ind w:firstLine="331"/>
        <w:jc w:val="both"/>
      </w:pPr>
      <w:r>
        <w:rPr>
          <w:rFonts w:ascii="Georgia" w:hAnsi="Georgia"/>
          <w:b w:val="0"/>
          <w:i w:val="0"/>
          <w:color w:val="22201D"/>
          <w:sz w:val="20"/>
        </w:rPr>
        <w:t>He could see only a sliver from the cab.</w:t>
      </w:r>
    </w:p>
    <w:p>
      <w:pPr>
        <w:spacing w:after="60" w:line="266" w:lineRule="auto"/>
        <w:ind w:firstLine="331"/>
        <w:jc w:val="both"/>
      </w:pPr>
      <w:r>
        <w:rPr>
          <w:rFonts w:ascii="Georgia" w:hAnsi="Georgia"/>
          <w:b w:val="0"/>
          <w:i w:val="0"/>
          <w:color w:val="22201D"/>
          <w:sz w:val="20"/>
        </w:rPr>
        <w:t>Not enough.</w:t>
      </w:r>
    </w:p>
    <w:p>
      <w:pPr>
        <w:spacing w:after="60" w:line="266" w:lineRule="auto"/>
        <w:ind w:firstLine="331"/>
        <w:jc w:val="both"/>
      </w:pPr>
      <w:r>
        <w:rPr>
          <w:rFonts w:ascii="Georgia" w:hAnsi="Georgia"/>
          <w:b w:val="0"/>
          <w:i w:val="0"/>
          <w:color w:val="22201D"/>
          <w:sz w:val="20"/>
        </w:rPr>
        <w:t>He hated not enough.</w:t>
      </w:r>
    </w:p>
    <w:p>
      <w:pPr>
        <w:spacing w:after="60" w:line="266" w:lineRule="auto"/>
        <w:ind w:firstLine="331"/>
        <w:jc w:val="both"/>
      </w:pPr>
      <w:r>
        <w:rPr>
          <w:rFonts w:ascii="Georgia" w:hAnsi="Georgia"/>
          <w:b w:val="0"/>
          <w:i w:val="0"/>
          <w:color w:val="22201D"/>
          <w:sz w:val="20"/>
        </w:rPr>
        <w:t>Not enough information.</w:t>
      </w:r>
    </w:p>
    <w:p>
      <w:pPr>
        <w:spacing w:after="60" w:line="266" w:lineRule="auto"/>
        <w:ind w:firstLine="331"/>
        <w:jc w:val="both"/>
      </w:pPr>
      <w:r>
        <w:rPr>
          <w:rFonts w:ascii="Georgia" w:hAnsi="Georgia"/>
          <w:b w:val="0"/>
          <w:i w:val="0"/>
          <w:color w:val="22201D"/>
          <w:sz w:val="20"/>
        </w:rPr>
        <w:t>Not enough access.</w:t>
      </w:r>
    </w:p>
    <w:p>
      <w:pPr>
        <w:spacing w:after="60" w:line="266" w:lineRule="auto"/>
        <w:ind w:firstLine="331"/>
        <w:jc w:val="both"/>
      </w:pPr>
      <w:r>
        <w:rPr>
          <w:rFonts w:ascii="Georgia" w:hAnsi="Georgia"/>
          <w:b w:val="0"/>
          <w:i w:val="0"/>
          <w:color w:val="22201D"/>
          <w:sz w:val="20"/>
        </w:rPr>
        <w:t>Not enough road.</w:t>
      </w:r>
    </w:p>
    <w:p>
      <w:pPr>
        <w:spacing w:after="60" w:line="266" w:lineRule="auto"/>
        <w:ind w:firstLine="331"/>
        <w:jc w:val="both"/>
      </w:pPr>
      <w:r>
        <w:rPr>
          <w:rFonts w:ascii="Georgia" w:hAnsi="Georgia"/>
          <w:b w:val="0"/>
          <w:i w:val="0"/>
          <w:color w:val="22201D"/>
          <w:sz w:val="20"/>
        </w:rPr>
        <w:t>Not enough time to turn care into something he could perform alone.</w:t>
      </w:r>
    </w:p>
    <w:p>
      <w:pPr>
        <w:spacing w:after="60" w:line="266" w:lineRule="auto"/>
        <w:ind w:firstLine="331"/>
        <w:jc w:val="both"/>
      </w:pPr>
      <w:r>
        <w:rPr>
          <w:rFonts w:ascii="Georgia" w:hAnsi="Georgia"/>
          <w:b w:val="0"/>
          <w:i w:val="0"/>
          <w:color w:val="22201D"/>
          <w:sz w:val="20"/>
        </w:rPr>
        <w:t>Gerald laid the kit open on the pavement.</w:t>
      </w:r>
    </w:p>
    <w:p>
      <w:pPr>
        <w:spacing w:after="60" w:line="266" w:lineRule="auto"/>
        <w:ind w:firstLine="331"/>
        <w:jc w:val="both"/>
      </w:pPr>
      <w:r>
        <w:rPr>
          <w:rFonts w:ascii="Georgia" w:hAnsi="Georgia"/>
          <w:b w:val="0"/>
          <w:i w:val="0"/>
          <w:color w:val="22201D"/>
          <w:sz w:val="20"/>
        </w:rPr>
        <w:t>"Socket set."</w:t>
      </w:r>
    </w:p>
    <w:p>
      <w:pPr>
        <w:spacing w:after="60" w:line="266" w:lineRule="auto"/>
        <w:ind w:firstLine="331"/>
        <w:jc w:val="both"/>
      </w:pPr>
      <w:r>
        <w:rPr>
          <w:rFonts w:ascii="Georgia" w:hAnsi="Georgia"/>
          <w:b w:val="0"/>
          <w:i w:val="0"/>
          <w:color w:val="22201D"/>
          <w:sz w:val="20"/>
        </w:rPr>
        <w:t>Bob answered before he decided to.</w:t>
      </w:r>
    </w:p>
    <w:p>
      <w:pPr>
        <w:spacing w:after="60" w:line="266" w:lineRule="auto"/>
        <w:ind w:firstLine="331"/>
        <w:jc w:val="both"/>
      </w:pPr>
      <w:r>
        <w:rPr>
          <w:rFonts w:ascii="Georgia" w:hAnsi="Georgia"/>
          <w:b w:val="0"/>
          <w:i w:val="0"/>
          <w:color w:val="22201D"/>
          <w:sz w:val="20"/>
        </w:rPr>
        <w:t>"Thirteen millimeter, deep."</w:t>
      </w:r>
    </w:p>
    <w:p>
      <w:pPr>
        <w:spacing w:after="60" w:line="266" w:lineRule="auto"/>
        <w:ind w:firstLine="331"/>
        <w:jc w:val="both"/>
      </w:pPr>
      <w:r>
        <w:rPr>
          <w:rFonts w:ascii="Georgia" w:hAnsi="Georgia"/>
          <w:b w:val="0"/>
          <w:i w:val="0"/>
          <w:color w:val="22201D"/>
          <w:sz w:val="20"/>
        </w:rPr>
        <w:t>Gerald picked it.</w:t>
      </w:r>
    </w:p>
    <w:p>
      <w:pPr>
        <w:spacing w:after="60" w:line="266" w:lineRule="auto"/>
        <w:ind w:firstLine="331"/>
        <w:jc w:val="both"/>
      </w:pPr>
      <w:r>
        <w:rPr>
          <w:rFonts w:ascii="Georgia" w:hAnsi="Georgia"/>
          <w:b w:val="0"/>
          <w:i w:val="0"/>
          <w:color w:val="22201D"/>
          <w:sz w:val="20"/>
        </w:rPr>
        <w:t>"Light."</w:t>
      </w:r>
    </w:p>
    <w:p>
      <w:pPr>
        <w:spacing w:after="60" w:line="266" w:lineRule="auto"/>
        <w:ind w:firstLine="331"/>
        <w:jc w:val="both"/>
      </w:pPr>
      <w:r>
        <w:rPr>
          <w:rFonts w:ascii="Georgia" w:hAnsi="Georgia"/>
          <w:b w:val="0"/>
          <w:i w:val="0"/>
          <w:color w:val="22201D"/>
          <w:sz w:val="20"/>
        </w:rPr>
        <w:t>"Magnet base. Put it on the axle housing, not the frame."</w:t>
      </w:r>
    </w:p>
    <w:p>
      <w:pPr>
        <w:spacing w:after="60" w:line="266" w:lineRule="auto"/>
        <w:ind w:firstLine="331"/>
        <w:jc w:val="both"/>
      </w:pPr>
      <w:r>
        <w:rPr>
          <w:rFonts w:ascii="Georgia" w:hAnsi="Georgia"/>
          <w:b w:val="0"/>
          <w:i w:val="0"/>
          <w:color w:val="22201D"/>
          <w:sz w:val="20"/>
        </w:rPr>
        <w:t>Gerald placed it.</w:t>
      </w:r>
    </w:p>
    <w:p>
      <w:pPr>
        <w:spacing w:after="60" w:line="266" w:lineRule="auto"/>
        <w:ind w:firstLine="331"/>
        <w:jc w:val="both"/>
      </w:pPr>
      <w:r>
        <w:rPr>
          <w:rFonts w:ascii="Georgia" w:hAnsi="Georgia"/>
          <w:b w:val="0"/>
          <w:i w:val="0"/>
          <w:color w:val="22201D"/>
          <w:sz w:val="20"/>
        </w:rPr>
        <w:t>"Inspection mirror."</w:t>
      </w:r>
    </w:p>
    <w:p>
      <w:pPr>
        <w:spacing w:after="60" w:line="266" w:lineRule="auto"/>
        <w:ind w:firstLine="331"/>
        <w:jc w:val="both"/>
      </w:pPr>
      <w:r>
        <w:rPr>
          <w:rFonts w:ascii="Georgia" w:hAnsi="Georgia"/>
          <w:b w:val="0"/>
          <w:i w:val="0"/>
          <w:color w:val="22201D"/>
          <w:sz w:val="20"/>
        </w:rPr>
        <w:t>"Small one. Angle from the inside."</w:t>
      </w:r>
    </w:p>
    <w:p>
      <w:pPr>
        <w:spacing w:after="60" w:line="266" w:lineRule="auto"/>
        <w:ind w:firstLine="331"/>
        <w:jc w:val="both"/>
      </w:pPr>
      <w:r>
        <w:rPr>
          <w:rFonts w:ascii="Georgia" w:hAnsi="Georgia"/>
          <w:b w:val="0"/>
          <w:i w:val="0"/>
          <w:color w:val="22201D"/>
          <w:sz w:val="20"/>
        </w:rPr>
        <w:t>Gerald reached.</w:t>
      </w:r>
    </w:p>
    <w:p>
      <w:pPr>
        <w:spacing w:after="60" w:line="266" w:lineRule="auto"/>
        <w:ind w:firstLine="331"/>
        <w:jc w:val="both"/>
      </w:pPr>
      <w:r>
        <w:rPr>
          <w:rFonts w:ascii="Georgia" w:hAnsi="Georgia"/>
          <w:b w:val="0"/>
          <w:i w:val="0"/>
          <w:color w:val="22201D"/>
          <w:sz w:val="20"/>
        </w:rPr>
        <w:t>Bob's foot pressed against the floor.</w:t>
      </w:r>
    </w:p>
    <w:p>
      <w:pPr>
        <w:spacing w:after="60" w:line="266" w:lineRule="auto"/>
        <w:ind w:firstLine="331"/>
        <w:jc w:val="both"/>
      </w:pPr>
      <w:r>
        <w:rPr>
          <w:rFonts w:ascii="Georgia" w:hAnsi="Georgia"/>
          <w:b w:val="0"/>
          <w:i w:val="0"/>
          <w:color w:val="22201D"/>
          <w:sz w:val="20"/>
        </w:rPr>
        <w:t>The truck did not move.</w:t>
      </w:r>
    </w:p>
    <w:p>
      <w:pPr>
        <w:spacing w:after="60" w:line="266" w:lineRule="auto"/>
        <w:ind w:firstLine="331"/>
        <w:jc w:val="both"/>
      </w:pPr>
      <w:r>
        <w:rPr>
          <w:rFonts w:ascii="Georgia" w:hAnsi="Georgia"/>
          <w:b w:val="0"/>
          <w:i w:val="0"/>
          <w:color w:val="22201D"/>
          <w:sz w:val="20"/>
        </w:rPr>
        <w:t>Neither did he.</w:t>
      </w:r>
    </w:p>
    <w:p>
      <w:pPr>
        <w:spacing w:after="60" w:line="266" w:lineRule="auto"/>
        <w:ind w:firstLine="331"/>
        <w:jc w:val="both"/>
      </w:pPr>
      <w:r>
        <w:rPr>
          <w:rFonts w:ascii="Georgia" w:hAnsi="Georgia"/>
          <w:b w:val="0"/>
          <w:i w:val="0"/>
          <w:color w:val="22201D"/>
          <w:sz w:val="20"/>
        </w:rPr>
        <w:t>That was the first help accepted:</w:t>
      </w:r>
    </w:p>
    <w:p>
      <w:pPr>
        <w:spacing w:after="60" w:line="266" w:lineRule="auto"/>
        <w:ind w:firstLine="331"/>
        <w:jc w:val="both"/>
      </w:pPr>
      <w:r>
        <w:rPr>
          <w:rFonts w:ascii="Georgia" w:hAnsi="Georgia"/>
          <w:b w:val="0"/>
          <w:i w:val="0"/>
          <w:color w:val="22201D"/>
          <w:sz w:val="20"/>
        </w:rPr>
        <w:t>instructions leaving his mouth while his body stayed out of danger.</w:t>
      </w:r>
    </w:p>
    <w:p>
      <w:pPr>
        <w:spacing w:after="60" w:line="266" w:lineRule="auto"/>
        <w:ind w:firstLine="331"/>
        <w:jc w:val="both"/>
      </w:pPr>
      <w:r>
        <w:rPr>
          <w:rFonts w:ascii="Georgia" w:hAnsi="Georgia"/>
          <w:b w:val="0"/>
          <w:i w:val="0"/>
          <w:color w:val="22201D"/>
          <w:sz w:val="20"/>
        </w:rPr>
        <w:t>The invoice correction paper gave a small, dry sound.</w:t>
      </w:r>
    </w:p>
    <w:p>
      <w:pPr>
        <w:spacing w:after="60" w:line="266" w:lineRule="auto"/>
        <w:ind w:firstLine="331"/>
        <w:jc w:val="both"/>
      </w:pPr>
      <w:r>
        <w:rPr>
          <w:rFonts w:ascii="Georgia" w:hAnsi="Georgia"/>
          <w:b w:val="0"/>
          <w:i w:val="0"/>
          <w:color w:val="22201D"/>
          <w:sz w:val="20"/>
        </w:rPr>
        <w:t>Gerald did not look at it yet.</w:t>
      </w:r>
    </w:p>
    <w:p>
      <w:pPr>
        <w:spacing w:after="60" w:line="266" w:lineRule="auto"/>
        <w:ind w:firstLine="331"/>
        <w:jc w:val="both"/>
      </w:pPr>
      <w:r>
        <w:rPr>
          <w:rFonts w:ascii="Georgia" w:hAnsi="Georgia"/>
          <w:b w:val="0"/>
          <w:i w:val="0"/>
          <w:color w:val="22201D"/>
          <w:sz w:val="20"/>
        </w:rPr>
        <w:t>He checked the bracket.</w:t>
      </w:r>
    </w:p>
    <w:p>
      <w:pPr>
        <w:spacing w:after="60" w:line="266" w:lineRule="auto"/>
        <w:ind w:firstLine="331"/>
        <w:jc w:val="both"/>
      </w:pPr>
      <w:r>
        <w:rPr>
          <w:rFonts w:ascii="Georgia" w:hAnsi="Georgia"/>
          <w:b w:val="0"/>
          <w:i w:val="0"/>
          <w:color w:val="22201D"/>
          <w:sz w:val="20"/>
        </w:rPr>
        <w:t>"Crack is through paint and into metal. Old weld is separating."</w:t>
      </w:r>
    </w:p>
    <w:p>
      <w:pPr>
        <w:spacing w:after="60" w:line="266" w:lineRule="auto"/>
        <w:ind w:firstLine="331"/>
        <w:jc w:val="both"/>
      </w:pPr>
      <w:r>
        <w:rPr>
          <w:rFonts w:ascii="Georgia" w:hAnsi="Georgia"/>
          <w:b w:val="0"/>
          <w:i w:val="0"/>
          <w:color w:val="22201D"/>
          <w:sz w:val="20"/>
        </w:rPr>
        <w:t>"How far?"</w:t>
      </w:r>
    </w:p>
    <w:p>
      <w:pPr>
        <w:spacing w:after="60" w:line="266" w:lineRule="auto"/>
        <w:ind w:firstLine="331"/>
        <w:jc w:val="both"/>
      </w:pPr>
      <w:r>
        <w:rPr>
          <w:rFonts w:ascii="Georgia" w:hAnsi="Georgia"/>
          <w:b w:val="0"/>
          <w:i w:val="0"/>
          <w:color w:val="22201D"/>
          <w:sz w:val="20"/>
        </w:rPr>
        <w:t>"Half inch visible."</w:t>
      </w:r>
    </w:p>
    <w:p>
      <w:pPr>
        <w:spacing w:after="60" w:line="266" w:lineRule="auto"/>
        <w:ind w:firstLine="331"/>
        <w:jc w:val="both"/>
      </w:pPr>
      <w:r>
        <w:rPr>
          <w:rFonts w:ascii="Georgia" w:hAnsi="Georgia"/>
          <w:b w:val="0"/>
          <w:i w:val="0"/>
          <w:color w:val="22201D"/>
          <w:sz w:val="20"/>
        </w:rPr>
        <w:t>"Load bearing?"</w:t>
      </w:r>
    </w:p>
    <w:p>
      <w:pPr>
        <w:spacing w:after="60" w:line="266" w:lineRule="auto"/>
        <w:ind w:firstLine="331"/>
        <w:jc w:val="both"/>
      </w:pPr>
      <w:r>
        <w:rPr>
          <w:rFonts w:ascii="Georgia" w:hAnsi="Georgia"/>
          <w:b w:val="0"/>
          <w:i w:val="0"/>
          <w:color w:val="22201D"/>
          <w:sz w:val="20"/>
        </w:rPr>
        <w:t>"Secondary support."</w:t>
      </w:r>
    </w:p>
    <w:p>
      <w:pPr>
        <w:spacing w:after="60" w:line="266" w:lineRule="auto"/>
        <w:ind w:firstLine="331"/>
        <w:jc w:val="both"/>
      </w:pPr>
      <w:r>
        <w:rPr>
          <w:rFonts w:ascii="Georgia" w:hAnsi="Georgia"/>
          <w:b w:val="0"/>
          <w:i w:val="0"/>
          <w:color w:val="22201D"/>
          <w:sz w:val="20"/>
        </w:rPr>
        <w:t>"Still load bearing."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Bob closed his eyes once.</w:t>
      </w:r>
    </w:p>
    <w:p>
      <w:pPr>
        <w:spacing w:after="60" w:line="266" w:lineRule="auto"/>
        <w:ind w:firstLine="331"/>
        <w:jc w:val="both"/>
      </w:pPr>
      <w:r>
        <w:rPr>
          <w:rFonts w:ascii="Georgia" w:hAnsi="Georgia"/>
          <w:b w:val="0"/>
          <w:i w:val="0"/>
          <w:color w:val="22201D"/>
          <w:sz w:val="20"/>
        </w:rPr>
        <w:t>Opened them.</w:t>
      </w:r>
    </w:p>
    <w:p>
      <w:pPr>
        <w:spacing w:after="60" w:line="266" w:lineRule="auto"/>
        <w:ind w:firstLine="331"/>
        <w:jc w:val="both"/>
      </w:pPr>
      <w:r>
        <w:rPr>
          <w:rFonts w:ascii="Georgia" w:hAnsi="Georgia"/>
          <w:b w:val="0"/>
          <w:i w:val="0"/>
          <w:color w:val="22201D"/>
          <w:sz w:val="20"/>
        </w:rPr>
        <w:t>"Temporary strap. Not chain. Strap will flex."</w:t>
      </w:r>
    </w:p>
    <w:p>
      <w:pPr>
        <w:spacing w:after="60" w:line="266" w:lineRule="auto"/>
        <w:ind w:firstLine="331"/>
        <w:jc w:val="both"/>
      </w:pPr>
      <w:r>
        <w:rPr>
          <w:rFonts w:ascii="Georgia" w:hAnsi="Georgia"/>
          <w:b w:val="0"/>
          <w:i w:val="0"/>
          <w:color w:val="22201D"/>
          <w:sz w:val="20"/>
        </w:rPr>
        <w:t>Gerald got the strap.</w:t>
      </w:r>
    </w:p>
    <w:p>
      <w:pPr>
        <w:spacing w:after="60" w:line="266" w:lineRule="auto"/>
        <w:ind w:firstLine="331"/>
        <w:jc w:val="both"/>
      </w:pPr>
      <w:r>
        <w:rPr>
          <w:rFonts w:ascii="Georgia" w:hAnsi="Georgia"/>
          <w:b w:val="0"/>
          <w:i w:val="0"/>
          <w:color w:val="22201D"/>
          <w:sz w:val="20"/>
        </w:rPr>
        <w:t>"Anchor?"</w:t>
      </w:r>
    </w:p>
    <w:p>
      <w:pPr>
        <w:spacing w:after="60" w:line="266" w:lineRule="auto"/>
        <w:ind w:firstLine="331"/>
        <w:jc w:val="both"/>
      </w:pPr>
      <w:r>
        <w:rPr>
          <w:rFonts w:ascii="Georgia" w:hAnsi="Georgia"/>
          <w:b w:val="0"/>
          <w:i w:val="0"/>
          <w:color w:val="22201D"/>
          <w:sz w:val="20"/>
        </w:rPr>
        <w:t>"Frame hole forward of the bracket. Not the suspension mount."</w:t>
      </w:r>
    </w:p>
    <w:p>
      <w:pPr>
        <w:spacing w:after="60" w:line="266" w:lineRule="auto"/>
        <w:ind w:firstLine="331"/>
        <w:jc w:val="both"/>
      </w:pPr>
      <w:r>
        <w:rPr>
          <w:rFonts w:ascii="Georgia" w:hAnsi="Georgia"/>
          <w:b w:val="0"/>
          <w:i w:val="0"/>
          <w:color w:val="22201D"/>
          <w:sz w:val="20"/>
        </w:rPr>
        <w:t>Gerald checked.</w:t>
      </w:r>
    </w:p>
    <w:p>
      <w:pPr>
        <w:spacing w:after="60" w:line="266" w:lineRule="auto"/>
        <w:ind w:firstLine="331"/>
        <w:jc w:val="both"/>
      </w:pPr>
      <w:r>
        <w:rPr>
          <w:rFonts w:ascii="Georgia" w:hAnsi="Georgia"/>
          <w:b w:val="0"/>
          <w:i w:val="0"/>
          <w:color w:val="22201D"/>
          <w:sz w:val="20"/>
        </w:rPr>
        <w:t>"Found it."</w:t>
      </w:r>
    </w:p>
    <w:p>
      <w:pPr>
        <w:spacing w:after="60" w:line="266" w:lineRule="auto"/>
        <w:ind w:firstLine="331"/>
        <w:jc w:val="both"/>
      </w:pPr>
      <w:r>
        <w:rPr>
          <w:rFonts w:ascii="Georgia" w:hAnsi="Georgia"/>
          <w:b w:val="0"/>
          <w:i w:val="0"/>
          <w:color w:val="22201D"/>
          <w:sz w:val="20"/>
        </w:rPr>
        <w:t>"Loop twice. No twist."</w:t>
      </w:r>
    </w:p>
    <w:p>
      <w:pPr>
        <w:spacing w:after="60" w:line="266" w:lineRule="auto"/>
        <w:ind w:firstLine="331"/>
        <w:jc w:val="both"/>
      </w:pPr>
      <w:r>
        <w:rPr>
          <w:rFonts w:ascii="Georgia" w:hAnsi="Georgia"/>
          <w:b w:val="0"/>
          <w:i w:val="0"/>
          <w:color w:val="22201D"/>
          <w:sz w:val="20"/>
        </w:rPr>
        <w:t>Nico watched every motion.</w:t>
      </w:r>
    </w:p>
    <w:p>
      <w:pPr>
        <w:spacing w:after="60" w:line="266" w:lineRule="auto"/>
        <w:ind w:firstLine="331"/>
        <w:jc w:val="both"/>
      </w:pPr>
      <w:r>
        <w:rPr>
          <w:rFonts w:ascii="Georgia" w:hAnsi="Georgia"/>
          <w:b w:val="0"/>
          <w:i w:val="0"/>
          <w:color w:val="22201D"/>
          <w:sz w:val="20"/>
        </w:rPr>
        <w:t>Steve watched Bob.</w:t>
      </w:r>
    </w:p>
    <w:p>
      <w:pPr>
        <w:spacing w:after="60" w:line="266" w:lineRule="auto"/>
        <w:ind w:firstLine="331"/>
        <w:jc w:val="both"/>
      </w:pPr>
      <w:r>
        <w:rPr>
          <w:rFonts w:ascii="Georgia" w:hAnsi="Georgia"/>
          <w:b w:val="0"/>
          <w:i w:val="0"/>
          <w:color w:val="22201D"/>
          <w:sz w:val="20"/>
        </w:rPr>
        <w:t>Flocc watched the menu key, which had gone blank except for one word:</w:t>
      </w:r>
    </w:p>
    <w:p>
      <w:pPr>
        <w:spacing w:after="60" w:line="250" w:lineRule="auto"/>
        <w:ind w:left="202" w:right="173"/>
      </w:pPr>
      <w:r>
        <w:rPr>
          <w:rFonts w:ascii="Georgia" w:hAnsi="Georgia"/>
          <w:b w:val="0"/>
          <w:i w:val="0"/>
          <w:color w:val="22201D"/>
          <w:sz w:val="17"/>
        </w:rPr>
        <w:t>HELPER</w:t>
      </w:r>
    </w:p>
    <w:p>
      <w:pPr>
        <w:spacing w:after="60" w:line="266" w:lineRule="auto"/>
        <w:ind w:firstLine="331"/>
        <w:jc w:val="both"/>
      </w:pPr>
      <w:r>
        <w:rPr>
          <w:rFonts w:ascii="Georgia" w:hAnsi="Georgia"/>
          <w:b w:val="0"/>
          <w:i w:val="0"/>
          <w:color w:val="22201D"/>
          <w:sz w:val="20"/>
        </w:rPr>
        <w:t>Gerald worked.</w:t>
      </w:r>
    </w:p>
    <w:p>
      <w:pPr>
        <w:spacing w:after="60" w:line="266" w:lineRule="auto"/>
        <w:ind w:firstLine="331"/>
        <w:jc w:val="both"/>
      </w:pPr>
      <w:r>
        <w:rPr>
          <w:rFonts w:ascii="Georgia" w:hAnsi="Georgia"/>
          <w:b w:val="0"/>
          <w:i w:val="0"/>
          <w:color w:val="22201D"/>
          <w:sz w:val="20"/>
        </w:rPr>
        <w:t>He was not as fast as Bob.</w:t>
      </w:r>
    </w:p>
    <w:p>
      <w:pPr>
        <w:spacing w:after="60" w:line="266" w:lineRule="auto"/>
        <w:ind w:firstLine="331"/>
        <w:jc w:val="both"/>
      </w:pPr>
      <w:r>
        <w:rPr>
          <w:rFonts w:ascii="Georgia" w:hAnsi="Georgia"/>
          <w:b w:val="0"/>
          <w:i w:val="0"/>
          <w:color w:val="22201D"/>
          <w:sz w:val="20"/>
        </w:rPr>
        <w:t>He was more careful than Bob would have been with Bob watching.</w:t>
      </w:r>
    </w:p>
    <w:p>
      <w:pPr>
        <w:spacing w:after="60" w:line="266" w:lineRule="auto"/>
        <w:ind w:firstLine="331"/>
        <w:jc w:val="both"/>
      </w:pPr>
      <w:r>
        <w:rPr>
          <w:rFonts w:ascii="Georgia" w:hAnsi="Georgia"/>
          <w:b w:val="0"/>
          <w:i w:val="0"/>
          <w:color w:val="22201D"/>
          <w:sz w:val="20"/>
        </w:rPr>
        <w:t>This was useful.</w:t>
      </w:r>
    </w:p>
    <w:p>
      <w:pPr>
        <w:spacing w:after="60" w:line="266" w:lineRule="auto"/>
        <w:ind w:firstLine="331"/>
        <w:jc w:val="both"/>
      </w:pPr>
      <w:r>
        <w:rPr>
          <w:rFonts w:ascii="Georgia" w:hAnsi="Georgia"/>
          <w:b w:val="0"/>
          <w:i w:val="0"/>
          <w:color w:val="22201D"/>
          <w:sz w:val="20"/>
        </w:rPr>
        <w:t>It was also unbearable.</w:t>
      </w:r>
    </w:p>
    <w:p>
      <w:pPr>
        <w:spacing w:after="60" w:line="266" w:lineRule="auto"/>
        <w:ind w:firstLine="331"/>
        <w:jc w:val="both"/>
      </w:pPr>
      <w:r>
        <w:rPr>
          <w:rFonts w:ascii="Georgia" w:hAnsi="Georgia"/>
          <w:b w:val="0"/>
          <w:i w:val="0"/>
          <w:color w:val="22201D"/>
          <w:sz w:val="20"/>
        </w:rPr>
        <w:t>Bob gave short instructions.</w:t>
      </w:r>
    </w:p>
    <w:p>
      <w:pPr>
        <w:spacing w:after="60" w:line="266" w:lineRule="auto"/>
        <w:ind w:firstLine="331"/>
        <w:jc w:val="both"/>
      </w:pPr>
      <w:r>
        <w:rPr>
          <w:rFonts w:ascii="Georgia" w:hAnsi="Georgia"/>
          <w:b w:val="0"/>
          <w:i w:val="0"/>
          <w:color w:val="22201D"/>
          <w:sz w:val="20"/>
        </w:rPr>
        <w:t>Gerald followed them without making them into a debate.</w:t>
      </w:r>
    </w:p>
    <w:p>
      <w:pPr>
        <w:spacing w:after="60" w:line="266" w:lineRule="auto"/>
        <w:ind w:firstLine="331"/>
        <w:jc w:val="both"/>
      </w:pPr>
      <w:r>
        <w:rPr>
          <w:rFonts w:ascii="Georgia" w:hAnsi="Georgia"/>
          <w:b w:val="0"/>
          <w:i w:val="0"/>
          <w:color w:val="22201D"/>
          <w:sz w:val="20"/>
        </w:rPr>
        <w:t>When Gerald needed clarification, he asked.</w:t>
      </w:r>
    </w:p>
    <w:p>
      <w:pPr>
        <w:spacing w:after="60" w:line="266" w:lineRule="auto"/>
        <w:ind w:firstLine="331"/>
        <w:jc w:val="both"/>
      </w:pPr>
      <w:r>
        <w:rPr>
          <w:rFonts w:ascii="Georgia" w:hAnsi="Georgia"/>
          <w:b w:val="0"/>
          <w:i w:val="0"/>
          <w:color w:val="22201D"/>
          <w:sz w:val="20"/>
        </w:rPr>
        <w:t>When Bob snapped, Gerald ignored the tone and kept the content.</w:t>
      </w:r>
    </w:p>
    <w:p>
      <w:pPr>
        <w:spacing w:after="60" w:line="266" w:lineRule="auto"/>
        <w:ind w:firstLine="331"/>
        <w:jc w:val="both"/>
      </w:pPr>
      <w:r>
        <w:rPr>
          <w:rFonts w:ascii="Georgia" w:hAnsi="Georgia"/>
          <w:b w:val="0"/>
          <w:i w:val="0"/>
          <w:color w:val="22201D"/>
          <w:sz w:val="20"/>
        </w:rPr>
        <w:t>When Nico offered the washer, Gerald told her where to set it.</w:t>
      </w:r>
    </w:p>
    <w:p>
      <w:pPr>
        <w:spacing w:after="60" w:line="266" w:lineRule="auto"/>
        <w:ind w:firstLine="331"/>
        <w:jc w:val="both"/>
      </w:pPr>
      <w:r>
        <w:rPr>
          <w:rFonts w:ascii="Georgia" w:hAnsi="Georgia"/>
          <w:b w:val="0"/>
          <w:i w:val="0"/>
          <w:color w:val="22201D"/>
          <w:sz w:val="20"/>
        </w:rPr>
        <w:t>When Steve noticed the strap edge rubbing too close to a burr, Bob told him to wrap it with the torn corner of an old moving blanket.</w:t>
      </w:r>
    </w:p>
    <w:p>
      <w:pPr>
        <w:spacing w:after="60" w:line="266" w:lineRule="auto"/>
        <w:ind w:firstLine="331"/>
        <w:jc w:val="both"/>
      </w:pPr>
      <w:r>
        <w:rPr>
          <w:rFonts w:ascii="Georgia" w:hAnsi="Georgia"/>
          <w:b w:val="0"/>
          <w:i w:val="0"/>
          <w:color w:val="22201D"/>
          <w:sz w:val="20"/>
        </w:rPr>
        <w:t>Steve did.</w:t>
      </w:r>
    </w:p>
    <w:p>
      <w:pPr>
        <w:spacing w:after="60" w:line="266" w:lineRule="auto"/>
        <w:ind w:firstLine="331"/>
        <w:jc w:val="both"/>
      </w:pPr>
      <w:r>
        <w:rPr>
          <w:rFonts w:ascii="Georgia" w:hAnsi="Georgia"/>
          <w:b w:val="0"/>
          <w:i w:val="0"/>
          <w:color w:val="22201D"/>
          <w:sz w:val="20"/>
        </w:rPr>
        <w:t>He did not film it.</w:t>
      </w:r>
    </w:p>
    <w:p>
      <w:pPr>
        <w:spacing w:after="60" w:line="266" w:lineRule="auto"/>
        <w:ind w:firstLine="331"/>
        <w:jc w:val="both"/>
      </w:pPr>
      <w:r>
        <w:rPr>
          <w:rFonts w:ascii="Georgia" w:hAnsi="Georgia"/>
          <w:b w:val="0"/>
          <w:i w:val="0"/>
          <w:color w:val="22201D"/>
          <w:sz w:val="20"/>
        </w:rPr>
        <w:t>Flocc said nothing for seven full minutes.</w:t>
      </w:r>
    </w:p>
    <w:p>
      <w:pPr>
        <w:spacing w:after="60" w:line="266" w:lineRule="auto"/>
        <w:ind w:firstLine="331"/>
        <w:jc w:val="both"/>
      </w:pPr>
      <w:r>
        <w:rPr>
          <w:rFonts w:ascii="Georgia" w:hAnsi="Georgia"/>
          <w:b w:val="0"/>
          <w:i w:val="0"/>
          <w:color w:val="22201D"/>
          <w:sz w:val="20"/>
        </w:rPr>
        <w:t>This was also help.</w:t>
      </w:r>
    </w:p>
    <w:p>
      <w:pPr>
        <w:spacing w:after="60" w:line="266" w:lineRule="auto"/>
        <w:ind w:firstLine="331"/>
        <w:jc w:val="both"/>
      </w:pPr>
      <w:r>
        <w:rPr>
          <w:rFonts w:ascii="Georgia" w:hAnsi="Georgia"/>
          <w:b w:val="0"/>
          <w:i w:val="0"/>
          <w:color w:val="22201D"/>
          <w:sz w:val="20"/>
        </w:rPr>
        <w:t>At the end, the strap held.</w:t>
      </w:r>
    </w:p>
    <w:p>
      <w:pPr>
        <w:spacing w:after="60" w:line="266" w:lineRule="auto"/>
        <w:ind w:firstLine="331"/>
        <w:jc w:val="both"/>
      </w:pPr>
      <w:r>
        <w:rPr>
          <w:rFonts w:ascii="Georgia" w:hAnsi="Georgia"/>
          <w:b w:val="0"/>
          <w:i w:val="0"/>
          <w:color w:val="22201D"/>
          <w:sz w:val="20"/>
        </w:rPr>
        <w:t>Gerald rocked the cargo gently.</w:t>
      </w:r>
    </w:p>
    <w:p>
      <w:pPr>
        <w:spacing w:after="60" w:line="266" w:lineRule="auto"/>
        <w:ind w:firstLine="331"/>
        <w:jc w:val="both"/>
      </w:pPr>
      <w:r>
        <w:rPr>
          <w:rFonts w:ascii="Georgia" w:hAnsi="Georgia"/>
          <w:b w:val="0"/>
          <w:i w:val="0"/>
          <w:color w:val="22201D"/>
          <w:sz w:val="20"/>
        </w:rPr>
        <w:t>The bracket did not shift.</w:t>
      </w:r>
    </w:p>
    <w:p>
      <w:pPr>
        <w:spacing w:after="60" w:line="266" w:lineRule="auto"/>
        <w:ind w:firstLine="331"/>
        <w:jc w:val="both"/>
      </w:pPr>
      <w:r>
        <w:rPr>
          <w:rFonts w:ascii="Georgia" w:hAnsi="Georgia"/>
          <w:b w:val="0"/>
          <w:i w:val="0"/>
          <w:color w:val="22201D"/>
          <w:sz w:val="20"/>
        </w:rPr>
        <w:t>The temporary fix was ugly, legal only in the kingdom of necessity, and good enough to reach the pantry if the road behaved and Tuesday did not become ambitious.</w:t>
      </w:r>
    </w:p>
    <w:p>
      <w:pPr>
        <w:spacing w:after="60" w:line="266" w:lineRule="auto"/>
        <w:ind w:firstLine="331"/>
        <w:jc w:val="both"/>
      </w:pPr>
      <w:r>
        <w:rPr>
          <w:rFonts w:ascii="Georgia" w:hAnsi="Georgia"/>
          <w:b w:val="0"/>
          <w:i w:val="0"/>
          <w:color w:val="22201D"/>
          <w:sz w:val="20"/>
        </w:rPr>
        <w:t>Gerald stood.</w:t>
      </w:r>
    </w:p>
    <w:p>
      <w:pPr>
        <w:spacing w:after="60" w:line="266" w:lineRule="auto"/>
        <w:ind w:firstLine="331"/>
        <w:jc w:val="both"/>
      </w:pPr>
      <w:r>
        <w:rPr>
          <w:rFonts w:ascii="Georgia" w:hAnsi="Georgia"/>
          <w:b w:val="0"/>
          <w:i w:val="0"/>
          <w:color w:val="22201D"/>
          <w:sz w:val="20"/>
        </w:rPr>
        <w:t>"Stable for low speed."</w:t>
      </w:r>
    </w:p>
    <w:p>
      <w:pPr>
        <w:spacing w:after="60" w:line="266" w:lineRule="auto"/>
        <w:ind w:firstLine="331"/>
        <w:jc w:val="both"/>
      </w:pPr>
      <w:r>
        <w:rPr>
          <w:rFonts w:ascii="Georgia" w:hAnsi="Georgia"/>
          <w:b w:val="0"/>
          <w:i w:val="0"/>
          <w:color w:val="22201D"/>
          <w:sz w:val="20"/>
        </w:rPr>
        <w:t>"How low?"</w:t>
      </w:r>
    </w:p>
    <w:p>
      <w:pPr>
        <w:spacing w:after="60" w:line="266" w:lineRule="auto"/>
        <w:ind w:firstLine="331"/>
        <w:jc w:val="both"/>
      </w:pPr>
      <w:r>
        <w:rPr>
          <w:rFonts w:ascii="Georgia" w:hAnsi="Georgia"/>
          <w:b w:val="0"/>
          <w:i w:val="0"/>
          <w:color w:val="22201D"/>
          <w:sz w:val="20"/>
        </w:rPr>
        <w:t>"Low."</w:t>
      </w:r>
    </w:p>
    <w:p>
      <w:pPr>
        <w:spacing w:after="60" w:line="266" w:lineRule="auto"/>
        <w:ind w:firstLine="331"/>
        <w:jc w:val="both"/>
      </w:pPr>
      <w:r>
        <w:rPr>
          <w:rFonts w:ascii="Georgia" w:hAnsi="Georgia"/>
          <w:b w:val="0"/>
          <w:i w:val="0"/>
          <w:color w:val="22201D"/>
          <w:sz w:val="20"/>
        </w:rPr>
        <w:t>"Number."</w:t>
      </w:r>
    </w:p>
    <w:p>
      <w:pPr>
        <w:spacing w:after="60" w:line="266" w:lineRule="auto"/>
        <w:ind w:firstLine="331"/>
        <w:jc w:val="both"/>
      </w:pPr>
      <w:r>
        <w:rPr>
          <w:rFonts w:ascii="Georgia" w:hAnsi="Georgia"/>
          <w:b w:val="0"/>
          <w:i w:val="0"/>
          <w:color w:val="22201D"/>
          <w:sz w:val="20"/>
        </w:rPr>
        <w:t>"Twenty-five if smooth. Fifteen if the road remembers us."</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Gerald brought the invoice correction clipboard back.</w:t>
      </w:r>
    </w:p>
    <w:p>
      <w:pPr>
        <w:spacing w:after="60" w:line="266" w:lineRule="auto"/>
        <w:ind w:firstLine="331"/>
        <w:jc w:val="both"/>
      </w:pPr>
      <w:r>
        <w:rPr>
          <w:rFonts w:ascii="Georgia" w:hAnsi="Georgia"/>
          <w:b w:val="0"/>
          <w:i w:val="0"/>
          <w:color w:val="22201D"/>
          <w:sz w:val="20"/>
        </w:rPr>
        <w:t>Three signature lines had darkened.</w:t>
      </w:r>
    </w:p>
    <w:p>
      <w:pPr>
        <w:spacing w:after="60" w:line="250" w:lineRule="auto"/>
        <w:ind w:left="202" w:right="173"/>
      </w:pPr>
      <w:r>
        <w:rPr>
          <w:rFonts w:ascii="Georgia" w:hAnsi="Georgia"/>
          <w:b w:val="0"/>
          <w:i w:val="0"/>
          <w:color w:val="22201D"/>
          <w:sz w:val="17"/>
        </w:rPr>
        <w:t>Driver:  Helper:  Witness:</w:t>
      </w:r>
    </w:p>
    <w:p>
      <w:pPr>
        <w:spacing w:after="60" w:line="266" w:lineRule="auto"/>
        <w:ind w:firstLine="331"/>
        <w:jc w:val="both"/>
      </w:pPr>
      <w:r>
        <w:rPr>
          <w:rFonts w:ascii="Georgia" w:hAnsi="Georgia"/>
          <w:b w:val="0"/>
          <w:i w:val="0"/>
          <w:color w:val="22201D"/>
          <w:sz w:val="20"/>
        </w:rPr>
        <w:t>Below them:</w:t>
      </w:r>
    </w:p>
    <w:p>
      <w:pPr>
        <w:spacing w:after="60" w:line="250" w:lineRule="auto"/>
        <w:ind w:left="202" w:right="173"/>
      </w:pPr>
      <w:r>
        <w:rPr>
          <w:rFonts w:ascii="Georgia" w:hAnsi="Georgia"/>
          <w:b w:val="0"/>
          <w:i w:val="0"/>
          <w:color w:val="22201D"/>
          <w:sz w:val="17"/>
        </w:rPr>
        <w:t>Correction: Driver accepted remote inspection and repair assistance. Status: pending signatures.</w:t>
      </w:r>
    </w:p>
    <w:p>
      <w:pPr>
        <w:spacing w:after="60" w:line="266" w:lineRule="auto"/>
        <w:ind w:firstLine="331"/>
        <w:jc w:val="both"/>
      </w:pPr>
      <w:r>
        <w:rPr>
          <w:rFonts w:ascii="Georgia" w:hAnsi="Georgia"/>
          <w:b w:val="0"/>
          <w:i w:val="0"/>
          <w:color w:val="22201D"/>
          <w:sz w:val="20"/>
        </w:rPr>
        <w:t>Bob took the pen.</w:t>
      </w:r>
    </w:p>
    <w:p>
      <w:pPr>
        <w:spacing w:after="60" w:line="266" w:lineRule="auto"/>
        <w:ind w:firstLine="331"/>
        <w:jc w:val="both"/>
      </w:pPr>
      <w:r>
        <w:rPr>
          <w:rFonts w:ascii="Georgia" w:hAnsi="Georgia"/>
          <w:b w:val="0"/>
          <w:i w:val="0"/>
          <w:color w:val="22201D"/>
          <w:sz w:val="20"/>
        </w:rPr>
        <w:t>He did not sign.</w:t>
      </w:r>
    </w:p>
    <w:p>
      <w:pPr>
        <w:spacing w:after="60" w:line="266" w:lineRule="auto"/>
        <w:ind w:firstLine="331"/>
        <w:jc w:val="both"/>
      </w:pPr>
      <w:r>
        <w:rPr>
          <w:rFonts w:ascii="Georgia" w:hAnsi="Georgia"/>
          <w:b w:val="0"/>
          <w:i w:val="0"/>
          <w:color w:val="22201D"/>
          <w:sz w:val="20"/>
        </w:rPr>
        <w:t>Not immediately.</w:t>
      </w:r>
    </w:p>
    <w:p>
      <w:pPr>
        <w:spacing w:after="60" w:line="266" w:lineRule="auto"/>
        <w:ind w:firstLine="331"/>
        <w:jc w:val="both"/>
      </w:pPr>
      <w:r>
        <w:rPr>
          <w:rFonts w:ascii="Georgia" w:hAnsi="Georgia"/>
          <w:b w:val="0"/>
          <w:i w:val="0"/>
          <w:color w:val="22201D"/>
          <w:sz w:val="20"/>
        </w:rPr>
        <w:t>The pen hovered above the driver line.</w:t>
      </w:r>
    </w:p>
    <w:p>
      <w:pPr>
        <w:spacing w:after="60" w:line="266" w:lineRule="auto"/>
        <w:ind w:firstLine="331"/>
        <w:jc w:val="both"/>
      </w:pPr>
      <w:r>
        <w:rPr>
          <w:rFonts w:ascii="Georgia" w:hAnsi="Georgia"/>
          <w:b w:val="0"/>
          <w:i w:val="0"/>
          <w:color w:val="22201D"/>
          <w:sz w:val="20"/>
        </w:rPr>
        <w:t>The line waited.</w:t>
      </w:r>
    </w:p>
    <w:p>
      <w:pPr>
        <w:spacing w:after="60" w:line="266" w:lineRule="auto"/>
        <w:ind w:firstLine="331"/>
        <w:jc w:val="both"/>
      </w:pPr>
      <w:r>
        <w:rPr>
          <w:rFonts w:ascii="Georgia" w:hAnsi="Georgia"/>
          <w:b w:val="0"/>
          <w:i w:val="0"/>
          <w:color w:val="22201D"/>
          <w:sz w:val="20"/>
        </w:rPr>
        <w:t>Bob looked at Gerald.</w:t>
      </w:r>
    </w:p>
    <w:p>
      <w:pPr>
        <w:spacing w:after="60" w:line="266" w:lineRule="auto"/>
        <w:ind w:firstLine="331"/>
        <w:jc w:val="both"/>
      </w:pPr>
      <w:r>
        <w:rPr>
          <w:rFonts w:ascii="Georgia" w:hAnsi="Georgia"/>
          <w:b w:val="0"/>
          <w:i w:val="0"/>
          <w:color w:val="22201D"/>
          <w:sz w:val="20"/>
        </w:rPr>
        <w:t>"You did it right."</w:t>
      </w:r>
    </w:p>
    <w:p>
      <w:pPr>
        <w:spacing w:after="60" w:line="266" w:lineRule="auto"/>
        <w:ind w:firstLine="331"/>
        <w:jc w:val="both"/>
      </w:pPr>
      <w:r>
        <w:rPr>
          <w:rFonts w:ascii="Georgia" w:hAnsi="Georgia"/>
          <w:b w:val="0"/>
          <w:i w:val="0"/>
          <w:color w:val="22201D"/>
          <w:sz w:val="20"/>
        </w:rPr>
        <w:t>Gerald's face changed almost imperceptibly.</w:t>
      </w:r>
    </w:p>
    <w:p>
      <w:pPr>
        <w:spacing w:after="60" w:line="266" w:lineRule="auto"/>
        <w:ind w:firstLine="331"/>
        <w:jc w:val="both"/>
      </w:pPr>
      <w:r>
        <w:rPr>
          <w:rFonts w:ascii="Georgia" w:hAnsi="Georgia"/>
          <w:b w:val="0"/>
          <w:i w:val="0"/>
          <w:color w:val="22201D"/>
          <w:sz w:val="20"/>
        </w:rPr>
        <w:t>It was not pride.</w:t>
      </w:r>
    </w:p>
    <w:p>
      <w:pPr>
        <w:spacing w:after="60" w:line="266" w:lineRule="auto"/>
        <w:ind w:firstLine="331"/>
        <w:jc w:val="both"/>
      </w:pPr>
      <w:r>
        <w:rPr>
          <w:rFonts w:ascii="Georgia" w:hAnsi="Georgia"/>
          <w:b w:val="0"/>
          <w:i w:val="0"/>
          <w:color w:val="22201D"/>
          <w:sz w:val="20"/>
        </w:rPr>
        <w:t>It was the small realignment of a person being handed accurate weight.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Bob signed.</w:t>
      </w:r>
    </w:p>
    <w:p>
      <w:pPr>
        <w:spacing w:after="60" w:line="266" w:lineRule="auto"/>
        <w:ind w:firstLine="331"/>
        <w:jc w:val="both"/>
      </w:pPr>
      <w:r>
        <w:rPr>
          <w:rFonts w:ascii="Georgia" w:hAnsi="Georgia"/>
          <w:b w:val="0"/>
          <w:i w:val="0"/>
          <w:color w:val="22201D"/>
          <w:sz w:val="20"/>
        </w:rPr>
        <w:t>The ink absorbed into the paper as if the paper had been thirsty.</w:t>
      </w:r>
    </w:p>
    <w:p>
      <w:pPr>
        <w:spacing w:after="60" w:line="266" w:lineRule="auto"/>
        <w:ind w:firstLine="331"/>
        <w:jc w:val="both"/>
      </w:pPr>
      <w:r>
        <w:rPr>
          <w:rFonts w:ascii="Georgia" w:hAnsi="Georgia"/>
          <w:b w:val="0"/>
          <w:i w:val="0"/>
          <w:color w:val="22201D"/>
          <w:sz w:val="20"/>
        </w:rPr>
        <w:t>Gerald signed the helper line.</w:t>
      </w:r>
    </w:p>
    <w:p>
      <w:pPr>
        <w:spacing w:after="60" w:line="266" w:lineRule="auto"/>
        <w:ind w:firstLine="331"/>
        <w:jc w:val="both"/>
      </w:pPr>
      <w:r>
        <w:rPr>
          <w:rFonts w:ascii="Georgia" w:hAnsi="Georgia"/>
          <w:b w:val="0"/>
          <w:i w:val="0"/>
          <w:color w:val="22201D"/>
          <w:sz w:val="20"/>
        </w:rPr>
        <w:t>Nico grabbed Steve's sleeve.</w:t>
      </w:r>
    </w:p>
    <w:p>
      <w:pPr>
        <w:spacing w:after="60" w:line="266" w:lineRule="auto"/>
        <w:ind w:firstLine="331"/>
        <w:jc w:val="both"/>
      </w:pPr>
      <w:r>
        <w:rPr>
          <w:rFonts w:ascii="Georgia" w:hAnsi="Georgia"/>
          <w:b w:val="0"/>
          <w:i w:val="0"/>
          <w:color w:val="22201D"/>
          <w:sz w:val="20"/>
        </w:rPr>
        <w:t>"Witness."</w:t>
      </w:r>
    </w:p>
    <w:p>
      <w:pPr>
        <w:spacing w:after="60" w:line="266" w:lineRule="auto"/>
        <w:ind w:firstLine="331"/>
        <w:jc w:val="both"/>
      </w:pPr>
      <w:r>
        <w:rPr>
          <w:rFonts w:ascii="Georgia" w:hAnsi="Georgia"/>
          <w:b w:val="0"/>
          <w:i w:val="0"/>
          <w:color w:val="22201D"/>
          <w:sz w:val="20"/>
        </w:rPr>
        <w:t>Steve stepped forward.</w:t>
      </w:r>
    </w:p>
    <w:p>
      <w:pPr>
        <w:spacing w:after="60" w:line="266" w:lineRule="auto"/>
        <w:ind w:firstLine="331"/>
        <w:jc w:val="both"/>
      </w:pPr>
      <w:r>
        <w:rPr>
          <w:rFonts w:ascii="Georgia" w:hAnsi="Georgia"/>
          <w:b w:val="0"/>
          <w:i w:val="0"/>
          <w:color w:val="22201D"/>
          <w:sz w:val="20"/>
        </w:rPr>
        <w:t>"I saw the help happen."</w:t>
      </w:r>
    </w:p>
    <w:p>
      <w:pPr>
        <w:spacing w:after="60" w:line="266" w:lineRule="auto"/>
        <w:ind w:firstLine="331"/>
        <w:jc w:val="both"/>
      </w:pPr>
      <w:r>
        <w:rPr>
          <w:rFonts w:ascii="Georgia" w:hAnsi="Georgia"/>
          <w:b w:val="0"/>
          <w:i w:val="0"/>
          <w:color w:val="22201D"/>
          <w:sz w:val="20"/>
        </w:rPr>
        <w:t>He signed.</w:t>
      </w:r>
    </w:p>
    <w:p>
      <w:pPr>
        <w:spacing w:after="60" w:line="266" w:lineRule="auto"/>
        <w:ind w:firstLine="331"/>
        <w:jc w:val="both"/>
      </w:pPr>
      <w:r>
        <w:rPr>
          <w:rFonts w:ascii="Georgia" w:hAnsi="Georgia"/>
          <w:b w:val="0"/>
          <w:i w:val="0"/>
          <w:color w:val="22201D"/>
          <w:sz w:val="20"/>
        </w:rPr>
        <w:t>The invoice correction stamped itself.</w:t>
      </w:r>
    </w:p>
    <w:p>
      <w:pPr>
        <w:spacing w:after="60" w:line="266" w:lineRule="auto"/>
        <w:ind w:firstLine="331"/>
        <w:jc w:val="both"/>
      </w:pPr>
      <w:r>
        <w:rPr>
          <w:rFonts w:ascii="Georgia" w:hAnsi="Georgia"/>
          <w:b w:val="0"/>
          <w:i w:val="0"/>
          <w:color w:val="22201D"/>
          <w:sz w:val="20"/>
        </w:rPr>
        <w:t>No hand.</w:t>
      </w:r>
    </w:p>
    <w:p>
      <w:pPr>
        <w:spacing w:after="60" w:line="266" w:lineRule="auto"/>
        <w:ind w:firstLine="331"/>
        <w:jc w:val="both"/>
      </w:pPr>
      <w:r>
        <w:rPr>
          <w:rFonts w:ascii="Georgia" w:hAnsi="Georgia"/>
          <w:b w:val="0"/>
          <w:i w:val="0"/>
          <w:color w:val="22201D"/>
          <w:sz w:val="20"/>
        </w:rPr>
        <w:t>No stamp visible.</w:t>
      </w:r>
    </w:p>
    <w:p>
      <w:pPr>
        <w:spacing w:after="60" w:line="266" w:lineRule="auto"/>
        <w:ind w:firstLine="331"/>
        <w:jc w:val="both"/>
      </w:pPr>
      <w:r>
        <w:rPr>
          <w:rFonts w:ascii="Georgia" w:hAnsi="Georgia"/>
          <w:b w:val="0"/>
          <w:i w:val="0"/>
          <w:color w:val="22201D"/>
          <w:sz w:val="20"/>
        </w:rPr>
        <w:t>Just the sound:</w:t>
      </w:r>
    </w:p>
    <w:p>
      <w:pPr>
        <w:spacing w:after="60" w:line="250" w:lineRule="auto"/>
        <w:ind w:left="202" w:right="173"/>
      </w:pPr>
      <w:r>
        <w:rPr>
          <w:rFonts w:ascii="Georgia" w:hAnsi="Georgia"/>
          <w:b w:val="0"/>
          <w:i w:val="0"/>
          <w:color w:val="22201D"/>
          <w:sz w:val="17"/>
        </w:rPr>
        <w:t>RECEIVED</w:t>
      </w:r>
    </w:p>
    <w:p>
      <w:pPr>
        <w:spacing w:after="60" w:line="266" w:lineRule="auto"/>
        <w:ind w:firstLine="331"/>
        <w:jc w:val="both"/>
      </w:pPr>
      <w:r>
        <w:rPr>
          <w:rFonts w:ascii="Georgia" w:hAnsi="Georgia"/>
          <w:b w:val="0"/>
          <w:i w:val="0"/>
          <w:color w:val="22201D"/>
          <w:sz w:val="20"/>
        </w:rPr>
        <w:t>The word appeared in red across the middle.</w:t>
      </w:r>
    </w:p>
    <w:p>
      <w:pPr>
        <w:spacing w:after="60" w:line="266" w:lineRule="auto"/>
        <w:ind w:firstLine="331"/>
        <w:jc w:val="both"/>
      </w:pPr>
      <w:r>
        <w:rPr>
          <w:rFonts w:ascii="Georgia" w:hAnsi="Georgia"/>
          <w:b w:val="0"/>
          <w:i w:val="0"/>
          <w:color w:val="22201D"/>
          <w:sz w:val="20"/>
        </w:rPr>
        <w:t>Then another:</w:t>
      </w:r>
    </w:p>
    <w:p>
      <w:pPr>
        <w:spacing w:after="60" w:line="250" w:lineRule="auto"/>
        <w:ind w:left="202" w:right="173"/>
      </w:pPr>
      <w:r>
        <w:rPr>
          <w:rFonts w:ascii="Georgia" w:hAnsi="Georgia"/>
          <w:b w:val="0"/>
          <w:i w:val="0"/>
          <w:color w:val="22201D"/>
          <w:sz w:val="17"/>
        </w:rPr>
        <w:t>DRIVER DELIVERED TO ASSISTANCE</w:t>
      </w:r>
    </w:p>
    <w:p>
      <w:pPr>
        <w:spacing w:after="60" w:line="266" w:lineRule="auto"/>
        <w:ind w:firstLine="331"/>
        <w:jc w:val="both"/>
      </w:pPr>
      <w:r>
        <w:rPr>
          <w:rFonts w:ascii="Georgia" w:hAnsi="Georgia"/>
          <w:b w:val="0"/>
          <w:i w:val="0"/>
          <w:color w:val="22201D"/>
          <w:sz w:val="20"/>
        </w:rPr>
        <w:t>Bob looked away.</w:t>
      </w:r>
    </w:p>
    <w:p>
      <w:pPr>
        <w:spacing w:after="60" w:line="266" w:lineRule="auto"/>
        <w:ind w:firstLine="331"/>
        <w:jc w:val="both"/>
      </w:pPr>
      <w:r>
        <w:rPr>
          <w:rFonts w:ascii="Georgia" w:hAnsi="Georgia"/>
          <w:b w:val="0"/>
          <w:i w:val="0"/>
          <w:color w:val="22201D"/>
          <w:sz w:val="20"/>
        </w:rPr>
        <w:t>Nico did not make a joke.</w:t>
      </w:r>
    </w:p>
    <w:p>
      <w:pPr>
        <w:spacing w:after="60" w:line="266" w:lineRule="auto"/>
        <w:ind w:firstLine="331"/>
        <w:jc w:val="both"/>
      </w:pPr>
      <w:r>
        <w:rPr>
          <w:rFonts w:ascii="Georgia" w:hAnsi="Georgia"/>
          <w:b w:val="0"/>
          <w:i w:val="0"/>
          <w:color w:val="22201D"/>
          <w:sz w:val="20"/>
        </w:rPr>
        <w:t>That was how everyone knew the chapter had found something expensive.</w:t>
      </w:r>
    </w:p>
    <w:p>
      <w:pPr>
        <w:spacing w:after="60" w:line="266" w:lineRule="auto"/>
        <w:ind w:firstLine="331"/>
        <w:jc w:val="both"/>
      </w:pPr>
      <w:r>
        <w:rPr>
          <w:rFonts w:ascii="Georgia" w:hAnsi="Georgia"/>
          <w:b w:val="0"/>
          <w:i w:val="0"/>
          <w:color w:val="22201D"/>
          <w:sz w:val="20"/>
        </w:rPr>
        <w:t>The receiving window opened.</w:t>
      </w:r>
    </w:p>
    <w:p>
      <w:pPr>
        <w:spacing w:after="60" w:line="266" w:lineRule="auto"/>
        <w:ind w:firstLine="331"/>
        <w:jc w:val="both"/>
      </w:pPr>
      <w:r>
        <w:rPr>
          <w:rFonts w:ascii="Georgia" w:hAnsi="Georgia"/>
          <w:b w:val="0"/>
          <w:i w:val="0"/>
          <w:color w:val="22201D"/>
          <w:sz w:val="20"/>
        </w:rPr>
        <w:t>There was still no person behind it.</w:t>
      </w:r>
    </w:p>
    <w:p>
      <w:pPr>
        <w:spacing w:after="60" w:line="266" w:lineRule="auto"/>
        <w:ind w:firstLine="331"/>
        <w:jc w:val="both"/>
      </w:pPr>
      <w:r>
        <w:rPr>
          <w:rFonts w:ascii="Georgia" w:hAnsi="Georgia"/>
          <w:b w:val="0"/>
          <w:i w:val="0"/>
          <w:color w:val="22201D"/>
          <w:sz w:val="20"/>
        </w:rPr>
        <w:t>The tray slid out.</w:t>
      </w:r>
    </w:p>
    <w:p>
      <w:pPr>
        <w:spacing w:after="60" w:line="266" w:lineRule="auto"/>
        <w:ind w:firstLine="331"/>
        <w:jc w:val="both"/>
      </w:pPr>
      <w:r>
        <w:rPr>
          <w:rFonts w:ascii="Georgia" w:hAnsi="Georgia"/>
          <w:b w:val="0"/>
          <w:i w:val="0"/>
          <w:color w:val="22201D"/>
          <w:sz w:val="20"/>
        </w:rPr>
        <w:t>Inside lay a small paper tag, the kind tied to crates with wire.</w:t>
      </w:r>
    </w:p>
    <w:p>
      <w:pPr>
        <w:spacing w:after="60" w:line="266" w:lineRule="auto"/>
        <w:ind w:firstLine="331"/>
        <w:jc w:val="both"/>
      </w:pPr>
      <w:r>
        <w:rPr>
          <w:rFonts w:ascii="Georgia" w:hAnsi="Georgia"/>
          <w:b w:val="0"/>
          <w:i w:val="0"/>
          <w:color w:val="22201D"/>
          <w:sz w:val="20"/>
        </w:rPr>
        <w:t>Gerald picked it up.</w:t>
      </w:r>
    </w:p>
    <w:p>
      <w:pPr>
        <w:spacing w:after="60" w:line="250" w:lineRule="auto"/>
        <w:ind w:left="202" w:right="173"/>
      </w:pPr>
      <w:r>
        <w:rPr>
          <w:rFonts w:ascii="Georgia" w:hAnsi="Georgia"/>
          <w:b w:val="0"/>
          <w:i w:val="0"/>
          <w:color w:val="22201D"/>
          <w:sz w:val="17"/>
        </w:rPr>
        <w:t>SIGNED INVOICE REQUIRED AT PANTRY PRICE: PUT IT AWAY</w:t>
      </w:r>
    </w:p>
    <w:p>
      <w:pPr>
        <w:spacing w:after="60" w:line="266" w:lineRule="auto"/>
        <w:ind w:firstLine="331"/>
        <w:jc w:val="both"/>
      </w:pPr>
      <w:r>
        <w:rPr>
          <w:rFonts w:ascii="Georgia" w:hAnsi="Georgia"/>
          <w:b w:val="0"/>
          <w:i w:val="0"/>
          <w:color w:val="22201D"/>
          <w:sz w:val="20"/>
        </w:rPr>
        <w:t>Flocc's menu key printed the matching line:</w:t>
      </w:r>
    </w:p>
    <w:p>
      <w:pPr>
        <w:spacing w:after="60" w:line="250" w:lineRule="auto"/>
        <w:ind w:left="202" w:right="173"/>
      </w:pPr>
      <w:r>
        <w:rPr>
          <w:rFonts w:ascii="Georgia" w:hAnsi="Georgia"/>
          <w:b w:val="0"/>
          <w:i w:val="0"/>
          <w:color w:val="22201D"/>
          <w:sz w:val="17"/>
        </w:rPr>
        <w:t>NEXT: THE PANTRY SIGNS FOR THE PACKAGE</w:t>
      </w:r>
    </w:p>
    <w:p>
      <w:pPr>
        <w:spacing w:after="60" w:line="266" w:lineRule="auto"/>
        <w:ind w:firstLine="331"/>
        <w:jc w:val="both"/>
      </w:pPr>
      <w:r>
        <w:rPr>
          <w:rFonts w:ascii="Georgia" w:hAnsi="Georgia"/>
          <w:b w:val="0"/>
          <w:i w:val="0"/>
          <w:color w:val="22201D"/>
          <w:sz w:val="20"/>
        </w:rPr>
        <w:t>The orange cones moved.</w:t>
      </w:r>
    </w:p>
    <w:p>
      <w:pPr>
        <w:spacing w:after="60" w:line="266" w:lineRule="auto"/>
        <w:ind w:firstLine="331"/>
        <w:jc w:val="both"/>
      </w:pPr>
      <w:r>
        <w:rPr>
          <w:rFonts w:ascii="Georgia" w:hAnsi="Georgia"/>
          <w:b w:val="0"/>
          <w:i w:val="0"/>
          <w:color w:val="22201D"/>
          <w:sz w:val="20"/>
        </w:rPr>
        <w:t>Not far.</w:t>
      </w:r>
    </w:p>
    <w:p>
      <w:pPr>
        <w:spacing w:after="60" w:line="266" w:lineRule="auto"/>
        <w:ind w:firstLine="331"/>
        <w:jc w:val="both"/>
      </w:pPr>
      <w:r>
        <w:rPr>
          <w:rFonts w:ascii="Georgia" w:hAnsi="Georgia"/>
          <w:b w:val="0"/>
          <w:i w:val="0"/>
          <w:color w:val="22201D"/>
          <w:sz w:val="20"/>
        </w:rPr>
        <w:t>Only enough to reveal the nothing they had guarded.</w:t>
      </w:r>
    </w:p>
    <w:p>
      <w:pPr>
        <w:spacing w:after="60" w:line="266" w:lineRule="auto"/>
        <w:ind w:firstLine="331"/>
        <w:jc w:val="both"/>
      </w:pPr>
      <w:r>
        <w:rPr>
          <w:rFonts w:ascii="Georgia" w:hAnsi="Georgia"/>
          <w:b w:val="0"/>
          <w:i w:val="0"/>
          <w:color w:val="22201D"/>
          <w:sz w:val="20"/>
        </w:rPr>
        <w:t>There was a shallow oil stain beneath them, shaped like an arrow.</w:t>
      </w:r>
    </w:p>
    <w:p>
      <w:pPr>
        <w:spacing w:after="60" w:line="266" w:lineRule="auto"/>
        <w:ind w:firstLine="331"/>
        <w:jc w:val="both"/>
      </w:pPr>
      <w:r>
        <w:rPr>
          <w:rFonts w:ascii="Georgia" w:hAnsi="Georgia"/>
          <w:b w:val="0"/>
          <w:i w:val="0"/>
          <w:color w:val="22201D"/>
          <w:sz w:val="20"/>
        </w:rPr>
        <w:t>It pointed back to the truck.</w:t>
      </w:r>
    </w:p>
    <w:p>
      <w:pPr>
        <w:spacing w:after="60" w:line="266" w:lineRule="auto"/>
        <w:ind w:firstLine="331"/>
        <w:jc w:val="both"/>
      </w:pPr>
      <w:r>
        <w:rPr>
          <w:rFonts w:ascii="Georgia" w:hAnsi="Georgia"/>
          <w:b w:val="0"/>
          <w:i w:val="0"/>
          <w:color w:val="22201D"/>
          <w:sz w:val="20"/>
        </w:rPr>
        <w:t>Bob hated that, but professionally.</w:t>
      </w:r>
    </w:p>
    <w:p>
      <w:pPr>
        <w:spacing w:after="60" w:line="266" w:lineRule="auto"/>
        <w:ind w:firstLine="331"/>
        <w:jc w:val="both"/>
      </w:pPr>
      <w:r>
        <w:rPr>
          <w:rFonts w:ascii="Georgia" w:hAnsi="Georgia"/>
          <w:b w:val="0"/>
          <w:i w:val="0"/>
          <w:color w:val="22201D"/>
          <w:sz w:val="20"/>
        </w:rPr>
        <w:t>"We go slow," he said.</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"I drive?"</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The price had been paid.</w:t>
      </w:r>
    </w:p>
    <w:p>
      <w:pPr>
        <w:spacing w:after="60" w:line="266" w:lineRule="auto"/>
        <w:ind w:firstLine="331"/>
        <w:jc w:val="both"/>
      </w:pPr>
      <w:r>
        <w:rPr>
          <w:rFonts w:ascii="Georgia" w:hAnsi="Georgia"/>
          <w:b w:val="0"/>
          <w:i w:val="0"/>
          <w:color w:val="22201D"/>
          <w:sz w:val="20"/>
        </w:rPr>
        <w:t>That did not mean Tuesday had stopped collecting interest.</w:t>
      </w:r>
    </w:p>
    <w:p>
      <w:pPr>
        <w:spacing w:after="60" w:line="266" w:lineRule="auto"/>
        <w:ind w:firstLine="331"/>
        <w:jc w:val="both"/>
      </w:pPr>
      <w:r>
        <w:rPr>
          <w:rFonts w:ascii="Georgia" w:hAnsi="Georgia"/>
          <w:b w:val="0"/>
          <w:i w:val="0"/>
          <w:color w:val="22201D"/>
          <w:sz w:val="20"/>
        </w:rPr>
        <w:t>The menu key stayed blank.</w:t>
      </w:r>
    </w:p>
    <w:p>
      <w:pPr>
        <w:spacing w:after="60" w:line="266" w:lineRule="auto"/>
        <w:ind w:firstLine="331"/>
        <w:jc w:val="both"/>
      </w:pPr>
      <w:r>
        <w:rPr>
          <w:rFonts w:ascii="Georgia" w:hAnsi="Georgia"/>
          <w:b w:val="0"/>
          <w:i w:val="0"/>
          <w:color w:val="22201D"/>
          <w:sz w:val="20"/>
        </w:rPr>
        <w:t>The spoon in the cup holder pointed forward, then down, then forward again, indecisive in a way that felt less like magic and more like tact.</w:t>
      </w:r>
    </w:p>
    <w:p>
      <w:pPr>
        <w:spacing w:after="60" w:line="266" w:lineRule="auto"/>
        <w:ind w:firstLine="331"/>
        <w:jc w:val="both"/>
      </w:pPr>
      <w:r>
        <w:rPr>
          <w:rFonts w:ascii="Georgia" w:hAnsi="Georgia"/>
          <w:b w:val="0"/>
          <w:i w:val="0"/>
          <w:color w:val="22201D"/>
          <w:sz w:val="20"/>
        </w:rPr>
        <w:t>Bob took his hands off the wheel.</w:t>
      </w:r>
    </w:p>
    <w:p>
      <w:pPr>
        <w:spacing w:after="60" w:line="266" w:lineRule="auto"/>
        <w:ind w:firstLine="331"/>
        <w:jc w:val="both"/>
      </w:pPr>
      <w:r>
        <w:rPr>
          <w:rFonts w:ascii="Georgia" w:hAnsi="Georgia"/>
          <w:b w:val="0"/>
          <w:i w:val="0"/>
          <w:color w:val="22201D"/>
          <w:sz w:val="20"/>
        </w:rPr>
        <w:t>"You back it to the line."</w:t>
      </w:r>
    </w:p>
    <w:p>
      <w:pPr>
        <w:spacing w:after="60" w:line="266" w:lineRule="auto"/>
        <w:ind w:firstLine="331"/>
        <w:jc w:val="both"/>
      </w:pPr>
      <w:r>
        <w:rPr>
          <w:rFonts w:ascii="Georgia" w:hAnsi="Georgia"/>
          <w:b w:val="0"/>
          <w:i w:val="0"/>
          <w:color w:val="22201D"/>
          <w:sz w:val="20"/>
        </w:rPr>
        <w:t>Gerald did not look surprised.</w:t>
      </w:r>
    </w:p>
    <w:p>
      <w:pPr>
        <w:spacing w:after="60" w:line="266" w:lineRule="auto"/>
        <w:ind w:firstLine="331"/>
        <w:jc w:val="both"/>
      </w:pPr>
      <w:r>
        <w:rPr>
          <w:rFonts w:ascii="Georgia" w:hAnsi="Georgia"/>
          <w:b w:val="0"/>
          <w:i w:val="0"/>
          <w:color w:val="22201D"/>
          <w:sz w:val="20"/>
        </w:rPr>
        <w:t>This was help too.</w:t>
      </w:r>
    </w:p>
    <w:p>
      <w:pPr>
        <w:spacing w:after="60" w:line="266" w:lineRule="auto"/>
        <w:ind w:firstLine="331"/>
        <w:jc w:val="both"/>
      </w:pPr>
      <w:r>
        <w:rPr>
          <w:rFonts w:ascii="Georgia" w:hAnsi="Georgia"/>
          <w:b w:val="0"/>
          <w:i w:val="0"/>
          <w:color w:val="22201D"/>
          <w:sz w:val="20"/>
        </w:rPr>
        <w:t>He came around to the driver's door.</w:t>
      </w:r>
    </w:p>
    <w:p>
      <w:pPr>
        <w:spacing w:after="60" w:line="266" w:lineRule="auto"/>
        <w:ind w:firstLine="331"/>
        <w:jc w:val="both"/>
      </w:pPr>
      <w:r>
        <w:rPr>
          <w:rFonts w:ascii="Georgia" w:hAnsi="Georgia"/>
          <w:b w:val="0"/>
          <w:i w:val="0"/>
          <w:color w:val="22201D"/>
          <w:sz w:val="20"/>
        </w:rPr>
        <w:t>Bob stepped out.</w:t>
      </w:r>
    </w:p>
    <w:p>
      <w:pPr>
        <w:spacing w:after="60" w:line="266" w:lineRule="auto"/>
        <w:ind w:firstLine="331"/>
        <w:jc w:val="both"/>
      </w:pPr>
      <w:r>
        <w:rPr>
          <w:rFonts w:ascii="Georgia" w:hAnsi="Georgia"/>
          <w:b w:val="0"/>
          <w:i w:val="0"/>
          <w:color w:val="22201D"/>
          <w:sz w:val="20"/>
        </w:rPr>
        <w:t>The pavement felt stranger from outside the truck.</w:t>
      </w:r>
    </w:p>
    <w:p>
      <w:pPr>
        <w:spacing w:after="60" w:line="266" w:lineRule="auto"/>
        <w:ind w:firstLine="331"/>
        <w:jc w:val="both"/>
      </w:pPr>
      <w:r>
        <w:rPr>
          <w:rFonts w:ascii="Georgia" w:hAnsi="Georgia"/>
          <w:b w:val="0"/>
          <w:i w:val="0"/>
          <w:color w:val="22201D"/>
          <w:sz w:val="20"/>
        </w:rPr>
        <w:t>For nine chapters, give or take the unreliability of Tuesday, he had been the one who made the truck move.</w:t>
      </w:r>
    </w:p>
    <w:p>
      <w:pPr>
        <w:spacing w:after="60" w:line="266" w:lineRule="auto"/>
        <w:ind w:firstLine="331"/>
        <w:jc w:val="both"/>
      </w:pPr>
      <w:r>
        <w:rPr>
          <w:rFonts w:ascii="Georgia" w:hAnsi="Georgia"/>
          <w:b w:val="0"/>
          <w:i w:val="0"/>
          <w:color w:val="22201D"/>
          <w:sz w:val="20"/>
        </w:rPr>
        <w:t>Standing beside it while someone else climbed into the driver's seat made the vehicle look briefly like an animal deciding whether it recognized a second handler.</w:t>
      </w:r>
    </w:p>
    <w:p>
      <w:pPr>
        <w:spacing w:after="60" w:line="266" w:lineRule="auto"/>
        <w:ind w:firstLine="331"/>
        <w:jc w:val="both"/>
      </w:pPr>
      <w:r>
        <w:rPr>
          <w:rFonts w:ascii="Georgia" w:hAnsi="Georgia"/>
          <w:b w:val="0"/>
          <w:i w:val="0"/>
          <w:color w:val="22201D"/>
          <w:sz w:val="20"/>
        </w:rPr>
        <w:t>Gerald adjusted the seat.</w:t>
      </w:r>
    </w:p>
    <w:p>
      <w:pPr>
        <w:spacing w:after="60" w:line="266" w:lineRule="auto"/>
        <w:ind w:firstLine="331"/>
        <w:jc w:val="both"/>
      </w:pPr>
      <w:r>
        <w:rPr>
          <w:rFonts w:ascii="Georgia" w:hAnsi="Georgia"/>
          <w:b w:val="0"/>
          <w:i w:val="0"/>
          <w:color w:val="22201D"/>
          <w:sz w:val="20"/>
        </w:rPr>
        <w:t>"Pedal's sticky."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"Mirror's wrong."</w:t>
      </w:r>
    </w:p>
    <w:p>
      <w:pPr>
        <w:spacing w:after="60" w:line="266" w:lineRule="auto"/>
        <w:ind w:firstLine="331"/>
        <w:jc w:val="both"/>
      </w:pPr>
      <w:r>
        <w:rPr>
          <w:rFonts w:ascii="Georgia" w:hAnsi="Georgia"/>
          <w:b w:val="0"/>
          <w:i w:val="0"/>
          <w:color w:val="22201D"/>
          <w:sz w:val="20"/>
        </w:rPr>
        <w:t>"For you."</w:t>
      </w:r>
    </w:p>
    <w:p>
      <w:pPr>
        <w:spacing w:after="60" w:line="266" w:lineRule="auto"/>
        <w:ind w:firstLine="331"/>
        <w:jc w:val="both"/>
      </w:pPr>
      <w:r>
        <w:rPr>
          <w:rFonts w:ascii="Georgia" w:hAnsi="Georgia"/>
          <w:b w:val="0"/>
          <w:i w:val="0"/>
          <w:color w:val="22201D"/>
          <w:sz w:val="20"/>
        </w:rPr>
        <w:t>"For humans."</w:t>
      </w:r>
    </w:p>
    <w:p>
      <w:pPr>
        <w:spacing w:after="60" w:line="266" w:lineRule="auto"/>
        <w:ind w:firstLine="331"/>
        <w:jc w:val="both"/>
      </w:pPr>
      <w:r>
        <w:rPr>
          <w:rFonts w:ascii="Georgia" w:hAnsi="Georgia"/>
          <w:b w:val="0"/>
          <w:i w:val="0"/>
          <w:color w:val="22201D"/>
          <w:sz w:val="20"/>
        </w:rPr>
        <w:t>Bob almost smiled.</w:t>
      </w:r>
    </w:p>
    <w:p>
      <w:pPr>
        <w:spacing w:after="60" w:line="266" w:lineRule="auto"/>
        <w:ind w:firstLine="331"/>
        <w:jc w:val="both"/>
      </w:pPr>
      <w:r>
        <w:rPr>
          <w:rFonts w:ascii="Georgia" w:hAnsi="Georgia"/>
          <w:b w:val="0"/>
          <w:i w:val="0"/>
          <w:color w:val="22201D"/>
          <w:sz w:val="20"/>
        </w:rPr>
        <w:t>Almost was enough to remain undocumented.</w:t>
      </w:r>
    </w:p>
    <w:p>
      <w:pPr>
        <w:spacing w:after="60" w:line="266" w:lineRule="auto"/>
        <w:ind w:firstLine="331"/>
        <w:jc w:val="both"/>
      </w:pPr>
      <w:r>
        <w:rPr>
          <w:rFonts w:ascii="Georgia" w:hAnsi="Georgia"/>
          <w:b w:val="0"/>
          <w:i w:val="0"/>
          <w:color w:val="22201D"/>
          <w:sz w:val="20"/>
        </w:rPr>
        <w:t>Nico stood beside the cargo door with the washer in a small evidence bag Gerald had produced from nowhere.</w:t>
      </w:r>
    </w:p>
    <w:p>
      <w:pPr>
        <w:spacing w:after="60" w:line="266" w:lineRule="auto"/>
        <w:ind w:firstLine="331"/>
        <w:jc w:val="both"/>
      </w:pPr>
      <w:r>
        <w:rPr>
          <w:rFonts w:ascii="Georgia" w:hAnsi="Georgia"/>
          <w:b w:val="0"/>
          <w:i w:val="0"/>
          <w:color w:val="22201D"/>
          <w:sz w:val="20"/>
        </w:rPr>
        <w:t>Steve positioned himself at the rear corner as spotter.</w:t>
      </w:r>
    </w:p>
    <w:p>
      <w:pPr>
        <w:spacing w:after="60" w:line="266" w:lineRule="auto"/>
        <w:ind w:firstLine="331"/>
        <w:jc w:val="both"/>
      </w:pPr>
      <w:r>
        <w:rPr>
          <w:rFonts w:ascii="Georgia" w:hAnsi="Georgia"/>
          <w:b w:val="0"/>
          <w:i w:val="0"/>
          <w:color w:val="22201D"/>
          <w:sz w:val="20"/>
        </w:rPr>
        <w:t>Flocc stood where Bob could see him but not feel watched.</w:t>
      </w:r>
    </w:p>
    <w:p>
      <w:pPr>
        <w:spacing w:after="60" w:line="266" w:lineRule="auto"/>
        <w:ind w:firstLine="331"/>
        <w:jc w:val="both"/>
      </w:pPr>
      <w:r>
        <w:rPr>
          <w:rFonts w:ascii="Georgia" w:hAnsi="Georgia"/>
          <w:b w:val="0"/>
          <w:i w:val="0"/>
          <w:color w:val="22201D"/>
          <w:sz w:val="20"/>
        </w:rPr>
        <w:t>Gerald backed the truck.</w:t>
      </w:r>
    </w:p>
    <w:p>
      <w:pPr>
        <w:spacing w:after="60" w:line="266" w:lineRule="auto"/>
        <w:ind w:firstLine="331"/>
        <w:jc w:val="both"/>
      </w:pPr>
      <w:r>
        <w:rPr>
          <w:rFonts w:ascii="Georgia" w:hAnsi="Georgia"/>
          <w:b w:val="0"/>
          <w:i w:val="0"/>
          <w:color w:val="22201D"/>
          <w:sz w:val="20"/>
        </w:rPr>
        <w:t>Slowly.</w:t>
      </w:r>
    </w:p>
    <w:p>
      <w:pPr>
        <w:spacing w:after="60" w:line="266" w:lineRule="auto"/>
        <w:ind w:firstLine="331"/>
        <w:jc w:val="both"/>
      </w:pPr>
      <w:r>
        <w:rPr>
          <w:rFonts w:ascii="Georgia" w:hAnsi="Georgia"/>
          <w:b w:val="0"/>
          <w:i w:val="0"/>
          <w:color w:val="22201D"/>
          <w:sz w:val="20"/>
        </w:rPr>
        <w:t>Not Bob-slow.</w:t>
      </w:r>
    </w:p>
    <w:p>
      <w:pPr>
        <w:spacing w:after="60" w:line="266" w:lineRule="auto"/>
        <w:ind w:firstLine="331"/>
        <w:jc w:val="both"/>
      </w:pPr>
      <w:r>
        <w:rPr>
          <w:rFonts w:ascii="Georgia" w:hAnsi="Georgia"/>
          <w:b w:val="0"/>
          <w:i w:val="0"/>
          <w:color w:val="22201D"/>
          <w:sz w:val="20"/>
        </w:rPr>
        <w:t>Gerald-slow.</w:t>
      </w:r>
    </w:p>
    <w:p>
      <w:pPr>
        <w:spacing w:after="60" w:line="266" w:lineRule="auto"/>
        <w:ind w:firstLine="331"/>
        <w:jc w:val="both"/>
      </w:pPr>
      <w:r>
        <w:rPr>
          <w:rFonts w:ascii="Georgia" w:hAnsi="Georgia"/>
          <w:b w:val="0"/>
          <w:i w:val="0"/>
          <w:color w:val="22201D"/>
          <w:sz w:val="20"/>
        </w:rPr>
        <w:t>The truck obeyed.</w:t>
      </w:r>
    </w:p>
    <w:p>
      <w:pPr>
        <w:spacing w:after="60" w:line="266" w:lineRule="auto"/>
        <w:ind w:firstLine="331"/>
        <w:jc w:val="both"/>
      </w:pPr>
      <w:r>
        <w:rPr>
          <w:rFonts w:ascii="Georgia" w:hAnsi="Georgia"/>
          <w:b w:val="0"/>
          <w:i w:val="0"/>
          <w:color w:val="22201D"/>
          <w:sz w:val="20"/>
        </w:rPr>
        <w:t>Bob watched the repaired bracket, the strap, the wheel, the ground, the angle, the cargo tilt, the timing of every correction Gerald made.</w:t>
      </w:r>
    </w:p>
    <w:p>
      <w:pPr>
        <w:spacing w:after="60" w:line="266" w:lineRule="auto"/>
        <w:ind w:firstLine="331"/>
        <w:jc w:val="both"/>
      </w:pPr>
      <w:r>
        <w:rPr>
          <w:rFonts w:ascii="Georgia" w:hAnsi="Georgia"/>
          <w:b w:val="0"/>
          <w:i w:val="0"/>
          <w:color w:val="22201D"/>
          <w:sz w:val="20"/>
        </w:rPr>
        <w:t>He saw two things at once.</w:t>
      </w:r>
    </w:p>
    <w:p>
      <w:pPr>
        <w:spacing w:after="60" w:line="266" w:lineRule="auto"/>
        <w:ind w:firstLine="331"/>
        <w:jc w:val="both"/>
      </w:pPr>
      <w:r>
        <w:rPr>
          <w:rFonts w:ascii="Georgia" w:hAnsi="Georgia"/>
          <w:b w:val="0"/>
          <w:i w:val="0"/>
          <w:color w:val="22201D"/>
          <w:sz w:val="20"/>
        </w:rPr>
        <w:t>He saw what he would have done differently.</w:t>
      </w:r>
    </w:p>
    <w:p>
      <w:pPr>
        <w:spacing w:after="60" w:line="266" w:lineRule="auto"/>
        <w:ind w:firstLine="331"/>
        <w:jc w:val="both"/>
      </w:pPr>
      <w:r>
        <w:rPr>
          <w:rFonts w:ascii="Georgia" w:hAnsi="Georgia"/>
          <w:b w:val="0"/>
          <w:i w:val="0"/>
          <w:color w:val="22201D"/>
          <w:sz w:val="20"/>
        </w:rPr>
        <w:t>He saw that differently was not the same as wrong.</w:t>
      </w:r>
    </w:p>
    <w:p>
      <w:pPr>
        <w:spacing w:after="60" w:line="266" w:lineRule="auto"/>
        <w:ind w:firstLine="331"/>
        <w:jc w:val="both"/>
      </w:pPr>
      <w:r>
        <w:rPr>
          <w:rFonts w:ascii="Georgia" w:hAnsi="Georgia"/>
          <w:b w:val="0"/>
          <w:i w:val="0"/>
          <w:color w:val="22201D"/>
          <w:sz w:val="20"/>
        </w:rPr>
        <w:t>When the truck reached the painted dock line, Steve raised both hands.</w:t>
      </w:r>
    </w:p>
    <w:p>
      <w:pPr>
        <w:spacing w:after="60" w:line="266" w:lineRule="auto"/>
        <w:ind w:firstLine="331"/>
        <w:jc w:val="both"/>
      </w:pPr>
      <w:r>
        <w:rPr>
          <w:rFonts w:ascii="Georgia" w:hAnsi="Georgia"/>
          <w:b w:val="0"/>
          <w:i w:val="0"/>
          <w:color w:val="22201D"/>
          <w:sz w:val="20"/>
        </w:rPr>
        <w:t>Gerald stopped clean.</w:t>
      </w:r>
    </w:p>
    <w:p>
      <w:pPr>
        <w:spacing w:after="60" w:line="266" w:lineRule="auto"/>
        <w:ind w:firstLine="331"/>
        <w:jc w:val="both"/>
      </w:pPr>
      <w:r>
        <w:rPr>
          <w:rFonts w:ascii="Georgia" w:hAnsi="Georgia"/>
          <w:b w:val="0"/>
          <w:i w:val="0"/>
          <w:color w:val="22201D"/>
          <w:sz w:val="20"/>
        </w:rPr>
        <w:t>The strap held.</w:t>
      </w:r>
    </w:p>
    <w:p>
      <w:pPr>
        <w:spacing w:after="60" w:line="266" w:lineRule="auto"/>
        <w:ind w:firstLine="331"/>
        <w:jc w:val="both"/>
      </w:pPr>
      <w:r>
        <w:rPr>
          <w:rFonts w:ascii="Georgia" w:hAnsi="Georgia"/>
          <w:b w:val="0"/>
          <w:i w:val="0"/>
          <w:color w:val="22201D"/>
          <w:sz w:val="20"/>
        </w:rPr>
        <w:t>The cargo stayed seated.</w:t>
      </w:r>
    </w:p>
    <w:p>
      <w:pPr>
        <w:spacing w:after="60" w:line="266" w:lineRule="auto"/>
        <w:ind w:firstLine="331"/>
        <w:jc w:val="both"/>
      </w:pPr>
      <w:r>
        <w:rPr>
          <w:rFonts w:ascii="Georgia" w:hAnsi="Georgia"/>
          <w:b w:val="0"/>
          <w:i w:val="0"/>
          <w:color w:val="22201D"/>
          <w:sz w:val="20"/>
        </w:rPr>
        <w:t>Tuesday Receiving's roll-up door rattled once, then settled.</w:t>
      </w:r>
    </w:p>
    <w:p>
      <w:pPr>
        <w:spacing w:after="60" w:line="266" w:lineRule="auto"/>
        <w:ind w:firstLine="331"/>
        <w:jc w:val="both"/>
      </w:pPr>
      <w:r>
        <w:rPr>
          <w:rFonts w:ascii="Georgia" w:hAnsi="Georgia"/>
          <w:b w:val="0"/>
          <w:i w:val="0"/>
          <w:color w:val="22201D"/>
          <w:sz w:val="20"/>
        </w:rPr>
        <w:t>The check-in window tray slid out again.</w:t>
      </w:r>
    </w:p>
    <w:p>
      <w:pPr>
        <w:spacing w:after="60" w:line="266" w:lineRule="auto"/>
        <w:ind w:firstLine="331"/>
        <w:jc w:val="both"/>
      </w:pPr>
      <w:r>
        <w:rPr>
          <w:rFonts w:ascii="Georgia" w:hAnsi="Georgia"/>
          <w:b w:val="0"/>
          <w:i w:val="0"/>
          <w:color w:val="22201D"/>
          <w:sz w:val="20"/>
        </w:rPr>
        <w:t>This time it held the invoice correction, stamped a second time:</w:t>
      </w:r>
    </w:p>
    <w:p>
      <w:pPr>
        <w:spacing w:after="60" w:line="250" w:lineRule="auto"/>
        <w:ind w:left="202" w:right="173"/>
      </w:pPr>
      <w:r>
        <w:rPr>
          <w:rFonts w:ascii="Georgia" w:hAnsi="Georgia"/>
          <w:b w:val="0"/>
          <w:i w:val="0"/>
          <w:color w:val="22201D"/>
          <w:sz w:val="17"/>
        </w:rPr>
        <w:t>CORRECTION ACCEPTED CONTINUE AT REDUCED SPEED</w:t>
      </w:r>
    </w:p>
    <w:p>
      <w:pPr>
        <w:spacing w:after="60" w:line="266" w:lineRule="auto"/>
        <w:ind w:firstLine="331"/>
        <w:jc w:val="both"/>
      </w:pPr>
      <w:r>
        <w:rPr>
          <w:rFonts w:ascii="Georgia" w:hAnsi="Georgia"/>
          <w:b w:val="0"/>
          <w:i w:val="0"/>
          <w:color w:val="22201D"/>
          <w:sz w:val="20"/>
        </w:rPr>
        <w:t>Bob took it.</w:t>
      </w:r>
    </w:p>
    <w:p>
      <w:pPr>
        <w:spacing w:after="60" w:line="266" w:lineRule="auto"/>
        <w:ind w:firstLine="331"/>
        <w:jc w:val="both"/>
      </w:pPr>
      <w:r>
        <w:rPr>
          <w:rFonts w:ascii="Georgia" w:hAnsi="Georgia"/>
          <w:b w:val="0"/>
          <w:i w:val="0"/>
          <w:color w:val="22201D"/>
          <w:sz w:val="20"/>
        </w:rPr>
        <w:t>He held it longer than necessary.</w:t>
      </w:r>
    </w:p>
    <w:p>
      <w:pPr>
        <w:spacing w:after="60" w:line="266" w:lineRule="auto"/>
        <w:ind w:firstLine="331"/>
        <w:jc w:val="both"/>
      </w:pPr>
      <w:r>
        <w:rPr>
          <w:rFonts w:ascii="Georgia" w:hAnsi="Georgia"/>
          <w:b w:val="0"/>
          <w:i w:val="0"/>
          <w:color w:val="22201D"/>
          <w:sz w:val="20"/>
        </w:rPr>
        <w:t>There was no paragraph on it about feelings.</w:t>
      </w:r>
    </w:p>
    <w:p>
      <w:pPr>
        <w:spacing w:after="60" w:line="266" w:lineRule="auto"/>
        <w:ind w:firstLine="331"/>
        <w:jc w:val="both"/>
      </w:pPr>
      <w:r>
        <w:rPr>
          <w:rFonts w:ascii="Georgia" w:hAnsi="Georgia"/>
          <w:b w:val="0"/>
          <w:i w:val="0"/>
          <w:color w:val="22201D"/>
          <w:sz w:val="20"/>
        </w:rPr>
        <w:t>No apology.</w:t>
      </w:r>
    </w:p>
    <w:p>
      <w:pPr>
        <w:spacing w:after="60" w:line="266" w:lineRule="auto"/>
        <w:ind w:firstLine="331"/>
        <w:jc w:val="both"/>
      </w:pPr>
      <w:r>
        <w:rPr>
          <w:rFonts w:ascii="Georgia" w:hAnsi="Georgia"/>
          <w:b w:val="0"/>
          <w:i w:val="0"/>
          <w:color w:val="22201D"/>
          <w:sz w:val="20"/>
        </w:rPr>
        <w:t>No command to forgive anyone.</w:t>
      </w:r>
    </w:p>
    <w:p>
      <w:pPr>
        <w:spacing w:after="60" w:line="266" w:lineRule="auto"/>
        <w:ind w:firstLine="331"/>
        <w:jc w:val="both"/>
      </w:pPr>
      <w:r>
        <w:rPr>
          <w:rFonts w:ascii="Georgia" w:hAnsi="Georgia"/>
          <w:b w:val="0"/>
          <w:i w:val="0"/>
          <w:color w:val="22201D"/>
          <w:sz w:val="20"/>
        </w:rPr>
        <w:t>No message from Mara.</w:t>
      </w:r>
    </w:p>
    <w:p>
      <w:pPr>
        <w:spacing w:after="60" w:line="266" w:lineRule="auto"/>
        <w:ind w:firstLine="331"/>
        <w:jc w:val="both"/>
      </w:pPr>
      <w:r>
        <w:rPr>
          <w:rFonts w:ascii="Georgia" w:hAnsi="Georgia"/>
          <w:b w:val="0"/>
          <w:i w:val="0"/>
          <w:color w:val="22201D"/>
          <w:sz w:val="20"/>
        </w:rPr>
        <w:t>Just the fact of a corrected route:</w:t>
      </w:r>
    </w:p>
    <w:p>
      <w:pPr>
        <w:spacing w:after="60" w:line="266" w:lineRule="auto"/>
        <w:ind w:firstLine="331"/>
        <w:jc w:val="both"/>
      </w:pPr>
      <w:r>
        <w:rPr>
          <w:rFonts w:ascii="Georgia" w:hAnsi="Georgia"/>
          <w:b w:val="0"/>
          <w:i w:val="0"/>
          <w:color w:val="22201D"/>
          <w:sz w:val="20"/>
        </w:rPr>
        <w:t>the driver had been delivered to assistance and had not died of it.</w:t>
      </w:r>
    </w:p>
    <w:p>
      <w:pPr>
        <w:spacing w:after="60" w:line="266" w:lineRule="auto"/>
        <w:ind w:firstLine="331"/>
        <w:jc w:val="both"/>
      </w:pPr>
      <w:r>
        <w:rPr>
          <w:rFonts w:ascii="Georgia" w:hAnsi="Georgia"/>
          <w:b w:val="0"/>
          <w:i w:val="0"/>
          <w:color w:val="22201D"/>
          <w:sz w:val="20"/>
        </w:rPr>
        <w:t>That was insulting enough.</w:t>
      </w:r>
    </w:p>
    <w:p>
      <w:pPr>
        <w:spacing w:after="60" w:line="266" w:lineRule="auto"/>
        <w:ind w:firstLine="331"/>
        <w:jc w:val="both"/>
      </w:pPr>
      <w:r>
        <w:rPr>
          <w:rFonts w:ascii="Georgia" w:hAnsi="Georgia"/>
          <w:b w:val="0"/>
          <w:i w:val="0"/>
          <w:color w:val="22201D"/>
          <w:sz w:val="20"/>
        </w:rPr>
        <w:t>"Load," Bob said.</w:t>
      </w:r>
    </w:p>
    <w:p>
      <w:pPr>
        <w:spacing w:after="60" w:line="266" w:lineRule="auto"/>
        <w:ind w:firstLine="331"/>
        <w:jc w:val="both"/>
      </w:pPr>
      <w:r>
        <w:rPr>
          <w:rFonts w:ascii="Georgia" w:hAnsi="Georgia"/>
          <w:b w:val="0"/>
          <w:i w:val="0"/>
          <w:color w:val="22201D"/>
          <w:sz w:val="20"/>
        </w:rPr>
        <w:t>Gerald climbed down from the cab.</w:t>
      </w:r>
    </w:p>
    <w:p>
      <w:pPr>
        <w:spacing w:after="60" w:line="266" w:lineRule="auto"/>
        <w:ind w:firstLine="331"/>
        <w:jc w:val="both"/>
      </w:pPr>
      <w:r>
        <w:rPr>
          <w:rFonts w:ascii="Georgia" w:hAnsi="Georgia"/>
          <w:b w:val="0"/>
          <w:i w:val="0"/>
          <w:color w:val="22201D"/>
          <w:sz w:val="20"/>
        </w:rPr>
        <w:t>"Stable."</w:t>
      </w:r>
    </w:p>
    <w:p>
      <w:pPr>
        <w:spacing w:after="60" w:line="266" w:lineRule="auto"/>
        <w:ind w:firstLine="331"/>
        <w:jc w:val="both"/>
      </w:pPr>
      <w:r>
        <w:rPr>
          <w:rFonts w:ascii="Georgia" w:hAnsi="Georgia"/>
          <w:b w:val="0"/>
          <w:i w:val="0"/>
          <w:color w:val="22201D"/>
          <w:sz w:val="20"/>
        </w:rPr>
        <w:t>"Bracket?"</w:t>
      </w:r>
    </w:p>
    <w:p>
      <w:pPr>
        <w:spacing w:after="60" w:line="266" w:lineRule="auto"/>
        <w:ind w:firstLine="331"/>
        <w:jc w:val="both"/>
      </w:pPr>
      <w:r>
        <w:rPr>
          <w:rFonts w:ascii="Georgia" w:hAnsi="Georgia"/>
          <w:b w:val="0"/>
          <w:i w:val="0"/>
          <w:color w:val="22201D"/>
          <w:sz w:val="20"/>
        </w:rPr>
        <w:t>"Temporary."</w:t>
      </w:r>
    </w:p>
    <w:p>
      <w:pPr>
        <w:spacing w:after="60" w:line="266" w:lineRule="auto"/>
        <w:ind w:firstLine="331"/>
        <w:jc w:val="both"/>
      </w:pPr>
      <w:r>
        <w:rPr>
          <w:rFonts w:ascii="Georgia" w:hAnsi="Georgia"/>
          <w:b w:val="0"/>
          <w:i w:val="0"/>
          <w:color w:val="22201D"/>
          <w:sz w:val="20"/>
        </w:rPr>
        <w:t>"Paper?"</w:t>
      </w:r>
    </w:p>
    <w:p>
      <w:pPr>
        <w:spacing w:after="60" w:line="266" w:lineRule="auto"/>
        <w:ind w:firstLine="331"/>
        <w:jc w:val="both"/>
      </w:pPr>
      <w:r>
        <w:rPr>
          <w:rFonts w:ascii="Georgia" w:hAnsi="Georgia"/>
          <w:b w:val="0"/>
          <w:i w:val="0"/>
          <w:color w:val="22201D"/>
          <w:sz w:val="20"/>
        </w:rPr>
        <w:t>"Corrected."</w:t>
      </w:r>
    </w:p>
    <w:p>
      <w:pPr>
        <w:spacing w:after="60" w:line="266" w:lineRule="auto"/>
        <w:ind w:firstLine="331"/>
        <w:jc w:val="both"/>
      </w:pPr>
      <w:r>
        <w:rPr>
          <w:rFonts w:ascii="Georgia" w:hAnsi="Georgia"/>
          <w:b w:val="0"/>
          <w:i w:val="0"/>
          <w:color w:val="22201D"/>
          <w:sz w:val="20"/>
        </w:rPr>
        <w:t>"Then go."</w:t>
      </w:r>
    </w:p>
    <w:p>
      <w:pPr>
        <w:spacing w:after="60" w:line="266" w:lineRule="auto"/>
        <w:ind w:firstLine="331"/>
        <w:jc w:val="both"/>
      </w:pPr>
      <w:r>
        <w:rPr>
          <w:rFonts w:ascii="Georgia" w:hAnsi="Georgia"/>
          <w:b w:val="0"/>
          <w:i w:val="0"/>
          <w:color w:val="22201D"/>
          <w:sz w:val="20"/>
        </w:rPr>
        <w:t>Gerald handed him the keys.</w:t>
      </w:r>
    </w:p>
    <w:p>
      <w:pPr>
        <w:spacing w:after="60" w:line="266" w:lineRule="auto"/>
        <w:ind w:firstLine="331"/>
        <w:jc w:val="both"/>
      </w:pPr>
      <w:r>
        <w:rPr>
          <w:rFonts w:ascii="Georgia" w:hAnsi="Georgia"/>
          <w:b w:val="0"/>
          <w:i w:val="0"/>
          <w:color w:val="22201D"/>
          <w:sz w:val="20"/>
        </w:rPr>
        <w:t>Bob looked at them.</w:t>
      </w:r>
    </w:p>
    <w:p>
      <w:pPr>
        <w:spacing w:after="60" w:line="266" w:lineRule="auto"/>
        <w:ind w:firstLine="331"/>
        <w:jc w:val="both"/>
      </w:pPr>
      <w:r>
        <w:rPr>
          <w:rFonts w:ascii="Georgia" w:hAnsi="Georgia"/>
          <w:b w:val="0"/>
          <w:i w:val="0"/>
          <w:color w:val="22201D"/>
          <w:sz w:val="20"/>
        </w:rPr>
        <w:t>"You can drive to the pantry."</w:t>
      </w:r>
    </w:p>
    <w:p>
      <w:pPr>
        <w:spacing w:after="60" w:line="266" w:lineRule="auto"/>
        <w:ind w:firstLine="331"/>
        <w:jc w:val="both"/>
      </w:pPr>
      <w:r>
        <w:rPr>
          <w:rFonts w:ascii="Georgia" w:hAnsi="Georgia"/>
          <w:b w:val="0"/>
          <w:i w:val="0"/>
          <w:color w:val="22201D"/>
          <w:sz w:val="20"/>
        </w:rPr>
        <w:t>Gerald did not answer too quickly.</w:t>
      </w:r>
    </w:p>
    <w:p>
      <w:pPr>
        <w:spacing w:after="60" w:line="266" w:lineRule="auto"/>
        <w:ind w:firstLine="331"/>
        <w:jc w:val="both"/>
      </w:pPr>
      <w:r>
        <w:rPr>
          <w:rFonts w:ascii="Georgia" w:hAnsi="Georgia"/>
          <w:b w:val="0"/>
          <w:i w:val="0"/>
          <w:color w:val="22201D"/>
          <w:sz w:val="20"/>
        </w:rPr>
        <w:t>"I can."</w:t>
      </w:r>
    </w:p>
    <w:p>
      <w:pPr>
        <w:spacing w:after="60" w:line="266" w:lineRule="auto"/>
        <w:ind w:firstLine="331"/>
        <w:jc w:val="both"/>
      </w:pPr>
      <w:r>
        <w:rPr>
          <w:rFonts w:ascii="Georgia" w:hAnsi="Georgia"/>
          <w:b w:val="0"/>
          <w:i w:val="0"/>
          <w:color w:val="22201D"/>
          <w:sz w:val="20"/>
        </w:rPr>
        <w:t>Bob took the keys.</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he handed them back.</w:t>
      </w:r>
    </w:p>
    <w:p>
      <w:pPr>
        <w:spacing w:after="60" w:line="266" w:lineRule="auto"/>
        <w:ind w:firstLine="331"/>
        <w:jc w:val="both"/>
      </w:pPr>
      <w:r>
        <w:rPr>
          <w:rFonts w:ascii="Georgia" w:hAnsi="Georgia"/>
          <w:b w:val="0"/>
          <w:i w:val="0"/>
          <w:color w:val="22201D"/>
          <w:sz w:val="20"/>
        </w:rPr>
        <w:t>Nico stared.</w:t>
      </w:r>
    </w:p>
    <w:p>
      <w:pPr>
        <w:spacing w:after="60" w:line="266" w:lineRule="auto"/>
        <w:ind w:firstLine="331"/>
        <w:jc w:val="both"/>
      </w:pPr>
      <w:r>
        <w:rPr>
          <w:rFonts w:ascii="Georgia" w:hAnsi="Georgia"/>
          <w:b w:val="0"/>
          <w:i w:val="0"/>
          <w:color w:val="22201D"/>
          <w:sz w:val="20"/>
        </w:rPr>
        <w:t>Steve stared.</w:t>
      </w:r>
    </w:p>
    <w:p>
      <w:pPr>
        <w:spacing w:after="60" w:line="266" w:lineRule="auto"/>
        <w:ind w:firstLine="331"/>
        <w:jc w:val="both"/>
      </w:pPr>
      <w:r>
        <w:rPr>
          <w:rFonts w:ascii="Georgia" w:hAnsi="Georgia"/>
          <w:b w:val="0"/>
          <w:i w:val="0"/>
          <w:color w:val="22201D"/>
          <w:sz w:val="20"/>
        </w:rPr>
        <w:t>Flocc did not.</w:t>
      </w:r>
    </w:p>
    <w:p>
      <w:pPr>
        <w:spacing w:after="60" w:line="266" w:lineRule="auto"/>
        <w:ind w:firstLine="331"/>
        <w:jc w:val="both"/>
      </w:pPr>
      <w:r>
        <w:rPr>
          <w:rFonts w:ascii="Georgia" w:hAnsi="Georgia"/>
          <w:b w:val="0"/>
          <w:i w:val="0"/>
          <w:color w:val="22201D"/>
          <w:sz w:val="20"/>
        </w:rPr>
        <w:t>Flocc knew enough not to make a fragile bridge responsible for applause.</w:t>
      </w:r>
    </w:p>
    <w:p>
      <w:pPr>
        <w:spacing w:after="60" w:line="266" w:lineRule="auto"/>
        <w:ind w:firstLine="331"/>
        <w:jc w:val="both"/>
      </w:pPr>
      <w:r>
        <w:rPr>
          <w:rFonts w:ascii="Georgia" w:hAnsi="Georgia"/>
          <w:b w:val="0"/>
          <w:i w:val="0"/>
          <w:color w:val="22201D"/>
          <w:sz w:val="20"/>
        </w:rPr>
        <w:t>Gerald closed his hand around the keys.</w:t>
      </w:r>
    </w:p>
    <w:p>
      <w:pPr>
        <w:spacing w:after="60" w:line="266" w:lineRule="auto"/>
        <w:ind w:firstLine="331"/>
        <w:jc w:val="both"/>
      </w:pPr>
      <w:r>
        <w:rPr>
          <w:rFonts w:ascii="Georgia" w:hAnsi="Georgia"/>
          <w:b w:val="0"/>
          <w:i w:val="0"/>
          <w:color w:val="22201D"/>
          <w:sz w:val="20"/>
        </w:rPr>
        <w:t>"Reduced speed."</w:t>
      </w:r>
    </w:p>
    <w:p>
      <w:pPr>
        <w:spacing w:after="60" w:line="266" w:lineRule="auto"/>
        <w:ind w:firstLine="331"/>
        <w:jc w:val="both"/>
      </w:pPr>
      <w:r>
        <w:rPr>
          <w:rFonts w:ascii="Georgia" w:hAnsi="Georgia"/>
          <w:b w:val="0"/>
          <w:i w:val="0"/>
          <w:color w:val="22201D"/>
          <w:sz w:val="20"/>
        </w:rPr>
        <w:t>"Fifteen if the road remembers us," Bob said.</w:t>
      </w:r>
    </w:p>
    <w:p>
      <w:pPr>
        <w:spacing w:after="60" w:line="266" w:lineRule="auto"/>
        <w:ind w:firstLine="331"/>
        <w:jc w:val="both"/>
      </w:pPr>
      <w:r>
        <w:rPr>
          <w:rFonts w:ascii="Georgia" w:hAnsi="Georgia"/>
          <w:b w:val="0"/>
          <w:i w:val="0"/>
          <w:color w:val="22201D"/>
          <w:sz w:val="20"/>
        </w:rPr>
        <w:t>"Twenty-five if smooth."</w:t>
      </w:r>
    </w:p>
    <w:p>
      <w:pPr>
        <w:spacing w:after="60" w:line="266" w:lineRule="auto"/>
        <w:ind w:firstLine="331"/>
        <w:jc w:val="both"/>
      </w:pPr>
      <w:r>
        <w:rPr>
          <w:rFonts w:ascii="Georgia" w:hAnsi="Georgia"/>
          <w:b w:val="0"/>
          <w:i w:val="0"/>
          <w:color w:val="22201D"/>
          <w:sz w:val="20"/>
        </w:rPr>
        <w:t>"It will not be smooth."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Bob climbed into the passenger seat.</w:t>
      </w:r>
    </w:p>
    <w:p>
      <w:pPr>
        <w:spacing w:after="60" w:line="266" w:lineRule="auto"/>
        <w:ind w:firstLine="331"/>
        <w:jc w:val="both"/>
      </w:pPr>
      <w:r>
        <w:rPr>
          <w:rFonts w:ascii="Georgia" w:hAnsi="Georgia"/>
          <w:b w:val="0"/>
          <w:i w:val="0"/>
          <w:color w:val="22201D"/>
          <w:sz w:val="20"/>
        </w:rPr>
        <w:t>The menu key, which had been on the dash, slid toward him at the first small vibration.</w:t>
      </w:r>
    </w:p>
    <w:p>
      <w:pPr>
        <w:spacing w:after="60" w:line="266" w:lineRule="auto"/>
        <w:ind w:firstLine="331"/>
        <w:jc w:val="both"/>
      </w:pPr>
      <w:r>
        <w:rPr>
          <w:rFonts w:ascii="Georgia" w:hAnsi="Georgia"/>
          <w:b w:val="0"/>
          <w:i w:val="0"/>
          <w:color w:val="22201D"/>
          <w:sz w:val="20"/>
        </w:rPr>
        <w:t>He caught it before it fell.</w:t>
      </w:r>
    </w:p>
    <w:p>
      <w:pPr>
        <w:spacing w:after="60" w:line="266" w:lineRule="auto"/>
        <w:ind w:firstLine="331"/>
        <w:jc w:val="both"/>
      </w:pPr>
      <w:r>
        <w:rPr>
          <w:rFonts w:ascii="Georgia" w:hAnsi="Georgia"/>
          <w:b w:val="0"/>
          <w:i w:val="0"/>
          <w:color w:val="22201D"/>
          <w:sz w:val="20"/>
        </w:rPr>
        <w:t>The key printed:</w:t>
      </w:r>
    </w:p>
    <w:p>
      <w:pPr>
        <w:spacing w:after="60" w:line="250" w:lineRule="auto"/>
        <w:ind w:left="202" w:right="173"/>
      </w:pPr>
      <w:r>
        <w:rPr>
          <w:rFonts w:ascii="Georgia" w:hAnsi="Georgia"/>
          <w:b w:val="0"/>
          <w:i w:val="0"/>
          <w:color w:val="22201D"/>
          <w:sz w:val="17"/>
        </w:rPr>
        <w:t>PASSENGER IS NOT A DEMOTION.</w:t>
      </w:r>
    </w:p>
    <w:p>
      <w:pPr>
        <w:spacing w:after="60" w:line="266" w:lineRule="auto"/>
        <w:ind w:firstLine="331"/>
        <w:jc w:val="both"/>
      </w:pPr>
      <w:r>
        <w:rPr>
          <w:rFonts w:ascii="Georgia" w:hAnsi="Georgia"/>
          <w:b w:val="0"/>
          <w:i w:val="0"/>
          <w:color w:val="22201D"/>
          <w:sz w:val="20"/>
        </w:rPr>
        <w:t>Bob turned it face down.</w:t>
      </w:r>
    </w:p>
    <w:p>
      <w:pPr>
        <w:spacing w:after="60" w:line="266" w:lineRule="auto"/>
        <w:ind w:firstLine="331"/>
        <w:jc w:val="both"/>
      </w:pPr>
      <w:r>
        <w:rPr>
          <w:rFonts w:ascii="Georgia" w:hAnsi="Georgia"/>
          <w:b w:val="0"/>
          <w:i w:val="0"/>
          <w:color w:val="22201D"/>
          <w:sz w:val="20"/>
        </w:rPr>
        <w:t>"Do not start."</w:t>
      </w:r>
    </w:p>
    <w:p>
      <w:pPr>
        <w:spacing w:after="60" w:line="266" w:lineRule="auto"/>
        <w:ind w:firstLine="331"/>
        <w:jc w:val="both"/>
      </w:pPr>
      <w:r>
        <w:rPr>
          <w:rFonts w:ascii="Georgia" w:hAnsi="Georgia"/>
          <w:b w:val="0"/>
          <w:i w:val="0"/>
          <w:color w:val="22201D"/>
          <w:sz w:val="20"/>
        </w:rPr>
        <w:t>The spoon clicked once in the cup holder.</w:t>
      </w:r>
    </w:p>
    <w:p>
      <w:pPr>
        <w:spacing w:after="60" w:line="266" w:lineRule="auto"/>
        <w:ind w:firstLine="331"/>
        <w:jc w:val="both"/>
      </w:pPr>
      <w:r>
        <w:rPr>
          <w:rFonts w:ascii="Georgia" w:hAnsi="Georgia"/>
          <w:b w:val="0"/>
          <w:i w:val="0"/>
          <w:color w:val="22201D"/>
          <w:sz w:val="20"/>
        </w:rPr>
        <w:t>Nico laughed before she could stop herself.</w:t>
      </w:r>
    </w:p>
    <w:p>
      <w:pPr>
        <w:spacing w:after="60" w:line="266" w:lineRule="auto"/>
        <w:ind w:firstLine="331"/>
        <w:jc w:val="both"/>
      </w:pPr>
      <w:r>
        <w:rPr>
          <w:rFonts w:ascii="Georgia" w:hAnsi="Georgia"/>
          <w:b w:val="0"/>
          <w:i w:val="0"/>
          <w:color w:val="22201D"/>
          <w:sz w:val="20"/>
        </w:rPr>
        <w:t>"Sorry."</w:t>
      </w:r>
    </w:p>
    <w:p>
      <w:pPr>
        <w:spacing w:after="60" w:line="266" w:lineRule="auto"/>
        <w:ind w:firstLine="331"/>
        <w:jc w:val="both"/>
      </w:pPr>
      <w:r>
        <w:rPr>
          <w:rFonts w:ascii="Georgia" w:hAnsi="Georgia"/>
          <w:b w:val="0"/>
          <w:i w:val="0"/>
          <w:color w:val="22201D"/>
          <w:sz w:val="20"/>
        </w:rPr>
        <w:t>"No, you're not."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 drove.</w:t>
      </w:r>
    </w:p>
    <w:p>
      <w:pPr>
        <w:spacing w:after="60" w:line="266" w:lineRule="auto"/>
        <w:ind w:firstLine="331"/>
        <w:jc w:val="both"/>
      </w:pPr>
      <w:r>
        <w:rPr>
          <w:rFonts w:ascii="Georgia" w:hAnsi="Georgia"/>
          <w:b w:val="0"/>
          <w:i w:val="0"/>
          <w:color w:val="22201D"/>
          <w:sz w:val="20"/>
        </w:rPr>
        <w:t>The truck pulled away from Tuesday Receiving at fifteen miles per hour.</w:t>
      </w:r>
    </w:p>
    <w:p>
      <w:pPr>
        <w:spacing w:after="60" w:line="266" w:lineRule="auto"/>
        <w:ind w:firstLine="331"/>
        <w:jc w:val="both"/>
      </w:pPr>
      <w:r>
        <w:rPr>
          <w:rFonts w:ascii="Georgia" w:hAnsi="Georgia"/>
          <w:b w:val="0"/>
          <w:i w:val="0"/>
          <w:color w:val="22201D"/>
          <w:sz w:val="20"/>
        </w:rPr>
        <w:t>The depot shrank in the side mirror until it became an ordinary warehouse, then a wrong turn, then nothing Bob could prove.</w:t>
      </w:r>
    </w:p>
    <w:p>
      <w:pPr>
        <w:spacing w:after="60" w:line="266" w:lineRule="auto"/>
        <w:ind w:firstLine="331"/>
        <w:jc w:val="both"/>
      </w:pPr>
      <w:r>
        <w:rPr>
          <w:rFonts w:ascii="Georgia" w:hAnsi="Georgia"/>
          <w:b w:val="0"/>
          <w:i w:val="0"/>
          <w:color w:val="22201D"/>
          <w:sz w:val="20"/>
        </w:rPr>
        <w:t>The road toward the pantry district ran under low clouds.</w:t>
      </w:r>
    </w:p>
    <w:p>
      <w:pPr>
        <w:spacing w:after="60" w:line="266" w:lineRule="auto"/>
        <w:ind w:firstLine="331"/>
        <w:jc w:val="both"/>
      </w:pPr>
      <w:r>
        <w:rPr>
          <w:rFonts w:ascii="Georgia" w:hAnsi="Georgia"/>
          <w:b w:val="0"/>
          <w:i w:val="0"/>
          <w:color w:val="22201D"/>
          <w:sz w:val="20"/>
        </w:rPr>
        <w:t>It was not dramatic.</w:t>
      </w:r>
    </w:p>
    <w:p>
      <w:pPr>
        <w:spacing w:after="60" w:line="266" w:lineRule="auto"/>
        <w:ind w:firstLine="331"/>
        <w:jc w:val="both"/>
      </w:pPr>
      <w:r>
        <w:rPr>
          <w:rFonts w:ascii="Georgia" w:hAnsi="Georgia"/>
          <w:b w:val="0"/>
          <w:i w:val="0"/>
          <w:color w:val="22201D"/>
          <w:sz w:val="20"/>
        </w:rPr>
        <w:t>It had potholes.</w:t>
      </w:r>
    </w:p>
    <w:p>
      <w:pPr>
        <w:spacing w:after="60" w:line="266" w:lineRule="auto"/>
        <w:ind w:firstLine="331"/>
        <w:jc w:val="both"/>
      </w:pPr>
      <w:r>
        <w:rPr>
          <w:rFonts w:ascii="Georgia" w:hAnsi="Georgia"/>
          <w:b w:val="0"/>
          <w:i w:val="0"/>
          <w:color w:val="22201D"/>
          <w:sz w:val="20"/>
        </w:rPr>
        <w:t>It had delivery vans.</w:t>
      </w:r>
    </w:p>
    <w:p>
      <w:pPr>
        <w:spacing w:after="60" w:line="266" w:lineRule="auto"/>
        <w:ind w:firstLine="331"/>
        <w:jc w:val="both"/>
      </w:pPr>
      <w:r>
        <w:rPr>
          <w:rFonts w:ascii="Georgia" w:hAnsi="Georgia"/>
          <w:b w:val="0"/>
          <w:i w:val="0"/>
          <w:color w:val="22201D"/>
          <w:sz w:val="20"/>
        </w:rPr>
        <w:t>It had a man walking a dog that looked personally disappointed in the leash.</w:t>
      </w:r>
    </w:p>
    <w:p>
      <w:pPr>
        <w:spacing w:after="60" w:line="266" w:lineRule="auto"/>
        <w:ind w:firstLine="331"/>
        <w:jc w:val="both"/>
      </w:pPr>
      <w:r>
        <w:rPr>
          <w:rFonts w:ascii="Georgia" w:hAnsi="Georgia"/>
          <w:b w:val="0"/>
          <w:i w:val="0"/>
          <w:color w:val="22201D"/>
          <w:sz w:val="20"/>
        </w:rPr>
        <w:t>It had a traffic light stuck on blinking yellow, which Tuesday allowed because caution was cheaper than clarity.</w:t>
      </w:r>
    </w:p>
    <w:p>
      <w:pPr>
        <w:spacing w:after="60" w:line="266" w:lineRule="auto"/>
        <w:ind w:firstLine="331"/>
        <w:jc w:val="both"/>
      </w:pPr>
      <w:r>
        <w:rPr>
          <w:rFonts w:ascii="Georgia" w:hAnsi="Georgia"/>
          <w:b w:val="0"/>
          <w:i w:val="0"/>
          <w:color w:val="22201D"/>
          <w:sz w:val="20"/>
        </w:rPr>
        <w:t>Bob sat with both hands empty.</w:t>
      </w:r>
    </w:p>
    <w:p>
      <w:pPr>
        <w:spacing w:after="60" w:line="266" w:lineRule="auto"/>
        <w:ind w:firstLine="331"/>
        <w:jc w:val="both"/>
      </w:pPr>
      <w:r>
        <w:rPr>
          <w:rFonts w:ascii="Georgia" w:hAnsi="Georgia"/>
          <w:b w:val="0"/>
          <w:i w:val="0"/>
          <w:color w:val="22201D"/>
          <w:sz w:val="20"/>
        </w:rPr>
        <w:t>This was not rest.</w:t>
      </w:r>
    </w:p>
    <w:p>
      <w:pPr>
        <w:spacing w:after="60" w:line="266" w:lineRule="auto"/>
        <w:ind w:firstLine="331"/>
        <w:jc w:val="both"/>
      </w:pPr>
      <w:r>
        <w:rPr>
          <w:rFonts w:ascii="Georgia" w:hAnsi="Georgia"/>
          <w:b w:val="0"/>
          <w:i w:val="0"/>
          <w:color w:val="22201D"/>
          <w:sz w:val="20"/>
        </w:rPr>
        <w:t>It was harder than work.</w:t>
      </w:r>
    </w:p>
    <w:p>
      <w:pPr>
        <w:spacing w:after="60" w:line="266" w:lineRule="auto"/>
        <w:ind w:firstLine="331"/>
        <w:jc w:val="both"/>
      </w:pPr>
      <w:r>
        <w:rPr>
          <w:rFonts w:ascii="Georgia" w:hAnsi="Georgia"/>
          <w:b w:val="0"/>
          <w:i w:val="0"/>
          <w:color w:val="22201D"/>
          <w:sz w:val="20"/>
        </w:rPr>
        <w:t>Gerald drove well enough to irritate him and carefully enough to keep him quiet.</w:t>
      </w:r>
    </w:p>
    <w:p>
      <w:pPr>
        <w:spacing w:after="60" w:line="266" w:lineRule="auto"/>
        <w:ind w:firstLine="331"/>
        <w:jc w:val="both"/>
      </w:pPr>
      <w:r>
        <w:rPr>
          <w:rFonts w:ascii="Georgia" w:hAnsi="Georgia"/>
          <w:b w:val="0"/>
          <w:i w:val="0"/>
          <w:color w:val="22201D"/>
          <w:sz w:val="20"/>
        </w:rPr>
        <w:t>Flocc unfolded the menu key.</w:t>
      </w:r>
    </w:p>
    <w:p>
      <w:pPr>
        <w:spacing w:after="60" w:line="266" w:lineRule="auto"/>
        <w:ind w:firstLine="331"/>
        <w:jc w:val="both"/>
      </w:pPr>
      <w:r>
        <w:rPr>
          <w:rFonts w:ascii="Georgia" w:hAnsi="Georgia"/>
          <w:b w:val="0"/>
          <w:i w:val="0"/>
          <w:color w:val="22201D"/>
          <w:sz w:val="20"/>
        </w:rPr>
        <w:t>The chapter line had changed:</w:t>
      </w:r>
    </w:p>
    <w:p>
      <w:pPr>
        <w:spacing w:after="60" w:line="250" w:lineRule="auto"/>
        <w:ind w:left="202" w:right="173"/>
      </w:pPr>
      <w:r>
        <w:rPr>
          <w:rFonts w:ascii="Georgia" w:hAnsi="Georgia"/>
          <w:b w:val="0"/>
          <w:i w:val="0"/>
          <w:color w:val="22201D"/>
          <w:sz w:val="17"/>
        </w:rPr>
        <w:t>Tuesday Delivers Bob ........ PAID The Pantry Signs for the Package .... PUT IT AWAY</w:t>
      </w:r>
    </w:p>
    <w:p>
      <w:pPr>
        <w:spacing w:after="60" w:line="266" w:lineRule="auto"/>
        <w:ind w:firstLine="331"/>
        <w:jc w:val="both"/>
      </w:pPr>
      <w:r>
        <w:rPr>
          <w:rFonts w:ascii="Georgia" w:hAnsi="Georgia"/>
          <w:b w:val="0"/>
          <w:i w:val="0"/>
          <w:color w:val="22201D"/>
          <w:sz w:val="20"/>
        </w:rPr>
        <w:t>Underneath, smaller:</w:t>
      </w:r>
    </w:p>
    <w:p>
      <w:pPr>
        <w:spacing w:after="60" w:line="250" w:lineRule="auto"/>
        <w:ind w:left="202" w:right="173"/>
      </w:pPr>
      <w:r>
        <w:rPr>
          <w:rFonts w:ascii="Georgia" w:hAnsi="Georgia"/>
          <w:b w:val="0"/>
          <w:i w:val="0"/>
          <w:color w:val="22201D"/>
          <w:sz w:val="17"/>
        </w:rPr>
        <w:t>Signed invoice must arrive with cargo, not ahead of it.</w:t>
      </w:r>
    </w:p>
    <w:p>
      <w:pPr>
        <w:spacing w:after="60" w:line="266" w:lineRule="auto"/>
        <w:ind w:firstLine="331"/>
        <w:jc w:val="both"/>
      </w:pPr>
      <w:r>
        <w:rPr>
          <w:rFonts w:ascii="Georgia" w:hAnsi="Georgia"/>
          <w:b w:val="0"/>
          <w:i w:val="0"/>
          <w:color w:val="22201D"/>
          <w:sz w:val="20"/>
        </w:rPr>
        <w:t>Steve looked at the corrected invoice.</w:t>
      </w:r>
    </w:p>
    <w:p>
      <w:pPr>
        <w:spacing w:after="60" w:line="266" w:lineRule="auto"/>
        <w:ind w:firstLine="331"/>
        <w:jc w:val="both"/>
      </w:pPr>
      <w:r>
        <w:rPr>
          <w:rFonts w:ascii="Georgia" w:hAnsi="Georgia"/>
          <w:b w:val="0"/>
          <w:i w:val="0"/>
          <w:color w:val="22201D"/>
          <w:sz w:val="20"/>
        </w:rPr>
        <w:t>"Does put it away mean store the package?"</w:t>
      </w:r>
    </w:p>
    <w:p>
      <w:pPr>
        <w:spacing w:after="60" w:line="266" w:lineRule="auto"/>
        <w:ind w:firstLine="331"/>
        <w:jc w:val="both"/>
      </w:pPr>
      <w:r>
        <w:rPr>
          <w:rFonts w:ascii="Georgia" w:hAnsi="Georgia"/>
          <w:b w:val="0"/>
          <w:i w:val="0"/>
          <w:color w:val="22201D"/>
          <w:sz w:val="20"/>
        </w:rPr>
        <w:t>"Pantry logic," Flocc said.</w:t>
      </w:r>
    </w:p>
    <w:p>
      <w:pPr>
        <w:spacing w:after="60" w:line="266" w:lineRule="auto"/>
        <w:ind w:firstLine="331"/>
        <w:jc w:val="both"/>
      </w:pPr>
      <w:r>
        <w:rPr>
          <w:rFonts w:ascii="Georgia" w:hAnsi="Georgia"/>
          <w:b w:val="0"/>
          <w:i w:val="0"/>
          <w:color w:val="22201D"/>
          <w:sz w:val="20"/>
        </w:rPr>
        <w:t>"That sounds like a trap."</w:t>
      </w:r>
    </w:p>
    <w:p>
      <w:pPr>
        <w:spacing w:after="60" w:line="266" w:lineRule="auto"/>
        <w:ind w:firstLine="331"/>
        <w:jc w:val="both"/>
      </w:pPr>
      <w:r>
        <w:rPr>
          <w:rFonts w:ascii="Georgia" w:hAnsi="Georgia"/>
          <w:b w:val="0"/>
          <w:i w:val="0"/>
          <w:color w:val="22201D"/>
          <w:sz w:val="20"/>
        </w:rPr>
        <w:t>"It is storage, substitution, and misunderstanding."</w:t>
      </w:r>
    </w:p>
    <w:p>
      <w:pPr>
        <w:spacing w:after="60" w:line="266" w:lineRule="auto"/>
        <w:ind w:firstLine="331"/>
        <w:jc w:val="both"/>
      </w:pPr>
      <w:r>
        <w:rPr>
          <w:rFonts w:ascii="Georgia" w:hAnsi="Georgia"/>
          <w:b w:val="0"/>
          <w:i w:val="0"/>
          <w:color w:val="22201D"/>
          <w:sz w:val="20"/>
        </w:rPr>
        <w:t>Nico leaned over the seat.</w:t>
      </w:r>
    </w:p>
    <w:p>
      <w:pPr>
        <w:spacing w:after="60" w:line="266" w:lineRule="auto"/>
        <w:ind w:firstLine="331"/>
        <w:jc w:val="both"/>
      </w:pPr>
      <w:r>
        <w:rPr>
          <w:rFonts w:ascii="Georgia" w:hAnsi="Georgia"/>
          <w:b w:val="0"/>
          <w:i w:val="0"/>
          <w:color w:val="22201D"/>
          <w:sz w:val="20"/>
        </w:rPr>
        <w:t>"That is the most pantry sentence anyone has ever said."</w:t>
      </w:r>
    </w:p>
    <w:p>
      <w:pPr>
        <w:spacing w:after="60" w:line="266" w:lineRule="auto"/>
        <w:ind w:firstLine="331"/>
        <w:jc w:val="both"/>
      </w:pPr>
      <w:r>
        <w:rPr>
          <w:rFonts w:ascii="Georgia" w:hAnsi="Georgia"/>
          <w:b w:val="0"/>
          <w:i w:val="0"/>
          <w:color w:val="22201D"/>
          <w:sz w:val="20"/>
        </w:rPr>
        <w:t>Bob looked out the window.</w:t>
      </w:r>
    </w:p>
    <w:p>
      <w:pPr>
        <w:spacing w:after="60" w:line="266" w:lineRule="auto"/>
        <w:ind w:firstLine="331"/>
        <w:jc w:val="both"/>
      </w:pPr>
      <w:r>
        <w:rPr>
          <w:rFonts w:ascii="Georgia" w:hAnsi="Georgia"/>
          <w:b w:val="0"/>
          <w:i w:val="0"/>
          <w:color w:val="22201D"/>
          <w:sz w:val="20"/>
        </w:rPr>
        <w:t>The lockbox sat under the driver's seat, now under Gerald.</w:t>
      </w:r>
    </w:p>
    <w:p>
      <w:pPr>
        <w:spacing w:after="60" w:line="266" w:lineRule="auto"/>
        <w:ind w:firstLine="331"/>
        <w:jc w:val="both"/>
      </w:pPr>
      <w:r>
        <w:rPr>
          <w:rFonts w:ascii="Georgia" w:hAnsi="Georgia"/>
          <w:b w:val="0"/>
          <w:i w:val="0"/>
          <w:color w:val="22201D"/>
          <w:sz w:val="20"/>
        </w:rPr>
        <w:t>It had not been opened.</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But it was no longer only Bob's problem, because Bob was no longer pretending the truck contained only cargo he could lift.</w:t>
      </w:r>
    </w:p>
    <w:p>
      <w:pPr>
        <w:spacing w:after="60" w:line="266" w:lineRule="auto"/>
        <w:ind w:firstLine="331"/>
        <w:jc w:val="both"/>
      </w:pPr>
      <w:r>
        <w:rPr>
          <w:rFonts w:ascii="Georgia" w:hAnsi="Georgia"/>
          <w:b w:val="0"/>
          <w:i w:val="0"/>
          <w:color w:val="22201D"/>
          <w:sz w:val="20"/>
        </w:rPr>
        <w:t>The invoice correction rested on Gerald's clipboard.</w:t>
      </w:r>
    </w:p>
    <w:p>
      <w:pPr>
        <w:spacing w:after="60" w:line="266" w:lineRule="auto"/>
        <w:ind w:firstLine="331"/>
        <w:jc w:val="both"/>
      </w:pPr>
      <w:r>
        <w:rPr>
          <w:rFonts w:ascii="Georgia" w:hAnsi="Georgia"/>
          <w:b w:val="0"/>
          <w:i w:val="0"/>
          <w:color w:val="22201D"/>
          <w:sz w:val="20"/>
        </w:rPr>
        <w:t>The paper tag for the pantry hung from its clip, swinging slightly with each cautious turn.</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SIGNED INVOICE PUT IT AWAY</w:t>
      </w:r>
    </w:p>
    <w:p>
      <w:pPr>
        <w:spacing w:after="60" w:line="266" w:lineRule="auto"/>
        <w:ind w:firstLine="331"/>
        <w:jc w:val="both"/>
      </w:pPr>
      <w:r>
        <w:rPr>
          <w:rFonts w:ascii="Georgia" w:hAnsi="Georgia"/>
          <w:b w:val="0"/>
          <w:i w:val="0"/>
          <w:color w:val="22201D"/>
          <w:sz w:val="20"/>
        </w:rPr>
        <w:t>Ahead, the pantry district began with a row of loading doors painted green.</w:t>
      </w:r>
    </w:p>
    <w:p>
      <w:pPr>
        <w:spacing w:after="60" w:line="266" w:lineRule="auto"/>
        <w:ind w:firstLine="331"/>
        <w:jc w:val="both"/>
      </w:pPr>
      <w:r>
        <w:rPr>
          <w:rFonts w:ascii="Georgia" w:hAnsi="Georgia"/>
          <w:b w:val="0"/>
          <w:i w:val="0"/>
          <w:color w:val="22201D"/>
          <w:sz w:val="20"/>
        </w:rPr>
        <w:t>One of them opened before they reached it.</w:t>
      </w:r>
    </w:p>
    <w:p>
      <w:pPr>
        <w:spacing w:after="60" w:line="266" w:lineRule="auto"/>
        <w:ind w:firstLine="331"/>
        <w:jc w:val="both"/>
      </w:pPr>
      <w:r>
        <w:rPr>
          <w:rFonts w:ascii="Georgia" w:hAnsi="Georgia"/>
          <w:b w:val="0"/>
          <w:i w:val="0"/>
          <w:color w:val="22201D"/>
          <w:sz w:val="20"/>
        </w:rPr>
        <w:t>The route did not explain.</w:t>
      </w:r>
    </w:p>
    <w:p>
      <w:pPr>
        <w:spacing w:after="60" w:line="266" w:lineRule="auto"/>
        <w:ind w:firstLine="331"/>
        <w:jc w:val="both"/>
      </w:pPr>
      <w:r>
        <w:rPr>
          <w:rFonts w:ascii="Georgia" w:hAnsi="Georgia"/>
          <w:b w:val="0"/>
          <w:i w:val="0"/>
          <w:color w:val="22201D"/>
          <w:sz w:val="20"/>
        </w:rPr>
        <w:t>It rarely did when it had paperwork instead.</w:t>
      </w:r>
    </w:p>
    <w:p>
      <w:pPr>
        <w:spacing w:after="60" w:line="266" w:lineRule="auto"/>
        <w:ind w:firstLine="331"/>
        <w:jc w:val="both"/>
      </w:pPr>
      <w:r>
        <w:rPr>
          <w:rFonts w:ascii="Georgia" w:hAnsi="Georgia"/>
          <w:b w:val="0"/>
          <w:i w:val="0"/>
          <w:color w:val="22201D"/>
          <w:sz w:val="20"/>
        </w:rPr>
        <w:t>Gerald slowed.</w:t>
      </w:r>
    </w:p>
    <w:p>
      <w:pPr>
        <w:spacing w:after="60" w:line="266" w:lineRule="auto"/>
        <w:ind w:firstLine="331"/>
        <w:jc w:val="both"/>
      </w:pPr>
      <w:r>
        <w:rPr>
          <w:rFonts w:ascii="Georgia" w:hAnsi="Georgia"/>
          <w:b w:val="0"/>
          <w:i w:val="0"/>
          <w:color w:val="22201D"/>
          <w:sz w:val="20"/>
        </w:rPr>
        <w:t>Bob did not tell him how.</w:t>
      </w:r>
    </w:p>
    <w:p>
      <w:pPr>
        <w:spacing w:after="60" w:line="266" w:lineRule="auto"/>
        <w:ind w:firstLine="331"/>
        <w:jc w:val="both"/>
      </w:pPr>
      <w:r>
        <w:rPr>
          <w:rFonts w:ascii="Georgia" w:hAnsi="Georgia"/>
          <w:b w:val="0"/>
          <w:i w:val="0"/>
          <w:color w:val="22201D"/>
          <w:sz w:val="20"/>
        </w:rPr>
        <w:t>That was the last payment Tuesday took before letting them arrive.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Pantry Signs for the Package</w:t>
      </w:r>
    </w:p>
    <w:p>
      <w:pPr>
        <w:spacing w:after="60" w:line="266" w:lineRule="auto"/>
        <w:ind w:firstLine="0"/>
        <w:jc w:val="both"/>
      </w:pPr>
      <w:r>
        <w:rPr>
          <w:rFonts w:ascii="Georgia" w:hAnsi="Georgia"/>
          <w:b w:val="0"/>
          <w:i w:val="0"/>
          <w:color w:val="22201D"/>
          <w:sz w:val="20"/>
        </w:rPr>
        <w:t>In which storage develops opinions, a signed invoice refuses to be merely received, and the route learns that putting something away is not the same as making it disappear.</w:t>
      </w:r>
    </w:p>
    <w:p>
      <w:pPr>
        <w:spacing w:after="60" w:line="266" w:lineRule="auto"/>
        <w:ind w:firstLine="331"/>
        <w:jc w:val="both"/>
      </w:pPr>
      <w:r>
        <w:rPr>
          <w:rFonts w:ascii="Georgia" w:hAnsi="Georgia"/>
          <w:b w:val="0"/>
          <w:i w:val="0"/>
          <w:color w:val="22201D"/>
          <w:sz w:val="20"/>
        </w:rPr>
        <w:t>The pantry district began with green loading doors and a smell of flour that had survived zoning changes.</w:t>
      </w:r>
    </w:p>
    <w:p>
      <w:pPr>
        <w:spacing w:after="60" w:line="266" w:lineRule="auto"/>
        <w:ind w:firstLine="331"/>
        <w:jc w:val="both"/>
      </w:pPr>
      <w:r>
        <w:rPr>
          <w:rFonts w:ascii="Georgia" w:hAnsi="Georgia"/>
          <w:b w:val="0"/>
          <w:i w:val="0"/>
          <w:color w:val="22201D"/>
          <w:sz w:val="20"/>
        </w:rPr>
        <w:t>Gerald drove at fifteen miles per hour because Bob had said fifteen and then not corrected him.</w:t>
      </w:r>
    </w:p>
    <w:p>
      <w:pPr>
        <w:spacing w:after="60" w:line="266" w:lineRule="auto"/>
        <w:ind w:firstLine="331"/>
        <w:jc w:val="both"/>
      </w:pPr>
      <w:r>
        <w:rPr>
          <w:rFonts w:ascii="Georgia" w:hAnsi="Georgia"/>
          <w:b w:val="0"/>
          <w:i w:val="0"/>
          <w:color w:val="22201D"/>
          <w:sz w:val="20"/>
        </w:rPr>
        <w:t>This made the whole truck uneasy.</w:t>
      </w:r>
    </w:p>
    <w:p>
      <w:pPr>
        <w:spacing w:after="60" w:line="266" w:lineRule="auto"/>
        <w:ind w:firstLine="331"/>
        <w:jc w:val="both"/>
      </w:pPr>
      <w:r>
        <w:rPr>
          <w:rFonts w:ascii="Georgia" w:hAnsi="Georgia"/>
          <w:b w:val="0"/>
          <w:i w:val="0"/>
          <w:color w:val="22201D"/>
          <w:sz w:val="20"/>
        </w:rPr>
        <w:t>Not unsafe.</w:t>
      </w:r>
    </w:p>
    <w:p>
      <w:pPr>
        <w:spacing w:after="60" w:line="266" w:lineRule="auto"/>
        <w:ind w:firstLine="331"/>
        <w:jc w:val="both"/>
      </w:pPr>
      <w:r>
        <w:rPr>
          <w:rFonts w:ascii="Georgia" w:hAnsi="Georgia"/>
          <w:b w:val="0"/>
          <w:i w:val="0"/>
          <w:color w:val="22201D"/>
          <w:sz w:val="20"/>
        </w:rPr>
        <w:t>Uneasy.</w:t>
      </w:r>
    </w:p>
    <w:p>
      <w:pPr>
        <w:spacing w:after="60" w:line="266" w:lineRule="auto"/>
        <w:ind w:firstLine="331"/>
        <w:jc w:val="both"/>
      </w:pPr>
      <w:r>
        <w:rPr>
          <w:rFonts w:ascii="Georgia" w:hAnsi="Georgia"/>
          <w:b w:val="0"/>
          <w:i w:val="0"/>
          <w:color w:val="22201D"/>
          <w:sz w:val="20"/>
        </w:rPr>
        <w:t>Vehicles, like diners and families, learned who usually held the wheel.</w:t>
      </w:r>
    </w:p>
    <w:p>
      <w:pPr>
        <w:spacing w:after="60" w:line="266" w:lineRule="auto"/>
        <w:ind w:firstLine="331"/>
        <w:jc w:val="both"/>
      </w:pPr>
      <w:r>
        <w:rPr>
          <w:rFonts w:ascii="Georgia" w:hAnsi="Georgia"/>
          <w:b w:val="0"/>
          <w:i w:val="0"/>
          <w:color w:val="22201D"/>
          <w:sz w:val="20"/>
        </w:rPr>
        <w:t>The truck did not object to Gerald. It simply kept noticing.</w:t>
      </w:r>
    </w:p>
    <w:p>
      <w:pPr>
        <w:spacing w:after="60" w:line="266" w:lineRule="auto"/>
        <w:ind w:firstLine="331"/>
        <w:jc w:val="both"/>
      </w:pPr>
      <w:r>
        <w:rPr>
          <w:rFonts w:ascii="Georgia" w:hAnsi="Georgia"/>
          <w:b w:val="0"/>
          <w:i w:val="0"/>
          <w:color w:val="22201D"/>
          <w:sz w:val="20"/>
        </w:rPr>
        <w:t>Bob sat in the passenger seat with the menu key face down on his knee and the spoon in the cup holder between him and the man driving his truck.</w:t>
      </w:r>
    </w:p>
    <w:p>
      <w:pPr>
        <w:spacing w:after="60" w:line="266" w:lineRule="auto"/>
        <w:ind w:firstLine="331"/>
        <w:jc w:val="both"/>
      </w:pPr>
      <w:r>
        <w:rPr>
          <w:rFonts w:ascii="Georgia" w:hAnsi="Georgia"/>
          <w:b w:val="0"/>
          <w:i w:val="0"/>
          <w:color w:val="22201D"/>
          <w:sz w:val="20"/>
        </w:rPr>
        <w:t>The spoon pointed forward.</w:t>
      </w:r>
    </w:p>
    <w:p>
      <w:pPr>
        <w:spacing w:after="60" w:line="266" w:lineRule="auto"/>
        <w:ind w:firstLine="331"/>
        <w:jc w:val="both"/>
      </w:pPr>
      <w:r>
        <w:rPr>
          <w:rFonts w:ascii="Georgia" w:hAnsi="Georgia"/>
          <w:b w:val="0"/>
          <w:i w:val="0"/>
          <w:color w:val="22201D"/>
          <w:sz w:val="20"/>
        </w:rPr>
        <w:t>Then down.</w:t>
      </w:r>
    </w:p>
    <w:p>
      <w:pPr>
        <w:spacing w:after="60" w:line="266" w:lineRule="auto"/>
        <w:ind w:firstLine="331"/>
        <w:jc w:val="both"/>
      </w:pPr>
      <w:r>
        <w:rPr>
          <w:rFonts w:ascii="Georgia" w:hAnsi="Georgia"/>
          <w:b w:val="0"/>
          <w:i w:val="0"/>
          <w:color w:val="22201D"/>
          <w:sz w:val="20"/>
        </w:rPr>
        <w:t>Then forward again.</w:t>
      </w:r>
    </w:p>
    <w:p>
      <w:pPr>
        <w:spacing w:after="60" w:line="266" w:lineRule="auto"/>
        <w:ind w:firstLine="331"/>
        <w:jc w:val="both"/>
      </w:pPr>
      <w:r>
        <w:rPr>
          <w:rFonts w:ascii="Georgia" w:hAnsi="Georgia"/>
          <w:b w:val="0"/>
          <w:i w:val="0"/>
          <w:color w:val="22201D"/>
          <w:sz w:val="20"/>
        </w:rPr>
        <w:t>Bob did not like an object trying to be tactful.</w:t>
      </w:r>
    </w:p>
    <w:p>
      <w:pPr>
        <w:spacing w:after="60" w:line="266" w:lineRule="auto"/>
        <w:ind w:firstLine="331"/>
        <w:jc w:val="both"/>
      </w:pPr>
      <w:r>
        <w:rPr>
          <w:rFonts w:ascii="Georgia" w:hAnsi="Georgia"/>
          <w:b w:val="0"/>
          <w:i w:val="0"/>
          <w:color w:val="22201D"/>
          <w:sz w:val="20"/>
        </w:rPr>
        <w:t>"Dock?" Gerald asked.</w:t>
      </w:r>
    </w:p>
    <w:p>
      <w:pPr>
        <w:spacing w:after="60" w:line="266" w:lineRule="auto"/>
        <w:ind w:firstLine="331"/>
        <w:jc w:val="both"/>
      </w:pPr>
      <w:r>
        <w:rPr>
          <w:rFonts w:ascii="Georgia" w:hAnsi="Georgia"/>
          <w:b w:val="0"/>
          <w:i w:val="0"/>
          <w:color w:val="22201D"/>
          <w:sz w:val="20"/>
        </w:rPr>
        <w:t>Bob looked ahead.</w:t>
      </w:r>
    </w:p>
    <w:p>
      <w:pPr>
        <w:spacing w:after="60" w:line="266" w:lineRule="auto"/>
        <w:ind w:firstLine="331"/>
        <w:jc w:val="both"/>
      </w:pPr>
      <w:r>
        <w:rPr>
          <w:rFonts w:ascii="Georgia" w:hAnsi="Georgia"/>
          <w:b w:val="0"/>
          <w:i w:val="0"/>
          <w:color w:val="22201D"/>
          <w:sz w:val="20"/>
        </w:rPr>
        <w:t>The pantry building was long, low, and painted a green that had been chosen by committee and regretted by sunlight.</w:t>
      </w:r>
    </w:p>
    <w:p>
      <w:pPr>
        <w:spacing w:after="60" w:line="266" w:lineRule="auto"/>
        <w:ind w:firstLine="331"/>
        <w:jc w:val="both"/>
      </w:pPr>
      <w:r>
        <w:rPr>
          <w:rFonts w:ascii="Georgia" w:hAnsi="Georgia"/>
          <w:b w:val="0"/>
          <w:i w:val="0"/>
          <w:color w:val="22201D"/>
          <w:sz w:val="20"/>
        </w:rPr>
        <w:t>Three roll-up doors faced the street.</w:t>
      </w:r>
    </w:p>
    <w:p>
      <w:pPr>
        <w:spacing w:after="60" w:line="266" w:lineRule="auto"/>
        <w:ind w:firstLine="331"/>
        <w:jc w:val="both"/>
      </w:pPr>
      <w:r>
        <w:rPr>
          <w:rFonts w:ascii="Georgia" w:hAnsi="Georgia"/>
          <w:b w:val="0"/>
          <w:i w:val="0"/>
          <w:color w:val="22201D"/>
          <w:sz w:val="20"/>
        </w:rPr>
        <w:t>Each one had a number.</w:t>
      </w:r>
    </w:p>
    <w:p>
      <w:pPr>
        <w:spacing w:after="60" w:line="250" w:lineRule="auto"/>
        <w:ind w:left="202" w:right="173"/>
      </w:pPr>
      <w:r>
        <w:rPr>
          <w:rFonts w:ascii="Georgia" w:hAnsi="Georgia"/>
          <w:b w:val="0"/>
          <w:i w:val="0"/>
          <w:color w:val="22201D"/>
          <w:sz w:val="17"/>
        </w:rPr>
        <w:t>1 2 PANTRY</w:t>
      </w:r>
    </w:p>
    <w:p>
      <w:pPr>
        <w:spacing w:after="60" w:line="266" w:lineRule="auto"/>
        <w:ind w:firstLine="331"/>
        <w:jc w:val="both"/>
      </w:pPr>
      <w:r>
        <w:rPr>
          <w:rFonts w:ascii="Georgia" w:hAnsi="Georgia"/>
          <w:b w:val="0"/>
          <w:i w:val="0"/>
          <w:color w:val="22201D"/>
          <w:sz w:val="20"/>
        </w:rPr>
        <w:t>"Not a number," Nico said from the back.</w:t>
      </w:r>
    </w:p>
    <w:p>
      <w:pPr>
        <w:spacing w:after="60" w:line="266" w:lineRule="auto"/>
        <w:ind w:firstLine="331"/>
        <w:jc w:val="both"/>
      </w:pPr>
      <w:r>
        <w:rPr>
          <w:rFonts w:ascii="Georgia" w:hAnsi="Georgia"/>
          <w:b w:val="0"/>
          <w:i w:val="0"/>
          <w:color w:val="22201D"/>
          <w:sz w:val="20"/>
        </w:rPr>
        <w:t>Steve leaned to see.</w:t>
      </w:r>
    </w:p>
    <w:p>
      <w:pPr>
        <w:spacing w:after="60" w:line="266" w:lineRule="auto"/>
        <w:ind w:firstLine="331"/>
        <w:jc w:val="both"/>
      </w:pPr>
      <w:r>
        <w:rPr>
          <w:rFonts w:ascii="Georgia" w:hAnsi="Georgia"/>
          <w:b w:val="0"/>
          <w:i w:val="0"/>
          <w:color w:val="22201D"/>
          <w:sz w:val="20"/>
        </w:rPr>
        <w:t>"Maybe pantry is a number in pantry logic."</w:t>
      </w:r>
    </w:p>
    <w:p>
      <w:pPr>
        <w:spacing w:after="60" w:line="266" w:lineRule="auto"/>
        <w:ind w:firstLine="331"/>
        <w:jc w:val="both"/>
      </w:pPr>
      <w:r>
        <w:rPr>
          <w:rFonts w:ascii="Georgia" w:hAnsi="Georgia"/>
          <w:b w:val="0"/>
          <w:i w:val="0"/>
          <w:color w:val="22201D"/>
          <w:sz w:val="20"/>
        </w:rPr>
        <w:t>"Pantry is where numbers go to become cans," Flocc said.</w:t>
      </w:r>
    </w:p>
    <w:p>
      <w:pPr>
        <w:spacing w:after="60" w:line="266" w:lineRule="auto"/>
        <w:ind w:firstLine="331"/>
        <w:jc w:val="both"/>
      </w:pPr>
      <w:r>
        <w:rPr>
          <w:rFonts w:ascii="Georgia" w:hAnsi="Georgia"/>
          <w:b w:val="0"/>
          <w:i w:val="0"/>
          <w:color w:val="22201D"/>
          <w:sz w:val="20"/>
        </w:rPr>
        <w:t>Bob did not turn.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was answering."</w:t>
      </w:r>
    </w:p>
    <w:p>
      <w:pPr>
        <w:spacing w:after="60" w:line="266" w:lineRule="auto"/>
        <w:ind w:firstLine="331"/>
        <w:jc w:val="both"/>
      </w:pPr>
      <w:r>
        <w:rPr>
          <w:rFonts w:ascii="Georgia" w:hAnsi="Georgia"/>
          <w:b w:val="0"/>
          <w:i w:val="0"/>
          <w:color w:val="22201D"/>
          <w:sz w:val="20"/>
        </w:rPr>
        <w:t>"Still no."</w:t>
      </w:r>
    </w:p>
    <w:p>
      <w:pPr>
        <w:spacing w:after="60" w:line="266" w:lineRule="auto"/>
        <w:ind w:firstLine="331"/>
        <w:jc w:val="both"/>
      </w:pPr>
      <w:r>
        <w:rPr>
          <w:rFonts w:ascii="Georgia" w:hAnsi="Georgia"/>
          <w:b w:val="0"/>
          <w:i w:val="0"/>
          <w:color w:val="22201D"/>
          <w:sz w:val="20"/>
        </w:rPr>
        <w:t>Gerald slowed before the door labeled PANTRY.</w:t>
      </w:r>
    </w:p>
    <w:p>
      <w:pPr>
        <w:spacing w:after="60" w:line="266" w:lineRule="auto"/>
        <w:ind w:firstLine="331"/>
        <w:jc w:val="both"/>
      </w:pPr>
      <w:r>
        <w:rPr>
          <w:rFonts w:ascii="Georgia" w:hAnsi="Georgia"/>
          <w:b w:val="0"/>
          <w:i w:val="0"/>
          <w:color w:val="22201D"/>
          <w:sz w:val="20"/>
        </w:rPr>
        <w:t>The temporary strap near the cracked bracket held.</w:t>
      </w:r>
    </w:p>
    <w:p>
      <w:pPr>
        <w:spacing w:after="60" w:line="266" w:lineRule="auto"/>
        <w:ind w:firstLine="331"/>
        <w:jc w:val="both"/>
      </w:pPr>
      <w:r>
        <w:rPr>
          <w:rFonts w:ascii="Georgia" w:hAnsi="Georgia"/>
          <w:b w:val="0"/>
          <w:i w:val="0"/>
          <w:color w:val="22201D"/>
          <w:sz w:val="20"/>
        </w:rPr>
        <w:t>The cargo stayed seated.</w:t>
      </w:r>
    </w:p>
    <w:p>
      <w:pPr>
        <w:spacing w:after="60" w:line="266" w:lineRule="auto"/>
        <w:ind w:firstLine="331"/>
        <w:jc w:val="both"/>
      </w:pPr>
      <w:r>
        <w:rPr>
          <w:rFonts w:ascii="Georgia" w:hAnsi="Georgia"/>
          <w:b w:val="0"/>
          <w:i w:val="0"/>
          <w:color w:val="22201D"/>
          <w:sz w:val="20"/>
        </w:rPr>
        <w:t>The signed invoice tag clipped to Gerald's board swung once, then settled as if it knew it had arrived and wanted credit.</w:t>
      </w:r>
    </w:p>
    <w:p>
      <w:pPr>
        <w:spacing w:after="60" w:line="266" w:lineRule="auto"/>
        <w:ind w:firstLine="331"/>
        <w:jc w:val="both"/>
      </w:pPr>
      <w:r>
        <w:rPr>
          <w:rFonts w:ascii="Georgia" w:hAnsi="Georgia"/>
          <w:b w:val="0"/>
          <w:i w:val="0"/>
          <w:color w:val="22201D"/>
          <w:sz w:val="20"/>
        </w:rPr>
        <w:t>The loading door rose by itself.</w:t>
      </w:r>
    </w:p>
    <w:p>
      <w:pPr>
        <w:spacing w:after="60" w:line="266" w:lineRule="auto"/>
        <w:ind w:firstLine="331"/>
        <w:jc w:val="both"/>
      </w:pPr>
      <w:r>
        <w:rPr>
          <w:rFonts w:ascii="Georgia" w:hAnsi="Georgia"/>
          <w:b w:val="0"/>
          <w:i w:val="0"/>
          <w:color w:val="22201D"/>
          <w:sz w:val="20"/>
        </w:rPr>
        <w:t>No motor whined.</w:t>
      </w:r>
    </w:p>
    <w:p>
      <w:pPr>
        <w:spacing w:after="60" w:line="266" w:lineRule="auto"/>
        <w:ind w:firstLine="331"/>
        <w:jc w:val="both"/>
      </w:pPr>
      <w:r>
        <w:rPr>
          <w:rFonts w:ascii="Georgia" w:hAnsi="Georgia"/>
          <w:b w:val="0"/>
          <w:i w:val="0"/>
          <w:color w:val="22201D"/>
          <w:sz w:val="20"/>
        </w:rPr>
        <w:t>No chain moved.</w:t>
      </w:r>
    </w:p>
    <w:p>
      <w:pPr>
        <w:spacing w:after="60" w:line="266" w:lineRule="auto"/>
        <w:ind w:firstLine="331"/>
        <w:jc w:val="both"/>
      </w:pPr>
      <w:r>
        <w:rPr>
          <w:rFonts w:ascii="Georgia" w:hAnsi="Georgia"/>
          <w:b w:val="0"/>
          <w:i w:val="0"/>
          <w:color w:val="22201D"/>
          <w:sz w:val="20"/>
        </w:rPr>
        <w:t>It simply lifted with the bureaucratic calm of a form being accepted after three corrections.</w:t>
      </w:r>
    </w:p>
    <w:p>
      <w:pPr>
        <w:spacing w:after="60" w:line="266" w:lineRule="auto"/>
        <w:ind w:firstLine="331"/>
        <w:jc w:val="both"/>
      </w:pPr>
      <w:r>
        <w:rPr>
          <w:rFonts w:ascii="Georgia" w:hAnsi="Georgia"/>
          <w:b w:val="0"/>
          <w:i w:val="0"/>
          <w:color w:val="22201D"/>
          <w:sz w:val="20"/>
        </w:rPr>
        <w:t>Inside was not a warehouse.</w:t>
      </w:r>
    </w:p>
    <w:p>
      <w:pPr>
        <w:spacing w:after="60" w:line="266" w:lineRule="auto"/>
        <w:ind w:firstLine="331"/>
        <w:jc w:val="both"/>
      </w:pPr>
      <w:r>
        <w:rPr>
          <w:rFonts w:ascii="Georgia" w:hAnsi="Georgia"/>
          <w:b w:val="0"/>
          <w:i w:val="0"/>
          <w:color w:val="22201D"/>
          <w:sz w:val="20"/>
        </w:rPr>
        <w:t>Not exactly.</w:t>
      </w:r>
    </w:p>
    <w:p>
      <w:pPr>
        <w:spacing w:after="60" w:line="266" w:lineRule="auto"/>
        <w:ind w:firstLine="331"/>
        <w:jc w:val="both"/>
      </w:pPr>
      <w:r>
        <w:rPr>
          <w:rFonts w:ascii="Georgia" w:hAnsi="Georgia"/>
          <w:b w:val="0"/>
          <w:i w:val="0"/>
          <w:color w:val="22201D"/>
          <w:sz w:val="20"/>
        </w:rPr>
        <w:t>It was a pantry, but larger than the word should have allowed.</w:t>
      </w:r>
    </w:p>
    <w:p>
      <w:pPr>
        <w:spacing w:after="60" w:line="266" w:lineRule="auto"/>
        <w:ind w:firstLine="331"/>
        <w:jc w:val="both"/>
      </w:pPr>
      <w:r>
        <w:rPr>
          <w:rFonts w:ascii="Georgia" w:hAnsi="Georgia"/>
          <w:b w:val="0"/>
          <w:i w:val="0"/>
          <w:color w:val="22201D"/>
          <w:sz w:val="20"/>
        </w:rPr>
        <w:t>Shelves ran in rows under yellow lights.</w:t>
      </w:r>
    </w:p>
    <w:p>
      <w:pPr>
        <w:spacing w:after="60" w:line="266" w:lineRule="auto"/>
        <w:ind w:firstLine="331"/>
        <w:jc w:val="both"/>
      </w:pPr>
      <w:r>
        <w:rPr>
          <w:rFonts w:ascii="Georgia" w:hAnsi="Georgia"/>
          <w:b w:val="0"/>
          <w:i w:val="0"/>
          <w:color w:val="22201D"/>
          <w:sz w:val="20"/>
        </w:rPr>
        <w:t>They held sacks, cans, jars, crates, boxes, sealed tins, unlabeled bundles, and at least one ceramic duck with a receipt tied around its neck.</w:t>
      </w:r>
    </w:p>
    <w:p>
      <w:pPr>
        <w:spacing w:after="60" w:line="266" w:lineRule="auto"/>
        <w:ind w:firstLine="331"/>
        <w:jc w:val="both"/>
      </w:pPr>
      <w:r>
        <w:rPr>
          <w:rFonts w:ascii="Georgia" w:hAnsi="Georgia"/>
          <w:b w:val="0"/>
          <w:i w:val="0"/>
          <w:color w:val="22201D"/>
          <w:sz w:val="20"/>
        </w:rPr>
        <w:t>Every shelf had a handwritten label.</w:t>
      </w:r>
    </w:p>
    <w:p>
      <w:pPr>
        <w:spacing w:after="60" w:line="266" w:lineRule="auto"/>
        <w:ind w:firstLine="331"/>
        <w:jc w:val="both"/>
      </w:pPr>
      <w:r>
        <w:rPr>
          <w:rFonts w:ascii="Georgia" w:hAnsi="Georgia"/>
          <w:b w:val="0"/>
          <w:i w:val="0"/>
          <w:color w:val="22201D"/>
          <w:sz w:val="20"/>
        </w:rPr>
        <w:t>Some were ordinary.</w:t>
      </w:r>
    </w:p>
    <w:p>
      <w:pPr>
        <w:spacing w:after="60" w:line="250" w:lineRule="auto"/>
        <w:ind w:left="202" w:right="173"/>
      </w:pPr>
      <w:r>
        <w:rPr>
          <w:rFonts w:ascii="Georgia" w:hAnsi="Georgia"/>
          <w:b w:val="0"/>
          <w:i w:val="0"/>
          <w:color w:val="22201D"/>
          <w:sz w:val="17"/>
        </w:rPr>
        <w:t>FLOUR BEANS VINEGAR LOST LIDS</w:t>
      </w:r>
    </w:p>
    <w:p>
      <w:pPr>
        <w:spacing w:after="60" w:line="266" w:lineRule="auto"/>
        <w:ind w:firstLine="331"/>
        <w:jc w:val="both"/>
      </w:pPr>
      <w:r>
        <w:rPr>
          <w:rFonts w:ascii="Georgia" w:hAnsi="Georgia"/>
          <w:b w:val="0"/>
          <w:i w:val="0"/>
          <w:color w:val="22201D"/>
          <w:sz w:val="20"/>
        </w:rPr>
        <w:t>Some were not.</w:t>
      </w:r>
    </w:p>
    <w:p>
      <w:pPr>
        <w:spacing w:after="60" w:line="250" w:lineRule="auto"/>
        <w:ind w:left="202" w:right="173"/>
      </w:pPr>
      <w:r>
        <w:rPr>
          <w:rFonts w:ascii="Georgia" w:hAnsi="Georgia"/>
          <w:b w:val="0"/>
          <w:i w:val="0"/>
          <w:color w:val="22201D"/>
          <w:sz w:val="17"/>
        </w:rPr>
        <w:t>THINGS SAVED TOO LONG SUBSTITUTIONS THAT WORKED ONCE FAVORITES NO ONE ADMITS APOLOGIES, DRY GOODS</w:t>
      </w:r>
    </w:p>
    <w:p>
      <w:pPr>
        <w:spacing w:after="60" w:line="266" w:lineRule="auto"/>
        <w:ind w:firstLine="331"/>
        <w:jc w:val="both"/>
      </w:pPr>
      <w:r>
        <w:rPr>
          <w:rFonts w:ascii="Georgia" w:hAnsi="Georgia"/>
          <w:b w:val="0"/>
          <w:i w:val="0"/>
          <w:color w:val="22201D"/>
          <w:sz w:val="20"/>
        </w:rPr>
        <w:t>Nico pressed both hands to the back of Bob's seat.</w:t>
      </w:r>
    </w:p>
    <w:p>
      <w:pPr>
        <w:spacing w:after="60" w:line="266" w:lineRule="auto"/>
        <w:ind w:firstLine="331"/>
        <w:jc w:val="both"/>
      </w:pPr>
      <w:r>
        <w:rPr>
          <w:rFonts w:ascii="Georgia" w:hAnsi="Georgia"/>
          <w:b w:val="0"/>
          <w:i w:val="0"/>
          <w:color w:val="22201D"/>
          <w:sz w:val="20"/>
        </w:rPr>
        <w:t>"I would like to live here for research purposes."</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"You don't know my methods."</w:t>
      </w:r>
    </w:p>
    <w:p>
      <w:pPr>
        <w:spacing w:after="60" w:line="266" w:lineRule="auto"/>
        <w:ind w:firstLine="331"/>
        <w:jc w:val="both"/>
      </w:pPr>
      <w:r>
        <w:rPr>
          <w:rFonts w:ascii="Georgia" w:hAnsi="Georgia"/>
          <w:b w:val="0"/>
          <w:i w:val="0"/>
          <w:color w:val="22201D"/>
          <w:sz w:val="20"/>
        </w:rPr>
        <w:t>"I know enough."</w:t>
      </w:r>
    </w:p>
    <w:p>
      <w:pPr>
        <w:spacing w:after="60" w:line="266" w:lineRule="auto"/>
        <w:ind w:firstLine="331"/>
        <w:jc w:val="both"/>
      </w:pPr>
      <w:r>
        <w:rPr>
          <w:rFonts w:ascii="Georgia" w:hAnsi="Georgia"/>
          <w:b w:val="0"/>
          <w:i w:val="0"/>
          <w:color w:val="22201D"/>
          <w:sz w:val="20"/>
        </w:rPr>
        <w:t>Gerald stopped at the painted dock line.</w:t>
      </w:r>
    </w:p>
    <w:p>
      <w:pPr>
        <w:spacing w:after="60" w:line="266" w:lineRule="auto"/>
        <w:ind w:firstLine="331"/>
        <w:jc w:val="both"/>
      </w:pPr>
      <w:r>
        <w:rPr>
          <w:rFonts w:ascii="Georgia" w:hAnsi="Georgia"/>
          <w:b w:val="0"/>
          <w:i w:val="0"/>
          <w:color w:val="22201D"/>
          <w:sz w:val="20"/>
        </w:rPr>
        <w:t>The line read:</w:t>
      </w:r>
    </w:p>
    <w:p>
      <w:pPr>
        <w:spacing w:after="60" w:line="250" w:lineRule="auto"/>
        <w:ind w:left="202" w:right="173"/>
      </w:pPr>
      <w:r>
        <w:rPr>
          <w:rFonts w:ascii="Georgia" w:hAnsi="Georgia"/>
          <w:b w:val="0"/>
          <w:i w:val="0"/>
          <w:color w:val="22201D"/>
          <w:sz w:val="17"/>
        </w:rPr>
        <w:t>SET DOWN WHAT ARRIVED. DO NOT UNPACK WHAT BELONGS ELSEWHERE.</w:t>
      </w:r>
    </w:p>
    <w:p>
      <w:pPr>
        <w:spacing w:after="60" w:line="266" w:lineRule="auto"/>
        <w:ind w:firstLine="331"/>
        <w:jc w:val="both"/>
      </w:pPr>
      <w:r>
        <w:rPr>
          <w:rFonts w:ascii="Georgia" w:hAnsi="Georgia"/>
          <w:b w:val="0"/>
          <w:i w:val="0"/>
          <w:color w:val="22201D"/>
          <w:sz w:val="20"/>
        </w:rPr>
        <w:t>Bob looked at the line for too long.</w:t>
      </w:r>
    </w:p>
    <w:p>
      <w:pPr>
        <w:spacing w:after="60" w:line="266" w:lineRule="auto"/>
        <w:ind w:firstLine="331"/>
        <w:jc w:val="both"/>
      </w:pPr>
      <w:r>
        <w:rPr>
          <w:rFonts w:ascii="Georgia" w:hAnsi="Georgia"/>
          <w:b w:val="0"/>
          <w:i w:val="0"/>
          <w:color w:val="22201D"/>
          <w:sz w:val="20"/>
        </w:rPr>
        <w:t>Gerald put the truck in park.</w:t>
      </w:r>
    </w:p>
    <w:p>
      <w:pPr>
        <w:spacing w:after="60" w:line="266" w:lineRule="auto"/>
        <w:ind w:firstLine="331"/>
        <w:jc w:val="both"/>
      </w:pPr>
      <w:r>
        <w:rPr>
          <w:rFonts w:ascii="Georgia" w:hAnsi="Georgia"/>
          <w:b w:val="0"/>
          <w:i w:val="0"/>
          <w:color w:val="22201D"/>
          <w:sz w:val="20"/>
        </w:rPr>
        <w:t>"Your call."</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Gerald corrected himself.</w:t>
      </w:r>
    </w:p>
    <w:p>
      <w:pPr>
        <w:spacing w:after="60" w:line="266" w:lineRule="auto"/>
        <w:ind w:firstLine="331"/>
        <w:jc w:val="both"/>
      </w:pPr>
      <w:r>
        <w:rPr>
          <w:rFonts w:ascii="Georgia" w:hAnsi="Georgia"/>
          <w:b w:val="0"/>
          <w:i w:val="0"/>
          <w:color w:val="22201D"/>
          <w:sz w:val="20"/>
        </w:rPr>
        <w:t>"Our call."</w:t>
      </w:r>
    </w:p>
    <w:p>
      <w:pPr>
        <w:spacing w:after="60" w:line="266" w:lineRule="auto"/>
        <w:ind w:firstLine="331"/>
        <w:jc w:val="both"/>
      </w:pPr>
      <w:r>
        <w:rPr>
          <w:rFonts w:ascii="Georgia" w:hAnsi="Georgia"/>
          <w:b w:val="0"/>
          <w:i w:val="0"/>
          <w:color w:val="22201D"/>
          <w:sz w:val="20"/>
        </w:rPr>
        <w:t>The signed invoice tag fluttered.</w:t>
      </w:r>
    </w:p>
    <w:p>
      <w:pPr>
        <w:spacing w:after="60" w:line="266" w:lineRule="auto"/>
        <w:ind w:firstLine="331"/>
        <w:jc w:val="both"/>
      </w:pPr>
      <w:r>
        <w:rPr>
          <w:rFonts w:ascii="Georgia" w:hAnsi="Georgia"/>
          <w:b w:val="0"/>
          <w:i w:val="0"/>
          <w:color w:val="22201D"/>
          <w:sz w:val="20"/>
        </w:rPr>
        <w:t>Bob took the correction.</w:t>
      </w:r>
    </w:p>
    <w:p>
      <w:pPr>
        <w:spacing w:after="60" w:line="266" w:lineRule="auto"/>
        <w:ind w:firstLine="331"/>
        <w:jc w:val="both"/>
      </w:pPr>
      <w:r>
        <w:rPr>
          <w:rFonts w:ascii="Georgia" w:hAnsi="Georgia"/>
          <w:b w:val="0"/>
          <w:i w:val="0"/>
          <w:color w:val="22201D"/>
          <w:sz w:val="20"/>
        </w:rPr>
        <w:t>The paper had changed since Tuesday Receiving.</w:t>
      </w:r>
    </w:p>
    <w:p>
      <w:pPr>
        <w:spacing w:after="60" w:line="266" w:lineRule="auto"/>
        <w:ind w:firstLine="331"/>
        <w:jc w:val="both"/>
      </w:pPr>
      <w:r>
        <w:rPr>
          <w:rFonts w:ascii="Georgia" w:hAnsi="Georgia"/>
          <w:b w:val="0"/>
          <w:i w:val="0"/>
          <w:color w:val="22201D"/>
          <w:sz w:val="20"/>
        </w:rPr>
        <w:t>The red stamp still read:</w:t>
      </w:r>
    </w:p>
    <w:p>
      <w:pPr>
        <w:spacing w:after="60" w:line="250" w:lineRule="auto"/>
        <w:ind w:left="202" w:right="173"/>
      </w:pPr>
      <w:r>
        <w:rPr>
          <w:rFonts w:ascii="Georgia" w:hAnsi="Georgia"/>
          <w:b w:val="0"/>
          <w:i w:val="0"/>
          <w:color w:val="22201D"/>
          <w:sz w:val="17"/>
        </w:rPr>
        <w:t>DRIVER DELIVERED TO ASSISTANCE</w:t>
      </w:r>
    </w:p>
    <w:p>
      <w:pPr>
        <w:spacing w:after="60" w:line="266" w:lineRule="auto"/>
        <w:ind w:firstLine="331"/>
        <w:jc w:val="both"/>
      </w:pPr>
      <w:r>
        <w:rPr>
          <w:rFonts w:ascii="Georgia" w:hAnsi="Georgia"/>
          <w:b w:val="0"/>
          <w:i w:val="0"/>
          <w:color w:val="22201D"/>
          <w:sz w:val="20"/>
        </w:rPr>
        <w:t>Beneath it, in new block letters:</w:t>
      </w:r>
    </w:p>
    <w:p>
      <w:pPr>
        <w:spacing w:after="60" w:line="250" w:lineRule="auto"/>
        <w:ind w:left="202" w:right="173"/>
      </w:pPr>
      <w:r>
        <w:rPr>
          <w:rFonts w:ascii="Georgia" w:hAnsi="Georgia"/>
          <w:b w:val="0"/>
          <w:i w:val="0"/>
          <w:color w:val="22201D"/>
          <w:sz w:val="17"/>
        </w:rPr>
        <w:t>SIGNED INVOICE MUST BE PUT AWAY WITH PACKAGE.</w:t>
      </w:r>
    </w:p>
    <w:p>
      <w:pPr>
        <w:spacing w:after="60" w:line="266" w:lineRule="auto"/>
        <w:ind w:firstLine="331"/>
        <w:jc w:val="both"/>
      </w:pPr>
      <w:r>
        <w:rPr>
          <w:rFonts w:ascii="Georgia" w:hAnsi="Georgia"/>
          <w:b w:val="0"/>
          <w:i w:val="0"/>
          <w:color w:val="22201D"/>
          <w:sz w:val="20"/>
        </w:rPr>
        <w:t>Flocc turned the laminated menu key over.</w:t>
      </w:r>
    </w:p>
    <w:p>
      <w:pPr>
        <w:spacing w:after="60" w:line="266" w:lineRule="auto"/>
        <w:ind w:firstLine="331"/>
        <w:jc w:val="both"/>
      </w:pPr>
      <w:r>
        <w:rPr>
          <w:rFonts w:ascii="Georgia" w:hAnsi="Georgia"/>
          <w:b w:val="0"/>
          <w:i w:val="0"/>
          <w:color w:val="22201D"/>
          <w:sz w:val="20"/>
        </w:rPr>
        <w:t>It displayed:</w:t>
      </w:r>
    </w:p>
    <w:p>
      <w:pPr>
        <w:spacing w:after="60" w:line="250" w:lineRule="auto"/>
        <w:ind w:left="202" w:right="173"/>
      </w:pPr>
      <w:r>
        <w:rPr>
          <w:rFonts w:ascii="Georgia" w:hAnsi="Georgia"/>
          <w:b w:val="0"/>
          <w:i w:val="0"/>
          <w:color w:val="22201D"/>
          <w:sz w:val="17"/>
        </w:rPr>
        <w:t>THE PANTRY SIGNS FOR THE PACKAGE Price: PUT IT AWAY</w:t>
      </w:r>
    </w:p>
    <w:p>
      <w:pPr>
        <w:spacing w:after="60" w:line="266" w:lineRule="auto"/>
        <w:ind w:firstLine="331"/>
        <w:jc w:val="both"/>
      </w:pPr>
      <w:r>
        <w:rPr>
          <w:rFonts w:ascii="Georgia" w:hAnsi="Georgia"/>
          <w:b w:val="0"/>
          <w:i w:val="0"/>
          <w:color w:val="22201D"/>
          <w:sz w:val="20"/>
        </w:rPr>
        <w:t>Under that:</w:t>
      </w:r>
    </w:p>
    <w:p>
      <w:pPr>
        <w:spacing w:after="60" w:line="250" w:lineRule="auto"/>
        <w:ind w:left="202" w:right="173"/>
      </w:pPr>
      <w:r>
        <w:rPr>
          <w:rFonts w:ascii="Georgia" w:hAnsi="Georgia"/>
          <w:b w:val="0"/>
          <w:i w:val="0"/>
          <w:color w:val="22201D"/>
          <w:sz w:val="17"/>
        </w:rPr>
        <w:t>Storage is not erasure.</w:t>
      </w:r>
    </w:p>
    <w:p>
      <w:pPr>
        <w:spacing w:after="60" w:line="266" w:lineRule="auto"/>
        <w:ind w:firstLine="331"/>
        <w:jc w:val="both"/>
      </w:pPr>
      <w:r>
        <w:rPr>
          <w:rFonts w:ascii="Georgia" w:hAnsi="Georgia"/>
          <w:b w:val="0"/>
          <w:i w:val="0"/>
          <w:color w:val="22201D"/>
          <w:sz w:val="20"/>
        </w:rPr>
        <w:t>Bob got out.</w:t>
      </w:r>
    </w:p>
    <w:p>
      <w:pPr>
        <w:spacing w:after="60" w:line="266" w:lineRule="auto"/>
        <w:ind w:firstLine="331"/>
        <w:jc w:val="both"/>
      </w:pPr>
      <w:r>
        <w:rPr>
          <w:rFonts w:ascii="Georgia" w:hAnsi="Georgia"/>
          <w:b w:val="0"/>
          <w:i w:val="0"/>
          <w:color w:val="22201D"/>
          <w:sz w:val="20"/>
        </w:rPr>
        <w:t>Gerald also got out.</w:t>
      </w:r>
    </w:p>
    <w:p>
      <w:pPr>
        <w:spacing w:after="60" w:line="266" w:lineRule="auto"/>
        <w:ind w:firstLine="331"/>
        <w:jc w:val="both"/>
      </w:pPr>
      <w:r>
        <w:rPr>
          <w:rFonts w:ascii="Georgia" w:hAnsi="Georgia"/>
          <w:b w:val="0"/>
          <w:i w:val="0"/>
          <w:color w:val="22201D"/>
          <w:sz w:val="20"/>
        </w:rPr>
        <w:t>This time Bob did not tell him to stay.</w:t>
      </w:r>
    </w:p>
    <w:p>
      <w:pPr>
        <w:spacing w:after="60" w:line="266" w:lineRule="auto"/>
        <w:ind w:firstLine="331"/>
        <w:jc w:val="both"/>
      </w:pPr>
      <w:r>
        <w:rPr>
          <w:rFonts w:ascii="Georgia" w:hAnsi="Georgia"/>
          <w:b w:val="0"/>
          <w:i w:val="0"/>
          <w:color w:val="22201D"/>
          <w:sz w:val="20"/>
        </w:rPr>
        <w:t>That was either growth or a failure to conserve irritation.</w:t>
      </w:r>
    </w:p>
    <w:p>
      <w:pPr>
        <w:spacing w:after="60" w:line="266" w:lineRule="auto"/>
        <w:ind w:firstLine="331"/>
        <w:jc w:val="both"/>
      </w:pPr>
      <w:r>
        <w:rPr>
          <w:rFonts w:ascii="Georgia" w:hAnsi="Georgia"/>
          <w:b w:val="0"/>
          <w:i w:val="0"/>
          <w:color w:val="22201D"/>
          <w:sz w:val="20"/>
        </w:rPr>
        <w:t>The pantry smelled cooler than the street.</w:t>
      </w:r>
    </w:p>
    <w:p>
      <w:pPr>
        <w:spacing w:after="60" w:line="266" w:lineRule="auto"/>
        <w:ind w:firstLine="331"/>
        <w:jc w:val="both"/>
      </w:pPr>
      <w:r>
        <w:rPr>
          <w:rFonts w:ascii="Georgia" w:hAnsi="Georgia"/>
          <w:b w:val="0"/>
          <w:i w:val="0"/>
          <w:color w:val="22201D"/>
          <w:sz w:val="20"/>
        </w:rPr>
        <w:t>Not cold-storage cool.</w:t>
      </w:r>
    </w:p>
    <w:p>
      <w:pPr>
        <w:spacing w:after="60" w:line="266" w:lineRule="auto"/>
        <w:ind w:firstLine="331"/>
        <w:jc w:val="both"/>
      </w:pPr>
      <w:r>
        <w:rPr>
          <w:rFonts w:ascii="Georgia" w:hAnsi="Georgia"/>
          <w:b w:val="0"/>
          <w:i w:val="0"/>
          <w:color w:val="22201D"/>
          <w:sz w:val="20"/>
        </w:rPr>
        <w:t>Cupboard cool.</w:t>
      </w:r>
    </w:p>
    <w:p>
      <w:pPr>
        <w:spacing w:after="60" w:line="266" w:lineRule="auto"/>
        <w:ind w:firstLine="331"/>
        <w:jc w:val="both"/>
      </w:pPr>
      <w:r>
        <w:rPr>
          <w:rFonts w:ascii="Georgia" w:hAnsi="Georgia"/>
          <w:b w:val="0"/>
          <w:i w:val="0"/>
          <w:color w:val="22201D"/>
          <w:sz w:val="20"/>
        </w:rPr>
        <w:t>The kind of cool that meant a room had been closed to keep something from spoiling and then had become a habit.</w:t>
      </w:r>
    </w:p>
    <w:p>
      <w:pPr>
        <w:spacing w:after="60" w:line="266" w:lineRule="auto"/>
        <w:ind w:firstLine="331"/>
        <w:jc w:val="both"/>
      </w:pPr>
      <w:r>
        <w:rPr>
          <w:rFonts w:ascii="Georgia" w:hAnsi="Georgia"/>
          <w:b w:val="0"/>
          <w:i w:val="0"/>
          <w:color w:val="22201D"/>
          <w:sz w:val="20"/>
        </w:rPr>
        <w:t>At the receiving counter stood no clerk.</w:t>
      </w:r>
    </w:p>
    <w:p>
      <w:pPr>
        <w:spacing w:after="60" w:line="266" w:lineRule="auto"/>
        <w:ind w:firstLine="331"/>
        <w:jc w:val="both"/>
      </w:pPr>
      <w:r>
        <w:rPr>
          <w:rFonts w:ascii="Georgia" w:hAnsi="Georgia"/>
          <w:b w:val="0"/>
          <w:i w:val="0"/>
          <w:color w:val="22201D"/>
          <w:sz w:val="20"/>
        </w:rPr>
        <w:t>There was a bell.</w:t>
      </w:r>
    </w:p>
    <w:p>
      <w:pPr>
        <w:spacing w:after="60" w:line="266" w:lineRule="auto"/>
        <w:ind w:firstLine="331"/>
        <w:jc w:val="both"/>
      </w:pPr>
      <w:r>
        <w:rPr>
          <w:rFonts w:ascii="Georgia" w:hAnsi="Georgia"/>
          <w:b w:val="0"/>
          <w:i w:val="0"/>
          <w:color w:val="22201D"/>
          <w:sz w:val="20"/>
        </w:rPr>
        <w:t>Bob looked at the spoon.</w:t>
      </w:r>
    </w:p>
    <w:p>
      <w:pPr>
        <w:spacing w:after="60" w:line="266" w:lineRule="auto"/>
        <w:ind w:firstLine="331"/>
        <w:jc w:val="both"/>
      </w:pPr>
      <w:r>
        <w:rPr>
          <w:rFonts w:ascii="Georgia" w:hAnsi="Georgia"/>
          <w:b w:val="0"/>
          <w:i w:val="0"/>
          <w:color w:val="22201D"/>
          <w:sz w:val="20"/>
        </w:rPr>
        <w:t>The spoon looked back in the limited way a spoon could, which was to remain available.</w:t>
      </w:r>
    </w:p>
    <w:p>
      <w:pPr>
        <w:spacing w:after="60" w:line="266" w:lineRule="auto"/>
        <w:ind w:firstLine="331"/>
        <w:jc w:val="both"/>
      </w:pPr>
      <w:r>
        <w:rPr>
          <w:rFonts w:ascii="Georgia" w:hAnsi="Georgia"/>
          <w:b w:val="0"/>
          <w:i w:val="0"/>
          <w:color w:val="22201D"/>
          <w:sz w:val="20"/>
        </w:rPr>
        <w:t>"Do not start," Bob said.</w:t>
      </w:r>
    </w:p>
    <w:p>
      <w:pPr>
        <w:spacing w:after="60" w:line="266" w:lineRule="auto"/>
        <w:ind w:firstLine="331"/>
        <w:jc w:val="both"/>
      </w:pPr>
      <w:r>
        <w:rPr>
          <w:rFonts w:ascii="Georgia" w:hAnsi="Georgia"/>
          <w:b w:val="0"/>
          <w:i w:val="0"/>
          <w:color w:val="22201D"/>
          <w:sz w:val="20"/>
        </w:rPr>
        <w:t>Nico coughed.</w:t>
      </w:r>
    </w:p>
    <w:p>
      <w:pPr>
        <w:spacing w:after="60" w:line="266" w:lineRule="auto"/>
        <w:ind w:firstLine="331"/>
        <w:jc w:val="both"/>
      </w:pPr>
      <w:r>
        <w:rPr>
          <w:rFonts w:ascii="Georgia" w:hAnsi="Georgia"/>
          <w:b w:val="0"/>
          <w:i w:val="0"/>
          <w:color w:val="22201D"/>
          <w:sz w:val="20"/>
        </w:rPr>
        <w:t>Steve became very interested in a shelf of canned pears labeled OTHER PEOPLE'S EMERGENCIES.</w:t>
      </w:r>
    </w:p>
    <w:p>
      <w:pPr>
        <w:spacing w:after="60" w:line="266" w:lineRule="auto"/>
        <w:ind w:firstLine="331"/>
        <w:jc w:val="both"/>
      </w:pPr>
      <w:r>
        <w:rPr>
          <w:rFonts w:ascii="Georgia" w:hAnsi="Georgia"/>
          <w:b w:val="0"/>
          <w:i w:val="0"/>
          <w:color w:val="22201D"/>
          <w:sz w:val="20"/>
        </w:rPr>
        <w:t>Bob picked up the spoon and struck the bell once.</w:t>
      </w:r>
    </w:p>
    <w:p>
      <w:pPr>
        <w:spacing w:after="60" w:line="266" w:lineRule="auto"/>
        <w:ind w:firstLine="331"/>
        <w:jc w:val="both"/>
      </w:pPr>
      <w:r>
        <w:rPr>
          <w:rFonts w:ascii="Georgia" w:hAnsi="Georgia"/>
          <w:b w:val="0"/>
          <w:i w:val="0"/>
          <w:color w:val="22201D"/>
          <w:sz w:val="20"/>
        </w:rPr>
        <w:t>The sound went into the pantry.</w:t>
      </w:r>
    </w:p>
    <w:p>
      <w:pPr>
        <w:spacing w:after="60" w:line="266" w:lineRule="auto"/>
        <w:ind w:firstLine="331"/>
        <w:jc w:val="both"/>
      </w:pPr>
      <w:r>
        <w:rPr>
          <w:rFonts w:ascii="Georgia" w:hAnsi="Georgia"/>
          <w:b w:val="0"/>
          <w:i w:val="0"/>
          <w:color w:val="22201D"/>
          <w:sz w:val="20"/>
        </w:rPr>
        <w:t>It did not echo.</w:t>
      </w:r>
    </w:p>
    <w:p>
      <w:pPr>
        <w:spacing w:after="60" w:line="266" w:lineRule="auto"/>
        <w:ind w:firstLine="331"/>
        <w:jc w:val="both"/>
      </w:pPr>
      <w:r>
        <w:rPr>
          <w:rFonts w:ascii="Georgia" w:hAnsi="Georgia"/>
          <w:b w:val="0"/>
          <w:i w:val="0"/>
          <w:color w:val="22201D"/>
          <w:sz w:val="20"/>
        </w:rPr>
        <w:t>It was absorbed by bags of flour, jars of preserved lemons, and enough unopened cans of tomato paste to survive a minor philosophical collapse.</w:t>
      </w:r>
    </w:p>
    <w:p>
      <w:pPr>
        <w:spacing w:after="60" w:line="266" w:lineRule="auto"/>
        <w:ind w:firstLine="331"/>
        <w:jc w:val="both"/>
      </w:pPr>
      <w:r>
        <w:rPr>
          <w:rFonts w:ascii="Georgia" w:hAnsi="Georgia"/>
          <w:b w:val="0"/>
          <w:i w:val="0"/>
          <w:color w:val="22201D"/>
          <w:sz w:val="20"/>
        </w:rPr>
        <w:t>A drawer opened behind the counter.</w:t>
      </w:r>
    </w:p>
    <w:p>
      <w:pPr>
        <w:spacing w:after="60" w:line="266" w:lineRule="auto"/>
        <w:ind w:firstLine="331"/>
        <w:jc w:val="both"/>
      </w:pPr>
      <w:r>
        <w:rPr>
          <w:rFonts w:ascii="Georgia" w:hAnsi="Georgia"/>
          <w:b w:val="0"/>
          <w:i w:val="0"/>
          <w:color w:val="22201D"/>
          <w:sz w:val="20"/>
        </w:rPr>
        <w:t>No one stood there.</w:t>
      </w:r>
    </w:p>
    <w:p>
      <w:pPr>
        <w:spacing w:after="60" w:line="266" w:lineRule="auto"/>
        <w:ind w:firstLine="331"/>
        <w:jc w:val="both"/>
      </w:pPr>
      <w:r>
        <w:rPr>
          <w:rFonts w:ascii="Georgia" w:hAnsi="Georgia"/>
          <w:b w:val="0"/>
          <w:i w:val="0"/>
          <w:color w:val="22201D"/>
          <w:sz w:val="20"/>
        </w:rPr>
        <w:t>The drawer contained a stamp pad and a rubber stamp.</w:t>
      </w:r>
    </w:p>
    <w:p>
      <w:pPr>
        <w:spacing w:after="60" w:line="266" w:lineRule="auto"/>
        <w:ind w:firstLine="331"/>
        <w:jc w:val="both"/>
      </w:pPr>
      <w:r>
        <w:rPr>
          <w:rFonts w:ascii="Georgia" w:hAnsi="Georgia"/>
          <w:b w:val="0"/>
          <w:i w:val="0"/>
          <w:color w:val="22201D"/>
          <w:sz w:val="20"/>
        </w:rPr>
        <w:t>Gerald stepped closer.</w:t>
      </w:r>
    </w:p>
    <w:p>
      <w:pPr>
        <w:spacing w:after="60" w:line="266" w:lineRule="auto"/>
        <w:ind w:firstLine="331"/>
        <w:jc w:val="both"/>
      </w:pPr>
      <w:r>
        <w:rPr>
          <w:rFonts w:ascii="Georgia" w:hAnsi="Georgia"/>
          <w:b w:val="0"/>
          <w:i w:val="0"/>
          <w:color w:val="22201D"/>
          <w:sz w:val="20"/>
        </w:rPr>
        <w:t>"That is not a person."</w:t>
      </w:r>
    </w:p>
    <w:p>
      <w:pPr>
        <w:spacing w:after="60" w:line="266" w:lineRule="auto"/>
        <w:ind w:firstLine="331"/>
        <w:jc w:val="both"/>
      </w:pPr>
      <w:r>
        <w:rPr>
          <w:rFonts w:ascii="Georgia" w:hAnsi="Georgia"/>
          <w:b w:val="0"/>
          <w:i w:val="0"/>
          <w:color w:val="22201D"/>
          <w:sz w:val="20"/>
        </w:rPr>
        <w:t>Flocc read the menu key.</w:t>
      </w:r>
    </w:p>
    <w:p>
      <w:pPr>
        <w:spacing w:after="60" w:line="266" w:lineRule="auto"/>
        <w:ind w:firstLine="331"/>
        <w:jc w:val="both"/>
      </w:pPr>
      <w:r>
        <w:rPr>
          <w:rFonts w:ascii="Georgia" w:hAnsi="Georgia"/>
          <w:b w:val="0"/>
          <w:i w:val="0"/>
          <w:color w:val="22201D"/>
          <w:sz w:val="20"/>
        </w:rPr>
        <w:t>"The pantry signs for the package."</w:t>
      </w:r>
    </w:p>
    <w:p>
      <w:pPr>
        <w:spacing w:after="60" w:line="266" w:lineRule="auto"/>
        <w:ind w:firstLine="331"/>
        <w:jc w:val="both"/>
      </w:pPr>
      <w:r>
        <w:rPr>
          <w:rFonts w:ascii="Georgia" w:hAnsi="Georgia"/>
          <w:b w:val="0"/>
          <w:i w:val="0"/>
          <w:color w:val="22201D"/>
          <w:sz w:val="20"/>
        </w:rPr>
        <w:t>"A pantry cannot sign," Gerald said.</w:t>
      </w:r>
    </w:p>
    <w:p>
      <w:pPr>
        <w:spacing w:after="60" w:line="266" w:lineRule="auto"/>
        <w:ind w:firstLine="331"/>
        <w:jc w:val="both"/>
      </w:pPr>
      <w:r>
        <w:rPr>
          <w:rFonts w:ascii="Georgia" w:hAnsi="Georgia"/>
          <w:b w:val="0"/>
          <w:i w:val="0"/>
          <w:color w:val="22201D"/>
          <w:sz w:val="20"/>
        </w:rPr>
        <w:t>The rubber stamp rocked in the drawer.</w:t>
      </w:r>
    </w:p>
    <w:p>
      <w:pPr>
        <w:spacing w:after="60" w:line="266" w:lineRule="auto"/>
        <w:ind w:firstLine="331"/>
        <w:jc w:val="both"/>
      </w:pPr>
      <w:r>
        <w:rPr>
          <w:rFonts w:ascii="Georgia" w:hAnsi="Georgia"/>
          <w:b w:val="0"/>
          <w:i w:val="0"/>
          <w:color w:val="22201D"/>
          <w:sz w:val="20"/>
        </w:rPr>
        <w:t>"Fine," Gerald said. "A pantry should not sign without identifying authority."</w:t>
      </w:r>
    </w:p>
    <w:p>
      <w:pPr>
        <w:spacing w:after="60" w:line="266" w:lineRule="auto"/>
        <w:ind w:firstLine="331"/>
        <w:jc w:val="both"/>
      </w:pPr>
      <w:r>
        <w:rPr>
          <w:rFonts w:ascii="Georgia" w:hAnsi="Georgia"/>
          <w:b w:val="0"/>
          <w:i w:val="0"/>
          <w:color w:val="22201D"/>
          <w:sz w:val="20"/>
        </w:rPr>
        <w:t>Bob almost approved.</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On the counter, a ledger opened.</w:t>
      </w:r>
    </w:p>
    <w:p>
      <w:pPr>
        <w:spacing w:after="60" w:line="266" w:lineRule="auto"/>
        <w:ind w:firstLine="331"/>
        <w:jc w:val="both"/>
      </w:pPr>
      <w:r>
        <w:rPr>
          <w:rFonts w:ascii="Georgia" w:hAnsi="Georgia"/>
          <w:b w:val="0"/>
          <w:i w:val="0"/>
          <w:color w:val="22201D"/>
          <w:sz w:val="20"/>
        </w:rPr>
        <w:t>Its pages were thick and speckled with flour.</w:t>
      </w:r>
    </w:p>
    <w:p>
      <w:pPr>
        <w:spacing w:after="60" w:line="266" w:lineRule="auto"/>
        <w:ind w:firstLine="331"/>
        <w:jc w:val="both"/>
      </w:pPr>
      <w:r>
        <w:rPr>
          <w:rFonts w:ascii="Georgia" w:hAnsi="Georgia"/>
          <w:b w:val="0"/>
          <w:i w:val="0"/>
          <w:color w:val="22201D"/>
          <w:sz w:val="20"/>
        </w:rPr>
        <w:t>At the top of the first blank page:</w:t>
      </w:r>
    </w:p>
    <w:p>
      <w:pPr>
        <w:spacing w:after="60" w:line="250" w:lineRule="auto"/>
        <w:ind w:left="202" w:right="173"/>
      </w:pPr>
      <w:r>
        <w:rPr>
          <w:rFonts w:ascii="Georgia" w:hAnsi="Georgia"/>
          <w:b w:val="0"/>
          <w:i w:val="0"/>
          <w:color w:val="22201D"/>
          <w:sz w:val="17"/>
        </w:rPr>
        <w:t>RECEIVING LEDGER Package: Route goods, corrected driver, signed invoice Condition: Arrived with assistance Storage instruction: Put it away</w:t>
      </w:r>
    </w:p>
    <w:p>
      <w:pPr>
        <w:spacing w:after="60" w:line="266" w:lineRule="auto"/>
        <w:ind w:firstLine="331"/>
        <w:jc w:val="both"/>
      </w:pPr>
      <w:r>
        <w:rPr>
          <w:rFonts w:ascii="Georgia" w:hAnsi="Georgia"/>
          <w:b w:val="0"/>
          <w:i w:val="0"/>
          <w:color w:val="22201D"/>
          <w:sz w:val="20"/>
        </w:rPr>
        <w:t>Below that, a line waited:</w:t>
      </w:r>
    </w:p>
    <w:p>
      <w:pPr>
        <w:spacing w:after="60" w:line="250" w:lineRule="auto"/>
        <w:ind w:left="202" w:right="173"/>
      </w:pPr>
      <w:r>
        <w:rPr>
          <w:rFonts w:ascii="Georgia" w:hAnsi="Georgia"/>
          <w:b w:val="0"/>
          <w:i w:val="0"/>
          <w:color w:val="22201D"/>
          <w:sz w:val="17"/>
        </w:rPr>
        <w:t>PANTRY SIGNATURE:</w:t>
      </w:r>
    </w:p>
    <w:p>
      <w:pPr>
        <w:spacing w:after="60" w:line="266" w:lineRule="auto"/>
        <w:ind w:firstLine="331"/>
        <w:jc w:val="both"/>
      </w:pPr>
      <w:r>
        <w:rPr>
          <w:rFonts w:ascii="Georgia" w:hAnsi="Georgia"/>
          <w:b w:val="0"/>
          <w:i w:val="0"/>
          <w:color w:val="22201D"/>
          <w:sz w:val="20"/>
        </w:rPr>
        <w:t>Nico whispered, "This is incredible."</w:t>
      </w:r>
    </w:p>
    <w:p>
      <w:pPr>
        <w:spacing w:after="60" w:line="266" w:lineRule="auto"/>
        <w:ind w:firstLine="331"/>
        <w:jc w:val="both"/>
      </w:pPr>
      <w:r>
        <w:rPr>
          <w:rFonts w:ascii="Georgia" w:hAnsi="Georgia"/>
          <w:b w:val="0"/>
          <w:i w:val="0"/>
          <w:color w:val="22201D"/>
          <w:sz w:val="20"/>
        </w:rPr>
        <w:t>"This is improper," Gerald said.</w:t>
      </w:r>
    </w:p>
    <w:p>
      <w:pPr>
        <w:spacing w:after="60" w:line="266" w:lineRule="auto"/>
        <w:ind w:firstLine="331"/>
        <w:jc w:val="both"/>
      </w:pPr>
      <w:r>
        <w:rPr>
          <w:rFonts w:ascii="Georgia" w:hAnsi="Georgia"/>
          <w:b w:val="0"/>
          <w:i w:val="0"/>
          <w:color w:val="22201D"/>
          <w:sz w:val="20"/>
        </w:rPr>
        <w:t>"Both."</w:t>
      </w:r>
    </w:p>
    <w:p>
      <w:pPr>
        <w:spacing w:after="60" w:line="266" w:lineRule="auto"/>
        <w:ind w:firstLine="331"/>
        <w:jc w:val="both"/>
      </w:pPr>
      <w:r>
        <w:rPr>
          <w:rFonts w:ascii="Georgia" w:hAnsi="Georgia"/>
          <w:b w:val="0"/>
          <w:i w:val="0"/>
          <w:color w:val="22201D"/>
          <w:sz w:val="20"/>
        </w:rPr>
        <w:t>Bob opened the cargo door.</w:t>
      </w:r>
    </w:p>
    <w:p>
      <w:pPr>
        <w:spacing w:after="60" w:line="266" w:lineRule="auto"/>
        <w:ind w:firstLine="331"/>
        <w:jc w:val="both"/>
      </w:pPr>
      <w:r>
        <w:rPr>
          <w:rFonts w:ascii="Georgia" w:hAnsi="Georgia"/>
          <w:b w:val="0"/>
          <w:i w:val="0"/>
          <w:color w:val="22201D"/>
          <w:sz w:val="20"/>
        </w:rPr>
        <w:t>The smell of Smoke Plum Morita came out first, not strong, but exact.</w:t>
      </w:r>
    </w:p>
    <w:p>
      <w:pPr>
        <w:spacing w:after="60" w:line="266" w:lineRule="auto"/>
        <w:ind w:firstLine="331"/>
        <w:jc w:val="both"/>
      </w:pPr>
      <w:r>
        <w:rPr>
          <w:rFonts w:ascii="Georgia" w:hAnsi="Georgia"/>
          <w:b w:val="0"/>
          <w:i w:val="0"/>
          <w:color w:val="22201D"/>
          <w:sz w:val="20"/>
        </w:rPr>
        <w:t>It carried smoke, fruit, patience, and the faint warning that some sweetness had survived fire on purpose.</w:t>
      </w:r>
    </w:p>
    <w:p>
      <w:pPr>
        <w:spacing w:after="60" w:line="266" w:lineRule="auto"/>
        <w:ind w:firstLine="331"/>
        <w:jc w:val="both"/>
      </w:pPr>
      <w:r>
        <w:rPr>
          <w:rFonts w:ascii="Georgia" w:hAnsi="Georgia"/>
          <w:b w:val="0"/>
          <w:i w:val="0"/>
          <w:color w:val="22201D"/>
          <w:sz w:val="20"/>
        </w:rPr>
        <w:t>The mushroom crate breathed its pressure-soft truth.</w:t>
      </w:r>
    </w:p>
    <w:p>
      <w:pPr>
        <w:spacing w:after="60" w:line="266" w:lineRule="auto"/>
        <w:ind w:firstLine="331"/>
        <w:jc w:val="both"/>
      </w:pPr>
      <w:r>
        <w:rPr>
          <w:rFonts w:ascii="Georgia" w:hAnsi="Georgia"/>
          <w:b w:val="0"/>
          <w:i w:val="0"/>
          <w:color w:val="22201D"/>
          <w:sz w:val="20"/>
        </w:rPr>
        <w:t>The directory card, road notice, spoon receipt, invoice correction, and signed invoice tag each sat where Gerald had clipped or stowed them.</w:t>
      </w:r>
    </w:p>
    <w:p>
      <w:pPr>
        <w:spacing w:after="60" w:line="266" w:lineRule="auto"/>
        <w:ind w:firstLine="331"/>
        <w:jc w:val="both"/>
      </w:pPr>
      <w:r>
        <w:rPr>
          <w:rFonts w:ascii="Georgia" w:hAnsi="Georgia"/>
          <w:b w:val="0"/>
          <w:i w:val="0"/>
          <w:color w:val="22201D"/>
          <w:sz w:val="20"/>
        </w:rPr>
        <w:t>The truck had become less a vehicle than a file cabinet with suspension problems.</w:t>
      </w:r>
    </w:p>
    <w:p>
      <w:pPr>
        <w:spacing w:after="60" w:line="266" w:lineRule="auto"/>
        <w:ind w:firstLine="331"/>
        <w:jc w:val="both"/>
      </w:pPr>
      <w:r>
        <w:rPr>
          <w:rFonts w:ascii="Georgia" w:hAnsi="Georgia"/>
          <w:b w:val="0"/>
          <w:i w:val="0"/>
          <w:color w:val="22201D"/>
          <w:sz w:val="20"/>
        </w:rPr>
        <w:t>"What goes in?" Steve asked.</w:t>
      </w:r>
    </w:p>
    <w:p>
      <w:pPr>
        <w:spacing w:after="60" w:line="266" w:lineRule="auto"/>
        <w:ind w:firstLine="331"/>
        <w:jc w:val="both"/>
      </w:pPr>
      <w:r>
        <w:rPr>
          <w:rFonts w:ascii="Georgia" w:hAnsi="Georgia"/>
          <w:b w:val="0"/>
          <w:i w:val="0"/>
          <w:color w:val="22201D"/>
          <w:sz w:val="20"/>
        </w:rPr>
        <w:t>"Package," Bob said.</w:t>
      </w:r>
    </w:p>
    <w:p>
      <w:pPr>
        <w:spacing w:after="60" w:line="266" w:lineRule="auto"/>
        <w:ind w:firstLine="331"/>
        <w:jc w:val="both"/>
      </w:pPr>
      <w:r>
        <w:rPr>
          <w:rFonts w:ascii="Georgia" w:hAnsi="Georgia"/>
          <w:b w:val="0"/>
          <w:i w:val="0"/>
          <w:color w:val="22201D"/>
          <w:sz w:val="20"/>
        </w:rPr>
        <w:t>"Which one?"</w:t>
      </w:r>
    </w:p>
    <w:p>
      <w:pPr>
        <w:spacing w:after="60" w:line="266" w:lineRule="auto"/>
        <w:ind w:firstLine="331"/>
        <w:jc w:val="both"/>
      </w:pPr>
      <w:r>
        <w:rPr>
          <w:rFonts w:ascii="Georgia" w:hAnsi="Georgia"/>
          <w:b w:val="0"/>
          <w:i w:val="0"/>
          <w:color w:val="22201D"/>
          <w:sz w:val="20"/>
        </w:rPr>
        <w:t>No one answered immediately.</w:t>
      </w:r>
    </w:p>
    <w:p>
      <w:pPr>
        <w:spacing w:after="60" w:line="266" w:lineRule="auto"/>
        <w:ind w:firstLine="331"/>
        <w:jc w:val="both"/>
      </w:pPr>
      <w:r>
        <w:rPr>
          <w:rFonts w:ascii="Georgia" w:hAnsi="Georgia"/>
          <w:b w:val="0"/>
          <w:i w:val="0"/>
          <w:color w:val="22201D"/>
          <w:sz w:val="20"/>
        </w:rPr>
        <w:t>This was the pantry's first misunderstanding.</w:t>
      </w:r>
    </w:p>
    <w:p>
      <w:pPr>
        <w:spacing w:after="60" w:line="266" w:lineRule="auto"/>
        <w:ind w:firstLine="331"/>
        <w:jc w:val="both"/>
      </w:pPr>
      <w:r>
        <w:rPr>
          <w:rFonts w:ascii="Georgia" w:hAnsi="Georgia"/>
          <w:b w:val="0"/>
          <w:i w:val="0"/>
          <w:color w:val="22201D"/>
          <w:sz w:val="20"/>
        </w:rPr>
        <w:t>It was not hostile.</w:t>
      </w:r>
    </w:p>
    <w:p>
      <w:pPr>
        <w:spacing w:after="60" w:line="266" w:lineRule="auto"/>
        <w:ind w:firstLine="331"/>
        <w:jc w:val="both"/>
      </w:pPr>
      <w:r>
        <w:rPr>
          <w:rFonts w:ascii="Georgia" w:hAnsi="Georgia"/>
          <w:b w:val="0"/>
          <w:i w:val="0"/>
          <w:color w:val="22201D"/>
          <w:sz w:val="20"/>
        </w:rPr>
        <w:t>It was worse.</w:t>
      </w:r>
    </w:p>
    <w:p>
      <w:pPr>
        <w:spacing w:after="60" w:line="266" w:lineRule="auto"/>
        <w:ind w:firstLine="331"/>
        <w:jc w:val="both"/>
      </w:pPr>
      <w:r>
        <w:rPr>
          <w:rFonts w:ascii="Georgia" w:hAnsi="Georgia"/>
          <w:b w:val="0"/>
          <w:i w:val="0"/>
          <w:color w:val="22201D"/>
          <w:sz w:val="20"/>
        </w:rPr>
        <w:t>It was plausible.</w:t>
      </w:r>
    </w:p>
    <w:p>
      <w:pPr>
        <w:spacing w:after="60" w:line="266" w:lineRule="auto"/>
        <w:ind w:firstLine="331"/>
        <w:jc w:val="both"/>
      </w:pPr>
      <w:r>
        <w:rPr>
          <w:rFonts w:ascii="Georgia" w:hAnsi="Georgia"/>
          <w:b w:val="0"/>
          <w:i w:val="0"/>
          <w:color w:val="22201D"/>
          <w:sz w:val="20"/>
        </w:rPr>
        <w:t>Pantries held things.</w:t>
      </w:r>
    </w:p>
    <w:p>
      <w:pPr>
        <w:spacing w:after="60" w:line="266" w:lineRule="auto"/>
        <w:ind w:firstLine="331"/>
        <w:jc w:val="both"/>
      </w:pPr>
      <w:r>
        <w:rPr>
          <w:rFonts w:ascii="Georgia" w:hAnsi="Georgia"/>
          <w:b w:val="0"/>
          <w:i w:val="0"/>
          <w:color w:val="22201D"/>
          <w:sz w:val="20"/>
        </w:rPr>
        <w:t>Holding things made them very confident about categories.</w:t>
      </w:r>
    </w:p>
    <w:p>
      <w:pPr>
        <w:spacing w:after="60" w:line="266" w:lineRule="auto"/>
        <w:ind w:firstLine="331"/>
        <w:jc w:val="both"/>
      </w:pPr>
      <w:r>
        <w:rPr>
          <w:rFonts w:ascii="Georgia" w:hAnsi="Georgia"/>
          <w:b w:val="0"/>
          <w:i w:val="0"/>
          <w:color w:val="22201D"/>
          <w:sz w:val="20"/>
        </w:rPr>
        <w:t>Gerald checked the manifest.</w:t>
      </w:r>
    </w:p>
    <w:p>
      <w:pPr>
        <w:spacing w:after="60" w:line="266" w:lineRule="auto"/>
        <w:ind w:firstLine="331"/>
        <w:jc w:val="both"/>
      </w:pPr>
      <w:r>
        <w:rPr>
          <w:rFonts w:ascii="Georgia" w:hAnsi="Georgia"/>
          <w:b w:val="0"/>
          <w:i w:val="0"/>
          <w:color w:val="22201D"/>
          <w:sz w:val="20"/>
        </w:rPr>
        <w:t>"The signed invoice says package. It does not identify crate number."</w:t>
      </w:r>
    </w:p>
    <w:p>
      <w:pPr>
        <w:spacing w:after="60" w:line="266" w:lineRule="auto"/>
        <w:ind w:firstLine="331"/>
        <w:jc w:val="both"/>
      </w:pPr>
      <w:r>
        <w:rPr>
          <w:rFonts w:ascii="Georgia" w:hAnsi="Georgia"/>
          <w:b w:val="0"/>
          <w:i w:val="0"/>
          <w:color w:val="22201D"/>
          <w:sz w:val="20"/>
        </w:rPr>
        <w:t>Flocc looked at the menu key.</w:t>
      </w:r>
    </w:p>
    <w:p>
      <w:pPr>
        <w:spacing w:after="60" w:line="266" w:lineRule="auto"/>
        <w:ind w:firstLine="331"/>
        <w:jc w:val="both"/>
      </w:pPr>
      <w:r>
        <w:rPr>
          <w:rFonts w:ascii="Georgia" w:hAnsi="Georgia"/>
          <w:b w:val="0"/>
          <w:i w:val="0"/>
          <w:color w:val="22201D"/>
          <w:sz w:val="20"/>
        </w:rPr>
        <w:t>"The route reaches the pantry and bridges into Book 7."</w:t>
      </w:r>
    </w:p>
    <w:p>
      <w:pPr>
        <w:spacing w:after="60" w:line="266" w:lineRule="auto"/>
        <w:ind w:firstLine="331"/>
        <w:jc w:val="both"/>
      </w:pPr>
      <w:r>
        <w:rPr>
          <w:rFonts w:ascii="Georgia" w:hAnsi="Georgia"/>
          <w:b w:val="0"/>
          <w:i w:val="0"/>
          <w:color w:val="22201D"/>
          <w:sz w:val="20"/>
        </w:rPr>
        <w:t>"That sounds like not all of it," Nico said.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Bob lifted the first crate.</w:t>
      </w:r>
    </w:p>
    <w:p>
      <w:pPr>
        <w:spacing w:after="60" w:line="266" w:lineRule="auto"/>
        <w:ind w:firstLine="331"/>
        <w:jc w:val="both"/>
      </w:pPr>
      <w:r>
        <w:rPr>
          <w:rFonts w:ascii="Georgia" w:hAnsi="Georgia"/>
          <w:b w:val="0"/>
          <w:i w:val="0"/>
          <w:color w:val="22201D"/>
          <w:sz w:val="20"/>
        </w:rPr>
        <w:t>Gerald put a hand on the other side before Bob could object.</w:t>
      </w:r>
    </w:p>
    <w:p>
      <w:pPr>
        <w:spacing w:after="60" w:line="266" w:lineRule="auto"/>
        <w:ind w:firstLine="331"/>
        <w:jc w:val="both"/>
      </w:pPr>
      <w:r>
        <w:rPr>
          <w:rFonts w:ascii="Georgia" w:hAnsi="Georgia"/>
          <w:b w:val="0"/>
          <w:i w:val="0"/>
          <w:color w:val="22201D"/>
          <w:sz w:val="20"/>
        </w:rPr>
        <w:t>Bob looked at the hand.</w:t>
      </w:r>
    </w:p>
    <w:p>
      <w:pPr>
        <w:spacing w:after="60" w:line="266" w:lineRule="auto"/>
        <w:ind w:firstLine="331"/>
        <w:jc w:val="both"/>
      </w:pPr>
      <w:r>
        <w:rPr>
          <w:rFonts w:ascii="Georgia" w:hAnsi="Georgia"/>
          <w:b w:val="0"/>
          <w:i w:val="0"/>
          <w:color w:val="22201D"/>
          <w:sz w:val="20"/>
        </w:rPr>
        <w:t>Gerald looked at the crate.</w:t>
      </w:r>
    </w:p>
    <w:p>
      <w:pPr>
        <w:spacing w:after="60" w:line="266" w:lineRule="auto"/>
        <w:ind w:firstLine="331"/>
        <w:jc w:val="both"/>
      </w:pPr>
      <w:r>
        <w:rPr>
          <w:rFonts w:ascii="Georgia" w:hAnsi="Georgia"/>
          <w:b w:val="0"/>
          <w:i w:val="0"/>
          <w:color w:val="22201D"/>
          <w:sz w:val="20"/>
        </w:rPr>
        <w:t>"Temporary bracket. Reduced strain."</w:t>
      </w:r>
    </w:p>
    <w:p>
      <w:pPr>
        <w:spacing w:after="60" w:line="266" w:lineRule="auto"/>
        <w:ind w:firstLine="331"/>
        <w:jc w:val="both"/>
      </w:pPr>
      <w:r>
        <w:rPr>
          <w:rFonts w:ascii="Georgia" w:hAnsi="Georgia"/>
          <w:b w:val="0"/>
          <w:i w:val="0"/>
          <w:color w:val="22201D"/>
          <w:sz w:val="20"/>
        </w:rPr>
        <w:t>Bob let him help.</w:t>
      </w:r>
    </w:p>
    <w:p>
      <w:pPr>
        <w:spacing w:after="60" w:line="266" w:lineRule="auto"/>
        <w:ind w:firstLine="331"/>
        <w:jc w:val="both"/>
      </w:pPr>
      <w:r>
        <w:rPr>
          <w:rFonts w:ascii="Georgia" w:hAnsi="Georgia"/>
          <w:b w:val="0"/>
          <w:i w:val="0"/>
          <w:color w:val="22201D"/>
          <w:sz w:val="20"/>
        </w:rPr>
        <w:t>The pantry lights warmed slightly.</w:t>
      </w:r>
    </w:p>
    <w:p>
      <w:pPr>
        <w:spacing w:after="60" w:line="266" w:lineRule="auto"/>
        <w:ind w:firstLine="331"/>
        <w:jc w:val="both"/>
      </w:pPr>
      <w:r>
        <w:rPr>
          <w:rFonts w:ascii="Georgia" w:hAnsi="Georgia"/>
          <w:b w:val="0"/>
          <w:i w:val="0"/>
          <w:color w:val="22201D"/>
          <w:sz w:val="20"/>
        </w:rPr>
        <w:t>Nico noticed.</w:t>
      </w:r>
    </w:p>
    <w:p>
      <w:pPr>
        <w:spacing w:after="60" w:line="266" w:lineRule="auto"/>
        <w:ind w:firstLine="331"/>
        <w:jc w:val="both"/>
      </w:pPr>
      <w:r>
        <w:rPr>
          <w:rFonts w:ascii="Georgia" w:hAnsi="Georgia"/>
          <w:b w:val="0"/>
          <w:i w:val="0"/>
          <w:color w:val="22201D"/>
          <w:sz w:val="20"/>
        </w:rPr>
        <w:t>"It liked that."</w:t>
      </w:r>
    </w:p>
    <w:p>
      <w:pPr>
        <w:spacing w:after="60" w:line="266" w:lineRule="auto"/>
        <w:ind w:firstLine="331"/>
        <w:jc w:val="both"/>
      </w:pPr>
      <w:r>
        <w:rPr>
          <w:rFonts w:ascii="Georgia" w:hAnsi="Georgia"/>
          <w:b w:val="0"/>
          <w:i w:val="0"/>
          <w:color w:val="22201D"/>
          <w:sz w:val="20"/>
        </w:rPr>
        <w:t>"Pantries like sensible lifting," Steve said.</w:t>
      </w:r>
    </w:p>
    <w:p>
      <w:pPr>
        <w:spacing w:after="60" w:line="266" w:lineRule="auto"/>
        <w:ind w:firstLine="331"/>
        <w:jc w:val="both"/>
      </w:pPr>
      <w:r>
        <w:rPr>
          <w:rFonts w:ascii="Georgia" w:hAnsi="Georgia"/>
          <w:b w:val="0"/>
          <w:i w:val="0"/>
          <w:color w:val="22201D"/>
          <w:sz w:val="20"/>
        </w:rPr>
        <w:t>"Everyone likes sensible lifting," Gerald said.</w:t>
      </w:r>
    </w:p>
    <w:p>
      <w:pPr>
        <w:spacing w:after="60" w:line="266" w:lineRule="auto"/>
        <w:ind w:firstLine="331"/>
        <w:jc w:val="both"/>
      </w:pPr>
      <w:r>
        <w:rPr>
          <w:rFonts w:ascii="Georgia" w:hAnsi="Georgia"/>
          <w:b w:val="0"/>
          <w:i w:val="0"/>
          <w:color w:val="22201D"/>
          <w:sz w:val="20"/>
        </w:rPr>
        <w:t>Together, Bob and Gerald carried the crate to the receiving counter.</w:t>
      </w:r>
    </w:p>
    <w:p>
      <w:pPr>
        <w:spacing w:after="60" w:line="266" w:lineRule="auto"/>
        <w:ind w:firstLine="331"/>
        <w:jc w:val="both"/>
      </w:pPr>
      <w:r>
        <w:rPr>
          <w:rFonts w:ascii="Georgia" w:hAnsi="Georgia"/>
          <w:b w:val="0"/>
          <w:i w:val="0"/>
          <w:color w:val="22201D"/>
          <w:sz w:val="20"/>
        </w:rPr>
        <w:t>The ledger page turned itself.</w:t>
      </w:r>
    </w:p>
    <w:p>
      <w:pPr>
        <w:spacing w:after="60" w:line="250" w:lineRule="auto"/>
        <w:ind w:left="202" w:right="173"/>
      </w:pPr>
      <w:r>
        <w:rPr>
          <w:rFonts w:ascii="Georgia" w:hAnsi="Georgia"/>
          <w:b w:val="0"/>
          <w:i w:val="0"/>
          <w:color w:val="22201D"/>
          <w:sz w:val="17"/>
        </w:rPr>
        <w:t>NOT THAT ONE.</w:t>
      </w:r>
    </w:p>
    <w:p>
      <w:pPr>
        <w:spacing w:after="60" w:line="266" w:lineRule="auto"/>
        <w:ind w:firstLine="331"/>
        <w:jc w:val="both"/>
      </w:pPr>
      <w:r>
        <w:rPr>
          <w:rFonts w:ascii="Georgia" w:hAnsi="Georgia"/>
          <w:b w:val="0"/>
          <w:i w:val="0"/>
          <w:color w:val="22201D"/>
          <w:sz w:val="20"/>
        </w:rPr>
        <w:t>Bob set the crate down anyway.</w:t>
      </w:r>
    </w:p>
    <w:p>
      <w:pPr>
        <w:spacing w:after="60" w:line="266" w:lineRule="auto"/>
        <w:ind w:firstLine="331"/>
        <w:jc w:val="both"/>
      </w:pPr>
      <w:r>
        <w:rPr>
          <w:rFonts w:ascii="Georgia" w:hAnsi="Georgia"/>
          <w:b w:val="0"/>
          <w:i w:val="0"/>
          <w:color w:val="22201D"/>
          <w:sz w:val="20"/>
        </w:rPr>
        <w:t>The pantry did not move.</w:t>
      </w:r>
    </w:p>
    <w:p>
      <w:pPr>
        <w:spacing w:after="60" w:line="266" w:lineRule="auto"/>
        <w:ind w:firstLine="331"/>
        <w:jc w:val="both"/>
      </w:pPr>
      <w:r>
        <w:rPr>
          <w:rFonts w:ascii="Georgia" w:hAnsi="Georgia"/>
          <w:b w:val="0"/>
          <w:i w:val="0"/>
          <w:color w:val="22201D"/>
          <w:sz w:val="20"/>
        </w:rPr>
        <w:t>It simply added:</w:t>
      </w:r>
    </w:p>
    <w:p>
      <w:pPr>
        <w:spacing w:after="60" w:line="250" w:lineRule="auto"/>
        <w:ind w:left="202" w:right="173"/>
      </w:pPr>
      <w:r>
        <w:rPr>
          <w:rFonts w:ascii="Georgia" w:hAnsi="Georgia"/>
          <w:b w:val="0"/>
          <w:i w:val="0"/>
          <w:color w:val="22201D"/>
          <w:sz w:val="17"/>
        </w:rPr>
        <w:t>PLEASE.</w:t>
      </w:r>
    </w:p>
    <w:p>
      <w:pPr>
        <w:spacing w:after="60" w:line="266" w:lineRule="auto"/>
        <w:ind w:firstLine="331"/>
        <w:jc w:val="both"/>
      </w:pPr>
      <w:r>
        <w:rPr>
          <w:rFonts w:ascii="Georgia" w:hAnsi="Georgia"/>
          <w:b w:val="0"/>
          <w:i w:val="0"/>
          <w:color w:val="22201D"/>
          <w:sz w:val="20"/>
        </w:rPr>
        <w:t>That made everyone more uncomfortable.</w:t>
      </w:r>
    </w:p>
    <w:p>
      <w:pPr>
        <w:spacing w:after="60" w:line="266" w:lineRule="auto"/>
        <w:ind w:firstLine="331"/>
        <w:jc w:val="both"/>
      </w:pPr>
      <w:r>
        <w:rPr>
          <w:rFonts w:ascii="Georgia" w:hAnsi="Georgia"/>
          <w:b w:val="0"/>
          <w:i w:val="0"/>
          <w:color w:val="22201D"/>
          <w:sz w:val="20"/>
        </w:rPr>
        <w:t>Bob put the crate back.</w:t>
      </w:r>
    </w:p>
    <w:p>
      <w:pPr>
        <w:spacing w:after="60" w:line="266" w:lineRule="auto"/>
        <w:ind w:firstLine="331"/>
        <w:jc w:val="both"/>
      </w:pPr>
      <w:r>
        <w:rPr>
          <w:rFonts w:ascii="Georgia" w:hAnsi="Georgia"/>
          <w:b w:val="0"/>
          <w:i w:val="0"/>
          <w:color w:val="22201D"/>
          <w:sz w:val="20"/>
        </w:rPr>
        <w:t>The second crate was mushrooms.</w:t>
      </w:r>
    </w:p>
    <w:p>
      <w:pPr>
        <w:spacing w:after="60" w:line="266" w:lineRule="auto"/>
        <w:ind w:firstLine="331"/>
        <w:jc w:val="both"/>
      </w:pPr>
      <w:r>
        <w:rPr>
          <w:rFonts w:ascii="Georgia" w:hAnsi="Georgia"/>
          <w:b w:val="0"/>
          <w:i w:val="0"/>
          <w:color w:val="22201D"/>
          <w:sz w:val="20"/>
        </w:rPr>
        <w:t>The ledger wrote before they touched it:</w:t>
      </w:r>
    </w:p>
    <w:p>
      <w:pPr>
        <w:spacing w:after="60" w:line="250" w:lineRule="auto"/>
        <w:ind w:left="202" w:right="173"/>
      </w:pPr>
      <w:r>
        <w:rPr>
          <w:rFonts w:ascii="Georgia" w:hAnsi="Georgia"/>
          <w:b w:val="0"/>
          <w:i w:val="0"/>
          <w:color w:val="22201D"/>
          <w:sz w:val="17"/>
        </w:rPr>
        <w:t>NOT READY TO BE PUT AWAY. STILL SPEAKING UNDER PRESSURE.</w:t>
      </w:r>
    </w:p>
    <w:p>
      <w:pPr>
        <w:spacing w:after="60" w:line="266" w:lineRule="auto"/>
        <w:ind w:firstLine="331"/>
        <w:jc w:val="both"/>
      </w:pPr>
      <w:r>
        <w:rPr>
          <w:rFonts w:ascii="Georgia" w:hAnsi="Georgia"/>
          <w:b w:val="0"/>
          <w:i w:val="0"/>
          <w:color w:val="22201D"/>
          <w:sz w:val="20"/>
        </w:rPr>
        <w:t>Nico nodded.</w:t>
      </w:r>
    </w:p>
    <w:p>
      <w:pPr>
        <w:spacing w:after="60" w:line="266" w:lineRule="auto"/>
        <w:ind w:firstLine="331"/>
        <w:jc w:val="both"/>
      </w:pPr>
      <w:r>
        <w:rPr>
          <w:rFonts w:ascii="Georgia" w:hAnsi="Georgia"/>
          <w:b w:val="0"/>
          <w:i w:val="0"/>
          <w:color w:val="22201D"/>
          <w:sz w:val="20"/>
        </w:rPr>
        <w:t>"That seems fair."</w:t>
      </w:r>
    </w:p>
    <w:p>
      <w:pPr>
        <w:spacing w:after="60" w:line="266" w:lineRule="auto"/>
        <w:ind w:firstLine="331"/>
        <w:jc w:val="both"/>
      </w:pPr>
      <w:r>
        <w:rPr>
          <w:rFonts w:ascii="Georgia" w:hAnsi="Georgia"/>
          <w:b w:val="0"/>
          <w:i w:val="0"/>
          <w:color w:val="22201D"/>
          <w:sz w:val="20"/>
        </w:rPr>
        <w:t>The Smoke Plum Morita case received no written objection.</w:t>
      </w:r>
    </w:p>
    <w:p>
      <w:pPr>
        <w:spacing w:after="60" w:line="266" w:lineRule="auto"/>
        <w:ind w:firstLine="331"/>
        <w:jc w:val="both"/>
      </w:pPr>
      <w:r>
        <w:rPr>
          <w:rFonts w:ascii="Georgia" w:hAnsi="Georgia"/>
          <w:b w:val="0"/>
          <w:i w:val="0"/>
          <w:color w:val="22201D"/>
          <w:sz w:val="20"/>
        </w:rPr>
        <w:t>It received silence.</w:t>
      </w:r>
    </w:p>
    <w:p>
      <w:pPr>
        <w:spacing w:after="60" w:line="266" w:lineRule="auto"/>
        <w:ind w:firstLine="331"/>
        <w:jc w:val="both"/>
      </w:pPr>
      <w:r>
        <w:rPr>
          <w:rFonts w:ascii="Georgia" w:hAnsi="Georgia"/>
          <w:b w:val="0"/>
          <w:i w:val="0"/>
          <w:color w:val="22201D"/>
          <w:sz w:val="20"/>
        </w:rPr>
        <w:t>Silence, in a pantry, was not agreement.</w:t>
      </w:r>
    </w:p>
    <w:p>
      <w:pPr>
        <w:spacing w:after="60" w:line="266" w:lineRule="auto"/>
        <w:ind w:firstLine="331"/>
        <w:jc w:val="both"/>
      </w:pPr>
      <w:r>
        <w:rPr>
          <w:rFonts w:ascii="Georgia" w:hAnsi="Georgia"/>
          <w:b w:val="0"/>
          <w:i w:val="0"/>
          <w:color w:val="22201D"/>
          <w:sz w:val="20"/>
        </w:rPr>
        <w:t>It was inventory.</w:t>
      </w:r>
    </w:p>
    <w:p>
      <w:pPr>
        <w:spacing w:after="60" w:line="266" w:lineRule="auto"/>
        <w:ind w:firstLine="331"/>
        <w:jc w:val="both"/>
      </w:pPr>
      <w:r>
        <w:rPr>
          <w:rFonts w:ascii="Georgia" w:hAnsi="Georgia"/>
          <w:b w:val="0"/>
          <w:i w:val="0"/>
          <w:color w:val="22201D"/>
          <w:sz w:val="20"/>
        </w:rPr>
        <w:t>Bob and Gerald carried it in.</w:t>
      </w:r>
    </w:p>
    <w:p>
      <w:pPr>
        <w:spacing w:after="60" w:line="266" w:lineRule="auto"/>
        <w:ind w:firstLine="331"/>
        <w:jc w:val="both"/>
      </w:pPr>
      <w:r>
        <w:rPr>
          <w:rFonts w:ascii="Georgia" w:hAnsi="Georgia"/>
          <w:b w:val="0"/>
          <w:i w:val="0"/>
          <w:color w:val="22201D"/>
          <w:sz w:val="20"/>
        </w:rPr>
        <w:t>The case was heavier than it had been.</w:t>
      </w:r>
    </w:p>
    <w:p>
      <w:pPr>
        <w:spacing w:after="60" w:line="266" w:lineRule="auto"/>
        <w:ind w:firstLine="331"/>
        <w:jc w:val="both"/>
      </w:pPr>
      <w:r>
        <w:rPr>
          <w:rFonts w:ascii="Georgia" w:hAnsi="Georgia"/>
          <w:b w:val="0"/>
          <w:i w:val="0"/>
          <w:color w:val="22201D"/>
          <w:sz w:val="20"/>
        </w:rPr>
        <w:t>Not magically.</w:t>
      </w:r>
    </w:p>
    <w:p>
      <w:pPr>
        <w:spacing w:after="60" w:line="266" w:lineRule="auto"/>
        <w:ind w:firstLine="331"/>
        <w:jc w:val="both"/>
      </w:pPr>
      <w:r>
        <w:rPr>
          <w:rFonts w:ascii="Georgia" w:hAnsi="Georgia"/>
          <w:b w:val="0"/>
          <w:i w:val="0"/>
          <w:color w:val="22201D"/>
          <w:sz w:val="20"/>
        </w:rPr>
        <w:t>Bob refused that interpretation.</w:t>
      </w:r>
    </w:p>
    <w:p>
      <w:pPr>
        <w:spacing w:after="60" w:line="266" w:lineRule="auto"/>
        <w:ind w:firstLine="331"/>
        <w:jc w:val="both"/>
      </w:pPr>
      <w:r>
        <w:rPr>
          <w:rFonts w:ascii="Georgia" w:hAnsi="Georgia"/>
          <w:b w:val="0"/>
          <w:i w:val="0"/>
          <w:color w:val="22201D"/>
          <w:sz w:val="20"/>
        </w:rPr>
        <w:t>It was heavier because they were more tired, because the bracket had failed, because Gerald was helping, because Tuesday had turned the driver into paperwork, and because some sauces gathered consequence without changing density.</w:t>
      </w:r>
    </w:p>
    <w:p>
      <w:pPr>
        <w:spacing w:after="60" w:line="266" w:lineRule="auto"/>
        <w:ind w:firstLine="331"/>
        <w:jc w:val="both"/>
      </w:pPr>
      <w:r>
        <w:rPr>
          <w:rFonts w:ascii="Georgia" w:hAnsi="Georgia"/>
          <w:b w:val="0"/>
          <w:i w:val="0"/>
          <w:color w:val="22201D"/>
          <w:sz w:val="20"/>
        </w:rPr>
        <w:t>They set the Smoke Plum Morita case on the counter.</w:t>
      </w:r>
    </w:p>
    <w:p>
      <w:pPr>
        <w:spacing w:after="60" w:line="266" w:lineRule="auto"/>
        <w:ind w:firstLine="331"/>
        <w:jc w:val="both"/>
      </w:pPr>
      <w:r>
        <w:rPr>
          <w:rFonts w:ascii="Georgia" w:hAnsi="Georgia"/>
          <w:b w:val="0"/>
          <w:i w:val="0"/>
          <w:color w:val="22201D"/>
          <w:sz w:val="20"/>
        </w:rPr>
        <w:t>The ledger page brightened around the edges.</w:t>
      </w:r>
    </w:p>
    <w:p>
      <w:pPr>
        <w:spacing w:after="60" w:line="250" w:lineRule="auto"/>
        <w:ind w:left="202" w:right="173"/>
      </w:pPr>
      <w:r>
        <w:rPr>
          <w:rFonts w:ascii="Georgia" w:hAnsi="Georgia"/>
          <w:b w:val="0"/>
          <w:i w:val="0"/>
          <w:color w:val="22201D"/>
          <w:sz w:val="17"/>
        </w:rPr>
        <w:t>PACKAGE IDENTIFIED: SMOKE PLUM MORITA Function: bridge condiment Storage risk: substitution</w:t>
      </w:r>
    </w:p>
    <w:p>
      <w:pPr>
        <w:spacing w:after="60" w:line="266" w:lineRule="auto"/>
        <w:ind w:firstLine="331"/>
        <w:jc w:val="both"/>
      </w:pPr>
      <w:r>
        <w:rPr>
          <w:rFonts w:ascii="Georgia" w:hAnsi="Georgia"/>
          <w:b w:val="0"/>
          <w:i w:val="0"/>
          <w:color w:val="22201D"/>
          <w:sz w:val="20"/>
        </w:rPr>
        <w:t>Flocc read the last line twice.</w:t>
      </w:r>
    </w:p>
    <w:p>
      <w:pPr>
        <w:spacing w:after="60" w:line="266" w:lineRule="auto"/>
        <w:ind w:firstLine="331"/>
        <w:jc w:val="both"/>
      </w:pPr>
      <w:r>
        <w:rPr>
          <w:rFonts w:ascii="Georgia" w:hAnsi="Georgia"/>
          <w:b w:val="0"/>
          <w:i w:val="0"/>
          <w:color w:val="22201D"/>
          <w:sz w:val="20"/>
        </w:rPr>
        <w:t>"Substitution."</w:t>
      </w:r>
    </w:p>
    <w:p>
      <w:pPr>
        <w:spacing w:after="60" w:line="266" w:lineRule="auto"/>
        <w:ind w:firstLine="331"/>
        <w:jc w:val="both"/>
      </w:pPr>
      <w:r>
        <w:rPr>
          <w:rFonts w:ascii="Georgia" w:hAnsi="Georgia"/>
          <w:b w:val="0"/>
          <w:i w:val="0"/>
          <w:color w:val="22201D"/>
          <w:sz w:val="20"/>
        </w:rPr>
        <w:t>Nico looked at the shelves.</w:t>
      </w:r>
    </w:p>
    <w:p>
      <w:pPr>
        <w:spacing w:after="60" w:line="266" w:lineRule="auto"/>
        <w:ind w:firstLine="331"/>
        <w:jc w:val="both"/>
      </w:pPr>
      <w:r>
        <w:rPr>
          <w:rFonts w:ascii="Georgia" w:hAnsi="Georgia"/>
          <w:b w:val="0"/>
          <w:i w:val="0"/>
          <w:color w:val="22201D"/>
          <w:sz w:val="20"/>
        </w:rPr>
        <w:t>"There is a whole shelf for substitutions that worked once."</w:t>
      </w:r>
    </w:p>
    <w:p>
      <w:pPr>
        <w:spacing w:after="60" w:line="266" w:lineRule="auto"/>
        <w:ind w:firstLine="331"/>
        <w:jc w:val="both"/>
      </w:pPr>
      <w:r>
        <w:rPr>
          <w:rFonts w:ascii="Georgia" w:hAnsi="Georgia"/>
          <w:b w:val="0"/>
          <w:i w:val="0"/>
          <w:color w:val="22201D"/>
          <w:sz w:val="20"/>
        </w:rPr>
        <w:t>Steve found it and pointed.</w:t>
      </w:r>
    </w:p>
    <w:p>
      <w:pPr>
        <w:spacing w:after="60" w:line="266" w:lineRule="auto"/>
        <w:ind w:firstLine="331"/>
        <w:jc w:val="both"/>
      </w:pPr>
      <w:r>
        <w:rPr>
          <w:rFonts w:ascii="Georgia" w:hAnsi="Georgia"/>
          <w:b w:val="0"/>
          <w:i w:val="0"/>
          <w:color w:val="22201D"/>
          <w:sz w:val="20"/>
        </w:rPr>
        <w:t>The shelf was full of unlabeled jars.</w:t>
      </w:r>
    </w:p>
    <w:p>
      <w:pPr>
        <w:spacing w:after="60" w:line="266" w:lineRule="auto"/>
        <w:ind w:firstLine="331"/>
        <w:jc w:val="both"/>
      </w:pPr>
      <w:r>
        <w:rPr>
          <w:rFonts w:ascii="Georgia" w:hAnsi="Georgia"/>
          <w:b w:val="0"/>
          <w:i w:val="0"/>
          <w:color w:val="22201D"/>
          <w:sz w:val="20"/>
        </w:rPr>
        <w:t>Every jar looked almost like something useful.</w:t>
      </w:r>
    </w:p>
    <w:p>
      <w:pPr>
        <w:spacing w:after="60" w:line="266" w:lineRule="auto"/>
        <w:ind w:firstLine="331"/>
        <w:jc w:val="both"/>
      </w:pPr>
      <w:r>
        <w:rPr>
          <w:rFonts w:ascii="Georgia" w:hAnsi="Georgia"/>
          <w:b w:val="0"/>
          <w:i w:val="0"/>
          <w:color w:val="22201D"/>
          <w:sz w:val="20"/>
        </w:rPr>
        <w:t>Jam that might have been chutney.</w:t>
      </w:r>
    </w:p>
    <w:p>
      <w:pPr>
        <w:spacing w:after="60" w:line="266" w:lineRule="auto"/>
        <w:ind w:firstLine="331"/>
        <w:jc w:val="both"/>
      </w:pPr>
      <w:r>
        <w:rPr>
          <w:rFonts w:ascii="Georgia" w:hAnsi="Georgia"/>
          <w:b w:val="0"/>
          <w:i w:val="0"/>
          <w:color w:val="22201D"/>
          <w:sz w:val="20"/>
        </w:rPr>
        <w:t>Pickles that might have been advice.</w:t>
      </w:r>
    </w:p>
    <w:p>
      <w:pPr>
        <w:spacing w:after="60" w:line="266" w:lineRule="auto"/>
        <w:ind w:firstLine="331"/>
        <w:jc w:val="both"/>
      </w:pPr>
      <w:r>
        <w:rPr>
          <w:rFonts w:ascii="Georgia" w:hAnsi="Georgia"/>
          <w:b w:val="0"/>
          <w:i w:val="0"/>
          <w:color w:val="22201D"/>
          <w:sz w:val="20"/>
        </w:rPr>
        <w:t>One jar that looked empty until viewed from the corner of the eye, where it became full of an idea someone had borrowed and not returned.</w:t>
      </w:r>
    </w:p>
    <w:p>
      <w:pPr>
        <w:spacing w:after="60" w:line="266" w:lineRule="auto"/>
        <w:ind w:firstLine="331"/>
        <w:jc w:val="both"/>
      </w:pPr>
      <w:r>
        <w:rPr>
          <w:rFonts w:ascii="Georgia" w:hAnsi="Georgia"/>
          <w:b w:val="0"/>
          <w:i w:val="0"/>
          <w:color w:val="22201D"/>
          <w:sz w:val="20"/>
        </w:rPr>
        <w:t>Gerald frowned.</w:t>
      </w:r>
    </w:p>
    <w:p>
      <w:pPr>
        <w:spacing w:after="60" w:line="266" w:lineRule="auto"/>
        <w:ind w:firstLine="331"/>
        <w:jc w:val="both"/>
      </w:pPr>
      <w:r>
        <w:rPr>
          <w:rFonts w:ascii="Georgia" w:hAnsi="Georgia"/>
          <w:b w:val="0"/>
          <w:i w:val="0"/>
          <w:color w:val="22201D"/>
          <w:sz w:val="20"/>
        </w:rPr>
        <w:t>"We are not leaving sauce where it can be substituted without documentation."</w:t>
      </w:r>
    </w:p>
    <w:p>
      <w:pPr>
        <w:spacing w:after="60" w:line="266" w:lineRule="auto"/>
        <w:ind w:firstLine="331"/>
        <w:jc w:val="both"/>
      </w:pPr>
      <w:r>
        <w:rPr>
          <w:rFonts w:ascii="Georgia" w:hAnsi="Georgia"/>
          <w:b w:val="0"/>
          <w:i w:val="0"/>
          <w:color w:val="22201D"/>
          <w:sz w:val="20"/>
        </w:rPr>
        <w:t>The rubber stamp rocked again.</w:t>
      </w:r>
    </w:p>
    <w:p>
      <w:pPr>
        <w:spacing w:after="60" w:line="266" w:lineRule="auto"/>
        <w:ind w:firstLine="331"/>
        <w:jc w:val="both"/>
      </w:pPr>
      <w:r>
        <w:rPr>
          <w:rFonts w:ascii="Georgia" w:hAnsi="Georgia"/>
          <w:b w:val="0"/>
          <w:i w:val="0"/>
          <w:color w:val="22201D"/>
          <w:sz w:val="20"/>
        </w:rPr>
        <w:t>Bob read the ledger.</w:t>
      </w:r>
    </w:p>
    <w:p>
      <w:pPr>
        <w:spacing w:after="60" w:line="266" w:lineRule="auto"/>
        <w:ind w:firstLine="331"/>
        <w:jc w:val="both"/>
      </w:pPr>
      <w:r>
        <w:rPr>
          <w:rFonts w:ascii="Georgia" w:hAnsi="Georgia"/>
          <w:b w:val="0"/>
          <w:i w:val="0"/>
          <w:color w:val="22201D"/>
          <w:sz w:val="20"/>
        </w:rPr>
        <w:t>"Storage risk."</w:t>
      </w:r>
    </w:p>
    <w:p>
      <w:pPr>
        <w:spacing w:after="60" w:line="266" w:lineRule="auto"/>
        <w:ind w:firstLine="331"/>
        <w:jc w:val="both"/>
      </w:pPr>
      <w:r>
        <w:rPr>
          <w:rFonts w:ascii="Georgia" w:hAnsi="Georgia"/>
          <w:b w:val="0"/>
          <w:i w:val="0"/>
          <w:color w:val="22201D"/>
          <w:sz w:val="20"/>
        </w:rPr>
        <w:t>Flocc said, "Book 7 pressure."</w:t>
      </w:r>
    </w:p>
    <w:p>
      <w:pPr>
        <w:spacing w:after="60" w:line="266" w:lineRule="auto"/>
        <w:ind w:firstLine="331"/>
        <w:jc w:val="both"/>
      </w:pPr>
      <w:r>
        <w:rPr>
          <w:rFonts w:ascii="Georgia" w:hAnsi="Georgia"/>
          <w:b w:val="0"/>
          <w:i w:val="0"/>
          <w:color w:val="22201D"/>
          <w:sz w:val="20"/>
        </w:rPr>
        <w:t>Bob looked at him.</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"No. Not yet."</w:t>
      </w:r>
    </w:p>
    <w:p>
      <w:pPr>
        <w:spacing w:after="60" w:line="266" w:lineRule="auto"/>
        <w:ind w:firstLine="331"/>
        <w:jc w:val="both"/>
      </w:pPr>
      <w:r>
        <w:rPr>
          <w:rFonts w:ascii="Georgia" w:hAnsi="Georgia"/>
          <w:b w:val="0"/>
          <w:i w:val="0"/>
          <w:color w:val="22201D"/>
          <w:sz w:val="20"/>
        </w:rPr>
        <w:t>That mattered.</w:t>
      </w:r>
    </w:p>
    <w:p>
      <w:pPr>
        <w:spacing w:after="60" w:line="266" w:lineRule="auto"/>
        <w:ind w:firstLine="331"/>
        <w:jc w:val="both"/>
      </w:pPr>
      <w:r>
        <w:rPr>
          <w:rFonts w:ascii="Georgia" w:hAnsi="Georgia"/>
          <w:b w:val="0"/>
          <w:i w:val="0"/>
          <w:color w:val="22201D"/>
          <w:sz w:val="20"/>
        </w:rPr>
        <w:t>They were not entering the pantry book.</w:t>
      </w:r>
    </w:p>
    <w:p>
      <w:pPr>
        <w:spacing w:after="60" w:line="266" w:lineRule="auto"/>
        <w:ind w:firstLine="331"/>
        <w:jc w:val="both"/>
      </w:pPr>
      <w:r>
        <w:rPr>
          <w:rFonts w:ascii="Georgia" w:hAnsi="Georgia"/>
          <w:b w:val="0"/>
          <w:i w:val="0"/>
          <w:color w:val="22201D"/>
          <w:sz w:val="20"/>
        </w:rPr>
        <w:t>They were delivering pressure to its door.</w:t>
      </w:r>
    </w:p>
    <w:p>
      <w:pPr>
        <w:spacing w:after="60" w:line="266" w:lineRule="auto"/>
        <w:ind w:firstLine="331"/>
        <w:jc w:val="both"/>
      </w:pPr>
      <w:r>
        <w:rPr>
          <w:rFonts w:ascii="Georgia" w:hAnsi="Georgia"/>
          <w:b w:val="0"/>
          <w:i w:val="0"/>
          <w:color w:val="22201D"/>
          <w:sz w:val="20"/>
        </w:rPr>
        <w:t>The signed invoice had to arrive with the cargo, not ahead of it.</w:t>
      </w:r>
    </w:p>
    <w:p>
      <w:pPr>
        <w:spacing w:after="60" w:line="266" w:lineRule="auto"/>
        <w:ind w:firstLine="331"/>
        <w:jc w:val="both"/>
      </w:pPr>
      <w:r>
        <w:rPr>
          <w:rFonts w:ascii="Georgia" w:hAnsi="Georgia"/>
          <w:b w:val="0"/>
          <w:i w:val="0"/>
          <w:color w:val="22201D"/>
          <w:sz w:val="20"/>
        </w:rPr>
        <w:t>So did consequence.</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PUT IT AWAY.</w:t>
      </w:r>
    </w:p>
    <w:p>
      <w:pPr>
        <w:spacing w:after="60" w:line="266" w:lineRule="auto"/>
        <w:ind w:firstLine="331"/>
        <w:jc w:val="both"/>
      </w:pPr>
      <w:r>
        <w:rPr>
          <w:rFonts w:ascii="Georgia" w:hAnsi="Georgia"/>
          <w:b w:val="0"/>
          <w:i w:val="0"/>
          <w:color w:val="22201D"/>
          <w:sz w:val="20"/>
        </w:rPr>
        <w:t>Bob lifted the case.</w:t>
      </w:r>
    </w:p>
    <w:p>
      <w:pPr>
        <w:spacing w:after="60" w:line="266" w:lineRule="auto"/>
        <w:ind w:firstLine="331"/>
        <w:jc w:val="both"/>
      </w:pPr>
      <w:r>
        <w:rPr>
          <w:rFonts w:ascii="Georgia" w:hAnsi="Georgia"/>
          <w:b w:val="0"/>
          <w:i w:val="0"/>
          <w:color w:val="22201D"/>
          <w:sz w:val="20"/>
        </w:rPr>
        <w:t>Gerald lifted with him.</w:t>
      </w:r>
    </w:p>
    <w:p>
      <w:pPr>
        <w:spacing w:after="60" w:line="266" w:lineRule="auto"/>
        <w:ind w:firstLine="331"/>
        <w:jc w:val="both"/>
      </w:pPr>
      <w:r>
        <w:rPr>
          <w:rFonts w:ascii="Georgia" w:hAnsi="Georgia"/>
          <w:b w:val="0"/>
          <w:i w:val="0"/>
          <w:color w:val="22201D"/>
          <w:sz w:val="20"/>
        </w:rPr>
        <w:t>The pantry lights flickered toward a row of shelves near the back.</w:t>
      </w:r>
    </w:p>
    <w:p>
      <w:pPr>
        <w:spacing w:after="60" w:line="266" w:lineRule="auto"/>
        <w:ind w:firstLine="331"/>
        <w:jc w:val="both"/>
      </w:pPr>
      <w:r>
        <w:rPr>
          <w:rFonts w:ascii="Georgia" w:hAnsi="Georgia"/>
          <w:b w:val="0"/>
          <w:i w:val="0"/>
          <w:color w:val="22201D"/>
          <w:sz w:val="20"/>
        </w:rPr>
        <w:t>The row was labeled:</w:t>
      </w:r>
    </w:p>
    <w:p>
      <w:pPr>
        <w:spacing w:after="60" w:line="250" w:lineRule="auto"/>
        <w:ind w:left="202" w:right="173"/>
      </w:pPr>
      <w:r>
        <w:rPr>
          <w:rFonts w:ascii="Georgia" w:hAnsi="Georgia"/>
          <w:b w:val="0"/>
          <w:i w:val="0"/>
          <w:color w:val="22201D"/>
          <w:sz w:val="17"/>
        </w:rPr>
        <w:t>THINGS THAT MUST NOT BE USED AS THEMSELVES YET</w:t>
      </w:r>
    </w:p>
    <w:p>
      <w:pPr>
        <w:spacing w:after="60" w:line="266" w:lineRule="auto"/>
        <w:ind w:firstLine="331"/>
        <w:jc w:val="both"/>
      </w:pPr>
      <w:r>
        <w:rPr>
          <w:rFonts w:ascii="Georgia" w:hAnsi="Georgia"/>
          <w:b w:val="0"/>
          <w:i w:val="0"/>
          <w:color w:val="22201D"/>
          <w:sz w:val="20"/>
        </w:rPr>
        <w:t>Nico made a small delighted sound.</w:t>
      </w:r>
    </w:p>
    <w:p>
      <w:pPr>
        <w:spacing w:after="60" w:line="266" w:lineRule="auto"/>
        <w:ind w:firstLine="331"/>
        <w:jc w:val="both"/>
      </w:pPr>
      <w:r>
        <w:rPr>
          <w:rFonts w:ascii="Georgia" w:hAnsi="Georgia"/>
          <w:b w:val="0"/>
          <w:i w:val="0"/>
          <w:color w:val="22201D"/>
          <w:sz w:val="20"/>
        </w:rPr>
        <w:t>Bob said, "No."</w:t>
      </w:r>
    </w:p>
    <w:p>
      <w:pPr>
        <w:spacing w:after="60" w:line="266" w:lineRule="auto"/>
        <w:ind w:firstLine="331"/>
        <w:jc w:val="both"/>
      </w:pPr>
      <w:r>
        <w:rPr>
          <w:rFonts w:ascii="Georgia" w:hAnsi="Georgia"/>
          <w:b w:val="0"/>
          <w:i w:val="0"/>
          <w:color w:val="22201D"/>
          <w:sz w:val="20"/>
        </w:rPr>
        <w:t>"I did not say anything."</w:t>
      </w:r>
    </w:p>
    <w:p>
      <w:pPr>
        <w:spacing w:after="60" w:line="266" w:lineRule="auto"/>
        <w:ind w:firstLine="331"/>
        <w:jc w:val="both"/>
      </w:pPr>
      <w:r>
        <w:rPr>
          <w:rFonts w:ascii="Georgia" w:hAnsi="Georgia"/>
          <w:b w:val="0"/>
          <w:i w:val="0"/>
          <w:color w:val="22201D"/>
          <w:sz w:val="20"/>
        </w:rPr>
        <w:t>"You were about to."</w:t>
      </w:r>
    </w:p>
    <w:p>
      <w:pPr>
        <w:spacing w:after="60" w:line="266" w:lineRule="auto"/>
        <w:ind w:firstLine="331"/>
        <w:jc w:val="both"/>
      </w:pPr>
      <w:r>
        <w:rPr>
          <w:rFonts w:ascii="Georgia" w:hAnsi="Georgia"/>
          <w:b w:val="0"/>
          <w:i w:val="0"/>
          <w:color w:val="22201D"/>
          <w:sz w:val="20"/>
        </w:rPr>
        <w:t>"I was about to respect the shelf."</w:t>
      </w:r>
    </w:p>
    <w:p>
      <w:pPr>
        <w:spacing w:after="60" w:line="266" w:lineRule="auto"/>
        <w:ind w:firstLine="331"/>
        <w:jc w:val="both"/>
      </w:pPr>
      <w:r>
        <w:rPr>
          <w:rFonts w:ascii="Georgia" w:hAnsi="Georgia"/>
          <w:b w:val="0"/>
          <w:i w:val="0"/>
          <w:color w:val="22201D"/>
          <w:sz w:val="20"/>
        </w:rPr>
        <w:t>"Do it quieter."</w:t>
      </w:r>
    </w:p>
    <w:p>
      <w:pPr>
        <w:spacing w:after="60" w:line="266" w:lineRule="auto"/>
        <w:ind w:firstLine="331"/>
        <w:jc w:val="both"/>
      </w:pPr>
      <w:r>
        <w:rPr>
          <w:rFonts w:ascii="Georgia" w:hAnsi="Georgia"/>
          <w:b w:val="0"/>
          <w:i w:val="0"/>
          <w:color w:val="22201D"/>
          <w:sz w:val="20"/>
        </w:rPr>
        <w:t>They carried the sauce case down the aisle.</w:t>
      </w:r>
    </w:p>
    <w:p>
      <w:pPr>
        <w:spacing w:after="60" w:line="266" w:lineRule="auto"/>
        <w:ind w:firstLine="331"/>
        <w:jc w:val="both"/>
      </w:pPr>
      <w:r>
        <w:rPr>
          <w:rFonts w:ascii="Georgia" w:hAnsi="Georgia"/>
          <w:b w:val="0"/>
          <w:i w:val="0"/>
          <w:color w:val="22201D"/>
          <w:sz w:val="20"/>
        </w:rPr>
        <w:t>The shelves watched in the way stocked shelves watched: by containing options and waiting for hunger to make mistakes.</w:t>
      </w:r>
    </w:p>
    <w:p>
      <w:pPr>
        <w:spacing w:after="60" w:line="266" w:lineRule="auto"/>
        <w:ind w:firstLine="331"/>
        <w:jc w:val="both"/>
      </w:pPr>
      <w:r>
        <w:rPr>
          <w:rFonts w:ascii="Georgia" w:hAnsi="Georgia"/>
          <w:b w:val="0"/>
          <w:i w:val="0"/>
          <w:color w:val="22201D"/>
          <w:sz w:val="20"/>
        </w:rPr>
        <w:t>Halfway down the aisle, the case tugged left.</w:t>
      </w:r>
    </w:p>
    <w:p>
      <w:pPr>
        <w:spacing w:after="60" w:line="266" w:lineRule="auto"/>
        <w:ind w:firstLine="331"/>
        <w:jc w:val="both"/>
      </w:pPr>
      <w:r>
        <w:rPr>
          <w:rFonts w:ascii="Georgia" w:hAnsi="Georgia"/>
          <w:b w:val="0"/>
          <w:i w:val="0"/>
          <w:color w:val="22201D"/>
          <w:sz w:val="20"/>
        </w:rPr>
        <w:t>Bob stopped.</w:t>
      </w:r>
    </w:p>
    <w:p>
      <w:pPr>
        <w:spacing w:after="60" w:line="266" w:lineRule="auto"/>
        <w:ind w:firstLine="331"/>
        <w:jc w:val="both"/>
      </w:pPr>
      <w:r>
        <w:rPr>
          <w:rFonts w:ascii="Georgia" w:hAnsi="Georgia"/>
          <w:b w:val="0"/>
          <w:i w:val="0"/>
          <w:color w:val="22201D"/>
          <w:sz w:val="20"/>
        </w:rPr>
        <w:t>Gerald stopped because he was holding the other side and had learned the practical value of Bob's sudden stops.</w:t>
      </w:r>
    </w:p>
    <w:p>
      <w:pPr>
        <w:spacing w:after="60" w:line="266" w:lineRule="auto"/>
        <w:ind w:firstLine="331"/>
        <w:jc w:val="both"/>
      </w:pPr>
      <w:r>
        <w:rPr>
          <w:rFonts w:ascii="Georgia" w:hAnsi="Georgia"/>
          <w:b w:val="0"/>
          <w:i w:val="0"/>
          <w:color w:val="22201D"/>
          <w:sz w:val="20"/>
        </w:rPr>
        <w:t>To the left stood the shelf marked:</w:t>
      </w:r>
    </w:p>
    <w:p>
      <w:pPr>
        <w:spacing w:after="60" w:line="250" w:lineRule="auto"/>
        <w:ind w:left="202" w:right="173"/>
      </w:pPr>
      <w:r>
        <w:rPr>
          <w:rFonts w:ascii="Georgia" w:hAnsi="Georgia"/>
          <w:b w:val="0"/>
          <w:i w:val="0"/>
          <w:color w:val="22201D"/>
          <w:sz w:val="17"/>
        </w:rPr>
        <w:t>FAVORITES NO ONE ADMITS</w:t>
      </w:r>
    </w:p>
    <w:p>
      <w:pPr>
        <w:spacing w:after="60" w:line="266" w:lineRule="auto"/>
        <w:ind w:firstLine="331"/>
        <w:jc w:val="both"/>
      </w:pPr>
      <w:r>
        <w:rPr>
          <w:rFonts w:ascii="Georgia" w:hAnsi="Georgia"/>
          <w:b w:val="0"/>
          <w:i w:val="0"/>
          <w:color w:val="22201D"/>
          <w:sz w:val="20"/>
        </w:rPr>
        <w:t>Smoke Plum Morita clearly wanted that shelf.</w:t>
      </w:r>
    </w:p>
    <w:p>
      <w:pPr>
        <w:spacing w:after="60" w:line="266" w:lineRule="auto"/>
        <w:ind w:firstLine="331"/>
        <w:jc w:val="both"/>
      </w:pPr>
      <w:r>
        <w:rPr>
          <w:rFonts w:ascii="Georgia" w:hAnsi="Georgia"/>
          <w:b w:val="0"/>
          <w:i w:val="0"/>
          <w:color w:val="22201D"/>
          <w:sz w:val="20"/>
        </w:rPr>
        <w:t>That was the second pantry misunderstanding.</w:t>
      </w:r>
    </w:p>
    <w:p>
      <w:pPr>
        <w:spacing w:after="60" w:line="266" w:lineRule="auto"/>
        <w:ind w:firstLine="331"/>
        <w:jc w:val="both"/>
      </w:pPr>
      <w:r>
        <w:rPr>
          <w:rFonts w:ascii="Georgia" w:hAnsi="Georgia"/>
          <w:b w:val="0"/>
          <w:i w:val="0"/>
          <w:color w:val="22201D"/>
          <w:sz w:val="20"/>
        </w:rPr>
        <w:t>The sauce was not wrong to want it.</w:t>
      </w:r>
    </w:p>
    <w:p>
      <w:pPr>
        <w:spacing w:after="60" w:line="266" w:lineRule="auto"/>
        <w:ind w:firstLine="331"/>
        <w:jc w:val="both"/>
      </w:pPr>
      <w:r>
        <w:rPr>
          <w:rFonts w:ascii="Georgia" w:hAnsi="Georgia"/>
          <w:b w:val="0"/>
          <w:i w:val="0"/>
          <w:color w:val="22201D"/>
          <w:sz w:val="20"/>
        </w:rPr>
        <w:t>The shelf was not wrong to offer room.</w:t>
      </w:r>
    </w:p>
    <w:p>
      <w:pPr>
        <w:spacing w:after="60" w:line="266" w:lineRule="auto"/>
        <w:ind w:firstLine="331"/>
        <w:jc w:val="both"/>
      </w:pPr>
      <w:r>
        <w:rPr>
          <w:rFonts w:ascii="Georgia" w:hAnsi="Georgia"/>
          <w:b w:val="0"/>
          <w:i w:val="0"/>
          <w:color w:val="22201D"/>
          <w:sz w:val="20"/>
        </w:rPr>
        <w:t>But wrong storage could become story faster than spoilage.</w:t>
      </w:r>
    </w:p>
    <w:p>
      <w:pPr>
        <w:spacing w:after="60" w:line="266" w:lineRule="auto"/>
        <w:ind w:firstLine="331"/>
        <w:jc w:val="both"/>
      </w:pPr>
      <w:r>
        <w:rPr>
          <w:rFonts w:ascii="Georgia" w:hAnsi="Georgia"/>
          <w:b w:val="0"/>
          <w:i w:val="0"/>
          <w:color w:val="22201D"/>
          <w:sz w:val="20"/>
        </w:rPr>
        <w:t>Flocc stepped forward with the menu key.</w:t>
      </w:r>
    </w:p>
    <w:p>
      <w:pPr>
        <w:spacing w:after="60" w:line="266" w:lineRule="auto"/>
        <w:ind w:firstLine="331"/>
        <w:jc w:val="both"/>
      </w:pPr>
      <w:r>
        <w:rPr>
          <w:rFonts w:ascii="Georgia" w:hAnsi="Georgia"/>
          <w:b w:val="0"/>
          <w:i w:val="0"/>
          <w:color w:val="22201D"/>
          <w:sz w:val="20"/>
        </w:rPr>
        <w:t>The key displayed:</w:t>
      </w:r>
    </w:p>
    <w:p>
      <w:pPr>
        <w:spacing w:after="60" w:line="250" w:lineRule="auto"/>
        <w:ind w:left="202" w:right="173"/>
      </w:pPr>
      <w:r>
        <w:rPr>
          <w:rFonts w:ascii="Georgia" w:hAnsi="Georgia"/>
          <w:b w:val="0"/>
          <w:i w:val="0"/>
          <w:color w:val="22201D"/>
          <w:sz w:val="17"/>
        </w:rPr>
        <w:t>Do not store bridge items with cravings.</w:t>
      </w:r>
    </w:p>
    <w:p>
      <w:pPr>
        <w:spacing w:after="60" w:line="266" w:lineRule="auto"/>
        <w:ind w:firstLine="331"/>
        <w:jc w:val="both"/>
      </w:pPr>
      <w:r>
        <w:rPr>
          <w:rFonts w:ascii="Georgia" w:hAnsi="Georgia"/>
          <w:b w:val="0"/>
          <w:i w:val="0"/>
          <w:color w:val="22201D"/>
          <w:sz w:val="20"/>
        </w:rPr>
        <w:t>Bob grunted.</w:t>
      </w:r>
    </w:p>
    <w:p>
      <w:pPr>
        <w:spacing w:after="60" w:line="266" w:lineRule="auto"/>
        <w:ind w:firstLine="331"/>
        <w:jc w:val="both"/>
      </w:pPr>
      <w:r>
        <w:rPr>
          <w:rFonts w:ascii="Georgia" w:hAnsi="Georgia"/>
          <w:b w:val="0"/>
          <w:i w:val="0"/>
          <w:color w:val="22201D"/>
          <w:sz w:val="20"/>
        </w:rPr>
        <w:t>"Good rule."</w:t>
      </w:r>
    </w:p>
    <w:p>
      <w:pPr>
        <w:spacing w:after="60" w:line="266" w:lineRule="auto"/>
        <w:ind w:firstLine="331"/>
        <w:jc w:val="both"/>
      </w:pPr>
      <w:r>
        <w:rPr>
          <w:rFonts w:ascii="Georgia" w:hAnsi="Georgia"/>
          <w:b w:val="0"/>
          <w:i w:val="0"/>
          <w:color w:val="22201D"/>
          <w:sz w:val="20"/>
        </w:rPr>
        <w:t>Gerald adjusted his grip.</w:t>
      </w:r>
    </w:p>
    <w:p>
      <w:pPr>
        <w:spacing w:after="60" w:line="266" w:lineRule="auto"/>
        <w:ind w:firstLine="331"/>
        <w:jc w:val="both"/>
      </w:pPr>
      <w:r>
        <w:rPr>
          <w:rFonts w:ascii="Georgia" w:hAnsi="Georgia"/>
          <w:b w:val="0"/>
          <w:i w:val="0"/>
          <w:color w:val="22201D"/>
          <w:sz w:val="20"/>
        </w:rPr>
        <w:t>They moved on.</w:t>
      </w:r>
    </w:p>
    <w:p>
      <w:pPr>
        <w:spacing w:after="60" w:line="266" w:lineRule="auto"/>
        <w:ind w:firstLine="331"/>
        <w:jc w:val="both"/>
      </w:pPr>
      <w:r>
        <w:rPr>
          <w:rFonts w:ascii="Georgia" w:hAnsi="Georgia"/>
          <w:b w:val="0"/>
          <w:i w:val="0"/>
          <w:color w:val="22201D"/>
          <w:sz w:val="20"/>
        </w:rPr>
        <w:t>The case tugged right at:</w:t>
      </w:r>
    </w:p>
    <w:p>
      <w:pPr>
        <w:spacing w:after="60" w:line="250" w:lineRule="auto"/>
        <w:ind w:left="202" w:right="173"/>
      </w:pPr>
      <w:r>
        <w:rPr>
          <w:rFonts w:ascii="Georgia" w:hAnsi="Georgia"/>
          <w:b w:val="0"/>
          <w:i w:val="0"/>
          <w:color w:val="22201D"/>
          <w:sz w:val="17"/>
        </w:rPr>
        <w:t>APOLOGIES, DRY GOODS</w:t>
      </w:r>
    </w:p>
    <w:p>
      <w:pPr>
        <w:spacing w:after="60" w:line="266" w:lineRule="auto"/>
        <w:ind w:firstLine="331"/>
        <w:jc w:val="both"/>
      </w:pPr>
      <w:r>
        <w:rPr>
          <w:rFonts w:ascii="Georgia" w:hAnsi="Georgia"/>
          <w:b w:val="0"/>
          <w:i w:val="0"/>
          <w:color w:val="22201D"/>
          <w:sz w:val="20"/>
        </w:rPr>
        <w:t>Bob did not stop this time.</w:t>
      </w:r>
    </w:p>
    <w:p>
      <w:pPr>
        <w:spacing w:after="60" w:line="266" w:lineRule="auto"/>
        <w:ind w:firstLine="331"/>
        <w:jc w:val="both"/>
      </w:pPr>
      <w:r>
        <w:rPr>
          <w:rFonts w:ascii="Georgia" w:hAnsi="Georgia"/>
          <w:b w:val="0"/>
          <w:i w:val="0"/>
          <w:color w:val="22201D"/>
          <w:sz w:val="20"/>
        </w:rPr>
        <w:t>Steve did.</w:t>
      </w:r>
    </w:p>
    <w:p>
      <w:pPr>
        <w:spacing w:after="60" w:line="266" w:lineRule="auto"/>
        <w:ind w:firstLine="331"/>
        <w:jc w:val="both"/>
      </w:pPr>
      <w:r>
        <w:rPr>
          <w:rFonts w:ascii="Georgia" w:hAnsi="Georgia"/>
          <w:b w:val="0"/>
          <w:i w:val="0"/>
          <w:color w:val="22201D"/>
          <w:sz w:val="20"/>
        </w:rPr>
        <w:t>He was not touching the case.</w:t>
      </w:r>
    </w:p>
    <w:p>
      <w:pPr>
        <w:spacing w:after="60" w:line="266" w:lineRule="auto"/>
        <w:ind w:firstLine="331"/>
        <w:jc w:val="both"/>
      </w:pPr>
      <w:r>
        <w:rPr>
          <w:rFonts w:ascii="Georgia" w:hAnsi="Georgia"/>
          <w:b w:val="0"/>
          <w:i w:val="0"/>
          <w:color w:val="22201D"/>
          <w:sz w:val="20"/>
        </w:rPr>
        <w:t>He stopped because his face changed.</w:t>
      </w:r>
    </w:p>
    <w:p>
      <w:pPr>
        <w:spacing w:after="60" w:line="266" w:lineRule="auto"/>
        <w:ind w:firstLine="331"/>
        <w:jc w:val="both"/>
      </w:pPr>
      <w:r>
        <w:rPr>
          <w:rFonts w:ascii="Georgia" w:hAnsi="Georgia"/>
          <w:b w:val="0"/>
          <w:i w:val="0"/>
          <w:color w:val="22201D"/>
          <w:sz w:val="20"/>
        </w:rPr>
        <w:t>Nico saw it.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Steve looked at the shelf.</w:t>
      </w:r>
    </w:p>
    <w:p>
      <w:pPr>
        <w:spacing w:after="60" w:line="266" w:lineRule="auto"/>
        <w:ind w:firstLine="331"/>
        <w:jc w:val="both"/>
      </w:pPr>
      <w:r>
        <w:rPr>
          <w:rFonts w:ascii="Georgia" w:hAnsi="Georgia"/>
          <w:b w:val="0"/>
          <w:i w:val="0"/>
          <w:color w:val="22201D"/>
          <w:sz w:val="20"/>
        </w:rPr>
        <w:t>"There is a jar with my name on it."</w:t>
      </w:r>
    </w:p>
    <w:p>
      <w:pPr>
        <w:spacing w:after="60" w:line="266" w:lineRule="auto"/>
        <w:ind w:firstLine="331"/>
        <w:jc w:val="both"/>
      </w:pPr>
      <w:r>
        <w:rPr>
          <w:rFonts w:ascii="Georgia" w:hAnsi="Georgia"/>
          <w:b w:val="0"/>
          <w:i w:val="0"/>
          <w:color w:val="22201D"/>
          <w:sz w:val="20"/>
        </w:rPr>
        <w:t>Everyone stopped.</w:t>
      </w:r>
    </w:p>
    <w:p>
      <w:pPr>
        <w:spacing w:after="60" w:line="266" w:lineRule="auto"/>
        <w:ind w:firstLine="331"/>
        <w:jc w:val="both"/>
      </w:pPr>
      <w:r>
        <w:rPr>
          <w:rFonts w:ascii="Georgia" w:hAnsi="Georgia"/>
          <w:b w:val="0"/>
          <w:i w:val="0"/>
          <w:color w:val="22201D"/>
          <w:sz w:val="20"/>
        </w:rPr>
        <w:t>On the shelf sat a small jar with masking tape across its lid.</w:t>
      </w:r>
    </w:p>
    <w:p>
      <w:pPr>
        <w:spacing w:after="60" w:line="266" w:lineRule="auto"/>
        <w:ind w:firstLine="331"/>
        <w:jc w:val="both"/>
      </w:pPr>
      <w:r>
        <w:rPr>
          <w:rFonts w:ascii="Georgia" w:hAnsi="Georgia"/>
          <w:b w:val="0"/>
          <w:i w:val="0"/>
          <w:color w:val="22201D"/>
          <w:sz w:val="20"/>
        </w:rPr>
        <w:t>The tape read:</w:t>
      </w:r>
    </w:p>
    <w:p>
      <w:pPr>
        <w:spacing w:after="60" w:line="250" w:lineRule="auto"/>
        <w:ind w:left="202" w:right="173"/>
      </w:pPr>
      <w:r>
        <w:rPr>
          <w:rFonts w:ascii="Georgia" w:hAnsi="Georgia"/>
          <w:b w:val="0"/>
          <w:i w:val="0"/>
          <w:color w:val="22201D"/>
          <w:sz w:val="17"/>
        </w:rPr>
        <w:t>STEVE - LATER</w:t>
      </w:r>
    </w:p>
    <w:p>
      <w:pPr>
        <w:spacing w:after="60" w:line="266" w:lineRule="auto"/>
        <w:ind w:firstLine="331"/>
        <w:jc w:val="both"/>
      </w:pPr>
      <w:r>
        <w:rPr>
          <w:rFonts w:ascii="Georgia" w:hAnsi="Georgia"/>
          <w:b w:val="0"/>
          <w:i w:val="0"/>
          <w:color w:val="22201D"/>
          <w:sz w:val="20"/>
        </w:rPr>
        <w:t>Steve did not reach for it.</w:t>
      </w:r>
    </w:p>
    <w:p>
      <w:pPr>
        <w:spacing w:after="60" w:line="266" w:lineRule="auto"/>
        <w:ind w:firstLine="331"/>
        <w:jc w:val="both"/>
      </w:pPr>
      <w:r>
        <w:rPr>
          <w:rFonts w:ascii="Georgia" w:hAnsi="Georgia"/>
          <w:b w:val="0"/>
          <w:i w:val="0"/>
          <w:color w:val="22201D"/>
          <w:sz w:val="20"/>
        </w:rPr>
        <w:t>This was progress.</w:t>
      </w:r>
    </w:p>
    <w:p>
      <w:pPr>
        <w:spacing w:after="60" w:line="266" w:lineRule="auto"/>
        <w:ind w:firstLine="331"/>
        <w:jc w:val="both"/>
      </w:pPr>
      <w:r>
        <w:rPr>
          <w:rFonts w:ascii="Georgia" w:hAnsi="Georgia"/>
          <w:b w:val="0"/>
          <w:i w:val="0"/>
          <w:color w:val="22201D"/>
          <w:sz w:val="20"/>
        </w:rPr>
        <w:t>Earlier in the route, he might have recorded it, labeled it, narrated it, or tried to own the moment by documenting it faster than it could affect him.</w:t>
      </w:r>
    </w:p>
    <w:p>
      <w:pPr>
        <w:spacing w:after="60" w:line="266" w:lineRule="auto"/>
        <w:ind w:firstLine="331"/>
        <w:jc w:val="both"/>
      </w:pPr>
      <w:r>
        <w:rPr>
          <w:rFonts w:ascii="Georgia" w:hAnsi="Georgia"/>
          <w:b w:val="0"/>
          <w:i w:val="0"/>
          <w:color w:val="22201D"/>
          <w:sz w:val="20"/>
        </w:rPr>
        <w:t>Now he only stood there.</w:t>
      </w:r>
    </w:p>
    <w:p>
      <w:pPr>
        <w:spacing w:after="60" w:line="266" w:lineRule="auto"/>
        <w:ind w:firstLine="331"/>
        <w:jc w:val="both"/>
      </w:pPr>
      <w:r>
        <w:rPr>
          <w:rFonts w:ascii="Georgia" w:hAnsi="Georgia"/>
          <w:b w:val="0"/>
          <w:i w:val="0"/>
          <w:color w:val="22201D"/>
          <w:sz w:val="20"/>
        </w:rPr>
        <w:t>Flocc looked at the menu key.</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Not this book.</w:t>
      </w:r>
    </w:p>
    <w:p>
      <w:pPr>
        <w:spacing w:after="60" w:line="266" w:lineRule="auto"/>
        <w:ind w:firstLine="331"/>
        <w:jc w:val="both"/>
      </w:pPr>
      <w:r>
        <w:rPr>
          <w:rFonts w:ascii="Georgia" w:hAnsi="Georgia"/>
          <w:b w:val="0"/>
          <w:i w:val="0"/>
          <w:color w:val="22201D"/>
          <w:sz w:val="20"/>
        </w:rPr>
        <w:t>Steve exhaled once.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"Good?" Nico asked.</w:t>
      </w:r>
    </w:p>
    <w:p>
      <w:pPr>
        <w:spacing w:after="60" w:line="266" w:lineRule="auto"/>
        <w:ind w:firstLine="331"/>
        <w:jc w:val="both"/>
      </w:pPr>
      <w:r>
        <w:rPr>
          <w:rFonts w:ascii="Georgia" w:hAnsi="Georgia"/>
          <w:b w:val="0"/>
          <w:i w:val="0"/>
          <w:color w:val="22201D"/>
          <w:sz w:val="20"/>
        </w:rPr>
        <w:t>"I need at least one future problem to stay future."</w:t>
      </w:r>
    </w:p>
    <w:p>
      <w:pPr>
        <w:spacing w:after="60" w:line="266" w:lineRule="auto"/>
        <w:ind w:firstLine="331"/>
        <w:jc w:val="both"/>
      </w:pPr>
      <w:r>
        <w:rPr>
          <w:rFonts w:ascii="Georgia" w:hAnsi="Georgia"/>
          <w:b w:val="0"/>
          <w:i w:val="0"/>
          <w:color w:val="22201D"/>
          <w:sz w:val="20"/>
        </w:rPr>
        <w:t>Bob nodded.</w:t>
      </w:r>
    </w:p>
    <w:p>
      <w:pPr>
        <w:spacing w:after="60" w:line="266" w:lineRule="auto"/>
        <w:ind w:firstLine="331"/>
        <w:jc w:val="both"/>
      </w:pPr>
      <w:r>
        <w:rPr>
          <w:rFonts w:ascii="Georgia" w:hAnsi="Georgia"/>
          <w:b w:val="0"/>
          <w:i w:val="0"/>
          <w:color w:val="22201D"/>
          <w:sz w:val="20"/>
        </w:rPr>
        <w:t>They moved on.</w:t>
      </w:r>
    </w:p>
    <w:p>
      <w:pPr>
        <w:spacing w:after="60" w:line="266" w:lineRule="auto"/>
        <w:ind w:firstLine="331"/>
        <w:jc w:val="both"/>
      </w:pPr>
      <w:r>
        <w:rPr>
          <w:rFonts w:ascii="Georgia" w:hAnsi="Georgia"/>
          <w:b w:val="0"/>
          <w:i w:val="0"/>
          <w:color w:val="22201D"/>
          <w:sz w:val="20"/>
        </w:rPr>
        <w:t>At the back of the pantry, below the shelf for things that must not be used as themselves yet, stood a small lower cabinet.</w:t>
      </w:r>
    </w:p>
    <w:p>
      <w:pPr>
        <w:spacing w:after="60" w:line="266" w:lineRule="auto"/>
        <w:ind w:firstLine="331"/>
        <w:jc w:val="both"/>
      </w:pPr>
      <w:r>
        <w:rPr>
          <w:rFonts w:ascii="Georgia" w:hAnsi="Georgia"/>
          <w:b w:val="0"/>
          <w:i w:val="0"/>
          <w:color w:val="22201D"/>
          <w:sz w:val="20"/>
        </w:rPr>
        <w:t>Its label was blank.</w:t>
      </w:r>
    </w:p>
    <w:p>
      <w:pPr>
        <w:spacing w:after="60" w:line="266" w:lineRule="auto"/>
        <w:ind w:firstLine="331"/>
        <w:jc w:val="both"/>
      </w:pPr>
      <w:r>
        <w:rPr>
          <w:rFonts w:ascii="Georgia" w:hAnsi="Georgia"/>
          <w:b w:val="0"/>
          <w:i w:val="0"/>
          <w:color w:val="22201D"/>
          <w:sz w:val="20"/>
        </w:rPr>
        <w:t>The signed invoice tag on Gerald's clipboard swung toward it.</w:t>
      </w:r>
    </w:p>
    <w:p>
      <w:pPr>
        <w:spacing w:after="60" w:line="266" w:lineRule="auto"/>
        <w:ind w:firstLine="331"/>
        <w:jc w:val="both"/>
      </w:pPr>
      <w:r>
        <w:rPr>
          <w:rFonts w:ascii="Georgia" w:hAnsi="Georgia"/>
          <w:b w:val="0"/>
          <w:i w:val="0"/>
          <w:color w:val="22201D"/>
          <w:sz w:val="20"/>
        </w:rPr>
        <w:t>Gerald unclipped the tag.</w:t>
      </w:r>
    </w:p>
    <w:p>
      <w:pPr>
        <w:spacing w:after="60" w:line="266" w:lineRule="auto"/>
        <w:ind w:firstLine="331"/>
        <w:jc w:val="both"/>
      </w:pPr>
      <w:r>
        <w:rPr>
          <w:rFonts w:ascii="Georgia" w:hAnsi="Georgia"/>
          <w:b w:val="0"/>
          <w:i w:val="0"/>
          <w:color w:val="22201D"/>
          <w:sz w:val="20"/>
        </w:rPr>
        <w:t>Bob set the sauce case on the floor.</w:t>
      </w:r>
    </w:p>
    <w:p>
      <w:pPr>
        <w:spacing w:after="60" w:line="266" w:lineRule="auto"/>
        <w:ind w:firstLine="331"/>
        <w:jc w:val="both"/>
      </w:pPr>
      <w:r>
        <w:rPr>
          <w:rFonts w:ascii="Georgia" w:hAnsi="Georgia"/>
          <w:b w:val="0"/>
          <w:i w:val="0"/>
          <w:color w:val="22201D"/>
          <w:sz w:val="20"/>
        </w:rPr>
        <w:t>Together they opened the cabinet.</w:t>
      </w:r>
    </w:p>
    <w:p>
      <w:pPr>
        <w:spacing w:after="60" w:line="266" w:lineRule="auto"/>
        <w:ind w:firstLine="331"/>
        <w:jc w:val="both"/>
      </w:pPr>
      <w:r>
        <w:rPr>
          <w:rFonts w:ascii="Georgia" w:hAnsi="Georgia"/>
          <w:b w:val="0"/>
          <w:i w:val="0"/>
          <w:color w:val="22201D"/>
          <w:sz w:val="20"/>
        </w:rPr>
        <w:t>Inside was room for one case, one document, and one misunderstanding.</w:t>
      </w:r>
    </w:p>
    <w:p>
      <w:pPr>
        <w:spacing w:after="60" w:line="266" w:lineRule="auto"/>
        <w:ind w:firstLine="331"/>
        <w:jc w:val="both"/>
      </w:pPr>
      <w:r>
        <w:rPr>
          <w:rFonts w:ascii="Georgia" w:hAnsi="Georgia"/>
          <w:b w:val="0"/>
          <w:i w:val="0"/>
          <w:color w:val="22201D"/>
          <w:sz w:val="20"/>
        </w:rPr>
        <w:t>The misunderstanding was already there.</w:t>
      </w:r>
    </w:p>
    <w:p>
      <w:pPr>
        <w:spacing w:after="60" w:line="266" w:lineRule="auto"/>
        <w:ind w:firstLine="331"/>
        <w:jc w:val="both"/>
      </w:pPr>
      <w:r>
        <w:rPr>
          <w:rFonts w:ascii="Georgia" w:hAnsi="Georgia"/>
          <w:b w:val="0"/>
          <w:i w:val="0"/>
          <w:color w:val="22201D"/>
          <w:sz w:val="20"/>
        </w:rPr>
        <w:t>It sat in the form of an empty space exactly the size of the sauce case plus something else no one had brought.</w:t>
      </w:r>
    </w:p>
    <w:p>
      <w:pPr>
        <w:spacing w:after="60" w:line="266" w:lineRule="auto"/>
        <w:ind w:firstLine="331"/>
        <w:jc w:val="both"/>
      </w:pPr>
      <w:r>
        <w:rPr>
          <w:rFonts w:ascii="Georgia" w:hAnsi="Georgia"/>
          <w:b w:val="0"/>
          <w:i w:val="0"/>
          <w:color w:val="22201D"/>
          <w:sz w:val="20"/>
        </w:rPr>
        <w:t>Nico peered in.</w:t>
      </w:r>
    </w:p>
    <w:p>
      <w:pPr>
        <w:spacing w:after="60" w:line="266" w:lineRule="auto"/>
        <w:ind w:firstLine="331"/>
        <w:jc w:val="both"/>
      </w:pPr>
      <w:r>
        <w:rPr>
          <w:rFonts w:ascii="Georgia" w:hAnsi="Georgia"/>
          <w:b w:val="0"/>
          <w:i w:val="0"/>
          <w:color w:val="22201D"/>
          <w:sz w:val="20"/>
        </w:rPr>
        <w:t>"Is empty space allowed to look smug?"</w:t>
      </w:r>
    </w:p>
    <w:p>
      <w:pPr>
        <w:spacing w:after="60" w:line="266" w:lineRule="auto"/>
        <w:ind w:firstLine="331"/>
        <w:jc w:val="both"/>
      </w:pPr>
      <w:r>
        <w:rPr>
          <w:rFonts w:ascii="Georgia" w:hAnsi="Georgia"/>
          <w:b w:val="0"/>
          <w:i w:val="0"/>
          <w:color w:val="22201D"/>
          <w:sz w:val="20"/>
        </w:rPr>
        <w:t>"In pantries, yes," Flocc said.</w:t>
      </w:r>
    </w:p>
    <w:p>
      <w:pPr>
        <w:spacing w:after="60" w:line="266" w:lineRule="auto"/>
        <w:ind w:firstLine="331"/>
        <w:jc w:val="both"/>
      </w:pPr>
      <w:r>
        <w:rPr>
          <w:rFonts w:ascii="Georgia" w:hAnsi="Georgia"/>
          <w:b w:val="0"/>
          <w:i w:val="0"/>
          <w:color w:val="22201D"/>
          <w:sz w:val="20"/>
        </w:rPr>
        <w:t>Gerald knelt and checked the cabinet.</w:t>
      </w:r>
    </w:p>
    <w:p>
      <w:pPr>
        <w:spacing w:after="60" w:line="266" w:lineRule="auto"/>
        <w:ind w:firstLine="331"/>
        <w:jc w:val="both"/>
      </w:pPr>
      <w:r>
        <w:rPr>
          <w:rFonts w:ascii="Georgia" w:hAnsi="Georgia"/>
          <w:b w:val="0"/>
          <w:i w:val="0"/>
          <w:color w:val="22201D"/>
          <w:sz w:val="20"/>
        </w:rPr>
        <w:t>"Clean. Dry. No pests. No visible enchantment."</w:t>
      </w:r>
    </w:p>
    <w:p>
      <w:pPr>
        <w:spacing w:after="60" w:line="266" w:lineRule="auto"/>
        <w:ind w:firstLine="331"/>
        <w:jc w:val="both"/>
      </w:pPr>
      <w:r>
        <w:rPr>
          <w:rFonts w:ascii="Georgia" w:hAnsi="Georgia"/>
          <w:b w:val="0"/>
          <w:i w:val="0"/>
          <w:color w:val="22201D"/>
          <w:sz w:val="20"/>
        </w:rPr>
        <w:t>Steve tilted his head.</w:t>
      </w:r>
    </w:p>
    <w:p>
      <w:pPr>
        <w:spacing w:after="60" w:line="266" w:lineRule="auto"/>
        <w:ind w:firstLine="331"/>
        <w:jc w:val="both"/>
      </w:pPr>
      <w:r>
        <w:rPr>
          <w:rFonts w:ascii="Georgia" w:hAnsi="Georgia"/>
          <w:b w:val="0"/>
          <w:i w:val="0"/>
          <w:color w:val="22201D"/>
          <w:sz w:val="20"/>
        </w:rPr>
        <w:t>"How would visible enchantment present?"</w:t>
      </w:r>
    </w:p>
    <w:p>
      <w:pPr>
        <w:spacing w:after="60" w:line="266" w:lineRule="auto"/>
        <w:ind w:firstLine="331"/>
        <w:jc w:val="both"/>
      </w:pPr>
      <w:r>
        <w:rPr>
          <w:rFonts w:ascii="Georgia" w:hAnsi="Georgia"/>
          <w:b w:val="0"/>
          <w:i w:val="0"/>
          <w:color w:val="22201D"/>
          <w:sz w:val="20"/>
        </w:rPr>
        <w:t>"Improper labeling."</w:t>
      </w:r>
    </w:p>
    <w:p>
      <w:pPr>
        <w:spacing w:after="60" w:line="266" w:lineRule="auto"/>
        <w:ind w:firstLine="331"/>
        <w:jc w:val="both"/>
      </w:pPr>
      <w:r>
        <w:rPr>
          <w:rFonts w:ascii="Georgia" w:hAnsi="Georgia"/>
          <w:b w:val="0"/>
          <w:i w:val="0"/>
          <w:color w:val="22201D"/>
          <w:sz w:val="20"/>
        </w:rPr>
        <w:t>Bob approved that one out loud.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They slid the Smoke Plum Morita case into the cabinet.</w:t>
      </w:r>
    </w:p>
    <w:p>
      <w:pPr>
        <w:spacing w:after="60" w:line="266" w:lineRule="auto"/>
        <w:ind w:firstLine="331"/>
        <w:jc w:val="both"/>
      </w:pPr>
      <w:r>
        <w:rPr>
          <w:rFonts w:ascii="Georgia" w:hAnsi="Georgia"/>
          <w:b w:val="0"/>
          <w:i w:val="0"/>
          <w:color w:val="22201D"/>
          <w:sz w:val="20"/>
        </w:rPr>
        <w:t>The empty space remained beside it.</w:t>
      </w:r>
    </w:p>
    <w:p>
      <w:pPr>
        <w:spacing w:after="60" w:line="266" w:lineRule="auto"/>
        <w:ind w:firstLine="331"/>
        <w:jc w:val="both"/>
      </w:pPr>
      <w:r>
        <w:rPr>
          <w:rFonts w:ascii="Georgia" w:hAnsi="Georgia"/>
          <w:b w:val="0"/>
          <w:i w:val="0"/>
          <w:color w:val="22201D"/>
          <w:sz w:val="20"/>
        </w:rPr>
        <w:t>The ledger at the front desk flipped pages fast enough that they heard it from the aisle.</w:t>
      </w:r>
    </w:p>
    <w:p>
      <w:pPr>
        <w:spacing w:after="60" w:line="266" w:lineRule="auto"/>
        <w:ind w:firstLine="331"/>
        <w:jc w:val="both"/>
      </w:pPr>
      <w:r>
        <w:rPr>
          <w:rFonts w:ascii="Georgia" w:hAnsi="Georgia"/>
          <w:b w:val="0"/>
          <w:i w:val="0"/>
          <w:color w:val="22201D"/>
          <w:sz w:val="20"/>
        </w:rPr>
        <w:t>Then the pantry spoke.</w:t>
      </w:r>
    </w:p>
    <w:p>
      <w:pPr>
        <w:spacing w:after="60" w:line="266" w:lineRule="auto"/>
        <w:ind w:firstLine="331"/>
        <w:jc w:val="both"/>
      </w:pPr>
      <w:r>
        <w:rPr>
          <w:rFonts w:ascii="Georgia" w:hAnsi="Georgia"/>
          <w:b w:val="0"/>
          <w:i w:val="0"/>
          <w:color w:val="22201D"/>
          <w:sz w:val="20"/>
        </w:rPr>
        <w:t>Not in a voice.</w:t>
      </w:r>
    </w:p>
    <w:p>
      <w:pPr>
        <w:spacing w:after="60" w:line="266" w:lineRule="auto"/>
        <w:ind w:firstLine="331"/>
        <w:jc w:val="both"/>
      </w:pPr>
      <w:r>
        <w:rPr>
          <w:rFonts w:ascii="Georgia" w:hAnsi="Georgia"/>
          <w:b w:val="0"/>
          <w:i w:val="0"/>
          <w:color w:val="22201D"/>
          <w:sz w:val="20"/>
        </w:rPr>
        <w:t>In labels.</w:t>
      </w:r>
    </w:p>
    <w:p>
      <w:pPr>
        <w:spacing w:after="60" w:line="266" w:lineRule="auto"/>
        <w:ind w:firstLine="331"/>
        <w:jc w:val="both"/>
      </w:pPr>
      <w:r>
        <w:rPr>
          <w:rFonts w:ascii="Georgia" w:hAnsi="Georgia"/>
          <w:b w:val="0"/>
          <w:i w:val="0"/>
          <w:color w:val="22201D"/>
          <w:sz w:val="20"/>
        </w:rPr>
        <w:t>Every shelf in the aisle changed at once.</w:t>
      </w:r>
    </w:p>
    <w:p>
      <w:pPr>
        <w:spacing w:after="60" w:line="250" w:lineRule="auto"/>
        <w:ind w:left="202" w:right="173"/>
      </w:pPr>
      <w:r>
        <w:rPr>
          <w:rFonts w:ascii="Georgia" w:hAnsi="Georgia"/>
          <w:b w:val="0"/>
          <w:i w:val="0"/>
          <w:color w:val="22201D"/>
          <w:sz w:val="17"/>
        </w:rPr>
        <w:t>PUT AWAY: NOT HIDDEN NOT FORGOTTEN NOT SPENT STORED UNTIL THE NEXT WRONG HUNGER</w:t>
      </w:r>
    </w:p>
    <w:p>
      <w:pPr>
        <w:spacing w:after="60" w:line="266" w:lineRule="auto"/>
        <w:ind w:firstLine="331"/>
        <w:jc w:val="both"/>
      </w:pPr>
      <w:r>
        <w:rPr>
          <w:rFonts w:ascii="Georgia" w:hAnsi="Georgia"/>
          <w:b w:val="0"/>
          <w:i w:val="0"/>
          <w:color w:val="22201D"/>
          <w:sz w:val="20"/>
        </w:rPr>
        <w:t>Bob read the nearest label.</w:t>
      </w:r>
    </w:p>
    <w:p>
      <w:pPr>
        <w:spacing w:after="60" w:line="266" w:lineRule="auto"/>
        <w:ind w:firstLine="331"/>
        <w:jc w:val="both"/>
      </w:pPr>
      <w:r>
        <w:rPr>
          <w:rFonts w:ascii="Georgia" w:hAnsi="Georgia"/>
          <w:b w:val="0"/>
          <w:i w:val="0"/>
          <w:color w:val="22201D"/>
          <w:sz w:val="20"/>
        </w:rPr>
        <w:t>"Wrong hunger."</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"Book 7."</w:t>
      </w:r>
    </w:p>
    <w:p>
      <w:pPr>
        <w:spacing w:after="60" w:line="266" w:lineRule="auto"/>
        <w:ind w:firstLine="331"/>
        <w:jc w:val="both"/>
      </w:pPr>
      <w:r>
        <w:rPr>
          <w:rFonts w:ascii="Georgia" w:hAnsi="Georgia"/>
          <w:b w:val="0"/>
          <w:i w:val="0"/>
          <w:color w:val="22201D"/>
          <w:sz w:val="20"/>
        </w:rPr>
        <w:t>"Still not yet."</w:t>
      </w:r>
    </w:p>
    <w:p>
      <w:pPr>
        <w:spacing w:after="60" w:line="266" w:lineRule="auto"/>
        <w:ind w:firstLine="331"/>
        <w:jc w:val="both"/>
      </w:pPr>
      <w:r>
        <w:rPr>
          <w:rFonts w:ascii="Georgia" w:hAnsi="Georgia"/>
          <w:b w:val="0"/>
          <w:i w:val="0"/>
          <w:color w:val="22201D"/>
          <w:sz w:val="20"/>
        </w:rPr>
        <w:t>"Still not yet."</w:t>
      </w:r>
    </w:p>
    <w:p>
      <w:pPr>
        <w:spacing w:after="60" w:line="266" w:lineRule="auto"/>
        <w:ind w:firstLine="331"/>
        <w:jc w:val="both"/>
      </w:pPr>
      <w:r>
        <w:rPr>
          <w:rFonts w:ascii="Georgia" w:hAnsi="Georgia"/>
          <w:b w:val="0"/>
          <w:i w:val="0"/>
          <w:color w:val="22201D"/>
          <w:sz w:val="20"/>
        </w:rPr>
        <w:t>Gerald placed the signed invoice tag inside the cabinet, on top of the sauce case.</w:t>
      </w:r>
    </w:p>
    <w:p>
      <w:pPr>
        <w:spacing w:after="60" w:line="266" w:lineRule="auto"/>
        <w:ind w:firstLine="331"/>
        <w:jc w:val="both"/>
      </w:pPr>
      <w:r>
        <w:rPr>
          <w:rFonts w:ascii="Georgia" w:hAnsi="Georgia"/>
          <w:b w:val="0"/>
          <w:i w:val="0"/>
          <w:color w:val="22201D"/>
          <w:sz w:val="20"/>
        </w:rPr>
        <w:t>The tag did not settle.</w:t>
      </w:r>
    </w:p>
    <w:p>
      <w:pPr>
        <w:spacing w:after="60" w:line="266" w:lineRule="auto"/>
        <w:ind w:firstLine="331"/>
        <w:jc w:val="both"/>
      </w:pPr>
      <w:r>
        <w:rPr>
          <w:rFonts w:ascii="Georgia" w:hAnsi="Georgia"/>
          <w:b w:val="0"/>
          <w:i w:val="0"/>
          <w:color w:val="22201D"/>
          <w:sz w:val="20"/>
        </w:rPr>
        <w:t>It curled.</w:t>
      </w:r>
    </w:p>
    <w:p>
      <w:pPr>
        <w:spacing w:after="60" w:line="266" w:lineRule="auto"/>
        <w:ind w:firstLine="331"/>
        <w:jc w:val="both"/>
      </w:pPr>
      <w:r>
        <w:rPr>
          <w:rFonts w:ascii="Georgia" w:hAnsi="Georgia"/>
          <w:b w:val="0"/>
          <w:i w:val="0"/>
          <w:color w:val="22201D"/>
          <w:sz w:val="20"/>
        </w:rPr>
        <w:t>The invoice correction in his clipboard rattled.</w:t>
      </w:r>
    </w:p>
    <w:p>
      <w:pPr>
        <w:spacing w:after="60" w:line="266" w:lineRule="auto"/>
        <w:ind w:firstLine="331"/>
        <w:jc w:val="both"/>
      </w:pPr>
      <w:r>
        <w:rPr>
          <w:rFonts w:ascii="Georgia" w:hAnsi="Georgia"/>
          <w:b w:val="0"/>
          <w:i w:val="0"/>
          <w:color w:val="22201D"/>
          <w:sz w:val="20"/>
        </w:rPr>
        <w:t>The spoon in Bob's pocket knocked once.</w:t>
      </w:r>
    </w:p>
    <w:p>
      <w:pPr>
        <w:spacing w:after="60" w:line="266" w:lineRule="auto"/>
        <w:ind w:firstLine="331"/>
        <w:jc w:val="both"/>
      </w:pPr>
      <w:r>
        <w:rPr>
          <w:rFonts w:ascii="Georgia" w:hAnsi="Georgia"/>
          <w:b w:val="0"/>
          <w:i w:val="0"/>
          <w:color w:val="22201D"/>
          <w:sz w:val="20"/>
        </w:rPr>
        <w:t>Bob took it out because he had learned that ignoring utensil-based routing only delayed the worse version.</w:t>
      </w:r>
    </w:p>
    <w:p>
      <w:pPr>
        <w:spacing w:after="60" w:line="266" w:lineRule="auto"/>
        <w:ind w:firstLine="331"/>
        <w:jc w:val="both"/>
      </w:pPr>
      <w:r>
        <w:rPr>
          <w:rFonts w:ascii="Georgia" w:hAnsi="Georgia"/>
          <w:b w:val="0"/>
          <w:i w:val="0"/>
          <w:color w:val="22201D"/>
          <w:sz w:val="20"/>
        </w:rPr>
        <w:t>The spoon pointed at the signed invoice tag.</w:t>
      </w:r>
    </w:p>
    <w:p>
      <w:pPr>
        <w:spacing w:after="60" w:line="266" w:lineRule="auto"/>
        <w:ind w:firstLine="331"/>
        <w:jc w:val="both"/>
      </w:pPr>
      <w:r>
        <w:rPr>
          <w:rFonts w:ascii="Georgia" w:hAnsi="Georgia"/>
          <w:b w:val="0"/>
          <w:i w:val="0"/>
          <w:color w:val="22201D"/>
          <w:sz w:val="20"/>
        </w:rPr>
        <w:t>Gerald frowned.</w:t>
      </w:r>
    </w:p>
    <w:p>
      <w:pPr>
        <w:spacing w:after="60" w:line="266" w:lineRule="auto"/>
        <w:ind w:firstLine="331"/>
        <w:jc w:val="both"/>
      </w:pPr>
      <w:r>
        <w:rPr>
          <w:rFonts w:ascii="Georgia" w:hAnsi="Georgia"/>
          <w:b w:val="0"/>
          <w:i w:val="0"/>
          <w:color w:val="22201D"/>
          <w:sz w:val="20"/>
        </w:rPr>
        <w:t>"It needs the invoice, not the tag."</w:t>
      </w:r>
    </w:p>
    <w:p>
      <w:pPr>
        <w:spacing w:after="60" w:line="266" w:lineRule="auto"/>
        <w:ind w:firstLine="331"/>
        <w:jc w:val="both"/>
      </w:pPr>
      <w:r>
        <w:rPr>
          <w:rFonts w:ascii="Georgia" w:hAnsi="Georgia"/>
          <w:b w:val="0"/>
          <w:i w:val="0"/>
          <w:color w:val="22201D"/>
          <w:sz w:val="20"/>
        </w:rPr>
        <w:t>"Tag says signed invoice," Nico said.</w:t>
      </w:r>
    </w:p>
    <w:p>
      <w:pPr>
        <w:spacing w:after="60" w:line="266" w:lineRule="auto"/>
        <w:ind w:firstLine="331"/>
        <w:jc w:val="both"/>
      </w:pPr>
      <w:r>
        <w:rPr>
          <w:rFonts w:ascii="Georgia" w:hAnsi="Georgia"/>
          <w:b w:val="0"/>
          <w:i w:val="0"/>
          <w:color w:val="22201D"/>
          <w:sz w:val="20"/>
        </w:rPr>
        <w:t>"Tag is not invoice."</w:t>
      </w:r>
    </w:p>
    <w:p>
      <w:pPr>
        <w:spacing w:after="60" w:line="266" w:lineRule="auto"/>
        <w:ind w:firstLine="331"/>
        <w:jc w:val="both"/>
      </w:pPr>
      <w:r>
        <w:rPr>
          <w:rFonts w:ascii="Georgia" w:hAnsi="Georgia"/>
          <w:b w:val="0"/>
          <w:i w:val="0"/>
          <w:color w:val="22201D"/>
          <w:sz w:val="20"/>
        </w:rPr>
        <w:t>"Pantry misunderstanding?"</w:t>
      </w:r>
    </w:p>
    <w:p>
      <w:pPr>
        <w:spacing w:after="60" w:line="266" w:lineRule="auto"/>
        <w:ind w:firstLine="331"/>
        <w:jc w:val="both"/>
      </w:pPr>
      <w:r>
        <w:rPr>
          <w:rFonts w:ascii="Georgia" w:hAnsi="Georgia"/>
          <w:b w:val="0"/>
          <w:i w:val="0"/>
          <w:color w:val="22201D"/>
          <w:sz w:val="20"/>
        </w:rPr>
        <w:t>"Pantry misunderstanding."</w:t>
      </w:r>
    </w:p>
    <w:p>
      <w:pPr>
        <w:spacing w:after="60" w:line="266" w:lineRule="auto"/>
        <w:ind w:firstLine="331"/>
        <w:jc w:val="both"/>
      </w:pPr>
      <w:r>
        <w:rPr>
          <w:rFonts w:ascii="Georgia" w:hAnsi="Georgia"/>
          <w:b w:val="0"/>
          <w:i w:val="0"/>
          <w:color w:val="22201D"/>
          <w:sz w:val="20"/>
        </w:rPr>
        <w:t>They returned to the truck.</w:t>
      </w:r>
    </w:p>
    <w:p>
      <w:pPr>
        <w:spacing w:after="60" w:line="266" w:lineRule="auto"/>
        <w:ind w:firstLine="331"/>
        <w:jc w:val="both"/>
      </w:pPr>
      <w:r>
        <w:rPr>
          <w:rFonts w:ascii="Georgia" w:hAnsi="Georgia"/>
          <w:b w:val="0"/>
          <w:i w:val="0"/>
          <w:color w:val="22201D"/>
          <w:sz w:val="20"/>
        </w:rPr>
        <w:t>Gerald took the corrected invoice from the board.</w:t>
      </w:r>
    </w:p>
    <w:p>
      <w:pPr>
        <w:spacing w:after="60" w:line="266" w:lineRule="auto"/>
        <w:ind w:firstLine="331"/>
        <w:jc w:val="both"/>
      </w:pPr>
      <w:r>
        <w:rPr>
          <w:rFonts w:ascii="Georgia" w:hAnsi="Georgia"/>
          <w:b w:val="0"/>
          <w:i w:val="0"/>
          <w:color w:val="22201D"/>
          <w:sz w:val="20"/>
        </w:rPr>
        <w:t>Bob held the spoon under it.</w:t>
      </w:r>
    </w:p>
    <w:p>
      <w:pPr>
        <w:spacing w:after="60" w:line="266" w:lineRule="auto"/>
        <w:ind w:firstLine="331"/>
        <w:jc w:val="both"/>
      </w:pPr>
      <w:r>
        <w:rPr>
          <w:rFonts w:ascii="Georgia" w:hAnsi="Georgia"/>
          <w:b w:val="0"/>
          <w:i w:val="0"/>
          <w:color w:val="22201D"/>
          <w:sz w:val="20"/>
        </w:rPr>
        <w:t>The spoon did not point.</w:t>
      </w:r>
    </w:p>
    <w:p>
      <w:pPr>
        <w:spacing w:after="60" w:line="266" w:lineRule="auto"/>
        <w:ind w:firstLine="331"/>
        <w:jc w:val="both"/>
      </w:pPr>
      <w:r>
        <w:rPr>
          <w:rFonts w:ascii="Georgia" w:hAnsi="Georgia"/>
          <w:b w:val="0"/>
          <w:i w:val="0"/>
          <w:color w:val="22201D"/>
          <w:sz w:val="20"/>
        </w:rPr>
        <w:t>It lifted.</w:t>
      </w:r>
    </w:p>
    <w:p>
      <w:pPr>
        <w:spacing w:after="60" w:line="266" w:lineRule="auto"/>
        <w:ind w:firstLine="331"/>
        <w:jc w:val="both"/>
      </w:pPr>
      <w:r>
        <w:rPr>
          <w:rFonts w:ascii="Georgia" w:hAnsi="Georgia"/>
          <w:b w:val="0"/>
          <w:i w:val="0"/>
          <w:color w:val="22201D"/>
          <w:sz w:val="20"/>
        </w:rPr>
        <w:t>Not off his palm.</w:t>
      </w:r>
    </w:p>
    <w:p>
      <w:pPr>
        <w:spacing w:after="60" w:line="266" w:lineRule="auto"/>
        <w:ind w:firstLine="331"/>
        <w:jc w:val="both"/>
      </w:pPr>
      <w:r>
        <w:rPr>
          <w:rFonts w:ascii="Georgia" w:hAnsi="Georgia"/>
          <w:b w:val="0"/>
          <w:i w:val="0"/>
          <w:color w:val="22201D"/>
          <w:sz w:val="20"/>
        </w:rPr>
        <w:t>It simply angled like a lever.</w:t>
      </w:r>
    </w:p>
    <w:p>
      <w:pPr>
        <w:spacing w:after="60" w:line="266" w:lineRule="auto"/>
        <w:ind w:firstLine="331"/>
        <w:jc w:val="both"/>
      </w:pPr>
      <w:r>
        <w:rPr>
          <w:rFonts w:ascii="Georgia" w:hAnsi="Georgia"/>
          <w:b w:val="0"/>
          <w:i w:val="0"/>
          <w:color w:val="22201D"/>
          <w:sz w:val="20"/>
        </w:rPr>
        <w:t>Bob slid the spoon under the invoice's top copy.</w:t>
      </w:r>
    </w:p>
    <w:p>
      <w:pPr>
        <w:spacing w:after="60" w:line="266" w:lineRule="auto"/>
        <w:ind w:firstLine="331"/>
        <w:jc w:val="both"/>
      </w:pPr>
      <w:r>
        <w:rPr>
          <w:rFonts w:ascii="Georgia" w:hAnsi="Georgia"/>
          <w:b w:val="0"/>
          <w:i w:val="0"/>
          <w:color w:val="22201D"/>
          <w:sz w:val="20"/>
        </w:rPr>
        <w:t>The paper separated.</w:t>
      </w:r>
    </w:p>
    <w:p>
      <w:pPr>
        <w:spacing w:after="60" w:line="266" w:lineRule="auto"/>
        <w:ind w:firstLine="331"/>
        <w:jc w:val="both"/>
      </w:pPr>
      <w:r>
        <w:rPr>
          <w:rFonts w:ascii="Georgia" w:hAnsi="Georgia"/>
          <w:b w:val="0"/>
          <w:i w:val="0"/>
          <w:color w:val="22201D"/>
          <w:sz w:val="20"/>
        </w:rPr>
        <w:t>Carbon sheets appeared where no carbon had been.</w:t>
      </w:r>
    </w:p>
    <w:p>
      <w:pPr>
        <w:spacing w:after="60" w:line="266" w:lineRule="auto"/>
        <w:ind w:firstLine="331"/>
        <w:jc w:val="both"/>
      </w:pPr>
      <w:r>
        <w:rPr>
          <w:rFonts w:ascii="Georgia" w:hAnsi="Georgia"/>
          <w:b w:val="0"/>
          <w:i w:val="0"/>
          <w:color w:val="22201D"/>
          <w:sz w:val="20"/>
        </w:rPr>
        <w:t>There were now three copies:</w:t>
      </w:r>
    </w:p>
    <w:p>
      <w:pPr>
        <w:spacing w:after="60" w:line="250" w:lineRule="auto"/>
        <w:ind w:left="202" w:right="173"/>
      </w:pPr>
      <w:r>
        <w:rPr>
          <w:rFonts w:ascii="Georgia" w:hAnsi="Georgia"/>
          <w:b w:val="0"/>
          <w:i w:val="0"/>
          <w:color w:val="22201D"/>
          <w:sz w:val="17"/>
        </w:rPr>
        <w:t>DRIVER COPY ROUTE COPY PANTRY COPY</w:t>
      </w:r>
    </w:p>
    <w:p>
      <w:pPr>
        <w:spacing w:after="60" w:line="266" w:lineRule="auto"/>
        <w:ind w:firstLine="331"/>
        <w:jc w:val="both"/>
      </w:pPr>
      <w:r>
        <w:rPr>
          <w:rFonts w:ascii="Georgia" w:hAnsi="Georgia"/>
          <w:b w:val="0"/>
          <w:i w:val="0"/>
          <w:color w:val="22201D"/>
          <w:sz w:val="20"/>
        </w:rPr>
        <w:t>Gerald looked personally offended and deeply satisfied.</w:t>
      </w:r>
    </w:p>
    <w:p>
      <w:pPr>
        <w:spacing w:after="60" w:line="266" w:lineRule="auto"/>
        <w:ind w:firstLine="331"/>
        <w:jc w:val="both"/>
      </w:pPr>
      <w:r>
        <w:rPr>
          <w:rFonts w:ascii="Georgia" w:hAnsi="Georgia"/>
          <w:b w:val="0"/>
          <w:i w:val="0"/>
          <w:color w:val="22201D"/>
          <w:sz w:val="20"/>
        </w:rPr>
        <w:t>"That is better."</w:t>
      </w:r>
    </w:p>
    <w:p>
      <w:pPr>
        <w:spacing w:after="60" w:line="266" w:lineRule="auto"/>
        <w:ind w:firstLine="331"/>
        <w:jc w:val="both"/>
      </w:pPr>
      <w:r>
        <w:rPr>
          <w:rFonts w:ascii="Georgia" w:hAnsi="Georgia"/>
          <w:b w:val="0"/>
          <w:i w:val="0"/>
          <w:color w:val="22201D"/>
          <w:sz w:val="20"/>
        </w:rPr>
        <w:t>Bob handed him the pantry copy.</w:t>
      </w:r>
    </w:p>
    <w:p>
      <w:pPr>
        <w:spacing w:after="60" w:line="266" w:lineRule="auto"/>
        <w:ind w:firstLine="331"/>
        <w:jc w:val="both"/>
      </w:pPr>
      <w:r>
        <w:rPr>
          <w:rFonts w:ascii="Georgia" w:hAnsi="Georgia"/>
          <w:b w:val="0"/>
          <w:i w:val="0"/>
          <w:color w:val="22201D"/>
          <w:sz w:val="20"/>
        </w:rPr>
        <w:t>Gerald carried it back to the cabinet and placed it on the sauce case beneath the signed tag.</w:t>
      </w:r>
    </w:p>
    <w:p>
      <w:pPr>
        <w:spacing w:after="60" w:line="266" w:lineRule="auto"/>
        <w:ind w:firstLine="331"/>
        <w:jc w:val="both"/>
      </w:pPr>
      <w:r>
        <w:rPr>
          <w:rFonts w:ascii="Georgia" w:hAnsi="Georgia"/>
          <w:b w:val="0"/>
          <w:i w:val="0"/>
          <w:color w:val="22201D"/>
          <w:sz w:val="20"/>
        </w:rPr>
        <w:t>The cabinet door shut by itself.</w:t>
      </w:r>
    </w:p>
    <w:p>
      <w:pPr>
        <w:spacing w:after="60" w:line="266" w:lineRule="auto"/>
        <w:ind w:firstLine="331"/>
        <w:jc w:val="both"/>
      </w:pPr>
      <w:r>
        <w:rPr>
          <w:rFonts w:ascii="Georgia" w:hAnsi="Georgia"/>
          <w:b w:val="0"/>
          <w:i w:val="0"/>
          <w:color w:val="22201D"/>
          <w:sz w:val="20"/>
        </w:rPr>
        <w:t>The blank label on the cabinet filled in:</w:t>
      </w:r>
    </w:p>
    <w:p>
      <w:pPr>
        <w:spacing w:after="60" w:line="250" w:lineRule="auto"/>
        <w:ind w:left="202" w:right="173"/>
      </w:pPr>
      <w:r>
        <w:rPr>
          <w:rFonts w:ascii="Georgia" w:hAnsi="Georgia"/>
          <w:b w:val="0"/>
          <w:i w:val="0"/>
          <w:color w:val="22201D"/>
          <w:sz w:val="17"/>
        </w:rPr>
        <w:t>BRIDGE SAUCE SIGNED FOR, NOT CLAIMED</w:t>
      </w:r>
    </w:p>
    <w:p>
      <w:pPr>
        <w:spacing w:after="60" w:line="266" w:lineRule="auto"/>
        <w:ind w:firstLine="331"/>
        <w:jc w:val="both"/>
      </w:pPr>
      <w:r>
        <w:rPr>
          <w:rFonts w:ascii="Georgia" w:hAnsi="Georgia"/>
          <w:b w:val="0"/>
          <w:i w:val="0"/>
          <w:color w:val="22201D"/>
          <w:sz w:val="20"/>
        </w:rPr>
        <w:t>The ledger at the front counter stamped itself.</w:t>
      </w:r>
    </w:p>
    <w:p>
      <w:pPr>
        <w:spacing w:after="60" w:line="250" w:lineRule="auto"/>
        <w:ind w:left="202" w:right="173"/>
      </w:pPr>
      <w:r>
        <w:rPr>
          <w:rFonts w:ascii="Georgia" w:hAnsi="Georgia"/>
          <w:b w:val="0"/>
          <w:i w:val="0"/>
          <w:color w:val="22201D"/>
          <w:sz w:val="17"/>
        </w:rPr>
        <w:t>PANTRY SIGNATURE: RECEIVED IN STORAGE</w:t>
      </w:r>
    </w:p>
    <w:p>
      <w:pPr>
        <w:spacing w:after="60" w:line="266" w:lineRule="auto"/>
        <w:ind w:firstLine="331"/>
        <w:jc w:val="both"/>
      </w:pPr>
      <w:r>
        <w:rPr>
          <w:rFonts w:ascii="Georgia" w:hAnsi="Georgia"/>
          <w:b w:val="0"/>
          <w:i w:val="0"/>
          <w:color w:val="22201D"/>
          <w:sz w:val="20"/>
        </w:rPr>
        <w:t>Then, beneath it:</w:t>
      </w:r>
    </w:p>
    <w:p>
      <w:pPr>
        <w:spacing w:after="60" w:line="250" w:lineRule="auto"/>
        <w:ind w:left="202" w:right="173"/>
      </w:pPr>
      <w:r>
        <w:rPr>
          <w:rFonts w:ascii="Georgia" w:hAnsi="Georgia"/>
          <w:b w:val="0"/>
          <w:i w:val="0"/>
          <w:color w:val="22201D"/>
          <w:sz w:val="17"/>
        </w:rPr>
        <w:t>PRICE PAID: PUT IT AWAY</w:t>
      </w:r>
    </w:p>
    <w:p>
      <w:pPr>
        <w:spacing w:after="60" w:line="266" w:lineRule="auto"/>
        <w:ind w:firstLine="331"/>
        <w:jc w:val="both"/>
      </w:pPr>
      <w:r>
        <w:rPr>
          <w:rFonts w:ascii="Georgia" w:hAnsi="Georgia"/>
          <w:b w:val="0"/>
          <w:i w:val="0"/>
          <w:color w:val="22201D"/>
          <w:sz w:val="20"/>
        </w:rPr>
        <w:t>Nico looked almost disappointed.</w:t>
      </w:r>
    </w:p>
    <w:p>
      <w:pPr>
        <w:spacing w:after="60" w:line="266" w:lineRule="auto"/>
        <w:ind w:firstLine="331"/>
        <w:jc w:val="both"/>
      </w:pPr>
      <w:r>
        <w:rPr>
          <w:rFonts w:ascii="Georgia" w:hAnsi="Georgia"/>
          <w:b w:val="0"/>
          <w:i w:val="0"/>
          <w:color w:val="22201D"/>
          <w:sz w:val="20"/>
        </w:rPr>
        <w:t>"That's it?"</w:t>
      </w:r>
    </w:p>
    <w:p>
      <w:pPr>
        <w:spacing w:after="60" w:line="266" w:lineRule="auto"/>
        <w:ind w:firstLine="331"/>
        <w:jc w:val="both"/>
      </w:pPr>
      <w:r>
        <w:rPr>
          <w:rFonts w:ascii="Georgia" w:hAnsi="Georgia"/>
          <w:b w:val="0"/>
          <w:i w:val="0"/>
          <w:color w:val="22201D"/>
          <w:sz w:val="20"/>
        </w:rPr>
        <w:t>The pantry lights flickered.</w:t>
      </w:r>
    </w:p>
    <w:p>
      <w:pPr>
        <w:spacing w:after="60" w:line="266" w:lineRule="auto"/>
        <w:ind w:firstLine="331"/>
        <w:jc w:val="both"/>
      </w:pPr>
      <w:r>
        <w:rPr>
          <w:rFonts w:ascii="Georgia" w:hAnsi="Georgia"/>
          <w:b w:val="0"/>
          <w:i w:val="0"/>
          <w:color w:val="22201D"/>
          <w:sz w:val="20"/>
        </w:rPr>
        <w:t>One shelf label near the front changed:</w:t>
      </w:r>
    </w:p>
    <w:p>
      <w:pPr>
        <w:spacing w:after="60" w:line="250" w:lineRule="auto"/>
        <w:ind w:left="202" w:right="173"/>
      </w:pPr>
      <w:r>
        <w:rPr>
          <w:rFonts w:ascii="Georgia" w:hAnsi="Georgia"/>
          <w:b w:val="0"/>
          <w:i w:val="0"/>
          <w:color w:val="22201D"/>
          <w:sz w:val="17"/>
        </w:rPr>
        <w:t>THAT IS NEVER IT.</w:t>
      </w:r>
    </w:p>
    <w:p>
      <w:pPr>
        <w:spacing w:after="60" w:line="266" w:lineRule="auto"/>
        <w:ind w:firstLine="331"/>
        <w:jc w:val="both"/>
      </w:pPr>
      <w:r>
        <w:rPr>
          <w:rFonts w:ascii="Georgia" w:hAnsi="Georgia"/>
          <w:b w:val="0"/>
          <w:i w:val="0"/>
          <w:color w:val="22201D"/>
          <w:sz w:val="20"/>
        </w:rPr>
        <w:t>"Fair," Nico said.</w:t>
      </w:r>
    </w:p>
    <w:p>
      <w:pPr>
        <w:spacing w:after="60" w:line="266" w:lineRule="auto"/>
        <w:ind w:firstLine="331"/>
        <w:jc w:val="both"/>
      </w:pPr>
      <w:r>
        <w:rPr>
          <w:rFonts w:ascii="Georgia" w:hAnsi="Georgia"/>
          <w:b w:val="0"/>
          <w:i w:val="0"/>
          <w:color w:val="22201D"/>
          <w:sz w:val="20"/>
        </w:rPr>
        <w:t>At the receiving counter, the rubber stamp finally moved.</w:t>
      </w:r>
    </w:p>
    <w:p>
      <w:pPr>
        <w:spacing w:after="60" w:line="266" w:lineRule="auto"/>
        <w:ind w:firstLine="331"/>
        <w:jc w:val="both"/>
      </w:pPr>
      <w:r>
        <w:rPr>
          <w:rFonts w:ascii="Georgia" w:hAnsi="Georgia"/>
          <w:b w:val="0"/>
          <w:i w:val="0"/>
          <w:color w:val="22201D"/>
          <w:sz w:val="20"/>
        </w:rPr>
        <w:t>It rolled out of the drawer, crossed the stamp pad, and pressed itself to a small crate note that had not been there before.</w:t>
      </w:r>
    </w:p>
    <w:p>
      <w:pPr>
        <w:spacing w:after="60" w:line="266" w:lineRule="auto"/>
        <w:ind w:firstLine="331"/>
        <w:jc w:val="both"/>
      </w:pPr>
      <w:r>
        <w:rPr>
          <w:rFonts w:ascii="Georgia" w:hAnsi="Georgia"/>
          <w:b w:val="0"/>
          <w:i w:val="0"/>
          <w:color w:val="22201D"/>
          <w:sz w:val="20"/>
        </w:rPr>
        <w:t>Bob picked up the note.</w:t>
      </w:r>
    </w:p>
    <w:p>
      <w:pPr>
        <w:spacing w:after="60" w:line="266" w:lineRule="auto"/>
        <w:ind w:firstLine="331"/>
        <w:jc w:val="both"/>
      </w:pPr>
      <w:r>
        <w:rPr>
          <w:rFonts w:ascii="Georgia" w:hAnsi="Georgia"/>
          <w:b w:val="0"/>
          <w:i w:val="0"/>
          <w:color w:val="22201D"/>
          <w:sz w:val="20"/>
        </w:rPr>
        <w:t>It was written on brown card stock and punched at the corner for string.</w:t>
      </w:r>
    </w:p>
    <w:p>
      <w:pPr>
        <w:spacing w:after="60" w:line="250" w:lineRule="auto"/>
        <w:ind w:left="202" w:right="173"/>
      </w:pPr>
      <w:r>
        <w:rPr>
          <w:rFonts w:ascii="Georgia" w:hAnsi="Georgia"/>
          <w:b w:val="0"/>
          <w:i w:val="0"/>
          <w:color w:val="22201D"/>
          <w:sz w:val="17"/>
        </w:rPr>
        <w:t>FINAL CRATE NOTE Do not argue with Bob. Agreement required before departure.</w:t>
      </w:r>
    </w:p>
    <w:p>
      <w:pPr>
        <w:spacing w:after="60" w:line="266" w:lineRule="auto"/>
        <w:ind w:firstLine="331"/>
        <w:jc w:val="both"/>
      </w:pPr>
      <w:r>
        <w:rPr>
          <w:rFonts w:ascii="Georgia" w:hAnsi="Georgia"/>
          <w:b w:val="0"/>
          <w:i w:val="0"/>
          <w:color w:val="22201D"/>
          <w:sz w:val="20"/>
        </w:rPr>
        <w:t>Bob read it.</w:t>
      </w:r>
    </w:p>
    <w:p>
      <w:pPr>
        <w:spacing w:after="60" w:line="266" w:lineRule="auto"/>
        <w:ind w:firstLine="331"/>
        <w:jc w:val="both"/>
      </w:pPr>
      <w:r>
        <w:rPr>
          <w:rFonts w:ascii="Georgia" w:hAnsi="Georgia"/>
          <w:b w:val="0"/>
          <w:i w:val="0"/>
          <w:color w:val="22201D"/>
          <w:sz w:val="20"/>
        </w:rPr>
        <w:t>Then he read it again because the first reading was insulting and the second was worse.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Gerald coughed into one fist.</w:t>
      </w:r>
    </w:p>
    <w:p>
      <w:pPr>
        <w:spacing w:after="60" w:line="266" w:lineRule="auto"/>
        <w:ind w:firstLine="331"/>
        <w:jc w:val="both"/>
      </w:pPr>
      <w:r>
        <w:rPr>
          <w:rFonts w:ascii="Georgia" w:hAnsi="Georgia"/>
          <w:b w:val="0"/>
          <w:i w:val="0"/>
          <w:color w:val="22201D"/>
          <w:sz w:val="20"/>
        </w:rPr>
        <w:t>Steve stared at the canned pears.</w:t>
      </w:r>
    </w:p>
    <w:p>
      <w:pPr>
        <w:spacing w:after="60" w:line="266" w:lineRule="auto"/>
        <w:ind w:firstLine="331"/>
        <w:jc w:val="both"/>
      </w:pPr>
      <w:r>
        <w:rPr>
          <w:rFonts w:ascii="Georgia" w:hAnsi="Georgia"/>
          <w:b w:val="0"/>
          <w:i w:val="0"/>
          <w:color w:val="22201D"/>
          <w:sz w:val="20"/>
        </w:rPr>
        <w:t>Nico did not even try.</w:t>
      </w:r>
    </w:p>
    <w:p>
      <w:pPr>
        <w:spacing w:after="60" w:line="266" w:lineRule="auto"/>
        <w:ind w:firstLine="331"/>
        <w:jc w:val="both"/>
      </w:pPr>
      <w:r>
        <w:rPr>
          <w:rFonts w:ascii="Georgia" w:hAnsi="Georgia"/>
          <w:b w:val="0"/>
          <w:i w:val="0"/>
          <w:color w:val="22201D"/>
          <w:sz w:val="20"/>
        </w:rPr>
        <w:t>She laughed so hard she had to sit on a sack of rice labeled EMERGENCY COMFORT, MEDIUM GRAIN.</w:t>
      </w:r>
    </w:p>
    <w:p>
      <w:pPr>
        <w:spacing w:after="60" w:line="266" w:lineRule="auto"/>
        <w:ind w:firstLine="331"/>
        <w:jc w:val="both"/>
      </w:pPr>
      <w:r>
        <w:rPr>
          <w:rFonts w:ascii="Georgia" w:hAnsi="Georgia"/>
          <w:b w:val="0"/>
          <w:i w:val="0"/>
          <w:color w:val="22201D"/>
          <w:sz w:val="20"/>
        </w:rPr>
        <w:t>Bob held up the note.</w:t>
      </w:r>
    </w:p>
    <w:p>
      <w:pPr>
        <w:spacing w:after="60" w:line="266" w:lineRule="auto"/>
        <w:ind w:firstLine="331"/>
        <w:jc w:val="both"/>
      </w:pPr>
      <w:r>
        <w:rPr>
          <w:rFonts w:ascii="Georgia" w:hAnsi="Georgia"/>
          <w:b w:val="0"/>
          <w:i w:val="0"/>
          <w:color w:val="22201D"/>
          <w:sz w:val="20"/>
        </w:rPr>
        <w:t>"This is not funny."</w:t>
      </w:r>
    </w:p>
    <w:p>
      <w:pPr>
        <w:spacing w:after="60" w:line="266" w:lineRule="auto"/>
        <w:ind w:firstLine="331"/>
        <w:jc w:val="both"/>
      </w:pPr>
      <w:r>
        <w:rPr>
          <w:rFonts w:ascii="Georgia" w:hAnsi="Georgia"/>
          <w:b w:val="0"/>
          <w:i w:val="0"/>
          <w:color w:val="22201D"/>
          <w:sz w:val="20"/>
        </w:rPr>
        <w:t>"No," Nico said, failing.</w:t>
      </w:r>
    </w:p>
    <w:p>
      <w:pPr>
        <w:spacing w:after="60" w:line="266" w:lineRule="auto"/>
        <w:ind w:firstLine="331"/>
        <w:jc w:val="both"/>
      </w:pPr>
      <w:r>
        <w:rPr>
          <w:rFonts w:ascii="Georgia" w:hAnsi="Georgia"/>
          <w:b w:val="0"/>
          <w:i w:val="0"/>
          <w:color w:val="22201D"/>
          <w:sz w:val="20"/>
        </w:rPr>
        <w:t>"It says do not argue with me."</w:t>
      </w:r>
    </w:p>
    <w:p>
      <w:pPr>
        <w:spacing w:after="60" w:line="266" w:lineRule="auto"/>
        <w:ind w:firstLine="331"/>
        <w:jc w:val="both"/>
      </w:pPr>
      <w:r>
        <w:rPr>
          <w:rFonts w:ascii="Georgia" w:hAnsi="Georgia"/>
          <w:b w:val="0"/>
          <w:i w:val="0"/>
          <w:color w:val="22201D"/>
          <w:sz w:val="20"/>
        </w:rPr>
        <w:t>"It does."</w:t>
      </w:r>
    </w:p>
    <w:p>
      <w:pPr>
        <w:spacing w:after="60" w:line="266" w:lineRule="auto"/>
        <w:ind w:firstLine="331"/>
        <w:jc w:val="both"/>
      </w:pPr>
      <w:r>
        <w:rPr>
          <w:rFonts w:ascii="Georgia" w:hAnsi="Georgia"/>
          <w:b w:val="0"/>
          <w:i w:val="0"/>
          <w:color w:val="22201D"/>
          <w:sz w:val="20"/>
        </w:rPr>
        <w:t>"That is good advice."</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"Then why are you laughing?"</w:t>
      </w:r>
    </w:p>
    <w:p>
      <w:pPr>
        <w:spacing w:after="60" w:line="266" w:lineRule="auto"/>
        <w:ind w:firstLine="331"/>
        <w:jc w:val="both"/>
      </w:pPr>
      <w:r>
        <w:rPr>
          <w:rFonts w:ascii="Georgia" w:hAnsi="Georgia"/>
          <w:b w:val="0"/>
          <w:i w:val="0"/>
          <w:color w:val="22201D"/>
          <w:sz w:val="20"/>
        </w:rPr>
        <w:t>"Because it also says agreement required."</w:t>
      </w:r>
    </w:p>
    <w:p>
      <w:pPr>
        <w:spacing w:after="60" w:line="266" w:lineRule="auto"/>
        <w:ind w:firstLine="331"/>
        <w:jc w:val="both"/>
      </w:pPr>
      <w:r>
        <w:rPr>
          <w:rFonts w:ascii="Georgia" w:hAnsi="Georgia"/>
          <w:b w:val="0"/>
          <w:i w:val="0"/>
          <w:color w:val="22201D"/>
          <w:sz w:val="20"/>
        </w:rPr>
        <w:t>Bob looked at the note.</w:t>
      </w:r>
    </w:p>
    <w:p>
      <w:pPr>
        <w:spacing w:after="60" w:line="266" w:lineRule="auto"/>
        <w:ind w:firstLine="331"/>
        <w:jc w:val="both"/>
      </w:pPr>
      <w:r>
        <w:rPr>
          <w:rFonts w:ascii="Georgia" w:hAnsi="Georgia"/>
          <w:b w:val="0"/>
          <w:i w:val="0"/>
          <w:color w:val="22201D"/>
          <w:sz w:val="20"/>
        </w:rPr>
        <w:t>The final line darkened as if underlining itself politely:</w:t>
      </w:r>
    </w:p>
    <w:p>
      <w:pPr>
        <w:spacing w:after="60" w:line="250" w:lineRule="auto"/>
        <w:ind w:left="202" w:right="173"/>
      </w:pPr>
      <w:r>
        <w:rPr>
          <w:rFonts w:ascii="Georgia" w:hAnsi="Georgia"/>
          <w:b w:val="0"/>
          <w:i w:val="0"/>
          <w:color w:val="22201D"/>
          <w:sz w:val="17"/>
        </w:rPr>
        <w:t>Agreement required before departure.</w:t>
      </w:r>
    </w:p>
    <w:p>
      <w:pPr>
        <w:spacing w:after="60" w:line="266" w:lineRule="auto"/>
        <w:ind w:firstLine="331"/>
        <w:jc w:val="both"/>
      </w:pPr>
      <w:r>
        <w:rPr>
          <w:rFonts w:ascii="Georgia" w:hAnsi="Georgia"/>
          <w:b w:val="0"/>
          <w:i w:val="0"/>
          <w:color w:val="22201D"/>
          <w:sz w:val="20"/>
        </w:rPr>
        <w:t>The route had found a way to make not arguing with Bob cost Bob something.</w:t>
      </w:r>
    </w:p>
    <w:p>
      <w:pPr>
        <w:spacing w:after="60" w:line="266" w:lineRule="auto"/>
        <w:ind w:firstLine="331"/>
        <w:jc w:val="both"/>
      </w:pPr>
      <w:r>
        <w:rPr>
          <w:rFonts w:ascii="Georgia" w:hAnsi="Georgia"/>
          <w:b w:val="0"/>
          <w:i w:val="0"/>
          <w:color w:val="22201D"/>
          <w:sz w:val="20"/>
        </w:rPr>
        <w:t>This was advanced paperwork cruelty.</w:t>
      </w:r>
    </w:p>
    <w:p>
      <w:pPr>
        <w:spacing w:after="60" w:line="266" w:lineRule="auto"/>
        <w:ind w:firstLine="331"/>
        <w:jc w:val="both"/>
      </w:pPr>
      <w:r>
        <w:rPr>
          <w:rFonts w:ascii="Georgia" w:hAnsi="Georgia"/>
          <w:b w:val="0"/>
          <w:i w:val="0"/>
          <w:color w:val="22201D"/>
          <w:sz w:val="20"/>
        </w:rPr>
        <w:t>Flocc took one cautious step closer.</w:t>
      </w:r>
    </w:p>
    <w:p>
      <w:pPr>
        <w:spacing w:after="60" w:line="266" w:lineRule="auto"/>
        <w:ind w:firstLine="331"/>
        <w:jc w:val="both"/>
      </w:pPr>
      <w:r>
        <w:rPr>
          <w:rFonts w:ascii="Georgia" w:hAnsi="Georgia"/>
          <w:b w:val="0"/>
          <w:i w:val="0"/>
          <w:color w:val="22201D"/>
          <w:sz w:val="20"/>
        </w:rPr>
        <w:t>"The final price is agreement."</w:t>
      </w:r>
    </w:p>
    <w:p>
      <w:pPr>
        <w:spacing w:after="60" w:line="266" w:lineRule="auto"/>
        <w:ind w:firstLine="331"/>
        <w:jc w:val="both"/>
      </w:pPr>
      <w:r>
        <w:rPr>
          <w:rFonts w:ascii="Georgia" w:hAnsi="Georgia"/>
          <w:b w:val="0"/>
          <w:i w:val="0"/>
          <w:color w:val="22201D"/>
          <w:sz w:val="20"/>
        </w:rPr>
        <w:t>"I can see that."</w:t>
      </w:r>
    </w:p>
    <w:p>
      <w:pPr>
        <w:spacing w:after="60" w:line="266" w:lineRule="auto"/>
        <w:ind w:firstLine="331"/>
        <w:jc w:val="both"/>
      </w:pPr>
      <w:r>
        <w:rPr>
          <w:rFonts w:ascii="Georgia" w:hAnsi="Georgia"/>
          <w:b w:val="0"/>
          <w:i w:val="0"/>
          <w:color w:val="22201D"/>
          <w:sz w:val="20"/>
        </w:rPr>
        <w:t>"Agreement is not obedience."</w:t>
      </w:r>
    </w:p>
    <w:p>
      <w:pPr>
        <w:spacing w:after="60" w:line="266" w:lineRule="auto"/>
        <w:ind w:firstLine="331"/>
        <w:jc w:val="both"/>
      </w:pPr>
      <w:r>
        <w:rPr>
          <w:rFonts w:ascii="Georgia" w:hAnsi="Georgia"/>
          <w:b w:val="0"/>
          <w:i w:val="0"/>
          <w:color w:val="22201D"/>
          <w:sz w:val="20"/>
        </w:rPr>
        <w:t>"Did not ask."</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pantry door at the back of the receiving area opened into darkness that smelled faintly of cumin, old cardboard, and future trouble.</w:t>
      </w:r>
    </w:p>
    <w:p>
      <w:pPr>
        <w:spacing w:after="60" w:line="266" w:lineRule="auto"/>
        <w:ind w:firstLine="331"/>
        <w:jc w:val="both"/>
      </w:pPr>
      <w:r>
        <w:rPr>
          <w:rFonts w:ascii="Georgia" w:hAnsi="Georgia"/>
          <w:b w:val="0"/>
          <w:i w:val="0"/>
          <w:color w:val="22201D"/>
          <w:sz w:val="20"/>
        </w:rPr>
        <w:t>No one stepped through.</w:t>
      </w:r>
    </w:p>
    <w:p>
      <w:pPr>
        <w:spacing w:after="60" w:line="266" w:lineRule="auto"/>
        <w:ind w:firstLine="331"/>
        <w:jc w:val="both"/>
      </w:pPr>
      <w:r>
        <w:rPr>
          <w:rFonts w:ascii="Georgia" w:hAnsi="Georgia"/>
          <w:b w:val="0"/>
          <w:i w:val="0"/>
          <w:color w:val="22201D"/>
          <w:sz w:val="20"/>
        </w:rPr>
        <w:t>No one needed to.</w:t>
      </w:r>
    </w:p>
    <w:p>
      <w:pPr>
        <w:spacing w:after="60" w:line="266" w:lineRule="auto"/>
        <w:ind w:firstLine="331"/>
        <w:jc w:val="both"/>
      </w:pPr>
      <w:r>
        <w:rPr>
          <w:rFonts w:ascii="Georgia" w:hAnsi="Georgia"/>
          <w:b w:val="0"/>
          <w:i w:val="0"/>
          <w:color w:val="22201D"/>
          <w:sz w:val="20"/>
        </w:rPr>
        <w:t>Book 7 had leaned close enough to show its storage rules and then remained, properly, on the other side of the cabinet.</w:t>
      </w:r>
    </w:p>
    <w:p>
      <w:pPr>
        <w:spacing w:after="60" w:line="266" w:lineRule="auto"/>
        <w:ind w:firstLine="331"/>
        <w:jc w:val="both"/>
      </w:pPr>
      <w:r>
        <w:rPr>
          <w:rFonts w:ascii="Georgia" w:hAnsi="Georgia"/>
          <w:b w:val="0"/>
          <w:i w:val="0"/>
          <w:color w:val="22201D"/>
          <w:sz w:val="20"/>
        </w:rPr>
        <w:t>Bob clipped the final crate note to Gerald's board.</w:t>
      </w:r>
    </w:p>
    <w:p>
      <w:pPr>
        <w:spacing w:after="60" w:line="266" w:lineRule="auto"/>
        <w:ind w:firstLine="331"/>
        <w:jc w:val="both"/>
      </w:pPr>
      <w:r>
        <w:rPr>
          <w:rFonts w:ascii="Georgia" w:hAnsi="Georgia"/>
          <w:b w:val="0"/>
          <w:i w:val="0"/>
          <w:color w:val="22201D"/>
          <w:sz w:val="20"/>
        </w:rPr>
        <w:t>Gerald did not object to Bob using the clipboard.</w:t>
      </w:r>
    </w:p>
    <w:p>
      <w:pPr>
        <w:spacing w:after="60" w:line="266" w:lineRule="auto"/>
        <w:ind w:firstLine="331"/>
        <w:jc w:val="both"/>
      </w:pPr>
      <w:r>
        <w:rPr>
          <w:rFonts w:ascii="Georgia" w:hAnsi="Georgia"/>
          <w:b w:val="0"/>
          <w:i w:val="0"/>
          <w:color w:val="22201D"/>
          <w:sz w:val="20"/>
        </w:rPr>
        <w:t>This was also agreement, though no one was foolish enough to say so yet.</w:t>
      </w:r>
    </w:p>
    <w:p>
      <w:pPr>
        <w:spacing w:after="60" w:line="266" w:lineRule="auto"/>
        <w:ind w:firstLine="331"/>
        <w:jc w:val="both"/>
      </w:pPr>
      <w:r>
        <w:rPr>
          <w:rFonts w:ascii="Georgia" w:hAnsi="Georgia"/>
          <w:b w:val="0"/>
          <w:i w:val="0"/>
          <w:color w:val="22201D"/>
          <w:sz w:val="20"/>
        </w:rPr>
        <w:t>They returned to the truck.</w:t>
      </w:r>
    </w:p>
    <w:p>
      <w:pPr>
        <w:spacing w:after="60" w:line="266" w:lineRule="auto"/>
        <w:ind w:firstLine="331"/>
        <w:jc w:val="both"/>
      </w:pPr>
      <w:r>
        <w:rPr>
          <w:rFonts w:ascii="Georgia" w:hAnsi="Georgia"/>
          <w:b w:val="0"/>
          <w:i w:val="0"/>
          <w:color w:val="22201D"/>
          <w:sz w:val="20"/>
        </w:rPr>
        <w:t>The temporary bracket held.</w:t>
      </w:r>
    </w:p>
    <w:p>
      <w:pPr>
        <w:spacing w:after="60" w:line="266" w:lineRule="auto"/>
        <w:ind w:firstLine="331"/>
        <w:jc w:val="both"/>
      </w:pPr>
      <w:r>
        <w:rPr>
          <w:rFonts w:ascii="Georgia" w:hAnsi="Georgia"/>
          <w:b w:val="0"/>
          <w:i w:val="0"/>
          <w:color w:val="22201D"/>
          <w:sz w:val="20"/>
        </w:rPr>
        <w:t>The cargo was lighter by one bridge sauce case and heavier by a final note.</w:t>
      </w:r>
    </w:p>
    <w:p>
      <w:pPr>
        <w:spacing w:after="60" w:line="266" w:lineRule="auto"/>
        <w:ind w:firstLine="331"/>
        <w:jc w:val="both"/>
      </w:pPr>
      <w:r>
        <w:rPr>
          <w:rFonts w:ascii="Georgia" w:hAnsi="Georgia"/>
          <w:b w:val="0"/>
          <w:i w:val="0"/>
          <w:color w:val="22201D"/>
          <w:sz w:val="20"/>
        </w:rPr>
        <w:t>The pantry copy stayed put away.</w:t>
      </w:r>
    </w:p>
    <w:p>
      <w:pPr>
        <w:spacing w:after="60" w:line="266" w:lineRule="auto"/>
        <w:ind w:firstLine="331"/>
        <w:jc w:val="both"/>
      </w:pPr>
      <w:r>
        <w:rPr>
          <w:rFonts w:ascii="Georgia" w:hAnsi="Georgia"/>
          <w:b w:val="0"/>
          <w:i w:val="0"/>
          <w:color w:val="22201D"/>
          <w:sz w:val="20"/>
        </w:rPr>
        <w:t>The driver copy and route copy remained with them.</w:t>
      </w:r>
    </w:p>
    <w:p>
      <w:pPr>
        <w:spacing w:after="60" w:line="266" w:lineRule="auto"/>
        <w:ind w:firstLine="331"/>
        <w:jc w:val="both"/>
      </w:pPr>
      <w:r>
        <w:rPr>
          <w:rFonts w:ascii="Georgia" w:hAnsi="Georgia"/>
          <w:b w:val="0"/>
          <w:i w:val="0"/>
          <w:color w:val="22201D"/>
          <w:sz w:val="20"/>
        </w:rPr>
        <w:t>Bob reached for the driver's door.</w:t>
      </w:r>
    </w:p>
    <w:p>
      <w:pPr>
        <w:spacing w:after="60" w:line="266" w:lineRule="auto"/>
        <w:ind w:firstLine="331"/>
        <w:jc w:val="both"/>
      </w:pPr>
      <w:r>
        <w:rPr>
          <w:rFonts w:ascii="Georgia" w:hAnsi="Georgia"/>
          <w:b w:val="0"/>
          <w:i w:val="0"/>
          <w:color w:val="22201D"/>
          <w:sz w:val="20"/>
        </w:rPr>
        <w:t>Gerald held up the keys.</w:t>
      </w:r>
    </w:p>
    <w:p>
      <w:pPr>
        <w:spacing w:after="60" w:line="266" w:lineRule="auto"/>
        <w:ind w:firstLine="331"/>
        <w:jc w:val="both"/>
      </w:pPr>
      <w:r>
        <w:rPr>
          <w:rFonts w:ascii="Georgia" w:hAnsi="Georgia"/>
          <w:b w:val="0"/>
          <w:i w:val="0"/>
          <w:color w:val="22201D"/>
          <w:sz w:val="20"/>
        </w:rPr>
        <w:t>Bob stopped.</w:t>
      </w:r>
    </w:p>
    <w:p>
      <w:pPr>
        <w:spacing w:after="60" w:line="266" w:lineRule="auto"/>
        <w:ind w:firstLine="331"/>
        <w:jc w:val="both"/>
      </w:pPr>
      <w:r>
        <w:rPr>
          <w:rFonts w:ascii="Georgia" w:hAnsi="Georgia"/>
          <w:b w:val="0"/>
          <w:i w:val="0"/>
          <w:color w:val="22201D"/>
          <w:sz w:val="20"/>
        </w:rPr>
        <w:t>Gerald waited.</w:t>
      </w:r>
    </w:p>
    <w:p>
      <w:pPr>
        <w:spacing w:after="60" w:line="266" w:lineRule="auto"/>
        <w:ind w:firstLine="331"/>
        <w:jc w:val="both"/>
      </w:pPr>
      <w:r>
        <w:rPr>
          <w:rFonts w:ascii="Georgia" w:hAnsi="Georgia"/>
          <w:b w:val="0"/>
          <w:i w:val="0"/>
          <w:color w:val="22201D"/>
          <w:sz w:val="20"/>
        </w:rPr>
        <w:t>The final crate note waited.</w:t>
      </w:r>
    </w:p>
    <w:p>
      <w:pPr>
        <w:spacing w:after="60" w:line="266" w:lineRule="auto"/>
        <w:ind w:firstLine="331"/>
        <w:jc w:val="both"/>
      </w:pPr>
      <w:r>
        <w:rPr>
          <w:rFonts w:ascii="Georgia" w:hAnsi="Georgia"/>
          <w:b w:val="0"/>
          <w:i w:val="0"/>
          <w:color w:val="22201D"/>
          <w:sz w:val="20"/>
        </w:rPr>
        <w:t>The pantry waited with enough shelves to outwait civilization.</w:t>
      </w:r>
    </w:p>
    <w:p>
      <w:pPr>
        <w:spacing w:after="60" w:line="266" w:lineRule="auto"/>
        <w:ind w:firstLine="331"/>
        <w:jc w:val="both"/>
      </w:pPr>
      <w:r>
        <w:rPr>
          <w:rFonts w:ascii="Georgia" w:hAnsi="Georgia"/>
          <w:b w:val="0"/>
          <w:i w:val="0"/>
          <w:color w:val="22201D"/>
          <w:sz w:val="20"/>
        </w:rPr>
        <w:t>Bob opened the passenger door.</w:t>
      </w:r>
    </w:p>
    <w:p>
      <w:pPr>
        <w:spacing w:after="60" w:line="266" w:lineRule="auto"/>
        <w:ind w:firstLine="331"/>
        <w:jc w:val="both"/>
      </w:pPr>
      <w:r>
        <w:rPr>
          <w:rFonts w:ascii="Georgia" w:hAnsi="Georgia"/>
          <w:b w:val="0"/>
          <w:i w:val="0"/>
          <w:color w:val="22201D"/>
          <w:sz w:val="20"/>
        </w:rPr>
        <w:t>"You drive until the road stops being stupid."</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"That may not happen."</w:t>
      </w:r>
    </w:p>
    <w:p>
      <w:pPr>
        <w:spacing w:after="60" w:line="266" w:lineRule="auto"/>
        <w:ind w:firstLine="331"/>
        <w:jc w:val="both"/>
      </w:pPr>
      <w:r>
        <w:rPr>
          <w:rFonts w:ascii="Georgia" w:hAnsi="Georgia"/>
          <w:b w:val="0"/>
          <w:i w:val="0"/>
          <w:color w:val="22201D"/>
          <w:sz w:val="20"/>
        </w:rPr>
        <w:t>"Then drive."</w:t>
      </w:r>
    </w:p>
    <w:p>
      <w:pPr>
        <w:spacing w:after="60" w:line="266" w:lineRule="auto"/>
        <w:ind w:firstLine="331"/>
        <w:jc w:val="both"/>
      </w:pPr>
      <w:r>
        <w:rPr>
          <w:rFonts w:ascii="Georgia" w:hAnsi="Georgia"/>
          <w:b w:val="0"/>
          <w:i w:val="0"/>
          <w:color w:val="22201D"/>
          <w:sz w:val="20"/>
        </w:rPr>
        <w:t>Gerald got behind the wheel.</w:t>
      </w:r>
    </w:p>
    <w:p>
      <w:pPr>
        <w:spacing w:after="60" w:line="266" w:lineRule="auto"/>
        <w:ind w:firstLine="331"/>
        <w:jc w:val="both"/>
      </w:pPr>
      <w:r>
        <w:rPr>
          <w:rFonts w:ascii="Georgia" w:hAnsi="Georgia"/>
          <w:b w:val="0"/>
          <w:i w:val="0"/>
          <w:color w:val="22201D"/>
          <w:sz w:val="20"/>
        </w:rPr>
        <w:t>Bob got into the passenger seat.</w:t>
      </w:r>
    </w:p>
    <w:p>
      <w:pPr>
        <w:spacing w:after="60" w:line="266" w:lineRule="auto"/>
        <w:ind w:firstLine="331"/>
        <w:jc w:val="both"/>
      </w:pPr>
      <w:r>
        <w:rPr>
          <w:rFonts w:ascii="Georgia" w:hAnsi="Georgia"/>
          <w:b w:val="0"/>
          <w:i w:val="0"/>
          <w:color w:val="22201D"/>
          <w:sz w:val="20"/>
        </w:rPr>
        <w:t>The menu key printed:</w:t>
      </w:r>
    </w:p>
    <w:p>
      <w:pPr>
        <w:spacing w:after="60" w:line="250" w:lineRule="auto"/>
        <w:ind w:left="202" w:right="173"/>
      </w:pPr>
      <w:r>
        <w:rPr>
          <w:rFonts w:ascii="Georgia" w:hAnsi="Georgia"/>
          <w:b w:val="0"/>
          <w:i w:val="0"/>
          <w:color w:val="22201D"/>
          <w:sz w:val="17"/>
        </w:rPr>
        <w:t>DO NOT ARGUE WITH BOB</w:t>
      </w:r>
    </w:p>
    <w:p>
      <w:pPr>
        <w:spacing w:after="60" w:line="266" w:lineRule="auto"/>
        <w:ind w:firstLine="331"/>
        <w:jc w:val="both"/>
      </w:pPr>
      <w:r>
        <w:rPr>
          <w:rFonts w:ascii="Georgia" w:hAnsi="Georgia"/>
          <w:b w:val="0"/>
          <w:i w:val="0"/>
          <w:color w:val="22201D"/>
          <w:sz w:val="20"/>
        </w:rPr>
        <w:t>Then, beneath it:</w:t>
      </w:r>
    </w:p>
    <w:p>
      <w:pPr>
        <w:spacing w:after="60" w:line="250" w:lineRule="auto"/>
        <w:ind w:left="202" w:right="173"/>
      </w:pPr>
      <w:r>
        <w:rPr>
          <w:rFonts w:ascii="Georgia" w:hAnsi="Georgia"/>
          <w:b w:val="0"/>
          <w:i w:val="0"/>
          <w:color w:val="22201D"/>
          <w:sz w:val="17"/>
        </w:rPr>
        <w:t>Chapter Twelve.</w:t>
      </w:r>
    </w:p>
    <w:p>
      <w:pPr>
        <w:spacing w:after="60" w:line="266" w:lineRule="auto"/>
        <w:ind w:firstLine="331"/>
        <w:jc w:val="both"/>
      </w:pPr>
      <w:r>
        <w:rPr>
          <w:rFonts w:ascii="Georgia" w:hAnsi="Georgia"/>
          <w:b w:val="0"/>
          <w:i w:val="0"/>
          <w:color w:val="22201D"/>
          <w:sz w:val="20"/>
        </w:rPr>
        <w:t>The spoon pointed forward and stayed there.</w:t>
      </w:r>
    </w:p>
    <w:p>
      <w:pPr>
        <w:spacing w:after="60" w:line="266" w:lineRule="auto"/>
        <w:ind w:firstLine="331"/>
        <w:jc w:val="both"/>
      </w:pPr>
      <w:r>
        <w:rPr>
          <w:rFonts w:ascii="Georgia" w:hAnsi="Georgia"/>
          <w:b w:val="0"/>
          <w:i w:val="0"/>
          <w:color w:val="22201D"/>
          <w:sz w:val="20"/>
        </w:rPr>
        <w:t>For once, Bob did not argue with it.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Do Not Argue With Bob</w:t>
      </w:r>
    </w:p>
    <w:p>
      <w:pPr>
        <w:spacing w:after="60" w:line="266" w:lineRule="auto"/>
        <w:ind w:firstLine="0"/>
        <w:jc w:val="both"/>
      </w:pPr>
      <w:r>
        <w:rPr>
          <w:rFonts w:ascii="Georgia" w:hAnsi="Georgia"/>
          <w:b w:val="0"/>
          <w:i w:val="0"/>
          <w:color w:val="22201D"/>
          <w:sz w:val="20"/>
        </w:rPr>
        <w:t>In which the route closes by refusing a grand speech, the final crate note charges the price of agreement, and practical mysticism wins because everybody stops making it explain itself.</w:t>
      </w:r>
    </w:p>
    <w:p>
      <w:pPr>
        <w:spacing w:after="60" w:line="266" w:lineRule="auto"/>
        <w:ind w:firstLine="331"/>
        <w:jc w:val="both"/>
      </w:pPr>
      <w:r>
        <w:rPr>
          <w:rFonts w:ascii="Georgia" w:hAnsi="Georgia"/>
          <w:b w:val="0"/>
          <w:i w:val="0"/>
          <w:color w:val="22201D"/>
          <w:sz w:val="20"/>
        </w:rPr>
        <w:t>Gerald drove away from the pantry at fifteen miles per hour.</w:t>
      </w:r>
    </w:p>
    <w:p>
      <w:pPr>
        <w:spacing w:after="60" w:line="266" w:lineRule="auto"/>
        <w:ind w:firstLine="331"/>
        <w:jc w:val="both"/>
      </w:pPr>
      <w:r>
        <w:rPr>
          <w:rFonts w:ascii="Georgia" w:hAnsi="Georgia"/>
          <w:b w:val="0"/>
          <w:i w:val="0"/>
          <w:color w:val="22201D"/>
          <w:sz w:val="20"/>
        </w:rPr>
        <w:t>Bob sat in the passenger seat.</w:t>
      </w:r>
    </w:p>
    <w:p>
      <w:pPr>
        <w:spacing w:after="60" w:line="266" w:lineRule="auto"/>
        <w:ind w:firstLine="331"/>
        <w:jc w:val="both"/>
      </w:pPr>
      <w:r>
        <w:rPr>
          <w:rFonts w:ascii="Georgia" w:hAnsi="Georgia"/>
          <w:b w:val="0"/>
          <w:i w:val="0"/>
          <w:color w:val="22201D"/>
          <w:sz w:val="20"/>
        </w:rPr>
        <w:t>No one mentioned either fact.</w:t>
      </w:r>
    </w:p>
    <w:p>
      <w:pPr>
        <w:spacing w:after="60" w:line="266" w:lineRule="auto"/>
        <w:ind w:firstLine="331"/>
        <w:jc w:val="both"/>
      </w:pPr>
      <w:r>
        <w:rPr>
          <w:rFonts w:ascii="Georgia" w:hAnsi="Georgia"/>
          <w:b w:val="0"/>
          <w:i w:val="0"/>
          <w:color w:val="22201D"/>
          <w:sz w:val="20"/>
        </w:rPr>
        <w:t>This was agreement's first mercy.</w:t>
      </w:r>
    </w:p>
    <w:p>
      <w:pPr>
        <w:spacing w:after="60" w:line="266" w:lineRule="auto"/>
        <w:ind w:firstLine="331"/>
        <w:jc w:val="both"/>
      </w:pPr>
      <w:r>
        <w:rPr>
          <w:rFonts w:ascii="Georgia" w:hAnsi="Georgia"/>
          <w:b w:val="0"/>
          <w:i w:val="0"/>
          <w:color w:val="22201D"/>
          <w:sz w:val="20"/>
        </w:rPr>
        <w:t>The final crate note hung from Gerald's clipboard by a loop of string that had not been there when they entered the pantry and now looked as if it had always belonged to office supplies.</w:t>
      </w:r>
    </w:p>
    <w:p>
      <w:pPr>
        <w:spacing w:after="60" w:line="250" w:lineRule="auto"/>
        <w:ind w:left="202" w:right="173"/>
      </w:pPr>
      <w:r>
        <w:rPr>
          <w:rFonts w:ascii="Georgia" w:hAnsi="Georgia"/>
          <w:b w:val="0"/>
          <w:i w:val="0"/>
          <w:color w:val="22201D"/>
          <w:sz w:val="17"/>
        </w:rPr>
        <w:t>FINAL CRATE NOTE Do not argue with Bob. Agreement required before departure.</w:t>
      </w:r>
    </w:p>
    <w:p>
      <w:pPr>
        <w:spacing w:after="60" w:line="266" w:lineRule="auto"/>
        <w:ind w:firstLine="331"/>
        <w:jc w:val="both"/>
      </w:pPr>
      <w:r>
        <w:rPr>
          <w:rFonts w:ascii="Georgia" w:hAnsi="Georgia"/>
          <w:b w:val="0"/>
          <w:i w:val="0"/>
          <w:color w:val="22201D"/>
          <w:sz w:val="20"/>
        </w:rPr>
        <w:t>The truck had departed.</w:t>
      </w:r>
    </w:p>
    <w:p>
      <w:pPr>
        <w:spacing w:after="60" w:line="266" w:lineRule="auto"/>
        <w:ind w:firstLine="331"/>
        <w:jc w:val="both"/>
      </w:pPr>
      <w:r>
        <w:rPr>
          <w:rFonts w:ascii="Georgia" w:hAnsi="Georgia"/>
          <w:b w:val="0"/>
          <w:i w:val="0"/>
          <w:color w:val="22201D"/>
          <w:sz w:val="20"/>
        </w:rPr>
        <w:t>The note had not accepted that as proof.</w:t>
      </w:r>
    </w:p>
    <w:p>
      <w:pPr>
        <w:spacing w:after="60" w:line="266" w:lineRule="auto"/>
        <w:ind w:firstLine="331"/>
        <w:jc w:val="both"/>
      </w:pPr>
      <w:r>
        <w:rPr>
          <w:rFonts w:ascii="Georgia" w:hAnsi="Georgia"/>
          <w:b w:val="0"/>
          <w:i w:val="0"/>
          <w:color w:val="22201D"/>
          <w:sz w:val="20"/>
        </w:rPr>
        <w:t>It swung with each careful turn, patient as an unpaid toll.</w:t>
      </w:r>
    </w:p>
    <w:p>
      <w:pPr>
        <w:spacing w:after="60" w:line="266" w:lineRule="auto"/>
        <w:ind w:firstLine="331"/>
        <w:jc w:val="both"/>
      </w:pPr>
      <w:r>
        <w:rPr>
          <w:rFonts w:ascii="Georgia" w:hAnsi="Georgia"/>
          <w:b w:val="0"/>
          <w:i w:val="0"/>
          <w:color w:val="22201D"/>
          <w:sz w:val="20"/>
        </w:rPr>
        <w:t>Nico watched it from the back.</w:t>
      </w:r>
    </w:p>
    <w:p>
      <w:pPr>
        <w:spacing w:after="60" w:line="266" w:lineRule="auto"/>
        <w:ind w:firstLine="331"/>
        <w:jc w:val="both"/>
      </w:pPr>
      <w:r>
        <w:rPr>
          <w:rFonts w:ascii="Georgia" w:hAnsi="Georgia"/>
          <w:b w:val="0"/>
          <w:i w:val="0"/>
          <w:color w:val="22201D"/>
          <w:sz w:val="20"/>
        </w:rPr>
        <w:t>"Maybe departure means emotional departure."</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Steve looked out the window.</w:t>
      </w:r>
    </w:p>
    <w:p>
      <w:pPr>
        <w:spacing w:after="60" w:line="266" w:lineRule="auto"/>
        <w:ind w:firstLine="331"/>
        <w:jc w:val="both"/>
      </w:pPr>
      <w:r>
        <w:rPr>
          <w:rFonts w:ascii="Georgia" w:hAnsi="Georgia"/>
          <w:b w:val="0"/>
          <w:i w:val="0"/>
          <w:color w:val="22201D"/>
          <w:sz w:val="20"/>
        </w:rPr>
        <w:t>"That felt like arguing."</w:t>
      </w:r>
    </w:p>
    <w:p>
      <w:pPr>
        <w:spacing w:after="60" w:line="266" w:lineRule="auto"/>
        <w:ind w:firstLine="331"/>
        <w:jc w:val="both"/>
      </w:pPr>
      <w:r>
        <w:rPr>
          <w:rFonts w:ascii="Georgia" w:hAnsi="Georgia"/>
          <w:b w:val="0"/>
          <w:i w:val="0"/>
          <w:color w:val="22201D"/>
          <w:sz w:val="20"/>
        </w:rPr>
        <w:t>"It was correcting."</w:t>
      </w:r>
    </w:p>
    <w:p>
      <w:pPr>
        <w:spacing w:after="60" w:line="266" w:lineRule="auto"/>
        <w:ind w:firstLine="331"/>
        <w:jc w:val="both"/>
      </w:pPr>
      <w:r>
        <w:rPr>
          <w:rFonts w:ascii="Georgia" w:hAnsi="Georgia"/>
          <w:b w:val="0"/>
          <w:i w:val="0"/>
          <w:color w:val="22201D"/>
          <w:sz w:val="20"/>
        </w:rPr>
        <w:t>Flocc held the menu key on his lap.</w:t>
      </w:r>
    </w:p>
    <w:p>
      <w:pPr>
        <w:spacing w:after="60" w:line="266" w:lineRule="auto"/>
        <w:ind w:firstLine="331"/>
        <w:jc w:val="both"/>
      </w:pPr>
      <w:r>
        <w:rPr>
          <w:rFonts w:ascii="Georgia" w:hAnsi="Georgia"/>
          <w:b w:val="0"/>
          <w:i w:val="0"/>
          <w:color w:val="22201D"/>
          <w:sz w:val="20"/>
        </w:rPr>
        <w:t>It displayed only the chapter title:</w:t>
      </w:r>
    </w:p>
    <w:p>
      <w:pPr>
        <w:spacing w:after="60" w:line="250" w:lineRule="auto"/>
        <w:ind w:left="202" w:right="173"/>
      </w:pPr>
      <w:r>
        <w:rPr>
          <w:rFonts w:ascii="Georgia" w:hAnsi="Georgia"/>
          <w:b w:val="0"/>
          <w:i w:val="0"/>
          <w:color w:val="22201D"/>
          <w:sz w:val="17"/>
        </w:rPr>
        <w:t>DO NOT ARGUE WITH BOB</w:t>
      </w:r>
    </w:p>
    <w:p>
      <w:pPr>
        <w:spacing w:after="60" w:line="266" w:lineRule="auto"/>
        <w:ind w:firstLine="331"/>
        <w:jc w:val="both"/>
      </w:pPr>
      <w:r>
        <w:rPr>
          <w:rFonts w:ascii="Georgia" w:hAnsi="Georgia"/>
          <w:b w:val="0"/>
          <w:i w:val="0"/>
          <w:color w:val="22201D"/>
          <w:sz w:val="20"/>
        </w:rPr>
        <w:t>Every few seconds, a period appeared after it, disappeared, and appeared again, as if the key were trying not to editorialize.</w:t>
      </w:r>
    </w:p>
    <w:p>
      <w:pPr>
        <w:spacing w:after="60" w:line="266" w:lineRule="auto"/>
        <w:ind w:firstLine="331"/>
        <w:jc w:val="both"/>
      </w:pPr>
      <w:r>
        <w:rPr>
          <w:rFonts w:ascii="Georgia" w:hAnsi="Georgia"/>
          <w:b w:val="0"/>
          <w:i w:val="0"/>
          <w:color w:val="22201D"/>
          <w:sz w:val="20"/>
        </w:rPr>
        <w:t>Gerald kept both hands on the wheel.</w:t>
      </w:r>
    </w:p>
    <w:p>
      <w:pPr>
        <w:spacing w:after="60" w:line="266" w:lineRule="auto"/>
        <w:ind w:firstLine="331"/>
        <w:jc w:val="both"/>
      </w:pPr>
      <w:r>
        <w:rPr>
          <w:rFonts w:ascii="Georgia" w:hAnsi="Georgia"/>
          <w:b w:val="0"/>
          <w:i w:val="0"/>
          <w:color w:val="22201D"/>
          <w:sz w:val="20"/>
        </w:rPr>
        <w:t>"We still need to get the truck to a shop."</w:t>
      </w:r>
    </w:p>
    <w:p>
      <w:pPr>
        <w:spacing w:after="60" w:line="266" w:lineRule="auto"/>
        <w:ind w:firstLine="331"/>
        <w:jc w:val="both"/>
      </w:pPr>
      <w:r>
        <w:rPr>
          <w:rFonts w:ascii="Georgia" w:hAnsi="Georgia"/>
          <w:b w:val="0"/>
          <w:i w:val="0"/>
          <w:color w:val="22201D"/>
          <w:sz w:val="20"/>
        </w:rPr>
        <w:t>"Temporary strap will hold," Bob said.</w:t>
      </w:r>
    </w:p>
    <w:p>
      <w:pPr>
        <w:spacing w:after="60" w:line="266" w:lineRule="auto"/>
        <w:ind w:firstLine="331"/>
        <w:jc w:val="both"/>
      </w:pPr>
      <w:r>
        <w:rPr>
          <w:rFonts w:ascii="Georgia" w:hAnsi="Georgia"/>
          <w:b w:val="0"/>
          <w:i w:val="0"/>
          <w:color w:val="22201D"/>
          <w:sz w:val="20"/>
        </w:rPr>
        <w:t>"For reduced speed."</w:t>
      </w:r>
    </w:p>
    <w:p>
      <w:pPr>
        <w:spacing w:after="60" w:line="266" w:lineRule="auto"/>
        <w:ind w:firstLine="331"/>
        <w:jc w:val="both"/>
      </w:pPr>
      <w:r>
        <w:rPr>
          <w:rFonts w:ascii="Georgia" w:hAnsi="Georgia"/>
          <w:b w:val="0"/>
          <w:i w:val="0"/>
          <w:color w:val="22201D"/>
          <w:sz w:val="20"/>
        </w:rPr>
        <w:t>"We're at reduced speed."</w:t>
      </w:r>
    </w:p>
    <w:p>
      <w:pPr>
        <w:spacing w:after="60" w:line="266" w:lineRule="auto"/>
        <w:ind w:firstLine="331"/>
        <w:jc w:val="both"/>
      </w:pPr>
      <w:r>
        <w:rPr>
          <w:rFonts w:ascii="Georgia" w:hAnsi="Georgia"/>
          <w:b w:val="0"/>
          <w:i w:val="0"/>
          <w:color w:val="22201D"/>
          <w:sz w:val="20"/>
        </w:rPr>
        <w:t>"For roads that are not Tuesday."</w:t>
      </w:r>
    </w:p>
    <w:p>
      <w:pPr>
        <w:spacing w:after="60" w:line="266" w:lineRule="auto"/>
        <w:ind w:firstLine="331"/>
        <w:jc w:val="both"/>
      </w:pPr>
      <w:r>
        <w:rPr>
          <w:rFonts w:ascii="Georgia" w:hAnsi="Georgia"/>
          <w:b w:val="0"/>
          <w:i w:val="0"/>
          <w:color w:val="22201D"/>
          <w:sz w:val="20"/>
        </w:rPr>
        <w:t>Bob looked at the road.</w:t>
      </w:r>
    </w:p>
    <w:p>
      <w:pPr>
        <w:spacing w:after="60" w:line="266" w:lineRule="auto"/>
        <w:ind w:firstLine="331"/>
        <w:jc w:val="both"/>
      </w:pPr>
      <w:r>
        <w:rPr>
          <w:rFonts w:ascii="Georgia" w:hAnsi="Georgia"/>
          <w:b w:val="0"/>
          <w:i w:val="0"/>
          <w:color w:val="22201D"/>
          <w:sz w:val="20"/>
        </w:rPr>
        <w:t>The road did not look like Tuesday anymore.</w:t>
      </w:r>
    </w:p>
    <w:p>
      <w:pPr>
        <w:spacing w:after="60" w:line="266" w:lineRule="auto"/>
        <w:ind w:firstLine="331"/>
        <w:jc w:val="both"/>
      </w:pPr>
      <w:r>
        <w:rPr>
          <w:rFonts w:ascii="Georgia" w:hAnsi="Georgia"/>
          <w:b w:val="0"/>
          <w:i w:val="0"/>
          <w:color w:val="22201D"/>
          <w:sz w:val="20"/>
        </w:rPr>
        <w:t>It looked like a delivery road after the day had used up its good excuses: cracked asphalt, storm drains with leaves at their mouths, a bus stop bench, a closed florist, two pigeons debating a french fry with more ceremony than food required.</w:t>
      </w:r>
    </w:p>
    <w:p>
      <w:pPr>
        <w:spacing w:after="60" w:line="266" w:lineRule="auto"/>
        <w:ind w:firstLine="331"/>
        <w:jc w:val="both"/>
      </w:pPr>
      <w:r>
        <w:rPr>
          <w:rFonts w:ascii="Georgia" w:hAnsi="Georgia"/>
          <w:b w:val="0"/>
          <w:i w:val="0"/>
          <w:color w:val="22201D"/>
          <w:sz w:val="20"/>
        </w:rPr>
        <w:t>That meant nothing.</w:t>
      </w:r>
    </w:p>
    <w:p>
      <w:pPr>
        <w:spacing w:after="60" w:line="266" w:lineRule="auto"/>
        <w:ind w:firstLine="331"/>
        <w:jc w:val="both"/>
      </w:pPr>
      <w:r>
        <w:rPr>
          <w:rFonts w:ascii="Georgia" w:hAnsi="Georgia"/>
          <w:b w:val="0"/>
          <w:i w:val="0"/>
          <w:color w:val="22201D"/>
          <w:sz w:val="20"/>
        </w:rPr>
        <w:t>Tuesday had proven it could hide in receiving windows, invoices, and the passenger seat.</w:t>
      </w:r>
    </w:p>
    <w:p>
      <w:pPr>
        <w:spacing w:after="60" w:line="266" w:lineRule="auto"/>
        <w:ind w:firstLine="331"/>
        <w:jc w:val="both"/>
      </w:pPr>
      <w:r>
        <w:rPr>
          <w:rFonts w:ascii="Georgia" w:hAnsi="Georgia"/>
          <w:b w:val="0"/>
          <w:i w:val="0"/>
          <w:color w:val="22201D"/>
          <w:sz w:val="20"/>
        </w:rPr>
        <w:t>"Shop," Bob said.</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No one celebrated.</w:t>
      </w:r>
    </w:p>
    <w:p>
      <w:pPr>
        <w:spacing w:after="60" w:line="266" w:lineRule="auto"/>
        <w:ind w:firstLine="331"/>
        <w:jc w:val="both"/>
      </w:pPr>
      <w:r>
        <w:rPr>
          <w:rFonts w:ascii="Georgia" w:hAnsi="Georgia"/>
          <w:b w:val="0"/>
          <w:i w:val="0"/>
          <w:color w:val="22201D"/>
          <w:sz w:val="20"/>
        </w:rPr>
        <w:t>This was agreement's second mercy.</w:t>
      </w:r>
    </w:p>
    <w:p>
      <w:pPr>
        <w:spacing w:after="60" w:line="266" w:lineRule="auto"/>
        <w:ind w:firstLine="331"/>
        <w:jc w:val="both"/>
      </w:pPr>
      <w:r>
        <w:rPr>
          <w:rFonts w:ascii="Georgia" w:hAnsi="Georgia"/>
          <w:b w:val="0"/>
          <w:i w:val="0"/>
          <w:color w:val="22201D"/>
          <w:sz w:val="20"/>
        </w:rPr>
        <w:t>It did not require applause.</w:t>
      </w:r>
    </w:p>
    <w:p>
      <w:pPr>
        <w:spacing w:after="60" w:line="266" w:lineRule="auto"/>
        <w:ind w:firstLine="331"/>
        <w:jc w:val="both"/>
      </w:pPr>
      <w:r>
        <w:rPr>
          <w:rFonts w:ascii="Georgia" w:hAnsi="Georgia"/>
          <w:b w:val="0"/>
          <w:i w:val="0"/>
          <w:color w:val="22201D"/>
          <w:sz w:val="20"/>
        </w:rPr>
        <w:t>The spoon in the cup holder pointed forward.</w:t>
      </w:r>
    </w:p>
    <w:p>
      <w:pPr>
        <w:spacing w:after="60" w:line="266" w:lineRule="auto"/>
        <w:ind w:firstLine="331"/>
        <w:jc w:val="both"/>
      </w:pPr>
      <w:r>
        <w:rPr>
          <w:rFonts w:ascii="Georgia" w:hAnsi="Georgia"/>
          <w:b w:val="0"/>
          <w:i w:val="0"/>
          <w:color w:val="22201D"/>
          <w:sz w:val="20"/>
        </w:rPr>
        <w:t>The driver copy of the pantry invoice rested in the folder.</w:t>
      </w:r>
    </w:p>
    <w:p>
      <w:pPr>
        <w:spacing w:after="60" w:line="266" w:lineRule="auto"/>
        <w:ind w:firstLine="331"/>
        <w:jc w:val="both"/>
      </w:pPr>
      <w:r>
        <w:rPr>
          <w:rFonts w:ascii="Georgia" w:hAnsi="Georgia"/>
          <w:b w:val="0"/>
          <w:i w:val="0"/>
          <w:color w:val="22201D"/>
          <w:sz w:val="20"/>
        </w:rPr>
        <w:t>The route copy sat under the final crate note.</w:t>
      </w:r>
    </w:p>
    <w:p>
      <w:pPr>
        <w:spacing w:after="60" w:line="266" w:lineRule="auto"/>
        <w:ind w:firstLine="331"/>
        <w:jc w:val="both"/>
      </w:pPr>
      <w:r>
        <w:rPr>
          <w:rFonts w:ascii="Georgia" w:hAnsi="Georgia"/>
          <w:b w:val="0"/>
          <w:i w:val="0"/>
          <w:color w:val="22201D"/>
          <w:sz w:val="20"/>
        </w:rPr>
        <w:t>The pantry copy was put away with the bridge sauce, not hidden, not forgotten, not spent.</w:t>
      </w:r>
    </w:p>
    <w:p>
      <w:pPr>
        <w:spacing w:after="60" w:line="266" w:lineRule="auto"/>
        <w:ind w:firstLine="331"/>
        <w:jc w:val="both"/>
      </w:pPr>
      <w:r>
        <w:rPr>
          <w:rFonts w:ascii="Georgia" w:hAnsi="Georgia"/>
          <w:b w:val="0"/>
          <w:i w:val="0"/>
          <w:color w:val="22201D"/>
          <w:sz w:val="20"/>
        </w:rPr>
        <w:t>The Smoke Plum Morita case was no longer in the truck, but its smell remained faintly in the cargo bay, teaching the other crates that absence could season a room.</w:t>
      </w:r>
    </w:p>
    <w:p>
      <w:pPr>
        <w:spacing w:after="60" w:line="266" w:lineRule="auto"/>
        <w:ind w:firstLine="331"/>
        <w:jc w:val="both"/>
      </w:pPr>
      <w:r>
        <w:rPr>
          <w:rFonts w:ascii="Georgia" w:hAnsi="Georgia"/>
          <w:b w:val="0"/>
          <w:i w:val="0"/>
          <w:color w:val="22201D"/>
          <w:sz w:val="20"/>
        </w:rPr>
        <w:t>The mushrooms were quieter now.</w:t>
      </w:r>
    </w:p>
    <w:p>
      <w:pPr>
        <w:spacing w:after="60" w:line="266" w:lineRule="auto"/>
        <w:ind w:firstLine="331"/>
        <w:jc w:val="both"/>
      </w:pPr>
      <w:r>
        <w:rPr>
          <w:rFonts w:ascii="Georgia" w:hAnsi="Georgia"/>
          <w:b w:val="0"/>
          <w:i w:val="0"/>
          <w:color w:val="22201D"/>
          <w:sz w:val="20"/>
        </w:rPr>
        <w:t>That worried Nico.</w:t>
      </w:r>
    </w:p>
    <w:p>
      <w:pPr>
        <w:spacing w:after="60" w:line="266" w:lineRule="auto"/>
        <w:ind w:firstLine="331"/>
        <w:jc w:val="both"/>
      </w:pPr>
      <w:r>
        <w:rPr>
          <w:rFonts w:ascii="Georgia" w:hAnsi="Georgia"/>
          <w:b w:val="0"/>
          <w:i w:val="0"/>
          <w:color w:val="22201D"/>
          <w:sz w:val="20"/>
        </w:rPr>
        <w:t>"Are the mushrooms okay?"</w:t>
      </w:r>
    </w:p>
    <w:p>
      <w:pPr>
        <w:spacing w:after="60" w:line="266" w:lineRule="auto"/>
        <w:ind w:firstLine="331"/>
        <w:jc w:val="both"/>
      </w:pPr>
      <w:r>
        <w:rPr>
          <w:rFonts w:ascii="Georgia" w:hAnsi="Georgia"/>
          <w:b w:val="0"/>
          <w:i w:val="0"/>
          <w:color w:val="22201D"/>
          <w:sz w:val="20"/>
        </w:rPr>
        <w:t>Gerald checked the mirror.</w:t>
      </w:r>
    </w:p>
    <w:p>
      <w:pPr>
        <w:spacing w:after="60" w:line="266" w:lineRule="auto"/>
        <w:ind w:firstLine="331"/>
        <w:jc w:val="both"/>
      </w:pPr>
      <w:r>
        <w:rPr>
          <w:rFonts w:ascii="Georgia" w:hAnsi="Georgia"/>
          <w:b w:val="0"/>
          <w:i w:val="0"/>
          <w:color w:val="22201D"/>
          <w:sz w:val="20"/>
        </w:rPr>
        <w:t>"They are not leaking, collapsing, or singing."</w:t>
      </w:r>
    </w:p>
    <w:p>
      <w:pPr>
        <w:spacing w:after="60" w:line="266" w:lineRule="auto"/>
        <w:ind w:firstLine="331"/>
        <w:jc w:val="both"/>
      </w:pPr>
      <w:r>
        <w:rPr>
          <w:rFonts w:ascii="Georgia" w:hAnsi="Georgia"/>
          <w:b w:val="0"/>
          <w:i w:val="0"/>
          <w:color w:val="22201D"/>
          <w:sz w:val="20"/>
        </w:rPr>
        <w:t>"Were singing mushrooms an option?"</w:t>
      </w:r>
    </w:p>
    <w:p>
      <w:pPr>
        <w:spacing w:after="60" w:line="266" w:lineRule="auto"/>
        <w:ind w:firstLine="331"/>
        <w:jc w:val="both"/>
      </w:pPr>
      <w:r>
        <w:rPr>
          <w:rFonts w:ascii="Georgia" w:hAnsi="Georgia"/>
          <w:b w:val="0"/>
          <w:i w:val="0"/>
          <w:color w:val="22201D"/>
          <w:sz w:val="20"/>
        </w:rPr>
        <w:t>"Everything is an option until paperwork excludes it."</w:t>
      </w:r>
    </w:p>
    <w:p>
      <w:pPr>
        <w:spacing w:after="60" w:line="266" w:lineRule="auto"/>
        <w:ind w:firstLine="331"/>
        <w:jc w:val="both"/>
      </w:pPr>
      <w:r>
        <w:rPr>
          <w:rFonts w:ascii="Georgia" w:hAnsi="Georgia"/>
          <w:b w:val="0"/>
          <w:i w:val="0"/>
          <w:color w:val="22201D"/>
          <w:sz w:val="20"/>
        </w:rPr>
        <w:t>Bob said, "Do not encourage the mushrooms."</w:t>
      </w:r>
    </w:p>
    <w:p>
      <w:pPr>
        <w:spacing w:after="60" w:line="266" w:lineRule="auto"/>
        <w:ind w:firstLine="331"/>
        <w:jc w:val="both"/>
      </w:pPr>
      <w:r>
        <w:rPr>
          <w:rFonts w:ascii="Georgia" w:hAnsi="Georgia"/>
          <w:b w:val="0"/>
          <w:i w:val="0"/>
          <w:color w:val="22201D"/>
          <w:sz w:val="20"/>
        </w:rPr>
        <w:t>The final crate note moved.</w:t>
      </w:r>
    </w:p>
    <w:p>
      <w:pPr>
        <w:spacing w:after="60" w:line="266" w:lineRule="auto"/>
        <w:ind w:firstLine="331"/>
        <w:jc w:val="both"/>
      </w:pPr>
      <w:r>
        <w:rPr>
          <w:rFonts w:ascii="Georgia" w:hAnsi="Georgia"/>
          <w:b w:val="0"/>
          <w:i w:val="0"/>
          <w:color w:val="22201D"/>
          <w:sz w:val="20"/>
        </w:rPr>
        <w:t>Not with the truck.</w:t>
      </w:r>
    </w:p>
    <w:p>
      <w:pPr>
        <w:spacing w:after="60" w:line="266" w:lineRule="auto"/>
        <w:ind w:firstLine="331"/>
        <w:jc w:val="both"/>
      </w:pPr>
      <w:r>
        <w:rPr>
          <w:rFonts w:ascii="Georgia" w:hAnsi="Georgia"/>
          <w:b w:val="0"/>
          <w:i w:val="0"/>
          <w:color w:val="22201D"/>
          <w:sz w:val="20"/>
        </w:rPr>
        <w:t>Against it.</w:t>
      </w:r>
    </w:p>
    <w:p>
      <w:pPr>
        <w:spacing w:after="60" w:line="266" w:lineRule="auto"/>
        <w:ind w:firstLine="331"/>
        <w:jc w:val="both"/>
      </w:pPr>
      <w:r>
        <w:rPr>
          <w:rFonts w:ascii="Georgia" w:hAnsi="Georgia"/>
          <w:b w:val="0"/>
          <w:i w:val="0"/>
          <w:color w:val="22201D"/>
          <w:sz w:val="20"/>
        </w:rPr>
        <w:t>The string twisted until the note faced Bob.</w:t>
      </w:r>
    </w:p>
    <w:p>
      <w:pPr>
        <w:spacing w:after="60" w:line="266" w:lineRule="auto"/>
        <w:ind w:firstLine="331"/>
        <w:jc w:val="both"/>
      </w:pPr>
      <w:r>
        <w:rPr>
          <w:rFonts w:ascii="Georgia" w:hAnsi="Georgia"/>
          <w:b w:val="0"/>
          <w:i w:val="0"/>
          <w:color w:val="22201D"/>
          <w:sz w:val="20"/>
        </w:rPr>
        <w:t>The words Agreement required darkened.</w:t>
      </w:r>
    </w:p>
    <w:p>
      <w:pPr>
        <w:spacing w:after="60" w:line="266" w:lineRule="auto"/>
        <w:ind w:firstLine="331"/>
        <w:jc w:val="both"/>
      </w:pPr>
      <w:r>
        <w:rPr>
          <w:rFonts w:ascii="Georgia" w:hAnsi="Georgia"/>
          <w:b w:val="0"/>
          <w:i w:val="0"/>
          <w:color w:val="22201D"/>
          <w:sz w:val="20"/>
        </w:rPr>
        <w:t>Bob looked at it.</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The note did not answer.</w:t>
      </w:r>
    </w:p>
    <w:p>
      <w:pPr>
        <w:spacing w:after="60" w:line="266" w:lineRule="auto"/>
        <w:ind w:firstLine="331"/>
        <w:jc w:val="both"/>
      </w:pPr>
      <w:r>
        <w:rPr>
          <w:rFonts w:ascii="Georgia" w:hAnsi="Georgia"/>
          <w:b w:val="0"/>
          <w:i w:val="0"/>
          <w:color w:val="22201D"/>
          <w:sz w:val="20"/>
        </w:rPr>
        <w:t>It was a note.</w:t>
      </w:r>
    </w:p>
    <w:p>
      <w:pPr>
        <w:spacing w:after="60" w:line="266" w:lineRule="auto"/>
        <w:ind w:firstLine="331"/>
        <w:jc w:val="both"/>
      </w:pPr>
      <w:r>
        <w:rPr>
          <w:rFonts w:ascii="Georgia" w:hAnsi="Georgia"/>
          <w:b w:val="0"/>
          <w:i w:val="0"/>
          <w:color w:val="22201D"/>
          <w:sz w:val="20"/>
        </w:rPr>
        <w:t>This gave it an advantage over people.</w:t>
      </w:r>
    </w:p>
    <w:p>
      <w:pPr>
        <w:spacing w:after="60" w:line="266" w:lineRule="auto"/>
        <w:ind w:firstLine="331"/>
        <w:jc w:val="both"/>
      </w:pPr>
      <w:r>
        <w:rPr>
          <w:rFonts w:ascii="Georgia" w:hAnsi="Georgia"/>
          <w:b w:val="0"/>
          <w:i w:val="0"/>
          <w:color w:val="22201D"/>
          <w:sz w:val="20"/>
        </w:rPr>
        <w:t>Flocc read the menu key.</w:t>
      </w:r>
    </w:p>
    <w:p>
      <w:pPr>
        <w:spacing w:after="60" w:line="266" w:lineRule="auto"/>
        <w:ind w:firstLine="331"/>
        <w:jc w:val="both"/>
      </w:pPr>
      <w:r>
        <w:rPr>
          <w:rFonts w:ascii="Georgia" w:hAnsi="Georgia"/>
          <w:b w:val="0"/>
          <w:i w:val="0"/>
          <w:color w:val="22201D"/>
          <w:sz w:val="20"/>
        </w:rPr>
        <w:t>"It may not be asking for agreement with the note."</w:t>
      </w:r>
    </w:p>
    <w:p>
      <w:pPr>
        <w:spacing w:after="60" w:line="266" w:lineRule="auto"/>
        <w:ind w:firstLine="331"/>
        <w:jc w:val="both"/>
      </w:pPr>
      <w:r>
        <w:rPr>
          <w:rFonts w:ascii="Georgia" w:hAnsi="Georgia"/>
          <w:b w:val="0"/>
          <w:i w:val="0"/>
          <w:color w:val="22201D"/>
          <w:sz w:val="20"/>
        </w:rPr>
        <w:t>"Then what?"</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Bob disliked waiting for interpretation almost as much as he disliked receiving it.</w:t>
      </w:r>
    </w:p>
    <w:p>
      <w:pPr>
        <w:spacing w:after="60" w:line="266" w:lineRule="auto"/>
        <w:ind w:firstLine="331"/>
        <w:jc w:val="both"/>
      </w:pPr>
      <w:r>
        <w:rPr>
          <w:rFonts w:ascii="Georgia" w:hAnsi="Georgia"/>
          <w:b w:val="0"/>
          <w:i w:val="0"/>
          <w:color w:val="22201D"/>
          <w:sz w:val="20"/>
        </w:rPr>
        <w:t>"Say it."</w:t>
      </w:r>
    </w:p>
    <w:p>
      <w:pPr>
        <w:spacing w:after="60" w:line="266" w:lineRule="auto"/>
        <w:ind w:firstLine="331"/>
        <w:jc w:val="both"/>
      </w:pPr>
      <w:r>
        <w:rPr>
          <w:rFonts w:ascii="Georgia" w:hAnsi="Georgia"/>
          <w:b w:val="0"/>
          <w:i w:val="0"/>
          <w:color w:val="22201D"/>
          <w:sz w:val="20"/>
        </w:rPr>
        <w:t>"It may be asking for agreement with the route's result."</w:t>
      </w:r>
    </w:p>
    <w:p>
      <w:pPr>
        <w:spacing w:after="60" w:line="266" w:lineRule="auto"/>
        <w:ind w:firstLine="331"/>
        <w:jc w:val="both"/>
      </w:pPr>
      <w:r>
        <w:rPr>
          <w:rFonts w:ascii="Georgia" w:hAnsi="Georgia"/>
          <w:b w:val="0"/>
          <w:i w:val="0"/>
          <w:color w:val="22201D"/>
          <w:sz w:val="20"/>
        </w:rPr>
        <w:t>"Route's result is we need a shop."</w:t>
      </w:r>
    </w:p>
    <w:p>
      <w:pPr>
        <w:spacing w:after="60" w:line="266" w:lineRule="auto"/>
        <w:ind w:firstLine="331"/>
        <w:jc w:val="both"/>
      </w:pPr>
      <w:r>
        <w:rPr>
          <w:rFonts w:ascii="Georgia" w:hAnsi="Georgia"/>
          <w:b w:val="0"/>
          <w:i w:val="0"/>
          <w:color w:val="22201D"/>
          <w:sz w:val="20"/>
        </w:rPr>
        <w:t>"That is one result."</w:t>
      </w:r>
    </w:p>
    <w:p>
      <w:pPr>
        <w:spacing w:after="60" w:line="266" w:lineRule="auto"/>
        <w:ind w:firstLine="331"/>
        <w:jc w:val="both"/>
      </w:pPr>
      <w:r>
        <w:rPr>
          <w:rFonts w:ascii="Georgia" w:hAnsi="Georgia"/>
          <w:b w:val="0"/>
          <w:i w:val="0"/>
          <w:color w:val="22201D"/>
          <w:sz w:val="20"/>
        </w:rPr>
        <w:t>Gerald kept driving.</w:t>
      </w:r>
    </w:p>
    <w:p>
      <w:pPr>
        <w:spacing w:after="60" w:line="266" w:lineRule="auto"/>
        <w:ind w:firstLine="331"/>
        <w:jc w:val="both"/>
      </w:pPr>
      <w:r>
        <w:rPr>
          <w:rFonts w:ascii="Georgia" w:hAnsi="Georgia"/>
          <w:b w:val="0"/>
          <w:i w:val="0"/>
          <w:color w:val="22201D"/>
          <w:sz w:val="20"/>
        </w:rPr>
        <w:t>The shop Bob used was six miles away if the roads behaved, nine if they were honest, and unknowable if Tuesday remained in a mood.</w:t>
      </w:r>
    </w:p>
    <w:p>
      <w:pPr>
        <w:spacing w:after="60" w:line="266" w:lineRule="auto"/>
        <w:ind w:firstLine="331"/>
        <w:jc w:val="both"/>
      </w:pPr>
      <w:r>
        <w:rPr>
          <w:rFonts w:ascii="Georgia" w:hAnsi="Georgia"/>
          <w:b w:val="0"/>
          <w:i w:val="0"/>
          <w:color w:val="22201D"/>
          <w:sz w:val="20"/>
        </w:rPr>
        <w:t>It was called MARV'S TRUCK AND LIGHT INDUSTRIAL, though Marv had retired, died, returned briefly as a rumor, and been replaced by a woman named Inez who had kept the sign because repainting it was more trouble than correcting men.</w:t>
      </w:r>
    </w:p>
    <w:p>
      <w:pPr>
        <w:spacing w:after="60" w:line="266" w:lineRule="auto"/>
        <w:ind w:firstLine="331"/>
        <w:jc w:val="both"/>
      </w:pPr>
      <w:r>
        <w:rPr>
          <w:rFonts w:ascii="Georgia" w:hAnsi="Georgia"/>
          <w:b w:val="0"/>
          <w:i w:val="0"/>
          <w:color w:val="22201D"/>
          <w:sz w:val="20"/>
        </w:rPr>
        <w:t>Bob trusted Inez.</w:t>
      </w:r>
    </w:p>
    <w:p>
      <w:pPr>
        <w:spacing w:after="60" w:line="266" w:lineRule="auto"/>
        <w:ind w:firstLine="331"/>
        <w:jc w:val="both"/>
      </w:pPr>
      <w:r>
        <w:rPr>
          <w:rFonts w:ascii="Georgia" w:hAnsi="Georgia"/>
          <w:b w:val="0"/>
          <w:i w:val="0"/>
          <w:color w:val="22201D"/>
          <w:sz w:val="20"/>
        </w:rPr>
        <w:t>This was not the same as saying he enjoyed needing her.</w:t>
      </w:r>
    </w:p>
    <w:p>
      <w:pPr>
        <w:spacing w:after="60" w:line="266" w:lineRule="auto"/>
        <w:ind w:firstLine="331"/>
        <w:jc w:val="both"/>
      </w:pPr>
      <w:r>
        <w:rPr>
          <w:rFonts w:ascii="Georgia" w:hAnsi="Georgia"/>
          <w:b w:val="0"/>
          <w:i w:val="0"/>
          <w:color w:val="22201D"/>
          <w:sz w:val="20"/>
        </w:rPr>
        <w:t>The menu key printed:</w:t>
      </w:r>
    </w:p>
    <w:p>
      <w:pPr>
        <w:spacing w:after="60" w:line="250" w:lineRule="auto"/>
        <w:ind w:left="202" w:right="173"/>
      </w:pPr>
      <w:r>
        <w:rPr>
          <w:rFonts w:ascii="Georgia" w:hAnsi="Georgia"/>
          <w:b w:val="0"/>
          <w:i w:val="0"/>
          <w:color w:val="22201D"/>
          <w:sz w:val="17"/>
        </w:rPr>
        <w:t>AGREEMENT IS NOT ENJOYMENT.</w:t>
      </w:r>
    </w:p>
    <w:p>
      <w:pPr>
        <w:spacing w:after="60" w:line="266" w:lineRule="auto"/>
        <w:ind w:firstLine="331"/>
        <w:jc w:val="both"/>
      </w:pPr>
      <w:r>
        <w:rPr>
          <w:rFonts w:ascii="Georgia" w:hAnsi="Georgia"/>
          <w:b w:val="0"/>
          <w:i w:val="0"/>
          <w:color w:val="22201D"/>
          <w:sz w:val="20"/>
        </w:rPr>
        <w:t>Bob turned it face down with one finger.</w:t>
      </w:r>
    </w:p>
    <w:p>
      <w:pPr>
        <w:spacing w:after="60" w:line="266" w:lineRule="auto"/>
        <w:ind w:firstLine="331"/>
        <w:jc w:val="both"/>
      </w:pPr>
      <w:r>
        <w:rPr>
          <w:rFonts w:ascii="Georgia" w:hAnsi="Georgia"/>
          <w:b w:val="0"/>
          <w:i w:val="0"/>
          <w:color w:val="22201D"/>
          <w:sz w:val="20"/>
        </w:rPr>
        <w:t>Nico leaned toward Steve.</w:t>
      </w:r>
    </w:p>
    <w:p>
      <w:pPr>
        <w:spacing w:after="60" w:line="266" w:lineRule="auto"/>
        <w:ind w:firstLine="331"/>
        <w:jc w:val="both"/>
      </w:pPr>
      <w:r>
        <w:rPr>
          <w:rFonts w:ascii="Georgia" w:hAnsi="Georgia"/>
          <w:b w:val="0"/>
          <w:i w:val="0"/>
          <w:color w:val="22201D"/>
          <w:sz w:val="20"/>
        </w:rPr>
        <w:t>"The key is learning his weak spots."</w:t>
      </w:r>
    </w:p>
    <w:p>
      <w:pPr>
        <w:spacing w:after="60" w:line="266" w:lineRule="auto"/>
        <w:ind w:firstLine="331"/>
        <w:jc w:val="both"/>
      </w:pPr>
      <w:r>
        <w:rPr>
          <w:rFonts w:ascii="Georgia" w:hAnsi="Georgia"/>
          <w:b w:val="0"/>
          <w:i w:val="0"/>
          <w:color w:val="22201D"/>
          <w:sz w:val="20"/>
        </w:rPr>
        <w:t>Steve whispered back, "The key is finding there are no strong spots, only reinforced ones."</w:t>
      </w:r>
    </w:p>
    <w:p>
      <w:pPr>
        <w:spacing w:after="60" w:line="266" w:lineRule="auto"/>
        <w:ind w:firstLine="331"/>
        <w:jc w:val="both"/>
      </w:pPr>
      <w:r>
        <w:rPr>
          <w:rFonts w:ascii="Georgia" w:hAnsi="Georgia"/>
          <w:b w:val="0"/>
          <w:i w:val="0"/>
          <w:color w:val="22201D"/>
          <w:sz w:val="20"/>
        </w:rPr>
        <w:t>"That was almost good."</w:t>
      </w:r>
    </w:p>
    <w:p>
      <w:pPr>
        <w:spacing w:after="60" w:line="266" w:lineRule="auto"/>
        <w:ind w:firstLine="331"/>
        <w:jc w:val="both"/>
      </w:pPr>
      <w:r>
        <w:rPr>
          <w:rFonts w:ascii="Georgia" w:hAnsi="Georgia"/>
          <w:b w:val="0"/>
          <w:i w:val="0"/>
          <w:color w:val="22201D"/>
          <w:sz w:val="20"/>
        </w:rPr>
        <w:t>"I'm tired."</w:t>
      </w:r>
    </w:p>
    <w:p>
      <w:pPr>
        <w:spacing w:after="60" w:line="266" w:lineRule="auto"/>
        <w:ind w:firstLine="331"/>
        <w:jc w:val="both"/>
      </w:pPr>
      <w:r>
        <w:rPr>
          <w:rFonts w:ascii="Georgia" w:hAnsi="Georgia"/>
          <w:b w:val="0"/>
          <w:i w:val="0"/>
          <w:color w:val="22201D"/>
          <w:sz w:val="20"/>
        </w:rPr>
        <w:t>The road narrowed near the old produce terminal.</w:t>
      </w:r>
    </w:p>
    <w:p>
      <w:pPr>
        <w:spacing w:after="60" w:line="266" w:lineRule="auto"/>
        <w:ind w:firstLine="331"/>
        <w:jc w:val="both"/>
      </w:pPr>
      <w:r>
        <w:rPr>
          <w:rFonts w:ascii="Georgia" w:hAnsi="Georgia"/>
          <w:b w:val="0"/>
          <w:i w:val="0"/>
          <w:color w:val="22201D"/>
          <w:sz w:val="20"/>
        </w:rPr>
        <w:t>A detour sign stood at the intersection.</w:t>
      </w:r>
    </w:p>
    <w:p>
      <w:pPr>
        <w:spacing w:after="60" w:line="250" w:lineRule="auto"/>
        <w:ind w:left="202" w:right="173"/>
      </w:pPr>
      <w:r>
        <w:rPr>
          <w:rFonts w:ascii="Georgia" w:hAnsi="Georgia"/>
          <w:b w:val="0"/>
          <w:i w:val="0"/>
          <w:color w:val="22201D"/>
          <w:sz w:val="17"/>
        </w:rPr>
        <w:t>ROAD WORK USE AGREED ROUTE</w:t>
      </w:r>
    </w:p>
    <w:p>
      <w:pPr>
        <w:spacing w:after="60" w:line="266" w:lineRule="auto"/>
        <w:ind w:firstLine="331"/>
        <w:jc w:val="both"/>
      </w:pPr>
      <w:r>
        <w:rPr>
          <w:rFonts w:ascii="Georgia" w:hAnsi="Georgia"/>
          <w:b w:val="0"/>
          <w:i w:val="0"/>
          <w:color w:val="22201D"/>
          <w:sz w:val="20"/>
        </w:rPr>
        <w:t>Gerald slowed.</w:t>
      </w:r>
    </w:p>
    <w:p>
      <w:pPr>
        <w:spacing w:after="60" w:line="266" w:lineRule="auto"/>
        <w:ind w:firstLine="331"/>
        <w:jc w:val="both"/>
      </w:pPr>
      <w:r>
        <w:rPr>
          <w:rFonts w:ascii="Georgia" w:hAnsi="Georgia"/>
          <w:b w:val="0"/>
          <w:i w:val="0"/>
          <w:color w:val="22201D"/>
          <w:sz w:val="20"/>
        </w:rPr>
        <w:t>"Agreed route?"</w:t>
      </w:r>
    </w:p>
    <w:p>
      <w:pPr>
        <w:spacing w:after="60" w:line="266" w:lineRule="auto"/>
        <w:ind w:firstLine="331"/>
        <w:jc w:val="both"/>
      </w:pPr>
      <w:r>
        <w:rPr>
          <w:rFonts w:ascii="Georgia" w:hAnsi="Georgia"/>
          <w:b w:val="0"/>
          <w:i w:val="0"/>
          <w:color w:val="22201D"/>
          <w:sz w:val="20"/>
        </w:rPr>
        <w:t>Bob pointed right.</w:t>
      </w:r>
    </w:p>
    <w:p>
      <w:pPr>
        <w:spacing w:after="60" w:line="266" w:lineRule="auto"/>
        <w:ind w:firstLine="331"/>
        <w:jc w:val="both"/>
      </w:pPr>
      <w:r>
        <w:rPr>
          <w:rFonts w:ascii="Georgia" w:hAnsi="Georgia"/>
          <w:b w:val="0"/>
          <w:i w:val="0"/>
          <w:color w:val="22201D"/>
          <w:sz w:val="20"/>
        </w:rPr>
        <w:t>"Shop is left."</w:t>
      </w:r>
    </w:p>
    <w:p>
      <w:pPr>
        <w:spacing w:after="60" w:line="266" w:lineRule="auto"/>
        <w:ind w:firstLine="331"/>
        <w:jc w:val="both"/>
      </w:pPr>
      <w:r>
        <w:rPr>
          <w:rFonts w:ascii="Georgia" w:hAnsi="Georgia"/>
          <w:b w:val="0"/>
          <w:i w:val="0"/>
          <w:color w:val="22201D"/>
          <w:sz w:val="20"/>
        </w:rPr>
        <w:t>"Sign says right."</w:t>
      </w:r>
    </w:p>
    <w:p>
      <w:pPr>
        <w:spacing w:after="60" w:line="266" w:lineRule="auto"/>
        <w:ind w:firstLine="331"/>
        <w:jc w:val="both"/>
      </w:pPr>
      <w:r>
        <w:rPr>
          <w:rFonts w:ascii="Georgia" w:hAnsi="Georgia"/>
          <w:b w:val="0"/>
          <w:i w:val="0"/>
          <w:color w:val="22201D"/>
          <w:sz w:val="20"/>
        </w:rPr>
        <w:t>"Sign is wrong."</w:t>
      </w:r>
    </w:p>
    <w:p>
      <w:pPr>
        <w:spacing w:after="60" w:line="266" w:lineRule="auto"/>
        <w:ind w:firstLine="331"/>
        <w:jc w:val="both"/>
      </w:pPr>
      <w:r>
        <w:rPr>
          <w:rFonts w:ascii="Georgia" w:hAnsi="Georgia"/>
          <w:b w:val="0"/>
          <w:i w:val="0"/>
          <w:color w:val="22201D"/>
          <w:sz w:val="20"/>
        </w:rPr>
        <w:t>The final crate note swung.</w:t>
      </w:r>
    </w:p>
    <w:p>
      <w:pPr>
        <w:spacing w:after="60" w:line="266" w:lineRule="auto"/>
        <w:ind w:firstLine="331"/>
        <w:jc w:val="both"/>
      </w:pPr>
      <w:r>
        <w:rPr>
          <w:rFonts w:ascii="Georgia" w:hAnsi="Georgia"/>
          <w:b w:val="0"/>
          <w:i w:val="0"/>
          <w:color w:val="22201D"/>
          <w:sz w:val="20"/>
        </w:rPr>
        <w:t>The spoon pointed right.</w:t>
      </w:r>
    </w:p>
    <w:p>
      <w:pPr>
        <w:spacing w:after="60" w:line="266" w:lineRule="auto"/>
        <w:ind w:firstLine="331"/>
        <w:jc w:val="both"/>
      </w:pPr>
      <w:r>
        <w:rPr>
          <w:rFonts w:ascii="Georgia" w:hAnsi="Georgia"/>
          <w:b w:val="0"/>
          <w:i w:val="0"/>
          <w:color w:val="22201D"/>
          <w:sz w:val="20"/>
        </w:rPr>
        <w:t>The menu key, despite being face down, printed hard enough for the letters to show through the lamination:</w:t>
      </w:r>
    </w:p>
    <w:p>
      <w:pPr>
        <w:spacing w:after="60" w:line="250" w:lineRule="auto"/>
        <w:ind w:left="202" w:right="173"/>
      </w:pPr>
      <w:r>
        <w:rPr>
          <w:rFonts w:ascii="Georgia" w:hAnsi="Georgia"/>
          <w:b w:val="0"/>
          <w:i w:val="0"/>
          <w:color w:val="22201D"/>
          <w:sz w:val="17"/>
        </w:rPr>
        <w:t>DO NOT ARGUE WITH BOB. AGREE CORRECTLY.</w:t>
      </w:r>
    </w:p>
    <w:p>
      <w:pPr>
        <w:spacing w:after="60" w:line="266" w:lineRule="auto"/>
        <w:ind w:firstLine="331"/>
        <w:jc w:val="both"/>
      </w:pPr>
      <w:r>
        <w:rPr>
          <w:rFonts w:ascii="Georgia" w:hAnsi="Georgia"/>
          <w:b w:val="0"/>
          <w:i w:val="0"/>
          <w:color w:val="22201D"/>
          <w:sz w:val="20"/>
        </w:rPr>
        <w:t>Nico sat up.</w:t>
      </w:r>
    </w:p>
    <w:p>
      <w:pPr>
        <w:spacing w:after="60" w:line="266" w:lineRule="auto"/>
        <w:ind w:firstLine="331"/>
        <w:jc w:val="both"/>
      </w:pPr>
      <w:r>
        <w:rPr>
          <w:rFonts w:ascii="Georgia" w:hAnsi="Georgia"/>
          <w:b w:val="0"/>
          <w:i w:val="0"/>
          <w:color w:val="22201D"/>
          <w:sz w:val="20"/>
        </w:rPr>
        <w:t>"Oh, that's mean."</w:t>
      </w:r>
    </w:p>
    <w:p>
      <w:pPr>
        <w:spacing w:after="60" w:line="266" w:lineRule="auto"/>
        <w:ind w:firstLine="331"/>
        <w:jc w:val="both"/>
      </w:pPr>
      <w:r>
        <w:rPr>
          <w:rFonts w:ascii="Georgia" w:hAnsi="Georgia"/>
          <w:b w:val="0"/>
          <w:i w:val="0"/>
          <w:color w:val="22201D"/>
          <w:sz w:val="20"/>
        </w:rPr>
        <w:t>Bob took the menu key.</w:t>
      </w:r>
    </w:p>
    <w:p>
      <w:pPr>
        <w:spacing w:after="60" w:line="266" w:lineRule="auto"/>
        <w:ind w:firstLine="331"/>
        <w:jc w:val="both"/>
      </w:pPr>
      <w:r>
        <w:rPr>
          <w:rFonts w:ascii="Georgia" w:hAnsi="Georgia"/>
          <w:b w:val="0"/>
          <w:i w:val="0"/>
          <w:color w:val="22201D"/>
          <w:sz w:val="20"/>
        </w:rPr>
        <w:t>"Agree correctly is not a phrase."</w:t>
      </w:r>
    </w:p>
    <w:p>
      <w:pPr>
        <w:spacing w:after="60" w:line="266" w:lineRule="auto"/>
        <w:ind w:firstLine="331"/>
        <w:jc w:val="both"/>
      </w:pPr>
      <w:r>
        <w:rPr>
          <w:rFonts w:ascii="Georgia" w:hAnsi="Georgia"/>
          <w:b w:val="0"/>
          <w:i w:val="0"/>
          <w:color w:val="22201D"/>
          <w:sz w:val="20"/>
        </w:rPr>
        <w:t>Flocc said, "It is now."</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 did not turn yet.</w:t>
      </w:r>
    </w:p>
    <w:p>
      <w:pPr>
        <w:spacing w:after="60" w:line="266" w:lineRule="auto"/>
        <w:ind w:firstLine="331"/>
        <w:jc w:val="both"/>
      </w:pPr>
      <w:r>
        <w:rPr>
          <w:rFonts w:ascii="Georgia" w:hAnsi="Georgia"/>
          <w:b w:val="0"/>
          <w:i w:val="0"/>
          <w:color w:val="22201D"/>
          <w:sz w:val="20"/>
        </w:rPr>
        <w:t>The truck idled at the intersection.</w:t>
      </w:r>
    </w:p>
    <w:p>
      <w:pPr>
        <w:spacing w:after="60" w:line="266" w:lineRule="auto"/>
        <w:ind w:firstLine="331"/>
        <w:jc w:val="both"/>
      </w:pPr>
      <w:r>
        <w:rPr>
          <w:rFonts w:ascii="Georgia" w:hAnsi="Georgia"/>
          <w:b w:val="0"/>
          <w:i w:val="0"/>
          <w:color w:val="22201D"/>
          <w:sz w:val="20"/>
        </w:rPr>
        <w:t>Behind them, a delivery van honked once and then stopped, perhaps sensing that this was not a normal delay but a contractual one.</w:t>
      </w:r>
    </w:p>
    <w:p>
      <w:pPr>
        <w:spacing w:after="60" w:line="266" w:lineRule="auto"/>
        <w:ind w:firstLine="331"/>
        <w:jc w:val="both"/>
      </w:pPr>
      <w:r>
        <w:rPr>
          <w:rFonts w:ascii="Georgia" w:hAnsi="Georgia"/>
          <w:b w:val="0"/>
          <w:i w:val="0"/>
          <w:color w:val="22201D"/>
          <w:sz w:val="20"/>
        </w:rPr>
        <w:t>Bob looked left.</w:t>
      </w:r>
    </w:p>
    <w:p>
      <w:pPr>
        <w:spacing w:after="60" w:line="266" w:lineRule="auto"/>
        <w:ind w:firstLine="331"/>
        <w:jc w:val="both"/>
      </w:pPr>
      <w:r>
        <w:rPr>
          <w:rFonts w:ascii="Georgia" w:hAnsi="Georgia"/>
          <w:b w:val="0"/>
          <w:i w:val="0"/>
          <w:color w:val="22201D"/>
          <w:sz w:val="20"/>
        </w:rPr>
        <w:t>Left led toward the shop by the road he knew.</w:t>
      </w:r>
    </w:p>
    <w:p>
      <w:pPr>
        <w:spacing w:after="60" w:line="266" w:lineRule="auto"/>
        <w:ind w:firstLine="331"/>
        <w:jc w:val="both"/>
      </w:pPr>
      <w:r>
        <w:rPr>
          <w:rFonts w:ascii="Georgia" w:hAnsi="Georgia"/>
          <w:b w:val="0"/>
          <w:i w:val="0"/>
          <w:color w:val="22201D"/>
          <w:sz w:val="20"/>
        </w:rPr>
        <w:t>He knew the potholes, the light timing, the alley where a bread truck always parked badly, the block with the school crossing that required patience and attention after three o'clock.</w:t>
      </w:r>
    </w:p>
    <w:p>
      <w:pPr>
        <w:spacing w:after="60" w:line="266" w:lineRule="auto"/>
        <w:ind w:firstLine="331"/>
        <w:jc w:val="both"/>
      </w:pPr>
      <w:r>
        <w:rPr>
          <w:rFonts w:ascii="Georgia" w:hAnsi="Georgia"/>
          <w:b w:val="0"/>
          <w:i w:val="0"/>
          <w:color w:val="22201D"/>
          <w:sz w:val="20"/>
        </w:rPr>
        <w:t>Right led toward the long way.</w:t>
      </w:r>
    </w:p>
    <w:p>
      <w:pPr>
        <w:spacing w:after="60" w:line="266" w:lineRule="auto"/>
        <w:ind w:firstLine="331"/>
        <w:jc w:val="both"/>
      </w:pPr>
      <w:r>
        <w:rPr>
          <w:rFonts w:ascii="Georgia" w:hAnsi="Georgia"/>
          <w:b w:val="0"/>
          <w:i w:val="0"/>
          <w:color w:val="22201D"/>
          <w:sz w:val="20"/>
        </w:rPr>
        <w:t>The long way had wider turns, fewer stops, and a bridge with a low weight limit that would be fine if the cargo manifest was current, which it now was, because one case had been put away.</w:t>
      </w:r>
    </w:p>
    <w:p>
      <w:pPr>
        <w:spacing w:after="60" w:line="266" w:lineRule="auto"/>
        <w:ind w:firstLine="331"/>
        <w:jc w:val="both"/>
      </w:pPr>
      <w:r>
        <w:rPr>
          <w:rFonts w:ascii="Georgia" w:hAnsi="Georgia"/>
          <w:b w:val="0"/>
          <w:i w:val="0"/>
          <w:color w:val="22201D"/>
          <w:sz w:val="20"/>
        </w:rPr>
        <w:t>The temporary bracket would prefer right.</w:t>
      </w:r>
    </w:p>
    <w:p>
      <w:pPr>
        <w:spacing w:after="60" w:line="266" w:lineRule="auto"/>
        <w:ind w:firstLine="331"/>
        <w:jc w:val="both"/>
      </w:pPr>
      <w:r>
        <w:rPr>
          <w:rFonts w:ascii="Georgia" w:hAnsi="Georgia"/>
          <w:b w:val="0"/>
          <w:i w:val="0"/>
          <w:color w:val="22201D"/>
          <w:sz w:val="20"/>
        </w:rPr>
        <w:t>So would Gerald.</w:t>
      </w:r>
    </w:p>
    <w:p>
      <w:pPr>
        <w:spacing w:after="60" w:line="266" w:lineRule="auto"/>
        <w:ind w:firstLine="331"/>
        <w:jc w:val="both"/>
      </w:pPr>
      <w:r>
        <w:rPr>
          <w:rFonts w:ascii="Georgia" w:hAnsi="Georgia"/>
          <w:b w:val="0"/>
          <w:i w:val="0"/>
          <w:color w:val="22201D"/>
          <w:sz w:val="20"/>
        </w:rPr>
        <w:t>So would the truck, if trucks were allowed to vote.</w:t>
      </w:r>
    </w:p>
    <w:p>
      <w:pPr>
        <w:spacing w:after="60" w:line="266" w:lineRule="auto"/>
        <w:ind w:firstLine="331"/>
        <w:jc w:val="both"/>
      </w:pPr>
      <w:r>
        <w:rPr>
          <w:rFonts w:ascii="Georgia" w:hAnsi="Georgia"/>
          <w:b w:val="0"/>
          <w:i w:val="0"/>
          <w:color w:val="22201D"/>
          <w:sz w:val="20"/>
        </w:rPr>
        <w:t>Bob could feel the answer before he liked it.</w:t>
      </w:r>
    </w:p>
    <w:p>
      <w:pPr>
        <w:spacing w:after="60" w:line="266" w:lineRule="auto"/>
        <w:ind w:firstLine="331"/>
        <w:jc w:val="both"/>
      </w:pPr>
      <w:r>
        <w:rPr>
          <w:rFonts w:ascii="Georgia" w:hAnsi="Georgia"/>
          <w:b w:val="0"/>
          <w:i w:val="0"/>
          <w:color w:val="22201D"/>
          <w:sz w:val="20"/>
        </w:rPr>
        <w:t>"Right," he said.</w:t>
      </w:r>
    </w:p>
    <w:p>
      <w:pPr>
        <w:spacing w:after="60" w:line="266" w:lineRule="auto"/>
        <w:ind w:firstLine="331"/>
        <w:jc w:val="both"/>
      </w:pPr>
      <w:r>
        <w:rPr>
          <w:rFonts w:ascii="Georgia" w:hAnsi="Georgia"/>
          <w:b w:val="0"/>
          <w:i w:val="0"/>
          <w:color w:val="22201D"/>
          <w:sz w:val="20"/>
        </w:rPr>
        <w:t>Gerald turned right.</w:t>
      </w:r>
    </w:p>
    <w:p>
      <w:pPr>
        <w:spacing w:after="60" w:line="266" w:lineRule="auto"/>
        <w:ind w:firstLine="331"/>
        <w:jc w:val="both"/>
      </w:pPr>
      <w:r>
        <w:rPr>
          <w:rFonts w:ascii="Georgia" w:hAnsi="Georgia"/>
          <w:b w:val="0"/>
          <w:i w:val="0"/>
          <w:color w:val="22201D"/>
          <w:sz w:val="20"/>
        </w:rPr>
        <w:t>The final crate note stopped swinging.</w:t>
      </w:r>
    </w:p>
    <w:p>
      <w:pPr>
        <w:spacing w:after="60" w:line="266" w:lineRule="auto"/>
        <w:ind w:firstLine="331"/>
        <w:jc w:val="both"/>
      </w:pPr>
      <w:r>
        <w:rPr>
          <w:rFonts w:ascii="Georgia" w:hAnsi="Georgia"/>
          <w:b w:val="0"/>
          <w:i w:val="0"/>
          <w:color w:val="22201D"/>
          <w:sz w:val="20"/>
        </w:rPr>
        <w:t>Agreement's third mercy was mechanical: the vehicle sounded better when people stopped making pride choose the route.</w:t>
      </w:r>
    </w:p>
    <w:p>
      <w:pPr>
        <w:spacing w:after="60" w:line="266" w:lineRule="auto"/>
        <w:ind w:firstLine="331"/>
        <w:jc w:val="both"/>
      </w:pPr>
      <w:r>
        <w:rPr>
          <w:rFonts w:ascii="Georgia" w:hAnsi="Georgia"/>
          <w:b w:val="0"/>
          <w:i w:val="0"/>
          <w:color w:val="22201D"/>
          <w:sz w:val="20"/>
        </w:rPr>
        <w:t>They crossed the bridge at fifteen miles per hour.</w:t>
      </w:r>
    </w:p>
    <w:p>
      <w:pPr>
        <w:spacing w:after="60" w:line="266" w:lineRule="auto"/>
        <w:ind w:firstLine="331"/>
        <w:jc w:val="both"/>
      </w:pPr>
      <w:r>
        <w:rPr>
          <w:rFonts w:ascii="Georgia" w:hAnsi="Georgia"/>
          <w:b w:val="0"/>
          <w:i w:val="0"/>
          <w:color w:val="22201D"/>
          <w:sz w:val="20"/>
        </w:rPr>
        <w:t>The water below was shallow, brown, and indifferent.</w:t>
      </w:r>
    </w:p>
    <w:p>
      <w:pPr>
        <w:spacing w:after="60" w:line="266" w:lineRule="auto"/>
        <w:ind w:firstLine="331"/>
        <w:jc w:val="both"/>
      </w:pPr>
      <w:r>
        <w:rPr>
          <w:rFonts w:ascii="Georgia" w:hAnsi="Georgia"/>
          <w:b w:val="0"/>
          <w:i w:val="0"/>
          <w:color w:val="22201D"/>
          <w:sz w:val="20"/>
        </w:rPr>
        <w:t>Halfway across, the spoon clicked against the cup holder.</w:t>
      </w:r>
    </w:p>
    <w:p>
      <w:pPr>
        <w:spacing w:after="60" w:line="266" w:lineRule="auto"/>
        <w:ind w:firstLine="331"/>
        <w:jc w:val="both"/>
      </w:pPr>
      <w:r>
        <w:rPr>
          <w:rFonts w:ascii="Georgia" w:hAnsi="Georgia"/>
          <w:b w:val="0"/>
          <w:i w:val="0"/>
          <w:color w:val="22201D"/>
          <w:sz w:val="20"/>
        </w:rPr>
        <w:t>Bob glanced at it.</w:t>
      </w:r>
    </w:p>
    <w:p>
      <w:pPr>
        <w:spacing w:after="60" w:line="266" w:lineRule="auto"/>
        <w:ind w:firstLine="331"/>
        <w:jc w:val="both"/>
      </w:pPr>
      <w:r>
        <w:rPr>
          <w:rFonts w:ascii="Georgia" w:hAnsi="Georgia"/>
          <w:b w:val="0"/>
          <w:i w:val="0"/>
          <w:color w:val="22201D"/>
          <w:sz w:val="20"/>
        </w:rPr>
        <w:t>It pointed forward and slightly toward Gerald.</w:t>
      </w:r>
    </w:p>
    <w:p>
      <w:pPr>
        <w:spacing w:after="60" w:line="266" w:lineRule="auto"/>
        <w:ind w:firstLine="331"/>
        <w:jc w:val="both"/>
      </w:pPr>
      <w:r>
        <w:rPr>
          <w:rFonts w:ascii="Georgia" w:hAnsi="Georgia"/>
          <w:b w:val="0"/>
          <w:i w:val="0"/>
          <w:color w:val="22201D"/>
          <w:sz w:val="20"/>
        </w:rPr>
        <w:t>"No," Bob said.</w:t>
      </w:r>
    </w:p>
    <w:p>
      <w:pPr>
        <w:spacing w:after="60" w:line="266" w:lineRule="auto"/>
        <w:ind w:firstLine="331"/>
        <w:jc w:val="both"/>
      </w:pPr>
      <w:r>
        <w:rPr>
          <w:rFonts w:ascii="Georgia" w:hAnsi="Georgia"/>
          <w:b w:val="0"/>
          <w:i w:val="0"/>
          <w:color w:val="22201D"/>
          <w:sz w:val="20"/>
        </w:rPr>
        <w:t>Gerald did not ask.</w:t>
      </w:r>
    </w:p>
    <w:p>
      <w:pPr>
        <w:spacing w:after="60" w:line="266" w:lineRule="auto"/>
        <w:ind w:firstLine="331"/>
        <w:jc w:val="both"/>
      </w:pPr>
      <w:r>
        <w:rPr>
          <w:rFonts w:ascii="Georgia" w:hAnsi="Georgia"/>
          <w:b w:val="0"/>
          <w:i w:val="0"/>
          <w:color w:val="22201D"/>
          <w:sz w:val="20"/>
        </w:rPr>
        <w:t>"No what?" Nico asked.</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"That is never true."</w:t>
      </w:r>
    </w:p>
    <w:p>
      <w:pPr>
        <w:spacing w:after="60" w:line="266" w:lineRule="auto"/>
        <w:ind w:firstLine="331"/>
        <w:jc w:val="both"/>
      </w:pPr>
      <w:r>
        <w:rPr>
          <w:rFonts w:ascii="Georgia" w:hAnsi="Georgia"/>
          <w:b w:val="0"/>
          <w:i w:val="0"/>
          <w:color w:val="22201D"/>
          <w:sz w:val="20"/>
        </w:rPr>
        <w:t>"It is this time."</w:t>
      </w:r>
    </w:p>
    <w:p>
      <w:pPr>
        <w:spacing w:after="60" w:line="266" w:lineRule="auto"/>
        <w:ind w:firstLine="331"/>
        <w:jc w:val="both"/>
      </w:pPr>
      <w:r>
        <w:rPr>
          <w:rFonts w:ascii="Georgia" w:hAnsi="Georgia"/>
          <w:b w:val="0"/>
          <w:i w:val="0"/>
          <w:color w:val="22201D"/>
          <w:sz w:val="20"/>
        </w:rPr>
        <w:t>The spoon clicked again.</w:t>
      </w:r>
    </w:p>
    <w:p>
      <w:pPr>
        <w:spacing w:after="60" w:line="266" w:lineRule="auto"/>
        <w:ind w:firstLine="331"/>
        <w:jc w:val="both"/>
      </w:pPr>
      <w:r>
        <w:rPr>
          <w:rFonts w:ascii="Georgia" w:hAnsi="Georgia"/>
          <w:b w:val="0"/>
          <w:i w:val="0"/>
          <w:color w:val="22201D"/>
          <w:sz w:val="20"/>
        </w:rPr>
        <w:t>Gerald checked the mirror.</w:t>
      </w:r>
    </w:p>
    <w:p>
      <w:pPr>
        <w:spacing w:after="60" w:line="266" w:lineRule="auto"/>
        <w:ind w:firstLine="331"/>
        <w:jc w:val="both"/>
      </w:pPr>
      <w:r>
        <w:rPr>
          <w:rFonts w:ascii="Georgia" w:hAnsi="Georgia"/>
          <w:b w:val="0"/>
          <w:i w:val="0"/>
          <w:color w:val="22201D"/>
          <w:sz w:val="20"/>
        </w:rPr>
        <w:t>"You want to drive?"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word came too fast.</w:t>
      </w:r>
    </w:p>
    <w:p>
      <w:pPr>
        <w:spacing w:after="60" w:line="266" w:lineRule="auto"/>
        <w:ind w:firstLine="331"/>
        <w:jc w:val="both"/>
      </w:pPr>
      <w:r>
        <w:rPr>
          <w:rFonts w:ascii="Georgia" w:hAnsi="Georgia"/>
          <w:b w:val="0"/>
          <w:i w:val="0"/>
          <w:color w:val="22201D"/>
          <w:sz w:val="20"/>
        </w:rPr>
        <w:t>Everyone heard it.</w:t>
      </w:r>
    </w:p>
    <w:p>
      <w:pPr>
        <w:spacing w:after="60" w:line="266" w:lineRule="auto"/>
        <w:ind w:firstLine="331"/>
        <w:jc w:val="both"/>
      </w:pPr>
      <w:r>
        <w:rPr>
          <w:rFonts w:ascii="Georgia" w:hAnsi="Georgia"/>
          <w:b w:val="0"/>
          <w:i w:val="0"/>
          <w:color w:val="22201D"/>
          <w:sz w:val="20"/>
        </w:rPr>
        <w:t>Bob heard everyone hearing it.</w:t>
      </w:r>
    </w:p>
    <w:p>
      <w:pPr>
        <w:spacing w:after="60" w:line="266" w:lineRule="auto"/>
        <w:ind w:firstLine="331"/>
        <w:jc w:val="both"/>
      </w:pPr>
      <w:r>
        <w:rPr>
          <w:rFonts w:ascii="Georgia" w:hAnsi="Georgia"/>
          <w:b w:val="0"/>
          <w:i w:val="0"/>
          <w:color w:val="22201D"/>
          <w:sz w:val="20"/>
        </w:rPr>
        <w:t>That was the problem with small trucks and large truths.</w:t>
      </w:r>
    </w:p>
    <w:p>
      <w:pPr>
        <w:spacing w:after="60" w:line="266" w:lineRule="auto"/>
        <w:ind w:firstLine="331"/>
        <w:jc w:val="both"/>
      </w:pPr>
      <w:r>
        <w:rPr>
          <w:rFonts w:ascii="Georgia" w:hAnsi="Georgia"/>
          <w:b w:val="0"/>
          <w:i w:val="0"/>
          <w:color w:val="22201D"/>
          <w:sz w:val="20"/>
        </w:rPr>
        <w:t>They lacked acoustic privacy.</w:t>
      </w:r>
    </w:p>
    <w:p>
      <w:pPr>
        <w:spacing w:after="60" w:line="266" w:lineRule="auto"/>
        <w:ind w:firstLine="331"/>
        <w:jc w:val="both"/>
      </w:pPr>
      <w:r>
        <w:rPr>
          <w:rFonts w:ascii="Georgia" w:hAnsi="Georgia"/>
          <w:b w:val="0"/>
          <w:i w:val="0"/>
          <w:color w:val="22201D"/>
          <w:sz w:val="20"/>
        </w:rPr>
        <w:t>Flocc looked at the menu key.</w:t>
      </w:r>
    </w:p>
    <w:p>
      <w:pPr>
        <w:spacing w:after="60" w:line="266" w:lineRule="auto"/>
        <w:ind w:firstLine="331"/>
        <w:jc w:val="both"/>
      </w:pPr>
      <w:r>
        <w:rPr>
          <w:rFonts w:ascii="Georgia" w:hAnsi="Georgia"/>
          <w:b w:val="0"/>
          <w:i w:val="0"/>
          <w:color w:val="22201D"/>
          <w:sz w:val="20"/>
        </w:rPr>
        <w:t>It stayed blank.</w:t>
      </w:r>
    </w:p>
    <w:p>
      <w:pPr>
        <w:spacing w:after="60" w:line="266" w:lineRule="auto"/>
        <w:ind w:firstLine="331"/>
        <w:jc w:val="both"/>
      </w:pPr>
      <w:r>
        <w:rPr>
          <w:rFonts w:ascii="Georgia" w:hAnsi="Georgia"/>
          <w:b w:val="0"/>
          <w:i w:val="0"/>
          <w:color w:val="22201D"/>
          <w:sz w:val="20"/>
        </w:rPr>
        <w:t>That was worse than helping.</w:t>
      </w:r>
    </w:p>
    <w:p>
      <w:pPr>
        <w:spacing w:after="60" w:line="266" w:lineRule="auto"/>
        <w:ind w:firstLine="331"/>
        <w:jc w:val="both"/>
      </w:pPr>
      <w:r>
        <w:rPr>
          <w:rFonts w:ascii="Georgia" w:hAnsi="Georgia"/>
          <w:b w:val="0"/>
          <w:i w:val="0"/>
          <w:color w:val="22201D"/>
          <w:sz w:val="20"/>
        </w:rPr>
        <w:t>Bob looked out the passenger window.</w:t>
      </w:r>
    </w:p>
    <w:p>
      <w:pPr>
        <w:spacing w:after="60" w:line="266" w:lineRule="auto"/>
        <w:ind w:firstLine="331"/>
        <w:jc w:val="both"/>
      </w:pPr>
      <w:r>
        <w:rPr>
          <w:rFonts w:ascii="Georgia" w:hAnsi="Georgia"/>
          <w:b w:val="0"/>
          <w:i w:val="0"/>
          <w:color w:val="22201D"/>
          <w:sz w:val="20"/>
        </w:rPr>
        <w:t>The bridge railing passed by in chipped white sections.</w:t>
      </w:r>
    </w:p>
    <w:p>
      <w:pPr>
        <w:spacing w:after="60" w:line="266" w:lineRule="auto"/>
        <w:ind w:firstLine="331"/>
        <w:jc w:val="both"/>
      </w:pPr>
      <w:r>
        <w:rPr>
          <w:rFonts w:ascii="Georgia" w:hAnsi="Georgia"/>
          <w:b w:val="0"/>
          <w:i w:val="0"/>
          <w:color w:val="22201D"/>
          <w:sz w:val="20"/>
        </w:rPr>
        <w:t>"I don't want to drive on that bracket."</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 would."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"That's not good."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Nico stopped swinging her boot.</w:t>
      </w:r>
    </w:p>
    <w:p>
      <w:pPr>
        <w:spacing w:after="60" w:line="266" w:lineRule="auto"/>
        <w:ind w:firstLine="331"/>
        <w:jc w:val="both"/>
      </w:pPr>
      <w:r>
        <w:rPr>
          <w:rFonts w:ascii="Georgia" w:hAnsi="Georgia"/>
          <w:b w:val="0"/>
          <w:i w:val="0"/>
          <w:color w:val="22201D"/>
          <w:sz w:val="20"/>
        </w:rPr>
        <w:t>Steve looked down.</w:t>
      </w:r>
    </w:p>
    <w:p>
      <w:pPr>
        <w:spacing w:after="60" w:line="266" w:lineRule="auto"/>
        <w:ind w:firstLine="331"/>
        <w:jc w:val="both"/>
      </w:pPr>
      <w:r>
        <w:rPr>
          <w:rFonts w:ascii="Georgia" w:hAnsi="Georgia"/>
          <w:b w:val="0"/>
          <w:i w:val="0"/>
          <w:color w:val="22201D"/>
          <w:sz w:val="20"/>
        </w:rPr>
        <w:t>Flocc folded the menu key closed.</w:t>
      </w:r>
    </w:p>
    <w:p>
      <w:pPr>
        <w:spacing w:after="60" w:line="266" w:lineRule="auto"/>
        <w:ind w:firstLine="331"/>
        <w:jc w:val="both"/>
      </w:pPr>
      <w:r>
        <w:rPr>
          <w:rFonts w:ascii="Georgia" w:hAnsi="Georgia"/>
          <w:b w:val="0"/>
          <w:i w:val="0"/>
          <w:color w:val="22201D"/>
          <w:sz w:val="20"/>
        </w:rPr>
        <w:t>Bob had not made a speech.</w:t>
      </w:r>
    </w:p>
    <w:p>
      <w:pPr>
        <w:spacing w:after="60" w:line="266" w:lineRule="auto"/>
        <w:ind w:firstLine="331"/>
        <w:jc w:val="both"/>
      </w:pPr>
      <w:r>
        <w:rPr>
          <w:rFonts w:ascii="Georgia" w:hAnsi="Georgia"/>
          <w:b w:val="0"/>
          <w:i w:val="0"/>
          <w:color w:val="22201D"/>
          <w:sz w:val="20"/>
        </w:rPr>
        <w:t>He had identified a hazard.</w:t>
      </w:r>
    </w:p>
    <w:p>
      <w:pPr>
        <w:spacing w:after="60" w:line="266" w:lineRule="auto"/>
        <w:ind w:firstLine="331"/>
        <w:jc w:val="both"/>
      </w:pPr>
      <w:r>
        <w:rPr>
          <w:rFonts w:ascii="Georgia" w:hAnsi="Georgia"/>
          <w:b w:val="0"/>
          <w:i w:val="0"/>
          <w:color w:val="22201D"/>
          <w:sz w:val="20"/>
        </w:rPr>
        <w:t>This was the only language the route accepted from him without charging extra.</w:t>
      </w:r>
    </w:p>
    <w:p>
      <w:pPr>
        <w:spacing w:after="60" w:line="266" w:lineRule="auto"/>
        <w:ind w:firstLine="331"/>
        <w:jc w:val="both"/>
      </w:pPr>
      <w:r>
        <w:rPr>
          <w:rFonts w:ascii="Georgia" w:hAnsi="Georgia"/>
          <w:b w:val="0"/>
          <w:i w:val="0"/>
          <w:color w:val="22201D"/>
          <w:sz w:val="20"/>
        </w:rPr>
        <w:t>The final crate note stamped itself:</w:t>
      </w:r>
    </w:p>
    <w:p>
      <w:pPr>
        <w:spacing w:after="60" w:line="250" w:lineRule="auto"/>
        <w:ind w:left="202" w:right="173"/>
      </w:pPr>
      <w:r>
        <w:rPr>
          <w:rFonts w:ascii="Georgia" w:hAnsi="Georgia"/>
          <w:b w:val="0"/>
          <w:i w:val="0"/>
          <w:color w:val="22201D"/>
          <w:sz w:val="17"/>
        </w:rPr>
        <w:t>AGREEMENT PARTIAL</w:t>
      </w:r>
    </w:p>
    <w:p>
      <w:pPr>
        <w:spacing w:after="60" w:line="266" w:lineRule="auto"/>
        <w:ind w:firstLine="331"/>
        <w:jc w:val="both"/>
      </w:pPr>
      <w:r>
        <w:rPr>
          <w:rFonts w:ascii="Georgia" w:hAnsi="Georgia"/>
          <w:b w:val="0"/>
          <w:i w:val="0"/>
          <w:color w:val="22201D"/>
          <w:sz w:val="20"/>
        </w:rPr>
        <w:t>Bob glared at it.</w:t>
      </w:r>
    </w:p>
    <w:p>
      <w:pPr>
        <w:spacing w:after="60" w:line="266" w:lineRule="auto"/>
        <w:ind w:firstLine="331"/>
        <w:jc w:val="both"/>
      </w:pPr>
      <w:r>
        <w:rPr>
          <w:rFonts w:ascii="Georgia" w:hAnsi="Georgia"/>
          <w:b w:val="0"/>
          <w:i w:val="0"/>
          <w:color w:val="22201D"/>
          <w:sz w:val="20"/>
        </w:rPr>
        <w:t>"Partial?"</w:t>
      </w:r>
    </w:p>
    <w:p>
      <w:pPr>
        <w:spacing w:after="60" w:line="266" w:lineRule="auto"/>
        <w:ind w:firstLine="331"/>
        <w:jc w:val="both"/>
      </w:pPr>
      <w:r>
        <w:rPr>
          <w:rFonts w:ascii="Georgia" w:hAnsi="Georgia"/>
          <w:b w:val="0"/>
          <w:i w:val="0"/>
          <w:color w:val="22201D"/>
          <w:sz w:val="20"/>
        </w:rPr>
        <w:t>Steve said, "You may be arguing with the grading rubric."</w:t>
      </w:r>
    </w:p>
    <w:p>
      <w:pPr>
        <w:spacing w:after="60" w:line="266" w:lineRule="auto"/>
        <w:ind w:firstLine="331"/>
        <w:jc w:val="both"/>
      </w:pPr>
      <w:r>
        <w:rPr>
          <w:rFonts w:ascii="Georgia" w:hAnsi="Georgia"/>
          <w:b w:val="0"/>
          <w:i w:val="0"/>
          <w:color w:val="22201D"/>
          <w:sz w:val="20"/>
        </w:rPr>
        <w:t>"I am not."</w:t>
      </w:r>
    </w:p>
    <w:p>
      <w:pPr>
        <w:spacing w:after="60" w:line="266" w:lineRule="auto"/>
        <w:ind w:firstLine="331"/>
        <w:jc w:val="both"/>
      </w:pPr>
      <w:r>
        <w:rPr>
          <w:rFonts w:ascii="Georgia" w:hAnsi="Georgia"/>
          <w:b w:val="0"/>
          <w:i w:val="0"/>
          <w:color w:val="22201D"/>
          <w:sz w:val="20"/>
        </w:rPr>
        <w:t>The note added:</w:t>
      </w:r>
    </w:p>
    <w:p>
      <w:pPr>
        <w:spacing w:after="60" w:line="250" w:lineRule="auto"/>
        <w:ind w:left="202" w:right="173"/>
      </w:pPr>
      <w:r>
        <w:rPr>
          <w:rFonts w:ascii="Georgia" w:hAnsi="Georgia"/>
          <w:b w:val="0"/>
          <w:i w:val="0"/>
          <w:color w:val="22201D"/>
          <w:sz w:val="17"/>
        </w:rPr>
        <w:t>PENDING: EVERYONE ELSE.</w:t>
      </w:r>
    </w:p>
    <w:p>
      <w:pPr>
        <w:spacing w:after="60" w:line="266" w:lineRule="auto"/>
        <w:ind w:firstLine="331"/>
        <w:jc w:val="both"/>
      </w:pPr>
      <w:r>
        <w:rPr>
          <w:rFonts w:ascii="Georgia" w:hAnsi="Georgia"/>
          <w:b w:val="0"/>
          <w:i w:val="0"/>
          <w:color w:val="22201D"/>
          <w:sz w:val="20"/>
        </w:rPr>
        <w:t>Nico raised both hands.</w:t>
      </w:r>
    </w:p>
    <w:p>
      <w:pPr>
        <w:spacing w:after="60" w:line="266" w:lineRule="auto"/>
        <w:ind w:firstLine="331"/>
        <w:jc w:val="both"/>
      </w:pPr>
      <w:r>
        <w:rPr>
          <w:rFonts w:ascii="Georgia" w:hAnsi="Georgia"/>
          <w:b w:val="0"/>
          <w:i w:val="0"/>
          <w:color w:val="22201D"/>
          <w:sz w:val="20"/>
        </w:rPr>
        <w:t>"I agree Gerald should drive on the bad bracket."</w:t>
      </w:r>
    </w:p>
    <w:p>
      <w:pPr>
        <w:spacing w:after="60" w:line="266" w:lineRule="auto"/>
        <w:ind w:firstLine="331"/>
        <w:jc w:val="both"/>
      </w:pPr>
      <w:r>
        <w:rPr>
          <w:rFonts w:ascii="Georgia" w:hAnsi="Georgia"/>
          <w:b w:val="0"/>
          <w:i w:val="0"/>
          <w:color w:val="22201D"/>
          <w:sz w:val="20"/>
        </w:rPr>
        <w:t>The note did nothing.</w:t>
      </w:r>
    </w:p>
    <w:p>
      <w:pPr>
        <w:spacing w:after="60" w:line="266" w:lineRule="auto"/>
        <w:ind w:firstLine="331"/>
        <w:jc w:val="both"/>
      </w:pPr>
      <w:r>
        <w:rPr>
          <w:rFonts w:ascii="Georgia" w:hAnsi="Georgia"/>
          <w:b w:val="0"/>
          <w:i w:val="0"/>
          <w:color w:val="22201D"/>
          <w:sz w:val="20"/>
        </w:rPr>
        <w:t>Nico frowned.</w:t>
      </w:r>
    </w:p>
    <w:p>
      <w:pPr>
        <w:spacing w:after="60" w:line="266" w:lineRule="auto"/>
        <w:ind w:firstLine="331"/>
        <w:jc w:val="both"/>
      </w:pPr>
      <w:r>
        <w:rPr>
          <w:rFonts w:ascii="Georgia" w:hAnsi="Georgia"/>
          <w:b w:val="0"/>
          <w:i w:val="0"/>
          <w:color w:val="22201D"/>
          <w:sz w:val="20"/>
        </w:rPr>
        <w:t>"I agree Bob should not drive on the bad bracket?"</w:t>
      </w:r>
    </w:p>
    <w:p>
      <w:pPr>
        <w:spacing w:after="60" w:line="266" w:lineRule="auto"/>
        <w:ind w:firstLine="331"/>
        <w:jc w:val="both"/>
      </w:pPr>
      <w:r>
        <w:rPr>
          <w:rFonts w:ascii="Georgia" w:hAnsi="Georgia"/>
          <w:b w:val="0"/>
          <w:i w:val="0"/>
          <w:color w:val="22201D"/>
          <w:sz w:val="20"/>
        </w:rPr>
        <w:t>The note did nothing.</w:t>
      </w:r>
    </w:p>
    <w:p>
      <w:pPr>
        <w:spacing w:after="60" w:line="266" w:lineRule="auto"/>
        <w:ind w:firstLine="331"/>
        <w:jc w:val="both"/>
      </w:pPr>
      <w:r>
        <w:rPr>
          <w:rFonts w:ascii="Georgia" w:hAnsi="Georgia"/>
          <w:b w:val="0"/>
          <w:i w:val="0"/>
          <w:color w:val="22201D"/>
          <w:sz w:val="20"/>
        </w:rPr>
        <w:t>Flocc said, "Agreement is not voting against Bob."</w:t>
      </w:r>
    </w:p>
    <w:p>
      <w:pPr>
        <w:spacing w:after="60" w:line="266" w:lineRule="auto"/>
        <w:ind w:firstLine="331"/>
        <w:jc w:val="both"/>
      </w:pPr>
      <w:r>
        <w:rPr>
          <w:rFonts w:ascii="Georgia" w:hAnsi="Georgia"/>
          <w:b w:val="0"/>
          <w:i w:val="0"/>
          <w:color w:val="22201D"/>
          <w:sz w:val="20"/>
        </w:rPr>
        <w:t>"Then what is it?"</w:t>
      </w:r>
    </w:p>
    <w:p>
      <w:pPr>
        <w:spacing w:after="60" w:line="266" w:lineRule="auto"/>
        <w:ind w:firstLine="331"/>
        <w:jc w:val="both"/>
      </w:pPr>
      <w:r>
        <w:rPr>
          <w:rFonts w:ascii="Georgia" w:hAnsi="Georgia"/>
          <w:b w:val="0"/>
          <w:i w:val="0"/>
          <w:color w:val="22201D"/>
          <w:sz w:val="20"/>
        </w:rPr>
        <w:t>Gerald answered without taking his eyes off the road.</w:t>
      </w:r>
    </w:p>
    <w:p>
      <w:pPr>
        <w:spacing w:after="60" w:line="266" w:lineRule="auto"/>
        <w:ind w:firstLine="331"/>
        <w:jc w:val="both"/>
      </w:pPr>
      <w:r>
        <w:rPr>
          <w:rFonts w:ascii="Georgia" w:hAnsi="Georgia"/>
          <w:b w:val="0"/>
          <w:i w:val="0"/>
          <w:color w:val="22201D"/>
          <w:sz w:val="20"/>
        </w:rPr>
        <w:t>"It is accepting the same practical reality without making someone lose."</w:t>
      </w:r>
    </w:p>
    <w:p>
      <w:pPr>
        <w:spacing w:after="60" w:line="266" w:lineRule="auto"/>
        <w:ind w:firstLine="331"/>
        <w:jc w:val="both"/>
      </w:pPr>
      <w:r>
        <w:rPr>
          <w:rFonts w:ascii="Georgia" w:hAnsi="Georgia"/>
          <w:b w:val="0"/>
          <w:i w:val="0"/>
          <w:color w:val="22201D"/>
          <w:sz w:val="20"/>
        </w:rPr>
        <w:t>The final crate note stamped:</w:t>
      </w:r>
    </w:p>
    <w:p>
      <w:pPr>
        <w:spacing w:after="60" w:line="250" w:lineRule="auto"/>
        <w:ind w:left="202" w:right="173"/>
      </w:pPr>
      <w:r>
        <w:rPr>
          <w:rFonts w:ascii="Georgia" w:hAnsi="Georgia"/>
          <w:b w:val="0"/>
          <w:i w:val="0"/>
          <w:color w:val="22201D"/>
          <w:sz w:val="17"/>
        </w:rPr>
        <w:t>HELPER UNDERSTANDS.</w:t>
      </w:r>
    </w:p>
    <w:p>
      <w:pPr>
        <w:spacing w:after="60" w:line="266" w:lineRule="auto"/>
        <w:ind w:firstLine="331"/>
        <w:jc w:val="both"/>
      </w:pPr>
      <w:r>
        <w:rPr>
          <w:rFonts w:ascii="Georgia" w:hAnsi="Georgia"/>
          <w:b w:val="0"/>
          <w:i w:val="0"/>
          <w:color w:val="22201D"/>
          <w:sz w:val="20"/>
        </w:rPr>
        <w:t>Gerald's mouth twitched.</w:t>
      </w:r>
    </w:p>
    <w:p>
      <w:pPr>
        <w:spacing w:after="60" w:line="266" w:lineRule="auto"/>
        <w:ind w:firstLine="331"/>
        <w:jc w:val="both"/>
      </w:pPr>
      <w:r>
        <w:rPr>
          <w:rFonts w:ascii="Georgia" w:hAnsi="Georgia"/>
          <w:b w:val="0"/>
          <w:i w:val="0"/>
          <w:color w:val="22201D"/>
          <w:sz w:val="20"/>
        </w:rPr>
        <w:t>"Unnecessary."</w:t>
      </w:r>
    </w:p>
    <w:p>
      <w:pPr>
        <w:spacing w:after="60" w:line="266" w:lineRule="auto"/>
        <w:ind w:firstLine="331"/>
        <w:jc w:val="both"/>
      </w:pPr>
      <w:r>
        <w:rPr>
          <w:rFonts w:ascii="Georgia" w:hAnsi="Georgia"/>
          <w:b w:val="0"/>
          <w:i w:val="0"/>
          <w:color w:val="22201D"/>
          <w:sz w:val="20"/>
        </w:rPr>
        <w:t>"It likes you," Nico said.</w:t>
      </w:r>
    </w:p>
    <w:p>
      <w:pPr>
        <w:spacing w:after="60" w:line="266" w:lineRule="auto"/>
        <w:ind w:firstLine="331"/>
        <w:jc w:val="both"/>
      </w:pPr>
      <w:r>
        <w:rPr>
          <w:rFonts w:ascii="Georgia" w:hAnsi="Georgia"/>
          <w:b w:val="0"/>
          <w:i w:val="0"/>
          <w:color w:val="22201D"/>
          <w:sz w:val="20"/>
        </w:rPr>
        <w:t>"It likes compliance."</w:t>
      </w:r>
    </w:p>
    <w:p>
      <w:pPr>
        <w:spacing w:after="60" w:line="266" w:lineRule="auto"/>
        <w:ind w:firstLine="331"/>
        <w:jc w:val="both"/>
      </w:pPr>
      <w:r>
        <w:rPr>
          <w:rFonts w:ascii="Georgia" w:hAnsi="Georgia"/>
          <w:b w:val="0"/>
          <w:i w:val="0"/>
          <w:color w:val="22201D"/>
          <w:sz w:val="20"/>
        </w:rPr>
        <w:t>Bob said, "Same thing."</w:t>
      </w:r>
    </w:p>
    <w:p>
      <w:pPr>
        <w:spacing w:after="60" w:line="266" w:lineRule="auto"/>
        <w:ind w:firstLine="331"/>
        <w:jc w:val="both"/>
      </w:pPr>
      <w:r>
        <w:rPr>
          <w:rFonts w:ascii="Georgia" w:hAnsi="Georgia"/>
          <w:b w:val="0"/>
          <w:i w:val="0"/>
          <w:color w:val="22201D"/>
          <w:sz w:val="20"/>
        </w:rPr>
        <w:t>The note did not stamp, but it looked tempted.</w:t>
      </w:r>
    </w:p>
    <w:p>
      <w:pPr>
        <w:spacing w:after="60" w:line="266" w:lineRule="auto"/>
        <w:ind w:firstLine="331"/>
        <w:jc w:val="both"/>
      </w:pPr>
      <w:r>
        <w:rPr>
          <w:rFonts w:ascii="Georgia" w:hAnsi="Georgia"/>
          <w:b w:val="0"/>
          <w:i w:val="0"/>
          <w:color w:val="22201D"/>
          <w:sz w:val="20"/>
        </w:rPr>
        <w:t>They left the bridge and turned onto a frontage road lined with storage units.</w:t>
      </w:r>
    </w:p>
    <w:p>
      <w:pPr>
        <w:spacing w:after="60" w:line="266" w:lineRule="auto"/>
        <w:ind w:firstLine="331"/>
        <w:jc w:val="both"/>
      </w:pPr>
      <w:r>
        <w:rPr>
          <w:rFonts w:ascii="Georgia" w:hAnsi="Georgia"/>
          <w:b w:val="0"/>
          <w:i w:val="0"/>
          <w:color w:val="22201D"/>
          <w:sz w:val="20"/>
        </w:rPr>
        <w:t>Each unit had a number and a colored door.</w:t>
      </w:r>
    </w:p>
    <w:p>
      <w:pPr>
        <w:spacing w:after="60" w:line="266" w:lineRule="auto"/>
        <w:ind w:firstLine="331"/>
        <w:jc w:val="both"/>
      </w:pPr>
      <w:r>
        <w:rPr>
          <w:rFonts w:ascii="Georgia" w:hAnsi="Georgia"/>
          <w:b w:val="0"/>
          <w:i w:val="0"/>
          <w:color w:val="22201D"/>
          <w:sz w:val="20"/>
        </w:rPr>
        <w:t>One door was open.</w:t>
      </w:r>
    </w:p>
    <w:p>
      <w:pPr>
        <w:spacing w:after="60" w:line="266" w:lineRule="auto"/>
        <w:ind w:firstLine="331"/>
        <w:jc w:val="both"/>
      </w:pPr>
      <w:r>
        <w:rPr>
          <w:rFonts w:ascii="Georgia" w:hAnsi="Georgia"/>
          <w:b w:val="0"/>
          <w:i w:val="0"/>
          <w:color w:val="22201D"/>
          <w:sz w:val="20"/>
        </w:rPr>
        <w:t>Inside, shelves held unlabeled boxes.</w:t>
      </w:r>
    </w:p>
    <w:p>
      <w:pPr>
        <w:spacing w:after="60" w:line="266" w:lineRule="auto"/>
        <w:ind w:firstLine="331"/>
        <w:jc w:val="both"/>
      </w:pPr>
      <w:r>
        <w:rPr>
          <w:rFonts w:ascii="Georgia" w:hAnsi="Georgia"/>
          <w:b w:val="0"/>
          <w:i w:val="0"/>
          <w:color w:val="22201D"/>
          <w:sz w:val="20"/>
        </w:rPr>
        <w:t>On the wall, someone had painted:</w:t>
      </w:r>
    </w:p>
    <w:p>
      <w:pPr>
        <w:spacing w:after="60" w:line="250" w:lineRule="auto"/>
        <w:ind w:left="202" w:right="173"/>
      </w:pPr>
      <w:r>
        <w:rPr>
          <w:rFonts w:ascii="Georgia" w:hAnsi="Georgia"/>
          <w:b w:val="0"/>
          <w:i w:val="0"/>
          <w:color w:val="22201D"/>
          <w:sz w:val="17"/>
        </w:rPr>
        <w:t>THE PANTRY AT THE CENTER OF MISUNDERSTANDING</w:t>
      </w:r>
    </w:p>
    <w:p>
      <w:pPr>
        <w:spacing w:after="60" w:line="266" w:lineRule="auto"/>
        <w:ind w:firstLine="331"/>
        <w:jc w:val="both"/>
      </w:pPr>
      <w:r>
        <w:rPr>
          <w:rFonts w:ascii="Georgia" w:hAnsi="Georgia"/>
          <w:b w:val="0"/>
          <w:i w:val="0"/>
          <w:color w:val="22201D"/>
          <w:sz w:val="20"/>
        </w:rPr>
        <w:t>The truck rolled past before anyone could decide whether they had seen it.</w:t>
      </w:r>
    </w:p>
    <w:p>
      <w:pPr>
        <w:spacing w:after="60" w:line="266" w:lineRule="auto"/>
        <w:ind w:firstLine="331"/>
        <w:jc w:val="both"/>
      </w:pPr>
      <w:r>
        <w:rPr>
          <w:rFonts w:ascii="Georgia" w:hAnsi="Georgia"/>
          <w:b w:val="0"/>
          <w:i w:val="0"/>
          <w:color w:val="22201D"/>
          <w:sz w:val="20"/>
        </w:rPr>
        <w:t>Flocc did not turn his head.</w:t>
      </w:r>
    </w:p>
    <w:p>
      <w:pPr>
        <w:spacing w:after="60" w:line="266" w:lineRule="auto"/>
        <w:ind w:firstLine="331"/>
        <w:jc w:val="both"/>
      </w:pPr>
      <w:r>
        <w:rPr>
          <w:rFonts w:ascii="Georgia" w:hAnsi="Georgia"/>
          <w:b w:val="0"/>
          <w:i w:val="0"/>
          <w:color w:val="22201D"/>
          <w:sz w:val="20"/>
        </w:rPr>
        <w:t>"Book 7."</w:t>
      </w:r>
    </w:p>
    <w:p>
      <w:pPr>
        <w:spacing w:after="60" w:line="266" w:lineRule="auto"/>
        <w:ind w:firstLine="331"/>
        <w:jc w:val="both"/>
      </w:pPr>
      <w:r>
        <w:rPr>
          <w:rFonts w:ascii="Georgia" w:hAnsi="Georgia"/>
          <w:b w:val="0"/>
          <w:i w:val="0"/>
          <w:color w:val="22201D"/>
          <w:sz w:val="20"/>
        </w:rPr>
        <w:t>"Not yet," Bob said.</w:t>
      </w:r>
    </w:p>
    <w:p>
      <w:pPr>
        <w:spacing w:after="60" w:line="266" w:lineRule="auto"/>
        <w:ind w:firstLine="331"/>
        <w:jc w:val="both"/>
      </w:pPr>
      <w:r>
        <w:rPr>
          <w:rFonts w:ascii="Georgia" w:hAnsi="Georgia"/>
          <w:b w:val="0"/>
          <w:i w:val="0"/>
          <w:color w:val="22201D"/>
          <w:sz w:val="20"/>
        </w:rPr>
        <w:t>"Agreed."</w:t>
      </w:r>
    </w:p>
    <w:p>
      <w:pPr>
        <w:spacing w:after="60" w:line="266" w:lineRule="auto"/>
        <w:ind w:firstLine="331"/>
        <w:jc w:val="both"/>
      </w:pPr>
      <w:r>
        <w:rPr>
          <w:rFonts w:ascii="Georgia" w:hAnsi="Georgia"/>
          <w:b w:val="0"/>
          <w:i w:val="0"/>
          <w:color w:val="22201D"/>
          <w:sz w:val="20"/>
        </w:rPr>
        <w:t>The final crate note stamped:</w:t>
      </w:r>
    </w:p>
    <w:p>
      <w:pPr>
        <w:spacing w:after="60" w:line="250" w:lineRule="auto"/>
        <w:ind w:left="202" w:right="173"/>
      </w:pPr>
      <w:r>
        <w:rPr>
          <w:rFonts w:ascii="Georgia" w:hAnsi="Georgia"/>
          <w:b w:val="0"/>
          <w:i w:val="0"/>
          <w:color w:val="22201D"/>
          <w:sz w:val="17"/>
        </w:rPr>
        <w:t>ROUTE BOUNDARY ACKNOWLEDGED.</w:t>
      </w:r>
    </w:p>
    <w:p>
      <w:pPr>
        <w:spacing w:after="60" w:line="266" w:lineRule="auto"/>
        <w:ind w:firstLine="331"/>
        <w:jc w:val="both"/>
      </w:pPr>
      <w:r>
        <w:rPr>
          <w:rFonts w:ascii="Georgia" w:hAnsi="Georgia"/>
          <w:b w:val="0"/>
          <w:i w:val="0"/>
          <w:color w:val="22201D"/>
          <w:sz w:val="20"/>
        </w:rPr>
        <w:t>Nico pointed at it.</w:t>
      </w:r>
    </w:p>
    <w:p>
      <w:pPr>
        <w:spacing w:after="60" w:line="266" w:lineRule="auto"/>
        <w:ind w:firstLine="331"/>
        <w:jc w:val="both"/>
      </w:pPr>
      <w:r>
        <w:rPr>
          <w:rFonts w:ascii="Georgia" w:hAnsi="Georgia"/>
          <w:b w:val="0"/>
          <w:i w:val="0"/>
          <w:color w:val="22201D"/>
          <w:sz w:val="20"/>
        </w:rPr>
        <w:t>"That counted?"</w:t>
      </w:r>
    </w:p>
    <w:p>
      <w:pPr>
        <w:spacing w:after="60" w:line="266" w:lineRule="auto"/>
        <w:ind w:firstLine="331"/>
        <w:jc w:val="both"/>
      </w:pPr>
      <w:r>
        <w:rPr>
          <w:rFonts w:ascii="Georgia" w:hAnsi="Georgia"/>
          <w:b w:val="0"/>
          <w:i w:val="0"/>
          <w:color w:val="22201D"/>
          <w:sz w:val="20"/>
        </w:rPr>
        <w:t>Flocc said, "He agreed with me."</w:t>
      </w:r>
    </w:p>
    <w:p>
      <w:pPr>
        <w:spacing w:after="60" w:line="266" w:lineRule="auto"/>
        <w:ind w:firstLine="331"/>
        <w:jc w:val="both"/>
      </w:pPr>
      <w:r>
        <w:rPr>
          <w:rFonts w:ascii="Georgia" w:hAnsi="Georgia"/>
          <w:b w:val="0"/>
          <w:i w:val="0"/>
          <w:color w:val="22201D"/>
          <w:sz w:val="20"/>
        </w:rPr>
        <w:t>Bob said, "I did not."</w:t>
      </w:r>
    </w:p>
    <w:p>
      <w:pPr>
        <w:spacing w:after="60" w:line="266" w:lineRule="auto"/>
        <w:ind w:firstLine="331"/>
        <w:jc w:val="both"/>
      </w:pPr>
      <w:r>
        <w:rPr>
          <w:rFonts w:ascii="Georgia" w:hAnsi="Georgia"/>
          <w:b w:val="0"/>
          <w:i w:val="0"/>
          <w:color w:val="22201D"/>
          <w:sz w:val="20"/>
        </w:rPr>
        <w:t>The note stamped:</w:t>
      </w:r>
    </w:p>
    <w:p>
      <w:pPr>
        <w:spacing w:after="60" w:line="250" w:lineRule="auto"/>
        <w:ind w:left="202" w:right="173"/>
      </w:pPr>
      <w:r>
        <w:rPr>
          <w:rFonts w:ascii="Georgia" w:hAnsi="Georgia"/>
          <w:b w:val="0"/>
          <w:i w:val="0"/>
          <w:color w:val="22201D"/>
          <w:sz w:val="17"/>
        </w:rPr>
        <w:t>ARGUING DETECTED.</w:t>
      </w:r>
    </w:p>
    <w:p>
      <w:pPr>
        <w:spacing w:after="60" w:line="266" w:lineRule="auto"/>
        <w:ind w:firstLine="331"/>
        <w:jc w:val="both"/>
      </w:pPr>
      <w:r>
        <w:rPr>
          <w:rFonts w:ascii="Georgia" w:hAnsi="Georgia"/>
          <w:b w:val="0"/>
          <w:i w:val="0"/>
          <w:color w:val="22201D"/>
          <w:sz w:val="20"/>
        </w:rPr>
        <w:t>Bob folded his arms.</w:t>
      </w:r>
    </w:p>
    <w:p>
      <w:pPr>
        <w:spacing w:after="60" w:line="266" w:lineRule="auto"/>
        <w:ind w:firstLine="331"/>
        <w:jc w:val="both"/>
      </w:pPr>
      <w:r>
        <w:rPr>
          <w:rFonts w:ascii="Georgia" w:hAnsi="Georgia"/>
          <w:b w:val="0"/>
          <w:i w:val="0"/>
          <w:color w:val="22201D"/>
          <w:sz w:val="20"/>
        </w:rPr>
        <w:t>Gerald kept driving.</w:t>
      </w:r>
    </w:p>
    <w:p>
      <w:pPr>
        <w:spacing w:after="60" w:line="266" w:lineRule="auto"/>
        <w:ind w:firstLine="331"/>
        <w:jc w:val="both"/>
      </w:pPr>
      <w:r>
        <w:rPr>
          <w:rFonts w:ascii="Georgia" w:hAnsi="Georgia"/>
          <w:b w:val="0"/>
          <w:i w:val="0"/>
          <w:color w:val="22201D"/>
          <w:sz w:val="20"/>
        </w:rPr>
        <w:t>Steve breathed through his nose in the way people did when laughter would damage working conditions.</w:t>
      </w:r>
    </w:p>
    <w:p>
      <w:pPr>
        <w:spacing w:after="60" w:line="266" w:lineRule="auto"/>
        <w:ind w:firstLine="331"/>
        <w:jc w:val="both"/>
      </w:pPr>
      <w:r>
        <w:rPr>
          <w:rFonts w:ascii="Georgia" w:hAnsi="Georgia"/>
          <w:b w:val="0"/>
          <w:i w:val="0"/>
          <w:color w:val="22201D"/>
          <w:sz w:val="20"/>
        </w:rPr>
        <w:t>The truck reached MARV'S TRUCK AND LIGHT INDUSTRIAL in twenty-two minutes.</w:t>
      </w:r>
    </w:p>
    <w:p>
      <w:pPr>
        <w:spacing w:after="60" w:line="266" w:lineRule="auto"/>
        <w:ind w:firstLine="331"/>
        <w:jc w:val="both"/>
      </w:pPr>
      <w:r>
        <w:rPr>
          <w:rFonts w:ascii="Georgia" w:hAnsi="Georgia"/>
          <w:b w:val="0"/>
          <w:i w:val="0"/>
          <w:color w:val="22201D"/>
          <w:sz w:val="20"/>
        </w:rPr>
        <w:t>Inez stood outside before they pulled in.</w:t>
      </w:r>
    </w:p>
    <w:p>
      <w:pPr>
        <w:spacing w:after="60" w:line="266" w:lineRule="auto"/>
        <w:ind w:firstLine="331"/>
        <w:jc w:val="both"/>
      </w:pPr>
      <w:r>
        <w:rPr>
          <w:rFonts w:ascii="Georgia" w:hAnsi="Georgia"/>
          <w:b w:val="0"/>
          <w:i w:val="0"/>
          <w:color w:val="22201D"/>
          <w:sz w:val="20"/>
        </w:rPr>
        <w:t>She wore coveralls, safety glasses pushed up on her head, and the expression of someone who had received a phone call from common sense before the customer arrived.</w:t>
      </w:r>
    </w:p>
    <w:p>
      <w:pPr>
        <w:spacing w:after="60" w:line="266" w:lineRule="auto"/>
        <w:ind w:firstLine="331"/>
        <w:jc w:val="both"/>
      </w:pPr>
      <w:r>
        <w:rPr>
          <w:rFonts w:ascii="Georgia" w:hAnsi="Georgia"/>
          <w:b w:val="0"/>
          <w:i w:val="0"/>
          <w:color w:val="22201D"/>
          <w:sz w:val="20"/>
        </w:rPr>
        <w:t>Gerald parked where she pointed.</w:t>
      </w:r>
    </w:p>
    <w:p>
      <w:pPr>
        <w:spacing w:after="60" w:line="266" w:lineRule="auto"/>
        <w:ind w:firstLine="331"/>
        <w:jc w:val="both"/>
      </w:pPr>
      <w:r>
        <w:rPr>
          <w:rFonts w:ascii="Georgia" w:hAnsi="Georgia"/>
          <w:b w:val="0"/>
          <w:i w:val="0"/>
          <w:color w:val="22201D"/>
          <w:sz w:val="20"/>
        </w:rPr>
        <w:t>Bob stepped out of the passenger side.</w:t>
      </w:r>
    </w:p>
    <w:p>
      <w:pPr>
        <w:spacing w:after="60" w:line="266" w:lineRule="auto"/>
        <w:ind w:firstLine="331"/>
        <w:jc w:val="both"/>
      </w:pPr>
      <w:r>
        <w:rPr>
          <w:rFonts w:ascii="Georgia" w:hAnsi="Georgia"/>
          <w:b w:val="0"/>
          <w:i w:val="0"/>
          <w:color w:val="22201D"/>
          <w:sz w:val="20"/>
        </w:rPr>
        <w:t>Inez looked at him.</w:t>
      </w:r>
    </w:p>
    <w:p>
      <w:pPr>
        <w:spacing w:after="60" w:line="266" w:lineRule="auto"/>
        <w:ind w:firstLine="331"/>
        <w:jc w:val="both"/>
      </w:pPr>
      <w:r>
        <w:rPr>
          <w:rFonts w:ascii="Georgia" w:hAnsi="Georgia"/>
          <w:b w:val="0"/>
          <w:i w:val="0"/>
          <w:color w:val="22201D"/>
          <w:sz w:val="20"/>
        </w:rPr>
        <w:t>Then at Gerald in the driver's seat.</w:t>
      </w:r>
    </w:p>
    <w:p>
      <w:pPr>
        <w:spacing w:after="60" w:line="266" w:lineRule="auto"/>
        <w:ind w:firstLine="331"/>
        <w:jc w:val="both"/>
      </w:pPr>
      <w:r>
        <w:rPr>
          <w:rFonts w:ascii="Georgia" w:hAnsi="Georgia"/>
          <w:b w:val="0"/>
          <w:i w:val="0"/>
          <w:color w:val="22201D"/>
          <w:sz w:val="20"/>
        </w:rPr>
        <w:t>Then at the temporary strap.</w:t>
      </w:r>
    </w:p>
    <w:p>
      <w:pPr>
        <w:spacing w:after="60" w:line="266" w:lineRule="auto"/>
        <w:ind w:firstLine="331"/>
        <w:jc w:val="both"/>
      </w:pPr>
      <w:r>
        <w:rPr>
          <w:rFonts w:ascii="Georgia" w:hAnsi="Georgia"/>
          <w:b w:val="0"/>
          <w:i w:val="0"/>
          <w:color w:val="22201D"/>
          <w:sz w:val="20"/>
        </w:rPr>
        <w:t>"Good," she said.</w:t>
      </w:r>
    </w:p>
    <w:p>
      <w:pPr>
        <w:spacing w:after="60" w:line="266" w:lineRule="auto"/>
        <w:ind w:firstLine="331"/>
        <w:jc w:val="both"/>
      </w:pPr>
      <w:r>
        <w:rPr>
          <w:rFonts w:ascii="Georgia" w:hAnsi="Georgia"/>
          <w:b w:val="0"/>
          <w:i w:val="0"/>
          <w:color w:val="22201D"/>
          <w:sz w:val="20"/>
        </w:rPr>
        <w:t>Bob shut the passenger door.</w:t>
      </w:r>
    </w:p>
    <w:p>
      <w:pPr>
        <w:spacing w:after="60" w:line="266" w:lineRule="auto"/>
        <w:ind w:firstLine="331"/>
        <w:jc w:val="both"/>
      </w:pPr>
      <w:r>
        <w:rPr>
          <w:rFonts w:ascii="Georgia" w:hAnsi="Georgia"/>
          <w:b w:val="0"/>
          <w:i w:val="0"/>
          <w:color w:val="22201D"/>
          <w:sz w:val="20"/>
        </w:rPr>
        <w:t>"Bracket."</w:t>
      </w:r>
    </w:p>
    <w:p>
      <w:pPr>
        <w:spacing w:after="60" w:line="266" w:lineRule="auto"/>
        <w:ind w:firstLine="331"/>
        <w:jc w:val="both"/>
      </w:pPr>
      <w:r>
        <w:rPr>
          <w:rFonts w:ascii="Georgia" w:hAnsi="Georgia"/>
          <w:b w:val="0"/>
          <w:i w:val="0"/>
          <w:color w:val="22201D"/>
          <w:sz w:val="20"/>
        </w:rPr>
        <w:t>"I can see that."</w:t>
      </w:r>
    </w:p>
    <w:p>
      <w:pPr>
        <w:spacing w:after="60" w:line="266" w:lineRule="auto"/>
        <w:ind w:firstLine="331"/>
        <w:jc w:val="both"/>
      </w:pPr>
      <w:r>
        <w:rPr>
          <w:rFonts w:ascii="Georgia" w:hAnsi="Georgia"/>
          <w:b w:val="0"/>
          <w:i w:val="0"/>
          <w:color w:val="22201D"/>
          <w:sz w:val="20"/>
        </w:rPr>
        <w:t>"Rear passenger support."</w:t>
      </w:r>
    </w:p>
    <w:p>
      <w:pPr>
        <w:spacing w:after="60" w:line="266" w:lineRule="auto"/>
        <w:ind w:firstLine="331"/>
        <w:jc w:val="both"/>
      </w:pPr>
      <w:r>
        <w:rPr>
          <w:rFonts w:ascii="Georgia" w:hAnsi="Georgia"/>
          <w:b w:val="0"/>
          <w:i w:val="0"/>
          <w:color w:val="22201D"/>
          <w:sz w:val="20"/>
        </w:rPr>
        <w:t>"I can see that too."</w:t>
      </w:r>
    </w:p>
    <w:p>
      <w:pPr>
        <w:spacing w:after="60" w:line="266" w:lineRule="auto"/>
        <w:ind w:firstLine="331"/>
        <w:jc w:val="both"/>
      </w:pPr>
      <w:r>
        <w:rPr>
          <w:rFonts w:ascii="Georgia" w:hAnsi="Georgia"/>
          <w:b w:val="0"/>
          <w:i w:val="0"/>
          <w:color w:val="22201D"/>
          <w:sz w:val="20"/>
        </w:rPr>
        <w:t>"Old weld separated."</w:t>
      </w:r>
    </w:p>
    <w:p>
      <w:pPr>
        <w:spacing w:after="60" w:line="266" w:lineRule="auto"/>
        <w:ind w:firstLine="331"/>
        <w:jc w:val="both"/>
      </w:pPr>
      <w:r>
        <w:rPr>
          <w:rFonts w:ascii="Georgia" w:hAnsi="Georgia"/>
          <w:b w:val="0"/>
          <w:i w:val="0"/>
          <w:color w:val="22201D"/>
          <w:sz w:val="20"/>
        </w:rPr>
        <w:t>"Bob."</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"Do not argue with me."</w:t>
      </w:r>
    </w:p>
    <w:p>
      <w:pPr>
        <w:spacing w:after="60" w:line="266" w:lineRule="auto"/>
        <w:ind w:firstLine="331"/>
        <w:jc w:val="both"/>
      </w:pPr>
      <w:r>
        <w:rPr>
          <w:rFonts w:ascii="Georgia" w:hAnsi="Georgia"/>
          <w:b w:val="0"/>
          <w:i w:val="0"/>
          <w:color w:val="22201D"/>
          <w:sz w:val="20"/>
        </w:rPr>
        <w:t>From inside the truck, the final crate note stamped so hard the clipboard jumped.</w:t>
      </w:r>
    </w:p>
    <w:p>
      <w:pPr>
        <w:spacing w:after="60" w:line="250" w:lineRule="auto"/>
        <w:ind w:left="202" w:right="173"/>
      </w:pPr>
      <w:r>
        <w:rPr>
          <w:rFonts w:ascii="Georgia" w:hAnsi="Georgia"/>
          <w:b w:val="0"/>
          <w:i w:val="0"/>
          <w:color w:val="22201D"/>
          <w:sz w:val="17"/>
        </w:rPr>
        <w:t>EXTERNAL CONFIRMATION RECEIVED</w:t>
      </w:r>
    </w:p>
    <w:p>
      <w:pPr>
        <w:spacing w:after="60" w:line="266" w:lineRule="auto"/>
        <w:ind w:firstLine="331"/>
        <w:jc w:val="both"/>
      </w:pPr>
      <w:r>
        <w:rPr>
          <w:rFonts w:ascii="Georgia" w:hAnsi="Georgia"/>
          <w:b w:val="0"/>
          <w:i w:val="0"/>
          <w:color w:val="22201D"/>
          <w:sz w:val="20"/>
        </w:rPr>
        <w:t>Nico lost the fight completely and laughed into both hands.</w:t>
      </w:r>
    </w:p>
    <w:p>
      <w:pPr>
        <w:spacing w:after="60" w:line="266" w:lineRule="auto"/>
        <w:ind w:firstLine="331"/>
        <w:jc w:val="both"/>
      </w:pPr>
      <w:r>
        <w:rPr>
          <w:rFonts w:ascii="Georgia" w:hAnsi="Georgia"/>
          <w:b w:val="0"/>
          <w:i w:val="0"/>
          <w:color w:val="22201D"/>
          <w:sz w:val="20"/>
        </w:rPr>
        <w:t>Inez looked at her.</w:t>
      </w:r>
    </w:p>
    <w:p>
      <w:pPr>
        <w:spacing w:after="60" w:line="266" w:lineRule="auto"/>
        <w:ind w:firstLine="331"/>
        <w:jc w:val="both"/>
      </w:pPr>
      <w:r>
        <w:rPr>
          <w:rFonts w:ascii="Georgia" w:hAnsi="Georgia"/>
          <w:b w:val="0"/>
          <w:i w:val="0"/>
          <w:color w:val="22201D"/>
          <w:sz w:val="20"/>
        </w:rPr>
        <w:t>"Long route?"</w:t>
      </w:r>
    </w:p>
    <w:p>
      <w:pPr>
        <w:spacing w:after="60" w:line="266" w:lineRule="auto"/>
        <w:ind w:firstLine="331"/>
        <w:jc w:val="both"/>
      </w:pPr>
      <w:r>
        <w:rPr>
          <w:rFonts w:ascii="Georgia" w:hAnsi="Georgia"/>
          <w:b w:val="0"/>
          <w:i w:val="0"/>
          <w:color w:val="22201D"/>
          <w:sz w:val="20"/>
        </w:rPr>
        <w:t>"Tuesday," Nico said.</w:t>
      </w:r>
    </w:p>
    <w:p>
      <w:pPr>
        <w:spacing w:after="60" w:line="266" w:lineRule="auto"/>
        <w:ind w:firstLine="331"/>
        <w:jc w:val="both"/>
      </w:pPr>
      <w:r>
        <w:rPr>
          <w:rFonts w:ascii="Georgia" w:hAnsi="Georgia"/>
          <w:b w:val="0"/>
          <w:i w:val="0"/>
          <w:color w:val="22201D"/>
          <w:sz w:val="20"/>
        </w:rPr>
        <w:t>Inez nodded as if this explained all necessary categories.</w:t>
      </w:r>
    </w:p>
    <w:p>
      <w:pPr>
        <w:spacing w:after="60" w:line="266" w:lineRule="auto"/>
        <w:ind w:firstLine="331"/>
        <w:jc w:val="both"/>
      </w:pPr>
      <w:r>
        <w:rPr>
          <w:rFonts w:ascii="Georgia" w:hAnsi="Georgia"/>
          <w:b w:val="0"/>
          <w:i w:val="0"/>
          <w:color w:val="22201D"/>
          <w:sz w:val="20"/>
        </w:rPr>
        <w:t>"Tuesday does that."</w:t>
      </w:r>
    </w:p>
    <w:p>
      <w:pPr>
        <w:spacing w:after="60" w:line="266" w:lineRule="auto"/>
        <w:ind w:firstLine="331"/>
        <w:jc w:val="both"/>
      </w:pPr>
      <w:r>
        <w:rPr>
          <w:rFonts w:ascii="Georgia" w:hAnsi="Georgia"/>
          <w:b w:val="0"/>
          <w:i w:val="0"/>
          <w:color w:val="22201D"/>
          <w:sz w:val="20"/>
        </w:rPr>
        <w:t>Bob did not ask how she knew.</w:t>
      </w:r>
    </w:p>
    <w:p>
      <w:pPr>
        <w:spacing w:after="60" w:line="266" w:lineRule="auto"/>
        <w:ind w:firstLine="331"/>
        <w:jc w:val="both"/>
      </w:pPr>
      <w:r>
        <w:rPr>
          <w:rFonts w:ascii="Georgia" w:hAnsi="Georgia"/>
          <w:b w:val="0"/>
          <w:i w:val="0"/>
          <w:color w:val="22201D"/>
          <w:sz w:val="20"/>
        </w:rPr>
        <w:t>He had remaining dignity and intended to spend it carefully.</w:t>
      </w:r>
    </w:p>
    <w:p>
      <w:pPr>
        <w:spacing w:after="60" w:line="266" w:lineRule="auto"/>
        <w:ind w:firstLine="331"/>
        <w:jc w:val="both"/>
      </w:pPr>
      <w:r>
        <w:rPr>
          <w:rFonts w:ascii="Georgia" w:hAnsi="Georgia"/>
          <w:b w:val="0"/>
          <w:i w:val="0"/>
          <w:color w:val="22201D"/>
          <w:sz w:val="20"/>
        </w:rPr>
        <w:t>Gerald handed Inez the correction sheets, route copy, and final crate note.</w:t>
      </w:r>
    </w:p>
    <w:p>
      <w:pPr>
        <w:spacing w:after="60" w:line="266" w:lineRule="auto"/>
        <w:ind w:firstLine="331"/>
        <w:jc w:val="both"/>
      </w:pPr>
      <w:r>
        <w:rPr>
          <w:rFonts w:ascii="Georgia" w:hAnsi="Georgia"/>
          <w:b w:val="0"/>
          <w:i w:val="0"/>
          <w:color w:val="22201D"/>
          <w:sz w:val="20"/>
        </w:rPr>
        <w:t>She read them without surprise, which made Steve look like he wanted to ask six questions and had been physically restrained by growth.</w:t>
      </w:r>
    </w:p>
    <w:p>
      <w:pPr>
        <w:spacing w:after="60" w:line="266" w:lineRule="auto"/>
        <w:ind w:firstLine="331"/>
        <w:jc w:val="both"/>
      </w:pPr>
      <w:r>
        <w:rPr>
          <w:rFonts w:ascii="Georgia" w:hAnsi="Georgia"/>
          <w:b w:val="0"/>
          <w:i w:val="0"/>
          <w:color w:val="22201D"/>
          <w:sz w:val="20"/>
        </w:rPr>
        <w:t>"Shop copy?" Inez asked.</w:t>
      </w:r>
    </w:p>
    <w:p>
      <w:pPr>
        <w:spacing w:after="60" w:line="266" w:lineRule="auto"/>
        <w:ind w:firstLine="331"/>
        <w:jc w:val="both"/>
      </w:pPr>
      <w:r>
        <w:rPr>
          <w:rFonts w:ascii="Georgia" w:hAnsi="Georgia"/>
          <w:b w:val="0"/>
          <w:i w:val="0"/>
          <w:color w:val="22201D"/>
          <w:sz w:val="20"/>
        </w:rPr>
        <w:t>Gerald checked the stack.</w:t>
      </w:r>
    </w:p>
    <w:p>
      <w:pPr>
        <w:spacing w:after="60" w:line="266" w:lineRule="auto"/>
        <w:ind w:firstLine="331"/>
        <w:jc w:val="both"/>
      </w:pPr>
      <w:r>
        <w:rPr>
          <w:rFonts w:ascii="Georgia" w:hAnsi="Georgia"/>
          <w:b w:val="0"/>
          <w:i w:val="0"/>
          <w:color w:val="22201D"/>
          <w:sz w:val="20"/>
        </w:rPr>
        <w:t>"There is no shop copy."</w:t>
      </w:r>
    </w:p>
    <w:p>
      <w:pPr>
        <w:spacing w:after="60" w:line="266" w:lineRule="auto"/>
        <w:ind w:firstLine="331"/>
        <w:jc w:val="both"/>
      </w:pPr>
      <w:r>
        <w:rPr>
          <w:rFonts w:ascii="Georgia" w:hAnsi="Georgia"/>
          <w:b w:val="0"/>
          <w:i w:val="0"/>
          <w:color w:val="22201D"/>
          <w:sz w:val="20"/>
        </w:rPr>
        <w:t>The spoon clicked.</w:t>
      </w:r>
    </w:p>
    <w:p>
      <w:pPr>
        <w:spacing w:after="60" w:line="266" w:lineRule="auto"/>
        <w:ind w:firstLine="331"/>
        <w:jc w:val="both"/>
      </w:pPr>
      <w:r>
        <w:rPr>
          <w:rFonts w:ascii="Georgia" w:hAnsi="Georgia"/>
          <w:b w:val="0"/>
          <w:i w:val="0"/>
          <w:color w:val="22201D"/>
          <w:sz w:val="20"/>
        </w:rPr>
        <w:t>Bob took it from the cup holder and handed it to Gerald without comment.</w:t>
      </w:r>
    </w:p>
    <w:p>
      <w:pPr>
        <w:spacing w:after="60" w:line="266" w:lineRule="auto"/>
        <w:ind w:firstLine="331"/>
        <w:jc w:val="both"/>
      </w:pPr>
      <w:r>
        <w:rPr>
          <w:rFonts w:ascii="Georgia" w:hAnsi="Georgia"/>
          <w:b w:val="0"/>
          <w:i w:val="0"/>
          <w:color w:val="22201D"/>
          <w:sz w:val="20"/>
        </w:rPr>
        <w:t>Gerald slid it under the final crate note.</w:t>
      </w:r>
    </w:p>
    <w:p>
      <w:pPr>
        <w:spacing w:after="60" w:line="266" w:lineRule="auto"/>
        <w:ind w:firstLine="331"/>
        <w:jc w:val="both"/>
      </w:pPr>
      <w:r>
        <w:rPr>
          <w:rFonts w:ascii="Georgia" w:hAnsi="Georgia"/>
          <w:b w:val="0"/>
          <w:i w:val="0"/>
          <w:color w:val="22201D"/>
          <w:sz w:val="20"/>
        </w:rPr>
        <w:t>A fourth copy separated from the paper.</w:t>
      </w:r>
    </w:p>
    <w:p>
      <w:pPr>
        <w:spacing w:after="60" w:line="250" w:lineRule="auto"/>
        <w:ind w:left="202" w:right="173"/>
      </w:pPr>
      <w:r>
        <w:rPr>
          <w:rFonts w:ascii="Georgia" w:hAnsi="Georgia"/>
          <w:b w:val="0"/>
          <w:i w:val="0"/>
          <w:color w:val="22201D"/>
          <w:sz w:val="17"/>
        </w:rPr>
        <w:t>SHOP COPY Temporary route repair acknowledged. Final inspection required. Agreement price pending closure.</w:t>
      </w:r>
    </w:p>
    <w:p>
      <w:pPr>
        <w:spacing w:after="60" w:line="266" w:lineRule="auto"/>
        <w:ind w:firstLine="331"/>
        <w:jc w:val="both"/>
      </w:pPr>
      <w:r>
        <w:rPr>
          <w:rFonts w:ascii="Georgia" w:hAnsi="Georgia"/>
          <w:b w:val="0"/>
          <w:i w:val="0"/>
          <w:color w:val="22201D"/>
          <w:sz w:val="20"/>
        </w:rPr>
        <w:t>Inez took it.</w:t>
      </w:r>
    </w:p>
    <w:p>
      <w:pPr>
        <w:spacing w:after="60" w:line="266" w:lineRule="auto"/>
        <w:ind w:firstLine="331"/>
        <w:jc w:val="both"/>
      </w:pPr>
      <w:r>
        <w:rPr>
          <w:rFonts w:ascii="Georgia" w:hAnsi="Georgia"/>
          <w:b w:val="0"/>
          <w:i w:val="0"/>
          <w:color w:val="22201D"/>
          <w:sz w:val="20"/>
        </w:rPr>
        <w:t>"I'll put it with the work order."</w:t>
      </w:r>
    </w:p>
    <w:p>
      <w:pPr>
        <w:spacing w:after="60" w:line="266" w:lineRule="auto"/>
        <w:ind w:firstLine="331"/>
        <w:jc w:val="both"/>
      </w:pPr>
      <w:r>
        <w:rPr>
          <w:rFonts w:ascii="Georgia" w:hAnsi="Georgia"/>
          <w:b w:val="0"/>
          <w:i w:val="0"/>
          <w:color w:val="22201D"/>
          <w:sz w:val="20"/>
        </w:rPr>
        <w:t>Bob looked at the note.</w:t>
      </w:r>
    </w:p>
    <w:p>
      <w:pPr>
        <w:spacing w:after="60" w:line="266" w:lineRule="auto"/>
        <w:ind w:firstLine="331"/>
        <w:jc w:val="both"/>
      </w:pPr>
      <w:r>
        <w:rPr>
          <w:rFonts w:ascii="Georgia" w:hAnsi="Georgia"/>
          <w:b w:val="0"/>
          <w:i w:val="0"/>
          <w:color w:val="22201D"/>
          <w:sz w:val="20"/>
        </w:rPr>
        <w:t>"Pending closure."</w:t>
      </w:r>
    </w:p>
    <w:p>
      <w:pPr>
        <w:spacing w:after="60" w:line="266" w:lineRule="auto"/>
        <w:ind w:firstLine="331"/>
        <w:jc w:val="both"/>
      </w:pPr>
      <w:r>
        <w:rPr>
          <w:rFonts w:ascii="Georgia" w:hAnsi="Georgia"/>
          <w:b w:val="0"/>
          <w:i w:val="0"/>
          <w:color w:val="22201D"/>
          <w:sz w:val="20"/>
        </w:rPr>
        <w:t>Inez pointed at a bench outside the office.</w:t>
      </w:r>
    </w:p>
    <w:p>
      <w:pPr>
        <w:spacing w:after="60" w:line="266" w:lineRule="auto"/>
        <w:ind w:firstLine="331"/>
        <w:jc w:val="both"/>
      </w:pPr>
      <w:r>
        <w:rPr>
          <w:rFonts w:ascii="Georgia" w:hAnsi="Georgia"/>
          <w:b w:val="0"/>
          <w:i w:val="0"/>
          <w:color w:val="22201D"/>
          <w:sz w:val="20"/>
        </w:rPr>
        <w:t>"Sit."</w:t>
      </w:r>
    </w:p>
    <w:p>
      <w:pPr>
        <w:spacing w:after="60" w:line="266" w:lineRule="auto"/>
        <w:ind w:firstLine="331"/>
        <w:jc w:val="both"/>
      </w:pPr>
      <w:r>
        <w:rPr>
          <w:rFonts w:ascii="Georgia" w:hAnsi="Georgia"/>
          <w:b w:val="0"/>
          <w:i w:val="0"/>
          <w:color w:val="22201D"/>
          <w:sz w:val="20"/>
        </w:rPr>
        <w:t>"I can stand."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why—"</w:t>
      </w:r>
    </w:p>
    <w:p>
      <w:pPr>
        <w:spacing w:after="60" w:line="266" w:lineRule="auto"/>
        <w:ind w:firstLine="331"/>
        <w:jc w:val="both"/>
      </w:pPr>
      <w:r>
        <w:rPr>
          <w:rFonts w:ascii="Georgia" w:hAnsi="Georgia"/>
          <w:b w:val="0"/>
          <w:i w:val="0"/>
          <w:color w:val="22201D"/>
          <w:sz w:val="20"/>
        </w:rPr>
        <w:t>"Do not argue with me."</w:t>
      </w:r>
    </w:p>
    <w:p>
      <w:pPr>
        <w:spacing w:after="60" w:line="266" w:lineRule="auto"/>
        <w:ind w:firstLine="331"/>
        <w:jc w:val="both"/>
      </w:pPr>
      <w:r>
        <w:rPr>
          <w:rFonts w:ascii="Georgia" w:hAnsi="Georgia"/>
          <w:b w:val="0"/>
          <w:i w:val="0"/>
          <w:color w:val="22201D"/>
          <w:sz w:val="20"/>
        </w:rPr>
        <w:t>The final crate note stamped:</w:t>
      </w:r>
    </w:p>
    <w:p>
      <w:pPr>
        <w:spacing w:after="60" w:line="250" w:lineRule="auto"/>
        <w:ind w:left="202" w:right="173"/>
      </w:pPr>
      <w:r>
        <w:rPr>
          <w:rFonts w:ascii="Georgia" w:hAnsi="Georgia"/>
          <w:b w:val="0"/>
          <w:i w:val="0"/>
          <w:color w:val="22201D"/>
          <w:sz w:val="17"/>
        </w:rPr>
        <w:t>SECOND EXTERNAL CONFIRMATION RECEIVED</w:t>
      </w:r>
    </w:p>
    <w:p>
      <w:pPr>
        <w:spacing w:after="60" w:line="266" w:lineRule="auto"/>
        <w:ind w:firstLine="331"/>
        <w:jc w:val="both"/>
      </w:pPr>
      <w:r>
        <w:rPr>
          <w:rFonts w:ascii="Georgia" w:hAnsi="Georgia"/>
          <w:b w:val="0"/>
          <w:i w:val="0"/>
          <w:color w:val="22201D"/>
          <w:sz w:val="20"/>
        </w:rPr>
        <w:t>Bob sat.</w:t>
      </w:r>
    </w:p>
    <w:p>
      <w:pPr>
        <w:spacing w:after="60" w:line="266" w:lineRule="auto"/>
        <w:ind w:firstLine="331"/>
        <w:jc w:val="both"/>
      </w:pPr>
      <w:r>
        <w:rPr>
          <w:rFonts w:ascii="Georgia" w:hAnsi="Georgia"/>
          <w:b w:val="0"/>
          <w:i w:val="0"/>
          <w:color w:val="22201D"/>
          <w:sz w:val="20"/>
        </w:rPr>
        <w:t>Not because of the note.</w:t>
      </w:r>
    </w:p>
    <w:p>
      <w:pPr>
        <w:spacing w:after="60" w:line="266" w:lineRule="auto"/>
        <w:ind w:firstLine="331"/>
        <w:jc w:val="both"/>
      </w:pPr>
      <w:r>
        <w:rPr>
          <w:rFonts w:ascii="Georgia" w:hAnsi="Georgia"/>
          <w:b w:val="0"/>
          <w:i w:val="0"/>
          <w:color w:val="22201D"/>
          <w:sz w:val="20"/>
        </w:rPr>
        <w:t>Because Inez had already crouched by the bracket, Gerald was handing her the washer in its small evidence bag, and the useful thing to do was not become an obstacle to a repair.</w:t>
      </w:r>
    </w:p>
    <w:p>
      <w:pPr>
        <w:spacing w:after="60" w:line="266" w:lineRule="auto"/>
        <w:ind w:firstLine="331"/>
        <w:jc w:val="both"/>
      </w:pPr>
      <w:r>
        <w:rPr>
          <w:rFonts w:ascii="Georgia" w:hAnsi="Georgia"/>
          <w:b w:val="0"/>
          <w:i w:val="0"/>
          <w:color w:val="22201D"/>
          <w:sz w:val="20"/>
        </w:rPr>
        <w:t>Agreement's fourth mercy was that it could look like sitting down.</w:t>
      </w:r>
    </w:p>
    <w:p>
      <w:pPr>
        <w:spacing w:after="60" w:line="266" w:lineRule="auto"/>
        <w:ind w:firstLine="331"/>
        <w:jc w:val="both"/>
      </w:pPr>
      <w:r>
        <w:rPr>
          <w:rFonts w:ascii="Georgia" w:hAnsi="Georgia"/>
          <w:b w:val="0"/>
          <w:i w:val="0"/>
          <w:color w:val="22201D"/>
          <w:sz w:val="20"/>
        </w:rPr>
        <w:t>Flocc sat beside him.</w:t>
      </w:r>
    </w:p>
    <w:p>
      <w:pPr>
        <w:spacing w:after="60" w:line="266" w:lineRule="auto"/>
        <w:ind w:firstLine="331"/>
        <w:jc w:val="both"/>
      </w:pPr>
      <w:r>
        <w:rPr>
          <w:rFonts w:ascii="Georgia" w:hAnsi="Georgia"/>
          <w:b w:val="0"/>
          <w:i w:val="0"/>
          <w:color w:val="22201D"/>
          <w:sz w:val="20"/>
        </w:rPr>
        <w:t>Not too close.</w:t>
      </w:r>
    </w:p>
    <w:p>
      <w:pPr>
        <w:spacing w:after="60" w:line="266" w:lineRule="auto"/>
        <w:ind w:firstLine="331"/>
        <w:jc w:val="both"/>
      </w:pPr>
      <w:r>
        <w:rPr>
          <w:rFonts w:ascii="Georgia" w:hAnsi="Georgia"/>
          <w:b w:val="0"/>
          <w:i w:val="0"/>
          <w:color w:val="22201D"/>
          <w:sz w:val="20"/>
        </w:rPr>
        <w:t>Nico sat on the ground with the solemnity of someone attending a rare animal.</w:t>
      </w:r>
    </w:p>
    <w:p>
      <w:pPr>
        <w:spacing w:after="60" w:line="266" w:lineRule="auto"/>
        <w:ind w:firstLine="331"/>
        <w:jc w:val="both"/>
      </w:pPr>
      <w:r>
        <w:rPr>
          <w:rFonts w:ascii="Georgia" w:hAnsi="Georgia"/>
          <w:b w:val="0"/>
          <w:i w:val="0"/>
          <w:color w:val="22201D"/>
          <w:sz w:val="20"/>
        </w:rPr>
        <w:t>Steve remained standing until Bob looked at him.</w:t>
      </w:r>
    </w:p>
    <w:p>
      <w:pPr>
        <w:spacing w:after="60" w:line="266" w:lineRule="auto"/>
        <w:ind w:firstLine="331"/>
        <w:jc w:val="both"/>
      </w:pPr>
      <w:r>
        <w:rPr>
          <w:rFonts w:ascii="Georgia" w:hAnsi="Georgia"/>
          <w:b w:val="0"/>
          <w:i w:val="0"/>
          <w:color w:val="22201D"/>
          <w:sz w:val="20"/>
        </w:rPr>
        <w:t>Then Steve sat too.</w:t>
      </w:r>
    </w:p>
    <w:p>
      <w:pPr>
        <w:spacing w:after="60" w:line="266" w:lineRule="auto"/>
        <w:ind w:firstLine="331"/>
        <w:jc w:val="both"/>
      </w:pPr>
      <w:r>
        <w:rPr>
          <w:rFonts w:ascii="Georgia" w:hAnsi="Georgia"/>
          <w:b w:val="0"/>
          <w:i w:val="0"/>
          <w:color w:val="22201D"/>
          <w:sz w:val="20"/>
        </w:rPr>
        <w:t>The truck lifted on the shop jack.</w:t>
      </w:r>
    </w:p>
    <w:p>
      <w:pPr>
        <w:spacing w:after="60" w:line="266" w:lineRule="auto"/>
        <w:ind w:firstLine="331"/>
        <w:jc w:val="both"/>
      </w:pPr>
      <w:r>
        <w:rPr>
          <w:rFonts w:ascii="Georgia" w:hAnsi="Georgia"/>
          <w:b w:val="0"/>
          <w:i w:val="0"/>
          <w:color w:val="22201D"/>
          <w:sz w:val="20"/>
        </w:rPr>
        <w:t>The temporary strap went slack.</w:t>
      </w:r>
    </w:p>
    <w:p>
      <w:pPr>
        <w:spacing w:after="60" w:line="266" w:lineRule="auto"/>
        <w:ind w:firstLine="331"/>
        <w:jc w:val="both"/>
      </w:pPr>
      <w:r>
        <w:rPr>
          <w:rFonts w:ascii="Georgia" w:hAnsi="Georgia"/>
          <w:b w:val="0"/>
          <w:i w:val="0"/>
          <w:color w:val="22201D"/>
          <w:sz w:val="20"/>
        </w:rPr>
        <w:t>Inez inspected the crack.</w:t>
      </w:r>
    </w:p>
    <w:p>
      <w:pPr>
        <w:spacing w:after="60" w:line="266" w:lineRule="auto"/>
        <w:ind w:firstLine="331"/>
        <w:jc w:val="both"/>
      </w:pPr>
      <w:r>
        <w:rPr>
          <w:rFonts w:ascii="Georgia" w:hAnsi="Georgia"/>
          <w:b w:val="0"/>
          <w:i w:val="0"/>
          <w:color w:val="22201D"/>
          <w:sz w:val="20"/>
        </w:rPr>
        <w:t>"You were right not to drive it hard."</w:t>
      </w:r>
    </w:p>
    <w:p>
      <w:pPr>
        <w:spacing w:after="60" w:line="266" w:lineRule="auto"/>
        <w:ind w:firstLine="331"/>
        <w:jc w:val="both"/>
      </w:pPr>
      <w:r>
        <w:rPr>
          <w:rFonts w:ascii="Georgia" w:hAnsi="Georgia"/>
          <w:b w:val="0"/>
          <w:i w:val="0"/>
          <w:color w:val="22201D"/>
          <w:sz w:val="20"/>
        </w:rPr>
        <w:t>Bob said nothing.</w:t>
      </w:r>
    </w:p>
    <w:p>
      <w:pPr>
        <w:spacing w:after="60" w:line="266" w:lineRule="auto"/>
        <w:ind w:firstLine="331"/>
        <w:jc w:val="both"/>
      </w:pPr>
      <w:r>
        <w:rPr>
          <w:rFonts w:ascii="Georgia" w:hAnsi="Georgia"/>
          <w:b w:val="0"/>
          <w:i w:val="0"/>
          <w:color w:val="22201D"/>
          <w:sz w:val="20"/>
        </w:rPr>
        <w:t>Gerald said, "Bob called the strap plan."</w:t>
      </w:r>
    </w:p>
    <w:p>
      <w:pPr>
        <w:spacing w:after="60" w:line="266" w:lineRule="auto"/>
        <w:ind w:firstLine="331"/>
        <w:jc w:val="both"/>
      </w:pPr>
      <w:r>
        <w:rPr>
          <w:rFonts w:ascii="Georgia" w:hAnsi="Georgia"/>
          <w:b w:val="0"/>
          <w:i w:val="0"/>
          <w:color w:val="22201D"/>
          <w:sz w:val="20"/>
        </w:rPr>
        <w:t>Inez looked back.</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Bob said nothing.</w:t>
      </w:r>
    </w:p>
    <w:p>
      <w:pPr>
        <w:spacing w:after="60" w:line="266" w:lineRule="auto"/>
        <w:ind w:firstLine="331"/>
        <w:jc w:val="both"/>
      </w:pPr>
      <w:r>
        <w:rPr>
          <w:rFonts w:ascii="Georgia" w:hAnsi="Georgia"/>
          <w:b w:val="0"/>
          <w:i w:val="0"/>
          <w:color w:val="22201D"/>
          <w:sz w:val="20"/>
        </w:rPr>
        <w:t>The final crate note stamped:</w:t>
      </w:r>
    </w:p>
    <w:p>
      <w:pPr>
        <w:spacing w:after="60" w:line="250" w:lineRule="auto"/>
        <w:ind w:left="202" w:right="173"/>
      </w:pPr>
      <w:r>
        <w:rPr>
          <w:rFonts w:ascii="Georgia" w:hAnsi="Georgia"/>
          <w:b w:val="0"/>
          <w:i w:val="0"/>
          <w:color w:val="22201D"/>
          <w:sz w:val="17"/>
        </w:rPr>
        <w:t>AGREEMENT EXPANDING</w:t>
      </w:r>
    </w:p>
    <w:p>
      <w:pPr>
        <w:spacing w:after="60" w:line="266" w:lineRule="auto"/>
        <w:ind w:firstLine="331"/>
        <w:jc w:val="both"/>
      </w:pPr>
      <w:r>
        <w:rPr>
          <w:rFonts w:ascii="Georgia" w:hAnsi="Georgia"/>
          <w:b w:val="0"/>
          <w:i w:val="0"/>
          <w:color w:val="22201D"/>
          <w:sz w:val="20"/>
        </w:rPr>
        <w:t>Nico whispered, "This note is unbearable."</w:t>
      </w:r>
    </w:p>
    <w:p>
      <w:pPr>
        <w:spacing w:after="60" w:line="266" w:lineRule="auto"/>
        <w:ind w:firstLine="331"/>
        <w:jc w:val="both"/>
      </w:pPr>
      <w:r>
        <w:rPr>
          <w:rFonts w:ascii="Georgia" w:hAnsi="Georgia"/>
          <w:b w:val="0"/>
          <w:i w:val="0"/>
          <w:color w:val="22201D"/>
          <w:sz w:val="20"/>
        </w:rPr>
        <w:t>"It is accurate," Flocc said.</w:t>
      </w:r>
    </w:p>
    <w:p>
      <w:pPr>
        <w:spacing w:after="60" w:line="266" w:lineRule="auto"/>
        <w:ind w:firstLine="331"/>
        <w:jc w:val="both"/>
      </w:pPr>
      <w:r>
        <w:rPr>
          <w:rFonts w:ascii="Georgia" w:hAnsi="Georgia"/>
          <w:b w:val="0"/>
          <w:i w:val="0"/>
          <w:color w:val="22201D"/>
          <w:sz w:val="20"/>
        </w:rPr>
        <w:t>"That is the unbearable part."</w:t>
      </w:r>
    </w:p>
    <w:p>
      <w:pPr>
        <w:spacing w:after="60" w:line="266" w:lineRule="auto"/>
        <w:ind w:firstLine="331"/>
        <w:jc w:val="both"/>
      </w:pPr>
      <w:r>
        <w:rPr>
          <w:rFonts w:ascii="Georgia" w:hAnsi="Georgia"/>
          <w:b w:val="0"/>
          <w:i w:val="0"/>
          <w:color w:val="22201D"/>
          <w:sz w:val="20"/>
        </w:rPr>
        <w:t>Inez worked without ceremony.</w:t>
      </w:r>
    </w:p>
    <w:p>
      <w:pPr>
        <w:spacing w:after="60" w:line="266" w:lineRule="auto"/>
        <w:ind w:firstLine="331"/>
        <w:jc w:val="both"/>
      </w:pPr>
      <w:r>
        <w:rPr>
          <w:rFonts w:ascii="Georgia" w:hAnsi="Georgia"/>
          <w:b w:val="0"/>
          <w:i w:val="0"/>
          <w:color w:val="22201D"/>
          <w:sz w:val="20"/>
        </w:rPr>
        <w:t>She did not narrate the repair.</w:t>
      </w:r>
    </w:p>
    <w:p>
      <w:pPr>
        <w:spacing w:after="60" w:line="266" w:lineRule="auto"/>
        <w:ind w:firstLine="331"/>
        <w:jc w:val="both"/>
      </w:pPr>
      <w:r>
        <w:rPr>
          <w:rFonts w:ascii="Georgia" w:hAnsi="Georgia"/>
          <w:b w:val="0"/>
          <w:i w:val="0"/>
          <w:color w:val="22201D"/>
          <w:sz w:val="20"/>
        </w:rPr>
        <w:t>She did not ask how the truck had reached a pantry, why a spoon was involved, or whether Tuesday Receiving charged by the hour.</w:t>
      </w:r>
    </w:p>
    <w:p>
      <w:pPr>
        <w:spacing w:after="60" w:line="266" w:lineRule="auto"/>
        <w:ind w:firstLine="331"/>
        <w:jc w:val="both"/>
      </w:pPr>
      <w:r>
        <w:rPr>
          <w:rFonts w:ascii="Georgia" w:hAnsi="Georgia"/>
          <w:b w:val="0"/>
          <w:i w:val="0"/>
          <w:color w:val="22201D"/>
          <w:sz w:val="20"/>
        </w:rPr>
        <w:t>She cut away the failed weld, cleaned the metal, fitted a temporary plate, and made the kind of practical correction that did not heal history but kept weight from becoming disaster.</w:t>
      </w:r>
    </w:p>
    <w:p>
      <w:pPr>
        <w:spacing w:after="60" w:line="266" w:lineRule="auto"/>
        <w:ind w:firstLine="331"/>
        <w:jc w:val="both"/>
      </w:pPr>
      <w:r>
        <w:rPr>
          <w:rFonts w:ascii="Georgia" w:hAnsi="Georgia"/>
          <w:b w:val="0"/>
          <w:i w:val="0"/>
          <w:color w:val="22201D"/>
          <w:sz w:val="20"/>
        </w:rPr>
        <w:t>Bob watched every step.</w:t>
      </w:r>
    </w:p>
    <w:p>
      <w:pPr>
        <w:spacing w:after="60" w:line="266" w:lineRule="auto"/>
        <w:ind w:firstLine="331"/>
        <w:jc w:val="both"/>
      </w:pPr>
      <w:r>
        <w:rPr>
          <w:rFonts w:ascii="Georgia" w:hAnsi="Georgia"/>
          <w:b w:val="0"/>
          <w:i w:val="0"/>
          <w:color w:val="22201D"/>
          <w:sz w:val="20"/>
        </w:rPr>
        <w:t>He corrected nothing.</w:t>
      </w:r>
    </w:p>
    <w:p>
      <w:pPr>
        <w:spacing w:after="60" w:line="266" w:lineRule="auto"/>
        <w:ind w:firstLine="331"/>
        <w:jc w:val="both"/>
      </w:pPr>
      <w:r>
        <w:rPr>
          <w:rFonts w:ascii="Georgia" w:hAnsi="Georgia"/>
          <w:b w:val="0"/>
          <w:i w:val="0"/>
          <w:color w:val="22201D"/>
          <w:sz w:val="20"/>
        </w:rPr>
        <w:t>Once, Inez reached for the wrong clamp.</w:t>
      </w:r>
    </w:p>
    <w:p>
      <w:pPr>
        <w:spacing w:after="60" w:line="266" w:lineRule="auto"/>
        <w:ind w:firstLine="331"/>
        <w:jc w:val="both"/>
      </w:pPr>
      <w:r>
        <w:rPr>
          <w:rFonts w:ascii="Georgia" w:hAnsi="Georgia"/>
          <w:b w:val="0"/>
          <w:i w:val="0"/>
          <w:color w:val="22201D"/>
          <w:sz w:val="20"/>
        </w:rPr>
        <w:t>Bob's hand moved.</w:t>
      </w:r>
    </w:p>
    <w:p>
      <w:pPr>
        <w:spacing w:after="60" w:line="266" w:lineRule="auto"/>
        <w:ind w:firstLine="331"/>
        <w:jc w:val="both"/>
      </w:pPr>
      <w:r>
        <w:rPr>
          <w:rFonts w:ascii="Georgia" w:hAnsi="Georgia"/>
          <w:b w:val="0"/>
          <w:i w:val="0"/>
          <w:color w:val="22201D"/>
          <w:sz w:val="20"/>
        </w:rPr>
        <w:t>Then stopped.</w:t>
      </w:r>
    </w:p>
    <w:p>
      <w:pPr>
        <w:spacing w:after="60" w:line="266" w:lineRule="auto"/>
        <w:ind w:firstLine="331"/>
        <w:jc w:val="both"/>
      </w:pPr>
      <w:r>
        <w:rPr>
          <w:rFonts w:ascii="Georgia" w:hAnsi="Georgia"/>
          <w:b w:val="0"/>
          <w:i w:val="0"/>
          <w:color w:val="22201D"/>
          <w:sz w:val="20"/>
        </w:rPr>
        <w:t>Inez chose the right clamp without him.</w:t>
      </w:r>
    </w:p>
    <w:p>
      <w:pPr>
        <w:spacing w:after="60" w:line="266" w:lineRule="auto"/>
        <w:ind w:firstLine="331"/>
        <w:jc w:val="both"/>
      </w:pPr>
      <w:r>
        <w:rPr>
          <w:rFonts w:ascii="Georgia" w:hAnsi="Georgia"/>
          <w:b w:val="0"/>
          <w:i w:val="0"/>
          <w:color w:val="22201D"/>
          <w:sz w:val="20"/>
        </w:rPr>
        <w:t>The final crate note did not stamp.</w:t>
      </w:r>
    </w:p>
    <w:p>
      <w:pPr>
        <w:spacing w:after="60" w:line="266" w:lineRule="auto"/>
        <w:ind w:firstLine="331"/>
        <w:jc w:val="both"/>
      </w:pPr>
      <w:r>
        <w:rPr>
          <w:rFonts w:ascii="Georgia" w:hAnsi="Georgia"/>
          <w:b w:val="0"/>
          <w:i w:val="0"/>
          <w:color w:val="22201D"/>
          <w:sz w:val="20"/>
        </w:rPr>
        <w:t>It did not need to.</w:t>
      </w:r>
    </w:p>
    <w:p>
      <w:pPr>
        <w:spacing w:after="60" w:line="266" w:lineRule="auto"/>
        <w:ind w:firstLine="331"/>
        <w:jc w:val="both"/>
      </w:pPr>
      <w:r>
        <w:rPr>
          <w:rFonts w:ascii="Georgia" w:hAnsi="Georgia"/>
          <w:b w:val="0"/>
          <w:i w:val="0"/>
          <w:color w:val="22201D"/>
          <w:sz w:val="20"/>
        </w:rPr>
        <w:t>Agreement had become quiet enough to work.</w:t>
      </w:r>
    </w:p>
    <w:p>
      <w:pPr>
        <w:spacing w:after="60" w:line="266" w:lineRule="auto"/>
        <w:ind w:firstLine="331"/>
        <w:jc w:val="both"/>
      </w:pPr>
      <w:r>
        <w:rPr>
          <w:rFonts w:ascii="Georgia" w:hAnsi="Georgia"/>
          <w:b w:val="0"/>
          <w:i w:val="0"/>
          <w:color w:val="22201D"/>
          <w:sz w:val="20"/>
        </w:rPr>
        <w:t>By the time the repair cooled, evening had moved into the lot.</w:t>
      </w:r>
    </w:p>
    <w:p>
      <w:pPr>
        <w:spacing w:after="60" w:line="266" w:lineRule="auto"/>
        <w:ind w:firstLine="331"/>
        <w:jc w:val="both"/>
      </w:pPr>
      <w:r>
        <w:rPr>
          <w:rFonts w:ascii="Georgia" w:hAnsi="Georgia"/>
          <w:b w:val="0"/>
          <w:i w:val="0"/>
          <w:color w:val="22201D"/>
          <w:sz w:val="20"/>
        </w:rPr>
        <w:t>The lights over the shop doors came on.</w:t>
      </w:r>
    </w:p>
    <w:p>
      <w:pPr>
        <w:spacing w:after="60" w:line="266" w:lineRule="auto"/>
        <w:ind w:firstLine="331"/>
        <w:jc w:val="both"/>
      </w:pPr>
      <w:r>
        <w:rPr>
          <w:rFonts w:ascii="Georgia" w:hAnsi="Georgia"/>
          <w:b w:val="0"/>
          <w:i w:val="0"/>
          <w:color w:val="22201D"/>
          <w:sz w:val="20"/>
        </w:rPr>
        <w:t>Moths appeared with the confidence of unpaid extras.</w:t>
      </w:r>
    </w:p>
    <w:p>
      <w:pPr>
        <w:spacing w:after="60" w:line="266" w:lineRule="auto"/>
        <w:ind w:firstLine="331"/>
        <w:jc w:val="both"/>
      </w:pPr>
      <w:r>
        <w:rPr>
          <w:rFonts w:ascii="Georgia" w:hAnsi="Georgia"/>
          <w:b w:val="0"/>
          <w:i w:val="0"/>
          <w:color w:val="22201D"/>
          <w:sz w:val="20"/>
        </w:rPr>
        <w:t>Inez lowered the truck.</w:t>
      </w:r>
    </w:p>
    <w:p>
      <w:pPr>
        <w:spacing w:after="60" w:line="266" w:lineRule="auto"/>
        <w:ind w:firstLine="331"/>
        <w:jc w:val="both"/>
      </w:pPr>
      <w:r>
        <w:rPr>
          <w:rFonts w:ascii="Georgia" w:hAnsi="Georgia"/>
          <w:b w:val="0"/>
          <w:i w:val="0"/>
          <w:color w:val="22201D"/>
          <w:sz w:val="20"/>
        </w:rPr>
        <w:t>"Permanent enough to finish the route. Bring it back tomorrow for full work."</w:t>
      </w:r>
    </w:p>
    <w:p>
      <w:pPr>
        <w:spacing w:after="60" w:line="266" w:lineRule="auto"/>
        <w:ind w:firstLine="331"/>
        <w:jc w:val="both"/>
      </w:pPr>
      <w:r>
        <w:rPr>
          <w:rFonts w:ascii="Georgia" w:hAnsi="Georgia"/>
          <w:b w:val="0"/>
          <w:i w:val="0"/>
          <w:color w:val="22201D"/>
          <w:sz w:val="20"/>
        </w:rPr>
        <w:t>"Tomorrow is Wednesday," Nico said.</w:t>
      </w:r>
    </w:p>
    <w:p>
      <w:pPr>
        <w:spacing w:after="60" w:line="266" w:lineRule="auto"/>
        <w:ind w:firstLine="331"/>
        <w:jc w:val="both"/>
      </w:pPr>
      <w:r>
        <w:rPr>
          <w:rFonts w:ascii="Georgia" w:hAnsi="Georgia"/>
          <w:b w:val="0"/>
          <w:i w:val="0"/>
          <w:color w:val="22201D"/>
          <w:sz w:val="20"/>
        </w:rPr>
        <w:t>Everyone looked at her.</w:t>
      </w:r>
    </w:p>
    <w:p>
      <w:pPr>
        <w:spacing w:after="60" w:line="266" w:lineRule="auto"/>
        <w:ind w:firstLine="331"/>
        <w:jc w:val="both"/>
      </w:pPr>
      <w:r>
        <w:rPr>
          <w:rFonts w:ascii="Georgia" w:hAnsi="Georgia"/>
          <w:b w:val="0"/>
          <w:i w:val="0"/>
          <w:color w:val="22201D"/>
          <w:sz w:val="20"/>
        </w:rPr>
        <w:t>She shrugged.</w:t>
      </w:r>
    </w:p>
    <w:p>
      <w:pPr>
        <w:spacing w:after="60" w:line="266" w:lineRule="auto"/>
        <w:ind w:firstLine="331"/>
        <w:jc w:val="both"/>
      </w:pPr>
      <w:r>
        <w:rPr>
          <w:rFonts w:ascii="Georgia" w:hAnsi="Georgia"/>
          <w:b w:val="0"/>
          <w:i w:val="0"/>
          <w:color w:val="22201D"/>
          <w:sz w:val="20"/>
        </w:rPr>
        <w:t>"I felt someone should check."</w:t>
      </w:r>
    </w:p>
    <w:p>
      <w:pPr>
        <w:spacing w:after="60" w:line="266" w:lineRule="auto"/>
        <w:ind w:firstLine="331"/>
        <w:jc w:val="both"/>
      </w:pPr>
      <w:r>
        <w:rPr>
          <w:rFonts w:ascii="Georgia" w:hAnsi="Georgia"/>
          <w:b w:val="0"/>
          <w:i w:val="0"/>
          <w:color w:val="22201D"/>
          <w:sz w:val="20"/>
        </w:rPr>
        <w:t>The menu key unfolded itself on Bob's knee.</w:t>
      </w:r>
    </w:p>
    <w:p>
      <w:pPr>
        <w:spacing w:after="60" w:line="250" w:lineRule="auto"/>
        <w:ind w:left="202" w:right="173"/>
      </w:pPr>
      <w:r>
        <w:rPr>
          <w:rFonts w:ascii="Georgia" w:hAnsi="Georgia"/>
          <w:b w:val="0"/>
          <w:i w:val="0"/>
          <w:color w:val="22201D"/>
          <w:sz w:val="17"/>
        </w:rPr>
        <w:t>TUESDAY COMPLETE. WEDNESDAY NOT INCLUDED.</w:t>
      </w:r>
    </w:p>
    <w:p>
      <w:pPr>
        <w:spacing w:after="60" w:line="266" w:lineRule="auto"/>
        <w:ind w:firstLine="331"/>
        <w:jc w:val="both"/>
      </w:pPr>
      <w:r>
        <w:rPr>
          <w:rFonts w:ascii="Georgia" w:hAnsi="Georgia"/>
          <w:b w:val="0"/>
          <w:i w:val="0"/>
          <w:color w:val="22201D"/>
          <w:sz w:val="20"/>
        </w:rPr>
        <w:t>Steve looked relieved.</w:t>
      </w:r>
    </w:p>
    <w:p>
      <w:pPr>
        <w:spacing w:after="60" w:line="266" w:lineRule="auto"/>
        <w:ind w:firstLine="331"/>
        <w:jc w:val="both"/>
      </w:pPr>
      <w:r>
        <w:rPr>
          <w:rFonts w:ascii="Georgia" w:hAnsi="Georgia"/>
          <w:b w:val="0"/>
          <w:i w:val="0"/>
          <w:color w:val="22201D"/>
          <w:sz w:val="20"/>
        </w:rPr>
        <w:t>"Boundaries."</w:t>
      </w:r>
    </w:p>
    <w:p>
      <w:pPr>
        <w:spacing w:after="60" w:line="266" w:lineRule="auto"/>
        <w:ind w:firstLine="331"/>
        <w:jc w:val="both"/>
      </w:pPr>
      <w:r>
        <w:rPr>
          <w:rFonts w:ascii="Georgia" w:hAnsi="Georgia"/>
          <w:b w:val="0"/>
          <w:i w:val="0"/>
          <w:color w:val="22201D"/>
          <w:sz w:val="20"/>
        </w:rPr>
        <w:t>"For now," Flocc said.</w:t>
      </w:r>
    </w:p>
    <w:p>
      <w:pPr>
        <w:spacing w:after="60" w:line="266" w:lineRule="auto"/>
        <w:ind w:firstLine="331"/>
        <w:jc w:val="both"/>
      </w:pPr>
      <w:r>
        <w:rPr>
          <w:rFonts w:ascii="Georgia" w:hAnsi="Georgia"/>
          <w:b w:val="0"/>
          <w:i w:val="0"/>
          <w:color w:val="22201D"/>
          <w:sz w:val="20"/>
        </w:rPr>
        <w:t>The final crate note printed one last blank line:</w:t>
      </w:r>
    </w:p>
    <w:p>
      <w:pPr>
        <w:spacing w:after="60" w:line="250" w:lineRule="auto"/>
        <w:ind w:left="202" w:right="173"/>
      </w:pPr>
      <w:r>
        <w:rPr>
          <w:rFonts w:ascii="Georgia" w:hAnsi="Georgia"/>
          <w:b w:val="0"/>
          <w:i w:val="0"/>
          <w:color w:val="22201D"/>
          <w:sz w:val="17"/>
        </w:rPr>
        <w:t>AGREEMENT:</w:t>
      </w:r>
    </w:p>
    <w:p>
      <w:pPr>
        <w:spacing w:after="60" w:line="266" w:lineRule="auto"/>
        <w:ind w:firstLine="331"/>
        <w:jc w:val="both"/>
      </w:pPr>
      <w:r>
        <w:rPr>
          <w:rFonts w:ascii="Georgia" w:hAnsi="Georgia"/>
          <w:b w:val="0"/>
          <w:i w:val="0"/>
          <w:color w:val="22201D"/>
          <w:sz w:val="20"/>
        </w:rPr>
        <w:t>Bob looked at it.</w:t>
      </w:r>
    </w:p>
    <w:p>
      <w:pPr>
        <w:spacing w:after="60" w:line="266" w:lineRule="auto"/>
        <w:ind w:firstLine="331"/>
        <w:jc w:val="both"/>
      </w:pPr>
      <w:r>
        <w:rPr>
          <w:rFonts w:ascii="Georgia" w:hAnsi="Georgia"/>
          <w:b w:val="0"/>
          <w:i w:val="0"/>
          <w:color w:val="22201D"/>
          <w:sz w:val="20"/>
        </w:rPr>
        <w:t>"What now?"</w:t>
      </w:r>
    </w:p>
    <w:p>
      <w:pPr>
        <w:spacing w:after="60" w:line="266" w:lineRule="auto"/>
        <w:ind w:firstLine="331"/>
        <w:jc w:val="both"/>
      </w:pPr>
      <w:r>
        <w:rPr>
          <w:rFonts w:ascii="Georgia" w:hAnsi="Georgia"/>
          <w:b w:val="0"/>
          <w:i w:val="0"/>
          <w:color w:val="22201D"/>
          <w:sz w:val="20"/>
        </w:rPr>
        <w:t>Flocc said, "Maybe not a signature."</w:t>
      </w:r>
    </w:p>
    <w:p>
      <w:pPr>
        <w:spacing w:after="60" w:line="266" w:lineRule="auto"/>
        <w:ind w:firstLine="331"/>
        <w:jc w:val="both"/>
      </w:pPr>
      <w:r>
        <w:rPr>
          <w:rFonts w:ascii="Georgia" w:hAnsi="Georgia"/>
          <w:b w:val="0"/>
          <w:i w:val="0"/>
          <w:color w:val="22201D"/>
          <w:sz w:val="20"/>
        </w:rPr>
        <w:t>"Then what?"</w:t>
      </w:r>
    </w:p>
    <w:p>
      <w:pPr>
        <w:spacing w:after="60" w:line="266" w:lineRule="auto"/>
        <w:ind w:firstLine="331"/>
        <w:jc w:val="both"/>
      </w:pPr>
      <w:r>
        <w:rPr>
          <w:rFonts w:ascii="Georgia" w:hAnsi="Georgia"/>
          <w:b w:val="0"/>
          <w:i w:val="0"/>
          <w:color w:val="22201D"/>
          <w:sz w:val="20"/>
        </w:rPr>
        <w:t>Gerald stood beside the repaired bracket.</w:t>
      </w:r>
    </w:p>
    <w:p>
      <w:pPr>
        <w:spacing w:after="60" w:line="266" w:lineRule="auto"/>
        <w:ind w:firstLine="331"/>
        <w:jc w:val="both"/>
      </w:pPr>
      <w:r>
        <w:rPr>
          <w:rFonts w:ascii="Georgia" w:hAnsi="Georgia"/>
          <w:b w:val="0"/>
          <w:i w:val="0"/>
          <w:color w:val="22201D"/>
          <w:sz w:val="20"/>
        </w:rPr>
        <w:t>Inez wiped her hands on a rag.</w:t>
      </w:r>
    </w:p>
    <w:p>
      <w:pPr>
        <w:spacing w:after="60" w:line="266" w:lineRule="auto"/>
        <w:ind w:firstLine="331"/>
        <w:jc w:val="both"/>
      </w:pPr>
      <w:r>
        <w:rPr>
          <w:rFonts w:ascii="Georgia" w:hAnsi="Georgia"/>
          <w:b w:val="0"/>
          <w:i w:val="0"/>
          <w:color w:val="22201D"/>
          <w:sz w:val="20"/>
        </w:rPr>
        <w:t>Nico stopped laughing.</w:t>
      </w:r>
    </w:p>
    <w:p>
      <w:pPr>
        <w:spacing w:after="60" w:line="266" w:lineRule="auto"/>
        <w:ind w:firstLine="331"/>
        <w:jc w:val="both"/>
      </w:pPr>
      <w:r>
        <w:rPr>
          <w:rFonts w:ascii="Georgia" w:hAnsi="Georgia"/>
          <w:b w:val="0"/>
          <w:i w:val="0"/>
          <w:color w:val="22201D"/>
          <w:sz w:val="20"/>
        </w:rPr>
        <w:t>Steve stopped preparing to remember.</w:t>
      </w:r>
    </w:p>
    <w:p>
      <w:pPr>
        <w:spacing w:after="60" w:line="266" w:lineRule="auto"/>
        <w:ind w:firstLine="331"/>
        <w:jc w:val="both"/>
      </w:pPr>
      <w:r>
        <w:rPr>
          <w:rFonts w:ascii="Georgia" w:hAnsi="Georgia"/>
          <w:b w:val="0"/>
          <w:i w:val="0"/>
          <w:color w:val="22201D"/>
          <w:sz w:val="20"/>
        </w:rPr>
        <w:t>The lot settled.</w:t>
      </w:r>
    </w:p>
    <w:p>
      <w:pPr>
        <w:spacing w:after="60" w:line="266" w:lineRule="auto"/>
        <w:ind w:firstLine="331"/>
        <w:jc w:val="both"/>
      </w:pPr>
      <w:r>
        <w:rPr>
          <w:rFonts w:ascii="Georgia" w:hAnsi="Georgia"/>
          <w:b w:val="0"/>
          <w:i w:val="0"/>
          <w:color w:val="22201D"/>
          <w:sz w:val="20"/>
        </w:rPr>
        <w:t>The truck, repaired enough, waited.</w:t>
      </w:r>
    </w:p>
    <w:p>
      <w:pPr>
        <w:spacing w:after="60" w:line="266" w:lineRule="auto"/>
        <w:ind w:firstLine="331"/>
        <w:jc w:val="both"/>
      </w:pPr>
      <w:r>
        <w:rPr>
          <w:rFonts w:ascii="Georgia" w:hAnsi="Georgia"/>
          <w:b w:val="0"/>
          <w:i w:val="0"/>
          <w:color w:val="22201D"/>
          <w:sz w:val="20"/>
        </w:rPr>
        <w:t>Bob looked at each of them because that was easier than looking at all of them.</w:t>
      </w:r>
    </w:p>
    <w:p>
      <w:pPr>
        <w:spacing w:after="60" w:line="266" w:lineRule="auto"/>
        <w:ind w:firstLine="331"/>
        <w:jc w:val="both"/>
      </w:pPr>
      <w:r>
        <w:rPr>
          <w:rFonts w:ascii="Georgia" w:hAnsi="Georgia"/>
          <w:b w:val="0"/>
          <w:i w:val="0"/>
          <w:color w:val="22201D"/>
          <w:sz w:val="20"/>
        </w:rPr>
        <w:t>"We finish the route slow. Gerald drives if the bracket complains. Inez gets the truck tomorrow. Nobody opens the lockbox without me. Nobody makes Mara cargo. Pantry stays pantry until its book. If the spoon points, we look before arguing."</w:t>
      </w:r>
    </w:p>
    <w:p>
      <w:pPr>
        <w:spacing w:after="60" w:line="266" w:lineRule="auto"/>
        <w:ind w:firstLine="331"/>
        <w:jc w:val="both"/>
      </w:pPr>
      <w:r>
        <w:rPr>
          <w:rFonts w:ascii="Georgia" w:hAnsi="Georgia"/>
          <w:b w:val="0"/>
          <w:i w:val="0"/>
          <w:color w:val="22201D"/>
          <w:sz w:val="20"/>
        </w:rPr>
        <w:t>The final crate note did not stamp.</w:t>
      </w:r>
    </w:p>
    <w:p>
      <w:pPr>
        <w:spacing w:after="60" w:line="266" w:lineRule="auto"/>
        <w:ind w:firstLine="331"/>
        <w:jc w:val="both"/>
      </w:pPr>
      <w:r>
        <w:rPr>
          <w:rFonts w:ascii="Georgia" w:hAnsi="Georgia"/>
          <w:b w:val="0"/>
          <w:i w:val="0"/>
          <w:color w:val="22201D"/>
          <w:sz w:val="20"/>
        </w:rPr>
        <w:t>Everyone waited.</w:t>
      </w:r>
    </w:p>
    <w:p>
      <w:pPr>
        <w:spacing w:after="60" w:line="266" w:lineRule="auto"/>
        <w:ind w:firstLine="331"/>
        <w:jc w:val="both"/>
      </w:pPr>
      <w:r>
        <w:rPr>
          <w:rFonts w:ascii="Georgia" w:hAnsi="Georgia"/>
          <w:b w:val="0"/>
          <w:i w:val="0"/>
          <w:color w:val="22201D"/>
          <w:sz w:val="20"/>
        </w:rPr>
        <w:t>Bob added, with visible cost, "If I miss something, say it."</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"Agreed."</w:t>
      </w:r>
    </w:p>
    <w:p>
      <w:pPr>
        <w:spacing w:after="60" w:line="266" w:lineRule="auto"/>
        <w:ind w:firstLine="331"/>
        <w:jc w:val="both"/>
      </w:pPr>
      <w:r>
        <w:rPr>
          <w:rFonts w:ascii="Georgia" w:hAnsi="Georgia"/>
          <w:b w:val="0"/>
          <w:i w:val="0"/>
          <w:color w:val="22201D"/>
          <w:sz w:val="20"/>
        </w:rPr>
        <w:t>Flocc said, "Agreed."</w:t>
      </w:r>
    </w:p>
    <w:p>
      <w:pPr>
        <w:spacing w:after="60" w:line="266" w:lineRule="auto"/>
        <w:ind w:firstLine="331"/>
        <w:jc w:val="both"/>
      </w:pPr>
      <w:r>
        <w:rPr>
          <w:rFonts w:ascii="Georgia" w:hAnsi="Georgia"/>
          <w:b w:val="0"/>
          <w:i w:val="0"/>
          <w:color w:val="22201D"/>
          <w:sz w:val="20"/>
        </w:rPr>
        <w:t>Steve said, "Agreed."</w:t>
      </w:r>
    </w:p>
    <w:p>
      <w:pPr>
        <w:spacing w:after="60" w:line="266" w:lineRule="auto"/>
        <w:ind w:firstLine="331"/>
        <w:jc w:val="both"/>
      </w:pPr>
      <w:r>
        <w:rPr>
          <w:rFonts w:ascii="Georgia" w:hAnsi="Georgia"/>
          <w:b w:val="0"/>
          <w:i w:val="0"/>
          <w:color w:val="22201D"/>
          <w:sz w:val="20"/>
        </w:rPr>
        <w:t>Nico said, "Agreed, but I reserve the right to ask questions in emergencies."</w:t>
      </w:r>
    </w:p>
    <w:p>
      <w:pPr>
        <w:spacing w:after="60" w:line="266" w:lineRule="auto"/>
        <w:ind w:firstLine="331"/>
        <w:jc w:val="both"/>
      </w:pPr>
      <w:r>
        <w:rPr>
          <w:rFonts w:ascii="Georgia" w:hAnsi="Georgia"/>
          <w:b w:val="0"/>
          <w:i w:val="0"/>
          <w:color w:val="22201D"/>
          <w:sz w:val="20"/>
        </w:rPr>
        <w:t>Bob looked at her.</w:t>
      </w:r>
    </w:p>
    <w:p>
      <w:pPr>
        <w:spacing w:after="60" w:line="266" w:lineRule="auto"/>
        <w:ind w:firstLine="331"/>
        <w:jc w:val="both"/>
      </w:pPr>
      <w:r>
        <w:rPr>
          <w:rFonts w:ascii="Georgia" w:hAnsi="Georgia"/>
          <w:b w:val="0"/>
          <w:i w:val="0"/>
          <w:color w:val="22201D"/>
          <w:sz w:val="20"/>
        </w:rPr>
        <w:t>"Fine."</w:t>
      </w:r>
    </w:p>
    <w:p>
      <w:pPr>
        <w:spacing w:after="60" w:line="266" w:lineRule="auto"/>
        <w:ind w:firstLine="331"/>
        <w:jc w:val="both"/>
      </w:pPr>
      <w:r>
        <w:rPr>
          <w:rFonts w:ascii="Georgia" w:hAnsi="Georgia"/>
          <w:b w:val="0"/>
          <w:i w:val="0"/>
          <w:color w:val="22201D"/>
          <w:sz w:val="20"/>
        </w:rPr>
        <w:t>Inez said, "Agreed. Bring my truck back tomorrow."</w:t>
      </w:r>
    </w:p>
    <w:p>
      <w:pPr>
        <w:spacing w:after="60" w:line="266" w:lineRule="auto"/>
        <w:ind w:firstLine="331"/>
        <w:jc w:val="both"/>
      </w:pPr>
      <w:r>
        <w:rPr>
          <w:rFonts w:ascii="Georgia" w:hAnsi="Georgia"/>
          <w:b w:val="0"/>
          <w:i w:val="0"/>
          <w:color w:val="22201D"/>
          <w:sz w:val="20"/>
        </w:rPr>
        <w:t>"My truck."</w:t>
      </w:r>
    </w:p>
    <w:p>
      <w:pPr>
        <w:spacing w:after="60" w:line="266" w:lineRule="auto"/>
        <w:ind w:firstLine="331"/>
        <w:jc w:val="both"/>
      </w:pPr>
      <w:r>
        <w:rPr>
          <w:rFonts w:ascii="Georgia" w:hAnsi="Georgia"/>
          <w:b w:val="0"/>
          <w:i w:val="0"/>
          <w:color w:val="22201D"/>
          <w:sz w:val="20"/>
        </w:rPr>
        <w:t>The final crate note trembled.</w:t>
      </w:r>
    </w:p>
    <w:p>
      <w:pPr>
        <w:spacing w:after="60" w:line="266" w:lineRule="auto"/>
        <w:ind w:firstLine="331"/>
        <w:jc w:val="both"/>
      </w:pPr>
      <w:r>
        <w:rPr>
          <w:rFonts w:ascii="Georgia" w:hAnsi="Georgia"/>
          <w:b w:val="0"/>
          <w:i w:val="0"/>
          <w:color w:val="22201D"/>
          <w:sz w:val="20"/>
        </w:rPr>
        <w:t>Bob closed his mouth.</w:t>
      </w:r>
    </w:p>
    <w:p>
      <w:pPr>
        <w:spacing w:after="60" w:line="266" w:lineRule="auto"/>
        <w:ind w:firstLine="331"/>
        <w:jc w:val="both"/>
      </w:pPr>
      <w:r>
        <w:rPr>
          <w:rFonts w:ascii="Georgia" w:hAnsi="Georgia"/>
          <w:b w:val="0"/>
          <w:i w:val="0"/>
          <w:color w:val="22201D"/>
          <w:sz w:val="20"/>
        </w:rPr>
        <w:t>Then said, "Agreed."</w:t>
      </w:r>
    </w:p>
    <w:p>
      <w:pPr>
        <w:spacing w:after="60" w:line="266" w:lineRule="auto"/>
        <w:ind w:firstLine="331"/>
        <w:jc w:val="both"/>
      </w:pPr>
      <w:r>
        <w:rPr>
          <w:rFonts w:ascii="Georgia" w:hAnsi="Georgia"/>
          <w:b w:val="0"/>
          <w:i w:val="0"/>
          <w:color w:val="22201D"/>
          <w:sz w:val="20"/>
        </w:rPr>
        <w:t>The note stamped:</w:t>
      </w:r>
    </w:p>
    <w:p>
      <w:pPr>
        <w:spacing w:after="60" w:line="250" w:lineRule="auto"/>
        <w:ind w:left="202" w:right="173"/>
      </w:pPr>
      <w:r>
        <w:rPr>
          <w:rFonts w:ascii="Georgia" w:hAnsi="Georgia"/>
          <w:b w:val="0"/>
          <w:i w:val="0"/>
          <w:color w:val="22201D"/>
          <w:sz w:val="17"/>
        </w:rPr>
        <w:t>AGREEMENT PAID ROUTE ARC CLOSED</w:t>
      </w:r>
    </w:p>
    <w:p>
      <w:pPr>
        <w:spacing w:after="60" w:line="266" w:lineRule="auto"/>
        <w:ind w:firstLine="331"/>
        <w:jc w:val="both"/>
      </w:pPr>
      <w:r>
        <w:rPr>
          <w:rFonts w:ascii="Georgia" w:hAnsi="Georgia"/>
          <w:b w:val="0"/>
          <w:i w:val="0"/>
          <w:color w:val="22201D"/>
          <w:sz w:val="20"/>
        </w:rPr>
        <w:t>No light burst from it.</w:t>
      </w:r>
    </w:p>
    <w:p>
      <w:pPr>
        <w:spacing w:after="60" w:line="266" w:lineRule="auto"/>
        <w:ind w:firstLine="331"/>
        <w:jc w:val="both"/>
      </w:pPr>
      <w:r>
        <w:rPr>
          <w:rFonts w:ascii="Georgia" w:hAnsi="Georgia"/>
          <w:b w:val="0"/>
          <w:i w:val="0"/>
          <w:color w:val="22201D"/>
          <w:sz w:val="20"/>
        </w:rPr>
        <w:t>No music played.</w:t>
      </w:r>
    </w:p>
    <w:p>
      <w:pPr>
        <w:spacing w:after="60" w:line="266" w:lineRule="auto"/>
        <w:ind w:firstLine="331"/>
        <w:jc w:val="both"/>
      </w:pPr>
      <w:r>
        <w:rPr>
          <w:rFonts w:ascii="Georgia" w:hAnsi="Georgia"/>
          <w:b w:val="0"/>
          <w:i w:val="0"/>
          <w:color w:val="22201D"/>
          <w:sz w:val="20"/>
        </w:rPr>
        <w:t>No cosmic receipt unrolled across the pavement.</w:t>
      </w:r>
    </w:p>
    <w:p>
      <w:pPr>
        <w:spacing w:after="60" w:line="266" w:lineRule="auto"/>
        <w:ind w:firstLine="331"/>
        <w:jc w:val="both"/>
      </w:pPr>
      <w:r>
        <w:rPr>
          <w:rFonts w:ascii="Georgia" w:hAnsi="Georgia"/>
          <w:b w:val="0"/>
          <w:i w:val="0"/>
          <w:color w:val="22201D"/>
          <w:sz w:val="20"/>
        </w:rPr>
        <w:t>The spoon rested in the cup holder.</w:t>
      </w:r>
    </w:p>
    <w:p>
      <w:pPr>
        <w:spacing w:after="60" w:line="266" w:lineRule="auto"/>
        <w:ind w:firstLine="331"/>
        <w:jc w:val="both"/>
      </w:pPr>
      <w:r>
        <w:rPr>
          <w:rFonts w:ascii="Georgia" w:hAnsi="Georgia"/>
          <w:b w:val="0"/>
          <w:i w:val="0"/>
          <w:color w:val="22201D"/>
          <w:sz w:val="20"/>
        </w:rPr>
        <w:t>The menu key went blank.</w:t>
      </w:r>
    </w:p>
    <w:p>
      <w:pPr>
        <w:spacing w:after="60" w:line="266" w:lineRule="auto"/>
        <w:ind w:firstLine="331"/>
        <w:jc w:val="both"/>
      </w:pPr>
      <w:r>
        <w:rPr>
          <w:rFonts w:ascii="Georgia" w:hAnsi="Georgia"/>
          <w:b w:val="0"/>
          <w:i w:val="0"/>
          <w:color w:val="22201D"/>
          <w:sz w:val="20"/>
        </w:rPr>
        <w:t>The mushrooms remained mushrooms.</w:t>
      </w:r>
    </w:p>
    <w:p>
      <w:pPr>
        <w:spacing w:after="60" w:line="266" w:lineRule="auto"/>
        <w:ind w:firstLine="331"/>
        <w:jc w:val="both"/>
      </w:pPr>
      <w:r>
        <w:rPr>
          <w:rFonts w:ascii="Georgia" w:hAnsi="Georgia"/>
          <w:b w:val="0"/>
          <w:i w:val="0"/>
          <w:color w:val="22201D"/>
          <w:sz w:val="20"/>
        </w:rPr>
        <w:t>The truck smelled faintly of smoke plum, road dust, and repaired metal.</w:t>
      </w:r>
    </w:p>
    <w:p>
      <w:pPr>
        <w:spacing w:after="60" w:line="266" w:lineRule="auto"/>
        <w:ind w:firstLine="331"/>
        <w:jc w:val="both"/>
      </w:pPr>
      <w:r>
        <w:rPr>
          <w:rFonts w:ascii="Georgia" w:hAnsi="Georgia"/>
          <w:b w:val="0"/>
          <w:i w:val="0"/>
          <w:color w:val="22201D"/>
          <w:sz w:val="20"/>
        </w:rPr>
        <w:t>That was enough.</w:t>
      </w:r>
    </w:p>
    <w:p>
      <w:pPr>
        <w:spacing w:after="60" w:line="266" w:lineRule="auto"/>
        <w:ind w:firstLine="331"/>
        <w:jc w:val="both"/>
      </w:pPr>
      <w:r>
        <w:rPr>
          <w:rFonts w:ascii="Georgia" w:hAnsi="Georgia"/>
          <w:b w:val="0"/>
          <w:i w:val="0"/>
          <w:color w:val="22201D"/>
          <w:sz w:val="20"/>
        </w:rPr>
        <w:t>Bob took the final crate note and tucked it into the route folder behind the driver copy and ahead of everything that might try to explain it later.</w:t>
      </w:r>
    </w:p>
    <w:p>
      <w:pPr>
        <w:spacing w:after="60" w:line="266" w:lineRule="auto"/>
        <w:ind w:firstLine="331"/>
        <w:jc w:val="both"/>
      </w:pPr>
      <w:r>
        <w:rPr>
          <w:rFonts w:ascii="Georgia" w:hAnsi="Georgia"/>
          <w:b w:val="0"/>
          <w:i w:val="0"/>
          <w:color w:val="22201D"/>
          <w:sz w:val="20"/>
        </w:rPr>
        <w:t>Gerald got behind the wheel.</w:t>
      </w:r>
    </w:p>
    <w:p>
      <w:pPr>
        <w:spacing w:after="60" w:line="266" w:lineRule="auto"/>
        <w:ind w:firstLine="331"/>
        <w:jc w:val="both"/>
      </w:pPr>
      <w:r>
        <w:rPr>
          <w:rFonts w:ascii="Georgia" w:hAnsi="Georgia"/>
          <w:b w:val="0"/>
          <w:i w:val="0"/>
          <w:color w:val="22201D"/>
          <w:sz w:val="20"/>
        </w:rPr>
        <w:t>Bob got into the passenger seat.</w:t>
      </w:r>
    </w:p>
    <w:p>
      <w:pPr>
        <w:spacing w:after="60" w:line="266" w:lineRule="auto"/>
        <w:ind w:firstLine="331"/>
        <w:jc w:val="both"/>
      </w:pPr>
      <w:r>
        <w:rPr>
          <w:rFonts w:ascii="Georgia" w:hAnsi="Georgia"/>
          <w:b w:val="0"/>
          <w:i w:val="0"/>
          <w:color w:val="22201D"/>
          <w:sz w:val="20"/>
        </w:rPr>
        <w:t>This time, no one made a face.</w:t>
      </w:r>
    </w:p>
    <w:p>
      <w:pPr>
        <w:spacing w:after="60" w:line="266" w:lineRule="auto"/>
        <w:ind w:firstLine="331"/>
        <w:jc w:val="both"/>
      </w:pPr>
      <w:r>
        <w:rPr>
          <w:rFonts w:ascii="Georgia" w:hAnsi="Georgia"/>
          <w:b w:val="0"/>
          <w:i w:val="0"/>
          <w:color w:val="22201D"/>
          <w:sz w:val="20"/>
        </w:rPr>
        <w:t>Agreement's final mercy was repetition without humiliation.</w:t>
      </w:r>
    </w:p>
    <w:p>
      <w:pPr>
        <w:spacing w:after="60" w:line="266" w:lineRule="auto"/>
        <w:ind w:firstLine="331"/>
        <w:jc w:val="both"/>
      </w:pPr>
      <w:r>
        <w:rPr>
          <w:rFonts w:ascii="Georgia" w:hAnsi="Georgia"/>
          <w:b w:val="0"/>
          <w:i w:val="0"/>
          <w:color w:val="22201D"/>
          <w:sz w:val="20"/>
        </w:rPr>
        <w:t>They pulled out of the shop lot at fifteen miles per hour.</w:t>
      </w:r>
    </w:p>
    <w:p>
      <w:pPr>
        <w:spacing w:after="60" w:line="266" w:lineRule="auto"/>
        <w:ind w:firstLine="331"/>
        <w:jc w:val="both"/>
      </w:pPr>
      <w:r>
        <w:rPr>
          <w:rFonts w:ascii="Georgia" w:hAnsi="Georgia"/>
          <w:b w:val="0"/>
          <w:i w:val="0"/>
          <w:color w:val="22201D"/>
          <w:sz w:val="20"/>
        </w:rPr>
        <w:t>The remaining route waited ahead: ordinary streets, inconvenient signals, cargo still to deliver, and a book not yet ready to open.</w:t>
      </w:r>
    </w:p>
    <w:p>
      <w:pPr>
        <w:spacing w:after="60" w:line="266" w:lineRule="auto"/>
        <w:ind w:firstLine="331"/>
        <w:jc w:val="both"/>
      </w:pPr>
      <w:r>
        <w:rPr>
          <w:rFonts w:ascii="Georgia" w:hAnsi="Georgia"/>
          <w:b w:val="0"/>
          <w:i w:val="0"/>
          <w:color w:val="22201D"/>
          <w:sz w:val="20"/>
        </w:rPr>
        <w:t>At the last light before the main road, the spoon pointed briefly toward the storage units they had passed.</w:t>
      </w:r>
    </w:p>
    <w:p>
      <w:pPr>
        <w:spacing w:after="60" w:line="266" w:lineRule="auto"/>
        <w:ind w:firstLine="331"/>
        <w:jc w:val="both"/>
      </w:pPr>
      <w:r>
        <w:rPr>
          <w:rFonts w:ascii="Georgia" w:hAnsi="Georgia"/>
          <w:b w:val="0"/>
          <w:i w:val="0"/>
          <w:color w:val="22201D"/>
          <w:sz w:val="20"/>
        </w:rPr>
        <w:t>On the far wall, barely visible in the evening, the painted words waited:</w:t>
      </w:r>
    </w:p>
    <w:p>
      <w:pPr>
        <w:spacing w:after="60" w:line="250" w:lineRule="auto"/>
        <w:ind w:left="202" w:right="173"/>
      </w:pPr>
      <w:r>
        <w:rPr>
          <w:rFonts w:ascii="Georgia" w:hAnsi="Georgia"/>
          <w:b w:val="0"/>
          <w:i w:val="0"/>
          <w:color w:val="22201D"/>
          <w:sz w:val="17"/>
        </w:rPr>
        <w:t>THE PANTRY AT THE CENTER OF MISUNDERSTANDING</w:t>
      </w:r>
    </w:p>
    <w:p>
      <w:pPr>
        <w:spacing w:after="60" w:line="266" w:lineRule="auto"/>
        <w:ind w:firstLine="331"/>
        <w:jc w:val="both"/>
      </w:pPr>
      <w:r>
        <w:rPr>
          <w:rFonts w:ascii="Georgia" w:hAnsi="Georgia"/>
          <w:b w:val="0"/>
          <w:i w:val="0"/>
          <w:color w:val="22201D"/>
          <w:sz w:val="20"/>
        </w:rPr>
        <w:t>Bob saw them.</w:t>
      </w:r>
    </w:p>
    <w:p>
      <w:pPr>
        <w:spacing w:after="60" w:line="266" w:lineRule="auto"/>
        <w:ind w:firstLine="331"/>
        <w:jc w:val="both"/>
      </w:pPr>
      <w:r>
        <w:rPr>
          <w:rFonts w:ascii="Georgia" w:hAnsi="Georgia"/>
          <w:b w:val="0"/>
          <w:i w:val="0"/>
          <w:color w:val="22201D"/>
          <w:sz w:val="20"/>
        </w:rPr>
        <w:t>So did Flocc.</w:t>
      </w:r>
    </w:p>
    <w:p>
      <w:pPr>
        <w:spacing w:after="60" w:line="266" w:lineRule="auto"/>
        <w:ind w:firstLine="331"/>
        <w:jc w:val="both"/>
      </w:pPr>
      <w:r>
        <w:rPr>
          <w:rFonts w:ascii="Georgia" w:hAnsi="Georgia"/>
          <w:b w:val="0"/>
          <w:i w:val="0"/>
          <w:color w:val="22201D"/>
          <w:sz w:val="20"/>
        </w:rPr>
        <w:t>Neither spoke.</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light changed.</w:t>
      </w:r>
    </w:p>
    <w:p>
      <w:pPr>
        <w:spacing w:after="60" w:line="266" w:lineRule="auto"/>
        <w:ind w:firstLine="331"/>
        <w:jc w:val="both"/>
      </w:pPr>
      <w:r>
        <w:rPr>
          <w:rFonts w:ascii="Georgia" w:hAnsi="Georgia"/>
          <w:b w:val="0"/>
          <w:i w:val="0"/>
          <w:color w:val="22201D"/>
          <w:sz w:val="20"/>
        </w:rPr>
        <w:t>Gerald drove.</w:t>
      </w:r>
    </w:p>
    <w:p>
      <w:pPr>
        <w:spacing w:after="60" w:line="266" w:lineRule="auto"/>
        <w:ind w:firstLine="331"/>
        <w:jc w:val="both"/>
      </w:pPr>
      <w:r>
        <w:rPr>
          <w:rFonts w:ascii="Georgia" w:hAnsi="Georgia"/>
          <w:b w:val="0"/>
          <w:i w:val="0"/>
          <w:color w:val="22201D"/>
          <w:sz w:val="20"/>
        </w:rPr>
        <w:t>Bob did not argue.</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Delivery Route Through Tuesday</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