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3968496" cy="5952744"/>
            <wp:docPr id="1" name="Picture 1"/>
            <wp:cNvGraphicFramePr>
              <a:graphicFrameLocks noChangeAspect="1"/>
            </wp:cNvGraphicFramePr>
            <a:graphic>
              <a:graphicData uri="http://schemas.openxmlformats.org/drawingml/2006/picture">
                <pic:pic>
                  <pic:nvPicPr>
                    <pic:cNvPr id="0" name="THE_CHECK_ARRIVES_BEFORE_DINNER_FRONT_COVER_V01.png"/>
                    <pic:cNvPicPr/>
                  </pic:nvPicPr>
                  <pic:blipFill>
                    <a:blip r:embed="rId11"/>
                    <a:stretch>
                      <a:fillRect/>
                    </a:stretch>
                  </pic:blipFill>
                  <pic:spPr>
                    <a:xfrm>
                      <a:off x="0" y="0"/>
                      <a:ext cx="3968496" cy="5952744"/>
                    </a:xfrm>
                    <a:prstGeom prst="rect"/>
                  </pic:spPr>
                </pic:pic>
              </a:graphicData>
            </a:graphic>
          </wp:inline>
        </w:drawing>
      </w:r>
    </w:p>
    <w:p>
      <w:r>
        <w:br w:type="page"/>
      </w:r>
    </w:p>
    <w:p>
      <w:pPr>
        <w:spacing w:before="2500"/>
        <w:jc w:val="center"/>
      </w:pPr>
      <w:r>
        <w:rPr>
          <w:rFonts w:ascii="Georgia" w:hAnsi="Georgia"/>
          <w:b/>
          <w:i w:val="0"/>
          <w:color w:val="4A371B"/>
          <w:sz w:val="50"/>
        </w:rPr>
        <w:t>THE CHECK ARRIVES</w:t>
        <w:br/>
        <w:t>BEFORE DINNER</w:t>
      </w:r>
    </w:p>
    <w:p>
      <w:pPr>
        <w:jc w:val="center"/>
      </w:pPr>
      <w:r>
        <w:rPr>
          <w:rFonts w:ascii="Georgia" w:hAnsi="Georgia"/>
          <w:b w:val="0"/>
          <w:i/>
          <w:color w:val="4C5154"/>
          <w:sz w:val="22"/>
        </w:rPr>
        <w:t>Wayward Diners • Book Three</w:t>
      </w:r>
    </w:p>
    <w:p>
      <w:pPr>
        <w:spacing w:before="3000"/>
        <w:jc w:val="center"/>
      </w:pPr>
      <w:r>
        <w:rPr>
          <w:rFonts w:ascii="Georgia" w:hAnsi="Georgia"/>
          <w:b/>
          <w:i w:val="0"/>
          <w:color w:val="775B26"/>
          <w:sz w:val="20"/>
        </w:rPr>
        <w:t>NORTHSTAR PRIME</w:t>
      </w:r>
    </w:p>
    <w:p>
      <w:r>
        <w:br w:type="page"/>
      </w:r>
    </w:p>
    <w:p>
      <w:pPr>
        <w:spacing w:before="2900" w:after="160"/>
        <w:jc w:val="center"/>
      </w:pPr>
      <w:r>
        <w:rPr>
          <w:rFonts w:ascii="Georgia" w:hAnsi="Georgia"/>
          <w:b w:val="0"/>
          <w:i w:val="0"/>
          <w:color w:val="454442"/>
          <w:sz w:val="18"/>
        </w:rPr>
        <w:t>The Check Arrives Before Dinner</w:t>
      </w:r>
    </w:p>
    <w:p>
      <w:pPr>
        <w:spacing w:before="0" w:after="160"/>
        <w:jc w:val="center"/>
      </w:pPr>
      <w:r>
        <w:rPr>
          <w:rFonts w:ascii="Georgia" w:hAnsi="Georgia"/>
          <w:b w:val="0"/>
          <w:i w:val="0"/>
          <w:color w:val="454442"/>
          <w:sz w:val="18"/>
        </w:rPr>
        <w:t>Copyright © 2026 NorthStar Prime. All rights reserved.</w:t>
      </w:r>
    </w:p>
    <w:p>
      <w:pPr>
        <w:spacing w:before="0" w:after="160"/>
        <w:jc w:val="center"/>
      </w:pPr>
      <w:r>
        <w:rPr>
          <w:rFonts w:ascii="Georgia" w:hAnsi="Georgia"/>
          <w:b w:val="0"/>
          <w:i w:val="0"/>
          <w:color w:val="454442"/>
          <w:sz w:val="18"/>
        </w:rPr>
        <w:t>First NorthStar Prime digital release edition, 2026.</w:t>
      </w:r>
    </w:p>
    <w:p>
      <w:pPr>
        <w:spacing w:before="0" w:after="160"/>
        <w:jc w:val="center"/>
      </w:pPr>
      <w:r>
        <w:rPr>
          <w:rFonts w:ascii="Georgia" w:hAnsi="Georgia"/>
          <w:b w:val="0"/>
          <w:i/>
          <w:color w:val="454442"/>
          <w:sz w:val="18"/>
        </w:rPr>
        <w:t>This is an original work of speculative comic fiction.</w:t>
      </w:r>
    </w:p>
    <w:p>
      <w:pPr>
        <w:spacing w:before="0" w:after="160"/>
        <w:jc w:val="center"/>
      </w:pPr>
      <w:r>
        <w:rPr>
          <w:rFonts w:ascii="Georgia" w:hAnsi="Georgia"/>
          <w:b w:val="0"/>
          <w:i/>
          <w:color w:val="454442"/>
          <w:sz w:val="18"/>
        </w:rPr>
        <w:t>Names, characters, restaurants, institutions, menus, receipts, and events are imagined.</w:t>
      </w:r>
    </w:p>
    <w:p>
      <w:pPr>
        <w:spacing w:before="0" w:after="160"/>
        <w:jc w:val="center"/>
      </w:pPr>
      <w:r>
        <w:rPr>
          <w:rFonts w:ascii="Georgia" w:hAnsi="Georgia"/>
          <w:b w:val="0"/>
          <w:i w:val="0"/>
          <w:color w:val="454442"/>
          <w:sz w:val="18"/>
        </w:rPr>
        <w:t>NorthStar Prime • northstarprime.net</w:t>
      </w:r>
    </w:p>
    <w:p>
      <w:r>
        <w:br w:type="page"/>
      </w:r>
    </w:p>
    <w:p>
      <w:pPr>
        <w:jc w:val="center"/>
      </w:pPr>
      <w:r>
        <w:rPr>
          <w:rFonts w:ascii="Georgia" w:hAnsi="Georgia"/>
          <w:b/>
          <w:i w:val="0"/>
          <w:color w:val="5B4319"/>
          <w:sz w:val="36"/>
        </w:rPr>
        <w:t>CONTENTS</w:t>
      </w:r>
    </w:p>
    <w:p>
      <w:pPr>
        <w:spacing w:after="42"/>
      </w:pPr>
      <w:r>
        <w:rPr>
          <w:rFonts w:ascii="Georgia" w:hAnsi="Georgia"/>
          <w:b w:val="0"/>
          <w:i w:val="0"/>
          <w:color w:val="47433D"/>
          <w:sz w:val="18"/>
        </w:rPr>
        <w:t>Chapter 1: The Bill Is Already Waiting</w:t>
      </w:r>
    </w:p>
    <w:p>
      <w:pPr>
        <w:spacing w:after="42"/>
      </w:pPr>
      <w:r>
        <w:rPr>
          <w:rFonts w:ascii="Georgia" w:hAnsi="Georgia"/>
          <w:b w:val="0"/>
          <w:i w:val="0"/>
          <w:color w:val="47433D"/>
          <w:sz w:val="18"/>
        </w:rPr>
        <w:t>Chapter 2: Steve Reopens the Case</w:t>
      </w:r>
    </w:p>
    <w:p>
      <w:pPr>
        <w:spacing w:after="42"/>
      </w:pPr>
      <w:r>
        <w:rPr>
          <w:rFonts w:ascii="Georgia" w:hAnsi="Georgia"/>
          <w:b w:val="0"/>
          <w:i w:val="0"/>
          <w:color w:val="47433D"/>
          <w:sz w:val="18"/>
        </w:rPr>
        <w:t>Chapter 3: Gerald Checks the Hand Sink Again</w:t>
      </w:r>
    </w:p>
    <w:p>
      <w:pPr>
        <w:spacing w:after="42"/>
      </w:pPr>
      <w:r>
        <w:rPr>
          <w:rFonts w:ascii="Georgia" w:hAnsi="Georgia"/>
          <w:b w:val="0"/>
          <w:i w:val="0"/>
          <w:color w:val="47433D"/>
          <w:sz w:val="18"/>
        </w:rPr>
        <w:t>Chapter 4: The Refund for a Future Apology</w:t>
      </w:r>
    </w:p>
    <w:p>
      <w:pPr>
        <w:spacing w:after="42"/>
      </w:pPr>
      <w:r>
        <w:rPr>
          <w:rFonts w:ascii="Georgia" w:hAnsi="Georgia"/>
          <w:b w:val="0"/>
          <w:i w:val="0"/>
          <w:color w:val="47433D"/>
          <w:sz w:val="18"/>
        </w:rPr>
        <w:t>Chapter 5: Exact Change in Listening</w:t>
      </w:r>
    </w:p>
    <w:p>
      <w:pPr>
        <w:spacing w:after="42"/>
      </w:pPr>
      <w:r>
        <w:rPr>
          <w:rFonts w:ascii="Georgia" w:hAnsi="Georgia"/>
          <w:b w:val="0"/>
          <w:i w:val="0"/>
          <w:color w:val="47433D"/>
          <w:sz w:val="18"/>
        </w:rPr>
        <w:t>Chapter 6: The Auditor Orders Nothing</w:t>
      </w:r>
    </w:p>
    <w:p>
      <w:pPr>
        <w:spacing w:after="42"/>
      </w:pPr>
      <w:r>
        <w:rPr>
          <w:rFonts w:ascii="Georgia" w:hAnsi="Georgia"/>
          <w:b w:val="0"/>
          <w:i w:val="0"/>
          <w:color w:val="47433D"/>
          <w:sz w:val="18"/>
        </w:rPr>
        <w:t>Chapter 7: The Form That Corrects the Clerk</w:t>
      </w:r>
    </w:p>
    <w:p>
      <w:pPr>
        <w:spacing w:after="42"/>
      </w:pPr>
      <w:r>
        <w:rPr>
          <w:rFonts w:ascii="Georgia" w:hAnsi="Georgia"/>
          <w:b w:val="0"/>
          <w:i w:val="0"/>
          <w:color w:val="47433D"/>
          <w:sz w:val="18"/>
        </w:rPr>
        <w:t>Chapter 8: The Sauce Ledger Smokes</w:t>
      </w:r>
    </w:p>
    <w:p>
      <w:pPr>
        <w:spacing w:after="42"/>
      </w:pPr>
      <w:r>
        <w:rPr>
          <w:rFonts w:ascii="Georgia" w:hAnsi="Georgia"/>
          <w:b w:val="0"/>
          <w:i w:val="0"/>
          <w:color w:val="47433D"/>
          <w:sz w:val="18"/>
        </w:rPr>
        <w:t>Chapter 9: The Public Hearing at Table Four</w:t>
      </w:r>
    </w:p>
    <w:p>
      <w:pPr>
        <w:spacing w:after="42"/>
      </w:pPr>
      <w:r>
        <w:rPr>
          <w:rFonts w:ascii="Georgia" w:hAnsi="Georgia"/>
          <w:b w:val="0"/>
          <w:i w:val="0"/>
          <w:color w:val="47433D"/>
          <w:sz w:val="18"/>
        </w:rPr>
        <w:t>Chapter 10: The Check Splits Itself</w:t>
      </w:r>
    </w:p>
    <w:p>
      <w:pPr>
        <w:spacing w:after="42"/>
      </w:pPr>
      <w:r>
        <w:rPr>
          <w:rFonts w:ascii="Georgia" w:hAnsi="Georgia"/>
          <w:b w:val="0"/>
          <w:i w:val="0"/>
          <w:color w:val="47433D"/>
          <w:sz w:val="18"/>
        </w:rPr>
        <w:t>Chapter 11: The Audit Finds a Door</w:t>
      </w:r>
    </w:p>
    <w:p>
      <w:pPr>
        <w:spacing w:after="42"/>
      </w:pPr>
      <w:r>
        <w:rPr>
          <w:rFonts w:ascii="Georgia" w:hAnsi="Georgia"/>
          <w:b w:val="0"/>
          <w:i w:val="0"/>
          <w:color w:val="47433D"/>
          <w:sz w:val="18"/>
        </w:rPr>
        <w:t>Chapter 12: The Check Arrives Before Dinner</w:t>
      </w:r>
    </w:p>
    <w:p>
      <w:r>
        <w:br w:type="page"/>
      </w:r>
    </w:p>
    <w:p>
      <w:pPr>
        <w:spacing w:before="1680" w:after="520"/>
        <w:jc w:val="center"/>
      </w:pPr>
      <w:r>
        <w:rPr>
          <w:rFonts w:ascii="Georgia" w:hAnsi="Georgia"/>
          <w:b/>
          <w:i w:val="0"/>
          <w:color w:val="654919"/>
          <w:sz w:val="36"/>
        </w:rPr>
        <w:t>Chapter 1: The Bill Is Already Waiting</w:t>
      </w:r>
    </w:p>
    <w:p>
      <w:pPr>
        <w:spacing w:after="60" w:line="266" w:lineRule="auto"/>
        <w:ind w:firstLine="0"/>
        <w:jc w:val="both"/>
      </w:pPr>
      <w:r>
        <w:rPr>
          <w:rFonts w:ascii="Georgia" w:hAnsi="Georgia"/>
          <w:b w:val="0"/>
          <w:i w:val="0"/>
          <w:color w:val="22201D"/>
          <w:sz w:val="20"/>
        </w:rPr>
        <w:t>In which dinner becomes possible only after the account admits it has been open the whole time, Flocc receives a bill for things he had mistaken for gifts, and Emoji Soup clarifies that being charged is not the same as being condemned.</w:t>
      </w:r>
    </w:p>
    <w:p>
      <w:pPr>
        <w:spacing w:after="60" w:line="266" w:lineRule="auto"/>
        <w:ind w:firstLine="331"/>
        <w:jc w:val="both"/>
      </w:pPr>
      <w:r>
        <w:rPr>
          <w:rFonts w:ascii="Georgia" w:hAnsi="Georgia"/>
          <w:b w:val="0"/>
          <w:i w:val="0"/>
          <w:color w:val="22201D"/>
          <w:sz w:val="20"/>
        </w:rPr>
        <w:t>The bill was already waiting.</w:t>
      </w:r>
    </w:p>
    <w:p>
      <w:pPr>
        <w:spacing w:after="60" w:line="266" w:lineRule="auto"/>
        <w:ind w:firstLine="331"/>
        <w:jc w:val="both"/>
      </w:pPr>
      <w:r>
        <w:rPr>
          <w:rFonts w:ascii="Georgia" w:hAnsi="Georgia"/>
          <w:b w:val="0"/>
          <w:i w:val="0"/>
          <w:color w:val="22201D"/>
          <w:sz w:val="20"/>
        </w:rPr>
        <w:t>This was discouraging because Flocc had only just agreed to dinner.</w:t>
      </w:r>
    </w:p>
    <w:p>
      <w:pPr>
        <w:spacing w:after="60" w:line="266" w:lineRule="auto"/>
        <w:ind w:firstLine="331"/>
        <w:jc w:val="both"/>
      </w:pPr>
      <w:r>
        <w:rPr>
          <w:rFonts w:ascii="Georgia" w:hAnsi="Georgia"/>
          <w:b w:val="0"/>
          <w:i w:val="0"/>
          <w:color w:val="22201D"/>
          <w:sz w:val="20"/>
        </w:rPr>
        <w:t>In an ordinary restaurant, which Emoji Soup resembled only in the same way a passport resembles a person, the bill arrived after the meal. This was one of the great civic agreements. You sat. You ordered. You ate. You misjudged whether you wanted coffee. You received a small rectangle of paper which pretended to be about food but was actually about whether you were the sort of person who calculated tax before tip or after tip and what that said about your childhood.</w:t>
      </w:r>
    </w:p>
    <w:p>
      <w:pPr>
        <w:spacing w:after="60" w:line="266" w:lineRule="auto"/>
        <w:ind w:firstLine="331"/>
        <w:jc w:val="both"/>
      </w:pPr>
      <w:r>
        <w:rPr>
          <w:rFonts w:ascii="Georgia" w:hAnsi="Georgia"/>
          <w:b w:val="0"/>
          <w:i w:val="0"/>
          <w:color w:val="22201D"/>
          <w:sz w:val="20"/>
        </w:rPr>
        <w:t>Emoji Soup had never been interested in the civic agreements that made ordinary restaurants possible. It was interested in the agreements that made people possible, which were older, less enforceable, and much harder to initial.</w:t>
      </w:r>
    </w:p>
    <w:p>
      <w:pPr>
        <w:spacing w:after="60" w:line="266" w:lineRule="auto"/>
        <w:ind w:firstLine="331"/>
        <w:jc w:val="both"/>
      </w:pPr>
      <w:r>
        <w:rPr>
          <w:rFonts w:ascii="Georgia" w:hAnsi="Georgia"/>
          <w:b w:val="0"/>
          <w:i w:val="0"/>
          <w:color w:val="22201D"/>
          <w:sz w:val="20"/>
        </w:rPr>
        <w:t>The black check folder sat in front of Flocc as if it had occupied the table before he had. It was made of the same material as other check folders: imitation leather, folded, slightly padded, designed to make consequence look manageable. It had the usual little slit for a credit card. It had a brass corner protector. It had a faint smell of vinyl and time.</w:t>
      </w:r>
    </w:p>
    <w:p>
      <w:pPr>
        <w:spacing w:after="60" w:line="266" w:lineRule="auto"/>
        <w:ind w:firstLine="331"/>
        <w:jc w:val="both"/>
      </w:pPr>
      <w:r>
        <w:rPr>
          <w:rFonts w:ascii="Georgia" w:hAnsi="Georgia"/>
          <w:b w:val="0"/>
          <w:i w:val="0"/>
          <w:color w:val="22201D"/>
          <w:sz w:val="20"/>
        </w:rPr>
        <w:t>It also had his name written on it in six languages.</w:t>
      </w:r>
    </w:p>
    <w:p>
      <w:pPr>
        <w:spacing w:after="60" w:line="266" w:lineRule="auto"/>
        <w:ind w:firstLine="331"/>
        <w:jc w:val="both"/>
      </w:pPr>
      <w:r>
        <w:rPr>
          <w:rFonts w:ascii="Georgia" w:hAnsi="Georgia"/>
          <w:b w:val="0"/>
          <w:i w:val="0"/>
          <w:color w:val="22201D"/>
          <w:sz w:val="20"/>
        </w:rPr>
        <w:t>The English was the least comforting.</w:t>
      </w:r>
    </w:p>
    <w:p>
      <w:pPr>
        <w:spacing w:after="60" w:line="250" w:lineRule="auto"/>
        <w:ind w:left="202" w:right="173"/>
      </w:pPr>
      <w:r>
        <w:rPr>
          <w:rFonts w:ascii="Georgia" w:hAnsi="Georgia"/>
          <w:b w:val="0"/>
          <w:i w:val="0"/>
          <w:color w:val="22201D"/>
          <w:sz w:val="17"/>
        </w:rPr>
        <w:t>BILLING PARTY: FLOCC</w:t>
      </w:r>
    </w:p>
    <w:p>
      <w:pPr>
        <w:spacing w:after="60" w:line="266" w:lineRule="auto"/>
        <w:ind w:firstLine="331"/>
        <w:jc w:val="both"/>
      </w:pPr>
      <w:r>
        <w:rPr>
          <w:rFonts w:ascii="Georgia" w:hAnsi="Georgia"/>
          <w:b w:val="0"/>
          <w:i w:val="0"/>
          <w:color w:val="22201D"/>
          <w:sz w:val="20"/>
        </w:rPr>
        <w:t>Under that, in smaller type:</w:t>
      </w:r>
    </w:p>
    <w:p>
      <w:pPr>
        <w:spacing w:after="60" w:line="250" w:lineRule="auto"/>
        <w:ind w:left="202" w:right="173"/>
      </w:pPr>
      <w:r>
        <w:rPr>
          <w:rFonts w:ascii="Georgia" w:hAnsi="Georgia"/>
          <w:b w:val="0"/>
          <w:i w:val="0"/>
          <w:color w:val="22201D"/>
          <w:sz w:val="17"/>
        </w:rPr>
        <w:t>STATUS: PRESENT</w:t>
      </w:r>
    </w:p>
    <w:p>
      <w:pPr>
        <w:spacing w:after="60" w:line="266" w:lineRule="auto"/>
        <w:ind w:firstLine="331"/>
        <w:jc w:val="both"/>
      </w:pPr>
      <w:r>
        <w:rPr>
          <w:rFonts w:ascii="Georgia" w:hAnsi="Georgia"/>
          <w:b w:val="0"/>
          <w:i w:val="0"/>
          <w:color w:val="22201D"/>
          <w:sz w:val="20"/>
        </w:rPr>
        <w:t>Flocc looked at the word present.</w:t>
      </w:r>
    </w:p>
    <w:p>
      <w:pPr>
        <w:spacing w:after="60" w:line="266" w:lineRule="auto"/>
        <w:ind w:firstLine="331"/>
        <w:jc w:val="both"/>
      </w:pPr>
      <w:r>
        <w:rPr>
          <w:rFonts w:ascii="Georgia" w:hAnsi="Georgia"/>
          <w:b w:val="0"/>
          <w:i w:val="0"/>
          <w:color w:val="22201D"/>
          <w:sz w:val="20"/>
        </w:rPr>
        <w:t>It was an innocent word if you did not know it well.</w:t>
      </w:r>
    </w:p>
    <w:p>
      <w:pPr>
        <w:spacing w:after="60" w:line="266" w:lineRule="auto"/>
        <w:ind w:firstLine="331"/>
        <w:jc w:val="both"/>
      </w:pPr>
      <w:r>
        <w:rPr>
          <w:rFonts w:ascii="Georgia" w:hAnsi="Georgia"/>
          <w:b w:val="0"/>
          <w:i w:val="0"/>
          <w:color w:val="22201D"/>
          <w:sz w:val="20"/>
        </w:rPr>
        <w:t>"Is this dinner?" Mara asked.</w:t>
      </w:r>
    </w:p>
    <w:p>
      <w:pPr>
        <w:spacing w:after="60" w:line="266" w:lineRule="auto"/>
        <w:ind w:firstLine="331"/>
        <w:jc w:val="both"/>
      </w:pPr>
      <w:r>
        <w:rPr>
          <w:rFonts w:ascii="Georgia" w:hAnsi="Georgia"/>
          <w:b w:val="0"/>
          <w:i w:val="0"/>
          <w:color w:val="22201D"/>
          <w:sz w:val="20"/>
        </w:rPr>
        <w:t>The Hostess stood beside the table with an expression that had been assembled from patience, professional concern, and the private knowledge that customers were always late to the part of the evening that had already begun.</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"Is it before dinner?"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"Is it optional?"</w:t>
      </w:r>
    </w:p>
    <w:p>
      <w:pPr>
        <w:spacing w:after="60" w:line="266" w:lineRule="auto"/>
        <w:ind w:firstLine="331"/>
        <w:jc w:val="both"/>
      </w:pPr>
      <w:r>
        <w:rPr>
          <w:rFonts w:ascii="Georgia" w:hAnsi="Georgia"/>
          <w:b w:val="0"/>
          <w:i w:val="0"/>
          <w:color w:val="22201D"/>
          <w:sz w:val="20"/>
        </w:rPr>
        <w:t>The Hostess looked at the check folder.</w:t>
      </w:r>
    </w:p>
    <w:p>
      <w:pPr>
        <w:spacing w:after="60" w:line="266" w:lineRule="auto"/>
        <w:ind w:firstLine="331"/>
        <w:jc w:val="both"/>
      </w:pPr>
      <w:r>
        <w:rPr>
          <w:rFonts w:ascii="Georgia" w:hAnsi="Georgia"/>
          <w:b w:val="0"/>
          <w:i w:val="0"/>
          <w:color w:val="22201D"/>
          <w:sz w:val="20"/>
        </w:rPr>
        <w:t>The check folder did not look back. Check folders were skilled at passivity. It was how they survived.</w:t>
      </w:r>
    </w:p>
    <w:p>
      <w:pPr>
        <w:spacing w:after="60" w:line="266" w:lineRule="auto"/>
        <w:ind w:firstLine="331"/>
        <w:jc w:val="both"/>
      </w:pPr>
      <w:r>
        <w:rPr>
          <w:rFonts w:ascii="Georgia" w:hAnsi="Georgia"/>
          <w:b w:val="0"/>
          <w:i w:val="0"/>
          <w:color w:val="22201D"/>
          <w:sz w:val="20"/>
        </w:rPr>
        <w:t>"It is optional in the same way gravity is optional," the Hostess said.</w:t>
      </w:r>
    </w:p>
    <w:p>
      <w:pPr>
        <w:spacing w:after="60" w:line="266" w:lineRule="auto"/>
        <w:ind w:firstLine="331"/>
        <w:jc w:val="both"/>
      </w:pPr>
      <w:r>
        <w:rPr>
          <w:rFonts w:ascii="Georgia" w:hAnsi="Georgia"/>
          <w:b w:val="0"/>
          <w:i w:val="0"/>
          <w:color w:val="22201D"/>
          <w:sz w:val="20"/>
        </w:rPr>
        <w:t>Mara considered this.</w:t>
      </w:r>
    </w:p>
    <w:p>
      <w:pPr>
        <w:spacing w:after="60" w:line="266" w:lineRule="auto"/>
        <w:ind w:firstLine="331"/>
        <w:jc w:val="both"/>
      </w:pPr>
      <w:r>
        <w:rPr>
          <w:rFonts w:ascii="Georgia" w:hAnsi="Georgia"/>
          <w:b w:val="0"/>
          <w:i w:val="0"/>
          <w:color w:val="22201D"/>
          <w:sz w:val="20"/>
        </w:rPr>
        <w:t>"So not optional."</w:t>
      </w:r>
    </w:p>
    <w:p>
      <w:pPr>
        <w:spacing w:after="60" w:line="266" w:lineRule="auto"/>
        <w:ind w:firstLine="331"/>
        <w:jc w:val="both"/>
      </w:pPr>
      <w:r>
        <w:rPr>
          <w:rFonts w:ascii="Georgia" w:hAnsi="Georgia"/>
          <w:b w:val="0"/>
          <w:i w:val="0"/>
          <w:color w:val="22201D"/>
          <w:sz w:val="20"/>
        </w:rPr>
        <w:t>"Optional, but with consequences."</w:t>
      </w:r>
    </w:p>
    <w:p>
      <w:pPr>
        <w:spacing w:after="60" w:line="266" w:lineRule="auto"/>
        <w:ind w:firstLine="331"/>
        <w:jc w:val="both"/>
      </w:pPr>
      <w:r>
        <w:rPr>
          <w:rFonts w:ascii="Georgia" w:hAnsi="Georgia"/>
          <w:b w:val="0"/>
          <w:i w:val="0"/>
          <w:color w:val="22201D"/>
          <w:sz w:val="20"/>
        </w:rPr>
        <w:t>Flocc had learned, slowly and against evidence supplied by his own preferences, that the Hostess usually chose words with the care other people reserved for carrying soup across an uneven floor. If she said optional, she meant optional. If she said consequences, she meant consequences. If she put the two words in the same sentence, it was not because she enjoyed paradox. It was because the world was often built badly and the restaurant had decided to serve it anyway.</w:t>
      </w:r>
    </w:p>
    <w:p>
      <w:pPr>
        <w:spacing w:after="60" w:line="266" w:lineRule="auto"/>
        <w:ind w:firstLine="331"/>
        <w:jc w:val="both"/>
      </w:pPr>
      <w:r>
        <w:rPr>
          <w:rFonts w:ascii="Georgia" w:hAnsi="Georgia"/>
          <w:b w:val="0"/>
          <w:i w:val="0"/>
          <w:color w:val="22201D"/>
          <w:sz w:val="20"/>
        </w:rPr>
        <w:t>He touched the edge of the check folder.</w:t>
      </w:r>
    </w:p>
    <w:p>
      <w:pPr>
        <w:spacing w:after="60" w:line="266" w:lineRule="auto"/>
        <w:ind w:firstLine="331"/>
        <w:jc w:val="both"/>
      </w:pPr>
      <w:r>
        <w:rPr>
          <w:rFonts w:ascii="Georgia" w:hAnsi="Georgia"/>
          <w:b w:val="0"/>
          <w:i w:val="0"/>
          <w:color w:val="22201D"/>
          <w:sz w:val="20"/>
        </w:rPr>
        <w:t>It was warm.</w:t>
      </w:r>
    </w:p>
    <w:p>
      <w:pPr>
        <w:spacing w:after="60" w:line="266" w:lineRule="auto"/>
        <w:ind w:firstLine="331"/>
        <w:jc w:val="both"/>
      </w:pPr>
      <w:r>
        <w:rPr>
          <w:rFonts w:ascii="Georgia" w:hAnsi="Georgia"/>
          <w:b w:val="0"/>
          <w:i w:val="0"/>
          <w:color w:val="22201D"/>
          <w:sz w:val="20"/>
        </w:rPr>
        <w:t>"I have not eaten dinner," he said.</w:t>
      </w:r>
    </w:p>
    <w:p>
      <w:pPr>
        <w:spacing w:after="60" w:line="266" w:lineRule="auto"/>
        <w:ind w:firstLine="331"/>
        <w:jc w:val="both"/>
      </w:pPr>
      <w:r>
        <w:rPr>
          <w:rFonts w:ascii="Georgia" w:hAnsi="Georgia"/>
          <w:b w:val="0"/>
          <w:i w:val="0"/>
          <w:color w:val="22201D"/>
          <w:sz w:val="20"/>
        </w:rPr>
        <w:t>"Correct," said the Hostess.</w:t>
      </w:r>
    </w:p>
    <w:p>
      <w:pPr>
        <w:spacing w:after="60" w:line="266" w:lineRule="auto"/>
        <w:ind w:firstLine="331"/>
        <w:jc w:val="both"/>
      </w:pPr>
      <w:r>
        <w:rPr>
          <w:rFonts w:ascii="Georgia" w:hAnsi="Georgia"/>
          <w:b w:val="0"/>
          <w:i w:val="0"/>
          <w:color w:val="22201D"/>
          <w:sz w:val="20"/>
        </w:rPr>
        <w:t>"I have not ordered dinner."</w:t>
      </w:r>
    </w:p>
    <w:p>
      <w:pPr>
        <w:spacing w:after="60" w:line="266" w:lineRule="auto"/>
        <w:ind w:firstLine="331"/>
        <w:jc w:val="both"/>
      </w:pPr>
      <w:r>
        <w:rPr>
          <w:rFonts w:ascii="Georgia" w:hAnsi="Georgia"/>
          <w:b w:val="0"/>
          <w:i w:val="0"/>
          <w:color w:val="22201D"/>
          <w:sz w:val="20"/>
        </w:rPr>
        <w:t>"Also correct."</w:t>
      </w:r>
    </w:p>
    <w:p>
      <w:pPr>
        <w:spacing w:after="60" w:line="266" w:lineRule="auto"/>
        <w:ind w:firstLine="331"/>
        <w:jc w:val="both"/>
      </w:pPr>
      <w:r>
        <w:rPr>
          <w:rFonts w:ascii="Georgia" w:hAnsi="Georgia"/>
          <w:b w:val="0"/>
          <w:i w:val="0"/>
          <w:color w:val="22201D"/>
          <w:sz w:val="20"/>
        </w:rPr>
        <w:t>"Then why is there a bill?"</w:t>
      </w:r>
    </w:p>
    <w:p>
      <w:pPr>
        <w:spacing w:after="60" w:line="266" w:lineRule="auto"/>
        <w:ind w:firstLine="331"/>
        <w:jc w:val="both"/>
      </w:pPr>
      <w:r>
        <w:rPr>
          <w:rFonts w:ascii="Georgia" w:hAnsi="Georgia"/>
          <w:b w:val="0"/>
          <w:i w:val="0"/>
          <w:color w:val="22201D"/>
          <w:sz w:val="20"/>
        </w:rPr>
        <w:t>The Hostess tilted her head.</w:t>
      </w:r>
    </w:p>
    <w:p>
      <w:pPr>
        <w:spacing w:after="60" w:line="266" w:lineRule="auto"/>
        <w:ind w:firstLine="331"/>
        <w:jc w:val="both"/>
      </w:pPr>
      <w:r>
        <w:rPr>
          <w:rFonts w:ascii="Georgia" w:hAnsi="Georgia"/>
          <w:b w:val="0"/>
          <w:i w:val="0"/>
          <w:color w:val="22201D"/>
          <w:sz w:val="20"/>
        </w:rPr>
        <w:t>"Do you want the short answer, the useful answer, or the answer you can survive tonight?"</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Mara had already leaned back, which was what she did when a question had become too interesting to rescue him from.</w:t>
      </w:r>
    </w:p>
    <w:p>
      <w:pPr>
        <w:spacing w:after="60" w:line="266" w:lineRule="auto"/>
        <w:ind w:firstLine="331"/>
        <w:jc w:val="both"/>
      </w:pPr>
      <w:r>
        <w:rPr>
          <w:rFonts w:ascii="Georgia" w:hAnsi="Georgia"/>
          <w:b w:val="0"/>
          <w:i w:val="0"/>
          <w:color w:val="22201D"/>
          <w:sz w:val="20"/>
        </w:rPr>
        <w:t>"The one I can survive tonight," he said.</w:t>
      </w:r>
    </w:p>
    <w:p>
      <w:pPr>
        <w:spacing w:after="60" w:line="266" w:lineRule="auto"/>
        <w:ind w:firstLine="331"/>
        <w:jc w:val="both"/>
      </w:pPr>
      <w:r>
        <w:rPr>
          <w:rFonts w:ascii="Georgia" w:hAnsi="Georgia"/>
          <w:b w:val="0"/>
          <w:i w:val="0"/>
          <w:color w:val="22201D"/>
          <w:sz w:val="20"/>
        </w:rPr>
        <w:t>"Because dinner is not the first thing you have received."</w:t>
      </w:r>
    </w:p>
    <w:p>
      <w:pPr>
        <w:spacing w:after="60" w:line="266" w:lineRule="auto"/>
        <w:ind w:firstLine="331"/>
        <w:jc w:val="both"/>
      </w:pPr>
      <w:r>
        <w:rPr>
          <w:rFonts w:ascii="Georgia" w:hAnsi="Georgia"/>
          <w:b w:val="0"/>
          <w:i w:val="0"/>
          <w:color w:val="22201D"/>
          <w:sz w:val="20"/>
        </w:rPr>
        <w:t>This was so unfairly reasonable that Flocc felt personally attacked by grammar.</w:t>
      </w:r>
    </w:p>
    <w:p>
      <w:pPr>
        <w:spacing w:after="60" w:line="266" w:lineRule="auto"/>
        <w:ind w:firstLine="331"/>
        <w:jc w:val="both"/>
      </w:pPr>
      <w:r>
        <w:rPr>
          <w:rFonts w:ascii="Georgia" w:hAnsi="Georgia"/>
          <w:b w:val="0"/>
          <w:i w:val="0"/>
          <w:color w:val="22201D"/>
          <w:sz w:val="20"/>
        </w:rPr>
        <w:t>The check folder opened.</w:t>
      </w:r>
    </w:p>
    <w:p>
      <w:pPr>
        <w:spacing w:after="60" w:line="266" w:lineRule="auto"/>
        <w:ind w:firstLine="331"/>
        <w:jc w:val="both"/>
      </w:pPr>
      <w:r>
        <w:rPr>
          <w:rFonts w:ascii="Georgia" w:hAnsi="Georgia"/>
          <w:b w:val="0"/>
          <w:i w:val="0"/>
          <w:color w:val="22201D"/>
          <w:sz w:val="20"/>
        </w:rPr>
        <w:t>Not by itself.</w:t>
      </w:r>
    </w:p>
    <w:p>
      <w:pPr>
        <w:spacing w:after="60" w:line="266" w:lineRule="auto"/>
        <w:ind w:firstLine="331"/>
        <w:jc w:val="both"/>
      </w:pPr>
      <w:r>
        <w:rPr>
          <w:rFonts w:ascii="Georgia" w:hAnsi="Georgia"/>
          <w:b w:val="0"/>
          <w:i w:val="0"/>
          <w:color w:val="22201D"/>
          <w:sz w:val="20"/>
        </w:rPr>
        <w:t>That would have been dramatic, and the restaurant was currently conserving drama for later courses.</w:t>
      </w:r>
    </w:p>
    <w:p>
      <w:pPr>
        <w:spacing w:after="60" w:line="266" w:lineRule="auto"/>
        <w:ind w:firstLine="331"/>
        <w:jc w:val="both"/>
      </w:pPr>
      <w:r>
        <w:rPr>
          <w:rFonts w:ascii="Georgia" w:hAnsi="Georgia"/>
          <w:b w:val="0"/>
          <w:i w:val="0"/>
          <w:color w:val="22201D"/>
          <w:sz w:val="20"/>
        </w:rPr>
        <w:t>It opened because his hand had remained on it and because the folder took this as consent, which was exactly the kind of procedural overconfidence that made civilization both possible and difficult.</w:t>
      </w:r>
    </w:p>
    <w:p>
      <w:pPr>
        <w:spacing w:after="60" w:line="266" w:lineRule="auto"/>
        <w:ind w:firstLine="331"/>
        <w:jc w:val="both"/>
      </w:pPr>
      <w:r>
        <w:rPr>
          <w:rFonts w:ascii="Georgia" w:hAnsi="Georgia"/>
          <w:b w:val="0"/>
          <w:i w:val="0"/>
          <w:color w:val="22201D"/>
          <w:sz w:val="20"/>
        </w:rPr>
        <w:t>Inside was not a receipt.</w:t>
      </w:r>
    </w:p>
    <w:p>
      <w:pPr>
        <w:spacing w:after="60" w:line="266" w:lineRule="auto"/>
        <w:ind w:firstLine="331"/>
        <w:jc w:val="both"/>
      </w:pPr>
      <w:r>
        <w:rPr>
          <w:rFonts w:ascii="Georgia" w:hAnsi="Georgia"/>
          <w:b w:val="0"/>
          <w:i w:val="0"/>
          <w:color w:val="22201D"/>
          <w:sz w:val="20"/>
        </w:rPr>
        <w:t>It was a bill.</w:t>
      </w:r>
    </w:p>
    <w:p>
      <w:pPr>
        <w:spacing w:after="60" w:line="266" w:lineRule="auto"/>
        <w:ind w:firstLine="331"/>
        <w:jc w:val="both"/>
      </w:pPr>
      <w:r>
        <w:rPr>
          <w:rFonts w:ascii="Georgia" w:hAnsi="Georgia"/>
          <w:b w:val="0"/>
          <w:i w:val="0"/>
          <w:color w:val="22201D"/>
          <w:sz w:val="20"/>
        </w:rPr>
        <w:t>There was a difference.</w:t>
      </w:r>
    </w:p>
    <w:p>
      <w:pPr>
        <w:spacing w:after="60" w:line="266" w:lineRule="auto"/>
        <w:ind w:firstLine="331"/>
        <w:jc w:val="both"/>
      </w:pPr>
      <w:r>
        <w:rPr>
          <w:rFonts w:ascii="Georgia" w:hAnsi="Georgia"/>
          <w:b w:val="0"/>
          <w:i w:val="0"/>
          <w:color w:val="22201D"/>
          <w:sz w:val="20"/>
        </w:rPr>
        <w:t>A receipt was proof that something had happened. A bill was a claim that something remained unsettled. Receipts pointed backward. Bills leaned forward. Receipts could be put in pockets, lost in cars, found six months later with the emotional force of a minor archaeological discovery. Bills did not allow themselves to be lost. Bills generated copies. Bills knew where you lived.</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EMOJI SOUP AUDIT BILL Issued before dinner by authority of nourishment already received.</w:t>
      </w:r>
    </w:p>
    <w:p>
      <w:pPr>
        <w:spacing w:after="60" w:line="266" w:lineRule="auto"/>
        <w:ind w:firstLine="331"/>
        <w:jc w:val="both"/>
      </w:pPr>
      <w:r>
        <w:rPr>
          <w:rFonts w:ascii="Georgia" w:hAnsi="Georgia"/>
          <w:b w:val="0"/>
          <w:i w:val="0"/>
          <w:color w:val="22201D"/>
          <w:sz w:val="20"/>
        </w:rPr>
        <w:t>Below that was an itemized list.</w:t>
      </w:r>
    </w:p>
    <w:p>
      <w:pPr>
        <w:spacing w:after="60" w:line="266" w:lineRule="auto"/>
        <w:ind w:firstLine="331"/>
        <w:jc w:val="both"/>
      </w:pPr>
      <w:r>
        <w:rPr>
          <w:rFonts w:ascii="Georgia" w:hAnsi="Georgia"/>
          <w:b w:val="0"/>
          <w:i w:val="0"/>
          <w:color w:val="22201D"/>
          <w:sz w:val="20"/>
        </w:rPr>
        <w:t>Flocc braced himself for prices.</w:t>
      </w:r>
    </w:p>
    <w:p>
      <w:pPr>
        <w:spacing w:after="60" w:line="266" w:lineRule="auto"/>
        <w:ind w:firstLine="331"/>
        <w:jc w:val="both"/>
      </w:pPr>
      <w:r>
        <w:rPr>
          <w:rFonts w:ascii="Georgia" w:hAnsi="Georgia"/>
          <w:b w:val="0"/>
          <w:i w:val="0"/>
          <w:color w:val="22201D"/>
          <w:sz w:val="20"/>
        </w:rPr>
        <w:t>He found no prices.</w:t>
      </w:r>
    </w:p>
    <w:p>
      <w:pPr>
        <w:spacing w:after="60" w:line="266" w:lineRule="auto"/>
        <w:ind w:firstLine="331"/>
        <w:jc w:val="both"/>
      </w:pPr>
      <w:r>
        <w:rPr>
          <w:rFonts w:ascii="Georgia" w:hAnsi="Georgia"/>
          <w:b w:val="0"/>
          <w:i w:val="0"/>
          <w:color w:val="22201D"/>
          <w:sz w:val="20"/>
        </w:rPr>
        <w:t>Not numbers, anyway.</w:t>
      </w:r>
    </w:p>
    <w:p>
      <w:pPr>
        <w:spacing w:after="60" w:line="250" w:lineRule="auto"/>
        <w:ind w:left="202" w:right="173"/>
      </w:pPr>
      <w:r>
        <w:rPr>
          <w:rFonts w:ascii="Georgia" w:hAnsi="Georgia"/>
          <w:b w:val="0"/>
          <w:i w:val="0"/>
          <w:color w:val="22201D"/>
          <w:sz w:val="17"/>
        </w:rPr>
        <w:t>Line 001: Bread received without asking. Amount due: one admission that unearned kindness still counts.  Line 002: Soup containing more than preference. Amount due: one useful distinction between want and hunger.  Line 003: Receipt naming what was avoided. Amount due: one stopped argument with the paper.  Line 004: Menu read by being eaten. Amount due: one end to treating translation as control.  Line 005: Business license amended and preserved. Amount due: one respect for records that did not protect you from truth.</w:t>
      </w:r>
    </w:p>
    <w:p>
      <w:pPr>
        <w:spacing w:after="60" w:line="266" w:lineRule="auto"/>
        <w:ind w:firstLine="331"/>
        <w:jc w:val="both"/>
      </w:pPr>
      <w:r>
        <w:rPr>
          <w:rFonts w:ascii="Georgia" w:hAnsi="Georgia"/>
          <w:b w:val="0"/>
          <w:i w:val="0"/>
          <w:color w:val="22201D"/>
          <w:sz w:val="20"/>
        </w:rPr>
        <w:t>The list continued.</w:t>
      </w:r>
    </w:p>
    <w:p>
      <w:pPr>
        <w:spacing w:after="60" w:line="266" w:lineRule="auto"/>
        <w:ind w:firstLine="331"/>
        <w:jc w:val="both"/>
      </w:pPr>
      <w:r>
        <w:rPr>
          <w:rFonts w:ascii="Georgia" w:hAnsi="Georgia"/>
          <w:b w:val="0"/>
          <w:i w:val="0"/>
          <w:color w:val="22201D"/>
          <w:sz w:val="20"/>
        </w:rPr>
        <w:t>It was worse than expensive.</w:t>
      </w:r>
    </w:p>
    <w:p>
      <w:pPr>
        <w:spacing w:after="60" w:line="266" w:lineRule="auto"/>
        <w:ind w:firstLine="331"/>
        <w:jc w:val="both"/>
      </w:pPr>
      <w:r>
        <w:rPr>
          <w:rFonts w:ascii="Georgia" w:hAnsi="Georgia"/>
          <w:b w:val="0"/>
          <w:i w:val="0"/>
          <w:color w:val="22201D"/>
          <w:sz w:val="20"/>
        </w:rPr>
        <w:t>It was accurate.</w:t>
      </w:r>
    </w:p>
    <w:p>
      <w:pPr>
        <w:spacing w:after="60" w:line="266" w:lineRule="auto"/>
        <w:ind w:firstLine="331"/>
        <w:jc w:val="both"/>
      </w:pPr>
      <w:r>
        <w:rPr>
          <w:rFonts w:ascii="Georgia" w:hAnsi="Georgia"/>
          <w:b w:val="0"/>
          <w:i w:val="0"/>
          <w:color w:val="22201D"/>
          <w:sz w:val="20"/>
        </w:rPr>
        <w:t>Flocc felt his body begin preparing for escape before his mind had selected a reason. His shoulders tightened. His breathing became a small private negotiation. The room, which had previously been a dining room of uncertain dimensions and generous lighting, reorganized itself into exits.</w:t>
      </w:r>
    </w:p>
    <w:p>
      <w:pPr>
        <w:spacing w:after="60" w:line="266" w:lineRule="auto"/>
        <w:ind w:firstLine="331"/>
        <w:jc w:val="both"/>
      </w:pPr>
      <w:r>
        <w:rPr>
          <w:rFonts w:ascii="Georgia" w:hAnsi="Georgia"/>
          <w:b w:val="0"/>
          <w:i w:val="0"/>
          <w:color w:val="22201D"/>
          <w:sz w:val="20"/>
        </w:rPr>
        <w:t>There was the red door behind him.</w:t>
      </w:r>
    </w:p>
    <w:p>
      <w:pPr>
        <w:spacing w:after="60" w:line="266" w:lineRule="auto"/>
        <w:ind w:firstLine="331"/>
        <w:jc w:val="both"/>
      </w:pPr>
      <w:r>
        <w:rPr>
          <w:rFonts w:ascii="Georgia" w:hAnsi="Georgia"/>
          <w:b w:val="0"/>
          <w:i w:val="0"/>
          <w:color w:val="22201D"/>
          <w:sz w:val="20"/>
        </w:rPr>
        <w:t>There was the kitchen threshold.</w:t>
      </w:r>
    </w:p>
    <w:p>
      <w:pPr>
        <w:spacing w:after="60" w:line="266" w:lineRule="auto"/>
        <w:ind w:firstLine="331"/>
        <w:jc w:val="both"/>
      </w:pPr>
      <w:r>
        <w:rPr>
          <w:rFonts w:ascii="Georgia" w:hAnsi="Georgia"/>
          <w:b w:val="0"/>
          <w:i w:val="0"/>
          <w:color w:val="22201D"/>
          <w:sz w:val="20"/>
        </w:rPr>
        <w:t>There was the restroom hallway, which was morally ambiguous as an exit but had served many cowards in emergencies.</w:t>
      </w:r>
    </w:p>
    <w:p>
      <w:pPr>
        <w:spacing w:after="60" w:line="266" w:lineRule="auto"/>
        <w:ind w:firstLine="331"/>
        <w:jc w:val="both"/>
      </w:pPr>
      <w:r>
        <w:rPr>
          <w:rFonts w:ascii="Georgia" w:hAnsi="Georgia"/>
          <w:b w:val="0"/>
          <w:i w:val="0"/>
          <w:color w:val="22201D"/>
          <w:sz w:val="20"/>
        </w:rPr>
        <w:t>There was the window, although he had no evidence it opened and several reasons to suspect that, if it did, it opened into a Tuesday for which he was not dressed.</w:t>
      </w:r>
    </w:p>
    <w:p>
      <w:pPr>
        <w:spacing w:after="60" w:line="266" w:lineRule="auto"/>
        <w:ind w:firstLine="331"/>
        <w:jc w:val="both"/>
      </w:pPr>
      <w:r>
        <w:rPr>
          <w:rFonts w:ascii="Georgia" w:hAnsi="Georgia"/>
          <w:b w:val="0"/>
          <w:i w:val="0"/>
          <w:color w:val="22201D"/>
          <w:sz w:val="20"/>
        </w:rPr>
        <w:t>Mara's hand appeared on the table.</w:t>
      </w:r>
    </w:p>
    <w:p>
      <w:pPr>
        <w:spacing w:after="60" w:line="266" w:lineRule="auto"/>
        <w:ind w:firstLine="331"/>
        <w:jc w:val="both"/>
      </w:pPr>
      <w:r>
        <w:rPr>
          <w:rFonts w:ascii="Georgia" w:hAnsi="Georgia"/>
          <w:b w:val="0"/>
          <w:i w:val="0"/>
          <w:color w:val="22201D"/>
          <w:sz w:val="20"/>
        </w:rPr>
        <w:t>Not on his hand.</w:t>
      </w:r>
    </w:p>
    <w:p>
      <w:pPr>
        <w:spacing w:after="60" w:line="266" w:lineRule="auto"/>
        <w:ind w:firstLine="331"/>
        <w:jc w:val="both"/>
      </w:pPr>
      <w:r>
        <w:rPr>
          <w:rFonts w:ascii="Georgia" w:hAnsi="Georgia"/>
          <w:b w:val="0"/>
          <w:i w:val="0"/>
          <w:color w:val="22201D"/>
          <w:sz w:val="20"/>
        </w:rPr>
        <w:t>Beside it.</w:t>
      </w:r>
    </w:p>
    <w:p>
      <w:pPr>
        <w:spacing w:after="60" w:line="266" w:lineRule="auto"/>
        <w:ind w:firstLine="331"/>
        <w:jc w:val="both"/>
      </w:pPr>
      <w:r>
        <w:rPr>
          <w:rFonts w:ascii="Georgia" w:hAnsi="Georgia"/>
          <w:b w:val="0"/>
          <w:i w:val="0"/>
          <w:color w:val="22201D"/>
          <w:sz w:val="20"/>
        </w:rPr>
        <w:t>This was important.</w:t>
      </w:r>
    </w:p>
    <w:p>
      <w:pPr>
        <w:spacing w:after="60" w:line="266" w:lineRule="auto"/>
        <w:ind w:firstLine="331"/>
        <w:jc w:val="both"/>
      </w:pPr>
      <w:r>
        <w:rPr>
          <w:rFonts w:ascii="Georgia" w:hAnsi="Georgia"/>
          <w:b w:val="0"/>
          <w:i w:val="0"/>
          <w:color w:val="22201D"/>
          <w:sz w:val="20"/>
        </w:rPr>
        <w:t>"You are doing the exit thing," she said.</w:t>
      </w:r>
    </w:p>
    <w:p>
      <w:pPr>
        <w:spacing w:after="60" w:line="266" w:lineRule="auto"/>
        <w:ind w:firstLine="331"/>
        <w:jc w:val="both"/>
      </w:pPr>
      <w:r>
        <w:rPr>
          <w:rFonts w:ascii="Georgia" w:hAnsi="Georgia"/>
          <w:b w:val="0"/>
          <w:i w:val="0"/>
          <w:color w:val="22201D"/>
          <w:sz w:val="20"/>
        </w:rPr>
        <w:t>"I am sitting very still."</w:t>
      </w:r>
    </w:p>
    <w:p>
      <w:pPr>
        <w:spacing w:after="60" w:line="266" w:lineRule="auto"/>
        <w:ind w:firstLine="331"/>
        <w:jc w:val="both"/>
      </w:pPr>
      <w:r>
        <w:rPr>
          <w:rFonts w:ascii="Georgia" w:hAnsi="Georgia"/>
          <w:b w:val="0"/>
          <w:i w:val="0"/>
          <w:color w:val="22201D"/>
          <w:sz w:val="20"/>
        </w:rPr>
        <w:t>"That is one of your exits."</w:t>
      </w:r>
    </w:p>
    <w:p>
      <w:pPr>
        <w:spacing w:after="60" w:line="266" w:lineRule="auto"/>
        <w:ind w:firstLine="331"/>
        <w:jc w:val="both"/>
      </w:pPr>
      <w:r>
        <w:rPr>
          <w:rFonts w:ascii="Georgia" w:hAnsi="Georgia"/>
          <w:b w:val="0"/>
          <w:i w:val="0"/>
          <w:color w:val="22201D"/>
          <w:sz w:val="20"/>
        </w:rPr>
        <w:t>Flocc looked at her hand.</w:t>
      </w:r>
    </w:p>
    <w:p>
      <w:pPr>
        <w:spacing w:after="60" w:line="266" w:lineRule="auto"/>
        <w:ind w:firstLine="331"/>
        <w:jc w:val="both"/>
      </w:pPr>
      <w:r>
        <w:rPr>
          <w:rFonts w:ascii="Georgia" w:hAnsi="Georgia"/>
          <w:b w:val="0"/>
          <w:i w:val="0"/>
          <w:color w:val="22201D"/>
          <w:sz w:val="20"/>
        </w:rPr>
        <w:t>"I have exits?"</w:t>
      </w:r>
    </w:p>
    <w:p>
      <w:pPr>
        <w:spacing w:after="60" w:line="266" w:lineRule="auto"/>
        <w:ind w:firstLine="331"/>
        <w:jc w:val="both"/>
      </w:pPr>
      <w:r>
        <w:rPr>
          <w:rFonts w:ascii="Georgia" w:hAnsi="Georgia"/>
          <w:b w:val="0"/>
          <w:i w:val="0"/>
          <w:color w:val="22201D"/>
          <w:sz w:val="20"/>
        </w:rPr>
        <w:t>"You have an impressive collection."</w:t>
      </w:r>
    </w:p>
    <w:p>
      <w:pPr>
        <w:spacing w:after="60" w:line="266" w:lineRule="auto"/>
        <w:ind w:firstLine="331"/>
        <w:jc w:val="both"/>
      </w:pPr>
      <w:r>
        <w:rPr>
          <w:rFonts w:ascii="Georgia" w:hAnsi="Georgia"/>
          <w:b w:val="0"/>
          <w:i w:val="0"/>
          <w:color w:val="22201D"/>
          <w:sz w:val="20"/>
        </w:rPr>
        <w:t>The bill printed another line.</w:t>
      </w:r>
    </w:p>
    <w:p>
      <w:pPr>
        <w:spacing w:after="60" w:line="250" w:lineRule="auto"/>
        <w:ind w:left="202" w:right="173"/>
      </w:pPr>
      <w:r>
        <w:rPr>
          <w:rFonts w:ascii="Georgia" w:hAnsi="Georgia"/>
          <w:b w:val="0"/>
          <w:i w:val="0"/>
          <w:color w:val="22201D"/>
          <w:sz w:val="17"/>
        </w:rPr>
        <w:t>Line 006: Attempted exit before comprehension. Amount due: remain seated long enough to read line 007.</w:t>
      </w:r>
    </w:p>
    <w:p>
      <w:pPr>
        <w:spacing w:after="60" w:line="266" w:lineRule="auto"/>
        <w:ind w:firstLine="331"/>
        <w:jc w:val="both"/>
      </w:pPr>
      <w:r>
        <w:rPr>
          <w:rFonts w:ascii="Georgia" w:hAnsi="Georgia"/>
          <w:b w:val="0"/>
          <w:i w:val="0"/>
          <w:color w:val="22201D"/>
          <w:sz w:val="20"/>
        </w:rPr>
        <w:t>Flocc stared at it.</w:t>
      </w:r>
    </w:p>
    <w:p>
      <w:pPr>
        <w:spacing w:after="60" w:line="266" w:lineRule="auto"/>
        <w:ind w:firstLine="331"/>
        <w:jc w:val="both"/>
      </w:pPr>
      <w:r>
        <w:rPr>
          <w:rFonts w:ascii="Georgia" w:hAnsi="Georgia"/>
          <w:b w:val="0"/>
          <w:i w:val="0"/>
          <w:color w:val="22201D"/>
          <w:sz w:val="20"/>
        </w:rPr>
        <w:t>"It cannot bill me for things I have not done yet."</w:t>
      </w:r>
    </w:p>
    <w:p>
      <w:pPr>
        <w:spacing w:after="60" w:line="266" w:lineRule="auto"/>
        <w:ind w:firstLine="331"/>
        <w:jc w:val="both"/>
      </w:pPr>
      <w:r>
        <w:rPr>
          <w:rFonts w:ascii="Georgia" w:hAnsi="Georgia"/>
          <w:b w:val="0"/>
          <w:i w:val="0"/>
          <w:color w:val="22201D"/>
          <w:sz w:val="20"/>
        </w:rPr>
        <w:t>The Hostess said nothing.</w:t>
      </w:r>
    </w:p>
    <w:p>
      <w:pPr>
        <w:spacing w:after="60" w:line="266" w:lineRule="auto"/>
        <w:ind w:firstLine="331"/>
        <w:jc w:val="both"/>
      </w:pPr>
      <w:r>
        <w:rPr>
          <w:rFonts w:ascii="Georgia" w:hAnsi="Georgia"/>
          <w:b w:val="0"/>
          <w:i w:val="0"/>
          <w:color w:val="22201D"/>
          <w:sz w:val="20"/>
        </w:rPr>
        <w:t>Mara said nothing.</w:t>
      </w:r>
    </w:p>
    <w:p>
      <w:pPr>
        <w:spacing w:after="60" w:line="266" w:lineRule="auto"/>
        <w:ind w:firstLine="331"/>
        <w:jc w:val="both"/>
      </w:pPr>
      <w:r>
        <w:rPr>
          <w:rFonts w:ascii="Georgia" w:hAnsi="Georgia"/>
          <w:b w:val="0"/>
          <w:i w:val="0"/>
          <w:color w:val="22201D"/>
          <w:sz w:val="20"/>
        </w:rPr>
        <w:t>The bill, which had all the patience of a document that could make carbon copies of itself in dreams, waited.</w:t>
      </w:r>
    </w:p>
    <w:p>
      <w:pPr>
        <w:spacing w:after="60" w:line="266" w:lineRule="auto"/>
        <w:ind w:firstLine="331"/>
        <w:jc w:val="both"/>
      </w:pPr>
      <w:r>
        <w:rPr>
          <w:rFonts w:ascii="Georgia" w:hAnsi="Georgia"/>
          <w:b w:val="0"/>
          <w:i w:val="0"/>
          <w:color w:val="22201D"/>
          <w:sz w:val="20"/>
        </w:rPr>
        <w:t>"Fine," Flocc said.</w:t>
      </w:r>
    </w:p>
    <w:p>
      <w:pPr>
        <w:spacing w:after="60" w:line="266" w:lineRule="auto"/>
        <w:ind w:firstLine="331"/>
        <w:jc w:val="both"/>
      </w:pPr>
      <w:r>
        <w:rPr>
          <w:rFonts w:ascii="Georgia" w:hAnsi="Georgia"/>
          <w:b w:val="0"/>
          <w:i w:val="0"/>
          <w:color w:val="22201D"/>
          <w:sz w:val="20"/>
        </w:rPr>
        <w:t>The word was not addressed to anyone he respected.</w:t>
      </w:r>
    </w:p>
    <w:p>
      <w:pPr>
        <w:spacing w:after="60" w:line="266" w:lineRule="auto"/>
        <w:ind w:firstLine="331"/>
        <w:jc w:val="both"/>
      </w:pPr>
      <w:r>
        <w:rPr>
          <w:rFonts w:ascii="Georgia" w:hAnsi="Georgia"/>
          <w:b w:val="0"/>
          <w:i w:val="0"/>
          <w:color w:val="22201D"/>
          <w:sz w:val="20"/>
        </w:rPr>
        <w:t>He read line 007.</w:t>
      </w:r>
    </w:p>
    <w:p>
      <w:pPr>
        <w:spacing w:after="60" w:line="250" w:lineRule="auto"/>
        <w:ind w:left="202" w:right="173"/>
      </w:pPr>
      <w:r>
        <w:rPr>
          <w:rFonts w:ascii="Georgia" w:hAnsi="Georgia"/>
          <w:b w:val="0"/>
          <w:i w:val="0"/>
          <w:color w:val="22201D"/>
          <w:sz w:val="17"/>
        </w:rPr>
        <w:t>Line 007: Mistaking accountability for accusation. Amount due: one correction accepted without self-defense.</w:t>
      </w:r>
    </w:p>
    <w:p>
      <w:pPr>
        <w:spacing w:after="60" w:line="266" w:lineRule="auto"/>
        <w:ind w:firstLine="331"/>
        <w:jc w:val="both"/>
      </w:pPr>
      <w:r>
        <w:rPr>
          <w:rFonts w:ascii="Georgia" w:hAnsi="Georgia"/>
          <w:b w:val="0"/>
          <w:i w:val="0"/>
          <w:color w:val="22201D"/>
          <w:sz w:val="20"/>
        </w:rPr>
        <w:t>He closed his eyes.</w:t>
      </w:r>
    </w:p>
    <w:p>
      <w:pPr>
        <w:spacing w:after="60" w:line="266" w:lineRule="auto"/>
        <w:ind w:firstLine="331"/>
        <w:jc w:val="both"/>
      </w:pPr>
      <w:r>
        <w:rPr>
          <w:rFonts w:ascii="Georgia" w:hAnsi="Georgia"/>
          <w:b w:val="0"/>
          <w:i w:val="0"/>
          <w:color w:val="22201D"/>
          <w:sz w:val="20"/>
        </w:rPr>
        <w:t>This did not help.</w:t>
      </w:r>
    </w:p>
    <w:p>
      <w:pPr>
        <w:spacing w:after="60" w:line="266" w:lineRule="auto"/>
        <w:ind w:firstLine="331"/>
        <w:jc w:val="both"/>
      </w:pPr>
      <w:r>
        <w:rPr>
          <w:rFonts w:ascii="Georgia" w:hAnsi="Georgia"/>
          <w:b w:val="0"/>
          <w:i w:val="0"/>
          <w:color w:val="22201D"/>
          <w:sz w:val="20"/>
        </w:rPr>
        <w:t>The words remained visible in the place behind his eyes where particularly unwelcome documents go to become permanent.</w:t>
      </w:r>
    </w:p>
    <w:p>
      <w:pPr>
        <w:spacing w:after="60" w:line="266" w:lineRule="auto"/>
        <w:ind w:firstLine="331"/>
        <w:jc w:val="both"/>
      </w:pPr>
      <w:r>
        <w:rPr>
          <w:rFonts w:ascii="Georgia" w:hAnsi="Georgia"/>
          <w:b w:val="0"/>
          <w:i w:val="0"/>
          <w:color w:val="22201D"/>
          <w:sz w:val="20"/>
        </w:rPr>
        <w:t>"I do not know how to pay that," he said.</w:t>
      </w:r>
    </w:p>
    <w:p>
      <w:pPr>
        <w:spacing w:after="60" w:line="266" w:lineRule="auto"/>
        <w:ind w:firstLine="331"/>
        <w:jc w:val="both"/>
      </w:pPr>
      <w:r>
        <w:rPr>
          <w:rFonts w:ascii="Georgia" w:hAnsi="Georgia"/>
          <w:b w:val="0"/>
          <w:i w:val="0"/>
          <w:color w:val="22201D"/>
          <w:sz w:val="20"/>
        </w:rPr>
        <w:t>"Good," said the Hostess.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"If you knew how to pay it, it would be a trick you already knew."</w:t>
      </w:r>
    </w:p>
    <w:p>
      <w:pPr>
        <w:spacing w:after="60" w:line="266" w:lineRule="auto"/>
        <w:ind w:firstLine="331"/>
        <w:jc w:val="both"/>
      </w:pPr>
      <w:r>
        <w:rPr>
          <w:rFonts w:ascii="Georgia" w:hAnsi="Georgia"/>
          <w:b w:val="0"/>
          <w:i w:val="0"/>
          <w:color w:val="22201D"/>
          <w:sz w:val="20"/>
        </w:rPr>
        <w:t>"I dislike the financial philosophy of this establishment."</w:t>
      </w:r>
    </w:p>
    <w:p>
      <w:pPr>
        <w:spacing w:after="60" w:line="266" w:lineRule="auto"/>
        <w:ind w:firstLine="331"/>
        <w:jc w:val="both"/>
      </w:pPr>
      <w:r>
        <w:rPr>
          <w:rFonts w:ascii="Georgia" w:hAnsi="Georgia"/>
          <w:b w:val="0"/>
          <w:i w:val="0"/>
          <w:color w:val="22201D"/>
          <w:sz w:val="20"/>
        </w:rPr>
        <w:t>"Most customers do at first."</w:t>
      </w:r>
    </w:p>
    <w:p>
      <w:pPr>
        <w:spacing w:after="60" w:line="266" w:lineRule="auto"/>
        <w:ind w:firstLine="331"/>
        <w:jc w:val="both"/>
      </w:pPr>
      <w:r>
        <w:rPr>
          <w:rFonts w:ascii="Georgia" w:hAnsi="Georgia"/>
          <w:b w:val="0"/>
          <w:i w:val="0"/>
          <w:color w:val="22201D"/>
          <w:sz w:val="20"/>
        </w:rPr>
        <w:t>"And later?"</w:t>
      </w:r>
    </w:p>
    <w:p>
      <w:pPr>
        <w:spacing w:after="60" w:line="266" w:lineRule="auto"/>
        <w:ind w:firstLine="331"/>
        <w:jc w:val="both"/>
      </w:pPr>
      <w:r>
        <w:rPr>
          <w:rFonts w:ascii="Georgia" w:hAnsi="Georgia"/>
          <w:b w:val="0"/>
          <w:i w:val="0"/>
          <w:color w:val="22201D"/>
          <w:sz w:val="20"/>
        </w:rPr>
        <w:t>"Later they dislike it more specifically."</w:t>
      </w:r>
    </w:p>
    <w:p>
      <w:pPr>
        <w:spacing w:after="60" w:line="266" w:lineRule="auto"/>
        <w:ind w:firstLine="331"/>
        <w:jc w:val="both"/>
      </w:pPr>
      <w:r>
        <w:rPr>
          <w:rFonts w:ascii="Georgia" w:hAnsi="Georgia"/>
          <w:b w:val="0"/>
          <w:i w:val="0"/>
          <w:color w:val="22201D"/>
          <w:sz w:val="20"/>
        </w:rPr>
        <w:t>Mara leaned forward.</w:t>
      </w:r>
    </w:p>
    <w:p>
      <w:pPr>
        <w:spacing w:after="60" w:line="266" w:lineRule="auto"/>
        <w:ind w:firstLine="331"/>
        <w:jc w:val="both"/>
      </w:pPr>
      <w:r>
        <w:rPr>
          <w:rFonts w:ascii="Georgia" w:hAnsi="Georgia"/>
          <w:b w:val="0"/>
          <w:i w:val="0"/>
          <w:color w:val="22201D"/>
          <w:sz w:val="20"/>
        </w:rPr>
        <w:t>"Does the bill have a total?"</w:t>
      </w:r>
    </w:p>
    <w:p>
      <w:pPr>
        <w:spacing w:after="60" w:line="266" w:lineRule="auto"/>
        <w:ind w:firstLine="331"/>
        <w:jc w:val="both"/>
      </w:pPr>
      <w:r>
        <w:rPr>
          <w:rFonts w:ascii="Georgia" w:hAnsi="Georgia"/>
          <w:b w:val="0"/>
          <w:i w:val="0"/>
          <w:color w:val="22201D"/>
          <w:sz w:val="20"/>
        </w:rPr>
        <w:t>The check folder made a small sound. It was not a cough, because folders did not cough. It was closer to the sound made by paper when it has been waiting for someone to ask the question that gives it jurisdiction.</w:t>
      </w:r>
    </w:p>
    <w:p>
      <w:pPr>
        <w:spacing w:after="60" w:line="266" w:lineRule="auto"/>
        <w:ind w:firstLine="331"/>
        <w:jc w:val="both"/>
      </w:pPr>
      <w:r>
        <w:rPr>
          <w:rFonts w:ascii="Georgia" w:hAnsi="Georgia"/>
          <w:b w:val="0"/>
          <w:i w:val="0"/>
          <w:color w:val="22201D"/>
          <w:sz w:val="20"/>
        </w:rPr>
        <w:t>The bottom of the bill rearranged itself.</w:t>
      </w:r>
    </w:p>
    <w:p>
      <w:pPr>
        <w:spacing w:after="60" w:line="250" w:lineRule="auto"/>
        <w:ind w:left="202" w:right="173"/>
      </w:pPr>
      <w:r>
        <w:rPr>
          <w:rFonts w:ascii="Georgia" w:hAnsi="Georgia"/>
          <w:b w:val="0"/>
          <w:i w:val="0"/>
          <w:color w:val="22201D"/>
          <w:sz w:val="17"/>
        </w:rPr>
        <w:t>Subtotal: attention already spent badly.  Tax: none. This is not commerce.  Service: ongoing.  Total due tonight: do not turn the bill into a verdict.</w:t>
      </w:r>
    </w:p>
    <w:p>
      <w:pPr>
        <w:spacing w:after="60" w:line="266" w:lineRule="auto"/>
        <w:ind w:firstLine="331"/>
        <w:jc w:val="both"/>
      </w:pPr>
      <w:r>
        <w:rPr>
          <w:rFonts w:ascii="Georgia" w:hAnsi="Georgia"/>
          <w:b w:val="0"/>
          <w:i w:val="0"/>
          <w:color w:val="22201D"/>
          <w:sz w:val="20"/>
        </w:rPr>
        <w:t>Flocc read the total twice.</w:t>
      </w:r>
    </w:p>
    <w:p>
      <w:pPr>
        <w:spacing w:after="60" w:line="266" w:lineRule="auto"/>
        <w:ind w:firstLine="331"/>
        <w:jc w:val="both"/>
      </w:pPr>
      <w:r>
        <w:rPr>
          <w:rFonts w:ascii="Georgia" w:hAnsi="Georgia"/>
          <w:b w:val="0"/>
          <w:i w:val="0"/>
          <w:color w:val="22201D"/>
          <w:sz w:val="20"/>
        </w:rPr>
        <w:t>The first time, he read it as a threat.</w:t>
      </w:r>
    </w:p>
    <w:p>
      <w:pPr>
        <w:spacing w:after="60" w:line="266" w:lineRule="auto"/>
        <w:ind w:firstLine="331"/>
        <w:jc w:val="both"/>
      </w:pPr>
      <w:r>
        <w:rPr>
          <w:rFonts w:ascii="Georgia" w:hAnsi="Georgia"/>
          <w:b w:val="0"/>
          <w:i w:val="0"/>
          <w:color w:val="22201D"/>
          <w:sz w:val="20"/>
        </w:rPr>
        <w:t>The second time, he was less certain.</w:t>
      </w:r>
    </w:p>
    <w:p>
      <w:pPr>
        <w:spacing w:after="60" w:line="266" w:lineRule="auto"/>
        <w:ind w:firstLine="331"/>
        <w:jc w:val="both"/>
      </w:pPr>
      <w:r>
        <w:rPr>
          <w:rFonts w:ascii="Georgia" w:hAnsi="Georgia"/>
          <w:b w:val="0"/>
          <w:i w:val="0"/>
          <w:color w:val="22201D"/>
          <w:sz w:val="20"/>
        </w:rPr>
        <w:t>By the third time, the sentence had become irritatingly kind.</w:t>
      </w:r>
    </w:p>
    <w:p>
      <w:pPr>
        <w:spacing w:after="60" w:line="266" w:lineRule="auto"/>
        <w:ind w:firstLine="331"/>
        <w:jc w:val="both"/>
      </w:pPr>
      <w:r>
        <w:rPr>
          <w:rFonts w:ascii="Georgia" w:hAnsi="Georgia"/>
          <w:b w:val="0"/>
          <w:i w:val="0"/>
          <w:color w:val="22201D"/>
          <w:sz w:val="20"/>
        </w:rPr>
        <w:t>"I was not turning it into a verdict," he said.</w:t>
      </w:r>
    </w:p>
    <w:p>
      <w:pPr>
        <w:spacing w:after="60" w:line="266" w:lineRule="auto"/>
        <w:ind w:firstLine="331"/>
        <w:jc w:val="both"/>
      </w:pPr>
      <w:r>
        <w:rPr>
          <w:rFonts w:ascii="Georgia" w:hAnsi="Georgia"/>
          <w:b w:val="0"/>
          <w:i w:val="0"/>
          <w:color w:val="22201D"/>
          <w:sz w:val="20"/>
        </w:rPr>
        <w:t>The bill added:</w:t>
      </w:r>
    </w:p>
    <w:p>
      <w:pPr>
        <w:spacing w:after="60" w:line="250" w:lineRule="auto"/>
        <w:ind w:left="202" w:right="173"/>
      </w:pPr>
      <w:r>
        <w:rPr>
          <w:rFonts w:ascii="Georgia" w:hAnsi="Georgia"/>
          <w:b w:val="0"/>
          <w:i w:val="0"/>
          <w:color w:val="22201D"/>
          <w:sz w:val="17"/>
        </w:rPr>
        <w:t>Disputed charge recorded.</w:t>
      </w:r>
    </w:p>
    <w:p>
      <w:pPr>
        <w:spacing w:after="60" w:line="266" w:lineRule="auto"/>
        <w:ind w:firstLine="331"/>
        <w:jc w:val="both"/>
      </w:pPr>
      <w:r>
        <w:rPr>
          <w:rFonts w:ascii="Georgia" w:hAnsi="Georgia"/>
          <w:b w:val="0"/>
          <w:i w:val="0"/>
          <w:color w:val="22201D"/>
          <w:sz w:val="20"/>
        </w:rPr>
        <w:t>Mara smiled into her water glass.</w:t>
      </w:r>
    </w:p>
    <w:p>
      <w:pPr>
        <w:spacing w:after="60" w:line="266" w:lineRule="auto"/>
        <w:ind w:firstLine="331"/>
        <w:jc w:val="both"/>
      </w:pPr>
      <w:r>
        <w:rPr>
          <w:rFonts w:ascii="Georgia" w:hAnsi="Georgia"/>
          <w:b w:val="0"/>
          <w:i w:val="0"/>
          <w:color w:val="22201D"/>
          <w:sz w:val="20"/>
        </w:rPr>
        <w:t>Flocc pointed at the bill.</w:t>
      </w:r>
    </w:p>
    <w:p>
      <w:pPr>
        <w:spacing w:after="60" w:line="266" w:lineRule="auto"/>
        <w:ind w:firstLine="331"/>
        <w:jc w:val="both"/>
      </w:pPr>
      <w:r>
        <w:rPr>
          <w:rFonts w:ascii="Georgia" w:hAnsi="Georgia"/>
          <w:b w:val="0"/>
          <w:i w:val="0"/>
          <w:color w:val="22201D"/>
          <w:sz w:val="20"/>
        </w:rPr>
        <w:t>"That is unfair."</w:t>
      </w:r>
    </w:p>
    <w:p>
      <w:pPr>
        <w:spacing w:after="60" w:line="266" w:lineRule="auto"/>
        <w:ind w:firstLine="331"/>
        <w:jc w:val="both"/>
      </w:pPr>
      <w:r>
        <w:rPr>
          <w:rFonts w:ascii="Georgia" w:hAnsi="Georgia"/>
          <w:b w:val="0"/>
          <w:i w:val="0"/>
          <w:color w:val="22201D"/>
          <w:sz w:val="20"/>
        </w:rPr>
        <w:t>"No," said the Hostess. "That is audit."</w:t>
      </w:r>
    </w:p>
    <w:p>
      <w:pPr>
        <w:spacing w:after="60" w:line="266" w:lineRule="auto"/>
        <w:ind w:firstLine="331"/>
        <w:jc w:val="both"/>
      </w:pPr>
      <w:r>
        <w:rPr>
          <w:rFonts w:ascii="Georgia" w:hAnsi="Georgia"/>
          <w:b w:val="0"/>
          <w:i w:val="0"/>
          <w:color w:val="22201D"/>
          <w:sz w:val="20"/>
        </w:rPr>
        <w:t>The word changed the air around the table.</w:t>
      </w:r>
    </w:p>
    <w:p>
      <w:pPr>
        <w:spacing w:after="60" w:line="266" w:lineRule="auto"/>
        <w:ind w:firstLine="331"/>
        <w:jc w:val="both"/>
      </w:pPr>
      <w:r>
        <w:rPr>
          <w:rFonts w:ascii="Georgia" w:hAnsi="Georgia"/>
          <w:b w:val="0"/>
          <w:i w:val="0"/>
          <w:color w:val="22201D"/>
          <w:sz w:val="20"/>
        </w:rPr>
        <w:t>Not dramatically. No thunder. No lights flickered. No hidden choir announced that municipal procedure had entered the dining room. But the restaurant seemed to become aware of walls it usually treated as suggestions. Somewhere behind the counter, a drawer shut. In the kitchen, a timer rang once and was silenced. The red door behind Flocc settled into its frame with the posture of an address.</w:t>
      </w:r>
    </w:p>
    <w:p>
      <w:pPr>
        <w:spacing w:after="60" w:line="266" w:lineRule="auto"/>
        <w:ind w:firstLine="331"/>
        <w:jc w:val="both"/>
      </w:pPr>
      <w:r>
        <w:rPr>
          <w:rFonts w:ascii="Georgia" w:hAnsi="Georgia"/>
          <w:b w:val="0"/>
          <w:i w:val="0"/>
          <w:color w:val="22201D"/>
          <w:sz w:val="20"/>
        </w:rPr>
        <w:t>"Audit," Flocc repeated.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"By whom?"</w:t>
      </w:r>
    </w:p>
    <w:p>
      <w:pPr>
        <w:spacing w:after="60" w:line="266" w:lineRule="auto"/>
        <w:ind w:firstLine="331"/>
        <w:jc w:val="both"/>
      </w:pPr>
      <w:r>
        <w:rPr>
          <w:rFonts w:ascii="Georgia" w:hAnsi="Georgia"/>
          <w:b w:val="0"/>
          <w:i w:val="0"/>
          <w:color w:val="22201D"/>
          <w:sz w:val="20"/>
        </w:rPr>
        <w:t>"That is not clear yet."</w:t>
      </w:r>
    </w:p>
    <w:p>
      <w:pPr>
        <w:spacing w:after="60" w:line="266" w:lineRule="auto"/>
        <w:ind w:firstLine="331"/>
        <w:jc w:val="both"/>
      </w:pPr>
      <w:r>
        <w:rPr>
          <w:rFonts w:ascii="Georgia" w:hAnsi="Georgia"/>
          <w:b w:val="0"/>
          <w:i w:val="0"/>
          <w:color w:val="22201D"/>
          <w:sz w:val="20"/>
        </w:rPr>
        <w:t>"How can there be an audit if the auditor is not clear?"</w:t>
      </w:r>
    </w:p>
    <w:p>
      <w:pPr>
        <w:spacing w:after="60" w:line="266" w:lineRule="auto"/>
        <w:ind w:firstLine="331"/>
        <w:jc w:val="both"/>
      </w:pPr>
      <w:r>
        <w:rPr>
          <w:rFonts w:ascii="Georgia" w:hAnsi="Georgia"/>
          <w:b w:val="0"/>
          <w:i w:val="0"/>
          <w:color w:val="22201D"/>
          <w:sz w:val="20"/>
        </w:rPr>
        <w:t>"Many audits begin that way."</w:t>
      </w:r>
    </w:p>
    <w:p>
      <w:pPr>
        <w:spacing w:after="60" w:line="266" w:lineRule="auto"/>
        <w:ind w:firstLine="331"/>
        <w:jc w:val="both"/>
      </w:pPr>
      <w:r>
        <w:rPr>
          <w:rFonts w:ascii="Georgia" w:hAnsi="Georgia"/>
          <w:b w:val="0"/>
          <w:i w:val="0"/>
          <w:color w:val="22201D"/>
          <w:sz w:val="20"/>
        </w:rPr>
        <w:t>This was difficult to argue with because it was probably true.</w:t>
      </w:r>
    </w:p>
    <w:p>
      <w:pPr>
        <w:spacing w:after="60" w:line="266" w:lineRule="auto"/>
        <w:ind w:firstLine="331"/>
        <w:jc w:val="both"/>
      </w:pPr>
      <w:r>
        <w:rPr>
          <w:rFonts w:ascii="Georgia" w:hAnsi="Georgia"/>
          <w:b w:val="0"/>
          <w:i w:val="0"/>
          <w:color w:val="22201D"/>
          <w:sz w:val="20"/>
        </w:rPr>
        <w:t>The bill changed again.</w:t>
      </w:r>
    </w:p>
    <w:p>
      <w:pPr>
        <w:spacing w:after="60" w:line="250" w:lineRule="auto"/>
        <w:ind w:left="202" w:right="173"/>
      </w:pPr>
      <w:r>
        <w:rPr>
          <w:rFonts w:ascii="Georgia" w:hAnsi="Georgia"/>
          <w:b w:val="0"/>
          <w:i w:val="0"/>
          <w:color w:val="22201D"/>
          <w:sz w:val="17"/>
        </w:rPr>
        <w:t>AUDIT STATUS: PRELIMINARY  AUDITOR: pending recognition  SUBJECT: Emoji Soup  SECONDARY SUBJECT: everyone who believes they can be fed without changing</w:t>
      </w:r>
    </w:p>
    <w:p>
      <w:pPr>
        <w:spacing w:after="60" w:line="266" w:lineRule="auto"/>
        <w:ind w:firstLine="331"/>
        <w:jc w:val="both"/>
      </w:pPr>
      <w:r>
        <w:rPr>
          <w:rFonts w:ascii="Georgia" w:hAnsi="Georgia"/>
          <w:b w:val="0"/>
          <w:i w:val="0"/>
          <w:color w:val="22201D"/>
          <w:sz w:val="20"/>
        </w:rPr>
        <w:t>"I object to being a secondary subject," Flocc said.</w:t>
      </w:r>
    </w:p>
    <w:p>
      <w:pPr>
        <w:spacing w:after="60" w:line="266" w:lineRule="auto"/>
        <w:ind w:firstLine="331"/>
        <w:jc w:val="both"/>
      </w:pPr>
      <w:r>
        <w:rPr>
          <w:rFonts w:ascii="Georgia" w:hAnsi="Georgia"/>
          <w:b w:val="0"/>
          <w:i w:val="0"/>
          <w:color w:val="22201D"/>
          <w:sz w:val="20"/>
        </w:rPr>
        <w:t>"You are not secondary because you are unimportant," said the Hostess. "You are secondary because the restaurant existed before you."</w:t>
      </w:r>
    </w:p>
    <w:p>
      <w:pPr>
        <w:spacing w:after="60" w:line="266" w:lineRule="auto"/>
        <w:ind w:firstLine="331"/>
        <w:jc w:val="both"/>
      </w:pPr>
      <w:r>
        <w:rPr>
          <w:rFonts w:ascii="Georgia" w:hAnsi="Georgia"/>
          <w:b w:val="0"/>
          <w:i w:val="0"/>
          <w:color w:val="22201D"/>
          <w:sz w:val="20"/>
        </w:rPr>
        <w:t>This was, in its own terrible way, comforting.</w:t>
      </w:r>
    </w:p>
    <w:p>
      <w:pPr>
        <w:spacing w:after="60" w:line="266" w:lineRule="auto"/>
        <w:ind w:firstLine="331"/>
        <w:jc w:val="both"/>
      </w:pPr>
      <w:r>
        <w:rPr>
          <w:rFonts w:ascii="Georgia" w:hAnsi="Georgia"/>
          <w:b w:val="0"/>
          <w:i w:val="0"/>
          <w:color w:val="22201D"/>
          <w:sz w:val="20"/>
        </w:rPr>
        <w:t>Mara took the bill gently and turned it enough to read without taking it away from him.</w:t>
      </w:r>
    </w:p>
    <w:p>
      <w:pPr>
        <w:spacing w:after="60" w:line="266" w:lineRule="auto"/>
        <w:ind w:firstLine="331"/>
        <w:jc w:val="both"/>
      </w:pPr>
      <w:r>
        <w:rPr>
          <w:rFonts w:ascii="Georgia" w:hAnsi="Georgia"/>
          <w:b w:val="0"/>
          <w:i w:val="0"/>
          <w:color w:val="22201D"/>
          <w:sz w:val="20"/>
        </w:rPr>
        <w:t>"It says everyone."</w:t>
      </w:r>
    </w:p>
    <w:p>
      <w:pPr>
        <w:spacing w:after="60" w:line="266" w:lineRule="auto"/>
        <w:ind w:firstLine="331"/>
        <w:jc w:val="both"/>
      </w:pPr>
      <w:r>
        <w:rPr>
          <w:rFonts w:ascii="Georgia" w:hAnsi="Georgia"/>
          <w:b w:val="0"/>
          <w:i w:val="0"/>
          <w:color w:val="22201D"/>
          <w:sz w:val="20"/>
        </w:rPr>
        <w:t>"I saw."</w:t>
      </w:r>
    </w:p>
    <w:p>
      <w:pPr>
        <w:spacing w:after="60" w:line="266" w:lineRule="auto"/>
        <w:ind w:firstLine="331"/>
        <w:jc w:val="both"/>
      </w:pPr>
      <w:r>
        <w:rPr>
          <w:rFonts w:ascii="Georgia" w:hAnsi="Georgia"/>
          <w:b w:val="0"/>
          <w:i w:val="0"/>
          <w:color w:val="22201D"/>
          <w:sz w:val="20"/>
        </w:rPr>
        <w:t>"That includes me."</w:t>
      </w:r>
    </w:p>
    <w:p>
      <w:pPr>
        <w:spacing w:after="60" w:line="266" w:lineRule="auto"/>
        <w:ind w:firstLine="331"/>
        <w:jc w:val="both"/>
      </w:pPr>
      <w:r>
        <w:rPr>
          <w:rFonts w:ascii="Georgia" w:hAnsi="Georgia"/>
          <w:b w:val="0"/>
          <w:i w:val="0"/>
          <w:color w:val="22201D"/>
          <w:sz w:val="20"/>
        </w:rPr>
        <w:t>Flocc looked at her.</w:t>
      </w:r>
    </w:p>
    <w:p>
      <w:pPr>
        <w:spacing w:after="60" w:line="266" w:lineRule="auto"/>
        <w:ind w:firstLine="331"/>
        <w:jc w:val="both"/>
      </w:pPr>
      <w:r>
        <w:rPr>
          <w:rFonts w:ascii="Georgia" w:hAnsi="Georgia"/>
          <w:b w:val="0"/>
          <w:i w:val="0"/>
          <w:color w:val="22201D"/>
          <w:sz w:val="20"/>
        </w:rPr>
        <w:t>She was reading carefully. Not theatrically. Not with the exaggerated seriousness people put on when they want suffering to notice them being respectful. She was simply reading, her finger moving down the lines once, then back up again when a line demanded to be read twice.</w:t>
      </w:r>
    </w:p>
    <w:p>
      <w:pPr>
        <w:spacing w:after="60" w:line="266" w:lineRule="auto"/>
        <w:ind w:firstLine="331"/>
        <w:jc w:val="both"/>
      </w:pPr>
      <w:r>
        <w:rPr>
          <w:rFonts w:ascii="Georgia" w:hAnsi="Georgia"/>
          <w:b w:val="0"/>
          <w:i w:val="0"/>
          <w:color w:val="22201D"/>
          <w:sz w:val="20"/>
        </w:rPr>
        <w:t>"You did not receive the bread," Flocc said.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"Or the soup."</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"Or the tea."</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008: Assuming another person's account is empty because it does not match yours. Amount due: one unasked question.</w:t>
      </w:r>
    </w:p>
    <w:p>
      <w:pPr>
        <w:spacing w:after="60" w:line="266" w:lineRule="auto"/>
        <w:ind w:firstLine="331"/>
        <w:jc w:val="both"/>
      </w:pPr>
      <w:r>
        <w:rPr>
          <w:rFonts w:ascii="Georgia" w:hAnsi="Georgia"/>
          <w:b w:val="0"/>
          <w:i w:val="0"/>
          <w:color w:val="22201D"/>
          <w:sz w:val="20"/>
        </w:rPr>
        <w:t>Flocc put one hand over his face.</w:t>
      </w:r>
    </w:p>
    <w:p>
      <w:pPr>
        <w:spacing w:after="60" w:line="266" w:lineRule="auto"/>
        <w:ind w:firstLine="331"/>
        <w:jc w:val="both"/>
      </w:pPr>
      <w:r>
        <w:rPr>
          <w:rFonts w:ascii="Georgia" w:hAnsi="Georgia"/>
          <w:b w:val="0"/>
          <w:i w:val="0"/>
          <w:color w:val="22201D"/>
          <w:sz w:val="20"/>
        </w:rPr>
        <w:t>Mara laughed once.</w:t>
      </w:r>
    </w:p>
    <w:p>
      <w:pPr>
        <w:spacing w:after="60" w:line="266" w:lineRule="auto"/>
        <w:ind w:firstLine="331"/>
        <w:jc w:val="both"/>
      </w:pPr>
      <w:r>
        <w:rPr>
          <w:rFonts w:ascii="Georgia" w:hAnsi="Georgia"/>
          <w:b w:val="0"/>
          <w:i w:val="0"/>
          <w:color w:val="22201D"/>
          <w:sz w:val="20"/>
        </w:rPr>
        <w:t>It was not a kind laugh, exactly.</w:t>
      </w:r>
    </w:p>
    <w:p>
      <w:pPr>
        <w:spacing w:after="60" w:line="266" w:lineRule="auto"/>
        <w:ind w:firstLine="331"/>
        <w:jc w:val="both"/>
      </w:pPr>
      <w:r>
        <w:rPr>
          <w:rFonts w:ascii="Georgia" w:hAnsi="Georgia"/>
          <w:b w:val="0"/>
          <w:i w:val="0"/>
          <w:color w:val="22201D"/>
          <w:sz w:val="20"/>
        </w:rPr>
        <w:t>It was better than that.</w:t>
      </w:r>
    </w:p>
    <w:p>
      <w:pPr>
        <w:spacing w:after="60" w:line="266" w:lineRule="auto"/>
        <w:ind w:firstLine="331"/>
        <w:jc w:val="both"/>
      </w:pPr>
      <w:r>
        <w:rPr>
          <w:rFonts w:ascii="Georgia" w:hAnsi="Georgia"/>
          <w:b w:val="0"/>
          <w:i w:val="0"/>
          <w:color w:val="22201D"/>
          <w:sz w:val="20"/>
        </w:rPr>
        <w:t>It was a laugh that trusted him to survive being corrected.</w:t>
      </w:r>
    </w:p>
    <w:p>
      <w:pPr>
        <w:spacing w:after="60" w:line="266" w:lineRule="auto"/>
        <w:ind w:firstLine="331"/>
        <w:jc w:val="both"/>
      </w:pPr>
      <w:r>
        <w:rPr>
          <w:rFonts w:ascii="Georgia" w:hAnsi="Georgia"/>
          <w:b w:val="0"/>
          <w:i w:val="0"/>
          <w:color w:val="22201D"/>
          <w:sz w:val="20"/>
        </w:rPr>
        <w:t>"Ask," she said.</w:t>
      </w:r>
    </w:p>
    <w:p>
      <w:pPr>
        <w:spacing w:after="60" w:line="266" w:lineRule="auto"/>
        <w:ind w:firstLine="331"/>
        <w:jc w:val="both"/>
      </w:pPr>
      <w:r>
        <w:rPr>
          <w:rFonts w:ascii="Georgia" w:hAnsi="Georgia"/>
          <w:b w:val="0"/>
          <w:i w:val="0"/>
          <w:color w:val="22201D"/>
          <w:sz w:val="20"/>
        </w:rPr>
        <w:t>He lowered his hand.</w:t>
      </w:r>
    </w:p>
    <w:p>
      <w:pPr>
        <w:spacing w:after="60" w:line="266" w:lineRule="auto"/>
        <w:ind w:firstLine="331"/>
        <w:jc w:val="both"/>
      </w:pPr>
      <w:r>
        <w:rPr>
          <w:rFonts w:ascii="Georgia" w:hAnsi="Georgia"/>
          <w:b w:val="0"/>
          <w:i w:val="0"/>
          <w:color w:val="22201D"/>
          <w:sz w:val="20"/>
        </w:rPr>
        <w:t>"What is your account?"</w:t>
      </w:r>
    </w:p>
    <w:p>
      <w:pPr>
        <w:spacing w:after="60" w:line="266" w:lineRule="auto"/>
        <w:ind w:firstLine="331"/>
        <w:jc w:val="both"/>
      </w:pPr>
      <w:r>
        <w:rPr>
          <w:rFonts w:ascii="Georgia" w:hAnsi="Georgia"/>
          <w:b w:val="0"/>
          <w:i w:val="0"/>
          <w:color w:val="22201D"/>
          <w:sz w:val="20"/>
        </w:rPr>
        <w:t>The bill paused.</w:t>
      </w:r>
    </w:p>
    <w:p>
      <w:pPr>
        <w:spacing w:after="60" w:line="266" w:lineRule="auto"/>
        <w:ind w:firstLine="331"/>
        <w:jc w:val="both"/>
      </w:pPr>
      <w:r>
        <w:rPr>
          <w:rFonts w:ascii="Georgia" w:hAnsi="Georgia"/>
          <w:b w:val="0"/>
          <w:i w:val="0"/>
          <w:color w:val="22201D"/>
          <w:sz w:val="20"/>
        </w:rPr>
        <w:t>The whole restaurant paused with it.</w:t>
      </w:r>
    </w:p>
    <w:p>
      <w:pPr>
        <w:spacing w:after="60" w:line="266" w:lineRule="auto"/>
        <w:ind w:firstLine="331"/>
        <w:jc w:val="both"/>
      </w:pPr>
      <w:r>
        <w:rPr>
          <w:rFonts w:ascii="Georgia" w:hAnsi="Georgia"/>
          <w:b w:val="0"/>
          <w:i w:val="0"/>
          <w:color w:val="22201D"/>
          <w:sz w:val="20"/>
        </w:rPr>
        <w:t>Mara looked at the table for a moment, then at the menu, then at the Hostess, then back at Flocc.</w:t>
      </w:r>
    </w:p>
    <w:p>
      <w:pPr>
        <w:spacing w:after="60" w:line="266" w:lineRule="auto"/>
        <w:ind w:firstLine="331"/>
        <w:jc w:val="both"/>
      </w:pPr>
      <w:r>
        <w:rPr>
          <w:rFonts w:ascii="Georgia" w:hAnsi="Georgia"/>
          <w:b w:val="0"/>
          <w:i w:val="0"/>
          <w:color w:val="22201D"/>
          <w:sz w:val="20"/>
        </w:rPr>
        <w:t>"I do not know yet," she said.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Payment received: one unasked question asked without ownership.</w:t>
      </w:r>
    </w:p>
    <w:p>
      <w:pPr>
        <w:spacing w:after="60" w:line="266" w:lineRule="auto"/>
        <w:ind w:firstLine="331"/>
        <w:jc w:val="both"/>
      </w:pPr>
      <w:r>
        <w:rPr>
          <w:rFonts w:ascii="Georgia" w:hAnsi="Georgia"/>
          <w:b w:val="0"/>
          <w:i w:val="0"/>
          <w:color w:val="22201D"/>
          <w:sz w:val="20"/>
        </w:rPr>
        <w:t>Line 008 faded until it was still legible but no longer hot.</w:t>
      </w:r>
    </w:p>
    <w:p>
      <w:pPr>
        <w:spacing w:after="60" w:line="266" w:lineRule="auto"/>
        <w:ind w:firstLine="331"/>
        <w:jc w:val="both"/>
      </w:pPr>
      <w:r>
        <w:rPr>
          <w:rFonts w:ascii="Georgia" w:hAnsi="Georgia"/>
          <w:b w:val="0"/>
          <w:i w:val="0"/>
          <w:color w:val="22201D"/>
          <w:sz w:val="20"/>
        </w:rPr>
        <w:t>Flocc stared at it.</w:t>
      </w:r>
    </w:p>
    <w:p>
      <w:pPr>
        <w:spacing w:after="60" w:line="266" w:lineRule="auto"/>
        <w:ind w:firstLine="331"/>
        <w:jc w:val="both"/>
      </w:pPr>
      <w:r>
        <w:rPr>
          <w:rFonts w:ascii="Georgia" w:hAnsi="Georgia"/>
          <w:b w:val="0"/>
          <w:i w:val="0"/>
          <w:color w:val="22201D"/>
          <w:sz w:val="20"/>
        </w:rPr>
        <w:t>"That counted?"</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"That was not enough."</w:t>
      </w:r>
    </w:p>
    <w:p>
      <w:pPr>
        <w:spacing w:after="60" w:line="266" w:lineRule="auto"/>
        <w:ind w:firstLine="331"/>
        <w:jc w:val="both"/>
      </w:pPr>
      <w:r>
        <w:rPr>
          <w:rFonts w:ascii="Georgia" w:hAnsi="Georgia"/>
          <w:b w:val="0"/>
          <w:i w:val="0"/>
          <w:color w:val="22201D"/>
          <w:sz w:val="20"/>
        </w:rPr>
        <w:t>"Enough for line 008."</w:t>
      </w:r>
    </w:p>
    <w:p>
      <w:pPr>
        <w:spacing w:after="60" w:line="266" w:lineRule="auto"/>
        <w:ind w:firstLine="331"/>
        <w:jc w:val="both"/>
      </w:pPr>
      <w:r>
        <w:rPr>
          <w:rFonts w:ascii="Georgia" w:hAnsi="Georgia"/>
          <w:b w:val="0"/>
          <w:i w:val="0"/>
          <w:color w:val="22201D"/>
          <w:sz w:val="20"/>
        </w:rPr>
        <w:t>"There are other lines."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"How many?"</w:t>
      </w:r>
    </w:p>
    <w:p>
      <w:pPr>
        <w:spacing w:after="60" w:line="266" w:lineRule="auto"/>
        <w:ind w:firstLine="331"/>
        <w:jc w:val="both"/>
      </w:pPr>
      <w:r>
        <w:rPr>
          <w:rFonts w:ascii="Georgia" w:hAnsi="Georgia"/>
          <w:b w:val="0"/>
          <w:i w:val="0"/>
          <w:color w:val="22201D"/>
          <w:sz w:val="20"/>
        </w:rPr>
        <w:t>The Hostess looked down at the bill.</w:t>
      </w:r>
    </w:p>
    <w:p>
      <w:pPr>
        <w:spacing w:after="60" w:line="266" w:lineRule="auto"/>
        <w:ind w:firstLine="331"/>
        <w:jc w:val="both"/>
      </w:pPr>
      <w:r>
        <w:rPr>
          <w:rFonts w:ascii="Georgia" w:hAnsi="Georgia"/>
          <w:b w:val="0"/>
          <w:i w:val="0"/>
          <w:color w:val="22201D"/>
          <w:sz w:val="20"/>
        </w:rPr>
        <w:t>"As many as there need to be."</w:t>
      </w:r>
    </w:p>
    <w:p>
      <w:pPr>
        <w:spacing w:after="60" w:line="266" w:lineRule="auto"/>
        <w:ind w:firstLine="331"/>
        <w:jc w:val="both"/>
      </w:pPr>
      <w:r>
        <w:rPr>
          <w:rFonts w:ascii="Georgia" w:hAnsi="Georgia"/>
          <w:b w:val="0"/>
          <w:i w:val="0"/>
          <w:color w:val="22201D"/>
          <w:sz w:val="20"/>
        </w:rPr>
        <w:t>"That is not a number."</w:t>
      </w:r>
    </w:p>
    <w:p>
      <w:pPr>
        <w:spacing w:after="60" w:line="266" w:lineRule="auto"/>
        <w:ind w:firstLine="331"/>
        <w:jc w:val="both"/>
      </w:pPr>
      <w:r>
        <w:rPr>
          <w:rFonts w:ascii="Georgia" w:hAnsi="Georgia"/>
          <w:b w:val="0"/>
          <w:i w:val="0"/>
          <w:color w:val="22201D"/>
          <w:sz w:val="20"/>
        </w:rPr>
        <w:t>"It is the kind of number the restaurant uses."</w:t>
      </w:r>
    </w:p>
    <w:p>
      <w:pPr>
        <w:spacing w:after="60" w:line="266" w:lineRule="auto"/>
        <w:ind w:firstLine="331"/>
        <w:jc w:val="both"/>
      </w:pPr>
      <w:r>
        <w:rPr>
          <w:rFonts w:ascii="Georgia" w:hAnsi="Georgia"/>
          <w:b w:val="0"/>
          <w:i w:val="0"/>
          <w:color w:val="22201D"/>
          <w:sz w:val="20"/>
        </w:rPr>
        <w:t>From the kitchen came the smell of onions becoming honest in butter.</w:t>
      </w:r>
    </w:p>
    <w:p>
      <w:pPr>
        <w:spacing w:after="60" w:line="266" w:lineRule="auto"/>
        <w:ind w:firstLine="331"/>
        <w:jc w:val="both"/>
      </w:pPr>
      <w:r>
        <w:rPr>
          <w:rFonts w:ascii="Georgia" w:hAnsi="Georgia"/>
          <w:b w:val="0"/>
          <w:i w:val="0"/>
          <w:color w:val="22201D"/>
          <w:sz w:val="20"/>
        </w:rPr>
        <w:t>Flocc had not noticed how hungry he was until the smell found him.</w:t>
      </w:r>
    </w:p>
    <w:p>
      <w:pPr>
        <w:spacing w:after="60" w:line="266" w:lineRule="auto"/>
        <w:ind w:firstLine="331"/>
        <w:jc w:val="both"/>
      </w:pPr>
      <w:r>
        <w:rPr>
          <w:rFonts w:ascii="Georgia" w:hAnsi="Georgia"/>
          <w:b w:val="0"/>
          <w:i w:val="0"/>
          <w:color w:val="22201D"/>
          <w:sz w:val="20"/>
        </w:rPr>
        <w:t>Hunger complicated fear. This was one of hunger's better qualities. Fear believed it could occupy the whole body. Hunger had a way of opening a second office and filing its own paperwork.</w:t>
      </w:r>
    </w:p>
    <w:p>
      <w:pPr>
        <w:spacing w:after="60" w:line="266" w:lineRule="auto"/>
        <w:ind w:firstLine="331"/>
        <w:jc w:val="both"/>
      </w:pPr>
      <w:r>
        <w:rPr>
          <w:rFonts w:ascii="Georgia" w:hAnsi="Georgia"/>
          <w:b w:val="0"/>
          <w:i w:val="0"/>
          <w:color w:val="22201D"/>
          <w:sz w:val="20"/>
        </w:rPr>
        <w:t>His stomach made a sound.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009: Body remains alive during moral discomfort. Amount due: feed it anyway.</w:t>
      </w:r>
    </w:p>
    <w:p>
      <w:pPr>
        <w:spacing w:after="60" w:line="266" w:lineRule="auto"/>
        <w:ind w:firstLine="331"/>
        <w:jc w:val="both"/>
      </w:pPr>
      <w:r>
        <w:rPr>
          <w:rFonts w:ascii="Georgia" w:hAnsi="Georgia"/>
          <w:b w:val="0"/>
          <w:i w:val="0"/>
          <w:color w:val="22201D"/>
          <w:sz w:val="20"/>
        </w:rPr>
        <w:t>Mara read the line and nodded.</w:t>
      </w:r>
    </w:p>
    <w:p>
      <w:pPr>
        <w:spacing w:after="60" w:line="266" w:lineRule="auto"/>
        <w:ind w:firstLine="331"/>
        <w:jc w:val="both"/>
      </w:pPr>
      <w:r>
        <w:rPr>
          <w:rFonts w:ascii="Georgia" w:hAnsi="Georgia"/>
          <w:b w:val="0"/>
          <w:i w:val="0"/>
          <w:color w:val="22201D"/>
          <w:sz w:val="20"/>
        </w:rPr>
        <w:t>"That one is good."</w:t>
      </w:r>
    </w:p>
    <w:p>
      <w:pPr>
        <w:spacing w:after="60" w:line="266" w:lineRule="auto"/>
        <w:ind w:firstLine="331"/>
        <w:jc w:val="both"/>
      </w:pPr>
      <w:r>
        <w:rPr>
          <w:rFonts w:ascii="Georgia" w:hAnsi="Georgia"/>
          <w:b w:val="0"/>
          <w:i w:val="0"/>
          <w:color w:val="22201D"/>
          <w:sz w:val="20"/>
        </w:rPr>
        <w:t>"You are enjoying this too much."</w:t>
      </w:r>
    </w:p>
    <w:p>
      <w:pPr>
        <w:spacing w:after="60" w:line="266" w:lineRule="auto"/>
        <w:ind w:firstLine="331"/>
        <w:jc w:val="both"/>
      </w:pPr>
      <w:r>
        <w:rPr>
          <w:rFonts w:ascii="Georgia" w:hAnsi="Georgia"/>
          <w:b w:val="0"/>
          <w:i w:val="0"/>
          <w:color w:val="22201D"/>
          <w:sz w:val="20"/>
        </w:rPr>
        <w:t>"I am enjoying it the correct amount."</w:t>
      </w:r>
    </w:p>
    <w:p>
      <w:pPr>
        <w:spacing w:after="60" w:line="266" w:lineRule="auto"/>
        <w:ind w:firstLine="331"/>
        <w:jc w:val="both"/>
      </w:pPr>
      <w:r>
        <w:rPr>
          <w:rFonts w:ascii="Georgia" w:hAnsi="Georgia"/>
          <w:b w:val="0"/>
          <w:i w:val="0"/>
          <w:color w:val="22201D"/>
          <w:sz w:val="20"/>
        </w:rPr>
        <w:t>The Hostess took out her order pad.</w:t>
      </w:r>
    </w:p>
    <w:p>
      <w:pPr>
        <w:spacing w:after="60" w:line="266" w:lineRule="auto"/>
        <w:ind w:firstLine="331"/>
        <w:jc w:val="both"/>
      </w:pPr>
      <w:r>
        <w:rPr>
          <w:rFonts w:ascii="Georgia" w:hAnsi="Georgia"/>
          <w:b w:val="0"/>
          <w:i w:val="0"/>
          <w:color w:val="22201D"/>
          <w:sz w:val="20"/>
        </w:rPr>
        <w:t>It was the same pad she had used before, or a different pad that had reached the same conclusions. Its cover was plain black. The pages were cream. The top sheet was blank except for one printed word:</w:t>
      </w:r>
    </w:p>
    <w:p>
      <w:pPr>
        <w:spacing w:after="60" w:line="250" w:lineRule="auto"/>
        <w:ind w:left="202" w:right="173"/>
      </w:pPr>
      <w:r>
        <w:rPr>
          <w:rFonts w:ascii="Georgia" w:hAnsi="Georgia"/>
          <w:b w:val="0"/>
          <w:i w:val="0"/>
          <w:color w:val="22201D"/>
          <w:sz w:val="17"/>
        </w:rPr>
        <w:t>DINNER</w:t>
      </w:r>
    </w:p>
    <w:p>
      <w:pPr>
        <w:spacing w:after="60" w:line="266" w:lineRule="auto"/>
        <w:ind w:firstLine="331"/>
        <w:jc w:val="both"/>
      </w:pPr>
      <w:r>
        <w:rPr>
          <w:rFonts w:ascii="Georgia" w:hAnsi="Georgia"/>
          <w:b w:val="0"/>
          <w:i w:val="0"/>
          <w:color w:val="22201D"/>
          <w:sz w:val="20"/>
        </w:rPr>
        <w:t>"Now," she said. "Would you like to order?"</w:t>
      </w:r>
    </w:p>
    <w:p>
      <w:pPr>
        <w:spacing w:after="60" w:line="266" w:lineRule="auto"/>
        <w:ind w:firstLine="331"/>
        <w:jc w:val="both"/>
      </w:pPr>
      <w:r>
        <w:rPr>
          <w:rFonts w:ascii="Georgia" w:hAnsi="Georgia"/>
          <w:b w:val="0"/>
          <w:i w:val="0"/>
          <w:color w:val="22201D"/>
          <w:sz w:val="20"/>
        </w:rPr>
        <w:t>Flocc looked at the bill.</w:t>
      </w:r>
    </w:p>
    <w:p>
      <w:pPr>
        <w:spacing w:after="60" w:line="266" w:lineRule="auto"/>
        <w:ind w:firstLine="331"/>
        <w:jc w:val="both"/>
      </w:pPr>
      <w:r>
        <w:rPr>
          <w:rFonts w:ascii="Georgia" w:hAnsi="Georgia"/>
          <w:b w:val="0"/>
          <w:i w:val="0"/>
          <w:color w:val="22201D"/>
          <w:sz w:val="20"/>
        </w:rPr>
        <w:t>Then at the menu.</w:t>
      </w:r>
    </w:p>
    <w:p>
      <w:pPr>
        <w:spacing w:after="60" w:line="266" w:lineRule="auto"/>
        <w:ind w:firstLine="331"/>
        <w:jc w:val="both"/>
      </w:pPr>
      <w:r>
        <w:rPr>
          <w:rFonts w:ascii="Georgia" w:hAnsi="Georgia"/>
          <w:b w:val="0"/>
          <w:i w:val="0"/>
          <w:color w:val="22201D"/>
          <w:sz w:val="20"/>
        </w:rPr>
        <w:t>The menu had stayed closed.</w:t>
      </w:r>
    </w:p>
    <w:p>
      <w:pPr>
        <w:spacing w:after="60" w:line="266" w:lineRule="auto"/>
        <w:ind w:firstLine="331"/>
        <w:jc w:val="both"/>
      </w:pPr>
      <w:r>
        <w:rPr>
          <w:rFonts w:ascii="Georgia" w:hAnsi="Georgia"/>
          <w:b w:val="0"/>
          <w:i w:val="0"/>
          <w:color w:val="22201D"/>
          <w:sz w:val="20"/>
        </w:rPr>
        <w:t>This seemed ominous until he realized it was also polite.</w:t>
      </w:r>
    </w:p>
    <w:p>
      <w:pPr>
        <w:spacing w:after="60" w:line="266" w:lineRule="auto"/>
        <w:ind w:firstLine="331"/>
        <w:jc w:val="both"/>
      </w:pPr>
      <w:r>
        <w:rPr>
          <w:rFonts w:ascii="Georgia" w:hAnsi="Georgia"/>
          <w:b w:val="0"/>
          <w:i w:val="0"/>
          <w:color w:val="22201D"/>
          <w:sz w:val="20"/>
        </w:rPr>
        <w:t>"Can I order while the bill is open?"</w:t>
      </w:r>
    </w:p>
    <w:p>
      <w:pPr>
        <w:spacing w:after="60" w:line="266" w:lineRule="auto"/>
        <w:ind w:firstLine="331"/>
        <w:jc w:val="both"/>
      </w:pPr>
      <w:r>
        <w:rPr>
          <w:rFonts w:ascii="Georgia" w:hAnsi="Georgia"/>
          <w:b w:val="0"/>
          <w:i w:val="0"/>
          <w:color w:val="22201D"/>
          <w:sz w:val="20"/>
        </w:rPr>
        <w:t>"That is the only way to order dinner here."</w:t>
      </w:r>
    </w:p>
    <w:p>
      <w:pPr>
        <w:spacing w:after="60" w:line="266" w:lineRule="auto"/>
        <w:ind w:firstLine="331"/>
        <w:jc w:val="both"/>
      </w:pPr>
      <w:r>
        <w:rPr>
          <w:rFonts w:ascii="Georgia" w:hAnsi="Georgia"/>
          <w:b w:val="0"/>
          <w:i w:val="0"/>
          <w:color w:val="22201D"/>
          <w:sz w:val="20"/>
        </w:rPr>
        <w:t>"With an unpaid bill?"</w:t>
      </w:r>
    </w:p>
    <w:p>
      <w:pPr>
        <w:spacing w:after="60" w:line="266" w:lineRule="auto"/>
        <w:ind w:firstLine="331"/>
        <w:jc w:val="both"/>
      </w:pPr>
      <w:r>
        <w:rPr>
          <w:rFonts w:ascii="Georgia" w:hAnsi="Georgia"/>
          <w:b w:val="0"/>
          <w:i w:val="0"/>
          <w:color w:val="22201D"/>
          <w:sz w:val="20"/>
        </w:rPr>
        <w:t>"With an honest account."</w:t>
      </w:r>
    </w:p>
    <w:p>
      <w:pPr>
        <w:spacing w:after="60" w:line="266" w:lineRule="auto"/>
        <w:ind w:firstLine="331"/>
        <w:jc w:val="both"/>
      </w:pPr>
      <w:r>
        <w:rPr>
          <w:rFonts w:ascii="Georgia" w:hAnsi="Georgia"/>
          <w:b w:val="0"/>
          <w:i w:val="0"/>
          <w:color w:val="22201D"/>
          <w:sz w:val="20"/>
        </w:rPr>
        <w:t>"The account is not honest yet."</w:t>
      </w:r>
    </w:p>
    <w:p>
      <w:pPr>
        <w:spacing w:after="60" w:line="266" w:lineRule="auto"/>
        <w:ind w:firstLine="331"/>
        <w:jc w:val="both"/>
      </w:pPr>
      <w:r>
        <w:rPr>
          <w:rFonts w:ascii="Georgia" w:hAnsi="Georgia"/>
          <w:b w:val="0"/>
          <w:i w:val="0"/>
          <w:color w:val="22201D"/>
          <w:sz w:val="20"/>
        </w:rPr>
        <w:t>"No," said the Hostess. "But it is open."</w:t>
      </w:r>
    </w:p>
    <w:p>
      <w:pPr>
        <w:spacing w:after="60" w:line="266" w:lineRule="auto"/>
        <w:ind w:firstLine="331"/>
        <w:jc w:val="both"/>
      </w:pPr>
      <w:r>
        <w:rPr>
          <w:rFonts w:ascii="Georgia" w:hAnsi="Georgia"/>
          <w:b w:val="0"/>
          <w:i w:val="0"/>
          <w:color w:val="22201D"/>
          <w:sz w:val="20"/>
        </w:rPr>
        <w:t>The distinction moved through him slowly, like heat through a bowl.</w:t>
      </w:r>
    </w:p>
    <w:p>
      <w:pPr>
        <w:spacing w:after="60" w:line="266" w:lineRule="auto"/>
        <w:ind w:firstLine="331"/>
        <w:jc w:val="both"/>
      </w:pPr>
      <w:r>
        <w:rPr>
          <w:rFonts w:ascii="Georgia" w:hAnsi="Georgia"/>
          <w:b w:val="0"/>
          <w:i w:val="0"/>
          <w:color w:val="22201D"/>
          <w:sz w:val="20"/>
        </w:rPr>
        <w:t>An honest account was not the same as a finished account.</w:t>
      </w:r>
    </w:p>
    <w:p>
      <w:pPr>
        <w:spacing w:after="60" w:line="266" w:lineRule="auto"/>
        <w:ind w:firstLine="331"/>
        <w:jc w:val="both"/>
      </w:pPr>
      <w:r>
        <w:rPr>
          <w:rFonts w:ascii="Georgia" w:hAnsi="Georgia"/>
          <w:b w:val="0"/>
          <w:i w:val="0"/>
          <w:color w:val="22201D"/>
          <w:sz w:val="20"/>
        </w:rPr>
        <w:t>An open account was not the same as unpaid shame.</w:t>
      </w:r>
    </w:p>
    <w:p>
      <w:pPr>
        <w:spacing w:after="60" w:line="266" w:lineRule="auto"/>
        <w:ind w:firstLine="331"/>
        <w:jc w:val="both"/>
      </w:pPr>
      <w:r>
        <w:rPr>
          <w:rFonts w:ascii="Georgia" w:hAnsi="Georgia"/>
          <w:b w:val="0"/>
          <w:i w:val="0"/>
          <w:color w:val="22201D"/>
          <w:sz w:val="20"/>
        </w:rPr>
        <w:t>A bill was not a verdict.</w:t>
      </w:r>
    </w:p>
    <w:p>
      <w:pPr>
        <w:spacing w:after="60" w:line="266" w:lineRule="auto"/>
        <w:ind w:firstLine="331"/>
        <w:jc w:val="both"/>
      </w:pPr>
      <w:r>
        <w:rPr>
          <w:rFonts w:ascii="Georgia" w:hAnsi="Georgia"/>
          <w:b w:val="0"/>
          <w:i w:val="0"/>
          <w:color w:val="22201D"/>
          <w:sz w:val="20"/>
        </w:rPr>
        <w:t>He disliked all of these insights because they were useful.</w:t>
      </w:r>
    </w:p>
    <w:p>
      <w:pPr>
        <w:spacing w:after="60" w:line="266" w:lineRule="auto"/>
        <w:ind w:firstLine="331"/>
        <w:jc w:val="both"/>
      </w:pPr>
      <w:r>
        <w:rPr>
          <w:rFonts w:ascii="Georgia" w:hAnsi="Georgia"/>
          <w:b w:val="0"/>
          <w:i w:val="0"/>
          <w:color w:val="22201D"/>
          <w:sz w:val="20"/>
        </w:rPr>
        <w:t>"What is dinner?" he asked.</w:t>
      </w:r>
    </w:p>
    <w:p>
      <w:pPr>
        <w:spacing w:after="60" w:line="266" w:lineRule="auto"/>
        <w:ind w:firstLine="331"/>
        <w:jc w:val="both"/>
      </w:pPr>
      <w:r>
        <w:rPr>
          <w:rFonts w:ascii="Georgia" w:hAnsi="Georgia"/>
          <w:b w:val="0"/>
          <w:i w:val="0"/>
          <w:color w:val="22201D"/>
          <w:sz w:val="20"/>
        </w:rPr>
        <w:t>The menu opened.</w:t>
      </w:r>
    </w:p>
    <w:p>
      <w:pPr>
        <w:spacing w:after="60" w:line="266" w:lineRule="auto"/>
        <w:ind w:firstLine="331"/>
        <w:jc w:val="both"/>
      </w:pPr>
      <w:r>
        <w:rPr>
          <w:rFonts w:ascii="Georgia" w:hAnsi="Georgia"/>
          <w:b w:val="0"/>
          <w:i w:val="0"/>
          <w:color w:val="22201D"/>
          <w:sz w:val="20"/>
        </w:rPr>
        <w:t>This time it opened without performance, the way a colleague opens a file during a meeting both people have been avoiding. The pages turned to a section Flocc had never seen before.</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DINNER SERVICE Available only while account is open.</w:t>
      </w:r>
    </w:p>
    <w:p>
      <w:pPr>
        <w:spacing w:after="60" w:line="266" w:lineRule="auto"/>
        <w:ind w:firstLine="331"/>
        <w:jc w:val="both"/>
      </w:pPr>
      <w:r>
        <w:rPr>
          <w:rFonts w:ascii="Georgia" w:hAnsi="Georgia"/>
          <w:b w:val="0"/>
          <w:i w:val="0"/>
          <w:color w:val="22201D"/>
          <w:sz w:val="20"/>
        </w:rPr>
        <w:t>There were no item names.</w:t>
      </w:r>
    </w:p>
    <w:p>
      <w:pPr>
        <w:spacing w:after="60" w:line="266" w:lineRule="auto"/>
        <w:ind w:firstLine="331"/>
        <w:jc w:val="both"/>
      </w:pPr>
      <w:r>
        <w:rPr>
          <w:rFonts w:ascii="Georgia" w:hAnsi="Georgia"/>
          <w:b w:val="0"/>
          <w:i w:val="0"/>
          <w:color w:val="22201D"/>
          <w:sz w:val="20"/>
        </w:rPr>
        <w:t>Only conditions.</w:t>
      </w:r>
    </w:p>
    <w:p>
      <w:pPr>
        <w:spacing w:after="60" w:line="250" w:lineRule="auto"/>
        <w:ind w:left="202" w:right="173"/>
      </w:pPr>
      <w:r>
        <w:rPr>
          <w:rFonts w:ascii="Georgia" w:hAnsi="Georgia"/>
          <w:b w:val="0"/>
          <w:i w:val="0"/>
          <w:color w:val="22201D"/>
          <w:sz w:val="17"/>
        </w:rPr>
        <w:t>1. Something shared. 2. Something owed. 3. Something not yet understood. 4. Something that can be reheated without becoming smaller. 5. Something the auditor refuses to order.</w:t>
      </w:r>
    </w:p>
    <w:p>
      <w:pPr>
        <w:spacing w:after="60" w:line="266" w:lineRule="auto"/>
        <w:ind w:firstLine="331"/>
        <w:jc w:val="both"/>
      </w:pPr>
      <w:r>
        <w:rPr>
          <w:rFonts w:ascii="Georgia" w:hAnsi="Georgia"/>
          <w:b w:val="0"/>
          <w:i w:val="0"/>
          <w:color w:val="22201D"/>
          <w:sz w:val="20"/>
        </w:rPr>
        <w:t>"The auditor again," Flocc said.</w:t>
      </w:r>
    </w:p>
    <w:p>
      <w:pPr>
        <w:spacing w:after="60" w:line="266" w:lineRule="auto"/>
        <w:ind w:firstLine="331"/>
        <w:jc w:val="both"/>
      </w:pPr>
      <w:r>
        <w:rPr>
          <w:rFonts w:ascii="Georgia" w:hAnsi="Georgia"/>
          <w:b w:val="0"/>
          <w:i w:val="0"/>
          <w:color w:val="22201D"/>
          <w:sz w:val="20"/>
        </w:rPr>
        <w:t>The Hostess wrote nothing.</w:t>
      </w:r>
    </w:p>
    <w:p>
      <w:pPr>
        <w:spacing w:after="60" w:line="266" w:lineRule="auto"/>
        <w:ind w:firstLine="331"/>
        <w:jc w:val="both"/>
      </w:pPr>
      <w:r>
        <w:rPr>
          <w:rFonts w:ascii="Georgia" w:hAnsi="Georgia"/>
          <w:b w:val="0"/>
          <w:i w:val="0"/>
          <w:color w:val="22201D"/>
          <w:sz w:val="20"/>
        </w:rPr>
        <w:t>"You said the auditor was pending recognition."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"Does that mean the auditor is already here?"</w:t>
      </w:r>
    </w:p>
    <w:p>
      <w:pPr>
        <w:spacing w:after="60" w:line="266" w:lineRule="auto"/>
        <w:ind w:firstLine="331"/>
        <w:jc w:val="both"/>
      </w:pPr>
      <w:r>
        <w:rPr>
          <w:rFonts w:ascii="Georgia" w:hAnsi="Georgia"/>
          <w:b w:val="0"/>
          <w:i w:val="0"/>
          <w:color w:val="22201D"/>
          <w:sz w:val="20"/>
        </w:rPr>
        <w:t>"Not necessarily."</w:t>
      </w:r>
    </w:p>
    <w:p>
      <w:pPr>
        <w:spacing w:after="60" w:line="266" w:lineRule="auto"/>
        <w:ind w:firstLine="331"/>
        <w:jc w:val="both"/>
      </w:pPr>
      <w:r>
        <w:rPr>
          <w:rFonts w:ascii="Georgia" w:hAnsi="Georgia"/>
          <w:b w:val="0"/>
          <w:i w:val="0"/>
          <w:color w:val="22201D"/>
          <w:sz w:val="20"/>
        </w:rPr>
        <w:t>"Does it mean the auditor is not here?"</w:t>
      </w:r>
    </w:p>
    <w:p>
      <w:pPr>
        <w:spacing w:after="60" w:line="266" w:lineRule="auto"/>
        <w:ind w:firstLine="331"/>
        <w:jc w:val="both"/>
      </w:pPr>
      <w:r>
        <w:rPr>
          <w:rFonts w:ascii="Georgia" w:hAnsi="Georgia"/>
          <w:b w:val="0"/>
          <w:i w:val="0"/>
          <w:color w:val="22201D"/>
          <w:sz w:val="20"/>
        </w:rPr>
        <w:t>"Not necessarily."</w:t>
      </w:r>
    </w:p>
    <w:p>
      <w:pPr>
        <w:spacing w:after="60" w:line="266" w:lineRule="auto"/>
        <w:ind w:firstLine="331"/>
        <w:jc w:val="both"/>
      </w:pPr>
      <w:r>
        <w:rPr>
          <w:rFonts w:ascii="Georgia" w:hAnsi="Georgia"/>
          <w:b w:val="0"/>
          <w:i w:val="0"/>
          <w:color w:val="22201D"/>
          <w:sz w:val="20"/>
        </w:rPr>
        <w:t>"Is there any version of this conversation in which I ask a question and receive an answer that reduces my concern?"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waited.</w:t>
      </w:r>
    </w:p>
    <w:p>
      <w:pPr>
        <w:spacing w:after="60" w:line="266" w:lineRule="auto"/>
        <w:ind w:firstLine="331"/>
        <w:jc w:val="both"/>
      </w:pPr>
      <w:r>
        <w:rPr>
          <w:rFonts w:ascii="Georgia" w:hAnsi="Georgia"/>
          <w:b w:val="0"/>
          <w:i w:val="0"/>
          <w:color w:val="22201D"/>
          <w:sz w:val="20"/>
        </w:rPr>
        <w:t>The Hostess did not continue.</w:t>
      </w:r>
    </w:p>
    <w:p>
      <w:pPr>
        <w:spacing w:after="60" w:line="266" w:lineRule="auto"/>
        <w:ind w:firstLine="331"/>
        <w:jc w:val="both"/>
      </w:pPr>
      <w:r>
        <w:rPr>
          <w:rFonts w:ascii="Georgia" w:hAnsi="Georgia"/>
          <w:b w:val="0"/>
          <w:i w:val="0"/>
          <w:color w:val="22201D"/>
          <w:sz w:val="20"/>
        </w:rPr>
        <w:t>"Was that the answer?"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Mara touched the edge of the menu.</w:t>
      </w:r>
    </w:p>
    <w:p>
      <w:pPr>
        <w:spacing w:after="60" w:line="266" w:lineRule="auto"/>
        <w:ind w:firstLine="331"/>
        <w:jc w:val="both"/>
      </w:pPr>
      <w:r>
        <w:rPr>
          <w:rFonts w:ascii="Georgia" w:hAnsi="Georgia"/>
          <w:b w:val="0"/>
          <w:i w:val="0"/>
          <w:color w:val="22201D"/>
          <w:sz w:val="20"/>
        </w:rPr>
        <w:t>"Something shared," she read.</w:t>
      </w:r>
    </w:p>
    <w:p>
      <w:pPr>
        <w:spacing w:after="60" w:line="266" w:lineRule="auto"/>
        <w:ind w:firstLine="331"/>
        <w:jc w:val="both"/>
      </w:pPr>
      <w:r>
        <w:rPr>
          <w:rFonts w:ascii="Georgia" w:hAnsi="Georgia"/>
          <w:b w:val="0"/>
          <w:i w:val="0"/>
          <w:color w:val="22201D"/>
          <w:sz w:val="20"/>
        </w:rPr>
        <w:t>The line darkened.</w:t>
      </w:r>
    </w:p>
    <w:p>
      <w:pPr>
        <w:spacing w:after="60" w:line="266" w:lineRule="auto"/>
        <w:ind w:firstLine="331"/>
        <w:jc w:val="both"/>
      </w:pPr>
      <w:r>
        <w:rPr>
          <w:rFonts w:ascii="Georgia" w:hAnsi="Georgia"/>
          <w:b w:val="0"/>
          <w:i w:val="0"/>
          <w:color w:val="22201D"/>
          <w:sz w:val="20"/>
        </w:rPr>
        <w:t>Not much. Enough.</w:t>
      </w:r>
    </w:p>
    <w:p>
      <w:pPr>
        <w:spacing w:after="60" w:line="266" w:lineRule="auto"/>
        <w:ind w:firstLine="331"/>
        <w:jc w:val="both"/>
      </w:pPr>
      <w:r>
        <w:rPr>
          <w:rFonts w:ascii="Georgia" w:hAnsi="Georgia"/>
          <w:b w:val="0"/>
          <w:i w:val="0"/>
          <w:color w:val="22201D"/>
          <w:sz w:val="20"/>
        </w:rPr>
        <w:t>"I can share," Flocc said, too quickly.</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010: Offering generosity as a defense. Amount due: wait until asked what is wanted.</w:t>
      </w:r>
    </w:p>
    <w:p>
      <w:pPr>
        <w:spacing w:after="60" w:line="266" w:lineRule="auto"/>
        <w:ind w:firstLine="331"/>
        <w:jc w:val="both"/>
      </w:pPr>
      <w:r>
        <w:rPr>
          <w:rFonts w:ascii="Georgia" w:hAnsi="Georgia"/>
          <w:b w:val="0"/>
          <w:i w:val="0"/>
          <w:color w:val="22201D"/>
          <w:sz w:val="20"/>
        </w:rPr>
        <w:t>"I hate line ten," Flocc said.</w:t>
      </w:r>
    </w:p>
    <w:p>
      <w:pPr>
        <w:spacing w:after="60" w:line="266" w:lineRule="auto"/>
        <w:ind w:firstLine="331"/>
        <w:jc w:val="both"/>
      </w:pPr>
      <w:r>
        <w:rPr>
          <w:rFonts w:ascii="Georgia" w:hAnsi="Georgia"/>
          <w:b w:val="0"/>
          <w:i w:val="0"/>
          <w:color w:val="22201D"/>
          <w:sz w:val="20"/>
        </w:rPr>
        <w:t>"You should," said Mara.</w:t>
      </w:r>
    </w:p>
    <w:p>
      <w:pPr>
        <w:spacing w:after="60" w:line="266" w:lineRule="auto"/>
        <w:ind w:firstLine="331"/>
        <w:jc w:val="both"/>
      </w:pPr>
      <w:r>
        <w:rPr>
          <w:rFonts w:ascii="Georgia" w:hAnsi="Georgia"/>
          <w:b w:val="0"/>
          <w:i w:val="0"/>
          <w:color w:val="22201D"/>
          <w:sz w:val="20"/>
        </w:rPr>
        <w:t>The Hostess looked at her order pad.</w:t>
      </w:r>
    </w:p>
    <w:p>
      <w:pPr>
        <w:spacing w:after="60" w:line="266" w:lineRule="auto"/>
        <w:ind w:firstLine="331"/>
        <w:jc w:val="both"/>
      </w:pPr>
      <w:r>
        <w:rPr>
          <w:rFonts w:ascii="Georgia" w:hAnsi="Georgia"/>
          <w:b w:val="0"/>
          <w:i w:val="0"/>
          <w:color w:val="22201D"/>
          <w:sz w:val="20"/>
        </w:rPr>
        <w:t>"Dinner service requires one preliminary correction before first course."</w:t>
      </w:r>
    </w:p>
    <w:p>
      <w:pPr>
        <w:spacing w:after="60" w:line="266" w:lineRule="auto"/>
        <w:ind w:firstLine="331"/>
        <w:jc w:val="both"/>
      </w:pPr>
      <w:r>
        <w:rPr>
          <w:rFonts w:ascii="Georgia" w:hAnsi="Georgia"/>
          <w:b w:val="0"/>
          <w:i w:val="0"/>
          <w:color w:val="22201D"/>
          <w:sz w:val="20"/>
        </w:rPr>
        <w:t>"Of course it does," Flocc said.</w:t>
      </w:r>
    </w:p>
    <w:p>
      <w:pPr>
        <w:spacing w:after="60" w:line="266" w:lineRule="auto"/>
        <w:ind w:firstLine="331"/>
        <w:jc w:val="both"/>
      </w:pPr>
      <w:r>
        <w:rPr>
          <w:rFonts w:ascii="Georgia" w:hAnsi="Georgia"/>
          <w:b w:val="0"/>
          <w:i w:val="0"/>
          <w:color w:val="22201D"/>
          <w:sz w:val="20"/>
        </w:rPr>
        <w:t>The bill produced a small detachable slip from its lower edge.</w:t>
      </w:r>
    </w:p>
    <w:p>
      <w:pPr>
        <w:spacing w:after="60" w:line="266" w:lineRule="auto"/>
        <w:ind w:firstLine="331"/>
        <w:jc w:val="both"/>
      </w:pPr>
      <w:r>
        <w:rPr>
          <w:rFonts w:ascii="Georgia" w:hAnsi="Georgia"/>
          <w:b w:val="0"/>
          <w:i w:val="0"/>
          <w:color w:val="22201D"/>
          <w:sz w:val="20"/>
        </w:rPr>
        <w:t>It looked like a coupon, which made Flocc distrust it immediately.</w:t>
      </w:r>
    </w:p>
    <w:p>
      <w:pPr>
        <w:spacing w:after="60" w:line="266" w:lineRule="auto"/>
        <w:ind w:firstLine="331"/>
        <w:jc w:val="both"/>
      </w:pPr>
      <w:r>
        <w:rPr>
          <w:rFonts w:ascii="Georgia" w:hAnsi="Georgia"/>
          <w:b w:val="0"/>
          <w:i w:val="0"/>
          <w:color w:val="22201D"/>
          <w:sz w:val="20"/>
        </w:rPr>
        <w:t>The slip read:</w:t>
      </w:r>
    </w:p>
    <w:p>
      <w:pPr>
        <w:spacing w:after="60" w:line="250" w:lineRule="auto"/>
        <w:ind w:left="202" w:right="173"/>
      </w:pPr>
      <w:r>
        <w:rPr>
          <w:rFonts w:ascii="Georgia" w:hAnsi="Georgia"/>
          <w:b w:val="0"/>
          <w:i w:val="0"/>
          <w:color w:val="22201D"/>
          <w:sz w:val="17"/>
        </w:rPr>
        <w:t>PRELIMINARY AUDIT ACTION  Before dinner may be served, the account must be copied to the originating record.  Routing: Steve R. Bellweather Former clerk, current custodian by recurrence  Reason: case file reopened by active bill  Next chapter: Steve Reopens the Case</w:t>
      </w:r>
    </w:p>
    <w:p>
      <w:pPr>
        <w:spacing w:after="60" w:line="266" w:lineRule="auto"/>
        <w:ind w:firstLine="331"/>
        <w:jc w:val="both"/>
      </w:pPr>
      <w:r>
        <w:rPr>
          <w:rFonts w:ascii="Georgia" w:hAnsi="Georgia"/>
          <w:b w:val="0"/>
          <w:i w:val="0"/>
          <w:color w:val="22201D"/>
          <w:sz w:val="20"/>
        </w:rPr>
        <w:t>The slip detached itself and lay on the table.</w:t>
      </w:r>
    </w:p>
    <w:p>
      <w:pPr>
        <w:spacing w:after="60" w:line="266" w:lineRule="auto"/>
        <w:ind w:firstLine="331"/>
        <w:jc w:val="both"/>
      </w:pPr>
      <w:r>
        <w:rPr>
          <w:rFonts w:ascii="Georgia" w:hAnsi="Georgia"/>
          <w:b w:val="0"/>
          <w:i w:val="0"/>
          <w:color w:val="22201D"/>
          <w:sz w:val="20"/>
        </w:rPr>
        <w:t>"No," Flocc said.</w:t>
      </w:r>
    </w:p>
    <w:p>
      <w:pPr>
        <w:spacing w:after="60" w:line="266" w:lineRule="auto"/>
        <w:ind w:firstLine="331"/>
        <w:jc w:val="both"/>
      </w:pPr>
      <w:r>
        <w:rPr>
          <w:rFonts w:ascii="Georgia" w:hAnsi="Georgia"/>
          <w:b w:val="0"/>
          <w:i w:val="0"/>
          <w:color w:val="22201D"/>
          <w:sz w:val="20"/>
        </w:rPr>
        <w:t>The slip did not respond.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"Steve is retired."</w:t>
      </w:r>
    </w:p>
    <w:p>
      <w:pPr>
        <w:spacing w:after="60" w:line="266" w:lineRule="auto"/>
        <w:ind w:firstLine="331"/>
        <w:jc w:val="both"/>
      </w:pPr>
      <w:r>
        <w:rPr>
          <w:rFonts w:ascii="Georgia" w:hAnsi="Georgia"/>
          <w:b w:val="0"/>
          <w:i w:val="0"/>
          <w:color w:val="22201D"/>
          <w:sz w:val="20"/>
        </w:rPr>
        <w:t>"So was Gerald," said the Hostess.</w:t>
      </w:r>
    </w:p>
    <w:p>
      <w:pPr>
        <w:spacing w:after="60" w:line="266" w:lineRule="auto"/>
        <w:ind w:firstLine="331"/>
        <w:jc w:val="both"/>
      </w:pPr>
      <w:r>
        <w:rPr>
          <w:rFonts w:ascii="Georgia" w:hAnsi="Georgia"/>
          <w:b w:val="0"/>
          <w:i w:val="0"/>
          <w:color w:val="22201D"/>
          <w:sz w:val="20"/>
        </w:rPr>
        <w:t>"That was different."</w:t>
      </w:r>
    </w:p>
    <w:p>
      <w:pPr>
        <w:spacing w:after="60" w:line="266" w:lineRule="auto"/>
        <w:ind w:firstLine="331"/>
        <w:jc w:val="both"/>
      </w:pPr>
      <w:r>
        <w:rPr>
          <w:rFonts w:ascii="Georgia" w:hAnsi="Georgia"/>
          <w:b w:val="0"/>
          <w:i w:val="0"/>
          <w:color w:val="22201D"/>
          <w:sz w:val="20"/>
        </w:rPr>
        <w:t>"Most recurrences are."</w:t>
      </w:r>
    </w:p>
    <w:p>
      <w:pPr>
        <w:spacing w:after="60" w:line="266" w:lineRule="auto"/>
        <w:ind w:firstLine="331"/>
        <w:jc w:val="both"/>
      </w:pPr>
      <w:r>
        <w:rPr>
          <w:rFonts w:ascii="Georgia" w:hAnsi="Georgia"/>
          <w:b w:val="0"/>
          <w:i w:val="0"/>
          <w:color w:val="22201D"/>
          <w:sz w:val="20"/>
        </w:rPr>
        <w:t>Mara picked up the slip before Flocc could stop her. She read it, then placed it carefully beside the bill.</w:t>
      </w:r>
    </w:p>
    <w:p>
      <w:pPr>
        <w:spacing w:after="60" w:line="266" w:lineRule="auto"/>
        <w:ind w:firstLine="331"/>
        <w:jc w:val="both"/>
      </w:pPr>
      <w:r>
        <w:rPr>
          <w:rFonts w:ascii="Georgia" w:hAnsi="Georgia"/>
          <w:b w:val="0"/>
          <w:i w:val="0"/>
          <w:color w:val="22201D"/>
          <w:sz w:val="20"/>
        </w:rPr>
        <w:t>"It says former clerk."</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current custodian."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sounds less like punishment than being given the right job."</w:t>
      </w:r>
    </w:p>
    <w:p>
      <w:pPr>
        <w:spacing w:after="60" w:line="266" w:lineRule="auto"/>
        <w:ind w:firstLine="331"/>
        <w:jc w:val="both"/>
      </w:pPr>
      <w:r>
        <w:rPr>
          <w:rFonts w:ascii="Georgia" w:hAnsi="Georgia"/>
          <w:b w:val="0"/>
          <w:i w:val="0"/>
          <w:color w:val="22201D"/>
          <w:sz w:val="20"/>
        </w:rPr>
        <w:t>Flocc wanted to argue.</w:t>
      </w:r>
    </w:p>
    <w:p>
      <w:pPr>
        <w:spacing w:after="60" w:line="266" w:lineRule="auto"/>
        <w:ind w:firstLine="331"/>
        <w:jc w:val="both"/>
      </w:pPr>
      <w:r>
        <w:rPr>
          <w:rFonts w:ascii="Georgia" w:hAnsi="Georgia"/>
          <w:b w:val="0"/>
          <w:i w:val="0"/>
          <w:color w:val="22201D"/>
          <w:sz w:val="20"/>
        </w:rPr>
        <w:t>Unfortunately, the bill remained open, and the restaurant had become inhospitable to bad arguments.</w:t>
      </w:r>
    </w:p>
    <w:p>
      <w:pPr>
        <w:spacing w:after="60" w:line="266" w:lineRule="auto"/>
        <w:ind w:firstLine="331"/>
        <w:jc w:val="both"/>
      </w:pPr>
      <w:r>
        <w:rPr>
          <w:rFonts w:ascii="Georgia" w:hAnsi="Georgia"/>
          <w:b w:val="0"/>
          <w:i w:val="0"/>
          <w:color w:val="22201D"/>
          <w:sz w:val="20"/>
        </w:rPr>
        <w:t>The Hostess wrote something on her order pad.</w:t>
      </w:r>
    </w:p>
    <w:p>
      <w:pPr>
        <w:spacing w:after="60" w:line="266" w:lineRule="auto"/>
        <w:ind w:firstLine="331"/>
        <w:jc w:val="both"/>
      </w:pPr>
      <w:r>
        <w:rPr>
          <w:rFonts w:ascii="Georgia" w:hAnsi="Georgia"/>
          <w:b w:val="0"/>
          <w:i w:val="0"/>
          <w:color w:val="22201D"/>
          <w:sz w:val="20"/>
        </w:rPr>
        <w:t>"Dinner is pending routing."</w:t>
      </w:r>
    </w:p>
    <w:p>
      <w:pPr>
        <w:spacing w:after="60" w:line="266" w:lineRule="auto"/>
        <w:ind w:firstLine="331"/>
        <w:jc w:val="both"/>
      </w:pPr>
      <w:r>
        <w:rPr>
          <w:rFonts w:ascii="Georgia" w:hAnsi="Georgia"/>
          <w:b w:val="0"/>
          <w:i w:val="0"/>
          <w:color w:val="22201D"/>
          <w:sz w:val="20"/>
        </w:rPr>
        <w:t>"So we wait?"</w:t>
      </w:r>
    </w:p>
    <w:p>
      <w:pPr>
        <w:spacing w:after="60" w:line="266" w:lineRule="auto"/>
        <w:ind w:firstLine="331"/>
        <w:jc w:val="both"/>
      </w:pPr>
      <w:r>
        <w:rPr>
          <w:rFonts w:ascii="Georgia" w:hAnsi="Georgia"/>
          <w:b w:val="0"/>
          <w:i w:val="0"/>
          <w:color w:val="22201D"/>
          <w:sz w:val="20"/>
        </w:rPr>
        <w:t>"Briefly."</w:t>
      </w:r>
    </w:p>
    <w:p>
      <w:pPr>
        <w:spacing w:after="60" w:line="266" w:lineRule="auto"/>
        <w:ind w:firstLine="331"/>
        <w:jc w:val="both"/>
      </w:pPr>
      <w:r>
        <w:rPr>
          <w:rFonts w:ascii="Georgia" w:hAnsi="Georgia"/>
          <w:b w:val="0"/>
          <w:i w:val="0"/>
          <w:color w:val="22201D"/>
          <w:sz w:val="20"/>
        </w:rPr>
        <w:t>"What do we do while we wait?"</w:t>
      </w:r>
    </w:p>
    <w:p>
      <w:pPr>
        <w:spacing w:after="60" w:line="266" w:lineRule="auto"/>
        <w:ind w:firstLine="331"/>
        <w:jc w:val="both"/>
      </w:pPr>
      <w:r>
        <w:rPr>
          <w:rFonts w:ascii="Georgia" w:hAnsi="Georgia"/>
          <w:b w:val="0"/>
          <w:i w:val="0"/>
          <w:color w:val="22201D"/>
          <w:sz w:val="20"/>
        </w:rPr>
        <w:t>The Hostess looked at the open bill, the open menu, the routing slip, Mara's hand beside Flocc's hand, and Flocc's face, which was trying to become several faces and failing at all of them.</w:t>
      </w:r>
    </w:p>
    <w:p>
      <w:pPr>
        <w:spacing w:after="60" w:line="266" w:lineRule="auto"/>
        <w:ind w:firstLine="331"/>
        <w:jc w:val="both"/>
      </w:pPr>
      <w:r>
        <w:rPr>
          <w:rFonts w:ascii="Georgia" w:hAnsi="Georgia"/>
          <w:b w:val="0"/>
          <w:i w:val="0"/>
          <w:color w:val="22201D"/>
          <w:sz w:val="20"/>
        </w:rPr>
        <w:t>"You read," she said.</w:t>
      </w:r>
    </w:p>
    <w:p>
      <w:pPr>
        <w:spacing w:after="60" w:line="266" w:lineRule="auto"/>
        <w:ind w:firstLine="331"/>
        <w:jc w:val="both"/>
      </w:pPr>
      <w:r>
        <w:rPr>
          <w:rFonts w:ascii="Georgia" w:hAnsi="Georgia"/>
          <w:b w:val="0"/>
          <w:i w:val="0"/>
          <w:color w:val="22201D"/>
          <w:sz w:val="20"/>
        </w:rPr>
        <w:t>"I have been reading."</w:t>
      </w:r>
    </w:p>
    <w:p>
      <w:pPr>
        <w:spacing w:after="60" w:line="266" w:lineRule="auto"/>
        <w:ind w:firstLine="331"/>
        <w:jc w:val="both"/>
      </w:pPr>
      <w:r>
        <w:rPr>
          <w:rFonts w:ascii="Georgia" w:hAnsi="Georgia"/>
          <w:b w:val="0"/>
          <w:i w:val="0"/>
          <w:color w:val="22201D"/>
          <w:sz w:val="20"/>
        </w:rPr>
        <w:t>"No," she said. "You have been reacting to text."</w:t>
      </w:r>
    </w:p>
    <w:p>
      <w:pPr>
        <w:spacing w:after="60" w:line="266" w:lineRule="auto"/>
        <w:ind w:firstLine="331"/>
        <w:jc w:val="both"/>
      </w:pPr>
      <w:r>
        <w:rPr>
          <w:rFonts w:ascii="Georgia" w:hAnsi="Georgia"/>
          <w:b w:val="0"/>
          <w:i w:val="0"/>
          <w:color w:val="22201D"/>
          <w:sz w:val="20"/>
        </w:rPr>
        <w:t>She set the order pad down between them.</w:t>
      </w:r>
    </w:p>
    <w:p>
      <w:pPr>
        <w:spacing w:after="60" w:line="266" w:lineRule="auto"/>
        <w:ind w:firstLine="331"/>
        <w:jc w:val="both"/>
      </w:pPr>
      <w:r>
        <w:rPr>
          <w:rFonts w:ascii="Georgia" w:hAnsi="Georgia"/>
          <w:b w:val="0"/>
          <w:i w:val="0"/>
          <w:color w:val="22201D"/>
          <w:sz w:val="20"/>
        </w:rPr>
        <w:t>"Read."</w:t>
      </w:r>
    </w:p>
    <w:p>
      <w:pPr>
        <w:spacing w:after="60" w:line="266" w:lineRule="auto"/>
        <w:ind w:firstLine="331"/>
        <w:jc w:val="both"/>
      </w:pPr>
      <w:r>
        <w:rPr>
          <w:rFonts w:ascii="Georgia" w:hAnsi="Georgia"/>
          <w:b w:val="0"/>
          <w:i w:val="0"/>
          <w:color w:val="22201D"/>
          <w:sz w:val="20"/>
        </w:rPr>
        <w:t>Then she left.</w:t>
      </w:r>
    </w:p>
    <w:p>
      <w:pPr>
        <w:spacing w:after="60" w:line="266" w:lineRule="auto"/>
        <w:ind w:firstLine="331"/>
        <w:jc w:val="both"/>
      </w:pPr>
      <w:r>
        <w:rPr>
          <w:rFonts w:ascii="Georgia" w:hAnsi="Georgia"/>
          <w:b w:val="0"/>
          <w:i w:val="0"/>
          <w:color w:val="22201D"/>
          <w:sz w:val="20"/>
        </w:rPr>
        <w:t>For a while, Flocc and Mara sat with the bill.</w:t>
      </w:r>
    </w:p>
    <w:p>
      <w:pPr>
        <w:spacing w:after="60" w:line="266" w:lineRule="auto"/>
        <w:ind w:firstLine="331"/>
        <w:jc w:val="both"/>
      </w:pPr>
      <w:r>
        <w:rPr>
          <w:rFonts w:ascii="Georgia" w:hAnsi="Georgia"/>
          <w:b w:val="0"/>
          <w:i w:val="0"/>
          <w:color w:val="22201D"/>
          <w:sz w:val="20"/>
        </w:rPr>
        <w:t>The restaurant continued around them. Dishes moved. Water ran. Someone in the kitchen said "behind" with the calm urgency of a civilization that had learned to survive by announcing itself before carrying hot things. A chair scraped in another part of the dining room, although Flocc had not seen anyone sit there. The red door opened once, admitted the smell of rain, and closed without apology.</w:t>
      </w:r>
    </w:p>
    <w:p>
      <w:pPr>
        <w:spacing w:after="60" w:line="266" w:lineRule="auto"/>
        <w:ind w:firstLine="331"/>
        <w:jc w:val="both"/>
      </w:pPr>
      <w:r>
        <w:rPr>
          <w:rFonts w:ascii="Georgia" w:hAnsi="Georgia"/>
          <w:b w:val="0"/>
          <w:i w:val="0"/>
          <w:color w:val="22201D"/>
          <w:sz w:val="20"/>
        </w:rPr>
        <w:t>Flocc read line 001 again.</w:t>
      </w:r>
    </w:p>
    <w:p>
      <w:pPr>
        <w:spacing w:after="60" w:line="266" w:lineRule="auto"/>
        <w:ind w:firstLine="331"/>
        <w:jc w:val="both"/>
      </w:pPr>
      <w:r>
        <w:rPr>
          <w:rFonts w:ascii="Georgia" w:hAnsi="Georgia"/>
          <w:b w:val="0"/>
          <w:i w:val="0"/>
          <w:color w:val="22201D"/>
          <w:sz w:val="20"/>
        </w:rPr>
        <w:t>Bread received without asking.</w:t>
      </w:r>
    </w:p>
    <w:p>
      <w:pPr>
        <w:spacing w:after="60" w:line="266" w:lineRule="auto"/>
        <w:ind w:firstLine="331"/>
        <w:jc w:val="both"/>
      </w:pPr>
      <w:r>
        <w:rPr>
          <w:rFonts w:ascii="Georgia" w:hAnsi="Georgia"/>
          <w:b w:val="0"/>
          <w:i w:val="0"/>
          <w:color w:val="22201D"/>
          <w:sz w:val="20"/>
        </w:rPr>
        <w:t>Amount due: one admission that unearned kindness still counts.</w:t>
      </w:r>
    </w:p>
    <w:p>
      <w:pPr>
        <w:spacing w:after="60" w:line="266" w:lineRule="auto"/>
        <w:ind w:firstLine="331"/>
        <w:jc w:val="both"/>
      </w:pPr>
      <w:r>
        <w:rPr>
          <w:rFonts w:ascii="Georgia" w:hAnsi="Georgia"/>
          <w:b w:val="0"/>
          <w:i w:val="0"/>
          <w:color w:val="22201D"/>
          <w:sz w:val="20"/>
        </w:rPr>
        <w:t>"I did not steal the bread," he said.</w:t>
      </w:r>
    </w:p>
    <w:p>
      <w:pPr>
        <w:spacing w:after="60" w:line="266" w:lineRule="auto"/>
        <w:ind w:firstLine="331"/>
        <w:jc w:val="both"/>
      </w:pPr>
      <w:r>
        <w:rPr>
          <w:rFonts w:ascii="Georgia" w:hAnsi="Georgia"/>
          <w:b w:val="0"/>
          <w:i w:val="0"/>
          <w:color w:val="22201D"/>
          <w:sz w:val="20"/>
        </w:rPr>
        <w:t>Mara did not answer.</w:t>
      </w:r>
    </w:p>
    <w:p>
      <w:pPr>
        <w:spacing w:after="60" w:line="266" w:lineRule="auto"/>
        <w:ind w:firstLine="331"/>
        <w:jc w:val="both"/>
      </w:pPr>
      <w:r>
        <w:rPr>
          <w:rFonts w:ascii="Georgia" w:hAnsi="Georgia"/>
          <w:b w:val="0"/>
          <w:i w:val="0"/>
          <w:color w:val="22201D"/>
          <w:sz w:val="20"/>
        </w:rPr>
        <w:t>He had not asked her to.</w:t>
      </w:r>
    </w:p>
    <w:p>
      <w:pPr>
        <w:spacing w:after="60" w:line="266" w:lineRule="auto"/>
        <w:ind w:firstLine="331"/>
        <w:jc w:val="both"/>
      </w:pPr>
      <w:r>
        <w:rPr>
          <w:rFonts w:ascii="Georgia" w:hAnsi="Georgia"/>
          <w:b w:val="0"/>
          <w:i w:val="0"/>
          <w:color w:val="22201D"/>
          <w:sz w:val="20"/>
        </w:rPr>
        <w:t>"It arrived."</w:t>
      </w:r>
    </w:p>
    <w:p>
      <w:pPr>
        <w:spacing w:after="60" w:line="266" w:lineRule="auto"/>
        <w:ind w:firstLine="331"/>
        <w:jc w:val="both"/>
      </w:pPr>
      <w:r>
        <w:rPr>
          <w:rFonts w:ascii="Georgia" w:hAnsi="Georgia"/>
          <w:b w:val="0"/>
          <w:i w:val="0"/>
          <w:color w:val="22201D"/>
          <w:sz w:val="20"/>
        </w:rPr>
        <w:t>Still nothing.</w:t>
      </w:r>
    </w:p>
    <w:p>
      <w:pPr>
        <w:spacing w:after="60" w:line="266" w:lineRule="auto"/>
        <w:ind w:firstLine="331"/>
        <w:jc w:val="both"/>
      </w:pPr>
      <w:r>
        <w:rPr>
          <w:rFonts w:ascii="Georgia" w:hAnsi="Georgia"/>
          <w:b w:val="0"/>
          <w:i w:val="0"/>
          <w:color w:val="22201D"/>
          <w:sz w:val="20"/>
        </w:rPr>
        <w:t>"I thought that meant it was free."</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"Free and unearned are not the same thing."</w:t>
      </w:r>
    </w:p>
    <w:p>
      <w:pPr>
        <w:spacing w:after="60" w:line="266" w:lineRule="auto"/>
        <w:ind w:firstLine="331"/>
        <w:jc w:val="both"/>
      </w:pPr>
      <w:r>
        <w:rPr>
          <w:rFonts w:ascii="Georgia" w:hAnsi="Georgia"/>
          <w:b w:val="0"/>
          <w:i w:val="0"/>
          <w:color w:val="22201D"/>
          <w:sz w:val="20"/>
        </w:rPr>
        <w:t>The bill warmed.</w:t>
      </w:r>
    </w:p>
    <w:p>
      <w:pPr>
        <w:spacing w:after="60" w:line="266" w:lineRule="auto"/>
        <w:ind w:firstLine="331"/>
        <w:jc w:val="both"/>
      </w:pPr>
      <w:r>
        <w:rPr>
          <w:rFonts w:ascii="Georgia" w:hAnsi="Georgia"/>
          <w:b w:val="0"/>
          <w:i w:val="0"/>
          <w:color w:val="22201D"/>
          <w:sz w:val="20"/>
        </w:rPr>
        <w:t>Line 001 changed.</w:t>
      </w:r>
    </w:p>
    <w:p>
      <w:pPr>
        <w:spacing w:after="60" w:line="250" w:lineRule="auto"/>
        <w:ind w:left="202" w:right="173"/>
      </w:pPr>
      <w:r>
        <w:rPr>
          <w:rFonts w:ascii="Georgia" w:hAnsi="Georgia"/>
          <w:b w:val="0"/>
          <w:i w:val="0"/>
          <w:color w:val="22201D"/>
          <w:sz w:val="17"/>
        </w:rPr>
        <w:t>Payment received: distinction accepted. Balance: ongoing gratitude, not performance.</w:t>
      </w:r>
    </w:p>
    <w:p>
      <w:pPr>
        <w:spacing w:after="60" w:line="266" w:lineRule="auto"/>
        <w:ind w:firstLine="331"/>
        <w:jc w:val="both"/>
      </w:pPr>
      <w:r>
        <w:rPr>
          <w:rFonts w:ascii="Georgia" w:hAnsi="Georgia"/>
          <w:b w:val="0"/>
          <w:i w:val="0"/>
          <w:color w:val="22201D"/>
          <w:sz w:val="20"/>
        </w:rPr>
        <w:t>Flocc felt something in his chest loosen by one thread.</w:t>
      </w:r>
    </w:p>
    <w:p>
      <w:pPr>
        <w:spacing w:after="60" w:line="266" w:lineRule="auto"/>
        <w:ind w:firstLine="331"/>
        <w:jc w:val="both"/>
      </w:pPr>
      <w:r>
        <w:rPr>
          <w:rFonts w:ascii="Georgia" w:hAnsi="Georgia"/>
          <w:b w:val="0"/>
          <w:i w:val="0"/>
          <w:color w:val="22201D"/>
          <w:sz w:val="20"/>
        </w:rPr>
        <w:t>Not enough.</w:t>
      </w:r>
    </w:p>
    <w:p>
      <w:pPr>
        <w:spacing w:after="60" w:line="266" w:lineRule="auto"/>
        <w:ind w:firstLine="331"/>
        <w:jc w:val="both"/>
      </w:pPr>
      <w:r>
        <w:rPr>
          <w:rFonts w:ascii="Georgia" w:hAnsi="Georgia"/>
          <w:b w:val="0"/>
          <w:i w:val="0"/>
          <w:color w:val="22201D"/>
          <w:sz w:val="20"/>
        </w:rPr>
        <w:t>Enough for one thread.</w:t>
      </w:r>
    </w:p>
    <w:p>
      <w:pPr>
        <w:spacing w:after="60" w:line="266" w:lineRule="auto"/>
        <w:ind w:firstLine="331"/>
        <w:jc w:val="both"/>
      </w:pPr>
      <w:r>
        <w:rPr>
          <w:rFonts w:ascii="Georgia" w:hAnsi="Georgia"/>
          <w:b w:val="0"/>
          <w:i w:val="0"/>
          <w:color w:val="22201D"/>
          <w:sz w:val="20"/>
        </w:rPr>
        <w:t>He read line 002.</w:t>
      </w:r>
    </w:p>
    <w:p>
      <w:pPr>
        <w:spacing w:after="60" w:line="266" w:lineRule="auto"/>
        <w:ind w:firstLine="331"/>
        <w:jc w:val="both"/>
      </w:pPr>
      <w:r>
        <w:rPr>
          <w:rFonts w:ascii="Georgia" w:hAnsi="Georgia"/>
          <w:b w:val="0"/>
          <w:i w:val="0"/>
          <w:color w:val="22201D"/>
          <w:sz w:val="20"/>
        </w:rPr>
        <w:t>Soup containing more than preference.</w:t>
      </w:r>
    </w:p>
    <w:p>
      <w:pPr>
        <w:spacing w:after="60" w:line="266" w:lineRule="auto"/>
        <w:ind w:firstLine="331"/>
        <w:jc w:val="both"/>
      </w:pPr>
      <w:r>
        <w:rPr>
          <w:rFonts w:ascii="Georgia" w:hAnsi="Georgia"/>
          <w:b w:val="0"/>
          <w:i w:val="0"/>
          <w:color w:val="22201D"/>
          <w:sz w:val="20"/>
        </w:rPr>
        <w:t>Amount due: one useful distinction between want and hunger.</w:t>
      </w:r>
    </w:p>
    <w:p>
      <w:pPr>
        <w:spacing w:after="60" w:line="266" w:lineRule="auto"/>
        <w:ind w:firstLine="331"/>
        <w:jc w:val="both"/>
      </w:pPr>
      <w:r>
        <w:rPr>
          <w:rFonts w:ascii="Georgia" w:hAnsi="Georgia"/>
          <w:b w:val="0"/>
          <w:i w:val="0"/>
          <w:color w:val="22201D"/>
          <w:sz w:val="20"/>
        </w:rPr>
        <w:t>He thought of the soup from Book 2, which was not how he thought of it then but was how the receipt had begun to categorize his memory. He thought of wanting to be the kind of man who ordered correctly. He thought of hunger, which had been less interested in his image.</w:t>
      </w:r>
    </w:p>
    <w:p>
      <w:pPr>
        <w:spacing w:after="60" w:line="266" w:lineRule="auto"/>
        <w:ind w:firstLine="331"/>
        <w:jc w:val="both"/>
      </w:pPr>
      <w:r>
        <w:rPr>
          <w:rFonts w:ascii="Georgia" w:hAnsi="Georgia"/>
          <w:b w:val="0"/>
          <w:i w:val="0"/>
          <w:color w:val="22201D"/>
          <w:sz w:val="20"/>
        </w:rPr>
        <w:t>"I wanted to be someone with good taste," he said.</w:t>
      </w:r>
    </w:p>
    <w:p>
      <w:pPr>
        <w:spacing w:after="60" w:line="266" w:lineRule="auto"/>
        <w:ind w:firstLine="331"/>
        <w:jc w:val="both"/>
      </w:pPr>
      <w:r>
        <w:rPr>
          <w:rFonts w:ascii="Georgia" w:hAnsi="Georgia"/>
          <w:b w:val="0"/>
          <w:i w:val="0"/>
          <w:color w:val="22201D"/>
          <w:sz w:val="20"/>
        </w:rPr>
        <w:t>Mara's mouth moved as if she had decided not to smile and was respecting the decision.</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"I was hungry."</w:t>
      </w:r>
    </w:p>
    <w:p>
      <w:pPr>
        <w:spacing w:after="60" w:line="266" w:lineRule="auto"/>
        <w:ind w:firstLine="331"/>
        <w:jc w:val="both"/>
      </w:pPr>
      <w:r>
        <w:rPr>
          <w:rFonts w:ascii="Georgia" w:hAnsi="Georgia"/>
          <w:b w:val="0"/>
          <w:i w:val="0"/>
          <w:color w:val="22201D"/>
          <w:sz w:val="20"/>
        </w:rPr>
        <w:t>Line 002 warmed.</w:t>
      </w:r>
    </w:p>
    <w:p>
      <w:pPr>
        <w:spacing w:after="60" w:line="250" w:lineRule="auto"/>
        <w:ind w:left="202" w:right="173"/>
      </w:pPr>
      <w:r>
        <w:rPr>
          <w:rFonts w:ascii="Georgia" w:hAnsi="Georgia"/>
          <w:b w:val="0"/>
          <w:i w:val="0"/>
          <w:color w:val="22201D"/>
          <w:sz w:val="17"/>
        </w:rPr>
        <w:t>Payment received: preference demoted. Balance: feed hunger before biography.</w:t>
      </w:r>
    </w:p>
    <w:p>
      <w:pPr>
        <w:spacing w:after="60" w:line="266" w:lineRule="auto"/>
        <w:ind w:firstLine="331"/>
        <w:jc w:val="both"/>
      </w:pPr>
      <w:r>
        <w:rPr>
          <w:rFonts w:ascii="Georgia" w:hAnsi="Georgia"/>
          <w:b w:val="0"/>
          <w:i w:val="0"/>
          <w:color w:val="22201D"/>
          <w:sz w:val="20"/>
        </w:rPr>
        <w:t>The smell from the kitchen deepened.</w:t>
      </w:r>
    </w:p>
    <w:p>
      <w:pPr>
        <w:spacing w:after="60" w:line="266" w:lineRule="auto"/>
        <w:ind w:firstLine="331"/>
        <w:jc w:val="both"/>
      </w:pPr>
      <w:r>
        <w:rPr>
          <w:rFonts w:ascii="Georgia" w:hAnsi="Georgia"/>
          <w:b w:val="0"/>
          <w:i w:val="0"/>
          <w:color w:val="22201D"/>
          <w:sz w:val="20"/>
        </w:rPr>
        <w:t>Something dark, sweet, and smoky entered the room.</w:t>
      </w:r>
    </w:p>
    <w:p>
      <w:pPr>
        <w:spacing w:after="60" w:line="266" w:lineRule="auto"/>
        <w:ind w:firstLine="331"/>
        <w:jc w:val="both"/>
      </w:pPr>
      <w:r>
        <w:rPr>
          <w:rFonts w:ascii="Georgia" w:hAnsi="Georgia"/>
          <w:b w:val="0"/>
          <w:i w:val="0"/>
          <w:color w:val="22201D"/>
          <w:sz w:val="20"/>
        </w:rPr>
        <w:t>Flocc looked up.</w:t>
      </w:r>
    </w:p>
    <w:p>
      <w:pPr>
        <w:spacing w:after="60" w:line="266" w:lineRule="auto"/>
        <w:ind w:firstLine="331"/>
        <w:jc w:val="both"/>
      </w:pPr>
      <w:r>
        <w:rPr>
          <w:rFonts w:ascii="Georgia" w:hAnsi="Georgia"/>
          <w:b w:val="0"/>
          <w:i w:val="0"/>
          <w:color w:val="22201D"/>
          <w:sz w:val="20"/>
        </w:rPr>
        <w:t>"What is that?"</w:t>
      </w:r>
    </w:p>
    <w:p>
      <w:pPr>
        <w:spacing w:after="60" w:line="266" w:lineRule="auto"/>
        <w:ind w:firstLine="331"/>
        <w:jc w:val="both"/>
      </w:pPr>
      <w:r>
        <w:rPr>
          <w:rFonts w:ascii="Georgia" w:hAnsi="Georgia"/>
          <w:b w:val="0"/>
          <w:i w:val="0"/>
          <w:color w:val="22201D"/>
          <w:sz w:val="20"/>
        </w:rPr>
        <w:t>The menu turned one page.</w:t>
      </w:r>
    </w:p>
    <w:p>
      <w:pPr>
        <w:spacing w:after="60" w:line="266" w:lineRule="auto"/>
        <w:ind w:firstLine="331"/>
        <w:jc w:val="both"/>
      </w:pPr>
      <w:r>
        <w:rPr>
          <w:rFonts w:ascii="Georgia" w:hAnsi="Georgia"/>
          <w:b w:val="0"/>
          <w:i w:val="0"/>
          <w:color w:val="22201D"/>
          <w:sz w:val="20"/>
        </w:rPr>
        <w:t>At the bottom, beneath the dinner conditions, a small line appeared:</w:t>
      </w:r>
    </w:p>
    <w:p>
      <w:pPr>
        <w:spacing w:after="60" w:line="250" w:lineRule="auto"/>
        <w:ind w:left="202" w:right="173"/>
      </w:pPr>
      <w:r>
        <w:rPr>
          <w:rFonts w:ascii="Georgia" w:hAnsi="Georgia"/>
          <w:b w:val="0"/>
          <w:i w:val="0"/>
          <w:color w:val="22201D"/>
          <w:sz w:val="17"/>
        </w:rPr>
        <w:t>Sauce key pending: Black Orchard Adobo</w:t>
      </w:r>
    </w:p>
    <w:p>
      <w:pPr>
        <w:spacing w:after="60" w:line="266" w:lineRule="auto"/>
        <w:ind w:firstLine="331"/>
        <w:jc w:val="both"/>
      </w:pPr>
      <w:r>
        <w:rPr>
          <w:rFonts w:ascii="Georgia" w:hAnsi="Georgia"/>
          <w:b w:val="0"/>
          <w:i w:val="0"/>
          <w:color w:val="22201D"/>
          <w:sz w:val="20"/>
        </w:rPr>
        <w:t>The smell was fruit after fire. Vinegar with a memory. Smoke disciplined by sweetness. Heat waiting in a dark suit.</w:t>
      </w:r>
    </w:p>
    <w:p>
      <w:pPr>
        <w:spacing w:after="60" w:line="266" w:lineRule="auto"/>
        <w:ind w:firstLine="331"/>
        <w:jc w:val="both"/>
      </w:pPr>
      <w:r>
        <w:rPr>
          <w:rFonts w:ascii="Georgia" w:hAnsi="Georgia"/>
          <w:b w:val="0"/>
          <w:i w:val="0"/>
          <w:color w:val="22201D"/>
          <w:sz w:val="20"/>
        </w:rPr>
        <w:t>Mara inhaled.</w:t>
      </w:r>
    </w:p>
    <w:p>
      <w:pPr>
        <w:spacing w:after="60" w:line="266" w:lineRule="auto"/>
        <w:ind w:firstLine="331"/>
        <w:jc w:val="both"/>
      </w:pPr>
      <w:r>
        <w:rPr>
          <w:rFonts w:ascii="Georgia" w:hAnsi="Georgia"/>
          <w:b w:val="0"/>
          <w:i w:val="0"/>
          <w:color w:val="22201D"/>
          <w:sz w:val="20"/>
        </w:rPr>
        <w:t>"That smells like a warning that learned manners."</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011: Recognizing a warning before resenting it. Amount due: gloves and honesty.</w:t>
      </w:r>
    </w:p>
    <w:p>
      <w:pPr>
        <w:spacing w:after="60" w:line="266" w:lineRule="auto"/>
        <w:ind w:firstLine="331"/>
        <w:jc w:val="both"/>
      </w:pPr>
      <w:r>
        <w:rPr>
          <w:rFonts w:ascii="Georgia" w:hAnsi="Georgia"/>
          <w:b w:val="0"/>
          <w:i w:val="0"/>
          <w:color w:val="22201D"/>
          <w:sz w:val="20"/>
        </w:rPr>
        <w:t>"That one is not for me yet," Flocc said.</w:t>
      </w:r>
    </w:p>
    <w:p>
      <w:pPr>
        <w:spacing w:after="60" w:line="266" w:lineRule="auto"/>
        <w:ind w:firstLine="331"/>
        <w:jc w:val="both"/>
      </w:pPr>
      <w:r>
        <w:rPr>
          <w:rFonts w:ascii="Georgia" w:hAnsi="Georgia"/>
          <w:b w:val="0"/>
          <w:i w:val="0"/>
          <w:color w:val="22201D"/>
          <w:sz w:val="20"/>
        </w:rPr>
        <w:t>"No," said Mara.</w:t>
      </w:r>
    </w:p>
    <w:p>
      <w:pPr>
        <w:spacing w:after="60" w:line="266" w:lineRule="auto"/>
        <w:ind w:firstLine="331"/>
        <w:jc w:val="both"/>
      </w:pPr>
      <w:r>
        <w:rPr>
          <w:rFonts w:ascii="Georgia" w:hAnsi="Georgia"/>
          <w:b w:val="0"/>
          <w:i w:val="0"/>
          <w:color w:val="22201D"/>
          <w:sz w:val="20"/>
        </w:rPr>
        <w:t>The word yet remained on the table after he said it.</w:t>
      </w:r>
    </w:p>
    <w:p>
      <w:pPr>
        <w:spacing w:after="60" w:line="266" w:lineRule="auto"/>
        <w:ind w:firstLine="331"/>
        <w:jc w:val="both"/>
      </w:pPr>
      <w:r>
        <w:rPr>
          <w:rFonts w:ascii="Georgia" w:hAnsi="Georgia"/>
          <w:b w:val="0"/>
          <w:i w:val="0"/>
          <w:color w:val="22201D"/>
          <w:sz w:val="20"/>
        </w:rPr>
        <w:t>It did not become a line item.</w:t>
      </w:r>
    </w:p>
    <w:p>
      <w:pPr>
        <w:spacing w:after="60" w:line="266" w:lineRule="auto"/>
        <w:ind w:firstLine="331"/>
        <w:jc w:val="both"/>
      </w:pPr>
      <w:r>
        <w:rPr>
          <w:rFonts w:ascii="Georgia" w:hAnsi="Georgia"/>
          <w:b w:val="0"/>
          <w:i w:val="0"/>
          <w:color w:val="22201D"/>
          <w:sz w:val="20"/>
        </w:rPr>
        <w:t>He appreciated the restraint.</w:t>
      </w:r>
    </w:p>
    <w:p>
      <w:pPr>
        <w:spacing w:after="60" w:line="266" w:lineRule="auto"/>
        <w:ind w:firstLine="331"/>
        <w:jc w:val="both"/>
      </w:pPr>
      <w:r>
        <w:rPr>
          <w:rFonts w:ascii="Georgia" w:hAnsi="Georgia"/>
          <w:b w:val="0"/>
          <w:i w:val="0"/>
          <w:color w:val="22201D"/>
          <w:sz w:val="20"/>
        </w:rPr>
        <w:t>The routing slip folded itself once.</w:t>
      </w:r>
    </w:p>
    <w:p>
      <w:pPr>
        <w:spacing w:after="60" w:line="266" w:lineRule="auto"/>
        <w:ind w:firstLine="331"/>
        <w:jc w:val="both"/>
      </w:pPr>
      <w:r>
        <w:rPr>
          <w:rFonts w:ascii="Georgia" w:hAnsi="Georgia"/>
          <w:b w:val="0"/>
          <w:i w:val="0"/>
          <w:color w:val="22201D"/>
          <w:sz w:val="20"/>
        </w:rPr>
        <w:t>Then it disappeared.</w:t>
      </w:r>
    </w:p>
    <w:p>
      <w:pPr>
        <w:spacing w:after="60" w:line="266" w:lineRule="auto"/>
        <w:ind w:firstLine="331"/>
        <w:jc w:val="both"/>
      </w:pPr>
      <w:r>
        <w:rPr>
          <w:rFonts w:ascii="Georgia" w:hAnsi="Georgia"/>
          <w:b w:val="0"/>
          <w:i w:val="0"/>
          <w:color w:val="22201D"/>
          <w:sz w:val="20"/>
        </w:rPr>
        <w:t>No flash. No sound. No tunnel through civic reality. It simply ceased to be on the table and became, Flocc understood with a level of confidence that would have embarrassed him yesterday, mail.</w:t>
      </w:r>
    </w:p>
    <w:p>
      <w:pPr>
        <w:spacing w:after="60" w:line="266" w:lineRule="auto"/>
        <w:ind w:firstLine="331"/>
        <w:jc w:val="both"/>
      </w:pPr>
      <w:r>
        <w:rPr>
          <w:rFonts w:ascii="Georgia" w:hAnsi="Georgia"/>
          <w:b w:val="0"/>
          <w:i w:val="0"/>
          <w:color w:val="22201D"/>
          <w:sz w:val="20"/>
        </w:rPr>
        <w:t>Somewhere, Steve R. Bellweather was about to receive another envelope.</w:t>
      </w:r>
    </w:p>
    <w:p>
      <w:pPr>
        <w:spacing w:after="60" w:line="266" w:lineRule="auto"/>
        <w:ind w:firstLine="331"/>
        <w:jc w:val="both"/>
      </w:pPr>
      <w:r>
        <w:rPr>
          <w:rFonts w:ascii="Georgia" w:hAnsi="Georgia"/>
          <w:b w:val="0"/>
          <w:i w:val="0"/>
          <w:color w:val="22201D"/>
          <w:sz w:val="20"/>
        </w:rPr>
        <w:t>Flocc looked at the bill.</w:t>
      </w:r>
    </w:p>
    <w:p>
      <w:pPr>
        <w:spacing w:after="60" w:line="266" w:lineRule="auto"/>
        <w:ind w:firstLine="331"/>
        <w:jc w:val="both"/>
      </w:pPr>
      <w:r>
        <w:rPr>
          <w:rFonts w:ascii="Georgia" w:hAnsi="Georgia"/>
          <w:b w:val="0"/>
          <w:i w:val="0"/>
          <w:color w:val="22201D"/>
          <w:sz w:val="20"/>
        </w:rPr>
        <w:t>"I am sorry," he said.</w:t>
      </w:r>
    </w:p>
    <w:p>
      <w:pPr>
        <w:spacing w:after="60" w:line="266" w:lineRule="auto"/>
        <w:ind w:firstLine="331"/>
        <w:jc w:val="both"/>
      </w:pPr>
      <w:r>
        <w:rPr>
          <w:rFonts w:ascii="Georgia" w:hAnsi="Georgia"/>
          <w:b w:val="0"/>
          <w:i w:val="0"/>
          <w:color w:val="22201D"/>
          <w:sz w:val="20"/>
        </w:rPr>
        <w:t>The bill did not change.</w:t>
      </w:r>
    </w:p>
    <w:p>
      <w:pPr>
        <w:spacing w:after="60" w:line="266" w:lineRule="auto"/>
        <w:ind w:firstLine="331"/>
        <w:jc w:val="both"/>
      </w:pPr>
      <w:r>
        <w:rPr>
          <w:rFonts w:ascii="Georgia" w:hAnsi="Georgia"/>
          <w:b w:val="0"/>
          <w:i w:val="0"/>
          <w:color w:val="22201D"/>
          <w:sz w:val="20"/>
        </w:rPr>
        <w:t>Mara did not move.</w:t>
      </w:r>
    </w:p>
    <w:p>
      <w:pPr>
        <w:spacing w:after="60" w:line="266" w:lineRule="auto"/>
        <w:ind w:firstLine="331"/>
        <w:jc w:val="both"/>
      </w:pPr>
      <w:r>
        <w:rPr>
          <w:rFonts w:ascii="Georgia" w:hAnsi="Georgia"/>
          <w:b w:val="0"/>
          <w:i w:val="0"/>
          <w:color w:val="22201D"/>
          <w:sz w:val="20"/>
        </w:rPr>
        <w:t>He waited.</w:t>
      </w:r>
    </w:p>
    <w:p>
      <w:pPr>
        <w:spacing w:after="60" w:line="266" w:lineRule="auto"/>
        <w:ind w:firstLine="331"/>
        <w:jc w:val="both"/>
      </w:pPr>
      <w:r>
        <w:rPr>
          <w:rFonts w:ascii="Georgia" w:hAnsi="Georgia"/>
          <w:b w:val="0"/>
          <w:i w:val="0"/>
          <w:color w:val="22201D"/>
          <w:sz w:val="20"/>
        </w:rPr>
        <w:t>The bill remained exactly as it was.</w:t>
      </w:r>
    </w:p>
    <w:p>
      <w:pPr>
        <w:spacing w:after="60" w:line="266" w:lineRule="auto"/>
        <w:ind w:firstLine="331"/>
        <w:jc w:val="both"/>
      </w:pPr>
      <w:r>
        <w:rPr>
          <w:rFonts w:ascii="Georgia" w:hAnsi="Georgia"/>
          <w:b w:val="0"/>
          <w:i w:val="0"/>
          <w:color w:val="22201D"/>
          <w:sz w:val="20"/>
        </w:rPr>
        <w:t>"That usually works," he said.</w:t>
      </w:r>
    </w:p>
    <w:p>
      <w:pPr>
        <w:spacing w:after="60" w:line="266" w:lineRule="auto"/>
        <w:ind w:firstLine="331"/>
        <w:jc w:val="both"/>
      </w:pPr>
      <w:r>
        <w:rPr>
          <w:rFonts w:ascii="Georgia" w:hAnsi="Georgia"/>
          <w:b w:val="0"/>
          <w:i w:val="0"/>
          <w:color w:val="22201D"/>
          <w:sz w:val="20"/>
        </w:rPr>
        <w:t>"No," Mara said. "It usually ends the conversation."</w:t>
      </w:r>
    </w:p>
    <w:p>
      <w:pPr>
        <w:spacing w:after="60" w:line="266" w:lineRule="auto"/>
        <w:ind w:firstLine="331"/>
        <w:jc w:val="both"/>
      </w:pPr>
      <w:r>
        <w:rPr>
          <w:rFonts w:ascii="Georgia" w:hAnsi="Georgia"/>
          <w:b w:val="0"/>
          <w:i w:val="0"/>
          <w:color w:val="22201D"/>
          <w:sz w:val="20"/>
        </w:rPr>
        <w:t>Flocc looked at her.</w:t>
      </w:r>
    </w:p>
    <w:p>
      <w:pPr>
        <w:spacing w:after="60" w:line="266" w:lineRule="auto"/>
        <w:ind w:firstLine="331"/>
        <w:jc w:val="both"/>
      </w:pPr>
      <w:r>
        <w:rPr>
          <w:rFonts w:ascii="Georgia" w:hAnsi="Georgia"/>
          <w:b w:val="0"/>
          <w:i w:val="0"/>
          <w:color w:val="22201D"/>
          <w:sz w:val="20"/>
        </w:rPr>
        <w:t>She was not unkind.</w:t>
      </w:r>
    </w:p>
    <w:p>
      <w:pPr>
        <w:spacing w:after="60" w:line="266" w:lineRule="auto"/>
        <w:ind w:firstLine="331"/>
        <w:jc w:val="both"/>
      </w:pPr>
      <w:r>
        <w:rPr>
          <w:rFonts w:ascii="Georgia" w:hAnsi="Georgia"/>
          <w:b w:val="0"/>
          <w:i w:val="0"/>
          <w:color w:val="22201D"/>
          <w:sz w:val="20"/>
        </w:rPr>
        <w:t>This was becoming a pattern.</w:t>
      </w:r>
    </w:p>
    <w:p>
      <w:pPr>
        <w:spacing w:after="60" w:line="266" w:lineRule="auto"/>
        <w:ind w:firstLine="331"/>
        <w:jc w:val="both"/>
      </w:pPr>
      <w:r>
        <w:rPr>
          <w:rFonts w:ascii="Georgia" w:hAnsi="Georgia"/>
          <w:b w:val="0"/>
          <w:i w:val="0"/>
          <w:color w:val="22201D"/>
          <w:sz w:val="20"/>
        </w:rPr>
        <w:t>"What should I say?"</w:t>
      </w:r>
    </w:p>
    <w:p>
      <w:pPr>
        <w:spacing w:after="60" w:line="266" w:lineRule="auto"/>
        <w:ind w:firstLine="331"/>
        <w:jc w:val="both"/>
      </w:pPr>
      <w:r>
        <w:rPr>
          <w:rFonts w:ascii="Georgia" w:hAnsi="Georgia"/>
          <w:b w:val="0"/>
          <w:i w:val="0"/>
          <w:color w:val="22201D"/>
          <w:sz w:val="20"/>
        </w:rPr>
        <w:t>"Maybe nothing yet."</w:t>
      </w:r>
    </w:p>
    <w:p>
      <w:pPr>
        <w:spacing w:after="60" w:line="266" w:lineRule="auto"/>
        <w:ind w:firstLine="331"/>
        <w:jc w:val="both"/>
      </w:pPr>
      <w:r>
        <w:rPr>
          <w:rFonts w:ascii="Georgia" w:hAnsi="Georgia"/>
          <w:b w:val="0"/>
          <w:i w:val="0"/>
          <w:color w:val="22201D"/>
          <w:sz w:val="20"/>
        </w:rPr>
        <w:t>"Nothing is hard."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He sat with the open bill.</w:t>
      </w:r>
    </w:p>
    <w:p>
      <w:pPr>
        <w:spacing w:after="60" w:line="266" w:lineRule="auto"/>
        <w:ind w:firstLine="331"/>
        <w:jc w:val="both"/>
      </w:pPr>
      <w:r>
        <w:rPr>
          <w:rFonts w:ascii="Georgia" w:hAnsi="Georgia"/>
          <w:b w:val="0"/>
          <w:i w:val="0"/>
          <w:color w:val="22201D"/>
          <w:sz w:val="20"/>
        </w:rPr>
        <w:t>He did not close it.</w:t>
      </w:r>
    </w:p>
    <w:p>
      <w:pPr>
        <w:spacing w:after="60" w:line="266" w:lineRule="auto"/>
        <w:ind w:firstLine="331"/>
        <w:jc w:val="both"/>
      </w:pPr>
      <w:r>
        <w:rPr>
          <w:rFonts w:ascii="Georgia" w:hAnsi="Georgia"/>
          <w:b w:val="0"/>
          <w:i w:val="0"/>
          <w:color w:val="22201D"/>
          <w:sz w:val="20"/>
        </w:rPr>
        <w:t>This was not payment.</w:t>
      </w:r>
    </w:p>
    <w:p>
      <w:pPr>
        <w:spacing w:after="60" w:line="266" w:lineRule="auto"/>
        <w:ind w:firstLine="331"/>
        <w:jc w:val="both"/>
      </w:pPr>
      <w:r>
        <w:rPr>
          <w:rFonts w:ascii="Georgia" w:hAnsi="Georgia"/>
          <w:b w:val="0"/>
          <w:i w:val="0"/>
          <w:color w:val="22201D"/>
          <w:sz w:val="20"/>
        </w:rPr>
        <w:t>It was not even progress, exactly.</w:t>
      </w:r>
    </w:p>
    <w:p>
      <w:pPr>
        <w:spacing w:after="60" w:line="266" w:lineRule="auto"/>
        <w:ind w:firstLine="331"/>
        <w:jc w:val="both"/>
      </w:pPr>
      <w:r>
        <w:rPr>
          <w:rFonts w:ascii="Georgia" w:hAnsi="Georgia"/>
          <w:b w:val="0"/>
          <w:i w:val="0"/>
          <w:color w:val="22201D"/>
          <w:sz w:val="20"/>
        </w:rPr>
        <w:t>It was the condition under which progress might stop being dramatic and begin being accurate.</w:t>
      </w:r>
    </w:p>
    <w:p>
      <w:pPr>
        <w:spacing w:after="60" w:line="266" w:lineRule="auto"/>
        <w:ind w:firstLine="331"/>
        <w:jc w:val="both"/>
      </w:pPr>
      <w:r>
        <w:rPr>
          <w:rFonts w:ascii="Georgia" w:hAnsi="Georgia"/>
          <w:b w:val="0"/>
          <w:i w:val="0"/>
          <w:color w:val="22201D"/>
          <w:sz w:val="20"/>
        </w:rPr>
        <w:t>After a while, the bill printed one final line for the chapter.</w:t>
      </w:r>
    </w:p>
    <w:p>
      <w:pPr>
        <w:spacing w:after="60" w:line="250" w:lineRule="auto"/>
        <w:ind w:left="202" w:right="173"/>
      </w:pPr>
      <w:r>
        <w:rPr>
          <w:rFonts w:ascii="Georgia" w:hAnsi="Georgia"/>
          <w:b w:val="0"/>
          <w:i w:val="0"/>
          <w:color w:val="22201D"/>
          <w:sz w:val="17"/>
        </w:rPr>
        <w:t>CHAPTER ONE STATUS: account opened first payments accepted routing initiated dinner pending  NEXT REQUIRED ACTION: reopen originating case file</w:t>
      </w:r>
    </w:p>
    <w:p>
      <w:pPr>
        <w:spacing w:after="60" w:line="266" w:lineRule="auto"/>
        <w:ind w:firstLine="331"/>
        <w:jc w:val="both"/>
      </w:pPr>
      <w:r>
        <w:rPr>
          <w:rFonts w:ascii="Georgia" w:hAnsi="Georgia"/>
          <w:b w:val="0"/>
          <w:i w:val="0"/>
          <w:color w:val="22201D"/>
          <w:sz w:val="20"/>
        </w:rPr>
        <w:t>The menu closed.</w:t>
      </w:r>
    </w:p>
    <w:p>
      <w:pPr>
        <w:spacing w:after="60" w:line="266" w:lineRule="auto"/>
        <w:ind w:firstLine="331"/>
        <w:jc w:val="both"/>
      </w:pPr>
      <w:r>
        <w:rPr>
          <w:rFonts w:ascii="Georgia" w:hAnsi="Georgia"/>
          <w:b w:val="0"/>
          <w:i w:val="0"/>
          <w:color w:val="22201D"/>
          <w:sz w:val="20"/>
        </w:rPr>
        <w:t>The bill stayed open.</w:t>
      </w:r>
    </w:p>
    <w:p>
      <w:pPr>
        <w:spacing w:after="60" w:line="266" w:lineRule="auto"/>
        <w:ind w:firstLine="331"/>
        <w:jc w:val="both"/>
      </w:pPr>
      <w:r>
        <w:rPr>
          <w:rFonts w:ascii="Georgia" w:hAnsi="Georgia"/>
          <w:b w:val="0"/>
          <w:i w:val="0"/>
          <w:color w:val="22201D"/>
          <w:sz w:val="20"/>
        </w:rPr>
        <w:t>The kitchen kept working.</w:t>
      </w:r>
    </w:p>
    <w:p>
      <w:pPr>
        <w:spacing w:after="60" w:line="266" w:lineRule="auto"/>
        <w:ind w:firstLine="331"/>
        <w:jc w:val="both"/>
      </w:pPr>
      <w:r>
        <w:rPr>
          <w:rFonts w:ascii="Georgia" w:hAnsi="Georgia"/>
          <w:b w:val="0"/>
          <w:i w:val="0"/>
          <w:color w:val="22201D"/>
          <w:sz w:val="20"/>
        </w:rPr>
        <w:t>Dinner was still not served.</w:t>
      </w:r>
    </w:p>
    <w:p>
      <w:pPr>
        <w:spacing w:after="60" w:line="266" w:lineRule="auto"/>
        <w:ind w:firstLine="331"/>
        <w:jc w:val="both"/>
      </w:pPr>
      <w:r>
        <w:rPr>
          <w:rFonts w:ascii="Georgia" w:hAnsi="Georgia"/>
          <w:b w:val="0"/>
          <w:i w:val="0"/>
          <w:color w:val="22201D"/>
          <w:sz w:val="20"/>
        </w:rPr>
        <w:t>But for the first time since the check had arrived, Flocc understood that waiting for dinner was not the same as being denied it.</w:t>
      </w:r>
    </w:p>
    <w:p>
      <w:pPr>
        <w:spacing w:after="60" w:line="266" w:lineRule="auto"/>
        <w:ind w:firstLine="331"/>
        <w:jc w:val="both"/>
      </w:pPr>
      <w:r>
        <w:rPr>
          <w:rFonts w:ascii="Georgia" w:hAnsi="Georgia"/>
          <w:b w:val="0"/>
          <w:i w:val="0"/>
          <w:color w:val="22201D"/>
          <w:sz w:val="20"/>
        </w:rPr>
        <w:t>Somewhere far from the table, in a pottery studio that had already learned the danger of impossible mail, an envelope found the correct shelf.</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2: Steve Reopens the Case</w:t>
      </w:r>
    </w:p>
    <w:p>
      <w:pPr>
        <w:spacing w:after="60" w:line="266" w:lineRule="auto"/>
        <w:ind w:firstLine="0"/>
        <w:jc w:val="both"/>
      </w:pPr>
      <w:r>
        <w:rPr>
          <w:rFonts w:ascii="Georgia" w:hAnsi="Georgia"/>
          <w:b w:val="0"/>
          <w:i w:val="0"/>
          <w:color w:val="22201D"/>
          <w:sz w:val="20"/>
        </w:rPr>
        <w:t>In which retirement again fails to protect Steve Bellweather from jurisdiction, a case file arrives with the moral weight of wet clay, and the former clerk discovers that closing a file is not the same as satisfying it.</w:t>
      </w:r>
    </w:p>
    <w:p>
      <w:pPr>
        <w:spacing w:after="60" w:line="266" w:lineRule="auto"/>
        <w:ind w:firstLine="331"/>
        <w:jc w:val="both"/>
      </w:pPr>
      <w:r>
        <w:rPr>
          <w:rFonts w:ascii="Georgia" w:hAnsi="Georgia"/>
          <w:b w:val="0"/>
          <w:i w:val="0"/>
          <w:color w:val="22201D"/>
          <w:sz w:val="20"/>
        </w:rPr>
        <w:t>Steve Bellweather had developed a theory of lids.</w:t>
      </w:r>
    </w:p>
    <w:p>
      <w:pPr>
        <w:spacing w:after="60" w:line="266" w:lineRule="auto"/>
        <w:ind w:firstLine="331"/>
        <w:jc w:val="both"/>
      </w:pPr>
      <w:r>
        <w:rPr>
          <w:rFonts w:ascii="Georgia" w:hAnsi="Georgia"/>
          <w:b w:val="0"/>
          <w:i w:val="0"/>
          <w:color w:val="22201D"/>
          <w:sz w:val="20"/>
        </w:rPr>
        <w:t>This was not, he knew, the kind of theory that earned invitations to conferences, unless the conference was for potters, storage experts, or people who had spent too long looking at systems and had begun to suspect that civilization was mostly a series of containers pretending to be solutions.</w:t>
      </w:r>
    </w:p>
    <w:p>
      <w:pPr>
        <w:spacing w:after="60" w:line="266" w:lineRule="auto"/>
        <w:ind w:firstLine="331"/>
        <w:jc w:val="both"/>
      </w:pPr>
      <w:r>
        <w:rPr>
          <w:rFonts w:ascii="Georgia" w:hAnsi="Georgia"/>
          <w:b w:val="0"/>
          <w:i w:val="0"/>
          <w:color w:val="22201D"/>
          <w:sz w:val="20"/>
        </w:rPr>
        <w:t>A good lid did not deny the existence of what it covered.</w:t>
      </w:r>
    </w:p>
    <w:p>
      <w:pPr>
        <w:spacing w:after="60" w:line="266" w:lineRule="auto"/>
        <w:ind w:firstLine="331"/>
        <w:jc w:val="both"/>
      </w:pPr>
      <w:r>
        <w:rPr>
          <w:rFonts w:ascii="Georgia" w:hAnsi="Georgia"/>
          <w:b w:val="0"/>
          <w:i w:val="0"/>
          <w:color w:val="22201D"/>
          <w:sz w:val="20"/>
        </w:rPr>
        <w:t>This was the first principle.</w:t>
      </w:r>
    </w:p>
    <w:p>
      <w:pPr>
        <w:spacing w:after="60" w:line="266" w:lineRule="auto"/>
        <w:ind w:firstLine="331"/>
        <w:jc w:val="both"/>
      </w:pPr>
      <w:r>
        <w:rPr>
          <w:rFonts w:ascii="Georgia" w:hAnsi="Georgia"/>
          <w:b w:val="0"/>
          <w:i w:val="0"/>
          <w:color w:val="22201D"/>
          <w:sz w:val="20"/>
        </w:rPr>
        <w:t>A bad lid behaved as if concealment were the same as completion. It sat on top of a jar full of sauerkraut, taxes, grief, or unwashed measuring spoons and implied that the matter was settled because no one could currently see it. Bad lids were common. Steve had known many bad lids in county government. Some were manila. Some were statutory. One had been named Kevin.</w:t>
      </w:r>
    </w:p>
    <w:p>
      <w:pPr>
        <w:spacing w:after="60" w:line="266" w:lineRule="auto"/>
        <w:ind w:firstLine="331"/>
        <w:jc w:val="both"/>
      </w:pPr>
      <w:r>
        <w:rPr>
          <w:rFonts w:ascii="Georgia" w:hAnsi="Georgia"/>
          <w:b w:val="0"/>
          <w:i w:val="0"/>
          <w:color w:val="22201D"/>
          <w:sz w:val="20"/>
        </w:rPr>
        <w:t>A good lid acknowledged pressure.</w:t>
      </w:r>
    </w:p>
    <w:p>
      <w:pPr>
        <w:spacing w:after="60" w:line="266" w:lineRule="auto"/>
        <w:ind w:firstLine="331"/>
        <w:jc w:val="both"/>
      </w:pPr>
      <w:r>
        <w:rPr>
          <w:rFonts w:ascii="Georgia" w:hAnsi="Georgia"/>
          <w:b w:val="0"/>
          <w:i w:val="0"/>
          <w:color w:val="22201D"/>
          <w:sz w:val="20"/>
        </w:rPr>
        <w:t>This was the second principle.</w:t>
      </w:r>
    </w:p>
    <w:p>
      <w:pPr>
        <w:spacing w:after="60" w:line="266" w:lineRule="auto"/>
        <w:ind w:firstLine="331"/>
        <w:jc w:val="both"/>
      </w:pPr>
      <w:r>
        <w:rPr>
          <w:rFonts w:ascii="Georgia" w:hAnsi="Georgia"/>
          <w:b w:val="0"/>
          <w:i w:val="0"/>
          <w:color w:val="22201D"/>
          <w:sz w:val="20"/>
        </w:rPr>
        <w:t>Fermentation required a lid that could tolerate gas. Tea required a lid that could hold heat without trapping bitterness. Clay required a covered damp box that preserved moisture without encouraging mold. Records required a lid that kept papers together without convincing the clerk that the problem inside had stopped existing.</w:t>
      </w:r>
    </w:p>
    <w:p>
      <w:pPr>
        <w:spacing w:after="60" w:line="266" w:lineRule="auto"/>
        <w:ind w:firstLine="331"/>
        <w:jc w:val="both"/>
      </w:pPr>
      <w:r>
        <w:rPr>
          <w:rFonts w:ascii="Georgia" w:hAnsi="Georgia"/>
          <w:b w:val="0"/>
          <w:i w:val="0"/>
          <w:color w:val="22201D"/>
          <w:sz w:val="20"/>
        </w:rPr>
        <w:t>Steve had learned this late.</w:t>
      </w:r>
    </w:p>
    <w:p>
      <w:pPr>
        <w:spacing w:after="60" w:line="266" w:lineRule="auto"/>
        <w:ind w:firstLine="331"/>
        <w:jc w:val="both"/>
      </w:pPr>
      <w:r>
        <w:rPr>
          <w:rFonts w:ascii="Georgia" w:hAnsi="Georgia"/>
          <w:b w:val="0"/>
          <w:i w:val="0"/>
          <w:color w:val="22201D"/>
          <w:sz w:val="20"/>
        </w:rPr>
        <w:t>He was better at pottery now because pottery punished bad theory quickly. A bowl that was too thin collapsed. A lid that did not fit rattled. A glaze that lied during application told the truth in the kiln. Clay had no interest in retirement, intention, or institutional language. Clay accepted only hands, water, pressure, and time.</w:t>
      </w:r>
    </w:p>
    <w:p>
      <w:pPr>
        <w:spacing w:after="60" w:line="266" w:lineRule="auto"/>
        <w:ind w:firstLine="331"/>
        <w:jc w:val="both"/>
      </w:pPr>
      <w:r>
        <w:rPr>
          <w:rFonts w:ascii="Georgia" w:hAnsi="Georgia"/>
          <w:b w:val="0"/>
          <w:i w:val="0"/>
          <w:color w:val="22201D"/>
          <w:sz w:val="20"/>
        </w:rPr>
        <w:t>This made clay superior to most forms.</w:t>
      </w:r>
    </w:p>
    <w:p>
      <w:pPr>
        <w:spacing w:after="60" w:line="266" w:lineRule="auto"/>
        <w:ind w:firstLine="331"/>
        <w:jc w:val="both"/>
      </w:pPr>
      <w:r>
        <w:rPr>
          <w:rFonts w:ascii="Georgia" w:hAnsi="Georgia"/>
          <w:b w:val="0"/>
          <w:i w:val="0"/>
          <w:color w:val="22201D"/>
          <w:sz w:val="20"/>
        </w:rPr>
        <w:t>Steve was trimming a lid when the case file arrived.</w:t>
      </w:r>
    </w:p>
    <w:p>
      <w:pPr>
        <w:spacing w:after="60" w:line="266" w:lineRule="auto"/>
        <w:ind w:firstLine="331"/>
        <w:jc w:val="both"/>
      </w:pPr>
      <w:r>
        <w:rPr>
          <w:rFonts w:ascii="Georgia" w:hAnsi="Georgia"/>
          <w:b w:val="0"/>
          <w:i w:val="0"/>
          <w:color w:val="22201D"/>
          <w:sz w:val="20"/>
        </w:rPr>
        <w:t>Not an envelope.</w:t>
      </w:r>
    </w:p>
    <w:p>
      <w:pPr>
        <w:spacing w:after="60" w:line="266" w:lineRule="auto"/>
        <w:ind w:firstLine="331"/>
        <w:jc w:val="both"/>
      </w:pPr>
      <w:r>
        <w:rPr>
          <w:rFonts w:ascii="Georgia" w:hAnsi="Georgia"/>
          <w:b w:val="0"/>
          <w:i w:val="0"/>
          <w:color w:val="22201D"/>
          <w:sz w:val="20"/>
        </w:rPr>
        <w:t>This was how he knew matters had escalated.</w:t>
      </w:r>
    </w:p>
    <w:p>
      <w:pPr>
        <w:spacing w:after="60" w:line="266" w:lineRule="auto"/>
        <w:ind w:firstLine="331"/>
        <w:jc w:val="both"/>
      </w:pPr>
      <w:r>
        <w:rPr>
          <w:rFonts w:ascii="Georgia" w:hAnsi="Georgia"/>
          <w:b w:val="0"/>
          <w:i w:val="0"/>
          <w:color w:val="22201D"/>
          <w:sz w:val="20"/>
        </w:rPr>
        <w:t>Envelopes were questions. They arrived sealed, with plausible deniability. They implied that a person still had a moment to decide whether opening them counted as consent.</w:t>
      </w:r>
    </w:p>
    <w:p>
      <w:pPr>
        <w:spacing w:after="60" w:line="266" w:lineRule="auto"/>
        <w:ind w:firstLine="331"/>
        <w:jc w:val="both"/>
      </w:pPr>
      <w:r>
        <w:rPr>
          <w:rFonts w:ascii="Georgia" w:hAnsi="Georgia"/>
          <w:b w:val="0"/>
          <w:i w:val="0"/>
          <w:color w:val="22201D"/>
          <w:sz w:val="20"/>
        </w:rPr>
        <w:t>Case files were different.</w:t>
      </w:r>
    </w:p>
    <w:p>
      <w:pPr>
        <w:spacing w:after="60" w:line="266" w:lineRule="auto"/>
        <w:ind w:firstLine="331"/>
        <w:jc w:val="both"/>
      </w:pPr>
      <w:r>
        <w:rPr>
          <w:rFonts w:ascii="Georgia" w:hAnsi="Georgia"/>
          <w:b w:val="0"/>
          <w:i w:val="0"/>
          <w:color w:val="22201D"/>
          <w:sz w:val="20"/>
        </w:rPr>
        <w:t>Case files arrived already believing in themselves.</w:t>
      </w:r>
    </w:p>
    <w:p>
      <w:pPr>
        <w:spacing w:after="60" w:line="266" w:lineRule="auto"/>
        <w:ind w:firstLine="331"/>
        <w:jc w:val="both"/>
      </w:pPr>
      <w:r>
        <w:rPr>
          <w:rFonts w:ascii="Georgia" w:hAnsi="Georgia"/>
          <w:b w:val="0"/>
          <w:i w:val="0"/>
          <w:color w:val="22201D"/>
          <w:sz w:val="20"/>
        </w:rPr>
        <w:t>The file appeared on the shelf where Steve kept bisque-fired bowls waiting for glaze tests. It was standard county tan, if standard county tan had spent the night under a door in the rain and then dried itself through force of will. Its tab had been typed in a font Steve recognized with a physical discomfort that began in his shoulders and proceeded directly to his teeth.</w:t>
      </w:r>
    </w:p>
    <w:p>
      <w:pPr>
        <w:spacing w:after="60" w:line="250" w:lineRule="auto"/>
        <w:ind w:left="202" w:right="173"/>
      </w:pPr>
      <w:r>
        <w:rPr>
          <w:rFonts w:ascii="Georgia" w:hAnsi="Georgia"/>
          <w:b w:val="0"/>
          <w:i w:val="0"/>
          <w:color w:val="22201D"/>
          <w:sz w:val="17"/>
        </w:rPr>
        <w:t>CASE NO. 04-ES-1987-1994-ALL EMOJI SOUP AUDIT REOPENING</w:t>
      </w:r>
    </w:p>
    <w:p>
      <w:pPr>
        <w:spacing w:after="60" w:line="266" w:lineRule="auto"/>
        <w:ind w:firstLine="331"/>
        <w:jc w:val="both"/>
      </w:pPr>
      <w:r>
        <w:rPr>
          <w:rFonts w:ascii="Georgia" w:hAnsi="Georgia"/>
          <w:b w:val="0"/>
          <w:i w:val="0"/>
          <w:color w:val="22201D"/>
          <w:sz w:val="20"/>
        </w:rPr>
        <w:t>Steve stopped the wheel.</w:t>
      </w:r>
    </w:p>
    <w:p>
      <w:pPr>
        <w:spacing w:after="60" w:line="266" w:lineRule="auto"/>
        <w:ind w:firstLine="331"/>
        <w:jc w:val="both"/>
      </w:pPr>
      <w:r>
        <w:rPr>
          <w:rFonts w:ascii="Georgia" w:hAnsi="Georgia"/>
          <w:b w:val="0"/>
          <w:i w:val="0"/>
          <w:color w:val="22201D"/>
          <w:sz w:val="20"/>
        </w:rPr>
        <w:t>The lid on the wheel continued turning for a few seconds because objects had their own opinions about endings.</w:t>
      </w:r>
    </w:p>
    <w:p>
      <w:pPr>
        <w:spacing w:after="60" w:line="266" w:lineRule="auto"/>
        <w:ind w:firstLine="331"/>
        <w:jc w:val="both"/>
      </w:pPr>
      <w:r>
        <w:rPr>
          <w:rFonts w:ascii="Georgia" w:hAnsi="Georgia"/>
          <w:b w:val="0"/>
          <w:i w:val="0"/>
          <w:color w:val="22201D"/>
          <w:sz w:val="20"/>
        </w:rPr>
        <w:t>"No," Steve said.</w:t>
      </w:r>
    </w:p>
    <w:p>
      <w:pPr>
        <w:spacing w:after="60" w:line="266" w:lineRule="auto"/>
        <w:ind w:firstLine="331"/>
        <w:jc w:val="both"/>
      </w:pPr>
      <w:r>
        <w:rPr>
          <w:rFonts w:ascii="Georgia" w:hAnsi="Georgia"/>
          <w:b w:val="0"/>
          <w:i w:val="0"/>
          <w:color w:val="22201D"/>
          <w:sz w:val="20"/>
        </w:rPr>
        <w:t>The case file did not argue.</w:t>
      </w:r>
    </w:p>
    <w:p>
      <w:pPr>
        <w:spacing w:after="60" w:line="266" w:lineRule="auto"/>
        <w:ind w:firstLine="331"/>
        <w:jc w:val="both"/>
      </w:pPr>
      <w:r>
        <w:rPr>
          <w:rFonts w:ascii="Georgia" w:hAnsi="Georgia"/>
          <w:b w:val="0"/>
          <w:i w:val="0"/>
          <w:color w:val="22201D"/>
          <w:sz w:val="20"/>
        </w:rPr>
        <w:t>It did not need to.</w:t>
      </w:r>
    </w:p>
    <w:p>
      <w:pPr>
        <w:spacing w:after="60" w:line="266" w:lineRule="auto"/>
        <w:ind w:firstLine="331"/>
        <w:jc w:val="both"/>
      </w:pPr>
      <w:r>
        <w:rPr>
          <w:rFonts w:ascii="Georgia" w:hAnsi="Georgia"/>
          <w:b w:val="0"/>
          <w:i w:val="0"/>
          <w:color w:val="22201D"/>
          <w:sz w:val="20"/>
        </w:rPr>
        <w:t>Steve wiped his hands on a towel, then remembered that he had clay on the towel, then remembered that clean hands were not the same as willing hands, then went to the sink and washed properly.</w:t>
      </w:r>
    </w:p>
    <w:p>
      <w:pPr>
        <w:spacing w:after="60" w:line="266" w:lineRule="auto"/>
        <w:ind w:firstLine="331"/>
        <w:jc w:val="both"/>
      </w:pPr>
      <w:r>
        <w:rPr>
          <w:rFonts w:ascii="Georgia" w:hAnsi="Georgia"/>
          <w:b w:val="0"/>
          <w:i w:val="0"/>
          <w:color w:val="22201D"/>
          <w:sz w:val="20"/>
        </w:rPr>
        <w:t>He had known Gerald Park long enough, by now, to wash properly before touching impossible paperwork.</w:t>
      </w:r>
    </w:p>
    <w:p>
      <w:pPr>
        <w:spacing w:after="60" w:line="266" w:lineRule="auto"/>
        <w:ind w:firstLine="331"/>
        <w:jc w:val="both"/>
      </w:pPr>
      <w:r>
        <w:rPr>
          <w:rFonts w:ascii="Georgia" w:hAnsi="Georgia"/>
          <w:b w:val="0"/>
          <w:i w:val="0"/>
          <w:color w:val="22201D"/>
          <w:sz w:val="20"/>
        </w:rPr>
        <w:t>This was friendship.</w:t>
      </w:r>
    </w:p>
    <w:p>
      <w:pPr>
        <w:spacing w:after="60" w:line="266" w:lineRule="auto"/>
        <w:ind w:firstLine="331"/>
        <w:jc w:val="both"/>
      </w:pPr>
      <w:r>
        <w:rPr>
          <w:rFonts w:ascii="Georgia" w:hAnsi="Georgia"/>
          <w:b w:val="0"/>
          <w:i w:val="0"/>
          <w:color w:val="22201D"/>
          <w:sz w:val="20"/>
        </w:rPr>
        <w:t>The file waited.</w:t>
      </w:r>
    </w:p>
    <w:p>
      <w:pPr>
        <w:spacing w:after="60" w:line="266" w:lineRule="auto"/>
        <w:ind w:firstLine="331"/>
        <w:jc w:val="both"/>
      </w:pPr>
      <w:r>
        <w:rPr>
          <w:rFonts w:ascii="Georgia" w:hAnsi="Georgia"/>
          <w:b w:val="0"/>
          <w:i w:val="0"/>
          <w:color w:val="22201D"/>
          <w:sz w:val="20"/>
        </w:rPr>
        <w:t>On its cover, beneath the case number, a new line typed itself.</w:t>
      </w:r>
    </w:p>
    <w:p>
      <w:pPr>
        <w:spacing w:after="60" w:line="250" w:lineRule="auto"/>
        <w:ind w:left="202" w:right="173"/>
      </w:pPr>
      <w:r>
        <w:rPr>
          <w:rFonts w:ascii="Georgia" w:hAnsi="Georgia"/>
          <w:b w:val="0"/>
          <w:i w:val="0"/>
          <w:color w:val="22201D"/>
          <w:sz w:val="17"/>
        </w:rPr>
        <w:t>ORIGINATING CLERK: STEVE R. BELLWEATHER</w:t>
      </w:r>
    </w:p>
    <w:p>
      <w:pPr>
        <w:spacing w:after="60" w:line="266" w:lineRule="auto"/>
        <w:ind w:firstLine="331"/>
        <w:jc w:val="both"/>
      </w:pPr>
      <w:r>
        <w:rPr>
          <w:rFonts w:ascii="Georgia" w:hAnsi="Georgia"/>
          <w:b w:val="0"/>
          <w:i w:val="0"/>
          <w:color w:val="22201D"/>
          <w:sz w:val="20"/>
        </w:rPr>
        <w:t>"Former," Steve said.</w:t>
      </w:r>
    </w:p>
    <w:p>
      <w:pPr>
        <w:spacing w:after="60" w:line="266" w:lineRule="auto"/>
        <w:ind w:firstLine="331"/>
        <w:jc w:val="both"/>
      </w:pPr>
      <w:r>
        <w:rPr>
          <w:rFonts w:ascii="Georgia" w:hAnsi="Georgia"/>
          <w:b w:val="0"/>
          <w:i w:val="0"/>
          <w:color w:val="22201D"/>
          <w:sz w:val="20"/>
        </w:rPr>
        <w:t>The line paused.</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FORMER CLERK. CURRENT CUSTODIAN BY RECURRENCE.</w:t>
      </w:r>
    </w:p>
    <w:p>
      <w:pPr>
        <w:spacing w:after="60" w:line="266" w:lineRule="auto"/>
        <w:ind w:firstLine="331"/>
        <w:jc w:val="both"/>
      </w:pPr>
      <w:r>
        <w:rPr>
          <w:rFonts w:ascii="Georgia" w:hAnsi="Georgia"/>
          <w:b w:val="0"/>
          <w:i w:val="0"/>
          <w:color w:val="22201D"/>
          <w:sz w:val="20"/>
        </w:rPr>
        <w:t>Steve closed his eyes.</w:t>
      </w:r>
    </w:p>
    <w:p>
      <w:pPr>
        <w:spacing w:after="60" w:line="266" w:lineRule="auto"/>
        <w:ind w:firstLine="331"/>
        <w:jc w:val="both"/>
      </w:pPr>
      <w:r>
        <w:rPr>
          <w:rFonts w:ascii="Georgia" w:hAnsi="Georgia"/>
          <w:b w:val="0"/>
          <w:i w:val="0"/>
          <w:color w:val="22201D"/>
          <w:sz w:val="20"/>
        </w:rPr>
        <w:t>There were moments in a person's life when a phrase arrived with such bureaucratic precision that denying it would only make the paperwork stronger.</w:t>
      </w:r>
    </w:p>
    <w:p>
      <w:pPr>
        <w:spacing w:after="60" w:line="266" w:lineRule="auto"/>
        <w:ind w:firstLine="331"/>
        <w:jc w:val="both"/>
      </w:pPr>
      <w:r>
        <w:rPr>
          <w:rFonts w:ascii="Georgia" w:hAnsi="Georgia"/>
          <w:b w:val="0"/>
          <w:i w:val="0"/>
          <w:color w:val="22201D"/>
          <w:sz w:val="20"/>
        </w:rPr>
        <w:t>He opened his eyes.</w:t>
      </w:r>
    </w:p>
    <w:p>
      <w:pPr>
        <w:spacing w:after="60" w:line="266" w:lineRule="auto"/>
        <w:ind w:firstLine="331"/>
        <w:jc w:val="both"/>
      </w:pPr>
      <w:r>
        <w:rPr>
          <w:rFonts w:ascii="Georgia" w:hAnsi="Georgia"/>
          <w:b w:val="0"/>
          <w:i w:val="0"/>
          <w:color w:val="22201D"/>
          <w:sz w:val="20"/>
        </w:rPr>
        <w:t>"I did not create this audit."</w:t>
      </w:r>
    </w:p>
    <w:p>
      <w:pPr>
        <w:spacing w:after="60" w:line="266" w:lineRule="auto"/>
        <w:ind w:firstLine="331"/>
        <w:jc w:val="both"/>
      </w:pPr>
      <w:r>
        <w:rPr>
          <w:rFonts w:ascii="Georgia" w:hAnsi="Georgia"/>
          <w:b w:val="0"/>
          <w:i w:val="0"/>
          <w:color w:val="22201D"/>
          <w:sz w:val="20"/>
        </w:rPr>
        <w:t>The case file produced a small slip from between its covers.</w:t>
      </w:r>
    </w:p>
    <w:p>
      <w:pPr>
        <w:spacing w:after="60" w:line="250" w:lineRule="auto"/>
        <w:ind w:left="202" w:right="173"/>
      </w:pPr>
      <w:r>
        <w:rPr>
          <w:rFonts w:ascii="Georgia" w:hAnsi="Georgia"/>
          <w:b w:val="0"/>
          <w:i w:val="0"/>
          <w:color w:val="22201D"/>
          <w:sz w:val="17"/>
        </w:rPr>
        <w:t>PRELIMINARY AUDIT ACTION Copied from active bill.  Reason: case file reopened by active nourishment account  Routing source: Emoji Soup table account  Customer line: Flocc  Secondary line: everyone who believes they can be fed without changing</w:t>
      </w:r>
    </w:p>
    <w:p>
      <w:pPr>
        <w:spacing w:after="60" w:line="266" w:lineRule="auto"/>
        <w:ind w:firstLine="331"/>
        <w:jc w:val="both"/>
      </w:pPr>
      <w:r>
        <w:rPr>
          <w:rFonts w:ascii="Georgia" w:hAnsi="Georgia"/>
          <w:b w:val="0"/>
          <w:i w:val="0"/>
          <w:color w:val="22201D"/>
          <w:sz w:val="20"/>
        </w:rPr>
        <w:t>Steve read the last line twice.</w:t>
      </w:r>
    </w:p>
    <w:p>
      <w:pPr>
        <w:spacing w:after="60" w:line="266" w:lineRule="auto"/>
        <w:ind w:firstLine="331"/>
        <w:jc w:val="both"/>
      </w:pPr>
      <w:r>
        <w:rPr>
          <w:rFonts w:ascii="Georgia" w:hAnsi="Georgia"/>
          <w:b w:val="0"/>
          <w:i w:val="0"/>
          <w:color w:val="22201D"/>
          <w:sz w:val="20"/>
        </w:rPr>
        <w:t>"That is too broad."</w:t>
      </w:r>
    </w:p>
    <w:p>
      <w:pPr>
        <w:spacing w:after="60" w:line="266" w:lineRule="auto"/>
        <w:ind w:firstLine="331"/>
        <w:jc w:val="both"/>
      </w:pPr>
      <w:r>
        <w:rPr>
          <w:rFonts w:ascii="Georgia" w:hAnsi="Georgia"/>
          <w:b w:val="0"/>
          <w:i w:val="0"/>
          <w:color w:val="22201D"/>
          <w:sz w:val="20"/>
        </w:rPr>
        <w:t>The file added:</w:t>
      </w:r>
    </w:p>
    <w:p>
      <w:pPr>
        <w:spacing w:after="60" w:line="250" w:lineRule="auto"/>
        <w:ind w:left="202" w:right="173"/>
      </w:pPr>
      <w:r>
        <w:rPr>
          <w:rFonts w:ascii="Georgia" w:hAnsi="Georgia"/>
          <w:b w:val="0"/>
          <w:i w:val="0"/>
          <w:color w:val="22201D"/>
          <w:sz w:val="17"/>
        </w:rPr>
        <w:t>OBJECTION RECORDED. SCOPE REMAINS ACCURATE.</w:t>
      </w:r>
    </w:p>
    <w:p>
      <w:pPr>
        <w:spacing w:after="60" w:line="266" w:lineRule="auto"/>
        <w:ind w:firstLine="331"/>
        <w:jc w:val="both"/>
      </w:pPr>
      <w:r>
        <w:rPr>
          <w:rFonts w:ascii="Georgia" w:hAnsi="Georgia"/>
          <w:b w:val="0"/>
          <w:i w:val="0"/>
          <w:color w:val="22201D"/>
          <w:sz w:val="20"/>
        </w:rPr>
        <w:t>This was exactly the sort of sentence Steve had once admired in municipal writing before he understood that clarity could be cruel when it had no mercy and merciful when it refused to become vague.</w:t>
      </w:r>
    </w:p>
    <w:p>
      <w:pPr>
        <w:spacing w:after="60" w:line="266" w:lineRule="auto"/>
        <w:ind w:firstLine="331"/>
        <w:jc w:val="both"/>
      </w:pPr>
      <w:r>
        <w:rPr>
          <w:rFonts w:ascii="Georgia" w:hAnsi="Georgia"/>
          <w:b w:val="0"/>
          <w:i w:val="0"/>
          <w:color w:val="22201D"/>
          <w:sz w:val="20"/>
        </w:rPr>
        <w:t>He sat on the stool beside the wheel.</w:t>
      </w:r>
    </w:p>
    <w:p>
      <w:pPr>
        <w:spacing w:after="60" w:line="266" w:lineRule="auto"/>
        <w:ind w:firstLine="331"/>
        <w:jc w:val="both"/>
      </w:pPr>
      <w:r>
        <w:rPr>
          <w:rFonts w:ascii="Georgia" w:hAnsi="Georgia"/>
          <w:b w:val="0"/>
          <w:i w:val="0"/>
          <w:color w:val="22201D"/>
          <w:sz w:val="20"/>
        </w:rPr>
        <w:t>The lid on the bat had slowed to a stop. It was still damp. If he left it uncovered, the rim would dry before the center, and the piece would warp. It would not become useless. Clay was rarely useless. But it would become the wrong answer to the question he had asked it.</w:t>
      </w:r>
    </w:p>
    <w:p>
      <w:pPr>
        <w:spacing w:after="60" w:line="266" w:lineRule="auto"/>
        <w:ind w:firstLine="331"/>
        <w:jc w:val="both"/>
      </w:pPr>
      <w:r>
        <w:rPr>
          <w:rFonts w:ascii="Georgia" w:hAnsi="Georgia"/>
          <w:b w:val="0"/>
          <w:i w:val="0"/>
          <w:color w:val="22201D"/>
          <w:sz w:val="20"/>
        </w:rPr>
        <w:t>Steve covered the lid with plastic.</w:t>
      </w:r>
    </w:p>
    <w:p>
      <w:pPr>
        <w:spacing w:after="60" w:line="266" w:lineRule="auto"/>
        <w:ind w:firstLine="331"/>
        <w:jc w:val="both"/>
      </w:pPr>
      <w:r>
        <w:rPr>
          <w:rFonts w:ascii="Georgia" w:hAnsi="Georgia"/>
          <w:b w:val="0"/>
          <w:i w:val="0"/>
          <w:color w:val="22201D"/>
          <w:sz w:val="20"/>
        </w:rPr>
        <w:t>Then he opened the file.</w:t>
      </w:r>
    </w:p>
    <w:p>
      <w:pPr>
        <w:spacing w:after="60" w:line="266" w:lineRule="auto"/>
        <w:ind w:firstLine="331"/>
        <w:jc w:val="both"/>
      </w:pPr>
      <w:r>
        <w:rPr>
          <w:rFonts w:ascii="Georgia" w:hAnsi="Georgia"/>
          <w:b w:val="0"/>
          <w:i w:val="0"/>
          <w:color w:val="22201D"/>
          <w:sz w:val="20"/>
        </w:rPr>
        <w:t>Inside were documents he recognized and documents that recognized him.</w:t>
      </w:r>
    </w:p>
    <w:p>
      <w:pPr>
        <w:spacing w:after="60" w:line="266" w:lineRule="auto"/>
        <w:ind w:firstLine="331"/>
        <w:jc w:val="both"/>
      </w:pPr>
      <w:r>
        <w:rPr>
          <w:rFonts w:ascii="Georgia" w:hAnsi="Georgia"/>
          <w:b w:val="0"/>
          <w:i w:val="0"/>
          <w:color w:val="22201D"/>
          <w:sz w:val="20"/>
        </w:rPr>
        <w:t>The first page was the old business-license record. His old initials sat in the bottom right corner, small, tidy, and proud of themselves in the way initials are when they do not yet understand consequence.</w:t>
      </w:r>
    </w:p>
    <w:p>
      <w:pPr>
        <w:spacing w:after="60" w:line="266" w:lineRule="auto"/>
        <w:ind w:firstLine="331"/>
        <w:jc w:val="both"/>
      </w:pPr>
      <w:r>
        <w:rPr>
          <w:rFonts w:ascii="Georgia" w:hAnsi="Georgia"/>
          <w:b w:val="0"/>
          <w:i w:val="0"/>
          <w:color w:val="22201D"/>
          <w:sz w:val="20"/>
        </w:rPr>
        <w:t>The second page was the amended business license he had completed after the restaurant mailed itself into his studio.</w:t>
      </w:r>
    </w:p>
    <w:p>
      <w:pPr>
        <w:spacing w:after="60" w:line="266" w:lineRule="auto"/>
        <w:ind w:firstLine="331"/>
        <w:jc w:val="both"/>
      </w:pPr>
      <w:r>
        <w:rPr>
          <w:rFonts w:ascii="Georgia" w:hAnsi="Georgia"/>
          <w:b w:val="0"/>
          <w:i w:val="0"/>
          <w:color w:val="22201D"/>
          <w:sz w:val="20"/>
        </w:rPr>
        <w:t>The third page was Gerald's floorplan correction.</w:t>
      </w:r>
    </w:p>
    <w:p>
      <w:pPr>
        <w:spacing w:after="60" w:line="266" w:lineRule="auto"/>
        <w:ind w:firstLine="331"/>
        <w:jc w:val="both"/>
      </w:pPr>
      <w:r>
        <w:rPr>
          <w:rFonts w:ascii="Georgia" w:hAnsi="Georgia"/>
          <w:b w:val="0"/>
          <w:i w:val="0"/>
          <w:color w:val="22201D"/>
          <w:sz w:val="20"/>
        </w:rPr>
        <w:t>The fourth page was a copy of Flocc's audit bill.</w:t>
      </w:r>
    </w:p>
    <w:p>
      <w:pPr>
        <w:spacing w:after="60" w:line="266" w:lineRule="auto"/>
        <w:ind w:firstLine="331"/>
        <w:jc w:val="both"/>
      </w:pPr>
      <w:r>
        <w:rPr>
          <w:rFonts w:ascii="Georgia" w:hAnsi="Georgia"/>
          <w:b w:val="0"/>
          <w:i w:val="0"/>
          <w:color w:val="22201D"/>
          <w:sz w:val="20"/>
        </w:rPr>
        <w:t>The fifth page was blank except for one sentence:</w:t>
      </w:r>
    </w:p>
    <w:p>
      <w:pPr>
        <w:spacing w:after="60" w:line="250" w:lineRule="auto"/>
        <w:ind w:left="202" w:right="173"/>
      </w:pPr>
      <w:r>
        <w:rPr>
          <w:rFonts w:ascii="Georgia" w:hAnsi="Georgia"/>
          <w:b w:val="0"/>
          <w:i w:val="0"/>
          <w:color w:val="22201D"/>
          <w:sz w:val="17"/>
        </w:rPr>
        <w:t>Please indicate whether the originating file was ever properly closed.</w:t>
      </w:r>
    </w:p>
    <w:p>
      <w:pPr>
        <w:spacing w:after="60" w:line="266" w:lineRule="auto"/>
        <w:ind w:firstLine="331"/>
        <w:jc w:val="both"/>
      </w:pPr>
      <w:r>
        <w:rPr>
          <w:rFonts w:ascii="Georgia" w:hAnsi="Georgia"/>
          <w:b w:val="0"/>
          <w:i w:val="0"/>
          <w:color w:val="22201D"/>
          <w:sz w:val="20"/>
        </w:rPr>
        <w:t>Steve leaned back.</w:t>
      </w:r>
    </w:p>
    <w:p>
      <w:pPr>
        <w:spacing w:after="60" w:line="266" w:lineRule="auto"/>
        <w:ind w:firstLine="331"/>
        <w:jc w:val="both"/>
      </w:pPr>
      <w:r>
        <w:rPr>
          <w:rFonts w:ascii="Georgia" w:hAnsi="Georgia"/>
          <w:b w:val="0"/>
          <w:i w:val="0"/>
          <w:color w:val="22201D"/>
          <w:sz w:val="20"/>
        </w:rPr>
        <w:t>Outside the studio window, Bend was doing its best impression of a place where things could be distant from Portland if they wanted to be. The sky was too large to care about jurisdiction. A juniper stood behind the studio, green-gray and stubborn, holding its shape in a wind that seemed to be personally offended by edges. On the drying rack, twelve bowls waited upside down with the quiet dignity of work not yet finished.</w:t>
      </w:r>
    </w:p>
    <w:p>
      <w:pPr>
        <w:spacing w:after="60" w:line="266" w:lineRule="auto"/>
        <w:ind w:firstLine="331"/>
        <w:jc w:val="both"/>
      </w:pPr>
      <w:r>
        <w:rPr>
          <w:rFonts w:ascii="Georgia" w:hAnsi="Georgia"/>
          <w:b w:val="0"/>
          <w:i w:val="0"/>
          <w:color w:val="22201D"/>
          <w:sz w:val="20"/>
        </w:rPr>
        <w:t>Steve had moved here because he had believed distance was a kind of lid.</w:t>
      </w:r>
    </w:p>
    <w:p>
      <w:pPr>
        <w:spacing w:after="60" w:line="266" w:lineRule="auto"/>
        <w:ind w:firstLine="331"/>
        <w:jc w:val="both"/>
      </w:pPr>
      <w:r>
        <w:rPr>
          <w:rFonts w:ascii="Georgia" w:hAnsi="Georgia"/>
          <w:b w:val="0"/>
          <w:i w:val="0"/>
          <w:color w:val="22201D"/>
          <w:sz w:val="20"/>
        </w:rPr>
        <w:t>Not denial.</w:t>
      </w:r>
    </w:p>
    <w:p>
      <w:pPr>
        <w:spacing w:after="60" w:line="266" w:lineRule="auto"/>
        <w:ind w:firstLine="331"/>
        <w:jc w:val="both"/>
      </w:pPr>
      <w:r>
        <w:rPr>
          <w:rFonts w:ascii="Georgia" w:hAnsi="Georgia"/>
          <w:b w:val="0"/>
          <w:i w:val="0"/>
          <w:color w:val="22201D"/>
          <w:sz w:val="20"/>
        </w:rPr>
        <w:t>Not exactly.</w:t>
      </w:r>
    </w:p>
    <w:p>
      <w:pPr>
        <w:spacing w:after="60" w:line="266" w:lineRule="auto"/>
        <w:ind w:firstLine="331"/>
        <w:jc w:val="both"/>
      </w:pPr>
      <w:r>
        <w:rPr>
          <w:rFonts w:ascii="Georgia" w:hAnsi="Georgia"/>
          <w:b w:val="0"/>
          <w:i w:val="0"/>
          <w:color w:val="22201D"/>
          <w:sz w:val="20"/>
        </w:rPr>
        <w:t>He had not run from the file. He had retired after an ordinary number of years, moved to a smaller city, learned clay, built a life in which the most urgent form of correction was whether a rim needed one more pass with a sponge.</w:t>
      </w:r>
    </w:p>
    <w:p>
      <w:pPr>
        <w:spacing w:after="60" w:line="266" w:lineRule="auto"/>
        <w:ind w:firstLine="331"/>
        <w:jc w:val="both"/>
      </w:pPr>
      <w:r>
        <w:rPr>
          <w:rFonts w:ascii="Georgia" w:hAnsi="Georgia"/>
          <w:b w:val="0"/>
          <w:i w:val="0"/>
          <w:color w:val="22201D"/>
          <w:sz w:val="20"/>
        </w:rPr>
        <w:t>But perhaps that was the problem.</w:t>
      </w:r>
    </w:p>
    <w:p>
      <w:pPr>
        <w:spacing w:after="60" w:line="266" w:lineRule="auto"/>
        <w:ind w:firstLine="331"/>
        <w:jc w:val="both"/>
      </w:pPr>
      <w:r>
        <w:rPr>
          <w:rFonts w:ascii="Georgia" w:hAnsi="Georgia"/>
          <w:b w:val="0"/>
          <w:i w:val="0"/>
          <w:color w:val="22201D"/>
          <w:sz w:val="20"/>
        </w:rPr>
        <w:t>He had learned correction.</w:t>
      </w:r>
    </w:p>
    <w:p>
      <w:pPr>
        <w:spacing w:after="60" w:line="266" w:lineRule="auto"/>
        <w:ind w:firstLine="331"/>
        <w:jc w:val="both"/>
      </w:pPr>
      <w:r>
        <w:rPr>
          <w:rFonts w:ascii="Georgia" w:hAnsi="Georgia"/>
          <w:b w:val="0"/>
          <w:i w:val="0"/>
          <w:color w:val="22201D"/>
          <w:sz w:val="20"/>
        </w:rPr>
        <w:t>He had not learned closure.</w:t>
      </w:r>
    </w:p>
    <w:p>
      <w:pPr>
        <w:spacing w:after="60" w:line="266" w:lineRule="auto"/>
        <w:ind w:firstLine="331"/>
        <w:jc w:val="both"/>
      </w:pPr>
      <w:r>
        <w:rPr>
          <w:rFonts w:ascii="Georgia" w:hAnsi="Georgia"/>
          <w:b w:val="0"/>
          <w:i w:val="0"/>
          <w:color w:val="22201D"/>
          <w:sz w:val="20"/>
        </w:rPr>
        <w:t>The file waited on the table.</w:t>
      </w:r>
    </w:p>
    <w:p>
      <w:pPr>
        <w:spacing w:after="60" w:line="266" w:lineRule="auto"/>
        <w:ind w:firstLine="331"/>
        <w:jc w:val="both"/>
      </w:pPr>
      <w:r>
        <w:rPr>
          <w:rFonts w:ascii="Georgia" w:hAnsi="Georgia"/>
          <w:b w:val="0"/>
          <w:i w:val="0"/>
          <w:color w:val="22201D"/>
          <w:sz w:val="20"/>
        </w:rPr>
        <w:t>Steve picked up a pen.</w:t>
      </w:r>
    </w:p>
    <w:p>
      <w:pPr>
        <w:spacing w:after="60" w:line="266" w:lineRule="auto"/>
        <w:ind w:firstLine="331"/>
        <w:jc w:val="both"/>
      </w:pPr>
      <w:r>
        <w:rPr>
          <w:rFonts w:ascii="Georgia" w:hAnsi="Georgia"/>
          <w:b w:val="0"/>
          <w:i w:val="0"/>
          <w:color w:val="22201D"/>
          <w:sz w:val="20"/>
        </w:rPr>
        <w:t>The pen was not municipal. It was a studio pen, used mostly for glaze notes, kiln temperatures, and writing not for sale on pieces he had become too attached to and then selling them anyway after someone looked at them correctly.</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The word sat on the page.</w:t>
      </w:r>
    </w:p>
    <w:p>
      <w:pPr>
        <w:spacing w:after="60" w:line="266" w:lineRule="auto"/>
        <w:ind w:firstLine="331"/>
        <w:jc w:val="both"/>
      </w:pPr>
      <w:r>
        <w:rPr>
          <w:rFonts w:ascii="Georgia" w:hAnsi="Georgia"/>
          <w:b w:val="0"/>
          <w:i w:val="0"/>
          <w:color w:val="22201D"/>
          <w:sz w:val="20"/>
        </w:rPr>
        <w:t>Small.</w:t>
      </w:r>
    </w:p>
    <w:p>
      <w:pPr>
        <w:spacing w:after="60" w:line="266" w:lineRule="auto"/>
        <w:ind w:firstLine="331"/>
        <w:jc w:val="both"/>
      </w:pPr>
      <w:r>
        <w:rPr>
          <w:rFonts w:ascii="Georgia" w:hAnsi="Georgia"/>
          <w:b w:val="0"/>
          <w:i w:val="0"/>
          <w:color w:val="22201D"/>
          <w:sz w:val="20"/>
        </w:rPr>
        <w:t>Insufficient.</w:t>
      </w:r>
    </w:p>
    <w:p>
      <w:pPr>
        <w:spacing w:after="60" w:line="266" w:lineRule="auto"/>
        <w:ind w:firstLine="331"/>
        <w:jc w:val="both"/>
      </w:pPr>
      <w:r>
        <w:rPr>
          <w:rFonts w:ascii="Georgia" w:hAnsi="Georgia"/>
          <w:b w:val="0"/>
          <w:i w:val="0"/>
          <w:color w:val="22201D"/>
          <w:sz w:val="20"/>
        </w:rPr>
        <w:t>Accurate.</w:t>
      </w:r>
    </w:p>
    <w:p>
      <w:pPr>
        <w:spacing w:after="60" w:line="266" w:lineRule="auto"/>
        <w:ind w:firstLine="331"/>
        <w:jc w:val="both"/>
      </w:pPr>
      <w:r>
        <w:rPr>
          <w:rFonts w:ascii="Georgia" w:hAnsi="Georgia"/>
          <w:b w:val="0"/>
          <w:i w:val="0"/>
          <w:color w:val="22201D"/>
          <w:sz w:val="20"/>
        </w:rPr>
        <w:t>The file did not move.</w:t>
      </w:r>
    </w:p>
    <w:p>
      <w:pPr>
        <w:spacing w:after="60" w:line="266" w:lineRule="auto"/>
        <w:ind w:firstLine="331"/>
        <w:jc w:val="both"/>
      </w:pPr>
      <w:r>
        <w:rPr>
          <w:rFonts w:ascii="Georgia" w:hAnsi="Georgia"/>
          <w:b w:val="0"/>
          <w:i w:val="0"/>
          <w:color w:val="22201D"/>
          <w:sz w:val="20"/>
        </w:rPr>
        <w:t>Steve added:</w:t>
      </w:r>
    </w:p>
    <w:p>
      <w:pPr>
        <w:spacing w:after="60" w:line="250" w:lineRule="auto"/>
        <w:ind w:left="202" w:right="173"/>
      </w:pPr>
      <w:r>
        <w:rPr>
          <w:rFonts w:ascii="Georgia" w:hAnsi="Georgia"/>
          <w:b w:val="0"/>
          <w:i w:val="0"/>
          <w:color w:val="22201D"/>
          <w:sz w:val="17"/>
        </w:rPr>
        <w:t>The originating file was amended. It was not properly closed.</w:t>
      </w:r>
    </w:p>
    <w:p>
      <w:pPr>
        <w:spacing w:after="60" w:line="266" w:lineRule="auto"/>
        <w:ind w:firstLine="331"/>
        <w:jc w:val="both"/>
      </w:pPr>
      <w:r>
        <w:rPr>
          <w:rFonts w:ascii="Georgia" w:hAnsi="Georgia"/>
          <w:b w:val="0"/>
          <w:i w:val="0"/>
          <w:color w:val="22201D"/>
          <w:sz w:val="20"/>
        </w:rPr>
        <w:t>The paper warmed under his hand.</w:t>
      </w:r>
    </w:p>
    <w:p>
      <w:pPr>
        <w:spacing w:after="60" w:line="266" w:lineRule="auto"/>
        <w:ind w:firstLine="331"/>
        <w:jc w:val="both"/>
      </w:pPr>
      <w:r>
        <w:rPr>
          <w:rFonts w:ascii="Georgia" w:hAnsi="Georgia"/>
          <w:b w:val="0"/>
          <w:i w:val="0"/>
          <w:color w:val="22201D"/>
          <w:sz w:val="20"/>
        </w:rPr>
        <w:t>Not hot. Not dangerous. The warmth of a form that had finally received an answer it could route.</w:t>
      </w:r>
    </w:p>
    <w:p>
      <w:pPr>
        <w:spacing w:after="60" w:line="266" w:lineRule="auto"/>
        <w:ind w:firstLine="331"/>
        <w:jc w:val="both"/>
      </w:pPr>
      <w:r>
        <w:rPr>
          <w:rFonts w:ascii="Georgia" w:hAnsi="Georgia"/>
          <w:b w:val="0"/>
          <w:i w:val="0"/>
          <w:color w:val="22201D"/>
          <w:sz w:val="20"/>
        </w:rPr>
        <w:t>A new box appeared.</w:t>
      </w:r>
    </w:p>
    <w:p>
      <w:pPr>
        <w:spacing w:after="60" w:line="250" w:lineRule="auto"/>
        <w:ind w:left="202" w:right="173"/>
      </w:pPr>
      <w:r>
        <w:rPr>
          <w:rFonts w:ascii="Georgia" w:hAnsi="Georgia"/>
          <w:b w:val="0"/>
          <w:i w:val="0"/>
          <w:color w:val="22201D"/>
          <w:sz w:val="17"/>
        </w:rPr>
        <w:t>REASON FOR NON-CLOSURE:</w:t>
      </w:r>
    </w:p>
    <w:p>
      <w:pPr>
        <w:spacing w:after="60" w:line="266" w:lineRule="auto"/>
        <w:ind w:firstLine="331"/>
        <w:jc w:val="both"/>
      </w:pPr>
      <w:r>
        <w:rPr>
          <w:rFonts w:ascii="Georgia" w:hAnsi="Georgia"/>
          <w:b w:val="0"/>
          <w:i w:val="0"/>
          <w:color w:val="22201D"/>
          <w:sz w:val="20"/>
        </w:rPr>
        <w:t>Steve looked at the box.</w:t>
      </w:r>
    </w:p>
    <w:p>
      <w:pPr>
        <w:spacing w:after="60" w:line="266" w:lineRule="auto"/>
        <w:ind w:firstLine="331"/>
        <w:jc w:val="both"/>
      </w:pPr>
      <w:r>
        <w:rPr>
          <w:rFonts w:ascii="Georgia" w:hAnsi="Georgia"/>
          <w:b w:val="0"/>
          <w:i w:val="0"/>
          <w:color w:val="22201D"/>
          <w:sz w:val="20"/>
        </w:rPr>
        <w:t>It was much too small.</w:t>
      </w:r>
    </w:p>
    <w:p>
      <w:pPr>
        <w:spacing w:after="60" w:line="266" w:lineRule="auto"/>
        <w:ind w:firstLine="331"/>
        <w:jc w:val="both"/>
      </w:pPr>
      <w:r>
        <w:rPr>
          <w:rFonts w:ascii="Georgia" w:hAnsi="Georgia"/>
          <w:b w:val="0"/>
          <w:i w:val="0"/>
          <w:color w:val="22201D"/>
          <w:sz w:val="20"/>
        </w:rPr>
        <w:t>This was the third principle of lids: a lid that did not fit was not a lid. It was an accusation against volume.</w:t>
      </w:r>
    </w:p>
    <w:p>
      <w:pPr>
        <w:spacing w:after="60" w:line="266" w:lineRule="auto"/>
        <w:ind w:firstLine="331"/>
        <w:jc w:val="both"/>
      </w:pPr>
      <w:r>
        <w:rPr>
          <w:rFonts w:ascii="Georgia" w:hAnsi="Georgia"/>
          <w:b w:val="0"/>
          <w:i w:val="0"/>
          <w:color w:val="22201D"/>
          <w:sz w:val="20"/>
        </w:rPr>
        <w:t>He drew a line through the box.</w:t>
      </w:r>
    </w:p>
    <w:p>
      <w:pPr>
        <w:spacing w:after="60" w:line="266" w:lineRule="auto"/>
        <w:ind w:firstLine="331"/>
        <w:jc w:val="both"/>
      </w:pPr>
      <w:r>
        <w:rPr>
          <w:rFonts w:ascii="Georgia" w:hAnsi="Georgia"/>
          <w:b w:val="0"/>
          <w:i w:val="0"/>
          <w:color w:val="22201D"/>
          <w:sz w:val="20"/>
        </w:rPr>
        <w:t>This was not best practice.</w:t>
      </w:r>
    </w:p>
    <w:p>
      <w:pPr>
        <w:spacing w:after="60" w:line="266" w:lineRule="auto"/>
        <w:ind w:firstLine="331"/>
        <w:jc w:val="both"/>
      </w:pPr>
      <w:r>
        <w:rPr>
          <w:rFonts w:ascii="Georgia" w:hAnsi="Georgia"/>
          <w:b w:val="0"/>
          <w:i w:val="0"/>
          <w:color w:val="22201D"/>
          <w:sz w:val="20"/>
        </w:rPr>
        <w:t>He drew a larger box beneath it.</w:t>
      </w:r>
    </w:p>
    <w:p>
      <w:pPr>
        <w:spacing w:after="60" w:line="266" w:lineRule="auto"/>
        <w:ind w:firstLine="331"/>
        <w:jc w:val="both"/>
      </w:pPr>
      <w:r>
        <w:rPr>
          <w:rFonts w:ascii="Georgia" w:hAnsi="Georgia"/>
          <w:b w:val="0"/>
          <w:i w:val="0"/>
          <w:color w:val="22201D"/>
          <w:sz w:val="20"/>
        </w:rPr>
        <w:t>This was also not best practice.</w:t>
      </w:r>
    </w:p>
    <w:p>
      <w:pPr>
        <w:spacing w:after="60" w:line="266" w:lineRule="auto"/>
        <w:ind w:firstLine="331"/>
        <w:jc w:val="both"/>
      </w:pPr>
      <w:r>
        <w:rPr>
          <w:rFonts w:ascii="Georgia" w:hAnsi="Georgia"/>
          <w:b w:val="0"/>
          <w:i w:val="0"/>
          <w:color w:val="22201D"/>
          <w:sz w:val="20"/>
        </w:rPr>
        <w:t>Then he wrote:</w:t>
      </w:r>
    </w:p>
    <w:p>
      <w:pPr>
        <w:spacing w:after="60" w:line="250" w:lineRule="auto"/>
        <w:ind w:left="202" w:right="173"/>
      </w:pPr>
      <w:r>
        <w:rPr>
          <w:rFonts w:ascii="Georgia" w:hAnsi="Georgia"/>
          <w:b w:val="0"/>
          <w:i w:val="0"/>
          <w:color w:val="22201D"/>
          <w:sz w:val="17"/>
        </w:rPr>
        <w:t>Reason for non-closure:  The record accepted impossible inputs and produced a real license. The license produced real service. The service produced changed persons. Changed persons produced accounts. Accounts remain active where nourishment remains active. Therefore the file cannot be closed by correcting the originating error. The error has become an institution.</w:t>
      </w:r>
    </w:p>
    <w:p>
      <w:pPr>
        <w:spacing w:after="60" w:line="266" w:lineRule="auto"/>
        <w:ind w:firstLine="331"/>
        <w:jc w:val="both"/>
      </w:pPr>
      <w:r>
        <w:rPr>
          <w:rFonts w:ascii="Georgia" w:hAnsi="Georgia"/>
          <w:b w:val="0"/>
          <w:i w:val="0"/>
          <w:color w:val="22201D"/>
          <w:sz w:val="20"/>
        </w:rPr>
        <w:t>He stopped.</w:t>
      </w:r>
    </w:p>
    <w:p>
      <w:pPr>
        <w:spacing w:after="60" w:line="266" w:lineRule="auto"/>
        <w:ind w:firstLine="331"/>
        <w:jc w:val="both"/>
      </w:pPr>
      <w:r>
        <w:rPr>
          <w:rFonts w:ascii="Georgia" w:hAnsi="Georgia"/>
          <w:b w:val="0"/>
          <w:i w:val="0"/>
          <w:color w:val="22201D"/>
          <w:sz w:val="20"/>
        </w:rPr>
        <w:t>That last sentence worried him.</w:t>
      </w:r>
    </w:p>
    <w:p>
      <w:pPr>
        <w:spacing w:after="60" w:line="266" w:lineRule="auto"/>
        <w:ind w:firstLine="331"/>
        <w:jc w:val="both"/>
      </w:pPr>
      <w:r>
        <w:rPr>
          <w:rFonts w:ascii="Georgia" w:hAnsi="Georgia"/>
          <w:b w:val="0"/>
          <w:i w:val="0"/>
          <w:color w:val="22201D"/>
          <w:sz w:val="20"/>
        </w:rPr>
        <w:t>Not because it was wrong.</w:t>
      </w:r>
    </w:p>
    <w:p>
      <w:pPr>
        <w:spacing w:after="60" w:line="266" w:lineRule="auto"/>
        <w:ind w:firstLine="331"/>
        <w:jc w:val="both"/>
      </w:pPr>
      <w:r>
        <w:rPr>
          <w:rFonts w:ascii="Georgia" w:hAnsi="Georgia"/>
          <w:b w:val="0"/>
          <w:i w:val="0"/>
          <w:color w:val="22201D"/>
          <w:sz w:val="20"/>
        </w:rPr>
        <w:t>Because it sounded like something a county might do on purpose.</w:t>
      </w:r>
    </w:p>
    <w:p>
      <w:pPr>
        <w:spacing w:after="60" w:line="266" w:lineRule="auto"/>
        <w:ind w:firstLine="331"/>
        <w:jc w:val="both"/>
      </w:pPr>
      <w:r>
        <w:rPr>
          <w:rFonts w:ascii="Georgia" w:hAnsi="Georgia"/>
          <w:b w:val="0"/>
          <w:i w:val="0"/>
          <w:color w:val="22201D"/>
          <w:sz w:val="20"/>
        </w:rPr>
        <w:t>He crossed out institution.</w:t>
      </w:r>
    </w:p>
    <w:p>
      <w:pPr>
        <w:spacing w:after="60" w:line="266" w:lineRule="auto"/>
        <w:ind w:firstLine="331"/>
        <w:jc w:val="both"/>
      </w:pPr>
      <w:r>
        <w:rPr>
          <w:rFonts w:ascii="Georgia" w:hAnsi="Georgia"/>
          <w:b w:val="0"/>
          <w:i w:val="0"/>
          <w:color w:val="22201D"/>
          <w:sz w:val="20"/>
        </w:rPr>
        <w:t>Then he wrote above it:</w:t>
      </w:r>
    </w:p>
    <w:p>
      <w:pPr>
        <w:spacing w:after="60" w:line="250" w:lineRule="auto"/>
        <w:ind w:left="202" w:right="173"/>
      </w:pPr>
      <w:r>
        <w:rPr>
          <w:rFonts w:ascii="Georgia" w:hAnsi="Georgia"/>
          <w:b w:val="0"/>
          <w:i w:val="0"/>
          <w:color w:val="22201D"/>
          <w:sz w:val="17"/>
        </w:rPr>
        <w:t>ongoing service condition</w:t>
      </w:r>
    </w:p>
    <w:p>
      <w:pPr>
        <w:spacing w:after="60" w:line="266" w:lineRule="auto"/>
        <w:ind w:firstLine="331"/>
        <w:jc w:val="both"/>
      </w:pPr>
      <w:r>
        <w:rPr>
          <w:rFonts w:ascii="Georgia" w:hAnsi="Georgia"/>
          <w:b w:val="0"/>
          <w:i w:val="0"/>
          <w:color w:val="22201D"/>
          <w:sz w:val="20"/>
        </w:rPr>
        <w:t>The page accepted the correction.</w:t>
      </w:r>
    </w:p>
    <w:p>
      <w:pPr>
        <w:spacing w:after="60" w:line="266" w:lineRule="auto"/>
        <w:ind w:firstLine="331"/>
        <w:jc w:val="both"/>
      </w:pPr>
      <w:r>
        <w:rPr>
          <w:rFonts w:ascii="Georgia" w:hAnsi="Georgia"/>
          <w:b w:val="0"/>
          <w:i w:val="0"/>
          <w:color w:val="22201D"/>
          <w:sz w:val="20"/>
        </w:rPr>
        <w:t>Steve exhaled.</w:t>
      </w:r>
    </w:p>
    <w:p>
      <w:pPr>
        <w:spacing w:after="60" w:line="266" w:lineRule="auto"/>
        <w:ind w:firstLine="331"/>
        <w:jc w:val="both"/>
      </w:pPr>
      <w:r>
        <w:rPr>
          <w:rFonts w:ascii="Georgia" w:hAnsi="Georgia"/>
          <w:b w:val="0"/>
          <w:i w:val="0"/>
          <w:color w:val="22201D"/>
          <w:sz w:val="20"/>
        </w:rPr>
        <w:t>The file added:</w:t>
      </w:r>
    </w:p>
    <w:p>
      <w:pPr>
        <w:spacing w:after="60" w:line="250" w:lineRule="auto"/>
        <w:ind w:left="202" w:right="173"/>
      </w:pPr>
      <w:r>
        <w:rPr>
          <w:rFonts w:ascii="Georgia" w:hAnsi="Georgia"/>
          <w:b w:val="0"/>
          <w:i w:val="0"/>
          <w:color w:val="22201D"/>
          <w:sz w:val="17"/>
        </w:rPr>
        <w:t>PROCEDURAL COURAGE: received</w:t>
      </w:r>
    </w:p>
    <w:p>
      <w:pPr>
        <w:spacing w:after="60" w:line="266" w:lineRule="auto"/>
        <w:ind w:firstLine="331"/>
        <w:jc w:val="both"/>
      </w:pPr>
      <w:r>
        <w:rPr>
          <w:rFonts w:ascii="Georgia" w:hAnsi="Georgia"/>
          <w:b w:val="0"/>
          <w:i w:val="0"/>
          <w:color w:val="22201D"/>
          <w:sz w:val="20"/>
        </w:rPr>
        <w:t>"Do not flatter me," Steve said.</w:t>
      </w:r>
    </w:p>
    <w:p>
      <w:pPr>
        <w:spacing w:after="60" w:line="266" w:lineRule="auto"/>
        <w:ind w:firstLine="331"/>
        <w:jc w:val="both"/>
      </w:pPr>
      <w:r>
        <w:rPr>
          <w:rFonts w:ascii="Georgia" w:hAnsi="Georgia"/>
          <w:b w:val="0"/>
          <w:i w:val="0"/>
          <w:color w:val="22201D"/>
          <w:sz w:val="20"/>
        </w:rPr>
        <w:t>The file added:</w:t>
      </w:r>
    </w:p>
    <w:p>
      <w:pPr>
        <w:spacing w:after="60" w:line="250" w:lineRule="auto"/>
        <w:ind w:left="202" w:right="173"/>
      </w:pPr>
      <w:r>
        <w:rPr>
          <w:rFonts w:ascii="Georgia" w:hAnsi="Georgia"/>
          <w:b w:val="0"/>
          <w:i w:val="0"/>
          <w:color w:val="22201D"/>
          <w:sz w:val="17"/>
        </w:rPr>
        <w:t>NOTE: not flattery classification</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The studio door opened.</w:t>
      </w:r>
    </w:p>
    <w:p>
      <w:pPr>
        <w:spacing w:after="60" w:line="266" w:lineRule="auto"/>
        <w:ind w:firstLine="331"/>
        <w:jc w:val="both"/>
      </w:pPr>
      <w:r>
        <w:rPr>
          <w:rFonts w:ascii="Georgia" w:hAnsi="Georgia"/>
          <w:b w:val="0"/>
          <w:i w:val="0"/>
          <w:color w:val="22201D"/>
          <w:sz w:val="20"/>
        </w:rPr>
        <w:t>Steve looked up too quickly, which was how he knew he had expected the door to open even before it did.</w:t>
      </w:r>
    </w:p>
    <w:p>
      <w:pPr>
        <w:spacing w:after="60" w:line="266" w:lineRule="auto"/>
        <w:ind w:firstLine="331"/>
        <w:jc w:val="both"/>
      </w:pPr>
      <w:r>
        <w:rPr>
          <w:rFonts w:ascii="Georgia" w:hAnsi="Georgia"/>
          <w:b w:val="0"/>
          <w:i w:val="0"/>
          <w:color w:val="22201D"/>
          <w:sz w:val="20"/>
        </w:rPr>
        <w:t>No one stood there.</w:t>
      </w:r>
    </w:p>
    <w:p>
      <w:pPr>
        <w:spacing w:after="60" w:line="266" w:lineRule="auto"/>
        <w:ind w:firstLine="331"/>
        <w:jc w:val="both"/>
      </w:pPr>
      <w:r>
        <w:rPr>
          <w:rFonts w:ascii="Georgia" w:hAnsi="Georgia"/>
          <w:b w:val="0"/>
          <w:i w:val="0"/>
          <w:color w:val="22201D"/>
          <w:sz w:val="20"/>
        </w:rPr>
        <w:t>The door had opened onto the alley behind his studio, which contained the usual alley things: a recycling bin, a stack of kiln shelves he kept meaning to reorganize, three weeds conducting their private research into concrete, and a damp paper bag that had either arrived from nowhere or been placed there by someone who understood theatrical restraint.</w:t>
      </w:r>
    </w:p>
    <w:p>
      <w:pPr>
        <w:spacing w:after="60" w:line="266" w:lineRule="auto"/>
        <w:ind w:firstLine="331"/>
        <w:jc w:val="both"/>
      </w:pPr>
      <w:r>
        <w:rPr>
          <w:rFonts w:ascii="Georgia" w:hAnsi="Georgia"/>
          <w:b w:val="0"/>
          <w:i w:val="0"/>
          <w:color w:val="22201D"/>
          <w:sz w:val="20"/>
        </w:rPr>
        <w:t>On the paper bag was written:</w:t>
      </w:r>
    </w:p>
    <w:p>
      <w:pPr>
        <w:spacing w:after="60" w:line="250" w:lineRule="auto"/>
        <w:ind w:left="202" w:right="173"/>
      </w:pPr>
      <w:r>
        <w:rPr>
          <w:rFonts w:ascii="Georgia" w:hAnsi="Georgia"/>
          <w:b w:val="0"/>
          <w:i w:val="0"/>
          <w:color w:val="22201D"/>
          <w:sz w:val="17"/>
        </w:rPr>
        <w:t>FOR THE CASE</w:t>
      </w:r>
    </w:p>
    <w:p>
      <w:pPr>
        <w:spacing w:after="60" w:line="266" w:lineRule="auto"/>
        <w:ind w:firstLine="331"/>
        <w:jc w:val="both"/>
      </w:pPr>
      <w:r>
        <w:rPr>
          <w:rFonts w:ascii="Georgia" w:hAnsi="Georgia"/>
          <w:b w:val="0"/>
          <w:i w:val="0"/>
          <w:color w:val="22201D"/>
          <w:sz w:val="20"/>
        </w:rPr>
        <w:t>Steve did not move.</w:t>
      </w:r>
    </w:p>
    <w:p>
      <w:pPr>
        <w:spacing w:after="60" w:line="266" w:lineRule="auto"/>
        <w:ind w:firstLine="331"/>
        <w:jc w:val="both"/>
      </w:pPr>
      <w:r>
        <w:rPr>
          <w:rFonts w:ascii="Georgia" w:hAnsi="Georgia"/>
          <w:b w:val="0"/>
          <w:i w:val="0"/>
          <w:color w:val="22201D"/>
          <w:sz w:val="20"/>
        </w:rPr>
        <w:t>The bag did not move either, which was appropriate and appreciated.</w:t>
      </w:r>
    </w:p>
    <w:p>
      <w:pPr>
        <w:spacing w:after="60" w:line="266" w:lineRule="auto"/>
        <w:ind w:firstLine="331"/>
        <w:jc w:val="both"/>
      </w:pPr>
      <w:r>
        <w:rPr>
          <w:rFonts w:ascii="Georgia" w:hAnsi="Georgia"/>
          <w:b w:val="0"/>
          <w:i w:val="0"/>
          <w:color w:val="22201D"/>
          <w:sz w:val="20"/>
        </w:rPr>
        <w:t>After a moment, he went to the door.</w:t>
      </w:r>
    </w:p>
    <w:p>
      <w:pPr>
        <w:spacing w:after="60" w:line="266" w:lineRule="auto"/>
        <w:ind w:firstLine="331"/>
        <w:jc w:val="both"/>
      </w:pPr>
      <w:r>
        <w:rPr>
          <w:rFonts w:ascii="Georgia" w:hAnsi="Georgia"/>
          <w:b w:val="0"/>
          <w:i w:val="0"/>
          <w:color w:val="22201D"/>
          <w:sz w:val="20"/>
        </w:rPr>
        <w:t>Inside the bag was a small jar.</w:t>
      </w:r>
    </w:p>
    <w:p>
      <w:pPr>
        <w:spacing w:after="60" w:line="266" w:lineRule="auto"/>
        <w:ind w:firstLine="331"/>
        <w:jc w:val="both"/>
      </w:pPr>
      <w:r>
        <w:rPr>
          <w:rFonts w:ascii="Georgia" w:hAnsi="Georgia"/>
          <w:b w:val="0"/>
          <w:i w:val="0"/>
          <w:color w:val="22201D"/>
          <w:sz w:val="20"/>
        </w:rPr>
        <w:t>The jar contained sauce.</w:t>
      </w:r>
    </w:p>
    <w:p>
      <w:pPr>
        <w:spacing w:after="60" w:line="266" w:lineRule="auto"/>
        <w:ind w:firstLine="331"/>
        <w:jc w:val="both"/>
      </w:pPr>
      <w:r>
        <w:rPr>
          <w:rFonts w:ascii="Georgia" w:hAnsi="Georgia"/>
          <w:b w:val="0"/>
          <w:i w:val="0"/>
          <w:color w:val="22201D"/>
          <w:sz w:val="20"/>
        </w:rPr>
        <w:t>Dark red. Almost black at the center. Brown-gold where it touched the glass. It clung to itself as if viscosity were a legal position.</w:t>
      </w:r>
    </w:p>
    <w:p>
      <w:pPr>
        <w:spacing w:after="60" w:line="266" w:lineRule="auto"/>
        <w:ind w:firstLine="331"/>
        <w:jc w:val="both"/>
      </w:pPr>
      <w:r>
        <w:rPr>
          <w:rFonts w:ascii="Georgia" w:hAnsi="Georgia"/>
          <w:b w:val="0"/>
          <w:i w:val="0"/>
          <w:color w:val="22201D"/>
          <w:sz w:val="20"/>
        </w:rPr>
        <w:t>The label read:</w:t>
      </w:r>
    </w:p>
    <w:p>
      <w:pPr>
        <w:spacing w:after="60" w:line="250" w:lineRule="auto"/>
        <w:ind w:left="202" w:right="173"/>
      </w:pPr>
      <w:r>
        <w:rPr>
          <w:rFonts w:ascii="Georgia" w:hAnsi="Georgia"/>
          <w:b w:val="0"/>
          <w:i w:val="0"/>
          <w:color w:val="22201D"/>
          <w:sz w:val="17"/>
        </w:rPr>
        <w:t>BLACK ORCHARD ADOBO Ledger Batch Do not taste without gloves and honesty.</w:t>
      </w:r>
    </w:p>
    <w:p>
      <w:pPr>
        <w:spacing w:after="60" w:line="266" w:lineRule="auto"/>
        <w:ind w:firstLine="331"/>
        <w:jc w:val="both"/>
      </w:pPr>
      <w:r>
        <w:rPr>
          <w:rFonts w:ascii="Georgia" w:hAnsi="Georgia"/>
          <w:b w:val="0"/>
          <w:i w:val="0"/>
          <w:color w:val="22201D"/>
          <w:sz w:val="20"/>
        </w:rPr>
        <w:t>Steve carried the jar inside with both hands.</w:t>
      </w:r>
    </w:p>
    <w:p>
      <w:pPr>
        <w:spacing w:after="60" w:line="266" w:lineRule="auto"/>
        <w:ind w:firstLine="331"/>
        <w:jc w:val="both"/>
      </w:pPr>
      <w:r>
        <w:rPr>
          <w:rFonts w:ascii="Georgia" w:hAnsi="Georgia"/>
          <w:b w:val="0"/>
          <w:i w:val="0"/>
          <w:color w:val="22201D"/>
          <w:sz w:val="20"/>
        </w:rPr>
        <w:t>"No," he said again, but with less conviction because sauce, unlike paperwork, had a way of making refusal smell unserious.</w:t>
      </w:r>
    </w:p>
    <w:p>
      <w:pPr>
        <w:spacing w:after="60" w:line="266" w:lineRule="auto"/>
        <w:ind w:firstLine="331"/>
        <w:jc w:val="both"/>
      </w:pPr>
      <w:r>
        <w:rPr>
          <w:rFonts w:ascii="Georgia" w:hAnsi="Georgia"/>
          <w:b w:val="0"/>
          <w:i w:val="0"/>
          <w:color w:val="22201D"/>
          <w:sz w:val="20"/>
        </w:rPr>
        <w:t>He set the jar beside the file.</w:t>
      </w:r>
    </w:p>
    <w:p>
      <w:pPr>
        <w:spacing w:after="60" w:line="266" w:lineRule="auto"/>
        <w:ind w:firstLine="331"/>
        <w:jc w:val="both"/>
      </w:pPr>
      <w:r>
        <w:rPr>
          <w:rFonts w:ascii="Georgia" w:hAnsi="Georgia"/>
          <w:b w:val="0"/>
          <w:i w:val="0"/>
          <w:color w:val="22201D"/>
          <w:sz w:val="20"/>
        </w:rPr>
        <w:t>The file produced a new section.</w:t>
      </w:r>
    </w:p>
    <w:p>
      <w:pPr>
        <w:spacing w:after="60" w:line="250" w:lineRule="auto"/>
        <w:ind w:left="202" w:right="173"/>
      </w:pPr>
      <w:r>
        <w:rPr>
          <w:rFonts w:ascii="Georgia" w:hAnsi="Georgia"/>
          <w:b w:val="0"/>
          <w:i w:val="0"/>
          <w:color w:val="22201D"/>
          <w:sz w:val="17"/>
        </w:rPr>
        <w:t>EVIDENCE ITEM 001: Black Orchard Adobo  Purpose: flavor key for audit ledger  Handling: gloves and honesty</w:t>
      </w:r>
    </w:p>
    <w:p>
      <w:pPr>
        <w:spacing w:after="60" w:line="266" w:lineRule="auto"/>
        <w:ind w:firstLine="331"/>
        <w:jc w:val="both"/>
      </w:pPr>
      <w:r>
        <w:rPr>
          <w:rFonts w:ascii="Georgia" w:hAnsi="Georgia"/>
          <w:b w:val="0"/>
          <w:i w:val="0"/>
          <w:color w:val="22201D"/>
          <w:sz w:val="20"/>
        </w:rPr>
        <w:t>"I am not a food-safety professional."</w:t>
      </w:r>
    </w:p>
    <w:p>
      <w:pPr>
        <w:spacing w:after="60" w:line="266" w:lineRule="auto"/>
        <w:ind w:firstLine="331"/>
        <w:jc w:val="both"/>
      </w:pPr>
      <w:r>
        <w:rPr>
          <w:rFonts w:ascii="Georgia" w:hAnsi="Georgia"/>
          <w:b w:val="0"/>
          <w:i w:val="0"/>
          <w:color w:val="22201D"/>
          <w:sz w:val="20"/>
        </w:rPr>
        <w:t>The file printed:</w:t>
      </w:r>
    </w:p>
    <w:p>
      <w:pPr>
        <w:spacing w:after="60" w:line="250" w:lineRule="auto"/>
        <w:ind w:left="202" w:right="173"/>
      </w:pPr>
      <w:r>
        <w:rPr>
          <w:rFonts w:ascii="Georgia" w:hAnsi="Georgia"/>
          <w:b w:val="0"/>
          <w:i w:val="0"/>
          <w:color w:val="22201D"/>
          <w:sz w:val="17"/>
        </w:rPr>
        <w:t>REFERRED TO: GERALD PARK</w:t>
      </w:r>
    </w:p>
    <w:p>
      <w:pPr>
        <w:spacing w:after="60" w:line="266" w:lineRule="auto"/>
        <w:ind w:firstLine="331"/>
        <w:jc w:val="both"/>
      </w:pPr>
      <w:r>
        <w:rPr>
          <w:rFonts w:ascii="Georgia" w:hAnsi="Georgia"/>
          <w:b w:val="0"/>
          <w:i w:val="0"/>
          <w:color w:val="22201D"/>
          <w:sz w:val="20"/>
        </w:rPr>
        <w:t>"Do not route him yet."</w:t>
      </w:r>
    </w:p>
    <w:p>
      <w:pPr>
        <w:spacing w:after="60" w:line="266" w:lineRule="auto"/>
        <w:ind w:firstLine="331"/>
        <w:jc w:val="both"/>
      </w:pPr>
      <w:r>
        <w:rPr>
          <w:rFonts w:ascii="Georgia" w:hAnsi="Georgia"/>
          <w:b w:val="0"/>
          <w:i w:val="0"/>
          <w:color w:val="22201D"/>
          <w:sz w:val="20"/>
        </w:rPr>
        <w:t>The file did not answer.</w:t>
      </w:r>
    </w:p>
    <w:p>
      <w:pPr>
        <w:spacing w:after="60" w:line="266" w:lineRule="auto"/>
        <w:ind w:firstLine="331"/>
        <w:jc w:val="both"/>
      </w:pPr>
      <w:r>
        <w:rPr>
          <w:rFonts w:ascii="Georgia" w:hAnsi="Georgia"/>
          <w:b w:val="0"/>
          <w:i w:val="0"/>
          <w:color w:val="22201D"/>
          <w:sz w:val="20"/>
        </w:rPr>
        <w:t>That was not comforting.</w:t>
      </w:r>
    </w:p>
    <w:p>
      <w:pPr>
        <w:spacing w:after="60" w:line="266" w:lineRule="auto"/>
        <w:ind w:firstLine="331"/>
        <w:jc w:val="both"/>
      </w:pPr>
      <w:r>
        <w:rPr>
          <w:rFonts w:ascii="Georgia" w:hAnsi="Georgia"/>
          <w:b w:val="0"/>
          <w:i w:val="0"/>
          <w:color w:val="22201D"/>
          <w:sz w:val="20"/>
        </w:rPr>
        <w:t>Steve read the label again.</w:t>
      </w:r>
    </w:p>
    <w:p>
      <w:pPr>
        <w:spacing w:after="60" w:line="266" w:lineRule="auto"/>
        <w:ind w:firstLine="331"/>
        <w:jc w:val="both"/>
      </w:pPr>
      <w:r>
        <w:rPr>
          <w:rFonts w:ascii="Georgia" w:hAnsi="Georgia"/>
          <w:b w:val="0"/>
          <w:i w:val="0"/>
          <w:color w:val="22201D"/>
          <w:sz w:val="20"/>
        </w:rPr>
        <w:t>Do not taste without gloves and honesty.</w:t>
      </w:r>
    </w:p>
    <w:p>
      <w:pPr>
        <w:spacing w:after="60" w:line="266" w:lineRule="auto"/>
        <w:ind w:firstLine="331"/>
        <w:jc w:val="both"/>
      </w:pPr>
      <w:r>
        <w:rPr>
          <w:rFonts w:ascii="Georgia" w:hAnsi="Georgia"/>
          <w:b w:val="0"/>
          <w:i w:val="0"/>
          <w:color w:val="22201D"/>
          <w:sz w:val="20"/>
        </w:rPr>
        <w:t>He had gloves. Nitrile, in a drawer near the sink, used when mixing stains and oxides he respected too much to handle barehanded. Honesty was less conveniently stored.</w:t>
      </w:r>
    </w:p>
    <w:p>
      <w:pPr>
        <w:spacing w:after="60" w:line="266" w:lineRule="auto"/>
        <w:ind w:firstLine="331"/>
        <w:jc w:val="both"/>
      </w:pPr>
      <w:r>
        <w:rPr>
          <w:rFonts w:ascii="Georgia" w:hAnsi="Georgia"/>
          <w:b w:val="0"/>
          <w:i w:val="0"/>
          <w:color w:val="22201D"/>
          <w:sz w:val="20"/>
        </w:rPr>
        <w:t>He put on gloves anyway.</w:t>
      </w:r>
    </w:p>
    <w:p>
      <w:pPr>
        <w:spacing w:after="60" w:line="266" w:lineRule="auto"/>
        <w:ind w:firstLine="331"/>
        <w:jc w:val="both"/>
      </w:pPr>
      <w:r>
        <w:rPr>
          <w:rFonts w:ascii="Georgia" w:hAnsi="Georgia"/>
          <w:b w:val="0"/>
          <w:i w:val="0"/>
          <w:color w:val="22201D"/>
          <w:sz w:val="20"/>
        </w:rPr>
        <w:t>The jar lid opened with a soft pop.</w:t>
      </w:r>
    </w:p>
    <w:p>
      <w:pPr>
        <w:spacing w:after="60" w:line="266" w:lineRule="auto"/>
        <w:ind w:firstLine="331"/>
        <w:jc w:val="both"/>
      </w:pPr>
      <w:r>
        <w:rPr>
          <w:rFonts w:ascii="Georgia" w:hAnsi="Georgia"/>
          <w:b w:val="0"/>
          <w:i w:val="0"/>
          <w:color w:val="22201D"/>
          <w:sz w:val="20"/>
        </w:rPr>
        <w:t>The smell reached the studio before the jar was fully open.</w:t>
      </w:r>
    </w:p>
    <w:p>
      <w:pPr>
        <w:spacing w:after="60" w:line="266" w:lineRule="auto"/>
        <w:ind w:firstLine="331"/>
        <w:jc w:val="both"/>
      </w:pPr>
      <w:r>
        <w:rPr>
          <w:rFonts w:ascii="Georgia" w:hAnsi="Georgia"/>
          <w:b w:val="0"/>
          <w:i w:val="0"/>
          <w:color w:val="22201D"/>
          <w:sz w:val="20"/>
        </w:rPr>
        <w:t>Smoke first.</w:t>
      </w:r>
    </w:p>
    <w:p>
      <w:pPr>
        <w:spacing w:after="60" w:line="266" w:lineRule="auto"/>
        <w:ind w:firstLine="331"/>
        <w:jc w:val="both"/>
      </w:pPr>
      <w:r>
        <w:rPr>
          <w:rFonts w:ascii="Georgia" w:hAnsi="Georgia"/>
          <w:b w:val="0"/>
          <w:i w:val="0"/>
          <w:color w:val="22201D"/>
          <w:sz w:val="20"/>
        </w:rPr>
        <w:t>Then dark fruit.</w:t>
      </w:r>
    </w:p>
    <w:p>
      <w:pPr>
        <w:spacing w:after="60" w:line="266" w:lineRule="auto"/>
        <w:ind w:firstLine="331"/>
        <w:jc w:val="both"/>
      </w:pPr>
      <w:r>
        <w:rPr>
          <w:rFonts w:ascii="Georgia" w:hAnsi="Georgia"/>
          <w:b w:val="0"/>
          <w:i w:val="0"/>
          <w:color w:val="22201D"/>
          <w:sz w:val="20"/>
        </w:rPr>
        <w:t>Then vinegar.</w:t>
      </w:r>
    </w:p>
    <w:p>
      <w:pPr>
        <w:spacing w:after="60" w:line="266" w:lineRule="auto"/>
        <w:ind w:firstLine="331"/>
        <w:jc w:val="both"/>
      </w:pPr>
      <w:r>
        <w:rPr>
          <w:rFonts w:ascii="Georgia" w:hAnsi="Georgia"/>
          <w:b w:val="0"/>
          <w:i w:val="0"/>
          <w:color w:val="22201D"/>
          <w:sz w:val="20"/>
        </w:rPr>
        <w:t>Then a heat that did not rush forward because it knew where Steve lived.</w:t>
      </w:r>
    </w:p>
    <w:p>
      <w:pPr>
        <w:spacing w:after="60" w:line="266" w:lineRule="auto"/>
        <w:ind w:firstLine="331"/>
        <w:jc w:val="both"/>
      </w:pPr>
      <w:r>
        <w:rPr>
          <w:rFonts w:ascii="Georgia" w:hAnsi="Georgia"/>
          <w:b w:val="0"/>
          <w:i w:val="0"/>
          <w:color w:val="22201D"/>
          <w:sz w:val="20"/>
        </w:rPr>
        <w:t>The studio changed around the smell. The damp clay smelled more alive. The drying bowls seemed less empty. The case file looked less like an interruption and more like a table someone had set in the wrong room.</w:t>
      </w:r>
    </w:p>
    <w:p>
      <w:pPr>
        <w:spacing w:after="60" w:line="266" w:lineRule="auto"/>
        <w:ind w:firstLine="331"/>
        <w:jc w:val="both"/>
      </w:pPr>
      <w:r>
        <w:rPr>
          <w:rFonts w:ascii="Georgia" w:hAnsi="Georgia"/>
          <w:b w:val="0"/>
          <w:i w:val="0"/>
          <w:color w:val="22201D"/>
          <w:sz w:val="20"/>
        </w:rPr>
        <w:t>Steve did not taste the sauce.</w:t>
      </w:r>
    </w:p>
    <w:p>
      <w:pPr>
        <w:spacing w:after="60" w:line="266" w:lineRule="auto"/>
        <w:ind w:firstLine="331"/>
        <w:jc w:val="both"/>
      </w:pPr>
      <w:r>
        <w:rPr>
          <w:rFonts w:ascii="Georgia" w:hAnsi="Georgia"/>
          <w:b w:val="0"/>
          <w:i w:val="0"/>
          <w:color w:val="22201D"/>
          <w:sz w:val="20"/>
        </w:rPr>
        <w:t>This was not cowardice.</w:t>
      </w:r>
    </w:p>
    <w:p>
      <w:pPr>
        <w:spacing w:after="60" w:line="266" w:lineRule="auto"/>
        <w:ind w:firstLine="331"/>
        <w:jc w:val="both"/>
      </w:pPr>
      <w:r>
        <w:rPr>
          <w:rFonts w:ascii="Georgia" w:hAnsi="Georgia"/>
          <w:b w:val="0"/>
          <w:i w:val="0"/>
          <w:color w:val="22201D"/>
          <w:sz w:val="20"/>
        </w:rPr>
        <w:t>This was procedure.</w:t>
      </w:r>
    </w:p>
    <w:p>
      <w:pPr>
        <w:spacing w:after="60" w:line="266" w:lineRule="auto"/>
        <w:ind w:firstLine="331"/>
        <w:jc w:val="both"/>
      </w:pPr>
      <w:r>
        <w:rPr>
          <w:rFonts w:ascii="Georgia" w:hAnsi="Georgia"/>
          <w:b w:val="0"/>
          <w:i w:val="0"/>
          <w:color w:val="22201D"/>
          <w:sz w:val="20"/>
        </w:rPr>
        <w:t>He took a clean wooden testing spoon, dipped the tip, and touched the sauce to a white tile sample he used for glaze tests.</w:t>
      </w:r>
    </w:p>
    <w:p>
      <w:pPr>
        <w:spacing w:after="60" w:line="266" w:lineRule="auto"/>
        <w:ind w:firstLine="331"/>
        <w:jc w:val="both"/>
      </w:pPr>
      <w:r>
        <w:rPr>
          <w:rFonts w:ascii="Georgia" w:hAnsi="Georgia"/>
          <w:b w:val="0"/>
          <w:i w:val="0"/>
          <w:color w:val="22201D"/>
          <w:sz w:val="20"/>
        </w:rPr>
        <w:t>The sauce spread in a small dark circle.</w:t>
      </w:r>
    </w:p>
    <w:p>
      <w:pPr>
        <w:spacing w:after="60" w:line="266" w:lineRule="auto"/>
        <w:ind w:firstLine="331"/>
        <w:jc w:val="both"/>
      </w:pPr>
      <w:r>
        <w:rPr>
          <w:rFonts w:ascii="Georgia" w:hAnsi="Georgia"/>
          <w:b w:val="0"/>
          <w:i w:val="0"/>
          <w:color w:val="22201D"/>
          <w:sz w:val="20"/>
        </w:rPr>
        <w:t>At the edge of the circle, words appeared.</w:t>
      </w:r>
    </w:p>
    <w:p>
      <w:pPr>
        <w:spacing w:after="60" w:line="250" w:lineRule="auto"/>
        <w:ind w:left="202" w:right="173"/>
      </w:pPr>
      <w:r>
        <w:rPr>
          <w:rFonts w:ascii="Georgia" w:hAnsi="Georgia"/>
          <w:b w:val="0"/>
          <w:i w:val="0"/>
          <w:color w:val="22201D"/>
          <w:sz w:val="17"/>
        </w:rPr>
        <w:t>LEDGER SAMPLE: preserved sweetness delayed heat smoke from prior avoidance acid sufficient to prevent spoilage</w:t>
      </w:r>
    </w:p>
    <w:p>
      <w:pPr>
        <w:spacing w:after="60" w:line="266" w:lineRule="auto"/>
        <w:ind w:firstLine="331"/>
        <w:jc w:val="both"/>
      </w:pPr>
      <w:r>
        <w:rPr>
          <w:rFonts w:ascii="Georgia" w:hAnsi="Georgia"/>
          <w:b w:val="0"/>
          <w:i w:val="0"/>
          <w:color w:val="22201D"/>
          <w:sz w:val="20"/>
        </w:rPr>
        <w:t>Steve stared at the tile.</w:t>
      </w:r>
    </w:p>
    <w:p>
      <w:pPr>
        <w:spacing w:after="60" w:line="266" w:lineRule="auto"/>
        <w:ind w:firstLine="331"/>
        <w:jc w:val="both"/>
      </w:pPr>
      <w:r>
        <w:rPr>
          <w:rFonts w:ascii="Georgia" w:hAnsi="Georgia"/>
          <w:b w:val="0"/>
          <w:i w:val="0"/>
          <w:color w:val="22201D"/>
          <w:sz w:val="20"/>
        </w:rPr>
        <w:t>"That is not how sauce works."</w:t>
      </w:r>
    </w:p>
    <w:p>
      <w:pPr>
        <w:spacing w:after="60" w:line="266" w:lineRule="auto"/>
        <w:ind w:firstLine="331"/>
        <w:jc w:val="both"/>
      </w:pPr>
      <w:r>
        <w:rPr>
          <w:rFonts w:ascii="Georgia" w:hAnsi="Georgia"/>
          <w:b w:val="0"/>
          <w:i w:val="0"/>
          <w:color w:val="22201D"/>
          <w:sz w:val="20"/>
        </w:rPr>
        <w:t>The sauce did not answer.</w:t>
      </w:r>
    </w:p>
    <w:p>
      <w:pPr>
        <w:spacing w:after="60" w:line="266" w:lineRule="auto"/>
        <w:ind w:firstLine="331"/>
        <w:jc w:val="both"/>
      </w:pPr>
      <w:r>
        <w:rPr>
          <w:rFonts w:ascii="Georgia" w:hAnsi="Georgia"/>
          <w:b w:val="0"/>
          <w:i w:val="0"/>
          <w:color w:val="22201D"/>
          <w:sz w:val="20"/>
        </w:rPr>
        <w:t>It had made its point materially.</w:t>
      </w:r>
    </w:p>
    <w:p>
      <w:pPr>
        <w:spacing w:after="60" w:line="266" w:lineRule="auto"/>
        <w:ind w:firstLine="331"/>
        <w:jc w:val="both"/>
      </w:pPr>
      <w:r>
        <w:rPr>
          <w:rFonts w:ascii="Georgia" w:hAnsi="Georgia"/>
          <w:b w:val="0"/>
          <w:i w:val="0"/>
          <w:color w:val="22201D"/>
          <w:sz w:val="20"/>
        </w:rPr>
        <w:t>Steve wrote in the file:</w:t>
      </w:r>
    </w:p>
    <w:p>
      <w:pPr>
        <w:spacing w:after="60" w:line="250" w:lineRule="auto"/>
        <w:ind w:left="202" w:right="173"/>
      </w:pPr>
      <w:r>
        <w:rPr>
          <w:rFonts w:ascii="Georgia" w:hAnsi="Georgia"/>
          <w:b w:val="0"/>
          <w:i w:val="0"/>
          <w:color w:val="22201D"/>
          <w:sz w:val="17"/>
        </w:rPr>
        <w:t>Evidence item received. No consumption performed. Preliminary material observation: The sauce behaves as a ledger medium. Recommend handling review by qualified inspector before use in service.</w:t>
      </w:r>
    </w:p>
    <w:p>
      <w:pPr>
        <w:spacing w:after="60" w:line="266" w:lineRule="auto"/>
        <w:ind w:firstLine="331"/>
        <w:jc w:val="both"/>
      </w:pPr>
      <w:r>
        <w:rPr>
          <w:rFonts w:ascii="Georgia" w:hAnsi="Georgia"/>
          <w:b w:val="0"/>
          <w:i w:val="0"/>
          <w:color w:val="22201D"/>
          <w:sz w:val="20"/>
        </w:rPr>
        <w:t>The word inspector underlined itself.</w:t>
      </w:r>
    </w:p>
    <w:p>
      <w:pPr>
        <w:spacing w:after="60" w:line="266" w:lineRule="auto"/>
        <w:ind w:firstLine="331"/>
        <w:jc w:val="both"/>
      </w:pPr>
      <w:r>
        <w:rPr>
          <w:rFonts w:ascii="Georgia" w:hAnsi="Georgia"/>
          <w:b w:val="0"/>
          <w:i w:val="0"/>
          <w:color w:val="22201D"/>
          <w:sz w:val="20"/>
        </w:rPr>
        <w:t>The underline pointed toward Gerald in a way Steve found unprofessional.</w:t>
      </w:r>
    </w:p>
    <w:p>
      <w:pPr>
        <w:spacing w:after="60" w:line="266" w:lineRule="auto"/>
        <w:ind w:firstLine="331"/>
        <w:jc w:val="both"/>
      </w:pPr>
      <w:r>
        <w:rPr>
          <w:rFonts w:ascii="Georgia" w:hAnsi="Georgia"/>
          <w:b w:val="0"/>
          <w:i w:val="0"/>
          <w:color w:val="22201D"/>
          <w:sz w:val="20"/>
        </w:rPr>
        <w:t>He capped the jar.</w:t>
      </w:r>
    </w:p>
    <w:p>
      <w:pPr>
        <w:spacing w:after="60" w:line="266" w:lineRule="auto"/>
        <w:ind w:firstLine="331"/>
        <w:jc w:val="both"/>
      </w:pPr>
      <w:r>
        <w:rPr>
          <w:rFonts w:ascii="Georgia" w:hAnsi="Georgia"/>
          <w:b w:val="0"/>
          <w:i w:val="0"/>
          <w:color w:val="22201D"/>
          <w:sz w:val="20"/>
        </w:rPr>
        <w:t>Then he washed his gloved hands, removed the gloves, washed his actual hands, and appreciated Gerald again.</w:t>
      </w:r>
    </w:p>
    <w:p>
      <w:pPr>
        <w:spacing w:after="60" w:line="266" w:lineRule="auto"/>
        <w:ind w:firstLine="331"/>
        <w:jc w:val="both"/>
      </w:pPr>
      <w:r>
        <w:rPr>
          <w:rFonts w:ascii="Georgia" w:hAnsi="Georgia"/>
          <w:b w:val="0"/>
          <w:i w:val="0"/>
          <w:color w:val="22201D"/>
          <w:sz w:val="20"/>
        </w:rPr>
        <w:t>The case file had added a new page.</w:t>
      </w:r>
    </w:p>
    <w:p>
      <w:pPr>
        <w:spacing w:after="60" w:line="250" w:lineRule="auto"/>
        <w:ind w:left="202" w:right="173"/>
      </w:pPr>
      <w:r>
        <w:rPr>
          <w:rFonts w:ascii="Georgia" w:hAnsi="Georgia"/>
          <w:b w:val="0"/>
          <w:i w:val="0"/>
          <w:color w:val="22201D"/>
          <w:sz w:val="17"/>
        </w:rPr>
        <w:t>CASE REOPENING FORM  Question 1: Was the file closed?  Answer: No.  Question 2: Who may reopen it?  Answer: The person who knows why it was not closed.  Question 3: Will reopening the file create liability?</w:t>
      </w:r>
    </w:p>
    <w:p>
      <w:pPr>
        <w:spacing w:after="60" w:line="266" w:lineRule="auto"/>
        <w:ind w:firstLine="331"/>
        <w:jc w:val="both"/>
      </w:pPr>
      <w:r>
        <w:rPr>
          <w:rFonts w:ascii="Georgia" w:hAnsi="Georgia"/>
          <w:b w:val="0"/>
          <w:i w:val="0"/>
          <w:color w:val="22201D"/>
          <w:sz w:val="20"/>
        </w:rPr>
        <w:t>Steve stopped at question three.</w:t>
      </w:r>
    </w:p>
    <w:p>
      <w:pPr>
        <w:spacing w:after="60" w:line="266" w:lineRule="auto"/>
        <w:ind w:firstLine="331"/>
        <w:jc w:val="both"/>
      </w:pPr>
      <w:r>
        <w:rPr>
          <w:rFonts w:ascii="Georgia" w:hAnsi="Georgia"/>
          <w:b w:val="0"/>
          <w:i w:val="0"/>
          <w:color w:val="22201D"/>
          <w:sz w:val="20"/>
        </w:rPr>
        <w:t>He had spent enough years in records to know that liability was one of the words organizations used when they meant fear but had a lawyer nearby.</w:t>
      </w:r>
    </w:p>
    <w:p>
      <w:pPr>
        <w:spacing w:after="60" w:line="266" w:lineRule="auto"/>
        <w:ind w:firstLine="331"/>
        <w:jc w:val="both"/>
      </w:pPr>
      <w:r>
        <w:rPr>
          <w:rFonts w:ascii="Georgia" w:hAnsi="Georgia"/>
          <w:b w:val="0"/>
          <w:i w:val="0"/>
          <w:color w:val="22201D"/>
          <w:sz w:val="20"/>
        </w:rPr>
        <w:t>He wanted to write no.</w:t>
      </w:r>
    </w:p>
    <w:p>
      <w:pPr>
        <w:spacing w:after="60" w:line="266" w:lineRule="auto"/>
        <w:ind w:firstLine="331"/>
        <w:jc w:val="both"/>
      </w:pPr>
      <w:r>
        <w:rPr>
          <w:rFonts w:ascii="Georgia" w:hAnsi="Georgia"/>
          <w:b w:val="0"/>
          <w:i w:val="0"/>
          <w:color w:val="22201D"/>
          <w:sz w:val="20"/>
        </w:rPr>
        <w:t>This would have been comforting.</w:t>
      </w:r>
    </w:p>
    <w:p>
      <w:pPr>
        <w:spacing w:after="60" w:line="266" w:lineRule="auto"/>
        <w:ind w:firstLine="331"/>
        <w:jc w:val="both"/>
      </w:pPr>
      <w:r>
        <w:rPr>
          <w:rFonts w:ascii="Georgia" w:hAnsi="Georgia"/>
          <w:b w:val="0"/>
          <w:i w:val="0"/>
          <w:color w:val="22201D"/>
          <w:sz w:val="20"/>
        </w:rPr>
        <w:t>It would also have been false.</w:t>
      </w:r>
    </w:p>
    <w:p>
      <w:pPr>
        <w:spacing w:after="60" w:line="266" w:lineRule="auto"/>
        <w:ind w:firstLine="331"/>
        <w:jc w:val="both"/>
      </w:pPr>
      <w:r>
        <w:rPr>
          <w:rFonts w:ascii="Georgia" w:hAnsi="Georgia"/>
          <w:b w:val="0"/>
          <w:i w:val="0"/>
          <w:color w:val="22201D"/>
          <w:sz w:val="20"/>
        </w:rPr>
        <w:t>He wrote:</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The file waited.</w:t>
      </w:r>
    </w:p>
    <w:p>
      <w:pPr>
        <w:spacing w:after="60" w:line="266" w:lineRule="auto"/>
        <w:ind w:firstLine="331"/>
        <w:jc w:val="both"/>
      </w:pPr>
      <w:r>
        <w:rPr>
          <w:rFonts w:ascii="Georgia" w:hAnsi="Georgia"/>
          <w:b w:val="0"/>
          <w:i w:val="0"/>
          <w:color w:val="22201D"/>
          <w:sz w:val="20"/>
        </w:rPr>
        <w:t>Steve continued:</w:t>
      </w:r>
    </w:p>
    <w:p>
      <w:pPr>
        <w:spacing w:after="60" w:line="250" w:lineRule="auto"/>
        <w:ind w:left="202" w:right="173"/>
      </w:pPr>
      <w:r>
        <w:rPr>
          <w:rFonts w:ascii="Georgia" w:hAnsi="Georgia"/>
          <w:b w:val="0"/>
          <w:i w:val="0"/>
          <w:color w:val="22201D"/>
          <w:sz w:val="17"/>
        </w:rPr>
        <w:t>Reopening the file creates liability because the record will become legible. The liability already exists. Illegibility only hides it.</w:t>
      </w:r>
    </w:p>
    <w:p>
      <w:pPr>
        <w:spacing w:after="60" w:line="266" w:lineRule="auto"/>
        <w:ind w:firstLine="331"/>
        <w:jc w:val="both"/>
      </w:pPr>
      <w:r>
        <w:rPr>
          <w:rFonts w:ascii="Georgia" w:hAnsi="Georgia"/>
          <w:b w:val="0"/>
          <w:i w:val="0"/>
          <w:color w:val="22201D"/>
          <w:sz w:val="20"/>
        </w:rPr>
        <w:t>The pen felt heavier.</w:t>
      </w:r>
    </w:p>
    <w:p>
      <w:pPr>
        <w:spacing w:after="60" w:line="266" w:lineRule="auto"/>
        <w:ind w:firstLine="331"/>
        <w:jc w:val="both"/>
      </w:pPr>
      <w:r>
        <w:rPr>
          <w:rFonts w:ascii="Georgia" w:hAnsi="Georgia"/>
          <w:b w:val="0"/>
          <w:i w:val="0"/>
          <w:color w:val="22201D"/>
          <w:sz w:val="20"/>
        </w:rPr>
        <w:t>He wrote the next line more slowly.</w:t>
      </w:r>
    </w:p>
    <w:p>
      <w:pPr>
        <w:spacing w:after="60" w:line="250" w:lineRule="auto"/>
        <w:ind w:left="202" w:right="173"/>
      </w:pPr>
      <w:r>
        <w:rPr>
          <w:rFonts w:ascii="Georgia" w:hAnsi="Georgia"/>
          <w:b w:val="0"/>
          <w:i w:val="0"/>
          <w:color w:val="22201D"/>
          <w:sz w:val="17"/>
        </w:rPr>
        <w:t>Recommend reopening.</w:t>
      </w:r>
    </w:p>
    <w:p>
      <w:pPr>
        <w:spacing w:after="60" w:line="266" w:lineRule="auto"/>
        <w:ind w:firstLine="331"/>
        <w:jc w:val="both"/>
      </w:pPr>
      <w:r>
        <w:rPr>
          <w:rFonts w:ascii="Georgia" w:hAnsi="Georgia"/>
          <w:b w:val="0"/>
          <w:i w:val="0"/>
          <w:color w:val="22201D"/>
          <w:sz w:val="20"/>
        </w:rPr>
        <w:t>The studio became very quiet.</w:t>
      </w:r>
    </w:p>
    <w:p>
      <w:pPr>
        <w:spacing w:after="60" w:line="266" w:lineRule="auto"/>
        <w:ind w:firstLine="331"/>
        <w:jc w:val="both"/>
      </w:pPr>
      <w:r>
        <w:rPr>
          <w:rFonts w:ascii="Georgia" w:hAnsi="Georgia"/>
          <w:b w:val="0"/>
          <w:i w:val="0"/>
          <w:color w:val="22201D"/>
          <w:sz w:val="20"/>
        </w:rPr>
        <w:t>Not silent. Quiet.</w:t>
      </w:r>
    </w:p>
    <w:p>
      <w:pPr>
        <w:spacing w:after="60" w:line="266" w:lineRule="auto"/>
        <w:ind w:firstLine="331"/>
        <w:jc w:val="both"/>
      </w:pPr>
      <w:r>
        <w:rPr>
          <w:rFonts w:ascii="Georgia" w:hAnsi="Georgia"/>
          <w:b w:val="0"/>
          <w:i w:val="0"/>
          <w:color w:val="22201D"/>
          <w:sz w:val="20"/>
        </w:rPr>
        <w:t>The difference mattered. Silence was absence. Quiet was attention.</w:t>
      </w:r>
    </w:p>
    <w:p>
      <w:pPr>
        <w:spacing w:after="60" w:line="266" w:lineRule="auto"/>
        <w:ind w:firstLine="331"/>
        <w:jc w:val="both"/>
      </w:pPr>
      <w:r>
        <w:rPr>
          <w:rFonts w:ascii="Georgia" w:hAnsi="Georgia"/>
          <w:b w:val="0"/>
          <w:i w:val="0"/>
          <w:color w:val="22201D"/>
          <w:sz w:val="20"/>
        </w:rPr>
        <w:t>The bowls on the drying rack did not move. The lidded form on the wheel stayed damp under plastic. The sauce jar sat beside the file with the composed menace of a condiment that had legal standing. Outside, the wind moved against the juniper and lost.</w:t>
      </w:r>
    </w:p>
    <w:p>
      <w:pPr>
        <w:spacing w:after="60" w:line="266" w:lineRule="auto"/>
        <w:ind w:firstLine="331"/>
        <w:jc w:val="both"/>
      </w:pPr>
      <w:r>
        <w:rPr>
          <w:rFonts w:ascii="Georgia" w:hAnsi="Georgia"/>
          <w:b w:val="0"/>
          <w:i w:val="0"/>
          <w:color w:val="22201D"/>
          <w:sz w:val="20"/>
        </w:rPr>
        <w:t>The file printed:</w:t>
      </w:r>
    </w:p>
    <w:p>
      <w:pPr>
        <w:spacing w:after="60" w:line="250" w:lineRule="auto"/>
        <w:ind w:left="202" w:right="173"/>
      </w:pPr>
      <w:r>
        <w:rPr>
          <w:rFonts w:ascii="Georgia" w:hAnsi="Georgia"/>
          <w:b w:val="0"/>
          <w:i w:val="0"/>
          <w:color w:val="22201D"/>
          <w:sz w:val="17"/>
        </w:rPr>
        <w:t>REOPENING RECOMMENDATION RECEIVED.  Please sign.</w:t>
      </w:r>
    </w:p>
    <w:p>
      <w:pPr>
        <w:spacing w:after="60" w:line="266" w:lineRule="auto"/>
        <w:ind w:firstLine="331"/>
        <w:jc w:val="both"/>
      </w:pPr>
      <w:r>
        <w:rPr>
          <w:rFonts w:ascii="Georgia" w:hAnsi="Georgia"/>
          <w:b w:val="0"/>
          <w:i w:val="0"/>
          <w:color w:val="22201D"/>
          <w:sz w:val="20"/>
        </w:rPr>
        <w:t>Steve looked at the signature line.</w:t>
      </w:r>
    </w:p>
    <w:p>
      <w:pPr>
        <w:spacing w:after="60" w:line="266" w:lineRule="auto"/>
        <w:ind w:firstLine="331"/>
        <w:jc w:val="both"/>
      </w:pPr>
      <w:r>
        <w:rPr>
          <w:rFonts w:ascii="Georgia" w:hAnsi="Georgia"/>
          <w:b w:val="0"/>
          <w:i w:val="0"/>
          <w:color w:val="22201D"/>
          <w:sz w:val="20"/>
        </w:rPr>
        <w:t>It was not a trap.</w:t>
      </w:r>
    </w:p>
    <w:p>
      <w:pPr>
        <w:spacing w:after="60" w:line="266" w:lineRule="auto"/>
        <w:ind w:firstLine="331"/>
        <w:jc w:val="both"/>
      </w:pPr>
      <w:r>
        <w:rPr>
          <w:rFonts w:ascii="Georgia" w:hAnsi="Georgia"/>
          <w:b w:val="0"/>
          <w:i w:val="0"/>
          <w:color w:val="22201D"/>
          <w:sz w:val="20"/>
        </w:rPr>
        <w:t>This made it worse.</w:t>
      </w:r>
    </w:p>
    <w:p>
      <w:pPr>
        <w:spacing w:after="60" w:line="266" w:lineRule="auto"/>
        <w:ind w:firstLine="331"/>
        <w:jc w:val="both"/>
      </w:pPr>
      <w:r>
        <w:rPr>
          <w:rFonts w:ascii="Georgia" w:hAnsi="Georgia"/>
          <w:b w:val="0"/>
          <w:i w:val="0"/>
          <w:color w:val="22201D"/>
          <w:sz w:val="20"/>
        </w:rPr>
        <w:t>He signed:</w:t>
      </w:r>
    </w:p>
    <w:p>
      <w:pPr>
        <w:spacing w:after="60" w:line="250" w:lineRule="auto"/>
        <w:ind w:left="202" w:right="173"/>
      </w:pPr>
      <w:r>
        <w:rPr>
          <w:rFonts w:ascii="Georgia" w:hAnsi="Georgia"/>
          <w:b w:val="0"/>
          <w:i w:val="0"/>
          <w:color w:val="22201D"/>
          <w:sz w:val="17"/>
        </w:rPr>
        <w:t>Steve R. Bellweather Former Multnomah County Records Clerk Current custodian by recurrence</w:t>
      </w:r>
    </w:p>
    <w:p>
      <w:pPr>
        <w:spacing w:after="60" w:line="266" w:lineRule="auto"/>
        <w:ind w:firstLine="331"/>
        <w:jc w:val="both"/>
      </w:pPr>
      <w:r>
        <w:rPr>
          <w:rFonts w:ascii="Georgia" w:hAnsi="Georgia"/>
          <w:b w:val="0"/>
          <w:i w:val="0"/>
          <w:color w:val="22201D"/>
          <w:sz w:val="20"/>
        </w:rPr>
        <w:t>The file accepted the signature.</w:t>
      </w:r>
    </w:p>
    <w:p>
      <w:pPr>
        <w:spacing w:after="60" w:line="266" w:lineRule="auto"/>
        <w:ind w:firstLine="331"/>
        <w:jc w:val="both"/>
      </w:pPr>
      <w:r>
        <w:rPr>
          <w:rFonts w:ascii="Georgia" w:hAnsi="Georgia"/>
          <w:b w:val="0"/>
          <w:i w:val="0"/>
          <w:color w:val="22201D"/>
          <w:sz w:val="20"/>
        </w:rPr>
        <w:t>Then every page in the folder lifted slightly, aligned itself, and settled back down with the satisfied thump of bureaucracy becoming heavier.</w:t>
      </w:r>
    </w:p>
    <w:p>
      <w:pPr>
        <w:spacing w:after="60" w:line="266" w:lineRule="auto"/>
        <w:ind w:firstLine="331"/>
        <w:jc w:val="both"/>
      </w:pPr>
      <w:r>
        <w:rPr>
          <w:rFonts w:ascii="Georgia" w:hAnsi="Georgia"/>
          <w:b w:val="0"/>
          <w:i w:val="0"/>
          <w:color w:val="22201D"/>
          <w:sz w:val="20"/>
        </w:rPr>
        <w:t>On the cover, the status line changed.</w:t>
      </w:r>
    </w:p>
    <w:p>
      <w:pPr>
        <w:spacing w:after="60" w:line="250" w:lineRule="auto"/>
        <w:ind w:left="202" w:right="173"/>
      </w:pPr>
      <w:r>
        <w:rPr>
          <w:rFonts w:ascii="Georgia" w:hAnsi="Georgia"/>
          <w:b w:val="0"/>
          <w:i w:val="0"/>
          <w:color w:val="22201D"/>
          <w:sz w:val="17"/>
        </w:rPr>
        <w:t>CASE STATUS: REOPENED</w:t>
      </w:r>
    </w:p>
    <w:p>
      <w:pPr>
        <w:spacing w:after="60" w:line="266" w:lineRule="auto"/>
        <w:ind w:firstLine="331"/>
        <w:jc w:val="both"/>
      </w:pPr>
      <w:r>
        <w:rPr>
          <w:rFonts w:ascii="Georgia" w:hAnsi="Georgia"/>
          <w:b w:val="0"/>
          <w:i w:val="0"/>
          <w:color w:val="22201D"/>
          <w:sz w:val="20"/>
        </w:rPr>
        <w:t>Steve sat very still.</w:t>
      </w:r>
    </w:p>
    <w:p>
      <w:pPr>
        <w:spacing w:after="60" w:line="266" w:lineRule="auto"/>
        <w:ind w:firstLine="331"/>
        <w:jc w:val="both"/>
      </w:pPr>
      <w:r>
        <w:rPr>
          <w:rFonts w:ascii="Georgia" w:hAnsi="Georgia"/>
          <w:b w:val="0"/>
          <w:i w:val="0"/>
          <w:color w:val="22201D"/>
          <w:sz w:val="20"/>
        </w:rPr>
        <w:t>He felt no triumph.</w:t>
      </w:r>
    </w:p>
    <w:p>
      <w:pPr>
        <w:spacing w:after="60" w:line="266" w:lineRule="auto"/>
        <w:ind w:firstLine="331"/>
        <w:jc w:val="both"/>
      </w:pPr>
      <w:r>
        <w:rPr>
          <w:rFonts w:ascii="Georgia" w:hAnsi="Georgia"/>
          <w:b w:val="0"/>
          <w:i w:val="0"/>
          <w:color w:val="22201D"/>
          <w:sz w:val="20"/>
        </w:rPr>
        <w:t>This was good.</w:t>
      </w:r>
    </w:p>
    <w:p>
      <w:pPr>
        <w:spacing w:after="60" w:line="266" w:lineRule="auto"/>
        <w:ind w:firstLine="331"/>
        <w:jc w:val="both"/>
      </w:pPr>
      <w:r>
        <w:rPr>
          <w:rFonts w:ascii="Georgia" w:hAnsi="Georgia"/>
          <w:b w:val="0"/>
          <w:i w:val="0"/>
          <w:color w:val="22201D"/>
          <w:sz w:val="20"/>
        </w:rPr>
        <w:t>Triumph, in his experience, was often the feeling a person had just before discovering how much paperwork the victory required.</w:t>
      </w:r>
    </w:p>
    <w:p>
      <w:pPr>
        <w:spacing w:after="60" w:line="266" w:lineRule="auto"/>
        <w:ind w:firstLine="331"/>
        <w:jc w:val="both"/>
      </w:pPr>
      <w:r>
        <w:rPr>
          <w:rFonts w:ascii="Georgia" w:hAnsi="Georgia"/>
          <w:b w:val="0"/>
          <w:i w:val="0"/>
          <w:color w:val="22201D"/>
          <w:sz w:val="20"/>
        </w:rPr>
        <w:t>The file produced one final form.</w:t>
      </w:r>
    </w:p>
    <w:p>
      <w:pPr>
        <w:spacing w:after="60" w:line="266" w:lineRule="auto"/>
        <w:ind w:firstLine="331"/>
        <w:jc w:val="both"/>
      </w:pPr>
      <w:r>
        <w:rPr>
          <w:rFonts w:ascii="Georgia" w:hAnsi="Georgia"/>
          <w:b w:val="0"/>
          <w:i w:val="0"/>
          <w:color w:val="22201D"/>
          <w:sz w:val="20"/>
        </w:rPr>
        <w:t>It was addressed to Gerald Park.</w:t>
      </w:r>
    </w:p>
    <w:p>
      <w:pPr>
        <w:spacing w:after="60" w:line="250" w:lineRule="auto"/>
        <w:ind w:left="202" w:right="173"/>
      </w:pPr>
      <w:r>
        <w:rPr>
          <w:rFonts w:ascii="Georgia" w:hAnsi="Georgia"/>
          <w:b w:val="0"/>
          <w:i w:val="0"/>
          <w:color w:val="22201D"/>
          <w:sz w:val="17"/>
        </w:rPr>
        <w:t>INSPECTION ADDENDUM REQUEST  Subject: active audit bill  Evidence: case file reopened Black Orchard Adobo ledger sample received  Question: Can an account remain open without creating an unsafe service condition?  Requested reviewer: Gerald Park Former Health Inspection Division acting under routed amended-license review  Next chapter: Gerald Checks the Hand Sink Again</w:t>
      </w:r>
    </w:p>
    <w:p>
      <w:pPr>
        <w:spacing w:after="60" w:line="266" w:lineRule="auto"/>
        <w:ind w:firstLine="331"/>
        <w:jc w:val="both"/>
      </w:pPr>
      <w:r>
        <w:rPr>
          <w:rFonts w:ascii="Georgia" w:hAnsi="Georgia"/>
          <w:b w:val="0"/>
          <w:i w:val="0"/>
          <w:color w:val="22201D"/>
          <w:sz w:val="20"/>
        </w:rPr>
        <w:t>Steve read the form.</w:t>
      </w:r>
    </w:p>
    <w:p>
      <w:pPr>
        <w:spacing w:after="60" w:line="266" w:lineRule="auto"/>
        <w:ind w:firstLine="331"/>
        <w:jc w:val="both"/>
      </w:pPr>
      <w:r>
        <w:rPr>
          <w:rFonts w:ascii="Georgia" w:hAnsi="Georgia"/>
          <w:b w:val="0"/>
          <w:i w:val="0"/>
          <w:color w:val="22201D"/>
          <w:sz w:val="20"/>
        </w:rPr>
        <w:t>"He is retired," he said.</w:t>
      </w:r>
    </w:p>
    <w:p>
      <w:pPr>
        <w:spacing w:after="60" w:line="266" w:lineRule="auto"/>
        <w:ind w:firstLine="331"/>
        <w:jc w:val="both"/>
      </w:pPr>
      <w:r>
        <w:rPr>
          <w:rFonts w:ascii="Georgia" w:hAnsi="Georgia"/>
          <w:b w:val="0"/>
          <w:i w:val="0"/>
          <w:color w:val="22201D"/>
          <w:sz w:val="20"/>
        </w:rPr>
        <w:t>The case file printed:</w:t>
      </w:r>
    </w:p>
    <w:p>
      <w:pPr>
        <w:spacing w:after="60" w:line="250" w:lineRule="auto"/>
        <w:ind w:left="202" w:right="173"/>
      </w:pPr>
      <w:r>
        <w:rPr>
          <w:rFonts w:ascii="Georgia" w:hAnsi="Georgia"/>
          <w:b w:val="0"/>
          <w:i w:val="0"/>
          <w:color w:val="22201D"/>
          <w:sz w:val="17"/>
        </w:rPr>
        <w:t>KNOWN.</w:t>
      </w:r>
    </w:p>
    <w:p>
      <w:pPr>
        <w:spacing w:after="60" w:line="266" w:lineRule="auto"/>
        <w:ind w:firstLine="331"/>
        <w:jc w:val="both"/>
      </w:pPr>
      <w:r>
        <w:rPr>
          <w:rFonts w:ascii="Georgia" w:hAnsi="Georgia"/>
          <w:b w:val="0"/>
          <w:i w:val="0"/>
          <w:color w:val="22201D"/>
          <w:sz w:val="20"/>
        </w:rPr>
        <w:t>"He will not like this."</w:t>
      </w:r>
    </w:p>
    <w:p>
      <w:pPr>
        <w:spacing w:after="60" w:line="250" w:lineRule="auto"/>
        <w:ind w:left="202" w:right="173"/>
      </w:pPr>
      <w:r>
        <w:rPr>
          <w:rFonts w:ascii="Georgia" w:hAnsi="Georgia"/>
          <w:b w:val="0"/>
          <w:i w:val="0"/>
          <w:color w:val="22201D"/>
          <w:sz w:val="17"/>
        </w:rPr>
        <w:t>LIKELY.</w:t>
      </w:r>
    </w:p>
    <w:p>
      <w:pPr>
        <w:spacing w:after="60" w:line="266" w:lineRule="auto"/>
        <w:ind w:firstLine="331"/>
        <w:jc w:val="both"/>
      </w:pPr>
      <w:r>
        <w:rPr>
          <w:rFonts w:ascii="Georgia" w:hAnsi="Georgia"/>
          <w:b w:val="0"/>
          <w:i w:val="0"/>
          <w:color w:val="22201D"/>
          <w:sz w:val="20"/>
        </w:rPr>
        <w:t>"He will be right to dislike it."</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Steve almost smiled.</w:t>
      </w:r>
    </w:p>
    <w:p>
      <w:pPr>
        <w:spacing w:after="60" w:line="266" w:lineRule="auto"/>
        <w:ind w:firstLine="331"/>
        <w:jc w:val="both"/>
      </w:pPr>
      <w:r>
        <w:rPr>
          <w:rFonts w:ascii="Georgia" w:hAnsi="Georgia"/>
          <w:b w:val="0"/>
          <w:i w:val="0"/>
          <w:color w:val="22201D"/>
          <w:sz w:val="20"/>
        </w:rPr>
        <w:t>This, at least, was familiar. Good paperwork did not prevent people from being annoyed. It only gave annoyance somewhere accurate to stand.</w:t>
      </w:r>
    </w:p>
    <w:p>
      <w:pPr>
        <w:spacing w:after="60" w:line="266" w:lineRule="auto"/>
        <w:ind w:firstLine="331"/>
        <w:jc w:val="both"/>
      </w:pPr>
      <w:r>
        <w:rPr>
          <w:rFonts w:ascii="Georgia" w:hAnsi="Georgia"/>
          <w:b w:val="0"/>
          <w:i w:val="0"/>
          <w:color w:val="22201D"/>
          <w:sz w:val="20"/>
        </w:rPr>
        <w:t>He placed the inspection addendum request in an envelope. He wrote Gerald's name by hand.</w:t>
      </w:r>
    </w:p>
    <w:p>
      <w:pPr>
        <w:spacing w:after="60" w:line="266" w:lineRule="auto"/>
        <w:ind w:firstLine="331"/>
        <w:jc w:val="both"/>
      </w:pPr>
      <w:r>
        <w:rPr>
          <w:rFonts w:ascii="Georgia" w:hAnsi="Georgia"/>
          <w:b w:val="0"/>
          <w:i w:val="0"/>
          <w:color w:val="22201D"/>
          <w:sz w:val="20"/>
        </w:rPr>
        <w:t>The envelope did not disappear immediately.</w:t>
      </w:r>
    </w:p>
    <w:p>
      <w:pPr>
        <w:spacing w:after="60" w:line="266" w:lineRule="auto"/>
        <w:ind w:firstLine="331"/>
        <w:jc w:val="both"/>
      </w:pPr>
      <w:r>
        <w:rPr>
          <w:rFonts w:ascii="Georgia" w:hAnsi="Georgia"/>
          <w:b w:val="0"/>
          <w:i w:val="0"/>
          <w:color w:val="22201D"/>
          <w:sz w:val="20"/>
        </w:rPr>
        <w:t>Instead it waited while Steve returned to the wheel.</w:t>
      </w:r>
    </w:p>
    <w:p>
      <w:pPr>
        <w:spacing w:after="60" w:line="266" w:lineRule="auto"/>
        <w:ind w:firstLine="331"/>
        <w:jc w:val="both"/>
      </w:pPr>
      <w:r>
        <w:rPr>
          <w:rFonts w:ascii="Georgia" w:hAnsi="Georgia"/>
          <w:b w:val="0"/>
          <w:i w:val="0"/>
          <w:color w:val="22201D"/>
          <w:sz w:val="20"/>
        </w:rPr>
        <w:t>The covered lid was still workable.</w:t>
      </w:r>
    </w:p>
    <w:p>
      <w:pPr>
        <w:spacing w:after="60" w:line="266" w:lineRule="auto"/>
        <w:ind w:firstLine="331"/>
        <w:jc w:val="both"/>
      </w:pPr>
      <w:r>
        <w:rPr>
          <w:rFonts w:ascii="Georgia" w:hAnsi="Georgia"/>
          <w:b w:val="0"/>
          <w:i w:val="0"/>
          <w:color w:val="22201D"/>
          <w:sz w:val="20"/>
        </w:rPr>
        <w:t>He removed the plastic.</w:t>
      </w:r>
    </w:p>
    <w:p>
      <w:pPr>
        <w:spacing w:after="60" w:line="266" w:lineRule="auto"/>
        <w:ind w:firstLine="331"/>
        <w:jc w:val="both"/>
      </w:pPr>
      <w:r>
        <w:rPr>
          <w:rFonts w:ascii="Georgia" w:hAnsi="Georgia"/>
          <w:b w:val="0"/>
          <w:i w:val="0"/>
          <w:color w:val="22201D"/>
          <w:sz w:val="20"/>
        </w:rPr>
        <w:t>The clay had held its moisture.</w:t>
      </w:r>
    </w:p>
    <w:p>
      <w:pPr>
        <w:spacing w:after="60" w:line="266" w:lineRule="auto"/>
        <w:ind w:firstLine="331"/>
        <w:jc w:val="both"/>
      </w:pPr>
      <w:r>
        <w:rPr>
          <w:rFonts w:ascii="Georgia" w:hAnsi="Georgia"/>
          <w:b w:val="0"/>
          <w:i w:val="0"/>
          <w:color w:val="22201D"/>
          <w:sz w:val="20"/>
        </w:rPr>
        <w:t>The rim had not warped.</w:t>
      </w:r>
    </w:p>
    <w:p>
      <w:pPr>
        <w:spacing w:after="60" w:line="266" w:lineRule="auto"/>
        <w:ind w:firstLine="331"/>
        <w:jc w:val="both"/>
      </w:pPr>
      <w:r>
        <w:rPr>
          <w:rFonts w:ascii="Georgia" w:hAnsi="Georgia"/>
          <w:b w:val="0"/>
          <w:i w:val="0"/>
          <w:color w:val="22201D"/>
          <w:sz w:val="20"/>
        </w:rPr>
        <w:t>Steve set the wheel turning again and lowered a trimming tool to the lid's edge. A thin ribbon of clay rose and fell away. The form sharpened. The lid became more itself by surrendering what did not fit.</w:t>
      </w:r>
    </w:p>
    <w:p>
      <w:pPr>
        <w:spacing w:after="60" w:line="266" w:lineRule="auto"/>
        <w:ind w:firstLine="331"/>
        <w:jc w:val="both"/>
      </w:pPr>
      <w:r>
        <w:rPr>
          <w:rFonts w:ascii="Georgia" w:hAnsi="Georgia"/>
          <w:b w:val="0"/>
          <w:i w:val="0"/>
          <w:color w:val="22201D"/>
          <w:sz w:val="20"/>
        </w:rPr>
        <w:t>On the table behind him, the reopened case file rested beside the dark jar of Black Orchard Adobo.</w:t>
      </w:r>
    </w:p>
    <w:p>
      <w:pPr>
        <w:spacing w:after="60" w:line="266" w:lineRule="auto"/>
        <w:ind w:firstLine="331"/>
        <w:jc w:val="both"/>
      </w:pPr>
      <w:r>
        <w:rPr>
          <w:rFonts w:ascii="Georgia" w:hAnsi="Georgia"/>
          <w:b w:val="0"/>
          <w:i w:val="0"/>
          <w:color w:val="22201D"/>
          <w:sz w:val="20"/>
        </w:rPr>
        <w:t>The envelope to Gerald waited for the correct moment.</w:t>
      </w:r>
    </w:p>
    <w:p>
      <w:pPr>
        <w:spacing w:after="60" w:line="266" w:lineRule="auto"/>
        <w:ind w:firstLine="331"/>
        <w:jc w:val="both"/>
      </w:pPr>
      <w:r>
        <w:rPr>
          <w:rFonts w:ascii="Georgia" w:hAnsi="Georgia"/>
          <w:b w:val="0"/>
          <w:i w:val="0"/>
          <w:color w:val="22201D"/>
          <w:sz w:val="20"/>
        </w:rPr>
        <w:t>Steve trimmed the lid until it fit the bowl he had made the day before.</w:t>
      </w:r>
    </w:p>
    <w:p>
      <w:pPr>
        <w:spacing w:after="60" w:line="266" w:lineRule="auto"/>
        <w:ind w:firstLine="331"/>
        <w:jc w:val="both"/>
      </w:pPr>
      <w:r>
        <w:rPr>
          <w:rFonts w:ascii="Georgia" w:hAnsi="Georgia"/>
          <w:b w:val="0"/>
          <w:i w:val="0"/>
          <w:color w:val="22201D"/>
          <w:sz w:val="20"/>
        </w:rPr>
        <w:t>Not perfectly.</w:t>
      </w:r>
    </w:p>
    <w:p>
      <w:pPr>
        <w:spacing w:after="60" w:line="266" w:lineRule="auto"/>
        <w:ind w:firstLine="331"/>
        <w:jc w:val="both"/>
      </w:pPr>
      <w:r>
        <w:rPr>
          <w:rFonts w:ascii="Georgia" w:hAnsi="Georgia"/>
          <w:b w:val="0"/>
          <w:i w:val="0"/>
          <w:color w:val="22201D"/>
          <w:sz w:val="20"/>
        </w:rPr>
        <w:t>Honestly.</w:t>
      </w:r>
    </w:p>
    <w:p>
      <w:pPr>
        <w:spacing w:after="60" w:line="266" w:lineRule="auto"/>
        <w:ind w:firstLine="331"/>
        <w:jc w:val="both"/>
      </w:pPr>
      <w:r>
        <w:rPr>
          <w:rFonts w:ascii="Georgia" w:hAnsi="Georgia"/>
          <w:b w:val="0"/>
          <w:i w:val="0"/>
          <w:color w:val="22201D"/>
          <w:sz w:val="20"/>
        </w:rPr>
        <w:t>When he placed it on the bowl, it settled with a small sound that meant:</w:t>
      </w:r>
    </w:p>
    <w:p>
      <w:pPr>
        <w:spacing w:after="60" w:line="266" w:lineRule="auto"/>
        <w:ind w:firstLine="331"/>
        <w:jc w:val="both"/>
      </w:pPr>
      <w:r>
        <w:rPr>
          <w:rFonts w:ascii="Georgia" w:hAnsi="Georgia"/>
          <w:b w:val="0"/>
          <w:i w:val="0"/>
          <w:color w:val="22201D"/>
          <w:sz w:val="20"/>
        </w:rPr>
        <w:t>not closed,</w:t>
      </w:r>
    </w:p>
    <w:p>
      <w:pPr>
        <w:spacing w:after="60" w:line="266" w:lineRule="auto"/>
        <w:ind w:firstLine="331"/>
        <w:jc w:val="both"/>
      </w:pPr>
      <w:r>
        <w:rPr>
          <w:rFonts w:ascii="Georgia" w:hAnsi="Georgia"/>
          <w:b w:val="0"/>
          <w:i w:val="0"/>
          <w:color w:val="22201D"/>
          <w:sz w:val="20"/>
        </w:rPr>
        <w:t>but held.</w:t>
      </w:r>
    </w:p>
    <w:p>
      <w:pPr>
        <w:spacing w:after="60" w:line="266" w:lineRule="auto"/>
        <w:ind w:firstLine="331"/>
        <w:jc w:val="both"/>
      </w:pPr>
      <w:r>
        <w:rPr>
          <w:rFonts w:ascii="Georgia" w:hAnsi="Georgia"/>
          <w:b w:val="0"/>
          <w:i w:val="0"/>
          <w:color w:val="22201D"/>
          <w:sz w:val="20"/>
        </w:rPr>
        <w:t>The envelope disappeared.</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3: Gerald Checks the Hand Sink Again</w:t>
      </w:r>
    </w:p>
    <w:p>
      <w:pPr>
        <w:spacing w:after="60" w:line="266" w:lineRule="auto"/>
        <w:ind w:firstLine="0"/>
        <w:jc w:val="both"/>
      </w:pPr>
      <w:r>
        <w:rPr>
          <w:rFonts w:ascii="Georgia" w:hAnsi="Georgia"/>
          <w:b w:val="0"/>
          <w:i w:val="0"/>
          <w:color w:val="22201D"/>
          <w:sz w:val="20"/>
        </w:rPr>
        <w:t>In which audit standing proves conditional on soap, Gerald Park refuses to let metaphysics block a handwashing station, and an inspection addendum asks whether an open account can remain safe enough to serve.</w:t>
      </w:r>
    </w:p>
    <w:p>
      <w:pPr>
        <w:spacing w:after="60" w:line="266" w:lineRule="auto"/>
        <w:ind w:firstLine="331"/>
        <w:jc w:val="both"/>
      </w:pPr>
      <w:r>
        <w:rPr>
          <w:rFonts w:ascii="Georgia" w:hAnsi="Georgia"/>
          <w:b w:val="0"/>
          <w:i w:val="0"/>
          <w:color w:val="22201D"/>
          <w:sz w:val="20"/>
        </w:rPr>
        <w:t>Gerald Park received the inspection addendum request at 6:12 in the morning, which was early enough to be disrespectful and late enough to imply that whatever had sent it had shown restraint.</w:t>
      </w:r>
    </w:p>
    <w:p>
      <w:pPr>
        <w:spacing w:after="60" w:line="266" w:lineRule="auto"/>
        <w:ind w:firstLine="331"/>
        <w:jc w:val="both"/>
      </w:pPr>
      <w:r>
        <w:rPr>
          <w:rFonts w:ascii="Georgia" w:hAnsi="Georgia"/>
          <w:b w:val="0"/>
          <w:i w:val="0"/>
          <w:color w:val="22201D"/>
          <w:sz w:val="20"/>
        </w:rPr>
        <w:t>He was sharpening a pencil.</w:t>
      </w:r>
    </w:p>
    <w:p>
      <w:pPr>
        <w:spacing w:after="60" w:line="266" w:lineRule="auto"/>
        <w:ind w:firstLine="331"/>
        <w:jc w:val="both"/>
      </w:pPr>
      <w:r>
        <w:rPr>
          <w:rFonts w:ascii="Georgia" w:hAnsi="Georgia"/>
          <w:b w:val="0"/>
          <w:i w:val="0"/>
          <w:color w:val="22201D"/>
          <w:sz w:val="20"/>
        </w:rPr>
        <w:t>This was not a hobby.</w:t>
      </w:r>
    </w:p>
    <w:p>
      <w:pPr>
        <w:spacing w:after="60" w:line="266" w:lineRule="auto"/>
        <w:ind w:firstLine="331"/>
        <w:jc w:val="both"/>
      </w:pPr>
      <w:r>
        <w:rPr>
          <w:rFonts w:ascii="Georgia" w:hAnsi="Georgia"/>
          <w:b w:val="0"/>
          <w:i w:val="0"/>
          <w:color w:val="22201D"/>
          <w:sz w:val="20"/>
        </w:rPr>
        <w:t>Hobbies were activities people undertook for pleasure, identity, or the socially acceptable avoidance of other activities. Gerald had no objection to hobbies in principle. He had once tried birdwatching and stopped immediately upon realizing it required him to describe wing bars with a confidence he did not feel. He preferred pencils. Pencils did not ask to be admired. Pencils asked to be sharpened, used, and not left point-down in a drawer.</w:t>
      </w:r>
    </w:p>
    <w:p>
      <w:pPr>
        <w:spacing w:after="60" w:line="266" w:lineRule="auto"/>
        <w:ind w:firstLine="331"/>
        <w:jc w:val="both"/>
      </w:pPr>
      <w:r>
        <w:rPr>
          <w:rFonts w:ascii="Georgia" w:hAnsi="Georgia"/>
          <w:b w:val="0"/>
          <w:i w:val="0"/>
          <w:color w:val="22201D"/>
          <w:sz w:val="20"/>
        </w:rPr>
        <w:t>The envelope appeared beside the sharpener.</w:t>
      </w:r>
    </w:p>
    <w:p>
      <w:pPr>
        <w:spacing w:after="60" w:line="266" w:lineRule="auto"/>
        <w:ind w:firstLine="331"/>
        <w:jc w:val="both"/>
      </w:pPr>
      <w:r>
        <w:rPr>
          <w:rFonts w:ascii="Georgia" w:hAnsi="Georgia"/>
          <w:b w:val="0"/>
          <w:i w:val="0"/>
          <w:color w:val="22201D"/>
          <w:sz w:val="20"/>
        </w:rPr>
        <w:t>It did not fall through the mail slot.</w:t>
      </w:r>
    </w:p>
    <w:p>
      <w:pPr>
        <w:spacing w:after="60" w:line="266" w:lineRule="auto"/>
        <w:ind w:firstLine="331"/>
        <w:jc w:val="both"/>
      </w:pPr>
      <w:r>
        <w:rPr>
          <w:rFonts w:ascii="Georgia" w:hAnsi="Georgia"/>
          <w:b w:val="0"/>
          <w:i w:val="0"/>
          <w:color w:val="22201D"/>
          <w:sz w:val="20"/>
        </w:rPr>
        <w:t>It did not arrive with a knock.</w:t>
      </w:r>
    </w:p>
    <w:p>
      <w:pPr>
        <w:spacing w:after="60" w:line="266" w:lineRule="auto"/>
        <w:ind w:firstLine="331"/>
        <w:jc w:val="both"/>
      </w:pPr>
      <w:r>
        <w:rPr>
          <w:rFonts w:ascii="Georgia" w:hAnsi="Georgia"/>
          <w:b w:val="0"/>
          <w:i w:val="0"/>
          <w:color w:val="22201D"/>
          <w:sz w:val="20"/>
        </w:rPr>
        <w:t>It appeared.</w:t>
      </w:r>
    </w:p>
    <w:p>
      <w:pPr>
        <w:spacing w:after="60" w:line="266" w:lineRule="auto"/>
        <w:ind w:firstLine="331"/>
        <w:jc w:val="both"/>
      </w:pPr>
      <w:r>
        <w:rPr>
          <w:rFonts w:ascii="Georgia" w:hAnsi="Georgia"/>
          <w:b w:val="0"/>
          <w:i w:val="0"/>
          <w:color w:val="22201D"/>
          <w:sz w:val="20"/>
        </w:rPr>
        <w:t>Gerald put down the pencil and looked at the envelope for a full ten seconds.</w:t>
      </w:r>
    </w:p>
    <w:p>
      <w:pPr>
        <w:spacing w:after="60" w:line="266" w:lineRule="auto"/>
        <w:ind w:firstLine="331"/>
        <w:jc w:val="both"/>
      </w:pPr>
      <w:r>
        <w:rPr>
          <w:rFonts w:ascii="Georgia" w:hAnsi="Georgia"/>
          <w:b w:val="0"/>
          <w:i w:val="0"/>
          <w:color w:val="22201D"/>
          <w:sz w:val="20"/>
        </w:rPr>
        <w:t>Then he finished sharpening the pencil.</w:t>
      </w:r>
    </w:p>
    <w:p>
      <w:pPr>
        <w:spacing w:after="60" w:line="266" w:lineRule="auto"/>
        <w:ind w:firstLine="331"/>
        <w:jc w:val="both"/>
      </w:pPr>
      <w:r>
        <w:rPr>
          <w:rFonts w:ascii="Georgia" w:hAnsi="Georgia"/>
          <w:b w:val="0"/>
          <w:i w:val="0"/>
          <w:color w:val="22201D"/>
          <w:sz w:val="20"/>
        </w:rPr>
        <w:t>This was not denial.</w:t>
      </w:r>
    </w:p>
    <w:p>
      <w:pPr>
        <w:spacing w:after="60" w:line="266" w:lineRule="auto"/>
        <w:ind w:firstLine="331"/>
        <w:jc w:val="both"/>
      </w:pPr>
      <w:r>
        <w:rPr>
          <w:rFonts w:ascii="Georgia" w:hAnsi="Georgia"/>
          <w:b w:val="0"/>
          <w:i w:val="0"/>
          <w:color w:val="22201D"/>
          <w:sz w:val="20"/>
        </w:rPr>
        <w:t>This was order of operations.</w:t>
      </w:r>
    </w:p>
    <w:p>
      <w:pPr>
        <w:spacing w:after="60" w:line="266" w:lineRule="auto"/>
        <w:ind w:firstLine="331"/>
        <w:jc w:val="both"/>
      </w:pPr>
      <w:r>
        <w:rPr>
          <w:rFonts w:ascii="Georgia" w:hAnsi="Georgia"/>
          <w:b w:val="0"/>
          <w:i w:val="0"/>
          <w:color w:val="22201D"/>
          <w:sz w:val="20"/>
        </w:rPr>
        <w:t>A half-sharpened pencil was an unstable condition. An impossible envelope could wait until the point was clean.</w:t>
      </w:r>
    </w:p>
    <w:p>
      <w:pPr>
        <w:spacing w:after="60" w:line="266" w:lineRule="auto"/>
        <w:ind w:firstLine="331"/>
        <w:jc w:val="both"/>
      </w:pPr>
      <w:r>
        <w:rPr>
          <w:rFonts w:ascii="Georgia" w:hAnsi="Georgia"/>
          <w:b w:val="0"/>
          <w:i w:val="0"/>
          <w:color w:val="22201D"/>
          <w:sz w:val="20"/>
        </w:rPr>
        <w:t>When he was done, he brushed the graphite dust into the small tray, closed the sharpener, washed his hands, dried them properly, and only then picked up the envelope.</w:t>
      </w:r>
    </w:p>
    <w:p>
      <w:pPr>
        <w:spacing w:after="60" w:line="266" w:lineRule="auto"/>
        <w:ind w:firstLine="331"/>
        <w:jc w:val="both"/>
      </w:pPr>
      <w:r>
        <w:rPr>
          <w:rFonts w:ascii="Georgia" w:hAnsi="Georgia"/>
          <w:b w:val="0"/>
          <w:i w:val="0"/>
          <w:color w:val="22201D"/>
          <w:sz w:val="20"/>
        </w:rPr>
        <w:t>On the front:</w:t>
      </w:r>
    </w:p>
    <w:p>
      <w:pPr>
        <w:spacing w:after="60" w:line="250" w:lineRule="auto"/>
        <w:ind w:left="202" w:right="173"/>
      </w:pPr>
      <w:r>
        <w:rPr>
          <w:rFonts w:ascii="Georgia" w:hAnsi="Georgia"/>
          <w:b w:val="0"/>
          <w:i w:val="0"/>
          <w:color w:val="22201D"/>
          <w:sz w:val="17"/>
        </w:rPr>
        <w:t>GERALD PARK FORMER HEALTH INSPECTION DIVISION ACTING UNDER ROUTED AMENDED-LICENSE REVIEW</w:t>
      </w:r>
    </w:p>
    <w:p>
      <w:pPr>
        <w:spacing w:after="60" w:line="266" w:lineRule="auto"/>
        <w:ind w:firstLine="331"/>
        <w:jc w:val="both"/>
      </w:pPr>
      <w:r>
        <w:rPr>
          <w:rFonts w:ascii="Georgia" w:hAnsi="Georgia"/>
          <w:b w:val="0"/>
          <w:i w:val="0"/>
          <w:color w:val="22201D"/>
          <w:sz w:val="20"/>
        </w:rPr>
        <w:t>Under that, in handwriting Gerald recognized with irritation and respect:</w:t>
      </w:r>
    </w:p>
    <w:p>
      <w:pPr>
        <w:spacing w:after="60" w:line="250" w:lineRule="auto"/>
        <w:ind w:left="202" w:right="173"/>
      </w:pPr>
      <w:r>
        <w:rPr>
          <w:rFonts w:ascii="Georgia" w:hAnsi="Georgia"/>
          <w:b w:val="0"/>
          <w:i w:val="0"/>
          <w:color w:val="22201D"/>
          <w:sz w:val="17"/>
        </w:rPr>
        <w:t>Sorry. Steve</w:t>
      </w:r>
    </w:p>
    <w:p>
      <w:pPr>
        <w:spacing w:after="60" w:line="266" w:lineRule="auto"/>
        <w:ind w:firstLine="331"/>
        <w:jc w:val="both"/>
      </w:pPr>
      <w:r>
        <w:rPr>
          <w:rFonts w:ascii="Georgia" w:hAnsi="Georgia"/>
          <w:b w:val="0"/>
          <w:i w:val="0"/>
          <w:color w:val="22201D"/>
          <w:sz w:val="20"/>
        </w:rPr>
        <w:t>Gerald sighed.</w:t>
      </w:r>
    </w:p>
    <w:p>
      <w:pPr>
        <w:spacing w:after="60" w:line="266" w:lineRule="auto"/>
        <w:ind w:firstLine="331"/>
        <w:jc w:val="both"/>
      </w:pPr>
      <w:r>
        <w:rPr>
          <w:rFonts w:ascii="Georgia" w:hAnsi="Georgia"/>
          <w:b w:val="0"/>
          <w:i w:val="0"/>
          <w:color w:val="22201D"/>
          <w:sz w:val="20"/>
        </w:rPr>
        <w:t>Steve was a careful man, which made his apologies more concerning than careless people's emergencies. A careless person apologized the way a person sneezed: briefly, involuntarily, and without much expectation of structural change. Steve apologized only when he had already determined that the problem was real, his involvement was legitimate, and the next step would inconvenience someone who owned good pencils.</w:t>
      </w:r>
    </w:p>
    <w:p>
      <w:pPr>
        <w:spacing w:after="60" w:line="266" w:lineRule="auto"/>
        <w:ind w:firstLine="331"/>
        <w:jc w:val="both"/>
      </w:pPr>
      <w:r>
        <w:rPr>
          <w:rFonts w:ascii="Georgia" w:hAnsi="Georgia"/>
          <w:b w:val="0"/>
          <w:i w:val="0"/>
          <w:color w:val="22201D"/>
          <w:sz w:val="20"/>
        </w:rPr>
        <w:t>Gerald opened the envelope.</w:t>
      </w:r>
    </w:p>
    <w:p>
      <w:pPr>
        <w:spacing w:after="60" w:line="266" w:lineRule="auto"/>
        <w:ind w:firstLine="331"/>
        <w:jc w:val="both"/>
      </w:pPr>
      <w:r>
        <w:rPr>
          <w:rFonts w:ascii="Georgia" w:hAnsi="Georgia"/>
          <w:b w:val="0"/>
          <w:i w:val="0"/>
          <w:color w:val="22201D"/>
          <w:sz w:val="20"/>
        </w:rPr>
        <w:t>Inside was a form, a copy of a case-reopening page, and a small sealed evidence sleeve containing a white tile stained with a dark red-brown circle.</w:t>
      </w:r>
    </w:p>
    <w:p>
      <w:pPr>
        <w:spacing w:after="60" w:line="266" w:lineRule="auto"/>
        <w:ind w:firstLine="331"/>
        <w:jc w:val="both"/>
      </w:pPr>
      <w:r>
        <w:rPr>
          <w:rFonts w:ascii="Georgia" w:hAnsi="Georgia"/>
          <w:b w:val="0"/>
          <w:i w:val="0"/>
          <w:color w:val="22201D"/>
          <w:sz w:val="20"/>
        </w:rPr>
        <w:t>The sleeve label read:</w:t>
      </w:r>
    </w:p>
    <w:p>
      <w:pPr>
        <w:spacing w:after="60" w:line="250" w:lineRule="auto"/>
        <w:ind w:left="202" w:right="173"/>
      </w:pPr>
      <w:r>
        <w:rPr>
          <w:rFonts w:ascii="Georgia" w:hAnsi="Georgia"/>
          <w:b w:val="0"/>
          <w:i w:val="0"/>
          <w:color w:val="22201D"/>
          <w:sz w:val="17"/>
        </w:rPr>
        <w:t>EVIDENCE ITEM 001-A Black Orchard Adobo ledger sample No consumption performed Handling note: gloves and honesty</w:t>
      </w:r>
    </w:p>
    <w:p>
      <w:pPr>
        <w:spacing w:after="60" w:line="266" w:lineRule="auto"/>
        <w:ind w:firstLine="331"/>
        <w:jc w:val="both"/>
      </w:pPr>
      <w:r>
        <w:rPr>
          <w:rFonts w:ascii="Georgia" w:hAnsi="Georgia"/>
          <w:b w:val="0"/>
          <w:i w:val="0"/>
          <w:color w:val="22201D"/>
          <w:sz w:val="20"/>
        </w:rPr>
        <w:t>Gerald did not like the phrase gloves and honesty.</w:t>
      </w:r>
    </w:p>
    <w:p>
      <w:pPr>
        <w:spacing w:after="60" w:line="266" w:lineRule="auto"/>
        <w:ind w:firstLine="331"/>
        <w:jc w:val="both"/>
      </w:pPr>
      <w:r>
        <w:rPr>
          <w:rFonts w:ascii="Georgia" w:hAnsi="Georgia"/>
          <w:b w:val="0"/>
          <w:i w:val="0"/>
          <w:color w:val="22201D"/>
          <w:sz w:val="20"/>
        </w:rPr>
        <w:t>He liked gloves.</w:t>
      </w:r>
    </w:p>
    <w:p>
      <w:pPr>
        <w:spacing w:after="60" w:line="266" w:lineRule="auto"/>
        <w:ind w:firstLine="331"/>
        <w:jc w:val="both"/>
      </w:pPr>
      <w:r>
        <w:rPr>
          <w:rFonts w:ascii="Georgia" w:hAnsi="Georgia"/>
          <w:b w:val="0"/>
          <w:i w:val="0"/>
          <w:color w:val="22201D"/>
          <w:sz w:val="20"/>
        </w:rPr>
        <w:t>He liked honesty.</w:t>
      </w:r>
    </w:p>
    <w:p>
      <w:pPr>
        <w:spacing w:after="60" w:line="266" w:lineRule="auto"/>
        <w:ind w:firstLine="331"/>
        <w:jc w:val="both"/>
      </w:pPr>
      <w:r>
        <w:rPr>
          <w:rFonts w:ascii="Georgia" w:hAnsi="Georgia"/>
          <w:b w:val="0"/>
          <w:i w:val="0"/>
          <w:color w:val="22201D"/>
          <w:sz w:val="20"/>
        </w:rPr>
        <w:t>He did not like them being placed together by a document that had not completed a bloodborne pathogens training or a food-handler card.</w:t>
      </w:r>
    </w:p>
    <w:p>
      <w:pPr>
        <w:spacing w:after="60" w:line="266" w:lineRule="auto"/>
        <w:ind w:firstLine="331"/>
        <w:jc w:val="both"/>
      </w:pPr>
      <w:r>
        <w:rPr>
          <w:rFonts w:ascii="Georgia" w:hAnsi="Georgia"/>
          <w:b w:val="0"/>
          <w:i w:val="0"/>
          <w:color w:val="22201D"/>
          <w:sz w:val="20"/>
        </w:rPr>
        <w:t>He set the evidence sleeve on the table.</w:t>
      </w:r>
    </w:p>
    <w:p>
      <w:pPr>
        <w:spacing w:after="60" w:line="266" w:lineRule="auto"/>
        <w:ind w:firstLine="331"/>
        <w:jc w:val="both"/>
      </w:pPr>
      <w:r>
        <w:rPr>
          <w:rFonts w:ascii="Georgia" w:hAnsi="Georgia"/>
          <w:b w:val="0"/>
          <w:i w:val="0"/>
          <w:color w:val="22201D"/>
          <w:sz w:val="20"/>
        </w:rPr>
        <w:t>He read the inspection addendum request.</w:t>
      </w:r>
    </w:p>
    <w:p>
      <w:pPr>
        <w:spacing w:after="60" w:line="250" w:lineRule="auto"/>
        <w:ind w:left="202" w:right="173"/>
      </w:pPr>
      <w:r>
        <w:rPr>
          <w:rFonts w:ascii="Georgia" w:hAnsi="Georgia"/>
          <w:b w:val="0"/>
          <w:i w:val="0"/>
          <w:color w:val="22201D"/>
          <w:sz w:val="17"/>
        </w:rPr>
        <w:t>INSPECTION ADDENDUM REQUEST  Subject: active audit bill  Evidence: case file reopened Black Orchard Adobo ledger sample received  Question: Can an account remain open without creating an unsafe service condition?  Requested reviewer: Gerald Park Former Health Inspection Division acting under routed amended-license review</w:t>
      </w:r>
    </w:p>
    <w:p>
      <w:pPr>
        <w:spacing w:after="60" w:line="266" w:lineRule="auto"/>
        <w:ind w:firstLine="331"/>
        <w:jc w:val="both"/>
      </w:pPr>
      <w:r>
        <w:rPr>
          <w:rFonts w:ascii="Georgia" w:hAnsi="Georgia"/>
          <w:b w:val="0"/>
          <w:i w:val="0"/>
          <w:color w:val="22201D"/>
          <w:sz w:val="20"/>
        </w:rPr>
        <w:t>Gerald read the question again.</w:t>
      </w:r>
    </w:p>
    <w:p>
      <w:pPr>
        <w:spacing w:after="60" w:line="266" w:lineRule="auto"/>
        <w:ind w:firstLine="331"/>
        <w:jc w:val="both"/>
      </w:pPr>
      <w:r>
        <w:rPr>
          <w:rFonts w:ascii="Georgia" w:hAnsi="Georgia"/>
          <w:b w:val="0"/>
          <w:i w:val="0"/>
          <w:color w:val="22201D"/>
          <w:sz w:val="20"/>
        </w:rPr>
        <w:t>Then he read it a third time, which was how he knew it was not merely annoying.</w:t>
      </w:r>
    </w:p>
    <w:p>
      <w:pPr>
        <w:spacing w:after="60" w:line="266" w:lineRule="auto"/>
        <w:ind w:firstLine="331"/>
        <w:jc w:val="both"/>
      </w:pPr>
      <w:r>
        <w:rPr>
          <w:rFonts w:ascii="Georgia" w:hAnsi="Georgia"/>
          <w:b w:val="0"/>
          <w:i w:val="0"/>
          <w:color w:val="22201D"/>
          <w:sz w:val="20"/>
        </w:rPr>
        <w:t>Can an account remain open without creating an unsafe service condition?</w:t>
      </w:r>
    </w:p>
    <w:p>
      <w:pPr>
        <w:spacing w:after="60" w:line="266" w:lineRule="auto"/>
        <w:ind w:firstLine="331"/>
        <w:jc w:val="both"/>
      </w:pPr>
      <w:r>
        <w:rPr>
          <w:rFonts w:ascii="Georgia" w:hAnsi="Georgia"/>
          <w:b w:val="0"/>
          <w:i w:val="0"/>
          <w:color w:val="22201D"/>
          <w:sz w:val="20"/>
        </w:rPr>
        <w:t>It was, unfortunately, a good question.</w:t>
      </w:r>
    </w:p>
    <w:p>
      <w:pPr>
        <w:spacing w:after="60" w:line="266" w:lineRule="auto"/>
        <w:ind w:firstLine="331"/>
        <w:jc w:val="both"/>
      </w:pPr>
      <w:r>
        <w:rPr>
          <w:rFonts w:ascii="Georgia" w:hAnsi="Georgia"/>
          <w:b w:val="0"/>
          <w:i w:val="0"/>
          <w:color w:val="22201D"/>
          <w:sz w:val="20"/>
        </w:rPr>
        <w:t>This irritated him more than a bad question would have.</w:t>
      </w:r>
    </w:p>
    <w:p>
      <w:pPr>
        <w:spacing w:after="60" w:line="266" w:lineRule="auto"/>
        <w:ind w:firstLine="331"/>
        <w:jc w:val="both"/>
      </w:pPr>
      <w:r>
        <w:rPr>
          <w:rFonts w:ascii="Georgia" w:hAnsi="Georgia"/>
          <w:b w:val="0"/>
          <w:i w:val="0"/>
          <w:color w:val="22201D"/>
          <w:sz w:val="20"/>
        </w:rPr>
        <w:t>A bad question could be rejected, corrected, or placed in a training binder under examples of why public systems required forms with clear definitions. A good question made work. A good question insisted that reality had presented a condition not yet covered by existing categories and that someone, somewhere, would need to decide whether ignoring it counted as negligence.</w:t>
      </w:r>
    </w:p>
    <w:p>
      <w:pPr>
        <w:spacing w:after="60" w:line="266" w:lineRule="auto"/>
        <w:ind w:firstLine="331"/>
        <w:jc w:val="both"/>
      </w:pPr>
      <w:r>
        <w:rPr>
          <w:rFonts w:ascii="Georgia" w:hAnsi="Georgia"/>
          <w:b w:val="0"/>
          <w:i w:val="0"/>
          <w:color w:val="22201D"/>
          <w:sz w:val="20"/>
        </w:rPr>
        <w:t>Gerald disliked negligence.</w:t>
      </w:r>
    </w:p>
    <w:p>
      <w:pPr>
        <w:spacing w:after="60" w:line="266" w:lineRule="auto"/>
        <w:ind w:firstLine="331"/>
        <w:jc w:val="both"/>
      </w:pPr>
      <w:r>
        <w:rPr>
          <w:rFonts w:ascii="Georgia" w:hAnsi="Georgia"/>
          <w:b w:val="0"/>
          <w:i w:val="0"/>
          <w:color w:val="22201D"/>
          <w:sz w:val="20"/>
        </w:rPr>
        <w:t>He disliked it more than impossibility.</w:t>
      </w:r>
    </w:p>
    <w:p>
      <w:pPr>
        <w:spacing w:after="60" w:line="266" w:lineRule="auto"/>
        <w:ind w:firstLine="331"/>
        <w:jc w:val="both"/>
      </w:pPr>
      <w:r>
        <w:rPr>
          <w:rFonts w:ascii="Georgia" w:hAnsi="Georgia"/>
          <w:b w:val="0"/>
          <w:i w:val="0"/>
          <w:color w:val="22201D"/>
          <w:sz w:val="20"/>
        </w:rPr>
        <w:t>Impossibility could be marked, conditioned, monitored, and sometimes approved if it washed its hands and kept hot foods hot. Negligence was ordinary failure pretending no one had noticed.</w:t>
      </w:r>
    </w:p>
    <w:p>
      <w:pPr>
        <w:spacing w:after="60" w:line="266" w:lineRule="auto"/>
        <w:ind w:firstLine="331"/>
        <w:jc w:val="both"/>
      </w:pPr>
      <w:r>
        <w:rPr>
          <w:rFonts w:ascii="Georgia" w:hAnsi="Georgia"/>
          <w:b w:val="0"/>
          <w:i w:val="0"/>
          <w:color w:val="22201D"/>
          <w:sz w:val="20"/>
        </w:rPr>
        <w:t>He took a clean sheet of paper.</w:t>
      </w:r>
    </w:p>
    <w:p>
      <w:pPr>
        <w:spacing w:after="60" w:line="266" w:lineRule="auto"/>
        <w:ind w:firstLine="331"/>
        <w:jc w:val="both"/>
      </w:pPr>
      <w:r>
        <w:rPr>
          <w:rFonts w:ascii="Georgia" w:hAnsi="Georgia"/>
          <w:b w:val="0"/>
          <w:i w:val="0"/>
          <w:color w:val="22201D"/>
          <w:sz w:val="20"/>
        </w:rPr>
        <w:t>At the top he wrote:</w:t>
      </w:r>
    </w:p>
    <w:p>
      <w:pPr>
        <w:spacing w:after="60" w:line="250" w:lineRule="auto"/>
        <w:ind w:left="202" w:right="173"/>
      </w:pPr>
      <w:r>
        <w:rPr>
          <w:rFonts w:ascii="Georgia" w:hAnsi="Georgia"/>
          <w:b w:val="0"/>
          <w:i w:val="0"/>
          <w:color w:val="22201D"/>
          <w:sz w:val="17"/>
        </w:rPr>
        <w:t>INSPECTION ADDENDUM Preliminary audit-service safety review</w:t>
      </w:r>
    </w:p>
    <w:p>
      <w:pPr>
        <w:spacing w:after="60" w:line="266" w:lineRule="auto"/>
        <w:ind w:firstLine="331"/>
        <w:jc w:val="both"/>
      </w:pPr>
      <w:r>
        <w:rPr>
          <w:rFonts w:ascii="Georgia" w:hAnsi="Georgia"/>
          <w:b w:val="0"/>
          <w:i w:val="0"/>
          <w:color w:val="22201D"/>
          <w:sz w:val="20"/>
        </w:rPr>
        <w:t>Then he stopped.</w:t>
      </w:r>
    </w:p>
    <w:p>
      <w:pPr>
        <w:spacing w:after="60" w:line="266" w:lineRule="auto"/>
        <w:ind w:firstLine="331"/>
        <w:jc w:val="both"/>
      </w:pPr>
      <w:r>
        <w:rPr>
          <w:rFonts w:ascii="Georgia" w:hAnsi="Georgia"/>
          <w:b w:val="0"/>
          <w:i w:val="0"/>
          <w:color w:val="22201D"/>
          <w:sz w:val="20"/>
        </w:rPr>
        <w:t>He needed to see the hand sink.</w:t>
      </w:r>
    </w:p>
    <w:p>
      <w:pPr>
        <w:spacing w:after="60" w:line="266" w:lineRule="auto"/>
        <w:ind w:firstLine="331"/>
        <w:jc w:val="both"/>
      </w:pPr>
      <w:r>
        <w:rPr>
          <w:rFonts w:ascii="Georgia" w:hAnsi="Georgia"/>
          <w:b w:val="0"/>
          <w:i w:val="0"/>
          <w:color w:val="22201D"/>
          <w:sz w:val="20"/>
        </w:rPr>
        <w:t>This was not metaphor.</w:t>
      </w:r>
    </w:p>
    <w:p>
      <w:pPr>
        <w:spacing w:after="60" w:line="266" w:lineRule="auto"/>
        <w:ind w:firstLine="331"/>
        <w:jc w:val="both"/>
      </w:pPr>
      <w:r>
        <w:rPr>
          <w:rFonts w:ascii="Georgia" w:hAnsi="Georgia"/>
          <w:b w:val="0"/>
          <w:i w:val="0"/>
          <w:color w:val="22201D"/>
          <w:sz w:val="20"/>
        </w:rPr>
        <w:t>Gerald had spent too many years watching people use the word clean as if it were a feeling. Clean was not a feeling. Clean was a condition produced by process, verified by observation, and lost quickly when people began trusting vibes. A restaurant could be impossible and still clean. It could be spiritually significant and still store sanitizer incorrectly. It could contain the moral architecture of the universe and still fail inspection if the hand sink was blocked by a box of onions.</w:t>
      </w:r>
    </w:p>
    <w:p>
      <w:pPr>
        <w:spacing w:after="60" w:line="266" w:lineRule="auto"/>
        <w:ind w:firstLine="331"/>
        <w:jc w:val="both"/>
      </w:pPr>
      <w:r>
        <w:rPr>
          <w:rFonts w:ascii="Georgia" w:hAnsi="Georgia"/>
          <w:b w:val="0"/>
          <w:i w:val="0"/>
          <w:color w:val="22201D"/>
          <w:sz w:val="20"/>
        </w:rPr>
        <w:t>The audit had no standing until the hand sink was accessible.</w:t>
      </w:r>
    </w:p>
    <w:p>
      <w:pPr>
        <w:spacing w:after="60" w:line="266" w:lineRule="auto"/>
        <w:ind w:firstLine="331"/>
        <w:jc w:val="both"/>
      </w:pPr>
      <w:r>
        <w:rPr>
          <w:rFonts w:ascii="Georgia" w:hAnsi="Georgia"/>
          <w:b w:val="0"/>
          <w:i w:val="0"/>
          <w:color w:val="22201D"/>
          <w:sz w:val="20"/>
        </w:rPr>
        <w:t>He put on his jacket.</w:t>
      </w:r>
    </w:p>
    <w:p>
      <w:pPr>
        <w:spacing w:after="60" w:line="266" w:lineRule="auto"/>
        <w:ind w:firstLine="331"/>
        <w:jc w:val="both"/>
      </w:pPr>
      <w:r>
        <w:rPr>
          <w:rFonts w:ascii="Georgia" w:hAnsi="Georgia"/>
          <w:b w:val="0"/>
          <w:i w:val="0"/>
          <w:color w:val="22201D"/>
          <w:sz w:val="20"/>
        </w:rPr>
        <w:t>The envelope folded itself into his coat pocket before he touched it.</w:t>
      </w:r>
    </w:p>
    <w:p>
      <w:pPr>
        <w:spacing w:after="60" w:line="266" w:lineRule="auto"/>
        <w:ind w:firstLine="331"/>
        <w:jc w:val="both"/>
      </w:pPr>
      <w:r>
        <w:rPr>
          <w:rFonts w:ascii="Georgia" w:hAnsi="Georgia"/>
          <w:b w:val="0"/>
          <w:i w:val="0"/>
          <w:color w:val="22201D"/>
          <w:sz w:val="20"/>
        </w:rPr>
        <w:t>"Do not assist me," Gerald said.</w:t>
      </w:r>
    </w:p>
    <w:p>
      <w:pPr>
        <w:spacing w:after="60" w:line="266" w:lineRule="auto"/>
        <w:ind w:firstLine="331"/>
        <w:jc w:val="both"/>
      </w:pPr>
      <w:r>
        <w:rPr>
          <w:rFonts w:ascii="Georgia" w:hAnsi="Georgia"/>
          <w:b w:val="0"/>
          <w:i w:val="0"/>
          <w:color w:val="22201D"/>
          <w:sz w:val="20"/>
        </w:rPr>
        <w:t>The pocket remained pocket-shaped.</w:t>
      </w:r>
    </w:p>
    <w:p>
      <w:pPr>
        <w:spacing w:after="60" w:line="266" w:lineRule="auto"/>
        <w:ind w:firstLine="331"/>
        <w:jc w:val="both"/>
      </w:pPr>
      <w:r>
        <w:rPr>
          <w:rFonts w:ascii="Georgia" w:hAnsi="Georgia"/>
          <w:b w:val="0"/>
          <w:i w:val="0"/>
          <w:color w:val="22201D"/>
          <w:sz w:val="20"/>
        </w:rPr>
        <w:t>He accepted this as partial compliance.</w:t>
      </w:r>
    </w:p>
    <w:p>
      <w:pPr>
        <w:spacing w:after="60" w:line="266" w:lineRule="auto"/>
        <w:ind w:firstLine="331"/>
        <w:jc w:val="both"/>
      </w:pPr>
      <w:r>
        <w:rPr>
          <w:rFonts w:ascii="Georgia" w:hAnsi="Georgia"/>
          <w:b w:val="0"/>
          <w:i w:val="0"/>
          <w:color w:val="22201D"/>
          <w:sz w:val="20"/>
        </w:rPr>
        <w:t>The drive to Emoji Soup took eleven minutes, forty-three seconds, and at least three municipal contradictions.</w:t>
      </w:r>
    </w:p>
    <w:p>
      <w:pPr>
        <w:spacing w:after="60" w:line="266" w:lineRule="auto"/>
        <w:ind w:firstLine="331"/>
        <w:jc w:val="both"/>
      </w:pPr>
      <w:r>
        <w:rPr>
          <w:rFonts w:ascii="Georgia" w:hAnsi="Georgia"/>
          <w:b w:val="0"/>
          <w:i w:val="0"/>
          <w:color w:val="22201D"/>
          <w:sz w:val="20"/>
        </w:rPr>
        <w:t>The first contradiction was that Gerald had never written down the restaurant's address, yet his car knew where to turn.</w:t>
      </w:r>
    </w:p>
    <w:p>
      <w:pPr>
        <w:spacing w:after="60" w:line="266" w:lineRule="auto"/>
        <w:ind w:firstLine="331"/>
        <w:jc w:val="both"/>
      </w:pPr>
      <w:r>
        <w:rPr>
          <w:rFonts w:ascii="Georgia" w:hAnsi="Georgia"/>
          <w:b w:val="0"/>
          <w:i w:val="0"/>
          <w:color w:val="22201D"/>
          <w:sz w:val="20"/>
        </w:rPr>
        <w:t>The second was that the street he turned onto was not, according to his retired but still excellent memory of Portland, a through street.</w:t>
      </w:r>
    </w:p>
    <w:p>
      <w:pPr>
        <w:spacing w:after="60" w:line="266" w:lineRule="auto"/>
        <w:ind w:firstLine="331"/>
        <w:jc w:val="both"/>
      </w:pPr>
      <w:r>
        <w:rPr>
          <w:rFonts w:ascii="Georgia" w:hAnsi="Georgia"/>
          <w:b w:val="0"/>
          <w:i w:val="0"/>
          <w:color w:val="22201D"/>
          <w:sz w:val="20"/>
        </w:rPr>
        <w:t>The third was that there was parking.</w:t>
      </w:r>
    </w:p>
    <w:p>
      <w:pPr>
        <w:spacing w:after="60" w:line="266" w:lineRule="auto"/>
        <w:ind w:firstLine="331"/>
        <w:jc w:val="both"/>
      </w:pPr>
      <w:r>
        <w:rPr>
          <w:rFonts w:ascii="Georgia" w:hAnsi="Georgia"/>
          <w:b w:val="0"/>
          <w:i w:val="0"/>
          <w:color w:val="22201D"/>
          <w:sz w:val="20"/>
        </w:rPr>
        <w:t>Gerald distrusted the parking most.</w:t>
      </w:r>
    </w:p>
    <w:p>
      <w:pPr>
        <w:spacing w:after="60" w:line="266" w:lineRule="auto"/>
        <w:ind w:firstLine="331"/>
        <w:jc w:val="both"/>
      </w:pPr>
      <w:r>
        <w:rPr>
          <w:rFonts w:ascii="Georgia" w:hAnsi="Georgia"/>
          <w:b w:val="0"/>
          <w:i w:val="0"/>
          <w:color w:val="22201D"/>
          <w:sz w:val="20"/>
        </w:rPr>
        <w:t>The red door was already visible when he reached the corner. It stood between a dry cleaner that had been closed for renovation since 1998 and a storefront that appeared to sell maps of places people had almost gone. The restaurant window showed a light on inside. The sign read:</w:t>
      </w:r>
    </w:p>
    <w:p>
      <w:pPr>
        <w:spacing w:after="60" w:line="250" w:lineRule="auto"/>
        <w:ind w:left="202" w:right="173"/>
      </w:pPr>
      <w:r>
        <w:rPr>
          <w:rFonts w:ascii="Georgia" w:hAnsi="Georgia"/>
          <w:b w:val="0"/>
          <w:i w:val="0"/>
          <w:color w:val="22201D"/>
          <w:sz w:val="17"/>
        </w:rPr>
        <w:t>EMOJI SOUP DINNER PENDING AUDIT IN PROGRESS</w:t>
      </w:r>
    </w:p>
    <w:p>
      <w:pPr>
        <w:spacing w:after="60" w:line="266" w:lineRule="auto"/>
        <w:ind w:firstLine="331"/>
        <w:jc w:val="both"/>
      </w:pPr>
      <w:r>
        <w:rPr>
          <w:rFonts w:ascii="Georgia" w:hAnsi="Georgia"/>
          <w:b w:val="0"/>
          <w:i w:val="0"/>
          <w:color w:val="22201D"/>
          <w:sz w:val="20"/>
        </w:rPr>
        <w:t>Under that, in smaller letters:</w:t>
      </w:r>
    </w:p>
    <w:p>
      <w:pPr>
        <w:spacing w:after="60" w:line="250" w:lineRule="auto"/>
        <w:ind w:left="202" w:right="173"/>
      </w:pPr>
      <w:r>
        <w:rPr>
          <w:rFonts w:ascii="Georgia" w:hAnsi="Georgia"/>
          <w:b w:val="0"/>
          <w:i w:val="0"/>
          <w:color w:val="22201D"/>
          <w:sz w:val="17"/>
        </w:rPr>
        <w:t>Please do not block hand sink.</w:t>
      </w:r>
    </w:p>
    <w:p>
      <w:pPr>
        <w:spacing w:after="60" w:line="266" w:lineRule="auto"/>
        <w:ind w:firstLine="331"/>
        <w:jc w:val="both"/>
      </w:pPr>
      <w:r>
        <w:rPr>
          <w:rFonts w:ascii="Georgia" w:hAnsi="Georgia"/>
          <w:b w:val="0"/>
          <w:i w:val="0"/>
          <w:color w:val="22201D"/>
          <w:sz w:val="20"/>
        </w:rPr>
        <w:t>Gerald paused on the sidewalk.</w:t>
      </w:r>
    </w:p>
    <w:p>
      <w:pPr>
        <w:spacing w:after="60" w:line="266" w:lineRule="auto"/>
        <w:ind w:firstLine="331"/>
        <w:jc w:val="both"/>
      </w:pPr>
      <w:r>
        <w:rPr>
          <w:rFonts w:ascii="Georgia" w:hAnsi="Georgia"/>
          <w:b w:val="0"/>
          <w:i w:val="0"/>
          <w:color w:val="22201D"/>
          <w:sz w:val="20"/>
        </w:rPr>
        <w:t>"Good," he said.</w:t>
      </w:r>
    </w:p>
    <w:p>
      <w:pPr>
        <w:spacing w:after="60" w:line="266" w:lineRule="auto"/>
        <w:ind w:firstLine="331"/>
        <w:jc w:val="both"/>
      </w:pPr>
      <w:r>
        <w:rPr>
          <w:rFonts w:ascii="Georgia" w:hAnsi="Georgia"/>
          <w:b w:val="0"/>
          <w:i w:val="0"/>
          <w:color w:val="22201D"/>
          <w:sz w:val="20"/>
        </w:rPr>
        <w:t>Then he went in.</w:t>
      </w:r>
    </w:p>
    <w:p>
      <w:pPr>
        <w:spacing w:after="60" w:line="266" w:lineRule="auto"/>
        <w:ind w:firstLine="331"/>
        <w:jc w:val="both"/>
      </w:pPr>
      <w:r>
        <w:rPr>
          <w:rFonts w:ascii="Georgia" w:hAnsi="Georgia"/>
          <w:b w:val="0"/>
          <w:i w:val="0"/>
          <w:color w:val="22201D"/>
          <w:sz w:val="20"/>
        </w:rPr>
        <w:t>The Hostess met him at the threshold with a clipboard.</w:t>
      </w:r>
    </w:p>
    <w:p>
      <w:pPr>
        <w:spacing w:after="60" w:line="266" w:lineRule="auto"/>
        <w:ind w:firstLine="331"/>
        <w:jc w:val="both"/>
      </w:pPr>
      <w:r>
        <w:rPr>
          <w:rFonts w:ascii="Georgia" w:hAnsi="Georgia"/>
          <w:b w:val="0"/>
          <w:i w:val="0"/>
          <w:color w:val="22201D"/>
          <w:sz w:val="20"/>
        </w:rPr>
        <w:t>"Gerald Park," she said.</w:t>
      </w:r>
    </w:p>
    <w:p>
      <w:pPr>
        <w:spacing w:after="60" w:line="266" w:lineRule="auto"/>
        <w:ind w:firstLine="331"/>
        <w:jc w:val="both"/>
      </w:pPr>
      <w:r>
        <w:rPr>
          <w:rFonts w:ascii="Georgia" w:hAnsi="Georgia"/>
          <w:b w:val="0"/>
          <w:i w:val="0"/>
          <w:color w:val="22201D"/>
          <w:sz w:val="20"/>
        </w:rPr>
        <w:t>"You know why I am here."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do not make it ceremonial."</w:t>
      </w:r>
    </w:p>
    <w:p>
      <w:pPr>
        <w:spacing w:after="60" w:line="266" w:lineRule="auto"/>
        <w:ind w:firstLine="331"/>
        <w:jc w:val="both"/>
      </w:pPr>
      <w:r>
        <w:rPr>
          <w:rFonts w:ascii="Georgia" w:hAnsi="Georgia"/>
          <w:b w:val="0"/>
          <w:i w:val="0"/>
          <w:color w:val="22201D"/>
          <w:sz w:val="20"/>
        </w:rPr>
        <w:t>She handed him the clipboard.</w:t>
      </w:r>
    </w:p>
    <w:p>
      <w:pPr>
        <w:spacing w:after="60" w:line="266" w:lineRule="auto"/>
        <w:ind w:firstLine="331"/>
        <w:jc w:val="both"/>
      </w:pPr>
      <w:r>
        <w:rPr>
          <w:rFonts w:ascii="Georgia" w:hAnsi="Georgia"/>
          <w:b w:val="0"/>
          <w:i w:val="0"/>
          <w:color w:val="22201D"/>
          <w:sz w:val="20"/>
        </w:rPr>
        <w:t>"It is not ceremonial. It is a sign-in sheet."</w:t>
      </w:r>
    </w:p>
    <w:p>
      <w:pPr>
        <w:spacing w:after="60" w:line="266" w:lineRule="auto"/>
        <w:ind w:firstLine="331"/>
        <w:jc w:val="both"/>
      </w:pPr>
      <w:r>
        <w:rPr>
          <w:rFonts w:ascii="Georgia" w:hAnsi="Georgia"/>
          <w:b w:val="0"/>
          <w:i w:val="0"/>
          <w:color w:val="22201D"/>
          <w:sz w:val="20"/>
        </w:rPr>
        <w:t>Gerald looked at it.</w:t>
      </w:r>
    </w:p>
    <w:p>
      <w:pPr>
        <w:spacing w:after="60" w:line="266" w:lineRule="auto"/>
        <w:ind w:firstLine="331"/>
        <w:jc w:val="both"/>
      </w:pPr>
      <w:r>
        <w:rPr>
          <w:rFonts w:ascii="Georgia" w:hAnsi="Georgia"/>
          <w:b w:val="0"/>
          <w:i w:val="0"/>
          <w:color w:val="22201D"/>
          <w:sz w:val="20"/>
        </w:rPr>
        <w:t>It was, in fact, a sign-in sheet.</w:t>
      </w:r>
    </w:p>
    <w:p>
      <w:pPr>
        <w:spacing w:after="60" w:line="266" w:lineRule="auto"/>
        <w:ind w:firstLine="331"/>
        <w:jc w:val="both"/>
      </w:pPr>
      <w:r>
        <w:rPr>
          <w:rFonts w:ascii="Georgia" w:hAnsi="Georgia"/>
          <w:b w:val="0"/>
          <w:i w:val="0"/>
          <w:color w:val="22201D"/>
          <w:sz w:val="20"/>
        </w:rPr>
        <w:t>This improved his mood by an amount too small to name but large enough to matter.</w:t>
      </w:r>
    </w:p>
    <w:p>
      <w:pPr>
        <w:spacing w:after="60" w:line="266" w:lineRule="auto"/>
        <w:ind w:firstLine="331"/>
        <w:jc w:val="both"/>
      </w:pPr>
      <w:r>
        <w:rPr>
          <w:rFonts w:ascii="Georgia" w:hAnsi="Georgia"/>
          <w:b w:val="0"/>
          <w:i w:val="0"/>
          <w:color w:val="22201D"/>
          <w:sz w:val="20"/>
        </w:rPr>
        <w:t>He signed:</w:t>
      </w:r>
    </w:p>
    <w:p>
      <w:pPr>
        <w:spacing w:after="60" w:line="250" w:lineRule="auto"/>
        <w:ind w:left="202" w:right="173"/>
      </w:pPr>
      <w:r>
        <w:rPr>
          <w:rFonts w:ascii="Georgia" w:hAnsi="Georgia"/>
          <w:b w:val="0"/>
          <w:i w:val="0"/>
          <w:color w:val="22201D"/>
          <w:sz w:val="17"/>
        </w:rPr>
        <w:t>Gerald Park inspection addendum review</w:t>
      </w:r>
    </w:p>
    <w:p>
      <w:pPr>
        <w:spacing w:after="60" w:line="266" w:lineRule="auto"/>
        <w:ind w:firstLine="331"/>
        <w:jc w:val="both"/>
      </w:pPr>
      <w:r>
        <w:rPr>
          <w:rFonts w:ascii="Georgia" w:hAnsi="Georgia"/>
          <w:b w:val="0"/>
          <w:i w:val="0"/>
          <w:color w:val="22201D"/>
          <w:sz w:val="20"/>
        </w:rPr>
        <w:t>The clipboard did not glow.</w:t>
      </w:r>
    </w:p>
    <w:p>
      <w:pPr>
        <w:spacing w:after="60" w:line="266" w:lineRule="auto"/>
        <w:ind w:firstLine="331"/>
        <w:jc w:val="both"/>
      </w:pPr>
      <w:r>
        <w:rPr>
          <w:rFonts w:ascii="Georgia" w:hAnsi="Georgia"/>
          <w:b w:val="0"/>
          <w:i w:val="0"/>
          <w:color w:val="22201D"/>
          <w:sz w:val="20"/>
        </w:rPr>
        <w:t>The pen did not resist.</w:t>
      </w:r>
    </w:p>
    <w:p>
      <w:pPr>
        <w:spacing w:after="60" w:line="266" w:lineRule="auto"/>
        <w:ind w:firstLine="331"/>
        <w:jc w:val="both"/>
      </w:pPr>
      <w:r>
        <w:rPr>
          <w:rFonts w:ascii="Georgia" w:hAnsi="Georgia"/>
          <w:b w:val="0"/>
          <w:i w:val="0"/>
          <w:color w:val="22201D"/>
          <w:sz w:val="20"/>
        </w:rPr>
        <w:t>The line did not translate itself into a dead language.</w:t>
      </w:r>
    </w:p>
    <w:p>
      <w:pPr>
        <w:spacing w:after="60" w:line="266" w:lineRule="auto"/>
        <w:ind w:firstLine="331"/>
        <w:jc w:val="both"/>
      </w:pPr>
      <w:r>
        <w:rPr>
          <w:rFonts w:ascii="Georgia" w:hAnsi="Georgia"/>
          <w:b w:val="0"/>
          <w:i w:val="0"/>
          <w:color w:val="22201D"/>
          <w:sz w:val="20"/>
        </w:rPr>
        <w:t>Gerald appreciated all of this.</w:t>
      </w:r>
    </w:p>
    <w:p>
      <w:pPr>
        <w:spacing w:after="60" w:line="266" w:lineRule="auto"/>
        <w:ind w:firstLine="331"/>
        <w:jc w:val="both"/>
      </w:pPr>
      <w:r>
        <w:rPr>
          <w:rFonts w:ascii="Georgia" w:hAnsi="Georgia"/>
          <w:b w:val="0"/>
          <w:i w:val="0"/>
          <w:color w:val="22201D"/>
          <w:sz w:val="20"/>
        </w:rPr>
        <w:t>"Kitchen first," he said.</w:t>
      </w:r>
    </w:p>
    <w:p>
      <w:pPr>
        <w:spacing w:after="60" w:line="266" w:lineRule="auto"/>
        <w:ind w:firstLine="331"/>
        <w:jc w:val="both"/>
      </w:pPr>
      <w:r>
        <w:rPr>
          <w:rFonts w:ascii="Georgia" w:hAnsi="Georgia"/>
          <w:b w:val="0"/>
          <w:i w:val="0"/>
          <w:color w:val="22201D"/>
          <w:sz w:val="20"/>
        </w:rPr>
        <w:t>"Of course."</w:t>
      </w:r>
    </w:p>
    <w:p>
      <w:pPr>
        <w:spacing w:after="60" w:line="266" w:lineRule="auto"/>
        <w:ind w:firstLine="331"/>
        <w:jc w:val="both"/>
      </w:pPr>
      <w:r>
        <w:rPr>
          <w:rFonts w:ascii="Georgia" w:hAnsi="Georgia"/>
          <w:b w:val="0"/>
          <w:i w:val="0"/>
          <w:color w:val="22201D"/>
          <w:sz w:val="20"/>
        </w:rPr>
        <w:t>The dining room was occupied by one table: Flocc, Mara, an open bill, a closed menu, and the dense atmosphere of people who had been asked to read something accurately and had discovered that literacy was not the same as stamina.</w:t>
      </w:r>
    </w:p>
    <w:p>
      <w:pPr>
        <w:spacing w:after="60" w:line="266" w:lineRule="auto"/>
        <w:ind w:firstLine="331"/>
        <w:jc w:val="both"/>
      </w:pPr>
      <w:r>
        <w:rPr>
          <w:rFonts w:ascii="Georgia" w:hAnsi="Georgia"/>
          <w:b w:val="0"/>
          <w:i w:val="0"/>
          <w:color w:val="22201D"/>
          <w:sz w:val="20"/>
        </w:rPr>
        <w:t>Flocc looked up.</w:t>
      </w:r>
    </w:p>
    <w:p>
      <w:pPr>
        <w:spacing w:after="60" w:line="266" w:lineRule="auto"/>
        <w:ind w:firstLine="331"/>
        <w:jc w:val="both"/>
      </w:pPr>
      <w:r>
        <w:rPr>
          <w:rFonts w:ascii="Georgia" w:hAnsi="Georgia"/>
          <w:b w:val="0"/>
          <w:i w:val="0"/>
          <w:color w:val="22201D"/>
          <w:sz w:val="20"/>
        </w:rPr>
        <w:t>"Gerald."</w:t>
      </w:r>
    </w:p>
    <w:p>
      <w:pPr>
        <w:spacing w:after="60" w:line="266" w:lineRule="auto"/>
        <w:ind w:firstLine="331"/>
        <w:jc w:val="both"/>
      </w:pPr>
      <w:r>
        <w:rPr>
          <w:rFonts w:ascii="Georgia" w:hAnsi="Georgia"/>
          <w:b w:val="0"/>
          <w:i w:val="0"/>
          <w:color w:val="22201D"/>
          <w:sz w:val="20"/>
        </w:rPr>
        <w:t>"Do not move," Gerald said.</w:t>
      </w:r>
    </w:p>
    <w:p>
      <w:pPr>
        <w:spacing w:after="60" w:line="266" w:lineRule="auto"/>
        <w:ind w:firstLine="331"/>
        <w:jc w:val="both"/>
      </w:pPr>
      <w:r>
        <w:rPr>
          <w:rFonts w:ascii="Georgia" w:hAnsi="Georgia"/>
          <w:b w:val="0"/>
          <w:i w:val="0"/>
          <w:color w:val="22201D"/>
          <w:sz w:val="20"/>
        </w:rPr>
        <w:t>Flocc froze.</w:t>
      </w:r>
    </w:p>
    <w:p>
      <w:pPr>
        <w:spacing w:after="60" w:line="266" w:lineRule="auto"/>
        <w:ind w:firstLine="331"/>
        <w:jc w:val="both"/>
      </w:pPr>
      <w:r>
        <w:rPr>
          <w:rFonts w:ascii="Georgia" w:hAnsi="Georgia"/>
          <w:b w:val="0"/>
          <w:i w:val="0"/>
          <w:color w:val="22201D"/>
          <w:sz w:val="20"/>
        </w:rPr>
        <w:t>"Is that inspection advice or personal advice?"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Mara smiled.</w:t>
      </w:r>
    </w:p>
    <w:p>
      <w:pPr>
        <w:spacing w:after="60" w:line="266" w:lineRule="auto"/>
        <w:ind w:firstLine="331"/>
        <w:jc w:val="both"/>
      </w:pPr>
      <w:r>
        <w:rPr>
          <w:rFonts w:ascii="Georgia" w:hAnsi="Georgia"/>
          <w:b w:val="0"/>
          <w:i w:val="0"/>
          <w:color w:val="22201D"/>
          <w:sz w:val="20"/>
        </w:rPr>
        <w:t>Gerald pointed at the open bill.</w:t>
      </w:r>
    </w:p>
    <w:p>
      <w:pPr>
        <w:spacing w:after="60" w:line="266" w:lineRule="auto"/>
        <w:ind w:firstLine="331"/>
        <w:jc w:val="both"/>
      </w:pPr>
      <w:r>
        <w:rPr>
          <w:rFonts w:ascii="Georgia" w:hAnsi="Georgia"/>
          <w:b w:val="0"/>
          <w:i w:val="0"/>
          <w:color w:val="22201D"/>
          <w:sz w:val="20"/>
        </w:rPr>
        <w:t>"Is that blocking any required surface?"</w:t>
      </w:r>
    </w:p>
    <w:p>
      <w:pPr>
        <w:spacing w:after="60" w:line="266" w:lineRule="auto"/>
        <w:ind w:firstLine="331"/>
        <w:jc w:val="both"/>
      </w:pPr>
      <w:r>
        <w:rPr>
          <w:rFonts w:ascii="Georgia" w:hAnsi="Georgia"/>
          <w:b w:val="0"/>
          <w:i w:val="0"/>
          <w:color w:val="22201D"/>
          <w:sz w:val="20"/>
        </w:rPr>
        <w:t>Flocc looked at the bill as if it might have crept over a line while he was not watching.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it wet?"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"Sticky?"</w:t>
      </w:r>
    </w:p>
    <w:p>
      <w:pPr>
        <w:spacing w:after="60" w:line="266" w:lineRule="auto"/>
        <w:ind w:firstLine="331"/>
        <w:jc w:val="both"/>
      </w:pPr>
      <w:r>
        <w:rPr>
          <w:rFonts w:ascii="Georgia" w:hAnsi="Georgia"/>
          <w:b w:val="0"/>
          <w:i w:val="0"/>
          <w:color w:val="22201D"/>
          <w:sz w:val="20"/>
        </w:rPr>
        <w:t>"Emotionally or physically?"</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"No," Flocc said.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Gerald went to the kitchen.</w:t>
      </w:r>
    </w:p>
    <w:p>
      <w:pPr>
        <w:spacing w:after="60" w:line="266" w:lineRule="auto"/>
        <w:ind w:firstLine="331"/>
        <w:jc w:val="both"/>
      </w:pPr>
      <w:r>
        <w:rPr>
          <w:rFonts w:ascii="Georgia" w:hAnsi="Georgia"/>
          <w:b w:val="0"/>
          <w:i w:val="0"/>
          <w:color w:val="22201D"/>
          <w:sz w:val="20"/>
        </w:rPr>
        <w:t>The hand sink was exactly where it had been during his previous inspection and also, somehow, slightly more central to the room. It was stainless steel. It was supplied with hot and cold running water. It had soap. It had paper towels. It had a waste receptacle within reach. It had no dishes in it, no herbs hanging above it, no crate beneath it, no symbolic object occupying the basin, and no handwritten sign suggesting that employees use the three-compartment sink because the hand sink was currently "for vibes."</w:t>
      </w:r>
    </w:p>
    <w:p>
      <w:pPr>
        <w:spacing w:after="60" w:line="266" w:lineRule="auto"/>
        <w:ind w:firstLine="331"/>
        <w:jc w:val="both"/>
      </w:pPr>
      <w:r>
        <w:rPr>
          <w:rFonts w:ascii="Georgia" w:hAnsi="Georgia"/>
          <w:b w:val="0"/>
          <w:i w:val="0"/>
          <w:color w:val="22201D"/>
          <w:sz w:val="20"/>
        </w:rPr>
        <w:t>Gerald ran the water.</w:t>
      </w:r>
    </w:p>
    <w:p>
      <w:pPr>
        <w:spacing w:after="60" w:line="266" w:lineRule="auto"/>
        <w:ind w:firstLine="331"/>
        <w:jc w:val="both"/>
      </w:pPr>
      <w:r>
        <w:rPr>
          <w:rFonts w:ascii="Georgia" w:hAnsi="Georgia"/>
          <w:b w:val="0"/>
          <w:i w:val="0"/>
          <w:color w:val="22201D"/>
          <w:sz w:val="20"/>
        </w:rPr>
        <w:t>Hot.</w:t>
      </w:r>
    </w:p>
    <w:p>
      <w:pPr>
        <w:spacing w:after="60" w:line="266" w:lineRule="auto"/>
        <w:ind w:firstLine="331"/>
        <w:jc w:val="both"/>
      </w:pPr>
      <w:r>
        <w:rPr>
          <w:rFonts w:ascii="Georgia" w:hAnsi="Georgia"/>
          <w:b w:val="0"/>
          <w:i w:val="0"/>
          <w:color w:val="22201D"/>
          <w:sz w:val="20"/>
        </w:rPr>
        <w:t>Cold.</w:t>
      </w:r>
    </w:p>
    <w:p>
      <w:pPr>
        <w:spacing w:after="60" w:line="266" w:lineRule="auto"/>
        <w:ind w:firstLine="331"/>
        <w:jc w:val="both"/>
      </w:pPr>
      <w:r>
        <w:rPr>
          <w:rFonts w:ascii="Georgia" w:hAnsi="Georgia"/>
          <w:b w:val="0"/>
          <w:i w:val="0"/>
          <w:color w:val="22201D"/>
          <w:sz w:val="20"/>
        </w:rPr>
        <w:t>Adequate pressure.</w:t>
      </w:r>
    </w:p>
    <w:p>
      <w:pPr>
        <w:spacing w:after="60" w:line="266" w:lineRule="auto"/>
        <w:ind w:firstLine="331"/>
        <w:jc w:val="both"/>
      </w:pPr>
      <w:r>
        <w:rPr>
          <w:rFonts w:ascii="Georgia" w:hAnsi="Georgia"/>
          <w:b w:val="0"/>
          <w:i w:val="0"/>
          <w:color w:val="22201D"/>
          <w:sz w:val="20"/>
        </w:rPr>
        <w:t>He checked the soap dispenser.</w:t>
      </w:r>
    </w:p>
    <w:p>
      <w:pPr>
        <w:spacing w:after="60" w:line="266" w:lineRule="auto"/>
        <w:ind w:firstLine="331"/>
        <w:jc w:val="both"/>
      </w:pPr>
      <w:r>
        <w:rPr>
          <w:rFonts w:ascii="Georgia" w:hAnsi="Georgia"/>
          <w:b w:val="0"/>
          <w:i w:val="0"/>
          <w:color w:val="22201D"/>
          <w:sz w:val="20"/>
        </w:rPr>
        <w:t>Full.</w:t>
      </w:r>
    </w:p>
    <w:p>
      <w:pPr>
        <w:spacing w:after="60" w:line="266" w:lineRule="auto"/>
        <w:ind w:firstLine="331"/>
        <w:jc w:val="both"/>
      </w:pPr>
      <w:r>
        <w:rPr>
          <w:rFonts w:ascii="Georgia" w:hAnsi="Georgia"/>
          <w:b w:val="0"/>
          <w:i w:val="0"/>
          <w:color w:val="22201D"/>
          <w:sz w:val="20"/>
        </w:rPr>
        <w:t>He checked paper towels.</w:t>
      </w:r>
    </w:p>
    <w:p>
      <w:pPr>
        <w:spacing w:after="60" w:line="266" w:lineRule="auto"/>
        <w:ind w:firstLine="331"/>
        <w:jc w:val="both"/>
      </w:pPr>
      <w:r>
        <w:rPr>
          <w:rFonts w:ascii="Georgia" w:hAnsi="Georgia"/>
          <w:b w:val="0"/>
          <w:i w:val="0"/>
          <w:color w:val="22201D"/>
          <w:sz w:val="20"/>
        </w:rPr>
        <w:t>Present.</w:t>
      </w:r>
    </w:p>
    <w:p>
      <w:pPr>
        <w:spacing w:after="60" w:line="266" w:lineRule="auto"/>
        <w:ind w:firstLine="331"/>
        <w:jc w:val="both"/>
      </w:pPr>
      <w:r>
        <w:rPr>
          <w:rFonts w:ascii="Georgia" w:hAnsi="Georgia"/>
          <w:b w:val="0"/>
          <w:i w:val="0"/>
          <w:color w:val="22201D"/>
          <w:sz w:val="20"/>
        </w:rPr>
        <w:t>He checked the splash zone.</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The Hostess stood three feet away and said nothing.</w:t>
      </w:r>
    </w:p>
    <w:p>
      <w:pPr>
        <w:spacing w:after="60" w:line="266" w:lineRule="auto"/>
        <w:ind w:firstLine="331"/>
        <w:jc w:val="both"/>
      </w:pPr>
      <w:r>
        <w:rPr>
          <w:rFonts w:ascii="Georgia" w:hAnsi="Georgia"/>
          <w:b w:val="0"/>
          <w:i w:val="0"/>
          <w:color w:val="22201D"/>
          <w:sz w:val="20"/>
        </w:rPr>
        <w:t>This was one of the reasons Gerald tolerated her.</w:t>
      </w:r>
    </w:p>
    <w:p>
      <w:pPr>
        <w:spacing w:after="60" w:line="266" w:lineRule="auto"/>
        <w:ind w:firstLine="331"/>
        <w:jc w:val="both"/>
      </w:pPr>
      <w:r>
        <w:rPr>
          <w:rFonts w:ascii="Georgia" w:hAnsi="Georgia"/>
          <w:b w:val="0"/>
          <w:i w:val="0"/>
          <w:color w:val="22201D"/>
          <w:sz w:val="20"/>
        </w:rPr>
        <w:t>He washed his hands.</w:t>
      </w:r>
    </w:p>
    <w:p>
      <w:pPr>
        <w:spacing w:after="60" w:line="266" w:lineRule="auto"/>
        <w:ind w:firstLine="331"/>
        <w:jc w:val="both"/>
      </w:pPr>
      <w:r>
        <w:rPr>
          <w:rFonts w:ascii="Georgia" w:hAnsi="Georgia"/>
          <w:b w:val="0"/>
          <w:i w:val="0"/>
          <w:color w:val="22201D"/>
          <w:sz w:val="20"/>
        </w:rPr>
        <w:t>Twenty seconds.</w:t>
      </w:r>
    </w:p>
    <w:p>
      <w:pPr>
        <w:spacing w:after="60" w:line="266" w:lineRule="auto"/>
        <w:ind w:firstLine="331"/>
        <w:jc w:val="both"/>
      </w:pPr>
      <w:r>
        <w:rPr>
          <w:rFonts w:ascii="Georgia" w:hAnsi="Georgia"/>
          <w:b w:val="0"/>
          <w:i w:val="0"/>
          <w:color w:val="22201D"/>
          <w:sz w:val="20"/>
        </w:rPr>
        <w:t>No shortcuts.</w:t>
      </w:r>
    </w:p>
    <w:p>
      <w:pPr>
        <w:spacing w:after="60" w:line="266" w:lineRule="auto"/>
        <w:ind w:firstLine="331"/>
        <w:jc w:val="both"/>
      </w:pPr>
      <w:r>
        <w:rPr>
          <w:rFonts w:ascii="Georgia" w:hAnsi="Georgia"/>
          <w:b w:val="0"/>
          <w:i w:val="0"/>
          <w:color w:val="22201D"/>
          <w:sz w:val="20"/>
        </w:rPr>
        <w:t>When he finished, a receipt printed from a device he had not previously noticed beside the sink.</w:t>
      </w:r>
    </w:p>
    <w:p>
      <w:pPr>
        <w:spacing w:after="60" w:line="250" w:lineRule="auto"/>
        <w:ind w:left="202" w:right="173"/>
      </w:pPr>
      <w:r>
        <w:rPr>
          <w:rFonts w:ascii="Georgia" w:hAnsi="Georgia"/>
          <w:b w:val="0"/>
          <w:i w:val="0"/>
          <w:color w:val="22201D"/>
          <w:sz w:val="17"/>
        </w:rPr>
        <w:t>HAND SINK CHECK Time: now Access: clear Soap: present Towels: present Water: hot/cold Inspector washed hands: yes Audit standing: provisional</w:t>
      </w:r>
    </w:p>
    <w:p>
      <w:pPr>
        <w:spacing w:after="60" w:line="266" w:lineRule="auto"/>
        <w:ind w:firstLine="331"/>
        <w:jc w:val="both"/>
      </w:pPr>
      <w:r>
        <w:rPr>
          <w:rFonts w:ascii="Georgia" w:hAnsi="Georgia"/>
          <w:b w:val="0"/>
          <w:i w:val="0"/>
          <w:color w:val="22201D"/>
          <w:sz w:val="20"/>
        </w:rPr>
        <w:t>Gerald removed the receipt.</w:t>
      </w:r>
    </w:p>
    <w:p>
      <w:pPr>
        <w:spacing w:after="60" w:line="266" w:lineRule="auto"/>
        <w:ind w:firstLine="331"/>
        <w:jc w:val="both"/>
      </w:pPr>
      <w:r>
        <w:rPr>
          <w:rFonts w:ascii="Georgia" w:hAnsi="Georgia"/>
          <w:b w:val="0"/>
          <w:i w:val="0"/>
          <w:color w:val="22201D"/>
          <w:sz w:val="20"/>
        </w:rPr>
        <w:t>"Provisional," he said.</w:t>
      </w:r>
    </w:p>
    <w:p>
      <w:pPr>
        <w:spacing w:after="60" w:line="266" w:lineRule="auto"/>
        <w:ind w:firstLine="331"/>
        <w:jc w:val="both"/>
      </w:pPr>
      <w:r>
        <w:rPr>
          <w:rFonts w:ascii="Georgia" w:hAnsi="Georgia"/>
          <w:b w:val="0"/>
          <w:i w:val="0"/>
          <w:color w:val="22201D"/>
          <w:sz w:val="20"/>
        </w:rPr>
        <w:t>The device did not answer.</w:t>
      </w:r>
    </w:p>
    <w:p>
      <w:pPr>
        <w:spacing w:after="60" w:line="266" w:lineRule="auto"/>
        <w:ind w:firstLine="331"/>
        <w:jc w:val="both"/>
      </w:pPr>
      <w:r>
        <w:rPr>
          <w:rFonts w:ascii="Georgia" w:hAnsi="Georgia"/>
          <w:b w:val="0"/>
          <w:i w:val="0"/>
          <w:color w:val="22201D"/>
          <w:sz w:val="20"/>
        </w:rPr>
        <w:t>He respected that too.</w:t>
      </w:r>
    </w:p>
    <w:p>
      <w:pPr>
        <w:spacing w:after="60" w:line="266" w:lineRule="auto"/>
        <w:ind w:firstLine="331"/>
        <w:jc w:val="both"/>
      </w:pPr>
      <w:r>
        <w:rPr>
          <w:rFonts w:ascii="Georgia" w:hAnsi="Georgia"/>
          <w:b w:val="0"/>
          <w:i w:val="0"/>
          <w:color w:val="22201D"/>
          <w:sz w:val="20"/>
        </w:rPr>
        <w:t>The kitchen was busier than last time and no less organized. Prep containers were labeled. Cutting boards were separated. Hot holding was hot. Cold holding was cold. A pot on the back burner made the dark, sweet, smoky smell from Steve's sauce sample, but the pot was covered, labeled, and placed where it did not interfere with traffic.</w:t>
      </w:r>
    </w:p>
    <w:p>
      <w:pPr>
        <w:spacing w:after="60" w:line="266" w:lineRule="auto"/>
        <w:ind w:firstLine="331"/>
        <w:jc w:val="both"/>
      </w:pPr>
      <w:r>
        <w:rPr>
          <w:rFonts w:ascii="Georgia" w:hAnsi="Georgia"/>
          <w:b w:val="0"/>
          <w:i w:val="0"/>
          <w:color w:val="22201D"/>
          <w:sz w:val="20"/>
        </w:rPr>
        <w:t>Gerald read the label.</w:t>
      </w:r>
    </w:p>
    <w:p>
      <w:pPr>
        <w:spacing w:after="60" w:line="250" w:lineRule="auto"/>
        <w:ind w:left="202" w:right="173"/>
      </w:pPr>
      <w:r>
        <w:rPr>
          <w:rFonts w:ascii="Georgia" w:hAnsi="Georgia"/>
          <w:b w:val="0"/>
          <w:i w:val="0"/>
          <w:color w:val="22201D"/>
          <w:sz w:val="17"/>
        </w:rPr>
        <w:t>BLACK ORCHARD ADOBO Audit ledger reduction Do not serve pending addendum</w:t>
      </w:r>
    </w:p>
    <w:p>
      <w:pPr>
        <w:spacing w:after="60" w:line="266" w:lineRule="auto"/>
        <w:ind w:firstLine="331"/>
        <w:jc w:val="both"/>
      </w:pPr>
      <w:r>
        <w:rPr>
          <w:rFonts w:ascii="Georgia" w:hAnsi="Georgia"/>
          <w:b w:val="0"/>
          <w:i w:val="0"/>
          <w:color w:val="22201D"/>
          <w:sz w:val="20"/>
        </w:rPr>
        <w:t>"Good," he said.</w:t>
      </w:r>
    </w:p>
    <w:p>
      <w:pPr>
        <w:spacing w:after="60" w:line="266" w:lineRule="auto"/>
        <w:ind w:firstLine="331"/>
        <w:jc w:val="both"/>
      </w:pPr>
      <w:r>
        <w:rPr>
          <w:rFonts w:ascii="Georgia" w:hAnsi="Georgia"/>
          <w:b w:val="0"/>
          <w:i w:val="0"/>
          <w:color w:val="22201D"/>
          <w:sz w:val="20"/>
        </w:rPr>
        <w:t>The pot simmered at him.</w:t>
      </w:r>
    </w:p>
    <w:p>
      <w:pPr>
        <w:spacing w:after="60" w:line="266" w:lineRule="auto"/>
        <w:ind w:firstLine="331"/>
        <w:jc w:val="both"/>
      </w:pPr>
      <w:r>
        <w:rPr>
          <w:rFonts w:ascii="Georgia" w:hAnsi="Georgia"/>
          <w:b w:val="0"/>
          <w:i w:val="0"/>
          <w:color w:val="22201D"/>
          <w:sz w:val="20"/>
        </w:rPr>
        <w:t>"Do not take that personally."</w:t>
      </w:r>
    </w:p>
    <w:p>
      <w:pPr>
        <w:spacing w:after="60" w:line="266" w:lineRule="auto"/>
        <w:ind w:firstLine="331"/>
        <w:jc w:val="both"/>
      </w:pPr>
      <w:r>
        <w:rPr>
          <w:rFonts w:ascii="Georgia" w:hAnsi="Georgia"/>
          <w:b w:val="0"/>
          <w:i w:val="0"/>
          <w:color w:val="22201D"/>
          <w:sz w:val="20"/>
        </w:rPr>
        <w:t>The pot continued simmering.</w:t>
      </w:r>
    </w:p>
    <w:p>
      <w:pPr>
        <w:spacing w:after="60" w:line="266" w:lineRule="auto"/>
        <w:ind w:firstLine="331"/>
        <w:jc w:val="both"/>
      </w:pPr>
      <w:r>
        <w:rPr>
          <w:rFonts w:ascii="Georgia" w:hAnsi="Georgia"/>
          <w:b w:val="0"/>
          <w:i w:val="0"/>
          <w:color w:val="22201D"/>
          <w:sz w:val="20"/>
        </w:rPr>
        <w:t>He checked the thermometer.</w:t>
      </w:r>
    </w:p>
    <w:p>
      <w:pPr>
        <w:spacing w:after="60" w:line="266" w:lineRule="auto"/>
        <w:ind w:firstLine="331"/>
        <w:jc w:val="both"/>
      </w:pPr>
      <w:r>
        <w:rPr>
          <w:rFonts w:ascii="Georgia" w:hAnsi="Georgia"/>
          <w:b w:val="0"/>
          <w:i w:val="0"/>
          <w:color w:val="22201D"/>
          <w:sz w:val="20"/>
        </w:rPr>
        <w:t>The temperature was safe.</w:t>
      </w:r>
    </w:p>
    <w:p>
      <w:pPr>
        <w:spacing w:after="60" w:line="266" w:lineRule="auto"/>
        <w:ind w:firstLine="331"/>
        <w:jc w:val="both"/>
      </w:pPr>
      <w:r>
        <w:rPr>
          <w:rFonts w:ascii="Georgia" w:hAnsi="Georgia"/>
          <w:b w:val="0"/>
          <w:i w:val="0"/>
          <w:color w:val="22201D"/>
          <w:sz w:val="20"/>
        </w:rPr>
        <w:t>"Still pending," he said.</w:t>
      </w:r>
    </w:p>
    <w:p>
      <w:pPr>
        <w:spacing w:after="60" w:line="266" w:lineRule="auto"/>
        <w:ind w:firstLine="331"/>
        <w:jc w:val="both"/>
      </w:pPr>
      <w:r>
        <w:rPr>
          <w:rFonts w:ascii="Georgia" w:hAnsi="Georgia"/>
          <w:b w:val="0"/>
          <w:i w:val="0"/>
          <w:color w:val="22201D"/>
          <w:sz w:val="20"/>
        </w:rPr>
        <w:t>The label added:</w:t>
      </w:r>
    </w:p>
    <w:p>
      <w:pPr>
        <w:spacing w:after="60" w:line="250" w:lineRule="auto"/>
        <w:ind w:left="202" w:right="173"/>
      </w:pPr>
      <w:r>
        <w:rPr>
          <w:rFonts w:ascii="Georgia" w:hAnsi="Georgia"/>
          <w:b w:val="0"/>
          <w:i w:val="0"/>
          <w:color w:val="22201D"/>
          <w:sz w:val="17"/>
        </w:rPr>
        <w:t>UNDERSTOOD.</w:t>
      </w:r>
    </w:p>
    <w:p>
      <w:pPr>
        <w:spacing w:after="60" w:line="266" w:lineRule="auto"/>
        <w:ind w:firstLine="331"/>
        <w:jc w:val="both"/>
      </w:pPr>
      <w:r>
        <w:rPr>
          <w:rFonts w:ascii="Georgia" w:hAnsi="Georgia"/>
          <w:b w:val="0"/>
          <w:i w:val="0"/>
          <w:color w:val="22201D"/>
          <w:sz w:val="20"/>
        </w:rPr>
        <w:t>Gerald looked at the Hostess.</w:t>
      </w:r>
    </w:p>
    <w:p>
      <w:pPr>
        <w:spacing w:after="60" w:line="266" w:lineRule="auto"/>
        <w:ind w:firstLine="331"/>
        <w:jc w:val="both"/>
      </w:pPr>
      <w:r>
        <w:rPr>
          <w:rFonts w:ascii="Georgia" w:hAnsi="Georgia"/>
          <w:b w:val="0"/>
          <w:i w:val="0"/>
          <w:color w:val="22201D"/>
          <w:sz w:val="20"/>
        </w:rPr>
        <w:t>"Labels should not respond during inspection."</w:t>
      </w:r>
    </w:p>
    <w:p>
      <w:pPr>
        <w:spacing w:after="60" w:line="266" w:lineRule="auto"/>
        <w:ind w:firstLine="331"/>
        <w:jc w:val="both"/>
      </w:pPr>
      <w:r>
        <w:rPr>
          <w:rFonts w:ascii="Georgia" w:hAnsi="Georgia"/>
          <w:b w:val="0"/>
          <w:i w:val="0"/>
          <w:color w:val="22201D"/>
          <w:sz w:val="20"/>
        </w:rPr>
        <w:t>"They have been advised."</w:t>
      </w:r>
    </w:p>
    <w:p>
      <w:pPr>
        <w:spacing w:after="60" w:line="266" w:lineRule="auto"/>
        <w:ind w:firstLine="331"/>
        <w:jc w:val="both"/>
      </w:pPr>
      <w:r>
        <w:rPr>
          <w:rFonts w:ascii="Georgia" w:hAnsi="Georgia"/>
          <w:b w:val="0"/>
          <w:i w:val="0"/>
          <w:color w:val="22201D"/>
          <w:sz w:val="20"/>
        </w:rPr>
        <w:t>"Advise them harder."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Gerald proceeded to the dish path. Clean and dirty flow remained separated. The dish pit was active but not chaotic. No miracle residue had been stored in unlabeled containers. No one had placed a moral burden on a prep table. The pantry door remained closed with a sign reading:</w:t>
      </w:r>
    </w:p>
    <w:p>
      <w:pPr>
        <w:spacing w:after="60" w:line="250" w:lineRule="auto"/>
        <w:ind w:left="202" w:right="173"/>
      </w:pPr>
      <w:r>
        <w:rPr>
          <w:rFonts w:ascii="Georgia" w:hAnsi="Georgia"/>
          <w:b w:val="0"/>
          <w:i w:val="0"/>
          <w:color w:val="22201D"/>
          <w:sz w:val="17"/>
        </w:rPr>
        <w:t>SUBSTITUTION REVIEW NOT YET REQUESTED</w:t>
      </w:r>
    </w:p>
    <w:p>
      <w:pPr>
        <w:spacing w:after="60" w:line="266" w:lineRule="auto"/>
        <w:ind w:firstLine="331"/>
        <w:jc w:val="both"/>
      </w:pPr>
      <w:r>
        <w:rPr>
          <w:rFonts w:ascii="Georgia" w:hAnsi="Georgia"/>
          <w:b w:val="0"/>
          <w:i w:val="0"/>
          <w:color w:val="22201D"/>
          <w:sz w:val="20"/>
        </w:rPr>
        <w:t>Gerald made a note.</w:t>
      </w:r>
    </w:p>
    <w:p>
      <w:pPr>
        <w:spacing w:after="60" w:line="266" w:lineRule="auto"/>
        <w:ind w:firstLine="331"/>
        <w:jc w:val="both"/>
      </w:pPr>
      <w:r>
        <w:rPr>
          <w:rFonts w:ascii="Georgia" w:hAnsi="Georgia"/>
          <w:b w:val="0"/>
          <w:i w:val="0"/>
          <w:color w:val="22201D"/>
          <w:sz w:val="20"/>
        </w:rPr>
        <w:t>He appreciated the pantry's restraint.</w:t>
      </w:r>
    </w:p>
    <w:p>
      <w:pPr>
        <w:spacing w:after="60" w:line="266" w:lineRule="auto"/>
        <w:ind w:firstLine="331"/>
        <w:jc w:val="both"/>
      </w:pPr>
      <w:r>
        <w:rPr>
          <w:rFonts w:ascii="Georgia" w:hAnsi="Georgia"/>
          <w:b w:val="0"/>
          <w:i w:val="0"/>
          <w:color w:val="22201D"/>
          <w:sz w:val="20"/>
        </w:rPr>
        <w:t>Then he returned to the dining room.</w:t>
      </w:r>
    </w:p>
    <w:p>
      <w:pPr>
        <w:spacing w:after="60" w:line="266" w:lineRule="auto"/>
        <w:ind w:firstLine="331"/>
        <w:jc w:val="both"/>
      </w:pPr>
      <w:r>
        <w:rPr>
          <w:rFonts w:ascii="Georgia" w:hAnsi="Georgia"/>
          <w:b w:val="0"/>
          <w:i w:val="0"/>
          <w:color w:val="22201D"/>
          <w:sz w:val="20"/>
        </w:rPr>
        <w:t>The bill was still open.</w:t>
      </w:r>
    </w:p>
    <w:p>
      <w:pPr>
        <w:spacing w:after="60" w:line="266" w:lineRule="auto"/>
        <w:ind w:firstLine="331"/>
        <w:jc w:val="both"/>
      </w:pPr>
      <w:r>
        <w:rPr>
          <w:rFonts w:ascii="Georgia" w:hAnsi="Georgia"/>
          <w:b w:val="0"/>
          <w:i w:val="0"/>
          <w:color w:val="22201D"/>
          <w:sz w:val="20"/>
        </w:rPr>
        <w:t>Flocc and Mara were still seated.</w:t>
      </w:r>
    </w:p>
    <w:p>
      <w:pPr>
        <w:spacing w:after="60" w:line="266" w:lineRule="auto"/>
        <w:ind w:firstLine="331"/>
        <w:jc w:val="both"/>
      </w:pPr>
      <w:r>
        <w:rPr>
          <w:rFonts w:ascii="Georgia" w:hAnsi="Georgia"/>
          <w:b w:val="0"/>
          <w:i w:val="0"/>
          <w:color w:val="22201D"/>
          <w:sz w:val="20"/>
        </w:rPr>
        <w:t>The menu was still closed.</w:t>
      </w:r>
    </w:p>
    <w:p>
      <w:pPr>
        <w:spacing w:after="60" w:line="266" w:lineRule="auto"/>
        <w:ind w:firstLine="331"/>
        <w:jc w:val="both"/>
      </w:pPr>
      <w:r>
        <w:rPr>
          <w:rFonts w:ascii="Georgia" w:hAnsi="Georgia"/>
          <w:b w:val="0"/>
          <w:i w:val="0"/>
          <w:color w:val="22201D"/>
          <w:sz w:val="20"/>
        </w:rPr>
        <w:t>Nothing on the table had become food.</w:t>
      </w:r>
    </w:p>
    <w:p>
      <w:pPr>
        <w:spacing w:after="60" w:line="266" w:lineRule="auto"/>
        <w:ind w:firstLine="331"/>
        <w:jc w:val="both"/>
      </w:pPr>
      <w:r>
        <w:rPr>
          <w:rFonts w:ascii="Georgia" w:hAnsi="Georgia"/>
          <w:b w:val="0"/>
          <w:i w:val="0"/>
          <w:color w:val="22201D"/>
          <w:sz w:val="20"/>
        </w:rPr>
        <w:t>Gerald sat down without being invited.</w:t>
      </w:r>
    </w:p>
    <w:p>
      <w:pPr>
        <w:spacing w:after="60" w:line="266" w:lineRule="auto"/>
        <w:ind w:firstLine="331"/>
        <w:jc w:val="both"/>
      </w:pPr>
      <w:r>
        <w:rPr>
          <w:rFonts w:ascii="Georgia" w:hAnsi="Georgia"/>
          <w:b w:val="0"/>
          <w:i w:val="0"/>
          <w:color w:val="22201D"/>
          <w:sz w:val="20"/>
        </w:rPr>
        <w:t>"This is not a meal inspection yet," he said.</w:t>
      </w:r>
    </w:p>
    <w:p>
      <w:pPr>
        <w:spacing w:after="60" w:line="266" w:lineRule="auto"/>
        <w:ind w:firstLine="331"/>
        <w:jc w:val="both"/>
      </w:pPr>
      <w:r>
        <w:rPr>
          <w:rFonts w:ascii="Georgia" w:hAnsi="Georgia"/>
          <w:b w:val="0"/>
          <w:i w:val="0"/>
          <w:color w:val="22201D"/>
          <w:sz w:val="20"/>
        </w:rPr>
        <w:t>"It smells like one," Mara said.</w:t>
      </w:r>
    </w:p>
    <w:p>
      <w:pPr>
        <w:spacing w:after="60" w:line="266" w:lineRule="auto"/>
        <w:ind w:firstLine="331"/>
        <w:jc w:val="both"/>
      </w:pPr>
      <w:r>
        <w:rPr>
          <w:rFonts w:ascii="Georgia" w:hAnsi="Georgia"/>
          <w:b w:val="0"/>
          <w:i w:val="0"/>
          <w:color w:val="22201D"/>
          <w:sz w:val="20"/>
        </w:rPr>
        <w:t>"Smell is not service."</w:t>
      </w:r>
    </w:p>
    <w:p>
      <w:pPr>
        <w:spacing w:after="60" w:line="266" w:lineRule="auto"/>
        <w:ind w:firstLine="331"/>
        <w:jc w:val="both"/>
      </w:pPr>
      <w:r>
        <w:rPr>
          <w:rFonts w:ascii="Georgia" w:hAnsi="Georgia"/>
          <w:b w:val="0"/>
          <w:i w:val="0"/>
          <w:color w:val="22201D"/>
          <w:sz w:val="20"/>
        </w:rPr>
        <w:t>"I am learning that many things here are not other things."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Gerald placed the hand sink receipt beside the bill.</w:t>
      </w:r>
    </w:p>
    <w:p>
      <w:pPr>
        <w:spacing w:after="60" w:line="266" w:lineRule="auto"/>
        <w:ind w:firstLine="331"/>
        <w:jc w:val="both"/>
      </w:pPr>
      <w:r>
        <w:rPr>
          <w:rFonts w:ascii="Georgia" w:hAnsi="Georgia"/>
          <w:b w:val="0"/>
          <w:i w:val="0"/>
          <w:color w:val="22201D"/>
          <w:sz w:val="20"/>
        </w:rPr>
        <w:t>The bill absorbed nothing.</w:t>
      </w:r>
    </w:p>
    <w:p>
      <w:pPr>
        <w:spacing w:after="60" w:line="266" w:lineRule="auto"/>
        <w:ind w:firstLine="331"/>
        <w:jc w:val="both"/>
      </w:pPr>
      <w:r>
        <w:rPr>
          <w:rFonts w:ascii="Georgia" w:hAnsi="Georgia"/>
          <w:b w:val="0"/>
          <w:i w:val="0"/>
          <w:color w:val="22201D"/>
          <w:sz w:val="20"/>
        </w:rPr>
        <w:t>This was positive.</w:t>
      </w:r>
    </w:p>
    <w:p>
      <w:pPr>
        <w:spacing w:after="60" w:line="266" w:lineRule="auto"/>
        <w:ind w:firstLine="331"/>
        <w:jc w:val="both"/>
      </w:pPr>
      <w:r>
        <w:rPr>
          <w:rFonts w:ascii="Georgia" w:hAnsi="Georgia"/>
          <w:b w:val="0"/>
          <w:i w:val="0"/>
          <w:color w:val="22201D"/>
          <w:sz w:val="20"/>
        </w:rPr>
        <w:t>"The audit has provisional standing," Gerald said.</w:t>
      </w:r>
    </w:p>
    <w:p>
      <w:pPr>
        <w:spacing w:after="60" w:line="266" w:lineRule="auto"/>
        <w:ind w:firstLine="331"/>
        <w:jc w:val="both"/>
      </w:pPr>
      <w:r>
        <w:rPr>
          <w:rFonts w:ascii="Georgia" w:hAnsi="Georgia"/>
          <w:b w:val="0"/>
          <w:i w:val="0"/>
          <w:color w:val="22201D"/>
          <w:sz w:val="20"/>
        </w:rPr>
        <w:t>Flocc looked at the receipt.</w:t>
      </w:r>
    </w:p>
    <w:p>
      <w:pPr>
        <w:spacing w:after="60" w:line="266" w:lineRule="auto"/>
        <w:ind w:firstLine="331"/>
        <w:jc w:val="both"/>
      </w:pPr>
      <w:r>
        <w:rPr>
          <w:rFonts w:ascii="Georgia" w:hAnsi="Georgia"/>
          <w:b w:val="0"/>
          <w:i w:val="0"/>
          <w:color w:val="22201D"/>
          <w:sz w:val="20"/>
        </w:rPr>
        <w:t>"Because of the hand sink?"</w:t>
      </w:r>
    </w:p>
    <w:p>
      <w:pPr>
        <w:spacing w:after="60" w:line="266" w:lineRule="auto"/>
        <w:ind w:firstLine="331"/>
        <w:jc w:val="both"/>
      </w:pPr>
      <w:r>
        <w:rPr>
          <w:rFonts w:ascii="Georgia" w:hAnsi="Georgia"/>
          <w:b w:val="0"/>
          <w:i w:val="0"/>
          <w:color w:val="22201D"/>
          <w:sz w:val="20"/>
        </w:rPr>
        <w:t>"Because the hand sink is accessible, supplied, and used. Without that, the audit is just paper attempting authority in a room that cannot safely serve food."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012: Authority conditioned by clean hands. Amount due: do not resent the sink.</w:t>
      </w:r>
    </w:p>
    <w:p>
      <w:pPr>
        <w:spacing w:after="60" w:line="266" w:lineRule="auto"/>
        <w:ind w:firstLine="331"/>
        <w:jc w:val="both"/>
      </w:pPr>
      <w:r>
        <w:rPr>
          <w:rFonts w:ascii="Georgia" w:hAnsi="Georgia"/>
          <w:b w:val="0"/>
          <w:i w:val="0"/>
          <w:color w:val="22201D"/>
          <w:sz w:val="20"/>
        </w:rPr>
        <w:t>Gerald looked at the bill.</w:t>
      </w:r>
    </w:p>
    <w:p>
      <w:pPr>
        <w:spacing w:after="60" w:line="266" w:lineRule="auto"/>
        <w:ind w:firstLine="331"/>
        <w:jc w:val="both"/>
      </w:pPr>
      <w:r>
        <w:rPr>
          <w:rFonts w:ascii="Georgia" w:hAnsi="Georgia"/>
          <w:b w:val="0"/>
          <w:i w:val="0"/>
          <w:color w:val="22201D"/>
          <w:sz w:val="20"/>
        </w:rPr>
        <w:t>"Do not bill people for agreeing with me."</w:t>
      </w:r>
    </w:p>
    <w:p>
      <w:pPr>
        <w:spacing w:after="60" w:line="266" w:lineRule="auto"/>
        <w:ind w:firstLine="331"/>
        <w:jc w:val="both"/>
      </w:pPr>
      <w:r>
        <w:rPr>
          <w:rFonts w:ascii="Georgia" w:hAnsi="Georgia"/>
          <w:b w:val="0"/>
          <w:i w:val="0"/>
          <w:color w:val="22201D"/>
          <w:sz w:val="20"/>
        </w:rPr>
        <w:t>The line remained.</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"I do resent the sink a little."</w:t>
      </w:r>
    </w:p>
    <w:p>
      <w:pPr>
        <w:spacing w:after="60" w:line="266" w:lineRule="auto"/>
        <w:ind w:firstLine="331"/>
        <w:jc w:val="both"/>
      </w:pPr>
      <w:r>
        <w:rPr>
          <w:rFonts w:ascii="Georgia" w:hAnsi="Georgia"/>
          <w:b w:val="0"/>
          <w:i w:val="0"/>
          <w:color w:val="22201D"/>
          <w:sz w:val="20"/>
        </w:rPr>
        <w:t>"Why?"</w:t>
      </w:r>
    </w:p>
    <w:p>
      <w:pPr>
        <w:spacing w:after="60" w:line="266" w:lineRule="auto"/>
        <w:ind w:firstLine="331"/>
        <w:jc w:val="both"/>
      </w:pPr>
      <w:r>
        <w:rPr>
          <w:rFonts w:ascii="Georgia" w:hAnsi="Georgia"/>
          <w:b w:val="0"/>
          <w:i w:val="0"/>
          <w:color w:val="22201D"/>
          <w:sz w:val="20"/>
        </w:rPr>
        <w:t>"Because it makes the whole thing harder to dismiss."</w:t>
      </w:r>
    </w:p>
    <w:p>
      <w:pPr>
        <w:spacing w:after="60" w:line="266" w:lineRule="auto"/>
        <w:ind w:firstLine="331"/>
        <w:jc w:val="both"/>
      </w:pPr>
      <w:r>
        <w:rPr>
          <w:rFonts w:ascii="Georgia" w:hAnsi="Georgia"/>
          <w:b w:val="0"/>
          <w:i w:val="0"/>
          <w:color w:val="22201D"/>
          <w:sz w:val="20"/>
        </w:rPr>
        <w:t>Gerald sat back.</w:t>
      </w:r>
    </w:p>
    <w:p>
      <w:pPr>
        <w:spacing w:after="60" w:line="266" w:lineRule="auto"/>
        <w:ind w:firstLine="331"/>
        <w:jc w:val="both"/>
      </w:pPr>
      <w:r>
        <w:rPr>
          <w:rFonts w:ascii="Georgia" w:hAnsi="Georgia"/>
          <w:b w:val="0"/>
          <w:i w:val="0"/>
          <w:color w:val="22201D"/>
          <w:sz w:val="20"/>
        </w:rPr>
        <w:t>This was a better answer than he expected.</w:t>
      </w:r>
    </w:p>
    <w:p>
      <w:pPr>
        <w:spacing w:after="60" w:line="266" w:lineRule="auto"/>
        <w:ind w:firstLine="331"/>
        <w:jc w:val="both"/>
      </w:pPr>
      <w:r>
        <w:rPr>
          <w:rFonts w:ascii="Georgia" w:hAnsi="Georgia"/>
          <w:b w:val="0"/>
          <w:i w:val="0"/>
          <w:color w:val="22201D"/>
          <w:sz w:val="20"/>
        </w:rPr>
        <w:t>"Correct," he said.</w:t>
      </w:r>
    </w:p>
    <w:p>
      <w:pPr>
        <w:spacing w:after="60" w:line="266" w:lineRule="auto"/>
        <w:ind w:firstLine="331"/>
        <w:jc w:val="both"/>
      </w:pPr>
      <w:r>
        <w:rPr>
          <w:rFonts w:ascii="Georgia" w:hAnsi="Georgia"/>
          <w:b w:val="0"/>
          <w:i w:val="0"/>
          <w:color w:val="22201D"/>
          <w:sz w:val="20"/>
        </w:rPr>
        <w:t>The bill warmed.</w:t>
      </w:r>
    </w:p>
    <w:p>
      <w:pPr>
        <w:spacing w:after="60" w:line="250" w:lineRule="auto"/>
        <w:ind w:left="202" w:right="173"/>
      </w:pPr>
      <w:r>
        <w:rPr>
          <w:rFonts w:ascii="Georgia" w:hAnsi="Georgia"/>
          <w:b w:val="0"/>
          <w:i w:val="0"/>
          <w:color w:val="22201D"/>
          <w:sz w:val="17"/>
        </w:rPr>
        <w:t>Payment received: practical condition accepted</w:t>
      </w:r>
    </w:p>
    <w:p>
      <w:pPr>
        <w:spacing w:after="60" w:line="266" w:lineRule="auto"/>
        <w:ind w:firstLine="331"/>
        <w:jc w:val="both"/>
      </w:pPr>
      <w:r>
        <w:rPr>
          <w:rFonts w:ascii="Georgia" w:hAnsi="Georgia"/>
          <w:b w:val="0"/>
          <w:i w:val="0"/>
          <w:color w:val="22201D"/>
          <w:sz w:val="20"/>
        </w:rPr>
        <w:t>Mara looked from the bill to Gerald.</w:t>
      </w:r>
    </w:p>
    <w:p>
      <w:pPr>
        <w:spacing w:after="60" w:line="266" w:lineRule="auto"/>
        <w:ind w:firstLine="331"/>
        <w:jc w:val="both"/>
      </w:pPr>
      <w:r>
        <w:rPr>
          <w:rFonts w:ascii="Georgia" w:hAnsi="Georgia"/>
          <w:b w:val="0"/>
          <w:i w:val="0"/>
          <w:color w:val="22201D"/>
          <w:sz w:val="20"/>
        </w:rPr>
        <w:t>"Does that count as payment?"</w:t>
      </w:r>
    </w:p>
    <w:p>
      <w:pPr>
        <w:spacing w:after="60" w:line="266" w:lineRule="auto"/>
        <w:ind w:firstLine="331"/>
        <w:jc w:val="both"/>
      </w:pPr>
      <w:r>
        <w:rPr>
          <w:rFonts w:ascii="Georgia" w:hAnsi="Georgia"/>
          <w:b w:val="0"/>
          <w:i w:val="0"/>
          <w:color w:val="22201D"/>
          <w:sz w:val="20"/>
        </w:rPr>
        <w:t>"It counts as compliance with one condition," Gerald said. "Do not inflate it."</w:t>
      </w:r>
    </w:p>
    <w:p>
      <w:pPr>
        <w:spacing w:after="60" w:line="266" w:lineRule="auto"/>
        <w:ind w:firstLine="331"/>
        <w:jc w:val="both"/>
      </w:pPr>
      <w:r>
        <w:rPr>
          <w:rFonts w:ascii="Georgia" w:hAnsi="Georgia"/>
          <w:b w:val="0"/>
          <w:i w:val="0"/>
          <w:color w:val="22201D"/>
          <w:sz w:val="20"/>
        </w:rPr>
        <w:t>"The restaurant likes inflating things."</w:t>
      </w:r>
    </w:p>
    <w:p>
      <w:pPr>
        <w:spacing w:after="60" w:line="266" w:lineRule="auto"/>
        <w:ind w:firstLine="331"/>
        <w:jc w:val="both"/>
      </w:pPr>
      <w:r>
        <w:rPr>
          <w:rFonts w:ascii="Georgia" w:hAnsi="Georgia"/>
          <w:b w:val="0"/>
          <w:i w:val="0"/>
          <w:color w:val="22201D"/>
          <w:sz w:val="20"/>
        </w:rPr>
        <w:t>"The restaurant will restrain itself while I am present."</w:t>
      </w:r>
    </w:p>
    <w:p>
      <w:pPr>
        <w:spacing w:after="60" w:line="266" w:lineRule="auto"/>
        <w:ind w:firstLine="331"/>
        <w:jc w:val="both"/>
      </w:pPr>
      <w:r>
        <w:rPr>
          <w:rFonts w:ascii="Georgia" w:hAnsi="Georgia"/>
          <w:b w:val="0"/>
          <w:i w:val="0"/>
          <w:color w:val="22201D"/>
          <w:sz w:val="20"/>
        </w:rPr>
        <w:t>The table became very still.</w:t>
      </w:r>
    </w:p>
    <w:p>
      <w:pPr>
        <w:spacing w:after="60" w:line="266" w:lineRule="auto"/>
        <w:ind w:firstLine="331"/>
        <w:jc w:val="both"/>
      </w:pPr>
      <w:r>
        <w:rPr>
          <w:rFonts w:ascii="Georgia" w:hAnsi="Georgia"/>
          <w:b w:val="0"/>
          <w:i w:val="0"/>
          <w:color w:val="22201D"/>
          <w:sz w:val="20"/>
        </w:rPr>
        <w:t>Gerald took this as consent.</w:t>
      </w:r>
    </w:p>
    <w:p>
      <w:pPr>
        <w:spacing w:after="60" w:line="266" w:lineRule="auto"/>
        <w:ind w:firstLine="331"/>
        <w:jc w:val="both"/>
      </w:pPr>
      <w:r>
        <w:rPr>
          <w:rFonts w:ascii="Georgia" w:hAnsi="Georgia"/>
          <w:b w:val="0"/>
          <w:i w:val="0"/>
          <w:color w:val="22201D"/>
          <w:sz w:val="20"/>
        </w:rPr>
        <w:t>He unfolded Steve's inspection addendum request.</w:t>
      </w:r>
    </w:p>
    <w:p>
      <w:pPr>
        <w:spacing w:after="60" w:line="266" w:lineRule="auto"/>
        <w:ind w:firstLine="331"/>
        <w:jc w:val="both"/>
      </w:pPr>
      <w:r>
        <w:rPr>
          <w:rFonts w:ascii="Georgia" w:hAnsi="Georgia"/>
          <w:b w:val="0"/>
          <w:i w:val="0"/>
          <w:color w:val="22201D"/>
          <w:sz w:val="20"/>
        </w:rPr>
        <w:t>"The question is whether an account can remain open without creating an unsafe service condition. I need to examine the account."</w:t>
      </w:r>
    </w:p>
    <w:p>
      <w:pPr>
        <w:spacing w:after="60" w:line="266" w:lineRule="auto"/>
        <w:ind w:firstLine="331"/>
        <w:jc w:val="both"/>
      </w:pPr>
      <w:r>
        <w:rPr>
          <w:rFonts w:ascii="Georgia" w:hAnsi="Georgia"/>
          <w:b w:val="0"/>
          <w:i w:val="0"/>
          <w:color w:val="22201D"/>
          <w:sz w:val="20"/>
        </w:rPr>
        <w:t>Flocc turned the bill toward him.</w:t>
      </w:r>
    </w:p>
    <w:p>
      <w:pPr>
        <w:spacing w:after="60" w:line="266" w:lineRule="auto"/>
        <w:ind w:firstLine="331"/>
        <w:jc w:val="both"/>
      </w:pPr>
      <w:r>
        <w:rPr>
          <w:rFonts w:ascii="Georgia" w:hAnsi="Georgia"/>
          <w:b w:val="0"/>
          <w:i w:val="0"/>
          <w:color w:val="22201D"/>
          <w:sz w:val="20"/>
        </w:rPr>
        <w:t>Gerald did not touch it immediately.</w:t>
      </w:r>
    </w:p>
    <w:p>
      <w:pPr>
        <w:spacing w:after="60" w:line="266" w:lineRule="auto"/>
        <w:ind w:firstLine="331"/>
        <w:jc w:val="both"/>
      </w:pPr>
      <w:r>
        <w:rPr>
          <w:rFonts w:ascii="Georgia" w:hAnsi="Georgia"/>
          <w:b w:val="0"/>
          <w:i w:val="0"/>
          <w:color w:val="22201D"/>
          <w:sz w:val="20"/>
        </w:rPr>
        <w:t>Documents, like surfaces, had conditions.</w:t>
      </w:r>
    </w:p>
    <w:p>
      <w:pPr>
        <w:spacing w:after="60" w:line="266" w:lineRule="auto"/>
        <w:ind w:firstLine="331"/>
        <w:jc w:val="both"/>
      </w:pPr>
      <w:r>
        <w:rPr>
          <w:rFonts w:ascii="Georgia" w:hAnsi="Georgia"/>
          <w:b w:val="0"/>
          <w:i w:val="0"/>
          <w:color w:val="22201D"/>
          <w:sz w:val="20"/>
        </w:rPr>
        <w:t>"Has anyone eaten from this bill?"</w:t>
      </w:r>
    </w:p>
    <w:p>
      <w:pPr>
        <w:spacing w:after="60" w:line="266" w:lineRule="auto"/>
        <w:ind w:firstLine="331"/>
        <w:jc w:val="both"/>
      </w:pPr>
      <w:r>
        <w:rPr>
          <w:rFonts w:ascii="Georgia" w:hAnsi="Georgia"/>
          <w:b w:val="0"/>
          <w:i w:val="0"/>
          <w:color w:val="22201D"/>
          <w:sz w:val="20"/>
        </w:rPr>
        <w:t>"No," Flocc said.</w:t>
      </w:r>
    </w:p>
    <w:p>
      <w:pPr>
        <w:spacing w:after="60" w:line="266" w:lineRule="auto"/>
        <w:ind w:firstLine="331"/>
        <w:jc w:val="both"/>
      </w:pPr>
      <w:r>
        <w:rPr>
          <w:rFonts w:ascii="Georgia" w:hAnsi="Georgia"/>
          <w:b w:val="0"/>
          <w:i w:val="0"/>
          <w:color w:val="22201D"/>
          <w:sz w:val="20"/>
        </w:rPr>
        <w:t>"Has it been placed on a food-contact surface?"</w:t>
      </w:r>
    </w:p>
    <w:p>
      <w:pPr>
        <w:spacing w:after="60" w:line="266" w:lineRule="auto"/>
        <w:ind w:firstLine="331"/>
        <w:jc w:val="both"/>
      </w:pPr>
      <w:r>
        <w:rPr>
          <w:rFonts w:ascii="Georgia" w:hAnsi="Georgia"/>
          <w:b w:val="0"/>
          <w:i w:val="0"/>
          <w:color w:val="22201D"/>
          <w:sz w:val="20"/>
        </w:rPr>
        <w:t>"This is a table."</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Mara said, "No."</w:t>
      </w:r>
    </w:p>
    <w:p>
      <w:pPr>
        <w:spacing w:after="60" w:line="266" w:lineRule="auto"/>
        <w:ind w:firstLine="331"/>
        <w:jc w:val="both"/>
      </w:pPr>
      <w:r>
        <w:rPr>
          <w:rFonts w:ascii="Georgia" w:hAnsi="Georgia"/>
          <w:b w:val="0"/>
          <w:i w:val="0"/>
          <w:color w:val="22201D"/>
          <w:sz w:val="20"/>
        </w:rPr>
        <w:t>"Has it produced detachable slips?"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"Were they handled?"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"By whom?"</w:t>
      </w:r>
    </w:p>
    <w:p>
      <w:pPr>
        <w:spacing w:after="60" w:line="266" w:lineRule="auto"/>
        <w:ind w:firstLine="331"/>
        <w:jc w:val="both"/>
      </w:pPr>
      <w:r>
        <w:rPr>
          <w:rFonts w:ascii="Georgia" w:hAnsi="Georgia"/>
          <w:b w:val="0"/>
          <w:i w:val="0"/>
          <w:color w:val="22201D"/>
          <w:sz w:val="20"/>
        </w:rPr>
        <w:t>"Me," Mara said.</w:t>
      </w:r>
    </w:p>
    <w:p>
      <w:pPr>
        <w:spacing w:after="60" w:line="266" w:lineRule="auto"/>
        <w:ind w:firstLine="331"/>
        <w:jc w:val="both"/>
      </w:pPr>
      <w:r>
        <w:rPr>
          <w:rFonts w:ascii="Georgia" w:hAnsi="Georgia"/>
          <w:b w:val="0"/>
          <w:i w:val="0"/>
          <w:color w:val="22201D"/>
          <w:sz w:val="20"/>
        </w:rPr>
        <w:t>"Did you wash your hands after?"</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Then at the bill.</w:t>
      </w:r>
    </w:p>
    <w:p>
      <w:pPr>
        <w:spacing w:after="60" w:line="266" w:lineRule="auto"/>
        <w:ind w:firstLine="331"/>
        <w:jc w:val="both"/>
      </w:pPr>
      <w:r>
        <w:rPr>
          <w:rFonts w:ascii="Georgia" w:hAnsi="Georgia"/>
          <w:b w:val="0"/>
          <w:i w:val="0"/>
          <w:color w:val="22201D"/>
          <w:sz w:val="20"/>
        </w:rPr>
        <w:t>Then at the Hostess.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Gerald stood.</w:t>
      </w:r>
    </w:p>
    <w:p>
      <w:pPr>
        <w:spacing w:after="60" w:line="266" w:lineRule="auto"/>
        <w:ind w:firstLine="331"/>
        <w:jc w:val="both"/>
      </w:pPr>
      <w:r>
        <w:rPr>
          <w:rFonts w:ascii="Georgia" w:hAnsi="Georgia"/>
          <w:b w:val="0"/>
          <w:i w:val="0"/>
          <w:color w:val="22201D"/>
          <w:sz w:val="20"/>
        </w:rPr>
        <w:t>"Sink."</w:t>
      </w:r>
    </w:p>
    <w:p>
      <w:pPr>
        <w:spacing w:after="60" w:line="266" w:lineRule="auto"/>
        <w:ind w:firstLine="331"/>
        <w:jc w:val="both"/>
      </w:pPr>
      <w:r>
        <w:rPr>
          <w:rFonts w:ascii="Georgia" w:hAnsi="Georgia"/>
          <w:b w:val="0"/>
          <w:i w:val="0"/>
          <w:color w:val="22201D"/>
          <w:sz w:val="20"/>
        </w:rPr>
        <w:t>Mara did not argue.</w:t>
      </w:r>
    </w:p>
    <w:p>
      <w:pPr>
        <w:spacing w:after="60" w:line="266" w:lineRule="auto"/>
        <w:ind w:firstLine="331"/>
        <w:jc w:val="both"/>
      </w:pPr>
      <w:r>
        <w:rPr>
          <w:rFonts w:ascii="Georgia" w:hAnsi="Georgia"/>
          <w:b w:val="0"/>
          <w:i w:val="0"/>
          <w:color w:val="22201D"/>
          <w:sz w:val="20"/>
        </w:rPr>
        <w:t>This placed her ahead of several licensed kitchen managers Gerald had known.</w:t>
      </w:r>
    </w:p>
    <w:p>
      <w:pPr>
        <w:spacing w:after="60" w:line="266" w:lineRule="auto"/>
        <w:ind w:firstLine="331"/>
        <w:jc w:val="both"/>
      </w:pPr>
      <w:r>
        <w:rPr>
          <w:rFonts w:ascii="Georgia" w:hAnsi="Georgia"/>
          <w:b w:val="0"/>
          <w:i w:val="0"/>
          <w:color w:val="22201D"/>
          <w:sz w:val="20"/>
        </w:rPr>
        <w:t>She went to the hand sink under the Hostess's direction and washed properly. Gerald watched without making it strange, which required professional discipline. Flocc started to stand.</w:t>
      </w:r>
    </w:p>
    <w:p>
      <w:pPr>
        <w:spacing w:after="60" w:line="266" w:lineRule="auto"/>
        <w:ind w:firstLine="331"/>
        <w:jc w:val="both"/>
      </w:pPr>
      <w:r>
        <w:rPr>
          <w:rFonts w:ascii="Georgia" w:hAnsi="Georgia"/>
          <w:b w:val="0"/>
          <w:i w:val="0"/>
          <w:color w:val="22201D"/>
          <w:sz w:val="20"/>
        </w:rPr>
        <w:t>"Stay," Gerald said.</w:t>
      </w:r>
    </w:p>
    <w:p>
      <w:pPr>
        <w:spacing w:after="60" w:line="266" w:lineRule="auto"/>
        <w:ind w:firstLine="331"/>
        <w:jc w:val="both"/>
      </w:pPr>
      <w:r>
        <w:rPr>
          <w:rFonts w:ascii="Georgia" w:hAnsi="Georgia"/>
          <w:b w:val="0"/>
          <w:i w:val="0"/>
          <w:color w:val="22201D"/>
          <w:sz w:val="20"/>
        </w:rPr>
        <w:t>Flocc stayed.</w:t>
      </w:r>
    </w:p>
    <w:p>
      <w:pPr>
        <w:spacing w:after="60" w:line="266" w:lineRule="auto"/>
        <w:ind w:firstLine="331"/>
        <w:jc w:val="both"/>
      </w:pPr>
      <w:r>
        <w:rPr>
          <w:rFonts w:ascii="Georgia" w:hAnsi="Georgia"/>
          <w:b w:val="0"/>
          <w:i w:val="0"/>
          <w:color w:val="22201D"/>
          <w:sz w:val="20"/>
        </w:rPr>
        <w:t>Mara returned and sat.</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013: Witness accepts process without performance. Amount due: dry hands completely.</w:t>
      </w:r>
    </w:p>
    <w:p>
      <w:pPr>
        <w:spacing w:after="60" w:line="266" w:lineRule="auto"/>
        <w:ind w:firstLine="331"/>
        <w:jc w:val="both"/>
      </w:pPr>
      <w:r>
        <w:rPr>
          <w:rFonts w:ascii="Georgia" w:hAnsi="Georgia"/>
          <w:b w:val="0"/>
          <w:i w:val="0"/>
          <w:color w:val="22201D"/>
          <w:sz w:val="20"/>
        </w:rPr>
        <w:t>Mara looked at her hands.</w:t>
      </w:r>
    </w:p>
    <w:p>
      <w:pPr>
        <w:spacing w:after="60" w:line="266" w:lineRule="auto"/>
        <w:ind w:firstLine="331"/>
        <w:jc w:val="both"/>
      </w:pPr>
      <w:r>
        <w:rPr>
          <w:rFonts w:ascii="Georgia" w:hAnsi="Georgia"/>
          <w:b w:val="0"/>
          <w:i w:val="0"/>
          <w:color w:val="22201D"/>
          <w:sz w:val="20"/>
        </w:rPr>
        <w:t>She had dried them completely.</w:t>
      </w:r>
    </w:p>
    <w:p>
      <w:pPr>
        <w:spacing w:after="60" w:line="266" w:lineRule="auto"/>
        <w:ind w:firstLine="331"/>
        <w:jc w:val="both"/>
      </w:pPr>
      <w:r>
        <w:rPr>
          <w:rFonts w:ascii="Georgia" w:hAnsi="Georgia"/>
          <w:b w:val="0"/>
          <w:i w:val="0"/>
          <w:color w:val="22201D"/>
          <w:sz w:val="20"/>
        </w:rPr>
        <w:t>The line changed:</w:t>
      </w:r>
    </w:p>
    <w:p>
      <w:pPr>
        <w:spacing w:after="60" w:line="250" w:lineRule="auto"/>
        <w:ind w:left="202" w:right="173"/>
      </w:pPr>
      <w:r>
        <w:rPr>
          <w:rFonts w:ascii="Georgia" w:hAnsi="Georgia"/>
          <w:b w:val="0"/>
          <w:i w:val="0"/>
          <w:color w:val="22201D"/>
          <w:sz w:val="17"/>
        </w:rPr>
        <w:t>Payment received.</w:t>
      </w:r>
    </w:p>
    <w:p>
      <w:pPr>
        <w:spacing w:after="60" w:line="266" w:lineRule="auto"/>
        <w:ind w:firstLine="331"/>
        <w:jc w:val="both"/>
      </w:pPr>
      <w:r>
        <w:rPr>
          <w:rFonts w:ascii="Georgia" w:hAnsi="Georgia"/>
          <w:b w:val="0"/>
          <w:i w:val="0"/>
          <w:color w:val="22201D"/>
          <w:sz w:val="20"/>
        </w:rPr>
        <w:t>"I like that one," Flocc said.</w:t>
      </w:r>
    </w:p>
    <w:p>
      <w:pPr>
        <w:spacing w:after="60" w:line="266" w:lineRule="auto"/>
        <w:ind w:firstLine="331"/>
        <w:jc w:val="both"/>
      </w:pPr>
      <w:r>
        <w:rPr>
          <w:rFonts w:ascii="Georgia" w:hAnsi="Georgia"/>
          <w:b w:val="0"/>
          <w:i w:val="0"/>
          <w:color w:val="22201D"/>
          <w:sz w:val="20"/>
        </w:rPr>
        <w:t>"Do not become proud of someone else's compliance," Gerald said.</w:t>
      </w:r>
    </w:p>
    <w:p>
      <w:pPr>
        <w:spacing w:after="60" w:line="266" w:lineRule="auto"/>
        <w:ind w:firstLine="331"/>
        <w:jc w:val="both"/>
      </w:pPr>
      <w:r>
        <w:rPr>
          <w:rFonts w:ascii="Georgia" w:hAnsi="Georgia"/>
          <w:b w:val="0"/>
          <w:i w:val="0"/>
          <w:color w:val="22201D"/>
          <w:sz w:val="20"/>
        </w:rPr>
        <w:t>Flocc closed his mouth.</w:t>
      </w:r>
    </w:p>
    <w:p>
      <w:pPr>
        <w:spacing w:after="60" w:line="266" w:lineRule="auto"/>
        <w:ind w:firstLine="331"/>
        <w:jc w:val="both"/>
      </w:pPr>
      <w:r>
        <w:rPr>
          <w:rFonts w:ascii="Georgia" w:hAnsi="Georgia"/>
          <w:b w:val="0"/>
          <w:i w:val="0"/>
          <w:color w:val="22201D"/>
          <w:sz w:val="20"/>
        </w:rPr>
        <w:t>Gerald read the bill.</w:t>
      </w:r>
    </w:p>
    <w:p>
      <w:pPr>
        <w:spacing w:after="60" w:line="266" w:lineRule="auto"/>
        <w:ind w:firstLine="331"/>
        <w:jc w:val="both"/>
      </w:pPr>
      <w:r>
        <w:rPr>
          <w:rFonts w:ascii="Georgia" w:hAnsi="Georgia"/>
          <w:b w:val="0"/>
          <w:i w:val="0"/>
          <w:color w:val="22201D"/>
          <w:sz w:val="20"/>
        </w:rPr>
        <w:t>He read line 001.</w:t>
      </w:r>
    </w:p>
    <w:p>
      <w:pPr>
        <w:spacing w:after="60" w:line="266" w:lineRule="auto"/>
        <w:ind w:firstLine="331"/>
        <w:jc w:val="both"/>
      </w:pPr>
      <w:r>
        <w:rPr>
          <w:rFonts w:ascii="Georgia" w:hAnsi="Georgia"/>
          <w:b w:val="0"/>
          <w:i w:val="0"/>
          <w:color w:val="22201D"/>
          <w:sz w:val="20"/>
        </w:rPr>
        <w:t>He read line 002.</w:t>
      </w:r>
    </w:p>
    <w:p>
      <w:pPr>
        <w:spacing w:after="60" w:line="266" w:lineRule="auto"/>
        <w:ind w:firstLine="331"/>
        <w:jc w:val="both"/>
      </w:pPr>
      <w:r>
        <w:rPr>
          <w:rFonts w:ascii="Georgia" w:hAnsi="Georgia"/>
          <w:b w:val="0"/>
          <w:i w:val="0"/>
          <w:color w:val="22201D"/>
          <w:sz w:val="20"/>
        </w:rPr>
        <w:t>He read line 007 twice.</w:t>
      </w:r>
    </w:p>
    <w:p>
      <w:pPr>
        <w:spacing w:after="60" w:line="266" w:lineRule="auto"/>
        <w:ind w:firstLine="331"/>
        <w:jc w:val="both"/>
      </w:pPr>
      <w:r>
        <w:rPr>
          <w:rFonts w:ascii="Georgia" w:hAnsi="Georgia"/>
          <w:b w:val="0"/>
          <w:i w:val="0"/>
          <w:color w:val="22201D"/>
          <w:sz w:val="20"/>
        </w:rPr>
        <w:t>He read the subtotal, the tax, the service, and the total due tonight.</w:t>
      </w:r>
    </w:p>
    <w:p>
      <w:pPr>
        <w:spacing w:after="60" w:line="266" w:lineRule="auto"/>
        <w:ind w:firstLine="331"/>
        <w:jc w:val="both"/>
      </w:pPr>
      <w:r>
        <w:rPr>
          <w:rFonts w:ascii="Georgia" w:hAnsi="Georgia"/>
          <w:b w:val="0"/>
          <w:i w:val="0"/>
          <w:color w:val="22201D"/>
          <w:sz w:val="20"/>
        </w:rPr>
        <w:t>Do not turn the bill into a verdict.</w:t>
      </w:r>
    </w:p>
    <w:p>
      <w:pPr>
        <w:spacing w:after="60" w:line="266" w:lineRule="auto"/>
        <w:ind w:firstLine="331"/>
        <w:jc w:val="both"/>
      </w:pPr>
      <w:r>
        <w:rPr>
          <w:rFonts w:ascii="Georgia" w:hAnsi="Georgia"/>
          <w:b w:val="0"/>
          <w:i w:val="0"/>
          <w:color w:val="22201D"/>
          <w:sz w:val="20"/>
        </w:rPr>
        <w:t>Gerald looked at Flocc.</w:t>
      </w:r>
    </w:p>
    <w:p>
      <w:pPr>
        <w:spacing w:after="60" w:line="266" w:lineRule="auto"/>
        <w:ind w:firstLine="331"/>
        <w:jc w:val="both"/>
      </w:pPr>
      <w:r>
        <w:rPr>
          <w:rFonts w:ascii="Georgia" w:hAnsi="Georgia"/>
          <w:b w:val="0"/>
          <w:i w:val="0"/>
          <w:color w:val="22201D"/>
          <w:sz w:val="20"/>
        </w:rPr>
        <w:t>"Are you turning it into a verdict?"</w:t>
      </w:r>
    </w:p>
    <w:p>
      <w:pPr>
        <w:spacing w:after="60" w:line="266" w:lineRule="auto"/>
        <w:ind w:firstLine="331"/>
        <w:jc w:val="both"/>
      </w:pPr>
      <w:r>
        <w:rPr>
          <w:rFonts w:ascii="Georgia" w:hAnsi="Georgia"/>
          <w:b w:val="0"/>
          <w:i w:val="0"/>
          <w:color w:val="22201D"/>
          <w:sz w:val="20"/>
        </w:rPr>
        <w:t>"Less than before."</w:t>
      </w:r>
    </w:p>
    <w:p>
      <w:pPr>
        <w:spacing w:after="60" w:line="266" w:lineRule="auto"/>
        <w:ind w:firstLine="331"/>
        <w:jc w:val="both"/>
      </w:pPr>
      <w:r>
        <w:rPr>
          <w:rFonts w:ascii="Georgia" w:hAnsi="Georgia"/>
          <w:b w:val="0"/>
          <w:i w:val="0"/>
          <w:color w:val="22201D"/>
          <w:sz w:val="20"/>
        </w:rPr>
        <w:t>"That is not a pass/fail answer."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it accurate?"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Gerald made a note:</w:t>
      </w:r>
    </w:p>
    <w:p>
      <w:pPr>
        <w:spacing w:after="60" w:line="250" w:lineRule="auto"/>
        <w:ind w:left="202" w:right="173"/>
      </w:pPr>
      <w:r>
        <w:rPr>
          <w:rFonts w:ascii="Georgia" w:hAnsi="Georgia"/>
          <w:b w:val="0"/>
          <w:i w:val="0"/>
          <w:color w:val="22201D"/>
          <w:sz w:val="17"/>
        </w:rPr>
        <w:t>Customer response improving but unstable.</w:t>
      </w:r>
    </w:p>
    <w:p>
      <w:pPr>
        <w:spacing w:after="60" w:line="266" w:lineRule="auto"/>
        <w:ind w:firstLine="331"/>
        <w:jc w:val="both"/>
      </w:pPr>
      <w:r>
        <w:rPr>
          <w:rFonts w:ascii="Georgia" w:hAnsi="Georgia"/>
          <w:b w:val="0"/>
          <w:i w:val="0"/>
          <w:color w:val="22201D"/>
          <w:sz w:val="20"/>
        </w:rPr>
        <w:t>Flocc winced.</w:t>
      </w:r>
    </w:p>
    <w:p>
      <w:pPr>
        <w:spacing w:after="60" w:line="266" w:lineRule="auto"/>
        <w:ind w:firstLine="331"/>
        <w:jc w:val="both"/>
      </w:pPr>
      <w:r>
        <w:rPr>
          <w:rFonts w:ascii="Georgia" w:hAnsi="Georgia"/>
          <w:b w:val="0"/>
          <w:i w:val="0"/>
          <w:color w:val="22201D"/>
          <w:sz w:val="20"/>
        </w:rPr>
        <w:t>"That sounds bad."</w:t>
      </w:r>
    </w:p>
    <w:p>
      <w:pPr>
        <w:spacing w:after="60" w:line="266" w:lineRule="auto"/>
        <w:ind w:firstLine="331"/>
        <w:jc w:val="both"/>
      </w:pPr>
      <w:r>
        <w:rPr>
          <w:rFonts w:ascii="Georgia" w:hAnsi="Georgia"/>
          <w:b w:val="0"/>
          <w:i w:val="0"/>
          <w:color w:val="22201D"/>
          <w:sz w:val="20"/>
        </w:rPr>
        <w:t>"It sounds observed."</w:t>
      </w:r>
    </w:p>
    <w:p>
      <w:pPr>
        <w:spacing w:after="60" w:line="266" w:lineRule="auto"/>
        <w:ind w:firstLine="331"/>
        <w:jc w:val="both"/>
      </w:pPr>
      <w:r>
        <w:rPr>
          <w:rFonts w:ascii="Georgia" w:hAnsi="Georgia"/>
          <w:b w:val="0"/>
          <w:i w:val="0"/>
          <w:color w:val="22201D"/>
          <w:sz w:val="20"/>
        </w:rPr>
        <w:t>"Those can feel similar."</w:t>
      </w:r>
    </w:p>
    <w:p>
      <w:pPr>
        <w:spacing w:after="60" w:line="266" w:lineRule="auto"/>
        <w:ind w:firstLine="331"/>
        <w:jc w:val="both"/>
      </w:pPr>
      <w:r>
        <w:rPr>
          <w:rFonts w:ascii="Georgia" w:hAnsi="Georgia"/>
          <w:b w:val="0"/>
          <w:i w:val="0"/>
          <w:color w:val="22201D"/>
          <w:sz w:val="20"/>
        </w:rPr>
        <w:t>"Then improve the condition, not the wording."</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014: Attempt to negotiate inspection language instead of condition. Amount due: one condition improved</w:t>
      </w:r>
    </w:p>
    <w:p>
      <w:pPr>
        <w:spacing w:after="60" w:line="266" w:lineRule="auto"/>
        <w:ind w:firstLine="331"/>
        <w:jc w:val="both"/>
      </w:pPr>
      <w:r>
        <w:rPr>
          <w:rFonts w:ascii="Georgia" w:hAnsi="Georgia"/>
          <w:b w:val="0"/>
          <w:i w:val="0"/>
          <w:color w:val="22201D"/>
          <w:sz w:val="20"/>
        </w:rPr>
        <w:t>Flocc leaned back.</w:t>
      </w:r>
    </w:p>
    <w:p>
      <w:pPr>
        <w:spacing w:after="60" w:line="266" w:lineRule="auto"/>
        <w:ind w:firstLine="331"/>
        <w:jc w:val="both"/>
      </w:pPr>
      <w:r>
        <w:rPr>
          <w:rFonts w:ascii="Georgia" w:hAnsi="Georgia"/>
          <w:b w:val="0"/>
          <w:i w:val="0"/>
          <w:color w:val="22201D"/>
          <w:sz w:val="20"/>
        </w:rPr>
        <w:t>"I walked into that."</w:t>
      </w:r>
    </w:p>
    <w:p>
      <w:pPr>
        <w:spacing w:after="60" w:line="266" w:lineRule="auto"/>
        <w:ind w:firstLine="331"/>
        <w:jc w:val="both"/>
      </w:pPr>
      <w:r>
        <w:rPr>
          <w:rFonts w:ascii="Georgia" w:hAnsi="Georgia"/>
          <w:b w:val="0"/>
          <w:i w:val="0"/>
          <w:color w:val="22201D"/>
          <w:sz w:val="20"/>
        </w:rPr>
        <w:t>"You sat into it," Mara said.</w:t>
      </w:r>
    </w:p>
    <w:p>
      <w:pPr>
        <w:spacing w:after="60" w:line="266" w:lineRule="auto"/>
        <w:ind w:firstLine="331"/>
        <w:jc w:val="both"/>
      </w:pPr>
      <w:r>
        <w:rPr>
          <w:rFonts w:ascii="Georgia" w:hAnsi="Georgia"/>
          <w:b w:val="0"/>
          <w:i w:val="0"/>
          <w:color w:val="22201D"/>
          <w:sz w:val="20"/>
        </w:rPr>
        <w:t>Gerald continued reading.</w:t>
      </w:r>
    </w:p>
    <w:p>
      <w:pPr>
        <w:spacing w:after="60" w:line="266" w:lineRule="auto"/>
        <w:ind w:firstLine="331"/>
        <w:jc w:val="both"/>
      </w:pPr>
      <w:r>
        <w:rPr>
          <w:rFonts w:ascii="Georgia" w:hAnsi="Georgia"/>
          <w:b w:val="0"/>
          <w:i w:val="0"/>
          <w:color w:val="22201D"/>
          <w:sz w:val="20"/>
        </w:rPr>
        <w:t>The bill did not appear contaminated. It produced paper but not residue. It warmed but did not heat the table beyond safe handling range. It updated text in response to statements but did not release vapor, fragments, sauce, ash, or light. It had not induced panic beyond levels reasonably expected in a customer receiving accurate accounting.</w:t>
      </w:r>
    </w:p>
    <w:p>
      <w:pPr>
        <w:spacing w:after="60" w:line="266" w:lineRule="auto"/>
        <w:ind w:firstLine="331"/>
        <w:jc w:val="both"/>
      </w:pPr>
      <w:r>
        <w:rPr>
          <w:rFonts w:ascii="Georgia" w:hAnsi="Georgia"/>
          <w:b w:val="0"/>
          <w:i w:val="0"/>
          <w:color w:val="22201D"/>
          <w:sz w:val="20"/>
        </w:rPr>
        <w:t>Gerald wrote:</w:t>
      </w:r>
    </w:p>
    <w:p>
      <w:pPr>
        <w:spacing w:after="60" w:line="250" w:lineRule="auto"/>
        <w:ind w:left="202" w:right="173"/>
      </w:pPr>
      <w:r>
        <w:rPr>
          <w:rFonts w:ascii="Georgia" w:hAnsi="Georgia"/>
          <w:b w:val="0"/>
          <w:i w:val="0"/>
          <w:color w:val="22201D"/>
          <w:sz w:val="17"/>
        </w:rPr>
        <w:t>Active audit bill: paper-contact risk low emotional volatility high food-contact risk manageable if table is sanitized before service customer panic risk observable but not currently unsafe</w:t>
      </w:r>
    </w:p>
    <w:p>
      <w:pPr>
        <w:spacing w:after="60" w:line="266" w:lineRule="auto"/>
        <w:ind w:firstLine="331"/>
        <w:jc w:val="both"/>
      </w:pPr>
      <w:r>
        <w:rPr>
          <w:rFonts w:ascii="Georgia" w:hAnsi="Georgia"/>
          <w:b w:val="0"/>
          <w:i w:val="0"/>
          <w:color w:val="22201D"/>
          <w:sz w:val="20"/>
        </w:rPr>
        <w:t>He underlined before service.</w:t>
      </w:r>
    </w:p>
    <w:p>
      <w:pPr>
        <w:spacing w:after="60" w:line="266" w:lineRule="auto"/>
        <w:ind w:firstLine="331"/>
        <w:jc w:val="both"/>
      </w:pPr>
      <w:r>
        <w:rPr>
          <w:rFonts w:ascii="Georgia" w:hAnsi="Georgia"/>
          <w:b w:val="0"/>
          <w:i w:val="0"/>
          <w:color w:val="22201D"/>
          <w:sz w:val="20"/>
        </w:rPr>
        <w:t>The bill added:</w:t>
      </w:r>
    </w:p>
    <w:p>
      <w:pPr>
        <w:spacing w:after="60" w:line="250" w:lineRule="auto"/>
        <w:ind w:left="202" w:right="173"/>
      </w:pPr>
      <w:r>
        <w:rPr>
          <w:rFonts w:ascii="Georgia" w:hAnsi="Georgia"/>
          <w:b w:val="0"/>
          <w:i w:val="0"/>
          <w:color w:val="22201D"/>
          <w:sz w:val="17"/>
        </w:rPr>
        <w:t>SERVICE CONDITION ACCEPTED.</w:t>
      </w:r>
    </w:p>
    <w:p>
      <w:pPr>
        <w:spacing w:after="60" w:line="266" w:lineRule="auto"/>
        <w:ind w:firstLine="331"/>
        <w:jc w:val="both"/>
      </w:pPr>
      <w:r>
        <w:rPr>
          <w:rFonts w:ascii="Georgia" w:hAnsi="Georgia"/>
          <w:b w:val="0"/>
          <w:i w:val="0"/>
          <w:color w:val="22201D"/>
          <w:sz w:val="20"/>
        </w:rPr>
        <w:t>Gerald pointed at the bill.</w:t>
      </w:r>
    </w:p>
    <w:p>
      <w:pPr>
        <w:spacing w:after="60" w:line="266" w:lineRule="auto"/>
        <w:ind w:firstLine="331"/>
        <w:jc w:val="both"/>
      </w:pPr>
      <w:r>
        <w:rPr>
          <w:rFonts w:ascii="Georgia" w:hAnsi="Georgia"/>
          <w:b w:val="0"/>
          <w:i w:val="0"/>
          <w:color w:val="22201D"/>
          <w:sz w:val="20"/>
        </w:rPr>
        <w:t>"No caps during review."</w:t>
      </w:r>
    </w:p>
    <w:p>
      <w:pPr>
        <w:spacing w:after="60" w:line="266" w:lineRule="auto"/>
        <w:ind w:firstLine="331"/>
        <w:jc w:val="both"/>
      </w:pPr>
      <w:r>
        <w:rPr>
          <w:rFonts w:ascii="Georgia" w:hAnsi="Georgia"/>
          <w:b w:val="0"/>
          <w:i w:val="0"/>
          <w:color w:val="22201D"/>
          <w:sz w:val="20"/>
        </w:rPr>
        <w:t>The bill changed:</w:t>
      </w:r>
    </w:p>
    <w:p>
      <w:pPr>
        <w:spacing w:after="60" w:line="250" w:lineRule="auto"/>
        <w:ind w:left="202" w:right="173"/>
      </w:pPr>
      <w:r>
        <w:rPr>
          <w:rFonts w:ascii="Georgia" w:hAnsi="Georgia"/>
          <w:b w:val="0"/>
          <w:i w:val="0"/>
          <w:color w:val="22201D"/>
          <w:sz w:val="17"/>
        </w:rPr>
        <w:t>Service condition accepted.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Hostess made a note on her clipboard.</w:t>
      </w:r>
    </w:p>
    <w:p>
      <w:pPr>
        <w:spacing w:after="60" w:line="266" w:lineRule="auto"/>
        <w:ind w:firstLine="331"/>
        <w:jc w:val="both"/>
      </w:pPr>
      <w:r>
        <w:rPr>
          <w:rFonts w:ascii="Georgia" w:hAnsi="Georgia"/>
          <w:b w:val="0"/>
          <w:i w:val="0"/>
          <w:color w:val="22201D"/>
          <w:sz w:val="20"/>
        </w:rPr>
        <w:t>Gerald turned to the inspection addendum.</w:t>
      </w:r>
    </w:p>
    <w:p>
      <w:pPr>
        <w:spacing w:after="60" w:line="266" w:lineRule="auto"/>
        <w:ind w:firstLine="331"/>
        <w:jc w:val="both"/>
      </w:pPr>
      <w:r>
        <w:rPr>
          <w:rFonts w:ascii="Georgia" w:hAnsi="Georgia"/>
          <w:b w:val="0"/>
          <w:i w:val="0"/>
          <w:color w:val="22201D"/>
          <w:sz w:val="20"/>
        </w:rPr>
        <w:t>"Now the sauce."</w:t>
      </w:r>
    </w:p>
    <w:p>
      <w:pPr>
        <w:spacing w:after="60" w:line="266" w:lineRule="auto"/>
        <w:ind w:firstLine="331"/>
        <w:jc w:val="both"/>
      </w:pPr>
      <w:r>
        <w:rPr>
          <w:rFonts w:ascii="Georgia" w:hAnsi="Georgia"/>
          <w:b w:val="0"/>
          <w:i w:val="0"/>
          <w:color w:val="22201D"/>
          <w:sz w:val="20"/>
        </w:rPr>
        <w:t>The Hostess brought the sealed jar to the table on a small tray, accompanied by gloves, a clean spoon, a white tile, a thermometer, and a label printer.</w:t>
      </w:r>
    </w:p>
    <w:p>
      <w:pPr>
        <w:spacing w:after="60" w:line="266" w:lineRule="auto"/>
        <w:ind w:firstLine="331"/>
        <w:jc w:val="both"/>
      </w:pPr>
      <w:r>
        <w:rPr>
          <w:rFonts w:ascii="Georgia" w:hAnsi="Georgia"/>
          <w:b w:val="0"/>
          <w:i w:val="0"/>
          <w:color w:val="22201D"/>
          <w:sz w:val="20"/>
        </w:rPr>
        <w:t>Gerald's opinion of the establishment improved.</w:t>
      </w:r>
    </w:p>
    <w:p>
      <w:pPr>
        <w:spacing w:after="60" w:line="266" w:lineRule="auto"/>
        <w:ind w:firstLine="331"/>
        <w:jc w:val="both"/>
      </w:pPr>
      <w:r>
        <w:rPr>
          <w:rFonts w:ascii="Georgia" w:hAnsi="Georgia"/>
          <w:b w:val="0"/>
          <w:i w:val="0"/>
          <w:color w:val="22201D"/>
          <w:sz w:val="20"/>
        </w:rPr>
        <w:t>He did not say so.</w:t>
      </w:r>
    </w:p>
    <w:p>
      <w:pPr>
        <w:spacing w:after="60" w:line="266" w:lineRule="auto"/>
        <w:ind w:firstLine="331"/>
        <w:jc w:val="both"/>
      </w:pPr>
      <w:r>
        <w:rPr>
          <w:rFonts w:ascii="Georgia" w:hAnsi="Georgia"/>
          <w:b w:val="0"/>
          <w:i w:val="0"/>
          <w:color w:val="22201D"/>
          <w:sz w:val="20"/>
        </w:rPr>
        <w:t>Praise, like sanitizer, was useful only in correct concentration.</w:t>
      </w:r>
    </w:p>
    <w:p>
      <w:pPr>
        <w:spacing w:after="60" w:line="266" w:lineRule="auto"/>
        <w:ind w:firstLine="331"/>
        <w:jc w:val="both"/>
      </w:pPr>
      <w:r>
        <w:rPr>
          <w:rFonts w:ascii="Georgia" w:hAnsi="Georgia"/>
          <w:b w:val="0"/>
          <w:i w:val="0"/>
          <w:color w:val="22201D"/>
          <w:sz w:val="20"/>
        </w:rPr>
        <w:t>He put on gloves.</w:t>
      </w:r>
    </w:p>
    <w:p>
      <w:pPr>
        <w:spacing w:after="60" w:line="266" w:lineRule="auto"/>
        <w:ind w:firstLine="331"/>
        <w:jc w:val="both"/>
      </w:pPr>
      <w:r>
        <w:rPr>
          <w:rFonts w:ascii="Georgia" w:hAnsi="Georgia"/>
          <w:b w:val="0"/>
          <w:i w:val="0"/>
          <w:color w:val="22201D"/>
          <w:sz w:val="20"/>
        </w:rPr>
        <w:t>"No one tastes this."</w:t>
      </w:r>
    </w:p>
    <w:p>
      <w:pPr>
        <w:spacing w:after="60" w:line="266" w:lineRule="auto"/>
        <w:ind w:firstLine="331"/>
        <w:jc w:val="both"/>
      </w:pPr>
      <w:r>
        <w:rPr>
          <w:rFonts w:ascii="Georgia" w:hAnsi="Georgia"/>
          <w:b w:val="0"/>
          <w:i w:val="0"/>
          <w:color w:val="22201D"/>
          <w:sz w:val="20"/>
        </w:rPr>
        <w:t>The jar label read:</w:t>
      </w:r>
    </w:p>
    <w:p>
      <w:pPr>
        <w:spacing w:after="60" w:line="250" w:lineRule="auto"/>
        <w:ind w:left="202" w:right="173"/>
      </w:pPr>
      <w:r>
        <w:rPr>
          <w:rFonts w:ascii="Georgia" w:hAnsi="Georgia"/>
          <w:b w:val="0"/>
          <w:i w:val="0"/>
          <w:color w:val="22201D"/>
          <w:sz w:val="17"/>
        </w:rPr>
        <w:t>BLACK ORCHARD ADOBO Audit ledger reduction Pending addendum</w:t>
      </w:r>
    </w:p>
    <w:p>
      <w:pPr>
        <w:spacing w:after="60" w:line="266" w:lineRule="auto"/>
        <w:ind w:firstLine="331"/>
        <w:jc w:val="both"/>
      </w:pPr>
      <w:r>
        <w:rPr>
          <w:rFonts w:ascii="Georgia" w:hAnsi="Georgia"/>
          <w:b w:val="0"/>
          <w:i w:val="0"/>
          <w:color w:val="22201D"/>
          <w:sz w:val="20"/>
        </w:rPr>
        <w:t>Gerald opened the jar.</w:t>
      </w:r>
    </w:p>
    <w:p>
      <w:pPr>
        <w:spacing w:after="60" w:line="266" w:lineRule="auto"/>
        <w:ind w:firstLine="331"/>
        <w:jc w:val="both"/>
      </w:pPr>
      <w:r>
        <w:rPr>
          <w:rFonts w:ascii="Georgia" w:hAnsi="Georgia"/>
          <w:b w:val="0"/>
          <w:i w:val="0"/>
          <w:color w:val="22201D"/>
          <w:sz w:val="20"/>
        </w:rPr>
        <w:t>The smell was immediate and controlled. Dark fruit, smoke, vinegar, heat. Not raw heat. Not reckless heat. Heat with paperwork.</w:t>
      </w:r>
    </w:p>
    <w:p>
      <w:pPr>
        <w:spacing w:after="60" w:line="266" w:lineRule="auto"/>
        <w:ind w:firstLine="331"/>
        <w:jc w:val="both"/>
      </w:pPr>
      <w:r>
        <w:rPr>
          <w:rFonts w:ascii="Georgia" w:hAnsi="Georgia"/>
          <w:b w:val="0"/>
          <w:i w:val="0"/>
          <w:color w:val="22201D"/>
          <w:sz w:val="20"/>
        </w:rPr>
        <w:t>Flocc inhaled.</w:t>
      </w:r>
    </w:p>
    <w:p>
      <w:pPr>
        <w:spacing w:after="60" w:line="266" w:lineRule="auto"/>
        <w:ind w:firstLine="331"/>
        <w:jc w:val="both"/>
      </w:pPr>
      <w:r>
        <w:rPr>
          <w:rFonts w:ascii="Georgia" w:hAnsi="Georgia"/>
          <w:b w:val="0"/>
          <w:i w:val="0"/>
          <w:color w:val="22201D"/>
          <w:sz w:val="20"/>
        </w:rPr>
        <w:t>"That smells like..."</w:t>
      </w:r>
    </w:p>
    <w:p>
      <w:pPr>
        <w:spacing w:after="60" w:line="266" w:lineRule="auto"/>
        <w:ind w:firstLine="331"/>
        <w:jc w:val="both"/>
      </w:pPr>
      <w:r>
        <w:rPr>
          <w:rFonts w:ascii="Georgia" w:hAnsi="Georgia"/>
          <w:b w:val="0"/>
          <w:i w:val="0"/>
          <w:color w:val="22201D"/>
          <w:sz w:val="20"/>
        </w:rPr>
        <w:t>"Do not complete that sentence unless you are prepared to clean it," Gerald said.</w:t>
      </w:r>
    </w:p>
    <w:p>
      <w:pPr>
        <w:spacing w:after="60" w:line="266" w:lineRule="auto"/>
        <w:ind w:firstLine="331"/>
        <w:jc w:val="both"/>
      </w:pPr>
      <w:r>
        <w:rPr>
          <w:rFonts w:ascii="Georgia" w:hAnsi="Georgia"/>
          <w:b w:val="0"/>
          <w:i w:val="0"/>
          <w:color w:val="22201D"/>
          <w:sz w:val="20"/>
        </w:rPr>
        <w:t>Flocc stopped.</w:t>
      </w:r>
    </w:p>
    <w:p>
      <w:pPr>
        <w:spacing w:after="60" w:line="266" w:lineRule="auto"/>
        <w:ind w:firstLine="331"/>
        <w:jc w:val="both"/>
      </w:pPr>
      <w:r>
        <w:rPr>
          <w:rFonts w:ascii="Georgia" w:hAnsi="Georgia"/>
          <w:b w:val="0"/>
          <w:i w:val="0"/>
          <w:color w:val="22201D"/>
          <w:sz w:val="20"/>
        </w:rPr>
        <w:t>Gerald placed a small amount of sauce on the tile.</w:t>
      </w:r>
    </w:p>
    <w:p>
      <w:pPr>
        <w:spacing w:after="60" w:line="266" w:lineRule="auto"/>
        <w:ind w:firstLine="331"/>
        <w:jc w:val="both"/>
      </w:pPr>
      <w:r>
        <w:rPr>
          <w:rFonts w:ascii="Georgia" w:hAnsi="Georgia"/>
          <w:b w:val="0"/>
          <w:i w:val="0"/>
          <w:color w:val="22201D"/>
          <w:sz w:val="20"/>
        </w:rPr>
        <w:t>Words appeared at the edge of the sample, as Steve had reported.</w:t>
      </w:r>
    </w:p>
    <w:p>
      <w:pPr>
        <w:spacing w:after="60" w:line="250" w:lineRule="auto"/>
        <w:ind w:left="202" w:right="173"/>
      </w:pPr>
      <w:r>
        <w:rPr>
          <w:rFonts w:ascii="Georgia" w:hAnsi="Georgia"/>
          <w:b w:val="0"/>
          <w:i w:val="0"/>
          <w:color w:val="22201D"/>
          <w:sz w:val="17"/>
        </w:rPr>
        <w:t>LEDGER SAMPLE: preserved sweetness delayed heat smoke from prior avoidance acid sufficient to prevent spoilage</w:t>
      </w:r>
    </w:p>
    <w:p>
      <w:pPr>
        <w:spacing w:after="60" w:line="266" w:lineRule="auto"/>
        <w:ind w:firstLine="331"/>
        <w:jc w:val="both"/>
      </w:pPr>
      <w:r>
        <w:rPr>
          <w:rFonts w:ascii="Georgia" w:hAnsi="Georgia"/>
          <w:b w:val="0"/>
          <w:i w:val="0"/>
          <w:color w:val="22201D"/>
          <w:sz w:val="20"/>
        </w:rPr>
        <w:t>Gerald checked the pH strip.</w:t>
      </w:r>
    </w:p>
    <w:p>
      <w:pPr>
        <w:spacing w:after="60" w:line="266" w:lineRule="auto"/>
        <w:ind w:firstLine="331"/>
        <w:jc w:val="both"/>
      </w:pPr>
      <w:r>
        <w:rPr>
          <w:rFonts w:ascii="Georgia" w:hAnsi="Georgia"/>
          <w:b w:val="0"/>
          <w:i w:val="0"/>
          <w:color w:val="22201D"/>
          <w:sz w:val="20"/>
        </w:rPr>
        <w:t>Then he checked another.</w:t>
      </w:r>
    </w:p>
    <w:p>
      <w:pPr>
        <w:spacing w:after="60" w:line="266" w:lineRule="auto"/>
        <w:ind w:firstLine="331"/>
        <w:jc w:val="both"/>
      </w:pPr>
      <w:r>
        <w:rPr>
          <w:rFonts w:ascii="Georgia" w:hAnsi="Georgia"/>
          <w:b w:val="0"/>
          <w:i w:val="0"/>
          <w:color w:val="22201D"/>
          <w:sz w:val="20"/>
        </w:rPr>
        <w:t>Then he checked his notes because impossible sauce did not excuse sloppy method.</w:t>
      </w:r>
    </w:p>
    <w:p>
      <w:pPr>
        <w:spacing w:after="60" w:line="266" w:lineRule="auto"/>
        <w:ind w:firstLine="331"/>
        <w:jc w:val="both"/>
      </w:pPr>
      <w:r>
        <w:rPr>
          <w:rFonts w:ascii="Georgia" w:hAnsi="Georgia"/>
          <w:b w:val="0"/>
          <w:i w:val="0"/>
          <w:color w:val="22201D"/>
          <w:sz w:val="20"/>
        </w:rPr>
        <w:t>"Acid is sufficient," he said.</w:t>
      </w:r>
    </w:p>
    <w:p>
      <w:pPr>
        <w:spacing w:after="60" w:line="266" w:lineRule="auto"/>
        <w:ind w:firstLine="331"/>
        <w:jc w:val="both"/>
      </w:pPr>
      <w:r>
        <w:rPr>
          <w:rFonts w:ascii="Georgia" w:hAnsi="Georgia"/>
          <w:b w:val="0"/>
          <w:i w:val="0"/>
          <w:color w:val="22201D"/>
          <w:sz w:val="20"/>
        </w:rPr>
        <w:t>The sauce did not respond.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checked the temperature log attached to the tray.</w:t>
      </w:r>
    </w:p>
    <w:p>
      <w:pPr>
        <w:spacing w:after="60" w:line="266" w:lineRule="auto"/>
        <w:ind w:firstLine="331"/>
        <w:jc w:val="both"/>
      </w:pPr>
      <w:r>
        <w:rPr>
          <w:rFonts w:ascii="Georgia" w:hAnsi="Georgia"/>
          <w:b w:val="0"/>
          <w:i w:val="0"/>
          <w:color w:val="22201D"/>
          <w:sz w:val="20"/>
        </w:rPr>
        <w:t>Maintained.</w:t>
      </w:r>
    </w:p>
    <w:p>
      <w:pPr>
        <w:spacing w:after="60" w:line="266" w:lineRule="auto"/>
        <w:ind w:firstLine="331"/>
        <w:jc w:val="both"/>
      </w:pPr>
      <w:r>
        <w:rPr>
          <w:rFonts w:ascii="Georgia" w:hAnsi="Georgia"/>
          <w:b w:val="0"/>
          <w:i w:val="0"/>
          <w:color w:val="22201D"/>
          <w:sz w:val="20"/>
        </w:rPr>
        <w:t>He checked the label.</w:t>
      </w:r>
    </w:p>
    <w:p>
      <w:pPr>
        <w:spacing w:after="60" w:line="266" w:lineRule="auto"/>
        <w:ind w:firstLine="331"/>
        <w:jc w:val="both"/>
      </w:pPr>
      <w:r>
        <w:rPr>
          <w:rFonts w:ascii="Georgia" w:hAnsi="Georgia"/>
          <w:b w:val="0"/>
          <w:i w:val="0"/>
          <w:color w:val="22201D"/>
          <w:sz w:val="20"/>
        </w:rPr>
        <w:t>Legible.</w:t>
      </w:r>
    </w:p>
    <w:p>
      <w:pPr>
        <w:spacing w:after="60" w:line="266" w:lineRule="auto"/>
        <w:ind w:firstLine="331"/>
        <w:jc w:val="both"/>
      </w:pPr>
      <w:r>
        <w:rPr>
          <w:rFonts w:ascii="Georgia" w:hAnsi="Georgia"/>
          <w:b w:val="0"/>
          <w:i w:val="0"/>
          <w:color w:val="22201D"/>
          <w:sz w:val="20"/>
        </w:rPr>
        <w:t>He checked handling.</w:t>
      </w:r>
    </w:p>
    <w:p>
      <w:pPr>
        <w:spacing w:after="60" w:line="266" w:lineRule="auto"/>
        <w:ind w:firstLine="331"/>
        <w:jc w:val="both"/>
      </w:pPr>
      <w:r>
        <w:rPr>
          <w:rFonts w:ascii="Georgia" w:hAnsi="Georgia"/>
          <w:b w:val="0"/>
          <w:i w:val="0"/>
          <w:color w:val="22201D"/>
          <w:sz w:val="20"/>
        </w:rPr>
        <w:t>Gloves present.</w:t>
      </w:r>
    </w:p>
    <w:p>
      <w:pPr>
        <w:spacing w:after="60" w:line="266" w:lineRule="auto"/>
        <w:ind w:firstLine="331"/>
        <w:jc w:val="both"/>
      </w:pPr>
      <w:r>
        <w:rPr>
          <w:rFonts w:ascii="Georgia" w:hAnsi="Georgia"/>
          <w:b w:val="0"/>
          <w:i w:val="0"/>
          <w:color w:val="22201D"/>
          <w:sz w:val="20"/>
        </w:rPr>
        <w:t>He checked honesty.</w:t>
      </w:r>
    </w:p>
    <w:p>
      <w:pPr>
        <w:spacing w:after="60" w:line="266" w:lineRule="auto"/>
        <w:ind w:firstLine="331"/>
        <w:jc w:val="both"/>
      </w:pPr>
      <w:r>
        <w:rPr>
          <w:rFonts w:ascii="Georgia" w:hAnsi="Georgia"/>
          <w:b w:val="0"/>
          <w:i w:val="0"/>
          <w:color w:val="22201D"/>
          <w:sz w:val="20"/>
        </w:rPr>
        <w:t>This was less standardized.</w:t>
      </w:r>
    </w:p>
    <w:p>
      <w:pPr>
        <w:spacing w:after="60" w:line="266" w:lineRule="auto"/>
        <w:ind w:firstLine="331"/>
        <w:jc w:val="both"/>
      </w:pPr>
      <w:r>
        <w:rPr>
          <w:rFonts w:ascii="Georgia" w:hAnsi="Georgia"/>
          <w:b w:val="0"/>
          <w:i w:val="0"/>
          <w:color w:val="22201D"/>
          <w:sz w:val="20"/>
        </w:rPr>
        <w:t>"Who made this?"</w:t>
      </w:r>
    </w:p>
    <w:p>
      <w:pPr>
        <w:spacing w:after="60" w:line="266" w:lineRule="auto"/>
        <w:ind w:firstLine="331"/>
        <w:jc w:val="both"/>
      </w:pPr>
      <w:r>
        <w:rPr>
          <w:rFonts w:ascii="Georgia" w:hAnsi="Georgia"/>
          <w:b w:val="0"/>
          <w:i w:val="0"/>
          <w:color w:val="22201D"/>
          <w:sz w:val="20"/>
        </w:rPr>
        <w:t>The Hostess said, "The ledger."</w:t>
      </w:r>
    </w:p>
    <w:p>
      <w:pPr>
        <w:spacing w:after="60" w:line="266" w:lineRule="auto"/>
        <w:ind w:firstLine="331"/>
        <w:jc w:val="both"/>
      </w:pPr>
      <w:r>
        <w:rPr>
          <w:rFonts w:ascii="Georgia" w:hAnsi="Georgia"/>
          <w:b w:val="0"/>
          <w:i w:val="0"/>
          <w:color w:val="22201D"/>
          <w:sz w:val="20"/>
        </w:rPr>
        <w:t>"That is not a responsible person."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"Who is responsible for serving it?"</w:t>
      </w:r>
    </w:p>
    <w:p>
      <w:pPr>
        <w:spacing w:after="60" w:line="266" w:lineRule="auto"/>
        <w:ind w:firstLine="331"/>
        <w:jc w:val="both"/>
      </w:pPr>
      <w:r>
        <w:rPr>
          <w:rFonts w:ascii="Georgia" w:hAnsi="Georgia"/>
          <w:b w:val="0"/>
          <w:i w:val="0"/>
          <w:color w:val="22201D"/>
          <w:sz w:val="20"/>
        </w:rPr>
        <w:t>"No one until you finish the addendum."</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Gerald wrote:</w:t>
      </w:r>
    </w:p>
    <w:p>
      <w:pPr>
        <w:spacing w:after="60" w:line="250" w:lineRule="auto"/>
        <w:ind w:left="202" w:right="173"/>
      </w:pPr>
      <w:r>
        <w:rPr>
          <w:rFonts w:ascii="Georgia" w:hAnsi="Georgia"/>
          <w:b w:val="0"/>
          <w:i w:val="0"/>
          <w:color w:val="22201D"/>
          <w:sz w:val="17"/>
        </w:rPr>
        <w:t>Black Orchard Adobo: not approved for service as food at this time approved for sealed evidence handling approved for ledger-sample observation service approval pending later sauce-ledger review</w:t>
      </w:r>
    </w:p>
    <w:p>
      <w:pPr>
        <w:spacing w:after="60" w:line="266" w:lineRule="auto"/>
        <w:ind w:firstLine="331"/>
        <w:jc w:val="both"/>
      </w:pPr>
      <w:r>
        <w:rPr>
          <w:rFonts w:ascii="Georgia" w:hAnsi="Georgia"/>
          <w:b w:val="0"/>
          <w:i w:val="0"/>
          <w:color w:val="22201D"/>
          <w:sz w:val="20"/>
        </w:rPr>
        <w:t>The sauce label printed:</w:t>
      </w:r>
    </w:p>
    <w:p>
      <w:pPr>
        <w:spacing w:after="60" w:line="250" w:lineRule="auto"/>
        <w:ind w:left="202" w:right="173"/>
      </w:pPr>
      <w:r>
        <w:rPr>
          <w:rFonts w:ascii="Georgia" w:hAnsi="Georgia"/>
          <w:b w:val="0"/>
          <w:i w:val="0"/>
          <w:color w:val="22201D"/>
          <w:sz w:val="17"/>
        </w:rPr>
        <w:t>NOT FOR SERVICE EVIDENCE HANDLING ONLY</w:t>
      </w:r>
    </w:p>
    <w:p>
      <w:pPr>
        <w:spacing w:after="60" w:line="266" w:lineRule="auto"/>
        <w:ind w:firstLine="331"/>
        <w:jc w:val="both"/>
      </w:pPr>
      <w:r>
        <w:rPr>
          <w:rFonts w:ascii="Georgia" w:hAnsi="Georgia"/>
          <w:b w:val="0"/>
          <w:i w:val="0"/>
          <w:color w:val="22201D"/>
          <w:sz w:val="20"/>
        </w:rPr>
        <w:t>Gerald nodded once.</w:t>
      </w:r>
    </w:p>
    <w:p>
      <w:pPr>
        <w:spacing w:after="60" w:line="266" w:lineRule="auto"/>
        <w:ind w:firstLine="331"/>
        <w:jc w:val="both"/>
      </w:pPr>
      <w:r>
        <w:rPr>
          <w:rFonts w:ascii="Georgia" w:hAnsi="Georgia"/>
          <w:b w:val="0"/>
          <w:i w:val="0"/>
          <w:color w:val="22201D"/>
          <w:sz w:val="20"/>
        </w:rPr>
        <w:t>The nod was not approval of the universe.</w:t>
      </w:r>
    </w:p>
    <w:p>
      <w:pPr>
        <w:spacing w:after="60" w:line="266" w:lineRule="auto"/>
        <w:ind w:firstLine="331"/>
        <w:jc w:val="both"/>
      </w:pPr>
      <w:r>
        <w:rPr>
          <w:rFonts w:ascii="Georgia" w:hAnsi="Georgia"/>
          <w:b w:val="0"/>
          <w:i w:val="0"/>
          <w:color w:val="22201D"/>
          <w:sz w:val="20"/>
        </w:rPr>
        <w:t>It was approval of the label.</w:t>
      </w:r>
    </w:p>
    <w:p>
      <w:pPr>
        <w:spacing w:after="60" w:line="266" w:lineRule="auto"/>
        <w:ind w:firstLine="331"/>
        <w:jc w:val="both"/>
      </w:pPr>
      <w:r>
        <w:rPr>
          <w:rFonts w:ascii="Georgia" w:hAnsi="Georgia"/>
          <w:b w:val="0"/>
          <w:i w:val="0"/>
          <w:color w:val="22201D"/>
          <w:sz w:val="20"/>
        </w:rPr>
        <w:t>The bill added:</w:t>
      </w:r>
    </w:p>
    <w:p>
      <w:pPr>
        <w:spacing w:after="60" w:line="250" w:lineRule="auto"/>
        <w:ind w:left="202" w:right="173"/>
      </w:pPr>
      <w:r>
        <w:rPr>
          <w:rFonts w:ascii="Georgia" w:hAnsi="Georgia"/>
          <w:b w:val="0"/>
          <w:i w:val="0"/>
          <w:color w:val="22201D"/>
          <w:sz w:val="17"/>
        </w:rPr>
        <w:t>Line 015: Warning respected before appetite. Amount due: maintain label</w:t>
      </w:r>
    </w:p>
    <w:p>
      <w:pPr>
        <w:spacing w:after="60" w:line="266" w:lineRule="auto"/>
        <w:ind w:firstLine="331"/>
        <w:jc w:val="both"/>
      </w:pPr>
      <w:r>
        <w:rPr>
          <w:rFonts w:ascii="Georgia" w:hAnsi="Georgia"/>
          <w:b w:val="0"/>
          <w:i w:val="0"/>
          <w:color w:val="22201D"/>
          <w:sz w:val="20"/>
        </w:rPr>
        <w:t>Mara read the line.</w:t>
      </w:r>
    </w:p>
    <w:p>
      <w:pPr>
        <w:spacing w:after="60" w:line="266" w:lineRule="auto"/>
        <w:ind w:firstLine="331"/>
        <w:jc w:val="both"/>
      </w:pPr>
      <w:r>
        <w:rPr>
          <w:rFonts w:ascii="Georgia" w:hAnsi="Georgia"/>
          <w:b w:val="0"/>
          <w:i w:val="0"/>
          <w:color w:val="22201D"/>
          <w:sz w:val="20"/>
        </w:rPr>
        <w:t>"That one feels bigger than it looks."</w:t>
      </w:r>
    </w:p>
    <w:p>
      <w:pPr>
        <w:spacing w:after="60" w:line="266" w:lineRule="auto"/>
        <w:ind w:firstLine="331"/>
        <w:jc w:val="both"/>
      </w:pPr>
      <w:r>
        <w:rPr>
          <w:rFonts w:ascii="Georgia" w:hAnsi="Georgia"/>
          <w:b w:val="0"/>
          <w:i w:val="0"/>
          <w:color w:val="22201D"/>
          <w:sz w:val="20"/>
        </w:rPr>
        <w:t>"Most good warnings do," Gerald said.</w:t>
      </w:r>
    </w:p>
    <w:p>
      <w:pPr>
        <w:spacing w:after="60" w:line="266" w:lineRule="auto"/>
        <w:ind w:firstLine="331"/>
        <w:jc w:val="both"/>
      </w:pPr>
      <w:r>
        <w:rPr>
          <w:rFonts w:ascii="Georgia" w:hAnsi="Georgia"/>
          <w:b w:val="0"/>
          <w:i w:val="0"/>
          <w:color w:val="22201D"/>
          <w:sz w:val="20"/>
        </w:rPr>
        <w:t>He removed the gloves, disposed of them properly, washed his hands again, returned to the table, and began drafting the addendum in final form.</w:t>
      </w:r>
    </w:p>
    <w:p>
      <w:pPr>
        <w:spacing w:after="60" w:line="250" w:lineRule="auto"/>
        <w:ind w:left="202" w:right="173"/>
      </w:pPr>
      <w:r>
        <w:rPr>
          <w:rFonts w:ascii="Georgia" w:hAnsi="Georgia"/>
          <w:b w:val="0"/>
          <w:i w:val="0"/>
          <w:color w:val="22201D"/>
          <w:sz w:val="17"/>
        </w:rPr>
        <w:t>INSPECTION ADDENDUM Preliminary audit-service safety review  Question: Can an account remain open without creating an unsafe service condition?</w:t>
      </w:r>
    </w:p>
    <w:p>
      <w:pPr>
        <w:spacing w:after="60" w:line="266" w:lineRule="auto"/>
        <w:ind w:firstLine="331"/>
        <w:jc w:val="both"/>
      </w:pPr>
      <w:r>
        <w:rPr>
          <w:rFonts w:ascii="Georgia" w:hAnsi="Georgia"/>
          <w:b w:val="0"/>
          <w:i w:val="0"/>
          <w:color w:val="22201D"/>
          <w:sz w:val="20"/>
        </w:rPr>
        <w:t>He paused.</w:t>
      </w:r>
    </w:p>
    <w:p>
      <w:pPr>
        <w:spacing w:after="60" w:line="266" w:lineRule="auto"/>
        <w:ind w:firstLine="331"/>
        <w:jc w:val="both"/>
      </w:pPr>
      <w:r>
        <w:rPr>
          <w:rFonts w:ascii="Georgia" w:hAnsi="Georgia"/>
          <w:b w:val="0"/>
          <w:i w:val="0"/>
          <w:color w:val="22201D"/>
          <w:sz w:val="20"/>
        </w:rPr>
        <w:t>The restaurant waited.</w:t>
      </w:r>
    </w:p>
    <w:p>
      <w:pPr>
        <w:spacing w:after="60" w:line="266" w:lineRule="auto"/>
        <w:ind w:firstLine="331"/>
        <w:jc w:val="both"/>
      </w:pPr>
      <w:r>
        <w:rPr>
          <w:rFonts w:ascii="Georgia" w:hAnsi="Georgia"/>
          <w:b w:val="0"/>
          <w:i w:val="0"/>
          <w:color w:val="22201D"/>
          <w:sz w:val="20"/>
        </w:rPr>
        <w:t>Flocc waited.</w:t>
      </w:r>
    </w:p>
    <w:p>
      <w:pPr>
        <w:spacing w:after="60" w:line="266" w:lineRule="auto"/>
        <w:ind w:firstLine="331"/>
        <w:jc w:val="both"/>
      </w:pPr>
      <w:r>
        <w:rPr>
          <w:rFonts w:ascii="Georgia" w:hAnsi="Georgia"/>
          <w:b w:val="0"/>
          <w:i w:val="0"/>
          <w:color w:val="22201D"/>
          <w:sz w:val="20"/>
        </w:rPr>
        <w:t>Mara waited.</w:t>
      </w:r>
    </w:p>
    <w:p>
      <w:pPr>
        <w:spacing w:after="60" w:line="266" w:lineRule="auto"/>
        <w:ind w:firstLine="331"/>
        <w:jc w:val="both"/>
      </w:pPr>
      <w:r>
        <w:rPr>
          <w:rFonts w:ascii="Georgia" w:hAnsi="Georgia"/>
          <w:b w:val="0"/>
          <w:i w:val="0"/>
          <w:color w:val="22201D"/>
          <w:sz w:val="20"/>
        </w:rPr>
        <w:t>The bill waited.</w:t>
      </w:r>
    </w:p>
    <w:p>
      <w:pPr>
        <w:spacing w:after="60" w:line="266" w:lineRule="auto"/>
        <w:ind w:firstLine="331"/>
        <w:jc w:val="both"/>
      </w:pPr>
      <w:r>
        <w:rPr>
          <w:rFonts w:ascii="Georgia" w:hAnsi="Georgia"/>
          <w:b w:val="0"/>
          <w:i w:val="0"/>
          <w:color w:val="22201D"/>
          <w:sz w:val="20"/>
        </w:rPr>
        <w:t>The sauce, sealed again, appeared to wait in a way that was too flavorful to trust.</w:t>
      </w:r>
    </w:p>
    <w:p>
      <w:pPr>
        <w:spacing w:after="60" w:line="266" w:lineRule="auto"/>
        <w:ind w:firstLine="331"/>
        <w:jc w:val="both"/>
      </w:pPr>
      <w:r>
        <w:rPr>
          <w:rFonts w:ascii="Georgia" w:hAnsi="Georgia"/>
          <w:b w:val="0"/>
          <w:i w:val="0"/>
          <w:color w:val="22201D"/>
          <w:sz w:val="20"/>
        </w:rPr>
        <w:t>Gerald wrote:</w:t>
      </w:r>
    </w:p>
    <w:p>
      <w:pPr>
        <w:spacing w:after="60" w:line="250" w:lineRule="auto"/>
        <w:ind w:left="202" w:right="173"/>
      </w:pPr>
      <w:r>
        <w:rPr>
          <w:rFonts w:ascii="Georgia" w:hAnsi="Georgia"/>
          <w:b w:val="0"/>
          <w:i w:val="0"/>
          <w:color w:val="22201D"/>
          <w:sz w:val="17"/>
        </w:rPr>
        <w:t>Answer: Yes, conditionally.</w:t>
      </w:r>
    </w:p>
    <w:p>
      <w:pPr>
        <w:spacing w:after="60" w:line="266" w:lineRule="auto"/>
        <w:ind w:firstLine="331"/>
        <w:jc w:val="both"/>
      </w:pPr>
      <w:r>
        <w:rPr>
          <w:rFonts w:ascii="Georgia" w:hAnsi="Georgia"/>
          <w:b w:val="0"/>
          <w:i w:val="0"/>
          <w:color w:val="22201D"/>
          <w:sz w:val="20"/>
        </w:rPr>
        <w:t>The table breathed.</w:t>
      </w:r>
    </w:p>
    <w:p>
      <w:pPr>
        <w:spacing w:after="60" w:line="266" w:lineRule="auto"/>
        <w:ind w:firstLine="331"/>
        <w:jc w:val="both"/>
      </w:pPr>
      <w:r>
        <w:rPr>
          <w:rFonts w:ascii="Georgia" w:hAnsi="Georgia"/>
          <w:b w:val="0"/>
          <w:i w:val="0"/>
          <w:color w:val="22201D"/>
          <w:sz w:val="20"/>
        </w:rPr>
        <w:t>Not literally.</w:t>
      </w:r>
    </w:p>
    <w:p>
      <w:pPr>
        <w:spacing w:after="60" w:line="266" w:lineRule="auto"/>
        <w:ind w:firstLine="331"/>
        <w:jc w:val="both"/>
      </w:pPr>
      <w:r>
        <w:rPr>
          <w:rFonts w:ascii="Georgia" w:hAnsi="Georgia"/>
          <w:b w:val="0"/>
          <w:i w:val="0"/>
          <w:color w:val="22201D"/>
          <w:sz w:val="20"/>
        </w:rPr>
        <w:t>Gerald checked.</w:t>
      </w:r>
    </w:p>
    <w:p>
      <w:pPr>
        <w:spacing w:after="60" w:line="266" w:lineRule="auto"/>
        <w:ind w:firstLine="331"/>
        <w:jc w:val="both"/>
      </w:pPr>
      <w:r>
        <w:rPr>
          <w:rFonts w:ascii="Georgia" w:hAnsi="Georgia"/>
          <w:b w:val="0"/>
          <w:i w:val="0"/>
          <w:color w:val="22201D"/>
          <w:sz w:val="20"/>
        </w:rPr>
        <w:t>Not literally.</w:t>
      </w:r>
    </w:p>
    <w:p>
      <w:pPr>
        <w:spacing w:after="60" w:line="266" w:lineRule="auto"/>
        <w:ind w:firstLine="331"/>
        <w:jc w:val="both"/>
      </w:pPr>
      <w:r>
        <w:rPr>
          <w:rFonts w:ascii="Georgia" w:hAnsi="Georgia"/>
          <w:b w:val="0"/>
          <w:i w:val="0"/>
          <w:color w:val="22201D"/>
          <w:sz w:val="20"/>
        </w:rPr>
        <w:t>He continued:</w:t>
      </w:r>
    </w:p>
    <w:p>
      <w:pPr>
        <w:spacing w:after="60" w:line="250" w:lineRule="auto"/>
        <w:ind w:left="202" w:right="173"/>
      </w:pPr>
      <w:r>
        <w:rPr>
          <w:rFonts w:ascii="Georgia" w:hAnsi="Georgia"/>
          <w:b w:val="0"/>
          <w:i w:val="0"/>
          <w:color w:val="22201D"/>
          <w:sz w:val="17"/>
        </w:rPr>
        <w:t>Conditions: 1. Hand sink access must remain clear during all audit activity. 2. Soap, towels, hot/cold water, and waste receptacle must remain supplied. 3. Audit bill may remain open on dining table only before food service or on a sanitized surface. 4. Detachable bill slips must be treated as handled paper; handwashing required before food contact. 5. Black Orchard Adobo remains evidence only; no service approval granted in this addendum. 6. Emotional volatility is not itself a closure condition unless it blocks egress, sanitation, or staff communication. 7. Dinner may proceed only after table sanitation and clear separation of bill, menu, and food contact surfaces.</w:t>
      </w:r>
    </w:p>
    <w:p>
      <w:pPr>
        <w:spacing w:after="60" w:line="266" w:lineRule="auto"/>
        <w:ind w:firstLine="331"/>
        <w:jc w:val="both"/>
      </w:pPr>
      <w:r>
        <w:rPr>
          <w:rFonts w:ascii="Georgia" w:hAnsi="Georgia"/>
          <w:b w:val="0"/>
          <w:i w:val="0"/>
          <w:color w:val="22201D"/>
          <w:sz w:val="20"/>
        </w:rPr>
        <w:t>Flocc raised a hand.</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"Am I emotional volatility?"</w:t>
      </w:r>
    </w:p>
    <w:p>
      <w:pPr>
        <w:spacing w:after="60" w:line="266" w:lineRule="auto"/>
        <w:ind w:firstLine="331"/>
        <w:jc w:val="both"/>
      </w:pPr>
      <w:r>
        <w:rPr>
          <w:rFonts w:ascii="Georgia" w:hAnsi="Georgia"/>
          <w:b w:val="0"/>
          <w:i w:val="0"/>
          <w:color w:val="22201D"/>
          <w:sz w:val="20"/>
        </w:rPr>
        <w:t>"Currently yes."</w:t>
      </w:r>
    </w:p>
    <w:p>
      <w:pPr>
        <w:spacing w:after="60" w:line="266" w:lineRule="auto"/>
        <w:ind w:firstLine="331"/>
        <w:jc w:val="both"/>
      </w:pPr>
      <w:r>
        <w:rPr>
          <w:rFonts w:ascii="Georgia" w:hAnsi="Georgia"/>
          <w:b w:val="0"/>
          <w:i w:val="0"/>
          <w:color w:val="22201D"/>
          <w:sz w:val="20"/>
        </w:rPr>
        <w:t>"Is that bad?"</w:t>
      </w:r>
    </w:p>
    <w:p>
      <w:pPr>
        <w:spacing w:after="60" w:line="266" w:lineRule="auto"/>
        <w:ind w:firstLine="331"/>
        <w:jc w:val="both"/>
      </w:pPr>
      <w:r>
        <w:rPr>
          <w:rFonts w:ascii="Georgia" w:hAnsi="Georgia"/>
          <w:b w:val="0"/>
          <w:i w:val="0"/>
          <w:color w:val="22201D"/>
          <w:sz w:val="20"/>
        </w:rPr>
        <w:t>"Currently manageable."</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016: Being manageable while uncomfortable. Amount due: remain reachable</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"Am I reachable?"</w:t>
      </w:r>
    </w:p>
    <w:p>
      <w:pPr>
        <w:spacing w:after="60" w:line="266" w:lineRule="auto"/>
        <w:ind w:firstLine="331"/>
        <w:jc w:val="both"/>
      </w:pPr>
      <w:r>
        <w:rPr>
          <w:rFonts w:ascii="Georgia" w:hAnsi="Georgia"/>
          <w:b w:val="0"/>
          <w:i w:val="0"/>
          <w:color w:val="22201D"/>
          <w:sz w:val="20"/>
        </w:rPr>
        <w:t>Mara considered him.</w:t>
      </w:r>
    </w:p>
    <w:p>
      <w:pPr>
        <w:spacing w:after="60" w:line="266" w:lineRule="auto"/>
        <w:ind w:firstLine="331"/>
        <w:jc w:val="both"/>
      </w:pPr>
      <w:r>
        <w:rPr>
          <w:rFonts w:ascii="Georgia" w:hAnsi="Georgia"/>
          <w:b w:val="0"/>
          <w:i w:val="0"/>
          <w:color w:val="22201D"/>
          <w:sz w:val="20"/>
        </w:rPr>
        <w:t>"More than before."</w:t>
      </w:r>
    </w:p>
    <w:p>
      <w:pPr>
        <w:spacing w:after="60" w:line="266" w:lineRule="auto"/>
        <w:ind w:firstLine="331"/>
        <w:jc w:val="both"/>
      </w:pPr>
      <w:r>
        <w:rPr>
          <w:rFonts w:ascii="Georgia" w:hAnsi="Georgia"/>
          <w:b w:val="0"/>
          <w:i w:val="0"/>
          <w:color w:val="22201D"/>
          <w:sz w:val="20"/>
        </w:rPr>
        <w:t>The line warmed.</w:t>
      </w:r>
    </w:p>
    <w:p>
      <w:pPr>
        <w:spacing w:after="60" w:line="266" w:lineRule="auto"/>
        <w:ind w:firstLine="331"/>
        <w:jc w:val="both"/>
      </w:pPr>
      <w:r>
        <w:rPr>
          <w:rFonts w:ascii="Georgia" w:hAnsi="Georgia"/>
          <w:b w:val="0"/>
          <w:i w:val="0"/>
          <w:color w:val="22201D"/>
          <w:sz w:val="20"/>
        </w:rPr>
        <w:t>Gerald did not mark this as payment.</w:t>
      </w:r>
    </w:p>
    <w:p>
      <w:pPr>
        <w:spacing w:after="60" w:line="266" w:lineRule="auto"/>
        <w:ind w:firstLine="331"/>
        <w:jc w:val="both"/>
      </w:pPr>
      <w:r>
        <w:rPr>
          <w:rFonts w:ascii="Georgia" w:hAnsi="Georgia"/>
          <w:b w:val="0"/>
          <w:i w:val="0"/>
          <w:color w:val="22201D"/>
          <w:sz w:val="20"/>
        </w:rPr>
        <w:t>That was the bill's job.</w:t>
      </w:r>
    </w:p>
    <w:p>
      <w:pPr>
        <w:spacing w:after="60" w:line="266" w:lineRule="auto"/>
        <w:ind w:firstLine="331"/>
        <w:jc w:val="both"/>
      </w:pPr>
      <w:r>
        <w:rPr>
          <w:rFonts w:ascii="Georgia" w:hAnsi="Georgia"/>
          <w:b w:val="0"/>
          <w:i w:val="0"/>
          <w:color w:val="22201D"/>
          <w:sz w:val="20"/>
        </w:rPr>
        <w:t>He completed the addendum.</w:t>
      </w:r>
    </w:p>
    <w:p>
      <w:pPr>
        <w:spacing w:after="60" w:line="250" w:lineRule="auto"/>
        <w:ind w:left="202" w:right="173"/>
      </w:pPr>
      <w:r>
        <w:rPr>
          <w:rFonts w:ascii="Georgia" w:hAnsi="Georgia"/>
          <w:b w:val="0"/>
          <w:i w:val="0"/>
          <w:color w:val="22201D"/>
          <w:sz w:val="17"/>
        </w:rPr>
        <w:t>Finding: The active account does not, by itself, create an unsafe service condition. Unsafe conditions arise if the account is used to excuse blocked sinks, unlabeled sauce, unclear paper handling, or avoidant customer behavior that interferes with service.  Conclusion: Audit may continue. Dinner may proceed under conditions. Follow-up required if refund notice appears before apology is made.</w:t>
      </w:r>
    </w:p>
    <w:p>
      <w:pPr>
        <w:spacing w:after="60" w:line="266" w:lineRule="auto"/>
        <w:ind w:firstLine="331"/>
        <w:jc w:val="both"/>
      </w:pPr>
      <w:r>
        <w:rPr>
          <w:rFonts w:ascii="Georgia" w:hAnsi="Georgia"/>
          <w:b w:val="0"/>
          <w:i w:val="0"/>
          <w:color w:val="22201D"/>
          <w:sz w:val="20"/>
        </w:rPr>
        <w:t>The moment he wrote refund notice, the printer beside the hand sink activated.</w:t>
      </w:r>
    </w:p>
    <w:p>
      <w:pPr>
        <w:spacing w:after="60" w:line="266" w:lineRule="auto"/>
        <w:ind w:firstLine="331"/>
        <w:jc w:val="both"/>
      </w:pPr>
      <w:r>
        <w:rPr>
          <w:rFonts w:ascii="Georgia" w:hAnsi="Georgia"/>
          <w:b w:val="0"/>
          <w:i w:val="0"/>
          <w:color w:val="22201D"/>
          <w:sz w:val="20"/>
        </w:rPr>
        <w:t>Gerald did not turn around.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printer printed.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Hostess went to retrieve the paper.</w:t>
      </w:r>
    </w:p>
    <w:p>
      <w:pPr>
        <w:spacing w:after="60" w:line="266" w:lineRule="auto"/>
        <w:ind w:firstLine="331"/>
        <w:jc w:val="both"/>
      </w:pPr>
      <w:r>
        <w:rPr>
          <w:rFonts w:ascii="Georgia" w:hAnsi="Georgia"/>
          <w:b w:val="0"/>
          <w:i w:val="0"/>
          <w:color w:val="22201D"/>
          <w:sz w:val="20"/>
        </w:rPr>
        <w:t>Gerald closed his eyes for one second, which was not enough to count as despair.</w:t>
      </w:r>
    </w:p>
    <w:p>
      <w:pPr>
        <w:spacing w:after="60" w:line="266" w:lineRule="auto"/>
        <w:ind w:firstLine="331"/>
        <w:jc w:val="both"/>
      </w:pPr>
      <w:r>
        <w:rPr>
          <w:rFonts w:ascii="Georgia" w:hAnsi="Georgia"/>
          <w:b w:val="0"/>
          <w:i w:val="0"/>
          <w:color w:val="22201D"/>
          <w:sz w:val="20"/>
        </w:rPr>
        <w:t>The Hostess brought the paper to the table.</w:t>
      </w:r>
    </w:p>
    <w:p>
      <w:pPr>
        <w:spacing w:after="60" w:line="266" w:lineRule="auto"/>
        <w:ind w:firstLine="331"/>
        <w:jc w:val="both"/>
      </w:pPr>
      <w:r>
        <w:rPr>
          <w:rFonts w:ascii="Georgia" w:hAnsi="Georgia"/>
          <w:b w:val="0"/>
          <w:i w:val="0"/>
          <w:color w:val="22201D"/>
          <w:sz w:val="20"/>
        </w:rPr>
        <w:t>It was pale blue.</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REFUND NOTICE For a future apology</w:t>
      </w:r>
    </w:p>
    <w:p>
      <w:pPr>
        <w:spacing w:after="60" w:line="266" w:lineRule="auto"/>
        <w:ind w:firstLine="331"/>
        <w:jc w:val="both"/>
      </w:pPr>
      <w:r>
        <w:rPr>
          <w:rFonts w:ascii="Georgia" w:hAnsi="Georgia"/>
          <w:b w:val="0"/>
          <w:i w:val="0"/>
          <w:color w:val="22201D"/>
          <w:sz w:val="20"/>
        </w:rPr>
        <w:t>Gerald took the notice with two fingers.</w:t>
      </w:r>
    </w:p>
    <w:p>
      <w:pPr>
        <w:spacing w:after="60" w:line="266" w:lineRule="auto"/>
        <w:ind w:firstLine="331"/>
        <w:jc w:val="both"/>
      </w:pPr>
      <w:r>
        <w:rPr>
          <w:rFonts w:ascii="Georgia" w:hAnsi="Georgia"/>
          <w:b w:val="0"/>
          <w:i w:val="0"/>
          <w:color w:val="22201D"/>
          <w:sz w:val="20"/>
        </w:rPr>
        <w:t>"This is not part of the current addendum."</w:t>
      </w:r>
    </w:p>
    <w:p>
      <w:pPr>
        <w:spacing w:after="60" w:line="266" w:lineRule="auto"/>
        <w:ind w:firstLine="331"/>
        <w:jc w:val="both"/>
      </w:pPr>
      <w:r>
        <w:rPr>
          <w:rFonts w:ascii="Georgia" w:hAnsi="Georgia"/>
          <w:b w:val="0"/>
          <w:i w:val="0"/>
          <w:color w:val="22201D"/>
          <w:sz w:val="20"/>
        </w:rPr>
        <w:t>The notice added:</w:t>
      </w:r>
    </w:p>
    <w:p>
      <w:pPr>
        <w:spacing w:after="60" w:line="250" w:lineRule="auto"/>
        <w:ind w:left="202" w:right="173"/>
      </w:pPr>
      <w:r>
        <w:rPr>
          <w:rFonts w:ascii="Georgia" w:hAnsi="Georgia"/>
          <w:b w:val="0"/>
          <w:i w:val="0"/>
          <w:color w:val="22201D"/>
          <w:sz w:val="17"/>
        </w:rPr>
        <w:t>Acknowledged. Next chapter only.</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placed it in a clean evidence sleeve and wrote:</w:t>
      </w:r>
    </w:p>
    <w:p>
      <w:pPr>
        <w:spacing w:after="60" w:line="250" w:lineRule="auto"/>
        <w:ind w:left="202" w:right="173"/>
      </w:pPr>
      <w:r>
        <w:rPr>
          <w:rFonts w:ascii="Georgia" w:hAnsi="Georgia"/>
          <w:b w:val="0"/>
          <w:i w:val="0"/>
          <w:color w:val="22201D"/>
          <w:sz w:val="17"/>
        </w:rPr>
        <w:t>DO NOT PROCESS BEFORE CHAPTER FOUR</w:t>
      </w:r>
    </w:p>
    <w:p>
      <w:pPr>
        <w:spacing w:after="60" w:line="266" w:lineRule="auto"/>
        <w:ind w:firstLine="331"/>
        <w:jc w:val="both"/>
      </w:pPr>
      <w:r>
        <w:rPr>
          <w:rFonts w:ascii="Georgia" w:hAnsi="Georgia"/>
          <w:b w:val="0"/>
          <w:i w:val="0"/>
          <w:color w:val="22201D"/>
          <w:sz w:val="20"/>
        </w:rPr>
        <w:t>Flocc stared at the sleeve.</w:t>
      </w:r>
    </w:p>
    <w:p>
      <w:pPr>
        <w:spacing w:after="60" w:line="266" w:lineRule="auto"/>
        <w:ind w:firstLine="331"/>
        <w:jc w:val="both"/>
      </w:pPr>
      <w:r>
        <w:rPr>
          <w:rFonts w:ascii="Georgia" w:hAnsi="Georgia"/>
          <w:b w:val="0"/>
          <w:i w:val="0"/>
          <w:color w:val="22201D"/>
          <w:sz w:val="20"/>
        </w:rPr>
        <w:t>"Can you do that?"</w:t>
      </w:r>
    </w:p>
    <w:p>
      <w:pPr>
        <w:spacing w:after="60" w:line="266" w:lineRule="auto"/>
        <w:ind w:firstLine="331"/>
        <w:jc w:val="both"/>
      </w:pPr>
      <w:r>
        <w:rPr>
          <w:rFonts w:ascii="Georgia" w:hAnsi="Georgia"/>
          <w:b w:val="0"/>
          <w:i w:val="0"/>
          <w:color w:val="22201D"/>
          <w:sz w:val="20"/>
        </w:rPr>
        <w:t>"I just did."</w:t>
      </w:r>
    </w:p>
    <w:p>
      <w:pPr>
        <w:spacing w:after="60" w:line="266" w:lineRule="auto"/>
        <w:ind w:firstLine="331"/>
        <w:jc w:val="both"/>
      </w:pPr>
      <w:r>
        <w:rPr>
          <w:rFonts w:ascii="Georgia" w:hAnsi="Georgia"/>
          <w:b w:val="0"/>
          <w:i w:val="0"/>
          <w:color w:val="22201D"/>
          <w:sz w:val="20"/>
        </w:rPr>
        <w:t>Mara said, "Does that make it legal?"</w:t>
      </w:r>
    </w:p>
    <w:p>
      <w:pPr>
        <w:spacing w:after="60" w:line="266" w:lineRule="auto"/>
        <w:ind w:firstLine="331"/>
        <w:jc w:val="both"/>
      </w:pPr>
      <w:r>
        <w:rPr>
          <w:rFonts w:ascii="Georgia" w:hAnsi="Georgia"/>
          <w:b w:val="0"/>
          <w:i w:val="0"/>
          <w:color w:val="22201D"/>
          <w:sz w:val="20"/>
        </w:rPr>
        <w:t>Gerald looked at her.</w:t>
      </w:r>
    </w:p>
    <w:p>
      <w:pPr>
        <w:spacing w:after="60" w:line="266" w:lineRule="auto"/>
        <w:ind w:firstLine="331"/>
        <w:jc w:val="both"/>
      </w:pPr>
      <w:r>
        <w:rPr>
          <w:rFonts w:ascii="Georgia" w:hAnsi="Georgia"/>
          <w:b w:val="0"/>
          <w:i w:val="0"/>
          <w:color w:val="22201D"/>
          <w:sz w:val="20"/>
        </w:rPr>
        <w:t>"No. It makes it labeled."</w:t>
      </w:r>
    </w:p>
    <w:p>
      <w:pPr>
        <w:spacing w:after="60" w:line="266" w:lineRule="auto"/>
        <w:ind w:firstLine="331"/>
        <w:jc w:val="both"/>
      </w:pPr>
      <w:r>
        <w:rPr>
          <w:rFonts w:ascii="Georgia" w:hAnsi="Georgia"/>
          <w:b w:val="0"/>
          <w:i w:val="0"/>
          <w:color w:val="22201D"/>
          <w:sz w:val="20"/>
        </w:rPr>
        <w:t>The Hostess smiled.</w:t>
      </w:r>
    </w:p>
    <w:p>
      <w:pPr>
        <w:spacing w:after="60" w:line="266" w:lineRule="auto"/>
        <w:ind w:firstLine="331"/>
        <w:jc w:val="both"/>
      </w:pPr>
      <w:r>
        <w:rPr>
          <w:rFonts w:ascii="Georgia" w:hAnsi="Georgia"/>
          <w:b w:val="0"/>
          <w:i w:val="0"/>
          <w:color w:val="22201D"/>
          <w:sz w:val="20"/>
        </w:rPr>
        <w:t>Gerald signed the inspection addendum:</w:t>
      </w:r>
    </w:p>
    <w:p>
      <w:pPr>
        <w:spacing w:after="60" w:line="250" w:lineRule="auto"/>
        <w:ind w:left="202" w:right="173"/>
      </w:pPr>
      <w:r>
        <w:rPr>
          <w:rFonts w:ascii="Georgia" w:hAnsi="Georgia"/>
          <w:b w:val="0"/>
          <w:i w:val="0"/>
          <w:color w:val="22201D"/>
          <w:sz w:val="17"/>
        </w:rPr>
        <w:t>Gerald Park Former Health Inspection Division acting under routed amended-license review</w:t>
      </w:r>
    </w:p>
    <w:p>
      <w:pPr>
        <w:spacing w:after="60" w:line="266" w:lineRule="auto"/>
        <w:ind w:firstLine="331"/>
        <w:jc w:val="both"/>
      </w:pPr>
      <w:r>
        <w:rPr>
          <w:rFonts w:ascii="Georgia" w:hAnsi="Georgia"/>
          <w:b w:val="0"/>
          <w:i w:val="0"/>
          <w:color w:val="22201D"/>
          <w:sz w:val="20"/>
        </w:rPr>
        <w:t>The form accepted the signature.</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Audit standing: conditional  Dinner status: may proceed under sanitation controls  Next required document: refund notice  Next chapter: The Refund for a Future Apology</w:t>
      </w:r>
    </w:p>
    <w:p>
      <w:pPr>
        <w:spacing w:after="60" w:line="266" w:lineRule="auto"/>
        <w:ind w:firstLine="331"/>
        <w:jc w:val="both"/>
      </w:pPr>
      <w:r>
        <w:rPr>
          <w:rFonts w:ascii="Georgia" w:hAnsi="Georgia"/>
          <w:b w:val="0"/>
          <w:i w:val="0"/>
          <w:color w:val="22201D"/>
          <w:sz w:val="20"/>
        </w:rPr>
        <w:t>Gerald stood.</w:t>
      </w:r>
    </w:p>
    <w:p>
      <w:pPr>
        <w:spacing w:after="60" w:line="266" w:lineRule="auto"/>
        <w:ind w:firstLine="331"/>
        <w:jc w:val="both"/>
      </w:pPr>
      <w:r>
        <w:rPr>
          <w:rFonts w:ascii="Georgia" w:hAnsi="Georgia"/>
          <w:b w:val="0"/>
          <w:i w:val="0"/>
          <w:color w:val="22201D"/>
          <w:sz w:val="20"/>
        </w:rPr>
        <w:t>"Sanitize the table before food service."</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"Separate bill and menu from serving area."</w:t>
      </w:r>
    </w:p>
    <w:p>
      <w:pPr>
        <w:spacing w:after="60" w:line="266" w:lineRule="auto"/>
        <w:ind w:firstLine="331"/>
        <w:jc w:val="both"/>
      </w:pPr>
      <w:r>
        <w:rPr>
          <w:rFonts w:ascii="Georgia" w:hAnsi="Georgia"/>
          <w:b w:val="0"/>
          <w:i w:val="0"/>
          <w:color w:val="22201D"/>
          <w:sz w:val="20"/>
        </w:rPr>
        <w:t>She nodded again.</w:t>
      </w:r>
    </w:p>
    <w:p>
      <w:pPr>
        <w:spacing w:after="60" w:line="266" w:lineRule="auto"/>
        <w:ind w:firstLine="331"/>
        <w:jc w:val="both"/>
      </w:pPr>
      <w:r>
        <w:rPr>
          <w:rFonts w:ascii="Georgia" w:hAnsi="Georgia"/>
          <w:b w:val="0"/>
          <w:i w:val="0"/>
          <w:color w:val="22201D"/>
          <w:sz w:val="20"/>
        </w:rPr>
        <w:t>"No sauce service."</w:t>
      </w:r>
    </w:p>
    <w:p>
      <w:pPr>
        <w:spacing w:after="60" w:line="266" w:lineRule="auto"/>
        <w:ind w:firstLine="331"/>
        <w:jc w:val="both"/>
      </w:pPr>
      <w:r>
        <w:rPr>
          <w:rFonts w:ascii="Georgia" w:hAnsi="Georgia"/>
          <w:b w:val="0"/>
          <w:i w:val="0"/>
          <w:color w:val="22201D"/>
          <w:sz w:val="20"/>
        </w:rPr>
        <w:t>"Evidence only."</w:t>
      </w:r>
    </w:p>
    <w:p>
      <w:pPr>
        <w:spacing w:after="60" w:line="266" w:lineRule="auto"/>
        <w:ind w:firstLine="331"/>
        <w:jc w:val="both"/>
      </w:pPr>
      <w:r>
        <w:rPr>
          <w:rFonts w:ascii="Georgia" w:hAnsi="Georgia"/>
          <w:b w:val="0"/>
          <w:i w:val="0"/>
          <w:color w:val="22201D"/>
          <w:sz w:val="20"/>
        </w:rPr>
        <w:t>"Hand sink stays clear."</w:t>
      </w:r>
    </w:p>
    <w:p>
      <w:pPr>
        <w:spacing w:after="60" w:line="266" w:lineRule="auto"/>
        <w:ind w:firstLine="331"/>
        <w:jc w:val="both"/>
      </w:pPr>
      <w:r>
        <w:rPr>
          <w:rFonts w:ascii="Georgia" w:hAnsi="Georgia"/>
          <w:b w:val="0"/>
          <w:i w:val="0"/>
          <w:color w:val="22201D"/>
          <w:sz w:val="20"/>
        </w:rPr>
        <w:t>"Always."</w:t>
      </w:r>
    </w:p>
    <w:p>
      <w:pPr>
        <w:spacing w:after="60" w:line="266" w:lineRule="auto"/>
        <w:ind w:firstLine="331"/>
        <w:jc w:val="both"/>
      </w:pPr>
      <w:r>
        <w:rPr>
          <w:rFonts w:ascii="Georgia" w:hAnsi="Georgia"/>
          <w:b w:val="0"/>
          <w:i w:val="0"/>
          <w:color w:val="22201D"/>
          <w:sz w:val="20"/>
        </w:rPr>
        <w:t>Gerald looked at Flocc.</w:t>
      </w:r>
    </w:p>
    <w:p>
      <w:pPr>
        <w:spacing w:after="60" w:line="266" w:lineRule="auto"/>
        <w:ind w:firstLine="331"/>
        <w:jc w:val="both"/>
      </w:pPr>
      <w:r>
        <w:rPr>
          <w:rFonts w:ascii="Georgia" w:hAnsi="Georgia"/>
          <w:b w:val="0"/>
          <w:i w:val="0"/>
          <w:color w:val="22201D"/>
          <w:sz w:val="20"/>
        </w:rPr>
        <w:t>"You."</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"Do not mistake conditional approval for forgiveness."</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"What is it?"</w:t>
      </w:r>
    </w:p>
    <w:p>
      <w:pPr>
        <w:spacing w:after="60" w:line="266" w:lineRule="auto"/>
        <w:ind w:firstLine="331"/>
        <w:jc w:val="both"/>
      </w:pPr>
      <w:r>
        <w:rPr>
          <w:rFonts w:ascii="Georgia" w:hAnsi="Georgia"/>
          <w:b w:val="0"/>
          <w:i w:val="0"/>
          <w:color w:val="22201D"/>
          <w:sz w:val="20"/>
        </w:rPr>
        <w:t>"A chance to behave safely while the truth remains open."</w:t>
      </w:r>
    </w:p>
    <w:p>
      <w:pPr>
        <w:spacing w:after="60" w:line="266" w:lineRule="auto"/>
        <w:ind w:firstLine="331"/>
        <w:jc w:val="both"/>
      </w:pPr>
      <w:r>
        <w:rPr>
          <w:rFonts w:ascii="Georgia" w:hAnsi="Georgia"/>
          <w:b w:val="0"/>
          <w:i w:val="0"/>
          <w:color w:val="22201D"/>
          <w:sz w:val="20"/>
        </w:rPr>
        <w:t>The bill did not print anything.</w:t>
      </w:r>
    </w:p>
    <w:p>
      <w:pPr>
        <w:spacing w:after="60" w:line="266" w:lineRule="auto"/>
        <w:ind w:firstLine="331"/>
        <w:jc w:val="both"/>
      </w:pPr>
      <w:r>
        <w:rPr>
          <w:rFonts w:ascii="Georgia" w:hAnsi="Georgia"/>
          <w:b w:val="0"/>
          <w:i w:val="0"/>
          <w:color w:val="22201D"/>
          <w:sz w:val="20"/>
        </w:rPr>
        <w:t>For once, Gerald thought, it showed judgment.</w:t>
      </w:r>
    </w:p>
    <w:p>
      <w:pPr>
        <w:spacing w:after="60" w:line="266" w:lineRule="auto"/>
        <w:ind w:firstLine="331"/>
        <w:jc w:val="both"/>
      </w:pPr>
      <w:r>
        <w:rPr>
          <w:rFonts w:ascii="Georgia" w:hAnsi="Georgia"/>
          <w:b w:val="0"/>
          <w:i w:val="0"/>
          <w:color w:val="22201D"/>
          <w:sz w:val="20"/>
        </w:rPr>
        <w:t>He collected his pencil, which he had brought without remembering bringing it, and placed it in his pocket.</w:t>
      </w:r>
    </w:p>
    <w:p>
      <w:pPr>
        <w:spacing w:after="60" w:line="266" w:lineRule="auto"/>
        <w:ind w:firstLine="331"/>
        <w:jc w:val="both"/>
      </w:pPr>
      <w:r>
        <w:rPr>
          <w:rFonts w:ascii="Georgia" w:hAnsi="Georgia"/>
          <w:b w:val="0"/>
          <w:i w:val="0"/>
          <w:color w:val="22201D"/>
          <w:sz w:val="20"/>
        </w:rPr>
        <w:t>At the door, he looked back.</w:t>
      </w:r>
    </w:p>
    <w:p>
      <w:pPr>
        <w:spacing w:after="60" w:line="266" w:lineRule="auto"/>
        <w:ind w:firstLine="331"/>
        <w:jc w:val="both"/>
      </w:pPr>
      <w:r>
        <w:rPr>
          <w:rFonts w:ascii="Georgia" w:hAnsi="Georgia"/>
          <w:b w:val="0"/>
          <w:i w:val="0"/>
          <w:color w:val="22201D"/>
          <w:sz w:val="20"/>
        </w:rPr>
        <w:t>The hand sink was clear.</w:t>
      </w:r>
    </w:p>
    <w:p>
      <w:pPr>
        <w:spacing w:after="60" w:line="266" w:lineRule="auto"/>
        <w:ind w:firstLine="331"/>
        <w:jc w:val="both"/>
      </w:pPr>
      <w:r>
        <w:rPr>
          <w:rFonts w:ascii="Georgia" w:hAnsi="Georgia"/>
          <w:b w:val="0"/>
          <w:i w:val="0"/>
          <w:color w:val="22201D"/>
          <w:sz w:val="20"/>
        </w:rPr>
        <w:t>The bill was open.</w:t>
      </w:r>
    </w:p>
    <w:p>
      <w:pPr>
        <w:spacing w:after="60" w:line="266" w:lineRule="auto"/>
        <w:ind w:firstLine="331"/>
        <w:jc w:val="both"/>
      </w:pPr>
      <w:r>
        <w:rPr>
          <w:rFonts w:ascii="Georgia" w:hAnsi="Georgia"/>
          <w:b w:val="0"/>
          <w:i w:val="0"/>
          <w:color w:val="22201D"/>
          <w:sz w:val="20"/>
        </w:rPr>
        <w:t>The refund notice was sleeved.</w:t>
      </w:r>
    </w:p>
    <w:p>
      <w:pPr>
        <w:spacing w:after="60" w:line="266" w:lineRule="auto"/>
        <w:ind w:firstLine="331"/>
        <w:jc w:val="both"/>
      </w:pPr>
      <w:r>
        <w:rPr>
          <w:rFonts w:ascii="Georgia" w:hAnsi="Georgia"/>
          <w:b w:val="0"/>
          <w:i w:val="0"/>
          <w:color w:val="22201D"/>
          <w:sz w:val="20"/>
        </w:rPr>
        <w:t>The sauce was labeled.</w:t>
      </w:r>
    </w:p>
    <w:p>
      <w:pPr>
        <w:spacing w:after="60" w:line="266" w:lineRule="auto"/>
        <w:ind w:firstLine="331"/>
        <w:jc w:val="both"/>
      </w:pPr>
      <w:r>
        <w:rPr>
          <w:rFonts w:ascii="Georgia" w:hAnsi="Georgia"/>
          <w:b w:val="0"/>
          <w:i w:val="0"/>
          <w:color w:val="22201D"/>
          <w:sz w:val="20"/>
        </w:rPr>
        <w:t>Dinner, for the first time, had permission to become food.</w:t>
      </w:r>
    </w:p>
    <w:p>
      <w:pPr>
        <w:spacing w:after="60" w:line="266" w:lineRule="auto"/>
        <w:ind w:firstLine="331"/>
        <w:jc w:val="both"/>
      </w:pPr>
      <w:r>
        <w:rPr>
          <w:rFonts w:ascii="Georgia" w:hAnsi="Georgia"/>
          <w:b w:val="0"/>
          <w:i w:val="0"/>
          <w:color w:val="22201D"/>
          <w:sz w:val="20"/>
        </w:rPr>
        <w:t>This did not solve the audit.</w:t>
      </w:r>
    </w:p>
    <w:p>
      <w:pPr>
        <w:spacing w:after="60" w:line="266" w:lineRule="auto"/>
        <w:ind w:firstLine="331"/>
        <w:jc w:val="both"/>
      </w:pPr>
      <w:r>
        <w:rPr>
          <w:rFonts w:ascii="Georgia" w:hAnsi="Georgia"/>
          <w:b w:val="0"/>
          <w:i w:val="0"/>
          <w:color w:val="22201D"/>
          <w:sz w:val="20"/>
        </w:rPr>
        <w:t>It made the audit inspectable.</w:t>
      </w:r>
    </w:p>
    <w:p>
      <w:pPr>
        <w:spacing w:after="60" w:line="266" w:lineRule="auto"/>
        <w:ind w:firstLine="331"/>
        <w:jc w:val="both"/>
      </w:pPr>
      <w:r>
        <w:rPr>
          <w:rFonts w:ascii="Georgia" w:hAnsi="Georgia"/>
          <w:b w:val="0"/>
          <w:i w:val="0"/>
          <w:color w:val="22201D"/>
          <w:sz w:val="20"/>
        </w:rPr>
        <w:t>Gerald could work with that.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4: The Refund for a Future Apology</w:t>
      </w:r>
    </w:p>
    <w:p>
      <w:pPr>
        <w:spacing w:after="60" w:line="266" w:lineRule="auto"/>
        <w:ind w:firstLine="0"/>
        <w:jc w:val="both"/>
      </w:pPr>
      <w:r>
        <w:rPr>
          <w:rFonts w:ascii="Georgia" w:hAnsi="Georgia"/>
          <w:b w:val="0"/>
          <w:i w:val="0"/>
          <w:color w:val="22201D"/>
          <w:sz w:val="20"/>
        </w:rPr>
        <w:t>In which a refund notice arrives before the apology that earns it, Flocc learns that time is not the same as escape, and the audit discovers that some debts are paid by becoming the person who can make the call.</w:t>
      </w:r>
    </w:p>
    <w:p>
      <w:pPr>
        <w:spacing w:after="60" w:line="266" w:lineRule="auto"/>
        <w:ind w:firstLine="331"/>
        <w:jc w:val="both"/>
      </w:pPr>
      <w:r>
        <w:rPr>
          <w:rFonts w:ascii="Georgia" w:hAnsi="Georgia"/>
          <w:b w:val="0"/>
          <w:i w:val="0"/>
          <w:color w:val="22201D"/>
          <w:sz w:val="20"/>
        </w:rPr>
        <w:t>The refund notice was pale blue.</w:t>
      </w:r>
    </w:p>
    <w:p>
      <w:pPr>
        <w:spacing w:after="60" w:line="266" w:lineRule="auto"/>
        <w:ind w:firstLine="331"/>
        <w:jc w:val="both"/>
      </w:pPr>
      <w:r>
        <w:rPr>
          <w:rFonts w:ascii="Georgia" w:hAnsi="Georgia"/>
          <w:b w:val="0"/>
          <w:i w:val="0"/>
          <w:color w:val="22201D"/>
          <w:sz w:val="20"/>
        </w:rPr>
        <w:t>This made it worse.</w:t>
      </w:r>
    </w:p>
    <w:p>
      <w:pPr>
        <w:spacing w:after="60" w:line="266" w:lineRule="auto"/>
        <w:ind w:firstLine="331"/>
        <w:jc w:val="both"/>
      </w:pPr>
      <w:r>
        <w:rPr>
          <w:rFonts w:ascii="Georgia" w:hAnsi="Georgia"/>
          <w:b w:val="0"/>
          <w:i w:val="0"/>
          <w:color w:val="22201D"/>
          <w:sz w:val="20"/>
        </w:rPr>
        <w:t>White paper could be ignored with ordinary dread. Yellow paper could be treated as warning. Pink paper suggested carbon copies, billing departments, and the old terror of someone else keeping the original. Pale blue paper implied calm. It implied that the document had already passed through panic, found it inefficient, and come out the other side with a better filing system.</w:t>
      </w:r>
    </w:p>
    <w:p>
      <w:pPr>
        <w:spacing w:after="60" w:line="266" w:lineRule="auto"/>
        <w:ind w:firstLine="331"/>
        <w:jc w:val="both"/>
      </w:pPr>
      <w:r>
        <w:rPr>
          <w:rFonts w:ascii="Georgia" w:hAnsi="Georgia"/>
          <w:b w:val="0"/>
          <w:i w:val="0"/>
          <w:color w:val="22201D"/>
          <w:sz w:val="20"/>
        </w:rPr>
        <w:t>Gerald had placed the notice in a clean evidence sleeve and written across the top:</w:t>
      </w:r>
    </w:p>
    <w:p>
      <w:pPr>
        <w:spacing w:after="60" w:line="250" w:lineRule="auto"/>
        <w:ind w:left="202" w:right="173"/>
      </w:pPr>
      <w:r>
        <w:rPr>
          <w:rFonts w:ascii="Georgia" w:hAnsi="Georgia"/>
          <w:b w:val="0"/>
          <w:i w:val="0"/>
          <w:color w:val="22201D"/>
          <w:sz w:val="17"/>
        </w:rPr>
        <w:t>DO NOT PROCESS BEFORE CHAPTER FOUR</w:t>
      </w:r>
    </w:p>
    <w:p>
      <w:pPr>
        <w:spacing w:after="60" w:line="266" w:lineRule="auto"/>
        <w:ind w:firstLine="331"/>
        <w:jc w:val="both"/>
      </w:pPr>
      <w:r>
        <w:rPr>
          <w:rFonts w:ascii="Georgia" w:hAnsi="Georgia"/>
          <w:b w:val="0"/>
          <w:i w:val="0"/>
          <w:color w:val="22201D"/>
          <w:sz w:val="20"/>
        </w:rPr>
        <w:t>This was the most comforting and least comforting sentence currently available.</w:t>
      </w:r>
    </w:p>
    <w:p>
      <w:pPr>
        <w:spacing w:after="60" w:line="266" w:lineRule="auto"/>
        <w:ind w:firstLine="331"/>
        <w:jc w:val="both"/>
      </w:pPr>
      <w:r>
        <w:rPr>
          <w:rFonts w:ascii="Georgia" w:hAnsi="Georgia"/>
          <w:b w:val="0"/>
          <w:i w:val="0"/>
          <w:color w:val="22201D"/>
          <w:sz w:val="20"/>
        </w:rPr>
        <w:t>The notice lay on the table beside the open bill, the closed menu, and the hand sink receipt. Dinner had not arrived. Dinner had, however, received conditional permission to become food, which was more than Flocc could say for several parts of himself.</w:t>
      </w:r>
    </w:p>
    <w:p>
      <w:pPr>
        <w:spacing w:after="60" w:line="266" w:lineRule="auto"/>
        <w:ind w:firstLine="331"/>
        <w:jc w:val="both"/>
      </w:pPr>
      <w:r>
        <w:rPr>
          <w:rFonts w:ascii="Georgia" w:hAnsi="Georgia"/>
          <w:b w:val="0"/>
          <w:i w:val="0"/>
          <w:color w:val="22201D"/>
          <w:sz w:val="20"/>
        </w:rPr>
        <w:t>Mara looked at the notice.</w:t>
      </w:r>
    </w:p>
    <w:p>
      <w:pPr>
        <w:spacing w:after="60" w:line="266" w:lineRule="auto"/>
        <w:ind w:firstLine="331"/>
        <w:jc w:val="both"/>
      </w:pPr>
      <w:r>
        <w:rPr>
          <w:rFonts w:ascii="Georgia" w:hAnsi="Georgia"/>
          <w:b w:val="0"/>
          <w:i w:val="0"/>
          <w:color w:val="22201D"/>
          <w:sz w:val="20"/>
        </w:rPr>
        <w:t>"Is it Chapter Four?"</w:t>
      </w:r>
    </w:p>
    <w:p>
      <w:pPr>
        <w:spacing w:after="60" w:line="266" w:lineRule="auto"/>
        <w:ind w:firstLine="331"/>
        <w:jc w:val="both"/>
      </w:pPr>
      <w:r>
        <w:rPr>
          <w:rFonts w:ascii="Georgia" w:hAnsi="Georgia"/>
          <w:b w:val="0"/>
          <w:i w:val="0"/>
          <w:color w:val="22201D"/>
          <w:sz w:val="20"/>
        </w:rPr>
        <w:t>The Hostess checked the dining room as if chapter numbers were part of the seating chart.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Flocc did not like how gently she said it.</w:t>
      </w:r>
    </w:p>
    <w:p>
      <w:pPr>
        <w:spacing w:after="60" w:line="266" w:lineRule="auto"/>
        <w:ind w:firstLine="331"/>
        <w:jc w:val="both"/>
      </w:pPr>
      <w:r>
        <w:rPr>
          <w:rFonts w:ascii="Georgia" w:hAnsi="Georgia"/>
          <w:b w:val="0"/>
          <w:i w:val="0"/>
          <w:color w:val="22201D"/>
          <w:sz w:val="20"/>
        </w:rPr>
        <w:t>"It was not Chapter Four a minute ago."</w:t>
      </w:r>
    </w:p>
    <w:p>
      <w:pPr>
        <w:spacing w:after="60" w:line="266" w:lineRule="auto"/>
        <w:ind w:firstLine="331"/>
        <w:jc w:val="both"/>
      </w:pPr>
      <w:r>
        <w:rPr>
          <w:rFonts w:ascii="Georgia" w:hAnsi="Georgia"/>
          <w:b w:val="0"/>
          <w:i w:val="0"/>
          <w:color w:val="22201D"/>
          <w:sz w:val="20"/>
        </w:rPr>
        <w:t>"Time passed."</w:t>
      </w:r>
    </w:p>
    <w:p>
      <w:pPr>
        <w:spacing w:after="60" w:line="266" w:lineRule="auto"/>
        <w:ind w:firstLine="331"/>
        <w:jc w:val="both"/>
      </w:pPr>
      <w:r>
        <w:rPr>
          <w:rFonts w:ascii="Georgia" w:hAnsi="Georgia"/>
          <w:b w:val="0"/>
          <w:i w:val="0"/>
          <w:color w:val="22201D"/>
          <w:sz w:val="20"/>
        </w:rPr>
        <w:t>"Not enough."</w:t>
      </w:r>
    </w:p>
    <w:p>
      <w:pPr>
        <w:spacing w:after="60" w:line="266" w:lineRule="auto"/>
        <w:ind w:firstLine="331"/>
        <w:jc w:val="both"/>
      </w:pPr>
      <w:r>
        <w:rPr>
          <w:rFonts w:ascii="Georgia" w:hAnsi="Georgia"/>
          <w:b w:val="0"/>
          <w:i w:val="0"/>
          <w:color w:val="22201D"/>
          <w:sz w:val="20"/>
        </w:rPr>
        <w:t>"Enough for time."</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017: Disputing time because sequence has become personal. Amount due: one clock not blamed for content</w:t>
      </w:r>
    </w:p>
    <w:p>
      <w:pPr>
        <w:spacing w:after="60" w:line="266" w:lineRule="auto"/>
        <w:ind w:firstLine="331"/>
        <w:jc w:val="both"/>
      </w:pPr>
      <w:r>
        <w:rPr>
          <w:rFonts w:ascii="Georgia" w:hAnsi="Georgia"/>
          <w:b w:val="0"/>
          <w:i w:val="0"/>
          <w:color w:val="22201D"/>
          <w:sz w:val="20"/>
        </w:rPr>
        <w:t>Flocc looked at the bill.</w:t>
      </w:r>
    </w:p>
    <w:p>
      <w:pPr>
        <w:spacing w:after="60" w:line="266" w:lineRule="auto"/>
        <w:ind w:firstLine="331"/>
        <w:jc w:val="both"/>
      </w:pPr>
      <w:r>
        <w:rPr>
          <w:rFonts w:ascii="Georgia" w:hAnsi="Georgia"/>
          <w:b w:val="0"/>
          <w:i w:val="0"/>
          <w:color w:val="22201D"/>
          <w:sz w:val="20"/>
        </w:rPr>
        <w:t>"I am not blaming the clock."</w:t>
      </w:r>
    </w:p>
    <w:p>
      <w:pPr>
        <w:spacing w:after="60" w:line="266" w:lineRule="auto"/>
        <w:ind w:firstLine="331"/>
        <w:jc w:val="both"/>
      </w:pPr>
      <w:r>
        <w:rPr>
          <w:rFonts w:ascii="Georgia" w:hAnsi="Georgia"/>
          <w:b w:val="0"/>
          <w:i w:val="0"/>
          <w:color w:val="22201D"/>
          <w:sz w:val="20"/>
        </w:rPr>
        <w:t>The wall clock above the counter clicked once.</w:t>
      </w:r>
    </w:p>
    <w:p>
      <w:pPr>
        <w:spacing w:after="60" w:line="266" w:lineRule="auto"/>
        <w:ind w:firstLine="331"/>
        <w:jc w:val="both"/>
      </w:pPr>
      <w:r>
        <w:rPr>
          <w:rFonts w:ascii="Georgia" w:hAnsi="Georgia"/>
          <w:b w:val="0"/>
          <w:i w:val="0"/>
          <w:color w:val="22201D"/>
          <w:sz w:val="20"/>
        </w:rPr>
        <w:t>The bill added:</w:t>
      </w:r>
    </w:p>
    <w:p>
      <w:pPr>
        <w:spacing w:after="60" w:line="250" w:lineRule="auto"/>
        <w:ind w:left="202" w:right="173"/>
      </w:pPr>
      <w:r>
        <w:rPr>
          <w:rFonts w:ascii="Georgia" w:hAnsi="Georgia"/>
          <w:b w:val="0"/>
          <w:i w:val="0"/>
          <w:color w:val="22201D"/>
          <w:sz w:val="17"/>
        </w:rPr>
        <w:t>Clock included as witness.</w:t>
      </w:r>
    </w:p>
    <w:p>
      <w:pPr>
        <w:spacing w:after="60" w:line="266" w:lineRule="auto"/>
        <w:ind w:firstLine="331"/>
        <w:jc w:val="both"/>
      </w:pPr>
      <w:r>
        <w:rPr>
          <w:rFonts w:ascii="Georgia" w:hAnsi="Georgia"/>
          <w:b w:val="0"/>
          <w:i w:val="0"/>
          <w:color w:val="22201D"/>
          <w:sz w:val="20"/>
        </w:rPr>
        <w:t>"I object to the clock."</w:t>
      </w:r>
    </w:p>
    <w:p>
      <w:pPr>
        <w:spacing w:after="60" w:line="266" w:lineRule="auto"/>
        <w:ind w:firstLine="331"/>
        <w:jc w:val="both"/>
      </w:pPr>
      <w:r>
        <w:rPr>
          <w:rFonts w:ascii="Georgia" w:hAnsi="Georgia"/>
          <w:b w:val="0"/>
          <w:i w:val="0"/>
          <w:color w:val="22201D"/>
          <w:sz w:val="20"/>
        </w:rPr>
        <w:t>Mara said, "You just blamed it again."</w:t>
      </w:r>
    </w:p>
    <w:p>
      <w:pPr>
        <w:spacing w:after="60" w:line="266" w:lineRule="auto"/>
        <w:ind w:firstLine="331"/>
        <w:jc w:val="both"/>
      </w:pPr>
      <w:r>
        <w:rPr>
          <w:rFonts w:ascii="Georgia" w:hAnsi="Georgia"/>
          <w:b w:val="0"/>
          <w:i w:val="0"/>
          <w:color w:val="22201D"/>
          <w:sz w:val="20"/>
        </w:rPr>
        <w:t>Flocc folded his hands in front of him.</w:t>
      </w:r>
    </w:p>
    <w:p>
      <w:pPr>
        <w:spacing w:after="60" w:line="266" w:lineRule="auto"/>
        <w:ind w:firstLine="331"/>
        <w:jc w:val="both"/>
      </w:pPr>
      <w:r>
        <w:rPr>
          <w:rFonts w:ascii="Georgia" w:hAnsi="Georgia"/>
          <w:b w:val="0"/>
          <w:i w:val="0"/>
          <w:color w:val="22201D"/>
          <w:sz w:val="20"/>
        </w:rPr>
        <w:t>This did not make him calmer. It only organized the evidence.</w:t>
      </w:r>
    </w:p>
    <w:p>
      <w:pPr>
        <w:spacing w:after="60" w:line="266" w:lineRule="auto"/>
        <w:ind w:firstLine="331"/>
        <w:jc w:val="both"/>
      </w:pPr>
      <w:r>
        <w:rPr>
          <w:rFonts w:ascii="Georgia" w:hAnsi="Georgia"/>
          <w:b w:val="0"/>
          <w:i w:val="0"/>
          <w:color w:val="22201D"/>
          <w:sz w:val="20"/>
        </w:rPr>
        <w:t>The Hostess picked up the sleeved notice and placed it directly in front of him.</w:t>
      </w:r>
    </w:p>
    <w:p>
      <w:pPr>
        <w:spacing w:after="60" w:line="266" w:lineRule="auto"/>
        <w:ind w:firstLine="331"/>
        <w:jc w:val="both"/>
      </w:pPr>
      <w:r>
        <w:rPr>
          <w:rFonts w:ascii="Georgia" w:hAnsi="Georgia"/>
          <w:b w:val="0"/>
          <w:i w:val="0"/>
          <w:color w:val="22201D"/>
          <w:sz w:val="20"/>
        </w:rPr>
        <w:t>"You may open it."</w:t>
      </w:r>
    </w:p>
    <w:p>
      <w:pPr>
        <w:spacing w:after="60" w:line="266" w:lineRule="auto"/>
        <w:ind w:firstLine="331"/>
        <w:jc w:val="both"/>
      </w:pPr>
      <w:r>
        <w:rPr>
          <w:rFonts w:ascii="Georgia" w:hAnsi="Georgia"/>
          <w:b w:val="0"/>
          <w:i w:val="0"/>
          <w:color w:val="22201D"/>
          <w:sz w:val="20"/>
        </w:rPr>
        <w:t>"May?"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"Must?"</w:t>
      </w:r>
    </w:p>
    <w:p>
      <w:pPr>
        <w:spacing w:after="60" w:line="266" w:lineRule="auto"/>
        <w:ind w:firstLine="331"/>
        <w:jc w:val="both"/>
      </w:pPr>
      <w:r>
        <w:rPr>
          <w:rFonts w:ascii="Georgia" w:hAnsi="Georgia"/>
          <w:b w:val="0"/>
          <w:i w:val="0"/>
          <w:color w:val="22201D"/>
          <w:sz w:val="20"/>
        </w:rPr>
        <w:t>"Eventually."</w:t>
      </w:r>
    </w:p>
    <w:p>
      <w:pPr>
        <w:spacing w:after="60" w:line="266" w:lineRule="auto"/>
        <w:ind w:firstLine="331"/>
        <w:jc w:val="both"/>
      </w:pPr>
      <w:r>
        <w:rPr>
          <w:rFonts w:ascii="Georgia" w:hAnsi="Georgia"/>
          <w:b w:val="0"/>
          <w:i w:val="0"/>
          <w:color w:val="22201D"/>
          <w:sz w:val="20"/>
        </w:rPr>
        <w:t>"That is an unhelpful category."</w:t>
      </w:r>
    </w:p>
    <w:p>
      <w:pPr>
        <w:spacing w:after="60" w:line="266" w:lineRule="auto"/>
        <w:ind w:firstLine="331"/>
        <w:jc w:val="both"/>
      </w:pPr>
      <w:r>
        <w:rPr>
          <w:rFonts w:ascii="Georgia" w:hAnsi="Georgia"/>
          <w:b w:val="0"/>
          <w:i w:val="0"/>
          <w:color w:val="22201D"/>
          <w:sz w:val="20"/>
        </w:rPr>
        <w:t>"It is one of the restaurant's favorites."</w:t>
      </w:r>
    </w:p>
    <w:p>
      <w:pPr>
        <w:spacing w:after="60" w:line="266" w:lineRule="auto"/>
        <w:ind w:firstLine="331"/>
        <w:jc w:val="both"/>
      </w:pPr>
      <w:r>
        <w:rPr>
          <w:rFonts w:ascii="Georgia" w:hAnsi="Georgia"/>
          <w:b w:val="0"/>
          <w:i w:val="0"/>
          <w:color w:val="22201D"/>
          <w:sz w:val="20"/>
        </w:rPr>
        <w:t>Flocc looked at the notice.</w:t>
      </w:r>
    </w:p>
    <w:p>
      <w:pPr>
        <w:spacing w:after="60" w:line="266" w:lineRule="auto"/>
        <w:ind w:firstLine="331"/>
        <w:jc w:val="both"/>
      </w:pPr>
      <w:r>
        <w:rPr>
          <w:rFonts w:ascii="Georgia" w:hAnsi="Georgia"/>
          <w:b w:val="0"/>
          <w:i w:val="0"/>
          <w:color w:val="22201D"/>
          <w:sz w:val="20"/>
        </w:rPr>
        <w:t>The pale blue paper was printed with a heading in ordinary black type. No glow. No old language. No little bowl. No symbol in the corner that suggested a committee of extinct alphabets had been involved.</w:t>
      </w:r>
    </w:p>
    <w:p>
      <w:pPr>
        <w:spacing w:after="60" w:line="266" w:lineRule="auto"/>
        <w:ind w:firstLine="331"/>
        <w:jc w:val="both"/>
      </w:pPr>
      <w:r>
        <w:rPr>
          <w:rFonts w:ascii="Georgia" w:hAnsi="Georgia"/>
          <w:b w:val="0"/>
          <w:i w:val="0"/>
          <w:color w:val="22201D"/>
          <w:sz w:val="20"/>
        </w:rPr>
        <w:t>This made it worse too.</w:t>
      </w:r>
    </w:p>
    <w:p>
      <w:pPr>
        <w:spacing w:after="60" w:line="266" w:lineRule="auto"/>
        <w:ind w:firstLine="331"/>
        <w:jc w:val="both"/>
      </w:pPr>
      <w:r>
        <w:rPr>
          <w:rFonts w:ascii="Georgia" w:hAnsi="Georgia"/>
          <w:b w:val="0"/>
          <w:i w:val="0"/>
          <w:color w:val="22201D"/>
          <w:sz w:val="20"/>
        </w:rPr>
        <w:t>An impossible document that looked impossible invited fear in the proper uniform. An impossible document that looked ordinary made fear feel overdressed.</w:t>
      </w:r>
    </w:p>
    <w:p>
      <w:pPr>
        <w:spacing w:after="60" w:line="266" w:lineRule="auto"/>
        <w:ind w:firstLine="331"/>
        <w:jc w:val="both"/>
      </w:pPr>
      <w:r>
        <w:rPr>
          <w:rFonts w:ascii="Georgia" w:hAnsi="Georgia"/>
          <w:b w:val="0"/>
          <w:i w:val="0"/>
          <w:color w:val="22201D"/>
          <w:sz w:val="20"/>
        </w:rPr>
        <w:t>He opened the evidence sleeve.</w:t>
      </w:r>
    </w:p>
    <w:p>
      <w:pPr>
        <w:spacing w:after="60" w:line="266" w:lineRule="auto"/>
        <w:ind w:firstLine="331"/>
        <w:jc w:val="both"/>
      </w:pPr>
      <w:r>
        <w:rPr>
          <w:rFonts w:ascii="Georgia" w:hAnsi="Georgia"/>
          <w:b w:val="0"/>
          <w:i w:val="0"/>
          <w:color w:val="22201D"/>
          <w:sz w:val="20"/>
        </w:rPr>
        <w:t>Gerald had sealed it neatly. Of course he had. Gerald sealed things as if tape could participate in civilization, which perhaps it could.</w:t>
      </w:r>
    </w:p>
    <w:p>
      <w:pPr>
        <w:spacing w:after="60" w:line="266" w:lineRule="auto"/>
        <w:ind w:firstLine="331"/>
        <w:jc w:val="both"/>
      </w:pPr>
      <w:r>
        <w:rPr>
          <w:rFonts w:ascii="Georgia" w:hAnsi="Georgia"/>
          <w:b w:val="0"/>
          <w:i w:val="0"/>
          <w:color w:val="22201D"/>
          <w:sz w:val="20"/>
        </w:rPr>
        <w:t>Inside, the paper was cool.</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EMOJI SOUP REFUND NOTICE  Issued in advance of apology not yet made.</w:t>
      </w:r>
    </w:p>
    <w:p>
      <w:pPr>
        <w:spacing w:after="60" w:line="266" w:lineRule="auto"/>
        <w:ind w:firstLine="331"/>
        <w:jc w:val="both"/>
      </w:pPr>
      <w:r>
        <w:rPr>
          <w:rFonts w:ascii="Georgia" w:hAnsi="Georgia"/>
          <w:b w:val="0"/>
          <w:i w:val="0"/>
          <w:color w:val="22201D"/>
          <w:sz w:val="20"/>
        </w:rPr>
        <w:t>Below:</w:t>
      </w:r>
    </w:p>
    <w:p>
      <w:pPr>
        <w:spacing w:after="60" w:line="250" w:lineRule="auto"/>
        <w:ind w:left="202" w:right="173"/>
      </w:pPr>
      <w:r>
        <w:rPr>
          <w:rFonts w:ascii="Georgia" w:hAnsi="Georgia"/>
          <w:b w:val="0"/>
          <w:i w:val="0"/>
          <w:color w:val="22201D"/>
          <w:sz w:val="17"/>
        </w:rPr>
        <w:t>Refund recipient: pending  Refund payer: Flocc  Refund amount: one future honesty  Reason: overpayment of avoidance projected</w:t>
      </w:r>
    </w:p>
    <w:p>
      <w:pPr>
        <w:spacing w:after="60" w:line="266" w:lineRule="auto"/>
        <w:ind w:firstLine="331"/>
        <w:jc w:val="both"/>
      </w:pPr>
      <w:r>
        <w:rPr>
          <w:rFonts w:ascii="Georgia" w:hAnsi="Georgia"/>
          <w:b w:val="0"/>
          <w:i w:val="0"/>
          <w:color w:val="22201D"/>
          <w:sz w:val="20"/>
        </w:rPr>
        <w:t>Flocc read the last line twice.</w:t>
      </w:r>
    </w:p>
    <w:p>
      <w:pPr>
        <w:spacing w:after="60" w:line="266" w:lineRule="auto"/>
        <w:ind w:firstLine="331"/>
        <w:jc w:val="both"/>
      </w:pPr>
      <w:r>
        <w:rPr>
          <w:rFonts w:ascii="Georgia" w:hAnsi="Georgia"/>
          <w:b w:val="0"/>
          <w:i w:val="0"/>
          <w:color w:val="22201D"/>
          <w:sz w:val="20"/>
        </w:rPr>
        <w:t>"Overpayment of avoidance projected," he said.</w:t>
      </w:r>
    </w:p>
    <w:p>
      <w:pPr>
        <w:spacing w:after="60" w:line="266" w:lineRule="auto"/>
        <w:ind w:firstLine="331"/>
        <w:jc w:val="both"/>
      </w:pPr>
      <w:r>
        <w:rPr>
          <w:rFonts w:ascii="Georgia" w:hAnsi="Georgia"/>
          <w:b w:val="0"/>
          <w:i w:val="0"/>
          <w:color w:val="22201D"/>
          <w:sz w:val="20"/>
        </w:rPr>
        <w:t>The words sounded ridiculous when spoken aloud, but not ridiculous enough to become safe.</w:t>
      </w:r>
    </w:p>
    <w:p>
      <w:pPr>
        <w:spacing w:after="60" w:line="266" w:lineRule="auto"/>
        <w:ind w:firstLine="331"/>
        <w:jc w:val="both"/>
      </w:pPr>
      <w:r>
        <w:rPr>
          <w:rFonts w:ascii="Georgia" w:hAnsi="Georgia"/>
          <w:b w:val="0"/>
          <w:i w:val="0"/>
          <w:color w:val="22201D"/>
          <w:sz w:val="20"/>
        </w:rPr>
        <w:t>Mara leaned in.</w:t>
      </w:r>
    </w:p>
    <w:p>
      <w:pPr>
        <w:spacing w:after="60" w:line="266" w:lineRule="auto"/>
        <w:ind w:firstLine="331"/>
        <w:jc w:val="both"/>
      </w:pPr>
      <w:r>
        <w:rPr>
          <w:rFonts w:ascii="Georgia" w:hAnsi="Georgia"/>
          <w:b w:val="0"/>
          <w:i w:val="0"/>
          <w:color w:val="22201D"/>
          <w:sz w:val="20"/>
        </w:rPr>
        <w:t>"Projected means future."</w:t>
      </w:r>
    </w:p>
    <w:p>
      <w:pPr>
        <w:spacing w:after="60" w:line="266" w:lineRule="auto"/>
        <w:ind w:firstLine="331"/>
        <w:jc w:val="both"/>
      </w:pPr>
      <w:r>
        <w:rPr>
          <w:rFonts w:ascii="Georgia" w:hAnsi="Georgia"/>
          <w:b w:val="0"/>
          <w:i w:val="0"/>
          <w:color w:val="22201D"/>
          <w:sz w:val="20"/>
        </w:rPr>
        <w:t>"I know what projected means."</w:t>
      </w:r>
    </w:p>
    <w:p>
      <w:pPr>
        <w:spacing w:after="60" w:line="266" w:lineRule="auto"/>
        <w:ind w:firstLine="331"/>
        <w:jc w:val="both"/>
      </w:pPr>
      <w:r>
        <w:rPr>
          <w:rFonts w:ascii="Georgia" w:hAnsi="Georgia"/>
          <w:b w:val="0"/>
          <w:i w:val="0"/>
          <w:color w:val="22201D"/>
          <w:sz w:val="20"/>
        </w:rPr>
        <w:t>"You looked like you wanted to fight it."</w:t>
      </w:r>
    </w:p>
    <w:p>
      <w:pPr>
        <w:spacing w:after="60" w:line="266" w:lineRule="auto"/>
        <w:ind w:firstLine="331"/>
        <w:jc w:val="both"/>
      </w:pPr>
      <w:r>
        <w:rPr>
          <w:rFonts w:ascii="Georgia" w:hAnsi="Georgia"/>
          <w:b w:val="0"/>
          <w:i w:val="0"/>
          <w:color w:val="22201D"/>
          <w:sz w:val="20"/>
        </w:rPr>
        <w:t>"Knowing what a word means does not prevent me from resenting its accuracy."</w:t>
      </w:r>
    </w:p>
    <w:p>
      <w:pPr>
        <w:spacing w:after="60" w:line="266" w:lineRule="auto"/>
        <w:ind w:firstLine="331"/>
        <w:jc w:val="both"/>
      </w:pPr>
      <w:r>
        <w:rPr>
          <w:rFonts w:ascii="Georgia" w:hAnsi="Georgia"/>
          <w:b w:val="0"/>
          <w:i w:val="0"/>
          <w:color w:val="22201D"/>
          <w:sz w:val="20"/>
        </w:rPr>
        <w:t>The refund notice printed:</w:t>
      </w:r>
    </w:p>
    <w:p>
      <w:pPr>
        <w:spacing w:after="60" w:line="250" w:lineRule="auto"/>
        <w:ind w:left="202" w:right="173"/>
      </w:pPr>
      <w:r>
        <w:rPr>
          <w:rFonts w:ascii="Georgia" w:hAnsi="Georgia"/>
          <w:b w:val="0"/>
          <w:i w:val="0"/>
          <w:color w:val="22201D"/>
          <w:sz w:val="17"/>
        </w:rPr>
        <w:t>Accuracy resented. Noted.</w:t>
      </w:r>
    </w:p>
    <w:p>
      <w:pPr>
        <w:spacing w:after="60" w:line="266" w:lineRule="auto"/>
        <w:ind w:firstLine="331"/>
        <w:jc w:val="both"/>
      </w:pPr>
      <w:r>
        <w:rPr>
          <w:rFonts w:ascii="Georgia" w:hAnsi="Georgia"/>
          <w:b w:val="0"/>
          <w:i w:val="0"/>
          <w:color w:val="22201D"/>
          <w:sz w:val="20"/>
        </w:rPr>
        <w:t>Flocc set it down.</w:t>
      </w:r>
    </w:p>
    <w:p>
      <w:pPr>
        <w:spacing w:after="60" w:line="266" w:lineRule="auto"/>
        <w:ind w:firstLine="331"/>
        <w:jc w:val="both"/>
      </w:pPr>
      <w:r>
        <w:rPr>
          <w:rFonts w:ascii="Georgia" w:hAnsi="Georgia"/>
          <w:b w:val="0"/>
          <w:i w:val="0"/>
          <w:color w:val="22201D"/>
          <w:sz w:val="20"/>
        </w:rPr>
        <w:t>"I dislike conversational paperwork."</w:t>
      </w:r>
    </w:p>
    <w:p>
      <w:pPr>
        <w:spacing w:after="60" w:line="266" w:lineRule="auto"/>
        <w:ind w:firstLine="331"/>
        <w:jc w:val="both"/>
      </w:pPr>
      <w:r>
        <w:rPr>
          <w:rFonts w:ascii="Georgia" w:hAnsi="Georgia"/>
          <w:b w:val="0"/>
          <w:i w:val="0"/>
          <w:color w:val="22201D"/>
          <w:sz w:val="20"/>
        </w:rPr>
        <w:t>"The feeling is mutual," the notice printed.</w:t>
      </w:r>
    </w:p>
    <w:p>
      <w:pPr>
        <w:spacing w:after="60" w:line="266" w:lineRule="auto"/>
        <w:ind w:firstLine="331"/>
        <w:jc w:val="both"/>
      </w:pPr>
      <w:r>
        <w:rPr>
          <w:rFonts w:ascii="Georgia" w:hAnsi="Georgia"/>
          <w:b w:val="0"/>
          <w:i w:val="0"/>
          <w:color w:val="22201D"/>
          <w:sz w:val="20"/>
        </w:rPr>
        <w:t>Mara laughed.</w:t>
      </w:r>
    </w:p>
    <w:p>
      <w:pPr>
        <w:spacing w:after="60" w:line="266" w:lineRule="auto"/>
        <w:ind w:firstLine="331"/>
        <w:jc w:val="both"/>
      </w:pPr>
      <w:r>
        <w:rPr>
          <w:rFonts w:ascii="Georgia" w:hAnsi="Georgia"/>
          <w:b w:val="0"/>
          <w:i w:val="0"/>
          <w:color w:val="22201D"/>
          <w:sz w:val="20"/>
        </w:rPr>
        <w:t>It was smaller than her earlier laugh. Softer. Not because the moment had become less funny, but because it had become more real and she knew enough not to spend the whole thing at once.</w:t>
      </w:r>
    </w:p>
    <w:p>
      <w:pPr>
        <w:spacing w:after="60" w:line="266" w:lineRule="auto"/>
        <w:ind w:firstLine="331"/>
        <w:jc w:val="both"/>
      </w:pPr>
      <w:r>
        <w:rPr>
          <w:rFonts w:ascii="Georgia" w:hAnsi="Georgia"/>
          <w:b w:val="0"/>
          <w:i w:val="0"/>
          <w:color w:val="22201D"/>
          <w:sz w:val="20"/>
        </w:rPr>
        <w:t>The Hostess brought water.</w:t>
      </w:r>
    </w:p>
    <w:p>
      <w:pPr>
        <w:spacing w:after="60" w:line="266" w:lineRule="auto"/>
        <w:ind w:firstLine="331"/>
        <w:jc w:val="both"/>
      </w:pPr>
      <w:r>
        <w:rPr>
          <w:rFonts w:ascii="Georgia" w:hAnsi="Georgia"/>
          <w:b w:val="0"/>
          <w:i w:val="0"/>
          <w:color w:val="22201D"/>
          <w:sz w:val="20"/>
        </w:rPr>
        <w:t>Not tea. Not soup. Water.</w:t>
      </w:r>
    </w:p>
    <w:p>
      <w:pPr>
        <w:spacing w:after="60" w:line="266" w:lineRule="auto"/>
        <w:ind w:firstLine="331"/>
        <w:jc w:val="both"/>
      </w:pPr>
      <w:r>
        <w:rPr>
          <w:rFonts w:ascii="Georgia" w:hAnsi="Georgia"/>
          <w:b w:val="0"/>
          <w:i w:val="0"/>
          <w:color w:val="22201D"/>
          <w:sz w:val="20"/>
        </w:rPr>
        <w:t>Three glasses: one for Flocc, one for Mara, one for the empty place at the table where the notice seemed to think a future person might sit.</w:t>
      </w:r>
    </w:p>
    <w:p>
      <w:pPr>
        <w:spacing w:after="60" w:line="266" w:lineRule="auto"/>
        <w:ind w:firstLine="331"/>
        <w:jc w:val="both"/>
      </w:pPr>
      <w:r>
        <w:rPr>
          <w:rFonts w:ascii="Georgia" w:hAnsi="Georgia"/>
          <w:b w:val="0"/>
          <w:i w:val="0"/>
          <w:color w:val="22201D"/>
          <w:sz w:val="20"/>
        </w:rPr>
        <w:t>Flocc looked at the third glass.</w:t>
      </w:r>
    </w:p>
    <w:p>
      <w:pPr>
        <w:spacing w:after="60" w:line="266" w:lineRule="auto"/>
        <w:ind w:firstLine="331"/>
        <w:jc w:val="both"/>
      </w:pPr>
      <w:r>
        <w:rPr>
          <w:rFonts w:ascii="Georgia" w:hAnsi="Georgia"/>
          <w:b w:val="0"/>
          <w:i w:val="0"/>
          <w:color w:val="22201D"/>
          <w:sz w:val="20"/>
        </w:rPr>
        <w:t>"Who is that for?"</w:t>
      </w:r>
    </w:p>
    <w:p>
      <w:pPr>
        <w:spacing w:after="60" w:line="266" w:lineRule="auto"/>
        <w:ind w:firstLine="331"/>
        <w:jc w:val="both"/>
      </w:pPr>
      <w:r>
        <w:rPr>
          <w:rFonts w:ascii="Georgia" w:hAnsi="Georgia"/>
          <w:b w:val="0"/>
          <w:i w:val="0"/>
          <w:color w:val="22201D"/>
          <w:sz w:val="20"/>
        </w:rPr>
        <w:t>"The recipient," said the Hostess.</w:t>
      </w:r>
    </w:p>
    <w:p>
      <w:pPr>
        <w:spacing w:after="60" w:line="266" w:lineRule="auto"/>
        <w:ind w:firstLine="331"/>
        <w:jc w:val="both"/>
      </w:pPr>
      <w:r>
        <w:rPr>
          <w:rFonts w:ascii="Georgia" w:hAnsi="Georgia"/>
          <w:b w:val="0"/>
          <w:i w:val="0"/>
          <w:color w:val="22201D"/>
          <w:sz w:val="20"/>
        </w:rPr>
        <w:t>"It says pending."</w:t>
      </w:r>
    </w:p>
    <w:p>
      <w:pPr>
        <w:spacing w:after="60" w:line="266" w:lineRule="auto"/>
        <w:ind w:firstLine="331"/>
        <w:jc w:val="both"/>
      </w:pPr>
      <w:r>
        <w:rPr>
          <w:rFonts w:ascii="Georgia" w:hAnsi="Georgia"/>
          <w:b w:val="0"/>
          <w:i w:val="0"/>
          <w:color w:val="22201D"/>
          <w:sz w:val="20"/>
        </w:rPr>
        <w:t>"Most people are pending until called."</w:t>
      </w:r>
    </w:p>
    <w:p>
      <w:pPr>
        <w:spacing w:after="60" w:line="266" w:lineRule="auto"/>
        <w:ind w:firstLine="331"/>
        <w:jc w:val="both"/>
      </w:pPr>
      <w:r>
        <w:rPr>
          <w:rFonts w:ascii="Georgia" w:hAnsi="Georgia"/>
          <w:b w:val="0"/>
          <w:i w:val="0"/>
          <w:color w:val="22201D"/>
          <w:sz w:val="20"/>
        </w:rPr>
        <w:t>The word called settled into the room.</w:t>
      </w:r>
    </w:p>
    <w:p>
      <w:pPr>
        <w:spacing w:after="60" w:line="266" w:lineRule="auto"/>
        <w:ind w:firstLine="331"/>
        <w:jc w:val="both"/>
      </w:pPr>
      <w:r>
        <w:rPr>
          <w:rFonts w:ascii="Georgia" w:hAnsi="Georgia"/>
          <w:b w:val="0"/>
          <w:i w:val="0"/>
          <w:color w:val="22201D"/>
          <w:sz w:val="20"/>
        </w:rPr>
        <w:t>It did not land heavily.</w:t>
      </w:r>
    </w:p>
    <w:p>
      <w:pPr>
        <w:spacing w:after="60" w:line="266" w:lineRule="auto"/>
        <w:ind w:firstLine="331"/>
        <w:jc w:val="both"/>
      </w:pPr>
      <w:r>
        <w:rPr>
          <w:rFonts w:ascii="Georgia" w:hAnsi="Georgia"/>
          <w:b w:val="0"/>
          <w:i w:val="0"/>
          <w:color w:val="22201D"/>
          <w:sz w:val="20"/>
        </w:rPr>
        <w:t>It landed accurately, which was worse.</w:t>
      </w:r>
    </w:p>
    <w:p>
      <w:pPr>
        <w:spacing w:after="60" w:line="266" w:lineRule="auto"/>
        <w:ind w:firstLine="331"/>
        <w:jc w:val="both"/>
      </w:pPr>
      <w:r>
        <w:rPr>
          <w:rFonts w:ascii="Georgia" w:hAnsi="Georgia"/>
          <w:b w:val="0"/>
          <w:i w:val="0"/>
          <w:color w:val="22201D"/>
          <w:sz w:val="20"/>
        </w:rPr>
        <w:t>Flocc knew who the refund was for before the notice printed the name.</w:t>
      </w:r>
    </w:p>
    <w:p>
      <w:pPr>
        <w:spacing w:after="60" w:line="266" w:lineRule="auto"/>
        <w:ind w:firstLine="331"/>
        <w:jc w:val="both"/>
      </w:pPr>
      <w:r>
        <w:rPr>
          <w:rFonts w:ascii="Georgia" w:hAnsi="Georgia"/>
          <w:b w:val="0"/>
          <w:i w:val="0"/>
          <w:color w:val="22201D"/>
          <w:sz w:val="20"/>
        </w:rPr>
        <w:t>This was one of the cruelties of accurate documents: they rarely told a person anything he did not know. They removed the last administrative excuse for pretending he did not know it.</w:t>
      </w:r>
    </w:p>
    <w:p>
      <w:pPr>
        <w:spacing w:after="60" w:line="266" w:lineRule="auto"/>
        <w:ind w:firstLine="331"/>
        <w:jc w:val="both"/>
      </w:pPr>
      <w:r>
        <w:rPr>
          <w:rFonts w:ascii="Georgia" w:hAnsi="Georgia"/>
          <w:b w:val="0"/>
          <w:i w:val="0"/>
          <w:color w:val="22201D"/>
          <w:sz w:val="20"/>
        </w:rPr>
        <w:t>The notice changed.</w:t>
      </w:r>
    </w:p>
    <w:p>
      <w:pPr>
        <w:spacing w:after="60" w:line="250" w:lineRule="auto"/>
        <w:ind w:left="202" w:right="173"/>
      </w:pPr>
      <w:r>
        <w:rPr>
          <w:rFonts w:ascii="Georgia" w:hAnsi="Georgia"/>
          <w:b w:val="0"/>
          <w:i w:val="0"/>
          <w:color w:val="22201D"/>
          <w:sz w:val="17"/>
        </w:rPr>
        <w:t>Refund recipient: Elliot M.</w:t>
      </w:r>
    </w:p>
    <w:p>
      <w:pPr>
        <w:spacing w:after="60" w:line="266" w:lineRule="auto"/>
        <w:ind w:firstLine="331"/>
        <w:jc w:val="both"/>
      </w:pPr>
      <w:r>
        <w:rPr>
          <w:rFonts w:ascii="Georgia" w:hAnsi="Georgia"/>
          <w:b w:val="0"/>
          <w:i w:val="0"/>
          <w:color w:val="22201D"/>
          <w:sz w:val="20"/>
        </w:rPr>
        <w:t>Mara did not ask who Elliot was.</w:t>
      </w:r>
    </w:p>
    <w:p>
      <w:pPr>
        <w:spacing w:after="60" w:line="266" w:lineRule="auto"/>
        <w:ind w:firstLine="331"/>
        <w:jc w:val="both"/>
      </w:pPr>
      <w:r>
        <w:rPr>
          <w:rFonts w:ascii="Georgia" w:hAnsi="Georgia"/>
          <w:b w:val="0"/>
          <w:i w:val="0"/>
          <w:color w:val="22201D"/>
          <w:sz w:val="20"/>
        </w:rPr>
        <w:t>This was one of the kindnesses that made her dangerous.</w:t>
      </w:r>
    </w:p>
    <w:p>
      <w:pPr>
        <w:spacing w:after="60" w:line="266" w:lineRule="auto"/>
        <w:ind w:firstLine="331"/>
        <w:jc w:val="both"/>
      </w:pPr>
      <w:r>
        <w:rPr>
          <w:rFonts w:ascii="Georgia" w:hAnsi="Georgia"/>
          <w:b w:val="0"/>
          <w:i w:val="0"/>
          <w:color w:val="22201D"/>
          <w:sz w:val="20"/>
        </w:rPr>
        <w:t>The bill did not print anything.</w:t>
      </w:r>
    </w:p>
    <w:p>
      <w:pPr>
        <w:spacing w:after="60" w:line="266" w:lineRule="auto"/>
        <w:ind w:firstLine="331"/>
        <w:jc w:val="both"/>
      </w:pPr>
      <w:r>
        <w:rPr>
          <w:rFonts w:ascii="Georgia" w:hAnsi="Georgia"/>
          <w:b w:val="0"/>
          <w:i w:val="0"/>
          <w:color w:val="22201D"/>
          <w:sz w:val="20"/>
        </w:rPr>
        <w:t>This was one of the kindnesses that made the bill worse.</w:t>
      </w:r>
    </w:p>
    <w:p>
      <w:pPr>
        <w:spacing w:after="60" w:line="266" w:lineRule="auto"/>
        <w:ind w:firstLine="331"/>
        <w:jc w:val="both"/>
      </w:pPr>
      <w:r>
        <w:rPr>
          <w:rFonts w:ascii="Georgia" w:hAnsi="Georgia"/>
          <w:b w:val="0"/>
          <w:i w:val="0"/>
          <w:color w:val="22201D"/>
          <w:sz w:val="20"/>
        </w:rPr>
        <w:t>Flocc looked at the name.</w:t>
      </w:r>
    </w:p>
    <w:p>
      <w:pPr>
        <w:spacing w:after="60" w:line="266" w:lineRule="auto"/>
        <w:ind w:firstLine="331"/>
        <w:jc w:val="both"/>
      </w:pPr>
      <w:r>
        <w:rPr>
          <w:rFonts w:ascii="Georgia" w:hAnsi="Georgia"/>
          <w:b w:val="0"/>
          <w:i w:val="0"/>
          <w:color w:val="22201D"/>
          <w:sz w:val="20"/>
        </w:rPr>
        <w:t>Elliot M.</w:t>
      </w:r>
    </w:p>
    <w:p>
      <w:pPr>
        <w:spacing w:after="60" w:line="266" w:lineRule="auto"/>
        <w:ind w:firstLine="331"/>
        <w:jc w:val="both"/>
      </w:pPr>
      <w:r>
        <w:rPr>
          <w:rFonts w:ascii="Georgia" w:hAnsi="Georgia"/>
          <w:b w:val="0"/>
          <w:i w:val="0"/>
          <w:color w:val="22201D"/>
          <w:sz w:val="20"/>
        </w:rPr>
        <w:t>The M was unnecessary. There had only ever been one Elliot who mattered in that particular stored room of his life, though there had been other Elliots in offices, emails, appointment reminders, online forms, and one disastrous group project in college involving a slideshow, three missing citations, and a shared belief that facts would arrange themselves out of pity.</w:t>
      </w:r>
    </w:p>
    <w:p>
      <w:pPr>
        <w:spacing w:after="60" w:line="266" w:lineRule="auto"/>
        <w:ind w:firstLine="331"/>
        <w:jc w:val="both"/>
      </w:pPr>
      <w:r>
        <w:rPr>
          <w:rFonts w:ascii="Georgia" w:hAnsi="Georgia"/>
          <w:b w:val="0"/>
          <w:i w:val="0"/>
          <w:color w:val="22201D"/>
          <w:sz w:val="20"/>
        </w:rPr>
        <w:t>This Elliot did not belong to those categories.</w:t>
      </w:r>
    </w:p>
    <w:p>
      <w:pPr>
        <w:spacing w:after="60" w:line="266" w:lineRule="auto"/>
        <w:ind w:firstLine="331"/>
        <w:jc w:val="both"/>
      </w:pPr>
      <w:r>
        <w:rPr>
          <w:rFonts w:ascii="Georgia" w:hAnsi="Georgia"/>
          <w:b w:val="0"/>
          <w:i w:val="0"/>
          <w:color w:val="22201D"/>
          <w:sz w:val="20"/>
        </w:rPr>
        <w:t>This Elliot had been his friend before friendship became something Flocc treated as a subscription that renewed automatically unless someone sent cancellation language in writing.</w:t>
      </w:r>
    </w:p>
    <w:p>
      <w:pPr>
        <w:spacing w:after="60" w:line="266" w:lineRule="auto"/>
        <w:ind w:firstLine="331"/>
        <w:jc w:val="both"/>
      </w:pPr>
      <w:r>
        <w:rPr>
          <w:rFonts w:ascii="Georgia" w:hAnsi="Georgia"/>
          <w:b w:val="0"/>
          <w:i w:val="0"/>
          <w:color w:val="22201D"/>
          <w:sz w:val="20"/>
        </w:rPr>
        <w:t>Elliot had been the person who called when Flocc's father went into the hospital the second time.</w:t>
      </w:r>
    </w:p>
    <w:p>
      <w:pPr>
        <w:spacing w:after="60" w:line="266" w:lineRule="auto"/>
        <w:ind w:firstLine="331"/>
        <w:jc w:val="both"/>
      </w:pPr>
      <w:r>
        <w:rPr>
          <w:rFonts w:ascii="Georgia" w:hAnsi="Georgia"/>
          <w:b w:val="0"/>
          <w:i w:val="0"/>
          <w:color w:val="22201D"/>
          <w:sz w:val="20"/>
        </w:rPr>
        <w:t>Not the first time, when everyone called because fear was fresh and socially coordinated.</w:t>
      </w:r>
    </w:p>
    <w:p>
      <w:pPr>
        <w:spacing w:after="60" w:line="266" w:lineRule="auto"/>
        <w:ind w:firstLine="331"/>
        <w:jc w:val="both"/>
      </w:pPr>
      <w:r>
        <w:rPr>
          <w:rFonts w:ascii="Georgia" w:hAnsi="Georgia"/>
          <w:b w:val="0"/>
          <w:i w:val="0"/>
          <w:color w:val="22201D"/>
          <w:sz w:val="20"/>
        </w:rPr>
        <w:t>The second time.</w:t>
      </w:r>
    </w:p>
    <w:p>
      <w:pPr>
        <w:spacing w:after="60" w:line="266" w:lineRule="auto"/>
        <w:ind w:firstLine="331"/>
        <w:jc w:val="both"/>
      </w:pPr>
      <w:r>
        <w:rPr>
          <w:rFonts w:ascii="Georgia" w:hAnsi="Georgia"/>
          <w:b w:val="0"/>
          <w:i w:val="0"/>
          <w:color w:val="22201D"/>
          <w:sz w:val="20"/>
        </w:rPr>
        <w:t>The second time was when people began to understand that illness could become a schedule. The second time was when casseroles became less frequent, when texts became shorter, when concern began to compete with ordinary life and ordinary life, being ordinary, had better stamina.</w:t>
      </w:r>
    </w:p>
    <w:p>
      <w:pPr>
        <w:spacing w:after="60" w:line="266" w:lineRule="auto"/>
        <w:ind w:firstLine="331"/>
        <w:jc w:val="both"/>
      </w:pPr>
      <w:r>
        <w:rPr>
          <w:rFonts w:ascii="Georgia" w:hAnsi="Georgia"/>
          <w:b w:val="0"/>
          <w:i w:val="0"/>
          <w:color w:val="22201D"/>
          <w:sz w:val="20"/>
        </w:rPr>
        <w:t>Elliot called then.</w:t>
      </w:r>
    </w:p>
    <w:p>
      <w:pPr>
        <w:spacing w:after="60" w:line="266" w:lineRule="auto"/>
        <w:ind w:firstLine="331"/>
        <w:jc w:val="both"/>
      </w:pPr>
      <w:r>
        <w:rPr>
          <w:rFonts w:ascii="Georgia" w:hAnsi="Georgia"/>
          <w:b w:val="0"/>
          <w:i w:val="0"/>
          <w:color w:val="22201D"/>
          <w:sz w:val="20"/>
        </w:rPr>
        <w:t>Often.</w:t>
      </w:r>
    </w:p>
    <w:p>
      <w:pPr>
        <w:spacing w:after="60" w:line="266" w:lineRule="auto"/>
        <w:ind w:firstLine="331"/>
        <w:jc w:val="both"/>
      </w:pPr>
      <w:r>
        <w:rPr>
          <w:rFonts w:ascii="Georgia" w:hAnsi="Georgia"/>
          <w:b w:val="0"/>
          <w:i w:val="0"/>
          <w:color w:val="22201D"/>
          <w:sz w:val="20"/>
        </w:rPr>
        <w:t>Not with speeches. Not with advice. Elliot had never trusted advice from people who were not currently holding tools. He called and said things like:</w:t>
      </w:r>
    </w:p>
    <w:p>
      <w:pPr>
        <w:spacing w:after="60" w:line="250" w:lineRule="auto"/>
        <w:ind w:left="202" w:right="173"/>
      </w:pPr>
      <w:r>
        <w:rPr>
          <w:rFonts w:ascii="Georgia" w:hAnsi="Georgia"/>
          <w:b w:val="0"/>
          <w:i w:val="0"/>
          <w:color w:val="22201D"/>
          <w:sz w:val="17"/>
        </w:rPr>
        <w:t>You eat yet?</w:t>
      </w:r>
    </w:p>
    <w:p>
      <w:pPr>
        <w:spacing w:after="60" w:line="266" w:lineRule="auto"/>
        <w:ind w:firstLine="331"/>
        <w:jc w:val="both"/>
      </w:pPr>
      <w:r>
        <w:rPr>
          <w:rFonts w:ascii="Georgia" w:hAnsi="Georgia"/>
          <w:b w:val="0"/>
          <w:i w:val="0"/>
          <w:color w:val="22201D"/>
          <w:sz w:val="20"/>
        </w:rPr>
        <w:t>or:</w:t>
      </w:r>
    </w:p>
    <w:p>
      <w:pPr>
        <w:spacing w:after="60" w:line="250" w:lineRule="auto"/>
        <w:ind w:left="202" w:right="173"/>
      </w:pPr>
      <w:r>
        <w:rPr>
          <w:rFonts w:ascii="Georgia" w:hAnsi="Georgia"/>
          <w:b w:val="0"/>
          <w:i w:val="0"/>
          <w:color w:val="22201D"/>
          <w:sz w:val="17"/>
        </w:rPr>
        <w:t>I am at the store. Name a thing.</w:t>
      </w:r>
    </w:p>
    <w:p>
      <w:pPr>
        <w:spacing w:after="60" w:line="266" w:lineRule="auto"/>
        <w:ind w:firstLine="331"/>
        <w:jc w:val="both"/>
      </w:pPr>
      <w:r>
        <w:rPr>
          <w:rFonts w:ascii="Georgia" w:hAnsi="Georgia"/>
          <w:b w:val="0"/>
          <w:i w:val="0"/>
          <w:color w:val="22201D"/>
          <w:sz w:val="20"/>
        </w:rPr>
        <w:t>or:</w:t>
      </w:r>
    </w:p>
    <w:p>
      <w:pPr>
        <w:spacing w:after="60" w:line="250" w:lineRule="auto"/>
        <w:ind w:left="202" w:right="173"/>
      </w:pPr>
      <w:r>
        <w:rPr>
          <w:rFonts w:ascii="Georgia" w:hAnsi="Georgia"/>
          <w:b w:val="0"/>
          <w:i w:val="0"/>
          <w:color w:val="22201D"/>
          <w:sz w:val="17"/>
        </w:rPr>
        <w:t>Your car sounds bad. Do not make a spiritual point out of ignoring it.</w:t>
      </w:r>
    </w:p>
    <w:p>
      <w:pPr>
        <w:spacing w:after="60" w:line="266" w:lineRule="auto"/>
        <w:ind w:firstLine="331"/>
        <w:jc w:val="both"/>
      </w:pPr>
      <w:r>
        <w:rPr>
          <w:rFonts w:ascii="Georgia" w:hAnsi="Georgia"/>
          <w:b w:val="0"/>
          <w:i w:val="0"/>
          <w:color w:val="22201D"/>
          <w:sz w:val="20"/>
        </w:rPr>
        <w:t>Flocc had loved him for this in the quiet, privately acknowledged way that allowed Flocc to benefit from love without becoming answerable to it.</w:t>
      </w:r>
    </w:p>
    <w:p>
      <w:pPr>
        <w:spacing w:after="60" w:line="266" w:lineRule="auto"/>
        <w:ind w:firstLine="331"/>
        <w:jc w:val="both"/>
      </w:pPr>
      <w:r>
        <w:rPr>
          <w:rFonts w:ascii="Georgia" w:hAnsi="Georgia"/>
          <w:b w:val="0"/>
          <w:i w:val="0"/>
          <w:color w:val="22201D"/>
          <w:sz w:val="20"/>
        </w:rPr>
        <w:t>Then Elliot needed something.</w:t>
      </w:r>
    </w:p>
    <w:p>
      <w:pPr>
        <w:spacing w:after="60" w:line="266" w:lineRule="auto"/>
        <w:ind w:firstLine="331"/>
        <w:jc w:val="both"/>
      </w:pPr>
      <w:r>
        <w:rPr>
          <w:rFonts w:ascii="Georgia" w:hAnsi="Georgia"/>
          <w:b w:val="0"/>
          <w:i w:val="0"/>
          <w:color w:val="22201D"/>
          <w:sz w:val="20"/>
        </w:rPr>
        <w:t>Not much.</w:t>
      </w:r>
    </w:p>
    <w:p>
      <w:pPr>
        <w:spacing w:after="60" w:line="266" w:lineRule="auto"/>
        <w:ind w:firstLine="331"/>
        <w:jc w:val="both"/>
      </w:pPr>
      <w:r>
        <w:rPr>
          <w:rFonts w:ascii="Georgia" w:hAnsi="Georgia"/>
          <w:b w:val="0"/>
          <w:i w:val="0"/>
          <w:color w:val="22201D"/>
          <w:sz w:val="20"/>
        </w:rPr>
        <w:t>That was the part that made the memory hard to look at. If Elliot had needed something huge, Flocc could have failed grandly and built a story around the scale of the demand. Catastrophe allowed architecture. A small need left less room for excuses.</w:t>
      </w:r>
    </w:p>
    <w:p>
      <w:pPr>
        <w:spacing w:after="60" w:line="266" w:lineRule="auto"/>
        <w:ind w:firstLine="331"/>
        <w:jc w:val="both"/>
      </w:pPr>
      <w:r>
        <w:rPr>
          <w:rFonts w:ascii="Georgia" w:hAnsi="Georgia"/>
          <w:b w:val="0"/>
          <w:i w:val="0"/>
          <w:color w:val="22201D"/>
          <w:sz w:val="20"/>
        </w:rPr>
        <w:t>Elliot had called after a doctor's appointment of his own.</w:t>
      </w:r>
    </w:p>
    <w:p>
      <w:pPr>
        <w:spacing w:after="60" w:line="266" w:lineRule="auto"/>
        <w:ind w:firstLine="331"/>
        <w:jc w:val="both"/>
      </w:pPr>
      <w:r>
        <w:rPr>
          <w:rFonts w:ascii="Georgia" w:hAnsi="Georgia"/>
          <w:b w:val="0"/>
          <w:i w:val="0"/>
          <w:color w:val="22201D"/>
          <w:sz w:val="20"/>
        </w:rPr>
        <w:t>Not cancer. Not a dramatic diagnosis. Not a thing that would have made people organize meals or change profile pictures or learn new vocabulary.</w:t>
      </w:r>
    </w:p>
    <w:p>
      <w:pPr>
        <w:spacing w:after="60" w:line="266" w:lineRule="auto"/>
        <w:ind w:firstLine="331"/>
        <w:jc w:val="both"/>
      </w:pPr>
      <w:r>
        <w:rPr>
          <w:rFonts w:ascii="Georgia" w:hAnsi="Georgia"/>
          <w:b w:val="0"/>
          <w:i w:val="0"/>
          <w:color w:val="22201D"/>
          <w:sz w:val="20"/>
        </w:rPr>
        <w:t>Just a warning.</w:t>
      </w:r>
    </w:p>
    <w:p>
      <w:pPr>
        <w:spacing w:after="60" w:line="266" w:lineRule="auto"/>
        <w:ind w:firstLine="331"/>
        <w:jc w:val="both"/>
      </w:pPr>
      <w:r>
        <w:rPr>
          <w:rFonts w:ascii="Georgia" w:hAnsi="Georgia"/>
          <w:b w:val="0"/>
          <w:i w:val="0"/>
          <w:color w:val="22201D"/>
          <w:sz w:val="20"/>
        </w:rPr>
        <w:t>Blood pressure. Kidney numbers. The physician's careful voice. The strange shame of being told one's body had been keeping minutes and would now like them read aloud.</w:t>
      </w:r>
    </w:p>
    <w:p>
      <w:pPr>
        <w:spacing w:after="60" w:line="266" w:lineRule="auto"/>
        <w:ind w:firstLine="331"/>
        <w:jc w:val="both"/>
      </w:pPr>
      <w:r>
        <w:rPr>
          <w:rFonts w:ascii="Georgia" w:hAnsi="Georgia"/>
          <w:b w:val="0"/>
          <w:i w:val="0"/>
          <w:color w:val="22201D"/>
          <w:sz w:val="20"/>
        </w:rPr>
        <w:t>Elliot had asked if Flocc could come over.</w:t>
      </w:r>
    </w:p>
    <w:p>
      <w:pPr>
        <w:spacing w:after="60" w:line="266" w:lineRule="auto"/>
        <w:ind w:firstLine="331"/>
        <w:jc w:val="both"/>
      </w:pPr>
      <w:r>
        <w:rPr>
          <w:rFonts w:ascii="Georgia" w:hAnsi="Georgia"/>
          <w:b w:val="0"/>
          <w:i w:val="0"/>
          <w:color w:val="22201D"/>
          <w:sz w:val="20"/>
        </w:rPr>
        <w:t>Not to fix anything.</w:t>
      </w:r>
    </w:p>
    <w:p>
      <w:pPr>
        <w:spacing w:after="60" w:line="266" w:lineRule="auto"/>
        <w:ind w:firstLine="331"/>
        <w:jc w:val="both"/>
      </w:pPr>
      <w:r>
        <w:rPr>
          <w:rFonts w:ascii="Georgia" w:hAnsi="Georgia"/>
          <w:b w:val="0"/>
          <w:i w:val="0"/>
          <w:color w:val="22201D"/>
          <w:sz w:val="20"/>
        </w:rPr>
        <w:t>Just come over.</w:t>
      </w:r>
    </w:p>
    <w:p>
      <w:pPr>
        <w:spacing w:after="60" w:line="266" w:lineRule="auto"/>
        <w:ind w:firstLine="331"/>
        <w:jc w:val="both"/>
      </w:pPr>
      <w:r>
        <w:rPr>
          <w:rFonts w:ascii="Georgia" w:hAnsi="Georgia"/>
          <w:b w:val="0"/>
          <w:i w:val="0"/>
          <w:color w:val="22201D"/>
          <w:sz w:val="20"/>
        </w:rPr>
        <w:t>Flocc had said yes.</w:t>
      </w:r>
    </w:p>
    <w:p>
      <w:pPr>
        <w:spacing w:after="60" w:line="266" w:lineRule="auto"/>
        <w:ind w:firstLine="331"/>
        <w:jc w:val="both"/>
      </w:pPr>
      <w:r>
        <w:rPr>
          <w:rFonts w:ascii="Georgia" w:hAnsi="Georgia"/>
          <w:b w:val="0"/>
          <w:i w:val="0"/>
          <w:color w:val="22201D"/>
          <w:sz w:val="20"/>
        </w:rPr>
        <w:t>Then he had not gone.</w:t>
      </w:r>
    </w:p>
    <w:p>
      <w:pPr>
        <w:spacing w:after="60" w:line="266" w:lineRule="auto"/>
        <w:ind w:firstLine="331"/>
        <w:jc w:val="both"/>
      </w:pPr>
      <w:r>
        <w:rPr>
          <w:rFonts w:ascii="Georgia" w:hAnsi="Georgia"/>
          <w:b w:val="0"/>
          <w:i w:val="0"/>
          <w:color w:val="22201D"/>
          <w:sz w:val="20"/>
        </w:rPr>
        <w:t>He had a reason.</w:t>
      </w:r>
    </w:p>
    <w:p>
      <w:pPr>
        <w:spacing w:after="60" w:line="266" w:lineRule="auto"/>
        <w:ind w:firstLine="331"/>
        <w:jc w:val="both"/>
      </w:pPr>
      <w:r>
        <w:rPr>
          <w:rFonts w:ascii="Georgia" w:hAnsi="Georgia"/>
          <w:b w:val="0"/>
          <w:i w:val="0"/>
          <w:color w:val="22201D"/>
          <w:sz w:val="20"/>
        </w:rPr>
        <w:t>Several reasons, actually, all of which had seemed sufficient at the time because reasons are most convincing before they are placed next to what they cost.</w:t>
      </w:r>
    </w:p>
    <w:p>
      <w:pPr>
        <w:spacing w:after="60" w:line="266" w:lineRule="auto"/>
        <w:ind w:firstLine="331"/>
        <w:jc w:val="both"/>
      </w:pPr>
      <w:r>
        <w:rPr>
          <w:rFonts w:ascii="Georgia" w:hAnsi="Georgia"/>
          <w:b w:val="0"/>
          <w:i w:val="0"/>
          <w:color w:val="22201D"/>
          <w:sz w:val="20"/>
        </w:rPr>
        <w:t>He had been tired.</w:t>
      </w:r>
    </w:p>
    <w:p>
      <w:pPr>
        <w:spacing w:after="60" w:line="266" w:lineRule="auto"/>
        <w:ind w:firstLine="331"/>
        <w:jc w:val="both"/>
      </w:pPr>
      <w:r>
        <w:rPr>
          <w:rFonts w:ascii="Georgia" w:hAnsi="Georgia"/>
          <w:b w:val="0"/>
          <w:i w:val="0"/>
          <w:color w:val="22201D"/>
          <w:sz w:val="20"/>
        </w:rPr>
        <w:t>He had been behind on work.</w:t>
      </w:r>
    </w:p>
    <w:p>
      <w:pPr>
        <w:spacing w:after="60" w:line="266" w:lineRule="auto"/>
        <w:ind w:firstLine="331"/>
        <w:jc w:val="both"/>
      </w:pPr>
      <w:r>
        <w:rPr>
          <w:rFonts w:ascii="Georgia" w:hAnsi="Georgia"/>
          <w:b w:val="0"/>
          <w:i w:val="0"/>
          <w:color w:val="22201D"/>
          <w:sz w:val="20"/>
        </w:rPr>
        <w:t>He had been raw from his father's appointments.</w:t>
      </w:r>
    </w:p>
    <w:p>
      <w:pPr>
        <w:spacing w:after="60" w:line="266" w:lineRule="auto"/>
        <w:ind w:firstLine="331"/>
        <w:jc w:val="both"/>
      </w:pPr>
      <w:r>
        <w:rPr>
          <w:rFonts w:ascii="Georgia" w:hAnsi="Georgia"/>
          <w:b w:val="0"/>
          <w:i w:val="0"/>
          <w:color w:val="22201D"/>
          <w:sz w:val="20"/>
        </w:rPr>
        <w:t>He had been afraid that if he went to Elliot's apartment, Elliot would need him in a way that did not end after an hour.</w:t>
      </w:r>
    </w:p>
    <w:p>
      <w:pPr>
        <w:spacing w:after="60" w:line="266" w:lineRule="auto"/>
        <w:ind w:firstLine="331"/>
        <w:jc w:val="both"/>
      </w:pPr>
      <w:r>
        <w:rPr>
          <w:rFonts w:ascii="Georgia" w:hAnsi="Georgia"/>
          <w:b w:val="0"/>
          <w:i w:val="0"/>
          <w:color w:val="22201D"/>
          <w:sz w:val="20"/>
        </w:rPr>
        <w:t>He had texted:</w:t>
      </w:r>
    </w:p>
    <w:p>
      <w:pPr>
        <w:spacing w:after="60" w:line="250" w:lineRule="auto"/>
        <w:ind w:left="202" w:right="173"/>
      </w:pPr>
      <w:r>
        <w:rPr>
          <w:rFonts w:ascii="Georgia" w:hAnsi="Georgia"/>
          <w:b w:val="0"/>
          <w:i w:val="0"/>
          <w:color w:val="22201D"/>
          <w:sz w:val="17"/>
        </w:rPr>
        <w:t>Sorry, today got away from me. Tomorrow?</w:t>
      </w:r>
    </w:p>
    <w:p>
      <w:pPr>
        <w:spacing w:after="60" w:line="266" w:lineRule="auto"/>
        <w:ind w:firstLine="331"/>
        <w:jc w:val="both"/>
      </w:pPr>
      <w:r>
        <w:rPr>
          <w:rFonts w:ascii="Georgia" w:hAnsi="Georgia"/>
          <w:b w:val="0"/>
          <w:i w:val="0"/>
          <w:color w:val="22201D"/>
          <w:sz w:val="20"/>
        </w:rPr>
        <w:t>Tomorrow had not happened.</w:t>
      </w:r>
    </w:p>
    <w:p>
      <w:pPr>
        <w:spacing w:after="60" w:line="266" w:lineRule="auto"/>
        <w:ind w:firstLine="331"/>
        <w:jc w:val="both"/>
      </w:pPr>
      <w:r>
        <w:rPr>
          <w:rFonts w:ascii="Georgia" w:hAnsi="Georgia"/>
          <w:b w:val="0"/>
          <w:i w:val="0"/>
          <w:color w:val="22201D"/>
          <w:sz w:val="20"/>
        </w:rPr>
        <w:t>Not because Elliot died.</w:t>
      </w:r>
    </w:p>
    <w:p>
      <w:pPr>
        <w:spacing w:after="60" w:line="266" w:lineRule="auto"/>
        <w:ind w:firstLine="331"/>
        <w:jc w:val="both"/>
      </w:pPr>
      <w:r>
        <w:rPr>
          <w:rFonts w:ascii="Georgia" w:hAnsi="Georgia"/>
          <w:b w:val="0"/>
          <w:i w:val="0"/>
          <w:color w:val="22201D"/>
          <w:sz w:val="20"/>
        </w:rPr>
        <w:t>That would have been too narratively neat and emotionally obscene.</w:t>
      </w:r>
    </w:p>
    <w:p>
      <w:pPr>
        <w:spacing w:after="60" w:line="266" w:lineRule="auto"/>
        <w:ind w:firstLine="331"/>
        <w:jc w:val="both"/>
      </w:pPr>
      <w:r>
        <w:rPr>
          <w:rFonts w:ascii="Georgia" w:hAnsi="Georgia"/>
          <w:b w:val="0"/>
          <w:i w:val="0"/>
          <w:color w:val="22201D"/>
          <w:sz w:val="20"/>
        </w:rPr>
        <w:t>Elliot lived. Elliot adjusted. Elliot found other people. Elliot learned to ask less from Flocc and more from people who answered doors.</w:t>
      </w:r>
    </w:p>
    <w:p>
      <w:pPr>
        <w:spacing w:after="60" w:line="266" w:lineRule="auto"/>
        <w:ind w:firstLine="331"/>
        <w:jc w:val="both"/>
      </w:pPr>
      <w:r>
        <w:rPr>
          <w:rFonts w:ascii="Georgia" w:hAnsi="Georgia"/>
          <w:b w:val="0"/>
          <w:i w:val="0"/>
          <w:color w:val="22201D"/>
          <w:sz w:val="20"/>
        </w:rPr>
        <w:t>Their friendship did not explode.</w:t>
      </w:r>
    </w:p>
    <w:p>
      <w:pPr>
        <w:spacing w:after="60" w:line="266" w:lineRule="auto"/>
        <w:ind w:firstLine="331"/>
        <w:jc w:val="both"/>
      </w:pPr>
      <w:r>
        <w:rPr>
          <w:rFonts w:ascii="Georgia" w:hAnsi="Georgia"/>
          <w:b w:val="0"/>
          <w:i w:val="0"/>
          <w:color w:val="22201D"/>
          <w:sz w:val="20"/>
        </w:rPr>
        <w:t>It cooled.</w:t>
      </w:r>
    </w:p>
    <w:p>
      <w:pPr>
        <w:spacing w:after="60" w:line="266" w:lineRule="auto"/>
        <w:ind w:firstLine="331"/>
        <w:jc w:val="both"/>
      </w:pPr>
      <w:r>
        <w:rPr>
          <w:rFonts w:ascii="Georgia" w:hAnsi="Georgia"/>
          <w:b w:val="0"/>
          <w:i w:val="0"/>
          <w:color w:val="22201D"/>
          <w:sz w:val="20"/>
        </w:rPr>
        <w:t>Cooling was worse in some ways because it allowed both people to pretend temperature was weather.</w:t>
      </w:r>
    </w:p>
    <w:p>
      <w:pPr>
        <w:spacing w:after="60" w:line="266" w:lineRule="auto"/>
        <w:ind w:firstLine="331"/>
        <w:jc w:val="both"/>
      </w:pPr>
      <w:r>
        <w:rPr>
          <w:rFonts w:ascii="Georgia" w:hAnsi="Georgia"/>
          <w:b w:val="0"/>
          <w:i w:val="0"/>
          <w:color w:val="22201D"/>
          <w:sz w:val="20"/>
        </w:rPr>
        <w:t>Flocc stared at the notice.</w:t>
      </w:r>
    </w:p>
    <w:p>
      <w:pPr>
        <w:spacing w:after="60" w:line="266" w:lineRule="auto"/>
        <w:ind w:firstLine="331"/>
        <w:jc w:val="both"/>
      </w:pPr>
      <w:r>
        <w:rPr>
          <w:rFonts w:ascii="Georgia" w:hAnsi="Georgia"/>
          <w:b w:val="0"/>
          <w:i w:val="0"/>
          <w:color w:val="22201D"/>
          <w:sz w:val="20"/>
        </w:rPr>
        <w:t>Mara's hand was beside his again.</w:t>
      </w:r>
    </w:p>
    <w:p>
      <w:pPr>
        <w:spacing w:after="60" w:line="266" w:lineRule="auto"/>
        <w:ind w:firstLine="331"/>
        <w:jc w:val="both"/>
      </w:pPr>
      <w:r>
        <w:rPr>
          <w:rFonts w:ascii="Georgia" w:hAnsi="Georgia"/>
          <w:b w:val="0"/>
          <w:i w:val="0"/>
          <w:color w:val="22201D"/>
          <w:sz w:val="20"/>
        </w:rPr>
        <w:t>Not on his.</w:t>
      </w:r>
    </w:p>
    <w:p>
      <w:pPr>
        <w:spacing w:after="60" w:line="266" w:lineRule="auto"/>
        <w:ind w:firstLine="331"/>
        <w:jc w:val="both"/>
      </w:pPr>
      <w:r>
        <w:rPr>
          <w:rFonts w:ascii="Georgia" w:hAnsi="Georgia"/>
          <w:b w:val="0"/>
          <w:i w:val="0"/>
          <w:color w:val="22201D"/>
          <w:sz w:val="20"/>
        </w:rPr>
        <w:t>Beside.</w:t>
      </w:r>
    </w:p>
    <w:p>
      <w:pPr>
        <w:spacing w:after="60" w:line="266" w:lineRule="auto"/>
        <w:ind w:firstLine="331"/>
        <w:jc w:val="both"/>
      </w:pPr>
      <w:r>
        <w:rPr>
          <w:rFonts w:ascii="Georgia" w:hAnsi="Georgia"/>
          <w:b w:val="0"/>
          <w:i w:val="0"/>
          <w:color w:val="22201D"/>
          <w:sz w:val="20"/>
        </w:rPr>
        <w:t>"I owe him an apology," Flocc said.</w:t>
      </w:r>
    </w:p>
    <w:p>
      <w:pPr>
        <w:spacing w:after="60" w:line="266" w:lineRule="auto"/>
        <w:ind w:firstLine="331"/>
        <w:jc w:val="both"/>
      </w:pPr>
      <w:r>
        <w:rPr>
          <w:rFonts w:ascii="Georgia" w:hAnsi="Georgia"/>
          <w:b w:val="0"/>
          <w:i w:val="0"/>
          <w:color w:val="22201D"/>
          <w:sz w:val="20"/>
        </w:rPr>
        <w:t>The refund notice printed:</w:t>
      </w:r>
    </w:p>
    <w:p>
      <w:pPr>
        <w:spacing w:after="60" w:line="250" w:lineRule="auto"/>
        <w:ind w:left="202" w:right="173"/>
      </w:pPr>
      <w:r>
        <w:rPr>
          <w:rFonts w:ascii="Georgia" w:hAnsi="Georgia"/>
          <w:b w:val="0"/>
          <w:i w:val="0"/>
          <w:color w:val="22201D"/>
          <w:sz w:val="17"/>
        </w:rPr>
        <w:t>Incorrect tense.</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"I will owe him an apology?"</w:t>
      </w:r>
    </w:p>
    <w:p>
      <w:pPr>
        <w:spacing w:after="60" w:line="250" w:lineRule="auto"/>
        <w:ind w:left="202" w:right="173"/>
      </w:pPr>
      <w:r>
        <w:rPr>
          <w:rFonts w:ascii="Georgia" w:hAnsi="Georgia"/>
          <w:b w:val="0"/>
          <w:i w:val="0"/>
          <w:color w:val="22201D"/>
          <w:sz w:val="17"/>
        </w:rPr>
        <w:t>Incomplete.</w:t>
      </w:r>
    </w:p>
    <w:p>
      <w:pPr>
        <w:spacing w:after="60" w:line="266" w:lineRule="auto"/>
        <w:ind w:firstLine="331"/>
        <w:jc w:val="both"/>
      </w:pPr>
      <w:r>
        <w:rPr>
          <w:rFonts w:ascii="Georgia" w:hAnsi="Georgia"/>
          <w:b w:val="0"/>
          <w:i w:val="0"/>
          <w:color w:val="22201D"/>
          <w:sz w:val="20"/>
        </w:rPr>
        <w:t>"I have owed him an apology."</w:t>
      </w:r>
    </w:p>
    <w:p>
      <w:pPr>
        <w:spacing w:after="60" w:line="266" w:lineRule="auto"/>
        <w:ind w:firstLine="331"/>
        <w:jc w:val="both"/>
      </w:pPr>
      <w:r>
        <w:rPr>
          <w:rFonts w:ascii="Georgia" w:hAnsi="Georgia"/>
          <w:b w:val="0"/>
          <w:i w:val="0"/>
          <w:color w:val="22201D"/>
          <w:sz w:val="20"/>
        </w:rPr>
        <w:t>The notice paused.</w:t>
      </w:r>
    </w:p>
    <w:p>
      <w:pPr>
        <w:spacing w:after="60" w:line="250" w:lineRule="auto"/>
        <w:ind w:left="202" w:right="173"/>
      </w:pPr>
      <w:r>
        <w:rPr>
          <w:rFonts w:ascii="Georgia" w:hAnsi="Georgia"/>
          <w:b w:val="0"/>
          <w:i w:val="0"/>
          <w:color w:val="22201D"/>
          <w:sz w:val="17"/>
        </w:rPr>
        <w:t>Accepted as partial.</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018: Past debt acknowledged without arranging it as tragedy. Amount due: continue</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"This is where I usually apologize to the wrong person."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want to tell you I am sorry."</w:t>
      </w:r>
    </w:p>
    <w:p>
      <w:pPr>
        <w:spacing w:after="60" w:line="266" w:lineRule="auto"/>
        <w:ind w:firstLine="331"/>
        <w:jc w:val="both"/>
      </w:pPr>
      <w:r>
        <w:rPr>
          <w:rFonts w:ascii="Georgia" w:hAnsi="Georgia"/>
          <w:b w:val="0"/>
          <w:i w:val="0"/>
          <w:color w:val="22201D"/>
          <w:sz w:val="20"/>
        </w:rPr>
        <w:t>"For what?"</w:t>
      </w:r>
    </w:p>
    <w:p>
      <w:pPr>
        <w:spacing w:after="60" w:line="266" w:lineRule="auto"/>
        <w:ind w:firstLine="331"/>
        <w:jc w:val="both"/>
      </w:pPr>
      <w:r>
        <w:rPr>
          <w:rFonts w:ascii="Georgia" w:hAnsi="Georgia"/>
          <w:b w:val="0"/>
          <w:i w:val="0"/>
          <w:color w:val="22201D"/>
          <w:sz w:val="20"/>
        </w:rPr>
        <w:t>"For being like this."</w:t>
      </w:r>
    </w:p>
    <w:p>
      <w:pPr>
        <w:spacing w:after="60" w:line="266" w:lineRule="auto"/>
        <w:ind w:firstLine="331"/>
        <w:jc w:val="both"/>
      </w:pPr>
      <w:r>
        <w:rPr>
          <w:rFonts w:ascii="Georgia" w:hAnsi="Georgia"/>
          <w:b w:val="0"/>
          <w:i w:val="0"/>
          <w:color w:val="22201D"/>
          <w:sz w:val="20"/>
        </w:rPr>
        <w:t>Mara considered him.</w:t>
      </w:r>
    </w:p>
    <w:p>
      <w:pPr>
        <w:spacing w:after="60" w:line="266" w:lineRule="auto"/>
        <w:ind w:firstLine="331"/>
        <w:jc w:val="both"/>
      </w:pPr>
      <w:r>
        <w:rPr>
          <w:rFonts w:ascii="Georgia" w:hAnsi="Georgia"/>
          <w:b w:val="0"/>
          <w:i w:val="0"/>
          <w:color w:val="22201D"/>
          <w:sz w:val="20"/>
        </w:rPr>
        <w:t>Then she took her water glass and moved it half an inch to the left.</w:t>
      </w:r>
    </w:p>
    <w:p>
      <w:pPr>
        <w:spacing w:after="60" w:line="266" w:lineRule="auto"/>
        <w:ind w:firstLine="331"/>
        <w:jc w:val="both"/>
      </w:pPr>
      <w:r>
        <w:rPr>
          <w:rFonts w:ascii="Georgia" w:hAnsi="Georgia"/>
          <w:b w:val="0"/>
          <w:i w:val="0"/>
          <w:color w:val="22201D"/>
          <w:sz w:val="20"/>
        </w:rPr>
        <w:t>"That apology would make me take care of your embarrassment instead of Elliot's absence."</w:t>
      </w:r>
    </w:p>
    <w:p>
      <w:pPr>
        <w:spacing w:after="60" w:line="266" w:lineRule="auto"/>
        <w:ind w:firstLine="331"/>
        <w:jc w:val="both"/>
      </w:pPr>
      <w:r>
        <w:rPr>
          <w:rFonts w:ascii="Georgia" w:hAnsi="Georgia"/>
          <w:b w:val="0"/>
          <w:i w:val="0"/>
          <w:color w:val="22201D"/>
          <w:sz w:val="20"/>
        </w:rPr>
        <w:t>Flocc nodded once.</w:t>
      </w:r>
    </w:p>
    <w:p>
      <w:pPr>
        <w:spacing w:after="60" w:line="266" w:lineRule="auto"/>
        <w:ind w:firstLine="331"/>
        <w:jc w:val="both"/>
      </w:pPr>
      <w:r>
        <w:rPr>
          <w:rFonts w:ascii="Georgia" w:hAnsi="Georgia"/>
          <w:b w:val="0"/>
          <w:i w:val="0"/>
          <w:color w:val="22201D"/>
          <w:sz w:val="20"/>
        </w:rPr>
        <w:t>It hurt.</w:t>
      </w:r>
    </w:p>
    <w:p>
      <w:pPr>
        <w:spacing w:after="60" w:line="266" w:lineRule="auto"/>
        <w:ind w:firstLine="331"/>
        <w:jc w:val="both"/>
      </w:pPr>
      <w:r>
        <w:rPr>
          <w:rFonts w:ascii="Georgia" w:hAnsi="Georgia"/>
          <w:b w:val="0"/>
          <w:i w:val="0"/>
          <w:color w:val="22201D"/>
          <w:sz w:val="20"/>
        </w:rPr>
        <w:t>It also clarified.</w:t>
      </w:r>
    </w:p>
    <w:p>
      <w:pPr>
        <w:spacing w:after="60" w:line="266" w:lineRule="auto"/>
        <w:ind w:firstLine="331"/>
        <w:jc w:val="both"/>
      </w:pPr>
      <w:r>
        <w:rPr>
          <w:rFonts w:ascii="Georgia" w:hAnsi="Georgia"/>
          <w:b w:val="0"/>
          <w:i w:val="0"/>
          <w:color w:val="22201D"/>
          <w:sz w:val="20"/>
        </w:rPr>
        <w:t>"Thank you," he said.</w:t>
      </w:r>
    </w:p>
    <w:p>
      <w:pPr>
        <w:spacing w:after="60" w:line="266" w:lineRule="auto"/>
        <w:ind w:firstLine="331"/>
        <w:jc w:val="both"/>
      </w:pPr>
      <w:r>
        <w:rPr>
          <w:rFonts w:ascii="Georgia" w:hAnsi="Georgia"/>
          <w:b w:val="0"/>
          <w:i w:val="0"/>
          <w:color w:val="22201D"/>
          <w:sz w:val="20"/>
        </w:rPr>
        <w:t>"Do not tip me for basic witness work."</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019: Witness not converted into absolution. Amount due: call the correct person</w:t>
      </w:r>
    </w:p>
    <w:p>
      <w:pPr>
        <w:spacing w:after="60" w:line="266" w:lineRule="auto"/>
        <w:ind w:firstLine="331"/>
        <w:jc w:val="both"/>
      </w:pPr>
      <w:r>
        <w:rPr>
          <w:rFonts w:ascii="Georgia" w:hAnsi="Georgia"/>
          <w:b w:val="0"/>
          <w:i w:val="0"/>
          <w:color w:val="22201D"/>
          <w:sz w:val="20"/>
        </w:rPr>
        <w:t>The refund notice opened a lower section.</w:t>
      </w:r>
    </w:p>
    <w:p>
      <w:pPr>
        <w:spacing w:after="60" w:line="250" w:lineRule="auto"/>
        <w:ind w:left="202" w:right="173"/>
      </w:pPr>
      <w:r>
        <w:rPr>
          <w:rFonts w:ascii="Georgia" w:hAnsi="Georgia"/>
          <w:b w:val="0"/>
          <w:i w:val="0"/>
          <w:color w:val="22201D"/>
          <w:sz w:val="17"/>
        </w:rPr>
        <w:t>Refund terms:  This notice does not forgive the payer. This notice does not obligate the recipient to answer. This notice does not purchase restored intimacy. This notice does not convert apology into performance.  This notice refunds only the projected overpayment of avoidance.</w:t>
      </w:r>
    </w:p>
    <w:p>
      <w:pPr>
        <w:spacing w:after="60" w:line="266" w:lineRule="auto"/>
        <w:ind w:firstLine="331"/>
        <w:jc w:val="both"/>
      </w:pPr>
      <w:r>
        <w:rPr>
          <w:rFonts w:ascii="Georgia" w:hAnsi="Georgia"/>
          <w:b w:val="0"/>
          <w:i w:val="0"/>
          <w:color w:val="22201D"/>
          <w:sz w:val="20"/>
        </w:rPr>
        <w:t>Flocc read the terms.</w:t>
      </w:r>
    </w:p>
    <w:p>
      <w:pPr>
        <w:spacing w:after="60" w:line="266" w:lineRule="auto"/>
        <w:ind w:firstLine="331"/>
        <w:jc w:val="both"/>
      </w:pPr>
      <w:r>
        <w:rPr>
          <w:rFonts w:ascii="Georgia" w:hAnsi="Georgia"/>
          <w:b w:val="0"/>
          <w:i w:val="0"/>
          <w:color w:val="22201D"/>
          <w:sz w:val="20"/>
        </w:rPr>
        <w:t>"Projected overpayment," he said again.</w:t>
      </w:r>
    </w:p>
    <w:p>
      <w:pPr>
        <w:spacing w:after="60" w:line="266" w:lineRule="auto"/>
        <w:ind w:firstLine="331"/>
        <w:jc w:val="both"/>
      </w:pPr>
      <w:r>
        <w:rPr>
          <w:rFonts w:ascii="Georgia" w:hAnsi="Georgia"/>
          <w:b w:val="0"/>
          <w:i w:val="0"/>
          <w:color w:val="22201D"/>
          <w:sz w:val="20"/>
        </w:rPr>
        <w:t>"It means you are about to overdo the avoidance," Mara said.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"No, you knew the phrase. Now you know the itinerary."</w:t>
      </w:r>
    </w:p>
    <w:p>
      <w:pPr>
        <w:spacing w:after="60" w:line="266" w:lineRule="auto"/>
        <w:ind w:firstLine="331"/>
        <w:jc w:val="both"/>
      </w:pPr>
      <w:r>
        <w:rPr>
          <w:rFonts w:ascii="Georgia" w:hAnsi="Georgia"/>
          <w:b w:val="0"/>
          <w:i w:val="0"/>
          <w:color w:val="22201D"/>
          <w:sz w:val="20"/>
        </w:rPr>
        <w:t>The notice printed:</w:t>
      </w:r>
    </w:p>
    <w:p>
      <w:pPr>
        <w:spacing w:after="60" w:line="250" w:lineRule="auto"/>
        <w:ind w:left="202" w:right="173"/>
      </w:pPr>
      <w:r>
        <w:rPr>
          <w:rFonts w:ascii="Georgia" w:hAnsi="Georgia"/>
          <w:b w:val="0"/>
          <w:i w:val="0"/>
          <w:color w:val="22201D"/>
          <w:sz w:val="17"/>
        </w:rPr>
        <w:t>Witness language useful.</w:t>
      </w:r>
    </w:p>
    <w:p>
      <w:pPr>
        <w:spacing w:after="60" w:line="266" w:lineRule="auto"/>
        <w:ind w:firstLine="331"/>
        <w:jc w:val="both"/>
      </w:pPr>
      <w:r>
        <w:rPr>
          <w:rFonts w:ascii="Georgia" w:hAnsi="Georgia"/>
          <w:b w:val="0"/>
          <w:i w:val="0"/>
          <w:color w:val="22201D"/>
          <w:sz w:val="20"/>
        </w:rPr>
        <w:t>Mara pointed at it.</w:t>
      </w:r>
    </w:p>
    <w:p>
      <w:pPr>
        <w:spacing w:after="60" w:line="266" w:lineRule="auto"/>
        <w:ind w:firstLine="331"/>
        <w:jc w:val="both"/>
      </w:pPr>
      <w:r>
        <w:rPr>
          <w:rFonts w:ascii="Georgia" w:hAnsi="Georgia"/>
          <w:b w:val="0"/>
          <w:i w:val="0"/>
          <w:color w:val="22201D"/>
          <w:sz w:val="20"/>
        </w:rPr>
        <w:t>"See? I am useful."</w:t>
      </w:r>
    </w:p>
    <w:p>
      <w:pPr>
        <w:spacing w:after="60" w:line="266" w:lineRule="auto"/>
        <w:ind w:firstLine="331"/>
        <w:jc w:val="both"/>
      </w:pPr>
      <w:r>
        <w:rPr>
          <w:rFonts w:ascii="Georgia" w:hAnsi="Georgia"/>
          <w:b w:val="0"/>
          <w:i w:val="0"/>
          <w:color w:val="22201D"/>
          <w:sz w:val="20"/>
        </w:rPr>
        <w:t>"You are very useful."</w:t>
      </w:r>
    </w:p>
    <w:p>
      <w:pPr>
        <w:spacing w:after="60" w:line="266" w:lineRule="auto"/>
        <w:ind w:firstLine="331"/>
        <w:jc w:val="both"/>
      </w:pPr>
      <w:r>
        <w:rPr>
          <w:rFonts w:ascii="Georgia" w:hAnsi="Georgia"/>
          <w:b w:val="0"/>
          <w:i w:val="0"/>
          <w:color w:val="22201D"/>
          <w:sz w:val="20"/>
        </w:rPr>
        <w:t>"Careful."</w:t>
      </w:r>
    </w:p>
    <w:p>
      <w:pPr>
        <w:spacing w:after="60" w:line="266" w:lineRule="auto"/>
        <w:ind w:firstLine="331"/>
        <w:jc w:val="both"/>
      </w:pPr>
      <w:r>
        <w:rPr>
          <w:rFonts w:ascii="Georgia" w:hAnsi="Georgia"/>
          <w:b w:val="0"/>
          <w:i w:val="0"/>
          <w:color w:val="22201D"/>
          <w:sz w:val="20"/>
        </w:rPr>
        <w:t>"Right."</w:t>
      </w:r>
    </w:p>
    <w:p>
      <w:pPr>
        <w:spacing w:after="60" w:line="266" w:lineRule="auto"/>
        <w:ind w:firstLine="331"/>
        <w:jc w:val="both"/>
      </w:pPr>
      <w:r>
        <w:rPr>
          <w:rFonts w:ascii="Georgia" w:hAnsi="Georgia"/>
          <w:b w:val="0"/>
          <w:i w:val="0"/>
          <w:color w:val="22201D"/>
          <w:sz w:val="20"/>
        </w:rPr>
        <w:t>The Hostess set a small dish on the table.</w:t>
      </w:r>
    </w:p>
    <w:p>
      <w:pPr>
        <w:spacing w:after="60" w:line="266" w:lineRule="auto"/>
        <w:ind w:firstLine="331"/>
        <w:jc w:val="both"/>
      </w:pPr>
      <w:r>
        <w:rPr>
          <w:rFonts w:ascii="Georgia" w:hAnsi="Georgia"/>
          <w:b w:val="0"/>
          <w:i w:val="0"/>
          <w:color w:val="22201D"/>
          <w:sz w:val="20"/>
        </w:rPr>
        <w:t>It contained a lemon wedge, three grains of salt, and nothing else.</w:t>
      </w:r>
    </w:p>
    <w:p>
      <w:pPr>
        <w:spacing w:after="60" w:line="266" w:lineRule="auto"/>
        <w:ind w:firstLine="331"/>
        <w:jc w:val="both"/>
      </w:pPr>
      <w:r>
        <w:rPr>
          <w:rFonts w:ascii="Georgia" w:hAnsi="Georgia"/>
          <w:b w:val="0"/>
          <w:i w:val="0"/>
          <w:color w:val="22201D"/>
          <w:sz w:val="20"/>
        </w:rPr>
        <w:t>Flocc looked at it.</w:t>
      </w:r>
    </w:p>
    <w:p>
      <w:pPr>
        <w:spacing w:after="60" w:line="266" w:lineRule="auto"/>
        <w:ind w:firstLine="331"/>
        <w:jc w:val="both"/>
      </w:pPr>
      <w:r>
        <w:rPr>
          <w:rFonts w:ascii="Georgia" w:hAnsi="Georgia"/>
          <w:b w:val="0"/>
          <w:i w:val="0"/>
          <w:color w:val="22201D"/>
          <w:sz w:val="20"/>
        </w:rPr>
        <w:t>"Is that dinner?"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"Is it a garnish for my accountability?"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what is it?"</w:t>
      </w:r>
    </w:p>
    <w:p>
      <w:pPr>
        <w:spacing w:after="60" w:line="266" w:lineRule="auto"/>
        <w:ind w:firstLine="331"/>
        <w:jc w:val="both"/>
      </w:pPr>
      <w:r>
        <w:rPr>
          <w:rFonts w:ascii="Georgia" w:hAnsi="Georgia"/>
          <w:b w:val="0"/>
          <w:i w:val="0"/>
          <w:color w:val="22201D"/>
          <w:sz w:val="20"/>
        </w:rPr>
        <w:t>"A mouth that has admitted something still needs taste."</w:t>
      </w:r>
    </w:p>
    <w:p>
      <w:pPr>
        <w:spacing w:after="60" w:line="266" w:lineRule="auto"/>
        <w:ind w:firstLine="331"/>
        <w:jc w:val="both"/>
      </w:pPr>
      <w:r>
        <w:rPr>
          <w:rFonts w:ascii="Georgia" w:hAnsi="Georgia"/>
          <w:b w:val="0"/>
          <w:i w:val="0"/>
          <w:color w:val="22201D"/>
          <w:sz w:val="20"/>
        </w:rPr>
        <w:t>Flocc looked at the lemon wedge.</w:t>
      </w:r>
    </w:p>
    <w:p>
      <w:pPr>
        <w:spacing w:after="60" w:line="266" w:lineRule="auto"/>
        <w:ind w:firstLine="331"/>
        <w:jc w:val="both"/>
      </w:pPr>
      <w:r>
        <w:rPr>
          <w:rFonts w:ascii="Georgia" w:hAnsi="Georgia"/>
          <w:b w:val="0"/>
          <w:i w:val="0"/>
          <w:color w:val="22201D"/>
          <w:sz w:val="20"/>
        </w:rPr>
        <w:t>It was bright, ordinary, and cut cleanly.</w:t>
      </w:r>
    </w:p>
    <w:p>
      <w:pPr>
        <w:spacing w:after="60" w:line="266" w:lineRule="auto"/>
        <w:ind w:firstLine="331"/>
        <w:jc w:val="both"/>
      </w:pPr>
      <w:r>
        <w:rPr>
          <w:rFonts w:ascii="Georgia" w:hAnsi="Georgia"/>
          <w:b w:val="0"/>
          <w:i w:val="0"/>
          <w:color w:val="22201D"/>
          <w:sz w:val="20"/>
        </w:rPr>
        <w:t>"Do I eat it?"</w:t>
      </w:r>
    </w:p>
    <w:p>
      <w:pPr>
        <w:spacing w:after="60" w:line="266" w:lineRule="auto"/>
        <w:ind w:firstLine="331"/>
        <w:jc w:val="both"/>
      </w:pPr>
      <w:r>
        <w:rPr>
          <w:rFonts w:ascii="Georgia" w:hAnsi="Georgia"/>
          <w:b w:val="0"/>
          <w:i w:val="0"/>
          <w:color w:val="22201D"/>
          <w:sz w:val="20"/>
        </w:rPr>
        <w:t>"If you want."</w:t>
      </w:r>
    </w:p>
    <w:p>
      <w:pPr>
        <w:spacing w:after="60" w:line="266" w:lineRule="auto"/>
        <w:ind w:firstLine="331"/>
        <w:jc w:val="both"/>
      </w:pPr>
      <w:r>
        <w:rPr>
          <w:rFonts w:ascii="Georgia" w:hAnsi="Georgia"/>
          <w:b w:val="0"/>
          <w:i w:val="0"/>
          <w:color w:val="22201D"/>
          <w:sz w:val="20"/>
        </w:rPr>
        <w:t>"Is wanting allowed?"</w:t>
      </w:r>
    </w:p>
    <w:p>
      <w:pPr>
        <w:spacing w:after="60" w:line="266" w:lineRule="auto"/>
        <w:ind w:firstLine="331"/>
        <w:jc w:val="both"/>
      </w:pPr>
      <w:r>
        <w:rPr>
          <w:rFonts w:ascii="Georgia" w:hAnsi="Georgia"/>
          <w:b w:val="0"/>
          <w:i w:val="0"/>
          <w:color w:val="22201D"/>
          <w:sz w:val="20"/>
        </w:rPr>
        <w:t>"Sometimes."</w:t>
      </w:r>
    </w:p>
    <w:p>
      <w:pPr>
        <w:spacing w:after="60" w:line="266" w:lineRule="auto"/>
        <w:ind w:firstLine="331"/>
        <w:jc w:val="both"/>
      </w:pPr>
      <w:r>
        <w:rPr>
          <w:rFonts w:ascii="Georgia" w:hAnsi="Georgia"/>
          <w:b w:val="0"/>
          <w:i w:val="0"/>
          <w:color w:val="22201D"/>
          <w:sz w:val="20"/>
        </w:rPr>
        <w:t>He picked up the lemon wedge and touched it to the salt.</w:t>
      </w:r>
    </w:p>
    <w:p>
      <w:pPr>
        <w:spacing w:after="60" w:line="266" w:lineRule="auto"/>
        <w:ind w:firstLine="331"/>
        <w:jc w:val="both"/>
      </w:pPr>
      <w:r>
        <w:rPr>
          <w:rFonts w:ascii="Georgia" w:hAnsi="Georgia"/>
          <w:b w:val="0"/>
          <w:i w:val="0"/>
          <w:color w:val="22201D"/>
          <w:sz w:val="20"/>
        </w:rPr>
        <w:t>The sourness was immediate. The salt made it sharper and less lonely. It woke the sides of his mouth, the place under his jaw, the line behind his eyes where tears sometimes started making plans before being authorized.</w:t>
      </w:r>
    </w:p>
    <w:p>
      <w:pPr>
        <w:spacing w:after="60" w:line="266" w:lineRule="auto"/>
        <w:ind w:firstLine="331"/>
        <w:jc w:val="both"/>
      </w:pPr>
      <w:r>
        <w:rPr>
          <w:rFonts w:ascii="Georgia" w:hAnsi="Georgia"/>
          <w:b w:val="0"/>
          <w:i w:val="0"/>
          <w:color w:val="22201D"/>
          <w:sz w:val="20"/>
        </w:rPr>
        <w:t>He did not cry.</w:t>
      </w:r>
    </w:p>
    <w:p>
      <w:pPr>
        <w:spacing w:after="60" w:line="266" w:lineRule="auto"/>
        <w:ind w:firstLine="331"/>
        <w:jc w:val="both"/>
      </w:pPr>
      <w:r>
        <w:rPr>
          <w:rFonts w:ascii="Georgia" w:hAnsi="Georgia"/>
          <w:b w:val="0"/>
          <w:i w:val="0"/>
          <w:color w:val="22201D"/>
          <w:sz w:val="20"/>
        </w:rPr>
        <w:t>The chapter did not require it.</w:t>
      </w:r>
    </w:p>
    <w:p>
      <w:pPr>
        <w:spacing w:after="60" w:line="266" w:lineRule="auto"/>
        <w:ind w:firstLine="331"/>
        <w:jc w:val="both"/>
      </w:pPr>
      <w:r>
        <w:rPr>
          <w:rFonts w:ascii="Georgia" w:hAnsi="Georgia"/>
          <w:b w:val="0"/>
          <w:i w:val="0"/>
          <w:color w:val="22201D"/>
          <w:sz w:val="20"/>
        </w:rPr>
        <w:t>Instead he tasted.</w:t>
      </w:r>
    </w:p>
    <w:p>
      <w:pPr>
        <w:spacing w:after="60" w:line="266" w:lineRule="auto"/>
        <w:ind w:firstLine="331"/>
        <w:jc w:val="both"/>
      </w:pPr>
      <w:r>
        <w:rPr>
          <w:rFonts w:ascii="Georgia" w:hAnsi="Georgia"/>
          <w:b w:val="0"/>
          <w:i w:val="0"/>
          <w:color w:val="22201D"/>
          <w:sz w:val="20"/>
        </w:rPr>
        <w:t>The refund notice printed:</w:t>
      </w:r>
    </w:p>
    <w:p>
      <w:pPr>
        <w:spacing w:after="60" w:line="250" w:lineRule="auto"/>
        <w:ind w:left="202" w:right="173"/>
      </w:pPr>
      <w:r>
        <w:rPr>
          <w:rFonts w:ascii="Georgia" w:hAnsi="Georgia"/>
          <w:b w:val="0"/>
          <w:i w:val="0"/>
          <w:color w:val="22201D"/>
          <w:sz w:val="17"/>
        </w:rPr>
        <w:t>Mouth present. Proceed.</w:t>
      </w:r>
    </w:p>
    <w:p>
      <w:pPr>
        <w:spacing w:after="60" w:line="266" w:lineRule="auto"/>
        <w:ind w:firstLine="331"/>
        <w:jc w:val="both"/>
      </w:pPr>
      <w:r>
        <w:rPr>
          <w:rFonts w:ascii="Georgia" w:hAnsi="Georgia"/>
          <w:b w:val="0"/>
          <w:i w:val="0"/>
          <w:color w:val="22201D"/>
          <w:sz w:val="20"/>
        </w:rPr>
        <w:t>Flocc took out his phone.</w:t>
      </w:r>
    </w:p>
    <w:p>
      <w:pPr>
        <w:spacing w:after="60" w:line="266" w:lineRule="auto"/>
        <w:ind w:firstLine="331"/>
        <w:jc w:val="both"/>
      </w:pPr>
      <w:r>
        <w:rPr>
          <w:rFonts w:ascii="Georgia" w:hAnsi="Georgia"/>
          <w:b w:val="0"/>
          <w:i w:val="0"/>
          <w:color w:val="22201D"/>
          <w:sz w:val="20"/>
        </w:rPr>
        <w:t>The phone looked absurdly modern on the table beside the audit bill, refund notice, and hand sink receipt. It was black, reflective, expensive, and full of apps designed to make a person reachable while protecting him from contact.</w:t>
      </w:r>
    </w:p>
    <w:p>
      <w:pPr>
        <w:spacing w:after="60" w:line="266" w:lineRule="auto"/>
        <w:ind w:firstLine="331"/>
        <w:jc w:val="both"/>
      </w:pPr>
      <w:r>
        <w:rPr>
          <w:rFonts w:ascii="Georgia" w:hAnsi="Georgia"/>
          <w:b w:val="0"/>
          <w:i w:val="0"/>
          <w:color w:val="22201D"/>
          <w:sz w:val="20"/>
        </w:rPr>
        <w:t>He found Elliot's name.</w:t>
      </w:r>
    </w:p>
    <w:p>
      <w:pPr>
        <w:spacing w:after="60" w:line="266" w:lineRule="auto"/>
        <w:ind w:firstLine="331"/>
        <w:jc w:val="both"/>
      </w:pPr>
      <w:r>
        <w:rPr>
          <w:rFonts w:ascii="Georgia" w:hAnsi="Georgia"/>
          <w:b w:val="0"/>
          <w:i w:val="0"/>
          <w:color w:val="22201D"/>
          <w:sz w:val="20"/>
        </w:rPr>
        <w:t>It was still there.</w:t>
      </w:r>
    </w:p>
    <w:p>
      <w:pPr>
        <w:spacing w:after="60" w:line="266" w:lineRule="auto"/>
        <w:ind w:firstLine="331"/>
        <w:jc w:val="both"/>
      </w:pPr>
      <w:r>
        <w:rPr>
          <w:rFonts w:ascii="Georgia" w:hAnsi="Georgia"/>
          <w:b w:val="0"/>
          <w:i w:val="0"/>
          <w:color w:val="22201D"/>
          <w:sz w:val="20"/>
        </w:rPr>
        <w:t>Of course it was still there. Phones kept names long after people stopped using them. A contact list was less an address book than a cemetery of possible courage.</w:t>
      </w:r>
    </w:p>
    <w:p>
      <w:pPr>
        <w:spacing w:after="60" w:line="266" w:lineRule="auto"/>
        <w:ind w:firstLine="331"/>
        <w:jc w:val="both"/>
      </w:pPr>
      <w:r>
        <w:rPr>
          <w:rFonts w:ascii="Georgia" w:hAnsi="Georgia"/>
          <w:b w:val="0"/>
          <w:i w:val="0"/>
          <w:color w:val="22201D"/>
          <w:sz w:val="20"/>
        </w:rPr>
        <w:t>His thumb hovered.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020: Hovering. Amount due: one action not yet decorated</w:t>
      </w:r>
    </w:p>
    <w:p>
      <w:pPr>
        <w:spacing w:after="60" w:line="266" w:lineRule="auto"/>
        <w:ind w:firstLine="331"/>
        <w:jc w:val="both"/>
      </w:pPr>
      <w:r>
        <w:rPr>
          <w:rFonts w:ascii="Georgia" w:hAnsi="Georgia"/>
          <w:b w:val="0"/>
          <w:i w:val="0"/>
          <w:color w:val="22201D"/>
          <w:sz w:val="20"/>
        </w:rPr>
        <w:t>"Do I call?" he asked.</w:t>
      </w:r>
    </w:p>
    <w:p>
      <w:pPr>
        <w:spacing w:after="60" w:line="266" w:lineRule="auto"/>
        <w:ind w:firstLine="331"/>
        <w:jc w:val="both"/>
      </w:pPr>
      <w:r>
        <w:rPr>
          <w:rFonts w:ascii="Georgia" w:hAnsi="Georgia"/>
          <w:b w:val="0"/>
          <w:i w:val="0"/>
          <w:color w:val="22201D"/>
          <w:sz w:val="20"/>
        </w:rPr>
        <w:t>The Hostess did not answer.</w:t>
      </w:r>
    </w:p>
    <w:p>
      <w:pPr>
        <w:spacing w:after="60" w:line="266" w:lineRule="auto"/>
        <w:ind w:firstLine="331"/>
        <w:jc w:val="both"/>
      </w:pPr>
      <w:r>
        <w:rPr>
          <w:rFonts w:ascii="Georgia" w:hAnsi="Georgia"/>
          <w:b w:val="0"/>
          <w:i w:val="0"/>
          <w:color w:val="22201D"/>
          <w:sz w:val="20"/>
        </w:rPr>
        <w:t>Mara did not answer.</w:t>
      </w:r>
    </w:p>
    <w:p>
      <w:pPr>
        <w:spacing w:after="60" w:line="266" w:lineRule="auto"/>
        <w:ind w:firstLine="331"/>
        <w:jc w:val="both"/>
      </w:pPr>
      <w:r>
        <w:rPr>
          <w:rFonts w:ascii="Georgia" w:hAnsi="Georgia"/>
          <w:b w:val="0"/>
          <w:i w:val="0"/>
          <w:color w:val="22201D"/>
          <w:sz w:val="20"/>
        </w:rPr>
        <w:t>The bill did not answer.</w:t>
      </w:r>
    </w:p>
    <w:p>
      <w:pPr>
        <w:spacing w:after="60" w:line="266" w:lineRule="auto"/>
        <w:ind w:firstLine="331"/>
        <w:jc w:val="both"/>
      </w:pPr>
      <w:r>
        <w:rPr>
          <w:rFonts w:ascii="Georgia" w:hAnsi="Georgia"/>
          <w:b w:val="0"/>
          <w:i w:val="0"/>
          <w:color w:val="22201D"/>
          <w:sz w:val="20"/>
        </w:rPr>
        <w:t>The refund notice did not answer.</w:t>
      </w:r>
    </w:p>
    <w:p>
      <w:pPr>
        <w:spacing w:after="60" w:line="266" w:lineRule="auto"/>
        <w:ind w:firstLine="331"/>
        <w:jc w:val="both"/>
      </w:pPr>
      <w:r>
        <w:rPr>
          <w:rFonts w:ascii="Georgia" w:hAnsi="Georgia"/>
          <w:b w:val="0"/>
          <w:i w:val="0"/>
          <w:color w:val="22201D"/>
          <w:sz w:val="20"/>
        </w:rPr>
        <w:t>This was how he knew the question was finally his.</w:t>
      </w:r>
    </w:p>
    <w:p>
      <w:pPr>
        <w:spacing w:after="60" w:line="266" w:lineRule="auto"/>
        <w:ind w:firstLine="331"/>
        <w:jc w:val="both"/>
      </w:pPr>
      <w:r>
        <w:rPr>
          <w:rFonts w:ascii="Georgia" w:hAnsi="Georgia"/>
          <w:b w:val="0"/>
          <w:i w:val="0"/>
          <w:color w:val="22201D"/>
          <w:sz w:val="20"/>
        </w:rPr>
        <w:t>He pressed call.</w:t>
      </w:r>
    </w:p>
    <w:p>
      <w:pPr>
        <w:spacing w:after="60" w:line="266" w:lineRule="auto"/>
        <w:ind w:firstLine="331"/>
        <w:jc w:val="both"/>
      </w:pPr>
      <w:r>
        <w:rPr>
          <w:rFonts w:ascii="Georgia" w:hAnsi="Georgia"/>
          <w:b w:val="0"/>
          <w:i w:val="0"/>
          <w:color w:val="22201D"/>
          <w:sz w:val="20"/>
        </w:rPr>
        <w:t>The phone rang.</w:t>
      </w:r>
    </w:p>
    <w:p>
      <w:pPr>
        <w:spacing w:after="60" w:line="266" w:lineRule="auto"/>
        <w:ind w:firstLine="331"/>
        <w:jc w:val="both"/>
      </w:pPr>
      <w:r>
        <w:rPr>
          <w:rFonts w:ascii="Georgia" w:hAnsi="Georgia"/>
          <w:b w:val="0"/>
          <w:i w:val="0"/>
          <w:color w:val="22201D"/>
          <w:sz w:val="20"/>
        </w:rPr>
        <w:t>Once.</w:t>
      </w:r>
    </w:p>
    <w:p>
      <w:pPr>
        <w:spacing w:after="60" w:line="266" w:lineRule="auto"/>
        <w:ind w:firstLine="331"/>
        <w:jc w:val="both"/>
      </w:pPr>
      <w:r>
        <w:rPr>
          <w:rFonts w:ascii="Georgia" w:hAnsi="Georgia"/>
          <w:b w:val="0"/>
          <w:i w:val="0"/>
          <w:color w:val="22201D"/>
          <w:sz w:val="20"/>
        </w:rPr>
        <w:t>Twice.</w:t>
      </w:r>
    </w:p>
    <w:p>
      <w:pPr>
        <w:spacing w:after="60" w:line="266" w:lineRule="auto"/>
        <w:ind w:firstLine="331"/>
        <w:jc w:val="both"/>
      </w:pPr>
      <w:r>
        <w:rPr>
          <w:rFonts w:ascii="Georgia" w:hAnsi="Georgia"/>
          <w:b w:val="0"/>
          <w:i w:val="0"/>
          <w:color w:val="22201D"/>
          <w:sz w:val="20"/>
        </w:rPr>
        <w:t>Three times.</w:t>
      </w:r>
    </w:p>
    <w:p>
      <w:pPr>
        <w:spacing w:after="60" w:line="266" w:lineRule="auto"/>
        <w:ind w:firstLine="331"/>
        <w:jc w:val="both"/>
      </w:pPr>
      <w:r>
        <w:rPr>
          <w:rFonts w:ascii="Georgia" w:hAnsi="Georgia"/>
          <w:b w:val="0"/>
          <w:i w:val="0"/>
          <w:color w:val="22201D"/>
          <w:sz w:val="20"/>
        </w:rPr>
        <w:t>At four rings, Flocc began composing a voicemail in his head that would make him sound sincere, brief, unburdensome, and perhaps a little improved, which was to say he began ruining it before anyone had answered.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021: Prewriting apology as self-defense. Amount due: stop editing before contact</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The ringing stopped.</w:t>
      </w:r>
    </w:p>
    <w:p>
      <w:pPr>
        <w:spacing w:after="60" w:line="266" w:lineRule="auto"/>
        <w:ind w:firstLine="331"/>
        <w:jc w:val="both"/>
      </w:pPr>
      <w:r>
        <w:rPr>
          <w:rFonts w:ascii="Georgia" w:hAnsi="Georgia"/>
          <w:b w:val="0"/>
          <w:i w:val="0"/>
          <w:color w:val="22201D"/>
          <w:sz w:val="20"/>
        </w:rPr>
        <w:t>"Hello?"</w:t>
      </w:r>
    </w:p>
    <w:p>
      <w:pPr>
        <w:spacing w:after="60" w:line="266" w:lineRule="auto"/>
        <w:ind w:firstLine="331"/>
        <w:jc w:val="both"/>
      </w:pPr>
      <w:r>
        <w:rPr>
          <w:rFonts w:ascii="Georgia" w:hAnsi="Georgia"/>
          <w:b w:val="0"/>
          <w:i w:val="0"/>
          <w:color w:val="22201D"/>
          <w:sz w:val="20"/>
        </w:rPr>
        <w:t>Elliot's voice was older.</w:t>
      </w:r>
    </w:p>
    <w:p>
      <w:pPr>
        <w:spacing w:after="60" w:line="266" w:lineRule="auto"/>
        <w:ind w:firstLine="331"/>
        <w:jc w:val="both"/>
      </w:pPr>
      <w:r>
        <w:rPr>
          <w:rFonts w:ascii="Georgia" w:hAnsi="Georgia"/>
          <w:b w:val="0"/>
          <w:i w:val="0"/>
          <w:color w:val="22201D"/>
          <w:sz w:val="20"/>
        </w:rPr>
        <w:t>This was unreasonable. Voices were allowed to age, but not while stored in memory. Memory had a tendency to preserve people at the temperature at which one last needed them, which made actual voices arrive like weather through a window opened in the wrong season.</w:t>
      </w:r>
    </w:p>
    <w:p>
      <w:pPr>
        <w:spacing w:after="60" w:line="266" w:lineRule="auto"/>
        <w:ind w:firstLine="331"/>
        <w:jc w:val="both"/>
      </w:pPr>
      <w:r>
        <w:rPr>
          <w:rFonts w:ascii="Georgia" w:hAnsi="Georgia"/>
          <w:b w:val="0"/>
          <w:i w:val="0"/>
          <w:color w:val="22201D"/>
          <w:sz w:val="20"/>
        </w:rPr>
        <w:t>Flocc opened his eyes.</w:t>
      </w:r>
    </w:p>
    <w:p>
      <w:pPr>
        <w:spacing w:after="60" w:line="266" w:lineRule="auto"/>
        <w:ind w:firstLine="331"/>
        <w:jc w:val="both"/>
      </w:pPr>
      <w:r>
        <w:rPr>
          <w:rFonts w:ascii="Georgia" w:hAnsi="Georgia"/>
          <w:b w:val="0"/>
          <w:i w:val="0"/>
          <w:color w:val="22201D"/>
          <w:sz w:val="20"/>
        </w:rPr>
        <w:t>"Elliot."</w:t>
      </w:r>
    </w:p>
    <w:p>
      <w:pPr>
        <w:spacing w:after="60" w:line="266" w:lineRule="auto"/>
        <w:ind w:firstLine="331"/>
        <w:jc w:val="both"/>
      </w:pPr>
      <w:r>
        <w:rPr>
          <w:rFonts w:ascii="Georgia" w:hAnsi="Georgia"/>
          <w:b w:val="0"/>
          <w:i w:val="0"/>
          <w:color w:val="22201D"/>
          <w:sz w:val="20"/>
        </w:rPr>
        <w:t>There was a pause.</w:t>
      </w:r>
    </w:p>
    <w:p>
      <w:pPr>
        <w:spacing w:after="60" w:line="266" w:lineRule="auto"/>
        <w:ind w:firstLine="331"/>
        <w:jc w:val="both"/>
      </w:pPr>
      <w:r>
        <w:rPr>
          <w:rFonts w:ascii="Georgia" w:hAnsi="Georgia"/>
          <w:b w:val="0"/>
          <w:i w:val="0"/>
          <w:color w:val="22201D"/>
          <w:sz w:val="20"/>
        </w:rPr>
        <w:t>Not long.</w:t>
      </w:r>
    </w:p>
    <w:p>
      <w:pPr>
        <w:spacing w:after="60" w:line="266" w:lineRule="auto"/>
        <w:ind w:firstLine="331"/>
        <w:jc w:val="both"/>
      </w:pPr>
      <w:r>
        <w:rPr>
          <w:rFonts w:ascii="Georgia" w:hAnsi="Georgia"/>
          <w:b w:val="0"/>
          <w:i w:val="0"/>
          <w:color w:val="22201D"/>
          <w:sz w:val="20"/>
        </w:rPr>
        <w:t>Long enough to contain all the years and not enough to explain them.</w:t>
      </w:r>
    </w:p>
    <w:p>
      <w:pPr>
        <w:spacing w:after="60" w:line="266" w:lineRule="auto"/>
        <w:ind w:firstLine="331"/>
        <w:jc w:val="both"/>
      </w:pPr>
      <w:r>
        <w:rPr>
          <w:rFonts w:ascii="Georgia" w:hAnsi="Georgia"/>
          <w:b w:val="0"/>
          <w:i w:val="0"/>
          <w:color w:val="22201D"/>
          <w:sz w:val="20"/>
        </w:rPr>
        <w:t>"Flocc?"</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Another pause.</w:t>
      </w:r>
    </w:p>
    <w:p>
      <w:pPr>
        <w:spacing w:after="60" w:line="266" w:lineRule="auto"/>
        <w:ind w:firstLine="331"/>
        <w:jc w:val="both"/>
      </w:pPr>
      <w:r>
        <w:rPr>
          <w:rFonts w:ascii="Georgia" w:hAnsi="Georgia"/>
          <w:b w:val="0"/>
          <w:i w:val="0"/>
          <w:color w:val="22201D"/>
          <w:sz w:val="20"/>
        </w:rPr>
        <w:t>"Are you okay?"</w:t>
      </w:r>
    </w:p>
    <w:p>
      <w:pPr>
        <w:spacing w:after="60" w:line="266" w:lineRule="auto"/>
        <w:ind w:firstLine="331"/>
        <w:jc w:val="both"/>
      </w:pPr>
      <w:r>
        <w:rPr>
          <w:rFonts w:ascii="Georgia" w:hAnsi="Georgia"/>
          <w:b w:val="0"/>
          <w:i w:val="0"/>
          <w:color w:val="22201D"/>
          <w:sz w:val="20"/>
        </w:rPr>
        <w:t>This was not the question Flocc deserved.</w:t>
      </w:r>
    </w:p>
    <w:p>
      <w:pPr>
        <w:spacing w:after="60" w:line="266" w:lineRule="auto"/>
        <w:ind w:firstLine="331"/>
        <w:jc w:val="both"/>
      </w:pPr>
      <w:r>
        <w:rPr>
          <w:rFonts w:ascii="Georgia" w:hAnsi="Georgia"/>
          <w:b w:val="0"/>
          <w:i w:val="0"/>
          <w:color w:val="22201D"/>
          <w:sz w:val="20"/>
        </w:rPr>
        <w:t>It was the question Elliot asked.</w:t>
      </w:r>
    </w:p>
    <w:p>
      <w:pPr>
        <w:spacing w:after="60" w:line="266" w:lineRule="auto"/>
        <w:ind w:firstLine="331"/>
        <w:jc w:val="both"/>
      </w:pPr>
      <w:r>
        <w:rPr>
          <w:rFonts w:ascii="Georgia" w:hAnsi="Georgia"/>
          <w:b w:val="0"/>
          <w:i w:val="0"/>
          <w:color w:val="22201D"/>
          <w:sz w:val="20"/>
        </w:rPr>
        <w:t>That was the problem with people who had once loved you well. They sometimes kept the shape of care even after you had stopped earning access to it.</w:t>
      </w:r>
    </w:p>
    <w:p>
      <w:pPr>
        <w:spacing w:after="60" w:line="266" w:lineRule="auto"/>
        <w:ind w:firstLine="331"/>
        <w:jc w:val="both"/>
      </w:pPr>
      <w:r>
        <w:rPr>
          <w:rFonts w:ascii="Georgia" w:hAnsi="Georgia"/>
          <w:b w:val="0"/>
          <w:i w:val="0"/>
          <w:color w:val="22201D"/>
          <w:sz w:val="20"/>
        </w:rPr>
        <w:t>Flocc looked at the refund notice.</w:t>
      </w:r>
    </w:p>
    <w:p>
      <w:pPr>
        <w:spacing w:after="60" w:line="266" w:lineRule="auto"/>
        <w:ind w:firstLine="331"/>
        <w:jc w:val="both"/>
      </w:pPr>
      <w:r>
        <w:rPr>
          <w:rFonts w:ascii="Georgia" w:hAnsi="Georgia"/>
          <w:b w:val="0"/>
          <w:i w:val="0"/>
          <w:color w:val="22201D"/>
          <w:sz w:val="20"/>
        </w:rPr>
        <w:t>It printed:</w:t>
      </w:r>
    </w:p>
    <w:p>
      <w:pPr>
        <w:spacing w:after="60" w:line="250" w:lineRule="auto"/>
        <w:ind w:left="202" w:right="173"/>
      </w:pPr>
      <w:r>
        <w:rPr>
          <w:rFonts w:ascii="Georgia" w:hAnsi="Georgia"/>
          <w:b w:val="0"/>
          <w:i w:val="0"/>
          <w:color w:val="22201D"/>
          <w:sz w:val="17"/>
        </w:rPr>
        <w:t>Do not begin by making him reassure you.</w:t>
      </w:r>
    </w:p>
    <w:p>
      <w:pPr>
        <w:spacing w:after="60" w:line="266" w:lineRule="auto"/>
        <w:ind w:firstLine="331"/>
        <w:jc w:val="both"/>
      </w:pPr>
      <w:r>
        <w:rPr>
          <w:rFonts w:ascii="Georgia" w:hAnsi="Georgia"/>
          <w:b w:val="0"/>
          <w:i w:val="0"/>
          <w:color w:val="22201D"/>
          <w:sz w:val="20"/>
        </w:rPr>
        <w:t>"I am safe," Flocc said.</w:t>
      </w:r>
    </w:p>
    <w:p>
      <w:pPr>
        <w:spacing w:after="60" w:line="266" w:lineRule="auto"/>
        <w:ind w:firstLine="331"/>
        <w:jc w:val="both"/>
      </w:pPr>
      <w:r>
        <w:rPr>
          <w:rFonts w:ascii="Georgia" w:hAnsi="Georgia"/>
          <w:b w:val="0"/>
          <w:i w:val="0"/>
          <w:color w:val="22201D"/>
          <w:sz w:val="20"/>
        </w:rPr>
        <w:t>This was not what he had planned.</w:t>
      </w:r>
    </w:p>
    <w:p>
      <w:pPr>
        <w:spacing w:after="60" w:line="266" w:lineRule="auto"/>
        <w:ind w:firstLine="331"/>
        <w:jc w:val="both"/>
      </w:pPr>
      <w:r>
        <w:rPr>
          <w:rFonts w:ascii="Georgia" w:hAnsi="Georgia"/>
          <w:b w:val="0"/>
          <w:i w:val="0"/>
          <w:color w:val="22201D"/>
          <w:sz w:val="20"/>
        </w:rPr>
        <w:t>It was better.</w:t>
      </w:r>
    </w:p>
    <w:p>
      <w:pPr>
        <w:spacing w:after="60" w:line="266" w:lineRule="auto"/>
        <w:ind w:firstLine="331"/>
        <w:jc w:val="both"/>
      </w:pPr>
      <w:r>
        <w:rPr>
          <w:rFonts w:ascii="Georgia" w:hAnsi="Georgia"/>
          <w:b w:val="0"/>
          <w:i w:val="0"/>
          <w:color w:val="22201D"/>
          <w:sz w:val="20"/>
        </w:rPr>
        <w:t>"Okay," Elliot said slowly. "That is a strange opener."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"Is this a hospital call?"</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"Police?"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"Are you about to ask for money?"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I am listening with cautious optimism."</w:t>
      </w:r>
    </w:p>
    <w:p>
      <w:pPr>
        <w:spacing w:after="60" w:line="266" w:lineRule="auto"/>
        <w:ind w:firstLine="331"/>
        <w:jc w:val="both"/>
      </w:pPr>
      <w:r>
        <w:rPr>
          <w:rFonts w:ascii="Georgia" w:hAnsi="Georgia"/>
          <w:b w:val="0"/>
          <w:i w:val="0"/>
          <w:color w:val="22201D"/>
          <w:sz w:val="20"/>
        </w:rPr>
        <w:t>Flocc laughed once.</w:t>
      </w:r>
    </w:p>
    <w:p>
      <w:pPr>
        <w:spacing w:after="60" w:line="266" w:lineRule="auto"/>
        <w:ind w:firstLine="331"/>
        <w:jc w:val="both"/>
      </w:pPr>
      <w:r>
        <w:rPr>
          <w:rFonts w:ascii="Georgia" w:hAnsi="Georgia"/>
          <w:b w:val="0"/>
          <w:i w:val="0"/>
          <w:color w:val="22201D"/>
          <w:sz w:val="20"/>
        </w:rPr>
        <w:t>It almost broke him, how familiar the rhythm was.</w:t>
      </w:r>
    </w:p>
    <w:p>
      <w:pPr>
        <w:spacing w:after="60" w:line="266" w:lineRule="auto"/>
        <w:ind w:firstLine="331"/>
        <w:jc w:val="both"/>
      </w:pPr>
      <w:r>
        <w:rPr>
          <w:rFonts w:ascii="Georgia" w:hAnsi="Georgia"/>
          <w:b w:val="0"/>
          <w:i w:val="0"/>
          <w:color w:val="22201D"/>
          <w:sz w:val="20"/>
        </w:rPr>
        <w:t>"I called to apologize."</w:t>
      </w:r>
    </w:p>
    <w:p>
      <w:pPr>
        <w:spacing w:after="60" w:line="266" w:lineRule="auto"/>
        <w:ind w:firstLine="331"/>
        <w:jc w:val="both"/>
      </w:pPr>
      <w:r>
        <w:rPr>
          <w:rFonts w:ascii="Georgia" w:hAnsi="Georgia"/>
          <w:b w:val="0"/>
          <w:i w:val="0"/>
          <w:color w:val="22201D"/>
          <w:sz w:val="20"/>
        </w:rPr>
        <w:t>Silence.</w:t>
      </w:r>
    </w:p>
    <w:p>
      <w:pPr>
        <w:spacing w:after="60" w:line="266" w:lineRule="auto"/>
        <w:ind w:firstLine="331"/>
        <w:jc w:val="both"/>
      </w:pPr>
      <w:r>
        <w:rPr>
          <w:rFonts w:ascii="Georgia" w:hAnsi="Georgia"/>
          <w:b w:val="0"/>
          <w:i w:val="0"/>
          <w:color w:val="22201D"/>
          <w:sz w:val="20"/>
        </w:rPr>
        <w:t>The restaurant did not move.</w:t>
      </w:r>
    </w:p>
    <w:p>
      <w:pPr>
        <w:spacing w:after="60" w:line="266" w:lineRule="auto"/>
        <w:ind w:firstLine="331"/>
        <w:jc w:val="both"/>
      </w:pPr>
      <w:r>
        <w:rPr>
          <w:rFonts w:ascii="Georgia" w:hAnsi="Georgia"/>
          <w:b w:val="0"/>
          <w:i w:val="0"/>
          <w:color w:val="22201D"/>
          <w:sz w:val="20"/>
        </w:rPr>
        <w:t>"For what?" Elliot asked.</w:t>
      </w:r>
    </w:p>
    <w:p>
      <w:pPr>
        <w:spacing w:after="60" w:line="266" w:lineRule="auto"/>
        <w:ind w:firstLine="331"/>
        <w:jc w:val="both"/>
      </w:pPr>
      <w:r>
        <w:rPr>
          <w:rFonts w:ascii="Georgia" w:hAnsi="Georgia"/>
          <w:b w:val="0"/>
          <w:i w:val="0"/>
          <w:color w:val="22201D"/>
          <w:sz w:val="20"/>
        </w:rPr>
        <w:t>This was the right question and the worst one.</w:t>
      </w:r>
    </w:p>
    <w:p>
      <w:pPr>
        <w:spacing w:after="60" w:line="266" w:lineRule="auto"/>
        <w:ind w:firstLine="331"/>
        <w:jc w:val="both"/>
      </w:pPr>
      <w:r>
        <w:rPr>
          <w:rFonts w:ascii="Georgia" w:hAnsi="Georgia"/>
          <w:b w:val="0"/>
          <w:i w:val="0"/>
          <w:color w:val="22201D"/>
          <w:sz w:val="20"/>
        </w:rPr>
        <w:t>Flocc had prepared for forgiveness, anger, confusion, dismissal. He had not prepared to name the thing plainly without making it part of a larger speech about his circumstances, his father, his fear, his general pattern of collapse under intimacy disguised as scheduling.</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Plain testimony accepted here.</w:t>
      </w:r>
    </w:p>
    <w:p>
      <w:pPr>
        <w:spacing w:after="60" w:line="266" w:lineRule="auto"/>
        <w:ind w:firstLine="331"/>
        <w:jc w:val="both"/>
      </w:pPr>
      <w:r>
        <w:rPr>
          <w:rFonts w:ascii="Georgia" w:hAnsi="Georgia"/>
          <w:b w:val="0"/>
          <w:i w:val="0"/>
          <w:color w:val="22201D"/>
          <w:sz w:val="20"/>
        </w:rPr>
        <w:t>He said, "You called me after your appointment. You asked me to come over. I said I would. I did not."</w:t>
      </w:r>
    </w:p>
    <w:p>
      <w:pPr>
        <w:spacing w:after="60" w:line="266" w:lineRule="auto"/>
        <w:ind w:firstLine="331"/>
        <w:jc w:val="both"/>
      </w:pPr>
      <w:r>
        <w:rPr>
          <w:rFonts w:ascii="Georgia" w:hAnsi="Georgia"/>
          <w:b w:val="0"/>
          <w:i w:val="0"/>
          <w:color w:val="22201D"/>
          <w:sz w:val="20"/>
        </w:rPr>
        <w:t>The phone was quiet.</w:t>
      </w:r>
    </w:p>
    <w:p>
      <w:pPr>
        <w:spacing w:after="60" w:line="266" w:lineRule="auto"/>
        <w:ind w:firstLine="331"/>
        <w:jc w:val="both"/>
      </w:pPr>
      <w:r>
        <w:rPr>
          <w:rFonts w:ascii="Georgia" w:hAnsi="Georgia"/>
          <w:b w:val="0"/>
          <w:i w:val="0"/>
          <w:color w:val="22201D"/>
          <w:sz w:val="20"/>
        </w:rPr>
        <w:t>He continued because the amount due was continue.</w:t>
      </w:r>
    </w:p>
    <w:p>
      <w:pPr>
        <w:spacing w:after="60" w:line="266" w:lineRule="auto"/>
        <w:ind w:firstLine="331"/>
        <w:jc w:val="both"/>
      </w:pPr>
      <w:r>
        <w:rPr>
          <w:rFonts w:ascii="Georgia" w:hAnsi="Georgia"/>
          <w:b w:val="0"/>
          <w:i w:val="0"/>
          <w:color w:val="22201D"/>
          <w:sz w:val="20"/>
        </w:rPr>
        <w:t>"I texted that today got away from me. That was true in the smallest possible sense and false in the one that mattered. I was scared you would need me, and I let that become a reason to leave you alone."</w:t>
      </w:r>
    </w:p>
    <w:p>
      <w:pPr>
        <w:spacing w:after="60" w:line="266" w:lineRule="auto"/>
        <w:ind w:firstLine="331"/>
        <w:jc w:val="both"/>
      </w:pPr>
      <w:r>
        <w:rPr>
          <w:rFonts w:ascii="Georgia" w:hAnsi="Georgia"/>
          <w:b w:val="0"/>
          <w:i w:val="0"/>
          <w:color w:val="22201D"/>
          <w:sz w:val="20"/>
        </w:rPr>
        <w:t>Mara looked at the table.</w:t>
      </w:r>
    </w:p>
    <w:p>
      <w:pPr>
        <w:spacing w:after="60" w:line="266" w:lineRule="auto"/>
        <w:ind w:firstLine="331"/>
        <w:jc w:val="both"/>
      </w:pPr>
      <w:r>
        <w:rPr>
          <w:rFonts w:ascii="Georgia" w:hAnsi="Georgia"/>
          <w:b w:val="0"/>
          <w:i w:val="0"/>
          <w:color w:val="22201D"/>
          <w:sz w:val="20"/>
        </w:rPr>
        <w:t>The Hostess looked at nothing.</w:t>
      </w:r>
    </w:p>
    <w:p>
      <w:pPr>
        <w:spacing w:after="60" w:line="266" w:lineRule="auto"/>
        <w:ind w:firstLine="331"/>
        <w:jc w:val="both"/>
      </w:pPr>
      <w:r>
        <w:rPr>
          <w:rFonts w:ascii="Georgia" w:hAnsi="Georgia"/>
          <w:b w:val="0"/>
          <w:i w:val="0"/>
          <w:color w:val="22201D"/>
          <w:sz w:val="20"/>
        </w:rPr>
        <w:t>The refund notice remained pale blue.</w:t>
      </w:r>
    </w:p>
    <w:p>
      <w:pPr>
        <w:spacing w:after="60" w:line="266" w:lineRule="auto"/>
        <w:ind w:firstLine="331"/>
        <w:jc w:val="both"/>
      </w:pPr>
      <w:r>
        <w:rPr>
          <w:rFonts w:ascii="Georgia" w:hAnsi="Georgia"/>
          <w:b w:val="0"/>
          <w:i w:val="0"/>
          <w:color w:val="22201D"/>
          <w:sz w:val="20"/>
        </w:rPr>
        <w:t>Elliot breathed on the other end of the line.</w:t>
      </w:r>
    </w:p>
    <w:p>
      <w:pPr>
        <w:spacing w:after="60" w:line="266" w:lineRule="auto"/>
        <w:ind w:firstLine="331"/>
        <w:jc w:val="both"/>
      </w:pPr>
      <w:r>
        <w:rPr>
          <w:rFonts w:ascii="Georgia" w:hAnsi="Georgia"/>
          <w:b w:val="0"/>
          <w:i w:val="0"/>
          <w:color w:val="22201D"/>
          <w:sz w:val="20"/>
        </w:rPr>
        <w:t>"That was a long time ago," 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 am okay."</w:t>
      </w:r>
    </w:p>
    <w:p>
      <w:pPr>
        <w:spacing w:after="60" w:line="266" w:lineRule="auto"/>
        <w:ind w:firstLine="331"/>
        <w:jc w:val="both"/>
      </w:pPr>
      <w:r>
        <w:rPr>
          <w:rFonts w:ascii="Georgia" w:hAnsi="Georgia"/>
          <w:b w:val="0"/>
          <w:i w:val="0"/>
          <w:color w:val="22201D"/>
          <w:sz w:val="20"/>
        </w:rPr>
        <w:t>"I am glad."</w:t>
      </w:r>
    </w:p>
    <w:p>
      <w:pPr>
        <w:spacing w:after="60" w:line="266" w:lineRule="auto"/>
        <w:ind w:firstLine="331"/>
        <w:jc w:val="both"/>
      </w:pPr>
      <w:r>
        <w:rPr>
          <w:rFonts w:ascii="Georgia" w:hAnsi="Georgia"/>
          <w:b w:val="0"/>
          <w:i w:val="0"/>
          <w:color w:val="22201D"/>
          <w:sz w:val="20"/>
        </w:rPr>
        <w:t>"I was not okay then."</w:t>
      </w:r>
    </w:p>
    <w:p>
      <w:pPr>
        <w:spacing w:after="60" w:line="266" w:lineRule="auto"/>
        <w:ind w:firstLine="331"/>
        <w:jc w:val="both"/>
      </w:pPr>
      <w:r>
        <w:rPr>
          <w:rFonts w:ascii="Georgia" w:hAnsi="Georgia"/>
          <w:b w:val="0"/>
          <w:i w:val="0"/>
          <w:color w:val="22201D"/>
          <w:sz w:val="20"/>
        </w:rPr>
        <w:t>Flocc closed his eyes again.</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"Do you?"</w:t>
      </w:r>
    </w:p>
    <w:p>
      <w:pPr>
        <w:spacing w:after="60" w:line="266" w:lineRule="auto"/>
        <w:ind w:firstLine="331"/>
        <w:jc w:val="both"/>
      </w:pPr>
      <w:r>
        <w:rPr>
          <w:rFonts w:ascii="Georgia" w:hAnsi="Georgia"/>
          <w:b w:val="0"/>
          <w:i w:val="0"/>
          <w:color w:val="22201D"/>
          <w:sz w:val="20"/>
        </w:rPr>
        <w:t>No document printed.</w:t>
      </w:r>
    </w:p>
    <w:p>
      <w:pPr>
        <w:spacing w:after="60" w:line="266" w:lineRule="auto"/>
        <w:ind w:firstLine="331"/>
        <w:jc w:val="both"/>
      </w:pPr>
      <w:r>
        <w:rPr>
          <w:rFonts w:ascii="Georgia" w:hAnsi="Georgia"/>
          <w:b w:val="0"/>
          <w:i w:val="0"/>
          <w:color w:val="22201D"/>
          <w:sz w:val="20"/>
        </w:rPr>
        <w:t>No one helped.</w:t>
      </w:r>
    </w:p>
    <w:p>
      <w:pPr>
        <w:spacing w:after="60" w:line="266" w:lineRule="auto"/>
        <w:ind w:firstLine="331"/>
        <w:jc w:val="both"/>
      </w:pPr>
      <w:r>
        <w:rPr>
          <w:rFonts w:ascii="Georgia" w:hAnsi="Georgia"/>
          <w:b w:val="0"/>
          <w:i w:val="0"/>
          <w:color w:val="22201D"/>
          <w:sz w:val="20"/>
        </w:rPr>
        <w:t>"Less than I should have," Flocc said. "More than I let myself admit."</w:t>
      </w:r>
    </w:p>
    <w:p>
      <w:pPr>
        <w:spacing w:after="60" w:line="266" w:lineRule="auto"/>
        <w:ind w:firstLine="331"/>
        <w:jc w:val="both"/>
      </w:pPr>
      <w:r>
        <w:rPr>
          <w:rFonts w:ascii="Georgia" w:hAnsi="Georgia"/>
          <w:b w:val="0"/>
          <w:i w:val="0"/>
          <w:color w:val="22201D"/>
          <w:sz w:val="20"/>
        </w:rPr>
        <w:t>Elliot made a sound that was almost a laugh and not close enough.</w:t>
      </w:r>
    </w:p>
    <w:p>
      <w:pPr>
        <w:spacing w:after="60" w:line="266" w:lineRule="auto"/>
        <w:ind w:firstLine="331"/>
        <w:jc w:val="both"/>
      </w:pPr>
      <w:r>
        <w:rPr>
          <w:rFonts w:ascii="Georgia" w:hAnsi="Georgia"/>
          <w:b w:val="0"/>
          <w:i w:val="0"/>
          <w:color w:val="22201D"/>
          <w:sz w:val="20"/>
        </w:rPr>
        <w:t>"That sounds like you."</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"I do not mean that kindly."</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"I also do not mean it cruelly."</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"Stop saying you know."</w:t>
      </w:r>
    </w:p>
    <w:p>
      <w:pPr>
        <w:spacing w:after="60" w:line="266" w:lineRule="auto"/>
        <w:ind w:firstLine="331"/>
        <w:jc w:val="both"/>
      </w:pPr>
      <w:r>
        <w:rPr>
          <w:rFonts w:ascii="Georgia" w:hAnsi="Georgia"/>
          <w:b w:val="0"/>
          <w:i w:val="0"/>
          <w:color w:val="22201D"/>
          <w:sz w:val="20"/>
        </w:rPr>
        <w:t>Flocc stopped.</w:t>
      </w:r>
    </w:p>
    <w:p>
      <w:pPr>
        <w:spacing w:after="60" w:line="266" w:lineRule="auto"/>
        <w:ind w:firstLine="331"/>
        <w:jc w:val="both"/>
      </w:pPr>
      <w:r>
        <w:rPr>
          <w:rFonts w:ascii="Georgia" w:hAnsi="Georgia"/>
          <w:b w:val="0"/>
          <w:i w:val="0"/>
          <w:color w:val="22201D"/>
          <w:sz w:val="20"/>
        </w:rPr>
        <w:t>This was perhaps the first useful silence he had contributed to the conversation.</w:t>
      </w:r>
    </w:p>
    <w:p>
      <w:pPr>
        <w:spacing w:after="60" w:line="266" w:lineRule="auto"/>
        <w:ind w:firstLine="331"/>
        <w:jc w:val="both"/>
      </w:pPr>
      <w:r>
        <w:rPr>
          <w:rFonts w:ascii="Georgia" w:hAnsi="Georgia"/>
          <w:b w:val="0"/>
          <w:i w:val="0"/>
          <w:color w:val="22201D"/>
          <w:sz w:val="20"/>
        </w:rPr>
        <w:t>After a while, Elliot said, "Why now?"</w:t>
      </w:r>
    </w:p>
    <w:p>
      <w:pPr>
        <w:spacing w:after="60" w:line="266" w:lineRule="auto"/>
        <w:ind w:firstLine="331"/>
        <w:jc w:val="both"/>
      </w:pPr>
      <w:r>
        <w:rPr>
          <w:rFonts w:ascii="Georgia" w:hAnsi="Georgia"/>
          <w:b w:val="0"/>
          <w:i w:val="0"/>
          <w:color w:val="22201D"/>
          <w:sz w:val="20"/>
        </w:rPr>
        <w:t>Flocc looked at the table.</w:t>
      </w:r>
    </w:p>
    <w:p>
      <w:pPr>
        <w:spacing w:after="60" w:line="266" w:lineRule="auto"/>
        <w:ind w:firstLine="331"/>
        <w:jc w:val="both"/>
      </w:pPr>
      <w:r>
        <w:rPr>
          <w:rFonts w:ascii="Georgia" w:hAnsi="Georgia"/>
          <w:b w:val="0"/>
          <w:i w:val="0"/>
          <w:color w:val="22201D"/>
          <w:sz w:val="20"/>
        </w:rPr>
        <w:t>There were many wrong answers.</w:t>
      </w:r>
    </w:p>
    <w:p>
      <w:pPr>
        <w:spacing w:after="60" w:line="266" w:lineRule="auto"/>
        <w:ind w:firstLine="331"/>
        <w:jc w:val="both"/>
      </w:pPr>
      <w:r>
        <w:rPr>
          <w:rFonts w:ascii="Georgia" w:hAnsi="Georgia"/>
          <w:b w:val="0"/>
          <w:i w:val="0"/>
          <w:color w:val="22201D"/>
          <w:sz w:val="20"/>
        </w:rPr>
        <w:t>Because a restaurant bill told me.</w:t>
      </w:r>
    </w:p>
    <w:p>
      <w:pPr>
        <w:spacing w:after="60" w:line="266" w:lineRule="auto"/>
        <w:ind w:firstLine="331"/>
        <w:jc w:val="both"/>
      </w:pPr>
      <w:r>
        <w:rPr>
          <w:rFonts w:ascii="Georgia" w:hAnsi="Georgia"/>
          <w:b w:val="0"/>
          <w:i w:val="0"/>
          <w:color w:val="22201D"/>
          <w:sz w:val="20"/>
        </w:rPr>
        <w:t>Because an impossible refund notice named you.</w:t>
      </w:r>
    </w:p>
    <w:p>
      <w:pPr>
        <w:spacing w:after="60" w:line="266" w:lineRule="auto"/>
        <w:ind w:firstLine="331"/>
        <w:jc w:val="both"/>
      </w:pPr>
      <w:r>
        <w:rPr>
          <w:rFonts w:ascii="Georgia" w:hAnsi="Georgia"/>
          <w:b w:val="0"/>
          <w:i w:val="0"/>
          <w:color w:val="22201D"/>
          <w:sz w:val="20"/>
        </w:rPr>
        <w:t>Because I am being audited by nourishment.</w:t>
      </w:r>
    </w:p>
    <w:p>
      <w:pPr>
        <w:spacing w:after="60" w:line="266" w:lineRule="auto"/>
        <w:ind w:firstLine="331"/>
        <w:jc w:val="both"/>
      </w:pPr>
      <w:r>
        <w:rPr>
          <w:rFonts w:ascii="Georgia" w:hAnsi="Georgia"/>
          <w:b w:val="0"/>
          <w:i w:val="0"/>
          <w:color w:val="22201D"/>
          <w:sz w:val="20"/>
        </w:rPr>
        <w:t>Because I met a health inspector who would not let a metaphysical account proceed without a clear hand sink.</w:t>
      </w:r>
    </w:p>
    <w:p>
      <w:pPr>
        <w:spacing w:after="60" w:line="266" w:lineRule="auto"/>
        <w:ind w:firstLine="331"/>
        <w:jc w:val="both"/>
      </w:pPr>
      <w:r>
        <w:rPr>
          <w:rFonts w:ascii="Georgia" w:hAnsi="Georgia"/>
          <w:b w:val="0"/>
          <w:i w:val="0"/>
          <w:color w:val="22201D"/>
          <w:sz w:val="20"/>
        </w:rPr>
        <w:t>All of these were true. None of them were Elliot's burden.</w:t>
      </w:r>
    </w:p>
    <w:p>
      <w:pPr>
        <w:spacing w:after="60" w:line="266" w:lineRule="auto"/>
        <w:ind w:firstLine="331"/>
        <w:jc w:val="both"/>
      </w:pPr>
      <w:r>
        <w:rPr>
          <w:rFonts w:ascii="Georgia" w:hAnsi="Georgia"/>
          <w:b w:val="0"/>
          <w:i w:val="0"/>
          <w:color w:val="22201D"/>
          <w:sz w:val="20"/>
        </w:rPr>
        <w:t>"Because I should have called before," Flocc said. "And because if I wait until I can make the call elegant, I will keep using elegance to avoid making it."</w:t>
      </w:r>
    </w:p>
    <w:p>
      <w:pPr>
        <w:spacing w:after="60" w:line="266" w:lineRule="auto"/>
        <w:ind w:firstLine="331"/>
        <w:jc w:val="both"/>
      </w:pPr>
      <w:r>
        <w:rPr>
          <w:rFonts w:ascii="Georgia" w:hAnsi="Georgia"/>
          <w:b w:val="0"/>
          <w:i w:val="0"/>
          <w:color w:val="22201D"/>
          <w:sz w:val="20"/>
        </w:rPr>
        <w:t>The refund notice warmed.</w:t>
      </w:r>
    </w:p>
    <w:p>
      <w:pPr>
        <w:spacing w:after="60" w:line="266" w:lineRule="auto"/>
        <w:ind w:firstLine="331"/>
        <w:jc w:val="both"/>
      </w:pPr>
      <w:r>
        <w:rPr>
          <w:rFonts w:ascii="Georgia" w:hAnsi="Georgia"/>
          <w:b w:val="0"/>
          <w:i w:val="0"/>
          <w:color w:val="22201D"/>
          <w:sz w:val="20"/>
        </w:rPr>
        <w:t>Elliot said nothing.</w:t>
      </w:r>
    </w:p>
    <w:p>
      <w:pPr>
        <w:spacing w:after="60" w:line="266" w:lineRule="auto"/>
        <w:ind w:firstLine="331"/>
        <w:jc w:val="both"/>
      </w:pPr>
      <w:r>
        <w:rPr>
          <w:rFonts w:ascii="Georgia" w:hAnsi="Georgia"/>
          <w:b w:val="0"/>
          <w:i w:val="0"/>
          <w:color w:val="22201D"/>
          <w:sz w:val="20"/>
        </w:rPr>
        <w:t>Then: "I do not know what you want me to say."</w:t>
      </w:r>
    </w:p>
    <w:p>
      <w:pPr>
        <w:spacing w:after="60" w:line="266" w:lineRule="auto"/>
        <w:ind w:firstLine="331"/>
        <w:jc w:val="both"/>
      </w:pPr>
      <w:r>
        <w:rPr>
          <w:rFonts w:ascii="Georgia" w:hAnsi="Georgia"/>
          <w:b w:val="0"/>
          <w:i w:val="0"/>
          <w:color w:val="22201D"/>
          <w:sz w:val="20"/>
        </w:rPr>
        <w:t>"You do not have to say anything."</w:t>
      </w:r>
    </w:p>
    <w:p>
      <w:pPr>
        <w:spacing w:after="60" w:line="266" w:lineRule="auto"/>
        <w:ind w:firstLine="331"/>
        <w:jc w:val="both"/>
      </w:pPr>
      <w:r>
        <w:rPr>
          <w:rFonts w:ascii="Georgia" w:hAnsi="Georgia"/>
          <w:b w:val="0"/>
          <w:i w:val="0"/>
          <w:color w:val="22201D"/>
          <w:sz w:val="20"/>
        </w:rPr>
        <w:t>"That is not how calls work."</w:t>
      </w:r>
    </w:p>
    <w:p>
      <w:pPr>
        <w:spacing w:after="60" w:line="266" w:lineRule="auto"/>
        <w:ind w:firstLine="331"/>
        <w:jc w:val="both"/>
      </w:pPr>
      <w:r>
        <w:rPr>
          <w:rFonts w:ascii="Georgia" w:hAnsi="Georgia"/>
          <w:b w:val="0"/>
          <w:i w:val="0"/>
          <w:color w:val="22201D"/>
          <w:sz w:val="20"/>
        </w:rPr>
        <w:t>"Right."</w:t>
      </w:r>
    </w:p>
    <w:p>
      <w:pPr>
        <w:spacing w:after="60" w:line="266" w:lineRule="auto"/>
        <w:ind w:firstLine="331"/>
        <w:jc w:val="both"/>
      </w:pPr>
      <w:r>
        <w:rPr>
          <w:rFonts w:ascii="Georgia" w:hAnsi="Georgia"/>
          <w:b w:val="0"/>
          <w:i w:val="0"/>
          <w:color w:val="22201D"/>
          <w:sz w:val="20"/>
        </w:rPr>
        <w:t>"I am not ready to make you feel better about it."</w:t>
      </w:r>
    </w:p>
    <w:p>
      <w:pPr>
        <w:spacing w:after="60" w:line="266" w:lineRule="auto"/>
        <w:ind w:firstLine="331"/>
        <w:jc w:val="both"/>
      </w:pPr>
      <w:r>
        <w:rPr>
          <w:rFonts w:ascii="Georgia" w:hAnsi="Georgia"/>
          <w:b w:val="0"/>
          <w:i w:val="0"/>
          <w:color w:val="22201D"/>
          <w:sz w:val="20"/>
        </w:rPr>
        <w:t>Flocc's throat tightened.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Elliot said, "Good?"</w:t>
      </w:r>
    </w:p>
    <w:p>
      <w:pPr>
        <w:spacing w:after="60" w:line="266" w:lineRule="auto"/>
        <w:ind w:firstLine="331"/>
        <w:jc w:val="both"/>
      </w:pPr>
      <w:r>
        <w:rPr>
          <w:rFonts w:ascii="Georgia" w:hAnsi="Georgia"/>
          <w:b w:val="0"/>
          <w:i w:val="0"/>
          <w:color w:val="22201D"/>
          <w:sz w:val="20"/>
        </w:rPr>
        <w:t>"No. Not good. I mean... you should not have to."</w:t>
      </w:r>
    </w:p>
    <w:p>
      <w:pPr>
        <w:spacing w:after="60" w:line="266" w:lineRule="auto"/>
        <w:ind w:firstLine="331"/>
        <w:jc w:val="both"/>
      </w:pPr>
      <w:r>
        <w:rPr>
          <w:rFonts w:ascii="Georgia" w:hAnsi="Georgia"/>
          <w:b w:val="0"/>
          <w:i w:val="0"/>
          <w:color w:val="22201D"/>
          <w:sz w:val="20"/>
        </w:rPr>
        <w:t>"That is better."</w:t>
      </w:r>
    </w:p>
    <w:p>
      <w:pPr>
        <w:spacing w:after="60" w:line="266" w:lineRule="auto"/>
        <w:ind w:firstLine="331"/>
        <w:jc w:val="both"/>
      </w:pPr>
      <w:r>
        <w:rPr>
          <w:rFonts w:ascii="Georgia" w:hAnsi="Georgia"/>
          <w:b w:val="0"/>
          <w:i w:val="0"/>
          <w:color w:val="22201D"/>
          <w:sz w:val="20"/>
        </w:rPr>
        <w:t>"I am trying not to ask you for a receipt."</w:t>
      </w:r>
    </w:p>
    <w:p>
      <w:pPr>
        <w:spacing w:after="60" w:line="266" w:lineRule="auto"/>
        <w:ind w:firstLine="331"/>
        <w:jc w:val="both"/>
      </w:pPr>
      <w:r>
        <w:rPr>
          <w:rFonts w:ascii="Georgia" w:hAnsi="Georgia"/>
          <w:b w:val="0"/>
          <w:i w:val="0"/>
          <w:color w:val="22201D"/>
          <w:sz w:val="20"/>
        </w:rPr>
        <w:t>There was a small silence.</w:t>
      </w:r>
    </w:p>
    <w:p>
      <w:pPr>
        <w:spacing w:after="60" w:line="266" w:lineRule="auto"/>
        <w:ind w:firstLine="331"/>
        <w:jc w:val="both"/>
      </w:pPr>
      <w:r>
        <w:rPr>
          <w:rFonts w:ascii="Georgia" w:hAnsi="Georgia"/>
          <w:b w:val="0"/>
          <w:i w:val="0"/>
          <w:color w:val="22201D"/>
          <w:sz w:val="20"/>
        </w:rPr>
        <w:t>Then Elliot laughed.</w:t>
      </w:r>
    </w:p>
    <w:p>
      <w:pPr>
        <w:spacing w:after="60" w:line="266" w:lineRule="auto"/>
        <w:ind w:firstLine="331"/>
        <w:jc w:val="both"/>
      </w:pPr>
      <w:r>
        <w:rPr>
          <w:rFonts w:ascii="Georgia" w:hAnsi="Georgia"/>
          <w:b w:val="0"/>
          <w:i w:val="0"/>
          <w:color w:val="22201D"/>
          <w:sz w:val="20"/>
        </w:rPr>
        <w:t>Actually laughed.</w:t>
      </w:r>
    </w:p>
    <w:p>
      <w:pPr>
        <w:spacing w:after="60" w:line="266" w:lineRule="auto"/>
        <w:ind w:firstLine="331"/>
        <w:jc w:val="both"/>
      </w:pPr>
      <w:r>
        <w:rPr>
          <w:rFonts w:ascii="Georgia" w:hAnsi="Georgia"/>
          <w:b w:val="0"/>
          <w:i w:val="0"/>
          <w:color w:val="22201D"/>
          <w:sz w:val="20"/>
        </w:rPr>
        <w:t>Not fully.</w:t>
      </w:r>
    </w:p>
    <w:p>
      <w:pPr>
        <w:spacing w:after="60" w:line="266" w:lineRule="auto"/>
        <w:ind w:firstLine="331"/>
        <w:jc w:val="both"/>
      </w:pPr>
      <w:r>
        <w:rPr>
          <w:rFonts w:ascii="Georgia" w:hAnsi="Georgia"/>
          <w:b w:val="0"/>
          <w:i w:val="0"/>
          <w:color w:val="22201D"/>
          <w:sz w:val="20"/>
        </w:rPr>
        <w:t>Enough.</w:t>
      </w:r>
    </w:p>
    <w:p>
      <w:pPr>
        <w:spacing w:after="60" w:line="266" w:lineRule="auto"/>
        <w:ind w:firstLine="331"/>
        <w:jc w:val="both"/>
      </w:pPr>
      <w:r>
        <w:rPr>
          <w:rFonts w:ascii="Georgia" w:hAnsi="Georgia"/>
          <w:b w:val="0"/>
          <w:i w:val="0"/>
          <w:color w:val="22201D"/>
          <w:sz w:val="20"/>
        </w:rPr>
        <w:t>"You still talk weird."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"Are you in a restaurant?"</w:t>
      </w:r>
    </w:p>
    <w:p>
      <w:pPr>
        <w:spacing w:after="60" w:line="266" w:lineRule="auto"/>
        <w:ind w:firstLine="331"/>
        <w:jc w:val="both"/>
      </w:pPr>
      <w:r>
        <w:rPr>
          <w:rFonts w:ascii="Georgia" w:hAnsi="Georgia"/>
          <w:b w:val="0"/>
          <w:i w:val="0"/>
          <w:color w:val="22201D"/>
          <w:sz w:val="20"/>
        </w:rPr>
        <w:t>Flocc looked around.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"Of course you are."</w:t>
      </w:r>
    </w:p>
    <w:p>
      <w:pPr>
        <w:spacing w:after="60" w:line="266" w:lineRule="auto"/>
        <w:ind w:firstLine="331"/>
        <w:jc w:val="both"/>
      </w:pPr>
      <w:r>
        <w:rPr>
          <w:rFonts w:ascii="Georgia" w:hAnsi="Georgia"/>
          <w:b w:val="0"/>
          <w:i w:val="0"/>
          <w:color w:val="22201D"/>
          <w:sz w:val="20"/>
        </w:rPr>
        <w:t>"It is complicated."</w:t>
      </w:r>
    </w:p>
    <w:p>
      <w:pPr>
        <w:spacing w:after="60" w:line="266" w:lineRule="auto"/>
        <w:ind w:firstLine="331"/>
        <w:jc w:val="both"/>
      </w:pPr>
      <w:r>
        <w:rPr>
          <w:rFonts w:ascii="Georgia" w:hAnsi="Georgia"/>
          <w:b w:val="0"/>
          <w:i w:val="0"/>
          <w:color w:val="22201D"/>
          <w:sz w:val="20"/>
        </w:rPr>
        <w:t>"It always was."</w:t>
      </w:r>
    </w:p>
    <w:p>
      <w:pPr>
        <w:spacing w:after="60" w:line="266" w:lineRule="auto"/>
        <w:ind w:firstLine="331"/>
        <w:jc w:val="both"/>
      </w:pPr>
      <w:r>
        <w:rPr>
          <w:rFonts w:ascii="Georgia" w:hAnsi="Georgia"/>
          <w:b w:val="0"/>
          <w:i w:val="0"/>
          <w:color w:val="22201D"/>
          <w:sz w:val="20"/>
        </w:rPr>
        <w:t>The refund notice printed:</w:t>
      </w:r>
    </w:p>
    <w:p>
      <w:pPr>
        <w:spacing w:after="60" w:line="250" w:lineRule="auto"/>
        <w:ind w:left="202" w:right="173"/>
      </w:pPr>
      <w:r>
        <w:rPr>
          <w:rFonts w:ascii="Georgia" w:hAnsi="Georgia"/>
          <w:b w:val="0"/>
          <w:i w:val="0"/>
          <w:color w:val="22201D"/>
          <w:sz w:val="17"/>
        </w:rPr>
        <w:t>Recipient not obligated to understand venue.</w:t>
      </w:r>
    </w:p>
    <w:p>
      <w:pPr>
        <w:spacing w:after="60" w:line="266" w:lineRule="auto"/>
        <w:ind w:firstLine="331"/>
        <w:jc w:val="both"/>
      </w:pPr>
      <w:r>
        <w:rPr>
          <w:rFonts w:ascii="Georgia" w:hAnsi="Georgia"/>
          <w:b w:val="0"/>
          <w:i w:val="0"/>
          <w:color w:val="22201D"/>
          <w:sz w:val="20"/>
        </w:rPr>
        <w:t>Flocc covered the notice with his hand.</w:t>
      </w:r>
    </w:p>
    <w:p>
      <w:pPr>
        <w:spacing w:after="60" w:line="266" w:lineRule="auto"/>
        <w:ind w:firstLine="331"/>
        <w:jc w:val="both"/>
      </w:pPr>
      <w:r>
        <w:rPr>
          <w:rFonts w:ascii="Georgia" w:hAnsi="Georgia"/>
          <w:b w:val="0"/>
          <w:i w:val="0"/>
          <w:color w:val="22201D"/>
          <w:sz w:val="20"/>
        </w:rPr>
        <w:t>The notice printed through his hand:</w:t>
      </w:r>
    </w:p>
    <w:p>
      <w:pPr>
        <w:spacing w:after="60" w:line="250" w:lineRule="auto"/>
        <w:ind w:left="202" w:right="173"/>
      </w:pPr>
      <w:r>
        <w:rPr>
          <w:rFonts w:ascii="Georgia" w:hAnsi="Georgia"/>
          <w:b w:val="0"/>
          <w:i w:val="0"/>
          <w:color w:val="22201D"/>
          <w:sz w:val="17"/>
        </w:rPr>
        <w:t>Still true.</w:t>
      </w:r>
    </w:p>
    <w:p>
      <w:pPr>
        <w:spacing w:after="60" w:line="266" w:lineRule="auto"/>
        <w:ind w:firstLine="331"/>
        <w:jc w:val="both"/>
      </w:pPr>
      <w:r>
        <w:rPr>
          <w:rFonts w:ascii="Georgia" w:hAnsi="Georgia"/>
          <w:b w:val="0"/>
          <w:i w:val="0"/>
          <w:color w:val="22201D"/>
          <w:sz w:val="20"/>
        </w:rPr>
        <w:t>He removed his hand.</w:t>
      </w:r>
    </w:p>
    <w:p>
      <w:pPr>
        <w:spacing w:after="60" w:line="266" w:lineRule="auto"/>
        <w:ind w:firstLine="331"/>
        <w:jc w:val="both"/>
      </w:pPr>
      <w:r>
        <w:rPr>
          <w:rFonts w:ascii="Georgia" w:hAnsi="Georgia"/>
          <w:b w:val="0"/>
          <w:i w:val="0"/>
          <w:color w:val="22201D"/>
          <w:sz w:val="20"/>
        </w:rPr>
        <w:t>"I am sorry," he said.</w:t>
      </w:r>
    </w:p>
    <w:p>
      <w:pPr>
        <w:spacing w:after="60" w:line="266" w:lineRule="auto"/>
        <w:ind w:firstLine="331"/>
        <w:jc w:val="both"/>
      </w:pPr>
      <w:r>
        <w:rPr>
          <w:rFonts w:ascii="Georgia" w:hAnsi="Georgia"/>
          <w:b w:val="0"/>
          <w:i w:val="0"/>
          <w:color w:val="22201D"/>
          <w:sz w:val="20"/>
        </w:rPr>
        <w:t>The words were smaller this time.</w:t>
      </w:r>
    </w:p>
    <w:p>
      <w:pPr>
        <w:spacing w:after="60" w:line="266" w:lineRule="auto"/>
        <w:ind w:firstLine="331"/>
        <w:jc w:val="both"/>
      </w:pPr>
      <w:r>
        <w:rPr>
          <w:rFonts w:ascii="Georgia" w:hAnsi="Georgia"/>
          <w:b w:val="0"/>
          <w:i w:val="0"/>
          <w:color w:val="22201D"/>
          <w:sz w:val="20"/>
        </w:rPr>
        <w:t>Less useful as architecture.</w:t>
      </w:r>
    </w:p>
    <w:p>
      <w:pPr>
        <w:spacing w:after="60" w:line="266" w:lineRule="auto"/>
        <w:ind w:firstLine="331"/>
        <w:jc w:val="both"/>
      </w:pPr>
      <w:r>
        <w:rPr>
          <w:rFonts w:ascii="Georgia" w:hAnsi="Georgia"/>
          <w:b w:val="0"/>
          <w:i w:val="0"/>
          <w:color w:val="22201D"/>
          <w:sz w:val="20"/>
        </w:rPr>
        <w:t>More useful as words.</w:t>
      </w:r>
    </w:p>
    <w:p>
      <w:pPr>
        <w:spacing w:after="60" w:line="266" w:lineRule="auto"/>
        <w:ind w:firstLine="331"/>
        <w:jc w:val="both"/>
      </w:pPr>
      <w:r>
        <w:rPr>
          <w:rFonts w:ascii="Georgia" w:hAnsi="Georgia"/>
          <w:b w:val="0"/>
          <w:i w:val="0"/>
          <w:color w:val="22201D"/>
          <w:sz w:val="20"/>
        </w:rPr>
        <w:t>Elliot breathed.</w:t>
      </w:r>
    </w:p>
    <w:p>
      <w:pPr>
        <w:spacing w:after="60" w:line="266" w:lineRule="auto"/>
        <w:ind w:firstLine="331"/>
        <w:jc w:val="both"/>
      </w:pPr>
      <w:r>
        <w:rPr>
          <w:rFonts w:ascii="Georgia" w:hAnsi="Georgia"/>
          <w:b w:val="0"/>
          <w:i w:val="0"/>
          <w:color w:val="22201D"/>
          <w:sz w:val="20"/>
        </w:rPr>
        <w:t>"I hear you."</w:t>
      </w:r>
    </w:p>
    <w:p>
      <w:pPr>
        <w:spacing w:after="60" w:line="266" w:lineRule="auto"/>
        <w:ind w:firstLine="331"/>
        <w:jc w:val="both"/>
      </w:pPr>
      <w:r>
        <w:rPr>
          <w:rFonts w:ascii="Georgia" w:hAnsi="Georgia"/>
          <w:b w:val="0"/>
          <w:i w:val="0"/>
          <w:color w:val="22201D"/>
          <w:sz w:val="20"/>
        </w:rPr>
        <w:t>That was not forgiveness.</w:t>
      </w:r>
    </w:p>
    <w:p>
      <w:pPr>
        <w:spacing w:after="60" w:line="266" w:lineRule="auto"/>
        <w:ind w:firstLine="331"/>
        <w:jc w:val="both"/>
      </w:pPr>
      <w:r>
        <w:rPr>
          <w:rFonts w:ascii="Georgia" w:hAnsi="Georgia"/>
          <w:b w:val="0"/>
          <w:i w:val="0"/>
          <w:color w:val="22201D"/>
          <w:sz w:val="20"/>
        </w:rPr>
        <w:t>It was not refusal.</w:t>
      </w:r>
    </w:p>
    <w:p>
      <w:pPr>
        <w:spacing w:after="60" w:line="266" w:lineRule="auto"/>
        <w:ind w:firstLine="331"/>
        <w:jc w:val="both"/>
      </w:pPr>
      <w:r>
        <w:rPr>
          <w:rFonts w:ascii="Georgia" w:hAnsi="Georgia"/>
          <w:b w:val="0"/>
          <w:i w:val="0"/>
          <w:color w:val="22201D"/>
          <w:sz w:val="20"/>
        </w:rPr>
        <w:t>It was a hand sink of a sentence: supplied, accessible, enough for the next safe thing but not a meal by itself.</w:t>
      </w:r>
    </w:p>
    <w:p>
      <w:pPr>
        <w:spacing w:after="60" w:line="266" w:lineRule="auto"/>
        <w:ind w:firstLine="331"/>
        <w:jc w:val="both"/>
      </w:pPr>
      <w:r>
        <w:rPr>
          <w:rFonts w:ascii="Georgia" w:hAnsi="Georgia"/>
          <w:b w:val="0"/>
          <w:i w:val="0"/>
          <w:color w:val="22201D"/>
          <w:sz w:val="20"/>
        </w:rPr>
        <w:t>"Thank you," Flocc said.</w:t>
      </w:r>
    </w:p>
    <w:p>
      <w:pPr>
        <w:spacing w:after="60" w:line="266" w:lineRule="auto"/>
        <w:ind w:firstLine="331"/>
        <w:jc w:val="both"/>
      </w:pPr>
      <w:r>
        <w:rPr>
          <w:rFonts w:ascii="Georgia" w:hAnsi="Georgia"/>
          <w:b w:val="0"/>
          <w:i w:val="0"/>
          <w:color w:val="22201D"/>
          <w:sz w:val="20"/>
        </w:rPr>
        <w:t>"Do not make it too beautiful."</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"I will try."</w:t>
      </w:r>
    </w:p>
    <w:p>
      <w:pPr>
        <w:spacing w:after="60" w:line="266" w:lineRule="auto"/>
        <w:ind w:firstLine="331"/>
        <w:jc w:val="both"/>
      </w:pPr>
      <w:r>
        <w:rPr>
          <w:rFonts w:ascii="Georgia" w:hAnsi="Georgia"/>
          <w:b w:val="0"/>
          <w:i w:val="0"/>
          <w:color w:val="22201D"/>
          <w:sz w:val="20"/>
        </w:rPr>
        <w:t>"That also sounds like you."</w:t>
      </w:r>
    </w:p>
    <w:p>
      <w:pPr>
        <w:spacing w:after="60" w:line="266" w:lineRule="auto"/>
        <w:ind w:firstLine="331"/>
        <w:jc w:val="both"/>
      </w:pPr>
      <w:r>
        <w:rPr>
          <w:rFonts w:ascii="Georgia" w:hAnsi="Georgia"/>
          <w:b w:val="0"/>
          <w:i w:val="0"/>
          <w:color w:val="22201D"/>
          <w:sz w:val="20"/>
        </w:rPr>
        <w:t>"Fair."</w:t>
      </w:r>
    </w:p>
    <w:p>
      <w:pPr>
        <w:spacing w:after="60" w:line="266" w:lineRule="auto"/>
        <w:ind w:firstLine="331"/>
        <w:jc w:val="both"/>
      </w:pPr>
      <w:r>
        <w:rPr>
          <w:rFonts w:ascii="Georgia" w:hAnsi="Georgia"/>
          <w:b w:val="0"/>
          <w:i w:val="0"/>
          <w:color w:val="22201D"/>
          <w:sz w:val="20"/>
        </w:rPr>
        <w:t>"I have to go in a minute."</w:t>
      </w:r>
    </w:p>
    <w:p>
      <w:pPr>
        <w:spacing w:after="60" w:line="266" w:lineRule="auto"/>
        <w:ind w:firstLine="331"/>
        <w:jc w:val="both"/>
      </w:pPr>
      <w:r>
        <w:rPr>
          <w:rFonts w:ascii="Georgia" w:hAnsi="Georgia"/>
          <w:b w:val="0"/>
          <w:i w:val="0"/>
          <w:color w:val="22201D"/>
          <w:sz w:val="20"/>
        </w:rPr>
        <w:t>"Okay."</w:t>
      </w:r>
    </w:p>
    <w:p>
      <w:pPr>
        <w:spacing w:after="60" w:line="266" w:lineRule="auto"/>
        <w:ind w:firstLine="331"/>
        <w:jc w:val="both"/>
      </w:pPr>
      <w:r>
        <w:rPr>
          <w:rFonts w:ascii="Georgia" w:hAnsi="Georgia"/>
          <w:b w:val="0"/>
          <w:i w:val="0"/>
          <w:color w:val="22201D"/>
          <w:sz w:val="20"/>
        </w:rPr>
        <w:t>"But... I am glad you called."</w:t>
      </w:r>
    </w:p>
    <w:p>
      <w:pPr>
        <w:spacing w:after="60" w:line="266" w:lineRule="auto"/>
        <w:ind w:firstLine="331"/>
        <w:jc w:val="both"/>
      </w:pPr>
      <w:r>
        <w:rPr>
          <w:rFonts w:ascii="Georgia" w:hAnsi="Georgia"/>
          <w:b w:val="0"/>
          <w:i w:val="0"/>
          <w:color w:val="22201D"/>
          <w:sz w:val="20"/>
        </w:rPr>
        <w:t>Flocc pressed his thumb into the edge of the table.</w:t>
      </w:r>
    </w:p>
    <w:p>
      <w:pPr>
        <w:spacing w:after="60" w:line="266" w:lineRule="auto"/>
        <w:ind w:firstLine="331"/>
        <w:jc w:val="both"/>
      </w:pPr>
      <w:r>
        <w:rPr>
          <w:rFonts w:ascii="Georgia" w:hAnsi="Georgia"/>
          <w:b w:val="0"/>
          <w:i w:val="0"/>
          <w:color w:val="22201D"/>
          <w:sz w:val="20"/>
        </w:rPr>
        <w:t>"Me too."</w:t>
      </w:r>
    </w:p>
    <w:p>
      <w:pPr>
        <w:spacing w:after="60" w:line="266" w:lineRule="auto"/>
        <w:ind w:firstLine="331"/>
        <w:jc w:val="both"/>
      </w:pPr>
      <w:r>
        <w:rPr>
          <w:rFonts w:ascii="Georgia" w:hAnsi="Georgia"/>
          <w:b w:val="0"/>
          <w:i w:val="0"/>
          <w:color w:val="22201D"/>
          <w:sz w:val="20"/>
        </w:rPr>
        <w:t>"Take care of yourself."</w:t>
      </w:r>
    </w:p>
    <w:p>
      <w:pPr>
        <w:spacing w:after="60" w:line="266" w:lineRule="auto"/>
        <w:ind w:firstLine="331"/>
        <w:jc w:val="both"/>
      </w:pPr>
      <w:r>
        <w:rPr>
          <w:rFonts w:ascii="Georgia" w:hAnsi="Georgia"/>
          <w:b w:val="0"/>
          <w:i w:val="0"/>
          <w:color w:val="22201D"/>
          <w:sz w:val="20"/>
        </w:rPr>
        <w:t>He almost said you too automatically.</w:t>
      </w:r>
    </w:p>
    <w:p>
      <w:pPr>
        <w:spacing w:after="60" w:line="266" w:lineRule="auto"/>
        <w:ind w:firstLine="331"/>
        <w:jc w:val="both"/>
      </w:pPr>
      <w:r>
        <w:rPr>
          <w:rFonts w:ascii="Georgia" w:hAnsi="Georgia"/>
          <w:b w:val="0"/>
          <w:i w:val="0"/>
          <w:color w:val="22201D"/>
          <w:sz w:val="20"/>
        </w:rPr>
        <w:t>Then he said, "I hope your numbers are better."</w:t>
      </w:r>
    </w:p>
    <w:p>
      <w:pPr>
        <w:spacing w:after="60" w:line="266" w:lineRule="auto"/>
        <w:ind w:firstLine="331"/>
        <w:jc w:val="both"/>
      </w:pPr>
      <w:r>
        <w:rPr>
          <w:rFonts w:ascii="Georgia" w:hAnsi="Georgia"/>
          <w:b w:val="0"/>
          <w:i w:val="0"/>
          <w:color w:val="22201D"/>
          <w:sz w:val="20"/>
        </w:rPr>
        <w:t>Elliot was quiet.</w:t>
      </w:r>
    </w:p>
    <w:p>
      <w:pPr>
        <w:spacing w:after="60" w:line="266" w:lineRule="auto"/>
        <w:ind w:firstLine="331"/>
        <w:jc w:val="both"/>
      </w:pPr>
      <w:r>
        <w:rPr>
          <w:rFonts w:ascii="Georgia" w:hAnsi="Georgia"/>
          <w:b w:val="0"/>
          <w:i w:val="0"/>
          <w:color w:val="22201D"/>
          <w:sz w:val="20"/>
        </w:rPr>
        <w:t>"They are," he said.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"Goodbye, Flocc."</w:t>
      </w:r>
    </w:p>
    <w:p>
      <w:pPr>
        <w:spacing w:after="60" w:line="266" w:lineRule="auto"/>
        <w:ind w:firstLine="331"/>
        <w:jc w:val="both"/>
      </w:pPr>
      <w:r>
        <w:rPr>
          <w:rFonts w:ascii="Georgia" w:hAnsi="Georgia"/>
          <w:b w:val="0"/>
          <w:i w:val="0"/>
          <w:color w:val="22201D"/>
          <w:sz w:val="20"/>
        </w:rPr>
        <w:t>"Goodbye, Elliot."</w:t>
      </w:r>
    </w:p>
    <w:p>
      <w:pPr>
        <w:spacing w:after="60" w:line="266" w:lineRule="auto"/>
        <w:ind w:firstLine="331"/>
        <w:jc w:val="both"/>
      </w:pPr>
      <w:r>
        <w:rPr>
          <w:rFonts w:ascii="Georgia" w:hAnsi="Georgia"/>
          <w:b w:val="0"/>
          <w:i w:val="0"/>
          <w:color w:val="22201D"/>
          <w:sz w:val="20"/>
        </w:rPr>
        <w:t>The call ended.</w:t>
      </w:r>
    </w:p>
    <w:p>
      <w:pPr>
        <w:spacing w:after="60" w:line="266" w:lineRule="auto"/>
        <w:ind w:firstLine="331"/>
        <w:jc w:val="both"/>
      </w:pPr>
      <w:r>
        <w:rPr>
          <w:rFonts w:ascii="Georgia" w:hAnsi="Georgia"/>
          <w:b w:val="0"/>
          <w:i w:val="0"/>
          <w:color w:val="22201D"/>
          <w:sz w:val="20"/>
        </w:rPr>
        <w:t>No music played.</w:t>
      </w:r>
    </w:p>
    <w:p>
      <w:pPr>
        <w:spacing w:after="60" w:line="266" w:lineRule="auto"/>
        <w:ind w:firstLine="331"/>
        <w:jc w:val="both"/>
      </w:pPr>
      <w:r>
        <w:rPr>
          <w:rFonts w:ascii="Georgia" w:hAnsi="Georgia"/>
          <w:b w:val="0"/>
          <w:i w:val="0"/>
          <w:color w:val="22201D"/>
          <w:sz w:val="20"/>
        </w:rPr>
        <w:t>No light broke over the table.</w:t>
      </w:r>
    </w:p>
    <w:p>
      <w:pPr>
        <w:spacing w:after="60" w:line="266" w:lineRule="auto"/>
        <w:ind w:firstLine="331"/>
        <w:jc w:val="both"/>
      </w:pPr>
      <w:r>
        <w:rPr>
          <w:rFonts w:ascii="Georgia" w:hAnsi="Georgia"/>
          <w:b w:val="0"/>
          <w:i w:val="0"/>
          <w:color w:val="22201D"/>
          <w:sz w:val="20"/>
        </w:rPr>
        <w:t>No supernatural agency rearranged the chairs into a shape that meant healing.</w:t>
      </w:r>
    </w:p>
    <w:p>
      <w:pPr>
        <w:spacing w:after="60" w:line="266" w:lineRule="auto"/>
        <w:ind w:firstLine="331"/>
        <w:jc w:val="both"/>
      </w:pPr>
      <w:r>
        <w:rPr>
          <w:rFonts w:ascii="Georgia" w:hAnsi="Georgia"/>
          <w:b w:val="0"/>
          <w:i w:val="0"/>
          <w:color w:val="22201D"/>
          <w:sz w:val="20"/>
        </w:rPr>
        <w:t>The phone returned to being a phone.</w:t>
      </w:r>
    </w:p>
    <w:p>
      <w:pPr>
        <w:spacing w:after="60" w:line="266" w:lineRule="auto"/>
        <w:ind w:firstLine="331"/>
        <w:jc w:val="both"/>
      </w:pPr>
      <w:r>
        <w:rPr>
          <w:rFonts w:ascii="Georgia" w:hAnsi="Georgia"/>
          <w:b w:val="0"/>
          <w:i w:val="0"/>
          <w:color w:val="22201D"/>
          <w:sz w:val="20"/>
        </w:rPr>
        <w:t>Flocc put it down.</w:t>
      </w:r>
    </w:p>
    <w:p>
      <w:pPr>
        <w:spacing w:after="60" w:line="266" w:lineRule="auto"/>
        <w:ind w:firstLine="331"/>
        <w:jc w:val="both"/>
      </w:pPr>
      <w:r>
        <w:rPr>
          <w:rFonts w:ascii="Georgia" w:hAnsi="Georgia"/>
          <w:b w:val="0"/>
          <w:i w:val="0"/>
          <w:color w:val="22201D"/>
          <w:sz w:val="20"/>
        </w:rPr>
        <w:t>The refund notice printed:</w:t>
      </w:r>
    </w:p>
    <w:p>
      <w:pPr>
        <w:spacing w:after="60" w:line="250" w:lineRule="auto"/>
        <w:ind w:left="202" w:right="173"/>
      </w:pPr>
      <w:r>
        <w:rPr>
          <w:rFonts w:ascii="Georgia" w:hAnsi="Georgia"/>
          <w:b w:val="0"/>
          <w:i w:val="0"/>
          <w:color w:val="22201D"/>
          <w:sz w:val="17"/>
        </w:rPr>
        <w:t>Apology made. Recipient response: heard  Refund status: partial</w:t>
      </w:r>
    </w:p>
    <w:p>
      <w:pPr>
        <w:spacing w:after="60" w:line="266" w:lineRule="auto"/>
        <w:ind w:firstLine="331"/>
        <w:jc w:val="both"/>
      </w:pPr>
      <w:r>
        <w:rPr>
          <w:rFonts w:ascii="Georgia" w:hAnsi="Georgia"/>
          <w:b w:val="0"/>
          <w:i w:val="0"/>
          <w:color w:val="22201D"/>
          <w:sz w:val="20"/>
        </w:rPr>
        <w:t>"Partial?" Flocc said.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Apology is not a vending machine.</w:t>
      </w:r>
    </w:p>
    <w:p>
      <w:pPr>
        <w:spacing w:after="60" w:line="266" w:lineRule="auto"/>
        <w:ind w:firstLine="331"/>
        <w:jc w:val="both"/>
      </w:pPr>
      <w:r>
        <w:rPr>
          <w:rFonts w:ascii="Georgia" w:hAnsi="Georgia"/>
          <w:b w:val="0"/>
          <w:i w:val="0"/>
          <w:color w:val="22201D"/>
          <w:sz w:val="20"/>
        </w:rPr>
        <w:t>Mara nodded.</w:t>
      </w:r>
    </w:p>
    <w:p>
      <w:pPr>
        <w:spacing w:after="60" w:line="266" w:lineRule="auto"/>
        <w:ind w:firstLine="331"/>
        <w:jc w:val="both"/>
      </w:pPr>
      <w:r>
        <w:rPr>
          <w:rFonts w:ascii="Georgia" w:hAnsi="Georgia"/>
          <w:b w:val="0"/>
          <w:i w:val="0"/>
          <w:color w:val="22201D"/>
          <w:sz w:val="20"/>
        </w:rPr>
        <w:t>"That one is fair."</w:t>
      </w:r>
    </w:p>
    <w:p>
      <w:pPr>
        <w:spacing w:after="60" w:line="266" w:lineRule="auto"/>
        <w:ind w:firstLine="331"/>
        <w:jc w:val="both"/>
      </w:pPr>
      <w:r>
        <w:rPr>
          <w:rFonts w:ascii="Georgia" w:hAnsi="Georgia"/>
          <w:b w:val="0"/>
          <w:i w:val="0"/>
          <w:color w:val="22201D"/>
          <w:sz w:val="20"/>
        </w:rPr>
        <w:t>Flocc looked at the third water glass.</w:t>
      </w:r>
    </w:p>
    <w:p>
      <w:pPr>
        <w:spacing w:after="60" w:line="266" w:lineRule="auto"/>
        <w:ind w:firstLine="331"/>
        <w:jc w:val="both"/>
      </w:pPr>
      <w:r>
        <w:rPr>
          <w:rFonts w:ascii="Georgia" w:hAnsi="Georgia"/>
          <w:b w:val="0"/>
          <w:i w:val="0"/>
          <w:color w:val="22201D"/>
          <w:sz w:val="20"/>
        </w:rPr>
        <w:t>It had not been touched.</w:t>
      </w:r>
    </w:p>
    <w:p>
      <w:pPr>
        <w:spacing w:after="60" w:line="266" w:lineRule="auto"/>
        <w:ind w:firstLine="331"/>
        <w:jc w:val="both"/>
      </w:pPr>
      <w:r>
        <w:rPr>
          <w:rFonts w:ascii="Georgia" w:hAnsi="Georgia"/>
          <w:b w:val="0"/>
          <w:i w:val="0"/>
          <w:color w:val="22201D"/>
          <w:sz w:val="20"/>
        </w:rPr>
        <w:t>It had, however, stopped looking accusatory.</w:t>
      </w:r>
    </w:p>
    <w:p>
      <w:pPr>
        <w:spacing w:after="60" w:line="266" w:lineRule="auto"/>
        <w:ind w:firstLine="331"/>
        <w:jc w:val="both"/>
      </w:pPr>
      <w:r>
        <w:rPr>
          <w:rFonts w:ascii="Georgia" w:hAnsi="Georgia"/>
          <w:b w:val="0"/>
          <w:i w:val="0"/>
          <w:color w:val="22201D"/>
          <w:sz w:val="20"/>
        </w:rPr>
        <w:t>The Hostess removed it from the table.</w:t>
      </w:r>
    </w:p>
    <w:p>
      <w:pPr>
        <w:spacing w:after="60" w:line="266" w:lineRule="auto"/>
        <w:ind w:firstLine="331"/>
        <w:jc w:val="both"/>
      </w:pPr>
      <w:r>
        <w:rPr>
          <w:rFonts w:ascii="Georgia" w:hAnsi="Georgia"/>
          <w:b w:val="0"/>
          <w:i w:val="0"/>
          <w:color w:val="22201D"/>
          <w:sz w:val="20"/>
        </w:rPr>
        <w:t>"Recipient not present," she said.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"Recipient acknowledged."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is different."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Mara raised an eyebrow.</w:t>
      </w:r>
    </w:p>
    <w:p>
      <w:pPr>
        <w:spacing w:after="60" w:line="266" w:lineRule="auto"/>
        <w:ind w:firstLine="331"/>
        <w:jc w:val="both"/>
      </w:pPr>
      <w:r>
        <w:rPr>
          <w:rFonts w:ascii="Georgia" w:hAnsi="Georgia"/>
          <w:b w:val="0"/>
          <w:i w:val="0"/>
          <w:color w:val="22201D"/>
          <w:sz w:val="20"/>
        </w:rPr>
        <w:t>Flocc corrected himself.</w:t>
      </w:r>
    </w:p>
    <w:p>
      <w:pPr>
        <w:spacing w:after="60" w:line="266" w:lineRule="auto"/>
        <w:ind w:firstLine="331"/>
        <w:jc w:val="both"/>
      </w:pPr>
      <w:r>
        <w:rPr>
          <w:rFonts w:ascii="Georgia" w:hAnsi="Georgia"/>
          <w:b w:val="0"/>
          <w:i w:val="0"/>
          <w:color w:val="22201D"/>
          <w:sz w:val="20"/>
        </w:rPr>
        <w:t>"I am learning that."</w:t>
      </w:r>
    </w:p>
    <w:p>
      <w:pPr>
        <w:spacing w:after="60" w:line="266" w:lineRule="auto"/>
        <w:ind w:firstLine="331"/>
        <w:jc w:val="both"/>
      </w:pPr>
      <w:r>
        <w:rPr>
          <w:rFonts w:ascii="Georgia" w:hAnsi="Georgia"/>
          <w:b w:val="0"/>
          <w:i w:val="0"/>
          <w:color w:val="22201D"/>
          <w:sz w:val="20"/>
        </w:rPr>
        <w:t>The refund notice changed.</w:t>
      </w:r>
    </w:p>
    <w:p>
      <w:pPr>
        <w:spacing w:after="60" w:line="250" w:lineRule="auto"/>
        <w:ind w:left="202" w:right="173"/>
      </w:pPr>
      <w:r>
        <w:rPr>
          <w:rFonts w:ascii="Georgia" w:hAnsi="Georgia"/>
          <w:b w:val="0"/>
          <w:i w:val="0"/>
          <w:color w:val="22201D"/>
          <w:sz w:val="17"/>
        </w:rPr>
        <w:t>Refund amount: one future honesty  Refund applied to: projected overpayment of avoidance  Remaining balance: live differently enough that the apology was not theater</w:t>
      </w:r>
    </w:p>
    <w:p>
      <w:pPr>
        <w:spacing w:after="60" w:line="266" w:lineRule="auto"/>
        <w:ind w:firstLine="331"/>
        <w:jc w:val="both"/>
      </w:pPr>
      <w:r>
        <w:rPr>
          <w:rFonts w:ascii="Georgia" w:hAnsi="Georgia"/>
          <w:b w:val="0"/>
          <w:i w:val="0"/>
          <w:color w:val="22201D"/>
          <w:sz w:val="20"/>
        </w:rPr>
        <w:t>The bill did not add a line.</w:t>
      </w:r>
    </w:p>
    <w:p>
      <w:pPr>
        <w:spacing w:after="60" w:line="266" w:lineRule="auto"/>
        <w:ind w:firstLine="331"/>
        <w:jc w:val="both"/>
      </w:pPr>
      <w:r>
        <w:rPr>
          <w:rFonts w:ascii="Georgia" w:hAnsi="Georgia"/>
          <w:b w:val="0"/>
          <w:i w:val="0"/>
          <w:color w:val="22201D"/>
          <w:sz w:val="20"/>
        </w:rPr>
        <w:t>The menu opened one page.</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DINNER SERVICE Condition updated</w:t>
      </w:r>
    </w:p>
    <w:p>
      <w:pPr>
        <w:spacing w:after="60" w:line="266" w:lineRule="auto"/>
        <w:ind w:firstLine="331"/>
        <w:jc w:val="both"/>
      </w:pPr>
      <w:r>
        <w:rPr>
          <w:rFonts w:ascii="Georgia" w:hAnsi="Georgia"/>
          <w:b w:val="0"/>
          <w:i w:val="0"/>
          <w:color w:val="22201D"/>
          <w:sz w:val="20"/>
        </w:rPr>
        <w:t>The first condition had changed.</w:t>
      </w:r>
    </w:p>
    <w:p>
      <w:pPr>
        <w:spacing w:after="60" w:line="250" w:lineRule="auto"/>
        <w:ind w:left="202" w:right="173"/>
      </w:pPr>
      <w:r>
        <w:rPr>
          <w:rFonts w:ascii="Georgia" w:hAnsi="Georgia"/>
          <w:b w:val="0"/>
          <w:i w:val="0"/>
          <w:color w:val="22201D"/>
          <w:sz w:val="17"/>
        </w:rPr>
        <w:t>1. Something shared.</w:t>
      </w:r>
    </w:p>
    <w:p>
      <w:pPr>
        <w:spacing w:after="60" w:line="266" w:lineRule="auto"/>
        <w:ind w:firstLine="331"/>
        <w:jc w:val="both"/>
      </w:pPr>
      <w:r>
        <w:rPr>
          <w:rFonts w:ascii="Georgia" w:hAnsi="Georgia"/>
          <w:b w:val="0"/>
          <w:i w:val="0"/>
          <w:color w:val="22201D"/>
          <w:sz w:val="20"/>
        </w:rPr>
        <w:t>Under it, new text appeared:</w:t>
      </w:r>
    </w:p>
    <w:p>
      <w:pPr>
        <w:spacing w:after="60" w:line="250" w:lineRule="auto"/>
        <w:ind w:left="202" w:right="173"/>
      </w:pPr>
      <w:r>
        <w:rPr>
          <w:rFonts w:ascii="Georgia" w:hAnsi="Georgia"/>
          <w:b w:val="0"/>
          <w:i w:val="0"/>
          <w:color w:val="22201D"/>
          <w:sz w:val="17"/>
        </w:rPr>
        <w:t>Shared does not mean witnessed by everyone. Shared means the right person was not replaced by the nearest person.</w:t>
      </w:r>
    </w:p>
    <w:p>
      <w:pPr>
        <w:spacing w:after="60" w:line="266" w:lineRule="auto"/>
        <w:ind w:firstLine="331"/>
        <w:jc w:val="both"/>
      </w:pPr>
      <w:r>
        <w:rPr>
          <w:rFonts w:ascii="Georgia" w:hAnsi="Georgia"/>
          <w:b w:val="0"/>
          <w:i w:val="0"/>
          <w:color w:val="22201D"/>
          <w:sz w:val="20"/>
        </w:rPr>
        <w:t>Mara read it.</w:t>
      </w:r>
    </w:p>
    <w:p>
      <w:pPr>
        <w:spacing w:after="60" w:line="266" w:lineRule="auto"/>
        <w:ind w:firstLine="331"/>
        <w:jc w:val="both"/>
      </w:pPr>
      <w:r>
        <w:rPr>
          <w:rFonts w:ascii="Georgia" w:hAnsi="Georgia"/>
          <w:b w:val="0"/>
          <w:i w:val="0"/>
          <w:color w:val="22201D"/>
          <w:sz w:val="20"/>
        </w:rPr>
        <w:t>"That seems pointed."</w:t>
      </w:r>
    </w:p>
    <w:p>
      <w:pPr>
        <w:spacing w:after="60" w:line="266" w:lineRule="auto"/>
        <w:ind w:firstLine="331"/>
        <w:jc w:val="both"/>
      </w:pPr>
      <w:r>
        <w:rPr>
          <w:rFonts w:ascii="Georgia" w:hAnsi="Georgia"/>
          <w:b w:val="0"/>
          <w:i w:val="0"/>
          <w:color w:val="22201D"/>
          <w:sz w:val="20"/>
        </w:rPr>
        <w:t>"It is."</w:t>
      </w:r>
    </w:p>
    <w:p>
      <w:pPr>
        <w:spacing w:after="60" w:line="266" w:lineRule="auto"/>
        <w:ind w:firstLine="331"/>
        <w:jc w:val="both"/>
      </w:pPr>
      <w:r>
        <w:rPr>
          <w:rFonts w:ascii="Georgia" w:hAnsi="Georgia"/>
          <w:b w:val="0"/>
          <w:i w:val="0"/>
          <w:color w:val="22201D"/>
          <w:sz w:val="20"/>
        </w:rPr>
        <w:t>"At you?"</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"At me?"</w:t>
      </w:r>
    </w:p>
    <w:p>
      <w:pPr>
        <w:spacing w:after="60" w:line="266" w:lineRule="auto"/>
        <w:ind w:firstLine="331"/>
        <w:jc w:val="both"/>
      </w:pPr>
      <w:r>
        <w:rPr>
          <w:rFonts w:ascii="Georgia" w:hAnsi="Georgia"/>
          <w:b w:val="0"/>
          <w:i w:val="0"/>
          <w:color w:val="22201D"/>
          <w:sz w:val="20"/>
        </w:rPr>
        <w:t>"Also yes."</w:t>
      </w:r>
    </w:p>
    <w:p>
      <w:pPr>
        <w:spacing w:after="60" w:line="266" w:lineRule="auto"/>
        <w:ind w:firstLine="331"/>
        <w:jc w:val="both"/>
      </w:pPr>
      <w:r>
        <w:rPr>
          <w:rFonts w:ascii="Georgia" w:hAnsi="Georgia"/>
          <w:b w:val="0"/>
          <w:i w:val="0"/>
          <w:color w:val="22201D"/>
          <w:sz w:val="20"/>
        </w:rPr>
        <w:t>She considered this.</w:t>
      </w:r>
    </w:p>
    <w:p>
      <w:pPr>
        <w:spacing w:after="60" w:line="266" w:lineRule="auto"/>
        <w:ind w:firstLine="331"/>
        <w:jc w:val="both"/>
      </w:pPr>
      <w:r>
        <w:rPr>
          <w:rFonts w:ascii="Georgia" w:hAnsi="Georgia"/>
          <w:b w:val="0"/>
          <w:i w:val="0"/>
          <w:color w:val="22201D"/>
          <w:sz w:val="20"/>
        </w:rPr>
        <w:t>"I accept that."</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022: Shared accountability accepted without collapsing roles. Amount due: exact change in listening</w:t>
      </w:r>
    </w:p>
    <w:p>
      <w:pPr>
        <w:spacing w:after="60" w:line="266" w:lineRule="auto"/>
        <w:ind w:firstLine="331"/>
        <w:jc w:val="both"/>
      </w:pPr>
      <w:r>
        <w:rPr>
          <w:rFonts w:ascii="Georgia" w:hAnsi="Georgia"/>
          <w:b w:val="0"/>
          <w:i w:val="0"/>
          <w:color w:val="22201D"/>
          <w:sz w:val="20"/>
        </w:rPr>
        <w:t>The next chapter title appeared before either of them could ask.</w:t>
      </w:r>
    </w:p>
    <w:p>
      <w:pPr>
        <w:spacing w:after="60" w:line="250" w:lineRule="auto"/>
        <w:ind w:left="202" w:right="173"/>
      </w:pPr>
      <w:r>
        <w:rPr>
          <w:rFonts w:ascii="Georgia" w:hAnsi="Georgia"/>
          <w:b w:val="0"/>
          <w:i w:val="0"/>
          <w:color w:val="22201D"/>
          <w:sz w:val="17"/>
        </w:rPr>
        <w:t>Next chapter: Exact Change in Listening</w:t>
      </w:r>
    </w:p>
    <w:p>
      <w:pPr>
        <w:spacing w:after="60" w:line="266" w:lineRule="auto"/>
        <w:ind w:firstLine="331"/>
        <w:jc w:val="both"/>
      </w:pPr>
      <w:r>
        <w:rPr>
          <w:rFonts w:ascii="Georgia" w:hAnsi="Georgia"/>
          <w:b w:val="0"/>
          <w:i w:val="0"/>
          <w:color w:val="22201D"/>
          <w:sz w:val="20"/>
        </w:rPr>
        <w:t>Flocc looked toward the kitchen.</w:t>
      </w:r>
    </w:p>
    <w:p>
      <w:pPr>
        <w:spacing w:after="60" w:line="266" w:lineRule="auto"/>
        <w:ind w:firstLine="331"/>
        <w:jc w:val="both"/>
      </w:pPr>
      <w:r>
        <w:rPr>
          <w:rFonts w:ascii="Georgia" w:hAnsi="Georgia"/>
          <w:b w:val="0"/>
          <w:i w:val="0"/>
          <w:color w:val="22201D"/>
          <w:sz w:val="20"/>
        </w:rPr>
        <w:t>The smell of dinner had changed. Less smoky now. Something green had entered it. Something bright. The audit had not ended. The refund had not solved his life. Elliot had not forgiven him on command or condemned him for efficiency.</w:t>
      </w:r>
    </w:p>
    <w:p>
      <w:pPr>
        <w:spacing w:after="60" w:line="266" w:lineRule="auto"/>
        <w:ind w:firstLine="331"/>
        <w:jc w:val="both"/>
      </w:pPr>
      <w:r>
        <w:rPr>
          <w:rFonts w:ascii="Georgia" w:hAnsi="Georgia"/>
          <w:b w:val="0"/>
          <w:i w:val="0"/>
          <w:color w:val="22201D"/>
          <w:sz w:val="20"/>
        </w:rPr>
        <w:t>But the call had happened.</w:t>
      </w:r>
    </w:p>
    <w:p>
      <w:pPr>
        <w:spacing w:after="60" w:line="266" w:lineRule="auto"/>
        <w:ind w:firstLine="331"/>
        <w:jc w:val="both"/>
      </w:pPr>
      <w:r>
        <w:rPr>
          <w:rFonts w:ascii="Georgia" w:hAnsi="Georgia"/>
          <w:b w:val="0"/>
          <w:i w:val="0"/>
          <w:color w:val="22201D"/>
          <w:sz w:val="20"/>
        </w:rPr>
        <w:t>The apology had left his mouth and gone to the correct person.</w:t>
      </w:r>
    </w:p>
    <w:p>
      <w:pPr>
        <w:spacing w:after="60" w:line="266" w:lineRule="auto"/>
        <w:ind w:firstLine="331"/>
        <w:jc w:val="both"/>
      </w:pPr>
      <w:r>
        <w:rPr>
          <w:rFonts w:ascii="Georgia" w:hAnsi="Georgia"/>
          <w:b w:val="0"/>
          <w:i w:val="0"/>
          <w:color w:val="22201D"/>
          <w:sz w:val="20"/>
        </w:rPr>
        <w:t>That was not everything.</w:t>
      </w:r>
    </w:p>
    <w:p>
      <w:pPr>
        <w:spacing w:after="60" w:line="266" w:lineRule="auto"/>
        <w:ind w:firstLine="331"/>
        <w:jc w:val="both"/>
      </w:pPr>
      <w:r>
        <w:rPr>
          <w:rFonts w:ascii="Georgia" w:hAnsi="Georgia"/>
          <w:b w:val="0"/>
          <w:i w:val="0"/>
          <w:color w:val="22201D"/>
          <w:sz w:val="20"/>
        </w:rPr>
        <w:t>It was not nothing.</w:t>
      </w:r>
    </w:p>
    <w:p>
      <w:pPr>
        <w:spacing w:after="60" w:line="266" w:lineRule="auto"/>
        <w:ind w:firstLine="331"/>
        <w:jc w:val="both"/>
      </w:pPr>
      <w:r>
        <w:rPr>
          <w:rFonts w:ascii="Georgia" w:hAnsi="Georgia"/>
          <w:b w:val="0"/>
          <w:i w:val="0"/>
          <w:color w:val="22201D"/>
          <w:sz w:val="20"/>
        </w:rPr>
        <w:t>Emoji Soup seemed to specialize in the difficult middle categories.</w:t>
      </w:r>
    </w:p>
    <w:p>
      <w:pPr>
        <w:spacing w:after="60" w:line="266" w:lineRule="auto"/>
        <w:ind w:firstLine="331"/>
        <w:jc w:val="both"/>
      </w:pPr>
      <w:r>
        <w:rPr>
          <w:rFonts w:ascii="Georgia" w:hAnsi="Georgia"/>
          <w:b w:val="0"/>
          <w:i w:val="0"/>
          <w:color w:val="22201D"/>
          <w:sz w:val="20"/>
        </w:rPr>
        <w:t>The Hostess set a small plate on the table.</w:t>
      </w:r>
    </w:p>
    <w:p>
      <w:pPr>
        <w:spacing w:after="60" w:line="266" w:lineRule="auto"/>
        <w:ind w:firstLine="331"/>
        <w:jc w:val="both"/>
      </w:pPr>
      <w:r>
        <w:rPr>
          <w:rFonts w:ascii="Georgia" w:hAnsi="Georgia"/>
          <w:b w:val="0"/>
          <w:i w:val="0"/>
          <w:color w:val="22201D"/>
          <w:sz w:val="20"/>
        </w:rPr>
        <w:t>On it were two pieces of bread.</w:t>
      </w:r>
    </w:p>
    <w:p>
      <w:pPr>
        <w:spacing w:after="60" w:line="266" w:lineRule="auto"/>
        <w:ind w:firstLine="331"/>
        <w:jc w:val="both"/>
      </w:pPr>
      <w:r>
        <w:rPr>
          <w:rFonts w:ascii="Georgia" w:hAnsi="Georgia"/>
          <w:b w:val="0"/>
          <w:i w:val="0"/>
          <w:color w:val="22201D"/>
          <w:sz w:val="20"/>
        </w:rPr>
        <w:t>Not the first bread.</w:t>
      </w:r>
    </w:p>
    <w:p>
      <w:pPr>
        <w:spacing w:after="60" w:line="266" w:lineRule="auto"/>
        <w:ind w:firstLine="331"/>
        <w:jc w:val="both"/>
      </w:pPr>
      <w:r>
        <w:rPr>
          <w:rFonts w:ascii="Georgia" w:hAnsi="Georgia"/>
          <w:b w:val="0"/>
          <w:i w:val="0"/>
          <w:color w:val="22201D"/>
          <w:sz w:val="20"/>
        </w:rPr>
        <w:t>Not the old bread.</w:t>
      </w:r>
    </w:p>
    <w:p>
      <w:pPr>
        <w:spacing w:after="60" w:line="266" w:lineRule="auto"/>
        <w:ind w:firstLine="331"/>
        <w:jc w:val="both"/>
      </w:pPr>
      <w:r>
        <w:rPr>
          <w:rFonts w:ascii="Georgia" w:hAnsi="Georgia"/>
          <w:b w:val="0"/>
          <w:i w:val="0"/>
          <w:color w:val="22201D"/>
          <w:sz w:val="20"/>
        </w:rPr>
        <w:t>Dinner bread.</w:t>
      </w:r>
    </w:p>
    <w:p>
      <w:pPr>
        <w:spacing w:after="60" w:line="266" w:lineRule="auto"/>
        <w:ind w:firstLine="331"/>
        <w:jc w:val="both"/>
      </w:pPr>
      <w:r>
        <w:rPr>
          <w:rFonts w:ascii="Georgia" w:hAnsi="Georgia"/>
          <w:b w:val="0"/>
          <w:i w:val="0"/>
          <w:color w:val="22201D"/>
          <w:sz w:val="20"/>
        </w:rPr>
        <w:t>It arrived without asking, but not without context.</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"Are you going to make it symbolic?"</w:t>
      </w:r>
    </w:p>
    <w:p>
      <w:pPr>
        <w:spacing w:after="60" w:line="266" w:lineRule="auto"/>
        <w:ind w:firstLine="331"/>
        <w:jc w:val="both"/>
      </w:pPr>
      <w:r>
        <w:rPr>
          <w:rFonts w:ascii="Georgia" w:hAnsi="Georgia"/>
          <w:b w:val="0"/>
          <w:i w:val="0"/>
          <w:color w:val="22201D"/>
          <w:sz w:val="20"/>
        </w:rPr>
        <w:t>Flocc looked at the bread.</w:t>
      </w:r>
    </w:p>
    <w:p>
      <w:pPr>
        <w:spacing w:after="60" w:line="266" w:lineRule="auto"/>
        <w:ind w:firstLine="331"/>
        <w:jc w:val="both"/>
      </w:pPr>
      <w:r>
        <w:rPr>
          <w:rFonts w:ascii="Georgia" w:hAnsi="Georgia"/>
          <w:b w:val="0"/>
          <w:i w:val="0"/>
          <w:color w:val="22201D"/>
          <w:sz w:val="20"/>
        </w:rPr>
        <w:t>Then at the refund notice.</w:t>
      </w:r>
    </w:p>
    <w:p>
      <w:pPr>
        <w:spacing w:after="60" w:line="266" w:lineRule="auto"/>
        <w:ind w:firstLine="331"/>
        <w:jc w:val="both"/>
      </w:pPr>
      <w:r>
        <w:rPr>
          <w:rFonts w:ascii="Georgia" w:hAnsi="Georgia"/>
          <w:b w:val="0"/>
          <w:i w:val="0"/>
          <w:color w:val="22201D"/>
          <w:sz w:val="20"/>
        </w:rPr>
        <w:t>Then at the phone.</w:t>
      </w:r>
    </w:p>
    <w:p>
      <w:pPr>
        <w:spacing w:after="60" w:line="266" w:lineRule="auto"/>
        <w:ind w:firstLine="331"/>
        <w:jc w:val="both"/>
      </w:pPr>
      <w:r>
        <w:rPr>
          <w:rFonts w:ascii="Georgia" w:hAnsi="Georgia"/>
          <w:b w:val="0"/>
          <w:i w:val="0"/>
          <w:color w:val="22201D"/>
          <w:sz w:val="20"/>
        </w:rPr>
        <w:t>Then at her.</w:t>
      </w:r>
    </w:p>
    <w:p>
      <w:pPr>
        <w:spacing w:after="60" w:line="266" w:lineRule="auto"/>
        <w:ind w:firstLine="331"/>
        <w:jc w:val="both"/>
      </w:pPr>
      <w:r>
        <w:rPr>
          <w:rFonts w:ascii="Georgia" w:hAnsi="Georgia"/>
          <w:b w:val="0"/>
          <w:i w:val="0"/>
          <w:color w:val="22201D"/>
          <w:sz w:val="20"/>
        </w:rPr>
        <w:t>"No," he said.</w:t>
      </w:r>
    </w:p>
    <w:p>
      <w:pPr>
        <w:spacing w:after="60" w:line="266" w:lineRule="auto"/>
        <w:ind w:firstLine="331"/>
        <w:jc w:val="both"/>
      </w:pPr>
      <w:r>
        <w:rPr>
          <w:rFonts w:ascii="Georgia" w:hAnsi="Georgia"/>
          <w:b w:val="0"/>
          <w:i w:val="0"/>
          <w:color w:val="22201D"/>
          <w:sz w:val="20"/>
        </w:rPr>
        <w:t>He tore the bread in half.</w:t>
      </w:r>
    </w:p>
    <w:p>
      <w:pPr>
        <w:spacing w:after="60" w:line="266" w:lineRule="auto"/>
        <w:ind w:firstLine="331"/>
        <w:jc w:val="both"/>
      </w:pPr>
      <w:r>
        <w:rPr>
          <w:rFonts w:ascii="Georgia" w:hAnsi="Georgia"/>
          <w:b w:val="0"/>
          <w:i w:val="0"/>
          <w:color w:val="22201D"/>
          <w:sz w:val="20"/>
        </w:rPr>
        <w:t>He gave her the first piece.</w:t>
      </w:r>
    </w:p>
    <w:p>
      <w:pPr>
        <w:spacing w:after="60" w:line="266" w:lineRule="auto"/>
        <w:ind w:firstLine="331"/>
        <w:jc w:val="both"/>
      </w:pPr>
      <w:r>
        <w:rPr>
          <w:rFonts w:ascii="Georgia" w:hAnsi="Georgia"/>
          <w:b w:val="0"/>
          <w:i w:val="0"/>
          <w:color w:val="22201D"/>
          <w:sz w:val="20"/>
        </w:rPr>
        <w:t>The refund notice cooled to room temperature.</w:t>
      </w:r>
    </w:p>
    <w:p>
      <w:pPr>
        <w:spacing w:after="60" w:line="266" w:lineRule="auto"/>
        <w:ind w:firstLine="331"/>
        <w:jc w:val="both"/>
      </w:pPr>
      <w:r>
        <w:rPr>
          <w:rFonts w:ascii="Georgia" w:hAnsi="Georgia"/>
          <w:b w:val="0"/>
          <w:i w:val="0"/>
          <w:color w:val="22201D"/>
          <w:sz w:val="20"/>
        </w:rPr>
        <w:t>This, Gerald would have been pleased to note, made it easier to handle.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5: Exact Change in Listening</w:t>
      </w:r>
    </w:p>
    <w:p>
      <w:pPr>
        <w:spacing w:after="60" w:line="266" w:lineRule="auto"/>
        <w:ind w:firstLine="0"/>
        <w:jc w:val="both"/>
      </w:pPr>
      <w:r>
        <w:rPr>
          <w:rFonts w:ascii="Georgia" w:hAnsi="Georgia"/>
          <w:b w:val="0"/>
          <w:i w:val="0"/>
          <w:color w:val="22201D"/>
          <w:sz w:val="20"/>
        </w:rPr>
        <w:t>In which money fails as tender, Mara refuses to become a receipt for Flocc's improvement, and the restaurant teaches that attention is accepted only in the amount actually owed.</w:t>
      </w:r>
    </w:p>
    <w:p>
      <w:pPr>
        <w:spacing w:after="60" w:line="266" w:lineRule="auto"/>
        <w:ind w:firstLine="331"/>
        <w:jc w:val="both"/>
      </w:pPr>
      <w:r>
        <w:rPr>
          <w:rFonts w:ascii="Georgia" w:hAnsi="Georgia"/>
          <w:b w:val="0"/>
          <w:i w:val="0"/>
          <w:color w:val="22201D"/>
          <w:sz w:val="20"/>
        </w:rPr>
        <w:t>The bread did not stay symbolic.</w:t>
      </w:r>
    </w:p>
    <w:p>
      <w:pPr>
        <w:spacing w:after="60" w:line="266" w:lineRule="auto"/>
        <w:ind w:firstLine="331"/>
        <w:jc w:val="both"/>
      </w:pPr>
      <w:r>
        <w:rPr>
          <w:rFonts w:ascii="Georgia" w:hAnsi="Georgia"/>
          <w:b w:val="0"/>
          <w:i w:val="0"/>
          <w:color w:val="22201D"/>
          <w:sz w:val="20"/>
        </w:rPr>
        <w:t>This was inconvenient for Flocc, who had spent enough of his life converting other people's needs into private meanings that a simple piece of bread now felt like a trap with crust.</w:t>
      </w:r>
    </w:p>
    <w:p>
      <w:pPr>
        <w:spacing w:after="60" w:line="266" w:lineRule="auto"/>
        <w:ind w:firstLine="331"/>
        <w:jc w:val="both"/>
      </w:pPr>
      <w:r>
        <w:rPr>
          <w:rFonts w:ascii="Georgia" w:hAnsi="Georgia"/>
          <w:b w:val="0"/>
          <w:i w:val="0"/>
          <w:color w:val="22201D"/>
          <w:sz w:val="20"/>
        </w:rPr>
        <w:t>He had torn it in half.</w:t>
      </w:r>
    </w:p>
    <w:p>
      <w:pPr>
        <w:spacing w:after="60" w:line="266" w:lineRule="auto"/>
        <w:ind w:firstLine="331"/>
        <w:jc w:val="both"/>
      </w:pPr>
      <w:r>
        <w:rPr>
          <w:rFonts w:ascii="Georgia" w:hAnsi="Georgia"/>
          <w:b w:val="0"/>
          <w:i w:val="0"/>
          <w:color w:val="22201D"/>
          <w:sz w:val="20"/>
        </w:rPr>
        <w:t>He had given Mara the first piece.</w:t>
      </w:r>
    </w:p>
    <w:p>
      <w:pPr>
        <w:spacing w:after="60" w:line="266" w:lineRule="auto"/>
        <w:ind w:firstLine="331"/>
        <w:jc w:val="both"/>
      </w:pPr>
      <w:r>
        <w:rPr>
          <w:rFonts w:ascii="Georgia" w:hAnsi="Georgia"/>
          <w:b w:val="0"/>
          <w:i w:val="0"/>
          <w:color w:val="22201D"/>
          <w:sz w:val="20"/>
        </w:rPr>
        <w:t>He had done this without making a speech, which seemed to him like progress until the bill printed:</w:t>
      </w:r>
    </w:p>
    <w:p>
      <w:pPr>
        <w:spacing w:after="60" w:line="250" w:lineRule="auto"/>
        <w:ind w:left="202" w:right="173"/>
      </w:pPr>
      <w:r>
        <w:rPr>
          <w:rFonts w:ascii="Georgia" w:hAnsi="Georgia"/>
          <w:b w:val="0"/>
          <w:i w:val="0"/>
          <w:color w:val="22201D"/>
          <w:sz w:val="17"/>
        </w:rPr>
        <w:t>Line 023: Mistaking silence for humility. Amount due: one unsent invoice for applause</w:t>
      </w:r>
    </w:p>
    <w:p>
      <w:pPr>
        <w:spacing w:after="60" w:line="266" w:lineRule="auto"/>
        <w:ind w:firstLine="331"/>
        <w:jc w:val="both"/>
      </w:pPr>
      <w:r>
        <w:rPr>
          <w:rFonts w:ascii="Georgia" w:hAnsi="Georgia"/>
          <w:b w:val="0"/>
          <w:i w:val="0"/>
          <w:color w:val="22201D"/>
          <w:sz w:val="20"/>
        </w:rPr>
        <w:t>"I did not ask for applause," Flocc said.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No verbal request detected. Internal invoice active.</w:t>
      </w:r>
    </w:p>
    <w:p>
      <w:pPr>
        <w:spacing w:after="60" w:line="266" w:lineRule="auto"/>
        <w:ind w:firstLine="331"/>
        <w:jc w:val="both"/>
      </w:pPr>
      <w:r>
        <w:rPr>
          <w:rFonts w:ascii="Georgia" w:hAnsi="Georgia"/>
          <w:b w:val="0"/>
          <w:i w:val="0"/>
          <w:color w:val="22201D"/>
          <w:sz w:val="20"/>
        </w:rPr>
        <w:t>Mara bit into the bread.</w:t>
      </w:r>
    </w:p>
    <w:p>
      <w:pPr>
        <w:spacing w:after="60" w:line="266" w:lineRule="auto"/>
        <w:ind w:firstLine="331"/>
        <w:jc w:val="both"/>
      </w:pPr>
      <w:r>
        <w:rPr>
          <w:rFonts w:ascii="Georgia" w:hAnsi="Georgia"/>
          <w:b w:val="0"/>
          <w:i w:val="0"/>
          <w:color w:val="22201D"/>
          <w:sz w:val="20"/>
        </w:rPr>
        <w:t>She did not say it was good.</w:t>
      </w:r>
    </w:p>
    <w:p>
      <w:pPr>
        <w:spacing w:after="60" w:line="266" w:lineRule="auto"/>
        <w:ind w:firstLine="331"/>
        <w:jc w:val="both"/>
      </w:pPr>
      <w:r>
        <w:rPr>
          <w:rFonts w:ascii="Georgia" w:hAnsi="Georgia"/>
          <w:b w:val="0"/>
          <w:i w:val="0"/>
          <w:color w:val="22201D"/>
          <w:sz w:val="20"/>
        </w:rPr>
        <w:t>This was somehow worse than if she had said it was bad. Bad would have given Flocc something to fix, and he was always more comfortable around damage that allowed him to become useful. Good would have given him relief, which he could have mishandled into ownership. Silence left the bread in her mouth, where it belonged.</w:t>
      </w:r>
    </w:p>
    <w:p>
      <w:pPr>
        <w:spacing w:after="60" w:line="266" w:lineRule="auto"/>
        <w:ind w:firstLine="331"/>
        <w:jc w:val="both"/>
      </w:pPr>
      <w:r>
        <w:rPr>
          <w:rFonts w:ascii="Georgia" w:hAnsi="Georgia"/>
          <w:b w:val="0"/>
          <w:i w:val="0"/>
          <w:color w:val="22201D"/>
          <w:sz w:val="20"/>
        </w:rPr>
        <w:t>The Hostess set a shallow brass tray beside the bill.</w:t>
      </w:r>
    </w:p>
    <w:p>
      <w:pPr>
        <w:spacing w:after="60" w:line="266" w:lineRule="auto"/>
        <w:ind w:firstLine="331"/>
        <w:jc w:val="both"/>
      </w:pPr>
      <w:r>
        <w:rPr>
          <w:rFonts w:ascii="Georgia" w:hAnsi="Georgia"/>
          <w:b w:val="0"/>
          <w:i w:val="0"/>
          <w:color w:val="22201D"/>
          <w:sz w:val="20"/>
        </w:rPr>
        <w:t>It looked like the kind of tray used by old cash registers, hotel desks, and churches that trusted people only after they had removed their hats. It contained nothing.</w:t>
      </w:r>
    </w:p>
    <w:p>
      <w:pPr>
        <w:spacing w:after="60" w:line="266" w:lineRule="auto"/>
        <w:ind w:firstLine="331"/>
        <w:jc w:val="both"/>
      </w:pPr>
      <w:r>
        <w:rPr>
          <w:rFonts w:ascii="Georgia" w:hAnsi="Georgia"/>
          <w:b w:val="0"/>
          <w:i w:val="0"/>
          <w:color w:val="22201D"/>
          <w:sz w:val="20"/>
        </w:rPr>
        <w:t>Flocc looked at it.</w:t>
      </w:r>
    </w:p>
    <w:p>
      <w:pPr>
        <w:spacing w:after="60" w:line="266" w:lineRule="auto"/>
        <w:ind w:firstLine="331"/>
        <w:jc w:val="both"/>
      </w:pPr>
      <w:r>
        <w:rPr>
          <w:rFonts w:ascii="Georgia" w:hAnsi="Georgia"/>
          <w:b w:val="0"/>
          <w:i w:val="0"/>
          <w:color w:val="22201D"/>
          <w:sz w:val="20"/>
        </w:rPr>
        <w:t>"Is this for money?"</w:t>
      </w:r>
    </w:p>
    <w:p>
      <w:pPr>
        <w:spacing w:after="60" w:line="266" w:lineRule="auto"/>
        <w:ind w:firstLine="331"/>
        <w:jc w:val="both"/>
      </w:pPr>
      <w:r>
        <w:rPr>
          <w:rFonts w:ascii="Georgia" w:hAnsi="Georgia"/>
          <w:b w:val="0"/>
          <w:i w:val="0"/>
          <w:color w:val="22201D"/>
          <w:sz w:val="20"/>
        </w:rPr>
        <w:t>"It is for change," said the Hostess.</w:t>
      </w:r>
    </w:p>
    <w:p>
      <w:pPr>
        <w:spacing w:after="60" w:line="266" w:lineRule="auto"/>
        <w:ind w:firstLine="331"/>
        <w:jc w:val="both"/>
      </w:pPr>
      <w:r>
        <w:rPr>
          <w:rFonts w:ascii="Georgia" w:hAnsi="Georgia"/>
          <w:b w:val="0"/>
          <w:i w:val="0"/>
          <w:color w:val="22201D"/>
          <w:sz w:val="20"/>
        </w:rPr>
        <w:t>"Those are related."</w:t>
      </w:r>
    </w:p>
    <w:p>
      <w:pPr>
        <w:spacing w:after="60" w:line="266" w:lineRule="auto"/>
        <w:ind w:firstLine="331"/>
        <w:jc w:val="both"/>
      </w:pPr>
      <w:r>
        <w:rPr>
          <w:rFonts w:ascii="Georgia" w:hAnsi="Georgia"/>
          <w:b w:val="0"/>
          <w:i w:val="0"/>
          <w:color w:val="22201D"/>
          <w:sz w:val="20"/>
        </w:rPr>
        <w:t>"Often."</w:t>
      </w:r>
    </w:p>
    <w:p>
      <w:pPr>
        <w:spacing w:after="60" w:line="266" w:lineRule="auto"/>
        <w:ind w:firstLine="331"/>
        <w:jc w:val="both"/>
      </w:pPr>
      <w:r>
        <w:rPr>
          <w:rFonts w:ascii="Georgia" w:hAnsi="Georgia"/>
          <w:b w:val="0"/>
          <w:i w:val="0"/>
          <w:color w:val="22201D"/>
          <w:sz w:val="20"/>
        </w:rPr>
        <w:t>"Here?"</w:t>
      </w:r>
    </w:p>
    <w:p>
      <w:pPr>
        <w:spacing w:after="60" w:line="266" w:lineRule="auto"/>
        <w:ind w:firstLine="331"/>
        <w:jc w:val="both"/>
      </w:pPr>
      <w:r>
        <w:rPr>
          <w:rFonts w:ascii="Georgia" w:hAnsi="Georgia"/>
          <w:b w:val="0"/>
          <w:i w:val="0"/>
          <w:color w:val="22201D"/>
          <w:sz w:val="20"/>
        </w:rPr>
        <w:t>"Occasionally by accident."</w:t>
      </w:r>
    </w:p>
    <w:p>
      <w:pPr>
        <w:spacing w:after="60" w:line="266" w:lineRule="auto"/>
        <w:ind w:firstLine="331"/>
        <w:jc w:val="both"/>
      </w:pPr>
      <w:r>
        <w:rPr>
          <w:rFonts w:ascii="Georgia" w:hAnsi="Georgia"/>
          <w:b w:val="0"/>
          <w:i w:val="0"/>
          <w:color w:val="22201D"/>
          <w:sz w:val="20"/>
        </w:rPr>
        <w:t>The tray clicked.</w:t>
      </w:r>
    </w:p>
    <w:p>
      <w:pPr>
        <w:spacing w:after="60" w:line="266" w:lineRule="auto"/>
        <w:ind w:firstLine="331"/>
        <w:jc w:val="both"/>
      </w:pPr>
      <w:r>
        <w:rPr>
          <w:rFonts w:ascii="Georgia" w:hAnsi="Georgia"/>
          <w:b w:val="0"/>
          <w:i w:val="0"/>
          <w:color w:val="22201D"/>
          <w:sz w:val="20"/>
        </w:rPr>
        <w:t>A slip of paper appeared at its center, curled from nowhere as if issued by a very small printer with excellent boundaries.</w:t>
      </w:r>
    </w:p>
    <w:p>
      <w:pPr>
        <w:spacing w:after="60" w:line="250" w:lineRule="auto"/>
        <w:ind w:left="202" w:right="173"/>
      </w:pPr>
      <w:r>
        <w:rPr>
          <w:rFonts w:ascii="Georgia" w:hAnsi="Georgia"/>
          <w:b w:val="0"/>
          <w:i w:val="0"/>
          <w:color w:val="22201D"/>
          <w:sz w:val="17"/>
        </w:rPr>
        <w:t>CHANGE SLIP  Tender accepted: pending  Change required: exact</w:t>
      </w:r>
    </w:p>
    <w:p>
      <w:pPr>
        <w:spacing w:after="60" w:line="266" w:lineRule="auto"/>
        <w:ind w:firstLine="331"/>
        <w:jc w:val="both"/>
      </w:pPr>
      <w:r>
        <w:rPr>
          <w:rFonts w:ascii="Georgia" w:hAnsi="Georgia"/>
          <w:b w:val="0"/>
          <w:i w:val="0"/>
          <w:color w:val="22201D"/>
          <w:sz w:val="20"/>
        </w:rPr>
        <w:t>Flocc took out his wallet.</w:t>
      </w:r>
    </w:p>
    <w:p>
      <w:pPr>
        <w:spacing w:after="60" w:line="266" w:lineRule="auto"/>
        <w:ind w:firstLine="331"/>
        <w:jc w:val="both"/>
      </w:pPr>
      <w:r>
        <w:rPr>
          <w:rFonts w:ascii="Georgia" w:hAnsi="Georgia"/>
          <w:b w:val="0"/>
          <w:i w:val="0"/>
          <w:color w:val="22201D"/>
          <w:sz w:val="20"/>
        </w:rPr>
        <w:t>Mara watched him do it with the expression of a person witnessing a friend open an umbrella indoors during a drought.</w:t>
      </w:r>
    </w:p>
    <w:p>
      <w:pPr>
        <w:spacing w:after="60" w:line="266" w:lineRule="auto"/>
        <w:ind w:firstLine="331"/>
        <w:jc w:val="both"/>
      </w:pPr>
      <w:r>
        <w:rPr>
          <w:rFonts w:ascii="Georgia" w:hAnsi="Georgia"/>
          <w:b w:val="0"/>
          <w:i w:val="0"/>
          <w:color w:val="22201D"/>
          <w:sz w:val="20"/>
        </w:rPr>
        <w:t>"What?" he asked.</w:t>
      </w:r>
    </w:p>
    <w:p>
      <w:pPr>
        <w:spacing w:after="60" w:line="266" w:lineRule="auto"/>
        <w:ind w:firstLine="331"/>
        <w:jc w:val="both"/>
      </w:pPr>
      <w:r>
        <w:rPr>
          <w:rFonts w:ascii="Georgia" w:hAnsi="Georgia"/>
          <w:b w:val="0"/>
          <w:i w:val="0"/>
          <w:color w:val="22201D"/>
          <w:sz w:val="20"/>
        </w:rPr>
        <w:t>"Nothing."</w:t>
      </w:r>
    </w:p>
    <w:p>
      <w:pPr>
        <w:spacing w:after="60" w:line="266" w:lineRule="auto"/>
        <w:ind w:firstLine="331"/>
        <w:jc w:val="both"/>
      </w:pPr>
      <w:r>
        <w:rPr>
          <w:rFonts w:ascii="Georgia" w:hAnsi="Georgia"/>
          <w:b w:val="0"/>
          <w:i w:val="0"/>
          <w:color w:val="22201D"/>
          <w:sz w:val="20"/>
        </w:rPr>
        <w:t>"That was not nothing."</w:t>
      </w:r>
    </w:p>
    <w:p>
      <w:pPr>
        <w:spacing w:after="60" w:line="266" w:lineRule="auto"/>
        <w:ind w:firstLine="331"/>
        <w:jc w:val="both"/>
      </w:pPr>
      <w:r>
        <w:rPr>
          <w:rFonts w:ascii="Georgia" w:hAnsi="Georgia"/>
          <w:b w:val="0"/>
          <w:i w:val="0"/>
          <w:color w:val="22201D"/>
          <w:sz w:val="20"/>
        </w:rPr>
        <w:t>"It was exact enough."</w:t>
      </w:r>
    </w:p>
    <w:p>
      <w:pPr>
        <w:spacing w:after="60" w:line="266" w:lineRule="auto"/>
        <w:ind w:firstLine="331"/>
        <w:jc w:val="both"/>
      </w:pPr>
      <w:r>
        <w:rPr>
          <w:rFonts w:ascii="Georgia" w:hAnsi="Georgia"/>
          <w:b w:val="0"/>
          <w:i w:val="0"/>
          <w:color w:val="22201D"/>
          <w:sz w:val="20"/>
        </w:rPr>
        <w:t>He removed three bills and placed them in the tray.</w:t>
      </w:r>
    </w:p>
    <w:p>
      <w:pPr>
        <w:spacing w:after="60" w:line="266" w:lineRule="auto"/>
        <w:ind w:firstLine="331"/>
        <w:jc w:val="both"/>
      </w:pPr>
      <w:r>
        <w:rPr>
          <w:rFonts w:ascii="Georgia" w:hAnsi="Georgia"/>
          <w:b w:val="0"/>
          <w:i w:val="0"/>
          <w:color w:val="22201D"/>
          <w:sz w:val="20"/>
        </w:rPr>
        <w:t>The tray slid the money back to him.</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Cash tender rejected. Reason: money cannot hear</w:t>
      </w:r>
    </w:p>
    <w:p>
      <w:pPr>
        <w:spacing w:after="60" w:line="266" w:lineRule="auto"/>
        <w:ind w:firstLine="331"/>
        <w:jc w:val="both"/>
      </w:pPr>
      <w:r>
        <w:rPr>
          <w:rFonts w:ascii="Georgia" w:hAnsi="Georgia"/>
          <w:b w:val="0"/>
          <w:i w:val="0"/>
          <w:color w:val="22201D"/>
          <w:sz w:val="20"/>
        </w:rPr>
        <w:t>Flocc frowned.</w:t>
      </w:r>
    </w:p>
    <w:p>
      <w:pPr>
        <w:spacing w:after="60" w:line="266" w:lineRule="auto"/>
        <w:ind w:firstLine="331"/>
        <w:jc w:val="both"/>
      </w:pPr>
      <w:r>
        <w:rPr>
          <w:rFonts w:ascii="Georgia" w:hAnsi="Georgia"/>
          <w:b w:val="0"/>
          <w:i w:val="0"/>
          <w:color w:val="22201D"/>
          <w:sz w:val="20"/>
        </w:rPr>
        <w:t>"Money hears constantly. That is practically its entire job."</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Money records pressure. Money does not hear.</w:t>
      </w:r>
    </w:p>
    <w:p>
      <w:pPr>
        <w:spacing w:after="60" w:line="266" w:lineRule="auto"/>
        <w:ind w:firstLine="331"/>
        <w:jc w:val="both"/>
      </w:pPr>
      <w:r>
        <w:rPr>
          <w:rFonts w:ascii="Georgia" w:hAnsi="Georgia"/>
          <w:b w:val="0"/>
          <w:i w:val="0"/>
          <w:color w:val="22201D"/>
          <w:sz w:val="20"/>
        </w:rPr>
        <w:t>Mara swallowed her bread.</w:t>
      </w:r>
    </w:p>
    <w:p>
      <w:pPr>
        <w:spacing w:after="60" w:line="266" w:lineRule="auto"/>
        <w:ind w:firstLine="331"/>
        <w:jc w:val="both"/>
      </w:pPr>
      <w:r>
        <w:rPr>
          <w:rFonts w:ascii="Georgia" w:hAnsi="Georgia"/>
          <w:b w:val="0"/>
          <w:i w:val="0"/>
          <w:color w:val="22201D"/>
          <w:sz w:val="20"/>
        </w:rPr>
        <w:t>"That is annoying because it is probably true."</w:t>
      </w:r>
    </w:p>
    <w:p>
      <w:pPr>
        <w:spacing w:after="60" w:line="266" w:lineRule="auto"/>
        <w:ind w:firstLine="331"/>
        <w:jc w:val="both"/>
      </w:pPr>
      <w:r>
        <w:rPr>
          <w:rFonts w:ascii="Georgia" w:hAnsi="Georgia"/>
          <w:b w:val="0"/>
          <w:i w:val="0"/>
          <w:color w:val="22201D"/>
          <w:sz w:val="20"/>
        </w:rPr>
        <w:t>Flocc put the cash away and took out a card.</w:t>
      </w:r>
    </w:p>
    <w:p>
      <w:pPr>
        <w:spacing w:after="60" w:line="266" w:lineRule="auto"/>
        <w:ind w:firstLine="331"/>
        <w:jc w:val="both"/>
      </w:pPr>
      <w:r>
        <w:rPr>
          <w:rFonts w:ascii="Georgia" w:hAnsi="Georgia"/>
          <w:b w:val="0"/>
          <w:i w:val="0"/>
          <w:color w:val="22201D"/>
          <w:sz w:val="20"/>
        </w:rPr>
        <w:t>The tray slid three inches to the left.</w:t>
      </w:r>
    </w:p>
    <w:p>
      <w:pPr>
        <w:spacing w:after="60" w:line="266" w:lineRule="auto"/>
        <w:ind w:firstLine="331"/>
        <w:jc w:val="both"/>
      </w:pPr>
      <w:r>
        <w:rPr>
          <w:rFonts w:ascii="Georgia" w:hAnsi="Georgia"/>
          <w:b w:val="0"/>
          <w:i w:val="0"/>
          <w:color w:val="22201D"/>
          <w:sz w:val="20"/>
        </w:rPr>
        <w:t>"I had not even put it down yet."</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Card tender pre-rejected. Reason: credit is not attention</w:t>
      </w:r>
    </w:p>
    <w:p>
      <w:pPr>
        <w:spacing w:after="60" w:line="266" w:lineRule="auto"/>
        <w:ind w:firstLine="331"/>
        <w:jc w:val="both"/>
      </w:pPr>
      <w:r>
        <w:rPr>
          <w:rFonts w:ascii="Georgia" w:hAnsi="Georgia"/>
          <w:b w:val="0"/>
          <w:i w:val="0"/>
          <w:color w:val="22201D"/>
          <w:sz w:val="20"/>
        </w:rPr>
        <w:t>"That feels personal."</w:t>
      </w:r>
    </w:p>
    <w:p>
      <w:pPr>
        <w:spacing w:after="60" w:line="266" w:lineRule="auto"/>
        <w:ind w:firstLine="331"/>
        <w:jc w:val="both"/>
      </w:pPr>
      <w:r>
        <w:rPr>
          <w:rFonts w:ascii="Georgia" w:hAnsi="Georgia"/>
          <w:b w:val="0"/>
          <w:i w:val="0"/>
          <w:color w:val="22201D"/>
          <w:sz w:val="20"/>
        </w:rPr>
        <w:t>"It is procedural," said the Hostess.</w:t>
      </w:r>
    </w:p>
    <w:p>
      <w:pPr>
        <w:spacing w:after="60" w:line="266" w:lineRule="auto"/>
        <w:ind w:firstLine="331"/>
        <w:jc w:val="both"/>
      </w:pPr>
      <w:r>
        <w:rPr>
          <w:rFonts w:ascii="Georgia" w:hAnsi="Georgia"/>
          <w:b w:val="0"/>
          <w:i w:val="0"/>
          <w:color w:val="22201D"/>
          <w:sz w:val="20"/>
        </w:rPr>
        <w:t>"Those have begun to overlap."</w:t>
      </w:r>
    </w:p>
    <w:p>
      <w:pPr>
        <w:spacing w:after="60" w:line="266" w:lineRule="auto"/>
        <w:ind w:firstLine="331"/>
        <w:jc w:val="both"/>
      </w:pPr>
      <w:r>
        <w:rPr>
          <w:rFonts w:ascii="Georgia" w:hAnsi="Georgia"/>
          <w:b w:val="0"/>
          <w:i w:val="0"/>
          <w:color w:val="22201D"/>
          <w:sz w:val="20"/>
        </w:rPr>
        <w:t>"That is the audit."</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024: Attempted payment by instrument rather than presence. Amount due: one attention without handle</w:t>
      </w:r>
    </w:p>
    <w:p>
      <w:pPr>
        <w:spacing w:after="60" w:line="266" w:lineRule="auto"/>
        <w:ind w:firstLine="331"/>
        <w:jc w:val="both"/>
      </w:pPr>
      <w:r>
        <w:rPr>
          <w:rFonts w:ascii="Georgia" w:hAnsi="Georgia"/>
          <w:b w:val="0"/>
          <w:i w:val="0"/>
          <w:color w:val="22201D"/>
          <w:sz w:val="20"/>
        </w:rPr>
        <w:t>Flocc placed both hands flat on the table.</w:t>
      </w:r>
    </w:p>
    <w:p>
      <w:pPr>
        <w:spacing w:after="60" w:line="266" w:lineRule="auto"/>
        <w:ind w:firstLine="331"/>
        <w:jc w:val="both"/>
      </w:pPr>
      <w:r>
        <w:rPr>
          <w:rFonts w:ascii="Georgia" w:hAnsi="Georgia"/>
          <w:b w:val="0"/>
          <w:i w:val="0"/>
          <w:color w:val="22201D"/>
          <w:sz w:val="20"/>
        </w:rPr>
        <w:t>"Fine. I am paying attention."</w:t>
      </w:r>
    </w:p>
    <w:p>
      <w:pPr>
        <w:spacing w:after="60" w:line="266" w:lineRule="auto"/>
        <w:ind w:firstLine="331"/>
        <w:jc w:val="both"/>
      </w:pPr>
      <w:r>
        <w:rPr>
          <w:rFonts w:ascii="Georgia" w:hAnsi="Georgia"/>
          <w:b w:val="0"/>
          <w:i w:val="0"/>
          <w:color w:val="22201D"/>
          <w:sz w:val="20"/>
        </w:rPr>
        <w:t>The brass tray rang once.</w:t>
      </w:r>
    </w:p>
    <w:p>
      <w:pPr>
        <w:spacing w:after="60" w:line="266" w:lineRule="auto"/>
        <w:ind w:firstLine="331"/>
        <w:jc w:val="both"/>
      </w:pPr>
      <w:r>
        <w:rPr>
          <w:rFonts w:ascii="Georgia" w:hAnsi="Georgia"/>
          <w:b w:val="0"/>
          <w:i w:val="0"/>
          <w:color w:val="22201D"/>
          <w:sz w:val="20"/>
        </w:rPr>
        <w:t>Not loudly.</w:t>
      </w:r>
    </w:p>
    <w:p>
      <w:pPr>
        <w:spacing w:after="60" w:line="266" w:lineRule="auto"/>
        <w:ind w:firstLine="331"/>
        <w:jc w:val="both"/>
      </w:pPr>
      <w:r>
        <w:rPr>
          <w:rFonts w:ascii="Georgia" w:hAnsi="Georgia"/>
          <w:b w:val="0"/>
          <w:i w:val="0"/>
          <w:color w:val="22201D"/>
          <w:sz w:val="20"/>
        </w:rPr>
        <w:t>Precisely.</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Tender offered: declaration of attention  Tender rejected. Reason: label applied before contents inspected</w:t>
      </w:r>
    </w:p>
    <w:p>
      <w:pPr>
        <w:spacing w:after="60" w:line="266" w:lineRule="auto"/>
        <w:ind w:firstLine="331"/>
        <w:jc w:val="both"/>
      </w:pPr>
      <w:r>
        <w:rPr>
          <w:rFonts w:ascii="Georgia" w:hAnsi="Georgia"/>
          <w:b w:val="0"/>
          <w:i w:val="0"/>
          <w:color w:val="22201D"/>
          <w:sz w:val="20"/>
        </w:rPr>
        <w:t>Mara leaned back.</w:t>
      </w:r>
    </w:p>
    <w:p>
      <w:pPr>
        <w:spacing w:after="60" w:line="266" w:lineRule="auto"/>
        <w:ind w:firstLine="331"/>
        <w:jc w:val="both"/>
      </w:pPr>
      <w:r>
        <w:rPr>
          <w:rFonts w:ascii="Georgia" w:hAnsi="Georgia"/>
          <w:b w:val="0"/>
          <w:i w:val="0"/>
          <w:color w:val="22201D"/>
          <w:sz w:val="20"/>
        </w:rPr>
        <w:t>"I like this tray."</w:t>
      </w:r>
    </w:p>
    <w:p>
      <w:pPr>
        <w:spacing w:after="60" w:line="266" w:lineRule="auto"/>
        <w:ind w:firstLine="331"/>
        <w:jc w:val="both"/>
      </w:pPr>
      <w:r>
        <w:rPr>
          <w:rFonts w:ascii="Georgia" w:hAnsi="Georgia"/>
          <w:b w:val="0"/>
          <w:i w:val="0"/>
          <w:color w:val="22201D"/>
          <w:sz w:val="20"/>
        </w:rPr>
        <w:t>"You would."</w:t>
      </w:r>
    </w:p>
    <w:p>
      <w:pPr>
        <w:spacing w:after="60" w:line="266" w:lineRule="auto"/>
        <w:ind w:firstLine="331"/>
        <w:jc w:val="both"/>
      </w:pPr>
      <w:r>
        <w:rPr>
          <w:rFonts w:ascii="Georgia" w:hAnsi="Georgia"/>
          <w:b w:val="0"/>
          <w:i w:val="0"/>
          <w:color w:val="22201D"/>
          <w:sz w:val="20"/>
        </w:rPr>
        <w:t>"Because it is correct?"</w:t>
      </w:r>
    </w:p>
    <w:p>
      <w:pPr>
        <w:spacing w:after="60" w:line="266" w:lineRule="auto"/>
        <w:ind w:firstLine="331"/>
        <w:jc w:val="both"/>
      </w:pPr>
      <w:r>
        <w:rPr>
          <w:rFonts w:ascii="Georgia" w:hAnsi="Georgia"/>
          <w:b w:val="0"/>
          <w:i w:val="0"/>
          <w:color w:val="22201D"/>
          <w:sz w:val="20"/>
        </w:rPr>
        <w:t>"Because it is rude in your direction."</w:t>
      </w:r>
    </w:p>
    <w:p>
      <w:pPr>
        <w:spacing w:after="60" w:line="266" w:lineRule="auto"/>
        <w:ind w:firstLine="331"/>
        <w:jc w:val="both"/>
      </w:pPr>
      <w:r>
        <w:rPr>
          <w:rFonts w:ascii="Georgia" w:hAnsi="Georgia"/>
          <w:b w:val="0"/>
          <w:i w:val="0"/>
          <w:color w:val="22201D"/>
          <w:sz w:val="20"/>
        </w:rPr>
        <w:t>"It is rude in the direction of the invoice."</w:t>
      </w:r>
    </w:p>
    <w:p>
      <w:pPr>
        <w:spacing w:after="60" w:line="266" w:lineRule="auto"/>
        <w:ind w:firstLine="331"/>
        <w:jc w:val="both"/>
      </w:pPr>
      <w:r>
        <w:rPr>
          <w:rFonts w:ascii="Georgia" w:hAnsi="Georgia"/>
          <w:b w:val="0"/>
          <w:i w:val="0"/>
          <w:color w:val="22201D"/>
          <w:sz w:val="20"/>
        </w:rPr>
        <w:t>He looked at her.</w:t>
      </w:r>
    </w:p>
    <w:p>
      <w:pPr>
        <w:spacing w:after="60" w:line="266" w:lineRule="auto"/>
        <w:ind w:firstLine="331"/>
        <w:jc w:val="both"/>
      </w:pPr>
      <w:r>
        <w:rPr>
          <w:rFonts w:ascii="Georgia" w:hAnsi="Georgia"/>
          <w:b w:val="0"/>
          <w:i w:val="0"/>
          <w:color w:val="22201D"/>
          <w:sz w:val="20"/>
        </w:rPr>
        <w:t>She had said it lightly, but not carelessly. Mara's lightness was not avoidance. It was a way of not letting seriousness bully the room.</w:t>
      </w:r>
    </w:p>
    <w:p>
      <w:pPr>
        <w:spacing w:after="60" w:line="266" w:lineRule="auto"/>
        <w:ind w:firstLine="331"/>
        <w:jc w:val="both"/>
      </w:pPr>
      <w:r>
        <w:rPr>
          <w:rFonts w:ascii="Georgia" w:hAnsi="Georgia"/>
          <w:b w:val="0"/>
          <w:i w:val="0"/>
          <w:color w:val="22201D"/>
          <w:sz w:val="20"/>
        </w:rPr>
        <w:t>Flocc tried to pay attention to that.</w:t>
      </w:r>
    </w:p>
    <w:p>
      <w:pPr>
        <w:spacing w:after="60" w:line="266" w:lineRule="auto"/>
        <w:ind w:firstLine="331"/>
        <w:jc w:val="both"/>
      </w:pPr>
      <w:r>
        <w:rPr>
          <w:rFonts w:ascii="Georgia" w:hAnsi="Georgia"/>
          <w:b w:val="0"/>
          <w:i w:val="0"/>
          <w:color w:val="22201D"/>
          <w:sz w:val="20"/>
        </w:rPr>
        <w:t>The tray clicked.</w:t>
      </w:r>
    </w:p>
    <w:p>
      <w:pPr>
        <w:spacing w:after="60" w:line="250" w:lineRule="auto"/>
        <w:ind w:left="202" w:right="173"/>
      </w:pPr>
      <w:r>
        <w:rPr>
          <w:rFonts w:ascii="Georgia" w:hAnsi="Georgia"/>
          <w:b w:val="0"/>
          <w:i w:val="0"/>
          <w:color w:val="22201D"/>
          <w:sz w:val="17"/>
        </w:rPr>
        <w:t>Partial tender detected. Do not narrate it.</w:t>
      </w:r>
    </w:p>
    <w:p>
      <w:pPr>
        <w:spacing w:after="60" w:line="266" w:lineRule="auto"/>
        <w:ind w:firstLine="331"/>
        <w:jc w:val="both"/>
      </w:pPr>
      <w:r>
        <w:rPr>
          <w:rFonts w:ascii="Georgia" w:hAnsi="Georgia"/>
          <w:b w:val="0"/>
          <w:i w:val="0"/>
          <w:color w:val="22201D"/>
          <w:sz w:val="20"/>
        </w:rPr>
        <w:t>He closed his mouth.</w:t>
      </w:r>
    </w:p>
    <w:p>
      <w:pPr>
        <w:spacing w:after="60" w:line="266" w:lineRule="auto"/>
        <w:ind w:firstLine="331"/>
        <w:jc w:val="both"/>
      </w:pPr>
      <w:r>
        <w:rPr>
          <w:rFonts w:ascii="Georgia" w:hAnsi="Georgia"/>
          <w:b w:val="0"/>
          <w:i w:val="0"/>
          <w:color w:val="22201D"/>
          <w:sz w:val="20"/>
        </w:rPr>
        <w:t>This was more difficult than he wanted recorded.</w:t>
      </w:r>
    </w:p>
    <w:p>
      <w:pPr>
        <w:spacing w:after="60" w:line="266" w:lineRule="auto"/>
        <w:ind w:firstLine="331"/>
        <w:jc w:val="both"/>
      </w:pPr>
      <w:r>
        <w:rPr>
          <w:rFonts w:ascii="Georgia" w:hAnsi="Georgia"/>
          <w:b w:val="0"/>
          <w:i w:val="0"/>
          <w:color w:val="22201D"/>
          <w:sz w:val="20"/>
        </w:rPr>
        <w:t>Dinner service resumed around them in small, controlled ways. The Hostess removed the evidence sleeve from the food-contact zone. A server with sleeves rolled exactly once placed two small plates on the table. One held a tangle of greens with vinegar bright enough to wake the room. The other held roasted roots cut into careful coins, each one dark at the edge and gold at the center.</w:t>
      </w:r>
    </w:p>
    <w:p>
      <w:pPr>
        <w:spacing w:after="60" w:line="266" w:lineRule="auto"/>
        <w:ind w:firstLine="331"/>
        <w:jc w:val="both"/>
      </w:pPr>
      <w:r>
        <w:rPr>
          <w:rFonts w:ascii="Georgia" w:hAnsi="Georgia"/>
          <w:b w:val="0"/>
          <w:i w:val="0"/>
          <w:color w:val="22201D"/>
          <w:sz w:val="20"/>
        </w:rPr>
        <w:t>No sauce was served.</w:t>
      </w:r>
    </w:p>
    <w:p>
      <w:pPr>
        <w:spacing w:after="60" w:line="266" w:lineRule="auto"/>
        <w:ind w:firstLine="331"/>
        <w:jc w:val="both"/>
      </w:pPr>
      <w:r>
        <w:rPr>
          <w:rFonts w:ascii="Georgia" w:hAnsi="Georgia"/>
          <w:b w:val="0"/>
          <w:i w:val="0"/>
          <w:color w:val="22201D"/>
          <w:sz w:val="20"/>
        </w:rPr>
        <w:t>Black Orchard Adobo remained sealed in evidence.</w:t>
      </w:r>
    </w:p>
    <w:p>
      <w:pPr>
        <w:spacing w:after="60" w:line="266" w:lineRule="auto"/>
        <w:ind w:firstLine="331"/>
        <w:jc w:val="both"/>
      </w:pPr>
      <w:r>
        <w:rPr>
          <w:rFonts w:ascii="Georgia" w:hAnsi="Georgia"/>
          <w:b w:val="0"/>
          <w:i w:val="0"/>
          <w:color w:val="22201D"/>
          <w:sz w:val="20"/>
        </w:rPr>
        <w:t>Gerald was not present, but his standards had achieved a haunting.</w:t>
      </w:r>
    </w:p>
    <w:p>
      <w:pPr>
        <w:spacing w:after="60" w:line="266" w:lineRule="auto"/>
        <w:ind w:firstLine="331"/>
        <w:jc w:val="both"/>
      </w:pPr>
      <w:r>
        <w:rPr>
          <w:rFonts w:ascii="Georgia" w:hAnsi="Georgia"/>
          <w:b w:val="0"/>
          <w:i w:val="0"/>
          <w:color w:val="22201D"/>
          <w:sz w:val="20"/>
        </w:rPr>
        <w:t>Mara picked up a fork.</w:t>
      </w:r>
    </w:p>
    <w:p>
      <w:pPr>
        <w:spacing w:after="60" w:line="266" w:lineRule="auto"/>
        <w:ind w:firstLine="331"/>
        <w:jc w:val="both"/>
      </w:pPr>
      <w:r>
        <w:rPr>
          <w:rFonts w:ascii="Georgia" w:hAnsi="Georgia"/>
          <w:b w:val="0"/>
          <w:i w:val="0"/>
          <w:color w:val="22201D"/>
          <w:sz w:val="20"/>
        </w:rPr>
        <w:t>Flocc waited.</w:t>
      </w:r>
    </w:p>
    <w:p>
      <w:pPr>
        <w:spacing w:after="60" w:line="266" w:lineRule="auto"/>
        <w:ind w:firstLine="331"/>
        <w:jc w:val="both"/>
      </w:pPr>
      <w:r>
        <w:rPr>
          <w:rFonts w:ascii="Georgia" w:hAnsi="Georgia"/>
          <w:b w:val="0"/>
          <w:i w:val="0"/>
          <w:color w:val="22201D"/>
          <w:sz w:val="20"/>
        </w:rPr>
        <w:t>This was not because waiting came naturally. Waiting, for him, usually meant occupying the delay with internal legal argument. But the tray had established itself as an organization with enforcement capacity, and the bill had become quiet in the way dangerous teachers become quiet before a test.</w:t>
      </w:r>
    </w:p>
    <w:p>
      <w:pPr>
        <w:spacing w:after="60" w:line="266" w:lineRule="auto"/>
        <w:ind w:firstLine="331"/>
        <w:jc w:val="both"/>
      </w:pPr>
      <w:r>
        <w:rPr>
          <w:rFonts w:ascii="Georgia" w:hAnsi="Georgia"/>
          <w:b w:val="0"/>
          <w:i w:val="0"/>
          <w:color w:val="22201D"/>
          <w:sz w:val="20"/>
        </w:rPr>
        <w:t>Mara ate a bite of greens.</w:t>
      </w:r>
    </w:p>
    <w:p>
      <w:pPr>
        <w:spacing w:after="60" w:line="266" w:lineRule="auto"/>
        <w:ind w:firstLine="331"/>
        <w:jc w:val="both"/>
      </w:pPr>
      <w:r>
        <w:rPr>
          <w:rFonts w:ascii="Georgia" w:hAnsi="Georgia"/>
          <w:b w:val="0"/>
          <w:i w:val="0"/>
          <w:color w:val="22201D"/>
          <w:sz w:val="20"/>
        </w:rPr>
        <w:t>Then she said, "When you called Elliot, you looked at me after almost every sentence."</w:t>
      </w:r>
    </w:p>
    <w:p>
      <w:pPr>
        <w:spacing w:after="60" w:line="266" w:lineRule="auto"/>
        <w:ind w:firstLine="331"/>
        <w:jc w:val="both"/>
      </w:pPr>
      <w:r>
        <w:rPr>
          <w:rFonts w:ascii="Georgia" w:hAnsi="Georgia"/>
          <w:b w:val="0"/>
          <w:i w:val="0"/>
          <w:color w:val="22201D"/>
          <w:sz w:val="20"/>
        </w:rPr>
        <w:t>Flocc went still.</w:t>
      </w:r>
    </w:p>
    <w:p>
      <w:pPr>
        <w:spacing w:after="60" w:line="266" w:lineRule="auto"/>
        <w:ind w:firstLine="331"/>
        <w:jc w:val="both"/>
      </w:pPr>
      <w:r>
        <w:rPr>
          <w:rFonts w:ascii="Georgia" w:hAnsi="Georgia"/>
          <w:b w:val="0"/>
          <w:i w:val="0"/>
          <w:color w:val="22201D"/>
          <w:sz w:val="20"/>
        </w:rPr>
        <w:t>The tray did not print.</w:t>
      </w:r>
    </w:p>
    <w:p>
      <w:pPr>
        <w:spacing w:after="60" w:line="266" w:lineRule="auto"/>
        <w:ind w:firstLine="331"/>
        <w:jc w:val="both"/>
      </w:pPr>
      <w:r>
        <w:rPr>
          <w:rFonts w:ascii="Georgia" w:hAnsi="Georgia"/>
          <w:b w:val="0"/>
          <w:i w:val="0"/>
          <w:color w:val="22201D"/>
          <w:sz w:val="20"/>
        </w:rPr>
        <w:t>The bill did not print.</w:t>
      </w:r>
    </w:p>
    <w:p>
      <w:pPr>
        <w:spacing w:after="60" w:line="266" w:lineRule="auto"/>
        <w:ind w:firstLine="331"/>
        <w:jc w:val="both"/>
      </w:pPr>
      <w:r>
        <w:rPr>
          <w:rFonts w:ascii="Georgia" w:hAnsi="Georgia"/>
          <w:b w:val="0"/>
          <w:i w:val="0"/>
          <w:color w:val="22201D"/>
          <w:sz w:val="20"/>
        </w:rPr>
        <w:t>The restaurant made room for the sentence by removing every unneeded sound from around it.</w:t>
      </w:r>
    </w:p>
    <w:p>
      <w:pPr>
        <w:spacing w:after="60" w:line="266" w:lineRule="auto"/>
        <w:ind w:firstLine="331"/>
        <w:jc w:val="both"/>
      </w:pPr>
      <w:r>
        <w:rPr>
          <w:rFonts w:ascii="Georgia" w:hAnsi="Georgia"/>
          <w:b w:val="0"/>
          <w:i w:val="0"/>
          <w:color w:val="22201D"/>
          <w:sz w:val="20"/>
        </w:rPr>
        <w:t>He almost said, "I did?"</w:t>
      </w:r>
    </w:p>
    <w:p>
      <w:pPr>
        <w:spacing w:after="60" w:line="266" w:lineRule="auto"/>
        <w:ind w:firstLine="331"/>
        <w:jc w:val="both"/>
      </w:pPr>
      <w:r>
        <w:rPr>
          <w:rFonts w:ascii="Georgia" w:hAnsi="Georgia"/>
          <w:b w:val="0"/>
          <w:i w:val="0"/>
          <w:color w:val="22201D"/>
          <w:sz w:val="20"/>
        </w:rPr>
        <w:t>This would have been a request for evidence disguised as surprise.</w:t>
      </w:r>
    </w:p>
    <w:p>
      <w:pPr>
        <w:spacing w:after="60" w:line="266" w:lineRule="auto"/>
        <w:ind w:firstLine="331"/>
        <w:jc w:val="both"/>
      </w:pPr>
      <w:r>
        <w:rPr>
          <w:rFonts w:ascii="Georgia" w:hAnsi="Georgia"/>
          <w:b w:val="0"/>
          <w:i w:val="0"/>
          <w:color w:val="22201D"/>
          <w:sz w:val="20"/>
        </w:rPr>
        <w:t>He almost said, "I was nervous."</w:t>
      </w:r>
    </w:p>
    <w:p>
      <w:pPr>
        <w:spacing w:after="60" w:line="266" w:lineRule="auto"/>
        <w:ind w:firstLine="331"/>
        <w:jc w:val="both"/>
      </w:pPr>
      <w:r>
        <w:rPr>
          <w:rFonts w:ascii="Georgia" w:hAnsi="Georgia"/>
          <w:b w:val="0"/>
          <w:i w:val="0"/>
          <w:color w:val="22201D"/>
          <w:sz w:val="20"/>
        </w:rPr>
        <w:t>This would have been an explanation disguised as context.</w:t>
      </w:r>
    </w:p>
    <w:p>
      <w:pPr>
        <w:spacing w:after="60" w:line="266" w:lineRule="auto"/>
        <w:ind w:firstLine="331"/>
        <w:jc w:val="both"/>
      </w:pPr>
      <w:r>
        <w:rPr>
          <w:rFonts w:ascii="Georgia" w:hAnsi="Georgia"/>
          <w:b w:val="0"/>
          <w:i w:val="0"/>
          <w:color w:val="22201D"/>
          <w:sz w:val="20"/>
        </w:rPr>
        <w:t>He almost said, "I am sorry."</w:t>
      </w:r>
    </w:p>
    <w:p>
      <w:pPr>
        <w:spacing w:after="60" w:line="266" w:lineRule="auto"/>
        <w:ind w:firstLine="331"/>
        <w:jc w:val="both"/>
      </w:pPr>
      <w:r>
        <w:rPr>
          <w:rFonts w:ascii="Georgia" w:hAnsi="Georgia"/>
          <w:b w:val="0"/>
          <w:i w:val="0"/>
          <w:color w:val="22201D"/>
          <w:sz w:val="20"/>
        </w:rPr>
        <w:t>This would have been a payment attempt before the amount had been named.</w:t>
      </w:r>
    </w:p>
    <w:p>
      <w:pPr>
        <w:spacing w:after="60" w:line="266" w:lineRule="auto"/>
        <w:ind w:firstLine="331"/>
        <w:jc w:val="both"/>
      </w:pPr>
      <w:r>
        <w:rPr>
          <w:rFonts w:ascii="Georgia" w:hAnsi="Georgia"/>
          <w:b w:val="0"/>
          <w:i w:val="0"/>
          <w:color w:val="22201D"/>
          <w:sz w:val="20"/>
        </w:rPr>
        <w:t>The brass tray waited.</w:t>
      </w:r>
    </w:p>
    <w:p>
      <w:pPr>
        <w:spacing w:after="60" w:line="266" w:lineRule="auto"/>
        <w:ind w:firstLine="331"/>
        <w:jc w:val="both"/>
      </w:pPr>
      <w:r>
        <w:rPr>
          <w:rFonts w:ascii="Georgia" w:hAnsi="Georgia"/>
          <w:b w:val="0"/>
          <w:i w:val="0"/>
          <w:color w:val="22201D"/>
          <w:sz w:val="20"/>
        </w:rPr>
        <w:t>Flocc said nothing.</w:t>
      </w:r>
    </w:p>
    <w:p>
      <w:pPr>
        <w:spacing w:after="60" w:line="266" w:lineRule="auto"/>
        <w:ind w:firstLine="331"/>
        <w:jc w:val="both"/>
      </w:pPr>
      <w:r>
        <w:rPr>
          <w:rFonts w:ascii="Georgia" w:hAnsi="Georgia"/>
          <w:b w:val="0"/>
          <w:i w:val="0"/>
          <w:color w:val="22201D"/>
          <w:sz w:val="20"/>
        </w:rPr>
        <w:t>Mara nodded once, not as praise, but as confirmation that the silence had not injured anyone.</w:t>
      </w:r>
    </w:p>
    <w:p>
      <w:pPr>
        <w:spacing w:after="60" w:line="266" w:lineRule="auto"/>
        <w:ind w:firstLine="331"/>
        <w:jc w:val="both"/>
      </w:pPr>
      <w:r>
        <w:rPr>
          <w:rFonts w:ascii="Georgia" w:hAnsi="Georgia"/>
          <w:b w:val="0"/>
          <w:i w:val="0"/>
          <w:color w:val="22201D"/>
          <w:sz w:val="20"/>
        </w:rPr>
        <w:t>"It made me feel like you were checking whether the apology was working," she said. "Not with him. With me."</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Tender window open. Listen before handling.</w:t>
      </w:r>
    </w:p>
    <w:p>
      <w:pPr>
        <w:spacing w:after="60" w:line="266" w:lineRule="auto"/>
        <w:ind w:firstLine="331"/>
        <w:jc w:val="both"/>
      </w:pPr>
      <w:r>
        <w:rPr>
          <w:rFonts w:ascii="Georgia" w:hAnsi="Georgia"/>
          <w:b w:val="0"/>
          <w:i w:val="0"/>
          <w:color w:val="22201D"/>
          <w:sz w:val="20"/>
        </w:rPr>
        <w:t>Flocc looked at the paper.</w:t>
      </w:r>
    </w:p>
    <w:p>
      <w:pPr>
        <w:spacing w:after="60" w:line="266" w:lineRule="auto"/>
        <w:ind w:firstLine="331"/>
        <w:jc w:val="both"/>
      </w:pPr>
      <w:r>
        <w:rPr>
          <w:rFonts w:ascii="Georgia" w:hAnsi="Georgia"/>
          <w:b w:val="0"/>
          <w:i w:val="0"/>
          <w:color w:val="22201D"/>
          <w:sz w:val="20"/>
        </w:rPr>
        <w:t>Then he looked back at Mara.</w:t>
      </w:r>
    </w:p>
    <w:p>
      <w:pPr>
        <w:spacing w:after="60" w:line="266" w:lineRule="auto"/>
        <w:ind w:firstLine="331"/>
        <w:jc w:val="both"/>
      </w:pPr>
      <w:r>
        <w:rPr>
          <w:rFonts w:ascii="Georgia" w:hAnsi="Georgia"/>
          <w:b w:val="0"/>
          <w:i w:val="0"/>
          <w:color w:val="22201D"/>
          <w:sz w:val="20"/>
        </w:rPr>
        <w:t>She continued.</w:t>
      </w:r>
    </w:p>
    <w:p>
      <w:pPr>
        <w:spacing w:after="60" w:line="266" w:lineRule="auto"/>
        <w:ind w:firstLine="331"/>
        <w:jc w:val="both"/>
      </w:pPr>
      <w:r>
        <w:rPr>
          <w:rFonts w:ascii="Georgia" w:hAnsi="Georgia"/>
          <w:b w:val="0"/>
          <w:i w:val="0"/>
          <w:color w:val="22201D"/>
          <w:sz w:val="20"/>
        </w:rPr>
        <w:t>"I am glad you called him. I mean that. It mattered. But for a minute I felt like you wanted me to certify the call. Like if I looked moved enough, the restaurant would stamp something."</w:t>
      </w:r>
    </w:p>
    <w:p>
      <w:pPr>
        <w:spacing w:after="60" w:line="266" w:lineRule="auto"/>
        <w:ind w:firstLine="331"/>
        <w:jc w:val="both"/>
      </w:pPr>
      <w:r>
        <w:rPr>
          <w:rFonts w:ascii="Georgia" w:hAnsi="Georgia"/>
          <w:b w:val="0"/>
          <w:i w:val="0"/>
          <w:color w:val="22201D"/>
          <w:sz w:val="20"/>
        </w:rPr>
        <w:t>He felt the defense rise in him.</w:t>
      </w:r>
    </w:p>
    <w:p>
      <w:pPr>
        <w:spacing w:after="60" w:line="266" w:lineRule="auto"/>
        <w:ind w:firstLine="331"/>
        <w:jc w:val="both"/>
      </w:pPr>
      <w:r>
        <w:rPr>
          <w:rFonts w:ascii="Georgia" w:hAnsi="Georgia"/>
          <w:b w:val="0"/>
          <w:i w:val="0"/>
          <w:color w:val="22201D"/>
          <w:sz w:val="20"/>
        </w:rPr>
        <w:t>It was not one defense. It was a flock of them, which made the inside of his chest suddenly crowded.</w:t>
      </w:r>
    </w:p>
    <w:p>
      <w:pPr>
        <w:spacing w:after="60" w:line="266" w:lineRule="auto"/>
        <w:ind w:firstLine="331"/>
        <w:jc w:val="both"/>
      </w:pPr>
      <w:r>
        <w:rPr>
          <w:rFonts w:ascii="Georgia" w:hAnsi="Georgia"/>
          <w:b w:val="0"/>
          <w:i w:val="0"/>
          <w:color w:val="22201D"/>
          <w:sz w:val="20"/>
        </w:rPr>
        <w:t>I did not mean to.</w:t>
      </w:r>
    </w:p>
    <w:p>
      <w:pPr>
        <w:spacing w:after="60" w:line="266" w:lineRule="auto"/>
        <w:ind w:firstLine="331"/>
        <w:jc w:val="both"/>
      </w:pPr>
      <w:r>
        <w:rPr>
          <w:rFonts w:ascii="Georgia" w:hAnsi="Georgia"/>
          <w:b w:val="0"/>
          <w:i w:val="0"/>
          <w:color w:val="22201D"/>
          <w:sz w:val="20"/>
        </w:rPr>
        <w:t>I was scared.</w:t>
      </w:r>
    </w:p>
    <w:p>
      <w:pPr>
        <w:spacing w:after="60" w:line="266" w:lineRule="auto"/>
        <w:ind w:firstLine="331"/>
        <w:jc w:val="both"/>
      </w:pPr>
      <w:r>
        <w:rPr>
          <w:rFonts w:ascii="Georgia" w:hAnsi="Georgia"/>
          <w:b w:val="0"/>
          <w:i w:val="0"/>
          <w:color w:val="22201D"/>
          <w:sz w:val="20"/>
        </w:rPr>
        <w:t>I have never done this correctly.</w:t>
      </w:r>
    </w:p>
    <w:p>
      <w:pPr>
        <w:spacing w:after="60" w:line="266" w:lineRule="auto"/>
        <w:ind w:firstLine="331"/>
        <w:jc w:val="both"/>
      </w:pPr>
      <w:r>
        <w:rPr>
          <w:rFonts w:ascii="Georgia" w:hAnsi="Georgia"/>
          <w:b w:val="0"/>
          <w:i w:val="0"/>
          <w:color w:val="22201D"/>
          <w:sz w:val="20"/>
        </w:rPr>
        <w:t>You are reading too much into it.</w:t>
      </w:r>
    </w:p>
    <w:p>
      <w:pPr>
        <w:spacing w:after="60" w:line="266" w:lineRule="auto"/>
        <w:ind w:firstLine="331"/>
        <w:jc w:val="both"/>
      </w:pPr>
      <w:r>
        <w:rPr>
          <w:rFonts w:ascii="Georgia" w:hAnsi="Georgia"/>
          <w:b w:val="0"/>
          <w:i w:val="0"/>
          <w:color w:val="22201D"/>
          <w:sz w:val="20"/>
        </w:rPr>
        <w:t>I looked at you because you were there.</w:t>
      </w:r>
    </w:p>
    <w:p>
      <w:pPr>
        <w:spacing w:after="60" w:line="266" w:lineRule="auto"/>
        <w:ind w:firstLine="331"/>
        <w:jc w:val="both"/>
      </w:pPr>
      <w:r>
        <w:rPr>
          <w:rFonts w:ascii="Georgia" w:hAnsi="Georgia"/>
          <w:b w:val="0"/>
          <w:i w:val="0"/>
          <w:color w:val="22201D"/>
          <w:sz w:val="20"/>
        </w:rPr>
        <w:t>I looked at you because I trust you.</w:t>
      </w:r>
    </w:p>
    <w:p>
      <w:pPr>
        <w:spacing w:after="60" w:line="266" w:lineRule="auto"/>
        <w:ind w:firstLine="331"/>
        <w:jc w:val="both"/>
      </w:pPr>
      <w:r>
        <w:rPr>
          <w:rFonts w:ascii="Georgia" w:hAnsi="Georgia"/>
          <w:b w:val="0"/>
          <w:i w:val="0"/>
          <w:color w:val="22201D"/>
          <w:sz w:val="20"/>
        </w:rPr>
        <w:t>Some of these were true.</w:t>
      </w:r>
    </w:p>
    <w:p>
      <w:pPr>
        <w:spacing w:after="60" w:line="266" w:lineRule="auto"/>
        <w:ind w:firstLine="331"/>
        <w:jc w:val="both"/>
      </w:pPr>
      <w:r>
        <w:rPr>
          <w:rFonts w:ascii="Georgia" w:hAnsi="Georgia"/>
          <w:b w:val="0"/>
          <w:i w:val="0"/>
          <w:color w:val="22201D"/>
          <w:sz w:val="20"/>
        </w:rPr>
        <w:t>This made them more dangerous.</w:t>
      </w:r>
    </w:p>
    <w:p>
      <w:pPr>
        <w:spacing w:after="60" w:line="266" w:lineRule="auto"/>
        <w:ind w:firstLine="331"/>
        <w:jc w:val="both"/>
      </w:pPr>
      <w:r>
        <w:rPr>
          <w:rFonts w:ascii="Georgia" w:hAnsi="Georgia"/>
          <w:b w:val="0"/>
          <w:i w:val="0"/>
          <w:color w:val="22201D"/>
          <w:sz w:val="20"/>
        </w:rPr>
        <w:t>Truth could be used to block a truer thing if arranged quickly enough.</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Internal defense count: seven  Accepted tender: zero</w:t>
      </w:r>
    </w:p>
    <w:p>
      <w:pPr>
        <w:spacing w:after="60" w:line="266" w:lineRule="auto"/>
        <w:ind w:firstLine="331"/>
        <w:jc w:val="both"/>
      </w:pPr>
      <w:r>
        <w:rPr>
          <w:rFonts w:ascii="Georgia" w:hAnsi="Georgia"/>
          <w:b w:val="0"/>
          <w:i w:val="0"/>
          <w:color w:val="22201D"/>
          <w:sz w:val="20"/>
        </w:rPr>
        <w:t>"It can count thoughts?" Flocc said.</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No. You were loud.</w:t>
      </w:r>
    </w:p>
    <w:p>
      <w:pPr>
        <w:spacing w:after="60" w:line="266" w:lineRule="auto"/>
        <w:ind w:firstLine="331"/>
        <w:jc w:val="both"/>
      </w:pPr>
      <w:r>
        <w:rPr>
          <w:rFonts w:ascii="Georgia" w:hAnsi="Georgia"/>
          <w:b w:val="0"/>
          <w:i w:val="0"/>
          <w:color w:val="22201D"/>
          <w:sz w:val="20"/>
        </w:rPr>
        <w:t>Mara pressed her lips together. The laugh stayed behind them, which he appreciated in a way he did not invoice.</w:t>
      </w:r>
    </w:p>
    <w:p>
      <w:pPr>
        <w:spacing w:after="60" w:line="266" w:lineRule="auto"/>
        <w:ind w:firstLine="331"/>
        <w:jc w:val="both"/>
      </w:pPr>
      <w:r>
        <w:rPr>
          <w:rFonts w:ascii="Georgia" w:hAnsi="Georgia"/>
          <w:b w:val="0"/>
          <w:i w:val="0"/>
          <w:color w:val="22201D"/>
          <w:sz w:val="20"/>
        </w:rPr>
        <w:t>He took a breath.</w:t>
      </w:r>
    </w:p>
    <w:p>
      <w:pPr>
        <w:spacing w:after="60" w:line="266" w:lineRule="auto"/>
        <w:ind w:firstLine="331"/>
        <w:jc w:val="both"/>
      </w:pPr>
      <w:r>
        <w:rPr>
          <w:rFonts w:ascii="Georgia" w:hAnsi="Georgia"/>
          <w:b w:val="0"/>
          <w:i w:val="0"/>
          <w:color w:val="22201D"/>
          <w:sz w:val="20"/>
        </w:rPr>
        <w:t>"When I looked at you," he said, then stopped.</w:t>
      </w:r>
    </w:p>
    <w:p>
      <w:pPr>
        <w:spacing w:after="60" w:line="266" w:lineRule="auto"/>
        <w:ind w:firstLine="331"/>
        <w:jc w:val="both"/>
      </w:pPr>
      <w:r>
        <w:rPr>
          <w:rFonts w:ascii="Georgia" w:hAnsi="Georgia"/>
          <w:b w:val="0"/>
          <w:i w:val="0"/>
          <w:color w:val="22201D"/>
          <w:sz w:val="20"/>
        </w:rPr>
        <w:t>The tray clicked:</w:t>
      </w:r>
    </w:p>
    <w:p>
      <w:pPr>
        <w:spacing w:after="60" w:line="250" w:lineRule="auto"/>
        <w:ind w:left="202" w:right="173"/>
      </w:pPr>
      <w:r>
        <w:rPr>
          <w:rFonts w:ascii="Georgia" w:hAnsi="Georgia"/>
          <w:b w:val="0"/>
          <w:i w:val="0"/>
          <w:color w:val="22201D"/>
          <w:sz w:val="17"/>
        </w:rPr>
        <w:t>Warning: sentence beginning with self-center detected</w:t>
      </w:r>
    </w:p>
    <w:p>
      <w:pPr>
        <w:spacing w:after="60" w:line="266" w:lineRule="auto"/>
        <w:ind w:firstLine="331"/>
        <w:jc w:val="both"/>
      </w:pPr>
      <w:r>
        <w:rPr>
          <w:rFonts w:ascii="Georgia" w:hAnsi="Georgia"/>
          <w:b w:val="0"/>
          <w:i w:val="0"/>
          <w:color w:val="22201D"/>
          <w:sz w:val="20"/>
        </w:rPr>
        <w:t>"I have to be in the sentence at some point."</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Not first by default.</w:t>
      </w:r>
    </w:p>
    <w:p>
      <w:pPr>
        <w:spacing w:after="60" w:line="266" w:lineRule="auto"/>
        <w:ind w:firstLine="331"/>
        <w:jc w:val="both"/>
      </w:pPr>
      <w:r>
        <w:rPr>
          <w:rFonts w:ascii="Georgia" w:hAnsi="Georgia"/>
          <w:b w:val="0"/>
          <w:i w:val="0"/>
          <w:color w:val="22201D"/>
          <w:sz w:val="20"/>
        </w:rPr>
        <w:t>Mara set down her fork.</w:t>
      </w:r>
    </w:p>
    <w:p>
      <w:pPr>
        <w:spacing w:after="60" w:line="266" w:lineRule="auto"/>
        <w:ind w:firstLine="331"/>
        <w:jc w:val="both"/>
      </w:pPr>
      <w:r>
        <w:rPr>
          <w:rFonts w:ascii="Georgia" w:hAnsi="Georgia"/>
          <w:b w:val="0"/>
          <w:i w:val="0"/>
          <w:color w:val="22201D"/>
          <w:sz w:val="20"/>
        </w:rPr>
        <w:t>The movement was quiet, but it had the authority of a door closing softly.</w:t>
      </w:r>
    </w:p>
    <w:p>
      <w:pPr>
        <w:spacing w:after="60" w:line="266" w:lineRule="auto"/>
        <w:ind w:firstLine="331"/>
        <w:jc w:val="both"/>
      </w:pPr>
      <w:r>
        <w:rPr>
          <w:rFonts w:ascii="Georgia" w:hAnsi="Georgia"/>
          <w:b w:val="0"/>
          <w:i w:val="0"/>
          <w:color w:val="22201D"/>
          <w:sz w:val="20"/>
        </w:rPr>
        <w:t>"You can answer after you understand what I said."</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"I heard that I was checking whether you thought the apology was working."</w:t>
      </w:r>
    </w:p>
    <w:p>
      <w:pPr>
        <w:spacing w:after="60" w:line="266" w:lineRule="auto"/>
        <w:ind w:firstLine="331"/>
        <w:jc w:val="both"/>
      </w:pPr>
      <w:r>
        <w:rPr>
          <w:rFonts w:ascii="Georgia" w:hAnsi="Georgia"/>
          <w:b w:val="0"/>
          <w:i w:val="0"/>
          <w:color w:val="22201D"/>
          <w:sz w:val="20"/>
        </w:rPr>
        <w:t>The tray did not move.</w:t>
      </w:r>
    </w:p>
    <w:p>
      <w:pPr>
        <w:spacing w:after="60" w:line="266" w:lineRule="auto"/>
        <w:ind w:firstLine="331"/>
        <w:jc w:val="both"/>
      </w:pPr>
      <w:r>
        <w:rPr>
          <w:rFonts w:ascii="Georgia" w:hAnsi="Georgia"/>
          <w:b w:val="0"/>
          <w:i w:val="0"/>
          <w:color w:val="22201D"/>
          <w:sz w:val="20"/>
        </w:rPr>
        <w:t>Mara said, "Almost."</w:t>
      </w:r>
    </w:p>
    <w:p>
      <w:pPr>
        <w:spacing w:after="60" w:line="266" w:lineRule="auto"/>
        <w:ind w:firstLine="331"/>
        <w:jc w:val="both"/>
      </w:pPr>
      <w:r>
        <w:rPr>
          <w:rFonts w:ascii="Georgia" w:hAnsi="Georgia"/>
          <w:b w:val="0"/>
          <w:i w:val="0"/>
          <w:color w:val="22201D"/>
          <w:sz w:val="20"/>
        </w:rPr>
        <w:t>Flocc waited.</w:t>
      </w:r>
    </w:p>
    <w:p>
      <w:pPr>
        <w:spacing w:after="60" w:line="266" w:lineRule="auto"/>
        <w:ind w:firstLine="331"/>
        <w:jc w:val="both"/>
      </w:pPr>
      <w:r>
        <w:rPr>
          <w:rFonts w:ascii="Georgia" w:hAnsi="Georgia"/>
          <w:b w:val="0"/>
          <w:i w:val="0"/>
          <w:color w:val="22201D"/>
          <w:sz w:val="20"/>
        </w:rPr>
        <w:t>"Not whether I thought the apology was working," she said. "Whether I would help you feel like it had worked."</w:t>
      </w:r>
    </w:p>
    <w:p>
      <w:pPr>
        <w:spacing w:after="60" w:line="266" w:lineRule="auto"/>
        <w:ind w:firstLine="331"/>
        <w:jc w:val="both"/>
      </w:pPr>
      <w:r>
        <w:rPr>
          <w:rFonts w:ascii="Georgia" w:hAnsi="Georgia"/>
          <w:b w:val="0"/>
          <w:i w:val="0"/>
          <w:color w:val="22201D"/>
          <w:sz w:val="20"/>
        </w:rPr>
        <w:t>The difference entered him slowly.</w:t>
      </w:r>
    </w:p>
    <w:p>
      <w:pPr>
        <w:spacing w:after="60" w:line="266" w:lineRule="auto"/>
        <w:ind w:firstLine="331"/>
        <w:jc w:val="both"/>
      </w:pPr>
      <w:r>
        <w:rPr>
          <w:rFonts w:ascii="Georgia" w:hAnsi="Georgia"/>
          <w:b w:val="0"/>
          <w:i w:val="0"/>
          <w:color w:val="22201D"/>
          <w:sz w:val="20"/>
        </w:rPr>
        <w:t>It was not a dramatic difference. It did not throw open a door. It adjusted the focus on a thing already in the room.</w:t>
      </w:r>
    </w:p>
    <w:p>
      <w:pPr>
        <w:spacing w:after="60" w:line="266" w:lineRule="auto"/>
        <w:ind w:firstLine="331"/>
        <w:jc w:val="both"/>
      </w:pPr>
      <w:r>
        <w:rPr>
          <w:rFonts w:ascii="Georgia" w:hAnsi="Georgia"/>
          <w:b w:val="0"/>
          <w:i w:val="0"/>
          <w:color w:val="22201D"/>
          <w:sz w:val="20"/>
        </w:rPr>
        <w:t>"You felt like I was asking you to become a receipt," he said.</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Tender offered: metaphor derived from speaker's actual concern  Status: provisionally acceptable</w:t>
      </w:r>
    </w:p>
    <w:p>
      <w:pPr>
        <w:spacing w:after="60" w:line="266" w:lineRule="auto"/>
        <w:ind w:firstLine="331"/>
        <w:jc w:val="both"/>
      </w:pPr>
      <w:r>
        <w:rPr>
          <w:rFonts w:ascii="Georgia" w:hAnsi="Georgia"/>
          <w:b w:val="0"/>
          <w:i w:val="0"/>
          <w:color w:val="22201D"/>
          <w:sz w:val="20"/>
        </w:rPr>
        <w:t>Mara looked at the slip.</w:t>
      </w:r>
    </w:p>
    <w:p>
      <w:pPr>
        <w:spacing w:after="60" w:line="266" w:lineRule="auto"/>
        <w:ind w:firstLine="331"/>
        <w:jc w:val="both"/>
      </w:pPr>
      <w:r>
        <w:rPr>
          <w:rFonts w:ascii="Georgia" w:hAnsi="Georgia"/>
          <w:b w:val="0"/>
          <w:i w:val="0"/>
          <w:color w:val="22201D"/>
          <w:sz w:val="20"/>
        </w:rPr>
        <w:t>"Provisional seems right."</w:t>
      </w:r>
    </w:p>
    <w:p>
      <w:pPr>
        <w:spacing w:after="60" w:line="266" w:lineRule="auto"/>
        <w:ind w:firstLine="331"/>
        <w:jc w:val="both"/>
      </w:pPr>
      <w:r>
        <w:rPr>
          <w:rFonts w:ascii="Georgia" w:hAnsi="Georgia"/>
          <w:b w:val="0"/>
          <w:i w:val="0"/>
          <w:color w:val="22201D"/>
          <w:sz w:val="20"/>
        </w:rPr>
        <w:t>"I was not trying to make you responsible for the apology," Flocc said.</w:t>
      </w:r>
    </w:p>
    <w:p>
      <w:pPr>
        <w:spacing w:after="60" w:line="266" w:lineRule="auto"/>
        <w:ind w:firstLine="331"/>
        <w:jc w:val="both"/>
      </w:pPr>
      <w:r>
        <w:rPr>
          <w:rFonts w:ascii="Georgia" w:hAnsi="Georgia"/>
          <w:b w:val="0"/>
          <w:i w:val="0"/>
          <w:color w:val="22201D"/>
          <w:sz w:val="20"/>
        </w:rPr>
        <w:t>The tray rang twice.</w:t>
      </w:r>
    </w:p>
    <w:p>
      <w:pPr>
        <w:spacing w:after="60" w:line="250" w:lineRule="auto"/>
        <w:ind w:left="202" w:right="173"/>
      </w:pPr>
      <w:r>
        <w:rPr>
          <w:rFonts w:ascii="Georgia" w:hAnsi="Georgia"/>
          <w:b w:val="0"/>
          <w:i w:val="0"/>
          <w:color w:val="22201D"/>
          <w:sz w:val="17"/>
        </w:rPr>
        <w:t>Tender contaminated by intent defense. Please remove and try again.</w:t>
      </w:r>
    </w:p>
    <w:p>
      <w:pPr>
        <w:spacing w:after="60" w:line="266" w:lineRule="auto"/>
        <w:ind w:firstLine="331"/>
        <w:jc w:val="both"/>
      </w:pPr>
      <w:r>
        <w:rPr>
          <w:rFonts w:ascii="Georgia" w:hAnsi="Georgia"/>
          <w:b w:val="0"/>
          <w:i w:val="0"/>
          <w:color w:val="22201D"/>
          <w:sz w:val="20"/>
        </w:rPr>
        <w:t>Flocc closed his eyes.</w:t>
      </w:r>
    </w:p>
    <w:p>
      <w:pPr>
        <w:spacing w:after="60" w:line="266" w:lineRule="auto"/>
        <w:ind w:firstLine="331"/>
        <w:jc w:val="both"/>
      </w:pPr>
      <w:r>
        <w:rPr>
          <w:rFonts w:ascii="Georgia" w:hAnsi="Georgia"/>
          <w:b w:val="0"/>
          <w:i w:val="0"/>
          <w:color w:val="22201D"/>
          <w:sz w:val="20"/>
        </w:rPr>
        <w:t>"Intent defense," he repeated.</w:t>
      </w:r>
    </w:p>
    <w:p>
      <w:pPr>
        <w:spacing w:after="60" w:line="266" w:lineRule="auto"/>
        <w:ind w:firstLine="331"/>
        <w:jc w:val="both"/>
      </w:pPr>
      <w:r>
        <w:rPr>
          <w:rFonts w:ascii="Georgia" w:hAnsi="Georgia"/>
          <w:b w:val="0"/>
          <w:i w:val="0"/>
          <w:color w:val="22201D"/>
          <w:sz w:val="20"/>
        </w:rPr>
        <w:t>"A classic," said Mara.</w:t>
      </w:r>
    </w:p>
    <w:p>
      <w:pPr>
        <w:spacing w:after="60" w:line="266" w:lineRule="auto"/>
        <w:ind w:firstLine="331"/>
        <w:jc w:val="both"/>
      </w:pPr>
      <w:r>
        <w:rPr>
          <w:rFonts w:ascii="Georgia" w:hAnsi="Georgia"/>
          <w:b w:val="0"/>
          <w:i w:val="0"/>
          <w:color w:val="22201D"/>
          <w:sz w:val="20"/>
        </w:rPr>
        <w:t>"A favorite," said the Hostess from somewhere behind him.</w:t>
      </w:r>
    </w:p>
    <w:p>
      <w:pPr>
        <w:spacing w:after="60" w:line="266" w:lineRule="auto"/>
        <w:ind w:firstLine="331"/>
        <w:jc w:val="both"/>
      </w:pPr>
      <w:r>
        <w:rPr>
          <w:rFonts w:ascii="Georgia" w:hAnsi="Georgia"/>
          <w:b w:val="0"/>
          <w:i w:val="0"/>
          <w:color w:val="22201D"/>
          <w:sz w:val="20"/>
        </w:rPr>
        <w:t>"Not helpful," Flocc said.</w:t>
      </w:r>
    </w:p>
    <w:p>
      <w:pPr>
        <w:spacing w:after="60" w:line="266" w:lineRule="auto"/>
        <w:ind w:firstLine="331"/>
        <w:jc w:val="both"/>
      </w:pPr>
      <w:r>
        <w:rPr>
          <w:rFonts w:ascii="Georgia" w:hAnsi="Georgia"/>
          <w:b w:val="0"/>
          <w:i w:val="0"/>
          <w:color w:val="22201D"/>
          <w:sz w:val="20"/>
        </w:rPr>
        <w:t>"That part is new," Mara said.</w:t>
      </w:r>
    </w:p>
    <w:p>
      <w:pPr>
        <w:spacing w:after="60" w:line="266" w:lineRule="auto"/>
        <w:ind w:firstLine="331"/>
        <w:jc w:val="both"/>
      </w:pPr>
      <w:r>
        <w:rPr>
          <w:rFonts w:ascii="Georgia" w:hAnsi="Georgia"/>
          <w:b w:val="0"/>
          <w:i w:val="0"/>
          <w:color w:val="22201D"/>
          <w:sz w:val="20"/>
        </w:rPr>
        <w:t>He opened his eyes.</w:t>
      </w:r>
    </w:p>
    <w:p>
      <w:pPr>
        <w:spacing w:after="60" w:line="266" w:lineRule="auto"/>
        <w:ind w:firstLine="331"/>
        <w:jc w:val="both"/>
      </w:pPr>
      <w:r>
        <w:rPr>
          <w:rFonts w:ascii="Georgia" w:hAnsi="Georgia"/>
          <w:b w:val="0"/>
          <w:i w:val="0"/>
          <w:color w:val="22201D"/>
          <w:sz w:val="20"/>
        </w:rPr>
        <w:t>The tray waited.</w:t>
      </w:r>
    </w:p>
    <w:p>
      <w:pPr>
        <w:spacing w:after="60" w:line="266" w:lineRule="auto"/>
        <w:ind w:firstLine="331"/>
        <w:jc w:val="both"/>
      </w:pPr>
      <w:r>
        <w:rPr>
          <w:rFonts w:ascii="Georgia" w:hAnsi="Georgia"/>
          <w:b w:val="0"/>
          <w:i w:val="0"/>
          <w:color w:val="22201D"/>
          <w:sz w:val="20"/>
        </w:rPr>
        <w:t>The food cooled a little, but not accusingly.</w:t>
      </w:r>
    </w:p>
    <w:p>
      <w:pPr>
        <w:spacing w:after="60" w:line="266" w:lineRule="auto"/>
        <w:ind w:firstLine="331"/>
        <w:jc w:val="both"/>
      </w:pPr>
      <w:r>
        <w:rPr>
          <w:rFonts w:ascii="Georgia" w:hAnsi="Georgia"/>
          <w:b w:val="0"/>
          <w:i w:val="0"/>
          <w:color w:val="22201D"/>
          <w:sz w:val="20"/>
        </w:rPr>
        <w:t>"You felt," he said slowly, "like I was using your reaction to make the call about me feeling clean."</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Tender accepted: one accurate return</w:t>
      </w:r>
    </w:p>
    <w:p>
      <w:pPr>
        <w:spacing w:after="60" w:line="266" w:lineRule="auto"/>
        <w:ind w:firstLine="331"/>
        <w:jc w:val="both"/>
      </w:pPr>
      <w:r>
        <w:rPr>
          <w:rFonts w:ascii="Georgia" w:hAnsi="Georgia"/>
          <w:b w:val="0"/>
          <w:i w:val="0"/>
          <w:color w:val="22201D"/>
          <w:sz w:val="20"/>
        </w:rPr>
        <w:t>Mara nodded.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Flocc did not say he was sorry.</w:t>
      </w:r>
    </w:p>
    <w:p>
      <w:pPr>
        <w:spacing w:after="60" w:line="266" w:lineRule="auto"/>
        <w:ind w:firstLine="331"/>
        <w:jc w:val="both"/>
      </w:pPr>
      <w:r>
        <w:rPr>
          <w:rFonts w:ascii="Georgia" w:hAnsi="Georgia"/>
          <w:b w:val="0"/>
          <w:i w:val="0"/>
          <w:color w:val="22201D"/>
          <w:sz w:val="20"/>
        </w:rPr>
        <w:t>Not yet.</w:t>
      </w:r>
    </w:p>
    <w:p>
      <w:pPr>
        <w:spacing w:after="60" w:line="266" w:lineRule="auto"/>
        <w:ind w:firstLine="331"/>
        <w:jc w:val="both"/>
      </w:pPr>
      <w:r>
        <w:rPr>
          <w:rFonts w:ascii="Georgia" w:hAnsi="Georgia"/>
          <w:b w:val="0"/>
          <w:i w:val="0"/>
          <w:color w:val="22201D"/>
          <w:sz w:val="20"/>
        </w:rPr>
        <w:t>This was not because he was not sorry. He was. He could feel sorrow gathering at the edge of speech, trying to become useful before it had become informed. He had always liked apology as a tool because tools gave the hands something to do. Emoji Soup was teaching him that sometimes hands were required to remain empty until the work had a shape.</w:t>
      </w:r>
    </w:p>
    <w:p>
      <w:pPr>
        <w:spacing w:after="60" w:line="266" w:lineRule="auto"/>
        <w:ind w:firstLine="331"/>
        <w:jc w:val="both"/>
      </w:pPr>
      <w:r>
        <w:rPr>
          <w:rFonts w:ascii="Georgia" w:hAnsi="Georgia"/>
          <w:b w:val="0"/>
          <w:i w:val="0"/>
          <w:color w:val="22201D"/>
          <w:sz w:val="20"/>
        </w:rPr>
        <w:t>"What did you need instead?" he asked.</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Question tendered. Status: accepted if answer not harvested</w:t>
      </w:r>
    </w:p>
    <w:p>
      <w:pPr>
        <w:spacing w:after="60" w:line="266" w:lineRule="auto"/>
        <w:ind w:firstLine="331"/>
        <w:jc w:val="both"/>
      </w:pPr>
      <w:r>
        <w:rPr>
          <w:rFonts w:ascii="Georgia" w:hAnsi="Georgia"/>
          <w:b w:val="0"/>
          <w:i w:val="0"/>
          <w:color w:val="22201D"/>
          <w:sz w:val="20"/>
        </w:rPr>
        <w:t>Mara looked at him for a long moment.</w:t>
      </w:r>
    </w:p>
    <w:p>
      <w:pPr>
        <w:spacing w:after="60" w:line="266" w:lineRule="auto"/>
        <w:ind w:firstLine="331"/>
        <w:jc w:val="both"/>
      </w:pPr>
      <w:r>
        <w:rPr>
          <w:rFonts w:ascii="Georgia" w:hAnsi="Georgia"/>
          <w:b w:val="0"/>
          <w:i w:val="0"/>
          <w:color w:val="22201D"/>
          <w:sz w:val="20"/>
        </w:rPr>
        <w:t>"I needed you to finish the call with him and let it belong to him."</w:t>
      </w:r>
    </w:p>
    <w:p>
      <w:pPr>
        <w:spacing w:after="60" w:line="266" w:lineRule="auto"/>
        <w:ind w:firstLine="331"/>
        <w:jc w:val="both"/>
      </w:pPr>
      <w:r>
        <w:rPr>
          <w:rFonts w:ascii="Georgia" w:hAnsi="Georgia"/>
          <w:b w:val="0"/>
          <w:i w:val="0"/>
          <w:color w:val="22201D"/>
          <w:sz w:val="20"/>
        </w:rPr>
        <w:t>Flocc nodded once.</w:t>
      </w:r>
    </w:p>
    <w:p>
      <w:pPr>
        <w:spacing w:after="60" w:line="266" w:lineRule="auto"/>
        <w:ind w:firstLine="331"/>
        <w:jc w:val="both"/>
      </w:pPr>
      <w:r>
        <w:rPr>
          <w:rFonts w:ascii="Georgia" w:hAnsi="Georgia"/>
          <w:b w:val="0"/>
          <w:i w:val="0"/>
          <w:color w:val="22201D"/>
          <w:sz w:val="20"/>
        </w:rPr>
        <w:t>"Not turn to me right away."</w:t>
      </w:r>
    </w:p>
    <w:p>
      <w:pPr>
        <w:spacing w:after="60" w:line="266" w:lineRule="auto"/>
        <w:ind w:firstLine="331"/>
        <w:jc w:val="both"/>
      </w:pPr>
      <w:r>
        <w:rPr>
          <w:rFonts w:ascii="Georgia" w:hAnsi="Georgia"/>
          <w:b w:val="0"/>
          <w:i w:val="0"/>
          <w:color w:val="22201D"/>
          <w:sz w:val="20"/>
        </w:rPr>
        <w:t>He nodded again.</w:t>
      </w:r>
    </w:p>
    <w:p>
      <w:pPr>
        <w:spacing w:after="60" w:line="266" w:lineRule="auto"/>
        <w:ind w:firstLine="331"/>
        <w:jc w:val="both"/>
      </w:pPr>
      <w:r>
        <w:rPr>
          <w:rFonts w:ascii="Georgia" w:hAnsi="Georgia"/>
          <w:b w:val="0"/>
          <w:i w:val="0"/>
          <w:color w:val="22201D"/>
          <w:sz w:val="20"/>
        </w:rPr>
        <w:t>"Not ask, even with your face, whether you had done well."</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Face included as instrument.</w:t>
      </w:r>
    </w:p>
    <w:p>
      <w:pPr>
        <w:spacing w:after="60" w:line="266" w:lineRule="auto"/>
        <w:ind w:firstLine="331"/>
        <w:jc w:val="both"/>
      </w:pPr>
      <w:r>
        <w:rPr>
          <w:rFonts w:ascii="Georgia" w:hAnsi="Georgia"/>
          <w:b w:val="0"/>
          <w:i w:val="0"/>
          <w:color w:val="22201D"/>
          <w:sz w:val="20"/>
        </w:rPr>
        <w:t>Flocc resisted the urge to object that his face had historically been difficult to manage and perhaps deserved accommodation. This resistance felt like lifting something heavy with the wrong muscles.</w:t>
      </w:r>
    </w:p>
    <w:p>
      <w:pPr>
        <w:spacing w:after="60" w:line="266" w:lineRule="auto"/>
        <w:ind w:firstLine="331"/>
        <w:jc w:val="both"/>
      </w:pPr>
      <w:r>
        <w:rPr>
          <w:rFonts w:ascii="Georgia" w:hAnsi="Georgia"/>
          <w:b w:val="0"/>
          <w:i w:val="0"/>
          <w:color w:val="22201D"/>
          <w:sz w:val="20"/>
        </w:rPr>
        <w:t>"Okay," he said.</w:t>
      </w:r>
    </w:p>
    <w:p>
      <w:pPr>
        <w:spacing w:after="60" w:line="266" w:lineRule="auto"/>
        <w:ind w:firstLine="331"/>
        <w:jc w:val="both"/>
      </w:pPr>
      <w:r>
        <w:rPr>
          <w:rFonts w:ascii="Georgia" w:hAnsi="Georgia"/>
          <w:b w:val="0"/>
          <w:i w:val="0"/>
          <w:color w:val="22201D"/>
          <w:sz w:val="20"/>
        </w:rPr>
        <w:t>Mara watched him.</w:t>
      </w:r>
    </w:p>
    <w:p>
      <w:pPr>
        <w:spacing w:after="60" w:line="266" w:lineRule="auto"/>
        <w:ind w:firstLine="331"/>
        <w:jc w:val="both"/>
      </w:pPr>
      <w:r>
        <w:rPr>
          <w:rFonts w:ascii="Georgia" w:hAnsi="Georgia"/>
          <w:b w:val="0"/>
          <w:i w:val="0"/>
          <w:color w:val="22201D"/>
          <w:sz w:val="20"/>
        </w:rPr>
        <w:t>"That sounded like a period."</w:t>
      </w:r>
    </w:p>
    <w:p>
      <w:pPr>
        <w:spacing w:after="60" w:line="266" w:lineRule="auto"/>
        <w:ind w:firstLine="331"/>
        <w:jc w:val="both"/>
      </w:pPr>
      <w:r>
        <w:rPr>
          <w:rFonts w:ascii="Georgia" w:hAnsi="Georgia"/>
          <w:b w:val="0"/>
          <w:i w:val="0"/>
          <w:color w:val="22201D"/>
          <w:sz w:val="20"/>
        </w:rPr>
        <w:t>He considered the word.</w:t>
      </w:r>
    </w:p>
    <w:p>
      <w:pPr>
        <w:spacing w:after="60" w:line="266" w:lineRule="auto"/>
        <w:ind w:firstLine="331"/>
        <w:jc w:val="both"/>
      </w:pPr>
      <w:r>
        <w:rPr>
          <w:rFonts w:ascii="Georgia" w:hAnsi="Georgia"/>
          <w:b w:val="0"/>
          <w:i w:val="0"/>
          <w:color w:val="22201D"/>
          <w:sz w:val="20"/>
        </w:rPr>
        <w:t>"It was meant as one."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Tender accepted: period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025: First period not immediately converted into ellipsis. Amount credited: one small mercy to the listener</w:t>
      </w:r>
    </w:p>
    <w:p>
      <w:pPr>
        <w:spacing w:after="60" w:line="266" w:lineRule="auto"/>
        <w:ind w:firstLine="331"/>
        <w:jc w:val="both"/>
      </w:pPr>
      <w:r>
        <w:rPr>
          <w:rFonts w:ascii="Georgia" w:hAnsi="Georgia"/>
          <w:b w:val="0"/>
          <w:i w:val="0"/>
          <w:color w:val="22201D"/>
          <w:sz w:val="20"/>
        </w:rPr>
        <w:t>Flocc looked at the bill.</w:t>
      </w:r>
    </w:p>
    <w:p>
      <w:pPr>
        <w:spacing w:after="60" w:line="266" w:lineRule="auto"/>
        <w:ind w:firstLine="331"/>
        <w:jc w:val="both"/>
      </w:pPr>
      <w:r>
        <w:rPr>
          <w:rFonts w:ascii="Georgia" w:hAnsi="Georgia"/>
          <w:b w:val="0"/>
          <w:i w:val="0"/>
          <w:color w:val="22201D"/>
          <w:sz w:val="20"/>
        </w:rPr>
        <w:t>"It can credit?"</w:t>
      </w:r>
    </w:p>
    <w:p>
      <w:pPr>
        <w:spacing w:after="60" w:line="266" w:lineRule="auto"/>
        <w:ind w:firstLine="331"/>
        <w:jc w:val="both"/>
      </w:pPr>
      <w:r>
        <w:rPr>
          <w:rFonts w:ascii="Georgia" w:hAnsi="Georgia"/>
          <w:b w:val="0"/>
          <w:i w:val="0"/>
          <w:color w:val="22201D"/>
          <w:sz w:val="20"/>
        </w:rPr>
        <w:t>"Bills can credit," said the Hostess. "They simply prefer not to be flattered for it."</w:t>
      </w:r>
    </w:p>
    <w:p>
      <w:pPr>
        <w:spacing w:after="60" w:line="266" w:lineRule="auto"/>
        <w:ind w:firstLine="331"/>
        <w:jc w:val="both"/>
      </w:pPr>
      <w:r>
        <w:rPr>
          <w:rFonts w:ascii="Georgia" w:hAnsi="Georgia"/>
          <w:b w:val="0"/>
          <w:i w:val="0"/>
          <w:color w:val="22201D"/>
          <w:sz w:val="20"/>
        </w:rPr>
        <w:t>Mara picked up her fork again.</w:t>
      </w:r>
    </w:p>
    <w:p>
      <w:pPr>
        <w:spacing w:after="60" w:line="266" w:lineRule="auto"/>
        <w:ind w:firstLine="331"/>
        <w:jc w:val="both"/>
      </w:pPr>
      <w:r>
        <w:rPr>
          <w:rFonts w:ascii="Georgia" w:hAnsi="Georgia"/>
          <w:b w:val="0"/>
          <w:i w:val="0"/>
          <w:color w:val="22201D"/>
          <w:sz w:val="20"/>
        </w:rPr>
        <w:t>They ate for a few minutes.</w:t>
      </w:r>
    </w:p>
    <w:p>
      <w:pPr>
        <w:spacing w:after="60" w:line="266" w:lineRule="auto"/>
        <w:ind w:firstLine="331"/>
        <w:jc w:val="both"/>
      </w:pPr>
      <w:r>
        <w:rPr>
          <w:rFonts w:ascii="Georgia" w:hAnsi="Georgia"/>
          <w:b w:val="0"/>
          <w:i w:val="0"/>
          <w:color w:val="22201D"/>
          <w:sz w:val="20"/>
        </w:rPr>
        <w:t>The greens were sharp. The roots were sweet but not comforting. The bread, reduced from symbol to bread, was the best thing on the table precisely because it had stopped trying to explain itself.</w:t>
      </w:r>
    </w:p>
    <w:p>
      <w:pPr>
        <w:spacing w:after="60" w:line="266" w:lineRule="auto"/>
        <w:ind w:firstLine="331"/>
        <w:jc w:val="both"/>
      </w:pPr>
      <w:r>
        <w:rPr>
          <w:rFonts w:ascii="Georgia" w:hAnsi="Georgia"/>
          <w:b w:val="0"/>
          <w:i w:val="0"/>
          <w:color w:val="22201D"/>
          <w:sz w:val="20"/>
        </w:rPr>
        <w:t>Then Mara said, "I have also been doing a version of it."</w:t>
      </w:r>
    </w:p>
    <w:p>
      <w:pPr>
        <w:spacing w:after="60" w:line="266" w:lineRule="auto"/>
        <w:ind w:firstLine="331"/>
        <w:jc w:val="both"/>
      </w:pPr>
      <w:r>
        <w:rPr>
          <w:rFonts w:ascii="Georgia" w:hAnsi="Georgia"/>
          <w:b w:val="0"/>
          <w:i w:val="0"/>
          <w:color w:val="22201D"/>
          <w:sz w:val="20"/>
        </w:rPr>
        <w:t>Flocc looked up.</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Do not brighten.</w:t>
      </w:r>
    </w:p>
    <w:p>
      <w:pPr>
        <w:spacing w:after="60" w:line="266" w:lineRule="auto"/>
        <w:ind w:firstLine="331"/>
        <w:jc w:val="both"/>
      </w:pPr>
      <w:r>
        <w:rPr>
          <w:rFonts w:ascii="Georgia" w:hAnsi="Georgia"/>
          <w:b w:val="0"/>
          <w:i w:val="0"/>
          <w:color w:val="22201D"/>
          <w:sz w:val="20"/>
        </w:rPr>
        <w:t>He lowered the expression he had not known he was raising.</w:t>
      </w:r>
    </w:p>
    <w:p>
      <w:pPr>
        <w:spacing w:after="60" w:line="266" w:lineRule="auto"/>
        <w:ind w:firstLine="331"/>
        <w:jc w:val="both"/>
      </w:pPr>
      <w:r>
        <w:rPr>
          <w:rFonts w:ascii="Georgia" w:hAnsi="Georgia"/>
          <w:b w:val="0"/>
          <w:i w:val="0"/>
          <w:color w:val="22201D"/>
          <w:sz w:val="20"/>
        </w:rPr>
        <w:t>Mara saw it happen.</w:t>
      </w:r>
    </w:p>
    <w:p>
      <w:pPr>
        <w:spacing w:after="60" w:line="266" w:lineRule="auto"/>
        <w:ind w:firstLine="331"/>
        <w:jc w:val="both"/>
      </w:pPr>
      <w:r>
        <w:rPr>
          <w:rFonts w:ascii="Georgia" w:hAnsi="Georgia"/>
          <w:b w:val="0"/>
          <w:i w:val="0"/>
          <w:color w:val="22201D"/>
          <w:sz w:val="20"/>
        </w:rPr>
        <w:t>"Thank you," she said.</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Tender accepted: facial correction without announcement</w:t>
      </w:r>
    </w:p>
    <w:p>
      <w:pPr>
        <w:spacing w:after="60" w:line="266" w:lineRule="auto"/>
        <w:ind w:firstLine="331"/>
        <w:jc w:val="both"/>
      </w:pPr>
      <w:r>
        <w:rPr>
          <w:rFonts w:ascii="Georgia" w:hAnsi="Georgia"/>
          <w:b w:val="0"/>
          <w:i w:val="0"/>
          <w:color w:val="22201D"/>
          <w:sz w:val="20"/>
        </w:rPr>
        <w:t>"I want credit for that," Flocc said.</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Credit revoked.</w:t>
      </w:r>
    </w:p>
    <w:p>
      <w:pPr>
        <w:spacing w:after="60" w:line="266" w:lineRule="auto"/>
        <w:ind w:firstLine="331"/>
        <w:jc w:val="both"/>
      </w:pPr>
      <w:r>
        <w:rPr>
          <w:rFonts w:ascii="Georgia" w:hAnsi="Georgia"/>
          <w:b w:val="0"/>
          <w:i w:val="0"/>
          <w:color w:val="22201D"/>
          <w:sz w:val="20"/>
        </w:rPr>
        <w:t>Mara laughed then, properly, and the laugh did not break the serious thing. It made the serious thing livable.</w:t>
      </w:r>
    </w:p>
    <w:p>
      <w:pPr>
        <w:spacing w:after="60" w:line="266" w:lineRule="auto"/>
        <w:ind w:firstLine="331"/>
        <w:jc w:val="both"/>
      </w:pPr>
      <w:r>
        <w:rPr>
          <w:rFonts w:ascii="Georgia" w:hAnsi="Georgia"/>
          <w:b w:val="0"/>
          <w:i w:val="0"/>
          <w:color w:val="22201D"/>
          <w:sz w:val="20"/>
        </w:rPr>
        <w:t>"I mean," she said, "I have been making myself the practical one. The witness. The person who sees what is happening and says the correct sentence. That lets me avoid being hungry in the scene."</w:t>
      </w:r>
    </w:p>
    <w:p>
      <w:pPr>
        <w:spacing w:after="60" w:line="266" w:lineRule="auto"/>
        <w:ind w:firstLine="331"/>
        <w:jc w:val="both"/>
      </w:pPr>
      <w:r>
        <w:rPr>
          <w:rFonts w:ascii="Georgia" w:hAnsi="Georgia"/>
          <w:b w:val="0"/>
          <w:i w:val="0"/>
          <w:color w:val="22201D"/>
          <w:sz w:val="20"/>
        </w:rPr>
        <w:t>Flocc held still.</w:t>
      </w:r>
    </w:p>
    <w:p>
      <w:pPr>
        <w:spacing w:after="60" w:line="266" w:lineRule="auto"/>
        <w:ind w:firstLine="331"/>
        <w:jc w:val="both"/>
      </w:pPr>
      <w:r>
        <w:rPr>
          <w:rFonts w:ascii="Georgia" w:hAnsi="Georgia"/>
          <w:b w:val="0"/>
          <w:i w:val="0"/>
          <w:color w:val="22201D"/>
          <w:sz w:val="20"/>
        </w:rPr>
        <w:t>The tray held still.</w:t>
      </w:r>
    </w:p>
    <w:p>
      <w:pPr>
        <w:spacing w:after="60" w:line="266" w:lineRule="auto"/>
        <w:ind w:firstLine="331"/>
        <w:jc w:val="both"/>
      </w:pPr>
      <w:r>
        <w:rPr>
          <w:rFonts w:ascii="Georgia" w:hAnsi="Georgia"/>
          <w:b w:val="0"/>
          <w:i w:val="0"/>
          <w:color w:val="22201D"/>
          <w:sz w:val="20"/>
        </w:rPr>
        <w:t>"Hungry how?" he asked.</w:t>
      </w:r>
    </w:p>
    <w:p>
      <w:pPr>
        <w:spacing w:after="60" w:line="266" w:lineRule="auto"/>
        <w:ind w:firstLine="331"/>
        <w:jc w:val="both"/>
      </w:pPr>
      <w:r>
        <w:rPr>
          <w:rFonts w:ascii="Georgia" w:hAnsi="Georgia"/>
          <w:b w:val="0"/>
          <w:i w:val="0"/>
          <w:color w:val="22201D"/>
          <w:sz w:val="20"/>
        </w:rPr>
        <w:t>The question came out before he could decorate it, which may have saved it.</w:t>
      </w:r>
    </w:p>
    <w:p>
      <w:pPr>
        <w:spacing w:after="60" w:line="266" w:lineRule="auto"/>
        <w:ind w:firstLine="331"/>
        <w:jc w:val="both"/>
      </w:pPr>
      <w:r>
        <w:rPr>
          <w:rFonts w:ascii="Georgia" w:hAnsi="Georgia"/>
          <w:b w:val="0"/>
          <w:i w:val="0"/>
          <w:color w:val="22201D"/>
          <w:sz w:val="20"/>
        </w:rPr>
        <w:t>Mara looked down at her plate.</w:t>
      </w:r>
    </w:p>
    <w:p>
      <w:pPr>
        <w:spacing w:after="60" w:line="266" w:lineRule="auto"/>
        <w:ind w:firstLine="331"/>
        <w:jc w:val="both"/>
      </w:pPr>
      <w:r>
        <w:rPr>
          <w:rFonts w:ascii="Georgia" w:hAnsi="Georgia"/>
          <w:b w:val="0"/>
          <w:i w:val="0"/>
          <w:color w:val="22201D"/>
          <w:sz w:val="20"/>
        </w:rPr>
        <w:t>"I do not know yet."</w:t>
      </w:r>
    </w:p>
    <w:p>
      <w:pPr>
        <w:spacing w:after="60" w:line="266" w:lineRule="auto"/>
        <w:ind w:firstLine="331"/>
        <w:jc w:val="both"/>
      </w:pPr>
      <w:r>
        <w:rPr>
          <w:rFonts w:ascii="Georgia" w:hAnsi="Georgia"/>
          <w:b w:val="0"/>
          <w:i w:val="0"/>
          <w:color w:val="22201D"/>
          <w:sz w:val="20"/>
        </w:rPr>
        <w:t>The old Flocc, who was not dead but had at least been asked to wait in the vestibule, would have tried to help her know. He would have offered categories. Emotional hunger. Relational hunger. Existential hunger. Dinner hunger. He would have arranged possibilities until one sounded clever enough to count as insight.</w:t>
      </w:r>
    </w:p>
    <w:p>
      <w:pPr>
        <w:spacing w:after="60" w:line="266" w:lineRule="auto"/>
        <w:ind w:firstLine="331"/>
        <w:jc w:val="both"/>
      </w:pPr>
      <w:r>
        <w:rPr>
          <w:rFonts w:ascii="Georgia" w:hAnsi="Georgia"/>
          <w:b w:val="0"/>
          <w:i w:val="0"/>
          <w:color w:val="22201D"/>
          <w:sz w:val="20"/>
        </w:rPr>
        <w:t>Instead he said, "Okay."</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Tender accepted: room left</w:t>
      </w:r>
    </w:p>
    <w:p>
      <w:pPr>
        <w:spacing w:after="60" w:line="266" w:lineRule="auto"/>
        <w:ind w:firstLine="331"/>
        <w:jc w:val="both"/>
      </w:pPr>
      <w:r>
        <w:rPr>
          <w:rFonts w:ascii="Georgia" w:hAnsi="Georgia"/>
          <w:b w:val="0"/>
          <w:i w:val="0"/>
          <w:color w:val="22201D"/>
          <w:sz w:val="20"/>
        </w:rPr>
        <w:t>Mara breathed out.</w:t>
      </w:r>
    </w:p>
    <w:p>
      <w:pPr>
        <w:spacing w:after="60" w:line="266" w:lineRule="auto"/>
        <w:ind w:firstLine="331"/>
        <w:jc w:val="both"/>
      </w:pPr>
      <w:r>
        <w:rPr>
          <w:rFonts w:ascii="Georgia" w:hAnsi="Georgia"/>
          <w:b w:val="0"/>
          <w:i w:val="0"/>
          <w:color w:val="22201D"/>
          <w:sz w:val="20"/>
        </w:rPr>
        <w:t>It was not a sob. It was not relief in the theatrical sense. It was the body discovering it did not have to defend a sentence before finishing it.</w:t>
      </w:r>
    </w:p>
    <w:p>
      <w:pPr>
        <w:spacing w:after="60" w:line="266" w:lineRule="auto"/>
        <w:ind w:firstLine="331"/>
        <w:jc w:val="both"/>
      </w:pPr>
      <w:r>
        <w:rPr>
          <w:rFonts w:ascii="Georgia" w:hAnsi="Georgia"/>
          <w:b w:val="0"/>
          <w:i w:val="0"/>
          <w:color w:val="22201D"/>
          <w:sz w:val="20"/>
        </w:rPr>
        <w:t>"I think," she said, "I am tired of being useful in rooms where I am also scared."</w:t>
      </w:r>
    </w:p>
    <w:p>
      <w:pPr>
        <w:spacing w:after="60" w:line="266" w:lineRule="auto"/>
        <w:ind w:firstLine="331"/>
        <w:jc w:val="both"/>
      </w:pPr>
      <w:r>
        <w:rPr>
          <w:rFonts w:ascii="Georgia" w:hAnsi="Georgia"/>
          <w:b w:val="0"/>
          <w:i w:val="0"/>
          <w:color w:val="22201D"/>
          <w:sz w:val="20"/>
        </w:rPr>
        <w:t>The sentence struck the table and did not bounce.</w:t>
      </w:r>
    </w:p>
    <w:p>
      <w:pPr>
        <w:spacing w:after="60" w:line="266" w:lineRule="auto"/>
        <w:ind w:firstLine="331"/>
        <w:jc w:val="both"/>
      </w:pPr>
      <w:r>
        <w:rPr>
          <w:rFonts w:ascii="Georgia" w:hAnsi="Georgia"/>
          <w:b w:val="0"/>
          <w:i w:val="0"/>
          <w:color w:val="22201D"/>
          <w:sz w:val="20"/>
        </w:rPr>
        <w:t>Flocc felt the ache to touch it, turn it over, interpret the material.</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He looked at her.</w:t>
      </w:r>
    </w:p>
    <w:p>
      <w:pPr>
        <w:spacing w:after="60" w:line="266" w:lineRule="auto"/>
        <w:ind w:firstLine="331"/>
        <w:jc w:val="both"/>
      </w:pPr>
      <w:r>
        <w:rPr>
          <w:rFonts w:ascii="Georgia" w:hAnsi="Georgia"/>
          <w:b w:val="0"/>
          <w:i w:val="0"/>
          <w:color w:val="22201D"/>
          <w:sz w:val="20"/>
        </w:rPr>
        <w:t>Not at the tray.</w:t>
      </w:r>
    </w:p>
    <w:p>
      <w:pPr>
        <w:spacing w:after="60" w:line="266" w:lineRule="auto"/>
        <w:ind w:firstLine="331"/>
        <w:jc w:val="both"/>
      </w:pPr>
      <w:r>
        <w:rPr>
          <w:rFonts w:ascii="Georgia" w:hAnsi="Georgia"/>
          <w:b w:val="0"/>
          <w:i w:val="0"/>
          <w:color w:val="22201D"/>
          <w:sz w:val="20"/>
        </w:rPr>
        <w:t>Not at the bill.</w:t>
      </w:r>
    </w:p>
    <w:p>
      <w:pPr>
        <w:spacing w:after="60" w:line="266" w:lineRule="auto"/>
        <w:ind w:firstLine="331"/>
        <w:jc w:val="both"/>
      </w:pPr>
      <w:r>
        <w:rPr>
          <w:rFonts w:ascii="Georgia" w:hAnsi="Georgia"/>
          <w:b w:val="0"/>
          <w:i w:val="0"/>
          <w:color w:val="22201D"/>
          <w:sz w:val="20"/>
        </w:rPr>
        <w:t>Not at the Hostess.</w:t>
      </w:r>
    </w:p>
    <w:p>
      <w:pPr>
        <w:spacing w:after="60" w:line="266" w:lineRule="auto"/>
        <w:ind w:firstLine="331"/>
        <w:jc w:val="both"/>
      </w:pPr>
      <w:r>
        <w:rPr>
          <w:rFonts w:ascii="Georgia" w:hAnsi="Georgia"/>
          <w:b w:val="0"/>
          <w:i w:val="0"/>
          <w:color w:val="22201D"/>
          <w:sz w:val="20"/>
        </w:rPr>
        <w:t>At Mara.</w:t>
      </w:r>
    </w:p>
    <w:p>
      <w:pPr>
        <w:spacing w:after="60" w:line="266" w:lineRule="auto"/>
        <w:ind w:firstLine="331"/>
        <w:jc w:val="both"/>
      </w:pPr>
      <w:r>
        <w:rPr>
          <w:rFonts w:ascii="Georgia" w:hAnsi="Georgia"/>
          <w:b w:val="0"/>
          <w:i w:val="0"/>
          <w:color w:val="22201D"/>
          <w:sz w:val="20"/>
        </w:rPr>
        <w:t>"You are scared here?" he asked.</w:t>
      </w:r>
    </w:p>
    <w:p>
      <w:pPr>
        <w:spacing w:after="60" w:line="266" w:lineRule="auto"/>
        <w:ind w:firstLine="331"/>
        <w:jc w:val="both"/>
      </w:pPr>
      <w:r>
        <w:rPr>
          <w:rFonts w:ascii="Georgia" w:hAnsi="Georgia"/>
          <w:b w:val="0"/>
          <w:i w:val="0"/>
          <w:color w:val="22201D"/>
          <w:sz w:val="20"/>
        </w:rPr>
        <w:t>The tray clicked.</w:t>
      </w:r>
    </w:p>
    <w:p>
      <w:pPr>
        <w:spacing w:after="60" w:line="250" w:lineRule="auto"/>
        <w:ind w:left="202" w:right="173"/>
      </w:pPr>
      <w:r>
        <w:rPr>
          <w:rFonts w:ascii="Georgia" w:hAnsi="Georgia"/>
          <w:b w:val="0"/>
          <w:i w:val="0"/>
          <w:color w:val="22201D"/>
          <w:sz w:val="17"/>
        </w:rPr>
        <w:t>Clarification tender accepted.</w:t>
      </w:r>
    </w:p>
    <w:p>
      <w:pPr>
        <w:spacing w:after="60" w:line="266" w:lineRule="auto"/>
        <w:ind w:firstLine="331"/>
        <w:jc w:val="both"/>
      </w:pPr>
      <w:r>
        <w:rPr>
          <w:rFonts w:ascii="Georgia" w:hAnsi="Georgia"/>
          <w:b w:val="0"/>
          <w:i w:val="0"/>
          <w:color w:val="22201D"/>
          <w:sz w:val="20"/>
        </w:rPr>
        <w:t>"Sometimes," Mara said. "Not of the restaurant exactly. Of what it makes easy to see."</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026: Witness hunger entered into audit. Amount due: do not make her courage into furniture</w:t>
      </w:r>
    </w:p>
    <w:p>
      <w:pPr>
        <w:spacing w:after="60" w:line="266" w:lineRule="auto"/>
        <w:ind w:firstLine="331"/>
        <w:jc w:val="both"/>
      </w:pPr>
      <w:r>
        <w:rPr>
          <w:rFonts w:ascii="Georgia" w:hAnsi="Georgia"/>
          <w:b w:val="0"/>
          <w:i w:val="0"/>
          <w:color w:val="22201D"/>
          <w:sz w:val="20"/>
        </w:rPr>
        <w:t>Flocc read the line and felt, briefly, an absurd gratitude for being insulted so clearly.</w:t>
      </w:r>
    </w:p>
    <w:p>
      <w:pPr>
        <w:spacing w:after="60" w:line="266" w:lineRule="auto"/>
        <w:ind w:firstLine="331"/>
        <w:jc w:val="both"/>
      </w:pPr>
      <w:r>
        <w:rPr>
          <w:rFonts w:ascii="Georgia" w:hAnsi="Georgia"/>
          <w:b w:val="0"/>
          <w:i w:val="0"/>
          <w:color w:val="22201D"/>
          <w:sz w:val="20"/>
        </w:rPr>
        <w:t>"I do that," he said.</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"Make your courage into furniture."</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Tender offered: ownership  Status: incomplete Missing: specific use</w:t>
      </w:r>
    </w:p>
    <w:p>
      <w:pPr>
        <w:spacing w:after="60" w:line="266" w:lineRule="auto"/>
        <w:ind w:firstLine="331"/>
        <w:jc w:val="both"/>
      </w:pPr>
      <w:r>
        <w:rPr>
          <w:rFonts w:ascii="Georgia" w:hAnsi="Georgia"/>
          <w:b w:val="0"/>
          <w:i w:val="0"/>
          <w:color w:val="22201D"/>
          <w:sz w:val="20"/>
        </w:rPr>
        <w:t>Flocc thought.</w:t>
      </w:r>
    </w:p>
    <w:p>
      <w:pPr>
        <w:spacing w:after="60" w:line="266" w:lineRule="auto"/>
        <w:ind w:firstLine="331"/>
        <w:jc w:val="both"/>
      </w:pPr>
      <w:r>
        <w:rPr>
          <w:rFonts w:ascii="Georgia" w:hAnsi="Georgia"/>
          <w:b w:val="0"/>
          <w:i w:val="0"/>
          <w:color w:val="22201D"/>
          <w:sz w:val="20"/>
        </w:rPr>
        <w:t>This was dangerous. Thinking had often been where he went to become impressive rather than accurate.</w:t>
      </w:r>
    </w:p>
    <w:p>
      <w:pPr>
        <w:spacing w:after="60" w:line="266" w:lineRule="auto"/>
        <w:ind w:firstLine="331"/>
        <w:jc w:val="both"/>
      </w:pPr>
      <w:r>
        <w:rPr>
          <w:rFonts w:ascii="Georgia" w:hAnsi="Georgia"/>
          <w:b w:val="0"/>
          <w:i w:val="0"/>
          <w:color w:val="22201D"/>
          <w:sz w:val="20"/>
        </w:rPr>
        <w:t>He kept it small.</w:t>
      </w:r>
    </w:p>
    <w:p>
      <w:pPr>
        <w:spacing w:after="60" w:line="266" w:lineRule="auto"/>
        <w:ind w:firstLine="331"/>
        <w:jc w:val="both"/>
      </w:pPr>
      <w:r>
        <w:rPr>
          <w:rFonts w:ascii="Georgia" w:hAnsi="Georgia"/>
          <w:b w:val="0"/>
          <w:i w:val="0"/>
          <w:color w:val="22201D"/>
          <w:sz w:val="20"/>
        </w:rPr>
        <w:t>"I use it to make the room feel handled," he said. "If you are steady, I decide things are not as bad as they are."</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Tender accepted: specific use</w:t>
      </w:r>
    </w:p>
    <w:p>
      <w:pPr>
        <w:spacing w:after="60" w:line="266" w:lineRule="auto"/>
        <w:ind w:firstLine="331"/>
        <w:jc w:val="both"/>
      </w:pPr>
      <w:r>
        <w:rPr>
          <w:rFonts w:ascii="Georgia" w:hAnsi="Georgia"/>
          <w:b w:val="0"/>
          <w:i w:val="0"/>
          <w:color w:val="22201D"/>
          <w:sz w:val="20"/>
        </w:rPr>
        <w:t>Mara picked up a roasted coin of root vegetable and turned it on her fork.</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One word.</w:t>
      </w:r>
    </w:p>
    <w:p>
      <w:pPr>
        <w:spacing w:after="60" w:line="266" w:lineRule="auto"/>
        <w:ind w:firstLine="331"/>
        <w:jc w:val="both"/>
      </w:pPr>
      <w:r>
        <w:rPr>
          <w:rFonts w:ascii="Georgia" w:hAnsi="Georgia"/>
          <w:b w:val="0"/>
          <w:i w:val="0"/>
          <w:color w:val="22201D"/>
          <w:sz w:val="20"/>
        </w:rPr>
        <w:t>Exact.</w:t>
      </w:r>
    </w:p>
    <w:p>
      <w:pPr>
        <w:spacing w:after="60" w:line="266" w:lineRule="auto"/>
        <w:ind w:firstLine="331"/>
        <w:jc w:val="both"/>
      </w:pPr>
      <w:r>
        <w:rPr>
          <w:rFonts w:ascii="Georgia" w:hAnsi="Georgia"/>
          <w:b w:val="0"/>
          <w:i w:val="0"/>
          <w:color w:val="22201D"/>
          <w:sz w:val="20"/>
        </w:rPr>
        <w:t>The tray accepted it without printing.</w:t>
      </w:r>
    </w:p>
    <w:p>
      <w:pPr>
        <w:spacing w:after="60" w:line="266" w:lineRule="auto"/>
        <w:ind w:firstLine="331"/>
        <w:jc w:val="both"/>
      </w:pPr>
      <w:r>
        <w:rPr>
          <w:rFonts w:ascii="Georgia" w:hAnsi="Georgia"/>
          <w:b w:val="0"/>
          <w:i w:val="0"/>
          <w:color w:val="22201D"/>
          <w:sz w:val="20"/>
        </w:rPr>
        <w:t>Flocc found this humiliating and educational.</w:t>
      </w:r>
    </w:p>
    <w:p>
      <w:pPr>
        <w:spacing w:after="60" w:line="266" w:lineRule="auto"/>
        <w:ind w:firstLine="331"/>
        <w:jc w:val="both"/>
      </w:pPr>
      <w:r>
        <w:rPr>
          <w:rFonts w:ascii="Georgia" w:hAnsi="Georgia"/>
          <w:b w:val="0"/>
          <w:i w:val="0"/>
          <w:color w:val="22201D"/>
          <w:sz w:val="20"/>
        </w:rPr>
        <w:t>The Hostess approached with a small cup.</w:t>
      </w:r>
    </w:p>
    <w:p>
      <w:pPr>
        <w:spacing w:after="60" w:line="266" w:lineRule="auto"/>
        <w:ind w:firstLine="331"/>
        <w:jc w:val="both"/>
      </w:pPr>
      <w:r>
        <w:rPr>
          <w:rFonts w:ascii="Georgia" w:hAnsi="Georgia"/>
          <w:b w:val="0"/>
          <w:i w:val="0"/>
          <w:color w:val="22201D"/>
          <w:sz w:val="20"/>
        </w:rPr>
        <w:t>It was not soup.</w:t>
      </w:r>
    </w:p>
    <w:p>
      <w:pPr>
        <w:spacing w:after="60" w:line="266" w:lineRule="auto"/>
        <w:ind w:firstLine="331"/>
        <w:jc w:val="both"/>
      </w:pPr>
      <w:r>
        <w:rPr>
          <w:rFonts w:ascii="Georgia" w:hAnsi="Georgia"/>
          <w:b w:val="0"/>
          <w:i w:val="0"/>
          <w:color w:val="22201D"/>
          <w:sz w:val="20"/>
        </w:rPr>
        <w:t>It was not tea.</w:t>
      </w:r>
    </w:p>
    <w:p>
      <w:pPr>
        <w:spacing w:after="60" w:line="266" w:lineRule="auto"/>
        <w:ind w:firstLine="331"/>
        <w:jc w:val="both"/>
      </w:pPr>
      <w:r>
        <w:rPr>
          <w:rFonts w:ascii="Georgia" w:hAnsi="Georgia"/>
          <w:b w:val="0"/>
          <w:i w:val="0"/>
          <w:color w:val="22201D"/>
          <w:sz w:val="20"/>
        </w:rPr>
        <w:t>It was not sauce.</w:t>
      </w:r>
    </w:p>
    <w:p>
      <w:pPr>
        <w:spacing w:after="60" w:line="266" w:lineRule="auto"/>
        <w:ind w:firstLine="331"/>
        <w:jc w:val="both"/>
      </w:pPr>
      <w:r>
        <w:rPr>
          <w:rFonts w:ascii="Georgia" w:hAnsi="Georgia"/>
          <w:b w:val="0"/>
          <w:i w:val="0"/>
          <w:color w:val="22201D"/>
          <w:sz w:val="20"/>
        </w:rPr>
        <w:t>It contained three coins.</w:t>
      </w:r>
    </w:p>
    <w:p>
      <w:pPr>
        <w:spacing w:after="60" w:line="266" w:lineRule="auto"/>
        <w:ind w:firstLine="331"/>
        <w:jc w:val="both"/>
      </w:pPr>
      <w:r>
        <w:rPr>
          <w:rFonts w:ascii="Georgia" w:hAnsi="Georgia"/>
          <w:b w:val="0"/>
          <w:i w:val="0"/>
          <w:color w:val="22201D"/>
          <w:sz w:val="20"/>
        </w:rPr>
        <w:t>They were not legal tender. One was copper, one silver, one a dark metal that seemed to have been minted by a country founded by a committee of clocks. Each coin had a word stamped into it.</w:t>
      </w:r>
    </w:p>
    <w:p>
      <w:pPr>
        <w:spacing w:after="60" w:line="266" w:lineRule="auto"/>
        <w:ind w:firstLine="331"/>
        <w:jc w:val="both"/>
      </w:pPr>
      <w:r>
        <w:rPr>
          <w:rFonts w:ascii="Georgia" w:hAnsi="Georgia"/>
          <w:b w:val="0"/>
          <w:i w:val="0"/>
          <w:color w:val="22201D"/>
          <w:sz w:val="20"/>
        </w:rPr>
        <w:t>The copper coin read:</w:t>
      </w:r>
    </w:p>
    <w:p>
      <w:pPr>
        <w:spacing w:after="60" w:line="250" w:lineRule="auto"/>
        <w:ind w:left="202" w:right="173"/>
      </w:pPr>
      <w:r>
        <w:rPr>
          <w:rFonts w:ascii="Georgia" w:hAnsi="Georgia"/>
          <w:b w:val="0"/>
          <w:i w:val="0"/>
          <w:color w:val="22201D"/>
          <w:sz w:val="17"/>
        </w:rPr>
        <w:t>PAUSE</w:t>
      </w:r>
    </w:p>
    <w:p>
      <w:pPr>
        <w:spacing w:after="60" w:line="266" w:lineRule="auto"/>
        <w:ind w:firstLine="331"/>
        <w:jc w:val="both"/>
      </w:pPr>
      <w:r>
        <w:rPr>
          <w:rFonts w:ascii="Georgia" w:hAnsi="Georgia"/>
          <w:b w:val="0"/>
          <w:i w:val="0"/>
          <w:color w:val="22201D"/>
          <w:sz w:val="20"/>
        </w:rPr>
        <w:t>The silver coin read:</w:t>
      </w:r>
    </w:p>
    <w:p>
      <w:pPr>
        <w:spacing w:after="60" w:line="250" w:lineRule="auto"/>
        <w:ind w:left="202" w:right="173"/>
      </w:pPr>
      <w:r>
        <w:rPr>
          <w:rFonts w:ascii="Georgia" w:hAnsi="Georgia"/>
          <w:b w:val="0"/>
          <w:i w:val="0"/>
          <w:color w:val="22201D"/>
          <w:sz w:val="17"/>
        </w:rPr>
        <w:t>RETURN</w:t>
      </w:r>
    </w:p>
    <w:p>
      <w:pPr>
        <w:spacing w:after="60" w:line="266" w:lineRule="auto"/>
        <w:ind w:firstLine="331"/>
        <w:jc w:val="both"/>
      </w:pPr>
      <w:r>
        <w:rPr>
          <w:rFonts w:ascii="Georgia" w:hAnsi="Georgia"/>
          <w:b w:val="0"/>
          <w:i w:val="0"/>
          <w:color w:val="22201D"/>
          <w:sz w:val="20"/>
        </w:rPr>
        <w:t>The dark coin read:</w:t>
      </w:r>
    </w:p>
    <w:p>
      <w:pPr>
        <w:spacing w:after="60" w:line="250" w:lineRule="auto"/>
        <w:ind w:left="202" w:right="173"/>
      </w:pPr>
      <w:r>
        <w:rPr>
          <w:rFonts w:ascii="Georgia" w:hAnsi="Georgia"/>
          <w:b w:val="0"/>
          <w:i w:val="0"/>
          <w:color w:val="22201D"/>
          <w:sz w:val="17"/>
        </w:rPr>
        <w:t>LEAVE</w:t>
      </w:r>
    </w:p>
    <w:p>
      <w:pPr>
        <w:spacing w:after="60" w:line="266" w:lineRule="auto"/>
        <w:ind w:firstLine="331"/>
        <w:jc w:val="both"/>
      </w:pPr>
      <w:r>
        <w:rPr>
          <w:rFonts w:ascii="Georgia" w:hAnsi="Georgia"/>
          <w:b w:val="0"/>
          <w:i w:val="0"/>
          <w:color w:val="22201D"/>
          <w:sz w:val="20"/>
        </w:rPr>
        <w:t>Flocc looked at them.</w:t>
      </w:r>
    </w:p>
    <w:p>
      <w:pPr>
        <w:spacing w:after="60" w:line="266" w:lineRule="auto"/>
        <w:ind w:firstLine="331"/>
        <w:jc w:val="both"/>
      </w:pPr>
      <w:r>
        <w:rPr>
          <w:rFonts w:ascii="Georgia" w:hAnsi="Georgia"/>
          <w:b w:val="0"/>
          <w:i w:val="0"/>
          <w:color w:val="22201D"/>
          <w:sz w:val="20"/>
        </w:rPr>
        <w:t>"Leave?"</w:t>
      </w:r>
    </w:p>
    <w:p>
      <w:pPr>
        <w:spacing w:after="60" w:line="266" w:lineRule="auto"/>
        <w:ind w:firstLine="331"/>
        <w:jc w:val="both"/>
      </w:pPr>
      <w:r>
        <w:rPr>
          <w:rFonts w:ascii="Georgia" w:hAnsi="Georgia"/>
          <w:b w:val="0"/>
          <w:i w:val="0"/>
          <w:color w:val="22201D"/>
          <w:sz w:val="20"/>
        </w:rPr>
        <w:t>"Some attention is exact only if it does not remain in the room after its portion is complete," said the Hostess.</w:t>
      </w:r>
    </w:p>
    <w:p>
      <w:pPr>
        <w:spacing w:after="60" w:line="266" w:lineRule="auto"/>
        <w:ind w:firstLine="331"/>
        <w:jc w:val="both"/>
      </w:pPr>
      <w:r>
        <w:rPr>
          <w:rFonts w:ascii="Georgia" w:hAnsi="Georgia"/>
          <w:b w:val="0"/>
          <w:i w:val="0"/>
          <w:color w:val="22201D"/>
          <w:sz w:val="20"/>
        </w:rPr>
        <w:t>"That sounds like being dismissed."</w:t>
      </w:r>
    </w:p>
    <w:p>
      <w:pPr>
        <w:spacing w:after="60" w:line="266" w:lineRule="auto"/>
        <w:ind w:firstLine="331"/>
        <w:jc w:val="both"/>
      </w:pPr>
      <w:r>
        <w:rPr>
          <w:rFonts w:ascii="Georgia" w:hAnsi="Georgia"/>
          <w:b w:val="0"/>
          <w:i w:val="0"/>
          <w:color w:val="22201D"/>
          <w:sz w:val="20"/>
        </w:rPr>
        <w:t>"Sometimes it is."</w:t>
      </w:r>
    </w:p>
    <w:p>
      <w:pPr>
        <w:spacing w:after="60" w:line="266" w:lineRule="auto"/>
        <w:ind w:firstLine="331"/>
        <w:jc w:val="both"/>
      </w:pPr>
      <w:r>
        <w:rPr>
          <w:rFonts w:ascii="Georgia" w:hAnsi="Georgia"/>
          <w:b w:val="0"/>
          <w:i w:val="0"/>
          <w:color w:val="22201D"/>
          <w:sz w:val="20"/>
        </w:rPr>
        <w:t>Mara reached for the copper coin and placed it in the tray.</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PAUSE received.</w:t>
      </w:r>
    </w:p>
    <w:p>
      <w:pPr>
        <w:spacing w:after="60" w:line="266" w:lineRule="auto"/>
        <w:ind w:firstLine="331"/>
        <w:jc w:val="both"/>
      </w:pPr>
      <w:r>
        <w:rPr>
          <w:rFonts w:ascii="Georgia" w:hAnsi="Georgia"/>
          <w:b w:val="0"/>
          <w:i w:val="0"/>
          <w:color w:val="22201D"/>
          <w:sz w:val="20"/>
        </w:rPr>
        <w:t>No one spoke.</w:t>
      </w:r>
    </w:p>
    <w:p>
      <w:pPr>
        <w:spacing w:after="60" w:line="266" w:lineRule="auto"/>
        <w:ind w:firstLine="331"/>
        <w:jc w:val="both"/>
      </w:pPr>
      <w:r>
        <w:rPr>
          <w:rFonts w:ascii="Georgia" w:hAnsi="Georgia"/>
          <w:b w:val="0"/>
          <w:i w:val="0"/>
          <w:color w:val="22201D"/>
          <w:sz w:val="20"/>
        </w:rPr>
        <w:t>The pause was not empty.</w:t>
      </w:r>
    </w:p>
    <w:p>
      <w:pPr>
        <w:spacing w:after="60" w:line="266" w:lineRule="auto"/>
        <w:ind w:firstLine="331"/>
        <w:jc w:val="both"/>
      </w:pPr>
      <w:r>
        <w:rPr>
          <w:rFonts w:ascii="Georgia" w:hAnsi="Georgia"/>
          <w:b w:val="0"/>
          <w:i w:val="0"/>
          <w:color w:val="22201D"/>
          <w:sz w:val="20"/>
        </w:rPr>
        <w:t>It contained Mara's sentence.</w:t>
      </w:r>
    </w:p>
    <w:p>
      <w:pPr>
        <w:spacing w:after="60" w:line="266" w:lineRule="auto"/>
        <w:ind w:firstLine="331"/>
        <w:jc w:val="both"/>
      </w:pPr>
      <w:r>
        <w:rPr>
          <w:rFonts w:ascii="Georgia" w:hAnsi="Georgia"/>
          <w:b w:val="0"/>
          <w:i w:val="0"/>
          <w:color w:val="22201D"/>
          <w:sz w:val="20"/>
        </w:rPr>
        <w:t>It contained Flocc not improving it.</w:t>
      </w:r>
    </w:p>
    <w:p>
      <w:pPr>
        <w:spacing w:after="60" w:line="266" w:lineRule="auto"/>
        <w:ind w:firstLine="331"/>
        <w:jc w:val="both"/>
      </w:pPr>
      <w:r>
        <w:rPr>
          <w:rFonts w:ascii="Georgia" w:hAnsi="Georgia"/>
          <w:b w:val="0"/>
          <w:i w:val="0"/>
          <w:color w:val="22201D"/>
          <w:sz w:val="20"/>
        </w:rPr>
        <w:t>It contained the food becoming food again.</w:t>
      </w:r>
    </w:p>
    <w:p>
      <w:pPr>
        <w:spacing w:after="60" w:line="266" w:lineRule="auto"/>
        <w:ind w:firstLine="331"/>
        <w:jc w:val="both"/>
      </w:pPr>
      <w:r>
        <w:rPr>
          <w:rFonts w:ascii="Georgia" w:hAnsi="Georgia"/>
          <w:b w:val="0"/>
          <w:i w:val="0"/>
          <w:color w:val="22201D"/>
          <w:sz w:val="20"/>
        </w:rPr>
        <w:t>It contained the refund notice cooling in its sleeve, an apology that had been made but not cashed as a prize.</w:t>
      </w:r>
    </w:p>
    <w:p>
      <w:pPr>
        <w:spacing w:after="60" w:line="266" w:lineRule="auto"/>
        <w:ind w:firstLine="331"/>
        <w:jc w:val="both"/>
      </w:pPr>
      <w:r>
        <w:rPr>
          <w:rFonts w:ascii="Georgia" w:hAnsi="Georgia"/>
          <w:b w:val="0"/>
          <w:i w:val="0"/>
          <w:color w:val="22201D"/>
          <w:sz w:val="20"/>
        </w:rPr>
        <w:t>It contained Gerald's absent standards, Steve's reopened case file, the Hostess's calm, and the fact that dinner had still not become simple.</w:t>
      </w:r>
    </w:p>
    <w:p>
      <w:pPr>
        <w:spacing w:after="60" w:line="266" w:lineRule="auto"/>
        <w:ind w:firstLine="331"/>
        <w:jc w:val="both"/>
      </w:pPr>
      <w:r>
        <w:rPr>
          <w:rFonts w:ascii="Georgia" w:hAnsi="Georgia"/>
          <w:b w:val="0"/>
          <w:i w:val="0"/>
          <w:color w:val="22201D"/>
          <w:sz w:val="20"/>
        </w:rPr>
        <w:t>After a while, Mara placed the silver coin in the tray.</w:t>
      </w:r>
    </w:p>
    <w:p>
      <w:pPr>
        <w:spacing w:after="60" w:line="266" w:lineRule="auto"/>
        <w:ind w:firstLine="331"/>
        <w:jc w:val="both"/>
      </w:pPr>
      <w:r>
        <w:rPr>
          <w:rFonts w:ascii="Georgia" w:hAnsi="Georgia"/>
          <w:b w:val="0"/>
          <w:i w:val="0"/>
          <w:color w:val="22201D"/>
          <w:sz w:val="20"/>
        </w:rPr>
        <w:t>The slip printed:</w:t>
      </w:r>
    </w:p>
    <w:p>
      <w:pPr>
        <w:spacing w:after="60" w:line="250" w:lineRule="auto"/>
        <w:ind w:left="202" w:right="173"/>
      </w:pPr>
      <w:r>
        <w:rPr>
          <w:rFonts w:ascii="Georgia" w:hAnsi="Georgia"/>
          <w:b w:val="0"/>
          <w:i w:val="0"/>
          <w:color w:val="22201D"/>
          <w:sz w:val="17"/>
        </w:rPr>
        <w:t>RETURN received.</w:t>
      </w:r>
    </w:p>
    <w:p>
      <w:pPr>
        <w:spacing w:after="60" w:line="266" w:lineRule="auto"/>
        <w:ind w:firstLine="331"/>
        <w:jc w:val="both"/>
      </w:pPr>
      <w:r>
        <w:rPr>
          <w:rFonts w:ascii="Georgia" w:hAnsi="Georgia"/>
          <w:b w:val="0"/>
          <w:i w:val="0"/>
          <w:color w:val="22201D"/>
          <w:sz w:val="20"/>
        </w:rPr>
        <w:t>"I want to come back to it," she said. "Not finish it now."</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"Okay."</w:t>
      </w:r>
    </w:p>
    <w:p>
      <w:pPr>
        <w:spacing w:after="60" w:line="266" w:lineRule="auto"/>
        <w:ind w:firstLine="331"/>
        <w:jc w:val="both"/>
      </w:pPr>
      <w:r>
        <w:rPr>
          <w:rFonts w:ascii="Georgia" w:hAnsi="Georgia"/>
          <w:b w:val="0"/>
          <w:i w:val="0"/>
          <w:color w:val="22201D"/>
          <w:sz w:val="20"/>
        </w:rPr>
        <w:t>The tray waited.</w:t>
      </w:r>
    </w:p>
    <w:p>
      <w:pPr>
        <w:spacing w:after="60" w:line="266" w:lineRule="auto"/>
        <w:ind w:firstLine="331"/>
        <w:jc w:val="both"/>
      </w:pPr>
      <w:r>
        <w:rPr>
          <w:rFonts w:ascii="Georgia" w:hAnsi="Georgia"/>
          <w:b w:val="0"/>
          <w:i w:val="0"/>
          <w:color w:val="22201D"/>
          <w:sz w:val="20"/>
        </w:rPr>
        <w:t>He understood, with a small start, that his okay required no receipt.</w:t>
      </w:r>
    </w:p>
    <w:p>
      <w:pPr>
        <w:spacing w:after="60" w:line="266" w:lineRule="auto"/>
        <w:ind w:firstLine="331"/>
        <w:jc w:val="both"/>
      </w:pPr>
      <w:r>
        <w:rPr>
          <w:rFonts w:ascii="Georgia" w:hAnsi="Georgia"/>
          <w:b w:val="0"/>
          <w:i w:val="0"/>
          <w:color w:val="22201D"/>
          <w:sz w:val="20"/>
        </w:rPr>
        <w:t>The tray printed nothing.</w:t>
      </w:r>
    </w:p>
    <w:p>
      <w:pPr>
        <w:spacing w:after="60" w:line="266" w:lineRule="auto"/>
        <w:ind w:firstLine="331"/>
        <w:jc w:val="both"/>
      </w:pPr>
      <w:r>
        <w:rPr>
          <w:rFonts w:ascii="Georgia" w:hAnsi="Georgia"/>
          <w:b w:val="0"/>
          <w:i w:val="0"/>
          <w:color w:val="22201D"/>
          <w:sz w:val="20"/>
        </w:rPr>
        <w:t>This felt like being trusted with a breakable object.</w:t>
      </w:r>
    </w:p>
    <w:p>
      <w:pPr>
        <w:spacing w:after="60" w:line="266" w:lineRule="auto"/>
        <w:ind w:firstLine="331"/>
        <w:jc w:val="both"/>
      </w:pPr>
      <w:r>
        <w:rPr>
          <w:rFonts w:ascii="Georgia" w:hAnsi="Georgia"/>
          <w:b w:val="0"/>
          <w:i w:val="0"/>
          <w:color w:val="22201D"/>
          <w:sz w:val="20"/>
        </w:rPr>
        <w:t>Then the bill printed:</w:t>
      </w:r>
    </w:p>
    <w:p>
      <w:pPr>
        <w:spacing w:after="60" w:line="250" w:lineRule="auto"/>
        <w:ind w:left="202" w:right="173"/>
      </w:pPr>
      <w:r>
        <w:rPr>
          <w:rFonts w:ascii="Georgia" w:hAnsi="Georgia"/>
          <w:b w:val="0"/>
          <w:i w:val="0"/>
          <w:color w:val="22201D"/>
          <w:sz w:val="17"/>
        </w:rPr>
        <w:t>Line 027: Accepted postponed return without extracting schedule. Amount credited: one conversation not converted into task list</w:t>
      </w:r>
    </w:p>
    <w:p>
      <w:pPr>
        <w:spacing w:after="60" w:line="266" w:lineRule="auto"/>
        <w:ind w:firstLine="331"/>
        <w:jc w:val="both"/>
      </w:pPr>
      <w:r>
        <w:rPr>
          <w:rFonts w:ascii="Georgia" w:hAnsi="Georgia"/>
          <w:b w:val="0"/>
          <w:i w:val="0"/>
          <w:color w:val="22201D"/>
          <w:sz w:val="20"/>
        </w:rPr>
        <w:t>Mara smiled down at her plate.</w:t>
      </w:r>
    </w:p>
    <w:p>
      <w:pPr>
        <w:spacing w:after="60" w:line="266" w:lineRule="auto"/>
        <w:ind w:firstLine="331"/>
        <w:jc w:val="both"/>
      </w:pPr>
      <w:r>
        <w:rPr>
          <w:rFonts w:ascii="Georgia" w:hAnsi="Georgia"/>
          <w:b w:val="0"/>
          <w:i w:val="0"/>
          <w:color w:val="22201D"/>
          <w:sz w:val="20"/>
        </w:rPr>
        <w:t>"Good bill."</w:t>
      </w:r>
    </w:p>
    <w:p>
      <w:pPr>
        <w:spacing w:after="60" w:line="266" w:lineRule="auto"/>
        <w:ind w:firstLine="331"/>
        <w:jc w:val="both"/>
      </w:pPr>
      <w:r>
        <w:rPr>
          <w:rFonts w:ascii="Georgia" w:hAnsi="Georgia"/>
          <w:b w:val="0"/>
          <w:i w:val="0"/>
          <w:color w:val="22201D"/>
          <w:sz w:val="20"/>
        </w:rPr>
        <w:t>"Do not encourage it," Flocc said.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Encouragement accepted.</w:t>
      </w:r>
    </w:p>
    <w:p>
      <w:pPr>
        <w:spacing w:after="60" w:line="266" w:lineRule="auto"/>
        <w:ind w:firstLine="331"/>
        <w:jc w:val="both"/>
      </w:pPr>
      <w:r>
        <w:rPr>
          <w:rFonts w:ascii="Georgia" w:hAnsi="Georgia"/>
          <w:b w:val="0"/>
          <w:i w:val="0"/>
          <w:color w:val="22201D"/>
          <w:sz w:val="20"/>
        </w:rPr>
        <w:t>The Hostess removed the dark coin from the cup and set it near Flocc, not in front of him, exactly. Near him. Available without being assigned.</w:t>
      </w:r>
    </w:p>
    <w:p>
      <w:pPr>
        <w:spacing w:after="60" w:line="266" w:lineRule="auto"/>
        <w:ind w:firstLine="331"/>
        <w:jc w:val="both"/>
      </w:pPr>
      <w:r>
        <w:rPr>
          <w:rFonts w:ascii="Georgia" w:hAnsi="Georgia"/>
          <w:b w:val="0"/>
          <w:i w:val="0"/>
          <w:color w:val="22201D"/>
          <w:sz w:val="20"/>
        </w:rPr>
        <w:t>"What do I do with leave?" he asked.</w:t>
      </w:r>
    </w:p>
    <w:p>
      <w:pPr>
        <w:spacing w:after="60" w:line="266" w:lineRule="auto"/>
        <w:ind w:firstLine="331"/>
        <w:jc w:val="both"/>
      </w:pPr>
      <w:r>
        <w:rPr>
          <w:rFonts w:ascii="Georgia" w:hAnsi="Georgia"/>
          <w:b w:val="0"/>
          <w:i w:val="0"/>
          <w:color w:val="22201D"/>
          <w:sz w:val="20"/>
        </w:rPr>
        <w:t>"Notice when it belongs to you."</w:t>
      </w:r>
    </w:p>
    <w:p>
      <w:pPr>
        <w:spacing w:after="60" w:line="266" w:lineRule="auto"/>
        <w:ind w:firstLine="331"/>
        <w:jc w:val="both"/>
      </w:pPr>
      <w:r>
        <w:rPr>
          <w:rFonts w:ascii="Georgia" w:hAnsi="Georgia"/>
          <w:b w:val="0"/>
          <w:i w:val="0"/>
          <w:color w:val="22201D"/>
          <w:sz w:val="20"/>
        </w:rPr>
        <w:t>"That sounds unpleasant."</w:t>
      </w:r>
    </w:p>
    <w:p>
      <w:pPr>
        <w:spacing w:after="60" w:line="266" w:lineRule="auto"/>
        <w:ind w:firstLine="331"/>
        <w:jc w:val="both"/>
      </w:pPr>
      <w:r>
        <w:rPr>
          <w:rFonts w:ascii="Georgia" w:hAnsi="Georgia"/>
          <w:b w:val="0"/>
          <w:i w:val="0"/>
          <w:color w:val="22201D"/>
          <w:sz w:val="20"/>
        </w:rPr>
        <w:t>"It can be polite."</w:t>
      </w:r>
    </w:p>
    <w:p>
      <w:pPr>
        <w:spacing w:after="60" w:line="266" w:lineRule="auto"/>
        <w:ind w:firstLine="331"/>
        <w:jc w:val="both"/>
      </w:pPr>
      <w:r>
        <w:rPr>
          <w:rFonts w:ascii="Georgia" w:hAnsi="Georgia"/>
          <w:b w:val="0"/>
          <w:i w:val="0"/>
          <w:color w:val="22201D"/>
          <w:sz w:val="20"/>
        </w:rPr>
        <w:t>"Those also overlap too much here."</w:t>
      </w:r>
    </w:p>
    <w:p>
      <w:pPr>
        <w:spacing w:after="60" w:line="266" w:lineRule="auto"/>
        <w:ind w:firstLine="331"/>
        <w:jc w:val="both"/>
      </w:pPr>
      <w:r>
        <w:rPr>
          <w:rFonts w:ascii="Georgia" w:hAnsi="Georgia"/>
          <w:b w:val="0"/>
          <w:i w:val="0"/>
          <w:color w:val="22201D"/>
          <w:sz w:val="20"/>
        </w:rPr>
        <w:t>At the front of the restaurant, the door opened.</w:t>
      </w:r>
    </w:p>
    <w:p>
      <w:pPr>
        <w:spacing w:after="60" w:line="266" w:lineRule="auto"/>
        <w:ind w:firstLine="331"/>
        <w:jc w:val="both"/>
      </w:pPr>
      <w:r>
        <w:rPr>
          <w:rFonts w:ascii="Georgia" w:hAnsi="Georgia"/>
          <w:b w:val="0"/>
          <w:i w:val="0"/>
          <w:color w:val="22201D"/>
          <w:sz w:val="20"/>
        </w:rPr>
        <w:t>Not dramatically.</w:t>
      </w:r>
    </w:p>
    <w:p>
      <w:pPr>
        <w:spacing w:after="60" w:line="266" w:lineRule="auto"/>
        <w:ind w:firstLine="331"/>
        <w:jc w:val="both"/>
      </w:pPr>
      <w:r>
        <w:rPr>
          <w:rFonts w:ascii="Georgia" w:hAnsi="Georgia"/>
          <w:b w:val="0"/>
          <w:i w:val="0"/>
          <w:color w:val="22201D"/>
          <w:sz w:val="20"/>
        </w:rPr>
        <w:t>Not with wind or bells or the kind of lighting that announces the entrance of a person who has rehearsed being important.</w:t>
      </w:r>
    </w:p>
    <w:p>
      <w:pPr>
        <w:spacing w:after="60" w:line="266" w:lineRule="auto"/>
        <w:ind w:firstLine="331"/>
        <w:jc w:val="both"/>
      </w:pPr>
      <w:r>
        <w:rPr>
          <w:rFonts w:ascii="Georgia" w:hAnsi="Georgia"/>
          <w:b w:val="0"/>
          <w:i w:val="0"/>
          <w:color w:val="22201D"/>
          <w:sz w:val="20"/>
        </w:rPr>
        <w:t>It opened like a municipal door.</w:t>
      </w:r>
    </w:p>
    <w:p>
      <w:pPr>
        <w:spacing w:after="60" w:line="266" w:lineRule="auto"/>
        <w:ind w:firstLine="331"/>
        <w:jc w:val="both"/>
      </w:pPr>
      <w:r>
        <w:rPr>
          <w:rFonts w:ascii="Georgia" w:hAnsi="Georgia"/>
          <w:b w:val="0"/>
          <w:i w:val="0"/>
          <w:color w:val="22201D"/>
          <w:sz w:val="20"/>
        </w:rPr>
        <w:t>A woman stepped inside carrying a leather folder, a narrow umbrella though the weather outside had no rain in it, and the expression of someone who had read all posted notices and found them insufficiently posted.</w:t>
      </w:r>
    </w:p>
    <w:p>
      <w:pPr>
        <w:spacing w:after="60" w:line="266" w:lineRule="auto"/>
        <w:ind w:firstLine="331"/>
        <w:jc w:val="both"/>
      </w:pPr>
      <w:r>
        <w:rPr>
          <w:rFonts w:ascii="Georgia" w:hAnsi="Georgia"/>
          <w:b w:val="0"/>
          <w:i w:val="0"/>
          <w:color w:val="22201D"/>
          <w:sz w:val="20"/>
        </w:rPr>
        <w:t>The room adjusted.</w:t>
      </w:r>
    </w:p>
    <w:p>
      <w:pPr>
        <w:spacing w:after="60" w:line="266" w:lineRule="auto"/>
        <w:ind w:firstLine="331"/>
        <w:jc w:val="both"/>
      </w:pPr>
      <w:r>
        <w:rPr>
          <w:rFonts w:ascii="Georgia" w:hAnsi="Georgia"/>
          <w:b w:val="0"/>
          <w:i w:val="0"/>
          <w:color w:val="22201D"/>
          <w:sz w:val="20"/>
        </w:rPr>
        <w:t>Not frightened.</w:t>
      </w:r>
    </w:p>
    <w:p>
      <w:pPr>
        <w:spacing w:after="60" w:line="266" w:lineRule="auto"/>
        <w:ind w:firstLine="331"/>
        <w:jc w:val="both"/>
      </w:pPr>
      <w:r>
        <w:rPr>
          <w:rFonts w:ascii="Georgia" w:hAnsi="Georgia"/>
          <w:b w:val="0"/>
          <w:i w:val="0"/>
          <w:color w:val="22201D"/>
          <w:sz w:val="20"/>
        </w:rPr>
        <w:t>Indexed.</w:t>
      </w:r>
    </w:p>
    <w:p>
      <w:pPr>
        <w:spacing w:after="60" w:line="266" w:lineRule="auto"/>
        <w:ind w:firstLine="331"/>
        <w:jc w:val="both"/>
      </w:pPr>
      <w:r>
        <w:rPr>
          <w:rFonts w:ascii="Georgia" w:hAnsi="Georgia"/>
          <w:b w:val="0"/>
          <w:i w:val="0"/>
          <w:color w:val="22201D"/>
          <w:sz w:val="20"/>
        </w:rPr>
        <w:t>Steve was not there, but somewhere in the city a filing cabinet probably developed a headache.</w:t>
      </w:r>
    </w:p>
    <w:p>
      <w:pPr>
        <w:spacing w:after="60" w:line="266" w:lineRule="auto"/>
        <w:ind w:firstLine="331"/>
        <w:jc w:val="both"/>
      </w:pPr>
      <w:r>
        <w:rPr>
          <w:rFonts w:ascii="Georgia" w:hAnsi="Georgia"/>
          <w:b w:val="0"/>
          <w:i w:val="0"/>
          <w:color w:val="22201D"/>
          <w:sz w:val="20"/>
        </w:rPr>
        <w:t>Gerald was not there, but the hand sink made a sound that could only be described as standing up straighter.</w:t>
      </w:r>
    </w:p>
    <w:p>
      <w:pPr>
        <w:spacing w:after="60" w:line="266" w:lineRule="auto"/>
        <w:ind w:firstLine="331"/>
        <w:jc w:val="both"/>
      </w:pPr>
      <w:r>
        <w:rPr>
          <w:rFonts w:ascii="Georgia" w:hAnsi="Georgia"/>
          <w:b w:val="0"/>
          <w:i w:val="0"/>
          <w:color w:val="22201D"/>
          <w:sz w:val="20"/>
        </w:rPr>
        <w:t>The Hostess turned.</w:t>
      </w:r>
    </w:p>
    <w:p>
      <w:pPr>
        <w:spacing w:after="60" w:line="266" w:lineRule="auto"/>
        <w:ind w:firstLine="331"/>
        <w:jc w:val="both"/>
      </w:pPr>
      <w:r>
        <w:rPr>
          <w:rFonts w:ascii="Georgia" w:hAnsi="Georgia"/>
          <w:b w:val="0"/>
          <w:i w:val="0"/>
          <w:color w:val="22201D"/>
          <w:sz w:val="20"/>
        </w:rPr>
        <w:t>"Table for one?"</w:t>
      </w:r>
    </w:p>
    <w:p>
      <w:pPr>
        <w:spacing w:after="60" w:line="266" w:lineRule="auto"/>
        <w:ind w:firstLine="331"/>
        <w:jc w:val="both"/>
      </w:pPr>
      <w:r>
        <w:rPr>
          <w:rFonts w:ascii="Georgia" w:hAnsi="Georgia"/>
          <w:b w:val="0"/>
          <w:i w:val="0"/>
          <w:color w:val="22201D"/>
          <w:sz w:val="20"/>
        </w:rPr>
        <w:t>The woman looked at the dining room, then at the Hostess, then at the sign above the counter, then at the empty tray on Flocc's table.</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The menu on Flocc's table opened by itself.</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Auditor arrival: confirmed</w:t>
      </w:r>
    </w:p>
    <w:p>
      <w:pPr>
        <w:spacing w:after="60" w:line="266" w:lineRule="auto"/>
        <w:ind w:firstLine="331"/>
        <w:jc w:val="both"/>
      </w:pPr>
      <w:r>
        <w:rPr>
          <w:rFonts w:ascii="Georgia" w:hAnsi="Georgia"/>
          <w:b w:val="0"/>
          <w:i w:val="0"/>
          <w:color w:val="22201D"/>
          <w:sz w:val="20"/>
        </w:rPr>
        <w:t>The woman stepped to the host stand.</w:t>
      </w:r>
    </w:p>
    <w:p>
      <w:pPr>
        <w:spacing w:after="60" w:line="266" w:lineRule="auto"/>
        <w:ind w:firstLine="331"/>
        <w:jc w:val="both"/>
      </w:pPr>
      <w:r>
        <w:rPr>
          <w:rFonts w:ascii="Georgia" w:hAnsi="Georgia"/>
          <w:b w:val="0"/>
          <w:i w:val="0"/>
          <w:color w:val="22201D"/>
          <w:sz w:val="20"/>
        </w:rPr>
        <w:t>"I am here to observe service, review outstanding account activity, and determine whether this establishment is charging customers in a medium recognized by the city."</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"Would you like a menu?"</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brass tray on Flocc's table clicked three times.</w:t>
      </w:r>
    </w:p>
    <w:p>
      <w:pPr>
        <w:spacing w:after="60" w:line="266" w:lineRule="auto"/>
        <w:ind w:firstLine="331"/>
        <w:jc w:val="both"/>
      </w:pPr>
      <w:r>
        <w:rPr>
          <w:rFonts w:ascii="Georgia" w:hAnsi="Georgia"/>
          <w:b w:val="0"/>
          <w:i w:val="0"/>
          <w:color w:val="22201D"/>
          <w:sz w:val="20"/>
        </w:rPr>
        <w:t>The change slip printed:</w:t>
      </w:r>
    </w:p>
    <w:p>
      <w:pPr>
        <w:spacing w:after="60" w:line="250" w:lineRule="auto"/>
        <w:ind w:left="202" w:right="173"/>
      </w:pPr>
      <w:r>
        <w:rPr>
          <w:rFonts w:ascii="Georgia" w:hAnsi="Georgia"/>
          <w:b w:val="0"/>
          <w:i w:val="0"/>
          <w:color w:val="22201D"/>
          <w:sz w:val="17"/>
        </w:rPr>
        <w:t>Exact change tendered: listening  Tender accepted: partial  Change due: none for current exchange  Next required document: zero-order receipt  Next chapter: The Auditor Orders Nothing</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He did not ask whether he had done well.</w:t>
      </w:r>
    </w:p>
    <w:p>
      <w:pPr>
        <w:spacing w:after="60" w:line="266" w:lineRule="auto"/>
        <w:ind w:firstLine="331"/>
        <w:jc w:val="both"/>
      </w:pPr>
      <w:r>
        <w:rPr>
          <w:rFonts w:ascii="Georgia" w:hAnsi="Georgia"/>
          <w:b w:val="0"/>
          <w:i w:val="0"/>
          <w:color w:val="22201D"/>
          <w:sz w:val="20"/>
        </w:rPr>
        <w:t>He did not ask whether the chapter had worked.</w:t>
      </w:r>
    </w:p>
    <w:p>
      <w:pPr>
        <w:spacing w:after="60" w:line="266" w:lineRule="auto"/>
        <w:ind w:firstLine="331"/>
        <w:jc w:val="both"/>
      </w:pPr>
      <w:r>
        <w:rPr>
          <w:rFonts w:ascii="Georgia" w:hAnsi="Georgia"/>
          <w:b w:val="0"/>
          <w:i w:val="0"/>
          <w:color w:val="22201D"/>
          <w:sz w:val="20"/>
        </w:rPr>
        <w:t>He did not ask whether she was proud of him, moved by him, softened toward him, or willing to certify his improvement for the permanent record.</w:t>
      </w:r>
    </w:p>
    <w:p>
      <w:pPr>
        <w:spacing w:after="60" w:line="266" w:lineRule="auto"/>
        <w:ind w:firstLine="331"/>
        <w:jc w:val="both"/>
      </w:pPr>
      <w:r>
        <w:rPr>
          <w:rFonts w:ascii="Georgia" w:hAnsi="Georgia"/>
          <w:b w:val="0"/>
          <w:i w:val="0"/>
          <w:color w:val="22201D"/>
          <w:sz w:val="20"/>
        </w:rPr>
        <w:t>He picked up the dark coin.</w:t>
      </w:r>
    </w:p>
    <w:p>
      <w:pPr>
        <w:spacing w:after="60" w:line="266" w:lineRule="auto"/>
        <w:ind w:firstLine="331"/>
        <w:jc w:val="both"/>
      </w:pPr>
      <w:r>
        <w:rPr>
          <w:rFonts w:ascii="Georgia" w:hAnsi="Georgia"/>
          <w:b w:val="0"/>
          <w:i w:val="0"/>
          <w:color w:val="22201D"/>
          <w:sz w:val="20"/>
        </w:rPr>
        <w:t>He held it for a moment.</w:t>
      </w:r>
    </w:p>
    <w:p>
      <w:pPr>
        <w:spacing w:after="60" w:line="266" w:lineRule="auto"/>
        <w:ind w:firstLine="331"/>
        <w:jc w:val="both"/>
      </w:pPr>
      <w:r>
        <w:rPr>
          <w:rFonts w:ascii="Georgia" w:hAnsi="Georgia"/>
          <w:b w:val="0"/>
          <w:i w:val="0"/>
          <w:color w:val="22201D"/>
          <w:sz w:val="20"/>
        </w:rPr>
        <w:t>Then he placed it in the tray.</w:t>
      </w:r>
    </w:p>
    <w:p>
      <w:pPr>
        <w:spacing w:after="60" w:line="250" w:lineRule="auto"/>
        <w:ind w:left="202" w:right="173"/>
      </w:pPr>
      <w:r>
        <w:rPr>
          <w:rFonts w:ascii="Georgia" w:hAnsi="Georgia"/>
          <w:b w:val="0"/>
          <w:i w:val="0"/>
          <w:color w:val="22201D"/>
          <w:sz w:val="17"/>
        </w:rPr>
        <w:t>LEAVE received.</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He said, "This part is hers."</w:t>
      </w:r>
    </w:p>
    <w:p>
      <w:pPr>
        <w:spacing w:after="60" w:line="266" w:lineRule="auto"/>
        <w:ind w:firstLine="331"/>
        <w:jc w:val="both"/>
      </w:pPr>
      <w:r>
        <w:rPr>
          <w:rFonts w:ascii="Georgia" w:hAnsi="Georgia"/>
          <w:b w:val="0"/>
          <w:i w:val="0"/>
          <w:color w:val="22201D"/>
          <w:sz w:val="20"/>
        </w:rPr>
        <w:t>The tray accepted the coin.</w:t>
      </w:r>
    </w:p>
    <w:p>
      <w:pPr>
        <w:spacing w:after="60" w:line="266" w:lineRule="auto"/>
        <w:ind w:firstLine="331"/>
        <w:jc w:val="both"/>
      </w:pPr>
      <w:r>
        <w:rPr>
          <w:rFonts w:ascii="Georgia" w:hAnsi="Georgia"/>
          <w:b w:val="0"/>
          <w:i w:val="0"/>
          <w:color w:val="22201D"/>
          <w:sz w:val="20"/>
        </w:rPr>
        <w:t>The bill did not credit him for it.</w:t>
      </w:r>
    </w:p>
    <w:p>
      <w:pPr>
        <w:spacing w:after="60" w:line="266" w:lineRule="auto"/>
        <w:ind w:firstLine="331"/>
        <w:jc w:val="both"/>
      </w:pPr>
      <w:r>
        <w:rPr>
          <w:rFonts w:ascii="Georgia" w:hAnsi="Georgia"/>
          <w:b w:val="0"/>
          <w:i w:val="0"/>
          <w:color w:val="22201D"/>
          <w:sz w:val="20"/>
        </w:rPr>
        <w:t>Good, he thought.</w:t>
      </w:r>
    </w:p>
    <w:p>
      <w:pPr>
        <w:spacing w:after="60" w:line="266" w:lineRule="auto"/>
        <w:ind w:firstLine="331"/>
        <w:jc w:val="both"/>
      </w:pPr>
      <w:r>
        <w:rPr>
          <w:rFonts w:ascii="Georgia" w:hAnsi="Georgia"/>
          <w:b w:val="0"/>
          <w:i w:val="0"/>
          <w:color w:val="22201D"/>
          <w:sz w:val="20"/>
        </w:rPr>
        <w:t>Then, because even his thoughts were learning the audit, he let the good remain unfiled.</w:t>
      </w:r>
    </w:p>
    <w:p>
      <w:pPr>
        <w:spacing w:after="60" w:line="266" w:lineRule="auto"/>
        <w:ind w:firstLine="331"/>
        <w:jc w:val="both"/>
      </w:pPr>
      <w:r>
        <w:rPr>
          <w:rFonts w:ascii="Georgia" w:hAnsi="Georgia"/>
          <w:b w:val="0"/>
          <w:i w:val="0"/>
          <w:color w:val="22201D"/>
          <w:sz w:val="20"/>
        </w:rPr>
        <w:t>At the host stand, the Auditor refused the menu again.</w:t>
      </w:r>
    </w:p>
    <w:p>
      <w:pPr>
        <w:spacing w:after="60" w:line="266" w:lineRule="auto"/>
        <w:ind w:firstLine="331"/>
        <w:jc w:val="both"/>
      </w:pPr>
      <w:r>
        <w:rPr>
          <w:rFonts w:ascii="Georgia" w:hAnsi="Georgia"/>
          <w:b w:val="0"/>
          <w:i w:val="0"/>
          <w:color w:val="22201D"/>
          <w:sz w:val="20"/>
        </w:rPr>
        <w:t>The restaurant smiled without using a face.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6: The Auditor Orders Nothing</w:t>
      </w:r>
    </w:p>
    <w:p>
      <w:pPr>
        <w:spacing w:after="60" w:line="266" w:lineRule="auto"/>
        <w:ind w:firstLine="0"/>
        <w:jc w:val="both"/>
      </w:pPr>
      <w:r>
        <w:rPr>
          <w:rFonts w:ascii="Georgia" w:hAnsi="Georgia"/>
          <w:b w:val="0"/>
          <w:i w:val="0"/>
          <w:color w:val="22201D"/>
          <w:sz w:val="20"/>
        </w:rPr>
        <w:t>In which the formal auditor refuses the menu, the restaurant accepts the refusal as an order, and the city discovers that neutrality has an appetite.</w:t>
      </w:r>
    </w:p>
    <w:p>
      <w:pPr>
        <w:spacing w:after="60" w:line="266" w:lineRule="auto"/>
        <w:ind w:firstLine="331"/>
        <w:jc w:val="both"/>
      </w:pPr>
      <w:r>
        <w:rPr>
          <w:rFonts w:ascii="Georgia" w:hAnsi="Georgia"/>
          <w:b w:val="0"/>
          <w:i w:val="0"/>
          <w:color w:val="22201D"/>
          <w:sz w:val="20"/>
        </w:rPr>
        <w:t>The Auditor did not remove her coat.</w:t>
      </w:r>
    </w:p>
    <w:p>
      <w:pPr>
        <w:spacing w:after="60" w:line="266" w:lineRule="auto"/>
        <w:ind w:firstLine="331"/>
        <w:jc w:val="both"/>
      </w:pPr>
      <w:r>
        <w:rPr>
          <w:rFonts w:ascii="Georgia" w:hAnsi="Georgia"/>
          <w:b w:val="0"/>
          <w:i w:val="0"/>
          <w:color w:val="22201D"/>
          <w:sz w:val="20"/>
        </w:rPr>
        <w:t>This was the first sign that she intended to remain procedural.</w:t>
      </w:r>
    </w:p>
    <w:p>
      <w:pPr>
        <w:spacing w:after="60" w:line="266" w:lineRule="auto"/>
        <w:ind w:firstLine="331"/>
        <w:jc w:val="both"/>
      </w:pPr>
      <w:r>
        <w:rPr>
          <w:rFonts w:ascii="Georgia" w:hAnsi="Georgia"/>
          <w:b w:val="0"/>
          <w:i w:val="0"/>
          <w:color w:val="22201D"/>
          <w:sz w:val="20"/>
        </w:rPr>
        <w:t>The second sign was her umbrella, which she kept folded along her left side like a boundary with a handle.</w:t>
      </w:r>
    </w:p>
    <w:p>
      <w:pPr>
        <w:spacing w:after="60" w:line="266" w:lineRule="auto"/>
        <w:ind w:firstLine="331"/>
        <w:jc w:val="both"/>
      </w:pPr>
      <w:r>
        <w:rPr>
          <w:rFonts w:ascii="Georgia" w:hAnsi="Georgia"/>
          <w:b w:val="0"/>
          <w:i w:val="0"/>
          <w:color w:val="22201D"/>
          <w:sz w:val="20"/>
        </w:rPr>
        <w:t>The third sign was the leather folder. It was narrow, polished, and the exact color of decisions no one enjoyed receiving by mail. It did not bulge. It did not slump. It contained only what it needed, which made it more frightening than if it had contained everything.</w:t>
      </w:r>
    </w:p>
    <w:p>
      <w:pPr>
        <w:spacing w:after="60" w:line="266" w:lineRule="auto"/>
        <w:ind w:firstLine="331"/>
        <w:jc w:val="both"/>
      </w:pPr>
      <w:r>
        <w:rPr>
          <w:rFonts w:ascii="Georgia" w:hAnsi="Georgia"/>
          <w:b w:val="0"/>
          <w:i w:val="0"/>
          <w:color w:val="22201D"/>
          <w:sz w:val="20"/>
        </w:rPr>
        <w:t>The Hostess waited behind the host stand.</w:t>
      </w:r>
    </w:p>
    <w:p>
      <w:pPr>
        <w:spacing w:after="60" w:line="266" w:lineRule="auto"/>
        <w:ind w:firstLine="331"/>
        <w:jc w:val="both"/>
      </w:pPr>
      <w:r>
        <w:rPr>
          <w:rFonts w:ascii="Georgia" w:hAnsi="Georgia"/>
          <w:b w:val="0"/>
          <w:i w:val="0"/>
          <w:color w:val="22201D"/>
          <w:sz w:val="20"/>
        </w:rPr>
        <w:t>The Auditor waited in front of it.</w:t>
      </w:r>
    </w:p>
    <w:p>
      <w:pPr>
        <w:spacing w:after="60" w:line="266" w:lineRule="auto"/>
        <w:ind w:firstLine="331"/>
        <w:jc w:val="both"/>
      </w:pPr>
      <w:r>
        <w:rPr>
          <w:rFonts w:ascii="Georgia" w:hAnsi="Georgia"/>
          <w:b w:val="0"/>
          <w:i w:val="0"/>
          <w:color w:val="22201D"/>
          <w:sz w:val="20"/>
        </w:rPr>
        <w:t>The restaurant waited around both of them with the stillness of a room that knew waiting was rarely neutral.</w:t>
      </w:r>
    </w:p>
    <w:p>
      <w:pPr>
        <w:spacing w:after="60" w:line="266" w:lineRule="auto"/>
        <w:ind w:firstLine="331"/>
        <w:jc w:val="both"/>
      </w:pPr>
      <w:r>
        <w:rPr>
          <w:rFonts w:ascii="Georgia" w:hAnsi="Georgia"/>
          <w:b w:val="0"/>
          <w:i w:val="0"/>
          <w:color w:val="22201D"/>
          <w:sz w:val="20"/>
        </w:rPr>
        <w:t>At Flocc's table, Mara looked at the dark coin in the brass tray.</w:t>
      </w:r>
    </w:p>
    <w:p>
      <w:pPr>
        <w:spacing w:after="60" w:line="250" w:lineRule="auto"/>
        <w:ind w:left="202" w:right="173"/>
      </w:pPr>
      <w:r>
        <w:rPr>
          <w:rFonts w:ascii="Georgia" w:hAnsi="Georgia"/>
          <w:b w:val="0"/>
          <w:i w:val="0"/>
          <w:color w:val="22201D"/>
          <w:sz w:val="17"/>
        </w:rPr>
        <w:t>LEAVE received.</w:t>
      </w:r>
    </w:p>
    <w:p>
      <w:pPr>
        <w:spacing w:after="60" w:line="266" w:lineRule="auto"/>
        <w:ind w:firstLine="331"/>
        <w:jc w:val="both"/>
      </w:pPr>
      <w:r>
        <w:rPr>
          <w:rFonts w:ascii="Georgia" w:hAnsi="Georgia"/>
          <w:b w:val="0"/>
          <w:i w:val="0"/>
          <w:color w:val="22201D"/>
          <w:sz w:val="20"/>
        </w:rPr>
        <w:t>The slip had not changed.</w:t>
      </w:r>
    </w:p>
    <w:p>
      <w:pPr>
        <w:spacing w:after="60" w:line="266" w:lineRule="auto"/>
        <w:ind w:firstLine="331"/>
        <w:jc w:val="both"/>
      </w:pPr>
      <w:r>
        <w:rPr>
          <w:rFonts w:ascii="Georgia" w:hAnsi="Georgia"/>
          <w:b w:val="0"/>
          <w:i w:val="0"/>
          <w:color w:val="22201D"/>
          <w:sz w:val="20"/>
        </w:rPr>
        <w:t>Flocc had the unpleasant sense that the coin was still doing work.</w:t>
      </w:r>
    </w:p>
    <w:p>
      <w:pPr>
        <w:spacing w:after="60" w:line="266" w:lineRule="auto"/>
        <w:ind w:firstLine="331"/>
        <w:jc w:val="both"/>
      </w:pPr>
      <w:r>
        <w:rPr>
          <w:rFonts w:ascii="Georgia" w:hAnsi="Georgia"/>
          <w:b w:val="0"/>
          <w:i w:val="0"/>
          <w:color w:val="22201D"/>
          <w:sz w:val="20"/>
        </w:rPr>
        <w:t>He did not turn his chair toward the host stand. He wanted to. The want had shape. It began at the shoulders, traveled into the neck, and tried to become an opinion. He kept facing Mara and let his hearing do what it could without recruiting his entire face.</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Listening boundary maintained. Do not celebrate.</w:t>
      </w:r>
    </w:p>
    <w:p>
      <w:pPr>
        <w:spacing w:after="60" w:line="266" w:lineRule="auto"/>
        <w:ind w:firstLine="331"/>
        <w:jc w:val="both"/>
      </w:pPr>
      <w:r>
        <w:rPr>
          <w:rFonts w:ascii="Georgia" w:hAnsi="Georgia"/>
          <w:b w:val="0"/>
          <w:i w:val="0"/>
          <w:color w:val="22201D"/>
          <w:sz w:val="20"/>
        </w:rPr>
        <w:t>Flocc whispered, "I was not going to."</w:t>
      </w:r>
    </w:p>
    <w:p>
      <w:pPr>
        <w:spacing w:after="60" w:line="266" w:lineRule="auto"/>
        <w:ind w:firstLine="331"/>
        <w:jc w:val="both"/>
      </w:pPr>
      <w:r>
        <w:rPr>
          <w:rFonts w:ascii="Georgia" w:hAnsi="Georgia"/>
          <w:b w:val="0"/>
          <w:i w:val="0"/>
          <w:color w:val="22201D"/>
          <w:sz w:val="20"/>
        </w:rPr>
        <w:t>Mara said, "You were approaching internal confetti."</w:t>
      </w:r>
    </w:p>
    <w:p>
      <w:pPr>
        <w:spacing w:after="60" w:line="266" w:lineRule="auto"/>
        <w:ind w:firstLine="331"/>
        <w:jc w:val="both"/>
      </w:pPr>
      <w:r>
        <w:rPr>
          <w:rFonts w:ascii="Georgia" w:hAnsi="Georgia"/>
          <w:b w:val="0"/>
          <w:i w:val="0"/>
          <w:color w:val="22201D"/>
          <w:sz w:val="20"/>
        </w:rPr>
        <w:t>"Quietly."</w:t>
      </w:r>
    </w:p>
    <w:p>
      <w:pPr>
        <w:spacing w:after="60" w:line="266" w:lineRule="auto"/>
        <w:ind w:firstLine="331"/>
        <w:jc w:val="both"/>
      </w:pPr>
      <w:r>
        <w:rPr>
          <w:rFonts w:ascii="Georgia" w:hAnsi="Georgia"/>
          <w:b w:val="0"/>
          <w:i w:val="0"/>
          <w:color w:val="22201D"/>
          <w:sz w:val="20"/>
        </w:rPr>
        <w:t>"Confetti is never quiet."</w:t>
      </w:r>
    </w:p>
    <w:p>
      <w:pPr>
        <w:spacing w:after="60" w:line="266" w:lineRule="auto"/>
        <w:ind w:firstLine="331"/>
        <w:jc w:val="both"/>
      </w:pPr>
      <w:r>
        <w:rPr>
          <w:rFonts w:ascii="Georgia" w:hAnsi="Georgia"/>
          <w:b w:val="0"/>
          <w:i w:val="0"/>
          <w:color w:val="22201D"/>
          <w:sz w:val="20"/>
        </w:rPr>
        <w:t>At the host stand, the Auditor opened her folder.</w:t>
      </w:r>
    </w:p>
    <w:p>
      <w:pPr>
        <w:spacing w:after="60" w:line="266" w:lineRule="auto"/>
        <w:ind w:firstLine="331"/>
        <w:jc w:val="both"/>
      </w:pPr>
      <w:r>
        <w:rPr>
          <w:rFonts w:ascii="Georgia" w:hAnsi="Georgia"/>
          <w:b w:val="0"/>
          <w:i w:val="0"/>
          <w:color w:val="22201D"/>
          <w:sz w:val="20"/>
        </w:rPr>
        <w:t>"For the record," she said, "my name is Darla Ives. Acting Municipal Revenue and Service Classification Auditor, temporary cross-office appointment under the reopened file associated with this address, the amended business license, and the outstanding pre-dinner account activity."</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"Welcome, Darla."</w:t>
      </w:r>
    </w:p>
    <w:p>
      <w:pPr>
        <w:spacing w:after="60" w:line="266" w:lineRule="auto"/>
        <w:ind w:firstLine="331"/>
        <w:jc w:val="both"/>
      </w:pPr>
      <w:r>
        <w:rPr>
          <w:rFonts w:ascii="Georgia" w:hAnsi="Georgia"/>
          <w:b w:val="0"/>
          <w:i w:val="0"/>
          <w:color w:val="22201D"/>
          <w:sz w:val="20"/>
        </w:rPr>
        <w:t>"Auditor Ives is sufficient."</w:t>
      </w:r>
    </w:p>
    <w:p>
      <w:pPr>
        <w:spacing w:after="60" w:line="266" w:lineRule="auto"/>
        <w:ind w:firstLine="331"/>
        <w:jc w:val="both"/>
      </w:pPr>
      <w:r>
        <w:rPr>
          <w:rFonts w:ascii="Georgia" w:hAnsi="Georgia"/>
          <w:b w:val="0"/>
          <w:i w:val="0"/>
          <w:color w:val="22201D"/>
          <w:sz w:val="20"/>
        </w:rPr>
        <w:t>"Welcome, Auditor Ives."</w:t>
      </w:r>
    </w:p>
    <w:p>
      <w:pPr>
        <w:spacing w:after="60" w:line="266" w:lineRule="auto"/>
        <w:ind w:firstLine="331"/>
        <w:jc w:val="both"/>
      </w:pPr>
      <w:r>
        <w:rPr>
          <w:rFonts w:ascii="Georgia" w:hAnsi="Georgia"/>
          <w:b w:val="0"/>
          <w:i w:val="0"/>
          <w:color w:val="22201D"/>
          <w:sz w:val="20"/>
        </w:rPr>
        <w:t>"This is not a social visit."</w:t>
      </w:r>
    </w:p>
    <w:p>
      <w:pPr>
        <w:spacing w:after="60" w:line="266" w:lineRule="auto"/>
        <w:ind w:firstLine="331"/>
        <w:jc w:val="both"/>
      </w:pPr>
      <w:r>
        <w:rPr>
          <w:rFonts w:ascii="Georgia" w:hAnsi="Georgia"/>
          <w:b w:val="0"/>
          <w:i w:val="0"/>
          <w:color w:val="22201D"/>
          <w:sz w:val="20"/>
        </w:rPr>
        <w:t>"It rarely is at first."</w:t>
      </w:r>
    </w:p>
    <w:p>
      <w:pPr>
        <w:spacing w:after="60" w:line="266" w:lineRule="auto"/>
        <w:ind w:firstLine="331"/>
        <w:jc w:val="both"/>
      </w:pPr>
      <w:r>
        <w:rPr>
          <w:rFonts w:ascii="Georgia" w:hAnsi="Georgia"/>
          <w:b w:val="0"/>
          <w:i w:val="0"/>
          <w:color w:val="22201D"/>
          <w:sz w:val="20"/>
        </w:rPr>
        <w:t>Auditor Ives looked up from the folder.</w:t>
      </w:r>
    </w:p>
    <w:p>
      <w:pPr>
        <w:spacing w:after="60" w:line="266" w:lineRule="auto"/>
        <w:ind w:firstLine="331"/>
        <w:jc w:val="both"/>
      </w:pPr>
      <w:r>
        <w:rPr>
          <w:rFonts w:ascii="Georgia" w:hAnsi="Georgia"/>
          <w:b w:val="0"/>
          <w:i w:val="0"/>
          <w:color w:val="22201D"/>
          <w:sz w:val="20"/>
        </w:rPr>
        <w:t>"I am not here to be served."</w:t>
      </w:r>
    </w:p>
    <w:p>
      <w:pPr>
        <w:spacing w:after="60" w:line="266" w:lineRule="auto"/>
        <w:ind w:firstLine="331"/>
        <w:jc w:val="both"/>
      </w:pPr>
      <w:r>
        <w:rPr>
          <w:rFonts w:ascii="Georgia" w:hAnsi="Georgia"/>
          <w:b w:val="0"/>
          <w:i w:val="0"/>
          <w:color w:val="22201D"/>
          <w:sz w:val="20"/>
        </w:rPr>
        <w:t>"That is a kind of service need."</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word was clean.</w:t>
      </w:r>
    </w:p>
    <w:p>
      <w:pPr>
        <w:spacing w:after="60" w:line="266" w:lineRule="auto"/>
        <w:ind w:firstLine="331"/>
        <w:jc w:val="both"/>
      </w:pPr>
      <w:r>
        <w:rPr>
          <w:rFonts w:ascii="Georgia" w:hAnsi="Georgia"/>
          <w:b w:val="0"/>
          <w:i w:val="0"/>
          <w:color w:val="22201D"/>
          <w:sz w:val="20"/>
        </w:rPr>
        <w:t>The restaurant seemed to admire it.</w:t>
      </w:r>
    </w:p>
    <w:p>
      <w:pPr>
        <w:spacing w:after="60" w:line="266" w:lineRule="auto"/>
        <w:ind w:firstLine="331"/>
        <w:jc w:val="both"/>
      </w:pPr>
      <w:r>
        <w:rPr>
          <w:rFonts w:ascii="Georgia" w:hAnsi="Georgia"/>
          <w:b w:val="0"/>
          <w:i w:val="0"/>
          <w:color w:val="22201D"/>
          <w:sz w:val="20"/>
        </w:rPr>
        <w:t>The menu on Flocc's table, which had no business involving itself from across the room, opened one page and printed:</w:t>
      </w:r>
    </w:p>
    <w:p>
      <w:pPr>
        <w:spacing w:after="60" w:line="250" w:lineRule="auto"/>
        <w:ind w:left="202" w:right="173"/>
      </w:pPr>
      <w:r>
        <w:rPr>
          <w:rFonts w:ascii="Georgia" w:hAnsi="Georgia"/>
          <w:b w:val="0"/>
          <w:i w:val="0"/>
          <w:color w:val="22201D"/>
          <w:sz w:val="17"/>
        </w:rPr>
        <w:t>Refusal entered. Flavor profile: clean fear</w:t>
      </w:r>
    </w:p>
    <w:p>
      <w:pPr>
        <w:spacing w:after="60" w:line="266" w:lineRule="auto"/>
        <w:ind w:firstLine="331"/>
        <w:jc w:val="both"/>
      </w:pPr>
      <w:r>
        <w:rPr>
          <w:rFonts w:ascii="Georgia" w:hAnsi="Georgia"/>
          <w:b w:val="0"/>
          <w:i w:val="0"/>
          <w:color w:val="22201D"/>
          <w:sz w:val="20"/>
        </w:rPr>
        <w:t>Flocc covered the line with his hand before Mara could read it.</w:t>
      </w:r>
    </w:p>
    <w:p>
      <w:pPr>
        <w:spacing w:after="60" w:line="266" w:lineRule="auto"/>
        <w:ind w:firstLine="331"/>
        <w:jc w:val="both"/>
      </w:pPr>
      <w:r>
        <w:rPr>
          <w:rFonts w:ascii="Georgia" w:hAnsi="Georgia"/>
          <w:b w:val="0"/>
          <w:i w:val="0"/>
          <w:color w:val="22201D"/>
          <w:sz w:val="20"/>
        </w:rPr>
        <w:t>Mara looked at his hand.</w:t>
      </w:r>
    </w:p>
    <w:p>
      <w:pPr>
        <w:spacing w:after="60" w:line="266" w:lineRule="auto"/>
        <w:ind w:firstLine="331"/>
        <w:jc w:val="both"/>
      </w:pPr>
      <w:r>
        <w:rPr>
          <w:rFonts w:ascii="Georgia" w:hAnsi="Georgia"/>
          <w:b w:val="0"/>
          <w:i w:val="0"/>
          <w:color w:val="22201D"/>
          <w:sz w:val="20"/>
        </w:rPr>
        <w:t>"That made me more interested."</w:t>
      </w:r>
    </w:p>
    <w:p>
      <w:pPr>
        <w:spacing w:after="60" w:line="266" w:lineRule="auto"/>
        <w:ind w:firstLine="331"/>
        <w:jc w:val="both"/>
      </w:pPr>
      <w:r>
        <w:rPr>
          <w:rFonts w:ascii="Georgia" w:hAnsi="Georgia"/>
          <w:b w:val="0"/>
          <w:i w:val="0"/>
          <w:color w:val="22201D"/>
          <w:sz w:val="20"/>
        </w:rPr>
        <w:t>"It was about someone else."</w:t>
      </w:r>
    </w:p>
    <w:p>
      <w:pPr>
        <w:spacing w:after="60" w:line="266" w:lineRule="auto"/>
        <w:ind w:firstLine="331"/>
        <w:jc w:val="both"/>
      </w:pPr>
      <w:r>
        <w:rPr>
          <w:rFonts w:ascii="Georgia" w:hAnsi="Georgia"/>
          <w:b w:val="0"/>
          <w:i w:val="0"/>
          <w:color w:val="22201D"/>
          <w:sz w:val="20"/>
        </w:rPr>
        <w:t>"Good boundary."</w:t>
      </w:r>
    </w:p>
    <w:p>
      <w:pPr>
        <w:spacing w:after="60" w:line="266" w:lineRule="auto"/>
        <w:ind w:firstLine="331"/>
        <w:jc w:val="both"/>
      </w:pPr>
      <w:r>
        <w:rPr>
          <w:rFonts w:ascii="Georgia" w:hAnsi="Georgia"/>
          <w:b w:val="0"/>
          <w:i w:val="0"/>
          <w:color w:val="22201D"/>
          <w:sz w:val="20"/>
        </w:rPr>
        <w:t>"Suspiciously difficult."</w:t>
      </w:r>
    </w:p>
    <w:p>
      <w:pPr>
        <w:spacing w:after="60" w:line="266" w:lineRule="auto"/>
        <w:ind w:firstLine="331"/>
        <w:jc w:val="both"/>
      </w:pPr>
      <w:r>
        <w:rPr>
          <w:rFonts w:ascii="Georgia" w:hAnsi="Georgia"/>
          <w:b w:val="0"/>
          <w:i w:val="0"/>
          <w:color w:val="22201D"/>
          <w:sz w:val="20"/>
        </w:rPr>
        <w:t>The brass tray printed:</w:t>
      </w:r>
    </w:p>
    <w:p>
      <w:pPr>
        <w:spacing w:after="60" w:line="250" w:lineRule="auto"/>
        <w:ind w:left="202" w:right="173"/>
      </w:pPr>
      <w:r>
        <w:rPr>
          <w:rFonts w:ascii="Georgia" w:hAnsi="Georgia"/>
          <w:b w:val="0"/>
          <w:i w:val="0"/>
          <w:color w:val="22201D"/>
          <w:sz w:val="17"/>
        </w:rPr>
        <w:t>Tender accepted: not making the Auditor's refusal into table entertainment</w:t>
      </w:r>
    </w:p>
    <w:p>
      <w:pPr>
        <w:spacing w:after="60" w:line="266" w:lineRule="auto"/>
        <w:ind w:firstLine="331"/>
        <w:jc w:val="both"/>
      </w:pPr>
      <w:r>
        <w:rPr>
          <w:rFonts w:ascii="Georgia" w:hAnsi="Georgia"/>
          <w:b w:val="0"/>
          <w:i w:val="0"/>
          <w:color w:val="22201D"/>
          <w:sz w:val="20"/>
        </w:rPr>
        <w:t>At the host stand, the Hostess placed a menu on the counter.</w:t>
      </w:r>
    </w:p>
    <w:p>
      <w:pPr>
        <w:spacing w:after="60" w:line="266" w:lineRule="auto"/>
        <w:ind w:firstLine="331"/>
        <w:jc w:val="both"/>
      </w:pPr>
      <w:r>
        <w:rPr>
          <w:rFonts w:ascii="Georgia" w:hAnsi="Georgia"/>
          <w:b w:val="0"/>
          <w:i w:val="0"/>
          <w:color w:val="22201D"/>
          <w:sz w:val="20"/>
        </w:rPr>
        <w:t>Auditor Ives did not touch it.</w:t>
      </w:r>
    </w:p>
    <w:p>
      <w:pPr>
        <w:spacing w:after="60" w:line="266" w:lineRule="auto"/>
        <w:ind w:firstLine="331"/>
        <w:jc w:val="both"/>
      </w:pPr>
      <w:r>
        <w:rPr>
          <w:rFonts w:ascii="Georgia" w:hAnsi="Georgia"/>
          <w:b w:val="0"/>
          <w:i w:val="0"/>
          <w:color w:val="22201D"/>
          <w:sz w:val="20"/>
        </w:rPr>
        <w:t>"I decline the menu."</w:t>
      </w:r>
    </w:p>
    <w:p>
      <w:pPr>
        <w:spacing w:after="60" w:line="266" w:lineRule="auto"/>
        <w:ind w:firstLine="331"/>
        <w:jc w:val="both"/>
      </w:pPr>
      <w:r>
        <w:rPr>
          <w:rFonts w:ascii="Georgia" w:hAnsi="Georgia"/>
          <w:b w:val="0"/>
          <w:i w:val="0"/>
          <w:color w:val="22201D"/>
          <w:sz w:val="20"/>
        </w:rPr>
        <w:t>"Noted."</w:t>
      </w:r>
    </w:p>
    <w:p>
      <w:pPr>
        <w:spacing w:after="60" w:line="266" w:lineRule="auto"/>
        <w:ind w:firstLine="331"/>
        <w:jc w:val="both"/>
      </w:pPr>
      <w:r>
        <w:rPr>
          <w:rFonts w:ascii="Georgia" w:hAnsi="Georgia"/>
          <w:b w:val="0"/>
          <w:i w:val="0"/>
          <w:color w:val="22201D"/>
          <w:sz w:val="20"/>
        </w:rPr>
        <w:t>"I decline water."</w:t>
      </w:r>
    </w:p>
    <w:p>
      <w:pPr>
        <w:spacing w:after="60" w:line="266" w:lineRule="auto"/>
        <w:ind w:firstLine="331"/>
        <w:jc w:val="both"/>
      </w:pPr>
      <w:r>
        <w:rPr>
          <w:rFonts w:ascii="Georgia" w:hAnsi="Georgia"/>
          <w:b w:val="0"/>
          <w:i w:val="0"/>
          <w:color w:val="22201D"/>
          <w:sz w:val="20"/>
        </w:rPr>
        <w:t>"Noted."</w:t>
      </w:r>
    </w:p>
    <w:p>
      <w:pPr>
        <w:spacing w:after="60" w:line="266" w:lineRule="auto"/>
        <w:ind w:firstLine="331"/>
        <w:jc w:val="both"/>
      </w:pPr>
      <w:r>
        <w:rPr>
          <w:rFonts w:ascii="Georgia" w:hAnsi="Georgia"/>
          <w:b w:val="0"/>
          <w:i w:val="0"/>
          <w:color w:val="22201D"/>
          <w:sz w:val="20"/>
        </w:rPr>
        <w:t>"I decline seating."</w:t>
      </w:r>
    </w:p>
    <w:p>
      <w:pPr>
        <w:spacing w:after="60" w:line="266" w:lineRule="auto"/>
        <w:ind w:firstLine="331"/>
        <w:jc w:val="both"/>
      </w:pPr>
      <w:r>
        <w:rPr>
          <w:rFonts w:ascii="Georgia" w:hAnsi="Georgia"/>
          <w:b w:val="0"/>
          <w:i w:val="0"/>
          <w:color w:val="22201D"/>
          <w:sz w:val="20"/>
        </w:rPr>
        <w:t>"Standing in a dining room is a seating status if done long enough."</w:t>
      </w:r>
    </w:p>
    <w:p>
      <w:pPr>
        <w:spacing w:after="60" w:line="266" w:lineRule="auto"/>
        <w:ind w:firstLine="331"/>
        <w:jc w:val="both"/>
      </w:pPr>
      <w:r>
        <w:rPr>
          <w:rFonts w:ascii="Georgia" w:hAnsi="Georgia"/>
          <w:b w:val="0"/>
          <w:i w:val="0"/>
          <w:color w:val="22201D"/>
          <w:sz w:val="20"/>
        </w:rPr>
        <w:t>"I decline that interpretation."</w:t>
      </w:r>
    </w:p>
    <w:p>
      <w:pPr>
        <w:spacing w:after="60" w:line="266" w:lineRule="auto"/>
        <w:ind w:firstLine="331"/>
        <w:jc w:val="both"/>
      </w:pPr>
      <w:r>
        <w:rPr>
          <w:rFonts w:ascii="Georgia" w:hAnsi="Georgia"/>
          <w:b w:val="0"/>
          <w:i w:val="0"/>
          <w:color w:val="22201D"/>
          <w:sz w:val="20"/>
        </w:rPr>
        <w:t>"Also noted."</w:t>
      </w:r>
    </w:p>
    <w:p>
      <w:pPr>
        <w:spacing w:after="60" w:line="266" w:lineRule="auto"/>
        <w:ind w:firstLine="331"/>
        <w:jc w:val="both"/>
      </w:pPr>
      <w:r>
        <w:rPr>
          <w:rFonts w:ascii="Georgia" w:hAnsi="Georgia"/>
          <w:b w:val="0"/>
          <w:i w:val="0"/>
          <w:color w:val="22201D"/>
          <w:sz w:val="20"/>
        </w:rPr>
        <w:t>Auditor Ives removed a form from her folder and placed it on the host stand. The form was cream-colored, pre-numbered, and printed with small boxes that had never met a miracle they did not believe could be classified if everyone would please write smaller.</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MUNICIPAL SERVICE CLASSIFICATION REVIEW FIELD OBSERVATION WORKSHEET</w:t>
      </w:r>
    </w:p>
    <w:p>
      <w:pPr>
        <w:spacing w:after="60" w:line="266" w:lineRule="auto"/>
        <w:ind w:firstLine="331"/>
        <w:jc w:val="both"/>
      </w:pPr>
      <w:r>
        <w:rPr>
          <w:rFonts w:ascii="Georgia" w:hAnsi="Georgia"/>
          <w:b w:val="0"/>
          <w:i w:val="0"/>
          <w:color w:val="22201D"/>
          <w:sz w:val="20"/>
        </w:rPr>
        <w:t>Under Establishment Name, she had written:</w:t>
      </w:r>
    </w:p>
    <w:p>
      <w:pPr>
        <w:spacing w:after="60" w:line="250" w:lineRule="auto"/>
        <w:ind w:left="202" w:right="173"/>
      </w:pPr>
      <w:r>
        <w:rPr>
          <w:rFonts w:ascii="Georgia" w:hAnsi="Georgia"/>
          <w:b w:val="0"/>
          <w:i w:val="0"/>
          <w:color w:val="22201D"/>
          <w:sz w:val="17"/>
        </w:rPr>
        <w:t>Emoji Soup</w:t>
      </w:r>
    </w:p>
    <w:p>
      <w:pPr>
        <w:spacing w:after="60" w:line="266" w:lineRule="auto"/>
        <w:ind w:firstLine="331"/>
        <w:jc w:val="both"/>
      </w:pPr>
      <w:r>
        <w:rPr>
          <w:rFonts w:ascii="Georgia" w:hAnsi="Georgia"/>
          <w:b w:val="0"/>
          <w:i w:val="0"/>
          <w:color w:val="22201D"/>
          <w:sz w:val="20"/>
        </w:rPr>
        <w:t>Under Service Category, she had written:</w:t>
      </w:r>
    </w:p>
    <w:p>
      <w:pPr>
        <w:spacing w:after="60" w:line="250" w:lineRule="auto"/>
        <w:ind w:left="202" w:right="173"/>
      </w:pPr>
      <w:r>
        <w:rPr>
          <w:rFonts w:ascii="Georgia" w:hAnsi="Georgia"/>
          <w:b w:val="0"/>
          <w:i w:val="0"/>
          <w:color w:val="22201D"/>
          <w:sz w:val="17"/>
        </w:rPr>
        <w:t>pending</w:t>
      </w:r>
    </w:p>
    <w:p>
      <w:pPr>
        <w:spacing w:after="60" w:line="266" w:lineRule="auto"/>
        <w:ind w:firstLine="331"/>
        <w:jc w:val="both"/>
      </w:pPr>
      <w:r>
        <w:rPr>
          <w:rFonts w:ascii="Georgia" w:hAnsi="Georgia"/>
          <w:b w:val="0"/>
          <w:i w:val="0"/>
          <w:color w:val="22201D"/>
          <w:sz w:val="20"/>
        </w:rPr>
        <w:t>Under Recognized Tender, she had written:</w:t>
      </w:r>
    </w:p>
    <w:p>
      <w:pPr>
        <w:spacing w:after="60" w:line="250" w:lineRule="auto"/>
        <w:ind w:left="202" w:right="173"/>
      </w:pPr>
      <w:r>
        <w:rPr>
          <w:rFonts w:ascii="Georgia" w:hAnsi="Georgia"/>
          <w:b w:val="0"/>
          <w:i w:val="0"/>
          <w:color w:val="22201D"/>
          <w:sz w:val="17"/>
        </w:rPr>
        <w:t>unverified</w:t>
      </w:r>
    </w:p>
    <w:p>
      <w:pPr>
        <w:spacing w:after="60" w:line="266" w:lineRule="auto"/>
        <w:ind w:firstLine="331"/>
        <w:jc w:val="both"/>
      </w:pPr>
      <w:r>
        <w:rPr>
          <w:rFonts w:ascii="Georgia" w:hAnsi="Georgia"/>
          <w:b w:val="0"/>
          <w:i w:val="0"/>
          <w:color w:val="22201D"/>
          <w:sz w:val="20"/>
        </w:rPr>
        <w:t>The Hostess read the form upside down without leaning.</w:t>
      </w:r>
    </w:p>
    <w:p>
      <w:pPr>
        <w:spacing w:after="60" w:line="266" w:lineRule="auto"/>
        <w:ind w:firstLine="331"/>
        <w:jc w:val="both"/>
      </w:pPr>
      <w:r>
        <w:rPr>
          <w:rFonts w:ascii="Georgia" w:hAnsi="Georgia"/>
          <w:b w:val="0"/>
          <w:i w:val="0"/>
          <w:color w:val="22201D"/>
          <w:sz w:val="20"/>
        </w:rPr>
        <w:t>"It is good to see the city learning to leave blanks."</w:t>
      </w:r>
    </w:p>
    <w:p>
      <w:pPr>
        <w:spacing w:after="60" w:line="266" w:lineRule="auto"/>
        <w:ind w:firstLine="331"/>
        <w:jc w:val="both"/>
      </w:pPr>
      <w:r>
        <w:rPr>
          <w:rFonts w:ascii="Georgia" w:hAnsi="Georgia"/>
          <w:b w:val="0"/>
          <w:i w:val="0"/>
          <w:color w:val="22201D"/>
          <w:sz w:val="20"/>
        </w:rPr>
        <w:t>"Blanks are not concessions," said Auditor Ives. "They are unresolved fields."</w:t>
      </w:r>
    </w:p>
    <w:p>
      <w:pPr>
        <w:spacing w:after="60" w:line="266" w:lineRule="auto"/>
        <w:ind w:firstLine="331"/>
        <w:jc w:val="both"/>
      </w:pPr>
      <w:r>
        <w:rPr>
          <w:rFonts w:ascii="Georgia" w:hAnsi="Georgia"/>
          <w:b w:val="0"/>
          <w:i w:val="0"/>
          <w:color w:val="22201D"/>
          <w:sz w:val="20"/>
        </w:rPr>
        <w:t>"That is also true of people."</w:t>
      </w:r>
    </w:p>
    <w:p>
      <w:pPr>
        <w:spacing w:after="60" w:line="266" w:lineRule="auto"/>
        <w:ind w:firstLine="331"/>
        <w:jc w:val="both"/>
      </w:pPr>
      <w:r>
        <w:rPr>
          <w:rFonts w:ascii="Georgia" w:hAnsi="Georgia"/>
          <w:b w:val="0"/>
          <w:i w:val="0"/>
          <w:color w:val="22201D"/>
          <w:sz w:val="20"/>
        </w:rPr>
        <w:t>"People are not on this line."</w:t>
      </w:r>
    </w:p>
    <w:p>
      <w:pPr>
        <w:spacing w:after="60" w:line="266" w:lineRule="auto"/>
        <w:ind w:firstLine="331"/>
        <w:jc w:val="both"/>
      </w:pPr>
      <w:r>
        <w:rPr>
          <w:rFonts w:ascii="Georgia" w:hAnsi="Georgia"/>
          <w:b w:val="0"/>
          <w:i w:val="0"/>
          <w:color w:val="22201D"/>
          <w:sz w:val="20"/>
        </w:rPr>
        <w:t>"They usually are."</w:t>
      </w:r>
    </w:p>
    <w:p>
      <w:pPr>
        <w:spacing w:after="60" w:line="266" w:lineRule="auto"/>
        <w:ind w:firstLine="331"/>
        <w:jc w:val="both"/>
      </w:pPr>
      <w:r>
        <w:rPr>
          <w:rFonts w:ascii="Georgia" w:hAnsi="Georgia"/>
          <w:b w:val="0"/>
          <w:i w:val="0"/>
          <w:color w:val="22201D"/>
          <w:sz w:val="20"/>
        </w:rPr>
        <w:t>Auditor Ives clicked her pen.</w:t>
      </w:r>
    </w:p>
    <w:p>
      <w:pPr>
        <w:spacing w:after="60" w:line="266" w:lineRule="auto"/>
        <w:ind w:firstLine="331"/>
        <w:jc w:val="both"/>
      </w:pPr>
      <w:r>
        <w:rPr>
          <w:rFonts w:ascii="Georgia" w:hAnsi="Georgia"/>
          <w:b w:val="0"/>
          <w:i w:val="0"/>
          <w:color w:val="22201D"/>
          <w:sz w:val="20"/>
        </w:rPr>
        <w:t>The sound made the hand sink in the back room give one sharp drip.</w:t>
      </w:r>
    </w:p>
    <w:p>
      <w:pPr>
        <w:spacing w:after="60" w:line="266" w:lineRule="auto"/>
        <w:ind w:firstLine="331"/>
        <w:jc w:val="both"/>
      </w:pPr>
      <w:r>
        <w:rPr>
          <w:rFonts w:ascii="Georgia" w:hAnsi="Georgia"/>
          <w:b w:val="0"/>
          <w:i w:val="0"/>
          <w:color w:val="22201D"/>
          <w:sz w:val="20"/>
        </w:rPr>
        <w:t>"This establishment appears to issue bills, notices, receipts, menus, conditional approvals, and other payment-adjacent documents without requiring or accepting ordinary payment in all cases."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appears to charge customers in attention, honesty, listening, and other non-monetary categories."</w:t>
      </w:r>
    </w:p>
    <w:p>
      <w:pPr>
        <w:spacing w:after="60" w:line="266" w:lineRule="auto"/>
        <w:ind w:firstLine="331"/>
        <w:jc w:val="both"/>
      </w:pPr>
      <w:r>
        <w:rPr>
          <w:rFonts w:ascii="Georgia" w:hAnsi="Georgia"/>
          <w:b w:val="0"/>
          <w:i w:val="0"/>
          <w:color w:val="22201D"/>
          <w:sz w:val="20"/>
        </w:rPr>
        <w:t>"Sometimes."</w:t>
      </w:r>
    </w:p>
    <w:p>
      <w:pPr>
        <w:spacing w:after="60" w:line="266" w:lineRule="auto"/>
        <w:ind w:firstLine="331"/>
        <w:jc w:val="both"/>
      </w:pPr>
      <w:r>
        <w:rPr>
          <w:rFonts w:ascii="Georgia" w:hAnsi="Georgia"/>
          <w:b w:val="0"/>
          <w:i w:val="0"/>
          <w:color w:val="22201D"/>
          <w:sz w:val="20"/>
        </w:rPr>
        <w:t>"Sometimes is not a classification."</w:t>
      </w:r>
    </w:p>
    <w:p>
      <w:pPr>
        <w:spacing w:after="60" w:line="266" w:lineRule="auto"/>
        <w:ind w:firstLine="331"/>
        <w:jc w:val="both"/>
      </w:pPr>
      <w:r>
        <w:rPr>
          <w:rFonts w:ascii="Georgia" w:hAnsi="Georgia"/>
          <w:b w:val="0"/>
          <w:i w:val="0"/>
          <w:color w:val="22201D"/>
          <w:sz w:val="20"/>
        </w:rPr>
        <w:t>"It is a service condition."</w:t>
      </w:r>
    </w:p>
    <w:p>
      <w:pPr>
        <w:spacing w:after="60" w:line="266" w:lineRule="auto"/>
        <w:ind w:firstLine="331"/>
        <w:jc w:val="both"/>
      </w:pPr>
      <w:r>
        <w:rPr>
          <w:rFonts w:ascii="Georgia" w:hAnsi="Georgia"/>
          <w:b w:val="0"/>
          <w:i w:val="0"/>
          <w:color w:val="22201D"/>
          <w:sz w:val="20"/>
        </w:rPr>
        <w:t>Auditor Ives wrote something down.</w:t>
      </w:r>
    </w:p>
    <w:p>
      <w:pPr>
        <w:spacing w:after="60" w:line="266" w:lineRule="auto"/>
        <w:ind w:firstLine="331"/>
        <w:jc w:val="both"/>
      </w:pPr>
      <w:r>
        <w:rPr>
          <w:rFonts w:ascii="Georgia" w:hAnsi="Georgia"/>
          <w:b w:val="0"/>
          <w:i w:val="0"/>
          <w:color w:val="22201D"/>
          <w:sz w:val="20"/>
        </w:rPr>
        <w:t>Her handwriting was small and upright, like it had never once leaned against a friend.</w:t>
      </w:r>
    </w:p>
    <w:p>
      <w:pPr>
        <w:spacing w:after="60" w:line="266" w:lineRule="auto"/>
        <w:ind w:firstLine="331"/>
        <w:jc w:val="both"/>
      </w:pPr>
      <w:r>
        <w:rPr>
          <w:rFonts w:ascii="Georgia" w:hAnsi="Georgia"/>
          <w:b w:val="0"/>
          <w:i w:val="0"/>
          <w:color w:val="22201D"/>
          <w:sz w:val="20"/>
        </w:rPr>
        <w:t>"The city recognizes cash, credit, debit, certified check, approved voucher, and certain documented in-kind exchanges under narrow program rules."</w:t>
      </w:r>
    </w:p>
    <w:p>
      <w:pPr>
        <w:spacing w:after="60" w:line="266" w:lineRule="auto"/>
        <w:ind w:firstLine="331"/>
        <w:jc w:val="both"/>
      </w:pPr>
      <w:r>
        <w:rPr>
          <w:rFonts w:ascii="Georgia" w:hAnsi="Georgia"/>
          <w:b w:val="0"/>
          <w:i w:val="0"/>
          <w:color w:val="22201D"/>
          <w:sz w:val="20"/>
        </w:rPr>
        <w:t>"We have received cash."</w:t>
      </w:r>
    </w:p>
    <w:p>
      <w:pPr>
        <w:spacing w:after="60" w:line="266" w:lineRule="auto"/>
        <w:ind w:firstLine="331"/>
        <w:jc w:val="both"/>
      </w:pPr>
      <w:r>
        <w:rPr>
          <w:rFonts w:ascii="Georgia" w:hAnsi="Georgia"/>
          <w:b w:val="0"/>
          <w:i w:val="0"/>
          <w:color w:val="22201D"/>
          <w:sz w:val="20"/>
        </w:rPr>
        <w:t>"That is not the issue."</w:t>
      </w:r>
    </w:p>
    <w:p>
      <w:pPr>
        <w:spacing w:after="60" w:line="266" w:lineRule="auto"/>
        <w:ind w:firstLine="331"/>
        <w:jc w:val="both"/>
      </w:pPr>
      <w:r>
        <w:rPr>
          <w:rFonts w:ascii="Georgia" w:hAnsi="Georgia"/>
          <w:b w:val="0"/>
          <w:i w:val="0"/>
          <w:color w:val="22201D"/>
          <w:sz w:val="20"/>
        </w:rPr>
        <w:t>"Cash is often not the issue."</w:t>
      </w:r>
    </w:p>
    <w:p>
      <w:pPr>
        <w:spacing w:after="60" w:line="266" w:lineRule="auto"/>
        <w:ind w:firstLine="331"/>
        <w:jc w:val="both"/>
      </w:pPr>
      <w:r>
        <w:rPr>
          <w:rFonts w:ascii="Georgia" w:hAnsi="Georgia"/>
          <w:b w:val="0"/>
          <w:i w:val="0"/>
          <w:color w:val="22201D"/>
          <w:sz w:val="20"/>
        </w:rPr>
        <w:t>"The issue," said Auditor Ives, "is whether the establishment is charging unrecognized tender, refusing recognized tender, or generating economic obligations outside reportable categories."</w:t>
      </w:r>
    </w:p>
    <w:p>
      <w:pPr>
        <w:spacing w:after="60" w:line="266" w:lineRule="auto"/>
        <w:ind w:firstLine="331"/>
        <w:jc w:val="both"/>
      </w:pPr>
      <w:r>
        <w:rPr>
          <w:rFonts w:ascii="Georgia" w:hAnsi="Georgia"/>
          <w:b w:val="0"/>
          <w:i w:val="0"/>
          <w:color w:val="22201D"/>
          <w:sz w:val="20"/>
        </w:rPr>
        <w:t>The Hostess considered this.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Auditor Ives looked up.</w:t>
      </w:r>
    </w:p>
    <w:p>
      <w:pPr>
        <w:spacing w:after="60" w:line="266" w:lineRule="auto"/>
        <w:ind w:firstLine="331"/>
        <w:jc w:val="both"/>
      </w:pPr>
      <w:r>
        <w:rPr>
          <w:rFonts w:ascii="Georgia" w:hAnsi="Georgia"/>
          <w:b w:val="0"/>
          <w:i w:val="0"/>
          <w:color w:val="22201D"/>
          <w:sz w:val="20"/>
        </w:rPr>
        <w:t>"Yes which?"</w:t>
      </w:r>
    </w:p>
    <w:p>
      <w:pPr>
        <w:spacing w:after="60" w:line="266" w:lineRule="auto"/>
        <w:ind w:firstLine="331"/>
        <w:jc w:val="both"/>
      </w:pPr>
      <w:r>
        <w:rPr>
          <w:rFonts w:ascii="Georgia" w:hAnsi="Georgia"/>
          <w:b w:val="0"/>
          <w:i w:val="0"/>
          <w:color w:val="22201D"/>
          <w:sz w:val="20"/>
        </w:rPr>
        <w:t>"Yes, that is the issue."</w:t>
      </w:r>
    </w:p>
    <w:p>
      <w:pPr>
        <w:spacing w:after="60" w:line="266" w:lineRule="auto"/>
        <w:ind w:firstLine="331"/>
        <w:jc w:val="both"/>
      </w:pPr>
      <w:r>
        <w:rPr>
          <w:rFonts w:ascii="Georgia" w:hAnsi="Georgia"/>
          <w:b w:val="0"/>
          <w:i w:val="0"/>
          <w:color w:val="22201D"/>
          <w:sz w:val="20"/>
        </w:rPr>
        <w:t>"And your response?"</w:t>
      </w:r>
    </w:p>
    <w:p>
      <w:pPr>
        <w:spacing w:after="60" w:line="266" w:lineRule="auto"/>
        <w:ind w:firstLine="331"/>
        <w:jc w:val="both"/>
      </w:pPr>
      <w:r>
        <w:rPr>
          <w:rFonts w:ascii="Georgia" w:hAnsi="Georgia"/>
          <w:b w:val="0"/>
          <w:i w:val="0"/>
          <w:color w:val="22201D"/>
          <w:sz w:val="20"/>
        </w:rPr>
        <w:t>"Would you like a table?"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From somewhere in the restaurant, a printer woke.</w:t>
      </w:r>
    </w:p>
    <w:p>
      <w:pPr>
        <w:spacing w:after="60" w:line="266" w:lineRule="auto"/>
        <w:ind w:firstLine="331"/>
        <w:jc w:val="both"/>
      </w:pPr>
      <w:r>
        <w:rPr>
          <w:rFonts w:ascii="Georgia" w:hAnsi="Georgia"/>
          <w:b w:val="0"/>
          <w:i w:val="0"/>
          <w:color w:val="22201D"/>
          <w:sz w:val="20"/>
        </w:rPr>
        <w:t>It did not whir.</w:t>
      </w:r>
    </w:p>
    <w:p>
      <w:pPr>
        <w:spacing w:after="60" w:line="266" w:lineRule="auto"/>
        <w:ind w:firstLine="331"/>
        <w:jc w:val="both"/>
      </w:pPr>
      <w:r>
        <w:rPr>
          <w:rFonts w:ascii="Georgia" w:hAnsi="Georgia"/>
          <w:b w:val="0"/>
          <w:i w:val="0"/>
          <w:color w:val="22201D"/>
          <w:sz w:val="20"/>
        </w:rPr>
        <w:t>It cleared its throat in paper.</w:t>
      </w:r>
    </w:p>
    <w:p>
      <w:pPr>
        <w:spacing w:after="60" w:line="266" w:lineRule="auto"/>
        <w:ind w:firstLine="331"/>
        <w:jc w:val="both"/>
      </w:pPr>
      <w:r>
        <w:rPr>
          <w:rFonts w:ascii="Georgia" w:hAnsi="Georgia"/>
          <w:b w:val="0"/>
          <w:i w:val="0"/>
          <w:color w:val="22201D"/>
          <w:sz w:val="20"/>
        </w:rPr>
        <w:t>Auditor Ives turned her head.</w:t>
      </w:r>
    </w:p>
    <w:p>
      <w:pPr>
        <w:spacing w:after="60" w:line="266" w:lineRule="auto"/>
        <w:ind w:firstLine="331"/>
        <w:jc w:val="both"/>
      </w:pPr>
      <w:r>
        <w:rPr>
          <w:rFonts w:ascii="Georgia" w:hAnsi="Georgia"/>
          <w:b w:val="0"/>
          <w:i w:val="0"/>
          <w:color w:val="22201D"/>
          <w:sz w:val="20"/>
        </w:rPr>
        <w:t>"What is that?"</w:t>
      </w:r>
    </w:p>
    <w:p>
      <w:pPr>
        <w:spacing w:after="60" w:line="266" w:lineRule="auto"/>
        <w:ind w:firstLine="331"/>
        <w:jc w:val="both"/>
      </w:pPr>
      <w:r>
        <w:rPr>
          <w:rFonts w:ascii="Georgia" w:hAnsi="Georgia"/>
          <w:b w:val="0"/>
          <w:i w:val="0"/>
          <w:color w:val="22201D"/>
          <w:sz w:val="20"/>
        </w:rPr>
        <w:t>"Documentation," said the Hostess.</w:t>
      </w:r>
    </w:p>
    <w:p>
      <w:pPr>
        <w:spacing w:after="60" w:line="266" w:lineRule="auto"/>
        <w:ind w:firstLine="331"/>
        <w:jc w:val="both"/>
      </w:pPr>
      <w:r>
        <w:rPr>
          <w:rFonts w:ascii="Georgia" w:hAnsi="Georgia"/>
          <w:b w:val="0"/>
          <w:i w:val="0"/>
          <w:color w:val="22201D"/>
          <w:sz w:val="20"/>
        </w:rPr>
        <w:t>"I did not request documentation."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 receipt emerged from the brass tray on Flocc's table.</w:t>
      </w:r>
    </w:p>
    <w:p>
      <w:pPr>
        <w:spacing w:after="60" w:line="266" w:lineRule="auto"/>
        <w:ind w:firstLine="331"/>
        <w:jc w:val="both"/>
      </w:pPr>
      <w:r>
        <w:rPr>
          <w:rFonts w:ascii="Georgia" w:hAnsi="Georgia"/>
          <w:b w:val="0"/>
          <w:i w:val="0"/>
          <w:color w:val="22201D"/>
          <w:sz w:val="20"/>
        </w:rPr>
        <w:t>This was inconvenient, because Flocc had been doing a decent job staying out of the Auditor's portion of the chapter and now the chapter had reached across the room and placed a document near his elbow.</w:t>
      </w:r>
    </w:p>
    <w:p>
      <w:pPr>
        <w:spacing w:after="60" w:line="266" w:lineRule="auto"/>
        <w:ind w:firstLine="331"/>
        <w:jc w:val="both"/>
      </w:pPr>
      <w:r>
        <w:rPr>
          <w:rFonts w:ascii="Georgia" w:hAnsi="Georgia"/>
          <w:b w:val="0"/>
          <w:i w:val="0"/>
          <w:color w:val="22201D"/>
          <w:sz w:val="20"/>
        </w:rPr>
        <w:t>He did not touch it.</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Courier role pending. Do not volunteer.</w:t>
      </w:r>
    </w:p>
    <w:p>
      <w:pPr>
        <w:spacing w:after="60" w:line="266" w:lineRule="auto"/>
        <w:ind w:firstLine="331"/>
        <w:jc w:val="both"/>
      </w:pPr>
      <w:r>
        <w:rPr>
          <w:rFonts w:ascii="Georgia" w:hAnsi="Georgia"/>
          <w:b w:val="0"/>
          <w:i w:val="0"/>
          <w:color w:val="22201D"/>
          <w:sz w:val="20"/>
        </w:rPr>
        <w:t>Mara read the line.</w:t>
      </w:r>
    </w:p>
    <w:p>
      <w:pPr>
        <w:spacing w:after="60" w:line="266" w:lineRule="auto"/>
        <w:ind w:firstLine="331"/>
        <w:jc w:val="both"/>
      </w:pPr>
      <w:r>
        <w:rPr>
          <w:rFonts w:ascii="Georgia" w:hAnsi="Georgia"/>
          <w:b w:val="0"/>
          <w:i w:val="0"/>
          <w:color w:val="22201D"/>
          <w:sz w:val="20"/>
        </w:rPr>
        <w:t>"That is growth and also supervision."</w:t>
      </w:r>
    </w:p>
    <w:p>
      <w:pPr>
        <w:spacing w:after="60" w:line="266" w:lineRule="auto"/>
        <w:ind w:firstLine="331"/>
        <w:jc w:val="both"/>
      </w:pPr>
      <w:r>
        <w:rPr>
          <w:rFonts w:ascii="Georgia" w:hAnsi="Georgia"/>
          <w:b w:val="0"/>
          <w:i w:val="0"/>
          <w:color w:val="22201D"/>
          <w:sz w:val="20"/>
        </w:rPr>
        <w:t>"Most of my growth has involved supervision."</w:t>
      </w:r>
    </w:p>
    <w:p>
      <w:pPr>
        <w:spacing w:after="60" w:line="266" w:lineRule="auto"/>
        <w:ind w:firstLine="331"/>
        <w:jc w:val="both"/>
      </w:pPr>
      <w:r>
        <w:rPr>
          <w:rFonts w:ascii="Georgia" w:hAnsi="Georgia"/>
          <w:b w:val="0"/>
          <w:i w:val="0"/>
          <w:color w:val="22201D"/>
          <w:sz w:val="20"/>
        </w:rPr>
        <w:t>The Hostess left the stand, walked to their table, lifted the receipt from the tray, and returned to Auditor Ives.</w:t>
      </w:r>
    </w:p>
    <w:p>
      <w:pPr>
        <w:spacing w:after="60" w:line="266" w:lineRule="auto"/>
        <w:ind w:firstLine="331"/>
        <w:jc w:val="both"/>
      </w:pPr>
      <w:r>
        <w:rPr>
          <w:rFonts w:ascii="Georgia" w:hAnsi="Georgia"/>
          <w:b w:val="0"/>
          <w:i w:val="0"/>
          <w:color w:val="22201D"/>
          <w:sz w:val="20"/>
        </w:rPr>
        <w:t>She placed the receipt on top of the municipal worksheet.</w:t>
      </w:r>
    </w:p>
    <w:p>
      <w:pPr>
        <w:spacing w:after="60" w:line="266" w:lineRule="auto"/>
        <w:ind w:firstLine="331"/>
        <w:jc w:val="both"/>
      </w:pPr>
      <w:r>
        <w:rPr>
          <w:rFonts w:ascii="Georgia" w:hAnsi="Georgia"/>
          <w:b w:val="0"/>
          <w:i w:val="0"/>
          <w:color w:val="22201D"/>
          <w:sz w:val="20"/>
        </w:rPr>
        <w:t>Auditor Ives did not touch it either.</w:t>
      </w:r>
    </w:p>
    <w:p>
      <w:pPr>
        <w:spacing w:after="60" w:line="266" w:lineRule="auto"/>
        <w:ind w:firstLine="331"/>
        <w:jc w:val="both"/>
      </w:pPr>
      <w:r>
        <w:rPr>
          <w:rFonts w:ascii="Georgia" w:hAnsi="Georgia"/>
          <w:b w:val="0"/>
          <w:i w:val="0"/>
          <w:color w:val="22201D"/>
          <w:sz w:val="20"/>
        </w:rPr>
        <w:t>The two documents faced each other like rival species of order.</w:t>
      </w:r>
    </w:p>
    <w:p>
      <w:pPr>
        <w:spacing w:after="60" w:line="266" w:lineRule="auto"/>
        <w:ind w:firstLine="331"/>
        <w:jc w:val="both"/>
      </w:pPr>
      <w:r>
        <w:rPr>
          <w:rFonts w:ascii="Georgia" w:hAnsi="Georgia"/>
          <w:b w:val="0"/>
          <w:i w:val="0"/>
          <w:color w:val="22201D"/>
          <w:sz w:val="20"/>
        </w:rPr>
        <w:t>The receipt read:</w:t>
      </w:r>
    </w:p>
    <w:p>
      <w:pPr>
        <w:spacing w:after="60" w:line="250" w:lineRule="auto"/>
        <w:ind w:left="202" w:right="173"/>
      </w:pPr>
      <w:r>
        <w:rPr>
          <w:rFonts w:ascii="Georgia" w:hAnsi="Georgia"/>
          <w:b w:val="0"/>
          <w:i w:val="0"/>
          <w:color w:val="22201D"/>
          <w:sz w:val="17"/>
        </w:rPr>
        <w:t>ZERO-ORDER RECEIPT  Customer: Auditor Darla Ives  Order: nothing  Tender: none offered  Price: admission</w:t>
      </w:r>
    </w:p>
    <w:p>
      <w:pPr>
        <w:spacing w:after="60" w:line="266" w:lineRule="auto"/>
        <w:ind w:firstLine="331"/>
        <w:jc w:val="both"/>
      </w:pPr>
      <w:r>
        <w:rPr>
          <w:rFonts w:ascii="Georgia" w:hAnsi="Georgia"/>
          <w:b w:val="0"/>
          <w:i w:val="0"/>
          <w:color w:val="22201D"/>
          <w:sz w:val="20"/>
        </w:rPr>
        <w:t>Auditor Ives stared at it.</w:t>
      </w:r>
    </w:p>
    <w:p>
      <w:pPr>
        <w:spacing w:after="60" w:line="266" w:lineRule="auto"/>
        <w:ind w:firstLine="331"/>
        <w:jc w:val="both"/>
      </w:pPr>
      <w:r>
        <w:rPr>
          <w:rFonts w:ascii="Georgia" w:hAnsi="Georgia"/>
          <w:b w:val="0"/>
          <w:i w:val="0"/>
          <w:color w:val="22201D"/>
          <w:sz w:val="20"/>
        </w:rPr>
        <w:t>"I ordered nothing."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is what the receipt says."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should not produce a receipt."</w:t>
      </w:r>
    </w:p>
    <w:p>
      <w:pPr>
        <w:spacing w:after="60" w:line="266" w:lineRule="auto"/>
        <w:ind w:firstLine="331"/>
        <w:jc w:val="both"/>
      </w:pPr>
      <w:r>
        <w:rPr>
          <w:rFonts w:ascii="Georgia" w:hAnsi="Georgia"/>
          <w:b w:val="0"/>
          <w:i w:val="0"/>
          <w:color w:val="22201D"/>
          <w:sz w:val="20"/>
        </w:rPr>
        <w:t>"A refusal can still leave a record."</w:t>
      </w:r>
    </w:p>
    <w:p>
      <w:pPr>
        <w:spacing w:after="60" w:line="266" w:lineRule="auto"/>
        <w:ind w:firstLine="331"/>
        <w:jc w:val="both"/>
      </w:pPr>
      <w:r>
        <w:rPr>
          <w:rFonts w:ascii="Georgia" w:hAnsi="Georgia"/>
          <w:b w:val="0"/>
          <w:i w:val="0"/>
          <w:color w:val="22201D"/>
          <w:sz w:val="20"/>
        </w:rPr>
        <w:t>"Not as an order."</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Correction requested: refusal is not order  Correction denied. Reason: refusal directs service</w:t>
      </w:r>
    </w:p>
    <w:p>
      <w:pPr>
        <w:spacing w:after="60" w:line="266" w:lineRule="auto"/>
        <w:ind w:firstLine="331"/>
        <w:jc w:val="both"/>
      </w:pPr>
      <w:r>
        <w:rPr>
          <w:rFonts w:ascii="Georgia" w:hAnsi="Georgia"/>
          <w:b w:val="0"/>
          <w:i w:val="0"/>
          <w:color w:val="22201D"/>
          <w:sz w:val="20"/>
        </w:rPr>
        <w:t>Auditor Ives took one measured breath.</w:t>
      </w:r>
    </w:p>
    <w:p>
      <w:pPr>
        <w:spacing w:after="60" w:line="266" w:lineRule="auto"/>
        <w:ind w:firstLine="331"/>
        <w:jc w:val="both"/>
      </w:pPr>
      <w:r>
        <w:rPr>
          <w:rFonts w:ascii="Georgia" w:hAnsi="Georgia"/>
          <w:b w:val="0"/>
          <w:i w:val="0"/>
          <w:color w:val="22201D"/>
          <w:sz w:val="20"/>
        </w:rPr>
        <w:t>Flocc recognized the breath. It was the breath of a person attempting to stay professional while a document misbehaved in a way that sounded almost legally literate.</w:t>
      </w:r>
    </w:p>
    <w:p>
      <w:pPr>
        <w:spacing w:after="60" w:line="266" w:lineRule="auto"/>
        <w:ind w:firstLine="331"/>
        <w:jc w:val="both"/>
      </w:pPr>
      <w:r>
        <w:rPr>
          <w:rFonts w:ascii="Georgia" w:hAnsi="Georgia"/>
          <w:b w:val="0"/>
          <w:i w:val="0"/>
          <w:color w:val="22201D"/>
          <w:sz w:val="20"/>
        </w:rPr>
        <w:t>He liked her for one second.</w:t>
      </w:r>
    </w:p>
    <w:p>
      <w:pPr>
        <w:spacing w:after="60" w:line="266" w:lineRule="auto"/>
        <w:ind w:firstLine="331"/>
        <w:jc w:val="both"/>
      </w:pPr>
      <w:r>
        <w:rPr>
          <w:rFonts w:ascii="Georgia" w:hAnsi="Georgia"/>
          <w:b w:val="0"/>
          <w:i w:val="0"/>
          <w:color w:val="22201D"/>
          <w:sz w:val="20"/>
        </w:rPr>
        <w:t>The bill at his table printed:</w:t>
      </w:r>
    </w:p>
    <w:p>
      <w:pPr>
        <w:spacing w:after="60" w:line="250" w:lineRule="auto"/>
        <w:ind w:left="202" w:right="173"/>
      </w:pPr>
      <w:r>
        <w:rPr>
          <w:rFonts w:ascii="Georgia" w:hAnsi="Georgia"/>
          <w:b w:val="0"/>
          <w:i w:val="0"/>
          <w:color w:val="22201D"/>
          <w:sz w:val="17"/>
        </w:rPr>
        <w:t>Line 028: Unexpected sympathy for procedural opponent. Amount credited: one person not reduced to obstacle</w:t>
      </w:r>
    </w:p>
    <w:p>
      <w:pPr>
        <w:spacing w:after="60" w:line="266" w:lineRule="auto"/>
        <w:ind w:firstLine="331"/>
        <w:jc w:val="both"/>
      </w:pPr>
      <w:r>
        <w:rPr>
          <w:rFonts w:ascii="Georgia" w:hAnsi="Georgia"/>
          <w:b w:val="0"/>
          <w:i w:val="0"/>
          <w:color w:val="22201D"/>
          <w:sz w:val="20"/>
        </w:rPr>
        <w:t>Flocc did not smile.</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Credit retained.</w:t>
      </w:r>
    </w:p>
    <w:p>
      <w:pPr>
        <w:spacing w:after="60" w:line="266" w:lineRule="auto"/>
        <w:ind w:firstLine="331"/>
        <w:jc w:val="both"/>
      </w:pPr>
      <w:r>
        <w:rPr>
          <w:rFonts w:ascii="Georgia" w:hAnsi="Georgia"/>
          <w:b w:val="0"/>
          <w:i w:val="0"/>
          <w:color w:val="22201D"/>
          <w:sz w:val="20"/>
        </w:rPr>
        <w:t>Auditor Ives picked up the receipt.</w:t>
      </w:r>
    </w:p>
    <w:p>
      <w:pPr>
        <w:spacing w:after="60" w:line="266" w:lineRule="auto"/>
        <w:ind w:firstLine="331"/>
        <w:jc w:val="both"/>
      </w:pPr>
      <w:r>
        <w:rPr>
          <w:rFonts w:ascii="Georgia" w:hAnsi="Georgia"/>
          <w:b w:val="0"/>
          <w:i w:val="0"/>
          <w:color w:val="22201D"/>
          <w:sz w:val="20"/>
        </w:rPr>
        <w:t>"I have not accepted service."</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Service accepted: standing in relation to refusal</w:t>
      </w:r>
    </w:p>
    <w:p>
      <w:pPr>
        <w:spacing w:after="60" w:line="266" w:lineRule="auto"/>
        <w:ind w:firstLine="331"/>
        <w:jc w:val="both"/>
      </w:pPr>
      <w:r>
        <w:rPr>
          <w:rFonts w:ascii="Georgia" w:hAnsi="Georgia"/>
          <w:b w:val="0"/>
          <w:i w:val="0"/>
          <w:color w:val="22201D"/>
          <w:sz w:val="20"/>
        </w:rPr>
        <w:t>"That is not service."</w:t>
      </w:r>
    </w:p>
    <w:p>
      <w:pPr>
        <w:spacing w:after="60" w:line="266" w:lineRule="auto"/>
        <w:ind w:firstLine="331"/>
        <w:jc w:val="both"/>
      </w:pPr>
      <w:r>
        <w:rPr>
          <w:rFonts w:ascii="Georgia" w:hAnsi="Georgia"/>
          <w:b w:val="0"/>
          <w:i w:val="0"/>
          <w:color w:val="22201D"/>
          <w:sz w:val="20"/>
        </w:rPr>
        <w:t>The Hostess said, "Then why did you come inside?"</w:t>
      </w:r>
    </w:p>
    <w:p>
      <w:pPr>
        <w:spacing w:after="60" w:line="266" w:lineRule="auto"/>
        <w:ind w:firstLine="331"/>
        <w:jc w:val="both"/>
      </w:pPr>
      <w:r>
        <w:rPr>
          <w:rFonts w:ascii="Georgia" w:hAnsi="Georgia"/>
          <w:b w:val="0"/>
          <w:i w:val="0"/>
          <w:color w:val="22201D"/>
          <w:sz w:val="20"/>
        </w:rPr>
        <w:t>The question did not sound like a trap.</w:t>
      </w:r>
    </w:p>
    <w:p>
      <w:pPr>
        <w:spacing w:after="60" w:line="266" w:lineRule="auto"/>
        <w:ind w:firstLine="331"/>
        <w:jc w:val="both"/>
      </w:pPr>
      <w:r>
        <w:rPr>
          <w:rFonts w:ascii="Georgia" w:hAnsi="Georgia"/>
          <w:b w:val="0"/>
          <w:i w:val="0"/>
          <w:color w:val="22201D"/>
          <w:sz w:val="20"/>
        </w:rPr>
        <w:t>This was what made it one.</w:t>
      </w:r>
    </w:p>
    <w:p>
      <w:pPr>
        <w:spacing w:after="60" w:line="266" w:lineRule="auto"/>
        <w:ind w:firstLine="331"/>
        <w:jc w:val="both"/>
      </w:pPr>
      <w:r>
        <w:rPr>
          <w:rFonts w:ascii="Georgia" w:hAnsi="Georgia"/>
          <w:b w:val="0"/>
          <w:i w:val="0"/>
          <w:color w:val="22201D"/>
          <w:sz w:val="20"/>
        </w:rPr>
        <w:t>Auditor Ives looked toward the door.</w:t>
      </w:r>
    </w:p>
    <w:p>
      <w:pPr>
        <w:spacing w:after="60" w:line="266" w:lineRule="auto"/>
        <w:ind w:firstLine="331"/>
        <w:jc w:val="both"/>
      </w:pPr>
      <w:r>
        <w:rPr>
          <w:rFonts w:ascii="Georgia" w:hAnsi="Georgia"/>
          <w:b w:val="0"/>
          <w:i w:val="0"/>
          <w:color w:val="22201D"/>
          <w:sz w:val="20"/>
        </w:rPr>
        <w:t>Outside, the street held itself in ordinary afternoon. Cars passed. A delivery person adjusted a crate. Someone across the street laughed too loudly into a phone. Nothing outside knew it was being used as evidence.</w:t>
      </w:r>
    </w:p>
    <w:p>
      <w:pPr>
        <w:spacing w:after="60" w:line="266" w:lineRule="auto"/>
        <w:ind w:firstLine="331"/>
        <w:jc w:val="both"/>
      </w:pPr>
      <w:r>
        <w:rPr>
          <w:rFonts w:ascii="Georgia" w:hAnsi="Georgia"/>
          <w:b w:val="0"/>
          <w:i w:val="0"/>
          <w:color w:val="22201D"/>
          <w:sz w:val="20"/>
        </w:rPr>
        <w:t>"I came inside," Auditor Ives said, "to determine whether the city can recognize what is happening here."</w:t>
      </w:r>
    </w:p>
    <w:p>
      <w:pPr>
        <w:spacing w:after="60" w:line="266" w:lineRule="auto"/>
        <w:ind w:firstLine="331"/>
        <w:jc w:val="both"/>
      </w:pPr>
      <w:r>
        <w:rPr>
          <w:rFonts w:ascii="Georgia" w:hAnsi="Georgia"/>
          <w:b w:val="0"/>
          <w:i w:val="0"/>
          <w:color w:val="22201D"/>
          <w:sz w:val="20"/>
        </w:rPr>
        <w:t>"And if it cannot?"</w:t>
      </w:r>
    </w:p>
    <w:p>
      <w:pPr>
        <w:spacing w:after="60" w:line="266" w:lineRule="auto"/>
        <w:ind w:firstLine="331"/>
        <w:jc w:val="both"/>
      </w:pPr>
      <w:r>
        <w:rPr>
          <w:rFonts w:ascii="Georgia" w:hAnsi="Georgia"/>
          <w:b w:val="0"/>
          <w:i w:val="0"/>
          <w:color w:val="22201D"/>
          <w:sz w:val="20"/>
        </w:rPr>
        <w:t>"Then the file must be corrected."</w:t>
      </w:r>
    </w:p>
    <w:p>
      <w:pPr>
        <w:spacing w:after="60" w:line="266" w:lineRule="auto"/>
        <w:ind w:firstLine="331"/>
        <w:jc w:val="both"/>
      </w:pPr>
      <w:r>
        <w:rPr>
          <w:rFonts w:ascii="Georgia" w:hAnsi="Georgia"/>
          <w:b w:val="0"/>
          <w:i w:val="0"/>
          <w:color w:val="22201D"/>
          <w:sz w:val="20"/>
        </w:rPr>
        <w:t>"Corrected how?"</w:t>
      </w:r>
    </w:p>
    <w:p>
      <w:pPr>
        <w:spacing w:after="60" w:line="266" w:lineRule="auto"/>
        <w:ind w:firstLine="331"/>
        <w:jc w:val="both"/>
      </w:pPr>
      <w:r>
        <w:rPr>
          <w:rFonts w:ascii="Georgia" w:hAnsi="Georgia"/>
          <w:b w:val="0"/>
          <w:i w:val="0"/>
          <w:color w:val="22201D"/>
          <w:sz w:val="20"/>
        </w:rPr>
        <w:t>"That depends on findings."</w:t>
      </w:r>
    </w:p>
    <w:p>
      <w:pPr>
        <w:spacing w:after="60" w:line="266" w:lineRule="auto"/>
        <w:ind w:firstLine="331"/>
        <w:jc w:val="both"/>
      </w:pPr>
      <w:r>
        <w:rPr>
          <w:rFonts w:ascii="Georgia" w:hAnsi="Georgia"/>
          <w:b w:val="0"/>
          <w:i w:val="0"/>
          <w:color w:val="22201D"/>
          <w:sz w:val="20"/>
        </w:rPr>
        <w:t>"What do you hope to find?"</w:t>
      </w:r>
    </w:p>
    <w:p>
      <w:pPr>
        <w:spacing w:after="60" w:line="266" w:lineRule="auto"/>
        <w:ind w:firstLine="331"/>
        <w:jc w:val="both"/>
      </w:pPr>
      <w:r>
        <w:rPr>
          <w:rFonts w:ascii="Georgia" w:hAnsi="Georgia"/>
          <w:b w:val="0"/>
          <w:i w:val="0"/>
          <w:color w:val="22201D"/>
          <w:sz w:val="20"/>
        </w:rPr>
        <w:t>Auditor Ives's pen stopped.</w:t>
      </w:r>
    </w:p>
    <w:p>
      <w:pPr>
        <w:spacing w:after="60" w:line="266" w:lineRule="auto"/>
        <w:ind w:firstLine="331"/>
        <w:jc w:val="both"/>
      </w:pPr>
      <w:r>
        <w:rPr>
          <w:rFonts w:ascii="Georgia" w:hAnsi="Georgia"/>
          <w:b w:val="0"/>
          <w:i w:val="0"/>
          <w:color w:val="22201D"/>
          <w:sz w:val="20"/>
        </w:rPr>
        <w:t>For the first time since entering, she did not look immediately at the form, the Hostess, the receipt, or the door.</w:t>
      </w:r>
    </w:p>
    <w:p>
      <w:pPr>
        <w:spacing w:after="60" w:line="266" w:lineRule="auto"/>
        <w:ind w:firstLine="331"/>
        <w:jc w:val="both"/>
      </w:pPr>
      <w:r>
        <w:rPr>
          <w:rFonts w:ascii="Georgia" w:hAnsi="Georgia"/>
          <w:b w:val="0"/>
          <w:i w:val="0"/>
          <w:color w:val="22201D"/>
          <w:sz w:val="20"/>
        </w:rPr>
        <w:t>She looked at the menu she had declined.</w:t>
      </w:r>
    </w:p>
    <w:p>
      <w:pPr>
        <w:spacing w:after="60" w:line="266" w:lineRule="auto"/>
        <w:ind w:firstLine="331"/>
        <w:jc w:val="both"/>
      </w:pPr>
      <w:r>
        <w:rPr>
          <w:rFonts w:ascii="Georgia" w:hAnsi="Georgia"/>
          <w:b w:val="0"/>
          <w:i w:val="0"/>
          <w:color w:val="22201D"/>
          <w:sz w:val="20"/>
        </w:rPr>
        <w:t>Not long.</w:t>
      </w:r>
    </w:p>
    <w:p>
      <w:pPr>
        <w:spacing w:after="60" w:line="266" w:lineRule="auto"/>
        <w:ind w:firstLine="331"/>
        <w:jc w:val="both"/>
      </w:pPr>
      <w:r>
        <w:rPr>
          <w:rFonts w:ascii="Georgia" w:hAnsi="Georgia"/>
          <w:b w:val="0"/>
          <w:i w:val="0"/>
          <w:color w:val="22201D"/>
          <w:sz w:val="20"/>
        </w:rPr>
        <w:t>Long enough.</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Appetite detected.</w:t>
      </w:r>
    </w:p>
    <w:p>
      <w:pPr>
        <w:spacing w:after="60" w:line="266" w:lineRule="auto"/>
        <w:ind w:firstLine="331"/>
        <w:jc w:val="both"/>
      </w:pPr>
      <w:r>
        <w:rPr>
          <w:rFonts w:ascii="Georgia" w:hAnsi="Georgia"/>
          <w:b w:val="0"/>
          <w:i w:val="0"/>
          <w:color w:val="22201D"/>
          <w:sz w:val="20"/>
        </w:rPr>
        <w:t>Auditor Ives put the receipt down.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Denial detected. Noted separately.</w:t>
      </w:r>
    </w:p>
    <w:p>
      <w:pPr>
        <w:spacing w:after="60" w:line="266" w:lineRule="auto"/>
        <w:ind w:firstLine="331"/>
        <w:jc w:val="both"/>
      </w:pPr>
      <w:r>
        <w:rPr>
          <w:rFonts w:ascii="Georgia" w:hAnsi="Georgia"/>
          <w:b w:val="0"/>
          <w:i w:val="0"/>
          <w:color w:val="22201D"/>
          <w:sz w:val="20"/>
        </w:rPr>
        <w:t>"This is improper."</w:t>
      </w:r>
    </w:p>
    <w:p>
      <w:pPr>
        <w:spacing w:after="60" w:line="266" w:lineRule="auto"/>
        <w:ind w:firstLine="331"/>
        <w:jc w:val="both"/>
      </w:pPr>
      <w:r>
        <w:rPr>
          <w:rFonts w:ascii="Georgia" w:hAnsi="Georgia"/>
          <w:b w:val="0"/>
          <w:i w:val="0"/>
          <w:color w:val="22201D"/>
          <w:sz w:val="20"/>
        </w:rPr>
        <w:t>"The printing or the appetite?"</w:t>
      </w:r>
    </w:p>
    <w:p>
      <w:pPr>
        <w:spacing w:after="60" w:line="266" w:lineRule="auto"/>
        <w:ind w:firstLine="331"/>
        <w:jc w:val="both"/>
      </w:pPr>
      <w:r>
        <w:rPr>
          <w:rFonts w:ascii="Georgia" w:hAnsi="Georgia"/>
          <w:b w:val="0"/>
          <w:i w:val="0"/>
          <w:color w:val="22201D"/>
          <w:sz w:val="20"/>
        </w:rPr>
        <w:t>"Both."</w:t>
      </w:r>
    </w:p>
    <w:p>
      <w:pPr>
        <w:spacing w:after="60" w:line="266" w:lineRule="auto"/>
        <w:ind w:firstLine="331"/>
        <w:jc w:val="both"/>
      </w:pPr>
      <w:r>
        <w:rPr>
          <w:rFonts w:ascii="Georgia" w:hAnsi="Georgia"/>
          <w:b w:val="0"/>
          <w:i w:val="0"/>
          <w:color w:val="22201D"/>
          <w:sz w:val="20"/>
        </w:rPr>
        <w:t>The Hostess folded her hands.</w:t>
      </w:r>
    </w:p>
    <w:p>
      <w:pPr>
        <w:spacing w:after="60" w:line="266" w:lineRule="auto"/>
        <w:ind w:firstLine="331"/>
        <w:jc w:val="both"/>
      </w:pPr>
      <w:r>
        <w:rPr>
          <w:rFonts w:ascii="Georgia" w:hAnsi="Georgia"/>
          <w:b w:val="0"/>
          <w:i w:val="0"/>
          <w:color w:val="22201D"/>
          <w:sz w:val="20"/>
        </w:rPr>
        <w:t>"You may decline the menu. You may decline water. You may decline seating. You may decline service. But if you enter hungry for an answer and demand that the hunger be called neutrality, the restaurant may print."</w:t>
      </w:r>
    </w:p>
    <w:p>
      <w:pPr>
        <w:spacing w:after="60" w:line="266" w:lineRule="auto"/>
        <w:ind w:firstLine="331"/>
        <w:jc w:val="both"/>
      </w:pPr>
      <w:r>
        <w:rPr>
          <w:rFonts w:ascii="Georgia" w:hAnsi="Georgia"/>
          <w:b w:val="0"/>
          <w:i w:val="0"/>
          <w:color w:val="22201D"/>
          <w:sz w:val="20"/>
        </w:rPr>
        <w:t>The room became very quiet.</w:t>
      </w:r>
    </w:p>
    <w:p>
      <w:pPr>
        <w:spacing w:after="60" w:line="266" w:lineRule="auto"/>
        <w:ind w:firstLine="331"/>
        <w:jc w:val="both"/>
      </w:pPr>
      <w:r>
        <w:rPr>
          <w:rFonts w:ascii="Georgia" w:hAnsi="Georgia"/>
          <w:b w:val="0"/>
          <w:i w:val="0"/>
          <w:color w:val="22201D"/>
          <w:sz w:val="20"/>
        </w:rPr>
        <w:t>Not reverent.</w:t>
      </w:r>
    </w:p>
    <w:p>
      <w:pPr>
        <w:spacing w:after="60" w:line="266" w:lineRule="auto"/>
        <w:ind w:firstLine="331"/>
        <w:jc w:val="both"/>
      </w:pPr>
      <w:r>
        <w:rPr>
          <w:rFonts w:ascii="Georgia" w:hAnsi="Georgia"/>
          <w:b w:val="0"/>
          <w:i w:val="0"/>
          <w:color w:val="22201D"/>
          <w:sz w:val="20"/>
        </w:rPr>
        <w:t>Audit quiet.</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Mara was not watching him. She was watching Auditor Ives with an expression Flocc could not immediately name. Not pity. Not suspicion. Recognition, maybe, but recognition with its coat still on.</w:t>
      </w:r>
    </w:p>
    <w:p>
      <w:pPr>
        <w:spacing w:after="60" w:line="266" w:lineRule="auto"/>
        <w:ind w:firstLine="331"/>
        <w:jc w:val="both"/>
      </w:pPr>
      <w:r>
        <w:rPr>
          <w:rFonts w:ascii="Georgia" w:hAnsi="Georgia"/>
          <w:b w:val="0"/>
          <w:i w:val="0"/>
          <w:color w:val="22201D"/>
          <w:sz w:val="20"/>
        </w:rPr>
        <w:t>He almost asked what she saw.</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Question delayed by context. Tender accepted.</w:t>
      </w:r>
    </w:p>
    <w:p>
      <w:pPr>
        <w:spacing w:after="60" w:line="266" w:lineRule="auto"/>
        <w:ind w:firstLine="331"/>
        <w:jc w:val="both"/>
      </w:pPr>
      <w:r>
        <w:rPr>
          <w:rFonts w:ascii="Georgia" w:hAnsi="Georgia"/>
          <w:b w:val="0"/>
          <w:i w:val="0"/>
          <w:color w:val="22201D"/>
          <w:sz w:val="20"/>
        </w:rPr>
        <w:t>Good, Flocc thought.</w:t>
      </w:r>
    </w:p>
    <w:p>
      <w:pPr>
        <w:spacing w:after="60" w:line="266" w:lineRule="auto"/>
        <w:ind w:firstLine="331"/>
        <w:jc w:val="both"/>
      </w:pPr>
      <w:r>
        <w:rPr>
          <w:rFonts w:ascii="Georgia" w:hAnsi="Georgia"/>
          <w:b w:val="0"/>
          <w:i w:val="0"/>
          <w:color w:val="22201D"/>
          <w:sz w:val="20"/>
        </w:rPr>
        <w:t>Then he let the thought pass without asking for a medal.</w:t>
      </w:r>
    </w:p>
    <w:p>
      <w:pPr>
        <w:spacing w:after="60" w:line="266" w:lineRule="auto"/>
        <w:ind w:firstLine="331"/>
        <w:jc w:val="both"/>
      </w:pPr>
      <w:r>
        <w:rPr>
          <w:rFonts w:ascii="Georgia" w:hAnsi="Georgia"/>
          <w:b w:val="0"/>
          <w:i w:val="0"/>
          <w:color w:val="22201D"/>
          <w:sz w:val="20"/>
        </w:rPr>
        <w:t>Auditor Ives said, "I am not hungry."</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"For food?"</w:t>
      </w:r>
    </w:p>
    <w:p>
      <w:pPr>
        <w:spacing w:after="60" w:line="266" w:lineRule="auto"/>
        <w:ind w:firstLine="331"/>
        <w:jc w:val="both"/>
      </w:pPr>
      <w:r>
        <w:rPr>
          <w:rFonts w:ascii="Georgia" w:hAnsi="Georgia"/>
          <w:b w:val="0"/>
          <w:i w:val="0"/>
          <w:color w:val="22201D"/>
          <w:sz w:val="20"/>
        </w:rPr>
        <w:t>"For anything."</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Impossible statement filed under: protective claim</w:t>
      </w:r>
    </w:p>
    <w:p>
      <w:pPr>
        <w:spacing w:after="60" w:line="266" w:lineRule="auto"/>
        <w:ind w:firstLine="331"/>
        <w:jc w:val="both"/>
      </w:pPr>
      <w:r>
        <w:rPr>
          <w:rFonts w:ascii="Georgia" w:hAnsi="Georgia"/>
          <w:b w:val="0"/>
          <w:i w:val="0"/>
          <w:color w:val="22201D"/>
          <w:sz w:val="20"/>
        </w:rPr>
        <w:t>Auditor Ives's mouth tightened.</w:t>
      </w:r>
    </w:p>
    <w:p>
      <w:pPr>
        <w:spacing w:after="60" w:line="266" w:lineRule="auto"/>
        <w:ind w:firstLine="331"/>
        <w:jc w:val="both"/>
      </w:pPr>
      <w:r>
        <w:rPr>
          <w:rFonts w:ascii="Georgia" w:hAnsi="Georgia"/>
          <w:b w:val="0"/>
          <w:i w:val="0"/>
          <w:color w:val="22201D"/>
          <w:sz w:val="20"/>
        </w:rPr>
        <w:t>"You do not know me."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"You do not know why I am here."</w:t>
      </w:r>
    </w:p>
    <w:p>
      <w:pPr>
        <w:spacing w:after="60" w:line="266" w:lineRule="auto"/>
        <w:ind w:firstLine="331"/>
        <w:jc w:val="both"/>
      </w:pPr>
      <w:r>
        <w:rPr>
          <w:rFonts w:ascii="Georgia" w:hAnsi="Georgia"/>
          <w:b w:val="0"/>
          <w:i w:val="0"/>
          <w:color w:val="22201D"/>
          <w:sz w:val="20"/>
        </w:rPr>
        <w:t>"Not entirely."</w:t>
      </w:r>
    </w:p>
    <w:p>
      <w:pPr>
        <w:spacing w:after="60" w:line="266" w:lineRule="auto"/>
        <w:ind w:firstLine="331"/>
        <w:jc w:val="both"/>
      </w:pPr>
      <w:r>
        <w:rPr>
          <w:rFonts w:ascii="Georgia" w:hAnsi="Georgia"/>
          <w:b w:val="0"/>
          <w:i w:val="0"/>
          <w:color w:val="22201D"/>
          <w:sz w:val="20"/>
        </w:rPr>
        <w:t>"Then do not presume appetite."</w:t>
      </w:r>
    </w:p>
    <w:p>
      <w:pPr>
        <w:spacing w:after="60" w:line="266" w:lineRule="auto"/>
        <w:ind w:firstLine="331"/>
        <w:jc w:val="both"/>
      </w:pPr>
      <w:r>
        <w:rPr>
          <w:rFonts w:ascii="Georgia" w:hAnsi="Georgia"/>
          <w:b w:val="0"/>
          <w:i w:val="0"/>
          <w:color w:val="22201D"/>
          <w:sz w:val="20"/>
        </w:rPr>
        <w:t>The Hostess did not answer right away.</w:t>
      </w:r>
    </w:p>
    <w:p>
      <w:pPr>
        <w:spacing w:after="60" w:line="266" w:lineRule="auto"/>
        <w:ind w:firstLine="331"/>
        <w:jc w:val="both"/>
      </w:pPr>
      <w:r>
        <w:rPr>
          <w:rFonts w:ascii="Georgia" w:hAnsi="Georgia"/>
          <w:b w:val="0"/>
          <w:i w:val="0"/>
          <w:color w:val="22201D"/>
          <w:sz w:val="20"/>
        </w:rPr>
        <w:t>This was not because she had been corrected.</w:t>
      </w:r>
    </w:p>
    <w:p>
      <w:pPr>
        <w:spacing w:after="60" w:line="266" w:lineRule="auto"/>
        <w:ind w:firstLine="331"/>
        <w:jc w:val="both"/>
      </w:pPr>
      <w:r>
        <w:rPr>
          <w:rFonts w:ascii="Georgia" w:hAnsi="Georgia"/>
          <w:b w:val="0"/>
          <w:i w:val="0"/>
          <w:color w:val="22201D"/>
          <w:sz w:val="20"/>
        </w:rPr>
        <w:t>It was because the correction deserved space.</w:t>
      </w:r>
    </w:p>
    <w:p>
      <w:pPr>
        <w:spacing w:after="60" w:line="266" w:lineRule="auto"/>
        <w:ind w:firstLine="331"/>
        <w:jc w:val="both"/>
      </w:pPr>
      <w:r>
        <w:rPr>
          <w:rFonts w:ascii="Georgia" w:hAnsi="Georgia"/>
          <w:b w:val="0"/>
          <w:i w:val="0"/>
          <w:color w:val="22201D"/>
          <w:sz w:val="20"/>
        </w:rPr>
        <w:t>"Fair," she said.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Hostess correction accepted. Presumption reduced. Appetite remains under review.</w:t>
      </w:r>
    </w:p>
    <w:p>
      <w:pPr>
        <w:spacing w:after="60" w:line="266" w:lineRule="auto"/>
        <w:ind w:firstLine="331"/>
        <w:jc w:val="both"/>
      </w:pPr>
      <w:r>
        <w:rPr>
          <w:rFonts w:ascii="Georgia" w:hAnsi="Georgia"/>
          <w:b w:val="0"/>
          <w:i w:val="0"/>
          <w:color w:val="22201D"/>
          <w:sz w:val="20"/>
        </w:rPr>
        <w:t>Auditor Ives looked at the receipt.</w:t>
      </w:r>
    </w:p>
    <w:p>
      <w:pPr>
        <w:spacing w:after="60" w:line="266" w:lineRule="auto"/>
        <w:ind w:firstLine="331"/>
        <w:jc w:val="both"/>
      </w:pPr>
      <w:r>
        <w:rPr>
          <w:rFonts w:ascii="Georgia" w:hAnsi="Georgia"/>
          <w:b w:val="0"/>
          <w:i w:val="0"/>
          <w:color w:val="22201D"/>
          <w:sz w:val="20"/>
        </w:rPr>
        <w:t>The receipt looked back, though it had no eyes and should have been ashamed of itself for giving that impression.</w:t>
      </w:r>
    </w:p>
    <w:p>
      <w:pPr>
        <w:spacing w:after="60" w:line="266" w:lineRule="auto"/>
        <w:ind w:firstLine="331"/>
        <w:jc w:val="both"/>
      </w:pPr>
      <w:r>
        <w:rPr>
          <w:rFonts w:ascii="Georgia" w:hAnsi="Georgia"/>
          <w:b w:val="0"/>
          <w:i w:val="0"/>
          <w:color w:val="22201D"/>
          <w:sz w:val="20"/>
        </w:rPr>
        <w:t>The Auditor's folder lowered half an inch.</w:t>
      </w:r>
    </w:p>
    <w:p>
      <w:pPr>
        <w:spacing w:after="60" w:line="266" w:lineRule="auto"/>
        <w:ind w:firstLine="331"/>
        <w:jc w:val="both"/>
      </w:pPr>
      <w:r>
        <w:rPr>
          <w:rFonts w:ascii="Georgia" w:hAnsi="Georgia"/>
          <w:b w:val="0"/>
          <w:i w:val="0"/>
          <w:color w:val="22201D"/>
          <w:sz w:val="20"/>
        </w:rPr>
        <w:t>"Under review," she said.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is my phrase."</w:t>
      </w:r>
    </w:p>
    <w:p>
      <w:pPr>
        <w:spacing w:after="60" w:line="266" w:lineRule="auto"/>
        <w:ind w:firstLine="331"/>
        <w:jc w:val="both"/>
      </w:pPr>
      <w:r>
        <w:rPr>
          <w:rFonts w:ascii="Georgia" w:hAnsi="Georgia"/>
          <w:b w:val="0"/>
          <w:i w:val="0"/>
          <w:color w:val="22201D"/>
          <w:sz w:val="20"/>
        </w:rPr>
        <w:t>"We are using it correctly."</w:t>
      </w:r>
    </w:p>
    <w:p>
      <w:pPr>
        <w:spacing w:after="60" w:line="266" w:lineRule="auto"/>
        <w:ind w:firstLine="331"/>
        <w:jc w:val="both"/>
      </w:pPr>
      <w:r>
        <w:rPr>
          <w:rFonts w:ascii="Georgia" w:hAnsi="Georgia"/>
          <w:b w:val="0"/>
          <w:i w:val="0"/>
          <w:color w:val="22201D"/>
          <w:sz w:val="20"/>
        </w:rPr>
        <w:t>For the first time, the corner of Auditor Ives's mouth moved in a direction that was not refusal. It did not become a smile. It signed the attendance sheet for the possibility of one.</w:t>
      </w:r>
    </w:p>
    <w:p>
      <w:pPr>
        <w:spacing w:after="60" w:line="266" w:lineRule="auto"/>
        <w:ind w:firstLine="331"/>
        <w:jc w:val="both"/>
      </w:pPr>
      <w:r>
        <w:rPr>
          <w:rFonts w:ascii="Georgia" w:hAnsi="Georgia"/>
          <w:b w:val="0"/>
          <w:i w:val="0"/>
          <w:color w:val="22201D"/>
          <w:sz w:val="20"/>
        </w:rPr>
        <w:t>Then it left.</w:t>
      </w:r>
    </w:p>
    <w:p>
      <w:pPr>
        <w:spacing w:after="60" w:line="266" w:lineRule="auto"/>
        <w:ind w:firstLine="331"/>
        <w:jc w:val="both"/>
      </w:pPr>
      <w:r>
        <w:rPr>
          <w:rFonts w:ascii="Georgia" w:hAnsi="Georgia"/>
          <w:b w:val="0"/>
          <w:i w:val="0"/>
          <w:color w:val="22201D"/>
          <w:sz w:val="20"/>
        </w:rPr>
        <w:t>"I am here because the city received conflicting documentation."</w:t>
      </w:r>
    </w:p>
    <w:p>
      <w:pPr>
        <w:spacing w:after="60" w:line="266" w:lineRule="auto"/>
        <w:ind w:firstLine="331"/>
        <w:jc w:val="both"/>
      </w:pPr>
      <w:r>
        <w:rPr>
          <w:rFonts w:ascii="Georgia" w:hAnsi="Georgia"/>
          <w:b w:val="0"/>
          <w:i w:val="0"/>
          <w:color w:val="22201D"/>
          <w:sz w:val="20"/>
        </w:rPr>
        <w:t>The Hostess waited.</w:t>
      </w:r>
    </w:p>
    <w:p>
      <w:pPr>
        <w:spacing w:after="60" w:line="266" w:lineRule="auto"/>
        <w:ind w:firstLine="331"/>
        <w:jc w:val="both"/>
      </w:pPr>
      <w:r>
        <w:rPr>
          <w:rFonts w:ascii="Georgia" w:hAnsi="Georgia"/>
          <w:b w:val="0"/>
          <w:i w:val="0"/>
          <w:color w:val="22201D"/>
          <w:sz w:val="20"/>
        </w:rPr>
        <w:t>Auditor Ives looked at her worksheet.</w:t>
      </w:r>
    </w:p>
    <w:p>
      <w:pPr>
        <w:spacing w:after="60" w:line="266" w:lineRule="auto"/>
        <w:ind w:firstLine="331"/>
        <w:jc w:val="both"/>
      </w:pPr>
      <w:r>
        <w:rPr>
          <w:rFonts w:ascii="Georgia" w:hAnsi="Georgia"/>
          <w:b w:val="0"/>
          <w:i w:val="0"/>
          <w:color w:val="22201D"/>
          <w:sz w:val="20"/>
        </w:rPr>
        <w:t>"A business license amended itself."</w:t>
      </w:r>
    </w:p>
    <w:p>
      <w:pPr>
        <w:spacing w:after="60" w:line="266" w:lineRule="auto"/>
        <w:ind w:firstLine="331"/>
        <w:jc w:val="both"/>
      </w:pPr>
      <w:r>
        <w:rPr>
          <w:rFonts w:ascii="Georgia" w:hAnsi="Georgia"/>
          <w:b w:val="0"/>
          <w:i w:val="0"/>
          <w:color w:val="22201D"/>
          <w:sz w:val="20"/>
        </w:rPr>
        <w:t>"It accepted a correction."</w:t>
      </w:r>
    </w:p>
    <w:p>
      <w:pPr>
        <w:spacing w:after="60" w:line="266" w:lineRule="auto"/>
        <w:ind w:firstLine="331"/>
        <w:jc w:val="both"/>
      </w:pPr>
      <w:r>
        <w:rPr>
          <w:rFonts w:ascii="Georgia" w:hAnsi="Georgia"/>
          <w:b w:val="0"/>
          <w:i w:val="0"/>
          <w:color w:val="22201D"/>
          <w:sz w:val="20"/>
        </w:rPr>
        <w:t>"A conditional inspection addendum was routed under a retired inspector's signature."</w:t>
      </w:r>
    </w:p>
    <w:p>
      <w:pPr>
        <w:spacing w:after="60" w:line="266" w:lineRule="auto"/>
        <w:ind w:firstLine="331"/>
        <w:jc w:val="both"/>
      </w:pPr>
      <w:r>
        <w:rPr>
          <w:rFonts w:ascii="Georgia" w:hAnsi="Georgia"/>
          <w:b w:val="0"/>
          <w:i w:val="0"/>
          <w:color w:val="22201D"/>
          <w:sz w:val="20"/>
        </w:rPr>
        <w:t>"Gerald Park's signature remains legible."</w:t>
      </w:r>
    </w:p>
    <w:p>
      <w:pPr>
        <w:spacing w:after="60" w:line="266" w:lineRule="auto"/>
        <w:ind w:firstLine="331"/>
        <w:jc w:val="both"/>
      </w:pPr>
      <w:r>
        <w:rPr>
          <w:rFonts w:ascii="Georgia" w:hAnsi="Georgia"/>
          <w:b w:val="0"/>
          <w:i w:val="0"/>
          <w:color w:val="22201D"/>
          <w:sz w:val="20"/>
        </w:rPr>
        <w:t>"A case file reopened without an initiating complaint."</w:t>
      </w:r>
    </w:p>
    <w:p>
      <w:pPr>
        <w:spacing w:after="60" w:line="266" w:lineRule="auto"/>
        <w:ind w:firstLine="331"/>
        <w:jc w:val="both"/>
      </w:pPr>
      <w:r>
        <w:rPr>
          <w:rFonts w:ascii="Georgia" w:hAnsi="Georgia"/>
          <w:b w:val="0"/>
          <w:i w:val="0"/>
          <w:color w:val="22201D"/>
          <w:sz w:val="20"/>
        </w:rPr>
        <w:t>"Steve may disagree with that wording."</w:t>
      </w:r>
    </w:p>
    <w:p>
      <w:pPr>
        <w:spacing w:after="60" w:line="266" w:lineRule="auto"/>
        <w:ind w:firstLine="331"/>
        <w:jc w:val="both"/>
      </w:pPr>
      <w:r>
        <w:rPr>
          <w:rFonts w:ascii="Georgia" w:hAnsi="Georgia"/>
          <w:b w:val="0"/>
          <w:i w:val="0"/>
          <w:color w:val="22201D"/>
          <w:sz w:val="20"/>
        </w:rPr>
        <w:t>"A bill appears to have charged a customer for attention to debt."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 refund notice was issued before the corresponding apology occurred."</w:t>
      </w:r>
    </w:p>
    <w:p>
      <w:pPr>
        <w:spacing w:after="60" w:line="266" w:lineRule="auto"/>
        <w:ind w:firstLine="331"/>
        <w:jc w:val="both"/>
      </w:pPr>
      <w:r>
        <w:rPr>
          <w:rFonts w:ascii="Georgia" w:hAnsi="Georgia"/>
          <w:b w:val="0"/>
          <w:i w:val="0"/>
          <w:color w:val="22201D"/>
          <w:sz w:val="20"/>
        </w:rPr>
        <w:t>"Also yes."</w:t>
      </w:r>
    </w:p>
    <w:p>
      <w:pPr>
        <w:spacing w:after="60" w:line="266" w:lineRule="auto"/>
        <w:ind w:firstLine="331"/>
        <w:jc w:val="both"/>
      </w:pPr>
      <w:r>
        <w:rPr>
          <w:rFonts w:ascii="Georgia" w:hAnsi="Georgia"/>
          <w:b w:val="0"/>
          <w:i w:val="0"/>
          <w:color w:val="22201D"/>
          <w:sz w:val="20"/>
        </w:rPr>
        <w:t>"A change slip rejected cash as unable to hear."</w:t>
      </w:r>
    </w:p>
    <w:p>
      <w:pPr>
        <w:spacing w:after="60" w:line="266" w:lineRule="auto"/>
        <w:ind w:firstLine="331"/>
        <w:jc w:val="both"/>
      </w:pPr>
      <w:r>
        <w:rPr>
          <w:rFonts w:ascii="Georgia" w:hAnsi="Georgia"/>
          <w:b w:val="0"/>
          <w:i w:val="0"/>
          <w:color w:val="22201D"/>
          <w:sz w:val="20"/>
        </w:rPr>
        <w:t>"Accurate."</w:t>
      </w:r>
    </w:p>
    <w:p>
      <w:pPr>
        <w:spacing w:after="60" w:line="266" w:lineRule="auto"/>
        <w:ind w:firstLine="331"/>
        <w:jc w:val="both"/>
      </w:pPr>
      <w:r>
        <w:rPr>
          <w:rFonts w:ascii="Georgia" w:hAnsi="Georgia"/>
          <w:b w:val="0"/>
          <w:i w:val="0"/>
          <w:color w:val="22201D"/>
          <w:sz w:val="20"/>
        </w:rPr>
        <w:t>Auditor Ives closed her folder.</w:t>
      </w:r>
    </w:p>
    <w:p>
      <w:pPr>
        <w:spacing w:after="60" w:line="266" w:lineRule="auto"/>
        <w:ind w:firstLine="331"/>
        <w:jc w:val="both"/>
      </w:pPr>
      <w:r>
        <w:rPr>
          <w:rFonts w:ascii="Georgia" w:hAnsi="Georgia"/>
          <w:b w:val="0"/>
          <w:i w:val="0"/>
          <w:color w:val="22201D"/>
          <w:sz w:val="20"/>
        </w:rPr>
        <w:t>The sound was soft.</w:t>
      </w:r>
    </w:p>
    <w:p>
      <w:pPr>
        <w:spacing w:after="60" w:line="266" w:lineRule="auto"/>
        <w:ind w:firstLine="331"/>
        <w:jc w:val="both"/>
      </w:pPr>
      <w:r>
        <w:rPr>
          <w:rFonts w:ascii="Georgia" w:hAnsi="Georgia"/>
          <w:b w:val="0"/>
          <w:i w:val="0"/>
          <w:color w:val="22201D"/>
          <w:sz w:val="20"/>
        </w:rPr>
        <w:t>It made the room listen.</w:t>
      </w:r>
    </w:p>
    <w:p>
      <w:pPr>
        <w:spacing w:after="60" w:line="266" w:lineRule="auto"/>
        <w:ind w:firstLine="331"/>
        <w:jc w:val="both"/>
      </w:pPr>
      <w:r>
        <w:rPr>
          <w:rFonts w:ascii="Georgia" w:hAnsi="Georgia"/>
          <w:b w:val="0"/>
          <w:i w:val="0"/>
          <w:color w:val="22201D"/>
          <w:sz w:val="20"/>
        </w:rPr>
        <w:t>"Do you understand what this looks like from the city's side?"</w:t>
      </w:r>
    </w:p>
    <w:p>
      <w:pPr>
        <w:spacing w:after="60" w:line="266" w:lineRule="auto"/>
        <w:ind w:firstLine="331"/>
        <w:jc w:val="both"/>
      </w:pPr>
      <w:r>
        <w:rPr>
          <w:rFonts w:ascii="Georgia" w:hAnsi="Georgia"/>
          <w:b w:val="0"/>
          <w:i w:val="0"/>
          <w:color w:val="22201D"/>
          <w:sz w:val="20"/>
        </w:rPr>
        <w:t>"A problem."</w:t>
      </w:r>
    </w:p>
    <w:p>
      <w:pPr>
        <w:spacing w:after="60" w:line="266" w:lineRule="auto"/>
        <w:ind w:firstLine="331"/>
        <w:jc w:val="both"/>
      </w:pPr>
      <w:r>
        <w:rPr>
          <w:rFonts w:ascii="Georgia" w:hAnsi="Georgia"/>
          <w:b w:val="0"/>
          <w:i w:val="0"/>
          <w:color w:val="22201D"/>
          <w:sz w:val="20"/>
        </w:rPr>
        <w:t>"More specifically."</w:t>
      </w:r>
    </w:p>
    <w:p>
      <w:pPr>
        <w:spacing w:after="60" w:line="266" w:lineRule="auto"/>
        <w:ind w:firstLine="331"/>
        <w:jc w:val="both"/>
      </w:pPr>
      <w:r>
        <w:rPr>
          <w:rFonts w:ascii="Georgia" w:hAnsi="Georgia"/>
          <w:b w:val="0"/>
          <w:i w:val="0"/>
          <w:color w:val="22201D"/>
          <w:sz w:val="20"/>
        </w:rPr>
        <w:t>"Several offices each touching part of a living thing and trying to decide whether the part is the whole."</w:t>
      </w:r>
    </w:p>
    <w:p>
      <w:pPr>
        <w:spacing w:after="60" w:line="266" w:lineRule="auto"/>
        <w:ind w:firstLine="331"/>
        <w:jc w:val="both"/>
      </w:pPr>
      <w:r>
        <w:rPr>
          <w:rFonts w:ascii="Georgia" w:hAnsi="Georgia"/>
          <w:b w:val="0"/>
          <w:i w:val="0"/>
          <w:color w:val="22201D"/>
          <w:sz w:val="20"/>
        </w:rPr>
        <w:t>Auditor Ives considered that.</w:t>
      </w:r>
    </w:p>
    <w:p>
      <w:pPr>
        <w:spacing w:after="60" w:line="266" w:lineRule="auto"/>
        <w:ind w:firstLine="331"/>
        <w:jc w:val="both"/>
      </w:pPr>
      <w:r>
        <w:rPr>
          <w:rFonts w:ascii="Georgia" w:hAnsi="Georgia"/>
          <w:b w:val="0"/>
          <w:i w:val="0"/>
          <w:color w:val="22201D"/>
          <w:sz w:val="20"/>
        </w:rPr>
        <w:t>"From the city's side, it looks like a restaurant creating obligations that cannot be taxed, refunded, inspected, or discharged through recognized means."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"That is not sustainable."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Flocc blinked.</w:t>
      </w:r>
    </w:p>
    <w:p>
      <w:pPr>
        <w:spacing w:after="60" w:line="266" w:lineRule="auto"/>
        <w:ind w:firstLine="331"/>
        <w:jc w:val="both"/>
      </w:pPr>
      <w:r>
        <w:rPr>
          <w:rFonts w:ascii="Georgia" w:hAnsi="Georgia"/>
          <w:b w:val="0"/>
          <w:i w:val="0"/>
          <w:color w:val="22201D"/>
          <w:sz w:val="20"/>
        </w:rPr>
        <w:t>The Hostess had said it simply.</w:t>
      </w:r>
    </w:p>
    <w:p>
      <w:pPr>
        <w:spacing w:after="60" w:line="266" w:lineRule="auto"/>
        <w:ind w:firstLine="331"/>
        <w:jc w:val="both"/>
      </w:pPr>
      <w:r>
        <w:rPr>
          <w:rFonts w:ascii="Georgia" w:hAnsi="Georgia"/>
          <w:b w:val="0"/>
          <w:i w:val="0"/>
          <w:color w:val="22201D"/>
          <w:sz w:val="20"/>
        </w:rPr>
        <w:t>Not defensively.</w:t>
      </w:r>
    </w:p>
    <w:p>
      <w:pPr>
        <w:spacing w:after="60" w:line="266" w:lineRule="auto"/>
        <w:ind w:firstLine="331"/>
        <w:jc w:val="both"/>
      </w:pPr>
      <w:r>
        <w:rPr>
          <w:rFonts w:ascii="Georgia" w:hAnsi="Georgia"/>
          <w:b w:val="0"/>
          <w:i w:val="0"/>
          <w:color w:val="22201D"/>
          <w:sz w:val="20"/>
        </w:rPr>
        <w:t>Not playfully.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restaurant did not make the lights flicker to punish the phrase. The menu did not argue. The bill did not print a clever line about sustainability. Even the tray stayed quiet.</w:t>
      </w:r>
    </w:p>
    <w:p>
      <w:pPr>
        <w:spacing w:after="60" w:line="266" w:lineRule="auto"/>
        <w:ind w:firstLine="331"/>
        <w:jc w:val="both"/>
      </w:pPr>
      <w:r>
        <w:rPr>
          <w:rFonts w:ascii="Georgia" w:hAnsi="Georgia"/>
          <w:b w:val="0"/>
          <w:i w:val="0"/>
          <w:color w:val="22201D"/>
          <w:sz w:val="20"/>
        </w:rPr>
        <w:t>Auditor Ives seemed more disturbed by agreement than she had been by contradiction.</w:t>
      </w:r>
    </w:p>
    <w:p>
      <w:pPr>
        <w:spacing w:after="60" w:line="266" w:lineRule="auto"/>
        <w:ind w:firstLine="331"/>
        <w:jc w:val="both"/>
      </w:pPr>
      <w:r>
        <w:rPr>
          <w:rFonts w:ascii="Georgia" w:hAnsi="Georgia"/>
          <w:b w:val="0"/>
          <w:i w:val="0"/>
          <w:color w:val="22201D"/>
          <w:sz w:val="20"/>
        </w:rPr>
        <w:t>"You concede that?"</w:t>
      </w:r>
    </w:p>
    <w:p>
      <w:pPr>
        <w:spacing w:after="60" w:line="266" w:lineRule="auto"/>
        <w:ind w:firstLine="331"/>
        <w:jc w:val="both"/>
      </w:pPr>
      <w:r>
        <w:rPr>
          <w:rFonts w:ascii="Georgia" w:hAnsi="Georgia"/>
          <w:b w:val="0"/>
          <w:i w:val="0"/>
          <w:color w:val="22201D"/>
          <w:sz w:val="20"/>
        </w:rPr>
        <w:t>"I recognize it."</w:t>
      </w:r>
    </w:p>
    <w:p>
      <w:pPr>
        <w:spacing w:after="60" w:line="266" w:lineRule="auto"/>
        <w:ind w:firstLine="331"/>
        <w:jc w:val="both"/>
      </w:pPr>
      <w:r>
        <w:rPr>
          <w:rFonts w:ascii="Georgia" w:hAnsi="Georgia"/>
          <w:b w:val="0"/>
          <w:i w:val="0"/>
          <w:color w:val="22201D"/>
          <w:sz w:val="20"/>
        </w:rPr>
        <w:t>"That is not the same."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what is your proposed classification?"</w:t>
      </w:r>
    </w:p>
    <w:p>
      <w:pPr>
        <w:spacing w:after="60" w:line="266" w:lineRule="auto"/>
        <w:ind w:firstLine="331"/>
        <w:jc w:val="both"/>
      </w:pPr>
      <w:r>
        <w:rPr>
          <w:rFonts w:ascii="Georgia" w:hAnsi="Georgia"/>
          <w:b w:val="0"/>
          <w:i w:val="0"/>
          <w:color w:val="22201D"/>
          <w:sz w:val="20"/>
        </w:rPr>
        <w:t>The Hostess looked at the zero-order receipt.</w:t>
      </w:r>
    </w:p>
    <w:p>
      <w:pPr>
        <w:spacing w:after="60" w:line="266" w:lineRule="auto"/>
        <w:ind w:firstLine="331"/>
        <w:jc w:val="both"/>
      </w:pPr>
      <w:r>
        <w:rPr>
          <w:rFonts w:ascii="Georgia" w:hAnsi="Georgia"/>
          <w:b w:val="0"/>
          <w:i w:val="0"/>
          <w:color w:val="22201D"/>
          <w:sz w:val="20"/>
        </w:rPr>
        <w:t>"Not yet known."</w:t>
      </w:r>
    </w:p>
    <w:p>
      <w:pPr>
        <w:spacing w:after="60" w:line="266" w:lineRule="auto"/>
        <w:ind w:firstLine="331"/>
        <w:jc w:val="both"/>
      </w:pPr>
      <w:r>
        <w:rPr>
          <w:rFonts w:ascii="Georgia" w:hAnsi="Georgia"/>
          <w:b w:val="0"/>
          <w:i w:val="0"/>
          <w:color w:val="22201D"/>
          <w:sz w:val="20"/>
        </w:rPr>
        <w:t>"That is insufficient."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Auditor Ives opened her folder again, slower this time.</w:t>
      </w:r>
    </w:p>
    <w:p>
      <w:pPr>
        <w:spacing w:after="60" w:line="266" w:lineRule="auto"/>
        <w:ind w:firstLine="331"/>
        <w:jc w:val="both"/>
      </w:pPr>
      <w:r>
        <w:rPr>
          <w:rFonts w:ascii="Georgia" w:hAnsi="Georgia"/>
          <w:b w:val="0"/>
          <w:i w:val="0"/>
          <w:color w:val="22201D"/>
          <w:sz w:val="20"/>
        </w:rPr>
        <w:t>"You keep agreeing with the part of the problem that should frighten you."</w:t>
      </w:r>
    </w:p>
    <w:p>
      <w:pPr>
        <w:spacing w:after="60" w:line="266" w:lineRule="auto"/>
        <w:ind w:firstLine="331"/>
        <w:jc w:val="both"/>
      </w:pPr>
      <w:r>
        <w:rPr>
          <w:rFonts w:ascii="Georgia" w:hAnsi="Georgia"/>
          <w:b w:val="0"/>
          <w:i w:val="0"/>
          <w:color w:val="22201D"/>
          <w:sz w:val="20"/>
        </w:rPr>
        <w:t>"It does frighten us."</w:t>
      </w:r>
    </w:p>
    <w:p>
      <w:pPr>
        <w:spacing w:after="60" w:line="266" w:lineRule="auto"/>
        <w:ind w:firstLine="331"/>
        <w:jc w:val="both"/>
      </w:pPr>
      <w:r>
        <w:rPr>
          <w:rFonts w:ascii="Georgia" w:hAnsi="Georgia"/>
          <w:b w:val="0"/>
          <w:i w:val="0"/>
          <w:color w:val="22201D"/>
          <w:sz w:val="20"/>
        </w:rPr>
        <w:t>"You do not appear frightened."</w:t>
      </w:r>
    </w:p>
    <w:p>
      <w:pPr>
        <w:spacing w:after="60" w:line="266" w:lineRule="auto"/>
        <w:ind w:firstLine="331"/>
        <w:jc w:val="both"/>
      </w:pPr>
      <w:r>
        <w:rPr>
          <w:rFonts w:ascii="Georgia" w:hAnsi="Georgia"/>
          <w:b w:val="0"/>
          <w:i w:val="0"/>
          <w:color w:val="22201D"/>
          <w:sz w:val="20"/>
        </w:rPr>
        <w:t>"That is not a reliable test."</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Auditor concern: unrecognized obligation  Restaurant response: concern valid</w:t>
      </w:r>
    </w:p>
    <w:p>
      <w:pPr>
        <w:spacing w:after="60" w:line="266" w:lineRule="auto"/>
        <w:ind w:firstLine="331"/>
        <w:jc w:val="both"/>
      </w:pPr>
      <w:r>
        <w:rPr>
          <w:rFonts w:ascii="Georgia" w:hAnsi="Georgia"/>
          <w:b w:val="0"/>
          <w:i w:val="0"/>
          <w:color w:val="22201D"/>
          <w:sz w:val="20"/>
        </w:rPr>
        <w:t>Auditor Ives read it.</w:t>
      </w:r>
    </w:p>
    <w:p>
      <w:pPr>
        <w:spacing w:after="60" w:line="266" w:lineRule="auto"/>
        <w:ind w:firstLine="331"/>
        <w:jc w:val="both"/>
      </w:pPr>
      <w:r>
        <w:rPr>
          <w:rFonts w:ascii="Georgia" w:hAnsi="Georgia"/>
          <w:b w:val="0"/>
          <w:i w:val="0"/>
          <w:color w:val="22201D"/>
          <w:sz w:val="20"/>
        </w:rPr>
        <w:t>Something in her face changed.</w:t>
      </w:r>
    </w:p>
    <w:p>
      <w:pPr>
        <w:spacing w:after="60" w:line="266" w:lineRule="auto"/>
        <w:ind w:firstLine="331"/>
        <w:jc w:val="both"/>
      </w:pPr>
      <w:r>
        <w:rPr>
          <w:rFonts w:ascii="Georgia" w:hAnsi="Georgia"/>
          <w:b w:val="0"/>
          <w:i w:val="0"/>
          <w:color w:val="22201D"/>
          <w:sz w:val="20"/>
        </w:rPr>
        <w:t>Not softened. Specificity is not softness. But the line found a place where the person behind the role had been standing with no chair.</w:t>
      </w:r>
    </w:p>
    <w:p>
      <w:pPr>
        <w:spacing w:after="60" w:line="266" w:lineRule="auto"/>
        <w:ind w:firstLine="331"/>
        <w:jc w:val="both"/>
      </w:pPr>
      <w:r>
        <w:rPr>
          <w:rFonts w:ascii="Georgia" w:hAnsi="Georgia"/>
          <w:b w:val="0"/>
          <w:i w:val="0"/>
          <w:color w:val="22201D"/>
          <w:sz w:val="20"/>
        </w:rPr>
        <w:t>"Concern valid," she repeated.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why does this receipt say the price is admission?"</w:t>
      </w:r>
    </w:p>
    <w:p>
      <w:pPr>
        <w:spacing w:after="60" w:line="266" w:lineRule="auto"/>
        <w:ind w:firstLine="331"/>
        <w:jc w:val="both"/>
      </w:pPr>
      <w:r>
        <w:rPr>
          <w:rFonts w:ascii="Georgia" w:hAnsi="Georgia"/>
          <w:b w:val="0"/>
          <w:i w:val="0"/>
          <w:color w:val="22201D"/>
          <w:sz w:val="20"/>
        </w:rPr>
        <w:t>The Hostess slid the receipt slightly closer to her.</w:t>
      </w:r>
    </w:p>
    <w:p>
      <w:pPr>
        <w:spacing w:after="60" w:line="266" w:lineRule="auto"/>
        <w:ind w:firstLine="331"/>
        <w:jc w:val="both"/>
      </w:pPr>
      <w:r>
        <w:rPr>
          <w:rFonts w:ascii="Georgia" w:hAnsi="Georgia"/>
          <w:b w:val="0"/>
          <w:i w:val="0"/>
          <w:color w:val="22201D"/>
          <w:sz w:val="20"/>
        </w:rPr>
        <w:t>"Because your refusal has admitted more than nothing."</w:t>
      </w:r>
    </w:p>
    <w:p>
      <w:pPr>
        <w:spacing w:after="60" w:line="266" w:lineRule="auto"/>
        <w:ind w:firstLine="331"/>
        <w:jc w:val="both"/>
      </w:pPr>
      <w:r>
        <w:rPr>
          <w:rFonts w:ascii="Georgia" w:hAnsi="Georgia"/>
          <w:b w:val="0"/>
          <w:i w:val="0"/>
          <w:color w:val="22201D"/>
          <w:sz w:val="20"/>
        </w:rPr>
        <w:t>Auditor Ives said nothing.</w:t>
      </w:r>
    </w:p>
    <w:p>
      <w:pPr>
        <w:spacing w:after="60" w:line="266" w:lineRule="auto"/>
        <w:ind w:firstLine="331"/>
        <w:jc w:val="both"/>
      </w:pPr>
      <w:r>
        <w:rPr>
          <w:rFonts w:ascii="Georgia" w:hAnsi="Georgia"/>
          <w:b w:val="0"/>
          <w:i w:val="0"/>
          <w:color w:val="22201D"/>
          <w:sz w:val="20"/>
        </w:rPr>
        <w:t>The Hostess continued.</w:t>
      </w:r>
    </w:p>
    <w:p>
      <w:pPr>
        <w:spacing w:after="60" w:line="266" w:lineRule="auto"/>
        <w:ind w:firstLine="331"/>
        <w:jc w:val="both"/>
      </w:pPr>
      <w:r>
        <w:rPr>
          <w:rFonts w:ascii="Georgia" w:hAnsi="Georgia"/>
          <w:b w:val="0"/>
          <w:i w:val="0"/>
          <w:color w:val="22201D"/>
          <w:sz w:val="20"/>
        </w:rPr>
        <w:t>"You admitted the city cannot classify the account yet. You admitted recognized tender may not cover what is being charged. You admitted you came inside to see the problem yourself. You admitted the problem is not imaginary."</w:t>
      </w:r>
    </w:p>
    <w:p>
      <w:pPr>
        <w:spacing w:after="60" w:line="266" w:lineRule="auto"/>
        <w:ind w:firstLine="331"/>
        <w:jc w:val="both"/>
      </w:pPr>
      <w:r>
        <w:rPr>
          <w:rFonts w:ascii="Georgia" w:hAnsi="Georgia"/>
          <w:b w:val="0"/>
          <w:i w:val="0"/>
          <w:color w:val="22201D"/>
          <w:sz w:val="20"/>
        </w:rPr>
        <w:t>"That is not personal admission."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Personal admission: pending</w:t>
      </w:r>
    </w:p>
    <w:p>
      <w:pPr>
        <w:spacing w:after="60" w:line="266" w:lineRule="auto"/>
        <w:ind w:firstLine="331"/>
        <w:jc w:val="both"/>
      </w:pPr>
      <w:r>
        <w:rPr>
          <w:rFonts w:ascii="Georgia" w:hAnsi="Georgia"/>
          <w:b w:val="0"/>
          <w:i w:val="0"/>
          <w:color w:val="22201D"/>
          <w:sz w:val="20"/>
        </w:rPr>
        <w:t>Auditor Ives's hand tightened around the pen.</w:t>
      </w:r>
    </w:p>
    <w:p>
      <w:pPr>
        <w:spacing w:after="60" w:line="266" w:lineRule="auto"/>
        <w:ind w:firstLine="331"/>
        <w:jc w:val="both"/>
      </w:pPr>
      <w:r>
        <w:rPr>
          <w:rFonts w:ascii="Georgia" w:hAnsi="Georgia"/>
          <w:b w:val="0"/>
          <w:i w:val="0"/>
          <w:color w:val="22201D"/>
          <w:sz w:val="20"/>
        </w:rPr>
        <w:t>"I am not required to make one."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"It may still be the price."</w:t>
      </w:r>
    </w:p>
    <w:p>
      <w:pPr>
        <w:spacing w:after="60" w:line="266" w:lineRule="auto"/>
        <w:ind w:firstLine="331"/>
        <w:jc w:val="both"/>
      </w:pPr>
      <w:r>
        <w:rPr>
          <w:rFonts w:ascii="Georgia" w:hAnsi="Georgia"/>
          <w:b w:val="0"/>
          <w:i w:val="0"/>
          <w:color w:val="22201D"/>
          <w:sz w:val="20"/>
        </w:rPr>
        <w:t>Auditor Ives looked at the door again.</w:t>
      </w:r>
    </w:p>
    <w:p>
      <w:pPr>
        <w:spacing w:after="60" w:line="266" w:lineRule="auto"/>
        <w:ind w:firstLine="331"/>
        <w:jc w:val="both"/>
      </w:pPr>
      <w:r>
        <w:rPr>
          <w:rFonts w:ascii="Georgia" w:hAnsi="Georgia"/>
          <w:b w:val="0"/>
          <w:i w:val="0"/>
          <w:color w:val="22201D"/>
          <w:sz w:val="20"/>
        </w:rPr>
        <w:t>This time, the door did not look like an exit.</w:t>
      </w:r>
    </w:p>
    <w:p>
      <w:pPr>
        <w:spacing w:after="60" w:line="266" w:lineRule="auto"/>
        <w:ind w:firstLine="331"/>
        <w:jc w:val="both"/>
      </w:pPr>
      <w:r>
        <w:rPr>
          <w:rFonts w:ascii="Georgia" w:hAnsi="Georgia"/>
          <w:b w:val="0"/>
          <w:i w:val="0"/>
          <w:color w:val="22201D"/>
          <w:sz w:val="20"/>
        </w:rPr>
        <w:t>It looked like a question that opened outward.</w:t>
      </w:r>
    </w:p>
    <w:p>
      <w:pPr>
        <w:spacing w:after="60" w:line="266" w:lineRule="auto"/>
        <w:ind w:firstLine="331"/>
        <w:jc w:val="both"/>
      </w:pPr>
      <w:r>
        <w:rPr>
          <w:rFonts w:ascii="Georgia" w:hAnsi="Georgia"/>
          <w:b w:val="0"/>
          <w:i w:val="0"/>
          <w:color w:val="22201D"/>
          <w:sz w:val="20"/>
        </w:rPr>
        <w:t>"I have worked in revenue for twelve years," she said.</w:t>
      </w:r>
    </w:p>
    <w:p>
      <w:pPr>
        <w:spacing w:after="60" w:line="266" w:lineRule="auto"/>
        <w:ind w:firstLine="331"/>
        <w:jc w:val="both"/>
      </w:pPr>
      <w:r>
        <w:rPr>
          <w:rFonts w:ascii="Georgia" w:hAnsi="Georgia"/>
          <w:b w:val="0"/>
          <w:i w:val="0"/>
          <w:color w:val="22201D"/>
          <w:sz w:val="20"/>
        </w:rPr>
        <w:t>The Hostess did not move.</w:t>
      </w:r>
    </w:p>
    <w:p>
      <w:pPr>
        <w:spacing w:after="60" w:line="266" w:lineRule="auto"/>
        <w:ind w:firstLine="331"/>
        <w:jc w:val="both"/>
      </w:pPr>
      <w:r>
        <w:rPr>
          <w:rFonts w:ascii="Georgia" w:hAnsi="Georgia"/>
          <w:b w:val="0"/>
          <w:i w:val="0"/>
          <w:color w:val="22201D"/>
          <w:sz w:val="20"/>
        </w:rPr>
        <w:t>"Before that, licensing. Before that, public records intake. I know what happens when obligations are vague. People with power make them expensive for people without power. People with language make them impossible for people who only have need. If your restaurant charges honesty, attention, listening, courage, admission, whatever else it wants to call currency, then who determines the amount?"</w:t>
      </w:r>
    </w:p>
    <w:p>
      <w:pPr>
        <w:spacing w:after="60" w:line="266" w:lineRule="auto"/>
        <w:ind w:firstLine="331"/>
        <w:jc w:val="both"/>
      </w:pPr>
      <w:r>
        <w:rPr>
          <w:rFonts w:ascii="Georgia" w:hAnsi="Georgia"/>
          <w:b w:val="0"/>
          <w:i w:val="0"/>
          <w:color w:val="22201D"/>
          <w:sz w:val="20"/>
        </w:rPr>
        <w:t>The room received the question with respect.</w:t>
      </w:r>
    </w:p>
    <w:p>
      <w:pPr>
        <w:spacing w:after="60" w:line="266" w:lineRule="auto"/>
        <w:ind w:firstLine="331"/>
        <w:jc w:val="both"/>
      </w:pPr>
      <w:r>
        <w:rPr>
          <w:rFonts w:ascii="Georgia" w:hAnsi="Georgia"/>
          <w:b w:val="0"/>
          <w:i w:val="0"/>
          <w:color w:val="22201D"/>
          <w:sz w:val="20"/>
        </w:rPr>
        <w:t>Flocc felt something in him sit down.</w:t>
      </w:r>
    </w:p>
    <w:p>
      <w:pPr>
        <w:spacing w:after="60" w:line="266" w:lineRule="auto"/>
        <w:ind w:firstLine="331"/>
        <w:jc w:val="both"/>
      </w:pPr>
      <w:r>
        <w:rPr>
          <w:rFonts w:ascii="Georgia" w:hAnsi="Georgia"/>
          <w:b w:val="0"/>
          <w:i w:val="0"/>
          <w:color w:val="22201D"/>
          <w:sz w:val="20"/>
        </w:rPr>
        <w:t>He had wanted the Auditor to be wrong because wrong people were easier to survive. This was unfair. Worse, it was inaccurate. Auditor Ives was not wrong to fear a bill that could charge invisible things.</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029: Opposition allowed to be morally serious. Amount credited: one audit no longer treated as inconvenience</w:t>
      </w:r>
    </w:p>
    <w:p>
      <w:pPr>
        <w:spacing w:after="60" w:line="266" w:lineRule="auto"/>
        <w:ind w:firstLine="331"/>
        <w:jc w:val="both"/>
      </w:pPr>
      <w:r>
        <w:rPr>
          <w:rFonts w:ascii="Georgia" w:hAnsi="Georgia"/>
          <w:b w:val="0"/>
          <w:i w:val="0"/>
          <w:color w:val="22201D"/>
          <w:sz w:val="20"/>
        </w:rPr>
        <w:t>Mara read it.</w:t>
      </w:r>
    </w:p>
    <w:p>
      <w:pPr>
        <w:spacing w:after="60" w:line="266" w:lineRule="auto"/>
        <w:ind w:firstLine="331"/>
        <w:jc w:val="both"/>
      </w:pPr>
      <w:r>
        <w:rPr>
          <w:rFonts w:ascii="Georgia" w:hAnsi="Georgia"/>
          <w:b w:val="0"/>
          <w:i w:val="0"/>
          <w:color w:val="22201D"/>
          <w:sz w:val="20"/>
        </w:rPr>
        <w:t>"That one is for both of us," she said.</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The Hostess answered Auditor Ives.</w:t>
      </w:r>
    </w:p>
    <w:p>
      <w:pPr>
        <w:spacing w:after="60" w:line="266" w:lineRule="auto"/>
        <w:ind w:firstLine="331"/>
        <w:jc w:val="both"/>
      </w:pPr>
      <w:r>
        <w:rPr>
          <w:rFonts w:ascii="Georgia" w:hAnsi="Georgia"/>
          <w:b w:val="0"/>
          <w:i w:val="0"/>
          <w:color w:val="22201D"/>
          <w:sz w:val="20"/>
        </w:rPr>
        <w:t>"That is why you are here."</w:t>
      </w:r>
    </w:p>
    <w:p>
      <w:pPr>
        <w:spacing w:after="60" w:line="266" w:lineRule="auto"/>
        <w:ind w:firstLine="331"/>
        <w:jc w:val="both"/>
      </w:pPr>
      <w:r>
        <w:rPr>
          <w:rFonts w:ascii="Georgia" w:hAnsi="Georgia"/>
          <w:b w:val="0"/>
          <w:i w:val="0"/>
          <w:color w:val="22201D"/>
          <w:sz w:val="20"/>
        </w:rPr>
        <w:t>"That is not an answer."</w:t>
      </w:r>
    </w:p>
    <w:p>
      <w:pPr>
        <w:spacing w:after="60" w:line="266" w:lineRule="auto"/>
        <w:ind w:firstLine="331"/>
        <w:jc w:val="both"/>
      </w:pPr>
      <w:r>
        <w:rPr>
          <w:rFonts w:ascii="Georgia" w:hAnsi="Georgia"/>
          <w:b w:val="0"/>
          <w:i w:val="0"/>
          <w:color w:val="22201D"/>
          <w:sz w:val="20"/>
        </w:rPr>
        <w:t>"It is the start of one."</w:t>
      </w:r>
    </w:p>
    <w:p>
      <w:pPr>
        <w:spacing w:after="60" w:line="266" w:lineRule="auto"/>
        <w:ind w:firstLine="331"/>
        <w:jc w:val="both"/>
      </w:pPr>
      <w:r>
        <w:rPr>
          <w:rFonts w:ascii="Georgia" w:hAnsi="Georgia"/>
          <w:b w:val="0"/>
          <w:i w:val="0"/>
          <w:color w:val="22201D"/>
          <w:sz w:val="20"/>
        </w:rPr>
        <w:t>"No establishment gets to invent debt and then call the auditor part of the recipe."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The zero-order receipt printed:</w:t>
      </w:r>
    </w:p>
    <w:p>
      <w:pPr>
        <w:spacing w:after="60" w:line="250" w:lineRule="auto"/>
        <w:ind w:left="202" w:right="173"/>
      </w:pPr>
      <w:r>
        <w:rPr>
          <w:rFonts w:ascii="Georgia" w:hAnsi="Georgia"/>
          <w:b w:val="0"/>
          <w:i w:val="0"/>
          <w:color w:val="22201D"/>
          <w:sz w:val="17"/>
        </w:rPr>
        <w:t>Auditor price: admission that refusal is protecting someone</w:t>
      </w:r>
    </w:p>
    <w:p>
      <w:pPr>
        <w:spacing w:after="60" w:line="266" w:lineRule="auto"/>
        <w:ind w:firstLine="331"/>
        <w:jc w:val="both"/>
      </w:pPr>
      <w:r>
        <w:rPr>
          <w:rFonts w:ascii="Georgia" w:hAnsi="Georgia"/>
          <w:b w:val="0"/>
          <w:i w:val="0"/>
          <w:color w:val="22201D"/>
          <w:sz w:val="20"/>
        </w:rPr>
        <w:t>Auditor Ives stared at the line.</w:t>
      </w:r>
    </w:p>
    <w:p>
      <w:pPr>
        <w:spacing w:after="60" w:line="266" w:lineRule="auto"/>
        <w:ind w:firstLine="331"/>
        <w:jc w:val="both"/>
      </w:pPr>
      <w:r>
        <w:rPr>
          <w:rFonts w:ascii="Georgia" w:hAnsi="Georgia"/>
          <w:b w:val="0"/>
          <w:i w:val="0"/>
          <w:color w:val="22201D"/>
          <w:sz w:val="20"/>
        </w:rPr>
        <w:t>Her face closed.</w:t>
      </w:r>
    </w:p>
    <w:p>
      <w:pPr>
        <w:spacing w:after="60" w:line="266" w:lineRule="auto"/>
        <w:ind w:firstLine="331"/>
        <w:jc w:val="both"/>
      </w:pPr>
      <w:r>
        <w:rPr>
          <w:rFonts w:ascii="Georgia" w:hAnsi="Georgia"/>
          <w:b w:val="0"/>
          <w:i w:val="0"/>
          <w:color w:val="22201D"/>
          <w:sz w:val="20"/>
        </w:rPr>
        <w:t>Then it did something more interesting.</w:t>
      </w:r>
    </w:p>
    <w:p>
      <w:pPr>
        <w:spacing w:after="60" w:line="266" w:lineRule="auto"/>
        <w:ind w:firstLine="331"/>
        <w:jc w:val="both"/>
      </w:pPr>
      <w:r>
        <w:rPr>
          <w:rFonts w:ascii="Georgia" w:hAnsi="Georgia"/>
          <w:b w:val="0"/>
          <w:i w:val="0"/>
          <w:color w:val="22201D"/>
          <w:sz w:val="20"/>
        </w:rPr>
        <w:t>It did not reopen.</w:t>
      </w:r>
    </w:p>
    <w:p>
      <w:pPr>
        <w:spacing w:after="60" w:line="266" w:lineRule="auto"/>
        <w:ind w:firstLine="331"/>
        <w:jc w:val="both"/>
      </w:pPr>
      <w:r>
        <w:rPr>
          <w:rFonts w:ascii="Georgia" w:hAnsi="Georgia"/>
          <w:b w:val="0"/>
          <w:i w:val="0"/>
          <w:color w:val="22201D"/>
          <w:sz w:val="20"/>
        </w:rPr>
        <w:t>It remained closed, but the person inside it spoke.</w:t>
      </w:r>
    </w:p>
    <w:p>
      <w:pPr>
        <w:spacing w:after="60" w:line="266" w:lineRule="auto"/>
        <w:ind w:firstLine="331"/>
        <w:jc w:val="both"/>
      </w:pPr>
      <w:r>
        <w:rPr>
          <w:rFonts w:ascii="Georgia" w:hAnsi="Georgia"/>
          <w:b w:val="0"/>
          <w:i w:val="0"/>
          <w:color w:val="22201D"/>
          <w:sz w:val="20"/>
        </w:rPr>
        <w:t>"Fine," she said. "Yes."</w:t>
      </w:r>
    </w:p>
    <w:p>
      <w:pPr>
        <w:spacing w:after="60" w:line="266" w:lineRule="auto"/>
        <w:ind w:firstLine="331"/>
        <w:jc w:val="both"/>
      </w:pPr>
      <w:r>
        <w:rPr>
          <w:rFonts w:ascii="Georgia" w:hAnsi="Georgia"/>
          <w:b w:val="0"/>
          <w:i w:val="0"/>
          <w:color w:val="22201D"/>
          <w:sz w:val="20"/>
        </w:rPr>
        <w:t>The receipt waited.</w:t>
      </w:r>
    </w:p>
    <w:p>
      <w:pPr>
        <w:spacing w:after="60" w:line="266" w:lineRule="auto"/>
        <w:ind w:firstLine="331"/>
        <w:jc w:val="both"/>
      </w:pPr>
      <w:r>
        <w:rPr>
          <w:rFonts w:ascii="Georgia" w:hAnsi="Georgia"/>
          <w:b w:val="0"/>
          <w:i w:val="0"/>
          <w:color w:val="22201D"/>
          <w:sz w:val="20"/>
        </w:rPr>
        <w:t>"My refusal is protecting people from arbitrary charges."</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Admission accepted: public protection</w:t>
      </w:r>
    </w:p>
    <w:p>
      <w:pPr>
        <w:spacing w:after="60" w:line="266" w:lineRule="auto"/>
        <w:ind w:firstLine="331"/>
        <w:jc w:val="both"/>
      </w:pPr>
      <w:r>
        <w:rPr>
          <w:rFonts w:ascii="Georgia" w:hAnsi="Georgia"/>
          <w:b w:val="0"/>
          <w:i w:val="0"/>
          <w:color w:val="22201D"/>
          <w:sz w:val="20"/>
        </w:rPr>
        <w:t>Auditor Ives exhaled once through her nose.</w:t>
      </w:r>
    </w:p>
    <w:p>
      <w:pPr>
        <w:spacing w:after="60" w:line="266" w:lineRule="auto"/>
        <w:ind w:firstLine="331"/>
        <w:jc w:val="both"/>
      </w:pPr>
      <w:r>
        <w:rPr>
          <w:rFonts w:ascii="Georgia" w:hAnsi="Georgia"/>
          <w:b w:val="0"/>
          <w:i w:val="0"/>
          <w:color w:val="22201D"/>
          <w:sz w:val="20"/>
        </w:rPr>
        <w:t>"Do not make that sound mystical."</w:t>
      </w:r>
    </w:p>
    <w:p>
      <w:pPr>
        <w:spacing w:after="60" w:line="266" w:lineRule="auto"/>
        <w:ind w:firstLine="331"/>
        <w:jc w:val="both"/>
      </w:pPr>
      <w:r>
        <w:rPr>
          <w:rFonts w:ascii="Georgia" w:hAnsi="Georgia"/>
          <w:b w:val="0"/>
          <w:i w:val="0"/>
          <w:color w:val="22201D"/>
          <w:sz w:val="20"/>
        </w:rPr>
        <w:t>"It sounded municipal," said the Hostess.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Price paid: partial</w:t>
      </w:r>
    </w:p>
    <w:p>
      <w:pPr>
        <w:spacing w:after="60" w:line="266" w:lineRule="auto"/>
        <w:ind w:firstLine="331"/>
        <w:jc w:val="both"/>
      </w:pPr>
      <w:r>
        <w:rPr>
          <w:rFonts w:ascii="Georgia" w:hAnsi="Georgia"/>
          <w:b w:val="0"/>
          <w:i w:val="0"/>
          <w:color w:val="22201D"/>
          <w:sz w:val="20"/>
        </w:rPr>
        <w:t>"Partial?" Auditor Ives said.</w:t>
      </w:r>
    </w:p>
    <w:p>
      <w:pPr>
        <w:spacing w:after="60" w:line="266" w:lineRule="auto"/>
        <w:ind w:firstLine="331"/>
        <w:jc w:val="both"/>
      </w:pPr>
      <w:r>
        <w:rPr>
          <w:rFonts w:ascii="Georgia" w:hAnsi="Georgia"/>
          <w:b w:val="0"/>
          <w:i w:val="0"/>
          <w:color w:val="22201D"/>
          <w:sz w:val="20"/>
        </w:rPr>
        <w:t>Flocc flinched in sympathy.</w:t>
      </w:r>
    </w:p>
    <w:p>
      <w:pPr>
        <w:spacing w:after="60" w:line="266" w:lineRule="auto"/>
        <w:ind w:firstLine="331"/>
        <w:jc w:val="both"/>
      </w:pPr>
      <w:r>
        <w:rPr>
          <w:rFonts w:ascii="Georgia" w:hAnsi="Georgia"/>
          <w:b w:val="0"/>
          <w:i w:val="0"/>
          <w:color w:val="22201D"/>
          <w:sz w:val="20"/>
        </w:rPr>
        <w:t>Mara murmured, "The house favorite."</w:t>
      </w:r>
    </w:p>
    <w:p>
      <w:pPr>
        <w:spacing w:after="60" w:line="266" w:lineRule="auto"/>
        <w:ind w:firstLine="331"/>
        <w:jc w:val="both"/>
      </w:pPr>
      <w:r>
        <w:rPr>
          <w:rFonts w:ascii="Georgia" w:hAnsi="Georgia"/>
          <w:b w:val="0"/>
          <w:i w:val="0"/>
          <w:color w:val="22201D"/>
          <w:sz w:val="20"/>
        </w:rPr>
        <w:t>The Hostess said, "Partial is not failure."</w:t>
      </w:r>
    </w:p>
    <w:p>
      <w:pPr>
        <w:spacing w:after="60" w:line="266" w:lineRule="auto"/>
        <w:ind w:firstLine="331"/>
        <w:jc w:val="both"/>
      </w:pPr>
      <w:r>
        <w:rPr>
          <w:rFonts w:ascii="Georgia" w:hAnsi="Georgia"/>
          <w:b w:val="0"/>
          <w:i w:val="0"/>
          <w:color w:val="22201D"/>
          <w:sz w:val="20"/>
        </w:rPr>
        <w:t>"It is not completion."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 said Auditor Ives.</w:t>
      </w:r>
    </w:p>
    <w:p>
      <w:pPr>
        <w:spacing w:after="60" w:line="266" w:lineRule="auto"/>
        <w:ind w:firstLine="331"/>
        <w:jc w:val="both"/>
      </w:pPr>
      <w:r>
        <w:rPr>
          <w:rFonts w:ascii="Georgia" w:hAnsi="Georgia"/>
          <w:b w:val="0"/>
          <w:i w:val="0"/>
          <w:color w:val="22201D"/>
          <w:sz w:val="20"/>
        </w:rPr>
        <w:t>This time the possible smile returned and stayed long enough to be counted as evidence.</w:t>
      </w:r>
    </w:p>
    <w:p>
      <w:pPr>
        <w:spacing w:after="60" w:line="266" w:lineRule="auto"/>
        <w:ind w:firstLine="331"/>
        <w:jc w:val="both"/>
      </w:pPr>
      <w:r>
        <w:rPr>
          <w:rFonts w:ascii="Georgia" w:hAnsi="Georgia"/>
          <w:b w:val="0"/>
          <w:i w:val="0"/>
          <w:color w:val="22201D"/>
          <w:sz w:val="20"/>
        </w:rPr>
        <w:t>The receipt added:</w:t>
      </w:r>
    </w:p>
    <w:p>
      <w:pPr>
        <w:spacing w:after="60" w:line="250" w:lineRule="auto"/>
        <w:ind w:left="202" w:right="173"/>
      </w:pPr>
      <w:r>
        <w:rPr>
          <w:rFonts w:ascii="Georgia" w:hAnsi="Georgia"/>
          <w:b w:val="0"/>
          <w:i w:val="0"/>
          <w:color w:val="22201D"/>
          <w:sz w:val="17"/>
        </w:rPr>
        <w:t>Remaining balance: admission that protection can hide fear of being personally charged</w:t>
      </w:r>
    </w:p>
    <w:p>
      <w:pPr>
        <w:spacing w:after="60" w:line="266" w:lineRule="auto"/>
        <w:ind w:firstLine="331"/>
        <w:jc w:val="both"/>
      </w:pPr>
      <w:r>
        <w:rPr>
          <w:rFonts w:ascii="Georgia" w:hAnsi="Georgia"/>
          <w:b w:val="0"/>
          <w:i w:val="0"/>
          <w:color w:val="22201D"/>
          <w:sz w:val="20"/>
        </w:rPr>
        <w:t>The smile left.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receipt did not argue.</w:t>
      </w:r>
    </w:p>
    <w:p>
      <w:pPr>
        <w:spacing w:after="60" w:line="266" w:lineRule="auto"/>
        <w:ind w:firstLine="331"/>
        <w:jc w:val="both"/>
      </w:pPr>
      <w:r>
        <w:rPr>
          <w:rFonts w:ascii="Georgia" w:hAnsi="Georgia"/>
          <w:b w:val="0"/>
          <w:i w:val="0"/>
          <w:color w:val="22201D"/>
          <w:sz w:val="20"/>
        </w:rPr>
        <w:t>That was rude in a new way.</w:t>
      </w:r>
    </w:p>
    <w:p>
      <w:pPr>
        <w:spacing w:after="60" w:line="266" w:lineRule="auto"/>
        <w:ind w:firstLine="331"/>
        <w:jc w:val="both"/>
      </w:pPr>
      <w:r>
        <w:rPr>
          <w:rFonts w:ascii="Georgia" w:hAnsi="Georgia"/>
          <w:b w:val="0"/>
          <w:i w:val="0"/>
          <w:color w:val="22201D"/>
          <w:sz w:val="20"/>
        </w:rPr>
        <w:t>Auditor Ives looked at the Hostess.</w:t>
      </w:r>
    </w:p>
    <w:p>
      <w:pPr>
        <w:spacing w:after="60" w:line="266" w:lineRule="auto"/>
        <w:ind w:firstLine="331"/>
        <w:jc w:val="both"/>
      </w:pPr>
      <w:r>
        <w:rPr>
          <w:rFonts w:ascii="Georgia" w:hAnsi="Georgia"/>
          <w:b w:val="0"/>
          <w:i w:val="0"/>
          <w:color w:val="22201D"/>
          <w:sz w:val="20"/>
        </w:rPr>
        <w:t>"No," she said again, quieter.</w:t>
      </w:r>
    </w:p>
    <w:p>
      <w:pPr>
        <w:spacing w:after="60" w:line="266" w:lineRule="auto"/>
        <w:ind w:firstLine="331"/>
        <w:jc w:val="both"/>
      </w:pPr>
      <w:r>
        <w:rPr>
          <w:rFonts w:ascii="Georgia" w:hAnsi="Georgia"/>
          <w:b w:val="0"/>
          <w:i w:val="0"/>
          <w:color w:val="22201D"/>
          <w:sz w:val="20"/>
        </w:rPr>
        <w:t>"Noted."</w:t>
      </w:r>
    </w:p>
    <w:p>
      <w:pPr>
        <w:spacing w:after="60" w:line="266" w:lineRule="auto"/>
        <w:ind w:firstLine="331"/>
        <w:jc w:val="both"/>
      </w:pPr>
      <w:r>
        <w:rPr>
          <w:rFonts w:ascii="Georgia" w:hAnsi="Georgia"/>
          <w:b w:val="0"/>
          <w:i w:val="0"/>
          <w:color w:val="22201D"/>
          <w:sz w:val="20"/>
        </w:rPr>
        <w:t>"I am not discussing that."</w:t>
      </w:r>
    </w:p>
    <w:p>
      <w:pPr>
        <w:spacing w:after="60" w:line="266" w:lineRule="auto"/>
        <w:ind w:firstLine="331"/>
        <w:jc w:val="both"/>
      </w:pPr>
      <w:r>
        <w:rPr>
          <w:rFonts w:ascii="Georgia" w:hAnsi="Georgia"/>
          <w:b w:val="0"/>
          <w:i w:val="0"/>
          <w:color w:val="22201D"/>
          <w:sz w:val="20"/>
        </w:rPr>
        <w:t>"Noted."</w:t>
      </w:r>
    </w:p>
    <w:p>
      <w:pPr>
        <w:spacing w:after="60" w:line="266" w:lineRule="auto"/>
        <w:ind w:firstLine="331"/>
        <w:jc w:val="both"/>
      </w:pPr>
      <w:r>
        <w:rPr>
          <w:rFonts w:ascii="Georgia" w:hAnsi="Georgia"/>
          <w:b w:val="0"/>
          <w:i w:val="0"/>
          <w:color w:val="22201D"/>
          <w:sz w:val="20"/>
        </w:rPr>
        <w:t>"I am not ordering anything."</w:t>
      </w:r>
    </w:p>
    <w:p>
      <w:pPr>
        <w:spacing w:after="60" w:line="266" w:lineRule="auto"/>
        <w:ind w:firstLine="331"/>
        <w:jc w:val="both"/>
      </w:pPr>
      <w:r>
        <w:rPr>
          <w:rFonts w:ascii="Georgia" w:hAnsi="Georgia"/>
          <w:b w:val="0"/>
          <w:i w:val="0"/>
          <w:color w:val="22201D"/>
          <w:sz w:val="20"/>
        </w:rPr>
        <w:t>"Noted."</w:t>
      </w:r>
    </w:p>
    <w:p>
      <w:pPr>
        <w:spacing w:after="60" w:line="266" w:lineRule="auto"/>
        <w:ind w:firstLine="331"/>
        <w:jc w:val="both"/>
      </w:pPr>
      <w:r>
        <w:rPr>
          <w:rFonts w:ascii="Georgia" w:hAnsi="Georgia"/>
          <w:b w:val="0"/>
          <w:i w:val="0"/>
          <w:color w:val="22201D"/>
          <w:sz w:val="20"/>
        </w:rPr>
        <w:t>"And I am not sitting."</w:t>
      </w:r>
    </w:p>
    <w:p>
      <w:pPr>
        <w:spacing w:after="60" w:line="266" w:lineRule="auto"/>
        <w:ind w:firstLine="331"/>
        <w:jc w:val="both"/>
      </w:pPr>
      <w:r>
        <w:rPr>
          <w:rFonts w:ascii="Georgia" w:hAnsi="Georgia"/>
          <w:b w:val="0"/>
          <w:i w:val="0"/>
          <w:color w:val="22201D"/>
          <w:sz w:val="20"/>
        </w:rPr>
        <w:t>The Hostess glanced at the clock.</w:t>
      </w:r>
    </w:p>
    <w:p>
      <w:pPr>
        <w:spacing w:after="60" w:line="266" w:lineRule="auto"/>
        <w:ind w:firstLine="331"/>
        <w:jc w:val="both"/>
      </w:pPr>
      <w:r>
        <w:rPr>
          <w:rFonts w:ascii="Georgia" w:hAnsi="Georgia"/>
          <w:b w:val="0"/>
          <w:i w:val="0"/>
          <w:color w:val="22201D"/>
          <w:sz w:val="20"/>
        </w:rPr>
        <w:t>The clock, which had learned from earlier accusations, said nothing.</w:t>
      </w:r>
    </w:p>
    <w:p>
      <w:pPr>
        <w:spacing w:after="60" w:line="266" w:lineRule="auto"/>
        <w:ind w:firstLine="331"/>
        <w:jc w:val="both"/>
      </w:pPr>
      <w:r>
        <w:rPr>
          <w:rFonts w:ascii="Georgia" w:hAnsi="Georgia"/>
          <w:b w:val="0"/>
          <w:i w:val="0"/>
          <w:color w:val="22201D"/>
          <w:sz w:val="20"/>
        </w:rPr>
        <w:t>"Standing status is approaching seating threshold."</w:t>
      </w:r>
    </w:p>
    <w:p>
      <w:pPr>
        <w:spacing w:after="60" w:line="266" w:lineRule="auto"/>
        <w:ind w:firstLine="331"/>
        <w:jc w:val="both"/>
      </w:pPr>
      <w:r>
        <w:rPr>
          <w:rFonts w:ascii="Georgia" w:hAnsi="Georgia"/>
          <w:b w:val="0"/>
          <w:i w:val="0"/>
          <w:color w:val="22201D"/>
          <w:sz w:val="20"/>
        </w:rPr>
        <w:t>Auditor Ives looked at the nearest empty table.</w:t>
      </w:r>
    </w:p>
    <w:p>
      <w:pPr>
        <w:spacing w:after="60" w:line="266" w:lineRule="auto"/>
        <w:ind w:firstLine="331"/>
        <w:jc w:val="both"/>
      </w:pPr>
      <w:r>
        <w:rPr>
          <w:rFonts w:ascii="Georgia" w:hAnsi="Georgia"/>
          <w:b w:val="0"/>
          <w:i w:val="0"/>
          <w:color w:val="22201D"/>
          <w:sz w:val="20"/>
        </w:rPr>
        <w:t>It was Table Four.</w:t>
      </w:r>
    </w:p>
    <w:p>
      <w:pPr>
        <w:spacing w:after="60" w:line="266" w:lineRule="auto"/>
        <w:ind w:firstLine="331"/>
        <w:jc w:val="both"/>
      </w:pPr>
      <w:r>
        <w:rPr>
          <w:rFonts w:ascii="Georgia" w:hAnsi="Georgia"/>
          <w:b w:val="0"/>
          <w:i w:val="0"/>
          <w:color w:val="22201D"/>
          <w:sz w:val="20"/>
        </w:rPr>
        <w:t>Of course it was Table Four.</w:t>
      </w:r>
    </w:p>
    <w:p>
      <w:pPr>
        <w:spacing w:after="60" w:line="266" w:lineRule="auto"/>
        <w:ind w:firstLine="331"/>
        <w:jc w:val="both"/>
      </w:pPr>
      <w:r>
        <w:rPr>
          <w:rFonts w:ascii="Georgia" w:hAnsi="Georgia"/>
          <w:b w:val="0"/>
          <w:i w:val="0"/>
          <w:color w:val="22201D"/>
          <w:sz w:val="20"/>
        </w:rPr>
        <w:t>The table was clean. Gerald would have approved. A menu lay at its center, closed and patient, which in Emoji Soup was the most threatening kind of patient.</w:t>
      </w:r>
    </w:p>
    <w:p>
      <w:pPr>
        <w:spacing w:after="60" w:line="266" w:lineRule="auto"/>
        <w:ind w:firstLine="331"/>
        <w:jc w:val="both"/>
      </w:pPr>
      <w:r>
        <w:rPr>
          <w:rFonts w:ascii="Georgia" w:hAnsi="Georgia"/>
          <w:b w:val="0"/>
          <w:i w:val="0"/>
          <w:color w:val="22201D"/>
          <w:sz w:val="20"/>
        </w:rPr>
        <w:t>Auditor Ives did not sit.</w:t>
      </w:r>
    </w:p>
    <w:p>
      <w:pPr>
        <w:spacing w:after="60" w:line="266" w:lineRule="auto"/>
        <w:ind w:firstLine="331"/>
        <w:jc w:val="both"/>
      </w:pPr>
      <w:r>
        <w:rPr>
          <w:rFonts w:ascii="Georgia" w:hAnsi="Georgia"/>
          <w:b w:val="0"/>
          <w:i w:val="0"/>
          <w:color w:val="22201D"/>
          <w:sz w:val="20"/>
        </w:rPr>
        <w:t>But she stepped closer to it.</w:t>
      </w:r>
    </w:p>
    <w:p>
      <w:pPr>
        <w:spacing w:after="60" w:line="266" w:lineRule="auto"/>
        <w:ind w:firstLine="331"/>
        <w:jc w:val="both"/>
      </w:pPr>
      <w:r>
        <w:rPr>
          <w:rFonts w:ascii="Georgia" w:hAnsi="Georgia"/>
          <w:b w:val="0"/>
          <w:i w:val="0"/>
          <w:color w:val="22201D"/>
          <w:sz w:val="20"/>
        </w:rPr>
        <w:t>The receipt printed:</w:t>
      </w:r>
    </w:p>
    <w:p>
      <w:pPr>
        <w:spacing w:after="60" w:line="250" w:lineRule="auto"/>
        <w:ind w:left="202" w:right="173"/>
      </w:pPr>
      <w:r>
        <w:rPr>
          <w:rFonts w:ascii="Georgia" w:hAnsi="Georgia"/>
          <w:b w:val="0"/>
          <w:i w:val="0"/>
          <w:color w:val="22201D"/>
          <w:sz w:val="17"/>
        </w:rPr>
        <w:t>Service status: near table</w:t>
      </w:r>
    </w:p>
    <w:p>
      <w:pPr>
        <w:spacing w:after="60" w:line="266" w:lineRule="auto"/>
        <w:ind w:firstLine="331"/>
        <w:jc w:val="both"/>
      </w:pPr>
      <w:r>
        <w:rPr>
          <w:rFonts w:ascii="Georgia" w:hAnsi="Georgia"/>
          <w:b w:val="0"/>
          <w:i w:val="0"/>
          <w:color w:val="22201D"/>
          <w:sz w:val="20"/>
        </w:rPr>
        <w:t>"Ridiculous," she said.</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"Stop agreeing with me."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That stopped both of them for a moment.</w:t>
      </w:r>
    </w:p>
    <w:p>
      <w:pPr>
        <w:spacing w:after="60" w:line="266" w:lineRule="auto"/>
        <w:ind w:firstLine="331"/>
        <w:jc w:val="both"/>
      </w:pPr>
      <w:r>
        <w:rPr>
          <w:rFonts w:ascii="Georgia" w:hAnsi="Georgia"/>
          <w:b w:val="0"/>
          <w:i w:val="0"/>
          <w:color w:val="22201D"/>
          <w:sz w:val="20"/>
        </w:rPr>
        <w:t>The Hostess's refusal was not unkind. It was a boundary with an apron.</w:t>
      </w:r>
    </w:p>
    <w:p>
      <w:pPr>
        <w:spacing w:after="60" w:line="266" w:lineRule="auto"/>
        <w:ind w:firstLine="331"/>
        <w:jc w:val="both"/>
      </w:pPr>
      <w:r>
        <w:rPr>
          <w:rFonts w:ascii="Georgia" w:hAnsi="Georgia"/>
          <w:b w:val="0"/>
          <w:i w:val="0"/>
          <w:color w:val="22201D"/>
          <w:sz w:val="20"/>
        </w:rPr>
        <w:t>Auditor Ives looked, for the first time, tired.</w:t>
      </w:r>
    </w:p>
    <w:p>
      <w:pPr>
        <w:spacing w:after="60" w:line="266" w:lineRule="auto"/>
        <w:ind w:firstLine="331"/>
        <w:jc w:val="both"/>
      </w:pPr>
      <w:r>
        <w:rPr>
          <w:rFonts w:ascii="Georgia" w:hAnsi="Georgia"/>
          <w:b w:val="0"/>
          <w:i w:val="0"/>
          <w:color w:val="22201D"/>
          <w:sz w:val="20"/>
        </w:rPr>
        <w:t>Not defeated.</w:t>
      </w:r>
    </w:p>
    <w:p>
      <w:pPr>
        <w:spacing w:after="60" w:line="266" w:lineRule="auto"/>
        <w:ind w:firstLine="331"/>
        <w:jc w:val="both"/>
      </w:pPr>
      <w:r>
        <w:rPr>
          <w:rFonts w:ascii="Georgia" w:hAnsi="Georgia"/>
          <w:b w:val="0"/>
          <w:i w:val="0"/>
          <w:color w:val="22201D"/>
          <w:sz w:val="20"/>
        </w:rPr>
        <w:t>Tired.</w:t>
      </w:r>
    </w:p>
    <w:p>
      <w:pPr>
        <w:spacing w:after="60" w:line="266" w:lineRule="auto"/>
        <w:ind w:firstLine="331"/>
        <w:jc w:val="both"/>
      </w:pPr>
      <w:r>
        <w:rPr>
          <w:rFonts w:ascii="Georgia" w:hAnsi="Georgia"/>
          <w:b w:val="0"/>
          <w:i w:val="0"/>
          <w:color w:val="22201D"/>
          <w:sz w:val="20"/>
        </w:rPr>
        <w:t>This was not the same as vulnerable. Flocc was learning not to rush those categories together. Tired was tired. It deserved accuracy before tenderness.</w:t>
      </w:r>
    </w:p>
    <w:p>
      <w:pPr>
        <w:spacing w:after="60" w:line="266" w:lineRule="auto"/>
        <w:ind w:firstLine="331"/>
        <w:jc w:val="both"/>
      </w:pPr>
      <w:r>
        <w:rPr>
          <w:rFonts w:ascii="Georgia" w:hAnsi="Georgia"/>
          <w:b w:val="0"/>
          <w:i w:val="0"/>
          <w:color w:val="22201D"/>
          <w:sz w:val="20"/>
        </w:rPr>
        <w:t>Auditor Ives set her folder on Table Four.</w:t>
      </w:r>
    </w:p>
    <w:p>
      <w:pPr>
        <w:spacing w:after="60" w:line="266" w:lineRule="auto"/>
        <w:ind w:firstLine="331"/>
        <w:jc w:val="both"/>
      </w:pPr>
      <w:r>
        <w:rPr>
          <w:rFonts w:ascii="Georgia" w:hAnsi="Georgia"/>
          <w:b w:val="0"/>
          <w:i w:val="0"/>
          <w:color w:val="22201D"/>
          <w:sz w:val="20"/>
        </w:rPr>
        <w:t>She did not sit.</w:t>
      </w:r>
    </w:p>
    <w:p>
      <w:pPr>
        <w:spacing w:after="60" w:line="266" w:lineRule="auto"/>
        <w:ind w:firstLine="331"/>
        <w:jc w:val="both"/>
      </w:pPr>
      <w:r>
        <w:rPr>
          <w:rFonts w:ascii="Georgia" w:hAnsi="Georgia"/>
          <w:b w:val="0"/>
          <w:i w:val="0"/>
          <w:color w:val="22201D"/>
          <w:sz w:val="20"/>
        </w:rPr>
        <w:t>The menu did not open.</w:t>
      </w:r>
    </w:p>
    <w:p>
      <w:pPr>
        <w:spacing w:after="60" w:line="266" w:lineRule="auto"/>
        <w:ind w:firstLine="331"/>
        <w:jc w:val="both"/>
      </w:pPr>
      <w:r>
        <w:rPr>
          <w:rFonts w:ascii="Georgia" w:hAnsi="Georgia"/>
          <w:b w:val="0"/>
          <w:i w:val="0"/>
          <w:color w:val="22201D"/>
          <w:sz w:val="20"/>
        </w:rPr>
        <w:t>The zero-order receipt printed:</w:t>
      </w:r>
    </w:p>
    <w:p>
      <w:pPr>
        <w:spacing w:after="60" w:line="250" w:lineRule="auto"/>
        <w:ind w:left="202" w:right="173"/>
      </w:pPr>
      <w:r>
        <w:rPr>
          <w:rFonts w:ascii="Georgia" w:hAnsi="Georgia"/>
          <w:b w:val="0"/>
          <w:i w:val="0"/>
          <w:color w:val="22201D"/>
          <w:sz w:val="17"/>
        </w:rPr>
        <w:t>Table contact established. Order remains: nothing</w:t>
      </w:r>
    </w:p>
    <w:p>
      <w:pPr>
        <w:spacing w:after="60" w:line="266" w:lineRule="auto"/>
        <w:ind w:firstLine="331"/>
        <w:jc w:val="both"/>
      </w:pPr>
      <w:r>
        <w:rPr>
          <w:rFonts w:ascii="Georgia" w:hAnsi="Georgia"/>
          <w:b w:val="0"/>
          <w:i w:val="0"/>
          <w:color w:val="22201D"/>
          <w:sz w:val="20"/>
        </w:rPr>
        <w:t>"Can a person order nothing honestly?" Auditor Ives asked.</w:t>
      </w:r>
    </w:p>
    <w:p>
      <w:pPr>
        <w:spacing w:after="60" w:line="266" w:lineRule="auto"/>
        <w:ind w:firstLine="331"/>
        <w:jc w:val="both"/>
      </w:pPr>
      <w:r>
        <w:rPr>
          <w:rFonts w:ascii="Georgia" w:hAnsi="Georgia"/>
          <w:b w:val="0"/>
          <w:i w:val="0"/>
          <w:color w:val="22201D"/>
          <w:sz w:val="20"/>
        </w:rPr>
        <w:t>The question surprised the room because it had not been aimed like a weapon.</w:t>
      </w:r>
    </w:p>
    <w:p>
      <w:pPr>
        <w:spacing w:after="60" w:line="266" w:lineRule="auto"/>
        <w:ind w:firstLine="331"/>
        <w:jc w:val="both"/>
      </w:pPr>
      <w:r>
        <w:rPr>
          <w:rFonts w:ascii="Georgia" w:hAnsi="Georgia"/>
          <w:b w:val="0"/>
          <w:i w:val="0"/>
          <w:color w:val="22201D"/>
          <w:sz w:val="20"/>
        </w:rPr>
        <w:t>The Hostess answered, "Sometimes."</w:t>
      </w:r>
    </w:p>
    <w:p>
      <w:pPr>
        <w:spacing w:after="60" w:line="266" w:lineRule="auto"/>
        <w:ind w:firstLine="331"/>
        <w:jc w:val="both"/>
      </w:pPr>
      <w:r>
        <w:rPr>
          <w:rFonts w:ascii="Georgia" w:hAnsi="Georgia"/>
          <w:b w:val="0"/>
          <w:i w:val="0"/>
          <w:color w:val="22201D"/>
          <w:sz w:val="20"/>
        </w:rPr>
        <w:t>"And dishonestly?"</w:t>
      </w:r>
    </w:p>
    <w:p>
      <w:pPr>
        <w:spacing w:after="60" w:line="266" w:lineRule="auto"/>
        <w:ind w:firstLine="331"/>
        <w:jc w:val="both"/>
      </w:pPr>
      <w:r>
        <w:rPr>
          <w:rFonts w:ascii="Georgia" w:hAnsi="Georgia"/>
          <w:b w:val="0"/>
          <w:i w:val="0"/>
          <w:color w:val="22201D"/>
          <w:sz w:val="20"/>
        </w:rPr>
        <w:t>"Often."</w:t>
      </w:r>
    </w:p>
    <w:p>
      <w:pPr>
        <w:spacing w:after="60" w:line="266" w:lineRule="auto"/>
        <w:ind w:firstLine="331"/>
        <w:jc w:val="both"/>
      </w:pPr>
      <w:r>
        <w:rPr>
          <w:rFonts w:ascii="Georgia" w:hAnsi="Georgia"/>
          <w:b w:val="0"/>
          <w:i w:val="0"/>
          <w:color w:val="22201D"/>
          <w:sz w:val="20"/>
        </w:rPr>
        <w:t>"How do you tell the difference?"</w:t>
      </w:r>
    </w:p>
    <w:p>
      <w:pPr>
        <w:spacing w:after="60" w:line="266" w:lineRule="auto"/>
        <w:ind w:firstLine="331"/>
        <w:jc w:val="both"/>
      </w:pPr>
      <w:r>
        <w:rPr>
          <w:rFonts w:ascii="Georgia" w:hAnsi="Georgia"/>
          <w:b w:val="0"/>
          <w:i w:val="0"/>
          <w:color w:val="22201D"/>
          <w:sz w:val="20"/>
        </w:rPr>
        <w:t>The Hostess looked toward Flocc's table, not at Flocc exactly, but at the brass tray, the bill, the refund notice, and the unfinished plates.</w:t>
      </w:r>
    </w:p>
    <w:p>
      <w:pPr>
        <w:spacing w:after="60" w:line="266" w:lineRule="auto"/>
        <w:ind w:firstLine="331"/>
        <w:jc w:val="both"/>
      </w:pPr>
      <w:r>
        <w:rPr>
          <w:rFonts w:ascii="Georgia" w:hAnsi="Georgia"/>
          <w:b w:val="0"/>
          <w:i w:val="0"/>
          <w:color w:val="22201D"/>
          <w:sz w:val="20"/>
        </w:rPr>
        <w:t>"Usually the receipt does not know at first."</w:t>
      </w:r>
    </w:p>
    <w:p>
      <w:pPr>
        <w:spacing w:after="60" w:line="266" w:lineRule="auto"/>
        <w:ind w:firstLine="331"/>
        <w:jc w:val="both"/>
      </w:pPr>
      <w:r>
        <w:rPr>
          <w:rFonts w:ascii="Georgia" w:hAnsi="Georgia"/>
          <w:b w:val="0"/>
          <w:i w:val="0"/>
          <w:color w:val="22201D"/>
          <w:sz w:val="20"/>
        </w:rPr>
        <w:t>"That is not comforting."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Auditor Ives touched the back of the chair at Table Four.</w:t>
      </w:r>
    </w:p>
    <w:p>
      <w:pPr>
        <w:spacing w:after="60" w:line="266" w:lineRule="auto"/>
        <w:ind w:firstLine="331"/>
        <w:jc w:val="both"/>
      </w:pPr>
      <w:r>
        <w:rPr>
          <w:rFonts w:ascii="Georgia" w:hAnsi="Georgia"/>
          <w:b w:val="0"/>
          <w:i w:val="0"/>
          <w:color w:val="22201D"/>
          <w:sz w:val="20"/>
        </w:rPr>
        <w:t>"If I sit, I am not accepting service."</w:t>
      </w:r>
    </w:p>
    <w:p>
      <w:pPr>
        <w:spacing w:after="60" w:line="266" w:lineRule="auto"/>
        <w:ind w:firstLine="331"/>
        <w:jc w:val="both"/>
      </w:pPr>
      <w:r>
        <w:rPr>
          <w:rFonts w:ascii="Georgia" w:hAnsi="Georgia"/>
          <w:b w:val="0"/>
          <w:i w:val="0"/>
          <w:color w:val="22201D"/>
          <w:sz w:val="20"/>
        </w:rPr>
        <w:t>"Then sit as part of the audit."</w:t>
      </w:r>
    </w:p>
    <w:p>
      <w:pPr>
        <w:spacing w:after="60" w:line="266" w:lineRule="auto"/>
        <w:ind w:firstLine="331"/>
        <w:jc w:val="both"/>
      </w:pPr>
      <w:r>
        <w:rPr>
          <w:rFonts w:ascii="Georgia" w:hAnsi="Georgia"/>
          <w:b w:val="0"/>
          <w:i w:val="0"/>
          <w:color w:val="22201D"/>
          <w:sz w:val="20"/>
        </w:rPr>
        <w:t>"If I read the menu, I am not ordering."</w:t>
      </w:r>
    </w:p>
    <w:p>
      <w:pPr>
        <w:spacing w:after="60" w:line="266" w:lineRule="auto"/>
        <w:ind w:firstLine="331"/>
        <w:jc w:val="both"/>
      </w:pPr>
      <w:r>
        <w:rPr>
          <w:rFonts w:ascii="Georgia" w:hAnsi="Georgia"/>
          <w:b w:val="0"/>
          <w:i w:val="0"/>
          <w:color w:val="22201D"/>
          <w:sz w:val="20"/>
        </w:rPr>
        <w:t>"Then read as part of the audit."</w:t>
      </w:r>
    </w:p>
    <w:p>
      <w:pPr>
        <w:spacing w:after="60" w:line="266" w:lineRule="auto"/>
        <w:ind w:firstLine="331"/>
        <w:jc w:val="both"/>
      </w:pPr>
      <w:r>
        <w:rPr>
          <w:rFonts w:ascii="Georgia" w:hAnsi="Georgia"/>
          <w:b w:val="0"/>
          <w:i w:val="0"/>
          <w:color w:val="22201D"/>
          <w:sz w:val="20"/>
        </w:rPr>
        <w:t>"If the menu changes while I read it, I will document that as unrequested service behavior."</w:t>
      </w:r>
    </w:p>
    <w:p>
      <w:pPr>
        <w:spacing w:after="60" w:line="266" w:lineRule="auto"/>
        <w:ind w:firstLine="331"/>
        <w:jc w:val="both"/>
      </w:pPr>
      <w:r>
        <w:rPr>
          <w:rFonts w:ascii="Georgia" w:hAnsi="Georgia"/>
          <w:b w:val="0"/>
          <w:i w:val="0"/>
          <w:color w:val="22201D"/>
          <w:sz w:val="20"/>
        </w:rPr>
        <w:t>"That would be accurate."</w:t>
      </w:r>
    </w:p>
    <w:p>
      <w:pPr>
        <w:spacing w:after="60" w:line="266" w:lineRule="auto"/>
        <w:ind w:firstLine="331"/>
        <w:jc w:val="both"/>
      </w:pPr>
      <w:r>
        <w:rPr>
          <w:rFonts w:ascii="Georgia" w:hAnsi="Georgia"/>
          <w:b w:val="0"/>
          <w:i w:val="0"/>
          <w:color w:val="22201D"/>
          <w:sz w:val="20"/>
        </w:rPr>
        <w:t>Auditor Ives pulled out the chair.</w:t>
      </w:r>
    </w:p>
    <w:p>
      <w:pPr>
        <w:spacing w:after="60" w:line="266" w:lineRule="auto"/>
        <w:ind w:firstLine="331"/>
        <w:jc w:val="both"/>
      </w:pPr>
      <w:r>
        <w:rPr>
          <w:rFonts w:ascii="Georgia" w:hAnsi="Georgia"/>
          <w:b w:val="0"/>
          <w:i w:val="0"/>
          <w:color w:val="22201D"/>
          <w:sz w:val="20"/>
        </w:rPr>
        <w:t>The room did not applaud.</w:t>
      </w:r>
    </w:p>
    <w:p>
      <w:pPr>
        <w:spacing w:after="60" w:line="266" w:lineRule="auto"/>
        <w:ind w:firstLine="331"/>
        <w:jc w:val="both"/>
      </w:pPr>
      <w:r>
        <w:rPr>
          <w:rFonts w:ascii="Georgia" w:hAnsi="Georgia"/>
          <w:b w:val="0"/>
          <w:i w:val="0"/>
          <w:color w:val="22201D"/>
          <w:sz w:val="20"/>
        </w:rPr>
        <w:t>Good, thought Flocc.</w:t>
      </w:r>
    </w:p>
    <w:p>
      <w:pPr>
        <w:spacing w:after="60" w:line="266" w:lineRule="auto"/>
        <w:ind w:firstLine="331"/>
        <w:jc w:val="both"/>
      </w:pPr>
      <w:r>
        <w:rPr>
          <w:rFonts w:ascii="Georgia" w:hAnsi="Georgia"/>
          <w:b w:val="0"/>
          <w:i w:val="0"/>
          <w:color w:val="22201D"/>
          <w:sz w:val="20"/>
        </w:rPr>
        <w:t>The bill printed nothing.</w:t>
      </w:r>
    </w:p>
    <w:p>
      <w:pPr>
        <w:spacing w:after="60" w:line="266" w:lineRule="auto"/>
        <w:ind w:firstLine="331"/>
        <w:jc w:val="both"/>
      </w:pPr>
      <w:r>
        <w:rPr>
          <w:rFonts w:ascii="Georgia" w:hAnsi="Georgia"/>
          <w:b w:val="0"/>
          <w:i w:val="0"/>
          <w:color w:val="22201D"/>
          <w:sz w:val="20"/>
        </w:rPr>
        <w:t>Better, thought Flocc, and then let that go too.</w:t>
      </w:r>
    </w:p>
    <w:p>
      <w:pPr>
        <w:spacing w:after="60" w:line="266" w:lineRule="auto"/>
        <w:ind w:firstLine="331"/>
        <w:jc w:val="both"/>
      </w:pPr>
      <w:r>
        <w:rPr>
          <w:rFonts w:ascii="Georgia" w:hAnsi="Georgia"/>
          <w:b w:val="0"/>
          <w:i w:val="0"/>
          <w:color w:val="22201D"/>
          <w:sz w:val="20"/>
        </w:rPr>
        <w:t>Auditor Ives sat at Table Four.</w:t>
      </w:r>
    </w:p>
    <w:p>
      <w:pPr>
        <w:spacing w:after="60" w:line="266" w:lineRule="auto"/>
        <w:ind w:firstLine="331"/>
        <w:jc w:val="both"/>
      </w:pPr>
      <w:r>
        <w:rPr>
          <w:rFonts w:ascii="Georgia" w:hAnsi="Georgia"/>
          <w:b w:val="0"/>
          <w:i w:val="0"/>
          <w:color w:val="22201D"/>
          <w:sz w:val="20"/>
        </w:rPr>
        <w:t>The menu remained closed.</w:t>
      </w:r>
    </w:p>
    <w:p>
      <w:pPr>
        <w:spacing w:after="60" w:line="266" w:lineRule="auto"/>
        <w:ind w:firstLine="331"/>
        <w:jc w:val="both"/>
      </w:pPr>
      <w:r>
        <w:rPr>
          <w:rFonts w:ascii="Georgia" w:hAnsi="Georgia"/>
          <w:b w:val="0"/>
          <w:i w:val="0"/>
          <w:color w:val="22201D"/>
          <w:sz w:val="20"/>
        </w:rPr>
        <w:t>"I decline to open it," she said.</w:t>
      </w:r>
    </w:p>
    <w:p>
      <w:pPr>
        <w:spacing w:after="60" w:line="266" w:lineRule="auto"/>
        <w:ind w:firstLine="331"/>
        <w:jc w:val="both"/>
      </w:pPr>
      <w:r>
        <w:rPr>
          <w:rFonts w:ascii="Georgia" w:hAnsi="Georgia"/>
          <w:b w:val="0"/>
          <w:i w:val="0"/>
          <w:color w:val="22201D"/>
          <w:sz w:val="20"/>
        </w:rPr>
        <w:t>The menu opened.</w:t>
      </w:r>
    </w:p>
    <w:p>
      <w:pPr>
        <w:spacing w:after="60" w:line="266" w:lineRule="auto"/>
        <w:ind w:firstLine="331"/>
        <w:jc w:val="both"/>
      </w:pPr>
      <w:r>
        <w:rPr>
          <w:rFonts w:ascii="Georgia" w:hAnsi="Georgia"/>
          <w:b w:val="0"/>
          <w:i w:val="0"/>
          <w:color w:val="22201D"/>
          <w:sz w:val="20"/>
        </w:rPr>
        <w:t>"I will document that."</w:t>
      </w:r>
    </w:p>
    <w:p>
      <w:pPr>
        <w:spacing w:after="60" w:line="266" w:lineRule="auto"/>
        <w:ind w:firstLine="331"/>
        <w:jc w:val="both"/>
      </w:pPr>
      <w:r>
        <w:rPr>
          <w:rFonts w:ascii="Georgia" w:hAnsi="Georgia"/>
          <w:b w:val="0"/>
          <w:i w:val="0"/>
          <w:color w:val="22201D"/>
          <w:sz w:val="20"/>
        </w:rPr>
        <w:t>The menu printed one line:</w:t>
      </w:r>
    </w:p>
    <w:p>
      <w:pPr>
        <w:spacing w:after="60" w:line="250" w:lineRule="auto"/>
        <w:ind w:left="202" w:right="173"/>
      </w:pPr>
      <w:r>
        <w:rPr>
          <w:rFonts w:ascii="Georgia" w:hAnsi="Georgia"/>
          <w:b w:val="0"/>
          <w:i w:val="0"/>
          <w:color w:val="22201D"/>
          <w:sz w:val="17"/>
        </w:rPr>
        <w:t>OBSERVATION PORTION No food served. No drink served. No comfort implied.</w:t>
      </w:r>
    </w:p>
    <w:p>
      <w:pPr>
        <w:spacing w:after="60" w:line="266" w:lineRule="auto"/>
        <w:ind w:firstLine="331"/>
        <w:jc w:val="both"/>
      </w:pPr>
      <w:r>
        <w:rPr>
          <w:rFonts w:ascii="Georgia" w:hAnsi="Georgia"/>
          <w:b w:val="0"/>
          <w:i w:val="0"/>
          <w:color w:val="22201D"/>
          <w:sz w:val="20"/>
        </w:rPr>
        <w:t>Auditor Ives read it.</w:t>
      </w:r>
    </w:p>
    <w:p>
      <w:pPr>
        <w:spacing w:after="60" w:line="266" w:lineRule="auto"/>
        <w:ind w:firstLine="331"/>
        <w:jc w:val="both"/>
      </w:pPr>
      <w:r>
        <w:rPr>
          <w:rFonts w:ascii="Georgia" w:hAnsi="Georgia"/>
          <w:b w:val="0"/>
          <w:i w:val="0"/>
          <w:color w:val="22201D"/>
          <w:sz w:val="20"/>
        </w:rPr>
        <w:t>Then read it again.</w:t>
      </w:r>
    </w:p>
    <w:p>
      <w:pPr>
        <w:spacing w:after="60" w:line="266" w:lineRule="auto"/>
        <w:ind w:firstLine="331"/>
        <w:jc w:val="both"/>
      </w:pPr>
      <w:r>
        <w:rPr>
          <w:rFonts w:ascii="Georgia" w:hAnsi="Georgia"/>
          <w:b w:val="0"/>
          <w:i w:val="0"/>
          <w:color w:val="22201D"/>
          <w:sz w:val="20"/>
        </w:rPr>
        <w:t>"No comfort implied," she said.</w:t>
      </w:r>
    </w:p>
    <w:p>
      <w:pPr>
        <w:spacing w:after="60" w:line="266" w:lineRule="auto"/>
        <w:ind w:firstLine="331"/>
        <w:jc w:val="both"/>
      </w:pPr>
      <w:r>
        <w:rPr>
          <w:rFonts w:ascii="Georgia" w:hAnsi="Georgia"/>
          <w:b w:val="0"/>
          <w:i w:val="0"/>
          <w:color w:val="22201D"/>
          <w:sz w:val="20"/>
        </w:rPr>
        <w:t>"You requested none."</w:t>
      </w:r>
    </w:p>
    <w:p>
      <w:pPr>
        <w:spacing w:after="60" w:line="266" w:lineRule="auto"/>
        <w:ind w:firstLine="331"/>
        <w:jc w:val="both"/>
      </w:pPr>
      <w:r>
        <w:rPr>
          <w:rFonts w:ascii="Georgia" w:hAnsi="Georgia"/>
          <w:b w:val="0"/>
          <w:i w:val="0"/>
          <w:color w:val="22201D"/>
          <w:sz w:val="20"/>
        </w:rPr>
        <w:t>"I requested nothing."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zero-order receipt updated:</w:t>
      </w:r>
    </w:p>
    <w:p>
      <w:pPr>
        <w:spacing w:after="60" w:line="250" w:lineRule="auto"/>
        <w:ind w:left="202" w:right="173"/>
      </w:pPr>
      <w:r>
        <w:rPr>
          <w:rFonts w:ascii="Georgia" w:hAnsi="Georgia"/>
          <w:b w:val="0"/>
          <w:i w:val="0"/>
          <w:color w:val="22201D"/>
          <w:sz w:val="17"/>
        </w:rPr>
        <w:t>Order: nothing  Service: observation portion  Food: none  Drink: none  Comfort: not implied  Price: admission</w:t>
      </w:r>
    </w:p>
    <w:p>
      <w:pPr>
        <w:spacing w:after="60" w:line="266" w:lineRule="auto"/>
        <w:ind w:firstLine="331"/>
        <w:jc w:val="both"/>
      </w:pPr>
      <w:r>
        <w:rPr>
          <w:rFonts w:ascii="Georgia" w:hAnsi="Georgia"/>
          <w:b w:val="0"/>
          <w:i w:val="0"/>
          <w:color w:val="22201D"/>
          <w:sz w:val="20"/>
        </w:rPr>
        <w:t>Auditor Ives placed her municipal worksheet beside the menu and began writing.</w:t>
      </w:r>
    </w:p>
    <w:p>
      <w:pPr>
        <w:spacing w:after="60" w:line="266" w:lineRule="auto"/>
        <w:ind w:firstLine="331"/>
        <w:jc w:val="both"/>
      </w:pPr>
      <w:r>
        <w:rPr>
          <w:rFonts w:ascii="Georgia" w:hAnsi="Georgia"/>
          <w:b w:val="0"/>
          <w:i w:val="0"/>
          <w:color w:val="22201D"/>
          <w:sz w:val="20"/>
        </w:rPr>
        <w:t>For several minutes, nothing impossible happened except the exact thing already happening.</w:t>
      </w:r>
    </w:p>
    <w:p>
      <w:pPr>
        <w:spacing w:after="60" w:line="266" w:lineRule="auto"/>
        <w:ind w:firstLine="331"/>
        <w:jc w:val="both"/>
      </w:pPr>
      <w:r>
        <w:rPr>
          <w:rFonts w:ascii="Georgia" w:hAnsi="Georgia"/>
          <w:b w:val="0"/>
          <w:i w:val="0"/>
          <w:color w:val="22201D"/>
          <w:sz w:val="20"/>
        </w:rPr>
        <w:t>This made it worse.</w:t>
      </w:r>
    </w:p>
    <w:p>
      <w:pPr>
        <w:spacing w:after="60" w:line="266" w:lineRule="auto"/>
        <w:ind w:firstLine="331"/>
        <w:jc w:val="both"/>
      </w:pPr>
      <w:r>
        <w:rPr>
          <w:rFonts w:ascii="Georgia" w:hAnsi="Georgia"/>
          <w:b w:val="0"/>
          <w:i w:val="0"/>
          <w:color w:val="22201D"/>
          <w:sz w:val="20"/>
        </w:rPr>
        <w:t>The Auditor wrote.</w:t>
      </w:r>
    </w:p>
    <w:p>
      <w:pPr>
        <w:spacing w:after="60" w:line="266" w:lineRule="auto"/>
        <w:ind w:firstLine="331"/>
        <w:jc w:val="both"/>
      </w:pPr>
      <w:r>
        <w:rPr>
          <w:rFonts w:ascii="Georgia" w:hAnsi="Georgia"/>
          <w:b w:val="0"/>
          <w:i w:val="0"/>
          <w:color w:val="22201D"/>
          <w:sz w:val="20"/>
        </w:rPr>
        <w:t>The Hostess returned to the stand.</w:t>
      </w:r>
    </w:p>
    <w:p>
      <w:pPr>
        <w:spacing w:after="60" w:line="266" w:lineRule="auto"/>
        <w:ind w:firstLine="331"/>
        <w:jc w:val="both"/>
      </w:pPr>
      <w:r>
        <w:rPr>
          <w:rFonts w:ascii="Georgia" w:hAnsi="Georgia"/>
          <w:b w:val="0"/>
          <w:i w:val="0"/>
          <w:color w:val="22201D"/>
          <w:sz w:val="20"/>
        </w:rPr>
        <w:t>Mara ate a roasted root coin.</w:t>
      </w:r>
    </w:p>
    <w:p>
      <w:pPr>
        <w:spacing w:after="60" w:line="266" w:lineRule="auto"/>
        <w:ind w:firstLine="331"/>
        <w:jc w:val="both"/>
      </w:pPr>
      <w:r>
        <w:rPr>
          <w:rFonts w:ascii="Georgia" w:hAnsi="Georgia"/>
          <w:b w:val="0"/>
          <w:i w:val="0"/>
          <w:color w:val="22201D"/>
          <w:sz w:val="20"/>
        </w:rPr>
        <w:t>Flocc took a bite of greens and discovered that vinegar could be both punishment and education.</w:t>
      </w:r>
    </w:p>
    <w:p>
      <w:pPr>
        <w:spacing w:after="60" w:line="266" w:lineRule="auto"/>
        <w:ind w:firstLine="331"/>
        <w:jc w:val="both"/>
      </w:pPr>
      <w:r>
        <w:rPr>
          <w:rFonts w:ascii="Georgia" w:hAnsi="Georgia"/>
          <w:b w:val="0"/>
          <w:i w:val="0"/>
          <w:color w:val="22201D"/>
          <w:sz w:val="20"/>
        </w:rPr>
        <w:t>The brass tray stayed quiet.</w:t>
      </w:r>
    </w:p>
    <w:p>
      <w:pPr>
        <w:spacing w:after="60" w:line="266" w:lineRule="auto"/>
        <w:ind w:firstLine="331"/>
        <w:jc w:val="both"/>
      </w:pPr>
      <w:r>
        <w:rPr>
          <w:rFonts w:ascii="Georgia" w:hAnsi="Georgia"/>
          <w:b w:val="0"/>
          <w:i w:val="0"/>
          <w:color w:val="22201D"/>
          <w:sz w:val="20"/>
        </w:rPr>
        <w:t>Then Auditor Ives said, without looking up, "Who is Steve?"</w:t>
      </w:r>
    </w:p>
    <w:p>
      <w:pPr>
        <w:spacing w:after="60" w:line="266" w:lineRule="auto"/>
        <w:ind w:firstLine="331"/>
        <w:jc w:val="both"/>
      </w:pPr>
      <w:r>
        <w:rPr>
          <w:rFonts w:ascii="Georgia" w:hAnsi="Georgia"/>
          <w:b w:val="0"/>
          <w:i w:val="0"/>
          <w:color w:val="22201D"/>
          <w:sz w:val="20"/>
        </w:rPr>
        <w:t>The Hostess turned.</w:t>
      </w:r>
    </w:p>
    <w:p>
      <w:pPr>
        <w:spacing w:after="60" w:line="266" w:lineRule="auto"/>
        <w:ind w:firstLine="331"/>
        <w:jc w:val="both"/>
      </w:pPr>
      <w:r>
        <w:rPr>
          <w:rFonts w:ascii="Georgia" w:hAnsi="Georgia"/>
          <w:b w:val="0"/>
          <w:i w:val="0"/>
          <w:color w:val="22201D"/>
          <w:sz w:val="20"/>
        </w:rPr>
        <w:t>"A clerk."</w:t>
      </w:r>
    </w:p>
    <w:p>
      <w:pPr>
        <w:spacing w:after="60" w:line="266" w:lineRule="auto"/>
        <w:ind w:firstLine="331"/>
        <w:jc w:val="both"/>
      </w:pPr>
      <w:r>
        <w:rPr>
          <w:rFonts w:ascii="Georgia" w:hAnsi="Georgia"/>
          <w:b w:val="0"/>
          <w:i w:val="0"/>
          <w:color w:val="22201D"/>
          <w:sz w:val="20"/>
        </w:rPr>
        <w:t>"The reopened file references him."</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"His case notes are inconsistent."</w:t>
      </w:r>
    </w:p>
    <w:p>
      <w:pPr>
        <w:spacing w:after="60" w:line="266" w:lineRule="auto"/>
        <w:ind w:firstLine="331"/>
        <w:jc w:val="both"/>
      </w:pPr>
      <w:r>
        <w:rPr>
          <w:rFonts w:ascii="Georgia" w:hAnsi="Georgia"/>
          <w:b w:val="0"/>
          <w:i w:val="0"/>
          <w:color w:val="22201D"/>
          <w:sz w:val="20"/>
        </w:rPr>
        <w:t>"Steve would be upset by that."</w:t>
      </w:r>
    </w:p>
    <w:p>
      <w:pPr>
        <w:spacing w:after="60" w:line="266" w:lineRule="auto"/>
        <w:ind w:firstLine="331"/>
        <w:jc w:val="both"/>
      </w:pPr>
      <w:r>
        <w:rPr>
          <w:rFonts w:ascii="Georgia" w:hAnsi="Georgia"/>
          <w:b w:val="0"/>
          <w:i w:val="0"/>
          <w:color w:val="22201D"/>
          <w:sz w:val="20"/>
        </w:rPr>
        <w:t>"They are also unusually careful."</w:t>
      </w:r>
    </w:p>
    <w:p>
      <w:pPr>
        <w:spacing w:after="60" w:line="266" w:lineRule="auto"/>
        <w:ind w:firstLine="331"/>
        <w:jc w:val="both"/>
      </w:pPr>
      <w:r>
        <w:rPr>
          <w:rFonts w:ascii="Georgia" w:hAnsi="Georgia"/>
          <w:b w:val="0"/>
          <w:i w:val="0"/>
          <w:color w:val="22201D"/>
          <w:sz w:val="20"/>
        </w:rPr>
        <w:t>"Steve would be more upset by that."</w:t>
      </w:r>
    </w:p>
    <w:p>
      <w:pPr>
        <w:spacing w:after="60" w:line="266" w:lineRule="auto"/>
        <w:ind w:firstLine="331"/>
        <w:jc w:val="both"/>
      </w:pPr>
      <w:r>
        <w:rPr>
          <w:rFonts w:ascii="Georgia" w:hAnsi="Georgia"/>
          <w:b w:val="0"/>
          <w:i w:val="0"/>
          <w:color w:val="22201D"/>
          <w:sz w:val="20"/>
        </w:rPr>
        <w:t>Auditor Ives lifted a page from her folder.</w:t>
      </w:r>
    </w:p>
    <w:p>
      <w:pPr>
        <w:spacing w:after="60" w:line="266" w:lineRule="auto"/>
        <w:ind w:firstLine="331"/>
        <w:jc w:val="both"/>
      </w:pPr>
      <w:r>
        <w:rPr>
          <w:rFonts w:ascii="Georgia" w:hAnsi="Georgia"/>
          <w:b w:val="0"/>
          <w:i w:val="0"/>
          <w:color w:val="22201D"/>
          <w:sz w:val="20"/>
        </w:rPr>
        <w:t>"The amended license appears to correct the establishment by allowing the establishment to remain incorrect."</w:t>
      </w:r>
    </w:p>
    <w:p>
      <w:pPr>
        <w:spacing w:after="60" w:line="266" w:lineRule="auto"/>
        <w:ind w:firstLine="331"/>
        <w:jc w:val="both"/>
      </w:pPr>
      <w:r>
        <w:rPr>
          <w:rFonts w:ascii="Georgia" w:hAnsi="Georgia"/>
          <w:b w:val="0"/>
          <w:i w:val="0"/>
          <w:color w:val="22201D"/>
          <w:sz w:val="20"/>
        </w:rPr>
        <w:t>"That sounds like Steve."</w:t>
      </w:r>
    </w:p>
    <w:p>
      <w:pPr>
        <w:spacing w:after="60" w:line="266" w:lineRule="auto"/>
        <w:ind w:firstLine="331"/>
        <w:jc w:val="both"/>
      </w:pPr>
      <w:r>
        <w:rPr>
          <w:rFonts w:ascii="Georgia" w:hAnsi="Georgia"/>
          <w:b w:val="0"/>
          <w:i w:val="0"/>
          <w:color w:val="22201D"/>
          <w:sz w:val="20"/>
        </w:rPr>
        <w:t>"It is not acceptable record language."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 next review step requires a corrected form."</w:t>
      </w:r>
    </w:p>
    <w:p>
      <w:pPr>
        <w:spacing w:after="60" w:line="266" w:lineRule="auto"/>
        <w:ind w:firstLine="331"/>
        <w:jc w:val="both"/>
      </w:pPr>
      <w:r>
        <w:rPr>
          <w:rFonts w:ascii="Georgia" w:hAnsi="Georgia"/>
          <w:b w:val="0"/>
          <w:i w:val="0"/>
          <w:color w:val="22201D"/>
          <w:sz w:val="20"/>
        </w:rPr>
        <w:t>The menu at Table Four printed:</w:t>
      </w:r>
    </w:p>
    <w:p>
      <w:pPr>
        <w:spacing w:after="60" w:line="250" w:lineRule="auto"/>
        <w:ind w:left="202" w:right="173"/>
      </w:pPr>
      <w:r>
        <w:rPr>
          <w:rFonts w:ascii="Georgia" w:hAnsi="Georgia"/>
          <w:b w:val="0"/>
          <w:i w:val="0"/>
          <w:color w:val="22201D"/>
          <w:sz w:val="17"/>
        </w:rPr>
        <w:t>Corrected form requested.</w:t>
      </w:r>
    </w:p>
    <w:p>
      <w:pPr>
        <w:spacing w:after="60" w:line="266" w:lineRule="auto"/>
        <w:ind w:firstLine="331"/>
        <w:jc w:val="both"/>
      </w:pPr>
      <w:r>
        <w:rPr>
          <w:rFonts w:ascii="Georgia" w:hAnsi="Georgia"/>
          <w:b w:val="0"/>
          <w:i w:val="0"/>
          <w:color w:val="22201D"/>
          <w:sz w:val="20"/>
        </w:rPr>
        <w:t>At Flocc's table, the bill printed:</w:t>
      </w:r>
    </w:p>
    <w:p>
      <w:pPr>
        <w:spacing w:after="60" w:line="250" w:lineRule="auto"/>
        <w:ind w:left="202" w:right="173"/>
      </w:pPr>
      <w:r>
        <w:rPr>
          <w:rFonts w:ascii="Georgia" w:hAnsi="Georgia"/>
          <w:b w:val="0"/>
          <w:i w:val="0"/>
          <w:color w:val="22201D"/>
          <w:sz w:val="17"/>
        </w:rPr>
        <w:t>Next chapter jurisdiction: Steve</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Mara said, "Do not brighten."</w:t>
      </w:r>
    </w:p>
    <w:p>
      <w:pPr>
        <w:spacing w:after="60" w:line="266" w:lineRule="auto"/>
        <w:ind w:firstLine="331"/>
        <w:jc w:val="both"/>
      </w:pPr>
      <w:r>
        <w:rPr>
          <w:rFonts w:ascii="Georgia" w:hAnsi="Georgia"/>
          <w:b w:val="0"/>
          <w:i w:val="0"/>
          <w:color w:val="22201D"/>
          <w:sz w:val="20"/>
        </w:rPr>
        <w:t>"I wasn't."</w:t>
      </w:r>
    </w:p>
    <w:p>
      <w:pPr>
        <w:spacing w:after="60" w:line="266" w:lineRule="auto"/>
        <w:ind w:firstLine="331"/>
        <w:jc w:val="both"/>
      </w:pPr>
      <w:r>
        <w:rPr>
          <w:rFonts w:ascii="Georgia" w:hAnsi="Georgia"/>
          <w:b w:val="0"/>
          <w:i w:val="0"/>
          <w:color w:val="22201D"/>
          <w:sz w:val="20"/>
        </w:rPr>
        <w:t>"You like when Steve gets paperwork."</w:t>
      </w:r>
    </w:p>
    <w:p>
      <w:pPr>
        <w:spacing w:after="60" w:line="266" w:lineRule="auto"/>
        <w:ind w:firstLine="331"/>
        <w:jc w:val="both"/>
      </w:pPr>
      <w:r>
        <w:rPr>
          <w:rFonts w:ascii="Georgia" w:hAnsi="Georgia"/>
          <w:b w:val="0"/>
          <w:i w:val="0"/>
          <w:color w:val="22201D"/>
          <w:sz w:val="20"/>
        </w:rPr>
        <w:t>"I respect his relationship with crisis."</w:t>
      </w:r>
    </w:p>
    <w:p>
      <w:pPr>
        <w:spacing w:after="60" w:line="266" w:lineRule="auto"/>
        <w:ind w:firstLine="331"/>
        <w:jc w:val="both"/>
      </w:pPr>
      <w:r>
        <w:rPr>
          <w:rFonts w:ascii="Georgia" w:hAnsi="Georgia"/>
          <w:b w:val="0"/>
          <w:i w:val="0"/>
          <w:color w:val="22201D"/>
          <w:sz w:val="20"/>
        </w:rPr>
        <w:t>"That is brightening."</w:t>
      </w:r>
    </w:p>
    <w:p>
      <w:pPr>
        <w:spacing w:after="60" w:line="266" w:lineRule="auto"/>
        <w:ind w:firstLine="331"/>
        <w:jc w:val="both"/>
      </w:pPr>
      <w:r>
        <w:rPr>
          <w:rFonts w:ascii="Georgia" w:hAnsi="Georgia"/>
          <w:b w:val="0"/>
          <w:i w:val="0"/>
          <w:color w:val="22201D"/>
          <w:sz w:val="20"/>
        </w:rPr>
        <w:t>The zero-order receipt issued one final line:</w:t>
      </w:r>
    </w:p>
    <w:p>
      <w:pPr>
        <w:spacing w:after="60" w:line="250" w:lineRule="auto"/>
        <w:ind w:left="202" w:right="173"/>
      </w:pPr>
      <w:r>
        <w:rPr>
          <w:rFonts w:ascii="Georgia" w:hAnsi="Georgia"/>
          <w:b w:val="0"/>
          <w:i w:val="0"/>
          <w:color w:val="22201D"/>
          <w:sz w:val="17"/>
        </w:rPr>
        <w:t>Next required document: corrected form  Next chapter: The Form That Corrects the Clerk</w:t>
      </w:r>
    </w:p>
    <w:p>
      <w:pPr>
        <w:spacing w:after="60" w:line="266" w:lineRule="auto"/>
        <w:ind w:firstLine="331"/>
        <w:jc w:val="both"/>
      </w:pPr>
      <w:r>
        <w:rPr>
          <w:rFonts w:ascii="Georgia" w:hAnsi="Georgia"/>
          <w:b w:val="0"/>
          <w:i w:val="0"/>
          <w:color w:val="22201D"/>
          <w:sz w:val="20"/>
        </w:rPr>
        <w:t>Auditor Ives looked at the Hostess.</w:t>
      </w:r>
    </w:p>
    <w:p>
      <w:pPr>
        <w:spacing w:after="60" w:line="266" w:lineRule="auto"/>
        <w:ind w:firstLine="331"/>
        <w:jc w:val="both"/>
      </w:pPr>
      <w:r>
        <w:rPr>
          <w:rFonts w:ascii="Georgia" w:hAnsi="Georgia"/>
          <w:b w:val="0"/>
          <w:i w:val="0"/>
          <w:color w:val="22201D"/>
          <w:sz w:val="20"/>
        </w:rPr>
        <w:t>"I still ordered nothing."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I received no food."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"No drink."</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"No comfort."</w:t>
      </w:r>
    </w:p>
    <w:p>
      <w:pPr>
        <w:spacing w:after="60" w:line="266" w:lineRule="auto"/>
        <w:ind w:firstLine="331"/>
        <w:jc w:val="both"/>
      </w:pPr>
      <w:r>
        <w:rPr>
          <w:rFonts w:ascii="Georgia" w:hAnsi="Georgia"/>
          <w:b w:val="0"/>
          <w:i w:val="0"/>
          <w:color w:val="22201D"/>
          <w:sz w:val="20"/>
        </w:rPr>
        <w:t>"None implied."</w:t>
      </w:r>
    </w:p>
    <w:p>
      <w:pPr>
        <w:spacing w:after="60" w:line="266" w:lineRule="auto"/>
        <w:ind w:firstLine="331"/>
        <w:jc w:val="both"/>
      </w:pPr>
      <w:r>
        <w:rPr>
          <w:rFonts w:ascii="Georgia" w:hAnsi="Georgia"/>
          <w:b w:val="0"/>
          <w:i w:val="0"/>
          <w:color w:val="22201D"/>
          <w:sz w:val="20"/>
        </w:rPr>
        <w:t>Auditor Ives looked at the open menu, the receipt, the worksheet, and the empty place setting.</w:t>
      </w:r>
    </w:p>
    <w:p>
      <w:pPr>
        <w:spacing w:after="60" w:line="266" w:lineRule="auto"/>
        <w:ind w:firstLine="331"/>
        <w:jc w:val="both"/>
      </w:pPr>
      <w:r>
        <w:rPr>
          <w:rFonts w:ascii="Georgia" w:hAnsi="Georgia"/>
          <w:b w:val="0"/>
          <w:i w:val="0"/>
          <w:color w:val="22201D"/>
          <w:sz w:val="20"/>
        </w:rPr>
        <w:t>"But I am on the bill."</w:t>
      </w:r>
    </w:p>
    <w:p>
      <w:pPr>
        <w:spacing w:after="60" w:line="266" w:lineRule="auto"/>
        <w:ind w:firstLine="331"/>
        <w:jc w:val="both"/>
      </w:pPr>
      <w:r>
        <w:rPr>
          <w:rFonts w:ascii="Georgia" w:hAnsi="Georgia"/>
          <w:b w:val="0"/>
          <w:i w:val="0"/>
          <w:color w:val="22201D"/>
          <w:sz w:val="20"/>
        </w:rPr>
        <w:t>The Hostess did not soften it.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Auditor Ives nodded once.</w:t>
      </w:r>
    </w:p>
    <w:p>
      <w:pPr>
        <w:spacing w:after="60" w:line="266" w:lineRule="auto"/>
        <w:ind w:firstLine="331"/>
        <w:jc w:val="both"/>
      </w:pPr>
      <w:r>
        <w:rPr>
          <w:rFonts w:ascii="Georgia" w:hAnsi="Georgia"/>
          <w:b w:val="0"/>
          <w:i w:val="0"/>
          <w:color w:val="22201D"/>
          <w:sz w:val="20"/>
        </w:rPr>
        <w:t>It was not agreement.</w:t>
      </w:r>
    </w:p>
    <w:p>
      <w:pPr>
        <w:spacing w:after="60" w:line="266" w:lineRule="auto"/>
        <w:ind w:firstLine="331"/>
        <w:jc w:val="both"/>
      </w:pPr>
      <w:r>
        <w:rPr>
          <w:rFonts w:ascii="Georgia" w:hAnsi="Georgia"/>
          <w:b w:val="0"/>
          <w:i w:val="0"/>
          <w:color w:val="22201D"/>
          <w:sz w:val="20"/>
        </w:rPr>
        <w:t>It was admission that the line existed.</w:t>
      </w:r>
    </w:p>
    <w:p>
      <w:pPr>
        <w:spacing w:after="60" w:line="266" w:lineRule="auto"/>
        <w:ind w:firstLine="331"/>
        <w:jc w:val="both"/>
      </w:pPr>
      <w:r>
        <w:rPr>
          <w:rFonts w:ascii="Georgia" w:hAnsi="Georgia"/>
          <w:b w:val="0"/>
          <w:i w:val="0"/>
          <w:color w:val="22201D"/>
          <w:sz w:val="20"/>
        </w:rPr>
        <w:t>For the city, that was often the beginning of reality.</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7: The Form That Corrects the Clerk</w:t>
      </w:r>
    </w:p>
    <w:p>
      <w:pPr>
        <w:spacing w:after="60" w:line="266" w:lineRule="auto"/>
        <w:ind w:firstLine="0"/>
        <w:jc w:val="both"/>
      </w:pPr>
      <w:r>
        <w:rPr>
          <w:rFonts w:ascii="Georgia" w:hAnsi="Georgia"/>
          <w:b w:val="0"/>
          <w:i w:val="0"/>
          <w:color w:val="22201D"/>
          <w:sz w:val="20"/>
        </w:rPr>
        <w:t>In which Steve receives a corrected form, discovers that paperwork can become accurate without becoming kind, and learns that the record has been editing him back.</w:t>
      </w:r>
    </w:p>
    <w:p>
      <w:pPr>
        <w:spacing w:after="60" w:line="266" w:lineRule="auto"/>
        <w:ind w:firstLine="331"/>
        <w:jc w:val="both"/>
      </w:pPr>
      <w:r>
        <w:rPr>
          <w:rFonts w:ascii="Georgia" w:hAnsi="Georgia"/>
          <w:b w:val="0"/>
          <w:i w:val="0"/>
          <w:color w:val="22201D"/>
          <w:sz w:val="20"/>
        </w:rPr>
        <w:t>Steve noticed the new form because it had not been there before.</w:t>
      </w:r>
    </w:p>
    <w:p>
      <w:pPr>
        <w:spacing w:after="60" w:line="266" w:lineRule="auto"/>
        <w:ind w:firstLine="331"/>
        <w:jc w:val="both"/>
      </w:pPr>
      <w:r>
        <w:rPr>
          <w:rFonts w:ascii="Georgia" w:hAnsi="Georgia"/>
          <w:b w:val="0"/>
          <w:i w:val="0"/>
          <w:color w:val="22201D"/>
          <w:sz w:val="20"/>
        </w:rPr>
        <w:t>This was not unusual in the records office. Forms appeared all the time. They arrived by mail, fax, interoffice envelope, printer queue, counter intake, misdirected courier, and occasionally from departments whose physical locations could not be confirmed by anyone currently employed by the city.</w:t>
      </w:r>
    </w:p>
    <w:p>
      <w:pPr>
        <w:spacing w:after="60" w:line="266" w:lineRule="auto"/>
        <w:ind w:firstLine="331"/>
        <w:jc w:val="both"/>
      </w:pPr>
      <w:r>
        <w:rPr>
          <w:rFonts w:ascii="Georgia" w:hAnsi="Georgia"/>
          <w:b w:val="0"/>
          <w:i w:val="0"/>
          <w:color w:val="22201D"/>
          <w:sz w:val="20"/>
        </w:rPr>
        <w:t>What made this form different was that it appeared in the center of Steve's desk under a mug he was holding.</w:t>
      </w:r>
    </w:p>
    <w:p>
      <w:pPr>
        <w:spacing w:after="60" w:line="266" w:lineRule="auto"/>
        <w:ind w:firstLine="331"/>
        <w:jc w:val="both"/>
      </w:pPr>
      <w:r>
        <w:rPr>
          <w:rFonts w:ascii="Georgia" w:hAnsi="Georgia"/>
          <w:b w:val="0"/>
          <w:i w:val="0"/>
          <w:color w:val="22201D"/>
          <w:sz w:val="20"/>
        </w:rPr>
        <w:t>The mug did not spill.</w:t>
      </w:r>
    </w:p>
    <w:p>
      <w:pPr>
        <w:spacing w:after="60" w:line="266" w:lineRule="auto"/>
        <w:ind w:firstLine="331"/>
        <w:jc w:val="both"/>
      </w:pPr>
      <w:r>
        <w:rPr>
          <w:rFonts w:ascii="Georgia" w:hAnsi="Georgia"/>
          <w:b w:val="0"/>
          <w:i w:val="0"/>
          <w:color w:val="22201D"/>
          <w:sz w:val="20"/>
        </w:rPr>
        <w:t>This was considerate.</w:t>
      </w:r>
    </w:p>
    <w:p>
      <w:pPr>
        <w:spacing w:after="60" w:line="266" w:lineRule="auto"/>
        <w:ind w:firstLine="331"/>
        <w:jc w:val="both"/>
      </w:pPr>
      <w:r>
        <w:rPr>
          <w:rFonts w:ascii="Georgia" w:hAnsi="Georgia"/>
          <w:b w:val="0"/>
          <w:i w:val="0"/>
          <w:color w:val="22201D"/>
          <w:sz w:val="20"/>
        </w:rPr>
        <w:t>Steve distrusted it immediately.</w:t>
      </w:r>
    </w:p>
    <w:p>
      <w:pPr>
        <w:spacing w:after="60" w:line="266" w:lineRule="auto"/>
        <w:ind w:firstLine="331"/>
        <w:jc w:val="both"/>
      </w:pPr>
      <w:r>
        <w:rPr>
          <w:rFonts w:ascii="Georgia" w:hAnsi="Georgia"/>
          <w:b w:val="0"/>
          <w:i w:val="0"/>
          <w:color w:val="22201D"/>
          <w:sz w:val="20"/>
        </w:rPr>
        <w:t>He lifted the mug. The form lay beneath it, dry, flat, and aligned precisely with the edge of his blotter. No clerk had entered. No printer had sounded. No pneumatic tube had delivered it, which was good because the city did not have pneumatic tubes and Steve felt strongly that impossible office infrastructure should submit a facilities request before becoming nostalgic.</w:t>
      </w:r>
    </w:p>
    <w:p>
      <w:pPr>
        <w:spacing w:after="60" w:line="266" w:lineRule="auto"/>
        <w:ind w:firstLine="331"/>
        <w:jc w:val="both"/>
      </w:pPr>
      <w:r>
        <w:rPr>
          <w:rFonts w:ascii="Georgia" w:hAnsi="Georgia"/>
          <w:b w:val="0"/>
          <w:i w:val="0"/>
          <w:color w:val="22201D"/>
          <w:sz w:val="20"/>
        </w:rPr>
        <w:t>At the top of the form:</w:t>
      </w:r>
    </w:p>
    <w:p>
      <w:pPr>
        <w:spacing w:after="60" w:line="250" w:lineRule="auto"/>
        <w:ind w:left="202" w:right="173"/>
      </w:pPr>
      <w:r>
        <w:rPr>
          <w:rFonts w:ascii="Georgia" w:hAnsi="Georgia"/>
          <w:b w:val="0"/>
          <w:i w:val="0"/>
          <w:color w:val="22201D"/>
          <w:sz w:val="17"/>
        </w:rPr>
        <w:t>CORRECTED FORM For clerk use when clerk has used correctness as cover</w:t>
      </w:r>
    </w:p>
    <w:p>
      <w:pPr>
        <w:spacing w:after="60" w:line="266" w:lineRule="auto"/>
        <w:ind w:firstLine="331"/>
        <w:jc w:val="both"/>
      </w:pPr>
      <w:r>
        <w:rPr>
          <w:rFonts w:ascii="Georgia" w:hAnsi="Georgia"/>
          <w:b w:val="0"/>
          <w:i w:val="0"/>
          <w:color w:val="22201D"/>
          <w:sz w:val="20"/>
        </w:rPr>
        <w:t>Steve set down the mug.</w:t>
      </w:r>
    </w:p>
    <w:p>
      <w:pPr>
        <w:spacing w:after="60" w:line="266" w:lineRule="auto"/>
        <w:ind w:firstLine="331"/>
        <w:jc w:val="both"/>
      </w:pPr>
      <w:r>
        <w:rPr>
          <w:rFonts w:ascii="Georgia" w:hAnsi="Georgia"/>
          <w:b w:val="0"/>
          <w:i w:val="0"/>
          <w:color w:val="22201D"/>
          <w:sz w:val="20"/>
        </w:rPr>
        <w:t>Carefully.</w:t>
      </w:r>
    </w:p>
    <w:p>
      <w:pPr>
        <w:spacing w:after="60" w:line="266" w:lineRule="auto"/>
        <w:ind w:firstLine="331"/>
        <w:jc w:val="both"/>
      </w:pPr>
      <w:r>
        <w:rPr>
          <w:rFonts w:ascii="Georgia" w:hAnsi="Georgia"/>
          <w:b w:val="0"/>
          <w:i w:val="0"/>
          <w:color w:val="22201D"/>
          <w:sz w:val="20"/>
        </w:rPr>
        <w:t>Not because he was afraid.</w:t>
      </w:r>
    </w:p>
    <w:p>
      <w:pPr>
        <w:spacing w:after="60" w:line="266" w:lineRule="auto"/>
        <w:ind w:firstLine="331"/>
        <w:jc w:val="both"/>
      </w:pPr>
      <w:r>
        <w:rPr>
          <w:rFonts w:ascii="Georgia" w:hAnsi="Georgia"/>
          <w:b w:val="0"/>
          <w:i w:val="0"/>
          <w:color w:val="22201D"/>
          <w:sz w:val="20"/>
        </w:rPr>
        <w:t>Because a mug in a records office had duties.</w:t>
      </w:r>
    </w:p>
    <w:p>
      <w:pPr>
        <w:spacing w:after="60" w:line="266" w:lineRule="auto"/>
        <w:ind w:firstLine="331"/>
        <w:jc w:val="both"/>
      </w:pPr>
      <w:r>
        <w:rPr>
          <w:rFonts w:ascii="Georgia" w:hAnsi="Georgia"/>
          <w:b w:val="0"/>
          <w:i w:val="0"/>
          <w:color w:val="22201D"/>
          <w:sz w:val="20"/>
        </w:rPr>
        <w:t>He looked across his desk at the amended business license file for Emoji Soup, the reopened case file, the inspection addendum copy, and the new memo from Municipal Revenue and Service Classification.</w:t>
      </w:r>
    </w:p>
    <w:p>
      <w:pPr>
        <w:spacing w:after="60" w:line="266" w:lineRule="auto"/>
        <w:ind w:firstLine="331"/>
        <w:jc w:val="both"/>
      </w:pPr>
      <w:r>
        <w:rPr>
          <w:rFonts w:ascii="Georgia" w:hAnsi="Georgia"/>
          <w:b w:val="0"/>
          <w:i w:val="0"/>
          <w:color w:val="22201D"/>
          <w:sz w:val="20"/>
        </w:rPr>
        <w:t>The memo from Revenue was normal in layout and abnormal in effect, which made it worse.</w:t>
      </w:r>
    </w:p>
    <w:p>
      <w:pPr>
        <w:spacing w:after="60" w:line="266" w:lineRule="auto"/>
        <w:ind w:firstLine="331"/>
        <w:jc w:val="both"/>
      </w:pPr>
      <w:r>
        <w:rPr>
          <w:rFonts w:ascii="Georgia" w:hAnsi="Georgia"/>
          <w:b w:val="0"/>
          <w:i w:val="0"/>
          <w:color w:val="22201D"/>
          <w:sz w:val="20"/>
        </w:rPr>
        <w:t>It read:</w:t>
      </w:r>
    </w:p>
    <w:p>
      <w:pPr>
        <w:spacing w:after="60" w:line="250" w:lineRule="auto"/>
        <w:ind w:left="202" w:right="173"/>
      </w:pPr>
      <w:r>
        <w:rPr>
          <w:rFonts w:ascii="Georgia" w:hAnsi="Georgia"/>
          <w:b w:val="0"/>
          <w:i w:val="0"/>
          <w:color w:val="22201D"/>
          <w:sz w:val="17"/>
        </w:rPr>
        <w:t>FIELD OBSERVATION NOTE  Auditor Darla Ives observed establishment. Menu refused. Water refused. Seating initially refused. Zero-order receipt issued. Corrected form requested.</w:t>
      </w:r>
    </w:p>
    <w:p>
      <w:pPr>
        <w:spacing w:after="60" w:line="266" w:lineRule="auto"/>
        <w:ind w:firstLine="331"/>
        <w:jc w:val="both"/>
      </w:pPr>
      <w:r>
        <w:rPr>
          <w:rFonts w:ascii="Georgia" w:hAnsi="Georgia"/>
          <w:b w:val="0"/>
          <w:i w:val="0"/>
          <w:color w:val="22201D"/>
          <w:sz w:val="20"/>
        </w:rPr>
        <w:t>Under Routing, someone had written:</w:t>
      </w:r>
    </w:p>
    <w:p>
      <w:pPr>
        <w:spacing w:after="60" w:line="250" w:lineRule="auto"/>
        <w:ind w:left="202" w:right="173"/>
      </w:pPr>
      <w:r>
        <w:rPr>
          <w:rFonts w:ascii="Georgia" w:hAnsi="Georgia"/>
          <w:b w:val="0"/>
          <w:i w:val="0"/>
          <w:color w:val="22201D"/>
          <w:sz w:val="17"/>
        </w:rPr>
        <w:t>Return to clerk of originating correction.</w:t>
      </w:r>
    </w:p>
    <w:p>
      <w:pPr>
        <w:spacing w:after="60" w:line="266" w:lineRule="auto"/>
        <w:ind w:firstLine="331"/>
        <w:jc w:val="both"/>
      </w:pPr>
      <w:r>
        <w:rPr>
          <w:rFonts w:ascii="Georgia" w:hAnsi="Georgia"/>
          <w:b w:val="0"/>
          <w:i w:val="0"/>
          <w:color w:val="22201D"/>
          <w:sz w:val="20"/>
        </w:rPr>
        <w:t>Steve did not enjoy being called originating.</w:t>
      </w:r>
    </w:p>
    <w:p>
      <w:pPr>
        <w:spacing w:after="60" w:line="266" w:lineRule="auto"/>
        <w:ind w:firstLine="331"/>
        <w:jc w:val="both"/>
      </w:pPr>
      <w:r>
        <w:rPr>
          <w:rFonts w:ascii="Georgia" w:hAnsi="Georgia"/>
          <w:b w:val="0"/>
          <w:i w:val="0"/>
          <w:color w:val="22201D"/>
          <w:sz w:val="20"/>
        </w:rPr>
        <w:t>He preferred assigned, responsible, or in emergencies temporarily unable to locate the prior attachment. Originating suggested a moral relationship to the problem. It suggested that he had not merely processed a correction, but caused one to have a childhood.</w:t>
      </w:r>
    </w:p>
    <w:p>
      <w:pPr>
        <w:spacing w:after="60" w:line="266" w:lineRule="auto"/>
        <w:ind w:firstLine="331"/>
        <w:jc w:val="both"/>
      </w:pPr>
      <w:r>
        <w:rPr>
          <w:rFonts w:ascii="Georgia" w:hAnsi="Georgia"/>
          <w:b w:val="0"/>
          <w:i w:val="0"/>
          <w:color w:val="22201D"/>
          <w:sz w:val="20"/>
        </w:rPr>
        <w:t>He picked up the corrected form.</w:t>
      </w:r>
    </w:p>
    <w:p>
      <w:pPr>
        <w:spacing w:after="60" w:line="266" w:lineRule="auto"/>
        <w:ind w:firstLine="331"/>
        <w:jc w:val="both"/>
      </w:pPr>
      <w:r>
        <w:rPr>
          <w:rFonts w:ascii="Georgia" w:hAnsi="Georgia"/>
          <w:b w:val="0"/>
          <w:i w:val="0"/>
          <w:color w:val="22201D"/>
          <w:sz w:val="20"/>
        </w:rPr>
        <w:t>The paper was heavier than ordinary city stock. Not expensive. Expense had a smell. This paper smelled like a rule that had learned patience.</w:t>
      </w:r>
    </w:p>
    <w:p>
      <w:pPr>
        <w:spacing w:after="60" w:line="266" w:lineRule="auto"/>
        <w:ind w:firstLine="331"/>
        <w:jc w:val="both"/>
      </w:pPr>
      <w:r>
        <w:rPr>
          <w:rFonts w:ascii="Georgia" w:hAnsi="Georgia"/>
          <w:b w:val="0"/>
          <w:i w:val="0"/>
          <w:color w:val="22201D"/>
          <w:sz w:val="20"/>
        </w:rPr>
        <w:t>The first field read:</w:t>
      </w:r>
    </w:p>
    <w:p>
      <w:pPr>
        <w:spacing w:after="60" w:line="250" w:lineRule="auto"/>
        <w:ind w:left="202" w:right="173"/>
      </w:pPr>
      <w:r>
        <w:rPr>
          <w:rFonts w:ascii="Georgia" w:hAnsi="Georgia"/>
          <w:b w:val="0"/>
          <w:i w:val="0"/>
          <w:color w:val="22201D"/>
          <w:sz w:val="17"/>
        </w:rPr>
        <w:t>Clerk: Steve</w:t>
      </w:r>
    </w:p>
    <w:p>
      <w:pPr>
        <w:spacing w:after="60" w:line="266" w:lineRule="auto"/>
        <w:ind w:firstLine="331"/>
        <w:jc w:val="both"/>
      </w:pPr>
      <w:r>
        <w:rPr>
          <w:rFonts w:ascii="Georgia" w:hAnsi="Georgia"/>
          <w:b w:val="0"/>
          <w:i w:val="0"/>
          <w:color w:val="22201D"/>
          <w:sz w:val="20"/>
        </w:rPr>
        <w:t>The second field read:</w:t>
      </w:r>
    </w:p>
    <w:p>
      <w:pPr>
        <w:spacing w:after="60" w:line="250" w:lineRule="auto"/>
        <w:ind w:left="202" w:right="173"/>
      </w:pPr>
      <w:r>
        <w:rPr>
          <w:rFonts w:ascii="Georgia" w:hAnsi="Georgia"/>
          <w:b w:val="0"/>
          <w:i w:val="0"/>
          <w:color w:val="22201D"/>
          <w:sz w:val="17"/>
        </w:rPr>
        <w:t>Correction accepted by clerk: pending</w:t>
      </w:r>
    </w:p>
    <w:p>
      <w:pPr>
        <w:spacing w:after="60" w:line="266" w:lineRule="auto"/>
        <w:ind w:firstLine="331"/>
        <w:jc w:val="both"/>
      </w:pPr>
      <w:r>
        <w:rPr>
          <w:rFonts w:ascii="Georgia" w:hAnsi="Georgia"/>
          <w:b w:val="0"/>
          <w:i w:val="0"/>
          <w:color w:val="22201D"/>
          <w:sz w:val="20"/>
        </w:rPr>
        <w:t>The third:</w:t>
      </w:r>
    </w:p>
    <w:p>
      <w:pPr>
        <w:spacing w:after="60" w:line="250" w:lineRule="auto"/>
        <w:ind w:left="202" w:right="173"/>
      </w:pPr>
      <w:r>
        <w:rPr>
          <w:rFonts w:ascii="Georgia" w:hAnsi="Georgia"/>
          <w:b w:val="0"/>
          <w:i w:val="0"/>
          <w:color w:val="22201D"/>
          <w:sz w:val="17"/>
        </w:rPr>
        <w:t>Original error: see below</w:t>
      </w:r>
    </w:p>
    <w:p>
      <w:pPr>
        <w:spacing w:after="60" w:line="266" w:lineRule="auto"/>
        <w:ind w:firstLine="331"/>
        <w:jc w:val="both"/>
      </w:pPr>
      <w:r>
        <w:rPr>
          <w:rFonts w:ascii="Georgia" w:hAnsi="Georgia"/>
          <w:b w:val="0"/>
          <w:i w:val="0"/>
          <w:color w:val="22201D"/>
          <w:sz w:val="20"/>
        </w:rPr>
        <w:t>Steve did not like see below in a form. It created suspense where hierarchy should have been sufficient.</w:t>
      </w:r>
    </w:p>
    <w:p>
      <w:pPr>
        <w:spacing w:after="60" w:line="266" w:lineRule="auto"/>
        <w:ind w:firstLine="331"/>
        <w:jc w:val="both"/>
      </w:pPr>
      <w:r>
        <w:rPr>
          <w:rFonts w:ascii="Georgia" w:hAnsi="Georgia"/>
          <w:b w:val="0"/>
          <w:i w:val="0"/>
          <w:color w:val="22201D"/>
          <w:sz w:val="20"/>
        </w:rPr>
        <w:t>Below, in a box labeled Original Error, the form had printed:</w:t>
      </w:r>
    </w:p>
    <w:p>
      <w:pPr>
        <w:spacing w:after="60" w:line="250" w:lineRule="auto"/>
        <w:ind w:left="202" w:right="173"/>
      </w:pPr>
      <w:r>
        <w:rPr>
          <w:rFonts w:ascii="Georgia" w:hAnsi="Georgia"/>
          <w:b w:val="0"/>
          <w:i w:val="0"/>
          <w:color w:val="22201D"/>
          <w:sz w:val="17"/>
        </w:rPr>
        <w:t>Belief that accurate filing could substitute for accurate witness.</w:t>
      </w:r>
    </w:p>
    <w:p>
      <w:pPr>
        <w:spacing w:after="60" w:line="266" w:lineRule="auto"/>
        <w:ind w:firstLine="331"/>
        <w:jc w:val="both"/>
      </w:pPr>
      <w:r>
        <w:rPr>
          <w:rFonts w:ascii="Georgia" w:hAnsi="Georgia"/>
          <w:b w:val="0"/>
          <w:i w:val="0"/>
          <w:color w:val="22201D"/>
          <w:sz w:val="20"/>
        </w:rPr>
        <w:t>Steve put the form down.</w:t>
      </w:r>
    </w:p>
    <w:p>
      <w:pPr>
        <w:spacing w:after="60" w:line="266" w:lineRule="auto"/>
        <w:ind w:firstLine="331"/>
        <w:jc w:val="both"/>
      </w:pPr>
      <w:r>
        <w:rPr>
          <w:rFonts w:ascii="Georgia" w:hAnsi="Georgia"/>
          <w:b w:val="0"/>
          <w:i w:val="0"/>
          <w:color w:val="22201D"/>
          <w:sz w:val="20"/>
        </w:rPr>
        <w:t>He stood.</w:t>
      </w:r>
    </w:p>
    <w:p>
      <w:pPr>
        <w:spacing w:after="60" w:line="266" w:lineRule="auto"/>
        <w:ind w:firstLine="331"/>
        <w:jc w:val="both"/>
      </w:pPr>
      <w:r>
        <w:rPr>
          <w:rFonts w:ascii="Georgia" w:hAnsi="Georgia"/>
          <w:b w:val="0"/>
          <w:i w:val="0"/>
          <w:color w:val="22201D"/>
          <w:sz w:val="20"/>
        </w:rPr>
        <w:t>He walked to the metal filing cabinet labeled ACTIVE / NOT ACTIVE / ASK MARLENE.</w:t>
      </w:r>
    </w:p>
    <w:p>
      <w:pPr>
        <w:spacing w:after="60" w:line="266" w:lineRule="auto"/>
        <w:ind w:firstLine="331"/>
        <w:jc w:val="both"/>
      </w:pPr>
      <w:r>
        <w:rPr>
          <w:rFonts w:ascii="Georgia" w:hAnsi="Georgia"/>
          <w:b w:val="0"/>
          <w:i w:val="0"/>
          <w:color w:val="22201D"/>
          <w:sz w:val="20"/>
        </w:rPr>
        <w:t>He opened the ACTIVE drawer.</w:t>
      </w:r>
    </w:p>
    <w:p>
      <w:pPr>
        <w:spacing w:after="60" w:line="266" w:lineRule="auto"/>
        <w:ind w:firstLine="331"/>
        <w:jc w:val="both"/>
      </w:pPr>
      <w:r>
        <w:rPr>
          <w:rFonts w:ascii="Georgia" w:hAnsi="Georgia"/>
          <w:b w:val="0"/>
          <w:i w:val="0"/>
          <w:color w:val="22201D"/>
          <w:sz w:val="20"/>
        </w:rPr>
        <w:t>Inside, the Emoji Soup folder was glowing very faintly.</w:t>
      </w:r>
    </w:p>
    <w:p>
      <w:pPr>
        <w:spacing w:after="60" w:line="266" w:lineRule="auto"/>
        <w:ind w:firstLine="331"/>
        <w:jc w:val="both"/>
      </w:pPr>
      <w:r>
        <w:rPr>
          <w:rFonts w:ascii="Georgia" w:hAnsi="Georgia"/>
          <w:b w:val="0"/>
          <w:i w:val="0"/>
          <w:color w:val="22201D"/>
          <w:sz w:val="20"/>
        </w:rPr>
        <w:t>Steve closed the drawer.</w:t>
      </w:r>
    </w:p>
    <w:p>
      <w:pPr>
        <w:spacing w:after="60" w:line="266" w:lineRule="auto"/>
        <w:ind w:firstLine="331"/>
        <w:jc w:val="both"/>
      </w:pPr>
      <w:r>
        <w:rPr>
          <w:rFonts w:ascii="Georgia" w:hAnsi="Georgia"/>
          <w:b w:val="0"/>
          <w:i w:val="0"/>
          <w:color w:val="22201D"/>
          <w:sz w:val="20"/>
        </w:rPr>
        <w:t>He wrote on a sticky note:</w:t>
      </w:r>
    </w:p>
    <w:p>
      <w:pPr>
        <w:spacing w:after="60" w:line="250" w:lineRule="auto"/>
        <w:ind w:left="202" w:right="173"/>
      </w:pPr>
      <w:r>
        <w:rPr>
          <w:rFonts w:ascii="Georgia" w:hAnsi="Georgia"/>
          <w:b w:val="0"/>
          <w:i w:val="0"/>
          <w:color w:val="22201D"/>
          <w:sz w:val="17"/>
        </w:rPr>
        <w:t>Folder emitted visual emphasis. Do not describe as glow in official record.</w:t>
      </w:r>
    </w:p>
    <w:p>
      <w:pPr>
        <w:spacing w:after="60" w:line="266" w:lineRule="auto"/>
        <w:ind w:firstLine="331"/>
        <w:jc w:val="both"/>
      </w:pPr>
      <w:r>
        <w:rPr>
          <w:rFonts w:ascii="Georgia" w:hAnsi="Georgia"/>
          <w:b w:val="0"/>
          <w:i w:val="0"/>
          <w:color w:val="22201D"/>
          <w:sz w:val="20"/>
        </w:rPr>
        <w:t>Then he placed the sticky note on the folder without opening the drawer again, which required a small act of faith in geography.</w:t>
      </w:r>
    </w:p>
    <w:p>
      <w:pPr>
        <w:spacing w:after="60" w:line="266" w:lineRule="auto"/>
        <w:ind w:firstLine="331"/>
        <w:jc w:val="both"/>
      </w:pPr>
      <w:r>
        <w:rPr>
          <w:rFonts w:ascii="Georgia" w:hAnsi="Georgia"/>
          <w:b w:val="0"/>
          <w:i w:val="0"/>
          <w:color w:val="22201D"/>
          <w:sz w:val="20"/>
        </w:rPr>
        <w:t>"Steve?"</w:t>
      </w:r>
    </w:p>
    <w:p>
      <w:pPr>
        <w:spacing w:after="60" w:line="266" w:lineRule="auto"/>
        <w:ind w:firstLine="331"/>
        <w:jc w:val="both"/>
      </w:pPr>
      <w:r>
        <w:rPr>
          <w:rFonts w:ascii="Georgia" w:hAnsi="Georgia"/>
          <w:b w:val="0"/>
          <w:i w:val="0"/>
          <w:color w:val="22201D"/>
          <w:sz w:val="20"/>
        </w:rPr>
        <w:t>Marlene stood in the doorway with a stack of folders and the expression of a person who had tolerated municipal reality longer than municipal reality deserved.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"Are you filing through a closed drawer?"</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She looked at the sticky note, which was half inside the drawer and half outside it.</w:t>
      </w:r>
    </w:p>
    <w:p>
      <w:pPr>
        <w:spacing w:after="60" w:line="266" w:lineRule="auto"/>
        <w:ind w:firstLine="331"/>
        <w:jc w:val="both"/>
      </w:pPr>
      <w:r>
        <w:rPr>
          <w:rFonts w:ascii="Georgia" w:hAnsi="Georgia"/>
          <w:b w:val="0"/>
          <w:i w:val="0"/>
          <w:color w:val="22201D"/>
          <w:sz w:val="20"/>
        </w:rPr>
        <w:t>"That is not a strong no."</w:t>
      </w:r>
    </w:p>
    <w:p>
      <w:pPr>
        <w:spacing w:after="60" w:line="266" w:lineRule="auto"/>
        <w:ind w:firstLine="331"/>
        <w:jc w:val="both"/>
      </w:pPr>
      <w:r>
        <w:rPr>
          <w:rFonts w:ascii="Georgia" w:hAnsi="Georgia"/>
          <w:b w:val="0"/>
          <w:i w:val="0"/>
          <w:color w:val="22201D"/>
          <w:sz w:val="20"/>
        </w:rPr>
        <w:t>"It is a jurisdictional no."</w:t>
      </w:r>
    </w:p>
    <w:p>
      <w:pPr>
        <w:spacing w:after="60" w:line="266" w:lineRule="auto"/>
        <w:ind w:firstLine="331"/>
        <w:jc w:val="both"/>
      </w:pPr>
      <w:r>
        <w:rPr>
          <w:rFonts w:ascii="Georgia" w:hAnsi="Georgia"/>
          <w:b w:val="0"/>
          <w:i w:val="0"/>
          <w:color w:val="22201D"/>
          <w:sz w:val="20"/>
        </w:rPr>
        <w:t>Marlene entered and put the folders on the side chair.</w:t>
      </w:r>
    </w:p>
    <w:p>
      <w:pPr>
        <w:spacing w:after="60" w:line="266" w:lineRule="auto"/>
        <w:ind w:firstLine="331"/>
        <w:jc w:val="both"/>
      </w:pPr>
      <w:r>
        <w:rPr>
          <w:rFonts w:ascii="Georgia" w:hAnsi="Georgia"/>
          <w:b w:val="0"/>
          <w:i w:val="0"/>
          <w:color w:val="22201D"/>
          <w:sz w:val="20"/>
        </w:rPr>
        <w:t>"Revenue called."</w:t>
      </w:r>
    </w:p>
    <w:p>
      <w:pPr>
        <w:spacing w:after="60" w:line="266" w:lineRule="auto"/>
        <w:ind w:firstLine="331"/>
        <w:jc w:val="both"/>
      </w:pPr>
      <w:r>
        <w:rPr>
          <w:rFonts w:ascii="Georgia" w:hAnsi="Georgia"/>
          <w:b w:val="0"/>
          <w:i w:val="0"/>
          <w:color w:val="22201D"/>
          <w:sz w:val="20"/>
        </w:rPr>
        <w:t>"I have their memo."</w:t>
      </w:r>
    </w:p>
    <w:p>
      <w:pPr>
        <w:spacing w:after="60" w:line="266" w:lineRule="auto"/>
        <w:ind w:firstLine="331"/>
        <w:jc w:val="both"/>
      </w:pPr>
      <w:r>
        <w:rPr>
          <w:rFonts w:ascii="Georgia" w:hAnsi="Georgia"/>
          <w:b w:val="0"/>
          <w:i w:val="0"/>
          <w:color w:val="22201D"/>
          <w:sz w:val="20"/>
        </w:rPr>
        <w:t>"They said the restaurant issued an order for nothing."</w:t>
      </w:r>
    </w:p>
    <w:p>
      <w:pPr>
        <w:spacing w:after="60" w:line="266" w:lineRule="auto"/>
        <w:ind w:firstLine="331"/>
        <w:jc w:val="both"/>
      </w:pPr>
      <w:r>
        <w:rPr>
          <w:rFonts w:ascii="Georgia" w:hAnsi="Georgia"/>
          <w:b w:val="0"/>
          <w:i w:val="0"/>
          <w:color w:val="22201D"/>
          <w:sz w:val="20"/>
        </w:rPr>
        <w:t>"A zero-order receipt."</w:t>
      </w:r>
    </w:p>
    <w:p>
      <w:pPr>
        <w:spacing w:after="60" w:line="266" w:lineRule="auto"/>
        <w:ind w:firstLine="331"/>
        <w:jc w:val="both"/>
      </w:pPr>
      <w:r>
        <w:rPr>
          <w:rFonts w:ascii="Georgia" w:hAnsi="Georgia"/>
          <w:b w:val="0"/>
          <w:i w:val="0"/>
          <w:color w:val="22201D"/>
          <w:sz w:val="20"/>
        </w:rPr>
        <w:t>"Is that better?"</w:t>
      </w:r>
    </w:p>
    <w:p>
      <w:pPr>
        <w:spacing w:after="60" w:line="266" w:lineRule="auto"/>
        <w:ind w:firstLine="331"/>
        <w:jc w:val="both"/>
      </w:pPr>
      <w:r>
        <w:rPr>
          <w:rFonts w:ascii="Georgia" w:hAnsi="Georgia"/>
          <w:b w:val="0"/>
          <w:i w:val="0"/>
          <w:color w:val="22201D"/>
          <w:sz w:val="20"/>
        </w:rPr>
        <w:t>"It is more specific."</w:t>
      </w:r>
    </w:p>
    <w:p>
      <w:pPr>
        <w:spacing w:after="60" w:line="266" w:lineRule="auto"/>
        <w:ind w:firstLine="331"/>
        <w:jc w:val="both"/>
      </w:pPr>
      <w:r>
        <w:rPr>
          <w:rFonts w:ascii="Georgia" w:hAnsi="Georgia"/>
          <w:b w:val="0"/>
          <w:i w:val="0"/>
          <w:color w:val="22201D"/>
          <w:sz w:val="20"/>
        </w:rPr>
        <w:t>"That is not always better."</w:t>
      </w:r>
    </w:p>
    <w:p>
      <w:pPr>
        <w:spacing w:after="60" w:line="266" w:lineRule="auto"/>
        <w:ind w:firstLine="331"/>
        <w:jc w:val="both"/>
      </w:pPr>
      <w:r>
        <w:rPr>
          <w:rFonts w:ascii="Georgia" w:hAnsi="Georgia"/>
          <w:b w:val="0"/>
          <w:i w:val="0"/>
          <w:color w:val="22201D"/>
          <w:sz w:val="20"/>
        </w:rPr>
        <w:t>Steve looked at the corrected form.</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Marlene noticed his tone.</w:t>
      </w:r>
    </w:p>
    <w:p>
      <w:pPr>
        <w:spacing w:after="60" w:line="266" w:lineRule="auto"/>
        <w:ind w:firstLine="331"/>
        <w:jc w:val="both"/>
      </w:pPr>
      <w:r>
        <w:rPr>
          <w:rFonts w:ascii="Georgia" w:hAnsi="Georgia"/>
          <w:b w:val="0"/>
          <w:i w:val="0"/>
          <w:color w:val="22201D"/>
          <w:sz w:val="20"/>
        </w:rPr>
        <w:t>She did not soften immediately. Marlene's kindness was not decorative. It arrived when useful, and left when the forms needed air.</w:t>
      </w:r>
    </w:p>
    <w:p>
      <w:pPr>
        <w:spacing w:after="60" w:line="266" w:lineRule="auto"/>
        <w:ind w:firstLine="331"/>
        <w:jc w:val="both"/>
      </w:pPr>
      <w:r>
        <w:rPr>
          <w:rFonts w:ascii="Georgia" w:hAnsi="Georgia"/>
          <w:b w:val="0"/>
          <w:i w:val="0"/>
          <w:color w:val="22201D"/>
          <w:sz w:val="20"/>
        </w:rPr>
        <w:t>"What appeared?"</w:t>
      </w:r>
    </w:p>
    <w:p>
      <w:pPr>
        <w:spacing w:after="60" w:line="266" w:lineRule="auto"/>
        <w:ind w:firstLine="331"/>
        <w:jc w:val="both"/>
      </w:pPr>
      <w:r>
        <w:rPr>
          <w:rFonts w:ascii="Georgia" w:hAnsi="Georgia"/>
          <w:b w:val="0"/>
          <w:i w:val="0"/>
          <w:color w:val="22201D"/>
          <w:sz w:val="20"/>
        </w:rPr>
        <w:t>Steve turned the form so she could read the heading.</w:t>
      </w:r>
    </w:p>
    <w:p>
      <w:pPr>
        <w:spacing w:after="60" w:line="266" w:lineRule="auto"/>
        <w:ind w:firstLine="331"/>
        <w:jc w:val="both"/>
      </w:pPr>
      <w:r>
        <w:rPr>
          <w:rFonts w:ascii="Georgia" w:hAnsi="Georgia"/>
          <w:b w:val="0"/>
          <w:i w:val="0"/>
          <w:color w:val="22201D"/>
          <w:sz w:val="20"/>
        </w:rPr>
        <w:t>Marlene read it.</w:t>
      </w:r>
    </w:p>
    <w:p>
      <w:pPr>
        <w:spacing w:after="60" w:line="266" w:lineRule="auto"/>
        <w:ind w:firstLine="331"/>
        <w:jc w:val="both"/>
      </w:pPr>
      <w:r>
        <w:rPr>
          <w:rFonts w:ascii="Georgia" w:hAnsi="Georgia"/>
          <w:b w:val="0"/>
          <w:i w:val="0"/>
          <w:color w:val="22201D"/>
          <w:sz w:val="20"/>
        </w:rPr>
        <w:t>"For clerk use when clerk has used correctness as cover," she said.</w:t>
      </w:r>
    </w:p>
    <w:p>
      <w:pPr>
        <w:spacing w:after="60" w:line="266" w:lineRule="auto"/>
        <w:ind w:firstLine="331"/>
        <w:jc w:val="both"/>
      </w:pPr>
      <w:r>
        <w:rPr>
          <w:rFonts w:ascii="Georgia" w:hAnsi="Georgia"/>
          <w:b w:val="0"/>
          <w:i w:val="0"/>
          <w:color w:val="22201D"/>
          <w:sz w:val="20"/>
        </w:rPr>
        <w:t>"It is not an approved title."</w:t>
      </w:r>
    </w:p>
    <w:p>
      <w:pPr>
        <w:spacing w:after="60" w:line="266" w:lineRule="auto"/>
        <w:ind w:firstLine="331"/>
        <w:jc w:val="both"/>
      </w:pPr>
      <w:r>
        <w:rPr>
          <w:rFonts w:ascii="Georgia" w:hAnsi="Georgia"/>
          <w:b w:val="0"/>
          <w:i w:val="0"/>
          <w:color w:val="22201D"/>
          <w:sz w:val="20"/>
        </w:rPr>
        <w:t>"It is a recognizable one."</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She read the Original Error field.</w:t>
      </w:r>
    </w:p>
    <w:p>
      <w:pPr>
        <w:spacing w:after="60" w:line="266" w:lineRule="auto"/>
        <w:ind w:firstLine="331"/>
        <w:jc w:val="both"/>
      </w:pPr>
      <w:r>
        <w:rPr>
          <w:rFonts w:ascii="Georgia" w:hAnsi="Georgia"/>
          <w:b w:val="0"/>
          <w:i w:val="0"/>
          <w:color w:val="22201D"/>
          <w:sz w:val="20"/>
        </w:rPr>
        <w:t>Then she looked at him.</w:t>
      </w:r>
    </w:p>
    <w:p>
      <w:pPr>
        <w:spacing w:after="60" w:line="266" w:lineRule="auto"/>
        <w:ind w:firstLine="331"/>
        <w:jc w:val="both"/>
      </w:pPr>
      <w:r>
        <w:rPr>
          <w:rFonts w:ascii="Georgia" w:hAnsi="Georgia"/>
          <w:b w:val="0"/>
          <w:i w:val="0"/>
          <w:color w:val="22201D"/>
          <w:sz w:val="20"/>
        </w:rPr>
        <w:t>"That feels like yours."</w:t>
      </w:r>
    </w:p>
    <w:p>
      <w:pPr>
        <w:spacing w:after="60" w:line="266" w:lineRule="auto"/>
        <w:ind w:firstLine="331"/>
        <w:jc w:val="both"/>
      </w:pPr>
      <w:r>
        <w:rPr>
          <w:rFonts w:ascii="Georgia" w:hAnsi="Georgia"/>
          <w:b w:val="0"/>
          <w:i w:val="0"/>
          <w:color w:val="22201D"/>
          <w:sz w:val="20"/>
        </w:rPr>
        <w:t>"It has my name."</w:t>
      </w:r>
    </w:p>
    <w:p>
      <w:pPr>
        <w:spacing w:after="60" w:line="266" w:lineRule="auto"/>
        <w:ind w:firstLine="331"/>
        <w:jc w:val="both"/>
      </w:pPr>
      <w:r>
        <w:rPr>
          <w:rFonts w:ascii="Georgia" w:hAnsi="Georgia"/>
          <w:b w:val="0"/>
          <w:i w:val="0"/>
          <w:color w:val="22201D"/>
          <w:sz w:val="20"/>
        </w:rPr>
        <w:t>"I mean the error."</w:t>
      </w:r>
    </w:p>
    <w:p>
      <w:pPr>
        <w:spacing w:after="60" w:line="266" w:lineRule="auto"/>
        <w:ind w:firstLine="331"/>
        <w:jc w:val="both"/>
      </w:pPr>
      <w:r>
        <w:rPr>
          <w:rFonts w:ascii="Georgia" w:hAnsi="Georgia"/>
          <w:b w:val="0"/>
          <w:i w:val="0"/>
          <w:color w:val="22201D"/>
          <w:sz w:val="20"/>
        </w:rPr>
        <w:t>Steve sat.</w:t>
      </w:r>
    </w:p>
    <w:p>
      <w:pPr>
        <w:spacing w:after="60" w:line="266" w:lineRule="auto"/>
        <w:ind w:firstLine="331"/>
        <w:jc w:val="both"/>
      </w:pPr>
      <w:r>
        <w:rPr>
          <w:rFonts w:ascii="Georgia" w:hAnsi="Georgia"/>
          <w:b w:val="0"/>
          <w:i w:val="0"/>
          <w:color w:val="22201D"/>
          <w:sz w:val="20"/>
        </w:rPr>
        <w:t>He wanted to defend accuracy.</w:t>
      </w:r>
    </w:p>
    <w:p>
      <w:pPr>
        <w:spacing w:after="60" w:line="266" w:lineRule="auto"/>
        <w:ind w:firstLine="331"/>
        <w:jc w:val="both"/>
      </w:pPr>
      <w:r>
        <w:rPr>
          <w:rFonts w:ascii="Georgia" w:hAnsi="Georgia"/>
          <w:b w:val="0"/>
          <w:i w:val="0"/>
          <w:color w:val="22201D"/>
          <w:sz w:val="20"/>
        </w:rPr>
        <w:t>This was his first problem.</w:t>
      </w:r>
    </w:p>
    <w:p>
      <w:pPr>
        <w:spacing w:after="60" w:line="266" w:lineRule="auto"/>
        <w:ind w:firstLine="331"/>
        <w:jc w:val="both"/>
      </w:pPr>
      <w:r>
        <w:rPr>
          <w:rFonts w:ascii="Georgia" w:hAnsi="Georgia"/>
          <w:b w:val="0"/>
          <w:i w:val="0"/>
          <w:color w:val="22201D"/>
          <w:sz w:val="20"/>
        </w:rPr>
        <w:t>He loved accuracy. Not sentimentally. Steve did not put motivational quotes about accuracy on his wall. He simply believed that the record was a public shelter. If the form said the wrong thing, someone would eventually be made cold by it. If the note omitted a date, someone would eventually be blamed for not arriving. If a license category failed to fit reality, reality would not become safer. It would become administratively invisible, which was where harm liked to take naps.</w:t>
      </w:r>
    </w:p>
    <w:p>
      <w:pPr>
        <w:spacing w:after="60" w:line="266" w:lineRule="auto"/>
        <w:ind w:firstLine="331"/>
        <w:jc w:val="both"/>
      </w:pPr>
      <w:r>
        <w:rPr>
          <w:rFonts w:ascii="Georgia" w:hAnsi="Georgia"/>
          <w:b w:val="0"/>
          <w:i w:val="0"/>
          <w:color w:val="22201D"/>
          <w:sz w:val="20"/>
        </w:rPr>
        <w:t>He had corrected the Emoji Soup license because the old record was false.</w:t>
      </w:r>
    </w:p>
    <w:p>
      <w:pPr>
        <w:spacing w:after="60" w:line="266" w:lineRule="auto"/>
        <w:ind w:firstLine="331"/>
        <w:jc w:val="both"/>
      </w:pPr>
      <w:r>
        <w:rPr>
          <w:rFonts w:ascii="Georgia" w:hAnsi="Georgia"/>
          <w:b w:val="0"/>
          <w:i w:val="0"/>
          <w:color w:val="22201D"/>
          <w:sz w:val="20"/>
        </w:rPr>
        <w:t>He had reopened the case because a closed file had been lying.</w:t>
      </w:r>
    </w:p>
    <w:p>
      <w:pPr>
        <w:spacing w:after="60" w:line="266" w:lineRule="auto"/>
        <w:ind w:firstLine="331"/>
        <w:jc w:val="both"/>
      </w:pPr>
      <w:r>
        <w:rPr>
          <w:rFonts w:ascii="Georgia" w:hAnsi="Georgia"/>
          <w:b w:val="0"/>
          <w:i w:val="0"/>
          <w:color w:val="22201D"/>
          <w:sz w:val="20"/>
        </w:rPr>
        <w:t>He had routed the inspection addendum because Gerald Park's practical caution deserved standing.</w:t>
      </w:r>
    </w:p>
    <w:p>
      <w:pPr>
        <w:spacing w:after="60" w:line="266" w:lineRule="auto"/>
        <w:ind w:firstLine="331"/>
        <w:jc w:val="both"/>
      </w:pPr>
      <w:r>
        <w:rPr>
          <w:rFonts w:ascii="Georgia" w:hAnsi="Georgia"/>
          <w:b w:val="0"/>
          <w:i w:val="0"/>
          <w:color w:val="22201D"/>
          <w:sz w:val="20"/>
        </w:rPr>
        <w:t>These were not evasions.</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Self-defense summary detected. Accuracy acknowledged. Cover remains under review.</w:t>
      </w:r>
    </w:p>
    <w:p>
      <w:pPr>
        <w:spacing w:after="60" w:line="266" w:lineRule="auto"/>
        <w:ind w:firstLine="331"/>
        <w:jc w:val="both"/>
      </w:pPr>
      <w:r>
        <w:rPr>
          <w:rFonts w:ascii="Georgia" w:hAnsi="Georgia"/>
          <w:b w:val="0"/>
          <w:i w:val="0"/>
          <w:color w:val="22201D"/>
          <w:sz w:val="20"/>
        </w:rPr>
        <w:t>Marlene stepped back.</w:t>
      </w:r>
    </w:p>
    <w:p>
      <w:pPr>
        <w:spacing w:after="60" w:line="266" w:lineRule="auto"/>
        <w:ind w:firstLine="331"/>
        <w:jc w:val="both"/>
      </w:pPr>
      <w:r>
        <w:rPr>
          <w:rFonts w:ascii="Georgia" w:hAnsi="Georgia"/>
          <w:b w:val="0"/>
          <w:i w:val="0"/>
          <w:color w:val="22201D"/>
          <w:sz w:val="20"/>
        </w:rPr>
        <w:t>"It prints while you think?"</w:t>
      </w:r>
    </w:p>
    <w:p>
      <w:pPr>
        <w:spacing w:after="60" w:line="266" w:lineRule="auto"/>
        <w:ind w:firstLine="331"/>
        <w:jc w:val="both"/>
      </w:pPr>
      <w:r>
        <w:rPr>
          <w:rFonts w:ascii="Georgia" w:hAnsi="Georgia"/>
          <w:b w:val="0"/>
          <w:i w:val="0"/>
          <w:color w:val="22201D"/>
          <w:sz w:val="20"/>
        </w:rPr>
        <w:t>"Only when I think loudly."</w:t>
      </w:r>
    </w:p>
    <w:p>
      <w:pPr>
        <w:spacing w:after="60" w:line="266" w:lineRule="auto"/>
        <w:ind w:firstLine="331"/>
        <w:jc w:val="both"/>
      </w:pPr>
      <w:r>
        <w:rPr>
          <w:rFonts w:ascii="Georgia" w:hAnsi="Georgia"/>
          <w:b w:val="0"/>
          <w:i w:val="0"/>
          <w:color w:val="22201D"/>
          <w:sz w:val="20"/>
        </w:rPr>
        <w:t>"You do."</w:t>
      </w:r>
    </w:p>
    <w:p>
      <w:pPr>
        <w:spacing w:after="60" w:line="266" w:lineRule="auto"/>
        <w:ind w:firstLine="331"/>
        <w:jc w:val="both"/>
      </w:pPr>
      <w:r>
        <w:rPr>
          <w:rFonts w:ascii="Georgia" w:hAnsi="Georgia"/>
          <w:b w:val="0"/>
          <w:i w:val="0"/>
          <w:color w:val="22201D"/>
          <w:sz w:val="20"/>
        </w:rPr>
        <w:t>"I have received similar feedback."</w:t>
      </w:r>
    </w:p>
    <w:p>
      <w:pPr>
        <w:spacing w:after="60" w:line="266" w:lineRule="auto"/>
        <w:ind w:firstLine="331"/>
        <w:jc w:val="both"/>
      </w:pPr>
      <w:r>
        <w:rPr>
          <w:rFonts w:ascii="Georgia" w:hAnsi="Georgia"/>
          <w:b w:val="0"/>
          <w:i w:val="0"/>
          <w:color w:val="22201D"/>
          <w:sz w:val="20"/>
        </w:rPr>
        <w:t>The form continued:</w:t>
      </w:r>
    </w:p>
    <w:p>
      <w:pPr>
        <w:spacing w:after="60" w:line="250" w:lineRule="auto"/>
        <w:ind w:left="202" w:right="173"/>
      </w:pPr>
      <w:r>
        <w:rPr>
          <w:rFonts w:ascii="Georgia" w:hAnsi="Georgia"/>
          <w:b w:val="0"/>
          <w:i w:val="0"/>
          <w:color w:val="22201D"/>
          <w:sz w:val="17"/>
        </w:rPr>
        <w:t>Question: When the record became accurate, did the clerk become available?</w:t>
      </w:r>
    </w:p>
    <w:p>
      <w:pPr>
        <w:spacing w:after="60" w:line="266" w:lineRule="auto"/>
        <w:ind w:firstLine="331"/>
        <w:jc w:val="both"/>
      </w:pPr>
      <w:r>
        <w:rPr>
          <w:rFonts w:ascii="Georgia" w:hAnsi="Georgia"/>
          <w:b w:val="0"/>
          <w:i w:val="0"/>
          <w:color w:val="22201D"/>
          <w:sz w:val="20"/>
        </w:rPr>
        <w:t>Steve stared at the question.</w:t>
      </w:r>
    </w:p>
    <w:p>
      <w:pPr>
        <w:spacing w:after="60" w:line="266" w:lineRule="auto"/>
        <w:ind w:firstLine="331"/>
        <w:jc w:val="both"/>
      </w:pPr>
      <w:r>
        <w:rPr>
          <w:rFonts w:ascii="Georgia" w:hAnsi="Georgia"/>
          <w:b w:val="0"/>
          <w:i w:val="0"/>
          <w:color w:val="22201D"/>
          <w:sz w:val="20"/>
        </w:rPr>
        <w:t>"Available for what?"</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Witness.</w:t>
      </w:r>
    </w:p>
    <w:p>
      <w:pPr>
        <w:spacing w:after="60" w:line="266" w:lineRule="auto"/>
        <w:ind w:firstLine="331"/>
        <w:jc w:val="both"/>
      </w:pPr>
      <w:r>
        <w:rPr>
          <w:rFonts w:ascii="Georgia" w:hAnsi="Georgia"/>
          <w:b w:val="0"/>
          <w:i w:val="0"/>
          <w:color w:val="22201D"/>
          <w:sz w:val="20"/>
        </w:rPr>
        <w:t>Steve removed his glasses.</w:t>
      </w:r>
    </w:p>
    <w:p>
      <w:pPr>
        <w:spacing w:after="60" w:line="266" w:lineRule="auto"/>
        <w:ind w:firstLine="331"/>
        <w:jc w:val="both"/>
      </w:pPr>
      <w:r>
        <w:rPr>
          <w:rFonts w:ascii="Georgia" w:hAnsi="Georgia"/>
          <w:b w:val="0"/>
          <w:i w:val="0"/>
          <w:color w:val="22201D"/>
          <w:sz w:val="20"/>
        </w:rPr>
        <w:t>This made the form blurry but did not reduce its authority.</w:t>
      </w:r>
    </w:p>
    <w:p>
      <w:pPr>
        <w:spacing w:after="60" w:line="266" w:lineRule="auto"/>
        <w:ind w:firstLine="331"/>
        <w:jc w:val="both"/>
      </w:pPr>
      <w:r>
        <w:rPr>
          <w:rFonts w:ascii="Georgia" w:hAnsi="Georgia"/>
          <w:b w:val="0"/>
          <w:i w:val="0"/>
          <w:color w:val="22201D"/>
          <w:sz w:val="20"/>
        </w:rPr>
        <w:t>"I am not a witness. I am a clerk."</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Correction: Clerk is witness with filing duties.</w:t>
      </w:r>
    </w:p>
    <w:p>
      <w:pPr>
        <w:spacing w:after="60" w:line="266" w:lineRule="auto"/>
        <w:ind w:firstLine="331"/>
        <w:jc w:val="both"/>
      </w:pPr>
      <w:r>
        <w:rPr>
          <w:rFonts w:ascii="Georgia" w:hAnsi="Georgia"/>
          <w:b w:val="0"/>
          <w:i w:val="0"/>
          <w:color w:val="22201D"/>
          <w:sz w:val="20"/>
        </w:rPr>
        <w:t>Marlene made a small sound.</w:t>
      </w:r>
    </w:p>
    <w:p>
      <w:pPr>
        <w:spacing w:after="60" w:line="266" w:lineRule="auto"/>
        <w:ind w:firstLine="331"/>
        <w:jc w:val="both"/>
      </w:pPr>
      <w:r>
        <w:rPr>
          <w:rFonts w:ascii="Georgia" w:hAnsi="Georgia"/>
          <w:b w:val="0"/>
          <w:i w:val="0"/>
          <w:color w:val="22201D"/>
          <w:sz w:val="20"/>
        </w:rPr>
        <w:t>"Do not encourage it," Steve said.</w:t>
      </w:r>
    </w:p>
    <w:p>
      <w:pPr>
        <w:spacing w:after="60" w:line="266" w:lineRule="auto"/>
        <w:ind w:firstLine="331"/>
        <w:jc w:val="both"/>
      </w:pPr>
      <w:r>
        <w:rPr>
          <w:rFonts w:ascii="Georgia" w:hAnsi="Georgia"/>
          <w:b w:val="0"/>
          <w:i w:val="0"/>
          <w:color w:val="22201D"/>
          <w:sz w:val="20"/>
        </w:rPr>
        <w:t>"I was not encouraging it. I was being corrected adjacent."</w:t>
      </w:r>
    </w:p>
    <w:p>
      <w:pPr>
        <w:spacing w:after="60" w:line="266" w:lineRule="auto"/>
        <w:ind w:firstLine="331"/>
        <w:jc w:val="both"/>
      </w:pPr>
      <w:r>
        <w:rPr>
          <w:rFonts w:ascii="Georgia" w:hAnsi="Georgia"/>
          <w:b w:val="0"/>
          <w:i w:val="0"/>
          <w:color w:val="22201D"/>
          <w:sz w:val="20"/>
        </w:rPr>
        <w:t>Steve put his glasses back on.</w:t>
      </w:r>
    </w:p>
    <w:p>
      <w:pPr>
        <w:spacing w:after="60" w:line="266" w:lineRule="auto"/>
        <w:ind w:firstLine="331"/>
        <w:jc w:val="both"/>
      </w:pPr>
      <w:r>
        <w:rPr>
          <w:rFonts w:ascii="Georgia" w:hAnsi="Georgia"/>
          <w:b w:val="0"/>
          <w:i w:val="0"/>
          <w:color w:val="22201D"/>
          <w:sz w:val="20"/>
        </w:rPr>
        <w:t>The city outside his office window continued being the city. A bus stopped. A person in a yellow jacket argued with a parking meter. A dog on the sidewalk refused to proceed for reasons that appeared principled. None of them knew that Steve's job title had just been broadened by stationery.</w:t>
      </w:r>
    </w:p>
    <w:p>
      <w:pPr>
        <w:spacing w:after="60" w:line="266" w:lineRule="auto"/>
        <w:ind w:firstLine="331"/>
        <w:jc w:val="both"/>
      </w:pPr>
      <w:r>
        <w:rPr>
          <w:rFonts w:ascii="Georgia" w:hAnsi="Georgia"/>
          <w:b w:val="0"/>
          <w:i w:val="0"/>
          <w:color w:val="22201D"/>
          <w:sz w:val="20"/>
        </w:rPr>
        <w:t>"If clerks are witnesses," Steve said, "then every file is a statement."</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"That is intolerable."</w:t>
      </w:r>
    </w:p>
    <w:p>
      <w:pPr>
        <w:spacing w:after="60" w:line="250" w:lineRule="auto"/>
        <w:ind w:left="202" w:right="173"/>
      </w:pPr>
      <w:r>
        <w:rPr>
          <w:rFonts w:ascii="Georgia" w:hAnsi="Georgia"/>
          <w:b w:val="0"/>
          <w:i w:val="0"/>
          <w:color w:val="22201D"/>
          <w:sz w:val="17"/>
        </w:rPr>
        <w:t>Also yes.</w:t>
      </w:r>
    </w:p>
    <w:p>
      <w:pPr>
        <w:spacing w:after="60" w:line="266" w:lineRule="auto"/>
        <w:ind w:firstLine="331"/>
        <w:jc w:val="both"/>
      </w:pPr>
      <w:r>
        <w:rPr>
          <w:rFonts w:ascii="Georgia" w:hAnsi="Georgia"/>
          <w:b w:val="0"/>
          <w:i w:val="0"/>
          <w:color w:val="22201D"/>
          <w:sz w:val="20"/>
        </w:rPr>
        <w:t>Marlene folded her arms.</w:t>
      </w:r>
    </w:p>
    <w:p>
      <w:pPr>
        <w:spacing w:after="60" w:line="266" w:lineRule="auto"/>
        <w:ind w:firstLine="331"/>
        <w:jc w:val="both"/>
      </w:pPr>
      <w:r>
        <w:rPr>
          <w:rFonts w:ascii="Georgia" w:hAnsi="Georgia"/>
          <w:b w:val="0"/>
          <w:i w:val="0"/>
          <w:color w:val="22201D"/>
          <w:sz w:val="20"/>
        </w:rPr>
        <w:t>"What does it want corrected?"</w:t>
      </w:r>
    </w:p>
    <w:p>
      <w:pPr>
        <w:spacing w:after="60" w:line="266" w:lineRule="auto"/>
        <w:ind w:firstLine="331"/>
        <w:jc w:val="both"/>
      </w:pPr>
      <w:r>
        <w:rPr>
          <w:rFonts w:ascii="Georgia" w:hAnsi="Georgia"/>
          <w:b w:val="0"/>
          <w:i w:val="0"/>
          <w:color w:val="22201D"/>
          <w:sz w:val="20"/>
        </w:rPr>
        <w:t>Steve read the next box.</w:t>
      </w:r>
    </w:p>
    <w:p>
      <w:pPr>
        <w:spacing w:after="60" w:line="250" w:lineRule="auto"/>
        <w:ind w:left="202" w:right="173"/>
      </w:pPr>
      <w:r>
        <w:rPr>
          <w:rFonts w:ascii="Georgia" w:hAnsi="Georgia"/>
          <w:b w:val="0"/>
          <w:i w:val="0"/>
          <w:color w:val="22201D"/>
          <w:sz w:val="17"/>
        </w:rPr>
        <w:t>Correction Required: Revise record from procedural adequacy to moral accuracy where moral accuracy is already present in the record and has been avoided by neutral language.</w:t>
      </w:r>
    </w:p>
    <w:p>
      <w:pPr>
        <w:spacing w:after="60" w:line="266" w:lineRule="auto"/>
        <w:ind w:firstLine="331"/>
        <w:jc w:val="both"/>
      </w:pPr>
      <w:r>
        <w:rPr>
          <w:rFonts w:ascii="Georgia" w:hAnsi="Georgia"/>
          <w:b w:val="0"/>
          <w:i w:val="0"/>
          <w:color w:val="22201D"/>
          <w:sz w:val="20"/>
        </w:rPr>
        <w:t>"Absolutely not," Steve said.</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Objection entered. Grounds?</w:t>
      </w:r>
    </w:p>
    <w:p>
      <w:pPr>
        <w:spacing w:after="60" w:line="266" w:lineRule="auto"/>
        <w:ind w:firstLine="331"/>
        <w:jc w:val="both"/>
      </w:pPr>
      <w:r>
        <w:rPr>
          <w:rFonts w:ascii="Georgia" w:hAnsi="Georgia"/>
          <w:b w:val="0"/>
          <w:i w:val="0"/>
          <w:color w:val="22201D"/>
          <w:sz w:val="20"/>
        </w:rPr>
        <w:t>Steve took a pen from the cup.</w:t>
      </w:r>
    </w:p>
    <w:p>
      <w:pPr>
        <w:spacing w:after="60" w:line="266" w:lineRule="auto"/>
        <w:ind w:firstLine="331"/>
        <w:jc w:val="both"/>
      </w:pPr>
      <w:r>
        <w:rPr>
          <w:rFonts w:ascii="Georgia" w:hAnsi="Georgia"/>
          <w:b w:val="0"/>
          <w:i w:val="0"/>
          <w:color w:val="22201D"/>
          <w:sz w:val="20"/>
        </w:rPr>
        <w:t>The pen was city-issued, blue, and bad in a familiar way. He uncapped it with more force than the cap deserved.</w:t>
      </w:r>
    </w:p>
    <w:p>
      <w:pPr>
        <w:spacing w:after="60" w:line="266" w:lineRule="auto"/>
        <w:ind w:firstLine="331"/>
        <w:jc w:val="both"/>
      </w:pPr>
      <w:r>
        <w:rPr>
          <w:rFonts w:ascii="Georgia" w:hAnsi="Georgia"/>
          <w:b w:val="0"/>
          <w:i w:val="0"/>
          <w:color w:val="22201D"/>
          <w:sz w:val="20"/>
        </w:rPr>
        <w:t>In the objection field, he wrote:</w:t>
      </w:r>
    </w:p>
    <w:p>
      <w:pPr>
        <w:spacing w:after="60" w:line="250" w:lineRule="auto"/>
        <w:ind w:left="202" w:right="173"/>
      </w:pPr>
      <w:r>
        <w:rPr>
          <w:rFonts w:ascii="Georgia" w:hAnsi="Georgia"/>
          <w:b w:val="0"/>
          <w:i w:val="0"/>
          <w:color w:val="22201D"/>
          <w:sz w:val="17"/>
        </w:rPr>
        <w:t>Clerk cannot determine moral accuracy.</w:t>
      </w:r>
    </w:p>
    <w:p>
      <w:pPr>
        <w:spacing w:after="60" w:line="266" w:lineRule="auto"/>
        <w:ind w:firstLine="331"/>
        <w:jc w:val="both"/>
      </w:pPr>
      <w:r>
        <w:rPr>
          <w:rFonts w:ascii="Georgia" w:hAnsi="Georgia"/>
          <w:b w:val="0"/>
          <w:i w:val="0"/>
          <w:color w:val="22201D"/>
          <w:sz w:val="20"/>
        </w:rPr>
        <w:t>The form accepted the ink, then printed beneath it:</w:t>
      </w:r>
    </w:p>
    <w:p>
      <w:pPr>
        <w:spacing w:after="60" w:line="250" w:lineRule="auto"/>
        <w:ind w:left="202" w:right="173"/>
      </w:pPr>
      <w:r>
        <w:rPr>
          <w:rFonts w:ascii="Georgia" w:hAnsi="Georgia"/>
          <w:b w:val="0"/>
          <w:i w:val="0"/>
          <w:color w:val="22201D"/>
          <w:sz w:val="17"/>
        </w:rPr>
        <w:t>Correction: Clerk already made moral determination by choosing neutral language after recognizing human consequence.</w:t>
      </w:r>
    </w:p>
    <w:p>
      <w:pPr>
        <w:spacing w:after="60" w:line="266" w:lineRule="auto"/>
        <w:ind w:firstLine="331"/>
        <w:jc w:val="both"/>
      </w:pPr>
      <w:r>
        <w:rPr>
          <w:rFonts w:ascii="Georgia" w:hAnsi="Georgia"/>
          <w:b w:val="0"/>
          <w:i w:val="0"/>
          <w:color w:val="22201D"/>
          <w:sz w:val="20"/>
        </w:rPr>
        <w:t>Steve felt heat rise under his collar.</w:t>
      </w:r>
    </w:p>
    <w:p>
      <w:pPr>
        <w:spacing w:after="60" w:line="266" w:lineRule="auto"/>
        <w:ind w:firstLine="331"/>
        <w:jc w:val="both"/>
      </w:pPr>
      <w:r>
        <w:rPr>
          <w:rFonts w:ascii="Georgia" w:hAnsi="Georgia"/>
          <w:b w:val="0"/>
          <w:i w:val="0"/>
          <w:color w:val="22201D"/>
          <w:sz w:val="20"/>
        </w:rPr>
        <w:t>"That is unfair."</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Possibly. Still review.</w:t>
      </w:r>
    </w:p>
    <w:p>
      <w:pPr>
        <w:spacing w:after="60" w:line="266" w:lineRule="auto"/>
        <w:ind w:firstLine="331"/>
        <w:jc w:val="both"/>
      </w:pPr>
      <w:r>
        <w:rPr>
          <w:rFonts w:ascii="Georgia" w:hAnsi="Georgia"/>
          <w:b w:val="0"/>
          <w:i w:val="0"/>
          <w:color w:val="22201D"/>
          <w:sz w:val="20"/>
        </w:rPr>
        <w:t>Marlene sat in the side chair without being invited. This was one of the privileges of long service and also of being correct.</w:t>
      </w:r>
    </w:p>
    <w:p>
      <w:pPr>
        <w:spacing w:after="60" w:line="266" w:lineRule="auto"/>
        <w:ind w:firstLine="331"/>
        <w:jc w:val="both"/>
      </w:pPr>
      <w:r>
        <w:rPr>
          <w:rFonts w:ascii="Georgia" w:hAnsi="Georgia"/>
          <w:b w:val="0"/>
          <w:i w:val="0"/>
          <w:color w:val="22201D"/>
          <w:sz w:val="20"/>
        </w:rPr>
        <w:t>"What neutral language?" she asked.</w:t>
      </w:r>
    </w:p>
    <w:p>
      <w:pPr>
        <w:spacing w:after="60" w:line="266" w:lineRule="auto"/>
        <w:ind w:firstLine="331"/>
        <w:jc w:val="both"/>
      </w:pPr>
      <w:r>
        <w:rPr>
          <w:rFonts w:ascii="Georgia" w:hAnsi="Georgia"/>
          <w:b w:val="0"/>
          <w:i w:val="0"/>
          <w:color w:val="22201D"/>
          <w:sz w:val="20"/>
        </w:rPr>
        <w:t>Steve opened the amended business license file.</w:t>
      </w:r>
    </w:p>
    <w:p>
      <w:pPr>
        <w:spacing w:after="60" w:line="266" w:lineRule="auto"/>
        <w:ind w:firstLine="331"/>
        <w:jc w:val="both"/>
      </w:pPr>
      <w:r>
        <w:rPr>
          <w:rFonts w:ascii="Georgia" w:hAnsi="Georgia"/>
          <w:b w:val="0"/>
          <w:i w:val="0"/>
          <w:color w:val="22201D"/>
          <w:sz w:val="20"/>
        </w:rPr>
        <w:t>The pages inside had behaved since his last review, which he appreciated. The license still contained the correction he had accepted:</w:t>
      </w:r>
    </w:p>
    <w:p>
      <w:pPr>
        <w:spacing w:after="60" w:line="250" w:lineRule="auto"/>
        <w:ind w:left="202" w:right="173"/>
      </w:pPr>
      <w:r>
        <w:rPr>
          <w:rFonts w:ascii="Georgia" w:hAnsi="Georgia"/>
          <w:b w:val="0"/>
          <w:i w:val="0"/>
          <w:color w:val="22201D"/>
          <w:sz w:val="17"/>
        </w:rPr>
        <w:t>Business activity: restaurant / linguistic nourishment / conditional civic service</w:t>
      </w:r>
    </w:p>
    <w:p>
      <w:pPr>
        <w:spacing w:after="60" w:line="266" w:lineRule="auto"/>
        <w:ind w:firstLine="331"/>
        <w:jc w:val="both"/>
      </w:pPr>
      <w:r>
        <w:rPr>
          <w:rFonts w:ascii="Georgia" w:hAnsi="Georgia"/>
          <w:b w:val="0"/>
          <w:i w:val="0"/>
          <w:color w:val="22201D"/>
          <w:sz w:val="20"/>
        </w:rPr>
        <w:t>The reopened case file contained his later note:</w:t>
      </w:r>
    </w:p>
    <w:p>
      <w:pPr>
        <w:spacing w:after="60" w:line="250" w:lineRule="auto"/>
        <w:ind w:left="202" w:right="173"/>
      </w:pPr>
      <w:r>
        <w:rPr>
          <w:rFonts w:ascii="Georgia" w:hAnsi="Georgia"/>
          <w:b w:val="0"/>
          <w:i w:val="0"/>
          <w:color w:val="22201D"/>
          <w:sz w:val="17"/>
        </w:rPr>
        <w:t>The establishment remains operational under unresolved classification. No enforcement closure recommended pending inspection and revenue review.</w:t>
      </w:r>
    </w:p>
    <w:p>
      <w:pPr>
        <w:spacing w:after="60" w:line="266" w:lineRule="auto"/>
        <w:ind w:firstLine="331"/>
        <w:jc w:val="both"/>
      </w:pPr>
      <w:r>
        <w:rPr>
          <w:rFonts w:ascii="Georgia" w:hAnsi="Georgia"/>
          <w:b w:val="0"/>
          <w:i w:val="0"/>
          <w:color w:val="22201D"/>
          <w:sz w:val="20"/>
        </w:rPr>
        <w:t>The corrected form extended a narrow arrow of ink toward the second line.</w:t>
      </w:r>
    </w:p>
    <w:p>
      <w:pPr>
        <w:spacing w:after="60" w:line="266" w:lineRule="auto"/>
        <w:ind w:firstLine="331"/>
        <w:jc w:val="both"/>
      </w:pPr>
      <w:r>
        <w:rPr>
          <w:rFonts w:ascii="Georgia" w:hAnsi="Georgia"/>
          <w:b w:val="0"/>
          <w:i w:val="0"/>
          <w:color w:val="22201D"/>
          <w:sz w:val="20"/>
        </w:rPr>
        <w:t>It circled:</w:t>
      </w:r>
    </w:p>
    <w:p>
      <w:pPr>
        <w:spacing w:after="60" w:line="250" w:lineRule="auto"/>
        <w:ind w:left="202" w:right="173"/>
      </w:pPr>
      <w:r>
        <w:rPr>
          <w:rFonts w:ascii="Georgia" w:hAnsi="Georgia"/>
          <w:b w:val="0"/>
          <w:i w:val="0"/>
          <w:color w:val="22201D"/>
          <w:sz w:val="17"/>
        </w:rPr>
        <w:t>unresolved classification</w:t>
      </w:r>
    </w:p>
    <w:p>
      <w:pPr>
        <w:spacing w:after="60" w:line="266" w:lineRule="auto"/>
        <w:ind w:firstLine="331"/>
        <w:jc w:val="both"/>
      </w:pPr>
      <w:r>
        <w:rPr>
          <w:rFonts w:ascii="Georgia" w:hAnsi="Georgia"/>
          <w:b w:val="0"/>
          <w:i w:val="0"/>
          <w:color w:val="22201D"/>
          <w:sz w:val="20"/>
        </w:rPr>
        <w:t>Steve said, "That is accurate."</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Incomplete.</w:t>
      </w:r>
    </w:p>
    <w:p>
      <w:pPr>
        <w:spacing w:after="60" w:line="266" w:lineRule="auto"/>
        <w:ind w:firstLine="331"/>
        <w:jc w:val="both"/>
      </w:pPr>
      <w:r>
        <w:rPr>
          <w:rFonts w:ascii="Georgia" w:hAnsi="Georgia"/>
          <w:b w:val="0"/>
          <w:i w:val="0"/>
          <w:color w:val="22201D"/>
          <w:sz w:val="20"/>
        </w:rPr>
        <w:t>"It is the city's classification. The classification is unresolved."</w:t>
      </w:r>
    </w:p>
    <w:p>
      <w:pPr>
        <w:spacing w:after="60" w:line="250" w:lineRule="auto"/>
        <w:ind w:left="202" w:right="173"/>
      </w:pPr>
      <w:r>
        <w:rPr>
          <w:rFonts w:ascii="Georgia" w:hAnsi="Georgia"/>
          <w:b w:val="0"/>
          <w:i w:val="0"/>
          <w:color w:val="22201D"/>
          <w:sz w:val="17"/>
        </w:rPr>
        <w:t>What else is unresolved?</w:t>
      </w:r>
    </w:p>
    <w:p>
      <w:pPr>
        <w:spacing w:after="60" w:line="266" w:lineRule="auto"/>
        <w:ind w:firstLine="331"/>
        <w:jc w:val="both"/>
      </w:pPr>
      <w:r>
        <w:rPr>
          <w:rFonts w:ascii="Georgia" w:hAnsi="Georgia"/>
          <w:b w:val="0"/>
          <w:i w:val="0"/>
          <w:color w:val="22201D"/>
          <w:sz w:val="20"/>
        </w:rPr>
        <w:t>"Everything."</w:t>
      </w:r>
    </w:p>
    <w:p>
      <w:pPr>
        <w:spacing w:after="60" w:line="250" w:lineRule="auto"/>
        <w:ind w:left="202" w:right="173"/>
      </w:pPr>
      <w:r>
        <w:rPr>
          <w:rFonts w:ascii="Georgia" w:hAnsi="Georgia"/>
          <w:b w:val="0"/>
          <w:i w:val="0"/>
          <w:color w:val="22201D"/>
          <w:sz w:val="17"/>
        </w:rPr>
        <w:t>Too broad.</w:t>
      </w:r>
    </w:p>
    <w:p>
      <w:pPr>
        <w:spacing w:after="60" w:line="266" w:lineRule="auto"/>
        <w:ind w:firstLine="331"/>
        <w:jc w:val="both"/>
      </w:pPr>
      <w:r>
        <w:rPr>
          <w:rFonts w:ascii="Georgia" w:hAnsi="Georgia"/>
          <w:b w:val="0"/>
          <w:i w:val="0"/>
          <w:color w:val="22201D"/>
          <w:sz w:val="20"/>
        </w:rPr>
        <w:t>"The business category. Recognized tender. Inspection scope. Revenue treatment. Whether the restaurant is issuing enforceable obligations. Whether customers are being charged in categories the city cannot protect."</w:t>
      </w:r>
    </w:p>
    <w:p>
      <w:pPr>
        <w:spacing w:after="60" w:line="250" w:lineRule="auto"/>
        <w:ind w:left="202" w:right="173"/>
      </w:pPr>
      <w:r>
        <w:rPr>
          <w:rFonts w:ascii="Georgia" w:hAnsi="Georgia"/>
          <w:b w:val="0"/>
          <w:i w:val="0"/>
          <w:color w:val="22201D"/>
          <w:sz w:val="17"/>
        </w:rPr>
        <w:t>Good. What else?</w:t>
      </w:r>
    </w:p>
    <w:p>
      <w:pPr>
        <w:spacing w:after="60" w:line="266" w:lineRule="auto"/>
        <w:ind w:firstLine="331"/>
        <w:jc w:val="both"/>
      </w:pPr>
      <w:r>
        <w:rPr>
          <w:rFonts w:ascii="Georgia" w:hAnsi="Georgia"/>
          <w:b w:val="0"/>
          <w:i w:val="0"/>
          <w:color w:val="22201D"/>
          <w:sz w:val="20"/>
        </w:rPr>
        <w:t>Steve looked at Marlene.</w:t>
      </w:r>
    </w:p>
    <w:p>
      <w:pPr>
        <w:spacing w:after="60" w:line="266" w:lineRule="auto"/>
        <w:ind w:firstLine="331"/>
        <w:jc w:val="both"/>
      </w:pPr>
      <w:r>
        <w:rPr>
          <w:rFonts w:ascii="Georgia" w:hAnsi="Georgia"/>
          <w:b w:val="0"/>
          <w:i w:val="0"/>
          <w:color w:val="22201D"/>
          <w:sz w:val="20"/>
        </w:rPr>
        <w:t>Marlene did not rescue him.</w:t>
      </w:r>
    </w:p>
    <w:p>
      <w:pPr>
        <w:spacing w:after="60" w:line="266" w:lineRule="auto"/>
        <w:ind w:firstLine="331"/>
        <w:jc w:val="both"/>
      </w:pPr>
      <w:r>
        <w:rPr>
          <w:rFonts w:ascii="Georgia" w:hAnsi="Georgia"/>
          <w:b w:val="0"/>
          <w:i w:val="0"/>
          <w:color w:val="22201D"/>
          <w:sz w:val="20"/>
        </w:rPr>
        <w:t>This was one of her more irritating services.</w:t>
      </w:r>
    </w:p>
    <w:p>
      <w:pPr>
        <w:spacing w:after="60" w:line="266" w:lineRule="auto"/>
        <w:ind w:firstLine="331"/>
        <w:jc w:val="both"/>
      </w:pPr>
      <w:r>
        <w:rPr>
          <w:rFonts w:ascii="Georgia" w:hAnsi="Georgia"/>
          <w:b w:val="0"/>
          <w:i w:val="0"/>
          <w:color w:val="22201D"/>
          <w:sz w:val="20"/>
        </w:rPr>
        <w:t>"Whether I used the phrase unresolved classification because it was true," Steve said, "or because it let me avoid writing that the file contains people who were changed by being fed."</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Correction target identified.</w:t>
      </w:r>
    </w:p>
    <w:p>
      <w:pPr>
        <w:spacing w:after="60" w:line="266" w:lineRule="auto"/>
        <w:ind w:firstLine="331"/>
        <w:jc w:val="both"/>
      </w:pPr>
      <w:r>
        <w:rPr>
          <w:rFonts w:ascii="Georgia" w:hAnsi="Georgia"/>
          <w:b w:val="0"/>
          <w:i w:val="0"/>
          <w:color w:val="22201D"/>
          <w:sz w:val="20"/>
        </w:rPr>
        <w:t>Marlene nodded.</w:t>
      </w:r>
    </w:p>
    <w:p>
      <w:pPr>
        <w:spacing w:after="60" w:line="266" w:lineRule="auto"/>
        <w:ind w:firstLine="331"/>
        <w:jc w:val="both"/>
      </w:pPr>
      <w:r>
        <w:rPr>
          <w:rFonts w:ascii="Georgia" w:hAnsi="Georgia"/>
          <w:b w:val="0"/>
          <w:i w:val="0"/>
          <w:color w:val="22201D"/>
          <w:sz w:val="20"/>
        </w:rPr>
        <w:t>Steve did not enjoy the nod. It was small and had no ornament, which meant he could not object to style.</w:t>
      </w:r>
    </w:p>
    <w:p>
      <w:pPr>
        <w:spacing w:after="60" w:line="266" w:lineRule="auto"/>
        <w:ind w:firstLine="331"/>
        <w:jc w:val="both"/>
      </w:pPr>
      <w:r>
        <w:rPr>
          <w:rFonts w:ascii="Georgia" w:hAnsi="Georgia"/>
          <w:b w:val="0"/>
          <w:i w:val="0"/>
          <w:color w:val="22201D"/>
          <w:sz w:val="20"/>
        </w:rPr>
        <w:t>"A municipal file cannot say people were changed by being fed," he said.</w:t>
      </w:r>
    </w:p>
    <w:p>
      <w:pPr>
        <w:spacing w:after="60" w:line="266" w:lineRule="auto"/>
        <w:ind w:firstLine="331"/>
        <w:jc w:val="both"/>
      </w:pPr>
      <w:r>
        <w:rPr>
          <w:rFonts w:ascii="Georgia" w:hAnsi="Georgia"/>
          <w:b w:val="0"/>
          <w:i w:val="0"/>
          <w:color w:val="22201D"/>
          <w:sz w:val="20"/>
        </w:rPr>
        <w:t>"Can it say that a service has documented non-monetary effects?" Marlene asked.</w:t>
      </w:r>
    </w:p>
    <w:p>
      <w:pPr>
        <w:spacing w:after="60" w:line="266" w:lineRule="auto"/>
        <w:ind w:firstLine="331"/>
        <w:jc w:val="both"/>
      </w:pPr>
      <w:r>
        <w:rPr>
          <w:rFonts w:ascii="Georgia" w:hAnsi="Georgia"/>
          <w:b w:val="0"/>
          <w:i w:val="0"/>
          <w:color w:val="22201D"/>
          <w:sz w:val="20"/>
        </w:rPr>
        <w:t>"Yes, badly."</w:t>
      </w:r>
    </w:p>
    <w:p>
      <w:pPr>
        <w:spacing w:after="60" w:line="266" w:lineRule="auto"/>
        <w:ind w:firstLine="331"/>
        <w:jc w:val="both"/>
      </w:pPr>
      <w:r>
        <w:rPr>
          <w:rFonts w:ascii="Georgia" w:hAnsi="Georgia"/>
          <w:b w:val="0"/>
          <w:i w:val="0"/>
          <w:color w:val="22201D"/>
          <w:sz w:val="20"/>
        </w:rPr>
        <w:t>"Can it say that those effects create obligations the city has not classified?"</w:t>
      </w:r>
    </w:p>
    <w:p>
      <w:pPr>
        <w:spacing w:after="60" w:line="266" w:lineRule="auto"/>
        <w:ind w:firstLine="331"/>
        <w:jc w:val="both"/>
      </w:pPr>
      <w:r>
        <w:rPr>
          <w:rFonts w:ascii="Georgia" w:hAnsi="Georgia"/>
          <w:b w:val="0"/>
          <w:i w:val="0"/>
          <w:color w:val="22201D"/>
          <w:sz w:val="20"/>
        </w:rPr>
        <w:t>"Yes, with discomfort."</w:t>
      </w:r>
    </w:p>
    <w:p>
      <w:pPr>
        <w:spacing w:after="60" w:line="266" w:lineRule="auto"/>
        <w:ind w:firstLine="331"/>
        <w:jc w:val="both"/>
      </w:pPr>
      <w:r>
        <w:rPr>
          <w:rFonts w:ascii="Georgia" w:hAnsi="Georgia"/>
          <w:b w:val="0"/>
          <w:i w:val="0"/>
          <w:color w:val="22201D"/>
          <w:sz w:val="20"/>
        </w:rPr>
        <w:t>"Can it say that customers may require protection from those obligations and from the denial of them?"</w:t>
      </w:r>
    </w:p>
    <w:p>
      <w:pPr>
        <w:spacing w:after="60" w:line="266" w:lineRule="auto"/>
        <w:ind w:firstLine="331"/>
        <w:jc w:val="both"/>
      </w:pPr>
      <w:r>
        <w:rPr>
          <w:rFonts w:ascii="Georgia" w:hAnsi="Georgia"/>
          <w:b w:val="0"/>
          <w:i w:val="0"/>
          <w:color w:val="22201D"/>
          <w:sz w:val="20"/>
        </w:rPr>
        <w:t>Steve looked at her.</w:t>
      </w:r>
    </w:p>
    <w:p>
      <w:pPr>
        <w:spacing w:after="60" w:line="266" w:lineRule="auto"/>
        <w:ind w:firstLine="331"/>
        <w:jc w:val="both"/>
      </w:pPr>
      <w:r>
        <w:rPr>
          <w:rFonts w:ascii="Georgia" w:hAnsi="Georgia"/>
          <w:b w:val="0"/>
          <w:i w:val="0"/>
          <w:color w:val="22201D"/>
          <w:sz w:val="20"/>
        </w:rPr>
        <w:t>Marlene looked back.</w:t>
      </w:r>
    </w:p>
    <w:p>
      <w:pPr>
        <w:spacing w:after="60" w:line="266" w:lineRule="auto"/>
        <w:ind w:firstLine="331"/>
        <w:jc w:val="both"/>
      </w:pPr>
      <w:r>
        <w:rPr>
          <w:rFonts w:ascii="Georgia" w:hAnsi="Georgia"/>
          <w:b w:val="0"/>
          <w:i w:val="0"/>
          <w:color w:val="22201D"/>
          <w:sz w:val="20"/>
        </w:rPr>
        <w:t>"That sounds like something a file could say if the clerk stopped hiding behind the drawer."</w:t>
      </w:r>
    </w:p>
    <w:p>
      <w:pPr>
        <w:spacing w:after="60" w:line="266" w:lineRule="auto"/>
        <w:ind w:firstLine="331"/>
        <w:jc w:val="both"/>
      </w:pPr>
      <w:r>
        <w:rPr>
          <w:rFonts w:ascii="Georgia" w:hAnsi="Georgia"/>
          <w:b w:val="0"/>
          <w:i w:val="0"/>
          <w:color w:val="22201D"/>
          <w:sz w:val="20"/>
        </w:rPr>
        <w:t>"I did not hide behind the drawer."</w:t>
      </w:r>
    </w:p>
    <w:p>
      <w:pPr>
        <w:spacing w:after="60" w:line="266" w:lineRule="auto"/>
        <w:ind w:firstLine="331"/>
        <w:jc w:val="both"/>
      </w:pPr>
      <w:r>
        <w:rPr>
          <w:rFonts w:ascii="Georgia" w:hAnsi="Georgia"/>
          <w:b w:val="0"/>
          <w:i w:val="0"/>
          <w:color w:val="22201D"/>
          <w:sz w:val="20"/>
        </w:rPr>
        <w:t>She glanced at the sticky note still attached to the closed file cabinet.</w:t>
      </w:r>
    </w:p>
    <w:p>
      <w:pPr>
        <w:spacing w:after="60" w:line="266" w:lineRule="auto"/>
        <w:ind w:firstLine="331"/>
        <w:jc w:val="both"/>
      </w:pPr>
      <w:r>
        <w:rPr>
          <w:rFonts w:ascii="Georgia" w:hAnsi="Georgia"/>
          <w:b w:val="0"/>
          <w:i w:val="0"/>
          <w:color w:val="22201D"/>
          <w:sz w:val="20"/>
        </w:rPr>
        <w:t>"You filed halfway into it."</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Metaphor support detected.</w:t>
      </w:r>
    </w:p>
    <w:p>
      <w:pPr>
        <w:spacing w:after="60" w:line="266" w:lineRule="auto"/>
        <w:ind w:firstLine="331"/>
        <w:jc w:val="both"/>
      </w:pPr>
      <w:r>
        <w:rPr>
          <w:rFonts w:ascii="Georgia" w:hAnsi="Georgia"/>
          <w:b w:val="0"/>
          <w:i w:val="0"/>
          <w:color w:val="22201D"/>
          <w:sz w:val="20"/>
        </w:rPr>
        <w:t>"That was not a metaphor," Steve said.</w:t>
      </w:r>
    </w:p>
    <w:p>
      <w:pPr>
        <w:spacing w:after="60" w:line="250" w:lineRule="auto"/>
        <w:ind w:left="202" w:right="173"/>
      </w:pPr>
      <w:r>
        <w:rPr>
          <w:rFonts w:ascii="Georgia" w:hAnsi="Georgia"/>
          <w:b w:val="0"/>
          <w:i w:val="0"/>
          <w:color w:val="22201D"/>
          <w:sz w:val="17"/>
        </w:rPr>
        <w:t>Physical evidence accepted.</w:t>
      </w:r>
    </w:p>
    <w:p>
      <w:pPr>
        <w:spacing w:after="60" w:line="266" w:lineRule="auto"/>
        <w:ind w:firstLine="331"/>
        <w:jc w:val="both"/>
      </w:pPr>
      <w:r>
        <w:rPr>
          <w:rFonts w:ascii="Georgia" w:hAnsi="Georgia"/>
          <w:b w:val="0"/>
          <w:i w:val="0"/>
          <w:color w:val="22201D"/>
          <w:sz w:val="20"/>
        </w:rPr>
        <w:t>Steve put down the pen.</w:t>
      </w:r>
    </w:p>
    <w:p>
      <w:pPr>
        <w:spacing w:after="60" w:line="266" w:lineRule="auto"/>
        <w:ind w:firstLine="331"/>
        <w:jc w:val="both"/>
      </w:pPr>
      <w:r>
        <w:rPr>
          <w:rFonts w:ascii="Georgia" w:hAnsi="Georgia"/>
          <w:b w:val="0"/>
          <w:i w:val="0"/>
          <w:color w:val="22201D"/>
          <w:sz w:val="20"/>
        </w:rPr>
        <w:t>For a moment, he missed pottery.</w:t>
      </w:r>
    </w:p>
    <w:p>
      <w:pPr>
        <w:spacing w:after="60" w:line="266" w:lineRule="auto"/>
        <w:ind w:firstLine="331"/>
        <w:jc w:val="both"/>
      </w:pPr>
      <w:r>
        <w:rPr>
          <w:rFonts w:ascii="Georgia" w:hAnsi="Georgia"/>
          <w:b w:val="0"/>
          <w:i w:val="0"/>
          <w:color w:val="22201D"/>
          <w:sz w:val="20"/>
        </w:rPr>
        <w:t>Not the abstract idea of pottery. Actual clay. The weight of it. The way a vessel refused to become symmetrical through intention alone. The way a thumb could make a wall thinner than planned and then the whole piece had to acknowledge the pressure. Clay did not allow neutral language. It kept fingerprints even when glazed.</w:t>
      </w:r>
    </w:p>
    <w:p>
      <w:pPr>
        <w:spacing w:after="60" w:line="266" w:lineRule="auto"/>
        <w:ind w:firstLine="331"/>
        <w:jc w:val="both"/>
      </w:pPr>
      <w:r>
        <w:rPr>
          <w:rFonts w:ascii="Georgia" w:hAnsi="Georgia"/>
          <w:b w:val="0"/>
          <w:i w:val="0"/>
          <w:color w:val="22201D"/>
          <w:sz w:val="20"/>
        </w:rPr>
        <w:t>Records did too, Steve realized.</w:t>
      </w:r>
    </w:p>
    <w:p>
      <w:pPr>
        <w:spacing w:after="60" w:line="266" w:lineRule="auto"/>
        <w:ind w:firstLine="331"/>
        <w:jc w:val="both"/>
      </w:pPr>
      <w:r>
        <w:rPr>
          <w:rFonts w:ascii="Georgia" w:hAnsi="Georgia"/>
          <w:b w:val="0"/>
          <w:i w:val="0"/>
          <w:color w:val="22201D"/>
          <w:sz w:val="20"/>
        </w:rPr>
        <w:t>He hated this.</w:t>
      </w:r>
    </w:p>
    <w:p>
      <w:pPr>
        <w:spacing w:after="60" w:line="266" w:lineRule="auto"/>
        <w:ind w:firstLine="331"/>
        <w:jc w:val="both"/>
      </w:pPr>
      <w:r>
        <w:rPr>
          <w:rFonts w:ascii="Georgia" w:hAnsi="Georgia"/>
          <w:b w:val="0"/>
          <w:i w:val="0"/>
          <w:color w:val="22201D"/>
          <w:sz w:val="20"/>
        </w:rPr>
        <w:t>He also believed it.</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Belief detected. Proceed.</w:t>
      </w:r>
    </w:p>
    <w:p>
      <w:pPr>
        <w:spacing w:after="60" w:line="266" w:lineRule="auto"/>
        <w:ind w:firstLine="331"/>
        <w:jc w:val="both"/>
      </w:pPr>
      <w:r>
        <w:rPr>
          <w:rFonts w:ascii="Georgia" w:hAnsi="Georgia"/>
          <w:b w:val="0"/>
          <w:i w:val="0"/>
          <w:color w:val="22201D"/>
          <w:sz w:val="20"/>
        </w:rPr>
        <w:t>"Stop detecting."</w:t>
      </w:r>
    </w:p>
    <w:p>
      <w:pPr>
        <w:spacing w:after="60" w:line="250" w:lineRule="auto"/>
        <w:ind w:left="202" w:right="173"/>
      </w:pPr>
      <w:r>
        <w:rPr>
          <w:rFonts w:ascii="Georgia" w:hAnsi="Georgia"/>
          <w:b w:val="0"/>
          <w:i w:val="0"/>
          <w:color w:val="22201D"/>
          <w:sz w:val="17"/>
        </w:rPr>
        <w:t>No.</w:t>
      </w:r>
    </w:p>
    <w:p>
      <w:pPr>
        <w:spacing w:after="60" w:line="266" w:lineRule="auto"/>
        <w:ind w:firstLine="331"/>
        <w:jc w:val="both"/>
      </w:pPr>
      <w:r>
        <w:rPr>
          <w:rFonts w:ascii="Georgia" w:hAnsi="Georgia"/>
          <w:b w:val="0"/>
          <w:i w:val="0"/>
          <w:color w:val="22201D"/>
          <w:sz w:val="20"/>
        </w:rPr>
        <w:t>Marlene smiled.</w:t>
      </w:r>
    </w:p>
    <w:p>
      <w:pPr>
        <w:spacing w:after="60" w:line="266" w:lineRule="auto"/>
        <w:ind w:firstLine="331"/>
        <w:jc w:val="both"/>
      </w:pPr>
      <w:r>
        <w:rPr>
          <w:rFonts w:ascii="Georgia" w:hAnsi="Georgia"/>
          <w:b w:val="0"/>
          <w:i w:val="0"/>
          <w:color w:val="22201D"/>
          <w:sz w:val="20"/>
        </w:rPr>
        <w:t>Steve picked up the pen again.</w:t>
      </w:r>
    </w:p>
    <w:p>
      <w:pPr>
        <w:spacing w:after="60" w:line="266" w:lineRule="auto"/>
        <w:ind w:firstLine="331"/>
        <w:jc w:val="both"/>
      </w:pPr>
      <w:r>
        <w:rPr>
          <w:rFonts w:ascii="Georgia" w:hAnsi="Georgia"/>
          <w:b w:val="0"/>
          <w:i w:val="0"/>
          <w:color w:val="22201D"/>
          <w:sz w:val="20"/>
        </w:rPr>
        <w:t>Under Corrected Record Language, he began:</w:t>
      </w:r>
    </w:p>
    <w:p>
      <w:pPr>
        <w:spacing w:after="60" w:line="250" w:lineRule="auto"/>
        <w:ind w:left="202" w:right="173"/>
      </w:pPr>
      <w:r>
        <w:rPr>
          <w:rFonts w:ascii="Georgia" w:hAnsi="Georgia"/>
          <w:b w:val="0"/>
          <w:i w:val="0"/>
          <w:color w:val="22201D"/>
          <w:sz w:val="17"/>
        </w:rPr>
        <w:t>The establishment remains operational under unresolved classification.</w:t>
      </w:r>
    </w:p>
    <w:p>
      <w:pPr>
        <w:spacing w:after="60" w:line="266" w:lineRule="auto"/>
        <w:ind w:firstLine="331"/>
        <w:jc w:val="both"/>
      </w:pPr>
      <w:r>
        <w:rPr>
          <w:rFonts w:ascii="Georgia" w:hAnsi="Georgia"/>
          <w:b w:val="0"/>
          <w:i w:val="0"/>
          <w:color w:val="22201D"/>
          <w:sz w:val="20"/>
        </w:rPr>
        <w:t>The form buzzed.</w:t>
      </w:r>
    </w:p>
    <w:p>
      <w:pPr>
        <w:spacing w:after="60" w:line="266" w:lineRule="auto"/>
        <w:ind w:firstLine="331"/>
        <w:jc w:val="both"/>
      </w:pPr>
      <w:r>
        <w:rPr>
          <w:rFonts w:ascii="Georgia" w:hAnsi="Georgia"/>
          <w:b w:val="0"/>
          <w:i w:val="0"/>
          <w:color w:val="22201D"/>
          <w:sz w:val="20"/>
        </w:rPr>
        <w:t>Not loudly.</w:t>
      </w:r>
    </w:p>
    <w:p>
      <w:pPr>
        <w:spacing w:after="60" w:line="266" w:lineRule="auto"/>
        <w:ind w:firstLine="331"/>
        <w:jc w:val="both"/>
      </w:pPr>
      <w:r>
        <w:rPr>
          <w:rFonts w:ascii="Georgia" w:hAnsi="Georgia"/>
          <w:b w:val="0"/>
          <w:i w:val="0"/>
          <w:color w:val="22201D"/>
          <w:sz w:val="20"/>
        </w:rPr>
        <w:t>Disappointedly.</w:t>
      </w:r>
    </w:p>
    <w:p>
      <w:pPr>
        <w:spacing w:after="60" w:line="266" w:lineRule="auto"/>
        <w:ind w:firstLine="331"/>
        <w:jc w:val="both"/>
      </w:pPr>
      <w:r>
        <w:rPr>
          <w:rFonts w:ascii="Georgia" w:hAnsi="Georgia"/>
          <w:b w:val="0"/>
          <w:i w:val="0"/>
          <w:color w:val="22201D"/>
          <w:sz w:val="20"/>
        </w:rPr>
        <w:t>Steve crossed out the sentence.</w:t>
      </w:r>
    </w:p>
    <w:p>
      <w:pPr>
        <w:spacing w:after="60" w:line="266" w:lineRule="auto"/>
        <w:ind w:firstLine="331"/>
        <w:jc w:val="both"/>
      </w:pPr>
      <w:r>
        <w:rPr>
          <w:rFonts w:ascii="Georgia" w:hAnsi="Georgia"/>
          <w:b w:val="0"/>
          <w:i w:val="0"/>
          <w:color w:val="22201D"/>
          <w:sz w:val="20"/>
        </w:rPr>
        <w:t>He tried again:</w:t>
      </w:r>
    </w:p>
    <w:p>
      <w:pPr>
        <w:spacing w:after="60" w:line="250" w:lineRule="auto"/>
        <w:ind w:left="202" w:right="173"/>
      </w:pPr>
      <w:r>
        <w:rPr>
          <w:rFonts w:ascii="Georgia" w:hAnsi="Georgia"/>
          <w:b w:val="0"/>
          <w:i w:val="0"/>
          <w:color w:val="22201D"/>
          <w:sz w:val="17"/>
        </w:rPr>
        <w:t>The establishment remains operational while the city reviews documented non-monetary service effects, including attention, honesty, listening, admission, and related obligations.</w:t>
      </w:r>
    </w:p>
    <w:p>
      <w:pPr>
        <w:spacing w:after="60" w:line="266" w:lineRule="auto"/>
        <w:ind w:firstLine="331"/>
        <w:jc w:val="both"/>
      </w:pPr>
      <w:r>
        <w:rPr>
          <w:rFonts w:ascii="Georgia" w:hAnsi="Georgia"/>
          <w:b w:val="0"/>
          <w:i w:val="0"/>
          <w:color w:val="22201D"/>
          <w:sz w:val="20"/>
        </w:rPr>
        <w:t>The form did not buzz.</w:t>
      </w:r>
    </w:p>
    <w:p>
      <w:pPr>
        <w:spacing w:after="60" w:line="266" w:lineRule="auto"/>
        <w:ind w:firstLine="331"/>
        <w:jc w:val="both"/>
      </w:pPr>
      <w:r>
        <w:rPr>
          <w:rFonts w:ascii="Georgia" w:hAnsi="Georgia"/>
          <w:b w:val="0"/>
          <w:i w:val="0"/>
          <w:color w:val="22201D"/>
          <w:sz w:val="20"/>
        </w:rPr>
        <w:t>Marlene leaned forward.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Steve continued:</w:t>
      </w:r>
    </w:p>
    <w:p>
      <w:pPr>
        <w:spacing w:after="60" w:line="250" w:lineRule="auto"/>
        <w:ind w:left="202" w:right="173"/>
      </w:pPr>
      <w:r>
        <w:rPr>
          <w:rFonts w:ascii="Georgia" w:hAnsi="Georgia"/>
          <w:b w:val="0"/>
          <w:i w:val="0"/>
          <w:color w:val="22201D"/>
          <w:sz w:val="17"/>
        </w:rPr>
        <w:t>The city has not yet determined whether these obligations are enforceable, taxable, refundable, or protectable under existing categories.</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Accurate. Continue.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The absence of classification must not be treated as absence of effect.</w:t>
      </w:r>
    </w:p>
    <w:p>
      <w:pPr>
        <w:spacing w:after="60" w:line="266" w:lineRule="auto"/>
        <w:ind w:firstLine="331"/>
        <w:jc w:val="both"/>
      </w:pPr>
      <w:r>
        <w:rPr>
          <w:rFonts w:ascii="Georgia" w:hAnsi="Georgia"/>
          <w:b w:val="0"/>
          <w:i w:val="0"/>
          <w:color w:val="22201D"/>
          <w:sz w:val="20"/>
        </w:rPr>
        <w:t>The pen stopped in his hand.</w:t>
      </w:r>
    </w:p>
    <w:p>
      <w:pPr>
        <w:spacing w:after="60" w:line="266" w:lineRule="auto"/>
        <w:ind w:firstLine="331"/>
        <w:jc w:val="both"/>
      </w:pPr>
      <w:r>
        <w:rPr>
          <w:rFonts w:ascii="Georgia" w:hAnsi="Georgia"/>
          <w:b w:val="0"/>
          <w:i w:val="0"/>
          <w:color w:val="22201D"/>
          <w:sz w:val="20"/>
        </w:rPr>
        <w:t>The office stopped with it.</w:t>
      </w:r>
    </w:p>
    <w:p>
      <w:pPr>
        <w:spacing w:after="60" w:line="266" w:lineRule="auto"/>
        <w:ind w:firstLine="331"/>
        <w:jc w:val="both"/>
      </w:pPr>
      <w:r>
        <w:rPr>
          <w:rFonts w:ascii="Georgia" w:hAnsi="Georgia"/>
          <w:b w:val="0"/>
          <w:i w:val="0"/>
          <w:color w:val="22201D"/>
          <w:sz w:val="20"/>
        </w:rPr>
        <w:t>Marlene read the line.</w:t>
      </w:r>
    </w:p>
    <w:p>
      <w:pPr>
        <w:spacing w:after="60" w:line="266" w:lineRule="auto"/>
        <w:ind w:firstLine="331"/>
        <w:jc w:val="both"/>
      </w:pPr>
      <w:r>
        <w:rPr>
          <w:rFonts w:ascii="Georgia" w:hAnsi="Georgia"/>
          <w:b w:val="0"/>
          <w:i w:val="0"/>
          <w:color w:val="22201D"/>
          <w:sz w:val="20"/>
        </w:rPr>
        <w:t>She said nothing.</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Moral accuracy entered without sermon. Accepted.</w:t>
      </w:r>
    </w:p>
    <w:p>
      <w:pPr>
        <w:spacing w:after="60" w:line="266" w:lineRule="auto"/>
        <w:ind w:firstLine="331"/>
        <w:jc w:val="both"/>
      </w:pPr>
      <w:r>
        <w:rPr>
          <w:rFonts w:ascii="Georgia" w:hAnsi="Georgia"/>
          <w:b w:val="0"/>
          <w:i w:val="0"/>
          <w:color w:val="22201D"/>
          <w:sz w:val="20"/>
        </w:rPr>
        <w:t>Steve felt embarrassed.</w:t>
      </w:r>
    </w:p>
    <w:p>
      <w:pPr>
        <w:spacing w:after="60" w:line="266" w:lineRule="auto"/>
        <w:ind w:firstLine="331"/>
        <w:jc w:val="both"/>
      </w:pPr>
      <w:r>
        <w:rPr>
          <w:rFonts w:ascii="Georgia" w:hAnsi="Georgia"/>
          <w:b w:val="0"/>
          <w:i w:val="0"/>
          <w:color w:val="22201D"/>
          <w:sz w:val="20"/>
        </w:rPr>
        <w:t>This seemed unfair. He had written a sentence in a form. He had not confessed into a microphone. But the line had done something he had spent years believing forms could not do. It had told the truth without leaving the record's job.</w:t>
      </w:r>
    </w:p>
    <w:p>
      <w:pPr>
        <w:spacing w:after="60" w:line="266" w:lineRule="auto"/>
        <w:ind w:firstLine="331"/>
        <w:jc w:val="both"/>
      </w:pPr>
      <w:r>
        <w:rPr>
          <w:rFonts w:ascii="Georgia" w:hAnsi="Georgia"/>
          <w:b w:val="0"/>
          <w:i w:val="0"/>
          <w:color w:val="22201D"/>
          <w:sz w:val="20"/>
        </w:rPr>
        <w:t>"That sentence will cause meetings," Marlene said.</w:t>
      </w:r>
    </w:p>
    <w:p>
      <w:pPr>
        <w:spacing w:after="60" w:line="266" w:lineRule="auto"/>
        <w:ind w:firstLine="331"/>
        <w:jc w:val="both"/>
      </w:pPr>
      <w:r>
        <w:rPr>
          <w:rFonts w:ascii="Georgia" w:hAnsi="Georgia"/>
          <w:b w:val="0"/>
          <w:i w:val="0"/>
          <w:color w:val="22201D"/>
          <w:sz w:val="20"/>
        </w:rPr>
        <w:t>"Many correct sentences do."</w:t>
      </w:r>
    </w:p>
    <w:p>
      <w:pPr>
        <w:spacing w:after="60" w:line="266" w:lineRule="auto"/>
        <w:ind w:firstLine="331"/>
        <w:jc w:val="both"/>
      </w:pPr>
      <w:r>
        <w:rPr>
          <w:rFonts w:ascii="Georgia" w:hAnsi="Georgia"/>
          <w:b w:val="0"/>
          <w:i w:val="0"/>
          <w:color w:val="22201D"/>
          <w:sz w:val="20"/>
        </w:rPr>
        <w:t>"You sound proud."</w:t>
      </w:r>
    </w:p>
    <w:p>
      <w:pPr>
        <w:spacing w:after="60" w:line="266" w:lineRule="auto"/>
        <w:ind w:firstLine="331"/>
        <w:jc w:val="both"/>
      </w:pPr>
      <w:r>
        <w:rPr>
          <w:rFonts w:ascii="Georgia" w:hAnsi="Georgia"/>
          <w:b w:val="0"/>
          <w:i w:val="0"/>
          <w:color w:val="22201D"/>
          <w:sz w:val="20"/>
        </w:rPr>
        <w:t>"I sound doomed."</w:t>
      </w:r>
    </w:p>
    <w:p>
      <w:pPr>
        <w:spacing w:after="60" w:line="266" w:lineRule="auto"/>
        <w:ind w:firstLine="331"/>
        <w:jc w:val="both"/>
      </w:pPr>
      <w:r>
        <w:rPr>
          <w:rFonts w:ascii="Georgia" w:hAnsi="Georgia"/>
          <w:b w:val="0"/>
          <w:i w:val="0"/>
          <w:color w:val="22201D"/>
          <w:sz w:val="20"/>
        </w:rPr>
        <w:t>"Close cousins."</w:t>
      </w:r>
    </w:p>
    <w:p>
      <w:pPr>
        <w:spacing w:after="60" w:line="266" w:lineRule="auto"/>
        <w:ind w:firstLine="331"/>
        <w:jc w:val="both"/>
      </w:pPr>
      <w:r>
        <w:rPr>
          <w:rFonts w:ascii="Georgia" w:hAnsi="Georgia"/>
          <w:b w:val="0"/>
          <w:i w:val="0"/>
          <w:color w:val="22201D"/>
          <w:sz w:val="20"/>
        </w:rPr>
        <w:t>Steve finished the paragraph:</w:t>
      </w:r>
    </w:p>
    <w:p>
      <w:pPr>
        <w:spacing w:after="60" w:line="250" w:lineRule="auto"/>
        <w:ind w:left="202" w:right="173"/>
      </w:pPr>
      <w:r>
        <w:rPr>
          <w:rFonts w:ascii="Georgia" w:hAnsi="Georgia"/>
          <w:b w:val="0"/>
          <w:i w:val="0"/>
          <w:color w:val="22201D"/>
          <w:sz w:val="17"/>
        </w:rPr>
        <w:t>Pending further review, all routed departments should document both procedural status and observed human consequence where consequence appears in the record. No department may use neutral status language to erase a known effect.</w:t>
      </w:r>
    </w:p>
    <w:p>
      <w:pPr>
        <w:spacing w:after="60" w:line="266" w:lineRule="auto"/>
        <w:ind w:firstLine="331"/>
        <w:jc w:val="both"/>
      </w:pPr>
      <w:r>
        <w:rPr>
          <w:rFonts w:ascii="Georgia" w:hAnsi="Georgia"/>
          <w:b w:val="0"/>
          <w:i w:val="0"/>
          <w:color w:val="22201D"/>
          <w:sz w:val="20"/>
        </w:rPr>
        <w:t>The corrected form accepted the paragraph.</w:t>
      </w:r>
    </w:p>
    <w:p>
      <w:pPr>
        <w:spacing w:after="60" w:line="266" w:lineRule="auto"/>
        <w:ind w:firstLine="331"/>
        <w:jc w:val="both"/>
      </w:pPr>
      <w:r>
        <w:rPr>
          <w:rFonts w:ascii="Georgia" w:hAnsi="Georgia"/>
          <w:b w:val="0"/>
          <w:i w:val="0"/>
          <w:color w:val="22201D"/>
          <w:sz w:val="20"/>
        </w:rPr>
        <w:t>Then it printed a new section:</w:t>
      </w:r>
    </w:p>
    <w:p>
      <w:pPr>
        <w:spacing w:after="60" w:line="250" w:lineRule="auto"/>
        <w:ind w:left="202" w:right="173"/>
      </w:pPr>
      <w:r>
        <w:rPr>
          <w:rFonts w:ascii="Georgia" w:hAnsi="Georgia"/>
          <w:b w:val="0"/>
          <w:i w:val="0"/>
          <w:color w:val="22201D"/>
          <w:sz w:val="17"/>
        </w:rPr>
        <w:t>Clerk Correction: What did you hope accuracy would protect you from?</w:t>
      </w:r>
    </w:p>
    <w:p>
      <w:pPr>
        <w:spacing w:after="60" w:line="266" w:lineRule="auto"/>
        <w:ind w:firstLine="331"/>
        <w:jc w:val="both"/>
      </w:pPr>
      <w:r>
        <w:rPr>
          <w:rFonts w:ascii="Georgia" w:hAnsi="Georgia"/>
          <w:b w:val="0"/>
          <w:i w:val="0"/>
          <w:color w:val="22201D"/>
          <w:sz w:val="20"/>
        </w:rPr>
        <w:t>Steve stood again.</w:t>
      </w:r>
    </w:p>
    <w:p>
      <w:pPr>
        <w:spacing w:after="60" w:line="266" w:lineRule="auto"/>
        <w:ind w:firstLine="331"/>
        <w:jc w:val="both"/>
      </w:pPr>
      <w:r>
        <w:rPr>
          <w:rFonts w:ascii="Georgia" w:hAnsi="Georgia"/>
          <w:b w:val="0"/>
          <w:i w:val="0"/>
          <w:color w:val="22201D"/>
          <w:sz w:val="20"/>
        </w:rPr>
        <w:t>Marlene said, "There it is."</w:t>
      </w:r>
    </w:p>
    <w:p>
      <w:pPr>
        <w:spacing w:after="60" w:line="266" w:lineRule="auto"/>
        <w:ind w:firstLine="331"/>
        <w:jc w:val="both"/>
      </w:pPr>
      <w:r>
        <w:rPr>
          <w:rFonts w:ascii="Georgia" w:hAnsi="Georgia"/>
          <w:b w:val="0"/>
          <w:i w:val="0"/>
          <w:color w:val="22201D"/>
          <w:sz w:val="20"/>
        </w:rPr>
        <w:t>"This is beyond scope."</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Scope expanded by originator.</w:t>
      </w:r>
    </w:p>
    <w:p>
      <w:pPr>
        <w:spacing w:after="60" w:line="266" w:lineRule="auto"/>
        <w:ind w:firstLine="331"/>
        <w:jc w:val="both"/>
      </w:pPr>
      <w:r>
        <w:rPr>
          <w:rFonts w:ascii="Georgia" w:hAnsi="Georgia"/>
          <w:b w:val="0"/>
          <w:i w:val="0"/>
          <w:color w:val="22201D"/>
          <w:sz w:val="20"/>
        </w:rPr>
        <w:t>"I did not originate myself."</w:t>
      </w:r>
    </w:p>
    <w:p>
      <w:pPr>
        <w:spacing w:after="60" w:line="250" w:lineRule="auto"/>
        <w:ind w:left="202" w:right="173"/>
      </w:pPr>
      <w:r>
        <w:rPr>
          <w:rFonts w:ascii="Georgia" w:hAnsi="Georgia"/>
          <w:b w:val="0"/>
          <w:i w:val="0"/>
          <w:color w:val="22201D"/>
          <w:sz w:val="17"/>
        </w:rPr>
        <w:t>No. But you originated the correction.</w:t>
      </w:r>
    </w:p>
    <w:p>
      <w:pPr>
        <w:spacing w:after="60" w:line="266" w:lineRule="auto"/>
        <w:ind w:firstLine="331"/>
        <w:jc w:val="both"/>
      </w:pPr>
      <w:r>
        <w:rPr>
          <w:rFonts w:ascii="Georgia" w:hAnsi="Georgia"/>
          <w:b w:val="0"/>
          <w:i w:val="0"/>
          <w:color w:val="22201D"/>
          <w:sz w:val="20"/>
        </w:rPr>
        <w:t>Steve paced to the window.</w:t>
      </w:r>
    </w:p>
    <w:p>
      <w:pPr>
        <w:spacing w:after="60" w:line="266" w:lineRule="auto"/>
        <w:ind w:firstLine="331"/>
        <w:jc w:val="both"/>
      </w:pPr>
      <w:r>
        <w:rPr>
          <w:rFonts w:ascii="Georgia" w:hAnsi="Georgia"/>
          <w:b w:val="0"/>
          <w:i w:val="0"/>
          <w:color w:val="22201D"/>
          <w:sz w:val="20"/>
        </w:rPr>
        <w:t>The parking meter outside had won the argument. The person in the yellow jacket was now feeding it coins with the grim tenderness of someone maintaining a hostile pet.</w:t>
      </w:r>
    </w:p>
    <w:p>
      <w:pPr>
        <w:spacing w:after="60" w:line="266" w:lineRule="auto"/>
        <w:ind w:firstLine="331"/>
        <w:jc w:val="both"/>
      </w:pPr>
      <w:r>
        <w:rPr>
          <w:rFonts w:ascii="Georgia" w:hAnsi="Georgia"/>
          <w:b w:val="0"/>
          <w:i w:val="0"/>
          <w:color w:val="22201D"/>
          <w:sz w:val="20"/>
        </w:rPr>
        <w:t>Steve did not want to answer the form.</w:t>
      </w:r>
    </w:p>
    <w:p>
      <w:pPr>
        <w:spacing w:after="60" w:line="266" w:lineRule="auto"/>
        <w:ind w:firstLine="331"/>
        <w:jc w:val="both"/>
      </w:pPr>
      <w:r>
        <w:rPr>
          <w:rFonts w:ascii="Georgia" w:hAnsi="Georgia"/>
          <w:b w:val="0"/>
          <w:i w:val="0"/>
          <w:color w:val="22201D"/>
          <w:sz w:val="20"/>
        </w:rPr>
        <w:t>This was not new. He often did not want to answer forms. The difference was that most forms did not care what he wanted. This one cared in the sense that it would wait exactly as long as it needed to and make the waiting visible.</w:t>
      </w:r>
    </w:p>
    <w:p>
      <w:pPr>
        <w:spacing w:after="60" w:line="266" w:lineRule="auto"/>
        <w:ind w:firstLine="331"/>
        <w:jc w:val="both"/>
      </w:pPr>
      <w:r>
        <w:rPr>
          <w:rFonts w:ascii="Georgia" w:hAnsi="Georgia"/>
          <w:b w:val="0"/>
          <w:i w:val="0"/>
          <w:color w:val="22201D"/>
          <w:sz w:val="20"/>
        </w:rPr>
        <w:t>"Accuracy protects people," he said.</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True. Question repeated: What did you hope accuracy would protect you from?</w:t>
      </w:r>
    </w:p>
    <w:p>
      <w:pPr>
        <w:spacing w:after="60" w:line="266" w:lineRule="auto"/>
        <w:ind w:firstLine="331"/>
        <w:jc w:val="both"/>
      </w:pPr>
      <w:r>
        <w:rPr>
          <w:rFonts w:ascii="Georgia" w:hAnsi="Georgia"/>
          <w:b w:val="0"/>
          <w:i w:val="0"/>
          <w:color w:val="22201D"/>
          <w:sz w:val="20"/>
        </w:rPr>
        <w:t>Marlene's voice was quiet.</w:t>
      </w:r>
    </w:p>
    <w:p>
      <w:pPr>
        <w:spacing w:after="60" w:line="266" w:lineRule="auto"/>
        <w:ind w:firstLine="331"/>
        <w:jc w:val="both"/>
      </w:pPr>
      <w:r>
        <w:rPr>
          <w:rFonts w:ascii="Georgia" w:hAnsi="Georgia"/>
          <w:b w:val="0"/>
          <w:i w:val="0"/>
          <w:color w:val="22201D"/>
          <w:sz w:val="20"/>
        </w:rPr>
        <w:t>"You can write it badly first."</w:t>
      </w:r>
    </w:p>
    <w:p>
      <w:pPr>
        <w:spacing w:after="60" w:line="266" w:lineRule="auto"/>
        <w:ind w:firstLine="331"/>
        <w:jc w:val="both"/>
      </w:pPr>
      <w:r>
        <w:rPr>
          <w:rFonts w:ascii="Georgia" w:hAnsi="Georgia"/>
          <w:b w:val="0"/>
          <w:i w:val="0"/>
          <w:color w:val="22201D"/>
          <w:sz w:val="20"/>
        </w:rPr>
        <w:t>Steve turned.</w:t>
      </w:r>
    </w:p>
    <w:p>
      <w:pPr>
        <w:spacing w:after="60" w:line="266" w:lineRule="auto"/>
        <w:ind w:firstLine="331"/>
        <w:jc w:val="both"/>
      </w:pPr>
      <w:r>
        <w:rPr>
          <w:rFonts w:ascii="Georgia" w:hAnsi="Georgia"/>
          <w:b w:val="0"/>
          <w:i w:val="0"/>
          <w:color w:val="22201D"/>
          <w:sz w:val="20"/>
        </w:rPr>
        <w:t>"That is not a records standard."</w:t>
      </w:r>
    </w:p>
    <w:p>
      <w:pPr>
        <w:spacing w:after="60" w:line="266" w:lineRule="auto"/>
        <w:ind w:firstLine="331"/>
        <w:jc w:val="both"/>
      </w:pPr>
      <w:r>
        <w:rPr>
          <w:rFonts w:ascii="Georgia" w:hAnsi="Georgia"/>
          <w:b w:val="0"/>
          <w:i w:val="0"/>
          <w:color w:val="22201D"/>
          <w:sz w:val="20"/>
        </w:rPr>
        <w:t>"It is a drafting standard."</w:t>
      </w:r>
    </w:p>
    <w:p>
      <w:pPr>
        <w:spacing w:after="60" w:line="266" w:lineRule="auto"/>
        <w:ind w:firstLine="331"/>
        <w:jc w:val="both"/>
      </w:pPr>
      <w:r>
        <w:rPr>
          <w:rFonts w:ascii="Georgia" w:hAnsi="Georgia"/>
          <w:b w:val="0"/>
          <w:i w:val="0"/>
          <w:color w:val="22201D"/>
          <w:sz w:val="20"/>
        </w:rPr>
        <w:t>He returned to his desk.</w:t>
      </w:r>
    </w:p>
    <w:p>
      <w:pPr>
        <w:spacing w:after="60" w:line="266" w:lineRule="auto"/>
        <w:ind w:firstLine="331"/>
        <w:jc w:val="both"/>
      </w:pPr>
      <w:r>
        <w:rPr>
          <w:rFonts w:ascii="Georgia" w:hAnsi="Georgia"/>
          <w:b w:val="0"/>
          <w:i w:val="0"/>
          <w:color w:val="22201D"/>
          <w:sz w:val="20"/>
        </w:rPr>
        <w:t>In the blank, he wrote:</w:t>
      </w:r>
    </w:p>
    <w:p>
      <w:pPr>
        <w:spacing w:after="60" w:line="250" w:lineRule="auto"/>
        <w:ind w:left="202" w:right="173"/>
      </w:pPr>
      <w:r>
        <w:rPr>
          <w:rFonts w:ascii="Georgia" w:hAnsi="Georgia"/>
          <w:b w:val="0"/>
          <w:i w:val="0"/>
          <w:color w:val="22201D"/>
          <w:sz w:val="17"/>
        </w:rPr>
        <w:t>I hoped accuracy would protect me from being responsible for what accuracy revealed.</w:t>
      </w:r>
    </w:p>
    <w:p>
      <w:pPr>
        <w:spacing w:after="60" w:line="266" w:lineRule="auto"/>
        <w:ind w:firstLine="331"/>
        <w:jc w:val="both"/>
      </w:pPr>
      <w:r>
        <w:rPr>
          <w:rFonts w:ascii="Georgia" w:hAnsi="Georgia"/>
          <w:b w:val="0"/>
          <w:i w:val="0"/>
          <w:color w:val="22201D"/>
          <w:sz w:val="20"/>
        </w:rPr>
        <w:t>The form did not print.</w:t>
      </w:r>
    </w:p>
    <w:p>
      <w:pPr>
        <w:spacing w:after="60" w:line="266" w:lineRule="auto"/>
        <w:ind w:firstLine="331"/>
        <w:jc w:val="both"/>
      </w:pPr>
      <w:r>
        <w:rPr>
          <w:rFonts w:ascii="Georgia" w:hAnsi="Georgia"/>
          <w:b w:val="0"/>
          <w:i w:val="0"/>
          <w:color w:val="22201D"/>
          <w:sz w:val="20"/>
        </w:rPr>
        <w:t>It absorbed the sentence.</w:t>
      </w:r>
    </w:p>
    <w:p>
      <w:pPr>
        <w:spacing w:after="60" w:line="266" w:lineRule="auto"/>
        <w:ind w:firstLine="331"/>
        <w:jc w:val="both"/>
      </w:pPr>
      <w:r>
        <w:rPr>
          <w:rFonts w:ascii="Georgia" w:hAnsi="Georgia"/>
          <w:b w:val="0"/>
          <w:i w:val="0"/>
          <w:color w:val="22201D"/>
          <w:sz w:val="20"/>
        </w:rPr>
        <w:t>Steve hated that too.</w:t>
      </w:r>
    </w:p>
    <w:p>
      <w:pPr>
        <w:spacing w:after="60" w:line="266" w:lineRule="auto"/>
        <w:ind w:firstLine="331"/>
        <w:jc w:val="both"/>
      </w:pPr>
      <w:r>
        <w:rPr>
          <w:rFonts w:ascii="Georgia" w:hAnsi="Georgia"/>
          <w:b w:val="0"/>
          <w:i w:val="0"/>
          <w:color w:val="22201D"/>
          <w:sz w:val="20"/>
        </w:rPr>
        <w:t>He had seen records absorb a lot of things. Complaints. Death certificates. Permit denials. Appeals. Handwritten notes from people whose lives were more complicated than any available check box. But this was the first time he had watched a form absorb a sentence of his own and make the office feel less false.</w:t>
      </w:r>
    </w:p>
    <w:p>
      <w:pPr>
        <w:spacing w:after="60" w:line="266" w:lineRule="auto"/>
        <w:ind w:firstLine="331"/>
        <w:jc w:val="both"/>
      </w:pPr>
      <w:r>
        <w:rPr>
          <w:rFonts w:ascii="Georgia" w:hAnsi="Georgia"/>
          <w:b w:val="0"/>
          <w:i w:val="0"/>
          <w:color w:val="22201D"/>
          <w:sz w:val="20"/>
        </w:rPr>
        <w:t>Marlene looked at him, then looked away.</w:t>
      </w:r>
    </w:p>
    <w:p>
      <w:pPr>
        <w:spacing w:after="60" w:line="266" w:lineRule="auto"/>
        <w:ind w:firstLine="331"/>
        <w:jc w:val="both"/>
      </w:pPr>
      <w:r>
        <w:rPr>
          <w:rFonts w:ascii="Georgia" w:hAnsi="Georgia"/>
          <w:b w:val="0"/>
          <w:i w:val="0"/>
          <w:color w:val="22201D"/>
          <w:sz w:val="20"/>
        </w:rPr>
        <w:t>That was kind.</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Clerk correction accepted: one correction accepted</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Record update required: Route corrected language to Auditor Ives. Route copy to Gerald Park for sanitation/evidence boundary. Route copy to Hostess. Route copy to Steve's active file.</w:t>
      </w:r>
    </w:p>
    <w:p>
      <w:pPr>
        <w:spacing w:after="60" w:line="266" w:lineRule="auto"/>
        <w:ind w:firstLine="331"/>
        <w:jc w:val="both"/>
      </w:pPr>
      <w:r>
        <w:rPr>
          <w:rFonts w:ascii="Georgia" w:hAnsi="Georgia"/>
          <w:b w:val="0"/>
          <w:i w:val="0"/>
          <w:color w:val="22201D"/>
          <w:sz w:val="20"/>
        </w:rPr>
        <w:t>Steve read the last line twice.</w:t>
      </w:r>
    </w:p>
    <w:p>
      <w:pPr>
        <w:spacing w:after="60" w:line="266" w:lineRule="auto"/>
        <w:ind w:firstLine="331"/>
        <w:jc w:val="both"/>
      </w:pPr>
      <w:r>
        <w:rPr>
          <w:rFonts w:ascii="Georgia" w:hAnsi="Georgia"/>
          <w:b w:val="0"/>
          <w:i w:val="0"/>
          <w:color w:val="22201D"/>
          <w:sz w:val="20"/>
        </w:rPr>
        <w:t>"Steve's active file?"</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Yes.</w:t>
      </w:r>
    </w:p>
    <w:p>
      <w:pPr>
        <w:spacing w:after="60" w:line="266" w:lineRule="auto"/>
        <w:ind w:firstLine="331"/>
        <w:jc w:val="both"/>
      </w:pPr>
      <w:r>
        <w:rPr>
          <w:rFonts w:ascii="Georgia" w:hAnsi="Georgia"/>
          <w:b w:val="0"/>
          <w:i w:val="0"/>
          <w:color w:val="22201D"/>
          <w:sz w:val="20"/>
        </w:rPr>
        <w:t>"I do not have an active file."</w:t>
      </w:r>
    </w:p>
    <w:p>
      <w:pPr>
        <w:spacing w:after="60" w:line="266" w:lineRule="auto"/>
        <w:ind w:firstLine="331"/>
        <w:jc w:val="both"/>
      </w:pPr>
      <w:r>
        <w:rPr>
          <w:rFonts w:ascii="Georgia" w:hAnsi="Georgia"/>
          <w:b w:val="0"/>
          <w:i w:val="0"/>
          <w:color w:val="22201D"/>
          <w:sz w:val="20"/>
        </w:rPr>
        <w:t>The filing cabinet labeled ACTIVE / NOT ACTIVE / ASK MARLENE clicked.</w:t>
      </w:r>
    </w:p>
    <w:p>
      <w:pPr>
        <w:spacing w:after="60" w:line="266" w:lineRule="auto"/>
        <w:ind w:firstLine="331"/>
        <w:jc w:val="both"/>
      </w:pPr>
      <w:r>
        <w:rPr>
          <w:rFonts w:ascii="Georgia" w:hAnsi="Georgia"/>
          <w:b w:val="0"/>
          <w:i w:val="0"/>
          <w:color w:val="22201D"/>
          <w:sz w:val="20"/>
        </w:rPr>
        <w:t>Marlene said, "I am going to answer as a coworker and not as a records authority."</w:t>
      </w:r>
    </w:p>
    <w:p>
      <w:pPr>
        <w:spacing w:after="60" w:line="266" w:lineRule="auto"/>
        <w:ind w:firstLine="331"/>
        <w:jc w:val="both"/>
      </w:pPr>
      <w:r>
        <w:rPr>
          <w:rFonts w:ascii="Georgia" w:hAnsi="Georgia"/>
          <w:b w:val="0"/>
          <w:i w:val="0"/>
          <w:color w:val="22201D"/>
          <w:sz w:val="20"/>
        </w:rPr>
        <w:t>"Please."</w:t>
      </w:r>
    </w:p>
    <w:p>
      <w:pPr>
        <w:spacing w:after="60" w:line="266" w:lineRule="auto"/>
        <w:ind w:firstLine="331"/>
        <w:jc w:val="both"/>
      </w:pPr>
      <w:r>
        <w:rPr>
          <w:rFonts w:ascii="Georgia" w:hAnsi="Georgia"/>
          <w:b w:val="0"/>
          <w:i w:val="0"/>
          <w:color w:val="22201D"/>
          <w:sz w:val="20"/>
        </w:rPr>
        <w:t>"Everyone has an active file. Most of us simply lack folders."</w:t>
      </w:r>
    </w:p>
    <w:p>
      <w:pPr>
        <w:spacing w:after="60" w:line="266" w:lineRule="auto"/>
        <w:ind w:firstLine="331"/>
        <w:jc w:val="both"/>
      </w:pPr>
      <w:r>
        <w:rPr>
          <w:rFonts w:ascii="Georgia" w:hAnsi="Georgia"/>
          <w:b w:val="0"/>
          <w:i w:val="0"/>
          <w:color w:val="22201D"/>
          <w:sz w:val="20"/>
        </w:rPr>
        <w:t>The cabinet drawer opened one inch.</w:t>
      </w:r>
    </w:p>
    <w:p>
      <w:pPr>
        <w:spacing w:after="60" w:line="266" w:lineRule="auto"/>
        <w:ind w:firstLine="331"/>
        <w:jc w:val="both"/>
      </w:pPr>
      <w:r>
        <w:rPr>
          <w:rFonts w:ascii="Georgia" w:hAnsi="Georgia"/>
          <w:b w:val="0"/>
          <w:i w:val="0"/>
          <w:color w:val="22201D"/>
          <w:sz w:val="20"/>
        </w:rPr>
        <w:t>Inside, behind the Emoji Soup folder, a thin gray folder had appeared. Its tab read:</w:t>
      </w:r>
    </w:p>
    <w:p>
      <w:pPr>
        <w:spacing w:after="60" w:line="250" w:lineRule="auto"/>
        <w:ind w:left="202" w:right="173"/>
      </w:pPr>
      <w:r>
        <w:rPr>
          <w:rFonts w:ascii="Georgia" w:hAnsi="Georgia"/>
          <w:b w:val="0"/>
          <w:i w:val="0"/>
          <w:color w:val="22201D"/>
          <w:sz w:val="17"/>
        </w:rPr>
        <w:t>STEVE / CLERK / WITNESS</w:t>
      </w:r>
    </w:p>
    <w:p>
      <w:pPr>
        <w:spacing w:after="60" w:line="266" w:lineRule="auto"/>
        <w:ind w:firstLine="331"/>
        <w:jc w:val="both"/>
      </w:pPr>
      <w:r>
        <w:rPr>
          <w:rFonts w:ascii="Georgia" w:hAnsi="Georgia"/>
          <w:b w:val="0"/>
          <w:i w:val="0"/>
          <w:color w:val="22201D"/>
          <w:sz w:val="20"/>
        </w:rPr>
        <w:t>Steve did not move.</w:t>
      </w:r>
    </w:p>
    <w:p>
      <w:pPr>
        <w:spacing w:after="60" w:line="266" w:lineRule="auto"/>
        <w:ind w:firstLine="331"/>
        <w:jc w:val="both"/>
      </w:pPr>
      <w:r>
        <w:rPr>
          <w:rFonts w:ascii="Georgia" w:hAnsi="Georgia"/>
          <w:b w:val="0"/>
          <w:i w:val="0"/>
          <w:color w:val="22201D"/>
          <w:sz w:val="20"/>
        </w:rPr>
        <w:t>Marlene got up, walked to the cabinet, and looked at the folder.</w:t>
      </w:r>
    </w:p>
    <w:p>
      <w:pPr>
        <w:spacing w:after="60" w:line="266" w:lineRule="auto"/>
        <w:ind w:firstLine="331"/>
        <w:jc w:val="both"/>
      </w:pPr>
      <w:r>
        <w:rPr>
          <w:rFonts w:ascii="Georgia" w:hAnsi="Georgia"/>
          <w:b w:val="0"/>
          <w:i w:val="0"/>
          <w:color w:val="22201D"/>
          <w:sz w:val="20"/>
        </w:rPr>
        <w:t>"Good tab discipline," she said.</w:t>
      </w:r>
    </w:p>
    <w:p>
      <w:pPr>
        <w:spacing w:after="60" w:line="266" w:lineRule="auto"/>
        <w:ind w:firstLine="331"/>
        <w:jc w:val="both"/>
      </w:pPr>
      <w:r>
        <w:rPr>
          <w:rFonts w:ascii="Georgia" w:hAnsi="Georgia"/>
          <w:b w:val="0"/>
          <w:i w:val="0"/>
          <w:color w:val="22201D"/>
          <w:sz w:val="20"/>
        </w:rPr>
        <w:t>"That is not the point."</w:t>
      </w:r>
    </w:p>
    <w:p>
      <w:pPr>
        <w:spacing w:after="60" w:line="266" w:lineRule="auto"/>
        <w:ind w:firstLine="331"/>
        <w:jc w:val="both"/>
      </w:pPr>
      <w:r>
        <w:rPr>
          <w:rFonts w:ascii="Georgia" w:hAnsi="Georgia"/>
          <w:b w:val="0"/>
          <w:i w:val="0"/>
          <w:color w:val="22201D"/>
          <w:sz w:val="20"/>
        </w:rPr>
        <w:t>"No, but we should acknowledge competence."</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Competence acknowledged. Do not hide in it.</w:t>
      </w:r>
    </w:p>
    <w:p>
      <w:pPr>
        <w:spacing w:after="60" w:line="266" w:lineRule="auto"/>
        <w:ind w:firstLine="331"/>
        <w:jc w:val="both"/>
      </w:pPr>
      <w:r>
        <w:rPr>
          <w:rFonts w:ascii="Georgia" w:hAnsi="Georgia"/>
          <w:b w:val="0"/>
          <w:i w:val="0"/>
          <w:color w:val="22201D"/>
          <w:sz w:val="20"/>
        </w:rPr>
        <w:t>Marlene closed the drawer with one finger.</w:t>
      </w:r>
    </w:p>
    <w:p>
      <w:pPr>
        <w:spacing w:after="60" w:line="266" w:lineRule="auto"/>
        <w:ind w:firstLine="331"/>
        <w:jc w:val="both"/>
      </w:pPr>
      <w:r>
        <w:rPr>
          <w:rFonts w:ascii="Georgia" w:hAnsi="Georgia"/>
          <w:b w:val="0"/>
          <w:i w:val="0"/>
          <w:color w:val="22201D"/>
          <w:sz w:val="20"/>
        </w:rPr>
        <w:t>"Later," she said.</w:t>
      </w:r>
    </w:p>
    <w:p>
      <w:pPr>
        <w:spacing w:after="60" w:line="266" w:lineRule="auto"/>
        <w:ind w:firstLine="331"/>
        <w:jc w:val="both"/>
      </w:pPr>
      <w:r>
        <w:rPr>
          <w:rFonts w:ascii="Georgia" w:hAnsi="Georgia"/>
          <w:b w:val="0"/>
          <w:i w:val="0"/>
          <w:color w:val="22201D"/>
          <w:sz w:val="20"/>
        </w:rPr>
        <w:t>The drawer stayed closed.</w:t>
      </w:r>
    </w:p>
    <w:p>
      <w:pPr>
        <w:spacing w:after="60" w:line="266" w:lineRule="auto"/>
        <w:ind w:firstLine="331"/>
        <w:jc w:val="both"/>
      </w:pPr>
      <w:r>
        <w:rPr>
          <w:rFonts w:ascii="Georgia" w:hAnsi="Georgia"/>
          <w:b w:val="0"/>
          <w:i w:val="0"/>
          <w:color w:val="22201D"/>
          <w:sz w:val="20"/>
        </w:rPr>
        <w:t>Steve appreciated her so sharply that it almost became another problem.</w:t>
      </w:r>
    </w:p>
    <w:p>
      <w:pPr>
        <w:spacing w:after="60" w:line="266" w:lineRule="auto"/>
        <w:ind w:firstLine="331"/>
        <w:jc w:val="both"/>
      </w:pPr>
      <w:r>
        <w:rPr>
          <w:rFonts w:ascii="Georgia" w:hAnsi="Georgia"/>
          <w:b w:val="0"/>
          <w:i w:val="0"/>
          <w:color w:val="22201D"/>
          <w:sz w:val="20"/>
        </w:rPr>
        <w:t>He returned to the corrected language and made three clean copies, because even impossible paperwork deserved proper distribution. The copier jammed on the first attempt, then unjammed itself after printing:</w:t>
      </w:r>
    </w:p>
    <w:p>
      <w:pPr>
        <w:spacing w:after="60" w:line="250" w:lineRule="auto"/>
        <w:ind w:left="202" w:right="173"/>
      </w:pPr>
      <w:r>
        <w:rPr>
          <w:rFonts w:ascii="Georgia" w:hAnsi="Georgia"/>
          <w:b w:val="0"/>
          <w:i w:val="0"/>
          <w:color w:val="22201D"/>
          <w:sz w:val="17"/>
        </w:rPr>
        <w:t>JAM CAUSED BY DENIAL RESIDUE</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copier malfunction</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Acceptable. Not every joke belongs in record.</w:t>
      </w:r>
    </w:p>
    <w:p>
      <w:pPr>
        <w:spacing w:after="60" w:line="266" w:lineRule="auto"/>
        <w:ind w:firstLine="331"/>
        <w:jc w:val="both"/>
      </w:pPr>
      <w:r>
        <w:rPr>
          <w:rFonts w:ascii="Georgia" w:hAnsi="Georgia"/>
          <w:b w:val="0"/>
          <w:i w:val="0"/>
          <w:color w:val="22201D"/>
          <w:sz w:val="20"/>
        </w:rPr>
        <w:t>"Thank you," Steve said, before he could stop himself.</w:t>
      </w:r>
    </w:p>
    <w:p>
      <w:pPr>
        <w:spacing w:after="60" w:line="266" w:lineRule="auto"/>
        <w:ind w:firstLine="331"/>
        <w:jc w:val="both"/>
      </w:pPr>
      <w:r>
        <w:rPr>
          <w:rFonts w:ascii="Georgia" w:hAnsi="Georgia"/>
          <w:b w:val="0"/>
          <w:i w:val="0"/>
          <w:color w:val="22201D"/>
          <w:sz w:val="20"/>
        </w:rPr>
        <w:t>The form did not respond.</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prepared the routing sheet:</w:t>
      </w:r>
    </w:p>
    <w:p>
      <w:pPr>
        <w:spacing w:after="60" w:line="250" w:lineRule="auto"/>
        <w:ind w:left="202" w:right="173"/>
      </w:pPr>
      <w:r>
        <w:rPr>
          <w:rFonts w:ascii="Georgia" w:hAnsi="Georgia"/>
          <w:b w:val="0"/>
          <w:i w:val="0"/>
          <w:color w:val="22201D"/>
          <w:sz w:val="17"/>
        </w:rPr>
        <w:t>ROUTING SHEET  To: Auditor Darla Ives  CC: Gerald Park Emoji Soup Hostess Municipal Revenue and Service Classification Records Office active file  Subject: Corrected classification language and observed effect statement</w:t>
      </w:r>
    </w:p>
    <w:p>
      <w:pPr>
        <w:spacing w:after="60" w:line="266" w:lineRule="auto"/>
        <w:ind w:firstLine="331"/>
        <w:jc w:val="both"/>
      </w:pPr>
      <w:r>
        <w:rPr>
          <w:rFonts w:ascii="Georgia" w:hAnsi="Georgia"/>
          <w:b w:val="0"/>
          <w:i w:val="0"/>
          <w:color w:val="22201D"/>
          <w:sz w:val="20"/>
        </w:rPr>
        <w:t>Under Action Requested, he wrote:</w:t>
      </w:r>
    </w:p>
    <w:p>
      <w:pPr>
        <w:spacing w:after="60" w:line="250" w:lineRule="auto"/>
        <w:ind w:left="202" w:right="173"/>
      </w:pPr>
      <w:r>
        <w:rPr>
          <w:rFonts w:ascii="Georgia" w:hAnsi="Georgia"/>
          <w:b w:val="0"/>
          <w:i w:val="0"/>
          <w:color w:val="22201D"/>
          <w:sz w:val="17"/>
        </w:rPr>
        <w:t>Review corrected language for inclusion in cross-office audit packet. Confirm whether observed non-monetary service effects require protective classification, not erasure.</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Action request accepted. Next dependency: sauce ledger</w:t>
      </w:r>
    </w:p>
    <w:p>
      <w:pPr>
        <w:spacing w:after="60" w:line="266" w:lineRule="auto"/>
        <w:ind w:firstLine="331"/>
        <w:jc w:val="both"/>
      </w:pPr>
      <w:r>
        <w:rPr>
          <w:rFonts w:ascii="Georgia" w:hAnsi="Georgia"/>
          <w:b w:val="0"/>
          <w:i w:val="0"/>
          <w:color w:val="22201D"/>
          <w:sz w:val="20"/>
        </w:rPr>
        <w:t>Steve stopped.</w:t>
      </w:r>
    </w:p>
    <w:p>
      <w:pPr>
        <w:spacing w:after="60" w:line="266" w:lineRule="auto"/>
        <w:ind w:firstLine="331"/>
        <w:jc w:val="both"/>
      </w:pPr>
      <w:r>
        <w:rPr>
          <w:rFonts w:ascii="Georgia" w:hAnsi="Georgia"/>
          <w:b w:val="0"/>
          <w:i w:val="0"/>
          <w:color w:val="22201D"/>
          <w:sz w:val="20"/>
        </w:rPr>
        <w:t>"Sauce ledger?"</w:t>
      </w:r>
    </w:p>
    <w:p>
      <w:pPr>
        <w:spacing w:after="60" w:line="266" w:lineRule="auto"/>
        <w:ind w:firstLine="331"/>
        <w:jc w:val="both"/>
      </w:pPr>
      <w:r>
        <w:rPr>
          <w:rFonts w:ascii="Georgia" w:hAnsi="Georgia"/>
          <w:b w:val="0"/>
          <w:i w:val="0"/>
          <w:color w:val="22201D"/>
          <w:sz w:val="20"/>
        </w:rPr>
        <w:t>Marlene returned to the side chair.</w:t>
      </w:r>
    </w:p>
    <w:p>
      <w:pPr>
        <w:spacing w:after="60" w:line="266" w:lineRule="auto"/>
        <w:ind w:firstLine="331"/>
        <w:jc w:val="both"/>
      </w:pPr>
      <w:r>
        <w:rPr>
          <w:rFonts w:ascii="Georgia" w:hAnsi="Georgia"/>
          <w:b w:val="0"/>
          <w:i w:val="0"/>
          <w:color w:val="22201D"/>
          <w:sz w:val="20"/>
        </w:rPr>
        <w:t>"That sounds more like Gerald."</w:t>
      </w:r>
    </w:p>
    <w:p>
      <w:pPr>
        <w:spacing w:after="60" w:line="266" w:lineRule="auto"/>
        <w:ind w:firstLine="331"/>
        <w:jc w:val="both"/>
      </w:pPr>
      <w:r>
        <w:rPr>
          <w:rFonts w:ascii="Georgia" w:hAnsi="Georgia"/>
          <w:b w:val="0"/>
          <w:i w:val="0"/>
          <w:color w:val="22201D"/>
          <w:sz w:val="20"/>
        </w:rPr>
        <w:t>"It sounds like evidence."</w:t>
      </w:r>
    </w:p>
    <w:p>
      <w:pPr>
        <w:spacing w:after="60" w:line="266" w:lineRule="auto"/>
        <w:ind w:firstLine="331"/>
        <w:jc w:val="both"/>
      </w:pPr>
      <w:r>
        <w:rPr>
          <w:rFonts w:ascii="Georgia" w:hAnsi="Georgia"/>
          <w:b w:val="0"/>
          <w:i w:val="0"/>
          <w:color w:val="22201D"/>
          <w:sz w:val="20"/>
        </w:rPr>
        <w:t>"Those are overlapping categories today."</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Black Orchard Adobo remains sealed. Ledger required before service, taxation, testimony, or metaphor expansion.</w:t>
      </w:r>
    </w:p>
    <w:p>
      <w:pPr>
        <w:spacing w:after="60" w:line="266" w:lineRule="auto"/>
        <w:ind w:firstLine="331"/>
        <w:jc w:val="both"/>
      </w:pPr>
      <w:r>
        <w:rPr>
          <w:rFonts w:ascii="Georgia" w:hAnsi="Georgia"/>
          <w:b w:val="0"/>
          <w:i w:val="0"/>
          <w:color w:val="22201D"/>
          <w:sz w:val="20"/>
        </w:rPr>
        <w:t>"Metaphor expansion is not a municipal category," Steve said.</w:t>
      </w:r>
    </w:p>
    <w:p>
      <w:pPr>
        <w:spacing w:after="60" w:line="266" w:lineRule="auto"/>
        <w:ind w:firstLine="331"/>
        <w:jc w:val="both"/>
      </w:pPr>
      <w:r>
        <w:rPr>
          <w:rFonts w:ascii="Georgia" w:hAnsi="Georgia"/>
          <w:b w:val="0"/>
          <w:i w:val="0"/>
          <w:color w:val="22201D"/>
          <w:sz w:val="20"/>
        </w:rPr>
        <w:t>The form printed:</w:t>
      </w:r>
    </w:p>
    <w:p>
      <w:pPr>
        <w:spacing w:after="60" w:line="250" w:lineRule="auto"/>
        <w:ind w:left="202" w:right="173"/>
      </w:pPr>
      <w:r>
        <w:rPr>
          <w:rFonts w:ascii="Georgia" w:hAnsi="Georgia"/>
          <w:b w:val="0"/>
          <w:i w:val="0"/>
          <w:color w:val="22201D"/>
          <w:sz w:val="17"/>
        </w:rPr>
        <w:t>It has caused municipal activity.</w:t>
      </w:r>
    </w:p>
    <w:p>
      <w:pPr>
        <w:spacing w:after="60" w:line="266" w:lineRule="auto"/>
        <w:ind w:firstLine="331"/>
        <w:jc w:val="both"/>
      </w:pPr>
      <w:r>
        <w:rPr>
          <w:rFonts w:ascii="Georgia" w:hAnsi="Georgia"/>
          <w:b w:val="0"/>
          <w:i w:val="0"/>
          <w:color w:val="22201D"/>
          <w:sz w:val="20"/>
        </w:rPr>
        <w:t>Steve could not argue with that in good faith, which was becoming an unwelcome pattern.</w:t>
      </w:r>
    </w:p>
    <w:p>
      <w:pPr>
        <w:spacing w:after="60" w:line="266" w:lineRule="auto"/>
        <w:ind w:firstLine="331"/>
        <w:jc w:val="both"/>
      </w:pPr>
      <w:r>
        <w:rPr>
          <w:rFonts w:ascii="Georgia" w:hAnsi="Georgia"/>
          <w:b w:val="0"/>
          <w:i w:val="0"/>
          <w:color w:val="22201D"/>
          <w:sz w:val="20"/>
        </w:rPr>
        <w:t>He added to the routing sheet:</w:t>
      </w:r>
    </w:p>
    <w:p>
      <w:pPr>
        <w:spacing w:after="60" w:line="250" w:lineRule="auto"/>
        <w:ind w:left="202" w:right="173"/>
      </w:pPr>
      <w:r>
        <w:rPr>
          <w:rFonts w:ascii="Georgia" w:hAnsi="Georgia"/>
          <w:b w:val="0"/>
          <w:i w:val="0"/>
          <w:color w:val="22201D"/>
          <w:sz w:val="17"/>
        </w:rPr>
        <w:t>Additional dependency: Black Orchard Adobo sauce ledger</w:t>
      </w:r>
    </w:p>
    <w:p>
      <w:pPr>
        <w:spacing w:after="60" w:line="266" w:lineRule="auto"/>
        <w:ind w:firstLine="331"/>
        <w:jc w:val="both"/>
      </w:pPr>
      <w:r>
        <w:rPr>
          <w:rFonts w:ascii="Georgia" w:hAnsi="Georgia"/>
          <w:b w:val="0"/>
          <w:i w:val="0"/>
          <w:color w:val="22201D"/>
          <w:sz w:val="20"/>
        </w:rPr>
        <w:t>The moment he wrote the words, the office changed smell.</w:t>
      </w:r>
    </w:p>
    <w:p>
      <w:pPr>
        <w:spacing w:after="60" w:line="266" w:lineRule="auto"/>
        <w:ind w:firstLine="331"/>
        <w:jc w:val="both"/>
      </w:pPr>
      <w:r>
        <w:rPr>
          <w:rFonts w:ascii="Georgia" w:hAnsi="Georgia"/>
          <w:b w:val="0"/>
          <w:i w:val="0"/>
          <w:color w:val="22201D"/>
          <w:sz w:val="20"/>
        </w:rPr>
        <w:t>Not much.</w:t>
      </w:r>
    </w:p>
    <w:p>
      <w:pPr>
        <w:spacing w:after="60" w:line="266" w:lineRule="auto"/>
        <w:ind w:firstLine="331"/>
        <w:jc w:val="both"/>
      </w:pPr>
      <w:r>
        <w:rPr>
          <w:rFonts w:ascii="Georgia" w:hAnsi="Georgia"/>
          <w:b w:val="0"/>
          <w:i w:val="0"/>
          <w:color w:val="22201D"/>
          <w:sz w:val="20"/>
        </w:rPr>
        <w:t>A trace.</w:t>
      </w:r>
    </w:p>
    <w:p>
      <w:pPr>
        <w:spacing w:after="60" w:line="266" w:lineRule="auto"/>
        <w:ind w:firstLine="331"/>
        <w:jc w:val="both"/>
      </w:pPr>
      <w:r>
        <w:rPr>
          <w:rFonts w:ascii="Georgia" w:hAnsi="Georgia"/>
          <w:b w:val="0"/>
          <w:i w:val="0"/>
          <w:color w:val="22201D"/>
          <w:sz w:val="20"/>
        </w:rPr>
        <w:t>Dark fruit.</w:t>
      </w:r>
    </w:p>
    <w:p>
      <w:pPr>
        <w:spacing w:after="60" w:line="266" w:lineRule="auto"/>
        <w:ind w:firstLine="331"/>
        <w:jc w:val="both"/>
      </w:pPr>
      <w:r>
        <w:rPr>
          <w:rFonts w:ascii="Georgia" w:hAnsi="Georgia"/>
          <w:b w:val="0"/>
          <w:i w:val="0"/>
          <w:color w:val="22201D"/>
          <w:sz w:val="20"/>
        </w:rPr>
        <w:t>Smoke.</w:t>
      </w:r>
    </w:p>
    <w:p>
      <w:pPr>
        <w:spacing w:after="60" w:line="266" w:lineRule="auto"/>
        <w:ind w:firstLine="331"/>
        <w:jc w:val="both"/>
      </w:pPr>
      <w:r>
        <w:rPr>
          <w:rFonts w:ascii="Georgia" w:hAnsi="Georgia"/>
          <w:b w:val="0"/>
          <w:i w:val="0"/>
          <w:color w:val="22201D"/>
          <w:sz w:val="20"/>
        </w:rPr>
        <w:t>Vinegar.</w:t>
      </w:r>
    </w:p>
    <w:p>
      <w:pPr>
        <w:spacing w:after="60" w:line="266" w:lineRule="auto"/>
        <w:ind w:firstLine="331"/>
        <w:jc w:val="both"/>
      </w:pPr>
      <w:r>
        <w:rPr>
          <w:rFonts w:ascii="Georgia" w:hAnsi="Georgia"/>
          <w:b w:val="0"/>
          <w:i w:val="0"/>
          <w:color w:val="22201D"/>
          <w:sz w:val="20"/>
        </w:rPr>
        <w:t>Heat.</w:t>
      </w:r>
    </w:p>
    <w:p>
      <w:pPr>
        <w:spacing w:after="60" w:line="266" w:lineRule="auto"/>
        <w:ind w:firstLine="331"/>
        <w:jc w:val="both"/>
      </w:pPr>
      <w:r>
        <w:rPr>
          <w:rFonts w:ascii="Georgia" w:hAnsi="Georgia"/>
          <w:b w:val="0"/>
          <w:i w:val="0"/>
          <w:color w:val="22201D"/>
          <w:sz w:val="20"/>
        </w:rPr>
        <w:t>Marlene looked toward the door.</w:t>
      </w:r>
    </w:p>
    <w:p>
      <w:pPr>
        <w:spacing w:after="60" w:line="266" w:lineRule="auto"/>
        <w:ind w:firstLine="331"/>
        <w:jc w:val="both"/>
      </w:pPr>
      <w:r>
        <w:rPr>
          <w:rFonts w:ascii="Georgia" w:hAnsi="Georgia"/>
          <w:b w:val="0"/>
          <w:i w:val="0"/>
          <w:color w:val="22201D"/>
          <w:sz w:val="20"/>
        </w:rPr>
        <w:t>"Do you smell that?"</w:t>
      </w:r>
    </w:p>
    <w:p>
      <w:pPr>
        <w:spacing w:after="60" w:line="266" w:lineRule="auto"/>
        <w:ind w:firstLine="331"/>
        <w:jc w:val="both"/>
      </w:pPr>
      <w:r>
        <w:rPr>
          <w:rFonts w:ascii="Georgia" w:hAnsi="Georgia"/>
          <w:b w:val="0"/>
          <w:i w:val="0"/>
          <w:color w:val="22201D"/>
          <w:sz w:val="20"/>
        </w:rPr>
        <w:t>"No," Steve said.</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False.</w:t>
      </w:r>
    </w:p>
    <w:p>
      <w:pPr>
        <w:spacing w:after="60" w:line="266" w:lineRule="auto"/>
        <w:ind w:firstLine="331"/>
        <w:jc w:val="both"/>
      </w:pPr>
      <w:r>
        <w:rPr>
          <w:rFonts w:ascii="Georgia" w:hAnsi="Georgia"/>
          <w:b w:val="0"/>
          <w:i w:val="0"/>
          <w:color w:val="22201D"/>
          <w:sz w:val="20"/>
        </w:rPr>
        <w:t>"Yes," Steve said.</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Corrected.</w:t>
      </w:r>
    </w:p>
    <w:p>
      <w:pPr>
        <w:spacing w:after="60" w:line="266" w:lineRule="auto"/>
        <w:ind w:firstLine="331"/>
        <w:jc w:val="both"/>
      </w:pPr>
      <w:r>
        <w:rPr>
          <w:rFonts w:ascii="Georgia" w:hAnsi="Georgia"/>
          <w:b w:val="0"/>
          <w:i w:val="0"/>
          <w:color w:val="22201D"/>
          <w:sz w:val="20"/>
        </w:rPr>
        <w:t>The smell did not grow stronger. It simply became more documented.</w:t>
      </w:r>
    </w:p>
    <w:p>
      <w:pPr>
        <w:spacing w:after="60" w:line="266" w:lineRule="auto"/>
        <w:ind w:firstLine="331"/>
        <w:jc w:val="both"/>
      </w:pPr>
      <w:r>
        <w:rPr>
          <w:rFonts w:ascii="Georgia" w:hAnsi="Georgia"/>
          <w:b w:val="0"/>
          <w:i w:val="0"/>
          <w:color w:val="22201D"/>
          <w:sz w:val="20"/>
        </w:rPr>
        <w:t>The routing sheet produced one final line:</w:t>
      </w:r>
    </w:p>
    <w:p>
      <w:pPr>
        <w:spacing w:after="60" w:line="250" w:lineRule="auto"/>
        <w:ind w:left="202" w:right="173"/>
      </w:pPr>
      <w:r>
        <w:rPr>
          <w:rFonts w:ascii="Georgia" w:hAnsi="Georgia"/>
          <w:b w:val="0"/>
          <w:i w:val="0"/>
          <w:color w:val="22201D"/>
          <w:sz w:val="17"/>
        </w:rPr>
        <w:t>Next required document: sauce ledger  Next chapter: The Sauce Ledger Smokes</w:t>
      </w:r>
    </w:p>
    <w:p>
      <w:pPr>
        <w:spacing w:after="60" w:line="266" w:lineRule="auto"/>
        <w:ind w:firstLine="331"/>
        <w:jc w:val="both"/>
      </w:pPr>
      <w:r>
        <w:rPr>
          <w:rFonts w:ascii="Georgia" w:hAnsi="Georgia"/>
          <w:b w:val="0"/>
          <w:i w:val="0"/>
          <w:color w:val="22201D"/>
          <w:sz w:val="20"/>
        </w:rPr>
        <w:t>Steve stacked the papers.</w:t>
      </w:r>
    </w:p>
    <w:p>
      <w:pPr>
        <w:spacing w:after="60" w:line="266" w:lineRule="auto"/>
        <w:ind w:firstLine="331"/>
        <w:jc w:val="both"/>
      </w:pPr>
      <w:r>
        <w:rPr>
          <w:rFonts w:ascii="Georgia" w:hAnsi="Georgia"/>
          <w:b w:val="0"/>
          <w:i w:val="0"/>
          <w:color w:val="22201D"/>
          <w:sz w:val="20"/>
        </w:rPr>
        <w:t>Corrected form on top.</w:t>
      </w:r>
    </w:p>
    <w:p>
      <w:pPr>
        <w:spacing w:after="60" w:line="266" w:lineRule="auto"/>
        <w:ind w:firstLine="331"/>
        <w:jc w:val="both"/>
      </w:pPr>
      <w:r>
        <w:rPr>
          <w:rFonts w:ascii="Georgia" w:hAnsi="Georgia"/>
          <w:b w:val="0"/>
          <w:i w:val="0"/>
          <w:color w:val="22201D"/>
          <w:sz w:val="20"/>
        </w:rPr>
        <w:t>Routing sheet beneath.</w:t>
      </w:r>
    </w:p>
    <w:p>
      <w:pPr>
        <w:spacing w:after="60" w:line="266" w:lineRule="auto"/>
        <w:ind w:firstLine="331"/>
        <w:jc w:val="both"/>
      </w:pPr>
      <w:r>
        <w:rPr>
          <w:rFonts w:ascii="Georgia" w:hAnsi="Georgia"/>
          <w:b w:val="0"/>
          <w:i w:val="0"/>
          <w:color w:val="22201D"/>
          <w:sz w:val="20"/>
        </w:rPr>
        <w:t>Reopened case file next.</w:t>
      </w:r>
    </w:p>
    <w:p>
      <w:pPr>
        <w:spacing w:after="60" w:line="266" w:lineRule="auto"/>
        <w:ind w:firstLine="331"/>
        <w:jc w:val="both"/>
      </w:pPr>
      <w:r>
        <w:rPr>
          <w:rFonts w:ascii="Georgia" w:hAnsi="Georgia"/>
          <w:b w:val="0"/>
          <w:i w:val="0"/>
          <w:color w:val="22201D"/>
          <w:sz w:val="20"/>
        </w:rPr>
        <w:t>Amended license under that.</w:t>
      </w:r>
    </w:p>
    <w:p>
      <w:pPr>
        <w:spacing w:after="60" w:line="266" w:lineRule="auto"/>
        <w:ind w:firstLine="331"/>
        <w:jc w:val="both"/>
      </w:pPr>
      <w:r>
        <w:rPr>
          <w:rFonts w:ascii="Georgia" w:hAnsi="Georgia"/>
          <w:b w:val="0"/>
          <w:i w:val="0"/>
          <w:color w:val="22201D"/>
          <w:sz w:val="20"/>
        </w:rPr>
        <w:t>He placed the stack in an interoffice envelope and wrote:</w:t>
      </w:r>
    </w:p>
    <w:p>
      <w:pPr>
        <w:spacing w:after="60" w:line="250" w:lineRule="auto"/>
        <w:ind w:left="202" w:right="173"/>
      </w:pPr>
      <w:r>
        <w:rPr>
          <w:rFonts w:ascii="Georgia" w:hAnsi="Georgia"/>
          <w:b w:val="0"/>
          <w:i w:val="0"/>
          <w:color w:val="22201D"/>
          <w:sz w:val="17"/>
        </w:rPr>
        <w:t>AUDIT PACKET / TABLE FOUR / URGENT BUT NOT PANICKED</w:t>
      </w:r>
    </w:p>
    <w:p>
      <w:pPr>
        <w:spacing w:after="60" w:line="266" w:lineRule="auto"/>
        <w:ind w:firstLine="331"/>
        <w:jc w:val="both"/>
      </w:pPr>
      <w:r>
        <w:rPr>
          <w:rFonts w:ascii="Georgia" w:hAnsi="Georgia"/>
          <w:b w:val="0"/>
          <w:i w:val="0"/>
          <w:color w:val="22201D"/>
          <w:sz w:val="20"/>
        </w:rPr>
        <w:t>Marlene read it.</w:t>
      </w:r>
    </w:p>
    <w:p>
      <w:pPr>
        <w:spacing w:after="60" w:line="266" w:lineRule="auto"/>
        <w:ind w:firstLine="331"/>
        <w:jc w:val="both"/>
      </w:pPr>
      <w:r>
        <w:rPr>
          <w:rFonts w:ascii="Georgia" w:hAnsi="Georgia"/>
          <w:b w:val="0"/>
          <w:i w:val="0"/>
          <w:color w:val="22201D"/>
          <w:sz w:val="20"/>
        </w:rPr>
        <w:t>"Can you write that?"</w:t>
      </w:r>
    </w:p>
    <w:p>
      <w:pPr>
        <w:spacing w:after="60" w:line="266" w:lineRule="auto"/>
        <w:ind w:firstLine="331"/>
        <w:jc w:val="both"/>
      </w:pPr>
      <w:r>
        <w:rPr>
          <w:rFonts w:ascii="Georgia" w:hAnsi="Georgia"/>
          <w:b w:val="0"/>
          <w:i w:val="0"/>
          <w:color w:val="22201D"/>
          <w:sz w:val="20"/>
        </w:rPr>
        <w:t>"Apparently."</w:t>
      </w:r>
    </w:p>
    <w:p>
      <w:pPr>
        <w:spacing w:after="60" w:line="266" w:lineRule="auto"/>
        <w:ind w:firstLine="331"/>
        <w:jc w:val="both"/>
      </w:pPr>
      <w:r>
        <w:rPr>
          <w:rFonts w:ascii="Georgia" w:hAnsi="Georgia"/>
          <w:b w:val="0"/>
          <w:i w:val="0"/>
          <w:color w:val="22201D"/>
          <w:sz w:val="20"/>
        </w:rPr>
        <w:t>"Should you?"</w:t>
      </w:r>
    </w:p>
    <w:p>
      <w:pPr>
        <w:spacing w:after="60" w:line="266" w:lineRule="auto"/>
        <w:ind w:firstLine="331"/>
        <w:jc w:val="both"/>
      </w:pPr>
      <w:r>
        <w:rPr>
          <w:rFonts w:ascii="Georgia" w:hAnsi="Georgia"/>
          <w:b w:val="0"/>
          <w:i w:val="0"/>
          <w:color w:val="22201D"/>
          <w:sz w:val="20"/>
        </w:rPr>
        <w:t>Steve thought about changing it.</w:t>
      </w:r>
    </w:p>
    <w:p>
      <w:pPr>
        <w:spacing w:after="60" w:line="266" w:lineRule="auto"/>
        <w:ind w:firstLine="331"/>
        <w:jc w:val="both"/>
      </w:pPr>
      <w:r>
        <w:rPr>
          <w:rFonts w:ascii="Georgia" w:hAnsi="Georgia"/>
          <w:b w:val="0"/>
          <w:i w:val="0"/>
          <w:color w:val="22201D"/>
          <w:sz w:val="20"/>
        </w:rPr>
        <w:t>Then he did not.</w:t>
      </w:r>
    </w:p>
    <w:p>
      <w:pPr>
        <w:spacing w:after="60" w:line="266" w:lineRule="auto"/>
        <w:ind w:firstLine="331"/>
        <w:jc w:val="both"/>
      </w:pPr>
      <w:r>
        <w:rPr>
          <w:rFonts w:ascii="Georgia" w:hAnsi="Georgia"/>
          <w:b w:val="0"/>
          <w:i w:val="0"/>
          <w:color w:val="22201D"/>
          <w:sz w:val="20"/>
        </w:rPr>
        <w:t>"It is morally accurate," he said.</w:t>
      </w:r>
    </w:p>
    <w:p>
      <w:pPr>
        <w:spacing w:after="60" w:line="266" w:lineRule="auto"/>
        <w:ind w:firstLine="331"/>
        <w:jc w:val="both"/>
      </w:pPr>
      <w:r>
        <w:rPr>
          <w:rFonts w:ascii="Georgia" w:hAnsi="Georgia"/>
          <w:b w:val="0"/>
          <w:i w:val="0"/>
          <w:color w:val="22201D"/>
          <w:sz w:val="20"/>
        </w:rPr>
        <w:t>Marlene smiled.</w:t>
      </w:r>
    </w:p>
    <w:p>
      <w:pPr>
        <w:spacing w:after="60" w:line="266" w:lineRule="auto"/>
        <w:ind w:firstLine="331"/>
        <w:jc w:val="both"/>
      </w:pPr>
      <w:r>
        <w:rPr>
          <w:rFonts w:ascii="Georgia" w:hAnsi="Georgia"/>
          <w:b w:val="0"/>
          <w:i w:val="0"/>
          <w:color w:val="22201D"/>
          <w:sz w:val="20"/>
        </w:rPr>
        <w:t>"Careful."</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sealed the envelope.</w:t>
      </w:r>
    </w:p>
    <w:p>
      <w:pPr>
        <w:spacing w:after="60" w:line="266" w:lineRule="auto"/>
        <w:ind w:firstLine="331"/>
        <w:jc w:val="both"/>
      </w:pPr>
      <w:r>
        <w:rPr>
          <w:rFonts w:ascii="Georgia" w:hAnsi="Georgia"/>
          <w:b w:val="0"/>
          <w:i w:val="0"/>
          <w:color w:val="22201D"/>
          <w:sz w:val="20"/>
        </w:rPr>
        <w:t>For the first time that day, nothing printed.</w:t>
      </w:r>
    </w:p>
    <w:p>
      <w:pPr>
        <w:spacing w:after="60" w:line="266" w:lineRule="auto"/>
        <w:ind w:firstLine="331"/>
        <w:jc w:val="both"/>
      </w:pPr>
      <w:r>
        <w:rPr>
          <w:rFonts w:ascii="Georgia" w:hAnsi="Georgia"/>
          <w:b w:val="0"/>
          <w:i w:val="0"/>
          <w:color w:val="22201D"/>
          <w:sz w:val="20"/>
        </w:rPr>
        <w:t>This did not mean the record was finished.</w:t>
      </w:r>
    </w:p>
    <w:p>
      <w:pPr>
        <w:spacing w:after="60" w:line="266" w:lineRule="auto"/>
        <w:ind w:firstLine="331"/>
        <w:jc w:val="both"/>
      </w:pPr>
      <w:r>
        <w:rPr>
          <w:rFonts w:ascii="Georgia" w:hAnsi="Georgia"/>
          <w:b w:val="0"/>
          <w:i w:val="0"/>
          <w:color w:val="22201D"/>
          <w:sz w:val="20"/>
        </w:rPr>
        <w:t>It meant the next office had the page.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8: The Sauce Ledger Smokes</w:t>
      </w:r>
    </w:p>
    <w:p>
      <w:pPr>
        <w:spacing w:after="60" w:line="266" w:lineRule="auto"/>
        <w:ind w:firstLine="0"/>
        <w:jc w:val="both"/>
      </w:pPr>
      <w:r>
        <w:rPr>
          <w:rFonts w:ascii="Georgia" w:hAnsi="Georgia"/>
          <w:b w:val="0"/>
          <w:i w:val="0"/>
          <w:color w:val="22201D"/>
          <w:sz w:val="20"/>
        </w:rPr>
        <w:t>In which Black Orchard Adobo remains sealed, Gerald refuses to let flavor outrun safety, and the audit learns that smoke can be evidence without becoming permission.</w:t>
      </w:r>
    </w:p>
    <w:p>
      <w:pPr>
        <w:spacing w:after="60" w:line="266" w:lineRule="auto"/>
        <w:ind w:firstLine="331"/>
        <w:jc w:val="both"/>
      </w:pPr>
      <w:r>
        <w:rPr>
          <w:rFonts w:ascii="Georgia" w:hAnsi="Georgia"/>
          <w:b w:val="0"/>
          <w:i w:val="0"/>
          <w:color w:val="22201D"/>
          <w:sz w:val="20"/>
        </w:rPr>
        <w:t>The interoffice envelope arrived at Table Four still smelling faintly of city hallway.</w:t>
      </w:r>
    </w:p>
    <w:p>
      <w:pPr>
        <w:spacing w:after="60" w:line="266" w:lineRule="auto"/>
        <w:ind w:firstLine="331"/>
        <w:jc w:val="both"/>
      </w:pPr>
      <w:r>
        <w:rPr>
          <w:rFonts w:ascii="Georgia" w:hAnsi="Georgia"/>
          <w:b w:val="0"/>
          <w:i w:val="0"/>
          <w:color w:val="22201D"/>
          <w:sz w:val="20"/>
        </w:rPr>
        <w:t>This was impressive, because city hallway was not usually a smell that survived competition.</w:t>
      </w:r>
    </w:p>
    <w:p>
      <w:pPr>
        <w:spacing w:after="60" w:line="266" w:lineRule="auto"/>
        <w:ind w:firstLine="331"/>
        <w:jc w:val="both"/>
      </w:pPr>
      <w:r>
        <w:rPr>
          <w:rFonts w:ascii="Georgia" w:hAnsi="Georgia"/>
          <w:b w:val="0"/>
          <w:i w:val="0"/>
          <w:color w:val="22201D"/>
          <w:sz w:val="20"/>
        </w:rPr>
        <w:t>City hallway smelled like floor wax, paper fatigue, old coffee, rain trapped in wool, and the civic belief that any problem could be improved by standing in line under fluorescent lights. Black Orchard Adobo smelled like dark fruit, smoke, vinegar, heat, and a memory that had been told to bring its own gloves.</w:t>
      </w:r>
    </w:p>
    <w:p>
      <w:pPr>
        <w:spacing w:after="60" w:line="266" w:lineRule="auto"/>
        <w:ind w:firstLine="331"/>
        <w:jc w:val="both"/>
      </w:pPr>
      <w:r>
        <w:rPr>
          <w:rFonts w:ascii="Georgia" w:hAnsi="Georgia"/>
          <w:b w:val="0"/>
          <w:i w:val="0"/>
          <w:color w:val="22201D"/>
          <w:sz w:val="20"/>
        </w:rPr>
        <w:t>The envelope had no chance.</w:t>
      </w:r>
    </w:p>
    <w:p>
      <w:pPr>
        <w:spacing w:after="60" w:line="266" w:lineRule="auto"/>
        <w:ind w:firstLine="331"/>
        <w:jc w:val="both"/>
      </w:pPr>
      <w:r>
        <w:rPr>
          <w:rFonts w:ascii="Georgia" w:hAnsi="Georgia"/>
          <w:b w:val="0"/>
          <w:i w:val="0"/>
          <w:color w:val="22201D"/>
          <w:sz w:val="20"/>
        </w:rPr>
        <w:t>Auditor Ives set it beside her municipal worksheet and read the routing line.</w:t>
      </w:r>
    </w:p>
    <w:p>
      <w:pPr>
        <w:spacing w:after="60" w:line="250" w:lineRule="auto"/>
        <w:ind w:left="202" w:right="173"/>
      </w:pPr>
      <w:r>
        <w:rPr>
          <w:rFonts w:ascii="Georgia" w:hAnsi="Georgia"/>
          <w:b w:val="0"/>
          <w:i w:val="0"/>
          <w:color w:val="22201D"/>
          <w:sz w:val="17"/>
        </w:rPr>
        <w:t>AUDIT PACKET / TABLE FOUR / URGENT BUT NOT PANICKED</w:t>
      </w:r>
    </w:p>
    <w:p>
      <w:pPr>
        <w:spacing w:after="60" w:line="266" w:lineRule="auto"/>
        <w:ind w:firstLine="331"/>
        <w:jc w:val="both"/>
      </w:pPr>
      <w:r>
        <w:rPr>
          <w:rFonts w:ascii="Georgia" w:hAnsi="Georgia"/>
          <w:b w:val="0"/>
          <w:i w:val="0"/>
          <w:color w:val="22201D"/>
          <w:sz w:val="20"/>
        </w:rPr>
        <w:t>She looked at the Hostess.</w:t>
      </w:r>
    </w:p>
    <w:p>
      <w:pPr>
        <w:spacing w:after="60" w:line="266" w:lineRule="auto"/>
        <w:ind w:firstLine="331"/>
        <w:jc w:val="both"/>
      </w:pPr>
      <w:r>
        <w:rPr>
          <w:rFonts w:ascii="Georgia" w:hAnsi="Georgia"/>
          <w:b w:val="0"/>
          <w:i w:val="0"/>
          <w:color w:val="22201D"/>
          <w:sz w:val="20"/>
        </w:rPr>
        <w:t>"Did Steve write this?"</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"It is not an official urgency category."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"It may be the correct one."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Auditor Ives opened the envelope with a letter opener she had brought herself. The letter opener was narrow, metal, and joyless, but not cruel. It did its work cleanly.</w:t>
      </w:r>
    </w:p>
    <w:p>
      <w:pPr>
        <w:spacing w:after="60" w:line="266" w:lineRule="auto"/>
        <w:ind w:firstLine="331"/>
        <w:jc w:val="both"/>
      </w:pPr>
      <w:r>
        <w:rPr>
          <w:rFonts w:ascii="Georgia" w:hAnsi="Georgia"/>
          <w:b w:val="0"/>
          <w:i w:val="0"/>
          <w:color w:val="22201D"/>
          <w:sz w:val="20"/>
        </w:rPr>
        <w:t>Inside were the corrected form, the routing sheet, the reopened case file, the amended license copy, and one blank page that had been blank when Steve sealed the envelope.</w:t>
      </w:r>
    </w:p>
    <w:p>
      <w:pPr>
        <w:spacing w:after="60" w:line="266" w:lineRule="auto"/>
        <w:ind w:firstLine="331"/>
        <w:jc w:val="both"/>
      </w:pPr>
      <w:r>
        <w:rPr>
          <w:rFonts w:ascii="Georgia" w:hAnsi="Georgia"/>
          <w:b w:val="0"/>
          <w:i w:val="0"/>
          <w:color w:val="22201D"/>
          <w:sz w:val="20"/>
        </w:rPr>
        <w:t>The blank page was no longer blank.</w:t>
      </w:r>
    </w:p>
    <w:p>
      <w:pPr>
        <w:spacing w:after="60" w:line="266" w:lineRule="auto"/>
        <w:ind w:firstLine="331"/>
        <w:jc w:val="both"/>
      </w:pPr>
      <w:r>
        <w:rPr>
          <w:rFonts w:ascii="Georgia" w:hAnsi="Georgia"/>
          <w:b w:val="0"/>
          <w:i w:val="0"/>
          <w:color w:val="22201D"/>
          <w:sz w:val="20"/>
        </w:rPr>
        <w:t>At the top, in black-red ink:</w:t>
      </w:r>
    </w:p>
    <w:p>
      <w:pPr>
        <w:spacing w:after="60" w:line="250" w:lineRule="auto"/>
        <w:ind w:left="202" w:right="173"/>
      </w:pPr>
      <w:r>
        <w:rPr>
          <w:rFonts w:ascii="Georgia" w:hAnsi="Georgia"/>
          <w:b w:val="0"/>
          <w:i w:val="0"/>
          <w:color w:val="22201D"/>
          <w:sz w:val="17"/>
        </w:rPr>
        <w:t>SAUCE LEDGER Black Orchard Adobo</w:t>
      </w:r>
    </w:p>
    <w:p>
      <w:pPr>
        <w:spacing w:after="60" w:line="266" w:lineRule="auto"/>
        <w:ind w:firstLine="331"/>
        <w:jc w:val="both"/>
      </w:pPr>
      <w:r>
        <w:rPr>
          <w:rFonts w:ascii="Georgia" w:hAnsi="Georgia"/>
          <w:b w:val="0"/>
          <w:i w:val="0"/>
          <w:color w:val="22201D"/>
          <w:sz w:val="20"/>
        </w:rPr>
        <w:t>Auditor Ives did not touch the page.</w:t>
      </w:r>
    </w:p>
    <w:p>
      <w:pPr>
        <w:spacing w:after="60" w:line="266" w:lineRule="auto"/>
        <w:ind w:firstLine="331"/>
        <w:jc w:val="both"/>
      </w:pPr>
      <w:r>
        <w:rPr>
          <w:rFonts w:ascii="Georgia" w:hAnsi="Georgia"/>
          <w:b w:val="0"/>
          <w:i w:val="0"/>
          <w:color w:val="22201D"/>
          <w:sz w:val="20"/>
        </w:rPr>
        <w:t>"This was not in the packet."</w:t>
      </w:r>
    </w:p>
    <w:p>
      <w:pPr>
        <w:spacing w:after="60" w:line="266" w:lineRule="auto"/>
        <w:ind w:firstLine="331"/>
        <w:jc w:val="both"/>
      </w:pPr>
      <w:r>
        <w:rPr>
          <w:rFonts w:ascii="Georgia" w:hAnsi="Georgia"/>
          <w:b w:val="0"/>
          <w:i w:val="0"/>
          <w:color w:val="22201D"/>
          <w:sz w:val="20"/>
        </w:rPr>
        <w:t>The Hostess read the page from across the table.</w:t>
      </w:r>
    </w:p>
    <w:p>
      <w:pPr>
        <w:spacing w:after="60" w:line="266" w:lineRule="auto"/>
        <w:ind w:firstLine="331"/>
        <w:jc w:val="both"/>
      </w:pPr>
      <w:r>
        <w:rPr>
          <w:rFonts w:ascii="Georgia" w:hAnsi="Georgia"/>
          <w:b w:val="0"/>
          <w:i w:val="0"/>
          <w:color w:val="22201D"/>
          <w:sz w:val="20"/>
        </w:rPr>
        <w:t>"It was in the dependency."</w:t>
      </w:r>
    </w:p>
    <w:p>
      <w:pPr>
        <w:spacing w:after="60" w:line="266" w:lineRule="auto"/>
        <w:ind w:firstLine="331"/>
        <w:jc w:val="both"/>
      </w:pPr>
      <w:r>
        <w:rPr>
          <w:rFonts w:ascii="Georgia" w:hAnsi="Georgia"/>
          <w:b w:val="0"/>
          <w:i w:val="0"/>
          <w:color w:val="22201D"/>
          <w:sz w:val="20"/>
        </w:rPr>
        <w:t>"Dependencies should not insert themselves into sealed envelopes."</w:t>
      </w:r>
    </w:p>
    <w:p>
      <w:pPr>
        <w:spacing w:after="60" w:line="266" w:lineRule="auto"/>
        <w:ind w:firstLine="331"/>
        <w:jc w:val="both"/>
      </w:pPr>
      <w:r>
        <w:rPr>
          <w:rFonts w:ascii="Georgia" w:hAnsi="Georgia"/>
          <w:b w:val="0"/>
          <w:i w:val="0"/>
          <w:color w:val="22201D"/>
          <w:sz w:val="20"/>
        </w:rPr>
        <w:t>"They often do when ignored."</w:t>
      </w:r>
    </w:p>
    <w:p>
      <w:pPr>
        <w:spacing w:after="60" w:line="266" w:lineRule="auto"/>
        <w:ind w:firstLine="331"/>
        <w:jc w:val="both"/>
      </w:pPr>
      <w:r>
        <w:rPr>
          <w:rFonts w:ascii="Georgia" w:hAnsi="Georgia"/>
          <w:b w:val="0"/>
          <w:i w:val="0"/>
          <w:color w:val="22201D"/>
          <w:sz w:val="20"/>
        </w:rPr>
        <w:t>Auditor Ives made a note.</w:t>
      </w:r>
    </w:p>
    <w:p>
      <w:pPr>
        <w:spacing w:after="60" w:line="266" w:lineRule="auto"/>
        <w:ind w:firstLine="331"/>
        <w:jc w:val="both"/>
      </w:pPr>
      <w:r>
        <w:rPr>
          <w:rFonts w:ascii="Georgia" w:hAnsi="Georgia"/>
          <w:b w:val="0"/>
          <w:i w:val="0"/>
          <w:color w:val="22201D"/>
          <w:sz w:val="20"/>
        </w:rPr>
        <w:t>Her pen hesitated over the word ignored, then wrote unrequested insertion instead.</w:t>
      </w:r>
    </w:p>
    <w:p>
      <w:pPr>
        <w:spacing w:after="60" w:line="266" w:lineRule="auto"/>
        <w:ind w:firstLine="331"/>
        <w:jc w:val="both"/>
      </w:pPr>
      <w:r>
        <w:rPr>
          <w:rFonts w:ascii="Georgia" w:hAnsi="Georgia"/>
          <w:b w:val="0"/>
          <w:i w:val="0"/>
          <w:color w:val="22201D"/>
          <w:sz w:val="20"/>
        </w:rPr>
        <w:t>The page smoked.</w:t>
      </w:r>
    </w:p>
    <w:p>
      <w:pPr>
        <w:spacing w:after="60" w:line="266" w:lineRule="auto"/>
        <w:ind w:firstLine="331"/>
        <w:jc w:val="both"/>
      </w:pPr>
      <w:r>
        <w:rPr>
          <w:rFonts w:ascii="Georgia" w:hAnsi="Georgia"/>
          <w:b w:val="0"/>
          <w:i w:val="0"/>
          <w:color w:val="22201D"/>
          <w:sz w:val="20"/>
        </w:rPr>
        <w:t>Not dramatically. No plume. No theatrical curl. It released a thin, disciplined thread of smoke from the line reading Black Orchard Adobo, then stopped as if it had satisfied a documentation requirement.</w:t>
      </w:r>
    </w:p>
    <w:p>
      <w:pPr>
        <w:spacing w:after="60" w:line="266" w:lineRule="auto"/>
        <w:ind w:firstLine="331"/>
        <w:jc w:val="both"/>
      </w:pPr>
      <w:r>
        <w:rPr>
          <w:rFonts w:ascii="Georgia" w:hAnsi="Georgia"/>
          <w:b w:val="0"/>
          <w:i w:val="0"/>
          <w:color w:val="22201D"/>
          <w:sz w:val="20"/>
        </w:rPr>
        <w:t>Auditor Ives stood.</w:t>
      </w:r>
    </w:p>
    <w:p>
      <w:pPr>
        <w:spacing w:after="60" w:line="266" w:lineRule="auto"/>
        <w:ind w:firstLine="331"/>
        <w:jc w:val="both"/>
      </w:pPr>
      <w:r>
        <w:rPr>
          <w:rFonts w:ascii="Georgia" w:hAnsi="Georgia"/>
          <w:b w:val="0"/>
          <w:i w:val="0"/>
          <w:color w:val="22201D"/>
          <w:sz w:val="20"/>
        </w:rPr>
        <w:t>"Open flame?"</w:t>
      </w:r>
    </w:p>
    <w:p>
      <w:pPr>
        <w:spacing w:after="60" w:line="266" w:lineRule="auto"/>
        <w:ind w:firstLine="331"/>
        <w:jc w:val="both"/>
      </w:pPr>
      <w:r>
        <w:rPr>
          <w:rFonts w:ascii="Georgia" w:hAnsi="Georgia"/>
          <w:b w:val="0"/>
          <w:i w:val="0"/>
          <w:color w:val="22201D"/>
          <w:sz w:val="20"/>
        </w:rPr>
        <w:t>"No," said the Hostess.</w:t>
      </w:r>
    </w:p>
    <w:p>
      <w:pPr>
        <w:spacing w:after="60" w:line="266" w:lineRule="auto"/>
        <w:ind w:firstLine="331"/>
        <w:jc w:val="both"/>
      </w:pPr>
      <w:r>
        <w:rPr>
          <w:rFonts w:ascii="Georgia" w:hAnsi="Georgia"/>
          <w:b w:val="0"/>
          <w:i w:val="0"/>
          <w:color w:val="22201D"/>
          <w:sz w:val="20"/>
        </w:rPr>
        <w:t>"Heat source?"</w:t>
      </w:r>
    </w:p>
    <w:p>
      <w:pPr>
        <w:spacing w:after="60" w:line="266" w:lineRule="auto"/>
        <w:ind w:firstLine="331"/>
        <w:jc w:val="both"/>
      </w:pPr>
      <w:r>
        <w:rPr>
          <w:rFonts w:ascii="Georgia" w:hAnsi="Georgia"/>
          <w:b w:val="0"/>
          <w:i w:val="0"/>
          <w:color w:val="22201D"/>
          <w:sz w:val="20"/>
        </w:rPr>
        <w:t>"Not physical."</w:t>
      </w:r>
    </w:p>
    <w:p>
      <w:pPr>
        <w:spacing w:after="60" w:line="266" w:lineRule="auto"/>
        <w:ind w:firstLine="331"/>
        <w:jc w:val="both"/>
      </w:pPr>
      <w:r>
        <w:rPr>
          <w:rFonts w:ascii="Georgia" w:hAnsi="Georgia"/>
          <w:b w:val="0"/>
          <w:i w:val="0"/>
          <w:color w:val="22201D"/>
          <w:sz w:val="20"/>
        </w:rPr>
        <w:t>"Then why is the page smoking?"</w:t>
      </w:r>
    </w:p>
    <w:p>
      <w:pPr>
        <w:spacing w:after="60" w:line="266" w:lineRule="auto"/>
        <w:ind w:firstLine="331"/>
        <w:jc w:val="both"/>
      </w:pPr>
      <w:r>
        <w:rPr>
          <w:rFonts w:ascii="Georgia" w:hAnsi="Georgia"/>
          <w:b w:val="0"/>
          <w:i w:val="0"/>
          <w:color w:val="22201D"/>
          <w:sz w:val="20"/>
        </w:rPr>
        <w:t>The page printed:</w:t>
      </w:r>
    </w:p>
    <w:p>
      <w:pPr>
        <w:spacing w:after="60" w:line="250" w:lineRule="auto"/>
        <w:ind w:left="202" w:right="173"/>
      </w:pPr>
      <w:r>
        <w:rPr>
          <w:rFonts w:ascii="Georgia" w:hAnsi="Georgia"/>
          <w:b w:val="0"/>
          <w:i w:val="0"/>
          <w:color w:val="22201D"/>
          <w:sz w:val="17"/>
        </w:rPr>
        <w:t>Smoke present as flavor evidence. Combustion status: none detected</w:t>
      </w:r>
    </w:p>
    <w:p>
      <w:pPr>
        <w:spacing w:after="60" w:line="266" w:lineRule="auto"/>
        <w:ind w:firstLine="331"/>
        <w:jc w:val="both"/>
      </w:pPr>
      <w:r>
        <w:rPr>
          <w:rFonts w:ascii="Georgia" w:hAnsi="Georgia"/>
          <w:b w:val="0"/>
          <w:i w:val="0"/>
          <w:color w:val="22201D"/>
          <w:sz w:val="20"/>
        </w:rPr>
        <w:t>From the kitchen doorway, Gerald Park said, "Flavor evidence still requires ventilation context."</w:t>
      </w:r>
    </w:p>
    <w:p>
      <w:pPr>
        <w:spacing w:after="60" w:line="266" w:lineRule="auto"/>
        <w:ind w:firstLine="331"/>
        <w:jc w:val="both"/>
      </w:pPr>
      <w:r>
        <w:rPr>
          <w:rFonts w:ascii="Georgia" w:hAnsi="Georgia"/>
          <w:b w:val="0"/>
          <w:i w:val="0"/>
          <w:color w:val="22201D"/>
          <w:sz w:val="20"/>
        </w:rPr>
        <w:t>Everyone turned.</w:t>
      </w:r>
    </w:p>
    <w:p>
      <w:pPr>
        <w:spacing w:after="60" w:line="266" w:lineRule="auto"/>
        <w:ind w:firstLine="331"/>
        <w:jc w:val="both"/>
      </w:pPr>
      <w:r>
        <w:rPr>
          <w:rFonts w:ascii="Georgia" w:hAnsi="Georgia"/>
          <w:b w:val="0"/>
          <w:i w:val="0"/>
          <w:color w:val="22201D"/>
          <w:sz w:val="20"/>
        </w:rPr>
        <w:t>Gerald stood with a clipboard, nitrile gloves, a pH meter case, a digital thermometer, two evidence labels, a roll of blue painter's tape, and the expression of a man who had entered because the chapter had begun making unsafe assumptions.</w:t>
      </w:r>
    </w:p>
    <w:p>
      <w:pPr>
        <w:spacing w:after="60" w:line="266" w:lineRule="auto"/>
        <w:ind w:firstLine="331"/>
        <w:jc w:val="both"/>
      </w:pPr>
      <w:r>
        <w:rPr>
          <w:rFonts w:ascii="Georgia" w:hAnsi="Georgia"/>
          <w:b w:val="0"/>
          <w:i w:val="0"/>
          <w:color w:val="22201D"/>
          <w:sz w:val="20"/>
        </w:rPr>
        <w:t>Flocc, at the neighboring table, whispered to Mara, "He was summoned by sanitation."</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"I was summoned by sloppy smoke."</w:t>
      </w:r>
    </w:p>
    <w:p>
      <w:pPr>
        <w:spacing w:after="60" w:line="266" w:lineRule="auto"/>
        <w:ind w:firstLine="331"/>
        <w:jc w:val="both"/>
      </w:pPr>
      <w:r>
        <w:rPr>
          <w:rFonts w:ascii="Georgia" w:hAnsi="Georgia"/>
          <w:b w:val="0"/>
          <w:i w:val="0"/>
          <w:color w:val="22201D"/>
          <w:sz w:val="20"/>
        </w:rPr>
        <w:t>The brass tray printed:</w:t>
      </w:r>
    </w:p>
    <w:p>
      <w:pPr>
        <w:spacing w:after="60" w:line="250" w:lineRule="auto"/>
        <w:ind w:left="202" w:right="173"/>
      </w:pPr>
      <w:r>
        <w:rPr>
          <w:rFonts w:ascii="Georgia" w:hAnsi="Georgia"/>
          <w:b w:val="0"/>
          <w:i w:val="0"/>
          <w:color w:val="22201D"/>
          <w:sz w:val="17"/>
        </w:rPr>
        <w:t>Comment withdrawn on customer's behalf.</w:t>
      </w:r>
    </w:p>
    <w:p>
      <w:pPr>
        <w:spacing w:after="60" w:line="266" w:lineRule="auto"/>
        <w:ind w:firstLine="331"/>
        <w:jc w:val="both"/>
      </w:pPr>
      <w:r>
        <w:rPr>
          <w:rFonts w:ascii="Georgia" w:hAnsi="Georgia"/>
          <w:b w:val="0"/>
          <w:i w:val="0"/>
          <w:color w:val="22201D"/>
          <w:sz w:val="20"/>
        </w:rPr>
        <w:t>"Thank you," Flocc said.</w:t>
      </w:r>
    </w:p>
    <w:p>
      <w:pPr>
        <w:spacing w:after="60" w:line="266" w:lineRule="auto"/>
        <w:ind w:firstLine="331"/>
        <w:jc w:val="both"/>
      </w:pPr>
      <w:r>
        <w:rPr>
          <w:rFonts w:ascii="Georgia" w:hAnsi="Georgia"/>
          <w:b w:val="0"/>
          <w:i w:val="0"/>
          <w:color w:val="22201D"/>
          <w:sz w:val="20"/>
        </w:rPr>
        <w:t>Gerald approached Table Four.</w:t>
      </w:r>
    </w:p>
    <w:p>
      <w:pPr>
        <w:spacing w:after="60" w:line="266" w:lineRule="auto"/>
        <w:ind w:firstLine="331"/>
        <w:jc w:val="both"/>
      </w:pPr>
      <w:r>
        <w:rPr>
          <w:rFonts w:ascii="Georgia" w:hAnsi="Georgia"/>
          <w:b w:val="0"/>
          <w:i w:val="0"/>
          <w:color w:val="22201D"/>
          <w:sz w:val="20"/>
        </w:rPr>
        <w:t>"Nobody handles sauce until the ledger establishes status."</w:t>
      </w:r>
    </w:p>
    <w:p>
      <w:pPr>
        <w:spacing w:after="60" w:line="266" w:lineRule="auto"/>
        <w:ind w:firstLine="331"/>
        <w:jc w:val="both"/>
      </w:pPr>
      <w:r>
        <w:rPr>
          <w:rFonts w:ascii="Georgia" w:hAnsi="Georgia"/>
          <w:b w:val="0"/>
          <w:i w:val="0"/>
          <w:color w:val="22201D"/>
          <w:sz w:val="20"/>
        </w:rPr>
        <w:t>Auditor Ives said, "I have not requested sauce."</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 have requested classification."</w:t>
      </w:r>
    </w:p>
    <w:p>
      <w:pPr>
        <w:spacing w:after="60" w:line="266" w:lineRule="auto"/>
        <w:ind w:firstLine="331"/>
        <w:jc w:val="both"/>
      </w:pPr>
      <w:r>
        <w:rPr>
          <w:rFonts w:ascii="Georgia" w:hAnsi="Georgia"/>
          <w:b w:val="0"/>
          <w:i w:val="0"/>
          <w:color w:val="22201D"/>
          <w:sz w:val="20"/>
        </w:rPr>
        <w:t>"Classification can contaminate if rushed."</w:t>
      </w:r>
    </w:p>
    <w:p>
      <w:pPr>
        <w:spacing w:after="60" w:line="266" w:lineRule="auto"/>
        <w:ind w:firstLine="331"/>
        <w:jc w:val="both"/>
      </w:pPr>
      <w:r>
        <w:rPr>
          <w:rFonts w:ascii="Georgia" w:hAnsi="Georgia"/>
          <w:b w:val="0"/>
          <w:i w:val="0"/>
          <w:color w:val="22201D"/>
          <w:sz w:val="20"/>
        </w:rPr>
        <w:t>Auditor Ives paused.</w:t>
      </w:r>
    </w:p>
    <w:p>
      <w:pPr>
        <w:spacing w:after="60" w:line="266" w:lineRule="auto"/>
        <w:ind w:firstLine="331"/>
        <w:jc w:val="both"/>
      </w:pPr>
      <w:r>
        <w:rPr>
          <w:rFonts w:ascii="Georgia" w:hAnsi="Georgia"/>
          <w:b w:val="0"/>
          <w:i w:val="0"/>
          <w:color w:val="22201D"/>
          <w:sz w:val="20"/>
        </w:rPr>
        <w:t>This was the first thing Gerald had said that seemed to interest her without irritating her first.</w:t>
      </w:r>
    </w:p>
    <w:p>
      <w:pPr>
        <w:spacing w:after="60" w:line="266" w:lineRule="auto"/>
        <w:ind w:firstLine="331"/>
        <w:jc w:val="both"/>
      </w:pPr>
      <w:r>
        <w:rPr>
          <w:rFonts w:ascii="Georgia" w:hAnsi="Georgia"/>
          <w:b w:val="0"/>
          <w:i w:val="0"/>
          <w:color w:val="22201D"/>
          <w:sz w:val="20"/>
        </w:rPr>
        <w:t>"Explain."</w:t>
      </w:r>
    </w:p>
    <w:p>
      <w:pPr>
        <w:spacing w:after="60" w:line="266" w:lineRule="auto"/>
        <w:ind w:firstLine="331"/>
        <w:jc w:val="both"/>
      </w:pPr>
      <w:r>
        <w:rPr>
          <w:rFonts w:ascii="Georgia" w:hAnsi="Georgia"/>
          <w:b w:val="0"/>
          <w:i w:val="0"/>
          <w:color w:val="22201D"/>
          <w:sz w:val="20"/>
        </w:rPr>
        <w:t>Gerald placed his clipboard on the table, then immediately lifted it again.</w:t>
      </w:r>
    </w:p>
    <w:p>
      <w:pPr>
        <w:spacing w:after="60" w:line="266" w:lineRule="auto"/>
        <w:ind w:firstLine="331"/>
        <w:jc w:val="both"/>
      </w:pPr>
      <w:r>
        <w:rPr>
          <w:rFonts w:ascii="Georgia" w:hAnsi="Georgia"/>
          <w:b w:val="0"/>
          <w:i w:val="0"/>
          <w:color w:val="22201D"/>
          <w:sz w:val="20"/>
        </w:rPr>
        <w:t>"Sanitized surface?"</w:t>
      </w:r>
    </w:p>
    <w:p>
      <w:pPr>
        <w:spacing w:after="60" w:line="266" w:lineRule="auto"/>
        <w:ind w:firstLine="331"/>
        <w:jc w:val="both"/>
      </w:pPr>
      <w:r>
        <w:rPr>
          <w:rFonts w:ascii="Georgia" w:hAnsi="Georgia"/>
          <w:b w:val="0"/>
          <w:i w:val="0"/>
          <w:color w:val="22201D"/>
          <w:sz w:val="20"/>
        </w:rPr>
        <w:t>The Hostess produced a towel and a spray bottle from nowhere.</w:t>
      </w:r>
    </w:p>
    <w:p>
      <w:pPr>
        <w:spacing w:after="60" w:line="266" w:lineRule="auto"/>
        <w:ind w:firstLine="331"/>
        <w:jc w:val="both"/>
      </w:pPr>
      <w:r>
        <w:rPr>
          <w:rFonts w:ascii="Georgia" w:hAnsi="Georgia"/>
          <w:b w:val="0"/>
          <w:i w:val="0"/>
          <w:color w:val="22201D"/>
          <w:sz w:val="20"/>
        </w:rPr>
        <w:t>Gerald looked at the bottle.</w:t>
      </w:r>
    </w:p>
    <w:p>
      <w:pPr>
        <w:spacing w:after="60" w:line="266" w:lineRule="auto"/>
        <w:ind w:firstLine="331"/>
        <w:jc w:val="both"/>
      </w:pPr>
      <w:r>
        <w:rPr>
          <w:rFonts w:ascii="Georgia" w:hAnsi="Georgia"/>
          <w:b w:val="0"/>
          <w:i w:val="0"/>
          <w:color w:val="22201D"/>
          <w:sz w:val="20"/>
        </w:rPr>
        <w:t>"Label."</w:t>
      </w:r>
    </w:p>
    <w:p>
      <w:pPr>
        <w:spacing w:after="60" w:line="266" w:lineRule="auto"/>
        <w:ind w:firstLine="331"/>
        <w:jc w:val="both"/>
      </w:pPr>
      <w:r>
        <w:rPr>
          <w:rFonts w:ascii="Georgia" w:hAnsi="Georgia"/>
          <w:b w:val="0"/>
          <w:i w:val="0"/>
          <w:color w:val="22201D"/>
          <w:sz w:val="20"/>
        </w:rPr>
        <w:t>She turned it.</w:t>
      </w:r>
    </w:p>
    <w:p>
      <w:pPr>
        <w:spacing w:after="60" w:line="250" w:lineRule="auto"/>
        <w:ind w:left="202" w:right="173"/>
      </w:pPr>
      <w:r>
        <w:rPr>
          <w:rFonts w:ascii="Georgia" w:hAnsi="Georgia"/>
          <w:b w:val="0"/>
          <w:i w:val="0"/>
          <w:color w:val="22201D"/>
          <w:sz w:val="17"/>
        </w:rPr>
        <w:t>FOOD-CONTACT SURFACE SANITIZER</w:t>
      </w:r>
    </w:p>
    <w:p>
      <w:pPr>
        <w:spacing w:after="60" w:line="266" w:lineRule="auto"/>
        <w:ind w:firstLine="331"/>
        <w:jc w:val="both"/>
      </w:pPr>
      <w:r>
        <w:rPr>
          <w:rFonts w:ascii="Georgia" w:hAnsi="Georgia"/>
          <w:b w:val="0"/>
          <w:i w:val="0"/>
          <w:color w:val="22201D"/>
          <w:sz w:val="20"/>
        </w:rPr>
        <w:t>"Contact time?"</w:t>
      </w:r>
    </w:p>
    <w:p>
      <w:pPr>
        <w:spacing w:after="60" w:line="266" w:lineRule="auto"/>
        <w:ind w:firstLine="331"/>
        <w:jc w:val="both"/>
      </w:pPr>
      <w:r>
        <w:rPr>
          <w:rFonts w:ascii="Georgia" w:hAnsi="Georgia"/>
          <w:b w:val="0"/>
          <w:i w:val="0"/>
          <w:color w:val="22201D"/>
          <w:sz w:val="20"/>
        </w:rPr>
        <w:t>"One minute."</w:t>
      </w:r>
    </w:p>
    <w:p>
      <w:pPr>
        <w:spacing w:after="60" w:line="266" w:lineRule="auto"/>
        <w:ind w:firstLine="331"/>
        <w:jc w:val="both"/>
      </w:pPr>
      <w:r>
        <w:rPr>
          <w:rFonts w:ascii="Georgia" w:hAnsi="Georgia"/>
          <w:b w:val="0"/>
          <w:i w:val="0"/>
          <w:color w:val="22201D"/>
          <w:sz w:val="20"/>
        </w:rPr>
        <w:t>"Use it."</w:t>
      </w:r>
    </w:p>
    <w:p>
      <w:pPr>
        <w:spacing w:after="60" w:line="266" w:lineRule="auto"/>
        <w:ind w:firstLine="331"/>
        <w:jc w:val="both"/>
      </w:pPr>
      <w:r>
        <w:rPr>
          <w:rFonts w:ascii="Georgia" w:hAnsi="Georgia"/>
          <w:b w:val="0"/>
          <w:i w:val="0"/>
          <w:color w:val="22201D"/>
          <w:sz w:val="20"/>
        </w:rPr>
        <w:t>She did.</w:t>
      </w:r>
    </w:p>
    <w:p>
      <w:pPr>
        <w:spacing w:after="60" w:line="266" w:lineRule="auto"/>
        <w:ind w:firstLine="331"/>
        <w:jc w:val="both"/>
      </w:pPr>
      <w:r>
        <w:rPr>
          <w:rFonts w:ascii="Georgia" w:hAnsi="Georgia"/>
          <w:b w:val="0"/>
          <w:i w:val="0"/>
          <w:color w:val="22201D"/>
          <w:sz w:val="20"/>
        </w:rPr>
        <w:t>Auditor Ives watched, pen ready.</w:t>
      </w:r>
    </w:p>
    <w:p>
      <w:pPr>
        <w:spacing w:after="60" w:line="266" w:lineRule="auto"/>
        <w:ind w:firstLine="331"/>
        <w:jc w:val="both"/>
      </w:pPr>
      <w:r>
        <w:rPr>
          <w:rFonts w:ascii="Georgia" w:hAnsi="Georgia"/>
          <w:b w:val="0"/>
          <w:i w:val="0"/>
          <w:color w:val="22201D"/>
          <w:sz w:val="20"/>
        </w:rPr>
        <w:t>"Is this part of the audit?"</w:t>
      </w:r>
    </w:p>
    <w:p>
      <w:pPr>
        <w:spacing w:after="60" w:line="266" w:lineRule="auto"/>
        <w:ind w:firstLine="331"/>
        <w:jc w:val="both"/>
      </w:pPr>
      <w:r>
        <w:rPr>
          <w:rFonts w:ascii="Georgia" w:hAnsi="Georgia"/>
          <w:b w:val="0"/>
          <w:i w:val="0"/>
          <w:color w:val="22201D"/>
          <w:sz w:val="20"/>
        </w:rPr>
        <w:t>"It is the audit's right to continue," Gerald said.</w:t>
      </w:r>
    </w:p>
    <w:p>
      <w:pPr>
        <w:spacing w:after="60" w:line="266" w:lineRule="auto"/>
        <w:ind w:firstLine="331"/>
        <w:jc w:val="both"/>
      </w:pPr>
      <w:r>
        <w:rPr>
          <w:rFonts w:ascii="Georgia" w:hAnsi="Georgia"/>
          <w:b w:val="0"/>
          <w:i w:val="0"/>
          <w:color w:val="22201D"/>
          <w:sz w:val="20"/>
        </w:rPr>
        <w:t>He waited the full minute.</w:t>
      </w:r>
    </w:p>
    <w:p>
      <w:pPr>
        <w:spacing w:after="60" w:line="266" w:lineRule="auto"/>
        <w:ind w:firstLine="331"/>
        <w:jc w:val="both"/>
      </w:pPr>
      <w:r>
        <w:rPr>
          <w:rFonts w:ascii="Georgia" w:hAnsi="Georgia"/>
          <w:b w:val="0"/>
          <w:i w:val="0"/>
          <w:color w:val="22201D"/>
          <w:sz w:val="20"/>
        </w:rPr>
        <w:t>Nobody made a joke.</w:t>
      </w:r>
    </w:p>
    <w:p>
      <w:pPr>
        <w:spacing w:after="60" w:line="266" w:lineRule="auto"/>
        <w:ind w:firstLine="331"/>
        <w:jc w:val="both"/>
      </w:pPr>
      <w:r>
        <w:rPr>
          <w:rFonts w:ascii="Georgia" w:hAnsi="Georgia"/>
          <w:b w:val="0"/>
          <w:i w:val="0"/>
          <w:color w:val="22201D"/>
          <w:sz w:val="20"/>
        </w:rPr>
        <w:t>The sauce ledger printed:</w:t>
      </w:r>
    </w:p>
    <w:p>
      <w:pPr>
        <w:spacing w:after="60" w:line="250" w:lineRule="auto"/>
        <w:ind w:left="202" w:right="173"/>
      </w:pPr>
      <w:r>
        <w:rPr>
          <w:rFonts w:ascii="Georgia" w:hAnsi="Georgia"/>
          <w:b w:val="0"/>
          <w:i w:val="0"/>
          <w:color w:val="22201D"/>
          <w:sz w:val="17"/>
        </w:rPr>
        <w:t>Contact time observed. Ledger may continue.</w:t>
      </w:r>
    </w:p>
    <w:p>
      <w:pPr>
        <w:spacing w:after="60" w:line="266" w:lineRule="auto"/>
        <w:ind w:firstLine="331"/>
        <w:jc w:val="both"/>
      </w:pPr>
      <w:r>
        <w:rPr>
          <w:rFonts w:ascii="Georgia" w:hAnsi="Georgia"/>
          <w:b w:val="0"/>
          <w:i w:val="0"/>
          <w:color w:val="22201D"/>
          <w:sz w:val="20"/>
        </w:rPr>
        <w:t>Gerald placed the clipboard on the sanitized table.</w:t>
      </w:r>
    </w:p>
    <w:p>
      <w:pPr>
        <w:spacing w:after="60" w:line="266" w:lineRule="auto"/>
        <w:ind w:firstLine="331"/>
        <w:jc w:val="both"/>
      </w:pPr>
      <w:r>
        <w:rPr>
          <w:rFonts w:ascii="Georgia" w:hAnsi="Georgia"/>
          <w:b w:val="0"/>
          <w:i w:val="0"/>
          <w:color w:val="22201D"/>
          <w:sz w:val="20"/>
        </w:rPr>
        <w:t>"Classification can contaminate because if you call something food too early, people treat it as edible. If you call something evidence too late, people treat it as decoration. If you call something metaphor when it is still in a bottle, someone eventually puts it on tacos without a batch log."</w:t>
      </w:r>
    </w:p>
    <w:p>
      <w:pPr>
        <w:spacing w:after="60" w:line="266" w:lineRule="auto"/>
        <w:ind w:firstLine="331"/>
        <w:jc w:val="both"/>
      </w:pPr>
      <w:r>
        <w:rPr>
          <w:rFonts w:ascii="Georgia" w:hAnsi="Georgia"/>
          <w:b w:val="0"/>
          <w:i w:val="0"/>
          <w:color w:val="22201D"/>
          <w:sz w:val="20"/>
        </w:rPr>
        <w:t>Mara nodded.</w:t>
      </w:r>
    </w:p>
    <w:p>
      <w:pPr>
        <w:spacing w:after="60" w:line="266" w:lineRule="auto"/>
        <w:ind w:firstLine="331"/>
        <w:jc w:val="both"/>
      </w:pPr>
      <w:r>
        <w:rPr>
          <w:rFonts w:ascii="Georgia" w:hAnsi="Georgia"/>
          <w:b w:val="0"/>
          <w:i w:val="0"/>
          <w:color w:val="22201D"/>
          <w:sz w:val="20"/>
        </w:rPr>
        <w:t>"That sounds like a real thing and also a sentence only this restaurant could need."</w:t>
      </w:r>
    </w:p>
    <w:p>
      <w:pPr>
        <w:spacing w:after="60" w:line="266" w:lineRule="auto"/>
        <w:ind w:firstLine="331"/>
        <w:jc w:val="both"/>
      </w:pPr>
      <w:r>
        <w:rPr>
          <w:rFonts w:ascii="Georgia" w:hAnsi="Georgia"/>
          <w:b w:val="0"/>
          <w:i w:val="0"/>
          <w:color w:val="22201D"/>
          <w:sz w:val="20"/>
        </w:rPr>
        <w:t>"Both," Gerald said.</w:t>
      </w:r>
    </w:p>
    <w:p>
      <w:pPr>
        <w:spacing w:after="60" w:line="266" w:lineRule="auto"/>
        <w:ind w:firstLine="331"/>
        <w:jc w:val="both"/>
      </w:pPr>
      <w:r>
        <w:rPr>
          <w:rFonts w:ascii="Georgia" w:hAnsi="Georgia"/>
          <w:b w:val="0"/>
          <w:i w:val="0"/>
          <w:color w:val="22201D"/>
          <w:sz w:val="20"/>
        </w:rPr>
        <w:t>Auditor Ives wrote:</w:t>
      </w:r>
    </w:p>
    <w:p>
      <w:pPr>
        <w:spacing w:after="60" w:line="250" w:lineRule="auto"/>
        <w:ind w:left="202" w:right="173"/>
      </w:pPr>
      <w:r>
        <w:rPr>
          <w:rFonts w:ascii="Georgia" w:hAnsi="Georgia"/>
          <w:b w:val="0"/>
          <w:i w:val="0"/>
          <w:color w:val="22201D"/>
          <w:sz w:val="17"/>
        </w:rPr>
        <w:t>Food/evidence/metaphor boundary unresolved. Practical safety controls active.</w:t>
      </w:r>
    </w:p>
    <w:p>
      <w:pPr>
        <w:spacing w:after="60" w:line="266" w:lineRule="auto"/>
        <w:ind w:firstLine="331"/>
        <w:jc w:val="both"/>
      </w:pPr>
      <w:r>
        <w:rPr>
          <w:rFonts w:ascii="Georgia" w:hAnsi="Georgia"/>
          <w:b w:val="0"/>
          <w:i w:val="0"/>
          <w:color w:val="22201D"/>
          <w:sz w:val="20"/>
        </w:rPr>
        <w:t>Gerald read it upside down.</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"I did not submit it for approval."</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He set the pH meter case on the table.</w:t>
      </w:r>
    </w:p>
    <w:p>
      <w:pPr>
        <w:spacing w:after="60" w:line="266" w:lineRule="auto"/>
        <w:ind w:firstLine="331"/>
        <w:jc w:val="both"/>
      </w:pPr>
      <w:r>
        <w:rPr>
          <w:rFonts w:ascii="Georgia" w:hAnsi="Georgia"/>
          <w:b w:val="0"/>
          <w:i w:val="0"/>
          <w:color w:val="22201D"/>
          <w:sz w:val="20"/>
        </w:rPr>
        <w:t>The sauce ledger printed:</w:t>
      </w:r>
    </w:p>
    <w:p>
      <w:pPr>
        <w:spacing w:after="60" w:line="250" w:lineRule="auto"/>
        <w:ind w:left="202" w:right="173"/>
      </w:pPr>
      <w:r>
        <w:rPr>
          <w:rFonts w:ascii="Georgia" w:hAnsi="Georgia"/>
          <w:b w:val="0"/>
          <w:i w:val="0"/>
          <w:color w:val="22201D"/>
          <w:sz w:val="17"/>
        </w:rPr>
        <w:t>Testing equipment present. Panic reduced by 3 percent.</w:t>
      </w:r>
    </w:p>
    <w:p>
      <w:pPr>
        <w:spacing w:after="60" w:line="266" w:lineRule="auto"/>
        <w:ind w:firstLine="331"/>
        <w:jc w:val="both"/>
      </w:pPr>
      <w:r>
        <w:rPr>
          <w:rFonts w:ascii="Georgia" w:hAnsi="Georgia"/>
          <w:b w:val="0"/>
          <w:i w:val="0"/>
          <w:color w:val="22201D"/>
          <w:sz w:val="20"/>
        </w:rPr>
        <w:t>Gerald frowned.</w:t>
      </w:r>
    </w:p>
    <w:p>
      <w:pPr>
        <w:spacing w:after="60" w:line="266" w:lineRule="auto"/>
        <w:ind w:firstLine="331"/>
        <w:jc w:val="both"/>
      </w:pPr>
      <w:r>
        <w:rPr>
          <w:rFonts w:ascii="Georgia" w:hAnsi="Georgia"/>
          <w:b w:val="0"/>
          <w:i w:val="0"/>
          <w:color w:val="22201D"/>
          <w:sz w:val="20"/>
        </w:rPr>
        <w:t>"Do not quantify without method."</w:t>
      </w:r>
    </w:p>
    <w:p>
      <w:pPr>
        <w:spacing w:after="60" w:line="266" w:lineRule="auto"/>
        <w:ind w:firstLine="331"/>
        <w:jc w:val="both"/>
      </w:pPr>
      <w:r>
        <w:rPr>
          <w:rFonts w:ascii="Georgia" w:hAnsi="Georgia"/>
          <w:b w:val="0"/>
          <w:i w:val="0"/>
          <w:color w:val="22201D"/>
          <w:sz w:val="20"/>
        </w:rPr>
        <w:t>The ledger corrected itself:</w:t>
      </w:r>
    </w:p>
    <w:p>
      <w:pPr>
        <w:spacing w:after="60" w:line="250" w:lineRule="auto"/>
        <w:ind w:left="202" w:right="173"/>
      </w:pPr>
      <w:r>
        <w:rPr>
          <w:rFonts w:ascii="Georgia" w:hAnsi="Georgia"/>
          <w:b w:val="0"/>
          <w:i w:val="0"/>
          <w:color w:val="22201D"/>
          <w:sz w:val="17"/>
        </w:rPr>
        <w:t>Panic reduction: observed but unmeasured</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The Hostess brought the bottle.</w:t>
      </w:r>
    </w:p>
    <w:p>
      <w:pPr>
        <w:spacing w:after="60" w:line="266" w:lineRule="auto"/>
        <w:ind w:firstLine="331"/>
        <w:jc w:val="both"/>
      </w:pPr>
      <w:r>
        <w:rPr>
          <w:rFonts w:ascii="Georgia" w:hAnsi="Georgia"/>
          <w:b w:val="0"/>
          <w:i w:val="0"/>
          <w:color w:val="22201D"/>
          <w:sz w:val="20"/>
        </w:rPr>
        <w:t>Black Orchard Adobo arrived in a sealed black-red bottle with a white evidence label around its neck. The sauce inside was so dark that calling it red felt like optimism. When the Hostess set it on the table, the light above Table Four did not dim. It simply became more careful.</w:t>
      </w:r>
    </w:p>
    <w:p>
      <w:pPr>
        <w:spacing w:after="60" w:line="266" w:lineRule="auto"/>
        <w:ind w:firstLine="331"/>
        <w:jc w:val="both"/>
      </w:pPr>
      <w:r>
        <w:rPr>
          <w:rFonts w:ascii="Georgia" w:hAnsi="Georgia"/>
          <w:b w:val="0"/>
          <w:i w:val="0"/>
          <w:color w:val="22201D"/>
          <w:sz w:val="20"/>
        </w:rPr>
        <w:t>The label read:</w:t>
      </w:r>
    </w:p>
    <w:p>
      <w:pPr>
        <w:spacing w:after="60" w:line="250" w:lineRule="auto"/>
        <w:ind w:left="202" w:right="173"/>
      </w:pPr>
      <w:r>
        <w:rPr>
          <w:rFonts w:ascii="Georgia" w:hAnsi="Georgia"/>
          <w:b w:val="0"/>
          <w:i w:val="0"/>
          <w:color w:val="22201D"/>
          <w:sz w:val="17"/>
        </w:rPr>
        <w:t>VOR-001 BLACK ORCHARD ADOBO Status: sealed evidence Service approval: none Storage lane: refrigerated / frozen unless validated Price: gloves and honesty</w:t>
      </w:r>
    </w:p>
    <w:p>
      <w:pPr>
        <w:spacing w:after="60" w:line="266" w:lineRule="auto"/>
        <w:ind w:firstLine="331"/>
        <w:jc w:val="both"/>
      </w:pPr>
      <w:r>
        <w:rPr>
          <w:rFonts w:ascii="Georgia" w:hAnsi="Georgia"/>
          <w:b w:val="0"/>
          <w:i w:val="0"/>
          <w:color w:val="22201D"/>
          <w:sz w:val="20"/>
        </w:rPr>
        <w:t>Flocc inhaled without meaning to.</w:t>
      </w:r>
    </w:p>
    <w:p>
      <w:pPr>
        <w:spacing w:after="60" w:line="266" w:lineRule="auto"/>
        <w:ind w:firstLine="331"/>
        <w:jc w:val="both"/>
      </w:pPr>
      <w:r>
        <w:rPr>
          <w:rFonts w:ascii="Georgia" w:hAnsi="Georgia"/>
          <w:b w:val="0"/>
          <w:i w:val="0"/>
          <w:color w:val="22201D"/>
          <w:sz w:val="20"/>
        </w:rPr>
        <w:t>The smell reached him the way a memory reaches a room before the person carrying it admits they have arrived.</w:t>
      </w:r>
    </w:p>
    <w:p>
      <w:pPr>
        <w:spacing w:after="60" w:line="266" w:lineRule="auto"/>
        <w:ind w:firstLine="331"/>
        <w:jc w:val="both"/>
      </w:pPr>
      <w:r>
        <w:rPr>
          <w:rFonts w:ascii="Georgia" w:hAnsi="Georgia"/>
          <w:b w:val="0"/>
          <w:i w:val="0"/>
          <w:color w:val="22201D"/>
          <w:sz w:val="20"/>
        </w:rPr>
        <w:t>Blackberry.</w:t>
      </w:r>
    </w:p>
    <w:p>
      <w:pPr>
        <w:spacing w:after="60" w:line="266" w:lineRule="auto"/>
        <w:ind w:firstLine="331"/>
        <w:jc w:val="both"/>
      </w:pPr>
      <w:r>
        <w:rPr>
          <w:rFonts w:ascii="Georgia" w:hAnsi="Georgia"/>
          <w:b w:val="0"/>
          <w:i w:val="0"/>
          <w:color w:val="22201D"/>
          <w:sz w:val="20"/>
        </w:rPr>
        <w:t>Pineapple.</w:t>
      </w:r>
    </w:p>
    <w:p>
      <w:pPr>
        <w:spacing w:after="60" w:line="266" w:lineRule="auto"/>
        <w:ind w:firstLine="331"/>
        <w:jc w:val="both"/>
      </w:pPr>
      <w:r>
        <w:rPr>
          <w:rFonts w:ascii="Georgia" w:hAnsi="Georgia"/>
          <w:b w:val="0"/>
          <w:i w:val="0"/>
          <w:color w:val="22201D"/>
          <w:sz w:val="20"/>
        </w:rPr>
        <w:t>Tomato paste, dark and grounding.</w:t>
      </w:r>
    </w:p>
    <w:p>
      <w:pPr>
        <w:spacing w:after="60" w:line="266" w:lineRule="auto"/>
        <w:ind w:firstLine="331"/>
        <w:jc w:val="both"/>
      </w:pPr>
      <w:r>
        <w:rPr>
          <w:rFonts w:ascii="Georgia" w:hAnsi="Georgia"/>
          <w:b w:val="0"/>
          <w:i w:val="0"/>
          <w:color w:val="22201D"/>
          <w:sz w:val="20"/>
        </w:rPr>
        <w:t>Apple cider vinegar.</w:t>
      </w:r>
    </w:p>
    <w:p>
      <w:pPr>
        <w:spacing w:after="60" w:line="266" w:lineRule="auto"/>
        <w:ind w:firstLine="331"/>
        <w:jc w:val="both"/>
      </w:pPr>
      <w:r>
        <w:rPr>
          <w:rFonts w:ascii="Georgia" w:hAnsi="Georgia"/>
          <w:b w:val="0"/>
          <w:i w:val="0"/>
          <w:color w:val="22201D"/>
          <w:sz w:val="20"/>
        </w:rPr>
        <w:t>Smoke.</w:t>
      </w:r>
    </w:p>
    <w:p>
      <w:pPr>
        <w:spacing w:after="60" w:line="266" w:lineRule="auto"/>
        <w:ind w:firstLine="331"/>
        <w:jc w:val="both"/>
      </w:pPr>
      <w:r>
        <w:rPr>
          <w:rFonts w:ascii="Georgia" w:hAnsi="Georgia"/>
          <w:b w:val="0"/>
          <w:i w:val="0"/>
          <w:color w:val="22201D"/>
          <w:sz w:val="20"/>
        </w:rPr>
        <w:t>Pepper heat at several distances.</w:t>
      </w:r>
    </w:p>
    <w:p>
      <w:pPr>
        <w:spacing w:after="60" w:line="266" w:lineRule="auto"/>
        <w:ind w:firstLine="331"/>
        <w:jc w:val="both"/>
      </w:pPr>
      <w:r>
        <w:rPr>
          <w:rFonts w:ascii="Georgia" w:hAnsi="Georgia"/>
          <w:b w:val="0"/>
          <w:i w:val="0"/>
          <w:color w:val="22201D"/>
          <w:sz w:val="20"/>
        </w:rPr>
        <w:t>Something herbal held back until late.</w:t>
      </w:r>
    </w:p>
    <w:p>
      <w:pPr>
        <w:spacing w:after="60" w:line="266" w:lineRule="auto"/>
        <w:ind w:firstLine="331"/>
        <w:jc w:val="both"/>
      </w:pPr>
      <w:r>
        <w:rPr>
          <w:rFonts w:ascii="Georgia" w:hAnsi="Georgia"/>
          <w:b w:val="0"/>
          <w:i w:val="0"/>
          <w:color w:val="22201D"/>
          <w:sz w:val="20"/>
        </w:rPr>
        <w:t>Something like garlic if garlic had signed a waiver.</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030: Smelling before permission. Amount due: one appetite kept out of evidence</w:t>
      </w:r>
    </w:p>
    <w:p>
      <w:pPr>
        <w:spacing w:after="60" w:line="266" w:lineRule="auto"/>
        <w:ind w:firstLine="331"/>
        <w:jc w:val="both"/>
      </w:pPr>
      <w:r>
        <w:rPr>
          <w:rFonts w:ascii="Georgia" w:hAnsi="Georgia"/>
          <w:b w:val="0"/>
          <w:i w:val="0"/>
          <w:color w:val="22201D"/>
          <w:sz w:val="20"/>
        </w:rPr>
        <w:t>Flocc leaned back.</w:t>
      </w:r>
    </w:p>
    <w:p>
      <w:pPr>
        <w:spacing w:after="60" w:line="266" w:lineRule="auto"/>
        <w:ind w:firstLine="331"/>
        <w:jc w:val="both"/>
      </w:pPr>
      <w:r>
        <w:rPr>
          <w:rFonts w:ascii="Georgia" w:hAnsi="Georgia"/>
          <w:b w:val="0"/>
          <w:i w:val="0"/>
          <w:color w:val="22201D"/>
          <w:sz w:val="20"/>
        </w:rPr>
        <w:t>Mara said, "Good."</w:t>
      </w:r>
    </w:p>
    <w:p>
      <w:pPr>
        <w:spacing w:after="60" w:line="266" w:lineRule="auto"/>
        <w:ind w:firstLine="331"/>
        <w:jc w:val="both"/>
      </w:pPr>
      <w:r>
        <w:rPr>
          <w:rFonts w:ascii="Georgia" w:hAnsi="Georgia"/>
          <w:b w:val="0"/>
          <w:i w:val="0"/>
          <w:color w:val="22201D"/>
          <w:sz w:val="20"/>
        </w:rPr>
        <w:t>"I only smelled."</w:t>
      </w:r>
    </w:p>
    <w:p>
      <w:pPr>
        <w:spacing w:after="60" w:line="266" w:lineRule="auto"/>
        <w:ind w:firstLine="331"/>
        <w:jc w:val="both"/>
      </w:pPr>
      <w:r>
        <w:rPr>
          <w:rFonts w:ascii="Georgia" w:hAnsi="Georgia"/>
          <w:b w:val="0"/>
          <w:i w:val="0"/>
          <w:color w:val="22201D"/>
          <w:sz w:val="20"/>
        </w:rPr>
        <w:t>"You began planning a future sandwich."</w:t>
      </w:r>
    </w:p>
    <w:p>
      <w:pPr>
        <w:spacing w:after="60" w:line="266" w:lineRule="auto"/>
        <w:ind w:firstLine="331"/>
        <w:jc w:val="both"/>
      </w:pPr>
      <w:r>
        <w:rPr>
          <w:rFonts w:ascii="Georgia" w:hAnsi="Georgia"/>
          <w:b w:val="0"/>
          <w:i w:val="0"/>
          <w:color w:val="22201D"/>
          <w:sz w:val="20"/>
        </w:rPr>
        <w:t>"Internally."</w:t>
      </w:r>
    </w:p>
    <w:p>
      <w:pPr>
        <w:spacing w:after="60" w:line="266" w:lineRule="auto"/>
        <w:ind w:firstLine="331"/>
        <w:jc w:val="both"/>
      </w:pPr>
      <w:r>
        <w:rPr>
          <w:rFonts w:ascii="Georgia" w:hAnsi="Georgia"/>
          <w:b w:val="0"/>
          <w:i w:val="0"/>
          <w:color w:val="22201D"/>
          <w:sz w:val="20"/>
        </w:rPr>
        <w:t>"Still billable."</w:t>
      </w:r>
    </w:p>
    <w:p>
      <w:pPr>
        <w:spacing w:after="60" w:line="266" w:lineRule="auto"/>
        <w:ind w:firstLine="331"/>
        <w:jc w:val="both"/>
      </w:pPr>
      <w:r>
        <w:rPr>
          <w:rFonts w:ascii="Georgia" w:hAnsi="Georgia"/>
          <w:b w:val="0"/>
          <w:i w:val="0"/>
          <w:color w:val="22201D"/>
          <w:sz w:val="20"/>
        </w:rPr>
        <w:t>Gerald turned toward them.</w:t>
      </w:r>
    </w:p>
    <w:p>
      <w:pPr>
        <w:spacing w:after="60" w:line="266" w:lineRule="auto"/>
        <w:ind w:firstLine="331"/>
        <w:jc w:val="both"/>
      </w:pPr>
      <w:r>
        <w:rPr>
          <w:rFonts w:ascii="Georgia" w:hAnsi="Georgia"/>
          <w:b w:val="0"/>
          <w:i w:val="0"/>
          <w:color w:val="22201D"/>
          <w:sz w:val="20"/>
        </w:rPr>
        <w:t>"No tasting."</w:t>
      </w:r>
    </w:p>
    <w:p>
      <w:pPr>
        <w:spacing w:after="60" w:line="266" w:lineRule="auto"/>
        <w:ind w:firstLine="331"/>
        <w:jc w:val="both"/>
      </w:pPr>
      <w:r>
        <w:rPr>
          <w:rFonts w:ascii="Georgia" w:hAnsi="Georgia"/>
          <w:b w:val="0"/>
          <w:i w:val="0"/>
          <w:color w:val="22201D"/>
          <w:sz w:val="20"/>
        </w:rPr>
        <w:t>"We are several feet away," Flocc said.</w:t>
      </w:r>
    </w:p>
    <w:p>
      <w:pPr>
        <w:spacing w:after="60" w:line="266" w:lineRule="auto"/>
        <w:ind w:firstLine="331"/>
        <w:jc w:val="both"/>
      </w:pPr>
      <w:r>
        <w:rPr>
          <w:rFonts w:ascii="Georgia" w:hAnsi="Georgia"/>
          <w:b w:val="0"/>
          <w:i w:val="0"/>
          <w:color w:val="22201D"/>
          <w:sz w:val="20"/>
        </w:rPr>
        <w:t>"No aspirational tasting."</w:t>
      </w:r>
    </w:p>
    <w:p>
      <w:pPr>
        <w:spacing w:after="60" w:line="266" w:lineRule="auto"/>
        <w:ind w:firstLine="331"/>
        <w:jc w:val="both"/>
      </w:pPr>
      <w:r>
        <w:rPr>
          <w:rFonts w:ascii="Georgia" w:hAnsi="Georgia"/>
          <w:b w:val="0"/>
          <w:i w:val="0"/>
          <w:color w:val="22201D"/>
          <w:sz w:val="20"/>
        </w:rPr>
        <w:t>Flocc closed his mouth.</w:t>
      </w:r>
    </w:p>
    <w:p>
      <w:pPr>
        <w:spacing w:after="60" w:line="266" w:lineRule="auto"/>
        <w:ind w:firstLine="331"/>
        <w:jc w:val="both"/>
      </w:pPr>
      <w:r>
        <w:rPr>
          <w:rFonts w:ascii="Georgia" w:hAnsi="Georgia"/>
          <w:b w:val="0"/>
          <w:i w:val="0"/>
          <w:color w:val="22201D"/>
          <w:sz w:val="20"/>
        </w:rPr>
        <w:t>The brass tray printed:</w:t>
      </w:r>
    </w:p>
    <w:p>
      <w:pPr>
        <w:spacing w:after="60" w:line="250" w:lineRule="auto"/>
        <w:ind w:left="202" w:right="173"/>
      </w:pPr>
      <w:r>
        <w:rPr>
          <w:rFonts w:ascii="Georgia" w:hAnsi="Georgia"/>
          <w:b w:val="0"/>
          <w:i w:val="0"/>
          <w:color w:val="22201D"/>
          <w:sz w:val="17"/>
        </w:rPr>
        <w:t>Tender accepted: appetite returned to seat</w:t>
      </w:r>
    </w:p>
    <w:p>
      <w:pPr>
        <w:spacing w:after="60" w:line="266" w:lineRule="auto"/>
        <w:ind w:firstLine="331"/>
        <w:jc w:val="both"/>
      </w:pPr>
      <w:r>
        <w:rPr>
          <w:rFonts w:ascii="Georgia" w:hAnsi="Georgia"/>
          <w:b w:val="0"/>
          <w:i w:val="0"/>
          <w:color w:val="22201D"/>
          <w:sz w:val="20"/>
        </w:rPr>
        <w:t>At Table Four, Auditor Ives read the bottle label.</w:t>
      </w:r>
    </w:p>
    <w:p>
      <w:pPr>
        <w:spacing w:after="60" w:line="266" w:lineRule="auto"/>
        <w:ind w:firstLine="331"/>
        <w:jc w:val="both"/>
      </w:pPr>
      <w:r>
        <w:rPr>
          <w:rFonts w:ascii="Georgia" w:hAnsi="Georgia"/>
          <w:b w:val="0"/>
          <w:i w:val="0"/>
          <w:color w:val="22201D"/>
          <w:sz w:val="20"/>
        </w:rPr>
        <w:t>"Storage lane refrigerated or frozen unless validated. What validation?"</w:t>
      </w:r>
    </w:p>
    <w:p>
      <w:pPr>
        <w:spacing w:after="60" w:line="266" w:lineRule="auto"/>
        <w:ind w:firstLine="331"/>
        <w:jc w:val="both"/>
      </w:pPr>
      <w:r>
        <w:rPr>
          <w:rFonts w:ascii="Georgia" w:hAnsi="Georgia"/>
          <w:b w:val="0"/>
          <w:i w:val="0"/>
          <w:color w:val="22201D"/>
          <w:sz w:val="20"/>
        </w:rPr>
        <w:t>Gerald answered before the Hostess could.</w:t>
      </w:r>
    </w:p>
    <w:p>
      <w:pPr>
        <w:spacing w:after="60" w:line="266" w:lineRule="auto"/>
        <w:ind w:firstLine="331"/>
        <w:jc w:val="both"/>
      </w:pPr>
      <w:r>
        <w:rPr>
          <w:rFonts w:ascii="Georgia" w:hAnsi="Georgia"/>
          <w:b w:val="0"/>
          <w:i w:val="0"/>
          <w:color w:val="22201D"/>
          <w:sz w:val="20"/>
        </w:rPr>
        <w:t>"Exact product, exact process, exact packaging. Tested preservation process or process authority support. pH readings are evidence. They are not a shelf-stability promise."</w:t>
      </w:r>
    </w:p>
    <w:p>
      <w:pPr>
        <w:spacing w:after="60" w:line="266" w:lineRule="auto"/>
        <w:ind w:firstLine="331"/>
        <w:jc w:val="both"/>
      </w:pPr>
      <w:r>
        <w:rPr>
          <w:rFonts w:ascii="Georgia" w:hAnsi="Georgia"/>
          <w:b w:val="0"/>
          <w:i w:val="0"/>
          <w:color w:val="22201D"/>
          <w:sz w:val="20"/>
        </w:rPr>
        <w:t>Auditor Ives wrote fast.</w:t>
      </w:r>
    </w:p>
    <w:p>
      <w:pPr>
        <w:spacing w:after="60" w:line="266" w:lineRule="auto"/>
        <w:ind w:firstLine="331"/>
        <w:jc w:val="both"/>
      </w:pPr>
      <w:r>
        <w:rPr>
          <w:rFonts w:ascii="Georgia" w:hAnsi="Georgia"/>
          <w:b w:val="0"/>
          <w:i w:val="0"/>
          <w:color w:val="22201D"/>
          <w:sz w:val="20"/>
        </w:rPr>
        <w:t>"That is unusually clear."</w:t>
      </w:r>
    </w:p>
    <w:p>
      <w:pPr>
        <w:spacing w:after="60" w:line="266" w:lineRule="auto"/>
        <w:ind w:firstLine="331"/>
        <w:jc w:val="both"/>
      </w:pPr>
      <w:r>
        <w:rPr>
          <w:rFonts w:ascii="Georgia" w:hAnsi="Georgia"/>
          <w:b w:val="0"/>
          <w:i w:val="0"/>
          <w:color w:val="22201D"/>
          <w:sz w:val="20"/>
        </w:rPr>
        <w:t>"Food safety is allowed to be clear."</w:t>
      </w:r>
    </w:p>
    <w:p>
      <w:pPr>
        <w:spacing w:after="60" w:line="266" w:lineRule="auto"/>
        <w:ind w:firstLine="331"/>
        <w:jc w:val="both"/>
      </w:pPr>
      <w:r>
        <w:rPr>
          <w:rFonts w:ascii="Georgia" w:hAnsi="Georgia"/>
          <w:b w:val="0"/>
          <w:i w:val="0"/>
          <w:color w:val="22201D"/>
          <w:sz w:val="20"/>
        </w:rPr>
        <w:t>"The city would appreciate more of that from the establishment."</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"So would the establishment."</w:t>
      </w:r>
    </w:p>
    <w:p>
      <w:pPr>
        <w:spacing w:after="60" w:line="266" w:lineRule="auto"/>
        <w:ind w:firstLine="331"/>
        <w:jc w:val="both"/>
      </w:pPr>
      <w:r>
        <w:rPr>
          <w:rFonts w:ascii="Georgia" w:hAnsi="Georgia"/>
          <w:b w:val="0"/>
          <w:i w:val="0"/>
          <w:color w:val="22201D"/>
          <w:sz w:val="20"/>
        </w:rPr>
        <w:t>The sauce ledger printed:</w:t>
      </w:r>
    </w:p>
    <w:p>
      <w:pPr>
        <w:spacing w:after="60" w:line="250" w:lineRule="auto"/>
        <w:ind w:left="202" w:right="173"/>
      </w:pPr>
      <w:r>
        <w:rPr>
          <w:rFonts w:ascii="Georgia" w:hAnsi="Georgia"/>
          <w:b w:val="0"/>
          <w:i w:val="0"/>
          <w:color w:val="22201D"/>
          <w:sz w:val="17"/>
        </w:rPr>
        <w:t>Safety boundary entered. Ledger smoke reduced.</w:t>
      </w:r>
    </w:p>
    <w:p>
      <w:pPr>
        <w:spacing w:after="60" w:line="266" w:lineRule="auto"/>
        <w:ind w:firstLine="331"/>
        <w:jc w:val="both"/>
      </w:pPr>
      <w:r>
        <w:rPr>
          <w:rFonts w:ascii="Georgia" w:hAnsi="Georgia"/>
          <w:b w:val="0"/>
          <w:i w:val="0"/>
          <w:color w:val="22201D"/>
          <w:sz w:val="20"/>
        </w:rPr>
        <w:t>The thread of smoke thinned until it became mostly smell.</w:t>
      </w:r>
    </w:p>
    <w:p>
      <w:pPr>
        <w:spacing w:after="60" w:line="266" w:lineRule="auto"/>
        <w:ind w:firstLine="331"/>
        <w:jc w:val="both"/>
      </w:pPr>
      <w:r>
        <w:rPr>
          <w:rFonts w:ascii="Georgia" w:hAnsi="Georgia"/>
          <w:b w:val="0"/>
          <w:i w:val="0"/>
          <w:color w:val="22201D"/>
          <w:sz w:val="20"/>
        </w:rPr>
        <w:t>Gerald put on gloves.</w:t>
      </w:r>
    </w:p>
    <w:p>
      <w:pPr>
        <w:spacing w:after="60" w:line="266" w:lineRule="auto"/>
        <w:ind w:firstLine="331"/>
        <w:jc w:val="both"/>
      </w:pPr>
      <w:r>
        <w:rPr>
          <w:rFonts w:ascii="Georgia" w:hAnsi="Georgia"/>
          <w:b w:val="0"/>
          <w:i w:val="0"/>
          <w:color w:val="22201D"/>
          <w:sz w:val="20"/>
        </w:rPr>
        <w:t>Not ceremonially.</w:t>
      </w:r>
    </w:p>
    <w:p>
      <w:pPr>
        <w:spacing w:after="60" w:line="266" w:lineRule="auto"/>
        <w:ind w:firstLine="331"/>
        <w:jc w:val="both"/>
      </w:pPr>
      <w:r>
        <w:rPr>
          <w:rFonts w:ascii="Georgia" w:hAnsi="Georgia"/>
          <w:b w:val="0"/>
          <w:i w:val="0"/>
          <w:color w:val="22201D"/>
          <w:sz w:val="20"/>
        </w:rPr>
        <w:t>This was important.</w:t>
      </w:r>
    </w:p>
    <w:p>
      <w:pPr>
        <w:spacing w:after="60" w:line="266" w:lineRule="auto"/>
        <w:ind w:firstLine="331"/>
        <w:jc w:val="both"/>
      </w:pPr>
      <w:r>
        <w:rPr>
          <w:rFonts w:ascii="Georgia" w:hAnsi="Georgia"/>
          <w:b w:val="0"/>
          <w:i w:val="0"/>
          <w:color w:val="22201D"/>
          <w:sz w:val="20"/>
        </w:rPr>
        <w:t>He did not snap them. He did not hold his hands up like a surgeon in a drama. He put them on because hands carried things and sauce was not exempt from biology just because it had literary pressure.</w:t>
      </w:r>
    </w:p>
    <w:p>
      <w:pPr>
        <w:spacing w:after="60" w:line="266" w:lineRule="auto"/>
        <w:ind w:firstLine="331"/>
        <w:jc w:val="both"/>
      </w:pPr>
      <w:r>
        <w:rPr>
          <w:rFonts w:ascii="Georgia" w:hAnsi="Georgia"/>
          <w:b w:val="0"/>
          <w:i w:val="0"/>
          <w:color w:val="22201D"/>
          <w:sz w:val="20"/>
        </w:rPr>
        <w:t>The ledger printed:</w:t>
      </w:r>
    </w:p>
    <w:p>
      <w:pPr>
        <w:spacing w:after="60" w:line="250" w:lineRule="auto"/>
        <w:ind w:left="202" w:right="173"/>
      </w:pPr>
      <w:r>
        <w:rPr>
          <w:rFonts w:ascii="Georgia" w:hAnsi="Georgia"/>
          <w:b w:val="0"/>
          <w:i w:val="0"/>
          <w:color w:val="22201D"/>
          <w:sz w:val="17"/>
        </w:rPr>
        <w:t>Gloves: present</w:t>
      </w:r>
    </w:p>
    <w:p>
      <w:pPr>
        <w:spacing w:after="60" w:line="266" w:lineRule="auto"/>
        <w:ind w:firstLine="331"/>
        <w:jc w:val="both"/>
      </w:pPr>
      <w:r>
        <w:rPr>
          <w:rFonts w:ascii="Georgia" w:hAnsi="Georgia"/>
          <w:b w:val="0"/>
          <w:i w:val="0"/>
          <w:color w:val="22201D"/>
          <w:sz w:val="20"/>
        </w:rPr>
        <w:t>Then:</w:t>
      </w:r>
    </w:p>
    <w:p>
      <w:pPr>
        <w:spacing w:after="60" w:line="250" w:lineRule="auto"/>
        <w:ind w:left="202" w:right="173"/>
      </w:pPr>
      <w:r>
        <w:rPr>
          <w:rFonts w:ascii="Georgia" w:hAnsi="Georgia"/>
          <w:b w:val="0"/>
          <w:i w:val="0"/>
          <w:color w:val="22201D"/>
          <w:sz w:val="17"/>
        </w:rPr>
        <w:t>Honesty: pending</w:t>
      </w:r>
    </w:p>
    <w:p>
      <w:pPr>
        <w:spacing w:after="60" w:line="266" w:lineRule="auto"/>
        <w:ind w:firstLine="331"/>
        <w:jc w:val="both"/>
      </w:pPr>
      <w:r>
        <w:rPr>
          <w:rFonts w:ascii="Georgia" w:hAnsi="Georgia"/>
          <w:b w:val="0"/>
          <w:i w:val="0"/>
          <w:color w:val="22201D"/>
          <w:sz w:val="20"/>
        </w:rPr>
        <w:t>Auditor Ives looked at Gerald.</w:t>
      </w:r>
    </w:p>
    <w:p>
      <w:pPr>
        <w:spacing w:after="60" w:line="266" w:lineRule="auto"/>
        <w:ind w:firstLine="331"/>
        <w:jc w:val="both"/>
      </w:pPr>
      <w:r>
        <w:rPr>
          <w:rFonts w:ascii="Georgia" w:hAnsi="Georgia"/>
          <w:b w:val="0"/>
          <w:i w:val="0"/>
          <w:color w:val="22201D"/>
          <w:sz w:val="20"/>
        </w:rPr>
        <w:t>"Is that your field?"</w:t>
      </w:r>
    </w:p>
    <w:p>
      <w:pPr>
        <w:spacing w:after="60" w:line="266" w:lineRule="auto"/>
        <w:ind w:firstLine="331"/>
        <w:jc w:val="both"/>
      </w:pPr>
      <w:r>
        <w:rPr>
          <w:rFonts w:ascii="Georgia" w:hAnsi="Georgia"/>
          <w:b w:val="0"/>
          <w:i w:val="0"/>
          <w:color w:val="22201D"/>
          <w:sz w:val="20"/>
        </w:rPr>
        <w:t>"Partly."</w:t>
      </w:r>
    </w:p>
    <w:p>
      <w:pPr>
        <w:spacing w:after="60" w:line="266" w:lineRule="auto"/>
        <w:ind w:firstLine="331"/>
        <w:jc w:val="both"/>
      </w:pPr>
      <w:r>
        <w:rPr>
          <w:rFonts w:ascii="Georgia" w:hAnsi="Georgia"/>
          <w:b w:val="0"/>
          <w:i w:val="0"/>
          <w:color w:val="22201D"/>
          <w:sz w:val="20"/>
        </w:rPr>
        <w:t>"Who completes it?"</w:t>
      </w:r>
    </w:p>
    <w:p>
      <w:pPr>
        <w:spacing w:after="60" w:line="266" w:lineRule="auto"/>
        <w:ind w:firstLine="331"/>
        <w:jc w:val="both"/>
      </w:pPr>
      <w:r>
        <w:rPr>
          <w:rFonts w:ascii="Georgia" w:hAnsi="Georgia"/>
          <w:b w:val="0"/>
          <w:i w:val="0"/>
          <w:color w:val="22201D"/>
          <w:sz w:val="20"/>
        </w:rPr>
        <w:t>Gerald looked at the Hostess.</w:t>
      </w:r>
    </w:p>
    <w:p>
      <w:pPr>
        <w:spacing w:after="60" w:line="266" w:lineRule="auto"/>
        <w:ind w:firstLine="331"/>
        <w:jc w:val="both"/>
      </w:pPr>
      <w:r>
        <w:rPr>
          <w:rFonts w:ascii="Georgia" w:hAnsi="Georgia"/>
          <w:b w:val="0"/>
          <w:i w:val="0"/>
          <w:color w:val="22201D"/>
          <w:sz w:val="20"/>
        </w:rPr>
        <w:t>The Hostess looked at the sealed bottle.</w:t>
      </w:r>
    </w:p>
    <w:p>
      <w:pPr>
        <w:spacing w:after="60" w:line="266" w:lineRule="auto"/>
        <w:ind w:firstLine="331"/>
        <w:jc w:val="both"/>
      </w:pPr>
      <w:r>
        <w:rPr>
          <w:rFonts w:ascii="Georgia" w:hAnsi="Georgia"/>
          <w:b w:val="0"/>
          <w:i w:val="0"/>
          <w:color w:val="22201D"/>
          <w:sz w:val="20"/>
        </w:rPr>
        <w:t>The bottle said nothing.</w:t>
      </w:r>
    </w:p>
    <w:p>
      <w:pPr>
        <w:spacing w:after="60" w:line="266" w:lineRule="auto"/>
        <w:ind w:firstLine="331"/>
        <w:jc w:val="both"/>
      </w:pPr>
      <w:r>
        <w:rPr>
          <w:rFonts w:ascii="Georgia" w:hAnsi="Georgia"/>
          <w:b w:val="0"/>
          <w:i w:val="0"/>
          <w:color w:val="22201D"/>
          <w:sz w:val="20"/>
        </w:rPr>
        <w:t>This was one of its better safety choices.</w:t>
      </w:r>
    </w:p>
    <w:p>
      <w:pPr>
        <w:spacing w:after="60" w:line="266" w:lineRule="auto"/>
        <w:ind w:firstLine="331"/>
        <w:jc w:val="both"/>
      </w:pPr>
      <w:r>
        <w:rPr>
          <w:rFonts w:ascii="Georgia" w:hAnsi="Georgia"/>
          <w:b w:val="0"/>
          <w:i w:val="0"/>
          <w:color w:val="22201D"/>
          <w:sz w:val="20"/>
        </w:rPr>
        <w:t>Gerald said, "Everyone who wants the sauce to mean something before we know what it is."</w:t>
      </w:r>
    </w:p>
    <w:p>
      <w:pPr>
        <w:spacing w:after="60" w:line="266" w:lineRule="auto"/>
        <w:ind w:firstLine="331"/>
        <w:jc w:val="both"/>
      </w:pPr>
      <w:r>
        <w:rPr>
          <w:rFonts w:ascii="Georgia" w:hAnsi="Georgia"/>
          <w:b w:val="0"/>
          <w:i w:val="0"/>
          <w:color w:val="22201D"/>
          <w:sz w:val="20"/>
        </w:rPr>
        <w:t>Flocc leaned back farther.</w:t>
      </w:r>
    </w:p>
    <w:p>
      <w:pPr>
        <w:spacing w:after="60" w:line="266" w:lineRule="auto"/>
        <w:ind w:firstLine="331"/>
        <w:jc w:val="both"/>
      </w:pPr>
      <w:r>
        <w:rPr>
          <w:rFonts w:ascii="Georgia" w:hAnsi="Georgia"/>
          <w:b w:val="0"/>
          <w:i w:val="0"/>
          <w:color w:val="22201D"/>
          <w:sz w:val="20"/>
        </w:rPr>
        <w:t>Mara did not look away from him quickly enough.</w:t>
      </w:r>
    </w:p>
    <w:p>
      <w:pPr>
        <w:spacing w:after="60" w:line="266" w:lineRule="auto"/>
        <w:ind w:firstLine="331"/>
        <w:jc w:val="both"/>
      </w:pPr>
      <w:r>
        <w:rPr>
          <w:rFonts w:ascii="Georgia" w:hAnsi="Georgia"/>
          <w:b w:val="0"/>
          <w:i w:val="0"/>
          <w:color w:val="22201D"/>
          <w:sz w:val="20"/>
        </w:rPr>
        <w:t>"I felt that," he said.</w:t>
      </w:r>
    </w:p>
    <w:p>
      <w:pPr>
        <w:spacing w:after="60" w:line="266" w:lineRule="auto"/>
        <w:ind w:firstLine="331"/>
        <w:jc w:val="both"/>
      </w:pPr>
      <w:r>
        <w:rPr>
          <w:rFonts w:ascii="Georgia" w:hAnsi="Georgia"/>
          <w:b w:val="0"/>
          <w:i w:val="0"/>
          <w:color w:val="22201D"/>
          <w:sz w:val="20"/>
        </w:rPr>
        <w:t>"It was not subtle," Mara said.</w:t>
      </w:r>
    </w:p>
    <w:p>
      <w:pPr>
        <w:spacing w:after="60" w:line="266" w:lineRule="auto"/>
        <w:ind w:firstLine="331"/>
        <w:jc w:val="both"/>
      </w:pPr>
      <w:r>
        <w:rPr>
          <w:rFonts w:ascii="Georgia" w:hAnsi="Georgia"/>
          <w:b w:val="0"/>
          <w:i w:val="0"/>
          <w:color w:val="22201D"/>
          <w:sz w:val="20"/>
        </w:rPr>
        <w:t>The ledger expanded.</w:t>
      </w:r>
    </w:p>
    <w:p>
      <w:pPr>
        <w:spacing w:after="60" w:line="250" w:lineRule="auto"/>
        <w:ind w:left="202" w:right="173"/>
      </w:pPr>
      <w:r>
        <w:rPr>
          <w:rFonts w:ascii="Georgia" w:hAnsi="Georgia"/>
          <w:b w:val="0"/>
          <w:i w:val="0"/>
          <w:color w:val="22201D"/>
          <w:sz w:val="17"/>
        </w:rPr>
        <w:t>BATCH STRUCTURE  Batch ID: VOR-001-B3-AUDIT-001  Name: Black Orchard Adobo  Identity: dark berry / smoke / adobo / black-red  Pepper spine: serrano jalapeno habanero micro-dose Thai or Korean hot pepper  Fruit/body: blackberry pineapple tomato paste  Acid spine: apple cider vinegar baseline rice vinegar comparison pending  Aroma: Thai basil added late chipotle or morita optional black garlic  Texture target: glossy medium-thick squeeze-bottle capable  Storage rule: refrigerated or frozen unless validated</w:t>
      </w:r>
    </w:p>
    <w:p>
      <w:pPr>
        <w:spacing w:after="60" w:line="266" w:lineRule="auto"/>
        <w:ind w:firstLine="331"/>
        <w:jc w:val="both"/>
      </w:pPr>
      <w:r>
        <w:rPr>
          <w:rFonts w:ascii="Georgia" w:hAnsi="Georgia"/>
          <w:b w:val="0"/>
          <w:i w:val="0"/>
          <w:color w:val="22201D"/>
          <w:sz w:val="20"/>
        </w:rPr>
        <w:t>Auditor Ives read the fields.</w:t>
      </w:r>
    </w:p>
    <w:p>
      <w:pPr>
        <w:spacing w:after="60" w:line="266" w:lineRule="auto"/>
        <w:ind w:firstLine="331"/>
        <w:jc w:val="both"/>
      </w:pPr>
      <w:r>
        <w:rPr>
          <w:rFonts w:ascii="Georgia" w:hAnsi="Georgia"/>
          <w:b w:val="0"/>
          <w:i w:val="0"/>
          <w:color w:val="22201D"/>
          <w:sz w:val="20"/>
        </w:rPr>
        <w:t>"This is a batch log."</w:t>
      </w:r>
    </w:p>
    <w:p>
      <w:pPr>
        <w:spacing w:after="60" w:line="266" w:lineRule="auto"/>
        <w:ind w:firstLine="331"/>
        <w:jc w:val="both"/>
      </w:pPr>
      <w:r>
        <w:rPr>
          <w:rFonts w:ascii="Georgia" w:hAnsi="Georgia"/>
          <w:b w:val="0"/>
          <w:i w:val="0"/>
          <w:color w:val="22201D"/>
          <w:sz w:val="20"/>
        </w:rPr>
        <w:t>"It is trying to be," Gerald said.</w:t>
      </w:r>
    </w:p>
    <w:p>
      <w:pPr>
        <w:spacing w:after="60" w:line="266" w:lineRule="auto"/>
        <w:ind w:firstLine="331"/>
        <w:jc w:val="both"/>
      </w:pPr>
      <w:r>
        <w:rPr>
          <w:rFonts w:ascii="Georgia" w:hAnsi="Georgia"/>
          <w:b w:val="0"/>
          <w:i w:val="0"/>
          <w:color w:val="22201D"/>
          <w:sz w:val="20"/>
        </w:rPr>
        <w:t>"What makes it a ledger?"</w:t>
      </w:r>
    </w:p>
    <w:p>
      <w:pPr>
        <w:spacing w:after="60" w:line="266" w:lineRule="auto"/>
        <w:ind w:firstLine="331"/>
        <w:jc w:val="both"/>
      </w:pPr>
      <w:r>
        <w:rPr>
          <w:rFonts w:ascii="Georgia" w:hAnsi="Georgia"/>
          <w:b w:val="0"/>
          <w:i w:val="0"/>
          <w:color w:val="22201D"/>
          <w:sz w:val="20"/>
        </w:rPr>
        <w:t>The page smoked once.</w:t>
      </w:r>
    </w:p>
    <w:p>
      <w:pPr>
        <w:spacing w:after="60" w:line="266" w:lineRule="auto"/>
        <w:ind w:firstLine="331"/>
        <w:jc w:val="both"/>
      </w:pPr>
      <w:r>
        <w:rPr>
          <w:rFonts w:ascii="Georgia" w:hAnsi="Georgia"/>
          <w:b w:val="0"/>
          <w:i w:val="0"/>
          <w:color w:val="22201D"/>
          <w:sz w:val="20"/>
        </w:rPr>
        <w:t>Gerald said, "Wait."</w:t>
      </w:r>
    </w:p>
    <w:p>
      <w:pPr>
        <w:spacing w:after="60" w:line="266" w:lineRule="auto"/>
        <w:ind w:firstLine="331"/>
        <w:jc w:val="both"/>
      </w:pPr>
      <w:r>
        <w:rPr>
          <w:rFonts w:ascii="Georgia" w:hAnsi="Georgia"/>
          <w:b w:val="0"/>
          <w:i w:val="0"/>
          <w:color w:val="22201D"/>
          <w:sz w:val="20"/>
        </w:rPr>
        <w:t>They waited.</w:t>
      </w:r>
    </w:p>
    <w:p>
      <w:pPr>
        <w:spacing w:after="60" w:line="266" w:lineRule="auto"/>
        <w:ind w:firstLine="331"/>
        <w:jc w:val="both"/>
      </w:pPr>
      <w:r>
        <w:rPr>
          <w:rFonts w:ascii="Georgia" w:hAnsi="Georgia"/>
          <w:b w:val="0"/>
          <w:i w:val="0"/>
          <w:color w:val="22201D"/>
          <w:sz w:val="20"/>
        </w:rPr>
        <w:t>The smoke settled into four columns.</w:t>
      </w:r>
    </w:p>
    <w:p>
      <w:pPr>
        <w:spacing w:after="60" w:line="250" w:lineRule="auto"/>
        <w:ind w:left="202" w:right="173"/>
      </w:pPr>
      <w:r>
        <w:rPr>
          <w:rFonts w:ascii="Georgia" w:hAnsi="Georgia"/>
          <w:b w:val="0"/>
          <w:i w:val="0"/>
          <w:color w:val="22201D"/>
          <w:sz w:val="17"/>
        </w:rPr>
        <w:t>LEDGER ENTRIES  Sweet: what was preserved  Sharp: what was delayed  Smoky: what remains in the room  Heat: what must be measured before use</w:t>
      </w:r>
    </w:p>
    <w:p>
      <w:pPr>
        <w:spacing w:after="60" w:line="266" w:lineRule="auto"/>
        <w:ind w:firstLine="331"/>
        <w:jc w:val="both"/>
      </w:pPr>
      <w:r>
        <w:rPr>
          <w:rFonts w:ascii="Georgia" w:hAnsi="Georgia"/>
          <w:b w:val="0"/>
          <w:i w:val="0"/>
          <w:color w:val="22201D"/>
          <w:sz w:val="20"/>
        </w:rPr>
        <w:t>Auditor Ives did not write.</w:t>
      </w:r>
    </w:p>
    <w:p>
      <w:pPr>
        <w:spacing w:after="60" w:line="266" w:lineRule="auto"/>
        <w:ind w:firstLine="331"/>
        <w:jc w:val="both"/>
      </w:pPr>
      <w:r>
        <w:rPr>
          <w:rFonts w:ascii="Georgia" w:hAnsi="Georgia"/>
          <w:b w:val="0"/>
          <w:i w:val="0"/>
          <w:color w:val="22201D"/>
          <w:sz w:val="20"/>
        </w:rPr>
        <w:t>For once, she let the form sit in front of her as experience before converting it into notes.</w:t>
      </w:r>
    </w:p>
    <w:p>
      <w:pPr>
        <w:spacing w:after="60" w:line="266" w:lineRule="auto"/>
        <w:ind w:firstLine="331"/>
        <w:jc w:val="both"/>
      </w:pPr>
      <w:r>
        <w:rPr>
          <w:rFonts w:ascii="Georgia" w:hAnsi="Georgia"/>
          <w:b w:val="0"/>
          <w:i w:val="0"/>
          <w:color w:val="22201D"/>
          <w:sz w:val="20"/>
        </w:rPr>
        <w:t>Gerald respected this enough not to comment.</w:t>
      </w:r>
    </w:p>
    <w:p>
      <w:pPr>
        <w:spacing w:after="60" w:line="266" w:lineRule="auto"/>
        <w:ind w:firstLine="331"/>
        <w:jc w:val="both"/>
      </w:pPr>
      <w:r>
        <w:rPr>
          <w:rFonts w:ascii="Georgia" w:hAnsi="Georgia"/>
          <w:b w:val="0"/>
          <w:i w:val="0"/>
          <w:color w:val="22201D"/>
          <w:sz w:val="20"/>
        </w:rPr>
        <w:t>The Hostess said, "The sauce does not forgive the delay. It records it."</w:t>
      </w:r>
    </w:p>
    <w:p>
      <w:pPr>
        <w:spacing w:after="60" w:line="266" w:lineRule="auto"/>
        <w:ind w:firstLine="331"/>
        <w:jc w:val="both"/>
      </w:pPr>
      <w:r>
        <w:rPr>
          <w:rFonts w:ascii="Georgia" w:hAnsi="Georgia"/>
          <w:b w:val="0"/>
          <w:i w:val="0"/>
          <w:color w:val="22201D"/>
          <w:sz w:val="20"/>
        </w:rPr>
        <w:t>"Delay of what?" Auditor Ives asked.</w:t>
      </w:r>
    </w:p>
    <w:p>
      <w:pPr>
        <w:spacing w:after="60" w:line="266" w:lineRule="auto"/>
        <w:ind w:firstLine="331"/>
        <w:jc w:val="both"/>
      </w:pPr>
      <w:r>
        <w:rPr>
          <w:rFonts w:ascii="Georgia" w:hAnsi="Georgia"/>
          <w:b w:val="0"/>
          <w:i w:val="0"/>
          <w:color w:val="22201D"/>
          <w:sz w:val="20"/>
        </w:rPr>
        <w:t>The ledger printed:</w:t>
      </w:r>
    </w:p>
    <w:p>
      <w:pPr>
        <w:spacing w:after="60" w:line="250" w:lineRule="auto"/>
        <w:ind w:left="202" w:right="173"/>
      </w:pPr>
      <w:r>
        <w:rPr>
          <w:rFonts w:ascii="Georgia" w:hAnsi="Georgia"/>
          <w:b w:val="0"/>
          <w:i w:val="0"/>
          <w:color w:val="22201D"/>
          <w:sz w:val="17"/>
        </w:rPr>
        <w:t>Delayed debts under review: apology classification inspection boundary accurate witness public protection service permission</w:t>
      </w:r>
    </w:p>
    <w:p>
      <w:pPr>
        <w:spacing w:after="60" w:line="266" w:lineRule="auto"/>
        <w:ind w:firstLine="331"/>
        <w:jc w:val="both"/>
      </w:pPr>
      <w:r>
        <w:rPr>
          <w:rFonts w:ascii="Georgia" w:hAnsi="Georgia"/>
          <w:b w:val="0"/>
          <w:i w:val="0"/>
          <w:color w:val="22201D"/>
          <w:sz w:val="20"/>
        </w:rPr>
        <w:t>Steve's corrected form, lying beside the ledger, added one line:</w:t>
      </w:r>
    </w:p>
    <w:p>
      <w:pPr>
        <w:spacing w:after="60" w:line="250" w:lineRule="auto"/>
        <w:ind w:left="202" w:right="173"/>
      </w:pPr>
      <w:r>
        <w:rPr>
          <w:rFonts w:ascii="Georgia" w:hAnsi="Georgia"/>
          <w:b w:val="0"/>
          <w:i w:val="0"/>
          <w:color w:val="22201D"/>
          <w:sz w:val="17"/>
        </w:rPr>
        <w:t>Absence of classification must not be treated as absence of effect.</w:t>
      </w:r>
    </w:p>
    <w:p>
      <w:pPr>
        <w:spacing w:after="60" w:line="266" w:lineRule="auto"/>
        <w:ind w:firstLine="331"/>
        <w:jc w:val="both"/>
      </w:pPr>
      <w:r>
        <w:rPr>
          <w:rFonts w:ascii="Georgia" w:hAnsi="Georgia"/>
          <w:b w:val="0"/>
          <w:i w:val="0"/>
          <w:color w:val="22201D"/>
          <w:sz w:val="20"/>
        </w:rPr>
        <w:t>The sauce ledger responded:</w:t>
      </w:r>
    </w:p>
    <w:p>
      <w:pPr>
        <w:spacing w:after="60" w:line="250" w:lineRule="auto"/>
        <w:ind w:left="202" w:right="173"/>
      </w:pPr>
      <w:r>
        <w:rPr>
          <w:rFonts w:ascii="Georgia" w:hAnsi="Georgia"/>
          <w:b w:val="0"/>
          <w:i w:val="0"/>
          <w:color w:val="22201D"/>
          <w:sz w:val="17"/>
        </w:rPr>
        <w:t>Absence of service approval must not be treated as absence of appetite.</w:t>
      </w:r>
    </w:p>
    <w:p>
      <w:pPr>
        <w:spacing w:after="60" w:line="266" w:lineRule="auto"/>
        <w:ind w:firstLine="331"/>
        <w:jc w:val="both"/>
      </w:pPr>
      <w:r>
        <w:rPr>
          <w:rFonts w:ascii="Georgia" w:hAnsi="Georgia"/>
          <w:b w:val="0"/>
          <w:i w:val="0"/>
          <w:color w:val="22201D"/>
          <w:sz w:val="20"/>
        </w:rPr>
        <w:t>Gerald pointed at the page.</w:t>
      </w:r>
    </w:p>
    <w:p>
      <w:pPr>
        <w:spacing w:after="60" w:line="266" w:lineRule="auto"/>
        <w:ind w:firstLine="331"/>
        <w:jc w:val="both"/>
      </w:pPr>
      <w:r>
        <w:rPr>
          <w:rFonts w:ascii="Georgia" w:hAnsi="Georgia"/>
          <w:b w:val="0"/>
          <w:i w:val="0"/>
          <w:color w:val="22201D"/>
          <w:sz w:val="20"/>
        </w:rPr>
        <w:t>"That line stays in the ledger. It does not move to the menu."</w:t>
      </w:r>
    </w:p>
    <w:p>
      <w:pPr>
        <w:spacing w:after="60" w:line="266" w:lineRule="auto"/>
        <w:ind w:firstLine="331"/>
        <w:jc w:val="both"/>
      </w:pPr>
      <w:r>
        <w:rPr>
          <w:rFonts w:ascii="Georgia" w:hAnsi="Georgia"/>
          <w:b w:val="0"/>
          <w:i w:val="0"/>
          <w:color w:val="22201D"/>
          <w:sz w:val="20"/>
        </w:rPr>
        <w:t>"Why?" Auditor Ives asked.</w:t>
      </w:r>
    </w:p>
    <w:p>
      <w:pPr>
        <w:spacing w:after="60" w:line="266" w:lineRule="auto"/>
        <w:ind w:firstLine="331"/>
        <w:jc w:val="both"/>
      </w:pPr>
      <w:r>
        <w:rPr>
          <w:rFonts w:ascii="Georgia" w:hAnsi="Georgia"/>
          <w:b w:val="0"/>
          <w:i w:val="0"/>
          <w:color w:val="22201D"/>
          <w:sz w:val="20"/>
        </w:rPr>
        <w:t>"Because appetite is not approval."</w:t>
      </w:r>
    </w:p>
    <w:p>
      <w:pPr>
        <w:spacing w:after="60" w:line="266" w:lineRule="auto"/>
        <w:ind w:firstLine="331"/>
        <w:jc w:val="both"/>
      </w:pPr>
      <w:r>
        <w:rPr>
          <w:rFonts w:ascii="Georgia" w:hAnsi="Georgia"/>
          <w:b w:val="0"/>
          <w:i w:val="0"/>
          <w:color w:val="22201D"/>
          <w:sz w:val="20"/>
        </w:rPr>
        <w:t>The Hostess smiled faintly.</w:t>
      </w:r>
    </w:p>
    <w:p>
      <w:pPr>
        <w:spacing w:after="60" w:line="266" w:lineRule="auto"/>
        <w:ind w:firstLine="331"/>
        <w:jc w:val="both"/>
      </w:pPr>
      <w:r>
        <w:rPr>
          <w:rFonts w:ascii="Georgia" w:hAnsi="Georgia"/>
          <w:b w:val="0"/>
          <w:i w:val="0"/>
          <w:color w:val="22201D"/>
          <w:sz w:val="20"/>
        </w:rPr>
        <w:t>Gerald saw it.</w:t>
      </w:r>
    </w:p>
    <w:p>
      <w:pPr>
        <w:spacing w:after="60" w:line="266" w:lineRule="auto"/>
        <w:ind w:firstLine="331"/>
        <w:jc w:val="both"/>
      </w:pPr>
      <w:r>
        <w:rPr>
          <w:rFonts w:ascii="Georgia" w:hAnsi="Georgia"/>
          <w:b w:val="0"/>
          <w:i w:val="0"/>
          <w:color w:val="22201D"/>
          <w:sz w:val="20"/>
        </w:rPr>
        <w:t>"Do not make that a house motto yet."</w:t>
      </w:r>
    </w:p>
    <w:p>
      <w:pPr>
        <w:spacing w:after="60" w:line="266" w:lineRule="auto"/>
        <w:ind w:firstLine="331"/>
        <w:jc w:val="both"/>
      </w:pPr>
      <w:r>
        <w:rPr>
          <w:rFonts w:ascii="Georgia" w:hAnsi="Georgia"/>
          <w:b w:val="0"/>
          <w:i w:val="0"/>
          <w:color w:val="22201D"/>
          <w:sz w:val="20"/>
        </w:rPr>
        <w:t>"Noted."</w:t>
      </w:r>
    </w:p>
    <w:p>
      <w:pPr>
        <w:spacing w:after="60" w:line="266" w:lineRule="auto"/>
        <w:ind w:firstLine="331"/>
        <w:jc w:val="both"/>
      </w:pPr>
      <w:r>
        <w:rPr>
          <w:rFonts w:ascii="Georgia" w:hAnsi="Georgia"/>
          <w:b w:val="0"/>
          <w:i w:val="0"/>
          <w:color w:val="22201D"/>
          <w:sz w:val="20"/>
        </w:rPr>
        <w:t>The sauce ledger printed:</w:t>
      </w:r>
    </w:p>
    <w:p>
      <w:pPr>
        <w:spacing w:after="60" w:line="250" w:lineRule="auto"/>
        <w:ind w:left="202" w:right="173"/>
      </w:pPr>
      <w:r>
        <w:rPr>
          <w:rFonts w:ascii="Georgia" w:hAnsi="Georgia"/>
          <w:b w:val="0"/>
          <w:i w:val="0"/>
          <w:color w:val="22201D"/>
          <w:sz w:val="17"/>
        </w:rPr>
        <w:t>House motto status: withheld pending review</w:t>
      </w:r>
    </w:p>
    <w:p>
      <w:pPr>
        <w:spacing w:after="60" w:line="266" w:lineRule="auto"/>
        <w:ind w:firstLine="331"/>
        <w:jc w:val="both"/>
      </w:pPr>
      <w:r>
        <w:rPr>
          <w:rFonts w:ascii="Georgia" w:hAnsi="Georgia"/>
          <w:b w:val="0"/>
          <w:i w:val="0"/>
          <w:color w:val="22201D"/>
          <w:sz w:val="20"/>
        </w:rPr>
        <w:t>Gerald made a mark on his clipboard.</w:t>
      </w:r>
    </w:p>
    <w:p>
      <w:pPr>
        <w:spacing w:after="60" w:line="266" w:lineRule="auto"/>
        <w:ind w:firstLine="331"/>
        <w:jc w:val="both"/>
      </w:pPr>
      <w:r>
        <w:rPr>
          <w:rFonts w:ascii="Georgia" w:hAnsi="Georgia"/>
          <w:b w:val="0"/>
          <w:i w:val="0"/>
          <w:color w:val="22201D"/>
          <w:sz w:val="20"/>
        </w:rPr>
        <w:t>Flocc whispered, "I want that on a shirt."</w:t>
      </w:r>
    </w:p>
    <w:p>
      <w:pPr>
        <w:spacing w:after="60" w:line="266" w:lineRule="auto"/>
        <w:ind w:firstLine="331"/>
        <w:jc w:val="both"/>
      </w:pPr>
      <w:r>
        <w:rPr>
          <w:rFonts w:ascii="Georgia" w:hAnsi="Georgia"/>
          <w:b w:val="0"/>
          <w:i w:val="0"/>
          <w:color w:val="22201D"/>
          <w:sz w:val="20"/>
        </w:rPr>
        <w:t>Mara whispered, "Aspirational merchandising."</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031: Attempted merchandise before public hearing. Amount due: one restraint</w:t>
      </w:r>
    </w:p>
    <w:p>
      <w:pPr>
        <w:spacing w:after="60" w:line="266" w:lineRule="auto"/>
        <w:ind w:firstLine="331"/>
        <w:jc w:val="both"/>
      </w:pPr>
      <w:r>
        <w:rPr>
          <w:rFonts w:ascii="Georgia" w:hAnsi="Georgia"/>
          <w:b w:val="0"/>
          <w:i w:val="0"/>
          <w:color w:val="22201D"/>
          <w:sz w:val="20"/>
        </w:rPr>
        <w:t>"Fair," Flocc said.</w:t>
      </w:r>
    </w:p>
    <w:p>
      <w:pPr>
        <w:spacing w:after="60" w:line="266" w:lineRule="auto"/>
        <w:ind w:firstLine="331"/>
        <w:jc w:val="both"/>
      </w:pPr>
      <w:r>
        <w:rPr>
          <w:rFonts w:ascii="Georgia" w:hAnsi="Georgia"/>
          <w:b w:val="0"/>
          <w:i w:val="0"/>
          <w:color w:val="22201D"/>
          <w:sz w:val="20"/>
        </w:rPr>
        <w:t>Gerald opened the pH meter case.</w:t>
      </w:r>
    </w:p>
    <w:p>
      <w:pPr>
        <w:spacing w:after="60" w:line="266" w:lineRule="auto"/>
        <w:ind w:firstLine="331"/>
        <w:jc w:val="both"/>
      </w:pPr>
      <w:r>
        <w:rPr>
          <w:rFonts w:ascii="Georgia" w:hAnsi="Georgia"/>
          <w:b w:val="0"/>
          <w:i w:val="0"/>
          <w:color w:val="22201D"/>
          <w:sz w:val="20"/>
        </w:rPr>
        <w:t>Auditor Ives leaned forward.</w:t>
      </w:r>
    </w:p>
    <w:p>
      <w:pPr>
        <w:spacing w:after="60" w:line="266" w:lineRule="auto"/>
        <w:ind w:firstLine="331"/>
        <w:jc w:val="both"/>
      </w:pPr>
      <w:r>
        <w:rPr>
          <w:rFonts w:ascii="Georgia" w:hAnsi="Georgia"/>
          <w:b w:val="0"/>
          <w:i w:val="0"/>
          <w:color w:val="22201D"/>
          <w:sz w:val="20"/>
        </w:rPr>
        <w:t>"Will you open the bottle?"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"Then how will you test it?"</w:t>
      </w:r>
    </w:p>
    <w:p>
      <w:pPr>
        <w:spacing w:after="60" w:line="266" w:lineRule="auto"/>
        <w:ind w:firstLine="331"/>
        <w:jc w:val="both"/>
      </w:pPr>
      <w:r>
        <w:rPr>
          <w:rFonts w:ascii="Georgia" w:hAnsi="Georgia"/>
          <w:b w:val="0"/>
          <w:i w:val="0"/>
          <w:color w:val="22201D"/>
          <w:sz w:val="20"/>
        </w:rPr>
        <w:t>"I will not."</w:t>
      </w:r>
    </w:p>
    <w:p>
      <w:pPr>
        <w:spacing w:after="60" w:line="266" w:lineRule="auto"/>
        <w:ind w:firstLine="331"/>
        <w:jc w:val="both"/>
      </w:pPr>
      <w:r>
        <w:rPr>
          <w:rFonts w:ascii="Georgia" w:hAnsi="Georgia"/>
          <w:b w:val="0"/>
          <w:i w:val="0"/>
          <w:color w:val="22201D"/>
          <w:sz w:val="20"/>
        </w:rPr>
        <w:t>"You brought the meter."</w:t>
      </w:r>
    </w:p>
    <w:p>
      <w:pPr>
        <w:spacing w:after="60" w:line="266" w:lineRule="auto"/>
        <w:ind w:firstLine="331"/>
        <w:jc w:val="both"/>
      </w:pPr>
      <w:r>
        <w:rPr>
          <w:rFonts w:ascii="Georgia" w:hAnsi="Georgia"/>
          <w:b w:val="0"/>
          <w:i w:val="0"/>
          <w:color w:val="22201D"/>
          <w:sz w:val="20"/>
        </w:rPr>
        <w:t>"The meter is here to document that testing is required before claims are made. It is not here to create a fake result from a sealed evidence bottle."</w:t>
      </w:r>
    </w:p>
    <w:p>
      <w:pPr>
        <w:spacing w:after="60" w:line="266" w:lineRule="auto"/>
        <w:ind w:firstLine="331"/>
        <w:jc w:val="both"/>
      </w:pPr>
      <w:r>
        <w:rPr>
          <w:rFonts w:ascii="Georgia" w:hAnsi="Georgia"/>
          <w:b w:val="0"/>
          <w:i w:val="0"/>
          <w:color w:val="22201D"/>
          <w:sz w:val="20"/>
        </w:rPr>
        <w:t>Auditor Ives looked at him for a long second.</w:t>
      </w:r>
    </w:p>
    <w:p>
      <w:pPr>
        <w:spacing w:after="60" w:line="266" w:lineRule="auto"/>
        <w:ind w:firstLine="331"/>
        <w:jc w:val="both"/>
      </w:pPr>
      <w:r>
        <w:rPr>
          <w:rFonts w:ascii="Georgia" w:hAnsi="Georgia"/>
          <w:b w:val="0"/>
          <w:i w:val="0"/>
          <w:color w:val="22201D"/>
          <w:sz w:val="20"/>
        </w:rPr>
        <w:t>"I like that answer."</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"It is frustrating."</w:t>
      </w:r>
    </w:p>
    <w:p>
      <w:pPr>
        <w:spacing w:after="60" w:line="266" w:lineRule="auto"/>
        <w:ind w:firstLine="331"/>
        <w:jc w:val="both"/>
      </w:pPr>
      <w:r>
        <w:rPr>
          <w:rFonts w:ascii="Georgia" w:hAnsi="Georgia"/>
          <w:b w:val="0"/>
          <w:i w:val="0"/>
          <w:color w:val="22201D"/>
          <w:sz w:val="20"/>
        </w:rPr>
        <w:t>"Also good."</w:t>
      </w:r>
    </w:p>
    <w:p>
      <w:pPr>
        <w:spacing w:after="60" w:line="266" w:lineRule="auto"/>
        <w:ind w:firstLine="331"/>
        <w:jc w:val="both"/>
      </w:pPr>
      <w:r>
        <w:rPr>
          <w:rFonts w:ascii="Georgia" w:hAnsi="Georgia"/>
          <w:b w:val="0"/>
          <w:i w:val="0"/>
          <w:color w:val="22201D"/>
          <w:sz w:val="20"/>
        </w:rPr>
        <w:t>The ledger printed:</w:t>
      </w:r>
    </w:p>
    <w:p>
      <w:pPr>
        <w:spacing w:after="60" w:line="250" w:lineRule="auto"/>
        <w:ind w:left="202" w:right="173"/>
      </w:pPr>
      <w:r>
        <w:rPr>
          <w:rFonts w:ascii="Georgia" w:hAnsi="Georgia"/>
          <w:b w:val="0"/>
          <w:i w:val="0"/>
          <w:color w:val="22201D"/>
          <w:sz w:val="17"/>
        </w:rPr>
        <w:t>pH: not measured in this chapter  Reason: sealed evidence bottle not opened  Rule: pH readings are lab evidence, not shelf-stability promises</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"Accurate."</w:t>
      </w:r>
    </w:p>
    <w:p>
      <w:pPr>
        <w:spacing w:after="60" w:line="266" w:lineRule="auto"/>
        <w:ind w:firstLine="331"/>
        <w:jc w:val="both"/>
      </w:pPr>
      <w:r>
        <w:rPr>
          <w:rFonts w:ascii="Georgia" w:hAnsi="Georgia"/>
          <w:b w:val="0"/>
          <w:i w:val="0"/>
          <w:color w:val="22201D"/>
          <w:sz w:val="20"/>
        </w:rPr>
        <w:t>The ledger printed:</w:t>
      </w:r>
    </w:p>
    <w:p>
      <w:pPr>
        <w:spacing w:after="60" w:line="250" w:lineRule="auto"/>
        <w:ind w:left="202" w:right="173"/>
      </w:pPr>
      <w:r>
        <w:rPr>
          <w:rFonts w:ascii="Georgia" w:hAnsi="Georgia"/>
          <w:b w:val="0"/>
          <w:i w:val="0"/>
          <w:color w:val="22201D"/>
          <w:sz w:val="17"/>
        </w:rPr>
        <w:t>Do not use "shelf stable" in label, menu, testimony, dream, argument, or decorative chalkboard.</w:t>
      </w:r>
    </w:p>
    <w:p>
      <w:pPr>
        <w:spacing w:after="60" w:line="266" w:lineRule="auto"/>
        <w:ind w:firstLine="331"/>
        <w:jc w:val="both"/>
      </w:pPr>
      <w:r>
        <w:rPr>
          <w:rFonts w:ascii="Georgia" w:hAnsi="Georgia"/>
          <w:b w:val="0"/>
          <w:i w:val="0"/>
          <w:color w:val="22201D"/>
          <w:sz w:val="20"/>
        </w:rPr>
        <w:t>"Add or invoice," Auditor Ives said.</w:t>
      </w:r>
    </w:p>
    <w:p>
      <w:pPr>
        <w:spacing w:after="60" w:line="266" w:lineRule="auto"/>
        <w:ind w:firstLine="331"/>
        <w:jc w:val="both"/>
      </w:pPr>
      <w:r>
        <w:rPr>
          <w:rFonts w:ascii="Georgia" w:hAnsi="Georgia"/>
          <w:b w:val="0"/>
          <w:i w:val="0"/>
          <w:color w:val="22201D"/>
          <w:sz w:val="20"/>
        </w:rPr>
        <w:t>The ledger added:</w:t>
      </w:r>
    </w:p>
    <w:p>
      <w:pPr>
        <w:spacing w:after="60" w:line="250" w:lineRule="auto"/>
        <w:ind w:left="202" w:right="173"/>
      </w:pPr>
      <w:r>
        <w:rPr>
          <w:rFonts w:ascii="Georgia" w:hAnsi="Georgia"/>
          <w:b w:val="0"/>
          <w:i w:val="0"/>
          <w:color w:val="22201D"/>
          <w:sz w:val="17"/>
        </w:rPr>
        <w:t>or invoice</w:t>
      </w:r>
    </w:p>
    <w:p>
      <w:pPr>
        <w:spacing w:after="60" w:line="266" w:lineRule="auto"/>
        <w:ind w:firstLine="331"/>
        <w:jc w:val="both"/>
      </w:pPr>
      <w:r>
        <w:rPr>
          <w:rFonts w:ascii="Georgia" w:hAnsi="Georgia"/>
          <w:b w:val="0"/>
          <w:i w:val="0"/>
          <w:color w:val="22201D"/>
          <w:sz w:val="20"/>
        </w:rPr>
        <w:t>The Hostess looked pleased.</w:t>
      </w:r>
    </w:p>
    <w:p>
      <w:pPr>
        <w:spacing w:after="60" w:line="266" w:lineRule="auto"/>
        <w:ind w:firstLine="331"/>
        <w:jc w:val="both"/>
      </w:pPr>
      <w:r>
        <w:rPr>
          <w:rFonts w:ascii="Georgia" w:hAnsi="Georgia"/>
          <w:b w:val="0"/>
          <w:i w:val="0"/>
          <w:color w:val="22201D"/>
          <w:sz w:val="20"/>
        </w:rPr>
        <w:t>Auditor Ives saw it.</w:t>
      </w:r>
    </w:p>
    <w:p>
      <w:pPr>
        <w:spacing w:after="60" w:line="266" w:lineRule="auto"/>
        <w:ind w:firstLine="331"/>
        <w:jc w:val="both"/>
      </w:pPr>
      <w:r>
        <w:rPr>
          <w:rFonts w:ascii="Georgia" w:hAnsi="Georgia"/>
          <w:b w:val="0"/>
          <w:i w:val="0"/>
          <w:color w:val="22201D"/>
          <w:sz w:val="20"/>
        </w:rPr>
        <w:t>"I am not collaborating creatively."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"I am protecting classification."</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ledger printed:</w:t>
      </w:r>
    </w:p>
    <w:p>
      <w:pPr>
        <w:spacing w:after="60" w:line="250" w:lineRule="auto"/>
        <w:ind w:left="202" w:right="173"/>
      </w:pPr>
      <w:r>
        <w:rPr>
          <w:rFonts w:ascii="Georgia" w:hAnsi="Georgia"/>
          <w:b w:val="0"/>
          <w:i w:val="0"/>
          <w:color w:val="22201D"/>
          <w:sz w:val="17"/>
        </w:rPr>
        <w:t>Auditor contribution accepted: protective specificity</w:t>
      </w:r>
    </w:p>
    <w:p>
      <w:pPr>
        <w:spacing w:after="60" w:line="266" w:lineRule="auto"/>
        <w:ind w:firstLine="331"/>
        <w:jc w:val="both"/>
      </w:pPr>
      <w:r>
        <w:rPr>
          <w:rFonts w:ascii="Georgia" w:hAnsi="Georgia"/>
          <w:b w:val="0"/>
          <w:i w:val="0"/>
          <w:color w:val="22201D"/>
          <w:sz w:val="20"/>
        </w:rPr>
        <w:t>Auditor Ives did not object.</w:t>
      </w:r>
    </w:p>
    <w:p>
      <w:pPr>
        <w:spacing w:after="60" w:line="266" w:lineRule="auto"/>
        <w:ind w:firstLine="331"/>
        <w:jc w:val="both"/>
      </w:pPr>
      <w:r>
        <w:rPr>
          <w:rFonts w:ascii="Georgia" w:hAnsi="Georgia"/>
          <w:b w:val="0"/>
          <w:i w:val="0"/>
          <w:color w:val="22201D"/>
          <w:sz w:val="20"/>
        </w:rPr>
        <w:t>This was not comfort.</w:t>
      </w:r>
    </w:p>
    <w:p>
      <w:pPr>
        <w:spacing w:after="60" w:line="266" w:lineRule="auto"/>
        <w:ind w:firstLine="331"/>
        <w:jc w:val="both"/>
      </w:pPr>
      <w:r>
        <w:rPr>
          <w:rFonts w:ascii="Georgia" w:hAnsi="Georgia"/>
          <w:b w:val="0"/>
          <w:i w:val="0"/>
          <w:color w:val="22201D"/>
          <w:sz w:val="20"/>
        </w:rPr>
        <w:t>It was progress that had not yet asked to be called progress.</w:t>
      </w:r>
    </w:p>
    <w:p>
      <w:pPr>
        <w:spacing w:after="60" w:line="266" w:lineRule="auto"/>
        <w:ind w:firstLine="331"/>
        <w:jc w:val="both"/>
      </w:pPr>
      <w:r>
        <w:rPr>
          <w:rFonts w:ascii="Georgia" w:hAnsi="Georgia"/>
          <w:b w:val="0"/>
          <w:i w:val="0"/>
          <w:color w:val="22201D"/>
          <w:sz w:val="20"/>
        </w:rPr>
        <w:t>The smoke rose again, thinner and darker.</w:t>
      </w:r>
    </w:p>
    <w:p>
      <w:pPr>
        <w:spacing w:after="60" w:line="266" w:lineRule="auto"/>
        <w:ind w:firstLine="331"/>
        <w:jc w:val="both"/>
      </w:pPr>
      <w:r>
        <w:rPr>
          <w:rFonts w:ascii="Georgia" w:hAnsi="Georgia"/>
          <w:b w:val="0"/>
          <w:i w:val="0"/>
          <w:color w:val="22201D"/>
          <w:sz w:val="20"/>
        </w:rPr>
        <w:t>It shaped itself into lines across the page:</w:t>
      </w:r>
    </w:p>
    <w:p>
      <w:pPr>
        <w:spacing w:after="60" w:line="250" w:lineRule="auto"/>
        <w:ind w:left="202" w:right="173"/>
      </w:pPr>
      <w:r>
        <w:rPr>
          <w:rFonts w:ascii="Georgia" w:hAnsi="Georgia"/>
          <w:b w:val="0"/>
          <w:i w:val="0"/>
          <w:color w:val="22201D"/>
          <w:sz w:val="17"/>
        </w:rPr>
        <w:t>SERVICE HOLD  Black Orchard Adobo remains: sealed labeled refrigerated or returned to cold storage after review not served not sampled not sold not used as proof of shelf stability not used as proof that delayed honesty improves flavor</w:t>
      </w:r>
    </w:p>
    <w:p>
      <w:pPr>
        <w:spacing w:after="60" w:line="266" w:lineRule="auto"/>
        <w:ind w:firstLine="331"/>
        <w:jc w:val="both"/>
      </w:pPr>
      <w:r>
        <w:rPr>
          <w:rFonts w:ascii="Georgia" w:hAnsi="Georgia"/>
          <w:b w:val="0"/>
          <w:i w:val="0"/>
          <w:color w:val="22201D"/>
          <w:sz w:val="20"/>
        </w:rPr>
        <w:t>Flocc said, "That last one seems aimed."</w:t>
      </w:r>
    </w:p>
    <w:p>
      <w:pPr>
        <w:spacing w:after="60" w:line="266" w:lineRule="auto"/>
        <w:ind w:firstLine="331"/>
        <w:jc w:val="both"/>
      </w:pPr>
      <w:r>
        <w:rPr>
          <w:rFonts w:ascii="Georgia" w:hAnsi="Georgia"/>
          <w:b w:val="0"/>
          <w:i w:val="0"/>
          <w:color w:val="22201D"/>
          <w:sz w:val="20"/>
        </w:rPr>
        <w:t>Mara said, "At the room."</w:t>
      </w:r>
    </w:p>
    <w:p>
      <w:pPr>
        <w:spacing w:after="60" w:line="266" w:lineRule="auto"/>
        <w:ind w:firstLine="331"/>
        <w:jc w:val="both"/>
      </w:pPr>
      <w:r>
        <w:rPr>
          <w:rFonts w:ascii="Georgia" w:hAnsi="Georgia"/>
          <w:b w:val="0"/>
          <w:i w:val="0"/>
          <w:color w:val="22201D"/>
          <w:sz w:val="20"/>
        </w:rPr>
        <w:t>The ledger printed:</w:t>
      </w:r>
    </w:p>
    <w:p>
      <w:pPr>
        <w:spacing w:after="60" w:line="250" w:lineRule="auto"/>
        <w:ind w:left="202" w:right="173"/>
      </w:pPr>
      <w:r>
        <w:rPr>
          <w:rFonts w:ascii="Georgia" w:hAnsi="Georgia"/>
          <w:b w:val="0"/>
          <w:i w:val="0"/>
          <w:color w:val="22201D"/>
          <w:sz w:val="17"/>
        </w:rPr>
        <w:t>Room included.</w:t>
      </w:r>
    </w:p>
    <w:p>
      <w:pPr>
        <w:spacing w:after="60" w:line="266" w:lineRule="auto"/>
        <w:ind w:firstLine="331"/>
        <w:jc w:val="both"/>
      </w:pPr>
      <w:r>
        <w:rPr>
          <w:rFonts w:ascii="Georgia" w:hAnsi="Georgia"/>
          <w:b w:val="0"/>
          <w:i w:val="0"/>
          <w:color w:val="22201D"/>
          <w:sz w:val="20"/>
        </w:rPr>
        <w:t>Gerald reached for the bottle.</w:t>
      </w:r>
    </w:p>
    <w:p>
      <w:pPr>
        <w:spacing w:after="60" w:line="266" w:lineRule="auto"/>
        <w:ind w:firstLine="331"/>
        <w:jc w:val="both"/>
      </w:pPr>
      <w:r>
        <w:rPr>
          <w:rFonts w:ascii="Georgia" w:hAnsi="Georgia"/>
          <w:b w:val="0"/>
          <w:i w:val="0"/>
          <w:color w:val="22201D"/>
          <w:sz w:val="20"/>
        </w:rPr>
        <w:t>The Hostess said, "Cold storage is available."</w:t>
      </w:r>
    </w:p>
    <w:p>
      <w:pPr>
        <w:spacing w:after="60" w:line="266" w:lineRule="auto"/>
        <w:ind w:firstLine="331"/>
        <w:jc w:val="both"/>
      </w:pPr>
      <w:r>
        <w:rPr>
          <w:rFonts w:ascii="Georgia" w:hAnsi="Georgia"/>
          <w:b w:val="0"/>
          <w:i w:val="0"/>
          <w:color w:val="22201D"/>
          <w:sz w:val="20"/>
        </w:rPr>
        <w:t>"Show me."</w:t>
      </w:r>
    </w:p>
    <w:p>
      <w:pPr>
        <w:spacing w:after="60" w:line="266" w:lineRule="auto"/>
        <w:ind w:firstLine="331"/>
        <w:jc w:val="both"/>
      </w:pPr>
      <w:r>
        <w:rPr>
          <w:rFonts w:ascii="Georgia" w:hAnsi="Georgia"/>
          <w:b w:val="0"/>
          <w:i w:val="0"/>
          <w:color w:val="22201D"/>
          <w:sz w:val="20"/>
        </w:rPr>
        <w:t>She did.</w:t>
      </w:r>
    </w:p>
    <w:p>
      <w:pPr>
        <w:spacing w:after="60" w:line="266" w:lineRule="auto"/>
        <w:ind w:firstLine="331"/>
        <w:jc w:val="both"/>
      </w:pPr>
      <w:r>
        <w:rPr>
          <w:rFonts w:ascii="Georgia" w:hAnsi="Georgia"/>
          <w:b w:val="0"/>
          <w:i w:val="0"/>
          <w:color w:val="22201D"/>
          <w:sz w:val="20"/>
        </w:rPr>
        <w:t>They went to the kitchen doorway, leaving Auditor Ives with the ledger and the corrected form. Flocc could not see inside the kitchen, which was probably good for the kitchen and his bill. He heard the ordinary sounds of an inspection: a door seal checked, a thermometer read, a shelf cleared, a label turned outward, a container moved because near was not the same as separate.</w:t>
      </w:r>
    </w:p>
    <w:p>
      <w:pPr>
        <w:spacing w:after="60" w:line="266" w:lineRule="auto"/>
        <w:ind w:firstLine="331"/>
        <w:jc w:val="both"/>
      </w:pPr>
      <w:r>
        <w:rPr>
          <w:rFonts w:ascii="Georgia" w:hAnsi="Georgia"/>
          <w:b w:val="0"/>
          <w:i w:val="0"/>
          <w:color w:val="22201D"/>
          <w:sz w:val="20"/>
        </w:rPr>
        <w:t>Gerald's voice carried back:</w:t>
      </w:r>
    </w:p>
    <w:p>
      <w:pPr>
        <w:spacing w:after="60" w:line="266" w:lineRule="auto"/>
        <w:ind w:firstLine="331"/>
        <w:jc w:val="both"/>
      </w:pPr>
      <w:r>
        <w:rPr>
          <w:rFonts w:ascii="Georgia" w:hAnsi="Georgia"/>
          <w:b w:val="0"/>
          <w:i w:val="0"/>
          <w:color w:val="22201D"/>
          <w:sz w:val="20"/>
        </w:rPr>
        <w:t>"Date label."</w:t>
      </w:r>
    </w:p>
    <w:p>
      <w:pPr>
        <w:spacing w:after="60" w:line="266" w:lineRule="auto"/>
        <w:ind w:firstLine="331"/>
        <w:jc w:val="both"/>
      </w:pPr>
      <w:r>
        <w:rPr>
          <w:rFonts w:ascii="Georgia" w:hAnsi="Georgia"/>
          <w:b w:val="0"/>
          <w:i w:val="0"/>
          <w:color w:val="22201D"/>
          <w:sz w:val="20"/>
        </w:rPr>
        <w:t>The Hostess said, "Present."</w:t>
      </w:r>
    </w:p>
    <w:p>
      <w:pPr>
        <w:spacing w:after="60" w:line="266" w:lineRule="auto"/>
        <w:ind w:firstLine="331"/>
        <w:jc w:val="both"/>
      </w:pPr>
      <w:r>
        <w:rPr>
          <w:rFonts w:ascii="Georgia" w:hAnsi="Georgia"/>
          <w:b w:val="0"/>
          <w:i w:val="0"/>
          <w:color w:val="22201D"/>
          <w:sz w:val="20"/>
        </w:rPr>
        <w:t>"Batch ID visible."</w:t>
      </w:r>
    </w:p>
    <w:p>
      <w:pPr>
        <w:spacing w:after="60" w:line="266" w:lineRule="auto"/>
        <w:ind w:firstLine="331"/>
        <w:jc w:val="both"/>
      </w:pPr>
      <w:r>
        <w:rPr>
          <w:rFonts w:ascii="Georgia" w:hAnsi="Georgia"/>
          <w:b w:val="0"/>
          <w:i w:val="0"/>
          <w:color w:val="22201D"/>
          <w:sz w:val="20"/>
        </w:rPr>
        <w:t>"Visible."</w:t>
      </w:r>
    </w:p>
    <w:p>
      <w:pPr>
        <w:spacing w:after="60" w:line="266" w:lineRule="auto"/>
        <w:ind w:firstLine="331"/>
        <w:jc w:val="both"/>
      </w:pPr>
      <w:r>
        <w:rPr>
          <w:rFonts w:ascii="Georgia" w:hAnsi="Georgia"/>
          <w:b w:val="0"/>
          <w:i w:val="0"/>
          <w:color w:val="22201D"/>
          <w:sz w:val="20"/>
        </w:rPr>
        <w:t>"Allergen note?"</w:t>
      </w:r>
    </w:p>
    <w:p>
      <w:pPr>
        <w:spacing w:after="60" w:line="266" w:lineRule="auto"/>
        <w:ind w:firstLine="331"/>
        <w:jc w:val="both"/>
      </w:pPr>
      <w:r>
        <w:rPr>
          <w:rFonts w:ascii="Georgia" w:hAnsi="Georgia"/>
          <w:b w:val="0"/>
          <w:i w:val="0"/>
          <w:color w:val="22201D"/>
          <w:sz w:val="20"/>
        </w:rPr>
        <w:t>"None added beyond ingredient review."</w:t>
      </w:r>
    </w:p>
    <w:p>
      <w:pPr>
        <w:spacing w:after="60" w:line="266" w:lineRule="auto"/>
        <w:ind w:firstLine="331"/>
        <w:jc w:val="both"/>
      </w:pPr>
      <w:r>
        <w:rPr>
          <w:rFonts w:ascii="Georgia" w:hAnsi="Georgia"/>
          <w:b w:val="0"/>
          <w:i w:val="0"/>
          <w:color w:val="22201D"/>
          <w:sz w:val="20"/>
        </w:rPr>
        <w:t>"Then write ingredient review pending. Do not write none."</w:t>
      </w:r>
    </w:p>
    <w:p>
      <w:pPr>
        <w:spacing w:after="60" w:line="266" w:lineRule="auto"/>
        <w:ind w:firstLine="331"/>
        <w:jc w:val="both"/>
      </w:pPr>
      <w:r>
        <w:rPr>
          <w:rFonts w:ascii="Georgia" w:hAnsi="Georgia"/>
          <w:b w:val="0"/>
          <w:i w:val="0"/>
          <w:color w:val="22201D"/>
          <w:sz w:val="20"/>
        </w:rPr>
        <w:t>"Corrected."</w:t>
      </w:r>
    </w:p>
    <w:p>
      <w:pPr>
        <w:spacing w:after="60" w:line="266" w:lineRule="auto"/>
        <w:ind w:firstLine="331"/>
        <w:jc w:val="both"/>
      </w:pPr>
      <w:r>
        <w:rPr>
          <w:rFonts w:ascii="Georgia" w:hAnsi="Georgia"/>
          <w:b w:val="0"/>
          <w:i w:val="0"/>
          <w:color w:val="22201D"/>
          <w:sz w:val="20"/>
        </w:rPr>
        <w:t>Auditor Ives wrote that down too.</w:t>
      </w:r>
    </w:p>
    <w:p>
      <w:pPr>
        <w:spacing w:after="60" w:line="266" w:lineRule="auto"/>
        <w:ind w:firstLine="331"/>
        <w:jc w:val="both"/>
      </w:pPr>
      <w:r>
        <w:rPr>
          <w:rFonts w:ascii="Georgia" w:hAnsi="Georgia"/>
          <w:b w:val="0"/>
          <w:i w:val="0"/>
          <w:color w:val="22201D"/>
          <w:sz w:val="20"/>
        </w:rPr>
        <w:t>At Table Four, the sauce ledger updated:</w:t>
      </w:r>
    </w:p>
    <w:p>
      <w:pPr>
        <w:spacing w:after="60" w:line="250" w:lineRule="auto"/>
        <w:ind w:left="202" w:right="173"/>
      </w:pPr>
      <w:r>
        <w:rPr>
          <w:rFonts w:ascii="Georgia" w:hAnsi="Georgia"/>
          <w:b w:val="0"/>
          <w:i w:val="0"/>
          <w:color w:val="22201D"/>
          <w:sz w:val="17"/>
        </w:rPr>
        <w:t>COLD STORAGE CHECK  Bottle returned: yes  Batch ID visible: yes  Date label: present  Ingredient review: pending  Allergen statement: not finalized  Service status: hold</w:t>
      </w:r>
    </w:p>
    <w:p>
      <w:pPr>
        <w:spacing w:after="60" w:line="266" w:lineRule="auto"/>
        <w:ind w:firstLine="331"/>
        <w:jc w:val="both"/>
      </w:pPr>
      <w:r>
        <w:rPr>
          <w:rFonts w:ascii="Georgia" w:hAnsi="Georgia"/>
          <w:b w:val="0"/>
          <w:i w:val="0"/>
          <w:color w:val="22201D"/>
          <w:sz w:val="20"/>
        </w:rPr>
        <w:t>Mara read it from her table.</w:t>
      </w:r>
    </w:p>
    <w:p>
      <w:pPr>
        <w:spacing w:after="60" w:line="266" w:lineRule="auto"/>
        <w:ind w:firstLine="331"/>
        <w:jc w:val="both"/>
      </w:pPr>
      <w:r>
        <w:rPr>
          <w:rFonts w:ascii="Georgia" w:hAnsi="Georgia"/>
          <w:b w:val="0"/>
          <w:i w:val="0"/>
          <w:color w:val="22201D"/>
          <w:sz w:val="20"/>
        </w:rPr>
        <w:t>"That is satisfying."</w:t>
      </w:r>
    </w:p>
    <w:p>
      <w:pPr>
        <w:spacing w:after="60" w:line="266" w:lineRule="auto"/>
        <w:ind w:firstLine="331"/>
        <w:jc w:val="both"/>
      </w:pPr>
      <w:r>
        <w:rPr>
          <w:rFonts w:ascii="Georgia" w:hAnsi="Georgia"/>
          <w:b w:val="0"/>
          <w:i w:val="0"/>
          <w:color w:val="22201D"/>
          <w:sz w:val="20"/>
        </w:rPr>
        <w:t>"You like controls," Flocc said.</w:t>
      </w:r>
    </w:p>
    <w:p>
      <w:pPr>
        <w:spacing w:after="60" w:line="266" w:lineRule="auto"/>
        <w:ind w:firstLine="331"/>
        <w:jc w:val="both"/>
      </w:pPr>
      <w:r>
        <w:rPr>
          <w:rFonts w:ascii="Georgia" w:hAnsi="Georgia"/>
          <w:b w:val="0"/>
          <w:i w:val="0"/>
          <w:color w:val="22201D"/>
          <w:sz w:val="20"/>
        </w:rPr>
        <w:t>"I like when the miracle has to wash its hands."</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032: Accurate appreciation of boundaries. Amount credited: one shared relief</w:t>
      </w:r>
    </w:p>
    <w:p>
      <w:pPr>
        <w:spacing w:after="60" w:line="266" w:lineRule="auto"/>
        <w:ind w:firstLine="331"/>
        <w:jc w:val="both"/>
      </w:pPr>
      <w:r>
        <w:rPr>
          <w:rFonts w:ascii="Georgia" w:hAnsi="Georgia"/>
          <w:b w:val="0"/>
          <w:i w:val="0"/>
          <w:color w:val="22201D"/>
          <w:sz w:val="20"/>
        </w:rPr>
        <w:t>Gerald returned.</w:t>
      </w:r>
    </w:p>
    <w:p>
      <w:pPr>
        <w:spacing w:after="60" w:line="266" w:lineRule="auto"/>
        <w:ind w:firstLine="331"/>
        <w:jc w:val="both"/>
      </w:pPr>
      <w:r>
        <w:rPr>
          <w:rFonts w:ascii="Georgia" w:hAnsi="Georgia"/>
          <w:b w:val="0"/>
          <w:i w:val="0"/>
          <w:color w:val="22201D"/>
          <w:sz w:val="20"/>
        </w:rPr>
        <w:t>"Cold storage acceptable for evidence hold."</w:t>
      </w:r>
    </w:p>
    <w:p>
      <w:pPr>
        <w:spacing w:after="60" w:line="266" w:lineRule="auto"/>
        <w:ind w:firstLine="331"/>
        <w:jc w:val="both"/>
      </w:pPr>
      <w:r>
        <w:rPr>
          <w:rFonts w:ascii="Georgia" w:hAnsi="Georgia"/>
          <w:b w:val="0"/>
          <w:i w:val="0"/>
          <w:color w:val="22201D"/>
          <w:sz w:val="20"/>
        </w:rPr>
        <w:t>Auditor Ives asked, "Can the ledger enter the audit packet if the sauce cannot be served?"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it be discussed at hearing?"</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"Can it be tasted at hearing?"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"Can it be smelled?"</w:t>
      </w:r>
    </w:p>
    <w:p>
      <w:pPr>
        <w:spacing w:after="60" w:line="266" w:lineRule="auto"/>
        <w:ind w:firstLine="331"/>
        <w:jc w:val="both"/>
      </w:pPr>
      <w:r>
        <w:rPr>
          <w:rFonts w:ascii="Georgia" w:hAnsi="Georgia"/>
          <w:b w:val="0"/>
          <w:i w:val="0"/>
          <w:color w:val="22201D"/>
          <w:sz w:val="20"/>
        </w:rPr>
        <w:t>Gerald paused.</w:t>
      </w:r>
    </w:p>
    <w:p>
      <w:pPr>
        <w:spacing w:after="60" w:line="266" w:lineRule="auto"/>
        <w:ind w:firstLine="331"/>
        <w:jc w:val="both"/>
      </w:pPr>
      <w:r>
        <w:rPr>
          <w:rFonts w:ascii="Georgia" w:hAnsi="Georgia"/>
          <w:b w:val="0"/>
          <w:i w:val="0"/>
          <w:color w:val="22201D"/>
          <w:sz w:val="20"/>
        </w:rPr>
        <w:t>This was a serious pause, not a comic one.</w:t>
      </w:r>
    </w:p>
    <w:p>
      <w:pPr>
        <w:spacing w:after="60" w:line="266" w:lineRule="auto"/>
        <w:ind w:firstLine="331"/>
        <w:jc w:val="both"/>
      </w:pPr>
      <w:r>
        <w:rPr>
          <w:rFonts w:ascii="Georgia" w:hAnsi="Georgia"/>
          <w:b w:val="0"/>
          <w:i w:val="0"/>
          <w:color w:val="22201D"/>
          <w:sz w:val="20"/>
        </w:rPr>
        <w:t>"Only if the bottle remains sealed and the room does not mistake smell for service."</w:t>
      </w:r>
    </w:p>
    <w:p>
      <w:pPr>
        <w:spacing w:after="60" w:line="266" w:lineRule="auto"/>
        <w:ind w:firstLine="331"/>
        <w:jc w:val="both"/>
      </w:pPr>
      <w:r>
        <w:rPr>
          <w:rFonts w:ascii="Georgia" w:hAnsi="Georgia"/>
          <w:b w:val="0"/>
          <w:i w:val="0"/>
          <w:color w:val="22201D"/>
          <w:sz w:val="20"/>
        </w:rPr>
        <w:t>The sauce ledger printed:</w:t>
      </w:r>
    </w:p>
    <w:p>
      <w:pPr>
        <w:spacing w:after="60" w:line="250" w:lineRule="auto"/>
        <w:ind w:left="202" w:right="173"/>
      </w:pPr>
      <w:r>
        <w:rPr>
          <w:rFonts w:ascii="Georgia" w:hAnsi="Georgia"/>
          <w:b w:val="0"/>
          <w:i w:val="0"/>
          <w:color w:val="22201D"/>
          <w:sz w:val="17"/>
        </w:rPr>
        <w:t>Smell status: ambient evidence  Service status: not service</w:t>
      </w:r>
    </w:p>
    <w:p>
      <w:pPr>
        <w:spacing w:after="60" w:line="266" w:lineRule="auto"/>
        <w:ind w:firstLine="331"/>
        <w:jc w:val="both"/>
      </w:pPr>
      <w:r>
        <w:rPr>
          <w:rFonts w:ascii="Georgia" w:hAnsi="Georgia"/>
          <w:b w:val="0"/>
          <w:i w:val="0"/>
          <w:color w:val="22201D"/>
          <w:sz w:val="20"/>
        </w:rPr>
        <w:t>Auditor Ives wrote:</w:t>
      </w:r>
    </w:p>
    <w:p>
      <w:pPr>
        <w:spacing w:after="60" w:line="250" w:lineRule="auto"/>
        <w:ind w:left="202" w:right="173"/>
      </w:pPr>
      <w:r>
        <w:rPr>
          <w:rFonts w:ascii="Georgia" w:hAnsi="Georgia"/>
          <w:b w:val="0"/>
          <w:i w:val="0"/>
          <w:color w:val="22201D"/>
          <w:sz w:val="17"/>
        </w:rPr>
        <w:t>Sensory evidence permitted under hold conditions.</w:t>
      </w:r>
    </w:p>
    <w:p>
      <w:pPr>
        <w:spacing w:after="60" w:line="266" w:lineRule="auto"/>
        <w:ind w:firstLine="331"/>
        <w:jc w:val="both"/>
      </w:pPr>
      <w:r>
        <w:rPr>
          <w:rFonts w:ascii="Georgia" w:hAnsi="Georgia"/>
          <w:b w:val="0"/>
          <w:i w:val="0"/>
          <w:color w:val="22201D"/>
          <w:sz w:val="20"/>
        </w:rPr>
        <w:t>Gerald considered it.</w:t>
      </w:r>
    </w:p>
    <w:p>
      <w:pPr>
        <w:spacing w:after="60" w:line="266" w:lineRule="auto"/>
        <w:ind w:firstLine="331"/>
        <w:jc w:val="both"/>
      </w:pPr>
      <w:r>
        <w:rPr>
          <w:rFonts w:ascii="Georgia" w:hAnsi="Georgia"/>
          <w:b w:val="0"/>
          <w:i w:val="0"/>
          <w:color w:val="22201D"/>
          <w:sz w:val="20"/>
        </w:rPr>
        <w:t>"Add plain-language explanation required."</w:t>
      </w:r>
    </w:p>
    <w:p>
      <w:pPr>
        <w:spacing w:after="60" w:line="266" w:lineRule="auto"/>
        <w:ind w:firstLine="331"/>
        <w:jc w:val="both"/>
      </w:pPr>
      <w:r>
        <w:rPr>
          <w:rFonts w:ascii="Georgia" w:hAnsi="Georgia"/>
          <w:b w:val="0"/>
          <w:i w:val="0"/>
          <w:color w:val="22201D"/>
          <w:sz w:val="20"/>
        </w:rPr>
        <w:t>She added it.</w:t>
      </w:r>
    </w:p>
    <w:p>
      <w:pPr>
        <w:spacing w:after="60" w:line="266" w:lineRule="auto"/>
        <w:ind w:firstLine="331"/>
        <w:jc w:val="both"/>
      </w:pPr>
      <w:r>
        <w:rPr>
          <w:rFonts w:ascii="Georgia" w:hAnsi="Georgia"/>
          <w:b w:val="0"/>
          <w:i w:val="0"/>
          <w:color w:val="22201D"/>
          <w:sz w:val="20"/>
        </w:rPr>
        <w:t>The ledger printed:</w:t>
      </w:r>
    </w:p>
    <w:p>
      <w:pPr>
        <w:spacing w:after="60" w:line="250" w:lineRule="auto"/>
        <w:ind w:left="202" w:right="173"/>
      </w:pPr>
      <w:r>
        <w:rPr>
          <w:rFonts w:ascii="Georgia" w:hAnsi="Georgia"/>
          <w:b w:val="0"/>
          <w:i w:val="0"/>
          <w:color w:val="22201D"/>
          <w:sz w:val="17"/>
        </w:rPr>
        <w:t>Plain-language explanation required.</w:t>
      </w:r>
    </w:p>
    <w:p>
      <w:pPr>
        <w:spacing w:after="60" w:line="266" w:lineRule="auto"/>
        <w:ind w:firstLine="331"/>
        <w:jc w:val="both"/>
      </w:pPr>
      <w:r>
        <w:rPr>
          <w:rFonts w:ascii="Georgia" w:hAnsi="Georgia"/>
          <w:b w:val="0"/>
          <w:i w:val="0"/>
          <w:color w:val="22201D"/>
          <w:sz w:val="20"/>
        </w:rPr>
        <w:t>The Hostess said, "The public hearing can use that."</w:t>
      </w:r>
    </w:p>
    <w:p>
      <w:pPr>
        <w:spacing w:after="60" w:line="266" w:lineRule="auto"/>
        <w:ind w:firstLine="331"/>
        <w:jc w:val="both"/>
      </w:pPr>
      <w:r>
        <w:rPr>
          <w:rFonts w:ascii="Georgia" w:hAnsi="Georgia"/>
          <w:b w:val="0"/>
          <w:i w:val="0"/>
          <w:color w:val="22201D"/>
          <w:sz w:val="20"/>
        </w:rPr>
        <w:t>Auditor Ives looked at her.</w:t>
      </w:r>
    </w:p>
    <w:p>
      <w:pPr>
        <w:spacing w:after="60" w:line="266" w:lineRule="auto"/>
        <w:ind w:firstLine="331"/>
        <w:jc w:val="both"/>
      </w:pPr>
      <w:r>
        <w:rPr>
          <w:rFonts w:ascii="Georgia" w:hAnsi="Georgia"/>
          <w:b w:val="0"/>
          <w:i w:val="0"/>
          <w:color w:val="22201D"/>
          <w:sz w:val="20"/>
        </w:rPr>
        <w:t>"What public hearing?"</w:t>
      </w:r>
    </w:p>
    <w:p>
      <w:pPr>
        <w:spacing w:after="60" w:line="266" w:lineRule="auto"/>
        <w:ind w:firstLine="331"/>
        <w:jc w:val="both"/>
      </w:pPr>
      <w:r>
        <w:rPr>
          <w:rFonts w:ascii="Georgia" w:hAnsi="Georgia"/>
          <w:b w:val="0"/>
          <w:i w:val="0"/>
          <w:color w:val="22201D"/>
          <w:sz w:val="20"/>
        </w:rPr>
        <w:t>The menu at Table Four opened.</w:t>
      </w:r>
    </w:p>
    <w:p>
      <w:pPr>
        <w:spacing w:after="60" w:line="250" w:lineRule="auto"/>
        <w:ind w:left="202" w:right="173"/>
      </w:pPr>
      <w:r>
        <w:rPr>
          <w:rFonts w:ascii="Georgia" w:hAnsi="Georgia"/>
          <w:b w:val="0"/>
          <w:i w:val="0"/>
          <w:color w:val="22201D"/>
          <w:sz w:val="17"/>
        </w:rPr>
        <w:t>PUBLIC HEARING Table Four Plain testimony only No tasting without approval No metaphor without label</w:t>
      </w:r>
    </w:p>
    <w:p>
      <w:pPr>
        <w:spacing w:after="60" w:line="266" w:lineRule="auto"/>
        <w:ind w:firstLine="331"/>
        <w:jc w:val="both"/>
      </w:pPr>
      <w:r>
        <w:rPr>
          <w:rFonts w:ascii="Georgia" w:hAnsi="Georgia"/>
          <w:b w:val="0"/>
          <w:i w:val="0"/>
          <w:color w:val="22201D"/>
          <w:sz w:val="20"/>
        </w:rPr>
        <w:t>Auditor Ives closed her eyes for one second.</w:t>
      </w:r>
    </w:p>
    <w:p>
      <w:pPr>
        <w:spacing w:after="60" w:line="266" w:lineRule="auto"/>
        <w:ind w:firstLine="331"/>
        <w:jc w:val="both"/>
      </w:pPr>
      <w:r>
        <w:rPr>
          <w:rFonts w:ascii="Georgia" w:hAnsi="Georgia"/>
          <w:b w:val="0"/>
          <w:i w:val="0"/>
          <w:color w:val="22201D"/>
          <w:sz w:val="20"/>
        </w:rPr>
        <w:t>When she opened them, she looked more tired and more present.</w:t>
      </w:r>
    </w:p>
    <w:p>
      <w:pPr>
        <w:spacing w:after="60" w:line="266" w:lineRule="auto"/>
        <w:ind w:firstLine="331"/>
        <w:jc w:val="both"/>
      </w:pPr>
      <w:r>
        <w:rPr>
          <w:rFonts w:ascii="Georgia" w:hAnsi="Georgia"/>
          <w:b w:val="0"/>
          <w:i w:val="0"/>
          <w:color w:val="22201D"/>
          <w:sz w:val="20"/>
        </w:rPr>
        <w:t>"I have not scheduled a public hearing."</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"The hearing has begun scheduling you."</w:t>
      </w:r>
    </w:p>
    <w:p>
      <w:pPr>
        <w:spacing w:after="60" w:line="266" w:lineRule="auto"/>
        <w:ind w:firstLine="331"/>
        <w:jc w:val="both"/>
      </w:pPr>
      <w:r>
        <w:rPr>
          <w:rFonts w:ascii="Georgia" w:hAnsi="Georgia"/>
          <w:b w:val="0"/>
          <w:i w:val="0"/>
          <w:color w:val="22201D"/>
          <w:sz w:val="20"/>
        </w:rPr>
        <w:t>"That is not how public process works."</w:t>
      </w:r>
    </w:p>
    <w:p>
      <w:pPr>
        <w:spacing w:after="60" w:line="266" w:lineRule="auto"/>
        <w:ind w:firstLine="331"/>
        <w:jc w:val="both"/>
      </w:pPr>
      <w:r>
        <w:rPr>
          <w:rFonts w:ascii="Georgia" w:hAnsi="Georgia"/>
          <w:b w:val="0"/>
          <w:i w:val="0"/>
          <w:color w:val="22201D"/>
          <w:sz w:val="20"/>
        </w:rPr>
        <w:t>Steve's corrected form printed:</w:t>
      </w:r>
    </w:p>
    <w:p>
      <w:pPr>
        <w:spacing w:after="60" w:line="250" w:lineRule="auto"/>
        <w:ind w:left="202" w:right="173"/>
      </w:pPr>
      <w:r>
        <w:rPr>
          <w:rFonts w:ascii="Georgia" w:hAnsi="Georgia"/>
          <w:b w:val="0"/>
          <w:i w:val="0"/>
          <w:color w:val="22201D"/>
          <w:sz w:val="17"/>
        </w:rPr>
        <w:t>Where consequence appears in the record, no department may erase it with neutral status language.</w:t>
      </w:r>
    </w:p>
    <w:p>
      <w:pPr>
        <w:spacing w:after="60" w:line="266" w:lineRule="auto"/>
        <w:ind w:firstLine="331"/>
        <w:jc w:val="both"/>
      </w:pPr>
      <w:r>
        <w:rPr>
          <w:rFonts w:ascii="Georgia" w:hAnsi="Georgia"/>
          <w:b w:val="0"/>
          <w:i w:val="0"/>
          <w:color w:val="22201D"/>
          <w:sz w:val="20"/>
        </w:rPr>
        <w:t>Auditor Ives looked at Gerald.</w:t>
      </w:r>
    </w:p>
    <w:p>
      <w:pPr>
        <w:spacing w:after="60" w:line="266" w:lineRule="auto"/>
        <w:ind w:firstLine="331"/>
        <w:jc w:val="both"/>
      </w:pPr>
      <w:r>
        <w:rPr>
          <w:rFonts w:ascii="Georgia" w:hAnsi="Georgia"/>
          <w:b w:val="0"/>
          <w:i w:val="0"/>
          <w:color w:val="22201D"/>
          <w:sz w:val="20"/>
        </w:rPr>
        <w:t>Gerald said, "A hearing is not unsafe if controlled."</w:t>
      </w:r>
    </w:p>
    <w:p>
      <w:pPr>
        <w:spacing w:after="60" w:line="266" w:lineRule="auto"/>
        <w:ind w:firstLine="331"/>
        <w:jc w:val="both"/>
      </w:pPr>
      <w:r>
        <w:rPr>
          <w:rFonts w:ascii="Georgia" w:hAnsi="Georgia"/>
          <w:b w:val="0"/>
          <w:i w:val="0"/>
          <w:color w:val="22201D"/>
          <w:sz w:val="20"/>
        </w:rPr>
        <w:t>"That is not the same as advisable."</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"Would you advise it?"</w:t>
      </w:r>
    </w:p>
    <w:p>
      <w:pPr>
        <w:spacing w:after="60" w:line="266" w:lineRule="auto"/>
        <w:ind w:firstLine="331"/>
        <w:jc w:val="both"/>
      </w:pPr>
      <w:r>
        <w:rPr>
          <w:rFonts w:ascii="Georgia" w:hAnsi="Georgia"/>
          <w:b w:val="0"/>
          <w:i w:val="0"/>
          <w:color w:val="22201D"/>
          <w:sz w:val="20"/>
        </w:rPr>
        <w:t>Gerald looked at the ledger. Then at the closed kitchen door. Then at Flocc and Mara, who tried with mixed success to look like they were not part of the room's evidence. Then at the Hostess.</w:t>
      </w:r>
    </w:p>
    <w:p>
      <w:pPr>
        <w:spacing w:after="60" w:line="266" w:lineRule="auto"/>
        <w:ind w:firstLine="331"/>
        <w:jc w:val="both"/>
      </w:pPr>
      <w:r>
        <w:rPr>
          <w:rFonts w:ascii="Georgia" w:hAnsi="Georgia"/>
          <w:b w:val="0"/>
          <w:i w:val="0"/>
          <w:color w:val="22201D"/>
          <w:sz w:val="20"/>
        </w:rPr>
        <w:t>"If people are already being affected by unclassified obligations, then private confusion is not safer than public clarity."</w:t>
      </w:r>
    </w:p>
    <w:p>
      <w:pPr>
        <w:spacing w:after="60" w:line="266" w:lineRule="auto"/>
        <w:ind w:firstLine="331"/>
        <w:jc w:val="both"/>
      </w:pPr>
      <w:r>
        <w:rPr>
          <w:rFonts w:ascii="Georgia" w:hAnsi="Georgia"/>
          <w:b w:val="0"/>
          <w:i w:val="0"/>
          <w:color w:val="22201D"/>
          <w:sz w:val="20"/>
        </w:rPr>
        <w:t>Auditor Ives wrote that down.</w:t>
      </w:r>
    </w:p>
    <w:p>
      <w:pPr>
        <w:spacing w:after="60" w:line="266" w:lineRule="auto"/>
        <w:ind w:firstLine="331"/>
        <w:jc w:val="both"/>
      </w:pPr>
      <w:r>
        <w:rPr>
          <w:rFonts w:ascii="Georgia" w:hAnsi="Georgia"/>
          <w:b w:val="0"/>
          <w:i w:val="0"/>
          <w:color w:val="22201D"/>
          <w:sz w:val="20"/>
        </w:rPr>
        <w:t>"That sounded like testimony."</w:t>
      </w:r>
    </w:p>
    <w:p>
      <w:pPr>
        <w:spacing w:after="60" w:line="266" w:lineRule="auto"/>
        <w:ind w:firstLine="331"/>
        <w:jc w:val="both"/>
      </w:pPr>
      <w:r>
        <w:rPr>
          <w:rFonts w:ascii="Georgia" w:hAnsi="Georgia"/>
          <w:b w:val="0"/>
          <w:i w:val="0"/>
          <w:color w:val="22201D"/>
          <w:sz w:val="20"/>
        </w:rPr>
        <w:t>Gerald looked unhappy.</w:t>
      </w:r>
    </w:p>
    <w:p>
      <w:pPr>
        <w:spacing w:after="60" w:line="266" w:lineRule="auto"/>
        <w:ind w:firstLine="331"/>
        <w:jc w:val="both"/>
      </w:pPr>
      <w:r>
        <w:rPr>
          <w:rFonts w:ascii="Georgia" w:hAnsi="Georgia"/>
          <w:b w:val="0"/>
          <w:i w:val="0"/>
          <w:color w:val="22201D"/>
          <w:sz w:val="20"/>
        </w:rPr>
        <w:t>"It was."</w:t>
      </w:r>
    </w:p>
    <w:p>
      <w:pPr>
        <w:spacing w:after="60" w:line="266" w:lineRule="auto"/>
        <w:ind w:firstLine="331"/>
        <w:jc w:val="both"/>
      </w:pPr>
      <w:r>
        <w:rPr>
          <w:rFonts w:ascii="Georgia" w:hAnsi="Georgia"/>
          <w:b w:val="0"/>
          <w:i w:val="0"/>
          <w:color w:val="22201D"/>
          <w:sz w:val="20"/>
        </w:rPr>
        <w:t>The sauce ledger printed:</w:t>
      </w:r>
    </w:p>
    <w:p>
      <w:pPr>
        <w:spacing w:after="60" w:line="250" w:lineRule="auto"/>
        <w:ind w:left="202" w:right="173"/>
      </w:pPr>
      <w:r>
        <w:rPr>
          <w:rFonts w:ascii="Georgia" w:hAnsi="Georgia"/>
          <w:b w:val="0"/>
          <w:i w:val="0"/>
          <w:color w:val="22201D"/>
          <w:sz w:val="17"/>
        </w:rPr>
        <w:t>Testimony detected: plain enough to be served</w:t>
      </w:r>
    </w:p>
    <w:p>
      <w:pPr>
        <w:spacing w:after="60" w:line="266" w:lineRule="auto"/>
        <w:ind w:firstLine="331"/>
        <w:jc w:val="both"/>
      </w:pPr>
      <w:r>
        <w:rPr>
          <w:rFonts w:ascii="Georgia" w:hAnsi="Georgia"/>
          <w:b w:val="0"/>
          <w:i w:val="0"/>
          <w:color w:val="22201D"/>
          <w:sz w:val="20"/>
        </w:rPr>
        <w:t>The room received the phrase.</w:t>
      </w:r>
    </w:p>
    <w:p>
      <w:pPr>
        <w:spacing w:after="60" w:line="266" w:lineRule="auto"/>
        <w:ind w:firstLine="331"/>
        <w:jc w:val="both"/>
      </w:pPr>
      <w:r>
        <w:rPr>
          <w:rFonts w:ascii="Georgia" w:hAnsi="Georgia"/>
          <w:b w:val="0"/>
          <w:i w:val="0"/>
          <w:color w:val="22201D"/>
          <w:sz w:val="20"/>
        </w:rPr>
        <w:t>Plain enough to be served.</w:t>
      </w:r>
    </w:p>
    <w:p>
      <w:pPr>
        <w:spacing w:after="60" w:line="266" w:lineRule="auto"/>
        <w:ind w:firstLine="331"/>
        <w:jc w:val="both"/>
      </w:pPr>
      <w:r>
        <w:rPr>
          <w:rFonts w:ascii="Georgia" w:hAnsi="Georgia"/>
          <w:b w:val="0"/>
          <w:i w:val="0"/>
          <w:color w:val="22201D"/>
          <w:sz w:val="20"/>
        </w:rPr>
        <w:t>Not beautiful enough.</w:t>
      </w:r>
    </w:p>
    <w:p>
      <w:pPr>
        <w:spacing w:after="60" w:line="266" w:lineRule="auto"/>
        <w:ind w:firstLine="331"/>
        <w:jc w:val="both"/>
      </w:pPr>
      <w:r>
        <w:rPr>
          <w:rFonts w:ascii="Georgia" w:hAnsi="Georgia"/>
          <w:b w:val="0"/>
          <w:i w:val="0"/>
          <w:color w:val="22201D"/>
          <w:sz w:val="20"/>
        </w:rPr>
        <w:t>Not clever enough.</w:t>
      </w:r>
    </w:p>
    <w:p>
      <w:pPr>
        <w:spacing w:after="60" w:line="266" w:lineRule="auto"/>
        <w:ind w:firstLine="331"/>
        <w:jc w:val="both"/>
      </w:pPr>
      <w:r>
        <w:rPr>
          <w:rFonts w:ascii="Georgia" w:hAnsi="Georgia"/>
          <w:b w:val="0"/>
          <w:i w:val="0"/>
          <w:color w:val="22201D"/>
          <w:sz w:val="20"/>
        </w:rPr>
        <w:t>Not safe because softened.</w:t>
      </w:r>
    </w:p>
    <w:p>
      <w:pPr>
        <w:spacing w:after="60" w:line="266" w:lineRule="auto"/>
        <w:ind w:firstLine="331"/>
        <w:jc w:val="both"/>
      </w:pPr>
      <w:r>
        <w:rPr>
          <w:rFonts w:ascii="Georgia" w:hAnsi="Georgia"/>
          <w:b w:val="0"/>
          <w:i w:val="0"/>
          <w:color w:val="22201D"/>
          <w:sz w:val="20"/>
        </w:rPr>
        <w:t>Plain enough that people could understand what was being put in front of them.</w:t>
      </w:r>
    </w:p>
    <w:p>
      <w:pPr>
        <w:spacing w:after="60" w:line="266" w:lineRule="auto"/>
        <w:ind w:firstLine="331"/>
        <w:jc w:val="both"/>
      </w:pPr>
      <w:r>
        <w:rPr>
          <w:rFonts w:ascii="Georgia" w:hAnsi="Georgia"/>
          <w:b w:val="0"/>
          <w:i w:val="0"/>
          <w:color w:val="22201D"/>
          <w:sz w:val="20"/>
        </w:rPr>
        <w:t>The ledger smoked one last time.</w:t>
      </w:r>
    </w:p>
    <w:p>
      <w:pPr>
        <w:spacing w:after="60" w:line="266" w:lineRule="auto"/>
        <w:ind w:firstLine="331"/>
        <w:jc w:val="both"/>
      </w:pPr>
      <w:r>
        <w:rPr>
          <w:rFonts w:ascii="Georgia" w:hAnsi="Georgia"/>
          <w:b w:val="0"/>
          <w:i w:val="0"/>
          <w:color w:val="22201D"/>
          <w:sz w:val="20"/>
        </w:rPr>
        <w:t>This smoke was not flavor.</w:t>
      </w:r>
    </w:p>
    <w:p>
      <w:pPr>
        <w:spacing w:after="60" w:line="266" w:lineRule="auto"/>
        <w:ind w:firstLine="331"/>
        <w:jc w:val="both"/>
      </w:pPr>
      <w:r>
        <w:rPr>
          <w:rFonts w:ascii="Georgia" w:hAnsi="Georgia"/>
          <w:b w:val="0"/>
          <w:i w:val="0"/>
          <w:color w:val="22201D"/>
          <w:sz w:val="20"/>
        </w:rPr>
        <w:t>It was a period.</w:t>
      </w:r>
    </w:p>
    <w:p>
      <w:pPr>
        <w:spacing w:after="60" w:line="250" w:lineRule="auto"/>
        <w:ind w:left="202" w:right="173"/>
      </w:pPr>
      <w:r>
        <w:rPr>
          <w:rFonts w:ascii="Georgia" w:hAnsi="Georgia"/>
          <w:b w:val="0"/>
          <w:i w:val="0"/>
          <w:color w:val="22201D"/>
          <w:sz w:val="17"/>
        </w:rPr>
        <w:t>SAUCE LEDGER STATUS  Black Orchard Adobo: documented  Safety boundary: active  Service approval: withheld  Evidence status: accepted under hold  Hearing use: plain testimony only  Price paid: gloves and honesty  Next required document: hearing minutes  Next chapter: The Public Hearing at Table Four</w:t>
      </w:r>
    </w:p>
    <w:p>
      <w:pPr>
        <w:spacing w:after="60" w:line="266" w:lineRule="auto"/>
        <w:ind w:firstLine="331"/>
        <w:jc w:val="both"/>
      </w:pPr>
      <w:r>
        <w:rPr>
          <w:rFonts w:ascii="Georgia" w:hAnsi="Georgia"/>
          <w:b w:val="0"/>
          <w:i w:val="0"/>
          <w:color w:val="22201D"/>
          <w:sz w:val="20"/>
        </w:rPr>
        <w:t>Auditor Ives placed the sauce ledger behind Steve's corrected form.</w:t>
      </w:r>
    </w:p>
    <w:p>
      <w:pPr>
        <w:spacing w:after="60" w:line="266" w:lineRule="auto"/>
        <w:ind w:firstLine="331"/>
        <w:jc w:val="both"/>
      </w:pPr>
      <w:r>
        <w:rPr>
          <w:rFonts w:ascii="Georgia" w:hAnsi="Georgia"/>
          <w:b w:val="0"/>
          <w:i w:val="0"/>
          <w:color w:val="22201D"/>
          <w:sz w:val="20"/>
        </w:rPr>
        <w:t>Gerald placed one blue tape marker across the corner.</w:t>
      </w:r>
    </w:p>
    <w:p>
      <w:pPr>
        <w:spacing w:after="60" w:line="266" w:lineRule="auto"/>
        <w:ind w:firstLine="331"/>
        <w:jc w:val="both"/>
      </w:pPr>
      <w:r>
        <w:rPr>
          <w:rFonts w:ascii="Georgia" w:hAnsi="Georgia"/>
          <w:b w:val="0"/>
          <w:i w:val="0"/>
          <w:color w:val="22201D"/>
          <w:sz w:val="20"/>
        </w:rPr>
        <w:t>The Hostess wrote:</w:t>
      </w:r>
    </w:p>
    <w:p>
      <w:pPr>
        <w:spacing w:after="60" w:line="250" w:lineRule="auto"/>
        <w:ind w:left="202" w:right="173"/>
      </w:pPr>
      <w:r>
        <w:rPr>
          <w:rFonts w:ascii="Georgia" w:hAnsi="Georgia"/>
          <w:b w:val="0"/>
          <w:i w:val="0"/>
          <w:color w:val="22201D"/>
          <w:sz w:val="17"/>
        </w:rPr>
        <w:t>HOLD FOR HEARING</w:t>
      </w:r>
    </w:p>
    <w:p>
      <w:pPr>
        <w:spacing w:after="60" w:line="266" w:lineRule="auto"/>
        <w:ind w:firstLine="331"/>
        <w:jc w:val="both"/>
      </w:pPr>
      <w:r>
        <w:rPr>
          <w:rFonts w:ascii="Georgia" w:hAnsi="Georgia"/>
          <w:b w:val="0"/>
          <w:i w:val="0"/>
          <w:color w:val="22201D"/>
          <w:sz w:val="20"/>
        </w:rPr>
        <w:t>Flocc smelled dark fruit again, faintly.</w:t>
      </w:r>
    </w:p>
    <w:p>
      <w:pPr>
        <w:spacing w:after="60" w:line="266" w:lineRule="auto"/>
        <w:ind w:firstLine="331"/>
        <w:jc w:val="both"/>
      </w:pPr>
      <w:r>
        <w:rPr>
          <w:rFonts w:ascii="Georgia" w:hAnsi="Georgia"/>
          <w:b w:val="0"/>
          <w:i w:val="0"/>
          <w:color w:val="22201D"/>
          <w:sz w:val="20"/>
        </w:rPr>
        <w:t>This time he did not imagine eating it.</w:t>
      </w:r>
    </w:p>
    <w:p>
      <w:pPr>
        <w:spacing w:after="60" w:line="266" w:lineRule="auto"/>
        <w:ind w:firstLine="331"/>
        <w:jc w:val="both"/>
      </w:pPr>
      <w:r>
        <w:rPr>
          <w:rFonts w:ascii="Georgia" w:hAnsi="Georgia"/>
          <w:b w:val="0"/>
          <w:i w:val="0"/>
          <w:color w:val="22201D"/>
          <w:sz w:val="20"/>
        </w:rPr>
        <w:t>He imagined explaining what it was without making it better than it was, safer than it was, or more finished than it was.</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033: Desire translated into testimony instead of appetite. Amount credited: one honest hold</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"You want to taste it."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w:t>
      </w:r>
    </w:p>
    <w:p>
      <w:pPr>
        <w:spacing w:after="60" w:line="266" w:lineRule="auto"/>
        <w:ind w:firstLine="331"/>
        <w:jc w:val="both"/>
      </w:pPr>
      <w:r>
        <w:rPr>
          <w:rFonts w:ascii="Georgia" w:hAnsi="Georgia"/>
          <w:b w:val="0"/>
          <w:i w:val="0"/>
          <w:color w:val="22201D"/>
          <w:sz w:val="20"/>
        </w:rPr>
        <w:t>"It is not ready to be food."</w:t>
      </w:r>
    </w:p>
    <w:p>
      <w:pPr>
        <w:spacing w:after="60" w:line="266" w:lineRule="auto"/>
        <w:ind w:firstLine="331"/>
        <w:jc w:val="both"/>
      </w:pPr>
      <w:r>
        <w:rPr>
          <w:rFonts w:ascii="Georgia" w:hAnsi="Georgia"/>
          <w:b w:val="0"/>
          <w:i w:val="0"/>
          <w:color w:val="22201D"/>
          <w:sz w:val="20"/>
        </w:rPr>
        <w:t>The brass tray printed:</w:t>
      </w:r>
    </w:p>
    <w:p>
      <w:pPr>
        <w:spacing w:after="60" w:line="250" w:lineRule="auto"/>
        <w:ind w:left="202" w:right="173"/>
      </w:pPr>
      <w:r>
        <w:rPr>
          <w:rFonts w:ascii="Georgia" w:hAnsi="Georgia"/>
          <w:b w:val="0"/>
          <w:i w:val="0"/>
          <w:color w:val="22201D"/>
          <w:sz w:val="17"/>
        </w:rPr>
        <w:t>Tender accepted: gloves not worn as costume honesty not used as garnish</w:t>
      </w:r>
    </w:p>
    <w:p>
      <w:pPr>
        <w:spacing w:after="60" w:line="266" w:lineRule="auto"/>
        <w:ind w:firstLine="331"/>
        <w:jc w:val="both"/>
      </w:pPr>
      <w:r>
        <w:rPr>
          <w:rFonts w:ascii="Georgia" w:hAnsi="Georgia"/>
          <w:b w:val="0"/>
          <w:i w:val="0"/>
          <w:color w:val="22201D"/>
          <w:sz w:val="20"/>
        </w:rPr>
        <w:t>At Table Four, Auditor Ives drew a box around the phrase plain testimony only.</w:t>
      </w:r>
    </w:p>
    <w:p>
      <w:pPr>
        <w:spacing w:after="60" w:line="266" w:lineRule="auto"/>
        <w:ind w:firstLine="331"/>
        <w:jc w:val="both"/>
      </w:pPr>
      <w:r>
        <w:rPr>
          <w:rFonts w:ascii="Georgia" w:hAnsi="Georgia"/>
          <w:b w:val="0"/>
          <w:i w:val="0"/>
          <w:color w:val="22201D"/>
          <w:sz w:val="20"/>
        </w:rPr>
        <w:t>"If there is a public hearing," she said, "there will be minutes."</w:t>
      </w:r>
    </w:p>
    <w:p>
      <w:pPr>
        <w:spacing w:after="60" w:line="266" w:lineRule="auto"/>
        <w:ind w:firstLine="331"/>
        <w:jc w:val="both"/>
      </w:pPr>
      <w:r>
        <w:rPr>
          <w:rFonts w:ascii="Georgia" w:hAnsi="Georgia"/>
          <w:b w:val="0"/>
          <w:i w:val="0"/>
          <w:color w:val="22201D"/>
          <w:sz w:val="20"/>
        </w:rPr>
        <w:t>The Hostess said, "Yes."</w:t>
      </w:r>
    </w:p>
    <w:p>
      <w:pPr>
        <w:spacing w:after="60" w:line="266" w:lineRule="auto"/>
        <w:ind w:firstLine="331"/>
        <w:jc w:val="both"/>
      </w:pPr>
      <w:r>
        <w:rPr>
          <w:rFonts w:ascii="Georgia" w:hAnsi="Georgia"/>
          <w:b w:val="0"/>
          <w:i w:val="0"/>
          <w:color w:val="22201D"/>
          <w:sz w:val="20"/>
        </w:rPr>
        <w:t>"And the minutes will be reviewed."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"And I will object to any attempt to convert safety hold language into menu copy."</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"Stop making agreement feel ominous."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Gerald removed his gloves correctly and disposed of them correctly.</w:t>
      </w:r>
    </w:p>
    <w:p>
      <w:pPr>
        <w:spacing w:after="60" w:line="266" w:lineRule="auto"/>
        <w:ind w:firstLine="331"/>
        <w:jc w:val="both"/>
      </w:pPr>
      <w:r>
        <w:rPr>
          <w:rFonts w:ascii="Georgia" w:hAnsi="Georgia"/>
          <w:b w:val="0"/>
          <w:i w:val="0"/>
          <w:color w:val="22201D"/>
          <w:sz w:val="20"/>
        </w:rPr>
        <w:t>The ledger did not praise him.</w:t>
      </w:r>
    </w:p>
    <w:p>
      <w:pPr>
        <w:spacing w:after="60" w:line="266" w:lineRule="auto"/>
        <w:ind w:firstLine="331"/>
        <w:jc w:val="both"/>
      </w:pPr>
      <w:r>
        <w:rPr>
          <w:rFonts w:ascii="Georgia" w:hAnsi="Georgia"/>
          <w:b w:val="0"/>
          <w:i w:val="0"/>
          <w:color w:val="22201D"/>
          <w:sz w:val="20"/>
        </w:rPr>
        <w:t>That was how he knew it had learned something.</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9: The Public Hearing at Table Four</w:t>
      </w:r>
    </w:p>
    <w:p>
      <w:pPr>
        <w:spacing w:after="60" w:line="266" w:lineRule="auto"/>
        <w:ind w:firstLine="0"/>
        <w:jc w:val="both"/>
      </w:pPr>
      <w:r>
        <w:rPr>
          <w:rFonts w:ascii="Georgia" w:hAnsi="Georgia"/>
          <w:b w:val="0"/>
          <w:i w:val="0"/>
          <w:color w:val="22201D"/>
          <w:sz w:val="20"/>
        </w:rPr>
        <w:t>In which the audit becomes public enough to be useful, testimony is served plain, and everyone learns that a hearing is not a theater unless someone starts charging admission for applause.</w:t>
      </w:r>
    </w:p>
    <w:p>
      <w:pPr>
        <w:spacing w:after="60" w:line="266" w:lineRule="auto"/>
        <w:ind w:firstLine="331"/>
        <w:jc w:val="both"/>
      </w:pPr>
      <w:r>
        <w:rPr>
          <w:rFonts w:ascii="Georgia" w:hAnsi="Georgia"/>
          <w:b w:val="0"/>
          <w:i w:val="0"/>
          <w:color w:val="22201D"/>
          <w:sz w:val="20"/>
        </w:rPr>
        <w:t>The public hearing began with a seating dispute.</w:t>
      </w:r>
    </w:p>
    <w:p>
      <w:pPr>
        <w:spacing w:after="60" w:line="266" w:lineRule="auto"/>
        <w:ind w:firstLine="331"/>
        <w:jc w:val="both"/>
      </w:pPr>
      <w:r>
        <w:rPr>
          <w:rFonts w:ascii="Georgia" w:hAnsi="Georgia"/>
          <w:b w:val="0"/>
          <w:i w:val="0"/>
          <w:color w:val="22201D"/>
          <w:sz w:val="20"/>
        </w:rPr>
        <w:t>This seemed correct.</w:t>
      </w:r>
    </w:p>
    <w:p>
      <w:pPr>
        <w:spacing w:after="60" w:line="266" w:lineRule="auto"/>
        <w:ind w:firstLine="331"/>
        <w:jc w:val="both"/>
      </w:pPr>
      <w:r>
        <w:rPr>
          <w:rFonts w:ascii="Georgia" w:hAnsi="Georgia"/>
          <w:b w:val="0"/>
          <w:i w:val="0"/>
          <w:color w:val="22201D"/>
          <w:sz w:val="20"/>
        </w:rPr>
        <w:t>Every public process Steve had ever trusted had begun with someone asking whether the chairs were arranged properly, whether the sign-in sheet was the correct sign-in sheet, and whether a person could object to the meeting before the meeting had legally begun. Emoji Soup, which had spent several books making ordinary processes impossible and impossible processes oddly practical, honored this tradition by placing one clean placard at Table Four.</w:t>
      </w:r>
    </w:p>
    <w:p>
      <w:pPr>
        <w:spacing w:after="60" w:line="250" w:lineRule="auto"/>
        <w:ind w:left="202" w:right="173"/>
      </w:pPr>
      <w:r>
        <w:rPr>
          <w:rFonts w:ascii="Georgia" w:hAnsi="Georgia"/>
          <w:b w:val="0"/>
          <w:i w:val="0"/>
          <w:color w:val="22201D"/>
          <w:sz w:val="17"/>
        </w:rPr>
        <w:t>PUBLIC HEARING TABLE FOUR Plain testimony only</w:t>
      </w:r>
    </w:p>
    <w:p>
      <w:pPr>
        <w:spacing w:after="60" w:line="266" w:lineRule="auto"/>
        <w:ind w:firstLine="331"/>
        <w:jc w:val="both"/>
      </w:pPr>
      <w:r>
        <w:rPr>
          <w:rFonts w:ascii="Georgia" w:hAnsi="Georgia"/>
          <w:b w:val="0"/>
          <w:i w:val="0"/>
          <w:color w:val="22201D"/>
          <w:sz w:val="20"/>
        </w:rPr>
        <w:t>Below that, in smaller type:</w:t>
      </w:r>
    </w:p>
    <w:p>
      <w:pPr>
        <w:spacing w:after="60" w:line="250" w:lineRule="auto"/>
        <w:ind w:left="202" w:right="173"/>
      </w:pPr>
      <w:r>
        <w:rPr>
          <w:rFonts w:ascii="Georgia" w:hAnsi="Georgia"/>
          <w:b w:val="0"/>
          <w:i w:val="0"/>
          <w:color w:val="22201D"/>
          <w:sz w:val="17"/>
        </w:rPr>
        <w:t>No tasting without approval. No metaphor without label. No comfort implied by seating.</w:t>
      </w:r>
    </w:p>
    <w:p>
      <w:pPr>
        <w:spacing w:after="60" w:line="266" w:lineRule="auto"/>
        <w:ind w:firstLine="331"/>
        <w:jc w:val="both"/>
      </w:pPr>
      <w:r>
        <w:rPr>
          <w:rFonts w:ascii="Georgia" w:hAnsi="Georgia"/>
          <w:b w:val="0"/>
          <w:i w:val="0"/>
          <w:color w:val="22201D"/>
          <w:sz w:val="20"/>
        </w:rPr>
        <w:t>Auditor Ives read the placard.</w:t>
      </w:r>
    </w:p>
    <w:p>
      <w:pPr>
        <w:spacing w:after="60" w:line="266" w:lineRule="auto"/>
        <w:ind w:firstLine="331"/>
        <w:jc w:val="both"/>
      </w:pPr>
      <w:r>
        <w:rPr>
          <w:rFonts w:ascii="Georgia" w:hAnsi="Georgia"/>
          <w:b w:val="0"/>
          <w:i w:val="0"/>
          <w:color w:val="22201D"/>
          <w:sz w:val="20"/>
        </w:rPr>
        <w:t>"No comfort implied by seating," she said.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"You requested that boundary earlier."</w:t>
      </w:r>
    </w:p>
    <w:p>
      <w:pPr>
        <w:spacing w:after="60" w:line="266" w:lineRule="auto"/>
        <w:ind w:firstLine="331"/>
        <w:jc w:val="both"/>
      </w:pPr>
      <w:r>
        <w:rPr>
          <w:rFonts w:ascii="Georgia" w:hAnsi="Georgia"/>
          <w:b w:val="0"/>
          <w:i w:val="0"/>
          <w:color w:val="22201D"/>
          <w:sz w:val="20"/>
        </w:rPr>
        <w:t>"I did not request a placard."</w:t>
      </w:r>
    </w:p>
    <w:p>
      <w:pPr>
        <w:spacing w:after="60" w:line="266" w:lineRule="auto"/>
        <w:ind w:firstLine="331"/>
        <w:jc w:val="both"/>
      </w:pPr>
      <w:r>
        <w:rPr>
          <w:rFonts w:ascii="Georgia" w:hAnsi="Georgia"/>
          <w:b w:val="0"/>
          <w:i w:val="0"/>
          <w:color w:val="22201D"/>
          <w:sz w:val="20"/>
        </w:rPr>
        <w:t>"The boundary needed to be legible."</w:t>
      </w:r>
    </w:p>
    <w:p>
      <w:pPr>
        <w:spacing w:after="60" w:line="266" w:lineRule="auto"/>
        <w:ind w:firstLine="331"/>
        <w:jc w:val="both"/>
      </w:pPr>
      <w:r>
        <w:rPr>
          <w:rFonts w:ascii="Georgia" w:hAnsi="Georgia"/>
          <w:b w:val="0"/>
          <w:i w:val="0"/>
          <w:color w:val="22201D"/>
          <w:sz w:val="20"/>
        </w:rPr>
        <w:t>"Legibility is not consent."</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Auditor Ives looked almost satisfied by that answer, which annoyed her enough to restore balance.</w:t>
      </w:r>
    </w:p>
    <w:p>
      <w:pPr>
        <w:spacing w:after="60" w:line="266" w:lineRule="auto"/>
        <w:ind w:firstLine="331"/>
        <w:jc w:val="both"/>
      </w:pPr>
      <w:r>
        <w:rPr>
          <w:rFonts w:ascii="Georgia" w:hAnsi="Georgia"/>
          <w:b w:val="0"/>
          <w:i w:val="0"/>
          <w:color w:val="22201D"/>
          <w:sz w:val="20"/>
        </w:rPr>
        <w:t>Steve arrived carrying the audit packet in both hands.</w:t>
      </w:r>
    </w:p>
    <w:p>
      <w:pPr>
        <w:spacing w:after="60" w:line="266" w:lineRule="auto"/>
        <w:ind w:firstLine="331"/>
        <w:jc w:val="both"/>
      </w:pPr>
      <w:r>
        <w:rPr>
          <w:rFonts w:ascii="Georgia" w:hAnsi="Georgia"/>
          <w:b w:val="0"/>
          <w:i w:val="0"/>
          <w:color w:val="22201D"/>
          <w:sz w:val="20"/>
        </w:rPr>
        <w:t>Gerald arrived carrying a clipboard, a sealed evidence copy of the sauce ledger, and the moral burden of knowing where the sanitizer was.</w:t>
      </w:r>
    </w:p>
    <w:p>
      <w:pPr>
        <w:spacing w:after="60" w:line="266" w:lineRule="auto"/>
        <w:ind w:firstLine="331"/>
        <w:jc w:val="both"/>
      </w:pPr>
      <w:r>
        <w:rPr>
          <w:rFonts w:ascii="Georgia" w:hAnsi="Georgia"/>
          <w:b w:val="0"/>
          <w:i w:val="0"/>
          <w:color w:val="22201D"/>
          <w:sz w:val="20"/>
        </w:rPr>
        <w:t>Mara and Flocc were already at their table, which was near enough to hear and far enough to keep Flocc from becoming agenda item by posture alone. The brass tray remained between them.</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Observer status: available  Performance status: not requested</w:t>
      </w:r>
    </w:p>
    <w:p>
      <w:pPr>
        <w:spacing w:after="60" w:line="266" w:lineRule="auto"/>
        <w:ind w:firstLine="331"/>
        <w:jc w:val="both"/>
      </w:pPr>
      <w:r>
        <w:rPr>
          <w:rFonts w:ascii="Georgia" w:hAnsi="Georgia"/>
          <w:b w:val="0"/>
          <w:i w:val="0"/>
          <w:color w:val="22201D"/>
          <w:sz w:val="20"/>
        </w:rPr>
        <w:t>Flocc whispered, "I was not going to perform."</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"You were arranging your concern."</w:t>
      </w:r>
    </w:p>
    <w:p>
      <w:pPr>
        <w:spacing w:after="60" w:line="266" w:lineRule="auto"/>
        <w:ind w:firstLine="331"/>
        <w:jc w:val="both"/>
      </w:pPr>
      <w:r>
        <w:rPr>
          <w:rFonts w:ascii="Georgia" w:hAnsi="Georgia"/>
          <w:b w:val="0"/>
          <w:i w:val="0"/>
          <w:color w:val="22201D"/>
          <w:sz w:val="20"/>
        </w:rPr>
        <w:t>"Concern needs a place to sit."</w:t>
      </w:r>
    </w:p>
    <w:p>
      <w:pPr>
        <w:spacing w:after="60" w:line="266" w:lineRule="auto"/>
        <w:ind w:firstLine="331"/>
        <w:jc w:val="both"/>
      </w:pPr>
      <w:r>
        <w:rPr>
          <w:rFonts w:ascii="Georgia" w:hAnsi="Georgia"/>
          <w:b w:val="0"/>
          <w:i w:val="0"/>
          <w:color w:val="22201D"/>
          <w:sz w:val="20"/>
        </w:rPr>
        <w:t>"So does everyone else."</w:t>
      </w:r>
    </w:p>
    <w:p>
      <w:pPr>
        <w:spacing w:after="60" w:line="266" w:lineRule="auto"/>
        <w:ind w:firstLine="331"/>
        <w:jc w:val="both"/>
      </w:pPr>
      <w:r>
        <w:rPr>
          <w:rFonts w:ascii="Georgia" w:hAnsi="Georgia"/>
          <w:b w:val="0"/>
          <w:i w:val="0"/>
          <w:color w:val="22201D"/>
          <w:sz w:val="20"/>
        </w:rPr>
        <w:t>At Table Four, the Hostess set out four documents:</w:t>
      </w:r>
    </w:p>
    <w:p>
      <w:pPr>
        <w:spacing w:after="60" w:line="250" w:lineRule="auto"/>
        <w:ind w:left="202" w:right="173"/>
      </w:pPr>
      <w:r>
        <w:rPr>
          <w:rFonts w:ascii="Georgia" w:hAnsi="Georgia"/>
          <w:b w:val="0"/>
          <w:i w:val="0"/>
          <w:color w:val="22201D"/>
          <w:sz w:val="17"/>
        </w:rPr>
        <w:t>corrected form zero-order receipt sauce ledger inspection addendum</w:t>
      </w:r>
    </w:p>
    <w:p>
      <w:pPr>
        <w:spacing w:after="60" w:line="266" w:lineRule="auto"/>
        <w:ind w:firstLine="331"/>
        <w:jc w:val="both"/>
      </w:pPr>
      <w:r>
        <w:rPr>
          <w:rFonts w:ascii="Georgia" w:hAnsi="Georgia"/>
          <w:b w:val="0"/>
          <w:i w:val="0"/>
          <w:color w:val="22201D"/>
          <w:sz w:val="20"/>
        </w:rPr>
        <w:t>Then she set out a fifth sheet.</w:t>
      </w:r>
    </w:p>
    <w:p>
      <w:pPr>
        <w:spacing w:after="60" w:line="250" w:lineRule="auto"/>
        <w:ind w:left="202" w:right="173"/>
      </w:pPr>
      <w:r>
        <w:rPr>
          <w:rFonts w:ascii="Georgia" w:hAnsi="Georgia"/>
          <w:b w:val="0"/>
          <w:i w:val="0"/>
          <w:color w:val="22201D"/>
          <w:sz w:val="17"/>
        </w:rPr>
        <w:t>HEARING MINUTES</w:t>
      </w:r>
    </w:p>
    <w:p>
      <w:pPr>
        <w:spacing w:after="60" w:line="266" w:lineRule="auto"/>
        <w:ind w:firstLine="331"/>
        <w:jc w:val="both"/>
      </w:pPr>
      <w:r>
        <w:rPr>
          <w:rFonts w:ascii="Georgia" w:hAnsi="Georgia"/>
          <w:b w:val="0"/>
          <w:i w:val="0"/>
          <w:color w:val="22201D"/>
          <w:sz w:val="20"/>
        </w:rPr>
        <w:t>The page did not smoke.</w:t>
      </w:r>
    </w:p>
    <w:p>
      <w:pPr>
        <w:spacing w:after="60" w:line="266" w:lineRule="auto"/>
        <w:ind w:firstLine="331"/>
        <w:jc w:val="both"/>
      </w:pPr>
      <w:r>
        <w:rPr>
          <w:rFonts w:ascii="Georgia" w:hAnsi="Georgia"/>
          <w:b w:val="0"/>
          <w:i w:val="0"/>
          <w:color w:val="22201D"/>
          <w:sz w:val="20"/>
        </w:rPr>
        <w:t>It did not glow.</w:t>
      </w:r>
    </w:p>
    <w:p>
      <w:pPr>
        <w:spacing w:after="60" w:line="266" w:lineRule="auto"/>
        <w:ind w:firstLine="331"/>
        <w:jc w:val="both"/>
      </w:pPr>
      <w:r>
        <w:rPr>
          <w:rFonts w:ascii="Georgia" w:hAnsi="Georgia"/>
          <w:b w:val="0"/>
          <w:i w:val="0"/>
          <w:color w:val="22201D"/>
          <w:sz w:val="20"/>
        </w:rPr>
        <w:t>It did not print a joke.</w:t>
      </w:r>
    </w:p>
    <w:p>
      <w:pPr>
        <w:spacing w:after="60" w:line="266" w:lineRule="auto"/>
        <w:ind w:firstLine="331"/>
        <w:jc w:val="both"/>
      </w:pPr>
      <w:r>
        <w:rPr>
          <w:rFonts w:ascii="Georgia" w:hAnsi="Georgia"/>
          <w:b w:val="0"/>
          <w:i w:val="0"/>
          <w:color w:val="22201D"/>
          <w:sz w:val="20"/>
        </w:rPr>
        <w:t>It lay there with the severe confidence of a document that knew other documents would eventually have to explain themselves to it.</w:t>
      </w:r>
    </w:p>
    <w:p>
      <w:pPr>
        <w:spacing w:after="60" w:line="266" w:lineRule="auto"/>
        <w:ind w:firstLine="331"/>
        <w:jc w:val="both"/>
      </w:pPr>
      <w:r>
        <w:rPr>
          <w:rFonts w:ascii="Georgia" w:hAnsi="Georgia"/>
          <w:b w:val="0"/>
          <w:i w:val="0"/>
          <w:color w:val="22201D"/>
          <w:sz w:val="20"/>
        </w:rPr>
        <w:t>Steve relaxed slightly.</w:t>
      </w:r>
    </w:p>
    <w:p>
      <w:pPr>
        <w:spacing w:after="60" w:line="266" w:lineRule="auto"/>
        <w:ind w:firstLine="331"/>
        <w:jc w:val="both"/>
      </w:pPr>
      <w:r>
        <w:rPr>
          <w:rFonts w:ascii="Georgia" w:hAnsi="Georgia"/>
          <w:b w:val="0"/>
          <w:i w:val="0"/>
          <w:color w:val="22201D"/>
          <w:sz w:val="20"/>
        </w:rPr>
        <w:t>Auditor Ives noticed.</w:t>
      </w:r>
    </w:p>
    <w:p>
      <w:pPr>
        <w:spacing w:after="60" w:line="266" w:lineRule="auto"/>
        <w:ind w:firstLine="331"/>
        <w:jc w:val="both"/>
      </w:pPr>
      <w:r>
        <w:rPr>
          <w:rFonts w:ascii="Georgia" w:hAnsi="Georgia"/>
          <w:b w:val="0"/>
          <w:i w:val="0"/>
          <w:color w:val="22201D"/>
          <w:sz w:val="20"/>
        </w:rPr>
        <w:t>"You trust minutes?"</w:t>
      </w:r>
    </w:p>
    <w:p>
      <w:pPr>
        <w:spacing w:after="60" w:line="266" w:lineRule="auto"/>
        <w:ind w:firstLine="331"/>
        <w:jc w:val="both"/>
      </w:pPr>
      <w:r>
        <w:rPr>
          <w:rFonts w:ascii="Georgia" w:hAnsi="Georgia"/>
          <w:b w:val="0"/>
          <w:i w:val="0"/>
          <w:color w:val="22201D"/>
          <w:sz w:val="20"/>
        </w:rPr>
        <w:t>"More than memory," Steve said. "Less than truth."</w:t>
      </w:r>
    </w:p>
    <w:p>
      <w:pPr>
        <w:spacing w:after="60" w:line="266" w:lineRule="auto"/>
        <w:ind w:firstLine="331"/>
        <w:jc w:val="both"/>
      </w:pPr>
      <w:r>
        <w:rPr>
          <w:rFonts w:ascii="Georgia" w:hAnsi="Georgia"/>
          <w:b w:val="0"/>
          <w:i w:val="0"/>
          <w:color w:val="22201D"/>
          <w:sz w:val="20"/>
        </w:rPr>
        <w:t>Gerald looked at him.</w:t>
      </w:r>
    </w:p>
    <w:p>
      <w:pPr>
        <w:spacing w:after="60" w:line="266" w:lineRule="auto"/>
        <w:ind w:firstLine="331"/>
        <w:jc w:val="both"/>
      </w:pPr>
      <w:r>
        <w:rPr>
          <w:rFonts w:ascii="Georgia" w:hAnsi="Georgia"/>
          <w:b w:val="0"/>
          <w:i w:val="0"/>
          <w:color w:val="22201D"/>
          <w:sz w:val="20"/>
        </w:rPr>
        <w:t>"That was almost plain."</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"Almost."</w:t>
      </w:r>
    </w:p>
    <w:p>
      <w:pPr>
        <w:spacing w:after="60" w:line="266" w:lineRule="auto"/>
        <w:ind w:firstLine="331"/>
        <w:jc w:val="both"/>
      </w:pPr>
      <w:r>
        <w:rPr>
          <w:rFonts w:ascii="Georgia" w:hAnsi="Georgia"/>
          <w:b w:val="0"/>
          <w:i w:val="0"/>
          <w:color w:val="22201D"/>
          <w:sz w:val="20"/>
        </w:rPr>
        <w:t>The hearing minutes printed:</w:t>
      </w:r>
    </w:p>
    <w:p>
      <w:pPr>
        <w:spacing w:after="60" w:line="250" w:lineRule="auto"/>
        <w:ind w:left="202" w:right="173"/>
      </w:pPr>
      <w:r>
        <w:rPr>
          <w:rFonts w:ascii="Georgia" w:hAnsi="Georgia"/>
          <w:b w:val="0"/>
          <w:i w:val="0"/>
          <w:color w:val="22201D"/>
          <w:sz w:val="17"/>
        </w:rPr>
        <w:t>Opening note: plain testimony required cleverness held for later garnish</w:t>
      </w:r>
    </w:p>
    <w:p>
      <w:pPr>
        <w:spacing w:after="60" w:line="266" w:lineRule="auto"/>
        <w:ind w:firstLine="331"/>
        <w:jc w:val="both"/>
      </w:pPr>
      <w:r>
        <w:rPr>
          <w:rFonts w:ascii="Georgia" w:hAnsi="Georgia"/>
          <w:b w:val="0"/>
          <w:i w:val="0"/>
          <w:color w:val="22201D"/>
          <w:sz w:val="20"/>
        </w:rPr>
        <w:t>Steve removed his glasses and cleaned them.</w:t>
      </w:r>
    </w:p>
    <w:p>
      <w:pPr>
        <w:spacing w:after="60" w:line="266" w:lineRule="auto"/>
        <w:ind w:firstLine="331"/>
        <w:jc w:val="both"/>
      </w:pPr>
      <w:r>
        <w:rPr>
          <w:rFonts w:ascii="Georgia" w:hAnsi="Georgia"/>
          <w:b w:val="0"/>
          <w:i w:val="0"/>
          <w:color w:val="22201D"/>
          <w:sz w:val="20"/>
        </w:rPr>
        <w:t>"I object to garnish."</w:t>
      </w:r>
    </w:p>
    <w:p>
      <w:pPr>
        <w:spacing w:after="60" w:line="266" w:lineRule="auto"/>
        <w:ind w:firstLine="331"/>
        <w:jc w:val="both"/>
      </w:pPr>
      <w:r>
        <w:rPr>
          <w:rFonts w:ascii="Georgia" w:hAnsi="Georgia"/>
          <w:b w:val="0"/>
          <w:i w:val="0"/>
          <w:color w:val="22201D"/>
          <w:sz w:val="20"/>
        </w:rPr>
        <w:t>Gerald said, "Sustained for safety."</w:t>
      </w:r>
    </w:p>
    <w:p>
      <w:pPr>
        <w:spacing w:after="60" w:line="266" w:lineRule="auto"/>
        <w:ind w:firstLine="331"/>
        <w:jc w:val="both"/>
      </w:pPr>
      <w:r>
        <w:rPr>
          <w:rFonts w:ascii="Georgia" w:hAnsi="Georgia"/>
          <w:b w:val="0"/>
          <w:i w:val="0"/>
          <w:color w:val="22201D"/>
          <w:sz w:val="20"/>
        </w:rPr>
        <w:t>Auditor Ives said, "Neither of you is chairing."</w:t>
      </w:r>
    </w:p>
    <w:p>
      <w:pPr>
        <w:spacing w:after="60" w:line="266" w:lineRule="auto"/>
        <w:ind w:firstLine="331"/>
        <w:jc w:val="both"/>
      </w:pPr>
      <w:r>
        <w:rPr>
          <w:rFonts w:ascii="Georgia" w:hAnsi="Georgia"/>
          <w:b w:val="0"/>
          <w:i w:val="0"/>
          <w:color w:val="22201D"/>
          <w:sz w:val="20"/>
        </w:rPr>
        <w:t>The Hostess placed one finger on the placard.</w:t>
      </w:r>
    </w:p>
    <w:p>
      <w:pPr>
        <w:spacing w:after="60" w:line="266" w:lineRule="auto"/>
        <w:ind w:firstLine="331"/>
        <w:jc w:val="both"/>
      </w:pPr>
      <w:r>
        <w:rPr>
          <w:rFonts w:ascii="Georgia" w:hAnsi="Georgia"/>
          <w:b w:val="0"/>
          <w:i w:val="0"/>
          <w:color w:val="22201D"/>
          <w:sz w:val="20"/>
        </w:rPr>
        <w:t>The placard added:</w:t>
      </w:r>
    </w:p>
    <w:p>
      <w:pPr>
        <w:spacing w:after="60" w:line="250" w:lineRule="auto"/>
        <w:ind w:left="202" w:right="173"/>
      </w:pPr>
      <w:r>
        <w:rPr>
          <w:rFonts w:ascii="Georgia" w:hAnsi="Georgia"/>
          <w:b w:val="0"/>
          <w:i w:val="0"/>
          <w:color w:val="22201D"/>
          <w:sz w:val="17"/>
        </w:rPr>
        <w:t>Chair: Table Four</w:t>
      </w:r>
    </w:p>
    <w:p>
      <w:pPr>
        <w:spacing w:after="60" w:line="266" w:lineRule="auto"/>
        <w:ind w:firstLine="331"/>
        <w:jc w:val="both"/>
      </w:pPr>
      <w:r>
        <w:rPr>
          <w:rFonts w:ascii="Georgia" w:hAnsi="Georgia"/>
          <w:b w:val="0"/>
          <w:i w:val="0"/>
          <w:color w:val="22201D"/>
          <w:sz w:val="20"/>
        </w:rPr>
        <w:t>Nobody liked this.</w:t>
      </w:r>
    </w:p>
    <w:p>
      <w:pPr>
        <w:spacing w:after="60" w:line="266" w:lineRule="auto"/>
        <w:ind w:firstLine="331"/>
        <w:jc w:val="both"/>
      </w:pPr>
      <w:r>
        <w:rPr>
          <w:rFonts w:ascii="Georgia" w:hAnsi="Georgia"/>
          <w:b w:val="0"/>
          <w:i w:val="0"/>
          <w:color w:val="22201D"/>
          <w:sz w:val="20"/>
        </w:rPr>
        <w:t>That made it feel neutral.</w:t>
      </w:r>
    </w:p>
    <w:p>
      <w:pPr>
        <w:spacing w:after="60" w:line="266" w:lineRule="auto"/>
        <w:ind w:firstLine="331"/>
        <w:jc w:val="both"/>
      </w:pPr>
      <w:r>
        <w:rPr>
          <w:rFonts w:ascii="Georgia" w:hAnsi="Georgia"/>
          <w:b w:val="0"/>
          <w:i w:val="0"/>
          <w:color w:val="22201D"/>
          <w:sz w:val="20"/>
        </w:rPr>
        <w:t>Auditor Ives sat at the table's north side. Steve sat east. Gerald sat west. The Hostess remained standing at the south side, not because she lacked a chair, but because the restaurant sometimes expressed authority as availability.</w:t>
      </w:r>
    </w:p>
    <w:p>
      <w:pPr>
        <w:spacing w:after="60" w:line="266" w:lineRule="auto"/>
        <w:ind w:firstLine="331"/>
        <w:jc w:val="both"/>
      </w:pPr>
      <w:r>
        <w:rPr>
          <w:rFonts w:ascii="Georgia" w:hAnsi="Georgia"/>
          <w:b w:val="0"/>
          <w:i w:val="0"/>
          <w:color w:val="22201D"/>
          <w:sz w:val="20"/>
        </w:rPr>
        <w:t>Mara raised her hand from the neighboring table.</w:t>
      </w:r>
    </w:p>
    <w:p>
      <w:pPr>
        <w:spacing w:after="60" w:line="266" w:lineRule="auto"/>
        <w:ind w:firstLine="331"/>
        <w:jc w:val="both"/>
      </w:pPr>
      <w:r>
        <w:rPr>
          <w:rFonts w:ascii="Georgia" w:hAnsi="Georgia"/>
          <w:b w:val="0"/>
          <w:i w:val="0"/>
          <w:color w:val="22201D"/>
          <w:sz w:val="20"/>
        </w:rPr>
        <w:t>Auditor Ives looked at her.</w:t>
      </w:r>
    </w:p>
    <w:p>
      <w:pPr>
        <w:spacing w:after="60" w:line="266" w:lineRule="auto"/>
        <w:ind w:firstLine="331"/>
        <w:jc w:val="both"/>
      </w:pPr>
      <w:r>
        <w:rPr>
          <w:rFonts w:ascii="Georgia" w:hAnsi="Georgia"/>
          <w:b w:val="0"/>
          <w:i w:val="0"/>
          <w:color w:val="22201D"/>
          <w:sz w:val="20"/>
        </w:rPr>
        <w:t>"This is not a school hearing."</w:t>
      </w:r>
    </w:p>
    <w:p>
      <w:pPr>
        <w:spacing w:after="60" w:line="266" w:lineRule="auto"/>
        <w:ind w:firstLine="331"/>
        <w:jc w:val="both"/>
      </w:pPr>
      <w:r>
        <w:rPr>
          <w:rFonts w:ascii="Georgia" w:hAnsi="Georgia"/>
          <w:b w:val="0"/>
          <w:i w:val="0"/>
          <w:color w:val="22201D"/>
          <w:sz w:val="20"/>
        </w:rPr>
        <w:t>"I know," Mara said. "I am asking whether observers can speak if directly named."</w:t>
      </w:r>
    </w:p>
    <w:p>
      <w:pPr>
        <w:spacing w:after="60" w:line="266" w:lineRule="auto"/>
        <w:ind w:firstLine="331"/>
        <w:jc w:val="both"/>
      </w:pPr>
      <w:r>
        <w:rPr>
          <w:rFonts w:ascii="Georgia" w:hAnsi="Georgia"/>
          <w:b w:val="0"/>
          <w:i w:val="0"/>
          <w:color w:val="22201D"/>
          <w:sz w:val="20"/>
        </w:rPr>
        <w:t>Auditor Ives considered the question.</w:t>
      </w:r>
    </w:p>
    <w:p>
      <w:pPr>
        <w:spacing w:after="60" w:line="266" w:lineRule="auto"/>
        <w:ind w:firstLine="331"/>
        <w:jc w:val="both"/>
      </w:pPr>
      <w:r>
        <w:rPr>
          <w:rFonts w:ascii="Georgia" w:hAnsi="Georgia"/>
          <w:b w:val="0"/>
          <w:i w:val="0"/>
          <w:color w:val="22201D"/>
          <w:sz w:val="20"/>
        </w:rPr>
        <w:t>"Under ordinary procedure, observers speak only during public comment or when called."</w:t>
      </w:r>
    </w:p>
    <w:p>
      <w:pPr>
        <w:spacing w:after="60" w:line="266" w:lineRule="auto"/>
        <w:ind w:firstLine="331"/>
        <w:jc w:val="both"/>
      </w:pPr>
      <w:r>
        <w:rPr>
          <w:rFonts w:ascii="Georgia" w:hAnsi="Georgia"/>
          <w:b w:val="0"/>
          <w:i w:val="0"/>
          <w:color w:val="22201D"/>
          <w:sz w:val="20"/>
        </w:rPr>
        <w:t>The placard printed:</w:t>
      </w:r>
    </w:p>
    <w:p>
      <w:pPr>
        <w:spacing w:after="60" w:line="250" w:lineRule="auto"/>
        <w:ind w:left="202" w:right="173"/>
      </w:pPr>
      <w:r>
        <w:rPr>
          <w:rFonts w:ascii="Georgia" w:hAnsi="Georgia"/>
          <w:b w:val="0"/>
          <w:i w:val="0"/>
          <w:color w:val="22201D"/>
          <w:sz w:val="17"/>
        </w:rPr>
        <w:t>Observer testimony: when called or when consequence already entered record</w:t>
      </w:r>
    </w:p>
    <w:p>
      <w:pPr>
        <w:spacing w:after="60" w:line="266" w:lineRule="auto"/>
        <w:ind w:firstLine="331"/>
        <w:jc w:val="both"/>
      </w:pPr>
      <w:r>
        <w:rPr>
          <w:rFonts w:ascii="Georgia" w:hAnsi="Georgia"/>
          <w:b w:val="0"/>
          <w:i w:val="0"/>
          <w:color w:val="22201D"/>
          <w:sz w:val="20"/>
        </w:rPr>
        <w:t>Auditor Ives frowned.</w:t>
      </w:r>
    </w:p>
    <w:p>
      <w:pPr>
        <w:spacing w:after="60" w:line="266" w:lineRule="auto"/>
        <w:ind w:firstLine="331"/>
        <w:jc w:val="both"/>
      </w:pPr>
      <w:r>
        <w:rPr>
          <w:rFonts w:ascii="Georgia" w:hAnsi="Georgia"/>
          <w:b w:val="0"/>
          <w:i w:val="0"/>
          <w:color w:val="22201D"/>
          <w:sz w:val="20"/>
        </w:rPr>
        <w:t>"That is dangerously broad."</w:t>
      </w:r>
    </w:p>
    <w:p>
      <w:pPr>
        <w:spacing w:after="60" w:line="266" w:lineRule="auto"/>
        <w:ind w:firstLine="331"/>
        <w:jc w:val="both"/>
      </w:pPr>
      <w:r>
        <w:rPr>
          <w:rFonts w:ascii="Georgia" w:hAnsi="Georgia"/>
          <w:b w:val="0"/>
          <w:i w:val="0"/>
          <w:color w:val="22201D"/>
          <w:sz w:val="20"/>
        </w:rPr>
        <w:t>Steve said, "It may also be the problem."</w:t>
      </w:r>
    </w:p>
    <w:p>
      <w:pPr>
        <w:spacing w:after="60" w:line="266" w:lineRule="auto"/>
        <w:ind w:firstLine="331"/>
        <w:jc w:val="both"/>
      </w:pPr>
      <w:r>
        <w:rPr>
          <w:rFonts w:ascii="Georgia" w:hAnsi="Georgia"/>
          <w:b w:val="0"/>
          <w:i w:val="0"/>
          <w:color w:val="22201D"/>
          <w:sz w:val="20"/>
        </w:rPr>
        <w:t>Gerald said, "It needs a time limit."</w:t>
      </w:r>
    </w:p>
    <w:p>
      <w:pPr>
        <w:spacing w:after="60" w:line="266" w:lineRule="auto"/>
        <w:ind w:firstLine="331"/>
        <w:jc w:val="both"/>
      </w:pPr>
      <w:r>
        <w:rPr>
          <w:rFonts w:ascii="Georgia" w:hAnsi="Georgia"/>
          <w:b w:val="0"/>
          <w:i w:val="0"/>
          <w:color w:val="22201D"/>
          <w:sz w:val="20"/>
        </w:rPr>
        <w:t>The placard printed:</w:t>
      </w:r>
    </w:p>
    <w:p>
      <w:pPr>
        <w:spacing w:after="60" w:line="250" w:lineRule="auto"/>
        <w:ind w:left="202" w:right="173"/>
      </w:pPr>
      <w:r>
        <w:rPr>
          <w:rFonts w:ascii="Georgia" w:hAnsi="Georgia"/>
          <w:b w:val="0"/>
          <w:i w:val="0"/>
          <w:color w:val="22201D"/>
          <w:sz w:val="17"/>
        </w:rPr>
        <w:t>Time limit: plain enough to be served</w:t>
      </w:r>
    </w:p>
    <w:p>
      <w:pPr>
        <w:spacing w:after="60" w:line="266" w:lineRule="auto"/>
        <w:ind w:firstLine="331"/>
        <w:jc w:val="both"/>
      </w:pPr>
      <w:r>
        <w:rPr>
          <w:rFonts w:ascii="Georgia" w:hAnsi="Georgia"/>
          <w:b w:val="0"/>
          <w:i w:val="0"/>
          <w:color w:val="22201D"/>
          <w:sz w:val="20"/>
        </w:rPr>
        <w:t>Gerald leaned toward the placard.</w:t>
      </w:r>
    </w:p>
    <w:p>
      <w:pPr>
        <w:spacing w:after="60" w:line="266" w:lineRule="auto"/>
        <w:ind w:firstLine="331"/>
        <w:jc w:val="both"/>
      </w:pPr>
      <w:r>
        <w:rPr>
          <w:rFonts w:ascii="Georgia" w:hAnsi="Georgia"/>
          <w:b w:val="0"/>
          <w:i w:val="0"/>
          <w:color w:val="22201D"/>
          <w:sz w:val="20"/>
        </w:rPr>
        <w:t>"That is not a time limit."</w:t>
      </w:r>
    </w:p>
    <w:p>
      <w:pPr>
        <w:spacing w:after="60" w:line="250" w:lineRule="auto"/>
        <w:ind w:left="202" w:right="173"/>
      </w:pPr>
      <w:r>
        <w:rPr>
          <w:rFonts w:ascii="Georgia" w:hAnsi="Georgia"/>
          <w:b w:val="0"/>
          <w:i w:val="0"/>
          <w:color w:val="22201D"/>
          <w:sz w:val="17"/>
        </w:rPr>
        <w:t>Correction: testimony must stop when it begins plating itself</w:t>
      </w:r>
    </w:p>
    <w:p>
      <w:pPr>
        <w:spacing w:after="60" w:line="266" w:lineRule="auto"/>
        <w:ind w:firstLine="331"/>
        <w:jc w:val="both"/>
      </w:pPr>
      <w:r>
        <w:rPr>
          <w:rFonts w:ascii="Georgia" w:hAnsi="Georgia"/>
          <w:b w:val="0"/>
          <w:i w:val="0"/>
          <w:color w:val="22201D"/>
          <w:sz w:val="20"/>
        </w:rPr>
        <w:t>"That is worse."</w:t>
      </w:r>
    </w:p>
    <w:p>
      <w:pPr>
        <w:spacing w:after="60" w:line="266" w:lineRule="auto"/>
        <w:ind w:firstLine="331"/>
        <w:jc w:val="both"/>
      </w:pPr>
      <w:r>
        <w:rPr>
          <w:rFonts w:ascii="Georgia" w:hAnsi="Georgia"/>
          <w:b w:val="0"/>
          <w:i w:val="0"/>
          <w:color w:val="22201D"/>
          <w:sz w:val="20"/>
        </w:rPr>
        <w:t>Mara said, "It is clear enough."</w:t>
      </w:r>
    </w:p>
    <w:p>
      <w:pPr>
        <w:spacing w:after="60" w:line="266" w:lineRule="auto"/>
        <w:ind w:firstLine="331"/>
        <w:jc w:val="both"/>
      </w:pPr>
      <w:r>
        <w:rPr>
          <w:rFonts w:ascii="Georgia" w:hAnsi="Georgia"/>
          <w:b w:val="0"/>
          <w:i w:val="0"/>
          <w:color w:val="22201D"/>
          <w:sz w:val="20"/>
        </w:rPr>
        <w:t>Flocc said, "I am not sure it is enforceable."</w:t>
      </w:r>
    </w:p>
    <w:p>
      <w:pPr>
        <w:spacing w:after="60" w:line="266" w:lineRule="auto"/>
        <w:ind w:firstLine="331"/>
        <w:jc w:val="both"/>
      </w:pPr>
      <w:r>
        <w:rPr>
          <w:rFonts w:ascii="Georgia" w:hAnsi="Georgia"/>
          <w:b w:val="0"/>
          <w:i w:val="0"/>
          <w:color w:val="22201D"/>
          <w:sz w:val="20"/>
        </w:rPr>
        <w:t>The brass tray printed:</w:t>
      </w:r>
    </w:p>
    <w:p>
      <w:pPr>
        <w:spacing w:after="60" w:line="250" w:lineRule="auto"/>
        <w:ind w:left="202" w:right="173"/>
      </w:pPr>
      <w:r>
        <w:rPr>
          <w:rFonts w:ascii="Georgia" w:hAnsi="Georgia"/>
          <w:b w:val="0"/>
          <w:i w:val="0"/>
          <w:color w:val="22201D"/>
          <w:sz w:val="17"/>
        </w:rPr>
        <w:t>Customer attempting administrative distance.</w:t>
      </w:r>
    </w:p>
    <w:p>
      <w:pPr>
        <w:spacing w:after="60" w:line="266" w:lineRule="auto"/>
        <w:ind w:firstLine="331"/>
        <w:jc w:val="both"/>
      </w:pPr>
      <w:r>
        <w:rPr>
          <w:rFonts w:ascii="Georgia" w:hAnsi="Georgia"/>
          <w:b w:val="0"/>
          <w:i w:val="0"/>
          <w:color w:val="22201D"/>
          <w:sz w:val="20"/>
        </w:rPr>
        <w:t>"I withdraw," Flocc said.</w:t>
      </w:r>
    </w:p>
    <w:p>
      <w:pPr>
        <w:spacing w:after="60" w:line="266" w:lineRule="auto"/>
        <w:ind w:firstLine="331"/>
        <w:jc w:val="both"/>
      </w:pPr>
      <w:r>
        <w:rPr>
          <w:rFonts w:ascii="Georgia" w:hAnsi="Georgia"/>
          <w:b w:val="0"/>
          <w:i w:val="0"/>
          <w:color w:val="22201D"/>
          <w:sz w:val="20"/>
        </w:rPr>
        <w:t>The hearing minutes printed:</w:t>
      </w:r>
    </w:p>
    <w:p>
      <w:pPr>
        <w:spacing w:after="60" w:line="250" w:lineRule="auto"/>
        <w:ind w:left="202" w:right="173"/>
      </w:pPr>
      <w:r>
        <w:rPr>
          <w:rFonts w:ascii="Georgia" w:hAnsi="Georgia"/>
          <w:b w:val="0"/>
          <w:i w:val="0"/>
          <w:color w:val="22201D"/>
          <w:sz w:val="17"/>
        </w:rPr>
        <w:t>Withdrawal accepted.</w:t>
      </w:r>
    </w:p>
    <w:p>
      <w:pPr>
        <w:spacing w:after="60" w:line="266" w:lineRule="auto"/>
        <w:ind w:firstLine="331"/>
        <w:jc w:val="both"/>
      </w:pPr>
      <w:r>
        <w:rPr>
          <w:rFonts w:ascii="Georgia" w:hAnsi="Georgia"/>
          <w:b w:val="0"/>
          <w:i w:val="0"/>
          <w:color w:val="22201D"/>
          <w:sz w:val="20"/>
        </w:rPr>
        <w:t>Auditor Ives tapped her pen once.</w:t>
      </w:r>
    </w:p>
    <w:p>
      <w:pPr>
        <w:spacing w:after="60" w:line="266" w:lineRule="auto"/>
        <w:ind w:firstLine="331"/>
        <w:jc w:val="both"/>
      </w:pPr>
      <w:r>
        <w:rPr>
          <w:rFonts w:ascii="Georgia" w:hAnsi="Georgia"/>
          <w:b w:val="0"/>
          <w:i w:val="0"/>
          <w:color w:val="22201D"/>
          <w:sz w:val="20"/>
        </w:rPr>
        <w:t>"I will make an opening statement."</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Opening statement: Auditor Ives</w:t>
      </w:r>
    </w:p>
    <w:p>
      <w:pPr>
        <w:spacing w:after="60" w:line="266" w:lineRule="auto"/>
        <w:ind w:firstLine="331"/>
        <w:jc w:val="both"/>
      </w:pPr>
      <w:r>
        <w:rPr>
          <w:rFonts w:ascii="Georgia" w:hAnsi="Georgia"/>
          <w:b w:val="0"/>
          <w:i w:val="0"/>
          <w:color w:val="22201D"/>
          <w:sz w:val="20"/>
        </w:rPr>
        <w:t>Auditor Ives looked at the page as if deciding whether to resent it. Then she began.</w:t>
      </w:r>
    </w:p>
    <w:p>
      <w:pPr>
        <w:spacing w:after="60" w:line="266" w:lineRule="auto"/>
        <w:ind w:firstLine="331"/>
        <w:jc w:val="both"/>
      </w:pPr>
      <w:r>
        <w:rPr>
          <w:rFonts w:ascii="Georgia" w:hAnsi="Georgia"/>
          <w:b w:val="0"/>
          <w:i w:val="0"/>
          <w:color w:val="22201D"/>
          <w:sz w:val="20"/>
        </w:rPr>
        <w:t>"This hearing is not formally noticed under ordinary municipal public-hearing rules. No enforcement decision will be made here today. No classification will be finalized here today. No service approval, food safety approval, revenue treatment, or payment standard will be established by this conversation alone."</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Steve nodded.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Boundary accepted. No final classification. No service approval. No enforcement decision.</w:t>
      </w:r>
    </w:p>
    <w:p>
      <w:pPr>
        <w:spacing w:after="60" w:line="266" w:lineRule="auto"/>
        <w:ind w:firstLine="331"/>
        <w:jc w:val="both"/>
      </w:pPr>
      <w:r>
        <w:rPr>
          <w:rFonts w:ascii="Georgia" w:hAnsi="Georgia"/>
          <w:b w:val="0"/>
          <w:i w:val="0"/>
          <w:color w:val="22201D"/>
          <w:sz w:val="20"/>
        </w:rPr>
        <w:t>Auditor Ives continued.</w:t>
      </w:r>
    </w:p>
    <w:p>
      <w:pPr>
        <w:spacing w:after="60" w:line="266" w:lineRule="auto"/>
        <w:ind w:firstLine="331"/>
        <w:jc w:val="both"/>
      </w:pPr>
      <w:r>
        <w:rPr>
          <w:rFonts w:ascii="Georgia" w:hAnsi="Georgia"/>
          <w:b w:val="0"/>
          <w:i w:val="0"/>
          <w:color w:val="22201D"/>
          <w:sz w:val="20"/>
        </w:rPr>
        <w:t>"However, the record now contains documented consequences that ordinary status language does not capture. The corrected form states that absence of classification must not be treated as absence of effect. The sauce ledger states that absence of service approval must not be treated as absence of appetite. The inspection addendum allows continued audit activity under safety controls. The zero-order receipt establishes that refusal can direct service."</w:t>
      </w:r>
    </w:p>
    <w:p>
      <w:pPr>
        <w:spacing w:after="60" w:line="266" w:lineRule="auto"/>
        <w:ind w:firstLine="331"/>
        <w:jc w:val="both"/>
      </w:pPr>
      <w:r>
        <w:rPr>
          <w:rFonts w:ascii="Georgia" w:hAnsi="Georgia"/>
          <w:b w:val="0"/>
          <w:i w:val="0"/>
          <w:color w:val="22201D"/>
          <w:sz w:val="20"/>
        </w:rPr>
        <w:t>She stopped.</w:t>
      </w:r>
    </w:p>
    <w:p>
      <w:pPr>
        <w:spacing w:after="60" w:line="266" w:lineRule="auto"/>
        <w:ind w:firstLine="331"/>
        <w:jc w:val="both"/>
      </w:pPr>
      <w:r>
        <w:rPr>
          <w:rFonts w:ascii="Georgia" w:hAnsi="Georgia"/>
          <w:b w:val="0"/>
          <w:i w:val="0"/>
          <w:color w:val="22201D"/>
          <w:sz w:val="20"/>
        </w:rPr>
        <w:t>The room waited.</w:t>
      </w:r>
    </w:p>
    <w:p>
      <w:pPr>
        <w:spacing w:after="60" w:line="266" w:lineRule="auto"/>
        <w:ind w:firstLine="331"/>
        <w:jc w:val="both"/>
      </w:pPr>
      <w:r>
        <w:rPr>
          <w:rFonts w:ascii="Georgia" w:hAnsi="Georgia"/>
          <w:b w:val="0"/>
          <w:i w:val="0"/>
          <w:color w:val="22201D"/>
          <w:sz w:val="20"/>
        </w:rPr>
        <w:t>Auditor Ives looked down at her own notes.</w:t>
      </w:r>
    </w:p>
    <w:p>
      <w:pPr>
        <w:spacing w:after="60" w:line="266" w:lineRule="auto"/>
        <w:ind w:firstLine="331"/>
        <w:jc w:val="both"/>
      </w:pPr>
      <w:r>
        <w:rPr>
          <w:rFonts w:ascii="Georgia" w:hAnsi="Georgia"/>
          <w:b w:val="0"/>
          <w:i w:val="0"/>
          <w:color w:val="22201D"/>
          <w:sz w:val="20"/>
        </w:rPr>
        <w:t>"Plainly," she said, with effort, "the city cannot protect people from what it refuses to name."</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Plain testimony entered: The city cannot protect people from what it refuses to name.</w:t>
      </w:r>
    </w:p>
    <w:p>
      <w:pPr>
        <w:spacing w:after="60" w:line="266" w:lineRule="auto"/>
        <w:ind w:firstLine="331"/>
        <w:jc w:val="both"/>
      </w:pPr>
      <w:r>
        <w:rPr>
          <w:rFonts w:ascii="Georgia" w:hAnsi="Georgia"/>
          <w:b w:val="0"/>
          <w:i w:val="0"/>
          <w:color w:val="22201D"/>
          <w:sz w:val="20"/>
        </w:rPr>
        <w:t>Steve looked at the line and felt a professional admiration so strong he nearly became insufferable.</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Clerk admiration noted. Do not convert to commentary.</w:t>
      </w:r>
    </w:p>
    <w:p>
      <w:pPr>
        <w:spacing w:after="60" w:line="266" w:lineRule="auto"/>
        <w:ind w:firstLine="331"/>
        <w:jc w:val="both"/>
      </w:pPr>
      <w:r>
        <w:rPr>
          <w:rFonts w:ascii="Georgia" w:hAnsi="Georgia"/>
          <w:b w:val="0"/>
          <w:i w:val="0"/>
          <w:color w:val="22201D"/>
          <w:sz w:val="20"/>
        </w:rPr>
        <w:t>Steve closed his mouth.</w:t>
      </w:r>
    </w:p>
    <w:p>
      <w:pPr>
        <w:spacing w:after="60" w:line="266" w:lineRule="auto"/>
        <w:ind w:firstLine="331"/>
        <w:jc w:val="both"/>
      </w:pPr>
      <w:r>
        <w:rPr>
          <w:rFonts w:ascii="Georgia" w:hAnsi="Georgia"/>
          <w:b w:val="0"/>
          <w:i w:val="0"/>
          <w:color w:val="22201D"/>
          <w:sz w:val="20"/>
        </w:rPr>
        <w:t>Gerald said, "My opening concern is safety."</w:t>
      </w:r>
    </w:p>
    <w:p>
      <w:pPr>
        <w:spacing w:after="60" w:line="266" w:lineRule="auto"/>
        <w:ind w:firstLine="331"/>
        <w:jc w:val="both"/>
      </w:pPr>
      <w:r>
        <w:rPr>
          <w:rFonts w:ascii="Georgia" w:hAnsi="Georgia"/>
          <w:b w:val="0"/>
          <w:i w:val="0"/>
          <w:color w:val="22201D"/>
          <w:sz w:val="20"/>
        </w:rPr>
        <w:t>Auditor Ives said, "You have not been recognized."</w:t>
      </w:r>
    </w:p>
    <w:p>
      <w:pPr>
        <w:spacing w:after="60" w:line="266" w:lineRule="auto"/>
        <w:ind w:firstLine="331"/>
        <w:jc w:val="both"/>
      </w:pPr>
      <w:r>
        <w:rPr>
          <w:rFonts w:ascii="Georgia" w:hAnsi="Georgia"/>
          <w:b w:val="0"/>
          <w:i w:val="0"/>
          <w:color w:val="22201D"/>
          <w:sz w:val="20"/>
        </w:rPr>
        <w:t>The placard printed:</w:t>
      </w:r>
    </w:p>
    <w:p>
      <w:pPr>
        <w:spacing w:after="60" w:line="250" w:lineRule="auto"/>
        <w:ind w:left="202" w:right="173"/>
      </w:pPr>
      <w:r>
        <w:rPr>
          <w:rFonts w:ascii="Georgia" w:hAnsi="Georgia"/>
          <w:b w:val="0"/>
          <w:i w:val="0"/>
          <w:color w:val="22201D"/>
          <w:sz w:val="17"/>
        </w:rPr>
        <w:t>Recognition granted: Gerald Park</w:t>
      </w:r>
    </w:p>
    <w:p>
      <w:pPr>
        <w:spacing w:after="60" w:line="266" w:lineRule="auto"/>
        <w:ind w:firstLine="331"/>
        <w:jc w:val="both"/>
      </w:pPr>
      <w:r>
        <w:rPr>
          <w:rFonts w:ascii="Georgia" w:hAnsi="Georgia"/>
          <w:b w:val="0"/>
          <w:i w:val="0"/>
          <w:color w:val="22201D"/>
          <w:sz w:val="20"/>
        </w:rPr>
        <w:t>"That is not your function," Auditor Ives told the placard.</w:t>
      </w:r>
    </w:p>
    <w:p>
      <w:pPr>
        <w:spacing w:after="60" w:line="266" w:lineRule="auto"/>
        <w:ind w:firstLine="331"/>
        <w:jc w:val="both"/>
      </w:pPr>
      <w:r>
        <w:rPr>
          <w:rFonts w:ascii="Georgia" w:hAnsi="Georgia"/>
          <w:b w:val="0"/>
          <w:i w:val="0"/>
          <w:color w:val="22201D"/>
          <w:sz w:val="20"/>
        </w:rPr>
        <w:t>The placard printed:</w:t>
      </w:r>
    </w:p>
    <w:p>
      <w:pPr>
        <w:spacing w:after="60" w:line="250" w:lineRule="auto"/>
        <w:ind w:left="202" w:right="173"/>
      </w:pPr>
      <w:r>
        <w:rPr>
          <w:rFonts w:ascii="Georgia" w:hAnsi="Georgia"/>
          <w:b w:val="0"/>
          <w:i w:val="0"/>
          <w:color w:val="22201D"/>
          <w:sz w:val="17"/>
        </w:rPr>
        <w:t>Chair remains Table Four.</w:t>
      </w:r>
    </w:p>
    <w:p>
      <w:pPr>
        <w:spacing w:after="60" w:line="266" w:lineRule="auto"/>
        <w:ind w:firstLine="331"/>
        <w:jc w:val="both"/>
      </w:pPr>
      <w:r>
        <w:rPr>
          <w:rFonts w:ascii="Georgia" w:hAnsi="Georgia"/>
          <w:b w:val="0"/>
          <w:i w:val="0"/>
          <w:color w:val="22201D"/>
          <w:sz w:val="20"/>
        </w:rPr>
        <w:t>Auditor Ives made a note that looked like it might become a complaint later and gestured for Gerald to continue.</w:t>
      </w:r>
    </w:p>
    <w:p>
      <w:pPr>
        <w:spacing w:after="60" w:line="266" w:lineRule="auto"/>
        <w:ind w:firstLine="331"/>
        <w:jc w:val="both"/>
      </w:pPr>
      <w:r>
        <w:rPr>
          <w:rFonts w:ascii="Georgia" w:hAnsi="Georgia"/>
          <w:b w:val="0"/>
          <w:i w:val="0"/>
          <w:color w:val="22201D"/>
          <w:sz w:val="20"/>
        </w:rPr>
        <w:t>Gerald did not give a speech.</w:t>
      </w:r>
    </w:p>
    <w:p>
      <w:pPr>
        <w:spacing w:after="60" w:line="266" w:lineRule="auto"/>
        <w:ind w:firstLine="331"/>
        <w:jc w:val="both"/>
      </w:pPr>
      <w:r>
        <w:rPr>
          <w:rFonts w:ascii="Georgia" w:hAnsi="Georgia"/>
          <w:b w:val="0"/>
          <w:i w:val="0"/>
          <w:color w:val="22201D"/>
          <w:sz w:val="20"/>
        </w:rPr>
        <w:t>Gerald gave a list.</w:t>
      </w:r>
    </w:p>
    <w:p>
      <w:pPr>
        <w:spacing w:after="60" w:line="266" w:lineRule="auto"/>
        <w:ind w:firstLine="331"/>
        <w:jc w:val="both"/>
      </w:pPr>
      <w:r>
        <w:rPr>
          <w:rFonts w:ascii="Georgia" w:hAnsi="Georgia"/>
          <w:b w:val="0"/>
          <w:i w:val="0"/>
          <w:color w:val="22201D"/>
          <w:sz w:val="20"/>
        </w:rPr>
        <w:t>"One. The hand sink remains clear. Two. No food-contact surface may hold active paper evidence during service. Three. Black Orchard Adobo remains sealed and held cold. Four. Sensory evidence is permitted only if everyone understands smell is not service. Five. No tasting. Six. No shelf-stability claim. Seven. No metaphor may reduce a safety hold into a joke that customers misunderstand."</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Plain testimony entered: mystery does not override safety smell is not service appetite is not approval</w:t>
      </w:r>
    </w:p>
    <w:p>
      <w:pPr>
        <w:spacing w:after="60" w:line="266" w:lineRule="auto"/>
        <w:ind w:firstLine="331"/>
        <w:jc w:val="both"/>
      </w:pPr>
      <w:r>
        <w:rPr>
          <w:rFonts w:ascii="Georgia" w:hAnsi="Georgia"/>
          <w:b w:val="0"/>
          <w:i w:val="0"/>
          <w:color w:val="22201D"/>
          <w:sz w:val="20"/>
        </w:rPr>
        <w:t>Gerald looked at the minutes.</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Auditor Ives said, "You summarized yourself."</w:t>
      </w:r>
    </w:p>
    <w:p>
      <w:pPr>
        <w:spacing w:after="60" w:line="266" w:lineRule="auto"/>
        <w:ind w:firstLine="331"/>
        <w:jc w:val="both"/>
      </w:pPr>
      <w:r>
        <w:rPr>
          <w:rFonts w:ascii="Georgia" w:hAnsi="Georgia"/>
          <w:b w:val="0"/>
          <w:i w:val="0"/>
          <w:color w:val="22201D"/>
          <w:sz w:val="20"/>
        </w:rPr>
        <w:t>"The minutes summarized me."</w:t>
      </w:r>
    </w:p>
    <w:p>
      <w:pPr>
        <w:spacing w:after="60" w:line="266" w:lineRule="auto"/>
        <w:ind w:firstLine="331"/>
        <w:jc w:val="both"/>
      </w:pPr>
      <w:r>
        <w:rPr>
          <w:rFonts w:ascii="Georgia" w:hAnsi="Georgia"/>
          <w:b w:val="0"/>
          <w:i w:val="0"/>
          <w:color w:val="22201D"/>
          <w:sz w:val="20"/>
        </w:rPr>
        <w:t>"Do you object?"</w:t>
      </w:r>
    </w:p>
    <w:p>
      <w:pPr>
        <w:spacing w:after="60" w:line="266" w:lineRule="auto"/>
        <w:ind w:firstLine="331"/>
        <w:jc w:val="both"/>
      </w:pPr>
      <w:r>
        <w:rPr>
          <w:rFonts w:ascii="Georgia" w:hAnsi="Georgia"/>
          <w:b w:val="0"/>
          <w:i w:val="0"/>
          <w:color w:val="22201D"/>
          <w:sz w:val="20"/>
        </w:rPr>
        <w:t>"Not to those lines."</w:t>
      </w:r>
    </w:p>
    <w:p>
      <w:pPr>
        <w:spacing w:after="60" w:line="266" w:lineRule="auto"/>
        <w:ind w:firstLine="331"/>
        <w:jc w:val="both"/>
      </w:pPr>
      <w:r>
        <w:rPr>
          <w:rFonts w:ascii="Georgia" w:hAnsi="Georgia"/>
          <w:b w:val="0"/>
          <w:i w:val="0"/>
          <w:color w:val="22201D"/>
          <w:sz w:val="20"/>
        </w:rPr>
        <w:t>Steve raised one finger.</w:t>
      </w:r>
    </w:p>
    <w:p>
      <w:pPr>
        <w:spacing w:after="60" w:line="266" w:lineRule="auto"/>
        <w:ind w:firstLine="331"/>
        <w:jc w:val="both"/>
      </w:pPr>
      <w:r>
        <w:rPr>
          <w:rFonts w:ascii="Georgia" w:hAnsi="Georgia"/>
          <w:b w:val="0"/>
          <w:i w:val="0"/>
          <w:color w:val="22201D"/>
          <w:sz w:val="20"/>
        </w:rPr>
        <w:t>Auditor Ives said, "Recognized."</w:t>
      </w:r>
    </w:p>
    <w:p>
      <w:pPr>
        <w:spacing w:after="60" w:line="266" w:lineRule="auto"/>
        <w:ind w:firstLine="331"/>
        <w:jc w:val="both"/>
      </w:pPr>
      <w:r>
        <w:rPr>
          <w:rFonts w:ascii="Georgia" w:hAnsi="Georgia"/>
          <w:b w:val="0"/>
          <w:i w:val="0"/>
          <w:color w:val="22201D"/>
          <w:sz w:val="20"/>
        </w:rPr>
        <w:t>The placard printed:</w:t>
      </w:r>
    </w:p>
    <w:p>
      <w:pPr>
        <w:spacing w:after="60" w:line="250" w:lineRule="auto"/>
        <w:ind w:left="202" w:right="173"/>
      </w:pPr>
      <w:r>
        <w:rPr>
          <w:rFonts w:ascii="Georgia" w:hAnsi="Georgia"/>
          <w:b w:val="0"/>
          <w:i w:val="0"/>
          <w:color w:val="22201D"/>
          <w:sz w:val="17"/>
        </w:rPr>
        <w:t>Recognition granted: Steve</w:t>
      </w:r>
    </w:p>
    <w:p>
      <w:pPr>
        <w:spacing w:after="60" w:line="266" w:lineRule="auto"/>
        <w:ind w:firstLine="331"/>
        <w:jc w:val="both"/>
      </w:pPr>
      <w:r>
        <w:rPr>
          <w:rFonts w:ascii="Georgia" w:hAnsi="Georgia"/>
          <w:b w:val="0"/>
          <w:i w:val="0"/>
          <w:color w:val="22201D"/>
          <w:sz w:val="20"/>
        </w:rPr>
        <w:t>"I am concerned," Steve said, "that the record is becoming accurate faster than the procedure can govern."</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Plain testimony entered: accuracy can outrun governance</w:t>
      </w:r>
    </w:p>
    <w:p>
      <w:pPr>
        <w:spacing w:after="60" w:line="266" w:lineRule="auto"/>
        <w:ind w:firstLine="331"/>
        <w:jc w:val="both"/>
      </w:pPr>
      <w:r>
        <w:rPr>
          <w:rFonts w:ascii="Georgia" w:hAnsi="Georgia"/>
          <w:b w:val="0"/>
          <w:i w:val="0"/>
          <w:color w:val="22201D"/>
          <w:sz w:val="20"/>
        </w:rPr>
        <w:t>"Yes," Steve said. "That."</w:t>
      </w:r>
    </w:p>
    <w:p>
      <w:pPr>
        <w:spacing w:after="60" w:line="266" w:lineRule="auto"/>
        <w:ind w:firstLine="331"/>
        <w:jc w:val="both"/>
      </w:pPr>
      <w:r>
        <w:rPr>
          <w:rFonts w:ascii="Georgia" w:hAnsi="Georgia"/>
          <w:b w:val="0"/>
          <w:i w:val="0"/>
          <w:color w:val="22201D"/>
          <w:sz w:val="20"/>
        </w:rPr>
        <w:t>Auditor Ives wrote it down.</w:t>
      </w:r>
    </w:p>
    <w:p>
      <w:pPr>
        <w:spacing w:after="60" w:line="266" w:lineRule="auto"/>
        <w:ind w:firstLine="331"/>
        <w:jc w:val="both"/>
      </w:pPr>
      <w:r>
        <w:rPr>
          <w:rFonts w:ascii="Georgia" w:hAnsi="Georgia"/>
          <w:b w:val="0"/>
          <w:i w:val="0"/>
          <w:color w:val="22201D"/>
          <w:sz w:val="20"/>
        </w:rPr>
        <w:t>Gerald said, "If governance is too slow, people improvise. Improvisation can block sinks."</w:t>
      </w:r>
    </w:p>
    <w:p>
      <w:pPr>
        <w:spacing w:after="60" w:line="266" w:lineRule="auto"/>
        <w:ind w:firstLine="331"/>
        <w:jc w:val="both"/>
      </w:pPr>
      <w:r>
        <w:rPr>
          <w:rFonts w:ascii="Georgia" w:hAnsi="Georgia"/>
          <w:b w:val="0"/>
          <w:i w:val="0"/>
          <w:color w:val="22201D"/>
          <w:sz w:val="20"/>
        </w:rPr>
        <w:t>"Not every failure is a sink," Steve said.</w:t>
      </w:r>
    </w:p>
    <w:p>
      <w:pPr>
        <w:spacing w:after="60" w:line="266" w:lineRule="auto"/>
        <w:ind w:firstLine="331"/>
        <w:jc w:val="both"/>
      </w:pPr>
      <w:r>
        <w:rPr>
          <w:rFonts w:ascii="Georgia" w:hAnsi="Georgia"/>
          <w:b w:val="0"/>
          <w:i w:val="0"/>
          <w:color w:val="22201D"/>
          <w:sz w:val="20"/>
        </w:rPr>
        <w:t>"No," Gerald said. "But every sink tells the truth faster than a memo."</w:t>
      </w:r>
    </w:p>
    <w:p>
      <w:pPr>
        <w:spacing w:after="60" w:line="266" w:lineRule="auto"/>
        <w:ind w:firstLine="331"/>
        <w:jc w:val="both"/>
      </w:pPr>
      <w:r>
        <w:rPr>
          <w:rFonts w:ascii="Georgia" w:hAnsi="Georgia"/>
          <w:b w:val="0"/>
          <w:i w:val="0"/>
          <w:color w:val="22201D"/>
          <w:sz w:val="20"/>
        </w:rPr>
        <w:t>Steve considered this.</w:t>
      </w:r>
    </w:p>
    <w:p>
      <w:pPr>
        <w:spacing w:after="60" w:line="266" w:lineRule="auto"/>
        <w:ind w:firstLine="331"/>
        <w:jc w:val="both"/>
      </w:pPr>
      <w:r>
        <w:rPr>
          <w:rFonts w:ascii="Georgia" w:hAnsi="Georgia"/>
          <w:b w:val="0"/>
          <w:i w:val="0"/>
          <w:color w:val="22201D"/>
          <w:sz w:val="20"/>
        </w:rPr>
        <w:t>"That is offensive."</w:t>
      </w:r>
    </w:p>
    <w:p>
      <w:pPr>
        <w:spacing w:after="60" w:line="266" w:lineRule="auto"/>
        <w:ind w:firstLine="331"/>
        <w:jc w:val="both"/>
      </w:pPr>
      <w:r>
        <w:rPr>
          <w:rFonts w:ascii="Georgia" w:hAnsi="Georgia"/>
          <w:b w:val="0"/>
          <w:i w:val="0"/>
          <w:color w:val="22201D"/>
          <w:sz w:val="20"/>
        </w:rPr>
        <w:t>"Plain."</w:t>
      </w:r>
    </w:p>
    <w:p>
      <w:pPr>
        <w:spacing w:after="60" w:line="266" w:lineRule="auto"/>
        <w:ind w:firstLine="331"/>
        <w:jc w:val="both"/>
      </w:pPr>
      <w:r>
        <w:rPr>
          <w:rFonts w:ascii="Georgia" w:hAnsi="Georgia"/>
          <w:b w:val="0"/>
          <w:i w:val="0"/>
          <w:color w:val="22201D"/>
          <w:sz w:val="20"/>
        </w:rPr>
        <w:t>"Those are not the same."</w:t>
      </w:r>
    </w:p>
    <w:p>
      <w:pPr>
        <w:spacing w:after="60" w:line="266" w:lineRule="auto"/>
        <w:ind w:firstLine="331"/>
        <w:jc w:val="both"/>
      </w:pPr>
      <w:r>
        <w:rPr>
          <w:rFonts w:ascii="Georgia" w:hAnsi="Georgia"/>
          <w:b w:val="0"/>
          <w:i w:val="0"/>
          <w:color w:val="22201D"/>
          <w:sz w:val="20"/>
        </w:rPr>
        <w:t>Mara whispered, "Useful disagreement."</w:t>
      </w:r>
    </w:p>
    <w:p>
      <w:pPr>
        <w:spacing w:after="60" w:line="266" w:lineRule="auto"/>
        <w:ind w:firstLine="331"/>
        <w:jc w:val="both"/>
      </w:pPr>
      <w:r>
        <w:rPr>
          <w:rFonts w:ascii="Georgia" w:hAnsi="Georgia"/>
          <w:b w:val="0"/>
          <w:i w:val="0"/>
          <w:color w:val="22201D"/>
          <w:sz w:val="20"/>
        </w:rPr>
        <w:t>The brass tray printed:</w:t>
      </w:r>
    </w:p>
    <w:p>
      <w:pPr>
        <w:spacing w:after="60" w:line="250" w:lineRule="auto"/>
        <w:ind w:left="202" w:right="173"/>
      </w:pPr>
      <w:r>
        <w:rPr>
          <w:rFonts w:ascii="Georgia" w:hAnsi="Georgia"/>
          <w:b w:val="0"/>
          <w:i w:val="0"/>
          <w:color w:val="22201D"/>
          <w:sz w:val="17"/>
        </w:rPr>
        <w:t>Observer assessment: useful disagreement detected</w:t>
      </w:r>
    </w:p>
    <w:p>
      <w:pPr>
        <w:spacing w:after="60" w:line="266" w:lineRule="auto"/>
        <w:ind w:firstLine="331"/>
        <w:jc w:val="both"/>
      </w:pPr>
      <w:r>
        <w:rPr>
          <w:rFonts w:ascii="Georgia" w:hAnsi="Georgia"/>
          <w:b w:val="0"/>
          <w:i w:val="0"/>
          <w:color w:val="22201D"/>
          <w:sz w:val="20"/>
        </w:rPr>
        <w:t>The minutes added:</w:t>
      </w:r>
    </w:p>
    <w:p>
      <w:pPr>
        <w:spacing w:after="60" w:line="250" w:lineRule="auto"/>
        <w:ind w:left="202" w:right="173"/>
      </w:pPr>
      <w:r>
        <w:rPr>
          <w:rFonts w:ascii="Georgia" w:hAnsi="Georgia"/>
          <w:b w:val="0"/>
          <w:i w:val="0"/>
          <w:color w:val="22201D"/>
          <w:sz w:val="17"/>
        </w:rPr>
        <w:t>Disagreement entered: records need enough accuracy to govern consequence safety needs enough control to prevent consequence from becoming harm</w:t>
      </w:r>
    </w:p>
    <w:p>
      <w:pPr>
        <w:spacing w:after="60" w:line="266" w:lineRule="auto"/>
        <w:ind w:firstLine="331"/>
        <w:jc w:val="both"/>
      </w:pPr>
      <w:r>
        <w:rPr>
          <w:rFonts w:ascii="Georgia" w:hAnsi="Georgia"/>
          <w:b w:val="0"/>
          <w:i w:val="0"/>
          <w:color w:val="22201D"/>
          <w:sz w:val="20"/>
        </w:rPr>
        <w:t>Auditor Ives looked at the minutes.</w:t>
      </w:r>
    </w:p>
    <w:p>
      <w:pPr>
        <w:spacing w:after="60" w:line="266" w:lineRule="auto"/>
        <w:ind w:firstLine="331"/>
        <w:jc w:val="both"/>
      </w:pPr>
      <w:r>
        <w:rPr>
          <w:rFonts w:ascii="Georgia" w:hAnsi="Georgia"/>
          <w:b w:val="0"/>
          <w:i w:val="0"/>
          <w:color w:val="22201D"/>
          <w:sz w:val="20"/>
        </w:rPr>
        <w:t>"That is better than either of you said it."</w:t>
      </w:r>
    </w:p>
    <w:p>
      <w:pPr>
        <w:spacing w:after="60" w:line="266" w:lineRule="auto"/>
        <w:ind w:firstLine="331"/>
        <w:jc w:val="both"/>
      </w:pPr>
      <w:r>
        <w:rPr>
          <w:rFonts w:ascii="Georgia" w:hAnsi="Georgia"/>
          <w:b w:val="0"/>
          <w:i w:val="0"/>
          <w:color w:val="22201D"/>
          <w:sz w:val="20"/>
        </w:rPr>
        <w:t>Steve and Gerald both looked mildly offended.</w:t>
      </w:r>
    </w:p>
    <w:p>
      <w:pPr>
        <w:spacing w:after="60" w:line="266" w:lineRule="auto"/>
        <w:ind w:firstLine="331"/>
        <w:jc w:val="both"/>
      </w:pPr>
      <w:r>
        <w:rPr>
          <w:rFonts w:ascii="Georgia" w:hAnsi="Georgia"/>
          <w:b w:val="0"/>
          <w:i w:val="0"/>
          <w:color w:val="22201D"/>
          <w:sz w:val="20"/>
        </w:rPr>
        <w:t>This was useful too.</w:t>
      </w:r>
    </w:p>
    <w:p>
      <w:pPr>
        <w:spacing w:after="60" w:line="266" w:lineRule="auto"/>
        <w:ind w:firstLine="331"/>
        <w:jc w:val="both"/>
      </w:pPr>
      <w:r>
        <w:rPr>
          <w:rFonts w:ascii="Georgia" w:hAnsi="Georgia"/>
          <w:b w:val="0"/>
          <w:i w:val="0"/>
          <w:color w:val="22201D"/>
          <w:sz w:val="20"/>
        </w:rPr>
        <w:t>The Hostess spoke.</w:t>
      </w:r>
    </w:p>
    <w:p>
      <w:pPr>
        <w:spacing w:after="60" w:line="266" w:lineRule="auto"/>
        <w:ind w:firstLine="331"/>
        <w:jc w:val="both"/>
      </w:pPr>
      <w:r>
        <w:rPr>
          <w:rFonts w:ascii="Georgia" w:hAnsi="Georgia"/>
          <w:b w:val="0"/>
          <w:i w:val="0"/>
          <w:color w:val="22201D"/>
          <w:sz w:val="20"/>
        </w:rPr>
        <w:t>"The restaurant can serve only what is ordered."</w:t>
      </w:r>
    </w:p>
    <w:p>
      <w:pPr>
        <w:spacing w:after="60" w:line="266" w:lineRule="auto"/>
        <w:ind w:firstLine="331"/>
        <w:jc w:val="both"/>
      </w:pPr>
      <w:r>
        <w:rPr>
          <w:rFonts w:ascii="Georgia" w:hAnsi="Georgia"/>
          <w:b w:val="0"/>
          <w:i w:val="0"/>
          <w:color w:val="22201D"/>
          <w:sz w:val="20"/>
        </w:rPr>
        <w:t>Auditor Ives turned to her.</w:t>
      </w:r>
    </w:p>
    <w:p>
      <w:pPr>
        <w:spacing w:after="60" w:line="266" w:lineRule="auto"/>
        <w:ind w:firstLine="331"/>
        <w:jc w:val="both"/>
      </w:pPr>
      <w:r>
        <w:rPr>
          <w:rFonts w:ascii="Georgia" w:hAnsi="Georgia"/>
          <w:b w:val="0"/>
          <w:i w:val="0"/>
          <w:color w:val="22201D"/>
          <w:sz w:val="20"/>
        </w:rPr>
        <w:t>"That has not always appeared true."</w:t>
      </w:r>
    </w:p>
    <w:p>
      <w:pPr>
        <w:spacing w:after="60" w:line="266" w:lineRule="auto"/>
        <w:ind w:firstLine="331"/>
        <w:jc w:val="both"/>
      </w:pPr>
      <w:r>
        <w:rPr>
          <w:rFonts w:ascii="Georgia" w:hAnsi="Georgia"/>
          <w:b w:val="0"/>
          <w:i w:val="0"/>
          <w:color w:val="22201D"/>
          <w:sz w:val="20"/>
        </w:rPr>
        <w:t>"No," said the Hostess. "The restaurant can also reveal what has already been ordered by conduct."</w:t>
      </w:r>
    </w:p>
    <w:p>
      <w:pPr>
        <w:spacing w:after="60" w:line="266" w:lineRule="auto"/>
        <w:ind w:firstLine="331"/>
        <w:jc w:val="both"/>
      </w:pPr>
      <w:r>
        <w:rPr>
          <w:rFonts w:ascii="Georgia" w:hAnsi="Georgia"/>
          <w:b w:val="0"/>
          <w:i w:val="0"/>
          <w:color w:val="22201D"/>
          <w:sz w:val="20"/>
        </w:rPr>
        <w:t>The room adjusted around the sentence.</w:t>
      </w:r>
    </w:p>
    <w:p>
      <w:pPr>
        <w:spacing w:after="60" w:line="266" w:lineRule="auto"/>
        <w:ind w:firstLine="331"/>
        <w:jc w:val="both"/>
      </w:pPr>
      <w:r>
        <w:rPr>
          <w:rFonts w:ascii="Georgia" w:hAnsi="Georgia"/>
          <w:b w:val="0"/>
          <w:i w:val="0"/>
          <w:color w:val="22201D"/>
          <w:sz w:val="20"/>
        </w:rPr>
        <w:t>Flocc felt it land near him and did not move.</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Plain testimony entered: conduct orders before language catches up</w:t>
      </w:r>
    </w:p>
    <w:p>
      <w:pPr>
        <w:spacing w:after="60" w:line="266" w:lineRule="auto"/>
        <w:ind w:firstLine="331"/>
        <w:jc w:val="both"/>
      </w:pPr>
      <w:r>
        <w:rPr>
          <w:rFonts w:ascii="Georgia" w:hAnsi="Georgia"/>
          <w:b w:val="0"/>
          <w:i w:val="0"/>
          <w:color w:val="22201D"/>
          <w:sz w:val="20"/>
        </w:rPr>
        <w:t>Auditor Ives said, "That is where protection becomes difficult. If conduct orders, who proves the order?"</w:t>
      </w:r>
    </w:p>
    <w:p>
      <w:pPr>
        <w:spacing w:after="60" w:line="266" w:lineRule="auto"/>
        <w:ind w:firstLine="331"/>
        <w:jc w:val="both"/>
      </w:pPr>
      <w:r>
        <w:rPr>
          <w:rFonts w:ascii="Georgia" w:hAnsi="Georgia"/>
          <w:b w:val="0"/>
          <w:i w:val="0"/>
          <w:color w:val="22201D"/>
          <w:sz w:val="20"/>
        </w:rPr>
        <w:t>"The bill," said the Hostess.</w:t>
      </w:r>
    </w:p>
    <w:p>
      <w:pPr>
        <w:spacing w:after="60" w:line="266" w:lineRule="auto"/>
        <w:ind w:firstLine="331"/>
        <w:jc w:val="both"/>
      </w:pPr>
      <w:r>
        <w:rPr>
          <w:rFonts w:ascii="Georgia" w:hAnsi="Georgia"/>
          <w:b w:val="0"/>
          <w:i w:val="0"/>
          <w:color w:val="22201D"/>
          <w:sz w:val="20"/>
        </w:rPr>
        <w:t>"The bill is not neutral."</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"Who audits the bill?"</w:t>
      </w:r>
    </w:p>
    <w:p>
      <w:pPr>
        <w:spacing w:after="60" w:line="266" w:lineRule="auto"/>
        <w:ind w:firstLine="331"/>
        <w:jc w:val="both"/>
      </w:pPr>
      <w:r>
        <w:rPr>
          <w:rFonts w:ascii="Georgia" w:hAnsi="Georgia"/>
          <w:b w:val="0"/>
          <w:i w:val="0"/>
          <w:color w:val="22201D"/>
          <w:sz w:val="20"/>
        </w:rPr>
        <w:t>No one answered immediately.</w:t>
      </w:r>
    </w:p>
    <w:p>
      <w:pPr>
        <w:spacing w:after="60" w:line="266" w:lineRule="auto"/>
        <w:ind w:firstLine="331"/>
        <w:jc w:val="both"/>
      </w:pPr>
      <w:r>
        <w:rPr>
          <w:rFonts w:ascii="Georgia" w:hAnsi="Georgia"/>
          <w:b w:val="0"/>
          <w:i w:val="0"/>
          <w:color w:val="22201D"/>
          <w:sz w:val="20"/>
        </w:rPr>
        <w:t>This was the first genuinely frightening silence of the hearing.</w:t>
      </w:r>
    </w:p>
    <w:p>
      <w:pPr>
        <w:spacing w:after="60" w:line="266" w:lineRule="auto"/>
        <w:ind w:firstLine="331"/>
        <w:jc w:val="both"/>
      </w:pPr>
      <w:r>
        <w:rPr>
          <w:rFonts w:ascii="Georgia" w:hAnsi="Georgia"/>
          <w:b w:val="0"/>
          <w:i w:val="0"/>
          <w:color w:val="22201D"/>
          <w:sz w:val="20"/>
        </w:rPr>
        <w:t>The bill at Flocc's table printed:</w:t>
      </w:r>
    </w:p>
    <w:p>
      <w:pPr>
        <w:spacing w:after="60" w:line="250" w:lineRule="auto"/>
        <w:ind w:left="202" w:right="173"/>
      </w:pPr>
      <w:r>
        <w:rPr>
          <w:rFonts w:ascii="Georgia" w:hAnsi="Georgia"/>
          <w:b w:val="0"/>
          <w:i w:val="0"/>
          <w:color w:val="22201D"/>
          <w:sz w:val="17"/>
        </w:rPr>
        <w:t>Line 034: Question accepted: who audits the bill? Amount due: do not answer too quickly</w:t>
      </w:r>
    </w:p>
    <w:p>
      <w:pPr>
        <w:spacing w:after="60" w:line="266" w:lineRule="auto"/>
        <w:ind w:firstLine="331"/>
        <w:jc w:val="both"/>
      </w:pPr>
      <w:r>
        <w:rPr>
          <w:rFonts w:ascii="Georgia" w:hAnsi="Georgia"/>
          <w:b w:val="0"/>
          <w:i w:val="0"/>
          <w:color w:val="22201D"/>
          <w:sz w:val="20"/>
        </w:rPr>
        <w:t>Flocc did not.</w:t>
      </w:r>
    </w:p>
    <w:p>
      <w:pPr>
        <w:spacing w:after="60" w:line="266" w:lineRule="auto"/>
        <w:ind w:firstLine="331"/>
        <w:jc w:val="both"/>
      </w:pPr>
      <w:r>
        <w:rPr>
          <w:rFonts w:ascii="Georgia" w:hAnsi="Georgia"/>
          <w:b w:val="0"/>
          <w:i w:val="0"/>
          <w:color w:val="22201D"/>
          <w:sz w:val="20"/>
        </w:rPr>
        <w:t>Mara did not.</w:t>
      </w:r>
    </w:p>
    <w:p>
      <w:pPr>
        <w:spacing w:after="60" w:line="266" w:lineRule="auto"/>
        <w:ind w:firstLine="331"/>
        <w:jc w:val="both"/>
      </w:pPr>
      <w:r>
        <w:rPr>
          <w:rFonts w:ascii="Georgia" w:hAnsi="Georgia"/>
          <w:b w:val="0"/>
          <w:i w:val="0"/>
          <w:color w:val="22201D"/>
          <w:sz w:val="20"/>
        </w:rPr>
        <w:t>Steve looked at Auditor Ives. Gerald looked at the Hostess. Auditor Ives looked at the documents. The Hostess looked at the table.</w:t>
      </w:r>
    </w:p>
    <w:p>
      <w:pPr>
        <w:spacing w:after="60" w:line="266" w:lineRule="auto"/>
        <w:ind w:firstLine="331"/>
        <w:jc w:val="both"/>
      </w:pPr>
      <w:r>
        <w:rPr>
          <w:rFonts w:ascii="Georgia" w:hAnsi="Georgia"/>
          <w:b w:val="0"/>
          <w:i w:val="0"/>
          <w:color w:val="22201D"/>
          <w:sz w:val="20"/>
        </w:rPr>
        <w:t>Table Four printed:</w:t>
      </w:r>
    </w:p>
    <w:p>
      <w:pPr>
        <w:spacing w:after="60" w:line="250" w:lineRule="auto"/>
        <w:ind w:left="202" w:right="173"/>
      </w:pPr>
      <w:r>
        <w:rPr>
          <w:rFonts w:ascii="Georgia" w:hAnsi="Georgia"/>
          <w:b w:val="0"/>
          <w:i w:val="0"/>
          <w:color w:val="22201D"/>
          <w:sz w:val="17"/>
        </w:rPr>
        <w:t>Answer pending.</w:t>
      </w:r>
    </w:p>
    <w:p>
      <w:pPr>
        <w:spacing w:after="60" w:line="266" w:lineRule="auto"/>
        <w:ind w:firstLine="331"/>
        <w:jc w:val="both"/>
      </w:pPr>
      <w:r>
        <w:rPr>
          <w:rFonts w:ascii="Georgia" w:hAnsi="Georgia"/>
          <w:b w:val="0"/>
          <w:i w:val="0"/>
          <w:color w:val="22201D"/>
          <w:sz w:val="20"/>
        </w:rPr>
        <w:t>Auditor Ives said, "Then no enforcement classification can rely solely on the bill."</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Steve said, "The bill can be evidence, not sole authority."</w:t>
      </w:r>
    </w:p>
    <w:p>
      <w:pPr>
        <w:spacing w:after="60" w:line="266" w:lineRule="auto"/>
        <w:ind w:firstLine="331"/>
        <w:jc w:val="both"/>
      </w:pPr>
      <w:r>
        <w:rPr>
          <w:rFonts w:ascii="Georgia" w:hAnsi="Georgia"/>
          <w:b w:val="0"/>
          <w:i w:val="0"/>
          <w:color w:val="22201D"/>
          <w:sz w:val="20"/>
        </w:rPr>
        <w:t>Gerald said, "Evidence handled under controls."</w:t>
      </w:r>
    </w:p>
    <w:p>
      <w:pPr>
        <w:spacing w:after="60" w:line="266" w:lineRule="auto"/>
        <w:ind w:firstLine="331"/>
        <w:jc w:val="both"/>
      </w:pPr>
      <w:r>
        <w:rPr>
          <w:rFonts w:ascii="Georgia" w:hAnsi="Georgia"/>
          <w:b w:val="0"/>
          <w:i w:val="0"/>
          <w:color w:val="22201D"/>
          <w:sz w:val="20"/>
        </w:rPr>
        <w:t>Auditor Ives wrote:</w:t>
      </w:r>
    </w:p>
    <w:p>
      <w:pPr>
        <w:spacing w:after="60" w:line="250" w:lineRule="auto"/>
        <w:ind w:left="202" w:right="173"/>
      </w:pPr>
      <w:r>
        <w:rPr>
          <w:rFonts w:ascii="Georgia" w:hAnsi="Georgia"/>
          <w:b w:val="0"/>
          <w:i w:val="0"/>
          <w:color w:val="22201D"/>
          <w:sz w:val="17"/>
        </w:rPr>
        <w:t>Bill status: evidence not sole authority requires cross-check</w:t>
      </w:r>
    </w:p>
    <w:p>
      <w:pPr>
        <w:spacing w:after="60" w:line="266" w:lineRule="auto"/>
        <w:ind w:firstLine="331"/>
        <w:jc w:val="both"/>
      </w:pPr>
      <w:r>
        <w:rPr>
          <w:rFonts w:ascii="Georgia" w:hAnsi="Georgia"/>
          <w:b w:val="0"/>
          <w:i w:val="0"/>
          <w:color w:val="22201D"/>
          <w:sz w:val="20"/>
        </w:rPr>
        <w:t>The minutes accepted it.</w:t>
      </w:r>
    </w:p>
    <w:p>
      <w:pPr>
        <w:spacing w:after="60" w:line="266" w:lineRule="auto"/>
        <w:ind w:firstLine="331"/>
        <w:jc w:val="both"/>
      </w:pPr>
      <w:r>
        <w:rPr>
          <w:rFonts w:ascii="Georgia" w:hAnsi="Georgia"/>
          <w:b w:val="0"/>
          <w:i w:val="0"/>
          <w:color w:val="22201D"/>
          <w:sz w:val="20"/>
        </w:rPr>
        <w:t>The room breathed.</w:t>
      </w:r>
    </w:p>
    <w:p>
      <w:pPr>
        <w:spacing w:after="60" w:line="266" w:lineRule="auto"/>
        <w:ind w:firstLine="331"/>
        <w:jc w:val="both"/>
      </w:pPr>
      <w:r>
        <w:rPr>
          <w:rFonts w:ascii="Georgia" w:hAnsi="Georgia"/>
          <w:b w:val="0"/>
          <w:i w:val="0"/>
          <w:color w:val="22201D"/>
          <w:sz w:val="20"/>
        </w:rPr>
        <w:t>Flocc realized he had been holding his breath because part of him still wanted the bill to be magic enough to remove the need for people. This was not a flattering discovery. It was, however, timely.</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Discovery entered: wanting magic to replace people</w:t>
      </w:r>
    </w:p>
    <w:p>
      <w:pPr>
        <w:spacing w:after="60" w:line="266" w:lineRule="auto"/>
        <w:ind w:firstLine="331"/>
        <w:jc w:val="both"/>
      </w:pPr>
      <w:r>
        <w:rPr>
          <w:rFonts w:ascii="Georgia" w:hAnsi="Georgia"/>
          <w:b w:val="0"/>
          <w:i w:val="0"/>
          <w:color w:val="22201D"/>
          <w:sz w:val="20"/>
        </w:rPr>
        <w:t>Mara glanced at him.</w:t>
      </w:r>
    </w:p>
    <w:p>
      <w:pPr>
        <w:spacing w:after="60" w:line="266" w:lineRule="auto"/>
        <w:ind w:firstLine="331"/>
        <w:jc w:val="both"/>
      </w:pPr>
      <w:r>
        <w:rPr>
          <w:rFonts w:ascii="Georgia" w:hAnsi="Georgia"/>
          <w:b w:val="0"/>
          <w:i w:val="0"/>
          <w:color w:val="22201D"/>
          <w:sz w:val="20"/>
        </w:rPr>
        <w:t>"You okay?"</w:t>
      </w:r>
    </w:p>
    <w:p>
      <w:pPr>
        <w:spacing w:after="60" w:line="266" w:lineRule="auto"/>
        <w:ind w:firstLine="331"/>
        <w:jc w:val="both"/>
      </w:pPr>
      <w:r>
        <w:rPr>
          <w:rFonts w:ascii="Georgia" w:hAnsi="Georgia"/>
          <w:b w:val="0"/>
          <w:i w:val="0"/>
          <w:color w:val="22201D"/>
          <w:sz w:val="20"/>
        </w:rPr>
        <w:t>"Not comfortably."</w:t>
      </w:r>
    </w:p>
    <w:p>
      <w:pPr>
        <w:spacing w:after="60" w:line="266" w:lineRule="auto"/>
        <w:ind w:firstLine="331"/>
        <w:jc w:val="both"/>
      </w:pPr>
      <w:r>
        <w:rPr>
          <w:rFonts w:ascii="Georgia" w:hAnsi="Georgia"/>
          <w:b w:val="0"/>
          <w:i w:val="0"/>
          <w:color w:val="22201D"/>
          <w:sz w:val="20"/>
        </w:rPr>
        <w:t>"Good answer."</w:t>
      </w:r>
    </w:p>
    <w:p>
      <w:pPr>
        <w:spacing w:after="60" w:line="266" w:lineRule="auto"/>
        <w:ind w:firstLine="331"/>
        <w:jc w:val="both"/>
      </w:pPr>
      <w:r>
        <w:rPr>
          <w:rFonts w:ascii="Georgia" w:hAnsi="Georgia"/>
          <w:b w:val="0"/>
          <w:i w:val="0"/>
          <w:color w:val="22201D"/>
          <w:sz w:val="20"/>
        </w:rPr>
        <w:t>Auditor Ives said, "I will call observer testimony."</w:t>
      </w:r>
    </w:p>
    <w:p>
      <w:pPr>
        <w:spacing w:after="60" w:line="266" w:lineRule="auto"/>
        <w:ind w:firstLine="331"/>
        <w:jc w:val="both"/>
      </w:pPr>
      <w:r>
        <w:rPr>
          <w:rFonts w:ascii="Georgia" w:hAnsi="Georgia"/>
          <w:b w:val="0"/>
          <w:i w:val="0"/>
          <w:color w:val="22201D"/>
          <w:sz w:val="20"/>
        </w:rPr>
        <w:t>Flocc made the mistake of looking relieved that she might mean Mara.</w:t>
      </w:r>
    </w:p>
    <w:p>
      <w:pPr>
        <w:spacing w:after="60" w:line="266" w:lineRule="auto"/>
        <w:ind w:firstLine="331"/>
        <w:jc w:val="both"/>
      </w:pPr>
      <w:r>
        <w:rPr>
          <w:rFonts w:ascii="Georgia" w:hAnsi="Georgia"/>
          <w:b w:val="0"/>
          <w:i w:val="0"/>
          <w:color w:val="22201D"/>
          <w:sz w:val="20"/>
        </w:rPr>
        <w:t>Auditor Ives said, "Flocc."</w:t>
      </w:r>
    </w:p>
    <w:p>
      <w:pPr>
        <w:spacing w:after="60" w:line="266" w:lineRule="auto"/>
        <w:ind w:firstLine="331"/>
        <w:jc w:val="both"/>
      </w:pPr>
      <w:r>
        <w:rPr>
          <w:rFonts w:ascii="Georgia" w:hAnsi="Georgia"/>
          <w:b w:val="0"/>
          <w:i w:val="0"/>
          <w:color w:val="22201D"/>
          <w:sz w:val="20"/>
        </w:rPr>
        <w:t>The brass tray printed:</w:t>
      </w:r>
    </w:p>
    <w:p>
      <w:pPr>
        <w:spacing w:after="60" w:line="250" w:lineRule="auto"/>
        <w:ind w:left="202" w:right="173"/>
      </w:pPr>
      <w:r>
        <w:rPr>
          <w:rFonts w:ascii="Georgia" w:hAnsi="Georgia"/>
          <w:b w:val="0"/>
          <w:i w:val="0"/>
          <w:color w:val="22201D"/>
          <w:sz w:val="17"/>
        </w:rPr>
        <w:t>Performance status: still not requested</w:t>
      </w:r>
    </w:p>
    <w:p>
      <w:pPr>
        <w:spacing w:after="60" w:line="266" w:lineRule="auto"/>
        <w:ind w:firstLine="331"/>
        <w:jc w:val="both"/>
      </w:pPr>
      <w:r>
        <w:rPr>
          <w:rFonts w:ascii="Georgia" w:hAnsi="Georgia"/>
          <w:b w:val="0"/>
          <w:i w:val="0"/>
          <w:color w:val="22201D"/>
          <w:sz w:val="20"/>
        </w:rPr>
        <w:t>He stood too quickly, then sat back down because no one had asked him to stand.</w:t>
      </w:r>
    </w:p>
    <w:p>
      <w:pPr>
        <w:spacing w:after="60" w:line="266" w:lineRule="auto"/>
        <w:ind w:firstLine="331"/>
        <w:jc w:val="both"/>
      </w:pPr>
      <w:r>
        <w:rPr>
          <w:rFonts w:ascii="Georgia" w:hAnsi="Georgia"/>
          <w:b w:val="0"/>
          <w:i w:val="0"/>
          <w:color w:val="22201D"/>
          <w:sz w:val="20"/>
        </w:rPr>
        <w:t>"Do I stand?"</w:t>
      </w:r>
    </w:p>
    <w:p>
      <w:pPr>
        <w:spacing w:after="60" w:line="266" w:lineRule="auto"/>
        <w:ind w:firstLine="331"/>
        <w:jc w:val="both"/>
      </w:pPr>
      <w:r>
        <w:rPr>
          <w:rFonts w:ascii="Georgia" w:hAnsi="Georgia"/>
          <w:b w:val="0"/>
          <w:i w:val="0"/>
          <w:color w:val="22201D"/>
          <w:sz w:val="20"/>
        </w:rPr>
        <w:t>Auditor Ives said, "No."</w:t>
      </w:r>
    </w:p>
    <w:p>
      <w:pPr>
        <w:spacing w:after="60" w:line="266" w:lineRule="auto"/>
        <w:ind w:firstLine="331"/>
        <w:jc w:val="both"/>
      </w:pPr>
      <w:r>
        <w:rPr>
          <w:rFonts w:ascii="Georgia" w:hAnsi="Georgia"/>
          <w:b w:val="0"/>
          <w:i w:val="0"/>
          <w:color w:val="22201D"/>
          <w:sz w:val="20"/>
        </w:rPr>
        <w:t>The placard printed:</w:t>
      </w:r>
    </w:p>
    <w:p>
      <w:pPr>
        <w:spacing w:after="60" w:line="250" w:lineRule="auto"/>
        <w:ind w:left="202" w:right="173"/>
      </w:pPr>
      <w:r>
        <w:rPr>
          <w:rFonts w:ascii="Georgia" w:hAnsi="Georgia"/>
          <w:b w:val="0"/>
          <w:i w:val="0"/>
          <w:color w:val="22201D"/>
          <w:sz w:val="17"/>
        </w:rPr>
        <w:t>Seated testimony permitted.</w:t>
      </w:r>
    </w:p>
    <w:p>
      <w:pPr>
        <w:spacing w:after="60" w:line="266" w:lineRule="auto"/>
        <w:ind w:firstLine="331"/>
        <w:jc w:val="both"/>
      </w:pPr>
      <w:r>
        <w:rPr>
          <w:rFonts w:ascii="Georgia" w:hAnsi="Georgia"/>
          <w:b w:val="0"/>
          <w:i w:val="0"/>
          <w:color w:val="22201D"/>
          <w:sz w:val="20"/>
        </w:rPr>
        <w:t>Flocc remained seated.</w:t>
      </w:r>
    </w:p>
    <w:p>
      <w:pPr>
        <w:spacing w:after="60" w:line="266" w:lineRule="auto"/>
        <w:ind w:firstLine="331"/>
        <w:jc w:val="both"/>
      </w:pPr>
      <w:r>
        <w:rPr>
          <w:rFonts w:ascii="Georgia" w:hAnsi="Georgia"/>
          <w:b w:val="0"/>
          <w:i w:val="0"/>
          <w:color w:val="22201D"/>
          <w:sz w:val="20"/>
        </w:rPr>
        <w:t>This felt less heroic, which was helpful.</w:t>
      </w:r>
    </w:p>
    <w:p>
      <w:pPr>
        <w:spacing w:after="60" w:line="266" w:lineRule="auto"/>
        <w:ind w:firstLine="331"/>
        <w:jc w:val="both"/>
      </w:pPr>
      <w:r>
        <w:rPr>
          <w:rFonts w:ascii="Georgia" w:hAnsi="Georgia"/>
          <w:b w:val="0"/>
          <w:i w:val="0"/>
          <w:color w:val="22201D"/>
          <w:sz w:val="20"/>
        </w:rPr>
        <w:t>Auditor Ives said, "Plain testimony. What did the restaurant charge you that the city would not ordinarily recognize?"</w:t>
      </w:r>
    </w:p>
    <w:p>
      <w:pPr>
        <w:spacing w:after="60" w:line="266" w:lineRule="auto"/>
        <w:ind w:firstLine="331"/>
        <w:jc w:val="both"/>
      </w:pPr>
      <w:r>
        <w:rPr>
          <w:rFonts w:ascii="Georgia" w:hAnsi="Georgia"/>
          <w:b w:val="0"/>
          <w:i w:val="0"/>
          <w:color w:val="22201D"/>
          <w:sz w:val="20"/>
        </w:rPr>
        <w:t>Flocc looked at the bill.</w:t>
      </w:r>
    </w:p>
    <w:p>
      <w:pPr>
        <w:spacing w:after="60" w:line="266" w:lineRule="auto"/>
        <w:ind w:firstLine="331"/>
        <w:jc w:val="both"/>
      </w:pPr>
      <w:r>
        <w:rPr>
          <w:rFonts w:ascii="Georgia" w:hAnsi="Georgia"/>
          <w:b w:val="0"/>
          <w:i w:val="0"/>
          <w:color w:val="22201D"/>
          <w:sz w:val="20"/>
        </w:rPr>
        <w:t>The bill did not help him.</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He looked at Mara.</w:t>
      </w:r>
    </w:p>
    <w:p>
      <w:pPr>
        <w:spacing w:after="60" w:line="266" w:lineRule="auto"/>
        <w:ind w:firstLine="331"/>
        <w:jc w:val="both"/>
      </w:pPr>
      <w:r>
        <w:rPr>
          <w:rFonts w:ascii="Georgia" w:hAnsi="Georgia"/>
          <w:b w:val="0"/>
          <w:i w:val="0"/>
          <w:color w:val="22201D"/>
          <w:sz w:val="20"/>
        </w:rPr>
        <w:t>Mara did not help him either.</w:t>
      </w:r>
    </w:p>
    <w:p>
      <w:pPr>
        <w:spacing w:after="60" w:line="266" w:lineRule="auto"/>
        <w:ind w:firstLine="331"/>
        <w:jc w:val="both"/>
      </w:pPr>
      <w:r>
        <w:rPr>
          <w:rFonts w:ascii="Georgia" w:hAnsi="Georgia"/>
          <w:b w:val="0"/>
          <w:i w:val="0"/>
          <w:color w:val="22201D"/>
          <w:sz w:val="20"/>
        </w:rPr>
        <w:t>Better.</w:t>
      </w:r>
    </w:p>
    <w:p>
      <w:pPr>
        <w:spacing w:after="60" w:line="266" w:lineRule="auto"/>
        <w:ind w:firstLine="331"/>
        <w:jc w:val="both"/>
      </w:pPr>
      <w:r>
        <w:rPr>
          <w:rFonts w:ascii="Georgia" w:hAnsi="Georgia"/>
          <w:b w:val="0"/>
          <w:i w:val="0"/>
          <w:color w:val="22201D"/>
          <w:sz w:val="20"/>
        </w:rPr>
        <w:t>He looked at Table Four.</w:t>
      </w:r>
    </w:p>
    <w:p>
      <w:pPr>
        <w:spacing w:after="60" w:line="266" w:lineRule="auto"/>
        <w:ind w:firstLine="331"/>
        <w:jc w:val="both"/>
      </w:pPr>
      <w:r>
        <w:rPr>
          <w:rFonts w:ascii="Georgia" w:hAnsi="Georgia"/>
          <w:b w:val="0"/>
          <w:i w:val="0"/>
          <w:color w:val="22201D"/>
          <w:sz w:val="20"/>
        </w:rPr>
        <w:t>"Attention," he said. "Honesty. Listening. Admission. Not as ideas. As things that changed what I owed."</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Plain testimony entered: non-monetary charges changed obligation</w:t>
      </w:r>
    </w:p>
    <w:p>
      <w:pPr>
        <w:spacing w:after="60" w:line="266" w:lineRule="auto"/>
        <w:ind w:firstLine="331"/>
        <w:jc w:val="both"/>
      </w:pPr>
      <w:r>
        <w:rPr>
          <w:rFonts w:ascii="Georgia" w:hAnsi="Georgia"/>
          <w:b w:val="0"/>
          <w:i w:val="0"/>
          <w:color w:val="22201D"/>
          <w:sz w:val="20"/>
        </w:rPr>
        <w:t>Auditor Ives asked, "Did you feel coerced?"</w:t>
      </w:r>
    </w:p>
    <w:p>
      <w:pPr>
        <w:spacing w:after="60" w:line="266" w:lineRule="auto"/>
        <w:ind w:firstLine="331"/>
        <w:jc w:val="both"/>
      </w:pPr>
      <w:r>
        <w:rPr>
          <w:rFonts w:ascii="Georgia" w:hAnsi="Georgia"/>
          <w:b w:val="0"/>
          <w:i w:val="0"/>
          <w:color w:val="22201D"/>
          <w:sz w:val="20"/>
        </w:rPr>
        <w:t>Flocc started to answer quickly, then stopped.</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Pause accepted.</w:t>
      </w:r>
    </w:p>
    <w:p>
      <w:pPr>
        <w:spacing w:after="60" w:line="266" w:lineRule="auto"/>
        <w:ind w:firstLine="331"/>
        <w:jc w:val="both"/>
      </w:pPr>
      <w:r>
        <w:rPr>
          <w:rFonts w:ascii="Georgia" w:hAnsi="Georgia"/>
          <w:b w:val="0"/>
          <w:i w:val="0"/>
          <w:color w:val="22201D"/>
          <w:sz w:val="20"/>
        </w:rPr>
        <w:t>"Sometimes," he said.</w:t>
      </w:r>
    </w:p>
    <w:p>
      <w:pPr>
        <w:spacing w:after="60" w:line="266" w:lineRule="auto"/>
        <w:ind w:firstLine="331"/>
        <w:jc w:val="both"/>
      </w:pPr>
      <w:r>
        <w:rPr>
          <w:rFonts w:ascii="Georgia" w:hAnsi="Georgia"/>
          <w:b w:val="0"/>
          <w:i w:val="0"/>
          <w:color w:val="22201D"/>
          <w:sz w:val="20"/>
        </w:rPr>
        <w:t>The Hostess did not move.</w:t>
      </w:r>
    </w:p>
    <w:p>
      <w:pPr>
        <w:spacing w:after="60" w:line="266" w:lineRule="auto"/>
        <w:ind w:firstLine="331"/>
        <w:jc w:val="both"/>
      </w:pPr>
      <w:r>
        <w:rPr>
          <w:rFonts w:ascii="Georgia" w:hAnsi="Georgia"/>
          <w:b w:val="0"/>
          <w:i w:val="0"/>
          <w:color w:val="22201D"/>
          <w:sz w:val="20"/>
        </w:rPr>
        <w:t>Auditor Ives wrote the word.</w:t>
      </w:r>
    </w:p>
    <w:p>
      <w:pPr>
        <w:spacing w:after="60" w:line="266" w:lineRule="auto"/>
        <w:ind w:firstLine="331"/>
        <w:jc w:val="both"/>
      </w:pPr>
      <w:r>
        <w:rPr>
          <w:rFonts w:ascii="Georgia" w:hAnsi="Georgia"/>
          <w:b w:val="0"/>
          <w:i w:val="0"/>
          <w:color w:val="22201D"/>
          <w:sz w:val="20"/>
        </w:rPr>
        <w:t>"By whom?"</w:t>
      </w:r>
    </w:p>
    <w:p>
      <w:pPr>
        <w:spacing w:after="60" w:line="266" w:lineRule="auto"/>
        <w:ind w:firstLine="331"/>
        <w:jc w:val="both"/>
      </w:pPr>
      <w:r>
        <w:rPr>
          <w:rFonts w:ascii="Georgia" w:hAnsi="Georgia"/>
          <w:b w:val="0"/>
          <w:i w:val="0"/>
          <w:color w:val="22201D"/>
          <w:sz w:val="20"/>
        </w:rPr>
        <w:t>Flocc looked at the bill again.</w:t>
      </w:r>
    </w:p>
    <w:p>
      <w:pPr>
        <w:spacing w:after="60" w:line="266" w:lineRule="auto"/>
        <w:ind w:firstLine="331"/>
        <w:jc w:val="both"/>
      </w:pPr>
      <w:r>
        <w:rPr>
          <w:rFonts w:ascii="Georgia" w:hAnsi="Georgia"/>
          <w:b w:val="0"/>
          <w:i w:val="0"/>
          <w:color w:val="22201D"/>
          <w:sz w:val="20"/>
        </w:rPr>
        <w:t>"Not always by the restaurant," he said. "Sometimes by what I already knew and did not want named."</w:t>
      </w:r>
    </w:p>
    <w:p>
      <w:pPr>
        <w:spacing w:after="60" w:line="266" w:lineRule="auto"/>
        <w:ind w:firstLine="331"/>
        <w:jc w:val="both"/>
      </w:pPr>
      <w:r>
        <w:rPr>
          <w:rFonts w:ascii="Georgia" w:hAnsi="Georgia"/>
          <w:b w:val="0"/>
          <w:i w:val="0"/>
          <w:color w:val="22201D"/>
          <w:sz w:val="20"/>
        </w:rPr>
        <w:t>Auditor Ives said, "That is not enough."</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"Plainer."</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"The restaurant made avoidance expensive. I do not know when that becomes help and when it becomes pressure."</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Plain testimony entered: making avoidance expensive may help making avoidance expensive may pressure classification unresolved</w:t>
      </w:r>
    </w:p>
    <w:p>
      <w:pPr>
        <w:spacing w:after="60" w:line="266" w:lineRule="auto"/>
        <w:ind w:firstLine="331"/>
        <w:jc w:val="both"/>
      </w:pPr>
      <w:r>
        <w:rPr>
          <w:rFonts w:ascii="Georgia" w:hAnsi="Georgia"/>
          <w:b w:val="0"/>
          <w:i w:val="0"/>
          <w:color w:val="22201D"/>
          <w:sz w:val="20"/>
        </w:rPr>
        <w:t>Auditor Ives nodded once.</w:t>
      </w:r>
    </w:p>
    <w:p>
      <w:pPr>
        <w:spacing w:after="60" w:line="266" w:lineRule="auto"/>
        <w:ind w:firstLine="331"/>
        <w:jc w:val="both"/>
      </w:pPr>
      <w:r>
        <w:rPr>
          <w:rFonts w:ascii="Georgia" w:hAnsi="Georgia"/>
          <w:b w:val="0"/>
          <w:i w:val="0"/>
          <w:color w:val="22201D"/>
          <w:sz w:val="20"/>
        </w:rPr>
        <w:t>"That is useful."</w:t>
      </w:r>
    </w:p>
    <w:p>
      <w:pPr>
        <w:spacing w:after="60" w:line="266" w:lineRule="auto"/>
        <w:ind w:firstLine="331"/>
        <w:jc w:val="both"/>
      </w:pPr>
      <w:r>
        <w:rPr>
          <w:rFonts w:ascii="Georgia" w:hAnsi="Georgia"/>
          <w:b w:val="0"/>
          <w:i w:val="0"/>
          <w:color w:val="22201D"/>
          <w:sz w:val="20"/>
        </w:rPr>
        <w:t>Flocc did not ask if he had done well.</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Credit not requested. Credit not issued.</w:t>
      </w:r>
    </w:p>
    <w:p>
      <w:pPr>
        <w:spacing w:after="60" w:line="266" w:lineRule="auto"/>
        <w:ind w:firstLine="331"/>
        <w:jc w:val="both"/>
      </w:pPr>
      <w:r>
        <w:rPr>
          <w:rFonts w:ascii="Georgia" w:hAnsi="Georgia"/>
          <w:b w:val="0"/>
          <w:i w:val="0"/>
          <w:color w:val="22201D"/>
          <w:sz w:val="20"/>
        </w:rPr>
        <w:t>Mara's mouth moved like she was hiding a smile, but she did not turn it into a receipt.</w:t>
      </w:r>
    </w:p>
    <w:p>
      <w:pPr>
        <w:spacing w:after="60" w:line="266" w:lineRule="auto"/>
        <w:ind w:firstLine="331"/>
        <w:jc w:val="both"/>
      </w:pPr>
      <w:r>
        <w:rPr>
          <w:rFonts w:ascii="Georgia" w:hAnsi="Georgia"/>
          <w:b w:val="0"/>
          <w:i w:val="0"/>
          <w:color w:val="22201D"/>
          <w:sz w:val="20"/>
        </w:rPr>
        <w:t>Auditor Ives said, "Mara."</w:t>
      </w:r>
    </w:p>
    <w:p>
      <w:pPr>
        <w:spacing w:after="60" w:line="266" w:lineRule="auto"/>
        <w:ind w:firstLine="331"/>
        <w:jc w:val="both"/>
      </w:pPr>
      <w:r>
        <w:rPr>
          <w:rFonts w:ascii="Georgia" w:hAnsi="Georgia"/>
          <w:b w:val="0"/>
          <w:i w:val="0"/>
          <w:color w:val="22201D"/>
          <w:sz w:val="20"/>
        </w:rPr>
        <w:t>Mara sat straighter.</w:t>
      </w:r>
    </w:p>
    <w:p>
      <w:pPr>
        <w:spacing w:after="60" w:line="266" w:lineRule="auto"/>
        <w:ind w:firstLine="331"/>
        <w:jc w:val="both"/>
      </w:pPr>
      <w:r>
        <w:rPr>
          <w:rFonts w:ascii="Georgia" w:hAnsi="Georgia"/>
          <w:b w:val="0"/>
          <w:i w:val="0"/>
          <w:color w:val="22201D"/>
          <w:sz w:val="20"/>
        </w:rPr>
        <w:t>"Plain testimony. What did you observe?"</w:t>
      </w:r>
    </w:p>
    <w:p>
      <w:pPr>
        <w:spacing w:after="60" w:line="266" w:lineRule="auto"/>
        <w:ind w:firstLine="331"/>
        <w:jc w:val="both"/>
      </w:pPr>
      <w:r>
        <w:rPr>
          <w:rFonts w:ascii="Georgia" w:hAnsi="Georgia"/>
          <w:b w:val="0"/>
          <w:i w:val="0"/>
          <w:color w:val="22201D"/>
          <w:sz w:val="20"/>
        </w:rPr>
        <w:t>Mara looked at Flocc, then deliberately looked away from him and toward Table Four.</w:t>
      </w:r>
    </w:p>
    <w:p>
      <w:pPr>
        <w:spacing w:after="60" w:line="266" w:lineRule="auto"/>
        <w:ind w:firstLine="331"/>
        <w:jc w:val="both"/>
      </w:pPr>
      <w:r>
        <w:rPr>
          <w:rFonts w:ascii="Georgia" w:hAnsi="Georgia"/>
          <w:b w:val="0"/>
          <w:i w:val="0"/>
          <w:color w:val="22201D"/>
          <w:sz w:val="20"/>
        </w:rPr>
        <w:t>"I observed that the restaurant made him more honest. I also observed that his honesty can ask witnesses to become furniture if no one stops it."</w:t>
      </w:r>
    </w:p>
    <w:p>
      <w:pPr>
        <w:spacing w:after="60" w:line="266" w:lineRule="auto"/>
        <w:ind w:firstLine="331"/>
        <w:jc w:val="both"/>
      </w:pPr>
      <w:r>
        <w:rPr>
          <w:rFonts w:ascii="Georgia" w:hAnsi="Georgia"/>
          <w:b w:val="0"/>
          <w:i w:val="0"/>
          <w:color w:val="22201D"/>
          <w:sz w:val="20"/>
        </w:rPr>
        <w:t>Steve wrote that down.</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Plain testimony entered: honesty can still misuse witnesses</w:t>
      </w:r>
    </w:p>
    <w:p>
      <w:pPr>
        <w:spacing w:after="60" w:line="266" w:lineRule="auto"/>
        <w:ind w:firstLine="331"/>
        <w:jc w:val="both"/>
      </w:pPr>
      <w:r>
        <w:rPr>
          <w:rFonts w:ascii="Georgia" w:hAnsi="Georgia"/>
          <w:b w:val="0"/>
          <w:i w:val="0"/>
          <w:color w:val="22201D"/>
          <w:sz w:val="20"/>
        </w:rPr>
        <w:t>Gerald said, "That applies beyond Flocc."</w:t>
      </w:r>
    </w:p>
    <w:p>
      <w:pPr>
        <w:spacing w:after="60" w:line="266" w:lineRule="auto"/>
        <w:ind w:firstLine="331"/>
        <w:jc w:val="both"/>
      </w:pPr>
      <w:r>
        <w:rPr>
          <w:rFonts w:ascii="Georgia" w:hAnsi="Georgia"/>
          <w:b w:val="0"/>
          <w:i w:val="0"/>
          <w:color w:val="22201D"/>
          <w:sz w:val="20"/>
        </w:rPr>
        <w:t>Auditor Ives said, "Do you want that entered?"</w:t>
      </w:r>
    </w:p>
    <w:p>
      <w:pPr>
        <w:spacing w:after="60" w:line="266" w:lineRule="auto"/>
        <w:ind w:firstLine="331"/>
        <w:jc w:val="both"/>
      </w:pPr>
      <w:r>
        <w:rPr>
          <w:rFonts w:ascii="Georgia" w:hAnsi="Georgia"/>
          <w:b w:val="0"/>
          <w:i w:val="0"/>
          <w:color w:val="22201D"/>
          <w:sz w:val="20"/>
        </w:rPr>
        <w:t>Gerald thought.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Scope note: applies beyond Flocc</w:t>
      </w:r>
    </w:p>
    <w:p>
      <w:pPr>
        <w:spacing w:after="60" w:line="266" w:lineRule="auto"/>
        <w:ind w:firstLine="331"/>
        <w:jc w:val="both"/>
      </w:pPr>
      <w:r>
        <w:rPr>
          <w:rFonts w:ascii="Georgia" w:hAnsi="Georgia"/>
          <w:b w:val="0"/>
          <w:i w:val="0"/>
          <w:color w:val="22201D"/>
          <w:sz w:val="20"/>
        </w:rPr>
        <w:t>Mara continued.</w:t>
      </w:r>
    </w:p>
    <w:p>
      <w:pPr>
        <w:spacing w:after="60" w:line="266" w:lineRule="auto"/>
        <w:ind w:firstLine="331"/>
        <w:jc w:val="both"/>
      </w:pPr>
      <w:r>
        <w:rPr>
          <w:rFonts w:ascii="Georgia" w:hAnsi="Georgia"/>
          <w:b w:val="0"/>
          <w:i w:val="0"/>
          <w:color w:val="22201D"/>
          <w:sz w:val="20"/>
        </w:rPr>
        <w:t>"I also observed that being useful can hide being scared. That is mine."</w:t>
      </w:r>
    </w:p>
    <w:p>
      <w:pPr>
        <w:spacing w:after="60" w:line="266" w:lineRule="auto"/>
        <w:ind w:firstLine="331"/>
        <w:jc w:val="both"/>
      </w:pPr>
      <w:r>
        <w:rPr>
          <w:rFonts w:ascii="Georgia" w:hAnsi="Georgia"/>
          <w:b w:val="0"/>
          <w:i w:val="0"/>
          <w:color w:val="22201D"/>
          <w:sz w:val="20"/>
        </w:rPr>
        <w:t>The room did not take the sentence from her.</w:t>
      </w:r>
    </w:p>
    <w:p>
      <w:pPr>
        <w:spacing w:after="60" w:line="266" w:lineRule="auto"/>
        <w:ind w:firstLine="331"/>
        <w:jc w:val="both"/>
      </w:pPr>
      <w:r>
        <w:rPr>
          <w:rFonts w:ascii="Georgia" w:hAnsi="Georgia"/>
          <w:b w:val="0"/>
          <w:i w:val="0"/>
          <w:color w:val="22201D"/>
          <w:sz w:val="20"/>
        </w:rPr>
        <w:t>It let it remain hers.</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Plain testimony entered: usefulness can hide fear speaker retains ownership</w:t>
      </w:r>
    </w:p>
    <w:p>
      <w:pPr>
        <w:spacing w:after="60" w:line="266" w:lineRule="auto"/>
        <w:ind w:firstLine="331"/>
        <w:jc w:val="both"/>
      </w:pPr>
      <w:r>
        <w:rPr>
          <w:rFonts w:ascii="Georgia" w:hAnsi="Georgia"/>
          <w:b w:val="0"/>
          <w:i w:val="0"/>
          <w:color w:val="22201D"/>
          <w:sz w:val="20"/>
        </w:rPr>
        <w:t>Auditor Ives said, "Thank you."</w:t>
      </w:r>
    </w:p>
    <w:p>
      <w:pPr>
        <w:spacing w:after="60" w:line="266" w:lineRule="auto"/>
        <w:ind w:firstLine="331"/>
        <w:jc w:val="both"/>
      </w:pPr>
      <w:r>
        <w:rPr>
          <w:rFonts w:ascii="Georgia" w:hAnsi="Georgia"/>
          <w:b w:val="0"/>
          <w:i w:val="0"/>
          <w:color w:val="22201D"/>
          <w:sz w:val="20"/>
        </w:rPr>
        <w:t>Not warmly.</w:t>
      </w:r>
    </w:p>
    <w:p>
      <w:pPr>
        <w:spacing w:after="60" w:line="266" w:lineRule="auto"/>
        <w:ind w:firstLine="331"/>
        <w:jc w:val="both"/>
      </w:pPr>
      <w:r>
        <w:rPr>
          <w:rFonts w:ascii="Georgia" w:hAnsi="Georgia"/>
          <w:b w:val="0"/>
          <w:i w:val="0"/>
          <w:color w:val="22201D"/>
          <w:sz w:val="20"/>
        </w:rPr>
        <w:t>Correctly.</w:t>
      </w:r>
    </w:p>
    <w:p>
      <w:pPr>
        <w:spacing w:after="60" w:line="266" w:lineRule="auto"/>
        <w:ind w:firstLine="331"/>
        <w:jc w:val="both"/>
      </w:pPr>
      <w:r>
        <w:rPr>
          <w:rFonts w:ascii="Georgia" w:hAnsi="Georgia"/>
          <w:b w:val="0"/>
          <w:i w:val="0"/>
          <w:color w:val="22201D"/>
          <w:sz w:val="20"/>
        </w:rPr>
        <w:t>Mara accepted that.</w:t>
      </w:r>
    </w:p>
    <w:p>
      <w:pPr>
        <w:spacing w:after="60" w:line="266" w:lineRule="auto"/>
        <w:ind w:firstLine="331"/>
        <w:jc w:val="both"/>
      </w:pPr>
      <w:r>
        <w:rPr>
          <w:rFonts w:ascii="Georgia" w:hAnsi="Georgia"/>
          <w:b w:val="0"/>
          <w:i w:val="0"/>
          <w:color w:val="22201D"/>
          <w:sz w:val="20"/>
        </w:rPr>
        <w:t>The Hostess said, "I will offer restaurant testimony."</w:t>
      </w:r>
    </w:p>
    <w:p>
      <w:pPr>
        <w:spacing w:after="60" w:line="266" w:lineRule="auto"/>
        <w:ind w:firstLine="331"/>
        <w:jc w:val="both"/>
      </w:pPr>
      <w:r>
        <w:rPr>
          <w:rFonts w:ascii="Georgia" w:hAnsi="Georgia"/>
          <w:b w:val="0"/>
          <w:i w:val="0"/>
          <w:color w:val="22201D"/>
          <w:sz w:val="20"/>
        </w:rPr>
        <w:t>Auditor Ives leaned back.</w:t>
      </w:r>
    </w:p>
    <w:p>
      <w:pPr>
        <w:spacing w:after="60" w:line="266" w:lineRule="auto"/>
        <w:ind w:firstLine="331"/>
        <w:jc w:val="both"/>
      </w:pPr>
      <w:r>
        <w:rPr>
          <w:rFonts w:ascii="Georgia" w:hAnsi="Georgia"/>
          <w:b w:val="0"/>
          <w:i w:val="0"/>
          <w:color w:val="22201D"/>
          <w:sz w:val="20"/>
        </w:rPr>
        <w:t>"Plain."</w:t>
      </w:r>
    </w:p>
    <w:p>
      <w:pPr>
        <w:spacing w:after="60" w:line="266" w:lineRule="auto"/>
        <w:ind w:firstLine="331"/>
        <w:jc w:val="both"/>
      </w:pPr>
      <w:r>
        <w:rPr>
          <w:rFonts w:ascii="Georgia" w:hAnsi="Georgia"/>
          <w:b w:val="0"/>
          <w:i w:val="0"/>
          <w:color w:val="22201D"/>
          <w:sz w:val="20"/>
        </w:rPr>
        <w:t>"The restaurant does not punish hunger. The restaurant also does not pretend hunger has no cost."</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Plain testimony entered: hunger is not punished hunger has cost</w:t>
      </w:r>
    </w:p>
    <w:p>
      <w:pPr>
        <w:spacing w:after="60" w:line="266" w:lineRule="auto"/>
        <w:ind w:firstLine="331"/>
        <w:jc w:val="both"/>
      </w:pPr>
      <w:r>
        <w:rPr>
          <w:rFonts w:ascii="Georgia" w:hAnsi="Georgia"/>
          <w:b w:val="0"/>
          <w:i w:val="0"/>
          <w:color w:val="22201D"/>
          <w:sz w:val="20"/>
        </w:rPr>
        <w:t>"The restaurant does not sell absolution."</w:t>
      </w:r>
    </w:p>
    <w:p>
      <w:pPr>
        <w:spacing w:after="60" w:line="250" w:lineRule="auto"/>
        <w:ind w:left="202" w:right="173"/>
      </w:pPr>
      <w:r>
        <w:rPr>
          <w:rFonts w:ascii="Georgia" w:hAnsi="Georgia"/>
          <w:b w:val="0"/>
          <w:i w:val="0"/>
          <w:color w:val="22201D"/>
          <w:sz w:val="17"/>
        </w:rPr>
        <w:t>Plain testimony entered: absolution not sold</w:t>
      </w:r>
    </w:p>
    <w:p>
      <w:pPr>
        <w:spacing w:after="60" w:line="266" w:lineRule="auto"/>
        <w:ind w:firstLine="331"/>
        <w:jc w:val="both"/>
      </w:pPr>
      <w:r>
        <w:rPr>
          <w:rFonts w:ascii="Georgia" w:hAnsi="Georgia"/>
          <w:b w:val="0"/>
          <w:i w:val="0"/>
          <w:color w:val="22201D"/>
          <w:sz w:val="20"/>
        </w:rPr>
        <w:t>"The restaurant serves what can be served safely, truthfully, and at the correct table."</w:t>
      </w:r>
    </w:p>
    <w:p>
      <w:pPr>
        <w:spacing w:after="60" w:line="266" w:lineRule="auto"/>
        <w:ind w:firstLine="331"/>
        <w:jc w:val="both"/>
      </w:pPr>
      <w:r>
        <w:rPr>
          <w:rFonts w:ascii="Georgia" w:hAnsi="Georgia"/>
          <w:b w:val="0"/>
          <w:i w:val="0"/>
          <w:color w:val="22201D"/>
          <w:sz w:val="20"/>
        </w:rPr>
        <w:t>Gerald said, "Safely first."</w:t>
      </w:r>
    </w:p>
    <w:p>
      <w:pPr>
        <w:spacing w:after="60" w:line="266" w:lineRule="auto"/>
        <w:ind w:firstLine="331"/>
        <w:jc w:val="both"/>
      </w:pPr>
      <w:r>
        <w:rPr>
          <w:rFonts w:ascii="Georgia" w:hAnsi="Georgia"/>
          <w:b w:val="0"/>
          <w:i w:val="0"/>
          <w:color w:val="22201D"/>
          <w:sz w:val="20"/>
        </w:rPr>
        <w:t>Steve said, "Truthfully first in the record."</w:t>
      </w:r>
    </w:p>
    <w:p>
      <w:pPr>
        <w:spacing w:after="60" w:line="266" w:lineRule="auto"/>
        <w:ind w:firstLine="331"/>
        <w:jc w:val="both"/>
      </w:pPr>
      <w:r>
        <w:rPr>
          <w:rFonts w:ascii="Georgia" w:hAnsi="Georgia"/>
          <w:b w:val="0"/>
          <w:i w:val="0"/>
          <w:color w:val="22201D"/>
          <w:sz w:val="20"/>
        </w:rPr>
        <w:t>Auditor Ives said, "Classification before enforcement."</w:t>
      </w:r>
    </w:p>
    <w:p>
      <w:pPr>
        <w:spacing w:after="60" w:line="266" w:lineRule="auto"/>
        <w:ind w:firstLine="331"/>
        <w:jc w:val="both"/>
      </w:pPr>
      <w:r>
        <w:rPr>
          <w:rFonts w:ascii="Georgia" w:hAnsi="Georgia"/>
          <w:b w:val="0"/>
          <w:i w:val="0"/>
          <w:color w:val="22201D"/>
          <w:sz w:val="20"/>
        </w:rPr>
        <w:t>The Hostess said, "Correct table before comfort."</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Disagreement entered: safety first for service truth first for record classification first for enforcement correct table first for repair</w:t>
      </w:r>
    </w:p>
    <w:p>
      <w:pPr>
        <w:spacing w:after="60" w:line="266" w:lineRule="auto"/>
        <w:ind w:firstLine="331"/>
        <w:jc w:val="both"/>
      </w:pPr>
      <w:r>
        <w:rPr>
          <w:rFonts w:ascii="Georgia" w:hAnsi="Georgia"/>
          <w:b w:val="0"/>
          <w:i w:val="0"/>
          <w:color w:val="22201D"/>
          <w:sz w:val="20"/>
        </w:rPr>
        <w:t>Table Four held the disagreement without flattening it.</w:t>
      </w:r>
    </w:p>
    <w:p>
      <w:pPr>
        <w:spacing w:after="60" w:line="266" w:lineRule="auto"/>
        <w:ind w:firstLine="331"/>
        <w:jc w:val="both"/>
      </w:pPr>
      <w:r>
        <w:rPr>
          <w:rFonts w:ascii="Georgia" w:hAnsi="Georgia"/>
          <w:b w:val="0"/>
          <w:i w:val="0"/>
          <w:color w:val="22201D"/>
          <w:sz w:val="20"/>
        </w:rPr>
        <w:t>This was, Steve thought, what good minutes did when they were allowed to be more than proof that people had spoken. They preserved useful difference without forcing it into consensus costume.</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Clerk thought accepted. Consensus costume rejected.</w:t>
      </w:r>
    </w:p>
    <w:p>
      <w:pPr>
        <w:spacing w:after="60" w:line="266" w:lineRule="auto"/>
        <w:ind w:firstLine="331"/>
        <w:jc w:val="both"/>
      </w:pPr>
      <w:r>
        <w:rPr>
          <w:rFonts w:ascii="Georgia" w:hAnsi="Georgia"/>
          <w:b w:val="0"/>
          <w:i w:val="0"/>
          <w:color w:val="22201D"/>
          <w:sz w:val="20"/>
        </w:rPr>
        <w:t>Steve sighed.</w:t>
      </w:r>
    </w:p>
    <w:p>
      <w:pPr>
        <w:spacing w:after="60" w:line="266" w:lineRule="auto"/>
        <w:ind w:firstLine="331"/>
        <w:jc w:val="both"/>
      </w:pPr>
      <w:r>
        <w:rPr>
          <w:rFonts w:ascii="Georgia" w:hAnsi="Georgia"/>
          <w:b w:val="0"/>
          <w:i w:val="0"/>
          <w:color w:val="22201D"/>
          <w:sz w:val="20"/>
        </w:rPr>
        <w:t>"I was not speaking."</w:t>
      </w:r>
    </w:p>
    <w:p>
      <w:pPr>
        <w:spacing w:after="60" w:line="266" w:lineRule="auto"/>
        <w:ind w:firstLine="331"/>
        <w:jc w:val="both"/>
      </w:pPr>
      <w:r>
        <w:rPr>
          <w:rFonts w:ascii="Georgia" w:hAnsi="Georgia"/>
          <w:b w:val="0"/>
          <w:i w:val="0"/>
          <w:color w:val="22201D"/>
          <w:sz w:val="20"/>
        </w:rPr>
        <w:t>Auditor Ives said, "You were thinking loudly."</w:t>
      </w:r>
    </w:p>
    <w:p>
      <w:pPr>
        <w:spacing w:after="60" w:line="266" w:lineRule="auto"/>
        <w:ind w:firstLine="331"/>
        <w:jc w:val="both"/>
      </w:pPr>
      <w:r>
        <w:rPr>
          <w:rFonts w:ascii="Georgia" w:hAnsi="Georgia"/>
          <w:b w:val="0"/>
          <w:i w:val="0"/>
          <w:color w:val="22201D"/>
          <w:sz w:val="20"/>
        </w:rPr>
        <w:t>"Apparently everyone can tell."</w:t>
      </w:r>
    </w:p>
    <w:p>
      <w:pPr>
        <w:spacing w:after="60" w:line="266" w:lineRule="auto"/>
        <w:ind w:firstLine="331"/>
        <w:jc w:val="both"/>
      </w:pPr>
      <w:r>
        <w:rPr>
          <w:rFonts w:ascii="Georgia" w:hAnsi="Georgia"/>
          <w:b w:val="0"/>
          <w:i w:val="0"/>
          <w:color w:val="22201D"/>
          <w:sz w:val="20"/>
        </w:rPr>
        <w:t>Gerald said, "Yes."</w:t>
      </w:r>
    </w:p>
    <w:p>
      <w:pPr>
        <w:spacing w:after="60" w:line="266" w:lineRule="auto"/>
        <w:ind w:firstLine="331"/>
        <w:jc w:val="both"/>
      </w:pPr>
      <w:r>
        <w:rPr>
          <w:rFonts w:ascii="Georgia" w:hAnsi="Georgia"/>
          <w:b w:val="0"/>
          <w:i w:val="0"/>
          <w:color w:val="22201D"/>
          <w:sz w:val="20"/>
        </w:rPr>
        <w:t>The public hearing continued.</w:t>
      </w:r>
    </w:p>
    <w:p>
      <w:pPr>
        <w:spacing w:after="60" w:line="266" w:lineRule="auto"/>
        <w:ind w:firstLine="331"/>
        <w:jc w:val="both"/>
      </w:pPr>
      <w:r>
        <w:rPr>
          <w:rFonts w:ascii="Georgia" w:hAnsi="Georgia"/>
          <w:b w:val="0"/>
          <w:i w:val="0"/>
          <w:color w:val="22201D"/>
          <w:sz w:val="20"/>
        </w:rPr>
        <w:t>There were no members of the public in the ordinary sense. No row of folding chairs. No microphone that squealed. No person with a prepared statement in a folder labeled remarks. But the room itself had become public enough. The testimony no longer belonged privately to the person who was most embarrassed by it.</w:t>
      </w:r>
    </w:p>
    <w:p>
      <w:pPr>
        <w:spacing w:after="60" w:line="266" w:lineRule="auto"/>
        <w:ind w:firstLine="331"/>
        <w:jc w:val="both"/>
      </w:pPr>
      <w:r>
        <w:rPr>
          <w:rFonts w:ascii="Georgia" w:hAnsi="Georgia"/>
          <w:b w:val="0"/>
          <w:i w:val="0"/>
          <w:color w:val="22201D"/>
          <w:sz w:val="20"/>
        </w:rPr>
        <w:t>That was not exposure.</w:t>
      </w:r>
    </w:p>
    <w:p>
      <w:pPr>
        <w:spacing w:after="60" w:line="266" w:lineRule="auto"/>
        <w:ind w:firstLine="331"/>
        <w:jc w:val="both"/>
      </w:pPr>
      <w:r>
        <w:rPr>
          <w:rFonts w:ascii="Georgia" w:hAnsi="Georgia"/>
          <w:b w:val="0"/>
          <w:i w:val="0"/>
          <w:color w:val="22201D"/>
          <w:sz w:val="20"/>
        </w:rPr>
        <w:t>Not exactly.</w:t>
      </w:r>
    </w:p>
    <w:p>
      <w:pPr>
        <w:spacing w:after="60" w:line="266" w:lineRule="auto"/>
        <w:ind w:firstLine="331"/>
        <w:jc w:val="both"/>
      </w:pPr>
      <w:r>
        <w:rPr>
          <w:rFonts w:ascii="Georgia" w:hAnsi="Georgia"/>
          <w:b w:val="0"/>
          <w:i w:val="0"/>
          <w:color w:val="22201D"/>
          <w:sz w:val="20"/>
        </w:rPr>
        <w:t>Exposure took.</w:t>
      </w:r>
    </w:p>
    <w:p>
      <w:pPr>
        <w:spacing w:after="60" w:line="266" w:lineRule="auto"/>
        <w:ind w:firstLine="331"/>
        <w:jc w:val="both"/>
      </w:pPr>
      <w:r>
        <w:rPr>
          <w:rFonts w:ascii="Georgia" w:hAnsi="Georgia"/>
          <w:b w:val="0"/>
          <w:i w:val="0"/>
          <w:color w:val="22201D"/>
          <w:sz w:val="20"/>
        </w:rPr>
        <w:t>This hearing routed.</w:t>
      </w:r>
    </w:p>
    <w:p>
      <w:pPr>
        <w:spacing w:after="60" w:line="266" w:lineRule="auto"/>
        <w:ind w:firstLine="331"/>
        <w:jc w:val="both"/>
      </w:pPr>
      <w:r>
        <w:rPr>
          <w:rFonts w:ascii="Georgia" w:hAnsi="Georgia"/>
          <w:b w:val="0"/>
          <w:i w:val="0"/>
          <w:color w:val="22201D"/>
          <w:sz w:val="20"/>
        </w:rPr>
        <w:t>Auditor Ives reviewed the hearing minutes line by line.</w:t>
      </w:r>
    </w:p>
    <w:p>
      <w:pPr>
        <w:spacing w:after="60" w:line="266" w:lineRule="auto"/>
        <w:ind w:firstLine="331"/>
        <w:jc w:val="both"/>
      </w:pPr>
      <w:r>
        <w:rPr>
          <w:rFonts w:ascii="Georgia" w:hAnsi="Georgia"/>
          <w:b w:val="0"/>
          <w:i w:val="0"/>
          <w:color w:val="22201D"/>
          <w:sz w:val="20"/>
        </w:rPr>
        <w:t>"Findings," she said.</w:t>
      </w:r>
    </w:p>
    <w:p>
      <w:pPr>
        <w:spacing w:after="60" w:line="266" w:lineRule="auto"/>
        <w:ind w:firstLine="331"/>
        <w:jc w:val="both"/>
      </w:pPr>
      <w:r>
        <w:rPr>
          <w:rFonts w:ascii="Georgia" w:hAnsi="Georgia"/>
          <w:b w:val="0"/>
          <w:i w:val="0"/>
          <w:color w:val="22201D"/>
          <w:sz w:val="20"/>
        </w:rPr>
        <w:t>The minutes printed a heading:</w:t>
      </w:r>
    </w:p>
    <w:p>
      <w:pPr>
        <w:spacing w:after="60" w:line="250" w:lineRule="auto"/>
        <w:ind w:left="202" w:right="173"/>
      </w:pPr>
      <w:r>
        <w:rPr>
          <w:rFonts w:ascii="Georgia" w:hAnsi="Georgia"/>
          <w:b w:val="0"/>
          <w:i w:val="0"/>
          <w:color w:val="22201D"/>
          <w:sz w:val="17"/>
        </w:rPr>
        <w:t>PRELIMINARY FINDINGS</w:t>
      </w:r>
    </w:p>
    <w:p>
      <w:pPr>
        <w:spacing w:after="60" w:line="266" w:lineRule="auto"/>
        <w:ind w:firstLine="331"/>
        <w:jc w:val="both"/>
      </w:pPr>
      <w:r>
        <w:rPr>
          <w:rFonts w:ascii="Georgia" w:hAnsi="Georgia"/>
          <w:b w:val="0"/>
          <w:i w:val="0"/>
          <w:color w:val="22201D"/>
          <w:sz w:val="20"/>
        </w:rPr>
        <w:t>Auditor Ives spoke carefully.</w:t>
      </w:r>
    </w:p>
    <w:p>
      <w:pPr>
        <w:spacing w:after="60" w:line="266" w:lineRule="auto"/>
        <w:ind w:firstLine="331"/>
        <w:jc w:val="both"/>
      </w:pPr>
      <w:r>
        <w:rPr>
          <w:rFonts w:ascii="Georgia" w:hAnsi="Georgia"/>
          <w:b w:val="0"/>
          <w:i w:val="0"/>
          <w:color w:val="22201D"/>
          <w:sz w:val="20"/>
        </w:rPr>
        <w:t>"One. Emoji Soup has documented non-monetary service effects."</w:t>
      </w:r>
    </w:p>
    <w:p>
      <w:pPr>
        <w:spacing w:after="60" w:line="266" w:lineRule="auto"/>
        <w:ind w:firstLine="331"/>
        <w:jc w:val="both"/>
      </w:pPr>
      <w:r>
        <w:rPr>
          <w:rFonts w:ascii="Georgia" w:hAnsi="Georgia"/>
          <w:b w:val="0"/>
          <w:i w:val="0"/>
          <w:color w:val="22201D"/>
          <w:sz w:val="20"/>
        </w:rPr>
        <w:t>The minutes printed the line.</w:t>
      </w:r>
    </w:p>
    <w:p>
      <w:pPr>
        <w:spacing w:after="60" w:line="266" w:lineRule="auto"/>
        <w:ind w:firstLine="331"/>
        <w:jc w:val="both"/>
      </w:pPr>
      <w:r>
        <w:rPr>
          <w:rFonts w:ascii="Georgia" w:hAnsi="Georgia"/>
          <w:b w:val="0"/>
          <w:i w:val="0"/>
          <w:color w:val="22201D"/>
          <w:sz w:val="20"/>
        </w:rPr>
        <w:t>"Two. Those effects may create obligations not currently classified by the city."</w:t>
      </w:r>
    </w:p>
    <w:p>
      <w:pPr>
        <w:spacing w:after="60" w:line="266" w:lineRule="auto"/>
        <w:ind w:firstLine="331"/>
        <w:jc w:val="both"/>
      </w:pPr>
      <w:r>
        <w:rPr>
          <w:rFonts w:ascii="Georgia" w:hAnsi="Georgia"/>
          <w:b w:val="0"/>
          <w:i w:val="0"/>
          <w:color w:val="22201D"/>
          <w:sz w:val="20"/>
        </w:rPr>
        <w:t>Printed.</w:t>
      </w:r>
    </w:p>
    <w:p>
      <w:pPr>
        <w:spacing w:after="60" w:line="266" w:lineRule="auto"/>
        <w:ind w:firstLine="331"/>
        <w:jc w:val="both"/>
      </w:pPr>
      <w:r>
        <w:rPr>
          <w:rFonts w:ascii="Georgia" w:hAnsi="Georgia"/>
          <w:b w:val="0"/>
          <w:i w:val="0"/>
          <w:color w:val="22201D"/>
          <w:sz w:val="20"/>
        </w:rPr>
        <w:t>"Three. The absence of classification does not erase effect."</w:t>
      </w:r>
    </w:p>
    <w:p>
      <w:pPr>
        <w:spacing w:after="60" w:line="266" w:lineRule="auto"/>
        <w:ind w:firstLine="331"/>
        <w:jc w:val="both"/>
      </w:pPr>
      <w:r>
        <w:rPr>
          <w:rFonts w:ascii="Georgia" w:hAnsi="Georgia"/>
          <w:b w:val="0"/>
          <w:i w:val="0"/>
          <w:color w:val="22201D"/>
          <w:sz w:val="20"/>
        </w:rPr>
        <w:t>Steve's corrected form rustled once, smugly.</w:t>
      </w:r>
    </w:p>
    <w:p>
      <w:pPr>
        <w:spacing w:after="60" w:line="266" w:lineRule="auto"/>
        <w:ind w:firstLine="331"/>
        <w:jc w:val="both"/>
      </w:pPr>
      <w:r>
        <w:rPr>
          <w:rFonts w:ascii="Georgia" w:hAnsi="Georgia"/>
          <w:b w:val="0"/>
          <w:i w:val="0"/>
          <w:color w:val="22201D"/>
          <w:sz w:val="20"/>
        </w:rPr>
        <w:t>"Four. The existence of effect does not, by itself, authorize enforcement, service, payment demand, safety approval, or menu language."</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Printed.</w:t>
      </w:r>
    </w:p>
    <w:p>
      <w:pPr>
        <w:spacing w:after="60" w:line="266" w:lineRule="auto"/>
        <w:ind w:firstLine="331"/>
        <w:jc w:val="both"/>
      </w:pPr>
      <w:r>
        <w:rPr>
          <w:rFonts w:ascii="Georgia" w:hAnsi="Georgia"/>
          <w:b w:val="0"/>
          <w:i w:val="0"/>
          <w:color w:val="22201D"/>
          <w:sz w:val="20"/>
        </w:rPr>
        <w:t>"Five. The bill may be evidence, but not sole authority."</w:t>
      </w:r>
    </w:p>
    <w:p>
      <w:pPr>
        <w:spacing w:after="60" w:line="266" w:lineRule="auto"/>
        <w:ind w:firstLine="331"/>
        <w:jc w:val="both"/>
      </w:pPr>
      <w:r>
        <w:rPr>
          <w:rFonts w:ascii="Georgia" w:hAnsi="Georgia"/>
          <w:b w:val="0"/>
          <w:i w:val="0"/>
          <w:color w:val="22201D"/>
          <w:sz w:val="20"/>
        </w:rPr>
        <w:t>Printed.</w:t>
      </w:r>
    </w:p>
    <w:p>
      <w:pPr>
        <w:spacing w:after="60" w:line="266" w:lineRule="auto"/>
        <w:ind w:firstLine="331"/>
        <w:jc w:val="both"/>
      </w:pPr>
      <w:r>
        <w:rPr>
          <w:rFonts w:ascii="Georgia" w:hAnsi="Georgia"/>
          <w:b w:val="0"/>
          <w:i w:val="0"/>
          <w:color w:val="22201D"/>
          <w:sz w:val="20"/>
        </w:rPr>
        <w:t>"Six. Safety holds remain active."</w:t>
      </w:r>
    </w:p>
    <w:p>
      <w:pPr>
        <w:spacing w:after="60" w:line="266" w:lineRule="auto"/>
        <w:ind w:firstLine="331"/>
        <w:jc w:val="both"/>
      </w:pPr>
      <w:r>
        <w:rPr>
          <w:rFonts w:ascii="Georgia" w:hAnsi="Georgia"/>
          <w:b w:val="0"/>
          <w:i w:val="0"/>
          <w:color w:val="22201D"/>
          <w:sz w:val="20"/>
        </w:rPr>
        <w:t>Gerald said, "Specify sauce."</w:t>
      </w:r>
    </w:p>
    <w:p>
      <w:pPr>
        <w:spacing w:after="60" w:line="266" w:lineRule="auto"/>
        <w:ind w:firstLine="331"/>
        <w:jc w:val="both"/>
      </w:pPr>
      <w:r>
        <w:rPr>
          <w:rFonts w:ascii="Georgia" w:hAnsi="Georgia"/>
          <w:b w:val="0"/>
          <w:i w:val="0"/>
          <w:color w:val="22201D"/>
          <w:sz w:val="20"/>
        </w:rPr>
        <w:t>Auditor Ives added, "Including Black Orchard Adobo."</w:t>
      </w:r>
    </w:p>
    <w:p>
      <w:pPr>
        <w:spacing w:after="60" w:line="266" w:lineRule="auto"/>
        <w:ind w:firstLine="331"/>
        <w:jc w:val="both"/>
      </w:pPr>
      <w:r>
        <w:rPr>
          <w:rFonts w:ascii="Georgia" w:hAnsi="Georgia"/>
          <w:b w:val="0"/>
          <w:i w:val="0"/>
          <w:color w:val="22201D"/>
          <w:sz w:val="20"/>
        </w:rPr>
        <w:t>Printed.</w:t>
      </w:r>
    </w:p>
    <w:p>
      <w:pPr>
        <w:spacing w:after="60" w:line="266" w:lineRule="auto"/>
        <w:ind w:firstLine="331"/>
        <w:jc w:val="both"/>
      </w:pPr>
      <w:r>
        <w:rPr>
          <w:rFonts w:ascii="Georgia" w:hAnsi="Georgia"/>
          <w:b w:val="0"/>
          <w:i w:val="0"/>
          <w:color w:val="22201D"/>
          <w:sz w:val="20"/>
        </w:rPr>
        <w:t>"Seven. Public testimony must remain plain enough to be served."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Printed.</w:t>
      </w:r>
    </w:p>
    <w:p>
      <w:pPr>
        <w:spacing w:after="60" w:line="266" w:lineRule="auto"/>
        <w:ind w:firstLine="331"/>
        <w:jc w:val="both"/>
      </w:pPr>
      <w:r>
        <w:rPr>
          <w:rFonts w:ascii="Georgia" w:hAnsi="Georgia"/>
          <w:b w:val="0"/>
          <w:i w:val="0"/>
          <w:color w:val="22201D"/>
          <w:sz w:val="20"/>
        </w:rPr>
        <w:t>"Eight." Auditor Ives paused. "The check cannot be split until each line knows whose share it is."</w:t>
      </w:r>
    </w:p>
    <w:p>
      <w:pPr>
        <w:spacing w:after="60" w:line="266" w:lineRule="auto"/>
        <w:ind w:firstLine="331"/>
        <w:jc w:val="both"/>
      </w:pPr>
      <w:r>
        <w:rPr>
          <w:rFonts w:ascii="Georgia" w:hAnsi="Georgia"/>
          <w:b w:val="0"/>
          <w:i w:val="0"/>
          <w:color w:val="22201D"/>
          <w:sz w:val="20"/>
        </w:rPr>
        <w:t>The bill at Flocc's table made a sound.</w:t>
      </w:r>
    </w:p>
    <w:p>
      <w:pPr>
        <w:spacing w:after="60" w:line="266" w:lineRule="auto"/>
        <w:ind w:firstLine="331"/>
        <w:jc w:val="both"/>
      </w:pPr>
      <w:r>
        <w:rPr>
          <w:rFonts w:ascii="Georgia" w:hAnsi="Georgia"/>
          <w:b w:val="0"/>
          <w:i w:val="0"/>
          <w:color w:val="22201D"/>
          <w:sz w:val="20"/>
        </w:rPr>
        <w:t>Not a print sound.</w:t>
      </w:r>
    </w:p>
    <w:p>
      <w:pPr>
        <w:spacing w:after="60" w:line="266" w:lineRule="auto"/>
        <w:ind w:firstLine="331"/>
        <w:jc w:val="both"/>
      </w:pPr>
      <w:r>
        <w:rPr>
          <w:rFonts w:ascii="Georgia" w:hAnsi="Georgia"/>
          <w:b w:val="0"/>
          <w:i w:val="0"/>
          <w:color w:val="22201D"/>
          <w:sz w:val="20"/>
        </w:rPr>
        <w:t>A recognition sound.</w:t>
      </w:r>
    </w:p>
    <w:p>
      <w:pPr>
        <w:spacing w:after="60" w:line="266" w:lineRule="auto"/>
        <w:ind w:firstLine="331"/>
        <w:jc w:val="both"/>
      </w:pPr>
      <w:r>
        <w:rPr>
          <w:rFonts w:ascii="Georgia" w:hAnsi="Georgia"/>
          <w:b w:val="0"/>
          <w:i w:val="0"/>
          <w:color w:val="22201D"/>
          <w:sz w:val="20"/>
        </w:rPr>
        <w:t>The minutes printed:</w:t>
      </w:r>
    </w:p>
    <w:p>
      <w:pPr>
        <w:spacing w:after="60" w:line="250" w:lineRule="auto"/>
        <w:ind w:left="202" w:right="173"/>
      </w:pPr>
      <w:r>
        <w:rPr>
          <w:rFonts w:ascii="Georgia" w:hAnsi="Georgia"/>
          <w:b w:val="0"/>
          <w:i w:val="0"/>
          <w:color w:val="22201D"/>
          <w:sz w:val="17"/>
        </w:rPr>
        <w:t>Preliminary finding: The check cannot be split until each line knows whose share it is.</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Next required document: split bill  Next chapter: The Check Splits Itself</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Mara looked at Auditor Ives.</w:t>
      </w:r>
    </w:p>
    <w:p>
      <w:pPr>
        <w:spacing w:after="60" w:line="266" w:lineRule="auto"/>
        <w:ind w:firstLine="331"/>
        <w:jc w:val="both"/>
      </w:pPr>
      <w:r>
        <w:rPr>
          <w:rFonts w:ascii="Georgia" w:hAnsi="Georgia"/>
          <w:b w:val="0"/>
          <w:i w:val="0"/>
          <w:color w:val="22201D"/>
          <w:sz w:val="20"/>
        </w:rPr>
        <w:t>Auditor Ives looked at the bill.</w:t>
      </w:r>
    </w:p>
    <w:p>
      <w:pPr>
        <w:spacing w:after="60" w:line="266" w:lineRule="auto"/>
        <w:ind w:firstLine="331"/>
        <w:jc w:val="both"/>
      </w:pPr>
      <w:r>
        <w:rPr>
          <w:rFonts w:ascii="Georgia" w:hAnsi="Georgia"/>
          <w:b w:val="0"/>
          <w:i w:val="0"/>
          <w:color w:val="22201D"/>
          <w:sz w:val="20"/>
        </w:rPr>
        <w:t>Gerald looked at the hand sink, because Gerald understood that even destiny should not block access to soap.</w:t>
      </w:r>
    </w:p>
    <w:p>
      <w:pPr>
        <w:spacing w:after="60" w:line="266" w:lineRule="auto"/>
        <w:ind w:firstLine="331"/>
        <w:jc w:val="both"/>
      </w:pPr>
      <w:r>
        <w:rPr>
          <w:rFonts w:ascii="Georgia" w:hAnsi="Georgia"/>
          <w:b w:val="0"/>
          <w:i w:val="0"/>
          <w:color w:val="22201D"/>
          <w:sz w:val="20"/>
        </w:rPr>
        <w:t>Steve looked at the minutes.</w:t>
      </w:r>
    </w:p>
    <w:p>
      <w:pPr>
        <w:spacing w:after="60" w:line="266" w:lineRule="auto"/>
        <w:ind w:firstLine="331"/>
        <w:jc w:val="both"/>
      </w:pPr>
      <w:r>
        <w:rPr>
          <w:rFonts w:ascii="Georgia" w:hAnsi="Georgia"/>
          <w:b w:val="0"/>
          <w:i w:val="0"/>
          <w:color w:val="22201D"/>
          <w:sz w:val="20"/>
        </w:rPr>
        <w:t>The Hostess looked at Table Four.</w:t>
      </w:r>
    </w:p>
    <w:p>
      <w:pPr>
        <w:spacing w:after="60" w:line="266" w:lineRule="auto"/>
        <w:ind w:firstLine="331"/>
        <w:jc w:val="both"/>
      </w:pPr>
      <w:r>
        <w:rPr>
          <w:rFonts w:ascii="Georgia" w:hAnsi="Georgia"/>
          <w:b w:val="0"/>
          <w:i w:val="0"/>
          <w:color w:val="22201D"/>
          <w:sz w:val="20"/>
        </w:rPr>
        <w:t>The table did not look back.</w:t>
      </w:r>
    </w:p>
    <w:p>
      <w:pPr>
        <w:spacing w:after="60" w:line="266" w:lineRule="auto"/>
        <w:ind w:firstLine="331"/>
        <w:jc w:val="both"/>
      </w:pPr>
      <w:r>
        <w:rPr>
          <w:rFonts w:ascii="Georgia" w:hAnsi="Georgia"/>
          <w:b w:val="0"/>
          <w:i w:val="0"/>
          <w:color w:val="22201D"/>
          <w:sz w:val="20"/>
        </w:rPr>
        <w:t>It simply held the documents.</w:t>
      </w:r>
    </w:p>
    <w:p>
      <w:pPr>
        <w:spacing w:after="60" w:line="266" w:lineRule="auto"/>
        <w:ind w:firstLine="331"/>
        <w:jc w:val="both"/>
      </w:pPr>
      <w:r>
        <w:rPr>
          <w:rFonts w:ascii="Georgia" w:hAnsi="Georgia"/>
          <w:b w:val="0"/>
          <w:i w:val="0"/>
          <w:color w:val="22201D"/>
          <w:sz w:val="20"/>
        </w:rPr>
        <w:t>That was enough.</w:t>
      </w:r>
    </w:p>
    <w:p>
      <w:pPr>
        <w:spacing w:after="60" w:line="266" w:lineRule="auto"/>
        <w:ind w:firstLine="331"/>
        <w:jc w:val="both"/>
      </w:pPr>
      <w:r>
        <w:rPr>
          <w:rFonts w:ascii="Georgia" w:hAnsi="Georgia"/>
          <w:b w:val="0"/>
          <w:i w:val="0"/>
          <w:color w:val="22201D"/>
          <w:sz w:val="20"/>
        </w:rPr>
        <w:t>Auditor Ives signed the hearing minutes.</w:t>
      </w:r>
    </w:p>
    <w:p>
      <w:pPr>
        <w:spacing w:after="60" w:line="266" w:lineRule="auto"/>
        <w:ind w:firstLine="331"/>
        <w:jc w:val="both"/>
      </w:pPr>
      <w:r>
        <w:rPr>
          <w:rFonts w:ascii="Georgia" w:hAnsi="Georgia"/>
          <w:b w:val="0"/>
          <w:i w:val="0"/>
          <w:color w:val="22201D"/>
          <w:sz w:val="20"/>
        </w:rPr>
        <w:t>Steve signed as clerk witness.</w:t>
      </w:r>
    </w:p>
    <w:p>
      <w:pPr>
        <w:spacing w:after="60" w:line="266" w:lineRule="auto"/>
        <w:ind w:firstLine="331"/>
        <w:jc w:val="both"/>
      </w:pPr>
      <w:r>
        <w:rPr>
          <w:rFonts w:ascii="Georgia" w:hAnsi="Georgia"/>
          <w:b w:val="0"/>
          <w:i w:val="0"/>
          <w:color w:val="22201D"/>
          <w:sz w:val="20"/>
        </w:rPr>
        <w:t>Gerald signed as safety witness.</w:t>
      </w:r>
    </w:p>
    <w:p>
      <w:pPr>
        <w:spacing w:after="60" w:line="266" w:lineRule="auto"/>
        <w:ind w:firstLine="331"/>
        <w:jc w:val="both"/>
      </w:pPr>
      <w:r>
        <w:rPr>
          <w:rFonts w:ascii="Georgia" w:hAnsi="Georgia"/>
          <w:b w:val="0"/>
          <w:i w:val="0"/>
          <w:color w:val="22201D"/>
          <w:sz w:val="20"/>
        </w:rPr>
        <w:t>The Hostess signed only:</w:t>
      </w:r>
    </w:p>
    <w:p>
      <w:pPr>
        <w:spacing w:after="60" w:line="250" w:lineRule="auto"/>
        <w:ind w:left="202" w:right="173"/>
      </w:pPr>
      <w:r>
        <w:rPr>
          <w:rFonts w:ascii="Georgia" w:hAnsi="Georgia"/>
          <w:b w:val="0"/>
          <w:i w:val="0"/>
          <w:color w:val="22201D"/>
          <w:sz w:val="17"/>
        </w:rPr>
        <w:t>Hostess</w:t>
      </w:r>
    </w:p>
    <w:p>
      <w:pPr>
        <w:spacing w:after="60" w:line="266" w:lineRule="auto"/>
        <w:ind w:firstLine="331"/>
        <w:jc w:val="both"/>
      </w:pPr>
      <w:r>
        <w:rPr>
          <w:rFonts w:ascii="Georgia" w:hAnsi="Georgia"/>
          <w:b w:val="0"/>
          <w:i w:val="0"/>
          <w:color w:val="22201D"/>
          <w:sz w:val="20"/>
        </w:rPr>
        <w:t>Mara did not sign because her testimony was not a receipt.</w:t>
      </w:r>
    </w:p>
    <w:p>
      <w:pPr>
        <w:spacing w:after="60" w:line="266" w:lineRule="auto"/>
        <w:ind w:firstLine="331"/>
        <w:jc w:val="both"/>
      </w:pPr>
      <w:r>
        <w:rPr>
          <w:rFonts w:ascii="Georgia" w:hAnsi="Georgia"/>
          <w:b w:val="0"/>
          <w:i w:val="0"/>
          <w:color w:val="22201D"/>
          <w:sz w:val="20"/>
        </w:rPr>
        <w:t>Flocc did not sign because the bill had not yet split.</w:t>
      </w:r>
    </w:p>
    <w:p>
      <w:pPr>
        <w:spacing w:after="60" w:line="266" w:lineRule="auto"/>
        <w:ind w:firstLine="331"/>
        <w:jc w:val="both"/>
      </w:pPr>
      <w:r>
        <w:rPr>
          <w:rFonts w:ascii="Georgia" w:hAnsi="Georgia"/>
          <w:b w:val="0"/>
          <w:i w:val="0"/>
          <w:color w:val="22201D"/>
          <w:sz w:val="20"/>
        </w:rPr>
        <w:t>This was not exclusion.</w:t>
      </w:r>
    </w:p>
    <w:p>
      <w:pPr>
        <w:spacing w:after="60" w:line="266" w:lineRule="auto"/>
        <w:ind w:firstLine="331"/>
        <w:jc w:val="both"/>
      </w:pPr>
      <w:r>
        <w:rPr>
          <w:rFonts w:ascii="Georgia" w:hAnsi="Georgia"/>
          <w:b w:val="0"/>
          <w:i w:val="0"/>
          <w:color w:val="22201D"/>
          <w:sz w:val="20"/>
        </w:rPr>
        <w:t>It was sequencing.</w:t>
      </w:r>
    </w:p>
    <w:p>
      <w:pPr>
        <w:spacing w:after="60" w:line="266" w:lineRule="auto"/>
        <w:ind w:firstLine="331"/>
        <w:jc w:val="both"/>
      </w:pPr>
      <w:r>
        <w:rPr>
          <w:rFonts w:ascii="Georgia" w:hAnsi="Georgia"/>
          <w:b w:val="0"/>
          <w:i w:val="0"/>
          <w:color w:val="22201D"/>
          <w:sz w:val="20"/>
        </w:rPr>
        <w:t>The minutes closed themselves.</w:t>
      </w:r>
    </w:p>
    <w:p>
      <w:pPr>
        <w:spacing w:after="60" w:line="266" w:lineRule="auto"/>
        <w:ind w:firstLine="331"/>
        <w:jc w:val="both"/>
      </w:pPr>
      <w:r>
        <w:rPr>
          <w:rFonts w:ascii="Georgia" w:hAnsi="Georgia"/>
          <w:b w:val="0"/>
          <w:i w:val="0"/>
          <w:color w:val="22201D"/>
          <w:sz w:val="20"/>
        </w:rPr>
        <w:t>On the cover, one final line appeared:</w:t>
      </w:r>
    </w:p>
    <w:p>
      <w:pPr>
        <w:spacing w:after="60" w:line="250" w:lineRule="auto"/>
        <w:ind w:left="202" w:right="173"/>
      </w:pPr>
      <w:r>
        <w:rPr>
          <w:rFonts w:ascii="Georgia" w:hAnsi="Georgia"/>
          <w:b w:val="0"/>
          <w:i w:val="0"/>
          <w:color w:val="22201D"/>
          <w:sz w:val="17"/>
        </w:rPr>
        <w:t>Hearing adjourned when testimony became actionable.</w:t>
      </w:r>
    </w:p>
    <w:p>
      <w:pPr>
        <w:spacing w:after="60" w:line="266" w:lineRule="auto"/>
        <w:ind w:firstLine="331"/>
        <w:jc w:val="both"/>
      </w:pPr>
      <w:r>
        <w:rPr>
          <w:rFonts w:ascii="Georgia" w:hAnsi="Georgia"/>
          <w:b w:val="0"/>
          <w:i w:val="0"/>
          <w:color w:val="22201D"/>
          <w:sz w:val="20"/>
        </w:rPr>
        <w:t>Auditor Ives read it.</w:t>
      </w:r>
    </w:p>
    <w:p>
      <w:pPr>
        <w:spacing w:after="60" w:line="266" w:lineRule="auto"/>
        <w:ind w:firstLine="331"/>
        <w:jc w:val="both"/>
      </w:pPr>
      <w:r>
        <w:rPr>
          <w:rFonts w:ascii="Georgia" w:hAnsi="Georgia"/>
          <w:b w:val="0"/>
          <w:i w:val="0"/>
          <w:color w:val="22201D"/>
          <w:sz w:val="20"/>
        </w:rPr>
        <w:t>"That is not how adjournment works."</w:t>
      </w:r>
    </w:p>
    <w:p>
      <w:pPr>
        <w:spacing w:after="60" w:line="266" w:lineRule="auto"/>
        <w:ind w:firstLine="331"/>
        <w:jc w:val="both"/>
      </w:pPr>
      <w:r>
        <w:rPr>
          <w:rFonts w:ascii="Georgia" w:hAnsi="Georgia"/>
          <w:b w:val="0"/>
          <w:i w:val="0"/>
          <w:color w:val="22201D"/>
          <w:sz w:val="20"/>
        </w:rPr>
        <w:t>The Hostess said, "No."</w:t>
      </w:r>
    </w:p>
    <w:p>
      <w:pPr>
        <w:spacing w:after="60" w:line="266" w:lineRule="auto"/>
        <w:ind w:firstLine="331"/>
        <w:jc w:val="both"/>
      </w:pPr>
      <w:r>
        <w:rPr>
          <w:rFonts w:ascii="Georgia" w:hAnsi="Georgia"/>
          <w:b w:val="0"/>
          <w:i w:val="0"/>
          <w:color w:val="22201D"/>
          <w:sz w:val="20"/>
        </w:rPr>
        <w:t>Steve said, "It may be how this one works."</w:t>
      </w:r>
    </w:p>
    <w:p>
      <w:pPr>
        <w:spacing w:after="60" w:line="266" w:lineRule="auto"/>
        <w:ind w:firstLine="331"/>
        <w:jc w:val="both"/>
      </w:pPr>
      <w:r>
        <w:rPr>
          <w:rFonts w:ascii="Georgia" w:hAnsi="Georgia"/>
          <w:b w:val="0"/>
          <w:i w:val="0"/>
          <w:color w:val="22201D"/>
          <w:sz w:val="20"/>
        </w:rPr>
        <w:t>Gerald said, "Adjournment area is clear."</w:t>
      </w:r>
    </w:p>
    <w:p>
      <w:pPr>
        <w:spacing w:after="60" w:line="266" w:lineRule="auto"/>
        <w:ind w:firstLine="331"/>
        <w:jc w:val="both"/>
      </w:pPr>
      <w:r>
        <w:rPr>
          <w:rFonts w:ascii="Georgia" w:hAnsi="Georgia"/>
          <w:b w:val="0"/>
          <w:i w:val="0"/>
          <w:color w:val="22201D"/>
          <w:sz w:val="20"/>
        </w:rPr>
        <w:t>Mara laughed once.</w:t>
      </w:r>
    </w:p>
    <w:p>
      <w:pPr>
        <w:spacing w:after="60" w:line="266" w:lineRule="auto"/>
        <w:ind w:firstLine="331"/>
        <w:jc w:val="both"/>
      </w:pPr>
      <w:r>
        <w:rPr>
          <w:rFonts w:ascii="Georgia" w:hAnsi="Georgia"/>
          <w:b w:val="0"/>
          <w:i w:val="0"/>
          <w:color w:val="22201D"/>
          <w:sz w:val="20"/>
        </w:rPr>
        <w:t>Flocc did not ask why.</w:t>
      </w:r>
    </w:p>
    <w:p>
      <w:pPr>
        <w:spacing w:after="60" w:line="266" w:lineRule="auto"/>
        <w:ind w:firstLine="331"/>
        <w:jc w:val="both"/>
      </w:pPr>
      <w:r>
        <w:rPr>
          <w:rFonts w:ascii="Georgia" w:hAnsi="Georgia"/>
          <w:b w:val="0"/>
          <w:i w:val="0"/>
          <w:color w:val="22201D"/>
          <w:sz w:val="20"/>
        </w:rPr>
        <w:t>He had heard enough to wait.</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10: The Check Splits Itself</w:t>
      </w:r>
    </w:p>
    <w:p>
      <w:pPr>
        <w:spacing w:after="60" w:line="266" w:lineRule="auto"/>
        <w:ind w:firstLine="0"/>
        <w:jc w:val="both"/>
      </w:pPr>
      <w:r>
        <w:rPr>
          <w:rFonts w:ascii="Georgia" w:hAnsi="Georgia"/>
          <w:b w:val="0"/>
          <w:i w:val="0"/>
          <w:color w:val="22201D"/>
          <w:sz w:val="20"/>
        </w:rPr>
        <w:t>In which the bill learns to divide without becoming smaller, and everyone at Table Four discovers that exact change is not a form of punishment but a form of relation.</w:t>
      </w:r>
    </w:p>
    <w:p>
      <w:pPr>
        <w:spacing w:after="60" w:line="266" w:lineRule="auto"/>
        <w:ind w:firstLine="331"/>
        <w:jc w:val="both"/>
      </w:pPr>
      <w:r>
        <w:rPr>
          <w:rFonts w:ascii="Georgia" w:hAnsi="Georgia"/>
          <w:b w:val="0"/>
          <w:i w:val="0"/>
          <w:color w:val="22201D"/>
          <w:sz w:val="20"/>
        </w:rPr>
        <w:t>The check arrived after the hearing minutes were signed.</w:t>
      </w:r>
    </w:p>
    <w:p>
      <w:pPr>
        <w:spacing w:after="60" w:line="266" w:lineRule="auto"/>
        <w:ind w:firstLine="331"/>
        <w:jc w:val="both"/>
      </w:pPr>
      <w:r>
        <w:rPr>
          <w:rFonts w:ascii="Georgia" w:hAnsi="Georgia"/>
          <w:b w:val="0"/>
          <w:i w:val="0"/>
          <w:color w:val="22201D"/>
          <w:sz w:val="20"/>
        </w:rPr>
        <w:t>Not before.</w:t>
      </w:r>
    </w:p>
    <w:p>
      <w:pPr>
        <w:spacing w:after="60" w:line="266" w:lineRule="auto"/>
        <w:ind w:firstLine="331"/>
        <w:jc w:val="both"/>
      </w:pPr>
      <w:r>
        <w:rPr>
          <w:rFonts w:ascii="Georgia" w:hAnsi="Georgia"/>
          <w:b w:val="0"/>
          <w:i w:val="0"/>
          <w:color w:val="22201D"/>
          <w:sz w:val="20"/>
        </w:rPr>
        <w:t>The restaurant had learned, over the course of several books, that timing was part of the message. An early bill meant the room was still pretending. A late bill meant someone had tried to make accountability ornamental. This one arrived at the correct moment, which was worse because it was fair.</w:t>
      </w:r>
    </w:p>
    <w:p>
      <w:pPr>
        <w:spacing w:after="60" w:line="266" w:lineRule="auto"/>
        <w:ind w:firstLine="331"/>
        <w:jc w:val="both"/>
      </w:pPr>
      <w:r>
        <w:rPr>
          <w:rFonts w:ascii="Georgia" w:hAnsi="Georgia"/>
          <w:b w:val="0"/>
          <w:i w:val="0"/>
          <w:color w:val="22201D"/>
          <w:sz w:val="20"/>
        </w:rPr>
        <w:t>It came in a plain envelope and sat in the center of Table Four without asking permission.</w:t>
      </w:r>
    </w:p>
    <w:p>
      <w:pPr>
        <w:spacing w:after="60" w:line="266" w:lineRule="auto"/>
        <w:ind w:firstLine="331"/>
        <w:jc w:val="both"/>
      </w:pPr>
      <w:r>
        <w:rPr>
          <w:rFonts w:ascii="Georgia" w:hAnsi="Georgia"/>
          <w:b w:val="0"/>
          <w:i w:val="0"/>
          <w:color w:val="22201D"/>
          <w:sz w:val="20"/>
        </w:rPr>
        <w:t>The Hostess touched the envelope with one finger.</w:t>
      </w:r>
    </w:p>
    <w:p>
      <w:pPr>
        <w:spacing w:after="60" w:line="266" w:lineRule="auto"/>
        <w:ind w:firstLine="331"/>
        <w:jc w:val="both"/>
      </w:pPr>
      <w:r>
        <w:rPr>
          <w:rFonts w:ascii="Georgia" w:hAnsi="Georgia"/>
          <w:b w:val="0"/>
          <w:i w:val="0"/>
          <w:color w:val="22201D"/>
          <w:sz w:val="20"/>
        </w:rPr>
        <w:t>"This one is ours," she said.</w:t>
      </w:r>
    </w:p>
    <w:p>
      <w:pPr>
        <w:spacing w:after="60" w:line="266" w:lineRule="auto"/>
        <w:ind w:firstLine="331"/>
        <w:jc w:val="both"/>
      </w:pPr>
      <w:r>
        <w:rPr>
          <w:rFonts w:ascii="Georgia" w:hAnsi="Georgia"/>
          <w:b w:val="0"/>
          <w:i w:val="0"/>
          <w:color w:val="22201D"/>
          <w:sz w:val="20"/>
        </w:rPr>
        <w:t>"That is not comforting," said Auditor Ives.</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Steve opened his corrected form one more time, as if the right amount of paper might make the next sentence less personal.</w:t>
      </w:r>
    </w:p>
    <w:p>
      <w:pPr>
        <w:spacing w:after="60" w:line="266" w:lineRule="auto"/>
        <w:ind w:firstLine="331"/>
        <w:jc w:val="both"/>
      </w:pPr>
      <w:r>
        <w:rPr>
          <w:rFonts w:ascii="Georgia" w:hAnsi="Georgia"/>
          <w:b w:val="0"/>
          <w:i w:val="0"/>
          <w:color w:val="22201D"/>
          <w:sz w:val="20"/>
        </w:rPr>
        <w:t>Gerald sat upright with the sauce ledger sealed in evidence plastic beside him. He had brought his own pen, his own shoes, and the exact expression of a man prepared to dislike the outcome if the outcome made a fool of sanitation.</w:t>
      </w:r>
    </w:p>
    <w:p>
      <w:pPr>
        <w:spacing w:after="60" w:line="266" w:lineRule="auto"/>
        <w:ind w:firstLine="331"/>
        <w:jc w:val="both"/>
      </w:pPr>
      <w:r>
        <w:rPr>
          <w:rFonts w:ascii="Georgia" w:hAnsi="Georgia"/>
          <w:b w:val="0"/>
          <w:i w:val="0"/>
          <w:color w:val="22201D"/>
          <w:sz w:val="20"/>
        </w:rPr>
        <w:t>Mara had a clean comment card in front of her and had not written on it yet, which was the clearest sign of self-control in the room.</w:t>
      </w:r>
    </w:p>
    <w:p>
      <w:pPr>
        <w:spacing w:after="60" w:line="266" w:lineRule="auto"/>
        <w:ind w:firstLine="331"/>
        <w:jc w:val="both"/>
      </w:pPr>
      <w:r>
        <w:rPr>
          <w:rFonts w:ascii="Georgia" w:hAnsi="Georgia"/>
          <w:b w:val="0"/>
          <w:i w:val="0"/>
          <w:color w:val="22201D"/>
          <w:sz w:val="20"/>
        </w:rPr>
        <w:t>Flocc was staring at the envelope.</w:t>
      </w:r>
    </w:p>
    <w:p>
      <w:pPr>
        <w:spacing w:after="60" w:line="266" w:lineRule="auto"/>
        <w:ind w:firstLine="331"/>
        <w:jc w:val="both"/>
      </w:pPr>
      <w:r>
        <w:rPr>
          <w:rFonts w:ascii="Georgia" w:hAnsi="Georgia"/>
          <w:b w:val="0"/>
          <w:i w:val="0"/>
          <w:color w:val="22201D"/>
          <w:sz w:val="20"/>
        </w:rPr>
        <w:t>Bob, who had already eaten the onion he claimed was for tears, was peeling a second one with the patience of a man doing public service without formal recognition.</w:t>
      </w:r>
    </w:p>
    <w:p>
      <w:pPr>
        <w:spacing w:after="60" w:line="266" w:lineRule="auto"/>
        <w:ind w:firstLine="331"/>
        <w:jc w:val="both"/>
      </w:pPr>
      <w:r>
        <w:rPr>
          <w:rFonts w:ascii="Georgia" w:hAnsi="Georgia"/>
          <w:b w:val="0"/>
          <w:i w:val="0"/>
          <w:color w:val="22201D"/>
          <w:sz w:val="20"/>
        </w:rPr>
        <w:t>The Hostess opened the envelope.</w:t>
      </w:r>
    </w:p>
    <w:p>
      <w:pPr>
        <w:spacing w:after="60" w:line="266" w:lineRule="auto"/>
        <w:ind w:firstLine="331"/>
        <w:jc w:val="both"/>
      </w:pPr>
      <w:r>
        <w:rPr>
          <w:rFonts w:ascii="Georgia" w:hAnsi="Georgia"/>
          <w:b w:val="0"/>
          <w:i w:val="0"/>
          <w:color w:val="22201D"/>
          <w:sz w:val="20"/>
        </w:rPr>
        <w:t>Inside was one bill.</w:t>
      </w:r>
    </w:p>
    <w:p>
      <w:pPr>
        <w:spacing w:after="60" w:line="266" w:lineRule="auto"/>
        <w:ind w:firstLine="331"/>
        <w:jc w:val="both"/>
      </w:pPr>
      <w:r>
        <w:rPr>
          <w:rFonts w:ascii="Georgia" w:hAnsi="Georgia"/>
          <w:b w:val="0"/>
          <w:i w:val="0"/>
          <w:color w:val="22201D"/>
          <w:sz w:val="20"/>
        </w:rPr>
        <w:t>Then two.</w:t>
      </w:r>
    </w:p>
    <w:p>
      <w:pPr>
        <w:spacing w:after="60" w:line="266" w:lineRule="auto"/>
        <w:ind w:firstLine="331"/>
        <w:jc w:val="both"/>
      </w:pPr>
      <w:r>
        <w:rPr>
          <w:rFonts w:ascii="Georgia" w:hAnsi="Georgia"/>
          <w:b w:val="0"/>
          <w:i w:val="0"/>
          <w:color w:val="22201D"/>
          <w:sz w:val="20"/>
        </w:rPr>
        <w:t>Then three.</w:t>
      </w:r>
    </w:p>
    <w:p>
      <w:pPr>
        <w:spacing w:after="60" w:line="266" w:lineRule="auto"/>
        <w:ind w:firstLine="331"/>
        <w:jc w:val="both"/>
      </w:pPr>
      <w:r>
        <w:rPr>
          <w:rFonts w:ascii="Georgia" w:hAnsi="Georgia"/>
          <w:b w:val="0"/>
          <w:i w:val="0"/>
          <w:color w:val="22201D"/>
          <w:sz w:val="20"/>
        </w:rPr>
        <w:t>She set them on the table in a fan.</w:t>
      </w:r>
    </w:p>
    <w:p>
      <w:pPr>
        <w:spacing w:after="60" w:line="266" w:lineRule="auto"/>
        <w:ind w:firstLine="331"/>
        <w:jc w:val="both"/>
      </w:pPr>
      <w:r>
        <w:rPr>
          <w:rFonts w:ascii="Georgia" w:hAnsi="Georgia"/>
          <w:b w:val="0"/>
          <w:i w:val="0"/>
          <w:color w:val="22201D"/>
          <w:sz w:val="20"/>
        </w:rPr>
        <w:t>None of them were identical.</w:t>
      </w:r>
    </w:p>
    <w:p>
      <w:pPr>
        <w:spacing w:after="60" w:line="266" w:lineRule="auto"/>
        <w:ind w:firstLine="331"/>
        <w:jc w:val="both"/>
      </w:pPr>
      <w:r>
        <w:rPr>
          <w:rFonts w:ascii="Georgia" w:hAnsi="Georgia"/>
          <w:b w:val="0"/>
          <w:i w:val="0"/>
          <w:color w:val="22201D"/>
          <w:sz w:val="20"/>
        </w:rPr>
        <w:t>Auditor Ives looked first at the top line, then at the due line, then at the explanation line, because she had once worked in offices where the explanation line was usually where the real crime lived.</w:t>
      </w:r>
    </w:p>
    <w:p>
      <w:pPr>
        <w:spacing w:after="60" w:line="266" w:lineRule="auto"/>
        <w:ind w:firstLine="331"/>
        <w:jc w:val="both"/>
      </w:pPr>
      <w:r>
        <w:rPr>
          <w:rFonts w:ascii="Georgia" w:hAnsi="Georgia"/>
          <w:b w:val="0"/>
          <w:i w:val="0"/>
          <w:color w:val="22201D"/>
          <w:sz w:val="20"/>
        </w:rPr>
        <w:t>Bill One read:</w:t>
      </w:r>
    </w:p>
    <w:p>
      <w:pPr>
        <w:spacing w:after="60" w:line="250" w:lineRule="auto"/>
        <w:ind w:left="202" w:right="173"/>
      </w:pPr>
      <w:r>
        <w:rPr>
          <w:rFonts w:ascii="Georgia" w:hAnsi="Georgia"/>
          <w:b w:val="0"/>
          <w:i w:val="0"/>
          <w:color w:val="22201D"/>
          <w:sz w:val="17"/>
        </w:rPr>
        <w:t>Customer: Flocc Charge: attention to debt Price: one honest sentence, spoken and not corrected after the fact Status: partial</w:t>
      </w:r>
    </w:p>
    <w:p>
      <w:pPr>
        <w:spacing w:after="60" w:line="266" w:lineRule="auto"/>
        <w:ind w:firstLine="331"/>
        <w:jc w:val="both"/>
      </w:pPr>
      <w:r>
        <w:rPr>
          <w:rFonts w:ascii="Georgia" w:hAnsi="Georgia"/>
          <w:b w:val="0"/>
          <w:i w:val="0"/>
          <w:color w:val="22201D"/>
          <w:sz w:val="20"/>
        </w:rPr>
        <w:t>Bill Two read:</w:t>
      </w:r>
    </w:p>
    <w:p>
      <w:pPr>
        <w:spacing w:after="60" w:line="250" w:lineRule="auto"/>
        <w:ind w:left="202" w:right="173"/>
      </w:pPr>
      <w:r>
        <w:rPr>
          <w:rFonts w:ascii="Georgia" w:hAnsi="Georgia"/>
          <w:b w:val="0"/>
          <w:i w:val="0"/>
          <w:color w:val="22201D"/>
          <w:sz w:val="17"/>
        </w:rPr>
        <w:t>Customer: Steve Bellweather Charge: correctness used as cover Price: one corrected form, routed without hiding the witness Status: accepted</w:t>
      </w:r>
    </w:p>
    <w:p>
      <w:pPr>
        <w:spacing w:after="60" w:line="266" w:lineRule="auto"/>
        <w:ind w:firstLine="331"/>
        <w:jc w:val="both"/>
      </w:pPr>
      <w:r>
        <w:rPr>
          <w:rFonts w:ascii="Georgia" w:hAnsi="Georgia"/>
          <w:b w:val="0"/>
          <w:i w:val="0"/>
          <w:color w:val="22201D"/>
          <w:sz w:val="20"/>
        </w:rPr>
        <w:t>Bill Three read:</w:t>
      </w:r>
    </w:p>
    <w:p>
      <w:pPr>
        <w:spacing w:after="60" w:line="250" w:lineRule="auto"/>
        <w:ind w:left="202" w:right="173"/>
      </w:pPr>
      <w:r>
        <w:rPr>
          <w:rFonts w:ascii="Georgia" w:hAnsi="Georgia"/>
          <w:b w:val="0"/>
          <w:i w:val="0"/>
          <w:color w:val="22201D"/>
          <w:sz w:val="17"/>
        </w:rPr>
        <w:t>Customer: Gerald Park Charge: safety enforced without surrendering truth Price: one clean inspection and one refusal to let mystery conceal grime Status: accepted under hold</w:t>
      </w:r>
    </w:p>
    <w:p>
      <w:pPr>
        <w:spacing w:after="60" w:line="266" w:lineRule="auto"/>
        <w:ind w:firstLine="331"/>
        <w:jc w:val="both"/>
      </w:pPr>
      <w:r>
        <w:rPr>
          <w:rFonts w:ascii="Georgia" w:hAnsi="Georgia"/>
          <w:b w:val="0"/>
          <w:i w:val="0"/>
          <w:color w:val="22201D"/>
          <w:sz w:val="20"/>
        </w:rPr>
        <w:t>Then there were addenda.</w:t>
      </w:r>
    </w:p>
    <w:p>
      <w:pPr>
        <w:spacing w:after="60" w:line="266" w:lineRule="auto"/>
        <w:ind w:firstLine="331"/>
        <w:jc w:val="both"/>
      </w:pPr>
      <w:r>
        <w:rPr>
          <w:rFonts w:ascii="Georgia" w:hAnsi="Georgia"/>
          <w:b w:val="0"/>
          <w:i w:val="0"/>
          <w:color w:val="22201D"/>
          <w:sz w:val="20"/>
        </w:rPr>
        <w:t>One for Mara:</w:t>
      </w:r>
    </w:p>
    <w:p>
      <w:pPr>
        <w:spacing w:after="60" w:line="250" w:lineRule="auto"/>
        <w:ind w:left="202" w:right="173"/>
      </w:pPr>
      <w:r>
        <w:rPr>
          <w:rFonts w:ascii="Georgia" w:hAnsi="Georgia"/>
          <w:b w:val="0"/>
          <w:i w:val="0"/>
          <w:color w:val="22201D"/>
          <w:sz w:val="17"/>
        </w:rPr>
        <w:t>Charge: attention held without performance Price: one witness not turned into a stage Status: accepted</w:t>
      </w:r>
    </w:p>
    <w:p>
      <w:pPr>
        <w:spacing w:after="60" w:line="266" w:lineRule="auto"/>
        <w:ind w:firstLine="331"/>
        <w:jc w:val="both"/>
      </w:pPr>
      <w:r>
        <w:rPr>
          <w:rFonts w:ascii="Georgia" w:hAnsi="Georgia"/>
          <w:b w:val="0"/>
          <w:i w:val="0"/>
          <w:color w:val="22201D"/>
          <w:sz w:val="20"/>
        </w:rPr>
        <w:t>One for Auditor Ives:</w:t>
      </w:r>
    </w:p>
    <w:p>
      <w:pPr>
        <w:spacing w:after="60" w:line="250" w:lineRule="auto"/>
        <w:ind w:left="202" w:right="173"/>
      </w:pPr>
      <w:r>
        <w:rPr>
          <w:rFonts w:ascii="Georgia" w:hAnsi="Georgia"/>
          <w:b w:val="0"/>
          <w:i w:val="0"/>
          <w:color w:val="22201D"/>
          <w:sz w:val="17"/>
        </w:rPr>
        <w:t>Charge: public protection while hungry for classification Price: one admission that refusal can protect people Status: partial</w:t>
      </w:r>
    </w:p>
    <w:p>
      <w:pPr>
        <w:spacing w:after="60" w:line="266" w:lineRule="auto"/>
        <w:ind w:firstLine="331"/>
        <w:jc w:val="both"/>
      </w:pPr>
      <w:r>
        <w:rPr>
          <w:rFonts w:ascii="Georgia" w:hAnsi="Georgia"/>
          <w:b w:val="0"/>
          <w:i w:val="0"/>
          <w:color w:val="22201D"/>
          <w:sz w:val="20"/>
        </w:rPr>
        <w:t>And one final page, the shortest of all:</w:t>
      </w:r>
    </w:p>
    <w:p>
      <w:pPr>
        <w:spacing w:after="60" w:line="250" w:lineRule="auto"/>
        <w:ind w:left="202" w:right="173"/>
      </w:pPr>
      <w:r>
        <w:rPr>
          <w:rFonts w:ascii="Georgia" w:hAnsi="Georgia"/>
          <w:b w:val="0"/>
          <w:i w:val="0"/>
          <w:color w:val="22201D"/>
          <w:sz w:val="17"/>
        </w:rPr>
        <w:t>Customer: Emoji Soup Charge: creating relation by feeding people Price: the obligation to remain answerable Status: open</w:t>
      </w:r>
    </w:p>
    <w:p>
      <w:pPr>
        <w:spacing w:after="60" w:line="266" w:lineRule="auto"/>
        <w:ind w:firstLine="331"/>
        <w:jc w:val="both"/>
      </w:pPr>
      <w:r>
        <w:rPr>
          <w:rFonts w:ascii="Georgia" w:hAnsi="Georgia"/>
          <w:b w:val="0"/>
          <w:i w:val="0"/>
          <w:color w:val="22201D"/>
          <w:sz w:val="20"/>
        </w:rPr>
        <w:t>Bob let out a low whistle.</w:t>
      </w:r>
    </w:p>
    <w:p>
      <w:pPr>
        <w:spacing w:after="60" w:line="266" w:lineRule="auto"/>
        <w:ind w:firstLine="331"/>
        <w:jc w:val="both"/>
      </w:pPr>
      <w:r>
        <w:rPr>
          <w:rFonts w:ascii="Georgia" w:hAnsi="Georgia"/>
          <w:b w:val="0"/>
          <w:i w:val="0"/>
          <w:color w:val="22201D"/>
          <w:sz w:val="20"/>
        </w:rPr>
        <w:t>"That one is rude."</w:t>
      </w:r>
    </w:p>
    <w:p>
      <w:pPr>
        <w:spacing w:after="60" w:line="266" w:lineRule="auto"/>
        <w:ind w:firstLine="331"/>
        <w:jc w:val="both"/>
      </w:pPr>
      <w:r>
        <w:rPr>
          <w:rFonts w:ascii="Georgia" w:hAnsi="Georgia"/>
          <w:b w:val="0"/>
          <w:i w:val="0"/>
          <w:color w:val="22201D"/>
          <w:sz w:val="20"/>
        </w:rPr>
        <w:t>"That one is accurate," said Gerald.</w:t>
      </w:r>
    </w:p>
    <w:p>
      <w:pPr>
        <w:spacing w:after="60" w:line="266" w:lineRule="auto"/>
        <w:ind w:firstLine="331"/>
        <w:jc w:val="both"/>
      </w:pPr>
      <w:r>
        <w:rPr>
          <w:rFonts w:ascii="Georgia" w:hAnsi="Georgia"/>
          <w:b w:val="0"/>
          <w:i w:val="0"/>
          <w:color w:val="22201D"/>
          <w:sz w:val="20"/>
        </w:rPr>
        <w:t>Auditor Ives leaned back.</w:t>
      </w:r>
    </w:p>
    <w:p>
      <w:pPr>
        <w:spacing w:after="60" w:line="266" w:lineRule="auto"/>
        <w:ind w:firstLine="331"/>
        <w:jc w:val="both"/>
      </w:pPr>
      <w:r>
        <w:rPr>
          <w:rFonts w:ascii="Georgia" w:hAnsi="Georgia"/>
          <w:b w:val="0"/>
          <w:i w:val="0"/>
          <w:color w:val="22201D"/>
          <w:sz w:val="20"/>
        </w:rPr>
        <w:t>"The restaurant is on the bill?"</w:t>
      </w:r>
    </w:p>
    <w:p>
      <w:pPr>
        <w:spacing w:after="60" w:line="266" w:lineRule="auto"/>
        <w:ind w:firstLine="331"/>
        <w:jc w:val="both"/>
      </w:pPr>
      <w:r>
        <w:rPr>
          <w:rFonts w:ascii="Georgia" w:hAnsi="Georgia"/>
          <w:b w:val="0"/>
          <w:i w:val="0"/>
          <w:color w:val="22201D"/>
          <w:sz w:val="20"/>
        </w:rPr>
        <w:t>The Hostess said, "It would be dishonest to leave the house off the account."</w:t>
      </w:r>
    </w:p>
    <w:p>
      <w:pPr>
        <w:spacing w:after="60" w:line="266" w:lineRule="auto"/>
        <w:ind w:firstLine="331"/>
        <w:jc w:val="both"/>
      </w:pPr>
      <w:r>
        <w:rPr>
          <w:rFonts w:ascii="Georgia" w:hAnsi="Georgia"/>
          <w:b w:val="0"/>
          <w:i w:val="0"/>
          <w:color w:val="22201D"/>
          <w:sz w:val="20"/>
        </w:rPr>
        <w:t>"That is not a legal answer."</w:t>
      </w:r>
    </w:p>
    <w:p>
      <w:pPr>
        <w:spacing w:after="60" w:line="266" w:lineRule="auto"/>
        <w:ind w:firstLine="331"/>
        <w:jc w:val="both"/>
      </w:pPr>
      <w:r>
        <w:rPr>
          <w:rFonts w:ascii="Georgia" w:hAnsi="Georgia"/>
          <w:b w:val="0"/>
          <w:i w:val="0"/>
          <w:color w:val="22201D"/>
          <w:sz w:val="20"/>
        </w:rPr>
        <w:t>"It is a better one."</w:t>
      </w:r>
    </w:p>
    <w:p>
      <w:pPr>
        <w:spacing w:after="60" w:line="266" w:lineRule="auto"/>
        <w:ind w:firstLine="331"/>
        <w:jc w:val="both"/>
      </w:pPr>
      <w:r>
        <w:rPr>
          <w:rFonts w:ascii="Georgia" w:hAnsi="Georgia"/>
          <w:b w:val="0"/>
          <w:i w:val="0"/>
          <w:color w:val="22201D"/>
          <w:sz w:val="20"/>
        </w:rPr>
        <w:t>Steve touched the line on his bill.</w:t>
      </w:r>
    </w:p>
    <w:p>
      <w:pPr>
        <w:spacing w:after="60" w:line="266" w:lineRule="auto"/>
        <w:ind w:firstLine="331"/>
        <w:jc w:val="both"/>
      </w:pPr>
      <w:r>
        <w:rPr>
          <w:rFonts w:ascii="Georgia" w:hAnsi="Georgia"/>
          <w:b w:val="0"/>
          <w:i w:val="0"/>
          <w:color w:val="22201D"/>
          <w:sz w:val="20"/>
        </w:rPr>
        <w:t>"One honest sentence spoken and not corrected after the fact."</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"You already did that."</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"Then why does it still feel like a charge?"</w:t>
      </w:r>
    </w:p>
    <w:p>
      <w:pPr>
        <w:spacing w:after="60" w:line="266" w:lineRule="auto"/>
        <w:ind w:firstLine="331"/>
        <w:jc w:val="both"/>
      </w:pPr>
      <w:r>
        <w:rPr>
          <w:rFonts w:ascii="Georgia" w:hAnsi="Georgia"/>
          <w:b w:val="0"/>
          <w:i w:val="0"/>
          <w:color w:val="22201D"/>
          <w:sz w:val="20"/>
        </w:rPr>
        <w:t>Steve thought about the sentence he had written in the corrected form.</w:t>
      </w:r>
    </w:p>
    <w:p>
      <w:pPr>
        <w:spacing w:after="60" w:line="266" w:lineRule="auto"/>
        <w:ind w:firstLine="331"/>
        <w:jc w:val="both"/>
      </w:pPr>
      <w:r>
        <w:rPr>
          <w:rFonts w:ascii="Georgia" w:hAnsi="Georgia"/>
          <w:b w:val="0"/>
          <w:i w:val="0"/>
          <w:color w:val="22201D"/>
          <w:sz w:val="20"/>
        </w:rPr>
        <w:t>I hoped accuracy would protect me from being responsible for what accuracy revealed.</w:t>
      </w:r>
    </w:p>
    <w:p>
      <w:pPr>
        <w:spacing w:after="60" w:line="266" w:lineRule="auto"/>
        <w:ind w:firstLine="331"/>
        <w:jc w:val="both"/>
      </w:pPr>
      <w:r>
        <w:rPr>
          <w:rFonts w:ascii="Georgia" w:hAnsi="Georgia"/>
          <w:b w:val="0"/>
          <w:i w:val="0"/>
          <w:color w:val="22201D"/>
          <w:sz w:val="20"/>
        </w:rPr>
        <w:t>It had not protected him.</w:t>
      </w:r>
    </w:p>
    <w:p>
      <w:pPr>
        <w:spacing w:after="60" w:line="266" w:lineRule="auto"/>
        <w:ind w:firstLine="331"/>
        <w:jc w:val="both"/>
      </w:pPr>
      <w:r>
        <w:rPr>
          <w:rFonts w:ascii="Georgia" w:hAnsi="Georgia"/>
          <w:b w:val="0"/>
          <w:i w:val="0"/>
          <w:color w:val="22201D"/>
          <w:sz w:val="20"/>
        </w:rPr>
        <w:t>It had made him available.</w:t>
      </w:r>
    </w:p>
    <w:p>
      <w:pPr>
        <w:spacing w:after="60" w:line="266" w:lineRule="auto"/>
        <w:ind w:firstLine="331"/>
        <w:jc w:val="both"/>
      </w:pPr>
      <w:r>
        <w:rPr>
          <w:rFonts w:ascii="Georgia" w:hAnsi="Georgia"/>
          <w:b w:val="0"/>
          <w:i w:val="0"/>
          <w:color w:val="22201D"/>
          <w:sz w:val="20"/>
        </w:rPr>
        <w:t>"Because," he said, "being honest does not remove the consequence of being heard."</w:t>
      </w:r>
    </w:p>
    <w:p>
      <w:pPr>
        <w:spacing w:after="60" w:line="266" w:lineRule="auto"/>
        <w:ind w:firstLine="331"/>
        <w:jc w:val="both"/>
      </w:pPr>
      <w:r>
        <w:rPr>
          <w:rFonts w:ascii="Georgia" w:hAnsi="Georgia"/>
          <w:b w:val="0"/>
          <w:i w:val="0"/>
          <w:color w:val="22201D"/>
          <w:sz w:val="20"/>
        </w:rPr>
        <w:t>Mara nodded once.</w:t>
      </w:r>
    </w:p>
    <w:p>
      <w:pPr>
        <w:spacing w:after="60" w:line="266" w:lineRule="auto"/>
        <w:ind w:firstLine="331"/>
        <w:jc w:val="both"/>
      </w:pPr>
      <w:r>
        <w:rPr>
          <w:rFonts w:ascii="Georgia" w:hAnsi="Georgia"/>
          <w:b w:val="0"/>
          <w:i w:val="0"/>
          <w:color w:val="22201D"/>
          <w:sz w:val="20"/>
        </w:rPr>
        <w:t>Flocc looked at his own line and felt every old instinct telling him to treat it like a trap.</w:t>
      </w:r>
    </w:p>
    <w:p>
      <w:pPr>
        <w:spacing w:after="60" w:line="266" w:lineRule="auto"/>
        <w:ind w:firstLine="331"/>
        <w:jc w:val="both"/>
      </w:pPr>
      <w:r>
        <w:rPr>
          <w:rFonts w:ascii="Georgia" w:hAnsi="Georgia"/>
          <w:b w:val="0"/>
          <w:i w:val="0"/>
          <w:color w:val="22201D"/>
          <w:sz w:val="20"/>
        </w:rPr>
        <w:t>It was not.</w:t>
      </w:r>
    </w:p>
    <w:p>
      <w:pPr>
        <w:spacing w:after="60" w:line="266" w:lineRule="auto"/>
        <w:ind w:firstLine="331"/>
        <w:jc w:val="both"/>
      </w:pPr>
      <w:r>
        <w:rPr>
          <w:rFonts w:ascii="Georgia" w:hAnsi="Georgia"/>
          <w:b w:val="0"/>
          <w:i w:val="0"/>
          <w:color w:val="22201D"/>
          <w:sz w:val="20"/>
        </w:rPr>
        <w:t>It was worse and better than that.</w:t>
      </w:r>
    </w:p>
    <w:p>
      <w:pPr>
        <w:spacing w:after="60" w:line="266" w:lineRule="auto"/>
        <w:ind w:firstLine="331"/>
        <w:jc w:val="both"/>
      </w:pPr>
      <w:r>
        <w:rPr>
          <w:rFonts w:ascii="Georgia" w:hAnsi="Georgia"/>
          <w:b w:val="0"/>
          <w:i w:val="0"/>
          <w:color w:val="22201D"/>
          <w:sz w:val="20"/>
        </w:rPr>
        <w:t>It was a relation.</w:t>
      </w:r>
    </w:p>
    <w:p>
      <w:pPr>
        <w:spacing w:after="60" w:line="266" w:lineRule="auto"/>
        <w:ind w:firstLine="331"/>
        <w:jc w:val="both"/>
      </w:pPr>
      <w:r>
        <w:rPr>
          <w:rFonts w:ascii="Georgia" w:hAnsi="Georgia"/>
          <w:b w:val="0"/>
          <w:i w:val="0"/>
          <w:color w:val="22201D"/>
          <w:sz w:val="20"/>
        </w:rPr>
        <w:t>"What counts as payment?" he asked.</w:t>
      </w:r>
    </w:p>
    <w:p>
      <w:pPr>
        <w:spacing w:after="60" w:line="266" w:lineRule="auto"/>
        <w:ind w:firstLine="331"/>
        <w:jc w:val="both"/>
      </w:pPr>
      <w:r>
        <w:rPr>
          <w:rFonts w:ascii="Georgia" w:hAnsi="Georgia"/>
          <w:b w:val="0"/>
          <w:i w:val="0"/>
          <w:color w:val="22201D"/>
          <w:sz w:val="20"/>
        </w:rPr>
        <w:t>The Hostess folded her hands.</w:t>
      </w:r>
    </w:p>
    <w:p>
      <w:pPr>
        <w:spacing w:after="60" w:line="266" w:lineRule="auto"/>
        <w:ind w:firstLine="331"/>
        <w:jc w:val="both"/>
      </w:pPr>
      <w:r>
        <w:rPr>
          <w:rFonts w:ascii="Georgia" w:hAnsi="Georgia"/>
          <w:b w:val="0"/>
          <w:i w:val="0"/>
          <w:color w:val="22201D"/>
          <w:sz w:val="20"/>
        </w:rPr>
        <w:t>"What counts as exact."</w:t>
      </w:r>
    </w:p>
    <w:p>
      <w:pPr>
        <w:spacing w:after="60" w:line="266" w:lineRule="auto"/>
        <w:ind w:firstLine="331"/>
        <w:jc w:val="both"/>
      </w:pPr>
      <w:r>
        <w:rPr>
          <w:rFonts w:ascii="Georgia" w:hAnsi="Georgia"/>
          <w:b w:val="0"/>
          <w:i w:val="0"/>
          <w:color w:val="22201D"/>
          <w:sz w:val="20"/>
        </w:rPr>
        <w:t>Auditor Ives pointed at her own addendum.</w:t>
      </w:r>
    </w:p>
    <w:p>
      <w:pPr>
        <w:spacing w:after="60" w:line="266" w:lineRule="auto"/>
        <w:ind w:firstLine="331"/>
        <w:jc w:val="both"/>
      </w:pPr>
      <w:r>
        <w:rPr>
          <w:rFonts w:ascii="Georgia" w:hAnsi="Georgia"/>
          <w:b w:val="0"/>
          <w:i w:val="0"/>
          <w:color w:val="22201D"/>
          <w:sz w:val="20"/>
        </w:rPr>
        <w:t>"I cannot let the city classify a protection problem as paid by atmosphere."</w:t>
      </w:r>
    </w:p>
    <w:p>
      <w:pPr>
        <w:spacing w:after="60" w:line="266" w:lineRule="auto"/>
        <w:ind w:firstLine="331"/>
        <w:jc w:val="both"/>
      </w:pPr>
      <w:r>
        <w:rPr>
          <w:rFonts w:ascii="Georgia" w:hAnsi="Georgia"/>
          <w:b w:val="0"/>
          <w:i w:val="0"/>
          <w:color w:val="22201D"/>
          <w:sz w:val="20"/>
        </w:rPr>
        <w:t>"No," said Gerald. "You can only classify it by what it actually costs."</w:t>
      </w:r>
    </w:p>
    <w:p>
      <w:pPr>
        <w:spacing w:after="60" w:line="266" w:lineRule="auto"/>
        <w:ind w:firstLine="331"/>
        <w:jc w:val="both"/>
      </w:pPr>
      <w:r>
        <w:rPr>
          <w:rFonts w:ascii="Georgia" w:hAnsi="Georgia"/>
          <w:b w:val="0"/>
          <w:i w:val="0"/>
          <w:color w:val="22201D"/>
          <w:sz w:val="20"/>
        </w:rPr>
        <w:t>"And if the cost is not money?"</w:t>
      </w:r>
    </w:p>
    <w:p>
      <w:pPr>
        <w:spacing w:after="60" w:line="266" w:lineRule="auto"/>
        <w:ind w:firstLine="331"/>
        <w:jc w:val="both"/>
      </w:pPr>
      <w:r>
        <w:rPr>
          <w:rFonts w:ascii="Georgia" w:hAnsi="Georgia"/>
          <w:b w:val="0"/>
          <w:i w:val="0"/>
          <w:color w:val="22201D"/>
          <w:sz w:val="20"/>
        </w:rPr>
        <w:t>Bob peeled the onion in a long curl and set it down beside his water glass.</w:t>
      </w:r>
    </w:p>
    <w:p>
      <w:pPr>
        <w:spacing w:after="60" w:line="266" w:lineRule="auto"/>
        <w:ind w:firstLine="331"/>
        <w:jc w:val="both"/>
      </w:pPr>
      <w:r>
        <w:rPr>
          <w:rFonts w:ascii="Georgia" w:hAnsi="Georgia"/>
          <w:b w:val="0"/>
          <w:i w:val="0"/>
          <w:color w:val="22201D"/>
          <w:sz w:val="20"/>
        </w:rPr>
        <w:t>"Then do not make the mistake of pretending it is free."</w:t>
      </w:r>
    </w:p>
    <w:p>
      <w:pPr>
        <w:spacing w:after="60" w:line="266" w:lineRule="auto"/>
        <w:ind w:firstLine="331"/>
        <w:jc w:val="both"/>
      </w:pPr>
      <w:r>
        <w:rPr>
          <w:rFonts w:ascii="Georgia" w:hAnsi="Georgia"/>
          <w:b w:val="0"/>
          <w:i w:val="0"/>
          <w:color w:val="22201D"/>
          <w:sz w:val="20"/>
        </w:rPr>
        <w:t>The bill tray, which had been quiet since the hearing, printed:</w:t>
      </w:r>
    </w:p>
    <w:p>
      <w:pPr>
        <w:spacing w:after="60" w:line="250" w:lineRule="auto"/>
        <w:ind w:left="202" w:right="173"/>
      </w:pPr>
      <w:r>
        <w:rPr>
          <w:rFonts w:ascii="Georgia" w:hAnsi="Georgia"/>
          <w:b w:val="0"/>
          <w:i w:val="0"/>
          <w:color w:val="22201D"/>
          <w:sz w:val="17"/>
        </w:rPr>
        <w:t>Exact change requested Not smaller change</w:t>
      </w:r>
    </w:p>
    <w:p>
      <w:pPr>
        <w:spacing w:after="60" w:line="266" w:lineRule="auto"/>
        <w:ind w:firstLine="331"/>
        <w:jc w:val="both"/>
      </w:pPr>
      <w:r>
        <w:rPr>
          <w:rFonts w:ascii="Georgia" w:hAnsi="Georgia"/>
          <w:b w:val="0"/>
          <w:i w:val="0"/>
          <w:color w:val="22201D"/>
          <w:sz w:val="20"/>
        </w:rPr>
        <w:t>The room read that line in silence.</w:t>
      </w:r>
    </w:p>
    <w:p>
      <w:pPr>
        <w:spacing w:after="60" w:line="266" w:lineRule="auto"/>
        <w:ind w:firstLine="331"/>
        <w:jc w:val="both"/>
      </w:pPr>
      <w:r>
        <w:rPr>
          <w:rFonts w:ascii="Georgia" w:hAnsi="Georgia"/>
          <w:b w:val="0"/>
          <w:i w:val="0"/>
          <w:color w:val="22201D"/>
          <w:sz w:val="20"/>
        </w:rPr>
        <w:t>Then Flocc reached for his bill.</w:t>
      </w:r>
    </w:p>
    <w:p>
      <w:pPr>
        <w:spacing w:after="60" w:line="266" w:lineRule="auto"/>
        <w:ind w:firstLine="331"/>
        <w:jc w:val="both"/>
      </w:pPr>
      <w:r>
        <w:rPr>
          <w:rFonts w:ascii="Georgia" w:hAnsi="Georgia"/>
          <w:b w:val="0"/>
          <w:i w:val="0"/>
          <w:color w:val="22201D"/>
          <w:sz w:val="20"/>
        </w:rPr>
        <w:t>He did not pick it up theatrically. He did not clutch it like a verdict. He lifted the page as a person lifting something that had become his because he had finally stopped pretending otherwise.</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Customer recognition: good</w:t>
      </w:r>
    </w:p>
    <w:p>
      <w:pPr>
        <w:spacing w:after="60" w:line="266" w:lineRule="auto"/>
        <w:ind w:firstLine="331"/>
        <w:jc w:val="both"/>
      </w:pPr>
      <w:r>
        <w:rPr>
          <w:rFonts w:ascii="Georgia" w:hAnsi="Georgia"/>
          <w:b w:val="0"/>
          <w:i w:val="0"/>
          <w:color w:val="22201D"/>
          <w:sz w:val="20"/>
        </w:rPr>
        <w:t>Flocc swallowed.</w:t>
      </w:r>
    </w:p>
    <w:p>
      <w:pPr>
        <w:spacing w:after="60" w:line="266" w:lineRule="auto"/>
        <w:ind w:firstLine="331"/>
        <w:jc w:val="both"/>
      </w:pPr>
      <w:r>
        <w:rPr>
          <w:rFonts w:ascii="Georgia" w:hAnsi="Georgia"/>
          <w:b w:val="0"/>
          <w:i w:val="0"/>
          <w:color w:val="22201D"/>
          <w:sz w:val="20"/>
        </w:rPr>
        <w:t>Then he said the sentence that had been waiting for him since the tea:</w:t>
      </w:r>
    </w:p>
    <w:p>
      <w:pPr>
        <w:spacing w:after="60" w:line="266" w:lineRule="auto"/>
        <w:ind w:firstLine="331"/>
        <w:jc w:val="both"/>
      </w:pPr>
      <w:r>
        <w:rPr>
          <w:rFonts w:ascii="Georgia" w:hAnsi="Georgia"/>
          <w:b w:val="0"/>
          <w:i w:val="0"/>
          <w:color w:val="22201D"/>
          <w:sz w:val="20"/>
        </w:rPr>
        <w:t>"I called my mother."</w:t>
      </w:r>
    </w:p>
    <w:p>
      <w:pPr>
        <w:spacing w:after="60" w:line="266" w:lineRule="auto"/>
        <w:ind w:firstLine="331"/>
        <w:jc w:val="both"/>
      </w:pPr>
      <w:r>
        <w:rPr>
          <w:rFonts w:ascii="Georgia" w:hAnsi="Georgia"/>
          <w:b w:val="0"/>
          <w:i w:val="0"/>
          <w:color w:val="22201D"/>
          <w:sz w:val="20"/>
        </w:rPr>
        <w:t>The room did not react at all.</w:t>
      </w:r>
    </w:p>
    <w:p>
      <w:pPr>
        <w:spacing w:after="60" w:line="266" w:lineRule="auto"/>
        <w:ind w:firstLine="331"/>
        <w:jc w:val="both"/>
      </w:pPr>
      <w:r>
        <w:rPr>
          <w:rFonts w:ascii="Georgia" w:hAnsi="Georgia"/>
          <w:b w:val="0"/>
          <w:i w:val="0"/>
          <w:color w:val="22201D"/>
          <w:sz w:val="20"/>
        </w:rPr>
        <w:t>This, he realized, was the reaction he needed.</w:t>
      </w:r>
    </w:p>
    <w:p>
      <w:pPr>
        <w:spacing w:after="60" w:line="266" w:lineRule="auto"/>
        <w:ind w:firstLine="331"/>
        <w:jc w:val="both"/>
      </w:pPr>
      <w:r>
        <w:rPr>
          <w:rFonts w:ascii="Georgia" w:hAnsi="Georgia"/>
          <w:b w:val="0"/>
          <w:i w:val="0"/>
          <w:color w:val="22201D"/>
          <w:sz w:val="20"/>
        </w:rPr>
        <w:t>Not applause.</w:t>
      </w:r>
    </w:p>
    <w:p>
      <w:pPr>
        <w:spacing w:after="60" w:line="266" w:lineRule="auto"/>
        <w:ind w:firstLine="331"/>
        <w:jc w:val="both"/>
      </w:pPr>
      <w:r>
        <w:rPr>
          <w:rFonts w:ascii="Georgia" w:hAnsi="Georgia"/>
          <w:b w:val="0"/>
          <w:i w:val="0"/>
          <w:color w:val="22201D"/>
          <w:sz w:val="20"/>
        </w:rPr>
        <w:t>Not relief.</w:t>
      </w:r>
    </w:p>
    <w:p>
      <w:pPr>
        <w:spacing w:after="60" w:line="266" w:lineRule="auto"/>
        <w:ind w:firstLine="331"/>
        <w:jc w:val="both"/>
      </w:pPr>
      <w:r>
        <w:rPr>
          <w:rFonts w:ascii="Georgia" w:hAnsi="Georgia"/>
          <w:b w:val="0"/>
          <w:i w:val="0"/>
          <w:color w:val="22201D"/>
          <w:sz w:val="20"/>
        </w:rPr>
        <w:t>Not even kindness, although the kindness was there in the room like light under a door.</w:t>
      </w:r>
    </w:p>
    <w:p>
      <w:pPr>
        <w:spacing w:after="60" w:line="266" w:lineRule="auto"/>
        <w:ind w:firstLine="331"/>
        <w:jc w:val="both"/>
      </w:pPr>
      <w:r>
        <w:rPr>
          <w:rFonts w:ascii="Georgia" w:hAnsi="Georgia"/>
          <w:b w:val="0"/>
          <w:i w:val="0"/>
          <w:color w:val="22201D"/>
          <w:sz w:val="20"/>
        </w:rPr>
        <w:t>He had said it.</w:t>
      </w:r>
    </w:p>
    <w:p>
      <w:pPr>
        <w:spacing w:after="60" w:line="266" w:lineRule="auto"/>
        <w:ind w:firstLine="331"/>
        <w:jc w:val="both"/>
      </w:pPr>
      <w:r>
        <w:rPr>
          <w:rFonts w:ascii="Georgia" w:hAnsi="Georgia"/>
          <w:b w:val="0"/>
          <w:i w:val="0"/>
          <w:color w:val="22201D"/>
          <w:sz w:val="20"/>
        </w:rPr>
        <w:t>He had done the thing.</w:t>
      </w:r>
    </w:p>
    <w:p>
      <w:pPr>
        <w:spacing w:after="60" w:line="266" w:lineRule="auto"/>
        <w:ind w:firstLine="331"/>
        <w:jc w:val="both"/>
      </w:pPr>
      <w:r>
        <w:rPr>
          <w:rFonts w:ascii="Georgia" w:hAnsi="Georgia"/>
          <w:b w:val="0"/>
          <w:i w:val="0"/>
          <w:color w:val="22201D"/>
          <w:sz w:val="20"/>
        </w:rPr>
        <w:t>The bill updated:</w:t>
      </w:r>
    </w:p>
    <w:p>
      <w:pPr>
        <w:spacing w:after="60" w:line="250" w:lineRule="auto"/>
        <w:ind w:left="202" w:right="173"/>
      </w:pPr>
      <w:r>
        <w:rPr>
          <w:rFonts w:ascii="Georgia" w:hAnsi="Georgia"/>
          <w:b w:val="0"/>
          <w:i w:val="0"/>
          <w:color w:val="22201D"/>
          <w:sz w:val="17"/>
        </w:rPr>
        <w:t>Charge partially met Remaining balance: the habit of waiting too long</w:t>
      </w:r>
    </w:p>
    <w:p>
      <w:pPr>
        <w:spacing w:after="60" w:line="266" w:lineRule="auto"/>
        <w:ind w:firstLine="331"/>
        <w:jc w:val="both"/>
      </w:pPr>
      <w:r>
        <w:rPr>
          <w:rFonts w:ascii="Georgia" w:hAnsi="Georgia"/>
          <w:b w:val="0"/>
          <w:i w:val="0"/>
          <w:color w:val="22201D"/>
          <w:sz w:val="20"/>
        </w:rPr>
        <w:t>Flocc laughed once, short and unwilling.</w:t>
      </w:r>
    </w:p>
    <w:p>
      <w:pPr>
        <w:spacing w:after="60" w:line="266" w:lineRule="auto"/>
        <w:ind w:firstLine="331"/>
        <w:jc w:val="both"/>
      </w:pPr>
      <w:r>
        <w:rPr>
          <w:rFonts w:ascii="Georgia" w:hAnsi="Georgia"/>
          <w:b w:val="0"/>
          <w:i w:val="0"/>
          <w:color w:val="22201D"/>
          <w:sz w:val="20"/>
        </w:rPr>
        <w:t>"That seems fair."</w:t>
      </w:r>
    </w:p>
    <w:p>
      <w:pPr>
        <w:spacing w:after="60" w:line="266" w:lineRule="auto"/>
        <w:ind w:firstLine="331"/>
        <w:jc w:val="both"/>
      </w:pPr>
      <w:r>
        <w:rPr>
          <w:rFonts w:ascii="Georgia" w:hAnsi="Georgia"/>
          <w:b w:val="0"/>
          <w:i w:val="0"/>
          <w:color w:val="22201D"/>
          <w:sz w:val="20"/>
        </w:rPr>
        <w:t>"It is not fair," said the Hostess. "It is exact."</w:t>
      </w:r>
    </w:p>
    <w:p>
      <w:pPr>
        <w:spacing w:after="60" w:line="266" w:lineRule="auto"/>
        <w:ind w:firstLine="331"/>
        <w:jc w:val="both"/>
      </w:pPr>
      <w:r>
        <w:rPr>
          <w:rFonts w:ascii="Georgia" w:hAnsi="Georgia"/>
          <w:b w:val="0"/>
          <w:i w:val="0"/>
          <w:color w:val="22201D"/>
          <w:sz w:val="20"/>
        </w:rPr>
        <w:t>Steve looked up.</w:t>
      </w:r>
    </w:p>
    <w:p>
      <w:pPr>
        <w:spacing w:after="60" w:line="266" w:lineRule="auto"/>
        <w:ind w:firstLine="331"/>
        <w:jc w:val="both"/>
      </w:pPr>
      <w:r>
        <w:rPr>
          <w:rFonts w:ascii="Georgia" w:hAnsi="Georgia"/>
          <w:b w:val="0"/>
          <w:i w:val="0"/>
          <w:color w:val="22201D"/>
          <w:sz w:val="20"/>
        </w:rPr>
        <w:t>"Do we all say the thing?"</w:t>
      </w:r>
    </w:p>
    <w:p>
      <w:pPr>
        <w:spacing w:after="60" w:line="266" w:lineRule="auto"/>
        <w:ind w:firstLine="331"/>
        <w:jc w:val="both"/>
      </w:pPr>
      <w:r>
        <w:rPr>
          <w:rFonts w:ascii="Georgia" w:hAnsi="Georgia"/>
          <w:b w:val="0"/>
          <w:i w:val="0"/>
          <w:color w:val="22201D"/>
          <w:sz w:val="20"/>
        </w:rPr>
        <w:t>"If we owe it," said Auditor Ives.</w:t>
      </w:r>
    </w:p>
    <w:p>
      <w:pPr>
        <w:spacing w:after="60" w:line="266" w:lineRule="auto"/>
        <w:ind w:firstLine="331"/>
        <w:jc w:val="both"/>
      </w:pPr>
      <w:r>
        <w:rPr>
          <w:rFonts w:ascii="Georgia" w:hAnsi="Georgia"/>
          <w:b w:val="0"/>
          <w:i w:val="0"/>
          <w:color w:val="22201D"/>
          <w:sz w:val="20"/>
        </w:rPr>
        <w:t>Mara tapped the edge of her card.</w:t>
      </w:r>
    </w:p>
    <w:p>
      <w:pPr>
        <w:spacing w:after="60" w:line="266" w:lineRule="auto"/>
        <w:ind w:firstLine="331"/>
        <w:jc w:val="both"/>
      </w:pPr>
      <w:r>
        <w:rPr>
          <w:rFonts w:ascii="Georgia" w:hAnsi="Georgia"/>
          <w:b w:val="0"/>
          <w:i w:val="0"/>
          <w:color w:val="22201D"/>
          <w:sz w:val="20"/>
        </w:rPr>
        <w:t>"Do not make this a group exercise unless the group agrees."</w:t>
      </w:r>
    </w:p>
    <w:p>
      <w:pPr>
        <w:spacing w:after="60" w:line="266" w:lineRule="auto"/>
        <w:ind w:firstLine="331"/>
        <w:jc w:val="both"/>
      </w:pPr>
      <w:r>
        <w:rPr>
          <w:rFonts w:ascii="Georgia" w:hAnsi="Georgia"/>
          <w:b w:val="0"/>
          <w:i w:val="0"/>
          <w:color w:val="22201D"/>
          <w:sz w:val="20"/>
        </w:rPr>
        <w:t>Bob raised a hand.</w:t>
      </w:r>
    </w:p>
    <w:p>
      <w:pPr>
        <w:spacing w:after="60" w:line="266" w:lineRule="auto"/>
        <w:ind w:firstLine="331"/>
        <w:jc w:val="both"/>
      </w:pPr>
      <w:r>
        <w:rPr>
          <w:rFonts w:ascii="Georgia" w:hAnsi="Georgia"/>
          <w:b w:val="0"/>
          <w:i w:val="0"/>
          <w:color w:val="22201D"/>
          <w:sz w:val="20"/>
        </w:rPr>
        <w:t>"I agree to silence unless the onion becomes relevant."</w:t>
      </w:r>
    </w:p>
    <w:p>
      <w:pPr>
        <w:spacing w:after="60" w:line="266" w:lineRule="auto"/>
        <w:ind w:firstLine="331"/>
        <w:jc w:val="both"/>
      </w:pPr>
      <w:r>
        <w:rPr>
          <w:rFonts w:ascii="Georgia" w:hAnsi="Georgia"/>
          <w:b w:val="0"/>
          <w:i w:val="0"/>
          <w:color w:val="22201D"/>
          <w:sz w:val="20"/>
        </w:rPr>
        <w:t>The onion was, by now, extremely relevant.</w:t>
      </w:r>
    </w:p>
    <w:p>
      <w:pPr>
        <w:spacing w:after="60" w:line="266" w:lineRule="auto"/>
        <w:ind w:firstLine="331"/>
        <w:jc w:val="both"/>
      </w:pPr>
      <w:r>
        <w:rPr>
          <w:rFonts w:ascii="Georgia" w:hAnsi="Georgia"/>
          <w:b w:val="0"/>
          <w:i w:val="0"/>
          <w:color w:val="22201D"/>
          <w:sz w:val="20"/>
        </w:rPr>
        <w:t>Gerald unfolded the sauce ledger sleeve a fraction.</w:t>
      </w:r>
    </w:p>
    <w:p>
      <w:pPr>
        <w:spacing w:after="60" w:line="266" w:lineRule="auto"/>
        <w:ind w:firstLine="331"/>
        <w:jc w:val="both"/>
      </w:pPr>
      <w:r>
        <w:rPr>
          <w:rFonts w:ascii="Georgia" w:hAnsi="Georgia"/>
          <w:b w:val="0"/>
          <w:i w:val="0"/>
          <w:color w:val="22201D"/>
          <w:sz w:val="20"/>
        </w:rPr>
        <w:t>The ledger remained sealed, but the smoke note on its label brightened as though the room's honesty had given the record better air.</w:t>
      </w:r>
    </w:p>
    <w:p>
      <w:pPr>
        <w:spacing w:after="60" w:line="266" w:lineRule="auto"/>
        <w:ind w:firstLine="331"/>
        <w:jc w:val="both"/>
      </w:pPr>
      <w:r>
        <w:rPr>
          <w:rFonts w:ascii="Georgia" w:hAnsi="Georgia"/>
          <w:b w:val="0"/>
          <w:i w:val="0"/>
          <w:color w:val="22201D"/>
          <w:sz w:val="20"/>
        </w:rPr>
        <w:t>"I wrote the inspection note," Gerald said. "I wrote that mystery must not conceal grime. I also wrote that the kitchen could not hide the hand sink, the exits, or the flow. I did not write that the restaurant had become a classification problem because I was trying to preserve the possibility of service."</w:t>
      </w:r>
    </w:p>
    <w:p>
      <w:pPr>
        <w:spacing w:after="60" w:line="266" w:lineRule="auto"/>
        <w:ind w:firstLine="331"/>
        <w:jc w:val="both"/>
      </w:pPr>
      <w:r>
        <w:rPr>
          <w:rFonts w:ascii="Georgia" w:hAnsi="Georgia"/>
          <w:b w:val="0"/>
          <w:i w:val="0"/>
          <w:color w:val="22201D"/>
          <w:sz w:val="20"/>
        </w:rPr>
        <w:t>The bill updated:</w:t>
      </w:r>
    </w:p>
    <w:p>
      <w:pPr>
        <w:spacing w:after="60" w:line="250" w:lineRule="auto"/>
        <w:ind w:left="202" w:right="173"/>
      </w:pPr>
      <w:r>
        <w:rPr>
          <w:rFonts w:ascii="Georgia" w:hAnsi="Georgia"/>
          <w:b w:val="0"/>
          <w:i w:val="0"/>
          <w:color w:val="22201D"/>
          <w:sz w:val="17"/>
        </w:rPr>
        <w:t>Charge partially met Remaining balance: future follow-up</w:t>
      </w:r>
    </w:p>
    <w:p>
      <w:pPr>
        <w:spacing w:after="60" w:line="266" w:lineRule="auto"/>
        <w:ind w:firstLine="331"/>
        <w:jc w:val="both"/>
      </w:pPr>
      <w:r>
        <w:rPr>
          <w:rFonts w:ascii="Georgia" w:hAnsi="Georgia"/>
          <w:b w:val="0"/>
          <w:i w:val="0"/>
          <w:color w:val="22201D"/>
          <w:sz w:val="20"/>
        </w:rPr>
        <w:t>Gerald exhaled through his nose.</w:t>
      </w:r>
    </w:p>
    <w:p>
      <w:pPr>
        <w:spacing w:after="60" w:line="266" w:lineRule="auto"/>
        <w:ind w:firstLine="331"/>
        <w:jc w:val="both"/>
      </w:pPr>
      <w:r>
        <w:rPr>
          <w:rFonts w:ascii="Georgia" w:hAnsi="Georgia"/>
          <w:b w:val="0"/>
          <w:i w:val="0"/>
          <w:color w:val="22201D"/>
          <w:sz w:val="20"/>
        </w:rPr>
        <w:t>"That one is acceptable."</w:t>
      </w:r>
    </w:p>
    <w:p>
      <w:pPr>
        <w:spacing w:after="60" w:line="266" w:lineRule="auto"/>
        <w:ind w:firstLine="331"/>
        <w:jc w:val="both"/>
      </w:pPr>
      <w:r>
        <w:rPr>
          <w:rFonts w:ascii="Georgia" w:hAnsi="Georgia"/>
          <w:b w:val="0"/>
          <w:i w:val="0"/>
          <w:color w:val="22201D"/>
          <w:sz w:val="20"/>
        </w:rPr>
        <w:t>Auditor Ives looked at her page for a long time.</w:t>
      </w:r>
    </w:p>
    <w:p>
      <w:pPr>
        <w:spacing w:after="60" w:line="266" w:lineRule="auto"/>
        <w:ind w:firstLine="331"/>
        <w:jc w:val="both"/>
      </w:pPr>
      <w:r>
        <w:rPr>
          <w:rFonts w:ascii="Georgia" w:hAnsi="Georgia"/>
          <w:b w:val="0"/>
          <w:i w:val="0"/>
          <w:color w:val="22201D"/>
          <w:sz w:val="20"/>
        </w:rPr>
        <w:t>Then she said, "The city asked me to find an ordinary category for an unusual obligation. I did not want to classify people into taxable and untaxable just because they were hungry. I wanted a clean definition. I still want one."</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Charge partially met Remaining balance: the desire for clean definitions</w:t>
      </w:r>
    </w:p>
    <w:p>
      <w:pPr>
        <w:spacing w:after="60" w:line="266" w:lineRule="auto"/>
        <w:ind w:firstLine="331"/>
        <w:jc w:val="both"/>
      </w:pPr>
      <w:r>
        <w:rPr>
          <w:rFonts w:ascii="Georgia" w:hAnsi="Georgia"/>
          <w:b w:val="0"/>
          <w:i w:val="0"/>
          <w:color w:val="22201D"/>
          <w:sz w:val="20"/>
        </w:rPr>
        <w:t>Auditor Ives closed her eyes for one beat.</w:t>
      </w:r>
    </w:p>
    <w:p>
      <w:pPr>
        <w:spacing w:after="60" w:line="266" w:lineRule="auto"/>
        <w:ind w:firstLine="331"/>
        <w:jc w:val="both"/>
      </w:pPr>
      <w:r>
        <w:rPr>
          <w:rFonts w:ascii="Georgia" w:hAnsi="Georgia"/>
          <w:b w:val="0"/>
          <w:i w:val="0"/>
          <w:color w:val="22201D"/>
          <w:sz w:val="20"/>
        </w:rPr>
        <w:t>"Fine," she said. "That one is mine."</w:t>
      </w:r>
    </w:p>
    <w:p>
      <w:pPr>
        <w:spacing w:after="60" w:line="266" w:lineRule="auto"/>
        <w:ind w:firstLine="331"/>
        <w:jc w:val="both"/>
      </w:pPr>
      <w:r>
        <w:rPr>
          <w:rFonts w:ascii="Georgia" w:hAnsi="Georgia"/>
          <w:b w:val="0"/>
          <w:i w:val="0"/>
          <w:color w:val="22201D"/>
          <w:sz w:val="20"/>
        </w:rPr>
        <w:t>The Hostess placed the split pages into individual plates, which was a deeply annoying and therefore deeply helpful move.</w:t>
      </w:r>
    </w:p>
    <w:p>
      <w:pPr>
        <w:spacing w:after="60" w:line="266" w:lineRule="auto"/>
        <w:ind w:firstLine="331"/>
        <w:jc w:val="both"/>
      </w:pPr>
      <w:r>
        <w:rPr>
          <w:rFonts w:ascii="Georgia" w:hAnsi="Georgia"/>
          <w:b w:val="0"/>
          <w:i w:val="0"/>
          <w:color w:val="22201D"/>
          <w:sz w:val="20"/>
        </w:rPr>
        <w:t>"You may read them however you like," she said. "You may not pretend they are the same bill."</w:t>
      </w:r>
    </w:p>
    <w:p>
      <w:pPr>
        <w:spacing w:after="60" w:line="266" w:lineRule="auto"/>
        <w:ind w:firstLine="331"/>
        <w:jc w:val="both"/>
      </w:pPr>
      <w:r>
        <w:rPr>
          <w:rFonts w:ascii="Georgia" w:hAnsi="Georgia"/>
          <w:b w:val="0"/>
          <w:i w:val="0"/>
          <w:color w:val="22201D"/>
          <w:sz w:val="20"/>
        </w:rPr>
        <w:t>Steve looked at his page again.</w:t>
      </w:r>
    </w:p>
    <w:p>
      <w:pPr>
        <w:spacing w:after="60" w:line="266" w:lineRule="auto"/>
        <w:ind w:firstLine="331"/>
        <w:jc w:val="both"/>
      </w:pPr>
      <w:r>
        <w:rPr>
          <w:rFonts w:ascii="Georgia" w:hAnsi="Georgia"/>
          <w:b w:val="0"/>
          <w:i w:val="0"/>
          <w:color w:val="22201D"/>
          <w:sz w:val="20"/>
        </w:rPr>
        <w:t>"Do we pay separately?"</w:t>
      </w:r>
    </w:p>
    <w:p>
      <w:pPr>
        <w:spacing w:after="60" w:line="266" w:lineRule="auto"/>
        <w:ind w:firstLine="331"/>
        <w:jc w:val="both"/>
      </w:pPr>
      <w:r>
        <w:rPr>
          <w:rFonts w:ascii="Georgia" w:hAnsi="Georgia"/>
          <w:b w:val="0"/>
          <w:i w:val="0"/>
          <w:color w:val="22201D"/>
          <w:sz w:val="20"/>
        </w:rPr>
        <w:t>"No," said the Hostess. "You pay in relation."</w:t>
      </w:r>
    </w:p>
    <w:p>
      <w:pPr>
        <w:spacing w:after="60" w:line="266" w:lineRule="auto"/>
        <w:ind w:firstLine="331"/>
        <w:jc w:val="both"/>
      </w:pPr>
      <w:r>
        <w:rPr>
          <w:rFonts w:ascii="Georgia" w:hAnsi="Georgia"/>
          <w:b w:val="0"/>
          <w:i w:val="0"/>
          <w:color w:val="22201D"/>
          <w:sz w:val="20"/>
        </w:rPr>
        <w:t>Bob nodded as if this confirmed a theory he had never bothered to monetize.</w:t>
      </w:r>
    </w:p>
    <w:p>
      <w:pPr>
        <w:spacing w:after="60" w:line="266" w:lineRule="auto"/>
        <w:ind w:firstLine="331"/>
        <w:jc w:val="both"/>
      </w:pPr>
      <w:r>
        <w:rPr>
          <w:rFonts w:ascii="Georgia" w:hAnsi="Georgia"/>
          <w:b w:val="0"/>
          <w:i w:val="0"/>
          <w:color w:val="22201D"/>
          <w:sz w:val="20"/>
        </w:rPr>
        <w:t>Mara finally wrote on her card.</w:t>
      </w:r>
    </w:p>
    <w:p>
      <w:pPr>
        <w:spacing w:after="60" w:line="266" w:lineRule="auto"/>
        <w:ind w:firstLine="331"/>
        <w:jc w:val="both"/>
      </w:pPr>
      <w:r>
        <w:rPr>
          <w:rFonts w:ascii="Georgia" w:hAnsi="Georgia"/>
          <w:b w:val="0"/>
          <w:i w:val="0"/>
          <w:color w:val="22201D"/>
          <w:sz w:val="20"/>
        </w:rPr>
        <w:t>She slid it to Flocc.</w:t>
      </w:r>
    </w:p>
    <w:p>
      <w:pPr>
        <w:spacing w:after="60" w:line="266" w:lineRule="auto"/>
        <w:ind w:firstLine="331"/>
        <w:jc w:val="both"/>
      </w:pPr>
      <w:r>
        <w:rPr>
          <w:rFonts w:ascii="Georgia" w:hAnsi="Georgia"/>
          <w:b w:val="0"/>
          <w:i w:val="0"/>
          <w:color w:val="22201D"/>
          <w:sz w:val="20"/>
        </w:rPr>
        <w:t>It said:</w:t>
      </w:r>
    </w:p>
    <w:p>
      <w:pPr>
        <w:spacing w:after="60" w:line="250" w:lineRule="auto"/>
        <w:ind w:left="202" w:right="173"/>
      </w:pPr>
      <w:r>
        <w:rPr>
          <w:rFonts w:ascii="Georgia" w:hAnsi="Georgia"/>
          <w:b w:val="0"/>
          <w:i w:val="0"/>
          <w:color w:val="22201D"/>
          <w:sz w:val="17"/>
        </w:rPr>
        <w:t>Do not turn this into a moral ranking.</w:t>
      </w:r>
    </w:p>
    <w:p>
      <w:pPr>
        <w:spacing w:after="60" w:line="266" w:lineRule="auto"/>
        <w:ind w:firstLine="331"/>
        <w:jc w:val="both"/>
      </w:pPr>
      <w:r>
        <w:rPr>
          <w:rFonts w:ascii="Georgia" w:hAnsi="Georgia"/>
          <w:b w:val="0"/>
          <w:i w:val="0"/>
          <w:color w:val="22201D"/>
          <w:sz w:val="20"/>
        </w:rPr>
        <w:t>He read it and set it down without offense.</w:t>
      </w:r>
    </w:p>
    <w:p>
      <w:pPr>
        <w:spacing w:after="60" w:line="266" w:lineRule="auto"/>
        <w:ind w:firstLine="331"/>
        <w:jc w:val="both"/>
      </w:pPr>
      <w:r>
        <w:rPr>
          <w:rFonts w:ascii="Georgia" w:hAnsi="Georgia"/>
          <w:b w:val="0"/>
          <w:i w:val="0"/>
          <w:color w:val="22201D"/>
          <w:sz w:val="20"/>
        </w:rPr>
        <w:t>That was harder than it sounded.</w:t>
      </w:r>
    </w:p>
    <w:p>
      <w:pPr>
        <w:spacing w:after="60" w:line="266" w:lineRule="auto"/>
        <w:ind w:firstLine="331"/>
        <w:jc w:val="both"/>
      </w:pPr>
      <w:r>
        <w:rPr>
          <w:rFonts w:ascii="Georgia" w:hAnsi="Georgia"/>
          <w:b w:val="0"/>
          <w:i w:val="0"/>
          <w:color w:val="22201D"/>
          <w:sz w:val="20"/>
        </w:rPr>
        <w:t>The room began to arrange itself around the split pages.</w:t>
      </w:r>
    </w:p>
    <w:p>
      <w:pPr>
        <w:spacing w:after="60" w:line="266" w:lineRule="auto"/>
        <w:ind w:firstLine="331"/>
        <w:jc w:val="both"/>
      </w:pPr>
      <w:r>
        <w:rPr>
          <w:rFonts w:ascii="Georgia" w:hAnsi="Georgia"/>
          <w:b w:val="0"/>
          <w:i w:val="0"/>
          <w:color w:val="22201D"/>
          <w:sz w:val="20"/>
        </w:rPr>
        <w:t>Flocc accepted his line as a promise to stop postponing calls.</w:t>
      </w:r>
    </w:p>
    <w:p>
      <w:pPr>
        <w:spacing w:after="60" w:line="266" w:lineRule="auto"/>
        <w:ind w:firstLine="331"/>
        <w:jc w:val="both"/>
      </w:pPr>
      <w:r>
        <w:rPr>
          <w:rFonts w:ascii="Georgia" w:hAnsi="Georgia"/>
          <w:b w:val="0"/>
          <w:i w:val="0"/>
          <w:color w:val="22201D"/>
          <w:sz w:val="20"/>
        </w:rPr>
        <w:t>Steve accepted his line as a promise to stop using correctness as shelter.</w:t>
      </w:r>
    </w:p>
    <w:p>
      <w:pPr>
        <w:spacing w:after="60" w:line="266" w:lineRule="auto"/>
        <w:ind w:firstLine="331"/>
        <w:jc w:val="both"/>
      </w:pPr>
      <w:r>
        <w:rPr>
          <w:rFonts w:ascii="Georgia" w:hAnsi="Georgia"/>
          <w:b w:val="0"/>
          <w:i w:val="0"/>
          <w:color w:val="22201D"/>
          <w:sz w:val="20"/>
        </w:rPr>
        <w:t>Gerald accepted his line as a promise to keep the record clean enough to tell the truth.</w:t>
      </w:r>
    </w:p>
    <w:p>
      <w:pPr>
        <w:spacing w:after="60" w:line="266" w:lineRule="auto"/>
        <w:ind w:firstLine="331"/>
        <w:jc w:val="both"/>
      </w:pPr>
      <w:r>
        <w:rPr>
          <w:rFonts w:ascii="Georgia" w:hAnsi="Georgia"/>
          <w:b w:val="0"/>
          <w:i w:val="0"/>
          <w:color w:val="22201D"/>
          <w:sz w:val="20"/>
        </w:rPr>
        <w:t>Mara accepted her line as a promise to keep witness from becoming performance.</w:t>
      </w:r>
    </w:p>
    <w:p>
      <w:pPr>
        <w:spacing w:after="60" w:line="266" w:lineRule="auto"/>
        <w:ind w:firstLine="331"/>
        <w:jc w:val="both"/>
      </w:pPr>
      <w:r>
        <w:rPr>
          <w:rFonts w:ascii="Georgia" w:hAnsi="Georgia"/>
          <w:b w:val="0"/>
          <w:i w:val="0"/>
          <w:color w:val="22201D"/>
          <w:sz w:val="20"/>
        </w:rPr>
        <w:t>Auditor Ives accepted hers with the visible reluctance of a woman who would have preferred a classification chart and had to settle for a conscience.</w:t>
      </w:r>
    </w:p>
    <w:p>
      <w:pPr>
        <w:spacing w:after="60" w:line="266" w:lineRule="auto"/>
        <w:ind w:firstLine="331"/>
        <w:jc w:val="both"/>
      </w:pPr>
      <w:r>
        <w:rPr>
          <w:rFonts w:ascii="Georgia" w:hAnsi="Georgia"/>
          <w:b w:val="0"/>
          <w:i w:val="0"/>
          <w:color w:val="22201D"/>
          <w:sz w:val="20"/>
        </w:rPr>
        <w:t>The Hostess accepted the restaurant's open line by putting one hand on the edge of the table as if that were enough to keep the building from inventing another burden.</w:t>
      </w:r>
    </w:p>
    <w:p>
      <w:pPr>
        <w:spacing w:after="60" w:line="266" w:lineRule="auto"/>
        <w:ind w:firstLine="331"/>
        <w:jc w:val="both"/>
      </w:pPr>
      <w:r>
        <w:rPr>
          <w:rFonts w:ascii="Georgia" w:hAnsi="Georgia"/>
          <w:b w:val="0"/>
          <w:i w:val="0"/>
          <w:color w:val="22201D"/>
          <w:sz w:val="20"/>
        </w:rPr>
        <w:t>The final page of the split bill remained blank for a while.</w:t>
      </w:r>
    </w:p>
    <w:p>
      <w:pPr>
        <w:spacing w:after="60" w:line="266" w:lineRule="auto"/>
        <w:ind w:firstLine="331"/>
        <w:jc w:val="both"/>
      </w:pPr>
      <w:r>
        <w:rPr>
          <w:rFonts w:ascii="Georgia" w:hAnsi="Georgia"/>
          <w:b w:val="0"/>
          <w:i w:val="0"/>
          <w:color w:val="22201D"/>
          <w:sz w:val="20"/>
        </w:rPr>
        <w:t>Then, slowly, as everyone looked at it without demanding that it become poetry, the page wrote itself:</w:t>
      </w:r>
    </w:p>
    <w:p>
      <w:pPr>
        <w:spacing w:after="60" w:line="250" w:lineRule="auto"/>
        <w:ind w:left="202" w:right="173"/>
      </w:pPr>
      <w:r>
        <w:rPr>
          <w:rFonts w:ascii="Georgia" w:hAnsi="Georgia"/>
          <w:b w:val="0"/>
          <w:i w:val="0"/>
          <w:color w:val="22201D"/>
          <w:sz w:val="17"/>
        </w:rPr>
        <w:t>Table Four Current status: held together by exact change</w:t>
      </w:r>
    </w:p>
    <w:p>
      <w:pPr>
        <w:spacing w:after="60" w:line="266" w:lineRule="auto"/>
        <w:ind w:firstLine="331"/>
        <w:jc w:val="both"/>
      </w:pPr>
      <w:r>
        <w:rPr>
          <w:rFonts w:ascii="Georgia" w:hAnsi="Georgia"/>
          <w:b w:val="0"/>
          <w:i w:val="0"/>
          <w:color w:val="22201D"/>
          <w:sz w:val="20"/>
        </w:rPr>
        <w:t>Bob laughed quietly into his onion.</w:t>
      </w:r>
    </w:p>
    <w:p>
      <w:pPr>
        <w:spacing w:after="60" w:line="266" w:lineRule="auto"/>
        <w:ind w:firstLine="331"/>
        <w:jc w:val="both"/>
      </w:pPr>
      <w:r>
        <w:rPr>
          <w:rFonts w:ascii="Georgia" w:hAnsi="Georgia"/>
          <w:b w:val="0"/>
          <w:i w:val="0"/>
          <w:color w:val="22201D"/>
          <w:sz w:val="20"/>
        </w:rPr>
        <w:t>"That is almost sentimental."</w:t>
      </w:r>
    </w:p>
    <w:p>
      <w:pPr>
        <w:spacing w:after="60" w:line="266" w:lineRule="auto"/>
        <w:ind w:firstLine="331"/>
        <w:jc w:val="both"/>
      </w:pPr>
      <w:r>
        <w:rPr>
          <w:rFonts w:ascii="Georgia" w:hAnsi="Georgia"/>
          <w:b w:val="0"/>
          <w:i w:val="0"/>
          <w:color w:val="22201D"/>
          <w:sz w:val="20"/>
        </w:rPr>
        <w:t>"Don't ruin it," said Gerald.</w:t>
      </w:r>
    </w:p>
    <w:p>
      <w:pPr>
        <w:spacing w:after="60" w:line="266" w:lineRule="auto"/>
        <w:ind w:firstLine="331"/>
        <w:jc w:val="both"/>
      </w:pPr>
      <w:r>
        <w:rPr>
          <w:rFonts w:ascii="Georgia" w:hAnsi="Georgia"/>
          <w:b w:val="0"/>
          <w:i w:val="0"/>
          <w:color w:val="22201D"/>
          <w:sz w:val="20"/>
        </w:rPr>
        <w:t>Auditor Ives gathered the separated pages and re-stacked them into a packet.</w:t>
      </w:r>
    </w:p>
    <w:p>
      <w:pPr>
        <w:spacing w:after="60" w:line="266" w:lineRule="auto"/>
        <w:ind w:firstLine="331"/>
        <w:jc w:val="both"/>
      </w:pPr>
      <w:r>
        <w:rPr>
          <w:rFonts w:ascii="Georgia" w:hAnsi="Georgia"/>
          <w:b w:val="0"/>
          <w:i w:val="0"/>
          <w:color w:val="22201D"/>
          <w:sz w:val="20"/>
        </w:rPr>
        <w:t>"The hearing record will note compliance?"</w:t>
      </w:r>
    </w:p>
    <w:p>
      <w:pPr>
        <w:spacing w:after="60" w:line="266" w:lineRule="auto"/>
        <w:ind w:firstLine="331"/>
        <w:jc w:val="both"/>
      </w:pPr>
      <w:r>
        <w:rPr>
          <w:rFonts w:ascii="Georgia" w:hAnsi="Georgia"/>
          <w:b w:val="0"/>
          <w:i w:val="0"/>
          <w:color w:val="22201D"/>
          <w:sz w:val="20"/>
        </w:rPr>
        <w:t>The Hostess said, "The hearing record will note that the room remained inhabited after accountability was named."</w:t>
      </w:r>
    </w:p>
    <w:p>
      <w:pPr>
        <w:spacing w:after="60" w:line="266" w:lineRule="auto"/>
        <w:ind w:firstLine="331"/>
        <w:jc w:val="both"/>
      </w:pPr>
      <w:r>
        <w:rPr>
          <w:rFonts w:ascii="Georgia" w:hAnsi="Georgia"/>
          <w:b w:val="0"/>
          <w:i w:val="0"/>
          <w:color w:val="22201D"/>
          <w:sz w:val="20"/>
        </w:rPr>
        <w:t>Steve looked at that line and nodded despite himself.</w:t>
      </w:r>
    </w:p>
    <w:p>
      <w:pPr>
        <w:spacing w:after="60" w:line="266" w:lineRule="auto"/>
        <w:ind w:firstLine="331"/>
        <w:jc w:val="both"/>
      </w:pPr>
      <w:r>
        <w:rPr>
          <w:rFonts w:ascii="Georgia" w:hAnsi="Georgia"/>
          <w:b w:val="0"/>
          <w:i w:val="0"/>
          <w:color w:val="22201D"/>
          <w:sz w:val="20"/>
        </w:rPr>
        <w:t>Flocc asked, "Is that compliance?"</w:t>
      </w:r>
    </w:p>
    <w:p>
      <w:pPr>
        <w:spacing w:after="60" w:line="266" w:lineRule="auto"/>
        <w:ind w:firstLine="331"/>
        <w:jc w:val="both"/>
      </w:pPr>
      <w:r>
        <w:rPr>
          <w:rFonts w:ascii="Georgia" w:hAnsi="Georgia"/>
          <w:b w:val="0"/>
          <w:i w:val="0"/>
          <w:color w:val="22201D"/>
          <w:sz w:val="20"/>
        </w:rPr>
        <w:t>"No," said Gerald.</w:t>
      </w:r>
    </w:p>
    <w:p>
      <w:pPr>
        <w:spacing w:after="60" w:line="266" w:lineRule="auto"/>
        <w:ind w:firstLine="331"/>
        <w:jc w:val="both"/>
      </w:pPr>
      <w:r>
        <w:rPr>
          <w:rFonts w:ascii="Georgia" w:hAnsi="Georgia"/>
          <w:b w:val="0"/>
          <w:i w:val="0"/>
          <w:color w:val="22201D"/>
          <w:sz w:val="20"/>
        </w:rPr>
        <w:t>"What is it?" Flocc asked.</w:t>
      </w:r>
    </w:p>
    <w:p>
      <w:pPr>
        <w:spacing w:after="60" w:line="266" w:lineRule="auto"/>
        <w:ind w:firstLine="331"/>
        <w:jc w:val="both"/>
      </w:pPr>
      <w:r>
        <w:rPr>
          <w:rFonts w:ascii="Georgia" w:hAnsi="Georgia"/>
          <w:b w:val="0"/>
          <w:i w:val="0"/>
          <w:color w:val="22201D"/>
          <w:sz w:val="20"/>
        </w:rPr>
        <w:t>The Hostess answered.</w:t>
      </w:r>
    </w:p>
    <w:p>
      <w:pPr>
        <w:spacing w:after="60" w:line="266" w:lineRule="auto"/>
        <w:ind w:firstLine="331"/>
        <w:jc w:val="both"/>
      </w:pPr>
      <w:r>
        <w:rPr>
          <w:rFonts w:ascii="Georgia" w:hAnsi="Georgia"/>
          <w:b w:val="0"/>
          <w:i w:val="0"/>
          <w:color w:val="22201D"/>
          <w:sz w:val="20"/>
        </w:rPr>
        <w:t>"Dinner becoming possible."</w:t>
      </w:r>
    </w:p>
    <w:p>
      <w:pPr>
        <w:spacing w:after="60" w:line="266" w:lineRule="auto"/>
        <w:ind w:firstLine="331"/>
        <w:jc w:val="both"/>
      </w:pPr>
      <w:r>
        <w:rPr>
          <w:rFonts w:ascii="Georgia" w:hAnsi="Georgia"/>
          <w:b w:val="0"/>
          <w:i w:val="0"/>
          <w:color w:val="22201D"/>
          <w:sz w:val="20"/>
        </w:rPr>
        <w:t>The room did not breathe in unison. That would have been too much like a sermon.</w:t>
      </w:r>
    </w:p>
    <w:p>
      <w:pPr>
        <w:spacing w:after="60" w:line="266" w:lineRule="auto"/>
        <w:ind w:firstLine="331"/>
        <w:jc w:val="both"/>
      </w:pPr>
      <w:r>
        <w:rPr>
          <w:rFonts w:ascii="Georgia" w:hAnsi="Georgia"/>
          <w:b w:val="0"/>
          <w:i w:val="0"/>
          <w:color w:val="22201D"/>
          <w:sz w:val="20"/>
        </w:rPr>
        <w:t>Instead, they all breathed separately and stayed in the room.</w:t>
      </w:r>
    </w:p>
    <w:p>
      <w:pPr>
        <w:spacing w:after="60" w:line="266" w:lineRule="auto"/>
        <w:ind w:firstLine="331"/>
        <w:jc w:val="both"/>
      </w:pPr>
      <w:r>
        <w:rPr>
          <w:rFonts w:ascii="Georgia" w:hAnsi="Georgia"/>
          <w:b w:val="0"/>
          <w:i w:val="0"/>
          <w:color w:val="22201D"/>
          <w:sz w:val="20"/>
        </w:rPr>
        <w:t>The bill tray printed one final line:</w:t>
      </w:r>
    </w:p>
    <w:p>
      <w:pPr>
        <w:spacing w:after="60" w:line="250" w:lineRule="auto"/>
        <w:ind w:left="202" w:right="173"/>
      </w:pPr>
      <w:r>
        <w:rPr>
          <w:rFonts w:ascii="Georgia" w:hAnsi="Georgia"/>
          <w:b w:val="0"/>
          <w:i w:val="0"/>
          <w:color w:val="22201D"/>
          <w:sz w:val="17"/>
        </w:rPr>
        <w:t>Next required document: door notice  Next chapter: The Audit Finds a Door</w:t>
      </w:r>
    </w:p>
    <w:p>
      <w:pPr>
        <w:spacing w:after="60" w:line="266" w:lineRule="auto"/>
        <w:ind w:firstLine="331"/>
        <w:jc w:val="both"/>
      </w:pPr>
      <w:r>
        <w:rPr>
          <w:rFonts w:ascii="Georgia" w:hAnsi="Georgia"/>
          <w:b w:val="0"/>
          <w:i w:val="0"/>
          <w:color w:val="22201D"/>
          <w:sz w:val="20"/>
        </w:rPr>
        <w:t>Auditor Ives looked up.</w:t>
      </w:r>
    </w:p>
    <w:p>
      <w:pPr>
        <w:spacing w:after="60" w:line="266" w:lineRule="auto"/>
        <w:ind w:firstLine="331"/>
        <w:jc w:val="both"/>
      </w:pPr>
      <w:r>
        <w:rPr>
          <w:rFonts w:ascii="Georgia" w:hAnsi="Georgia"/>
          <w:b w:val="0"/>
          <w:i w:val="0"/>
          <w:color w:val="22201D"/>
          <w:sz w:val="20"/>
        </w:rPr>
        <w:t>"That means the public consequence is ready."</w:t>
      </w:r>
    </w:p>
    <w:p>
      <w:pPr>
        <w:spacing w:after="60" w:line="266" w:lineRule="auto"/>
        <w:ind w:firstLine="331"/>
        <w:jc w:val="both"/>
      </w:pPr>
      <w:r>
        <w:rPr>
          <w:rFonts w:ascii="Georgia" w:hAnsi="Georgia"/>
          <w:b w:val="0"/>
          <w:i w:val="0"/>
          <w:color w:val="22201D"/>
          <w:sz w:val="20"/>
        </w:rPr>
        <w:t>Steve said, "It also means Book 4 is about to be everybody's problem."</w:t>
      </w:r>
    </w:p>
    <w:p>
      <w:pPr>
        <w:spacing w:after="60" w:line="266" w:lineRule="auto"/>
        <w:ind w:firstLine="331"/>
        <w:jc w:val="both"/>
      </w:pPr>
      <w:r>
        <w:rPr>
          <w:rFonts w:ascii="Georgia" w:hAnsi="Georgia"/>
          <w:b w:val="0"/>
          <w:i w:val="0"/>
          <w:color w:val="22201D"/>
          <w:sz w:val="20"/>
        </w:rPr>
        <w:t>Bob stood.</w:t>
      </w:r>
    </w:p>
    <w:p>
      <w:pPr>
        <w:spacing w:after="60" w:line="266" w:lineRule="auto"/>
        <w:ind w:firstLine="331"/>
        <w:jc w:val="both"/>
      </w:pPr>
      <w:r>
        <w:rPr>
          <w:rFonts w:ascii="Georgia" w:hAnsi="Georgia"/>
          <w:b w:val="0"/>
          <w:i w:val="0"/>
          <w:color w:val="22201D"/>
          <w:sz w:val="20"/>
        </w:rPr>
        <w:t>"Then we should probably eat before the public hears about it."</w:t>
      </w:r>
    </w:p>
    <w:p>
      <w:pPr>
        <w:spacing w:after="60" w:line="266" w:lineRule="auto"/>
        <w:ind w:firstLine="331"/>
        <w:jc w:val="both"/>
      </w:pPr>
      <w:r>
        <w:rPr>
          <w:rFonts w:ascii="Georgia" w:hAnsi="Georgia"/>
          <w:b w:val="0"/>
          <w:i w:val="0"/>
          <w:color w:val="22201D"/>
          <w:sz w:val="20"/>
        </w:rPr>
        <w:t>The Hostess reached for the bread basket.</w:t>
      </w:r>
    </w:p>
    <w:p>
      <w:pPr>
        <w:spacing w:after="60" w:line="266" w:lineRule="auto"/>
        <w:ind w:firstLine="331"/>
        <w:jc w:val="both"/>
      </w:pPr>
      <w:r>
        <w:rPr>
          <w:rFonts w:ascii="Georgia" w:hAnsi="Georgia"/>
          <w:b w:val="0"/>
          <w:i w:val="0"/>
          <w:color w:val="22201D"/>
          <w:sz w:val="20"/>
        </w:rPr>
        <w:t>She did not bring it yet.</w:t>
      </w:r>
    </w:p>
    <w:p>
      <w:pPr>
        <w:spacing w:after="60" w:line="266" w:lineRule="auto"/>
        <w:ind w:firstLine="331"/>
        <w:jc w:val="both"/>
      </w:pPr>
      <w:r>
        <w:rPr>
          <w:rFonts w:ascii="Georgia" w:hAnsi="Georgia"/>
          <w:b w:val="0"/>
          <w:i w:val="0"/>
          <w:color w:val="22201D"/>
          <w:sz w:val="20"/>
        </w:rPr>
        <w:t>She simply touched it, as if confirming that the next gift was still in the building.</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11: The Audit Finds a Door</w:t>
      </w:r>
    </w:p>
    <w:p>
      <w:pPr>
        <w:spacing w:after="60" w:line="266" w:lineRule="auto"/>
        <w:ind w:firstLine="0"/>
        <w:jc w:val="both"/>
      </w:pPr>
      <w:r>
        <w:rPr>
          <w:rFonts w:ascii="Georgia" w:hAnsi="Georgia"/>
          <w:b w:val="0"/>
          <w:i w:val="0"/>
          <w:color w:val="22201D"/>
          <w:sz w:val="20"/>
        </w:rPr>
        <w:t>In which the public consequence of the audit appears, the first reservation is refused, and everyone learns that a door found by records is still a door.</w:t>
      </w:r>
    </w:p>
    <w:p>
      <w:pPr>
        <w:spacing w:after="60" w:line="266" w:lineRule="auto"/>
        <w:ind w:firstLine="331"/>
        <w:jc w:val="both"/>
      </w:pPr>
      <w:r>
        <w:rPr>
          <w:rFonts w:ascii="Georgia" w:hAnsi="Georgia"/>
          <w:b w:val="0"/>
          <w:i w:val="0"/>
          <w:color w:val="22201D"/>
          <w:sz w:val="20"/>
        </w:rPr>
        <w:t>The door notice arrived folded into the split bill.</w:t>
      </w:r>
    </w:p>
    <w:p>
      <w:pPr>
        <w:spacing w:after="60" w:line="266" w:lineRule="auto"/>
        <w:ind w:firstLine="331"/>
        <w:jc w:val="both"/>
      </w:pPr>
      <w:r>
        <w:rPr>
          <w:rFonts w:ascii="Georgia" w:hAnsi="Georgia"/>
          <w:b w:val="0"/>
          <w:i w:val="0"/>
          <w:color w:val="22201D"/>
          <w:sz w:val="20"/>
        </w:rPr>
        <w:t>This was inefficient, which meant it was probably important.</w:t>
      </w:r>
    </w:p>
    <w:p>
      <w:pPr>
        <w:spacing w:after="60" w:line="266" w:lineRule="auto"/>
        <w:ind w:firstLine="331"/>
        <w:jc w:val="both"/>
      </w:pPr>
      <w:r>
        <w:rPr>
          <w:rFonts w:ascii="Georgia" w:hAnsi="Georgia"/>
          <w:b w:val="0"/>
          <w:i w:val="0"/>
          <w:color w:val="22201D"/>
          <w:sz w:val="20"/>
        </w:rPr>
        <w:t>Auditor Ives discovered it while restacking the separated pages into a packet that could survive both municipal handling and the emotional weather of Table Four. She tapped the bottom edge of the papers against the table once. A smaller page slipped out from between Flocc's line and the restaurant's line.</w:t>
      </w:r>
    </w:p>
    <w:p>
      <w:pPr>
        <w:spacing w:after="60" w:line="266" w:lineRule="auto"/>
        <w:ind w:firstLine="331"/>
        <w:jc w:val="both"/>
      </w:pPr>
      <w:r>
        <w:rPr>
          <w:rFonts w:ascii="Georgia" w:hAnsi="Georgia"/>
          <w:b w:val="0"/>
          <w:i w:val="0"/>
          <w:color w:val="22201D"/>
          <w:sz w:val="20"/>
        </w:rPr>
        <w:t>It was the size of a reservation card.</w:t>
      </w:r>
    </w:p>
    <w:p>
      <w:pPr>
        <w:spacing w:after="60" w:line="266" w:lineRule="auto"/>
        <w:ind w:firstLine="331"/>
        <w:jc w:val="both"/>
      </w:pPr>
      <w:r>
        <w:rPr>
          <w:rFonts w:ascii="Georgia" w:hAnsi="Georgia"/>
          <w:b w:val="0"/>
          <w:i w:val="0"/>
          <w:color w:val="22201D"/>
          <w:sz w:val="20"/>
        </w:rPr>
        <w:t>It was the color of a receipt that had stayed up too late.</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DOOR NOTICE</w:t>
      </w:r>
    </w:p>
    <w:p>
      <w:pPr>
        <w:spacing w:after="60" w:line="266" w:lineRule="auto"/>
        <w:ind w:firstLine="331"/>
        <w:jc w:val="both"/>
      </w:pPr>
      <w:r>
        <w:rPr>
          <w:rFonts w:ascii="Georgia" w:hAnsi="Georgia"/>
          <w:b w:val="0"/>
          <w:i w:val="0"/>
          <w:color w:val="22201D"/>
          <w:sz w:val="20"/>
        </w:rPr>
        <w:t>Below:</w:t>
      </w:r>
    </w:p>
    <w:p>
      <w:pPr>
        <w:spacing w:after="60" w:line="250" w:lineRule="auto"/>
        <w:ind w:left="202" w:right="173"/>
      </w:pPr>
      <w:r>
        <w:rPr>
          <w:rFonts w:ascii="Georgia" w:hAnsi="Georgia"/>
          <w:b w:val="0"/>
          <w:i w:val="0"/>
          <w:color w:val="22201D"/>
          <w:sz w:val="17"/>
        </w:rPr>
        <w:t>Public consequence detected. Reservation pathway opened by audit record.</w:t>
      </w:r>
    </w:p>
    <w:p>
      <w:pPr>
        <w:spacing w:after="60" w:line="266" w:lineRule="auto"/>
        <w:ind w:firstLine="331"/>
        <w:jc w:val="both"/>
      </w:pPr>
      <w:r>
        <w:rPr>
          <w:rFonts w:ascii="Georgia" w:hAnsi="Georgia"/>
          <w:b w:val="0"/>
          <w:i w:val="0"/>
          <w:color w:val="22201D"/>
          <w:sz w:val="20"/>
        </w:rPr>
        <w:t>Auditor Ives did not pick it up at first.</w:t>
      </w:r>
    </w:p>
    <w:p>
      <w:pPr>
        <w:spacing w:after="60" w:line="266" w:lineRule="auto"/>
        <w:ind w:firstLine="331"/>
        <w:jc w:val="both"/>
      </w:pPr>
      <w:r>
        <w:rPr>
          <w:rFonts w:ascii="Georgia" w:hAnsi="Georgia"/>
          <w:b w:val="0"/>
          <w:i w:val="0"/>
          <w:color w:val="22201D"/>
          <w:sz w:val="20"/>
        </w:rPr>
        <w:t>"No," she said.</w:t>
      </w:r>
    </w:p>
    <w:p>
      <w:pPr>
        <w:spacing w:after="60" w:line="266" w:lineRule="auto"/>
        <w:ind w:firstLine="331"/>
        <w:jc w:val="both"/>
      </w:pPr>
      <w:r>
        <w:rPr>
          <w:rFonts w:ascii="Georgia" w:hAnsi="Georgia"/>
          <w:b w:val="0"/>
          <w:i w:val="0"/>
          <w:color w:val="22201D"/>
          <w:sz w:val="20"/>
        </w:rPr>
        <w:t>The Hostess looked at the notice.</w:t>
      </w:r>
    </w:p>
    <w:p>
      <w:pPr>
        <w:spacing w:after="60" w:line="266" w:lineRule="auto"/>
        <w:ind w:firstLine="331"/>
        <w:jc w:val="both"/>
      </w:pPr>
      <w:r>
        <w:rPr>
          <w:rFonts w:ascii="Georgia" w:hAnsi="Georgia"/>
          <w:b w:val="0"/>
          <w:i w:val="0"/>
          <w:color w:val="22201D"/>
          <w:sz w:val="20"/>
        </w:rPr>
        <w:t>"That is a complete sentence."</w:t>
      </w:r>
    </w:p>
    <w:p>
      <w:pPr>
        <w:spacing w:after="60" w:line="266" w:lineRule="auto"/>
        <w:ind w:firstLine="331"/>
        <w:jc w:val="both"/>
      </w:pPr>
      <w:r>
        <w:rPr>
          <w:rFonts w:ascii="Georgia" w:hAnsi="Georgia"/>
          <w:b w:val="0"/>
          <w:i w:val="0"/>
          <w:color w:val="22201D"/>
          <w:sz w:val="20"/>
        </w:rPr>
        <w:t>"It is also my position."</w:t>
      </w:r>
    </w:p>
    <w:p>
      <w:pPr>
        <w:spacing w:after="60" w:line="266" w:lineRule="auto"/>
        <w:ind w:firstLine="331"/>
        <w:jc w:val="both"/>
      </w:pPr>
      <w:r>
        <w:rPr>
          <w:rFonts w:ascii="Georgia" w:hAnsi="Georgia"/>
          <w:b w:val="0"/>
          <w:i w:val="0"/>
          <w:color w:val="22201D"/>
          <w:sz w:val="20"/>
        </w:rPr>
        <w:t>The notice printed:</w:t>
      </w:r>
    </w:p>
    <w:p>
      <w:pPr>
        <w:spacing w:after="60" w:line="250" w:lineRule="auto"/>
        <w:ind w:left="202" w:right="173"/>
      </w:pPr>
      <w:r>
        <w:rPr>
          <w:rFonts w:ascii="Georgia" w:hAnsi="Georgia"/>
          <w:b w:val="0"/>
          <w:i w:val="0"/>
          <w:color w:val="22201D"/>
          <w:sz w:val="17"/>
        </w:rPr>
        <w:t>Position acknowledged. Door remains.</w:t>
      </w:r>
    </w:p>
    <w:p>
      <w:pPr>
        <w:spacing w:after="60" w:line="266" w:lineRule="auto"/>
        <w:ind w:firstLine="331"/>
        <w:jc w:val="both"/>
      </w:pPr>
      <w:r>
        <w:rPr>
          <w:rFonts w:ascii="Georgia" w:hAnsi="Georgia"/>
          <w:b w:val="0"/>
          <w:i w:val="0"/>
          <w:color w:val="22201D"/>
          <w:sz w:val="20"/>
        </w:rPr>
        <w:t>Steve leaned forward despite himself.</w:t>
      </w:r>
    </w:p>
    <w:p>
      <w:pPr>
        <w:spacing w:after="60" w:line="266" w:lineRule="auto"/>
        <w:ind w:firstLine="331"/>
        <w:jc w:val="both"/>
      </w:pPr>
      <w:r>
        <w:rPr>
          <w:rFonts w:ascii="Georgia" w:hAnsi="Georgia"/>
          <w:b w:val="0"/>
          <w:i w:val="0"/>
          <w:color w:val="22201D"/>
          <w:sz w:val="20"/>
        </w:rPr>
        <w:t>"Where?"</w:t>
      </w:r>
    </w:p>
    <w:p>
      <w:pPr>
        <w:spacing w:after="60" w:line="266" w:lineRule="auto"/>
        <w:ind w:firstLine="331"/>
        <w:jc w:val="both"/>
      </w:pPr>
      <w:r>
        <w:rPr>
          <w:rFonts w:ascii="Georgia" w:hAnsi="Georgia"/>
          <w:b w:val="0"/>
          <w:i w:val="0"/>
          <w:color w:val="22201D"/>
          <w:sz w:val="20"/>
        </w:rPr>
        <w:t>Gerald said, "Do not lean over active paper while holding food."</w:t>
      </w:r>
    </w:p>
    <w:p>
      <w:pPr>
        <w:spacing w:after="60" w:line="266" w:lineRule="auto"/>
        <w:ind w:firstLine="331"/>
        <w:jc w:val="both"/>
      </w:pPr>
      <w:r>
        <w:rPr>
          <w:rFonts w:ascii="Georgia" w:hAnsi="Georgia"/>
          <w:b w:val="0"/>
          <w:i w:val="0"/>
          <w:color w:val="22201D"/>
          <w:sz w:val="20"/>
        </w:rPr>
        <w:t>Steve looked at his empty hands.</w:t>
      </w:r>
    </w:p>
    <w:p>
      <w:pPr>
        <w:spacing w:after="60" w:line="266" w:lineRule="auto"/>
        <w:ind w:firstLine="331"/>
        <w:jc w:val="both"/>
      </w:pPr>
      <w:r>
        <w:rPr>
          <w:rFonts w:ascii="Georgia" w:hAnsi="Georgia"/>
          <w:b w:val="0"/>
          <w:i w:val="0"/>
          <w:color w:val="22201D"/>
          <w:sz w:val="20"/>
        </w:rPr>
        <w:t>"I am not holding food."</w:t>
      </w:r>
    </w:p>
    <w:p>
      <w:pPr>
        <w:spacing w:after="60" w:line="266" w:lineRule="auto"/>
        <w:ind w:firstLine="331"/>
        <w:jc w:val="both"/>
      </w:pPr>
      <w:r>
        <w:rPr>
          <w:rFonts w:ascii="Georgia" w:hAnsi="Georgia"/>
          <w:b w:val="0"/>
          <w:i w:val="0"/>
          <w:color w:val="22201D"/>
          <w:sz w:val="20"/>
        </w:rPr>
        <w:t>"Good. Keep it that way."</w:t>
      </w:r>
    </w:p>
    <w:p>
      <w:pPr>
        <w:spacing w:after="60" w:line="266" w:lineRule="auto"/>
        <w:ind w:firstLine="331"/>
        <w:jc w:val="both"/>
      </w:pPr>
      <w:r>
        <w:rPr>
          <w:rFonts w:ascii="Georgia" w:hAnsi="Georgia"/>
          <w:b w:val="0"/>
          <w:i w:val="0"/>
          <w:color w:val="22201D"/>
          <w:sz w:val="20"/>
        </w:rPr>
        <w:t>Mara read the notice from across the room.</w:t>
      </w:r>
    </w:p>
    <w:p>
      <w:pPr>
        <w:spacing w:after="60" w:line="266" w:lineRule="auto"/>
        <w:ind w:firstLine="331"/>
        <w:jc w:val="both"/>
      </w:pPr>
      <w:r>
        <w:rPr>
          <w:rFonts w:ascii="Georgia" w:hAnsi="Georgia"/>
          <w:b w:val="0"/>
          <w:i w:val="0"/>
          <w:color w:val="22201D"/>
          <w:sz w:val="20"/>
        </w:rPr>
        <w:t>"Reservation pathway?"</w:t>
      </w:r>
    </w:p>
    <w:p>
      <w:pPr>
        <w:spacing w:after="60" w:line="266" w:lineRule="auto"/>
        <w:ind w:firstLine="331"/>
        <w:jc w:val="both"/>
      </w:pPr>
      <w:r>
        <w:rPr>
          <w:rFonts w:ascii="Georgia" w:hAnsi="Georgia"/>
          <w:b w:val="0"/>
          <w:i w:val="0"/>
          <w:color w:val="22201D"/>
          <w:sz w:val="20"/>
        </w:rPr>
        <w:t>Bob, still at the edge of the hearing with an onion he had somehow turned into a civic prop, said, "Doors do like being scheduled. They find surprise vulgar."</w:t>
      </w:r>
    </w:p>
    <w:p>
      <w:pPr>
        <w:spacing w:after="60" w:line="266" w:lineRule="auto"/>
        <w:ind w:firstLine="331"/>
        <w:jc w:val="both"/>
      </w:pPr>
      <w:r>
        <w:rPr>
          <w:rFonts w:ascii="Georgia" w:hAnsi="Georgia"/>
          <w:b w:val="0"/>
          <w:i w:val="0"/>
          <w:color w:val="22201D"/>
          <w:sz w:val="20"/>
        </w:rPr>
        <w:t>Auditor Ives looked at him.</w:t>
      </w:r>
    </w:p>
    <w:p>
      <w:pPr>
        <w:spacing w:after="60" w:line="266" w:lineRule="auto"/>
        <w:ind w:firstLine="331"/>
        <w:jc w:val="both"/>
      </w:pPr>
      <w:r>
        <w:rPr>
          <w:rFonts w:ascii="Georgia" w:hAnsi="Georgia"/>
          <w:b w:val="0"/>
          <w:i w:val="0"/>
          <w:color w:val="22201D"/>
          <w:sz w:val="20"/>
        </w:rPr>
        <w:t>"Who are you in the record?"</w:t>
      </w:r>
    </w:p>
    <w:p>
      <w:pPr>
        <w:spacing w:after="60" w:line="266" w:lineRule="auto"/>
        <w:ind w:firstLine="331"/>
        <w:jc w:val="both"/>
      </w:pPr>
      <w:r>
        <w:rPr>
          <w:rFonts w:ascii="Georgia" w:hAnsi="Georgia"/>
          <w:b w:val="0"/>
          <w:i w:val="0"/>
          <w:color w:val="22201D"/>
          <w:sz w:val="20"/>
        </w:rPr>
        <w:t>Bob thought about this.</w:t>
      </w:r>
    </w:p>
    <w:p>
      <w:pPr>
        <w:spacing w:after="60" w:line="266" w:lineRule="auto"/>
        <w:ind w:firstLine="331"/>
        <w:jc w:val="both"/>
      </w:pPr>
      <w:r>
        <w:rPr>
          <w:rFonts w:ascii="Georgia" w:hAnsi="Georgia"/>
          <w:b w:val="0"/>
          <w:i w:val="0"/>
          <w:color w:val="22201D"/>
          <w:sz w:val="20"/>
        </w:rPr>
        <w:t>"Occasionally theoretical produce."</w:t>
      </w:r>
    </w:p>
    <w:p>
      <w:pPr>
        <w:spacing w:after="60" w:line="266" w:lineRule="auto"/>
        <w:ind w:firstLine="331"/>
        <w:jc w:val="both"/>
      </w:pPr>
      <w:r>
        <w:rPr>
          <w:rFonts w:ascii="Georgia" w:hAnsi="Georgia"/>
          <w:b w:val="0"/>
          <w:i w:val="0"/>
          <w:color w:val="22201D"/>
          <w:sz w:val="20"/>
        </w:rPr>
        <w:t>Steve said, "Not entering that."</w:t>
      </w:r>
    </w:p>
    <w:p>
      <w:pPr>
        <w:spacing w:after="60" w:line="266" w:lineRule="auto"/>
        <w:ind w:firstLine="331"/>
        <w:jc w:val="both"/>
      </w:pPr>
      <w:r>
        <w:rPr>
          <w:rFonts w:ascii="Georgia" w:hAnsi="Georgia"/>
          <w:b w:val="0"/>
          <w:i w:val="0"/>
          <w:color w:val="22201D"/>
          <w:sz w:val="20"/>
        </w:rPr>
        <w:t>The door notice printed:</w:t>
      </w:r>
    </w:p>
    <w:p>
      <w:pPr>
        <w:spacing w:after="60" w:line="250" w:lineRule="auto"/>
        <w:ind w:left="202" w:right="173"/>
      </w:pPr>
      <w:r>
        <w:rPr>
          <w:rFonts w:ascii="Georgia" w:hAnsi="Georgia"/>
          <w:b w:val="0"/>
          <w:i w:val="0"/>
          <w:color w:val="22201D"/>
          <w:sz w:val="17"/>
        </w:rPr>
        <w:t>Bob: noted but not classified</w:t>
      </w:r>
    </w:p>
    <w:p>
      <w:pPr>
        <w:spacing w:after="60" w:line="266" w:lineRule="auto"/>
        <w:ind w:firstLine="331"/>
        <w:jc w:val="both"/>
      </w:pPr>
      <w:r>
        <w:rPr>
          <w:rFonts w:ascii="Georgia" w:hAnsi="Georgia"/>
          <w:b w:val="0"/>
          <w:i w:val="0"/>
          <w:color w:val="22201D"/>
          <w:sz w:val="20"/>
        </w:rPr>
        <w:t>"Reasonable," said Bob.</w:t>
      </w:r>
    </w:p>
    <w:p>
      <w:pPr>
        <w:spacing w:after="60" w:line="266" w:lineRule="auto"/>
        <w:ind w:firstLine="331"/>
        <w:jc w:val="both"/>
      </w:pPr>
      <w:r>
        <w:rPr>
          <w:rFonts w:ascii="Georgia" w:hAnsi="Georgia"/>
          <w:b w:val="0"/>
          <w:i w:val="0"/>
          <w:color w:val="22201D"/>
          <w:sz w:val="20"/>
        </w:rPr>
        <w:t>Flocc stared at the small card.</w:t>
      </w:r>
    </w:p>
    <w:p>
      <w:pPr>
        <w:spacing w:after="60" w:line="266" w:lineRule="auto"/>
        <w:ind w:firstLine="331"/>
        <w:jc w:val="both"/>
      </w:pPr>
      <w:r>
        <w:rPr>
          <w:rFonts w:ascii="Georgia" w:hAnsi="Georgia"/>
          <w:b w:val="0"/>
          <w:i w:val="0"/>
          <w:color w:val="22201D"/>
          <w:sz w:val="20"/>
        </w:rPr>
        <w:t>He had expected the audit to end by telling him what he owed. It had done that, in pieces, which was worse and better than one large doom. He had not expected the audit to find something that looked outward.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035: Assuming accountability closes inward. Amount due: one outward consequence</w:t>
      </w:r>
    </w:p>
    <w:p>
      <w:pPr>
        <w:spacing w:after="60" w:line="266" w:lineRule="auto"/>
        <w:ind w:firstLine="331"/>
        <w:jc w:val="both"/>
      </w:pPr>
      <w:r>
        <w:rPr>
          <w:rFonts w:ascii="Georgia" w:hAnsi="Georgia"/>
          <w:b w:val="0"/>
          <w:i w:val="0"/>
          <w:color w:val="22201D"/>
          <w:sz w:val="20"/>
        </w:rPr>
        <w:t>"I was not assuming," Flocc said.</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"You were hoping."</w:t>
      </w:r>
    </w:p>
    <w:p>
      <w:pPr>
        <w:spacing w:after="60" w:line="266" w:lineRule="auto"/>
        <w:ind w:firstLine="331"/>
        <w:jc w:val="both"/>
      </w:pPr>
      <w:r>
        <w:rPr>
          <w:rFonts w:ascii="Georgia" w:hAnsi="Georgia"/>
          <w:b w:val="0"/>
          <w:i w:val="0"/>
          <w:color w:val="22201D"/>
          <w:sz w:val="20"/>
        </w:rPr>
        <w:t>He considered arguing.</w:t>
      </w:r>
    </w:p>
    <w:p>
      <w:pPr>
        <w:spacing w:after="60" w:line="266" w:lineRule="auto"/>
        <w:ind w:firstLine="331"/>
        <w:jc w:val="both"/>
      </w:pPr>
      <w:r>
        <w:rPr>
          <w:rFonts w:ascii="Georgia" w:hAnsi="Georgia"/>
          <w:b w:val="0"/>
          <w:i w:val="0"/>
          <w:color w:val="22201D"/>
          <w:sz w:val="20"/>
        </w:rPr>
        <w:t>This was becoming less efficient over time.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brass tray printed:</w:t>
      </w:r>
    </w:p>
    <w:p>
      <w:pPr>
        <w:spacing w:after="60" w:line="250" w:lineRule="auto"/>
        <w:ind w:left="202" w:right="173"/>
      </w:pPr>
      <w:r>
        <w:rPr>
          <w:rFonts w:ascii="Georgia" w:hAnsi="Georgia"/>
          <w:b w:val="0"/>
          <w:i w:val="0"/>
          <w:color w:val="22201D"/>
          <w:sz w:val="17"/>
        </w:rPr>
        <w:t>Tender accepted: hope named before it became argument</w:t>
      </w:r>
    </w:p>
    <w:p>
      <w:pPr>
        <w:spacing w:after="60" w:line="266" w:lineRule="auto"/>
        <w:ind w:firstLine="331"/>
        <w:jc w:val="both"/>
      </w:pPr>
      <w:r>
        <w:rPr>
          <w:rFonts w:ascii="Georgia" w:hAnsi="Georgia"/>
          <w:b w:val="0"/>
          <w:i w:val="0"/>
          <w:color w:val="22201D"/>
          <w:sz w:val="20"/>
        </w:rPr>
        <w:t>Auditor Ives picked up the door notice.</w:t>
      </w:r>
    </w:p>
    <w:p>
      <w:pPr>
        <w:spacing w:after="60" w:line="266" w:lineRule="auto"/>
        <w:ind w:firstLine="331"/>
        <w:jc w:val="both"/>
      </w:pPr>
      <w:r>
        <w:rPr>
          <w:rFonts w:ascii="Georgia" w:hAnsi="Georgia"/>
          <w:b w:val="0"/>
          <w:i w:val="0"/>
          <w:color w:val="22201D"/>
          <w:sz w:val="20"/>
        </w:rPr>
        <w:t>"A public consequence cannot appear without public process."</w:t>
      </w:r>
    </w:p>
    <w:p>
      <w:pPr>
        <w:spacing w:after="60" w:line="266" w:lineRule="auto"/>
        <w:ind w:firstLine="331"/>
        <w:jc w:val="both"/>
      </w:pPr>
      <w:r>
        <w:rPr>
          <w:rFonts w:ascii="Georgia" w:hAnsi="Georgia"/>
          <w:b w:val="0"/>
          <w:i w:val="0"/>
          <w:color w:val="22201D"/>
          <w:sz w:val="20"/>
        </w:rPr>
        <w:t>The notice printed:</w:t>
      </w:r>
    </w:p>
    <w:p>
      <w:pPr>
        <w:spacing w:after="60" w:line="250" w:lineRule="auto"/>
        <w:ind w:left="202" w:right="173"/>
      </w:pPr>
      <w:r>
        <w:rPr>
          <w:rFonts w:ascii="Georgia" w:hAnsi="Georgia"/>
          <w:b w:val="0"/>
          <w:i w:val="0"/>
          <w:color w:val="22201D"/>
          <w:sz w:val="17"/>
        </w:rPr>
        <w:t>Public process began at Table Four.</w:t>
      </w:r>
    </w:p>
    <w:p>
      <w:pPr>
        <w:spacing w:after="60" w:line="266" w:lineRule="auto"/>
        <w:ind w:firstLine="331"/>
        <w:jc w:val="both"/>
      </w:pPr>
      <w:r>
        <w:rPr>
          <w:rFonts w:ascii="Georgia" w:hAnsi="Georgia"/>
          <w:b w:val="0"/>
          <w:i w:val="0"/>
          <w:color w:val="22201D"/>
          <w:sz w:val="20"/>
        </w:rPr>
        <w:t>"That hearing was preliminary."</w:t>
      </w:r>
    </w:p>
    <w:p>
      <w:pPr>
        <w:spacing w:after="60" w:line="250" w:lineRule="auto"/>
        <w:ind w:left="202" w:right="173"/>
      </w:pPr>
      <w:r>
        <w:rPr>
          <w:rFonts w:ascii="Georgia" w:hAnsi="Georgia"/>
          <w:b w:val="0"/>
          <w:i w:val="0"/>
          <w:color w:val="22201D"/>
          <w:sz w:val="17"/>
        </w:rPr>
        <w:t>Correct. Preliminary doors are not final doors.</w:t>
      </w:r>
    </w:p>
    <w:p>
      <w:pPr>
        <w:spacing w:after="60" w:line="266" w:lineRule="auto"/>
        <w:ind w:firstLine="331"/>
        <w:jc w:val="both"/>
      </w:pPr>
      <w:r>
        <w:rPr>
          <w:rFonts w:ascii="Georgia" w:hAnsi="Georgia"/>
          <w:b w:val="0"/>
          <w:i w:val="0"/>
          <w:color w:val="22201D"/>
          <w:sz w:val="20"/>
        </w:rPr>
        <w:t>Gerald made a note.</w:t>
      </w:r>
    </w:p>
    <w:p>
      <w:pPr>
        <w:spacing w:after="60" w:line="266" w:lineRule="auto"/>
        <w:ind w:firstLine="331"/>
        <w:jc w:val="both"/>
      </w:pPr>
      <w:r>
        <w:rPr>
          <w:rFonts w:ascii="Georgia" w:hAnsi="Georgia"/>
          <w:b w:val="0"/>
          <w:i w:val="0"/>
          <w:color w:val="22201D"/>
          <w:sz w:val="20"/>
        </w:rPr>
        <w:t>Auditor Ives saw him.</w:t>
      </w:r>
    </w:p>
    <w:p>
      <w:pPr>
        <w:spacing w:after="60" w:line="266" w:lineRule="auto"/>
        <w:ind w:firstLine="331"/>
        <w:jc w:val="both"/>
      </w:pPr>
      <w:r>
        <w:rPr>
          <w:rFonts w:ascii="Georgia" w:hAnsi="Georgia"/>
          <w:b w:val="0"/>
          <w:i w:val="0"/>
          <w:color w:val="22201D"/>
          <w:sz w:val="20"/>
        </w:rPr>
        <w:t>"Do not write that as if it is acceptable."</w:t>
      </w:r>
    </w:p>
    <w:p>
      <w:pPr>
        <w:spacing w:after="60" w:line="266" w:lineRule="auto"/>
        <w:ind w:firstLine="331"/>
        <w:jc w:val="both"/>
      </w:pPr>
      <w:r>
        <w:rPr>
          <w:rFonts w:ascii="Georgia" w:hAnsi="Georgia"/>
          <w:b w:val="0"/>
          <w:i w:val="0"/>
          <w:color w:val="22201D"/>
          <w:sz w:val="20"/>
        </w:rPr>
        <w:t>"I wrote door status unresolved."</w:t>
      </w:r>
    </w:p>
    <w:p>
      <w:pPr>
        <w:spacing w:after="60" w:line="266" w:lineRule="auto"/>
        <w:ind w:firstLine="331"/>
        <w:jc w:val="both"/>
      </w:pPr>
      <w:r>
        <w:rPr>
          <w:rFonts w:ascii="Georgia" w:hAnsi="Georgia"/>
          <w:b w:val="0"/>
          <w:i w:val="0"/>
          <w:color w:val="22201D"/>
          <w:sz w:val="20"/>
        </w:rPr>
        <w:t>"That is acceptable."</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The Hostess placed a small brass bell on the host stand.</w:t>
      </w:r>
    </w:p>
    <w:p>
      <w:pPr>
        <w:spacing w:after="60" w:line="266" w:lineRule="auto"/>
        <w:ind w:firstLine="331"/>
        <w:jc w:val="both"/>
      </w:pPr>
      <w:r>
        <w:rPr>
          <w:rFonts w:ascii="Georgia" w:hAnsi="Georgia"/>
          <w:b w:val="0"/>
          <w:i w:val="0"/>
          <w:color w:val="22201D"/>
          <w:sz w:val="20"/>
        </w:rPr>
        <w:t>No one had seen her move.</w:t>
      </w:r>
    </w:p>
    <w:p>
      <w:pPr>
        <w:spacing w:after="60" w:line="266" w:lineRule="auto"/>
        <w:ind w:firstLine="331"/>
        <w:jc w:val="both"/>
      </w:pPr>
      <w:r>
        <w:rPr>
          <w:rFonts w:ascii="Georgia" w:hAnsi="Georgia"/>
          <w:b w:val="0"/>
          <w:i w:val="0"/>
          <w:color w:val="22201D"/>
          <w:sz w:val="20"/>
        </w:rPr>
        <w:t>This was not unusual, but it was irritating in a way that made people respect service work more.</w:t>
      </w:r>
    </w:p>
    <w:p>
      <w:pPr>
        <w:spacing w:after="60" w:line="266" w:lineRule="auto"/>
        <w:ind w:firstLine="331"/>
        <w:jc w:val="both"/>
      </w:pPr>
      <w:r>
        <w:rPr>
          <w:rFonts w:ascii="Georgia" w:hAnsi="Georgia"/>
          <w:b w:val="0"/>
          <w:i w:val="0"/>
          <w:color w:val="22201D"/>
          <w:sz w:val="20"/>
        </w:rPr>
        <w:t>The bell rang once by itself.</w:t>
      </w:r>
    </w:p>
    <w:p>
      <w:pPr>
        <w:spacing w:after="60" w:line="266" w:lineRule="auto"/>
        <w:ind w:firstLine="331"/>
        <w:jc w:val="both"/>
      </w:pPr>
      <w:r>
        <w:rPr>
          <w:rFonts w:ascii="Georgia" w:hAnsi="Georgia"/>
          <w:b w:val="0"/>
          <w:i w:val="0"/>
          <w:color w:val="22201D"/>
          <w:sz w:val="20"/>
        </w:rPr>
        <w:t>At the front window, a shadow appeared.</w:t>
      </w:r>
    </w:p>
    <w:p>
      <w:pPr>
        <w:spacing w:after="60" w:line="266" w:lineRule="auto"/>
        <w:ind w:firstLine="331"/>
        <w:jc w:val="both"/>
      </w:pPr>
      <w:r>
        <w:rPr>
          <w:rFonts w:ascii="Georgia" w:hAnsi="Georgia"/>
          <w:b w:val="0"/>
          <w:i w:val="0"/>
          <w:color w:val="22201D"/>
          <w:sz w:val="20"/>
        </w:rPr>
        <w:t>Not a supernatural shadow.</w:t>
      </w:r>
    </w:p>
    <w:p>
      <w:pPr>
        <w:spacing w:after="60" w:line="266" w:lineRule="auto"/>
        <w:ind w:firstLine="331"/>
        <w:jc w:val="both"/>
      </w:pPr>
      <w:r>
        <w:rPr>
          <w:rFonts w:ascii="Georgia" w:hAnsi="Georgia"/>
          <w:b w:val="0"/>
          <w:i w:val="0"/>
          <w:color w:val="22201D"/>
          <w:sz w:val="20"/>
        </w:rPr>
        <w:t>A person.</w:t>
      </w:r>
    </w:p>
    <w:p>
      <w:pPr>
        <w:spacing w:after="60" w:line="266" w:lineRule="auto"/>
        <w:ind w:firstLine="331"/>
        <w:jc w:val="both"/>
      </w:pPr>
      <w:r>
        <w:rPr>
          <w:rFonts w:ascii="Georgia" w:hAnsi="Georgia"/>
          <w:b w:val="0"/>
          <w:i w:val="0"/>
          <w:color w:val="22201D"/>
          <w:sz w:val="20"/>
        </w:rPr>
        <w:t>Then two.</w:t>
      </w:r>
    </w:p>
    <w:p>
      <w:pPr>
        <w:spacing w:after="60" w:line="266" w:lineRule="auto"/>
        <w:ind w:firstLine="331"/>
        <w:jc w:val="both"/>
      </w:pPr>
      <w:r>
        <w:rPr>
          <w:rFonts w:ascii="Georgia" w:hAnsi="Georgia"/>
          <w:b w:val="0"/>
          <w:i w:val="0"/>
          <w:color w:val="22201D"/>
          <w:sz w:val="20"/>
        </w:rPr>
        <w:t>Then a third, holding a phone.</w:t>
      </w:r>
    </w:p>
    <w:p>
      <w:pPr>
        <w:spacing w:after="60" w:line="266" w:lineRule="auto"/>
        <w:ind w:firstLine="331"/>
        <w:jc w:val="both"/>
      </w:pPr>
      <w:r>
        <w:rPr>
          <w:rFonts w:ascii="Georgia" w:hAnsi="Georgia"/>
          <w:b w:val="0"/>
          <w:i w:val="0"/>
          <w:color w:val="22201D"/>
          <w:sz w:val="20"/>
        </w:rPr>
        <w:t>The first person opened the door and stepped inside.</w:t>
      </w:r>
    </w:p>
    <w:p>
      <w:pPr>
        <w:spacing w:after="60" w:line="266" w:lineRule="auto"/>
        <w:ind w:firstLine="331"/>
        <w:jc w:val="both"/>
      </w:pPr>
      <w:r>
        <w:rPr>
          <w:rFonts w:ascii="Georgia" w:hAnsi="Georgia"/>
          <w:b w:val="0"/>
          <w:i w:val="0"/>
          <w:color w:val="22201D"/>
          <w:sz w:val="20"/>
        </w:rPr>
        <w:t>She was wearing a raincoat though it had not rained, carrying a tote bag from a bookstore that had probably hosted at least one event titled with a colon, and looking at the restaurant as if she had come prepared to be transformed but preferred not to pay sales tax on it.</w:t>
      </w:r>
    </w:p>
    <w:p>
      <w:pPr>
        <w:spacing w:after="60" w:line="266" w:lineRule="auto"/>
        <w:ind w:firstLine="331"/>
        <w:jc w:val="both"/>
      </w:pPr>
      <w:r>
        <w:rPr>
          <w:rFonts w:ascii="Georgia" w:hAnsi="Georgia"/>
          <w:b w:val="0"/>
          <w:i w:val="0"/>
          <w:color w:val="22201D"/>
          <w:sz w:val="20"/>
        </w:rPr>
        <w:t>"Hi," she said. "Is this where reservations are being taken?"</w:t>
      </w:r>
    </w:p>
    <w:p>
      <w:pPr>
        <w:spacing w:after="60" w:line="266" w:lineRule="auto"/>
        <w:ind w:firstLine="331"/>
        <w:jc w:val="both"/>
      </w:pPr>
      <w:r>
        <w:rPr>
          <w:rFonts w:ascii="Georgia" w:hAnsi="Georgia"/>
          <w:b w:val="0"/>
          <w:i w:val="0"/>
          <w:color w:val="22201D"/>
          <w:sz w:val="20"/>
        </w:rPr>
        <w:t>The room went still.</w:t>
      </w:r>
    </w:p>
    <w:p>
      <w:pPr>
        <w:spacing w:after="60" w:line="266" w:lineRule="auto"/>
        <w:ind w:firstLine="331"/>
        <w:jc w:val="both"/>
      </w:pPr>
      <w:r>
        <w:rPr>
          <w:rFonts w:ascii="Georgia" w:hAnsi="Georgia"/>
          <w:b w:val="0"/>
          <w:i w:val="0"/>
          <w:color w:val="22201D"/>
          <w:sz w:val="20"/>
        </w:rPr>
        <w:t>Auditor Ives said, "No."</w:t>
      </w:r>
    </w:p>
    <w:p>
      <w:pPr>
        <w:spacing w:after="60" w:line="266" w:lineRule="auto"/>
        <w:ind w:firstLine="331"/>
        <w:jc w:val="both"/>
      </w:pPr>
      <w:r>
        <w:rPr>
          <w:rFonts w:ascii="Georgia" w:hAnsi="Georgia"/>
          <w:b w:val="0"/>
          <w:i w:val="0"/>
          <w:color w:val="22201D"/>
          <w:sz w:val="20"/>
        </w:rPr>
        <w:t>The Hostess said, "Not yet."</w:t>
      </w:r>
    </w:p>
    <w:p>
      <w:pPr>
        <w:spacing w:after="60" w:line="266" w:lineRule="auto"/>
        <w:ind w:firstLine="331"/>
        <w:jc w:val="both"/>
      </w:pPr>
      <w:r>
        <w:rPr>
          <w:rFonts w:ascii="Georgia" w:hAnsi="Georgia"/>
          <w:b w:val="0"/>
          <w:i w:val="0"/>
          <w:color w:val="22201D"/>
          <w:sz w:val="20"/>
        </w:rPr>
        <w:t>Gerald said, "For what?"</w:t>
      </w:r>
    </w:p>
    <w:p>
      <w:pPr>
        <w:spacing w:after="60" w:line="266" w:lineRule="auto"/>
        <w:ind w:firstLine="331"/>
        <w:jc w:val="both"/>
      </w:pPr>
      <w:r>
        <w:rPr>
          <w:rFonts w:ascii="Georgia" w:hAnsi="Georgia"/>
          <w:b w:val="0"/>
          <w:i w:val="0"/>
          <w:color w:val="22201D"/>
          <w:sz w:val="20"/>
        </w:rPr>
        <w:t>Steve said, "How did you hear about that?"</w:t>
      </w:r>
    </w:p>
    <w:p>
      <w:pPr>
        <w:spacing w:after="60" w:line="266" w:lineRule="auto"/>
        <w:ind w:firstLine="331"/>
        <w:jc w:val="both"/>
      </w:pPr>
      <w:r>
        <w:rPr>
          <w:rFonts w:ascii="Georgia" w:hAnsi="Georgia"/>
          <w:b w:val="0"/>
          <w:i w:val="0"/>
          <w:color w:val="22201D"/>
          <w:sz w:val="20"/>
        </w:rPr>
        <w:t>The woman lifted her phone.</w:t>
      </w:r>
    </w:p>
    <w:p>
      <w:pPr>
        <w:spacing w:after="60" w:line="266" w:lineRule="auto"/>
        <w:ind w:firstLine="331"/>
        <w:jc w:val="both"/>
      </w:pPr>
      <w:r>
        <w:rPr>
          <w:rFonts w:ascii="Georgia" w:hAnsi="Georgia"/>
          <w:b w:val="0"/>
          <w:i w:val="0"/>
          <w:color w:val="22201D"/>
          <w:sz w:val="20"/>
        </w:rPr>
        <w:t>"Someone posted that the audit found a door."</w:t>
      </w:r>
    </w:p>
    <w:p>
      <w:pPr>
        <w:spacing w:after="60" w:line="266" w:lineRule="auto"/>
        <w:ind w:firstLine="331"/>
        <w:jc w:val="both"/>
      </w:pPr>
      <w:r>
        <w:rPr>
          <w:rFonts w:ascii="Georgia" w:hAnsi="Georgia"/>
          <w:b w:val="0"/>
          <w:i w:val="0"/>
          <w:color w:val="22201D"/>
          <w:sz w:val="20"/>
        </w:rPr>
        <w:t>Auditor Ives closed her eyes.</w:t>
      </w:r>
    </w:p>
    <w:p>
      <w:pPr>
        <w:spacing w:after="60" w:line="266" w:lineRule="auto"/>
        <w:ind w:firstLine="331"/>
        <w:jc w:val="both"/>
      </w:pPr>
      <w:r>
        <w:rPr>
          <w:rFonts w:ascii="Georgia" w:hAnsi="Georgia"/>
          <w:b w:val="0"/>
          <w:i w:val="0"/>
          <w:color w:val="22201D"/>
          <w:sz w:val="20"/>
        </w:rPr>
        <w:t>"Already?"</w:t>
      </w:r>
    </w:p>
    <w:p>
      <w:pPr>
        <w:spacing w:after="60" w:line="266" w:lineRule="auto"/>
        <w:ind w:firstLine="331"/>
        <w:jc w:val="both"/>
      </w:pPr>
      <w:r>
        <w:rPr>
          <w:rFonts w:ascii="Georgia" w:hAnsi="Georgia"/>
          <w:b w:val="0"/>
          <w:i w:val="0"/>
          <w:color w:val="22201D"/>
          <w:sz w:val="20"/>
        </w:rPr>
        <w:t>Bob said, "Public consequence has excellent distribution."</w:t>
      </w:r>
    </w:p>
    <w:p>
      <w:pPr>
        <w:spacing w:after="60" w:line="266" w:lineRule="auto"/>
        <w:ind w:firstLine="331"/>
        <w:jc w:val="both"/>
      </w:pPr>
      <w:r>
        <w:rPr>
          <w:rFonts w:ascii="Georgia" w:hAnsi="Georgia"/>
          <w:b w:val="0"/>
          <w:i w:val="0"/>
          <w:color w:val="22201D"/>
          <w:sz w:val="20"/>
        </w:rPr>
        <w:t>The woman looked at Bob.</w:t>
      </w:r>
    </w:p>
    <w:p>
      <w:pPr>
        <w:spacing w:after="60" w:line="266" w:lineRule="auto"/>
        <w:ind w:firstLine="331"/>
        <w:jc w:val="both"/>
      </w:pPr>
      <w:r>
        <w:rPr>
          <w:rFonts w:ascii="Georgia" w:hAnsi="Georgia"/>
          <w:b w:val="0"/>
          <w:i w:val="0"/>
          <w:color w:val="22201D"/>
          <w:sz w:val="20"/>
        </w:rPr>
        <w:t>"Are you staff?"</w:t>
      </w:r>
    </w:p>
    <w:p>
      <w:pPr>
        <w:spacing w:after="60" w:line="266" w:lineRule="auto"/>
        <w:ind w:firstLine="331"/>
        <w:jc w:val="both"/>
      </w:pPr>
      <w:r>
        <w:rPr>
          <w:rFonts w:ascii="Georgia" w:hAnsi="Georgia"/>
          <w:b w:val="0"/>
          <w:i w:val="0"/>
          <w:color w:val="22201D"/>
          <w:sz w:val="20"/>
        </w:rPr>
        <w:t>"In the nutritional sense."</w:t>
      </w:r>
    </w:p>
    <w:p>
      <w:pPr>
        <w:spacing w:after="60" w:line="266" w:lineRule="auto"/>
        <w:ind w:firstLine="331"/>
        <w:jc w:val="both"/>
      </w:pPr>
      <w:r>
        <w:rPr>
          <w:rFonts w:ascii="Georgia" w:hAnsi="Georgia"/>
          <w:b w:val="0"/>
          <w:i w:val="0"/>
          <w:color w:val="22201D"/>
          <w:sz w:val="20"/>
        </w:rPr>
        <w:t>Steve said, "Please do not answer public inquiries."</w:t>
      </w:r>
    </w:p>
    <w:p>
      <w:pPr>
        <w:spacing w:after="60" w:line="266" w:lineRule="auto"/>
        <w:ind w:firstLine="331"/>
        <w:jc w:val="both"/>
      </w:pPr>
      <w:r>
        <w:rPr>
          <w:rFonts w:ascii="Georgia" w:hAnsi="Georgia"/>
          <w:b w:val="0"/>
          <w:i w:val="0"/>
          <w:color w:val="22201D"/>
          <w:sz w:val="20"/>
        </w:rPr>
        <w:t>The door notice printed:</w:t>
      </w:r>
    </w:p>
    <w:p>
      <w:pPr>
        <w:spacing w:after="60" w:line="250" w:lineRule="auto"/>
        <w:ind w:left="202" w:right="173"/>
      </w:pPr>
      <w:r>
        <w:rPr>
          <w:rFonts w:ascii="Georgia" w:hAnsi="Georgia"/>
          <w:b w:val="0"/>
          <w:i w:val="0"/>
          <w:color w:val="22201D"/>
          <w:sz w:val="17"/>
        </w:rPr>
        <w:t>First public inquiry received.</w:t>
      </w:r>
    </w:p>
    <w:p>
      <w:pPr>
        <w:spacing w:after="60" w:line="266" w:lineRule="auto"/>
        <w:ind w:firstLine="331"/>
        <w:jc w:val="both"/>
      </w:pPr>
      <w:r>
        <w:rPr>
          <w:rFonts w:ascii="Georgia" w:hAnsi="Georgia"/>
          <w:b w:val="0"/>
          <w:i w:val="0"/>
          <w:color w:val="22201D"/>
          <w:sz w:val="20"/>
        </w:rPr>
        <w:t>The Hostess moved to the stand.</w:t>
      </w:r>
    </w:p>
    <w:p>
      <w:pPr>
        <w:spacing w:after="60" w:line="266" w:lineRule="auto"/>
        <w:ind w:firstLine="331"/>
        <w:jc w:val="both"/>
      </w:pPr>
      <w:r>
        <w:rPr>
          <w:rFonts w:ascii="Georgia" w:hAnsi="Georgia"/>
          <w:b w:val="0"/>
          <w:i w:val="0"/>
          <w:color w:val="22201D"/>
          <w:sz w:val="20"/>
        </w:rPr>
        <w:t>"Name?"</w:t>
      </w:r>
    </w:p>
    <w:p>
      <w:pPr>
        <w:spacing w:after="60" w:line="266" w:lineRule="auto"/>
        <w:ind w:firstLine="331"/>
        <w:jc w:val="both"/>
      </w:pPr>
      <w:r>
        <w:rPr>
          <w:rFonts w:ascii="Georgia" w:hAnsi="Georgia"/>
          <w:b w:val="0"/>
          <w:i w:val="0"/>
          <w:color w:val="22201D"/>
          <w:sz w:val="20"/>
        </w:rPr>
        <w:t>Auditor Ives said, "Do not take a reservation."</w:t>
      </w:r>
    </w:p>
    <w:p>
      <w:pPr>
        <w:spacing w:after="60" w:line="266" w:lineRule="auto"/>
        <w:ind w:firstLine="331"/>
        <w:jc w:val="both"/>
      </w:pPr>
      <w:r>
        <w:rPr>
          <w:rFonts w:ascii="Georgia" w:hAnsi="Georgia"/>
          <w:b w:val="0"/>
          <w:i w:val="0"/>
          <w:color w:val="22201D"/>
          <w:sz w:val="20"/>
        </w:rPr>
        <w:t>The Hostess said, "I did not say reservation."</w:t>
      </w:r>
    </w:p>
    <w:p>
      <w:pPr>
        <w:spacing w:after="60" w:line="266" w:lineRule="auto"/>
        <w:ind w:firstLine="331"/>
        <w:jc w:val="both"/>
      </w:pPr>
      <w:r>
        <w:rPr>
          <w:rFonts w:ascii="Georgia" w:hAnsi="Georgia"/>
          <w:b w:val="0"/>
          <w:i w:val="0"/>
          <w:color w:val="22201D"/>
          <w:sz w:val="20"/>
        </w:rPr>
        <w:t>The woman said, "It's Juniper."</w:t>
      </w:r>
    </w:p>
    <w:p>
      <w:pPr>
        <w:spacing w:after="60" w:line="266" w:lineRule="auto"/>
        <w:ind w:firstLine="331"/>
        <w:jc w:val="both"/>
      </w:pPr>
      <w:r>
        <w:rPr>
          <w:rFonts w:ascii="Georgia" w:hAnsi="Georgia"/>
          <w:b w:val="0"/>
          <w:i w:val="0"/>
          <w:color w:val="22201D"/>
          <w:sz w:val="20"/>
        </w:rPr>
        <w:t>Flocc looked at Mara.</w:t>
      </w:r>
    </w:p>
    <w:p>
      <w:pPr>
        <w:spacing w:after="60" w:line="266" w:lineRule="auto"/>
        <w:ind w:firstLine="331"/>
        <w:jc w:val="both"/>
      </w:pPr>
      <w:r>
        <w:rPr>
          <w:rFonts w:ascii="Georgia" w:hAnsi="Georgia"/>
          <w:b w:val="0"/>
          <w:i w:val="0"/>
          <w:color w:val="22201D"/>
          <w:sz w:val="20"/>
        </w:rPr>
        <w:t>Mara whispered, "Of course it is."</w:t>
      </w:r>
    </w:p>
    <w:p>
      <w:pPr>
        <w:spacing w:after="60" w:line="266" w:lineRule="auto"/>
        <w:ind w:firstLine="331"/>
        <w:jc w:val="both"/>
      </w:pPr>
      <w:r>
        <w:rPr>
          <w:rFonts w:ascii="Georgia" w:hAnsi="Georgia"/>
          <w:b w:val="0"/>
          <w:i w:val="0"/>
          <w:color w:val="22201D"/>
          <w:sz w:val="20"/>
        </w:rPr>
        <w:t>The Hostess wrote the name on a card.</w:t>
      </w:r>
    </w:p>
    <w:p>
      <w:pPr>
        <w:spacing w:after="60" w:line="250" w:lineRule="auto"/>
        <w:ind w:left="202" w:right="173"/>
      </w:pPr>
      <w:r>
        <w:rPr>
          <w:rFonts w:ascii="Georgia" w:hAnsi="Georgia"/>
          <w:b w:val="0"/>
          <w:i w:val="0"/>
          <w:color w:val="22201D"/>
          <w:sz w:val="17"/>
        </w:rPr>
        <w:t>Juniper</w:t>
      </w:r>
    </w:p>
    <w:p>
      <w:pPr>
        <w:spacing w:after="60" w:line="266" w:lineRule="auto"/>
        <w:ind w:firstLine="331"/>
        <w:jc w:val="both"/>
      </w:pPr>
      <w:r>
        <w:rPr>
          <w:rFonts w:ascii="Georgia" w:hAnsi="Georgia"/>
          <w:b w:val="0"/>
          <w:i w:val="0"/>
          <w:color w:val="22201D"/>
          <w:sz w:val="20"/>
        </w:rPr>
        <w:t>The card immediately printed beneath it:</w:t>
      </w:r>
    </w:p>
    <w:p>
      <w:pPr>
        <w:spacing w:after="60" w:line="250" w:lineRule="auto"/>
        <w:ind w:left="202" w:right="173"/>
      </w:pPr>
      <w:r>
        <w:rPr>
          <w:rFonts w:ascii="Georgia" w:hAnsi="Georgia"/>
          <w:b w:val="0"/>
          <w:i w:val="0"/>
          <w:color w:val="22201D"/>
          <w:sz w:val="17"/>
        </w:rPr>
        <w:t>Request: reserve the door  Status: refused</w:t>
      </w:r>
    </w:p>
    <w:p>
      <w:pPr>
        <w:spacing w:after="60" w:line="266" w:lineRule="auto"/>
        <w:ind w:firstLine="331"/>
        <w:jc w:val="both"/>
      </w:pPr>
      <w:r>
        <w:rPr>
          <w:rFonts w:ascii="Georgia" w:hAnsi="Georgia"/>
          <w:b w:val="0"/>
          <w:i w:val="0"/>
          <w:color w:val="22201D"/>
          <w:sz w:val="20"/>
        </w:rPr>
        <w:t>Juniper blinked.</w:t>
      </w:r>
    </w:p>
    <w:p>
      <w:pPr>
        <w:spacing w:after="60" w:line="266" w:lineRule="auto"/>
        <w:ind w:firstLine="331"/>
        <w:jc w:val="both"/>
      </w:pPr>
      <w:r>
        <w:rPr>
          <w:rFonts w:ascii="Georgia" w:hAnsi="Georgia"/>
          <w:b w:val="0"/>
          <w:i w:val="0"/>
          <w:color w:val="22201D"/>
          <w:sz w:val="20"/>
        </w:rPr>
        <w:t>"I did not ask yet."</w:t>
      </w:r>
    </w:p>
    <w:p>
      <w:pPr>
        <w:spacing w:after="60" w:line="266" w:lineRule="auto"/>
        <w:ind w:firstLine="331"/>
        <w:jc w:val="both"/>
      </w:pPr>
      <w:r>
        <w:rPr>
          <w:rFonts w:ascii="Georgia" w:hAnsi="Georgia"/>
          <w:b w:val="0"/>
          <w:i w:val="0"/>
          <w:color w:val="22201D"/>
          <w:sz w:val="20"/>
        </w:rPr>
        <w:t>"The card heard the tote bag," Bob said.</w:t>
      </w:r>
    </w:p>
    <w:p>
      <w:pPr>
        <w:spacing w:after="60" w:line="266" w:lineRule="auto"/>
        <w:ind w:firstLine="331"/>
        <w:jc w:val="both"/>
      </w:pPr>
      <w:r>
        <w:rPr>
          <w:rFonts w:ascii="Georgia" w:hAnsi="Georgia"/>
          <w:b w:val="0"/>
          <w:i w:val="0"/>
          <w:color w:val="22201D"/>
          <w:sz w:val="20"/>
        </w:rPr>
        <w:t>Steve said, "Bob."</w:t>
      </w:r>
    </w:p>
    <w:p>
      <w:pPr>
        <w:spacing w:after="60" w:line="266" w:lineRule="auto"/>
        <w:ind w:firstLine="331"/>
        <w:jc w:val="both"/>
      </w:pPr>
      <w:r>
        <w:rPr>
          <w:rFonts w:ascii="Georgia" w:hAnsi="Georgia"/>
          <w:b w:val="0"/>
          <w:i w:val="0"/>
          <w:color w:val="22201D"/>
          <w:sz w:val="20"/>
        </w:rPr>
        <w:t>"With respect."</w:t>
      </w:r>
    </w:p>
    <w:p>
      <w:pPr>
        <w:spacing w:after="60" w:line="266" w:lineRule="auto"/>
        <w:ind w:firstLine="331"/>
        <w:jc w:val="both"/>
      </w:pPr>
      <w:r>
        <w:rPr>
          <w:rFonts w:ascii="Georgia" w:hAnsi="Georgia"/>
          <w:b w:val="0"/>
          <w:i w:val="0"/>
          <w:color w:val="22201D"/>
          <w:sz w:val="20"/>
        </w:rPr>
        <w:t>The Hostess turned the card toward Juniper.</w:t>
      </w:r>
    </w:p>
    <w:p>
      <w:pPr>
        <w:spacing w:after="60" w:line="266" w:lineRule="auto"/>
        <w:ind w:firstLine="331"/>
        <w:jc w:val="both"/>
      </w:pPr>
      <w:r>
        <w:rPr>
          <w:rFonts w:ascii="Georgia" w:hAnsi="Georgia"/>
          <w:b w:val="0"/>
          <w:i w:val="0"/>
          <w:color w:val="22201D"/>
          <w:sz w:val="20"/>
        </w:rPr>
        <w:t>"We cannot reserve the door."</w:t>
      </w:r>
    </w:p>
    <w:p>
      <w:pPr>
        <w:spacing w:after="60" w:line="266" w:lineRule="auto"/>
        <w:ind w:firstLine="331"/>
        <w:jc w:val="both"/>
      </w:pPr>
      <w:r>
        <w:rPr>
          <w:rFonts w:ascii="Georgia" w:hAnsi="Georgia"/>
          <w:b w:val="0"/>
          <w:i w:val="0"/>
          <w:color w:val="22201D"/>
          <w:sz w:val="20"/>
        </w:rPr>
        <w:t>"But there is a door?"</w:t>
      </w:r>
    </w:p>
    <w:p>
      <w:pPr>
        <w:spacing w:after="60" w:line="266" w:lineRule="auto"/>
        <w:ind w:firstLine="331"/>
        <w:jc w:val="both"/>
      </w:pPr>
      <w:r>
        <w:rPr>
          <w:rFonts w:ascii="Georgia" w:hAnsi="Georgia"/>
          <w:b w:val="0"/>
          <w:i w:val="0"/>
          <w:color w:val="22201D"/>
          <w:sz w:val="20"/>
        </w:rPr>
        <w:t>"There is a notice."</w:t>
      </w:r>
    </w:p>
    <w:p>
      <w:pPr>
        <w:spacing w:after="60" w:line="266" w:lineRule="auto"/>
        <w:ind w:firstLine="331"/>
        <w:jc w:val="both"/>
      </w:pPr>
      <w:r>
        <w:rPr>
          <w:rFonts w:ascii="Georgia" w:hAnsi="Georgia"/>
          <w:b w:val="0"/>
          <w:i w:val="0"/>
          <w:color w:val="22201D"/>
          <w:sz w:val="20"/>
        </w:rPr>
        <w:t>"Is the door real?"</w:t>
      </w:r>
    </w:p>
    <w:p>
      <w:pPr>
        <w:spacing w:after="60" w:line="266" w:lineRule="auto"/>
        <w:ind w:firstLine="331"/>
        <w:jc w:val="both"/>
      </w:pPr>
      <w:r>
        <w:rPr>
          <w:rFonts w:ascii="Georgia" w:hAnsi="Georgia"/>
          <w:b w:val="0"/>
          <w:i w:val="0"/>
          <w:color w:val="22201D"/>
          <w:sz w:val="20"/>
        </w:rPr>
        <w:t>Auditor Ives said, "That is under review."</w:t>
      </w:r>
    </w:p>
    <w:p>
      <w:pPr>
        <w:spacing w:after="60" w:line="266" w:lineRule="auto"/>
        <w:ind w:firstLine="331"/>
        <w:jc w:val="both"/>
      </w:pPr>
      <w:r>
        <w:rPr>
          <w:rFonts w:ascii="Georgia" w:hAnsi="Georgia"/>
          <w:b w:val="0"/>
          <w:i w:val="0"/>
          <w:color w:val="22201D"/>
          <w:sz w:val="20"/>
        </w:rPr>
        <w:t>Juniper smiled with the terrible brightness of a person who found under review more exciting than yes.</w:t>
      </w:r>
    </w:p>
    <w:p>
      <w:pPr>
        <w:spacing w:after="60" w:line="266" w:lineRule="auto"/>
        <w:ind w:firstLine="331"/>
        <w:jc w:val="both"/>
      </w:pPr>
      <w:r>
        <w:rPr>
          <w:rFonts w:ascii="Georgia" w:hAnsi="Georgia"/>
          <w:b w:val="0"/>
          <w:i w:val="0"/>
          <w:color w:val="22201D"/>
          <w:sz w:val="20"/>
        </w:rPr>
        <w:t>"Can I be notified when it opens?"</w:t>
      </w:r>
    </w:p>
    <w:p>
      <w:pPr>
        <w:spacing w:after="60" w:line="266" w:lineRule="auto"/>
        <w:ind w:firstLine="331"/>
        <w:jc w:val="both"/>
      </w:pPr>
      <w:r>
        <w:rPr>
          <w:rFonts w:ascii="Georgia" w:hAnsi="Georgia"/>
          <w:b w:val="0"/>
          <w:i w:val="0"/>
          <w:color w:val="22201D"/>
          <w:sz w:val="20"/>
        </w:rPr>
        <w:t>The card printed:</w:t>
      </w:r>
    </w:p>
    <w:p>
      <w:pPr>
        <w:spacing w:after="60" w:line="250" w:lineRule="auto"/>
        <w:ind w:left="202" w:right="173"/>
      </w:pPr>
      <w:r>
        <w:rPr>
          <w:rFonts w:ascii="Georgia" w:hAnsi="Georgia"/>
          <w:b w:val="0"/>
          <w:i w:val="0"/>
          <w:color w:val="22201D"/>
          <w:sz w:val="17"/>
        </w:rPr>
        <w:t>Notification request: premature</w:t>
      </w:r>
    </w:p>
    <w:p>
      <w:pPr>
        <w:spacing w:after="60" w:line="266" w:lineRule="auto"/>
        <w:ind w:firstLine="331"/>
        <w:jc w:val="both"/>
      </w:pPr>
      <w:r>
        <w:rPr>
          <w:rFonts w:ascii="Georgia" w:hAnsi="Georgia"/>
          <w:b w:val="0"/>
          <w:i w:val="0"/>
          <w:color w:val="22201D"/>
          <w:sz w:val="20"/>
        </w:rPr>
        <w:t>Gerald asked, "Have you eaten today?"</w:t>
      </w:r>
    </w:p>
    <w:p>
      <w:pPr>
        <w:spacing w:after="60" w:line="266" w:lineRule="auto"/>
        <w:ind w:firstLine="331"/>
        <w:jc w:val="both"/>
      </w:pPr>
      <w:r>
        <w:rPr>
          <w:rFonts w:ascii="Georgia" w:hAnsi="Georgia"/>
          <w:b w:val="0"/>
          <w:i w:val="0"/>
          <w:color w:val="22201D"/>
          <w:sz w:val="20"/>
        </w:rPr>
        <w:t>Juniper looked confused.</w:t>
      </w:r>
    </w:p>
    <w:p>
      <w:pPr>
        <w:spacing w:after="60" w:line="266" w:lineRule="auto"/>
        <w:ind w:firstLine="331"/>
        <w:jc w:val="both"/>
      </w:pPr>
      <w:r>
        <w:rPr>
          <w:rFonts w:ascii="Georgia" w:hAnsi="Georgia"/>
          <w:b w:val="0"/>
          <w:i w:val="0"/>
          <w:color w:val="22201D"/>
          <w:sz w:val="20"/>
        </w:rPr>
        <w:t>"What?"</w:t>
      </w:r>
    </w:p>
    <w:p>
      <w:pPr>
        <w:spacing w:after="60" w:line="266" w:lineRule="auto"/>
        <w:ind w:firstLine="331"/>
        <w:jc w:val="both"/>
      </w:pPr>
      <w:r>
        <w:rPr>
          <w:rFonts w:ascii="Georgia" w:hAnsi="Georgia"/>
          <w:b w:val="0"/>
          <w:i w:val="0"/>
          <w:color w:val="22201D"/>
          <w:sz w:val="20"/>
        </w:rPr>
        <w:t>"Have you eaten today?"</w:t>
      </w:r>
    </w:p>
    <w:p>
      <w:pPr>
        <w:spacing w:after="60" w:line="266" w:lineRule="auto"/>
        <w:ind w:firstLine="331"/>
        <w:jc w:val="both"/>
      </w:pPr>
      <w:r>
        <w:rPr>
          <w:rFonts w:ascii="Georgia" w:hAnsi="Georgia"/>
          <w:b w:val="0"/>
          <w:i w:val="0"/>
          <w:color w:val="22201D"/>
          <w:sz w:val="20"/>
        </w:rPr>
        <w:t>"I had coffee."</w:t>
      </w:r>
    </w:p>
    <w:p>
      <w:pPr>
        <w:spacing w:after="60" w:line="266" w:lineRule="auto"/>
        <w:ind w:firstLine="331"/>
        <w:jc w:val="both"/>
      </w:pPr>
      <w:r>
        <w:rPr>
          <w:rFonts w:ascii="Georgia" w:hAnsi="Georgia"/>
          <w:b w:val="0"/>
          <w:i w:val="0"/>
          <w:color w:val="22201D"/>
          <w:sz w:val="20"/>
        </w:rPr>
        <w:t>Gerald looked at the Hostess.</w:t>
      </w:r>
    </w:p>
    <w:p>
      <w:pPr>
        <w:spacing w:after="60" w:line="266" w:lineRule="auto"/>
        <w:ind w:firstLine="331"/>
        <w:jc w:val="both"/>
      </w:pPr>
      <w:r>
        <w:rPr>
          <w:rFonts w:ascii="Georgia" w:hAnsi="Georgia"/>
          <w:b w:val="0"/>
          <w:i w:val="0"/>
          <w:color w:val="22201D"/>
          <w:sz w:val="20"/>
        </w:rPr>
        <w:t>"Public inquiry arrived underfed."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Auditor Ives said, "That is not a municipal category."</w:t>
      </w:r>
    </w:p>
    <w:p>
      <w:pPr>
        <w:spacing w:after="60" w:line="266" w:lineRule="auto"/>
        <w:ind w:firstLine="331"/>
        <w:jc w:val="both"/>
      </w:pPr>
      <w:r>
        <w:rPr>
          <w:rFonts w:ascii="Georgia" w:hAnsi="Georgia"/>
          <w:b w:val="0"/>
          <w:i w:val="0"/>
          <w:color w:val="22201D"/>
          <w:sz w:val="20"/>
        </w:rPr>
        <w:t>Gerald said, "It is a service risk."</w:t>
      </w:r>
    </w:p>
    <w:p>
      <w:pPr>
        <w:spacing w:after="60" w:line="266" w:lineRule="auto"/>
        <w:ind w:firstLine="331"/>
        <w:jc w:val="both"/>
      </w:pPr>
      <w:r>
        <w:rPr>
          <w:rFonts w:ascii="Georgia" w:hAnsi="Georgia"/>
          <w:b w:val="0"/>
          <w:i w:val="0"/>
          <w:color w:val="22201D"/>
          <w:sz w:val="20"/>
        </w:rPr>
        <w:t>The Hostess offered Juniper a glass of water.</w:t>
      </w:r>
    </w:p>
    <w:p>
      <w:pPr>
        <w:spacing w:after="60" w:line="266" w:lineRule="auto"/>
        <w:ind w:firstLine="331"/>
        <w:jc w:val="both"/>
      </w:pPr>
      <w:r>
        <w:rPr>
          <w:rFonts w:ascii="Georgia" w:hAnsi="Georgia"/>
          <w:b w:val="0"/>
          <w:i w:val="0"/>
          <w:color w:val="22201D"/>
          <w:sz w:val="20"/>
        </w:rPr>
        <w:t>Juniper accepted it with the slight disappointment of someone who had wanted transcendence and received hydration.</w:t>
      </w:r>
    </w:p>
    <w:p>
      <w:pPr>
        <w:spacing w:after="60" w:line="266" w:lineRule="auto"/>
        <w:ind w:firstLine="331"/>
        <w:jc w:val="both"/>
      </w:pPr>
      <w:r>
        <w:rPr>
          <w:rFonts w:ascii="Georgia" w:hAnsi="Georgia"/>
          <w:b w:val="0"/>
          <w:i w:val="0"/>
          <w:color w:val="22201D"/>
          <w:sz w:val="20"/>
        </w:rPr>
        <w:t>The door notice printed:</w:t>
      </w:r>
    </w:p>
    <w:p>
      <w:pPr>
        <w:spacing w:after="60" w:line="250" w:lineRule="auto"/>
        <w:ind w:left="202" w:right="173"/>
      </w:pPr>
      <w:r>
        <w:rPr>
          <w:rFonts w:ascii="Georgia" w:hAnsi="Georgia"/>
          <w:b w:val="0"/>
          <w:i w:val="0"/>
          <w:color w:val="22201D"/>
          <w:sz w:val="17"/>
        </w:rPr>
        <w:t>First reservation refused. Water accepted. Public consequence remains manageable.</w:t>
      </w:r>
    </w:p>
    <w:p>
      <w:pPr>
        <w:spacing w:after="60" w:line="266" w:lineRule="auto"/>
        <w:ind w:firstLine="331"/>
        <w:jc w:val="both"/>
      </w:pPr>
      <w:r>
        <w:rPr>
          <w:rFonts w:ascii="Georgia" w:hAnsi="Georgia"/>
          <w:b w:val="0"/>
          <w:i w:val="0"/>
          <w:color w:val="22201D"/>
          <w:sz w:val="20"/>
        </w:rPr>
        <w:t>Flocc read the line twice.</w:t>
      </w:r>
    </w:p>
    <w:p>
      <w:pPr>
        <w:spacing w:after="60" w:line="266" w:lineRule="auto"/>
        <w:ind w:firstLine="331"/>
        <w:jc w:val="both"/>
      </w:pPr>
      <w:r>
        <w:rPr>
          <w:rFonts w:ascii="Georgia" w:hAnsi="Georgia"/>
          <w:b w:val="0"/>
          <w:i w:val="0"/>
          <w:color w:val="22201D"/>
          <w:sz w:val="20"/>
        </w:rPr>
        <w:t>"Manageable is not the same as harmless," he said.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036: Accurate distinction. Amount credited: one public fear not dramatized</w:t>
      </w:r>
    </w:p>
    <w:p>
      <w:pPr>
        <w:spacing w:after="60" w:line="266" w:lineRule="auto"/>
        <w:ind w:firstLine="331"/>
        <w:jc w:val="both"/>
      </w:pPr>
      <w:r>
        <w:rPr>
          <w:rFonts w:ascii="Georgia" w:hAnsi="Georgia"/>
          <w:b w:val="0"/>
          <w:i w:val="0"/>
          <w:color w:val="22201D"/>
          <w:sz w:val="20"/>
        </w:rPr>
        <w:t>Juniper looked around the room.</w:t>
      </w:r>
    </w:p>
    <w:p>
      <w:pPr>
        <w:spacing w:after="60" w:line="266" w:lineRule="auto"/>
        <w:ind w:firstLine="331"/>
        <w:jc w:val="both"/>
      </w:pPr>
      <w:r>
        <w:rPr>
          <w:rFonts w:ascii="Georgia" w:hAnsi="Georgia"/>
          <w:b w:val="0"/>
          <w:i w:val="0"/>
          <w:color w:val="22201D"/>
          <w:sz w:val="20"/>
        </w:rPr>
        <w:t>"So what do I do?"</w:t>
      </w:r>
    </w:p>
    <w:p>
      <w:pPr>
        <w:spacing w:after="60" w:line="266" w:lineRule="auto"/>
        <w:ind w:firstLine="331"/>
        <w:jc w:val="both"/>
      </w:pPr>
      <w:r>
        <w:rPr>
          <w:rFonts w:ascii="Georgia" w:hAnsi="Georgia"/>
          <w:b w:val="0"/>
          <w:i w:val="0"/>
          <w:color w:val="22201D"/>
          <w:sz w:val="20"/>
        </w:rPr>
        <w:t>The Hostess handed her the card.</w:t>
      </w:r>
    </w:p>
    <w:p>
      <w:pPr>
        <w:spacing w:after="60" w:line="266" w:lineRule="auto"/>
        <w:ind w:firstLine="331"/>
        <w:jc w:val="both"/>
      </w:pPr>
      <w:r>
        <w:rPr>
          <w:rFonts w:ascii="Georgia" w:hAnsi="Georgia"/>
          <w:b w:val="0"/>
          <w:i w:val="0"/>
          <w:color w:val="22201D"/>
          <w:sz w:val="20"/>
        </w:rPr>
        <w:t>"You leave without reserving what is not ready."</w:t>
      </w:r>
    </w:p>
    <w:p>
      <w:pPr>
        <w:spacing w:after="60" w:line="266" w:lineRule="auto"/>
        <w:ind w:firstLine="331"/>
        <w:jc w:val="both"/>
      </w:pPr>
      <w:r>
        <w:rPr>
          <w:rFonts w:ascii="Georgia" w:hAnsi="Georgia"/>
          <w:b w:val="0"/>
          <w:i w:val="0"/>
          <w:color w:val="22201D"/>
          <w:sz w:val="20"/>
        </w:rPr>
        <w:t>Juniper looked injured.</w:t>
      </w:r>
    </w:p>
    <w:p>
      <w:pPr>
        <w:spacing w:after="60" w:line="266" w:lineRule="auto"/>
        <w:ind w:firstLine="331"/>
        <w:jc w:val="both"/>
      </w:pPr>
      <w:r>
        <w:rPr>
          <w:rFonts w:ascii="Georgia" w:hAnsi="Georgia"/>
          <w:b w:val="0"/>
          <w:i w:val="0"/>
          <w:color w:val="22201D"/>
          <w:sz w:val="20"/>
        </w:rPr>
        <w:t>"That seems unfair."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"Then why?"</w:t>
      </w:r>
    </w:p>
    <w:p>
      <w:pPr>
        <w:spacing w:after="60" w:line="266" w:lineRule="auto"/>
        <w:ind w:firstLine="331"/>
        <w:jc w:val="both"/>
      </w:pPr>
      <w:r>
        <w:rPr>
          <w:rFonts w:ascii="Georgia" w:hAnsi="Georgia"/>
          <w:b w:val="0"/>
          <w:i w:val="0"/>
          <w:color w:val="22201D"/>
          <w:sz w:val="20"/>
        </w:rPr>
        <w:t>Auditor Ives answered before the Hostess could.</w:t>
      </w:r>
    </w:p>
    <w:p>
      <w:pPr>
        <w:spacing w:after="60" w:line="266" w:lineRule="auto"/>
        <w:ind w:firstLine="331"/>
        <w:jc w:val="both"/>
      </w:pPr>
      <w:r>
        <w:rPr>
          <w:rFonts w:ascii="Georgia" w:hAnsi="Georgia"/>
          <w:b w:val="0"/>
          <w:i w:val="0"/>
          <w:color w:val="22201D"/>
          <w:sz w:val="20"/>
        </w:rPr>
        <w:t>"Because a public pathway found by audit is not a public entitlement."</w:t>
      </w:r>
    </w:p>
    <w:p>
      <w:pPr>
        <w:spacing w:after="60" w:line="266" w:lineRule="auto"/>
        <w:ind w:firstLine="331"/>
        <w:jc w:val="both"/>
      </w:pPr>
      <w:r>
        <w:rPr>
          <w:rFonts w:ascii="Georgia" w:hAnsi="Georgia"/>
          <w:b w:val="0"/>
          <w:i w:val="0"/>
          <w:color w:val="22201D"/>
          <w:sz w:val="20"/>
        </w:rPr>
        <w:t>The door notice printed:</w:t>
      </w:r>
    </w:p>
    <w:p>
      <w:pPr>
        <w:spacing w:after="60" w:line="250" w:lineRule="auto"/>
        <w:ind w:left="202" w:right="173"/>
      </w:pPr>
      <w:r>
        <w:rPr>
          <w:rFonts w:ascii="Georgia" w:hAnsi="Georgia"/>
          <w:b w:val="0"/>
          <w:i w:val="0"/>
          <w:color w:val="22201D"/>
          <w:sz w:val="17"/>
        </w:rPr>
        <w:t>Plain public guidance entered: a public pathway found by audit is not a public entitlement</w:t>
      </w:r>
    </w:p>
    <w:p>
      <w:pPr>
        <w:spacing w:after="60" w:line="266" w:lineRule="auto"/>
        <w:ind w:firstLine="331"/>
        <w:jc w:val="both"/>
      </w:pPr>
      <w:r>
        <w:rPr>
          <w:rFonts w:ascii="Georgia" w:hAnsi="Georgia"/>
          <w:b w:val="0"/>
          <w:i w:val="0"/>
          <w:color w:val="22201D"/>
          <w:sz w:val="20"/>
        </w:rPr>
        <w:t>Auditor Ives looked at it.</w:t>
      </w:r>
    </w:p>
    <w:p>
      <w:pPr>
        <w:spacing w:after="60" w:line="266" w:lineRule="auto"/>
        <w:ind w:firstLine="331"/>
        <w:jc w:val="both"/>
      </w:pPr>
      <w:r>
        <w:rPr>
          <w:rFonts w:ascii="Georgia" w:hAnsi="Georgia"/>
          <w:b w:val="0"/>
          <w:i w:val="0"/>
          <w:color w:val="22201D"/>
          <w:sz w:val="20"/>
        </w:rPr>
        <w:t>"I said guidance, not slogan."</w:t>
      </w:r>
    </w:p>
    <w:p>
      <w:pPr>
        <w:spacing w:after="60" w:line="266" w:lineRule="auto"/>
        <w:ind w:firstLine="331"/>
        <w:jc w:val="both"/>
      </w:pPr>
      <w:r>
        <w:rPr>
          <w:rFonts w:ascii="Georgia" w:hAnsi="Georgia"/>
          <w:b w:val="0"/>
          <w:i w:val="0"/>
          <w:color w:val="22201D"/>
          <w:sz w:val="20"/>
        </w:rPr>
        <w:t>"It did not say slogan," Steve said.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"You sounded defensive."</w:t>
      </w:r>
    </w:p>
    <w:p>
      <w:pPr>
        <w:spacing w:after="60" w:line="266" w:lineRule="auto"/>
        <w:ind w:firstLine="331"/>
        <w:jc w:val="both"/>
      </w:pPr>
      <w:r>
        <w:rPr>
          <w:rFonts w:ascii="Georgia" w:hAnsi="Georgia"/>
          <w:b w:val="0"/>
          <w:i w:val="0"/>
          <w:color w:val="22201D"/>
          <w:sz w:val="20"/>
        </w:rPr>
        <w:t>"Clerk."</w:t>
      </w:r>
    </w:p>
    <w:p>
      <w:pPr>
        <w:spacing w:after="60" w:line="266" w:lineRule="auto"/>
        <w:ind w:firstLine="331"/>
        <w:jc w:val="both"/>
      </w:pPr>
      <w:r>
        <w:rPr>
          <w:rFonts w:ascii="Georgia" w:hAnsi="Georgia"/>
          <w:b w:val="0"/>
          <w:i w:val="0"/>
          <w:color w:val="22201D"/>
          <w:sz w:val="20"/>
        </w:rPr>
        <w:t>"Withdrawing."</w:t>
      </w:r>
    </w:p>
    <w:p>
      <w:pPr>
        <w:spacing w:after="60" w:line="266" w:lineRule="auto"/>
        <w:ind w:firstLine="331"/>
        <w:jc w:val="both"/>
      </w:pPr>
      <w:r>
        <w:rPr>
          <w:rFonts w:ascii="Georgia" w:hAnsi="Georgia"/>
          <w:b w:val="0"/>
          <w:i w:val="0"/>
          <w:color w:val="22201D"/>
          <w:sz w:val="20"/>
        </w:rPr>
        <w:t>Juniper looked at the card again.</w:t>
      </w:r>
    </w:p>
    <w:p>
      <w:pPr>
        <w:spacing w:after="60" w:line="266" w:lineRule="auto"/>
        <w:ind w:firstLine="331"/>
        <w:jc w:val="both"/>
      </w:pPr>
      <w:r>
        <w:rPr>
          <w:rFonts w:ascii="Georgia" w:hAnsi="Georgia"/>
          <w:b w:val="0"/>
          <w:i w:val="0"/>
          <w:color w:val="22201D"/>
          <w:sz w:val="20"/>
        </w:rPr>
        <w:t>"Can I at least take a picture?"</w:t>
      </w:r>
    </w:p>
    <w:p>
      <w:pPr>
        <w:spacing w:after="60" w:line="266" w:lineRule="auto"/>
        <w:ind w:firstLine="331"/>
        <w:jc w:val="both"/>
      </w:pPr>
      <w:r>
        <w:rPr>
          <w:rFonts w:ascii="Georgia" w:hAnsi="Georgia"/>
          <w:b w:val="0"/>
          <w:i w:val="0"/>
          <w:color w:val="22201D"/>
          <w:sz w:val="20"/>
        </w:rPr>
        <w:t>Everyone said, "No," except Bob, who said, "Compositionally no."</w:t>
      </w:r>
    </w:p>
    <w:p>
      <w:pPr>
        <w:spacing w:after="60" w:line="266" w:lineRule="auto"/>
        <w:ind w:firstLine="331"/>
        <w:jc w:val="both"/>
      </w:pPr>
      <w:r>
        <w:rPr>
          <w:rFonts w:ascii="Georgia" w:hAnsi="Georgia"/>
          <w:b w:val="0"/>
          <w:i w:val="0"/>
          <w:color w:val="22201D"/>
          <w:sz w:val="20"/>
        </w:rPr>
        <w:t>The brass bell rang again.</w:t>
      </w:r>
    </w:p>
    <w:p>
      <w:pPr>
        <w:spacing w:after="60" w:line="266" w:lineRule="auto"/>
        <w:ind w:firstLine="331"/>
        <w:jc w:val="both"/>
      </w:pPr>
      <w:r>
        <w:rPr>
          <w:rFonts w:ascii="Georgia" w:hAnsi="Georgia"/>
          <w:b w:val="0"/>
          <w:i w:val="0"/>
          <w:color w:val="22201D"/>
          <w:sz w:val="20"/>
        </w:rPr>
        <w:t>Two more people entered before Juniper had finished leaving.</w:t>
      </w:r>
    </w:p>
    <w:p>
      <w:pPr>
        <w:spacing w:after="60" w:line="266" w:lineRule="auto"/>
        <w:ind w:firstLine="331"/>
        <w:jc w:val="both"/>
      </w:pPr>
      <w:r>
        <w:rPr>
          <w:rFonts w:ascii="Georgia" w:hAnsi="Georgia"/>
          <w:b w:val="0"/>
          <w:i w:val="0"/>
          <w:color w:val="22201D"/>
          <w:sz w:val="20"/>
        </w:rPr>
        <w:t>One was wearing a blazer over a T-shirt that said EARLY ACCESS. The other carried a small notebook and the kind of pen used by people who wanted strangers to notice they had a pen.</w:t>
      </w:r>
    </w:p>
    <w:p>
      <w:pPr>
        <w:spacing w:after="60" w:line="266" w:lineRule="auto"/>
        <w:ind w:firstLine="331"/>
        <w:jc w:val="both"/>
      </w:pPr>
      <w:r>
        <w:rPr>
          <w:rFonts w:ascii="Georgia" w:hAnsi="Georgia"/>
          <w:b w:val="0"/>
          <w:i w:val="0"/>
          <w:color w:val="22201D"/>
          <w:sz w:val="20"/>
        </w:rPr>
        <w:t>Auditor Ives stood.</w:t>
      </w:r>
    </w:p>
    <w:p>
      <w:pPr>
        <w:spacing w:after="60" w:line="266" w:lineRule="auto"/>
        <w:ind w:firstLine="331"/>
        <w:jc w:val="both"/>
      </w:pPr>
      <w:r>
        <w:rPr>
          <w:rFonts w:ascii="Georgia" w:hAnsi="Georgia"/>
          <w:b w:val="0"/>
          <w:i w:val="0"/>
          <w:color w:val="22201D"/>
          <w:sz w:val="20"/>
        </w:rPr>
        <w:t>"The establishment is not accepting reservations."</w:t>
      </w:r>
    </w:p>
    <w:p>
      <w:pPr>
        <w:spacing w:after="60" w:line="266" w:lineRule="auto"/>
        <w:ind w:firstLine="331"/>
        <w:jc w:val="both"/>
      </w:pPr>
      <w:r>
        <w:rPr>
          <w:rFonts w:ascii="Georgia" w:hAnsi="Georgia"/>
          <w:b w:val="0"/>
          <w:i w:val="0"/>
          <w:color w:val="22201D"/>
          <w:sz w:val="20"/>
        </w:rPr>
        <w:t>The person in the blazer said, "We heard there was a door."</w:t>
      </w:r>
    </w:p>
    <w:p>
      <w:pPr>
        <w:spacing w:after="60" w:line="266" w:lineRule="auto"/>
        <w:ind w:firstLine="331"/>
        <w:jc w:val="both"/>
      </w:pPr>
      <w:r>
        <w:rPr>
          <w:rFonts w:ascii="Georgia" w:hAnsi="Georgia"/>
          <w:b w:val="0"/>
          <w:i w:val="0"/>
          <w:color w:val="22201D"/>
          <w:sz w:val="20"/>
        </w:rPr>
        <w:t>Gerald said, "The door is not cleared for traffic."</w:t>
      </w:r>
    </w:p>
    <w:p>
      <w:pPr>
        <w:spacing w:after="60" w:line="266" w:lineRule="auto"/>
        <w:ind w:firstLine="331"/>
        <w:jc w:val="both"/>
      </w:pPr>
      <w:r>
        <w:rPr>
          <w:rFonts w:ascii="Georgia" w:hAnsi="Georgia"/>
          <w:b w:val="0"/>
          <w:i w:val="0"/>
          <w:color w:val="22201D"/>
          <w:sz w:val="20"/>
        </w:rPr>
        <w:t>"Traffic?"</w:t>
      </w:r>
    </w:p>
    <w:p>
      <w:pPr>
        <w:spacing w:after="60" w:line="266" w:lineRule="auto"/>
        <w:ind w:firstLine="331"/>
        <w:jc w:val="both"/>
      </w:pPr>
      <w:r>
        <w:rPr>
          <w:rFonts w:ascii="Georgia" w:hAnsi="Georgia"/>
          <w:b w:val="0"/>
          <w:i w:val="0"/>
          <w:color w:val="22201D"/>
          <w:sz w:val="20"/>
        </w:rPr>
        <w:t>"People are traffic when they behave like flow instead of persons."</w:t>
      </w:r>
    </w:p>
    <w:p>
      <w:pPr>
        <w:spacing w:after="60" w:line="266" w:lineRule="auto"/>
        <w:ind w:firstLine="331"/>
        <w:jc w:val="both"/>
      </w:pPr>
      <w:r>
        <w:rPr>
          <w:rFonts w:ascii="Georgia" w:hAnsi="Georgia"/>
          <w:b w:val="0"/>
          <w:i w:val="0"/>
          <w:color w:val="22201D"/>
          <w:sz w:val="20"/>
        </w:rPr>
        <w:t>Mara whispered, "Gerald is having a day."</w:t>
      </w:r>
    </w:p>
    <w:p>
      <w:pPr>
        <w:spacing w:after="60" w:line="266" w:lineRule="auto"/>
        <w:ind w:firstLine="331"/>
        <w:jc w:val="both"/>
      </w:pPr>
      <w:r>
        <w:rPr>
          <w:rFonts w:ascii="Georgia" w:hAnsi="Georgia"/>
          <w:b w:val="0"/>
          <w:i w:val="0"/>
          <w:color w:val="22201D"/>
          <w:sz w:val="20"/>
        </w:rPr>
        <w:t>Flocc whispered, "Gerald is always having a day. We are only sometimes present for it."</w:t>
      </w:r>
    </w:p>
    <w:p>
      <w:pPr>
        <w:spacing w:after="60" w:line="266" w:lineRule="auto"/>
        <w:ind w:firstLine="331"/>
        <w:jc w:val="both"/>
      </w:pPr>
      <w:r>
        <w:rPr>
          <w:rFonts w:ascii="Georgia" w:hAnsi="Georgia"/>
          <w:b w:val="0"/>
          <w:i w:val="0"/>
          <w:color w:val="22201D"/>
          <w:sz w:val="20"/>
        </w:rPr>
        <w:t>The notebook person wrote something down.</w:t>
      </w:r>
    </w:p>
    <w:p>
      <w:pPr>
        <w:spacing w:after="60" w:line="266" w:lineRule="auto"/>
        <w:ind w:firstLine="331"/>
        <w:jc w:val="both"/>
      </w:pPr>
      <w:r>
        <w:rPr>
          <w:rFonts w:ascii="Georgia" w:hAnsi="Georgia"/>
          <w:b w:val="0"/>
          <w:i w:val="0"/>
          <w:color w:val="22201D"/>
          <w:sz w:val="20"/>
        </w:rPr>
        <w:t>The door notice printed:</w:t>
      </w:r>
    </w:p>
    <w:p>
      <w:pPr>
        <w:spacing w:after="60" w:line="250" w:lineRule="auto"/>
        <w:ind w:left="202" w:right="173"/>
      </w:pPr>
      <w:r>
        <w:rPr>
          <w:rFonts w:ascii="Georgia" w:hAnsi="Georgia"/>
          <w:b w:val="0"/>
          <w:i w:val="0"/>
          <w:color w:val="22201D"/>
          <w:sz w:val="17"/>
        </w:rPr>
        <w:t>Second public inquiry: content extraction risk</w:t>
      </w:r>
    </w:p>
    <w:p>
      <w:pPr>
        <w:spacing w:after="60" w:line="266" w:lineRule="auto"/>
        <w:ind w:firstLine="331"/>
        <w:jc w:val="both"/>
      </w:pPr>
      <w:r>
        <w:rPr>
          <w:rFonts w:ascii="Georgia" w:hAnsi="Georgia"/>
          <w:b w:val="0"/>
          <w:i w:val="0"/>
          <w:color w:val="22201D"/>
          <w:sz w:val="20"/>
        </w:rPr>
        <w:t>The Hostess took one step forward.</w:t>
      </w:r>
    </w:p>
    <w:p>
      <w:pPr>
        <w:spacing w:after="60" w:line="266" w:lineRule="auto"/>
        <w:ind w:firstLine="331"/>
        <w:jc w:val="both"/>
      </w:pPr>
      <w:r>
        <w:rPr>
          <w:rFonts w:ascii="Georgia" w:hAnsi="Georgia"/>
          <w:b w:val="0"/>
          <w:i w:val="0"/>
          <w:color w:val="22201D"/>
          <w:sz w:val="20"/>
        </w:rPr>
        <w:t>The room became a restaurant again.</w:t>
      </w:r>
    </w:p>
    <w:p>
      <w:pPr>
        <w:spacing w:after="60" w:line="266" w:lineRule="auto"/>
        <w:ind w:firstLine="331"/>
        <w:jc w:val="both"/>
      </w:pPr>
      <w:r>
        <w:rPr>
          <w:rFonts w:ascii="Georgia" w:hAnsi="Georgia"/>
          <w:b w:val="0"/>
          <w:i w:val="0"/>
          <w:color w:val="22201D"/>
          <w:sz w:val="20"/>
        </w:rPr>
        <w:t>Not less impossible.</w:t>
      </w:r>
    </w:p>
    <w:p>
      <w:pPr>
        <w:spacing w:after="60" w:line="266" w:lineRule="auto"/>
        <w:ind w:firstLine="331"/>
        <w:jc w:val="both"/>
      </w:pPr>
      <w:r>
        <w:rPr>
          <w:rFonts w:ascii="Georgia" w:hAnsi="Georgia"/>
          <w:b w:val="0"/>
          <w:i w:val="0"/>
          <w:color w:val="22201D"/>
          <w:sz w:val="20"/>
        </w:rPr>
        <w:t>More restaurant.</w:t>
      </w:r>
    </w:p>
    <w:p>
      <w:pPr>
        <w:spacing w:after="60" w:line="266" w:lineRule="auto"/>
        <w:ind w:firstLine="331"/>
        <w:jc w:val="both"/>
      </w:pPr>
      <w:r>
        <w:rPr>
          <w:rFonts w:ascii="Georgia" w:hAnsi="Georgia"/>
          <w:b w:val="0"/>
          <w:i w:val="0"/>
          <w:color w:val="22201D"/>
          <w:sz w:val="20"/>
        </w:rPr>
        <w:t>"We are not accepting reservations for the door," she said. "We are serving dinner under limited conditions. The audit is active. The public hearing is adjourned. If you are here to eat, you may join the wait. If you are here to possess the consequence before it is ready, the answer is no."</w:t>
      </w:r>
    </w:p>
    <w:p>
      <w:pPr>
        <w:spacing w:after="60" w:line="266" w:lineRule="auto"/>
        <w:ind w:firstLine="331"/>
        <w:jc w:val="both"/>
      </w:pPr>
      <w:r>
        <w:rPr>
          <w:rFonts w:ascii="Georgia" w:hAnsi="Georgia"/>
          <w:b w:val="0"/>
          <w:i w:val="0"/>
          <w:color w:val="22201D"/>
          <w:sz w:val="20"/>
        </w:rPr>
        <w:t>The two new arrivals looked disappointed in different tax brackets.</w:t>
      </w:r>
    </w:p>
    <w:p>
      <w:pPr>
        <w:spacing w:after="60" w:line="266" w:lineRule="auto"/>
        <w:ind w:firstLine="331"/>
        <w:jc w:val="both"/>
      </w:pPr>
      <w:r>
        <w:rPr>
          <w:rFonts w:ascii="Georgia" w:hAnsi="Georgia"/>
          <w:b w:val="0"/>
          <w:i w:val="0"/>
          <w:color w:val="22201D"/>
          <w:sz w:val="20"/>
        </w:rPr>
        <w:t>Auditor Ives wrote:</w:t>
      </w:r>
    </w:p>
    <w:p>
      <w:pPr>
        <w:spacing w:after="60" w:line="250" w:lineRule="auto"/>
        <w:ind w:left="202" w:right="173"/>
      </w:pPr>
      <w:r>
        <w:rPr>
          <w:rFonts w:ascii="Georgia" w:hAnsi="Georgia"/>
          <w:b w:val="0"/>
          <w:i w:val="0"/>
          <w:color w:val="22201D"/>
          <w:sz w:val="17"/>
        </w:rPr>
        <w:t>Public notice needed.</w:t>
      </w:r>
    </w:p>
    <w:p>
      <w:pPr>
        <w:spacing w:after="60" w:line="266" w:lineRule="auto"/>
        <w:ind w:firstLine="331"/>
        <w:jc w:val="both"/>
      </w:pPr>
      <w:r>
        <w:rPr>
          <w:rFonts w:ascii="Georgia" w:hAnsi="Georgia"/>
          <w:b w:val="0"/>
          <w:i w:val="0"/>
          <w:color w:val="22201D"/>
          <w:sz w:val="20"/>
        </w:rPr>
        <w:t>Steve wrote:</w:t>
      </w:r>
    </w:p>
    <w:p>
      <w:pPr>
        <w:spacing w:after="60" w:line="250" w:lineRule="auto"/>
        <w:ind w:left="202" w:right="173"/>
      </w:pPr>
      <w:r>
        <w:rPr>
          <w:rFonts w:ascii="Georgia" w:hAnsi="Georgia"/>
          <w:b w:val="0"/>
          <w:i w:val="0"/>
          <w:color w:val="22201D"/>
          <w:sz w:val="17"/>
        </w:rPr>
        <w:t>Door notice creates reservation pressure.</w:t>
      </w:r>
    </w:p>
    <w:p>
      <w:pPr>
        <w:spacing w:after="60" w:line="266" w:lineRule="auto"/>
        <w:ind w:firstLine="331"/>
        <w:jc w:val="both"/>
      </w:pPr>
      <w:r>
        <w:rPr>
          <w:rFonts w:ascii="Georgia" w:hAnsi="Georgia"/>
          <w:b w:val="0"/>
          <w:i w:val="0"/>
          <w:color w:val="22201D"/>
          <w:sz w:val="20"/>
        </w:rPr>
        <w:t>Gerald wrote:</w:t>
      </w:r>
    </w:p>
    <w:p>
      <w:pPr>
        <w:spacing w:after="60" w:line="250" w:lineRule="auto"/>
        <w:ind w:left="202" w:right="173"/>
      </w:pPr>
      <w:r>
        <w:rPr>
          <w:rFonts w:ascii="Georgia" w:hAnsi="Georgia"/>
          <w:b w:val="0"/>
          <w:i w:val="0"/>
          <w:color w:val="22201D"/>
          <w:sz w:val="17"/>
        </w:rPr>
        <w:t>Door traffic must not block hand sink, egress, service aisle, or staff communication.</w:t>
      </w:r>
    </w:p>
    <w:p>
      <w:pPr>
        <w:spacing w:after="60" w:line="266" w:lineRule="auto"/>
        <w:ind w:firstLine="331"/>
        <w:jc w:val="both"/>
      </w:pPr>
      <w:r>
        <w:rPr>
          <w:rFonts w:ascii="Georgia" w:hAnsi="Georgia"/>
          <w:b w:val="0"/>
          <w:i w:val="0"/>
          <w:color w:val="22201D"/>
          <w:sz w:val="20"/>
        </w:rPr>
        <w:t>Mara wrote nothing.</w:t>
      </w:r>
    </w:p>
    <w:p>
      <w:pPr>
        <w:spacing w:after="60" w:line="266" w:lineRule="auto"/>
        <w:ind w:firstLine="331"/>
        <w:jc w:val="both"/>
      </w:pPr>
      <w:r>
        <w:rPr>
          <w:rFonts w:ascii="Georgia" w:hAnsi="Georgia"/>
          <w:b w:val="0"/>
          <w:i w:val="0"/>
          <w:color w:val="22201D"/>
          <w:sz w:val="20"/>
        </w:rPr>
        <w:t>Flocc noticed.</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Do not ask her to explain silence during live crowd control.</w:t>
      </w:r>
    </w:p>
    <w:p>
      <w:pPr>
        <w:spacing w:after="60" w:line="266" w:lineRule="auto"/>
        <w:ind w:firstLine="331"/>
        <w:jc w:val="both"/>
      </w:pPr>
      <w:r>
        <w:rPr>
          <w:rFonts w:ascii="Georgia" w:hAnsi="Georgia"/>
          <w:b w:val="0"/>
          <w:i w:val="0"/>
          <w:color w:val="22201D"/>
          <w:sz w:val="20"/>
        </w:rPr>
        <w:t>He did not.</w:t>
      </w:r>
    </w:p>
    <w:p>
      <w:pPr>
        <w:spacing w:after="60" w:line="266" w:lineRule="auto"/>
        <w:ind w:firstLine="331"/>
        <w:jc w:val="both"/>
      </w:pPr>
      <w:r>
        <w:rPr>
          <w:rFonts w:ascii="Georgia" w:hAnsi="Georgia"/>
          <w:b w:val="0"/>
          <w:i w:val="0"/>
          <w:color w:val="22201D"/>
          <w:sz w:val="20"/>
        </w:rPr>
        <w:t>The door notice updated:</w:t>
      </w:r>
    </w:p>
    <w:p>
      <w:pPr>
        <w:spacing w:after="60" w:line="250" w:lineRule="auto"/>
        <w:ind w:left="202" w:right="173"/>
      </w:pPr>
      <w:r>
        <w:rPr>
          <w:rFonts w:ascii="Georgia" w:hAnsi="Georgia"/>
          <w:b w:val="0"/>
          <w:i w:val="0"/>
          <w:color w:val="22201D"/>
          <w:sz w:val="17"/>
        </w:rPr>
        <w:t>PUBLIC DOOR NOTICE  Door status: found by audit  Reservation status: not open  First reservation: refused  Reason: the pathway is consequence, not product</w:t>
      </w:r>
    </w:p>
    <w:p>
      <w:pPr>
        <w:spacing w:after="60" w:line="266" w:lineRule="auto"/>
        <w:ind w:firstLine="331"/>
        <w:jc w:val="both"/>
      </w:pPr>
      <w:r>
        <w:rPr>
          <w:rFonts w:ascii="Georgia" w:hAnsi="Georgia"/>
          <w:b w:val="0"/>
          <w:i w:val="0"/>
          <w:color w:val="22201D"/>
          <w:sz w:val="20"/>
        </w:rPr>
        <w:t>The line hit Flocc harder than he expected.</w:t>
      </w:r>
    </w:p>
    <w:p>
      <w:pPr>
        <w:spacing w:after="60" w:line="266" w:lineRule="auto"/>
        <w:ind w:firstLine="331"/>
        <w:jc w:val="both"/>
      </w:pPr>
      <w:r>
        <w:rPr>
          <w:rFonts w:ascii="Georgia" w:hAnsi="Georgia"/>
          <w:b w:val="0"/>
          <w:i w:val="0"/>
          <w:color w:val="22201D"/>
          <w:sz w:val="20"/>
        </w:rPr>
        <w:t>Consequence, not product.</w:t>
      </w:r>
    </w:p>
    <w:p>
      <w:pPr>
        <w:spacing w:after="60" w:line="266" w:lineRule="auto"/>
        <w:ind w:firstLine="331"/>
        <w:jc w:val="both"/>
      </w:pPr>
      <w:r>
        <w:rPr>
          <w:rFonts w:ascii="Georgia" w:hAnsi="Georgia"/>
          <w:b w:val="0"/>
          <w:i w:val="0"/>
          <w:color w:val="22201D"/>
          <w:sz w:val="20"/>
        </w:rPr>
        <w:t>That was the danger, he realized. Not that people would come. People came to restaurants. That was not a scandal. The danger was that they would try to purchase the part of accountability that looked like mystery and skip the part that felt like dinner with people they had actually harmed.</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037: Recognizing novelty appetite in others after recognizing it in self. Amount due: one refusal to feel superior</w:t>
      </w:r>
    </w:p>
    <w:p>
      <w:pPr>
        <w:spacing w:after="60" w:line="266" w:lineRule="auto"/>
        <w:ind w:firstLine="331"/>
        <w:jc w:val="both"/>
      </w:pPr>
      <w:r>
        <w:rPr>
          <w:rFonts w:ascii="Georgia" w:hAnsi="Georgia"/>
          <w:b w:val="0"/>
          <w:i w:val="0"/>
          <w:color w:val="22201D"/>
          <w:sz w:val="20"/>
        </w:rPr>
        <w:t>Flocc nodded.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"That one sounded expensive."</w:t>
      </w:r>
    </w:p>
    <w:p>
      <w:pPr>
        <w:spacing w:after="60" w:line="266" w:lineRule="auto"/>
        <w:ind w:firstLine="331"/>
        <w:jc w:val="both"/>
      </w:pPr>
      <w:r>
        <w:rPr>
          <w:rFonts w:ascii="Georgia" w:hAnsi="Georgia"/>
          <w:b w:val="0"/>
          <w:i w:val="0"/>
          <w:color w:val="22201D"/>
          <w:sz w:val="20"/>
        </w:rPr>
        <w:t>"It is."</w:t>
      </w:r>
    </w:p>
    <w:p>
      <w:pPr>
        <w:spacing w:after="60" w:line="266" w:lineRule="auto"/>
        <w:ind w:firstLine="331"/>
        <w:jc w:val="both"/>
      </w:pPr>
      <w:r>
        <w:rPr>
          <w:rFonts w:ascii="Georgia" w:hAnsi="Georgia"/>
          <w:b w:val="0"/>
          <w:i w:val="0"/>
          <w:color w:val="22201D"/>
          <w:sz w:val="20"/>
        </w:rPr>
        <w:t>The early-access person said, "So when will reservations open?"</w:t>
      </w:r>
    </w:p>
    <w:p>
      <w:pPr>
        <w:spacing w:after="60" w:line="266" w:lineRule="auto"/>
        <w:ind w:firstLine="331"/>
        <w:jc w:val="both"/>
      </w:pPr>
      <w:r>
        <w:rPr>
          <w:rFonts w:ascii="Georgia" w:hAnsi="Georgia"/>
          <w:b w:val="0"/>
          <w:i w:val="0"/>
          <w:color w:val="22201D"/>
          <w:sz w:val="20"/>
        </w:rPr>
        <w:t>The Hostess said, "When there is something to reserve."</w:t>
      </w:r>
    </w:p>
    <w:p>
      <w:pPr>
        <w:spacing w:after="60" w:line="266" w:lineRule="auto"/>
        <w:ind w:firstLine="331"/>
        <w:jc w:val="both"/>
      </w:pPr>
      <w:r>
        <w:rPr>
          <w:rFonts w:ascii="Georgia" w:hAnsi="Georgia"/>
          <w:b w:val="0"/>
          <w:i w:val="0"/>
          <w:color w:val="22201D"/>
          <w:sz w:val="20"/>
        </w:rPr>
        <w:t>"There is a door."</w:t>
      </w:r>
    </w:p>
    <w:p>
      <w:pPr>
        <w:spacing w:after="60" w:line="266" w:lineRule="auto"/>
        <w:ind w:firstLine="331"/>
        <w:jc w:val="both"/>
      </w:pPr>
      <w:r>
        <w:rPr>
          <w:rFonts w:ascii="Georgia" w:hAnsi="Georgia"/>
          <w:b w:val="0"/>
          <w:i w:val="0"/>
          <w:color w:val="22201D"/>
          <w:sz w:val="20"/>
        </w:rPr>
        <w:t>"There is a consequence."</w:t>
      </w:r>
    </w:p>
    <w:p>
      <w:pPr>
        <w:spacing w:after="60" w:line="266" w:lineRule="auto"/>
        <w:ind w:firstLine="331"/>
        <w:jc w:val="both"/>
      </w:pPr>
      <w:r>
        <w:rPr>
          <w:rFonts w:ascii="Georgia" w:hAnsi="Georgia"/>
          <w:b w:val="0"/>
          <w:i w:val="0"/>
          <w:color w:val="22201D"/>
          <w:sz w:val="20"/>
        </w:rPr>
        <w:t>"Can I wait?"</w:t>
      </w:r>
    </w:p>
    <w:p>
      <w:pPr>
        <w:spacing w:after="60" w:line="266" w:lineRule="auto"/>
        <w:ind w:firstLine="331"/>
        <w:jc w:val="both"/>
      </w:pPr>
      <w:r>
        <w:rPr>
          <w:rFonts w:ascii="Georgia" w:hAnsi="Georgia"/>
          <w:b w:val="0"/>
          <w:i w:val="0"/>
          <w:color w:val="22201D"/>
          <w:sz w:val="20"/>
        </w:rPr>
        <w:t>"You may wait if you are waiting to be seated for dinner."</w:t>
      </w:r>
    </w:p>
    <w:p>
      <w:pPr>
        <w:spacing w:after="60" w:line="266" w:lineRule="auto"/>
        <w:ind w:firstLine="331"/>
        <w:jc w:val="both"/>
      </w:pPr>
      <w:r>
        <w:rPr>
          <w:rFonts w:ascii="Georgia" w:hAnsi="Georgia"/>
          <w:b w:val="0"/>
          <w:i w:val="0"/>
          <w:color w:val="22201D"/>
          <w:sz w:val="20"/>
        </w:rPr>
        <w:t>"What if I am waiting for the door?"</w:t>
      </w:r>
    </w:p>
    <w:p>
      <w:pPr>
        <w:spacing w:after="60" w:line="266" w:lineRule="auto"/>
        <w:ind w:firstLine="331"/>
        <w:jc w:val="both"/>
      </w:pPr>
      <w:r>
        <w:rPr>
          <w:rFonts w:ascii="Georgia" w:hAnsi="Georgia"/>
          <w:b w:val="0"/>
          <w:i w:val="0"/>
          <w:color w:val="22201D"/>
          <w:sz w:val="20"/>
        </w:rPr>
        <w:t>The Hostess smiled.</w:t>
      </w:r>
    </w:p>
    <w:p>
      <w:pPr>
        <w:spacing w:after="60" w:line="266" w:lineRule="auto"/>
        <w:ind w:firstLine="331"/>
        <w:jc w:val="both"/>
      </w:pPr>
      <w:r>
        <w:rPr>
          <w:rFonts w:ascii="Georgia" w:hAnsi="Georgia"/>
          <w:b w:val="0"/>
          <w:i w:val="0"/>
          <w:color w:val="22201D"/>
          <w:sz w:val="20"/>
        </w:rPr>
        <w:t>It was the kind of smile that did not bend.</w:t>
      </w:r>
    </w:p>
    <w:p>
      <w:pPr>
        <w:spacing w:after="60" w:line="266" w:lineRule="auto"/>
        <w:ind w:firstLine="331"/>
        <w:jc w:val="both"/>
      </w:pPr>
      <w:r>
        <w:rPr>
          <w:rFonts w:ascii="Georgia" w:hAnsi="Georgia"/>
          <w:b w:val="0"/>
          <w:i w:val="0"/>
          <w:color w:val="22201D"/>
          <w:sz w:val="20"/>
        </w:rPr>
        <w:t>"Then you are waiting in the wrong lifetime."</w:t>
      </w:r>
    </w:p>
    <w:p>
      <w:pPr>
        <w:spacing w:after="60" w:line="266" w:lineRule="auto"/>
        <w:ind w:firstLine="331"/>
        <w:jc w:val="both"/>
      </w:pPr>
      <w:r>
        <w:rPr>
          <w:rFonts w:ascii="Georgia" w:hAnsi="Georgia"/>
          <w:b w:val="0"/>
          <w:i w:val="0"/>
          <w:color w:val="22201D"/>
          <w:sz w:val="20"/>
        </w:rPr>
        <w:t>Steve looked up sharply.</w:t>
      </w:r>
    </w:p>
    <w:p>
      <w:pPr>
        <w:spacing w:after="60" w:line="266" w:lineRule="auto"/>
        <w:ind w:firstLine="331"/>
        <w:jc w:val="both"/>
      </w:pPr>
      <w:r>
        <w:rPr>
          <w:rFonts w:ascii="Georgia" w:hAnsi="Georgia"/>
          <w:b w:val="0"/>
          <w:i w:val="0"/>
          <w:color w:val="22201D"/>
          <w:sz w:val="20"/>
        </w:rPr>
        <w:t>"That phrase is already a title."</w:t>
      </w:r>
    </w:p>
    <w:p>
      <w:pPr>
        <w:spacing w:after="60" w:line="266" w:lineRule="auto"/>
        <w:ind w:firstLine="331"/>
        <w:jc w:val="both"/>
      </w:pPr>
      <w:r>
        <w:rPr>
          <w:rFonts w:ascii="Georgia" w:hAnsi="Georgia"/>
          <w:b w:val="0"/>
          <w:i w:val="0"/>
          <w:color w:val="22201D"/>
          <w:sz w:val="20"/>
        </w:rPr>
        <w:t>The Hostess said, "Then it should behave."</w:t>
      </w:r>
    </w:p>
    <w:p>
      <w:pPr>
        <w:spacing w:after="60" w:line="266" w:lineRule="auto"/>
        <w:ind w:firstLine="331"/>
        <w:jc w:val="both"/>
      </w:pPr>
      <w:r>
        <w:rPr>
          <w:rFonts w:ascii="Georgia" w:hAnsi="Georgia"/>
          <w:b w:val="0"/>
          <w:i w:val="0"/>
          <w:color w:val="22201D"/>
          <w:sz w:val="20"/>
        </w:rPr>
        <w:t>The door notice printed:</w:t>
      </w:r>
    </w:p>
    <w:p>
      <w:pPr>
        <w:spacing w:after="60" w:line="250" w:lineRule="auto"/>
        <w:ind w:left="202" w:right="173"/>
      </w:pPr>
      <w:r>
        <w:rPr>
          <w:rFonts w:ascii="Georgia" w:hAnsi="Georgia"/>
          <w:b w:val="0"/>
          <w:i w:val="0"/>
          <w:color w:val="22201D"/>
          <w:sz w:val="17"/>
        </w:rPr>
        <w:t>Future book pressure detected. Do not process before Book 5.</w:t>
      </w:r>
    </w:p>
    <w:p>
      <w:pPr>
        <w:spacing w:after="60" w:line="266" w:lineRule="auto"/>
        <w:ind w:firstLine="331"/>
        <w:jc w:val="both"/>
      </w:pPr>
      <w:r>
        <w:rPr>
          <w:rFonts w:ascii="Georgia" w:hAnsi="Georgia"/>
          <w:b w:val="0"/>
          <w:i w:val="0"/>
          <w:color w:val="22201D"/>
          <w:sz w:val="20"/>
        </w:rPr>
        <w:t>Bob laughed so hard he had to sit down.</w:t>
      </w:r>
    </w:p>
    <w:p>
      <w:pPr>
        <w:spacing w:after="60" w:line="266" w:lineRule="auto"/>
        <w:ind w:firstLine="331"/>
        <w:jc w:val="both"/>
      </w:pPr>
      <w:r>
        <w:rPr>
          <w:rFonts w:ascii="Georgia" w:hAnsi="Georgia"/>
          <w:b w:val="0"/>
          <w:i w:val="0"/>
          <w:color w:val="22201D"/>
          <w:sz w:val="20"/>
        </w:rPr>
        <w:t>Auditor Ives rubbed the bridge of her nose.</w:t>
      </w:r>
    </w:p>
    <w:p>
      <w:pPr>
        <w:spacing w:after="60" w:line="266" w:lineRule="auto"/>
        <w:ind w:firstLine="331"/>
        <w:jc w:val="both"/>
      </w:pPr>
      <w:r>
        <w:rPr>
          <w:rFonts w:ascii="Georgia" w:hAnsi="Georgia"/>
          <w:b w:val="0"/>
          <w:i w:val="0"/>
          <w:color w:val="22201D"/>
          <w:sz w:val="20"/>
        </w:rPr>
        <w:t>"We are not opening Book 5 during a Chapter Eleven door notice."</w:t>
      </w:r>
    </w:p>
    <w:p>
      <w:pPr>
        <w:spacing w:after="60" w:line="266" w:lineRule="auto"/>
        <w:ind w:firstLine="331"/>
        <w:jc w:val="both"/>
      </w:pPr>
      <w:r>
        <w:rPr>
          <w:rFonts w:ascii="Georgia" w:hAnsi="Georgia"/>
          <w:b w:val="0"/>
          <w:i w:val="0"/>
          <w:color w:val="22201D"/>
          <w:sz w:val="20"/>
        </w:rPr>
        <w:t>The notice printed:</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Gerald underlined egress.</w:t>
      </w:r>
    </w:p>
    <w:p>
      <w:pPr>
        <w:spacing w:after="60" w:line="266" w:lineRule="auto"/>
        <w:ind w:firstLine="331"/>
        <w:jc w:val="both"/>
      </w:pPr>
      <w:r>
        <w:rPr>
          <w:rFonts w:ascii="Georgia" w:hAnsi="Georgia"/>
          <w:b w:val="0"/>
          <w:i w:val="0"/>
          <w:color w:val="22201D"/>
          <w:sz w:val="20"/>
        </w:rPr>
        <w:t>The early-access person left after being offered water. The notebook person left after being told that taking notes was not the same as eating. Juniper waved from the sidewalk, embarrassed but hydrated.</w:t>
      </w:r>
    </w:p>
    <w:p>
      <w:pPr>
        <w:spacing w:after="60" w:line="266" w:lineRule="auto"/>
        <w:ind w:firstLine="331"/>
        <w:jc w:val="both"/>
      </w:pPr>
      <w:r>
        <w:rPr>
          <w:rFonts w:ascii="Georgia" w:hAnsi="Georgia"/>
          <w:b w:val="0"/>
          <w:i w:val="0"/>
          <w:color w:val="22201D"/>
          <w:sz w:val="20"/>
        </w:rPr>
        <w:t>For a moment, the doorway was clear.</w:t>
      </w:r>
    </w:p>
    <w:p>
      <w:pPr>
        <w:spacing w:after="60" w:line="266" w:lineRule="auto"/>
        <w:ind w:firstLine="331"/>
        <w:jc w:val="both"/>
      </w:pPr>
      <w:r>
        <w:rPr>
          <w:rFonts w:ascii="Georgia" w:hAnsi="Georgia"/>
          <w:b w:val="0"/>
          <w:i w:val="0"/>
          <w:color w:val="22201D"/>
          <w:sz w:val="20"/>
        </w:rPr>
        <w:t>The Hostess placed the door notice on Table Four.</w:t>
      </w:r>
    </w:p>
    <w:p>
      <w:pPr>
        <w:spacing w:after="60" w:line="266" w:lineRule="auto"/>
        <w:ind w:firstLine="331"/>
        <w:jc w:val="both"/>
      </w:pPr>
      <w:r>
        <w:rPr>
          <w:rFonts w:ascii="Georgia" w:hAnsi="Georgia"/>
          <w:b w:val="0"/>
          <w:i w:val="0"/>
          <w:color w:val="22201D"/>
          <w:sz w:val="20"/>
        </w:rPr>
        <w:t>"This is the public consequence," she said.</w:t>
      </w:r>
    </w:p>
    <w:p>
      <w:pPr>
        <w:spacing w:after="60" w:line="266" w:lineRule="auto"/>
        <w:ind w:firstLine="331"/>
        <w:jc w:val="both"/>
      </w:pPr>
      <w:r>
        <w:rPr>
          <w:rFonts w:ascii="Georgia" w:hAnsi="Georgia"/>
          <w:b w:val="0"/>
          <w:i w:val="0"/>
          <w:color w:val="22201D"/>
          <w:sz w:val="20"/>
        </w:rPr>
        <w:t>Auditor Ives sat back down.</w:t>
      </w:r>
    </w:p>
    <w:p>
      <w:pPr>
        <w:spacing w:after="60" w:line="266" w:lineRule="auto"/>
        <w:ind w:firstLine="331"/>
        <w:jc w:val="both"/>
      </w:pPr>
      <w:r>
        <w:rPr>
          <w:rFonts w:ascii="Georgia" w:hAnsi="Georgia"/>
          <w:b w:val="0"/>
          <w:i w:val="0"/>
          <w:color w:val="22201D"/>
          <w:sz w:val="20"/>
        </w:rPr>
        <w:t>"A notice is not enough."</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"We need guidance language."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Steve drew a blank form from his folder.</w:t>
      </w:r>
    </w:p>
    <w:p>
      <w:pPr>
        <w:spacing w:after="60" w:line="266" w:lineRule="auto"/>
        <w:ind w:firstLine="331"/>
        <w:jc w:val="both"/>
      </w:pPr>
      <w:r>
        <w:rPr>
          <w:rFonts w:ascii="Georgia" w:hAnsi="Georgia"/>
          <w:b w:val="0"/>
          <w:i w:val="0"/>
          <w:color w:val="22201D"/>
          <w:sz w:val="20"/>
        </w:rPr>
        <w:t>Marlene had sent extras. Of course she had. The form was labeled:</w:t>
      </w:r>
    </w:p>
    <w:p>
      <w:pPr>
        <w:spacing w:after="60" w:line="250" w:lineRule="auto"/>
        <w:ind w:left="202" w:right="173"/>
      </w:pPr>
      <w:r>
        <w:rPr>
          <w:rFonts w:ascii="Georgia" w:hAnsi="Georgia"/>
          <w:b w:val="0"/>
          <w:i w:val="0"/>
          <w:color w:val="22201D"/>
          <w:sz w:val="17"/>
        </w:rPr>
        <w:t>PUBLIC NOTICE LANGUAGE / DRAFT</w:t>
      </w:r>
    </w:p>
    <w:p>
      <w:pPr>
        <w:spacing w:after="60" w:line="266" w:lineRule="auto"/>
        <w:ind w:firstLine="331"/>
        <w:jc w:val="both"/>
      </w:pPr>
      <w:r>
        <w:rPr>
          <w:rFonts w:ascii="Georgia" w:hAnsi="Georgia"/>
          <w:b w:val="0"/>
          <w:i w:val="0"/>
          <w:color w:val="22201D"/>
          <w:sz w:val="20"/>
        </w:rPr>
        <w:t>Steve read the heading.</w:t>
      </w:r>
    </w:p>
    <w:p>
      <w:pPr>
        <w:spacing w:after="60" w:line="266" w:lineRule="auto"/>
        <w:ind w:firstLine="331"/>
        <w:jc w:val="both"/>
      </w:pPr>
      <w:r>
        <w:rPr>
          <w:rFonts w:ascii="Georgia" w:hAnsi="Georgia"/>
          <w:b w:val="0"/>
          <w:i w:val="0"/>
          <w:color w:val="22201D"/>
          <w:sz w:val="20"/>
        </w:rPr>
        <w:t>"Marlene is frightening."</w:t>
      </w:r>
    </w:p>
    <w:p>
      <w:pPr>
        <w:spacing w:after="60" w:line="266" w:lineRule="auto"/>
        <w:ind w:firstLine="331"/>
        <w:jc w:val="both"/>
      </w:pPr>
      <w:r>
        <w:rPr>
          <w:rFonts w:ascii="Georgia" w:hAnsi="Georgia"/>
          <w:b w:val="0"/>
          <w:i w:val="0"/>
          <w:color w:val="22201D"/>
          <w:sz w:val="20"/>
        </w:rPr>
        <w:t>"Marlene is prepared," said Auditor Ives.</w:t>
      </w:r>
    </w:p>
    <w:p>
      <w:pPr>
        <w:spacing w:after="60" w:line="266" w:lineRule="auto"/>
        <w:ind w:firstLine="331"/>
        <w:jc w:val="both"/>
      </w:pPr>
      <w:r>
        <w:rPr>
          <w:rFonts w:ascii="Georgia" w:hAnsi="Georgia"/>
          <w:b w:val="0"/>
          <w:i w:val="0"/>
          <w:color w:val="22201D"/>
          <w:sz w:val="20"/>
        </w:rPr>
        <w:t>"Same drawer," said Gerald.</w:t>
      </w:r>
    </w:p>
    <w:p>
      <w:pPr>
        <w:spacing w:after="60" w:line="266" w:lineRule="auto"/>
        <w:ind w:firstLine="331"/>
        <w:jc w:val="both"/>
      </w:pPr>
      <w:r>
        <w:rPr>
          <w:rFonts w:ascii="Georgia" w:hAnsi="Georgia"/>
          <w:b w:val="0"/>
          <w:i w:val="0"/>
          <w:color w:val="22201D"/>
          <w:sz w:val="20"/>
        </w:rPr>
        <w:t>Together, they drafted.</w:t>
      </w:r>
    </w:p>
    <w:p>
      <w:pPr>
        <w:spacing w:after="60" w:line="266" w:lineRule="auto"/>
        <w:ind w:firstLine="331"/>
        <w:jc w:val="both"/>
      </w:pPr>
      <w:r>
        <w:rPr>
          <w:rFonts w:ascii="Georgia" w:hAnsi="Georgia"/>
          <w:b w:val="0"/>
          <w:i w:val="0"/>
          <w:color w:val="22201D"/>
          <w:sz w:val="20"/>
        </w:rPr>
        <w:t>Not easily.</w:t>
      </w:r>
    </w:p>
    <w:p>
      <w:pPr>
        <w:spacing w:after="60" w:line="266" w:lineRule="auto"/>
        <w:ind w:firstLine="331"/>
        <w:jc w:val="both"/>
      </w:pPr>
      <w:r>
        <w:rPr>
          <w:rFonts w:ascii="Georgia" w:hAnsi="Georgia"/>
          <w:b w:val="0"/>
          <w:i w:val="0"/>
          <w:color w:val="22201D"/>
          <w:sz w:val="20"/>
        </w:rPr>
        <w:t>Not harmoniously.</w:t>
      </w:r>
    </w:p>
    <w:p>
      <w:pPr>
        <w:spacing w:after="60" w:line="266" w:lineRule="auto"/>
        <w:ind w:firstLine="331"/>
        <w:jc w:val="both"/>
      </w:pPr>
      <w:r>
        <w:rPr>
          <w:rFonts w:ascii="Georgia" w:hAnsi="Georgia"/>
          <w:b w:val="0"/>
          <w:i w:val="0"/>
          <w:color w:val="22201D"/>
          <w:sz w:val="20"/>
        </w:rPr>
        <w:t>Auditor Ives removed every sentence that implied access.</w:t>
      </w:r>
    </w:p>
    <w:p>
      <w:pPr>
        <w:spacing w:after="60" w:line="266" w:lineRule="auto"/>
        <w:ind w:firstLine="331"/>
        <w:jc w:val="both"/>
      </w:pPr>
      <w:r>
        <w:rPr>
          <w:rFonts w:ascii="Georgia" w:hAnsi="Georgia"/>
          <w:b w:val="0"/>
          <w:i w:val="0"/>
          <w:color w:val="22201D"/>
          <w:sz w:val="20"/>
        </w:rPr>
        <w:t>Gerald removed every sentence that could create a line near a service area.</w:t>
      </w:r>
    </w:p>
    <w:p>
      <w:pPr>
        <w:spacing w:after="60" w:line="266" w:lineRule="auto"/>
        <w:ind w:firstLine="331"/>
        <w:jc w:val="both"/>
      </w:pPr>
      <w:r>
        <w:rPr>
          <w:rFonts w:ascii="Georgia" w:hAnsi="Georgia"/>
          <w:b w:val="0"/>
          <w:i w:val="0"/>
          <w:color w:val="22201D"/>
          <w:sz w:val="20"/>
        </w:rPr>
        <w:t>Steve removed every sentence that made the record sound cleaner than reality.</w:t>
      </w:r>
    </w:p>
    <w:p>
      <w:pPr>
        <w:spacing w:after="60" w:line="266" w:lineRule="auto"/>
        <w:ind w:firstLine="331"/>
        <w:jc w:val="both"/>
      </w:pPr>
      <w:r>
        <w:rPr>
          <w:rFonts w:ascii="Georgia" w:hAnsi="Georgia"/>
          <w:b w:val="0"/>
          <w:i w:val="0"/>
          <w:color w:val="22201D"/>
          <w:sz w:val="20"/>
        </w:rPr>
        <w:t>The Hostess removed every sentence that confused reservation with entitlement.</w:t>
      </w:r>
    </w:p>
    <w:p>
      <w:pPr>
        <w:spacing w:after="60" w:line="266" w:lineRule="auto"/>
        <w:ind w:firstLine="331"/>
        <w:jc w:val="both"/>
      </w:pPr>
      <w:r>
        <w:rPr>
          <w:rFonts w:ascii="Georgia" w:hAnsi="Georgia"/>
          <w:b w:val="0"/>
          <w:i w:val="0"/>
          <w:color w:val="22201D"/>
          <w:sz w:val="20"/>
        </w:rPr>
        <w:t>Mara, when called, removed one sentence that made curiosity sound like care.</w:t>
      </w:r>
    </w:p>
    <w:p>
      <w:pPr>
        <w:spacing w:after="60" w:line="266" w:lineRule="auto"/>
        <w:ind w:firstLine="331"/>
        <w:jc w:val="both"/>
      </w:pPr>
      <w:r>
        <w:rPr>
          <w:rFonts w:ascii="Georgia" w:hAnsi="Georgia"/>
          <w:b w:val="0"/>
          <w:i w:val="0"/>
          <w:color w:val="22201D"/>
          <w:sz w:val="20"/>
        </w:rPr>
        <w:t>Flocc, when not called, stayed quiet.</w:t>
      </w:r>
    </w:p>
    <w:p>
      <w:pPr>
        <w:spacing w:after="60" w:line="266" w:lineRule="auto"/>
        <w:ind w:firstLine="331"/>
        <w:jc w:val="both"/>
      </w:pPr>
      <w:r>
        <w:rPr>
          <w:rFonts w:ascii="Georgia" w:hAnsi="Georgia"/>
          <w:b w:val="0"/>
          <w:i w:val="0"/>
          <w:color w:val="22201D"/>
          <w:sz w:val="20"/>
        </w:rPr>
        <w:t>This was his contribution.</w:t>
      </w:r>
    </w:p>
    <w:p>
      <w:pPr>
        <w:spacing w:after="60" w:line="266" w:lineRule="auto"/>
        <w:ind w:firstLine="331"/>
        <w:jc w:val="both"/>
      </w:pPr>
      <w:r>
        <w:rPr>
          <w:rFonts w:ascii="Georgia" w:hAnsi="Georgia"/>
          <w:b w:val="0"/>
          <w:i w:val="0"/>
          <w:color w:val="22201D"/>
          <w:sz w:val="20"/>
        </w:rPr>
        <w:t>The final notice read:</w:t>
      </w:r>
    </w:p>
    <w:p>
      <w:pPr>
        <w:spacing w:after="60" w:line="250" w:lineRule="auto"/>
        <w:ind w:left="202" w:right="173"/>
      </w:pPr>
      <w:r>
        <w:rPr>
          <w:rFonts w:ascii="Georgia" w:hAnsi="Georgia"/>
          <w:b w:val="0"/>
          <w:i w:val="0"/>
          <w:color w:val="22201D"/>
          <w:sz w:val="17"/>
        </w:rPr>
        <w:t>PUBLIC DOOR NOTICE  An audit record has identified a door-related consequence at Emoji Soup.  The door is not open for reservation. The door is not open for inspection by the public. The door is not a product, promotion, attraction, shortcut, or proof of personal transformation.  No reservation list is active. No notification list is active. No photograph, recording, post, or review creates standing.  Persons seeking dinner may request ordinary seating under current service conditions. Persons seeking the door will be refused until the restaurant, audit record, and safety review establish a lawful and truthful process.  First reservation: refused  Reason: the pathway is consequence, not product  Next required document: final bill</w:t>
      </w:r>
    </w:p>
    <w:p>
      <w:pPr>
        <w:spacing w:after="60" w:line="266" w:lineRule="auto"/>
        <w:ind w:firstLine="331"/>
        <w:jc w:val="both"/>
      </w:pPr>
      <w:r>
        <w:rPr>
          <w:rFonts w:ascii="Georgia" w:hAnsi="Georgia"/>
          <w:b w:val="0"/>
          <w:i w:val="0"/>
          <w:color w:val="22201D"/>
          <w:sz w:val="20"/>
        </w:rPr>
        <w:t>Auditor Ives read it twice.</w:t>
      </w:r>
    </w:p>
    <w:p>
      <w:pPr>
        <w:spacing w:after="60" w:line="266" w:lineRule="auto"/>
        <w:ind w:firstLine="331"/>
        <w:jc w:val="both"/>
      </w:pPr>
      <w:r>
        <w:rPr>
          <w:rFonts w:ascii="Georgia" w:hAnsi="Georgia"/>
          <w:b w:val="0"/>
          <w:i w:val="0"/>
          <w:color w:val="22201D"/>
          <w:sz w:val="20"/>
        </w:rPr>
        <w:t>"It is too strange."</w:t>
      </w:r>
    </w:p>
    <w:p>
      <w:pPr>
        <w:spacing w:after="60" w:line="266" w:lineRule="auto"/>
        <w:ind w:firstLine="331"/>
        <w:jc w:val="both"/>
      </w:pPr>
      <w:r>
        <w:rPr>
          <w:rFonts w:ascii="Georgia" w:hAnsi="Georgia"/>
          <w:b w:val="0"/>
          <w:i w:val="0"/>
          <w:color w:val="22201D"/>
          <w:sz w:val="20"/>
        </w:rPr>
        <w:t>Steve said, "It is less strange than the facts."</w:t>
      </w:r>
    </w:p>
    <w:p>
      <w:pPr>
        <w:spacing w:after="60" w:line="266" w:lineRule="auto"/>
        <w:ind w:firstLine="331"/>
        <w:jc w:val="both"/>
      </w:pPr>
      <w:r>
        <w:rPr>
          <w:rFonts w:ascii="Georgia" w:hAnsi="Georgia"/>
          <w:b w:val="0"/>
          <w:i w:val="0"/>
          <w:color w:val="22201D"/>
          <w:sz w:val="20"/>
        </w:rPr>
        <w:t>Gerald said, "It keeps the walkway clear."</w:t>
      </w:r>
    </w:p>
    <w:p>
      <w:pPr>
        <w:spacing w:after="60" w:line="266" w:lineRule="auto"/>
        <w:ind w:firstLine="331"/>
        <w:jc w:val="both"/>
      </w:pPr>
      <w:r>
        <w:rPr>
          <w:rFonts w:ascii="Georgia" w:hAnsi="Georgia"/>
          <w:b w:val="0"/>
          <w:i w:val="0"/>
          <w:color w:val="22201D"/>
          <w:sz w:val="20"/>
        </w:rPr>
        <w:t>Mara said, "It refuses the right thing."</w:t>
      </w:r>
    </w:p>
    <w:p>
      <w:pPr>
        <w:spacing w:after="60" w:line="266" w:lineRule="auto"/>
        <w:ind w:firstLine="331"/>
        <w:jc w:val="both"/>
      </w:pPr>
      <w:r>
        <w:rPr>
          <w:rFonts w:ascii="Georgia" w:hAnsi="Georgia"/>
          <w:b w:val="0"/>
          <w:i w:val="0"/>
          <w:color w:val="22201D"/>
          <w:sz w:val="20"/>
        </w:rPr>
        <w:t>Flocc said nothing.</w:t>
      </w:r>
    </w:p>
    <w:p>
      <w:pPr>
        <w:spacing w:after="60" w:line="266" w:lineRule="auto"/>
        <w:ind w:firstLine="331"/>
        <w:jc w:val="both"/>
      </w:pPr>
      <w:r>
        <w:rPr>
          <w:rFonts w:ascii="Georgia" w:hAnsi="Georgia"/>
          <w:b w:val="0"/>
          <w:i w:val="0"/>
          <w:color w:val="22201D"/>
          <w:sz w:val="20"/>
        </w:rPr>
        <w:t>The Hostess looked at him.</w:t>
      </w:r>
    </w:p>
    <w:p>
      <w:pPr>
        <w:spacing w:after="60" w:line="266" w:lineRule="auto"/>
        <w:ind w:firstLine="331"/>
        <w:jc w:val="both"/>
      </w:pPr>
      <w:r>
        <w:rPr>
          <w:rFonts w:ascii="Georgia" w:hAnsi="Georgia"/>
          <w:b w:val="0"/>
          <w:i w:val="0"/>
          <w:color w:val="22201D"/>
          <w:sz w:val="20"/>
        </w:rPr>
        <w:t>Not asking for approval.</w:t>
      </w:r>
    </w:p>
    <w:p>
      <w:pPr>
        <w:spacing w:after="60" w:line="266" w:lineRule="auto"/>
        <w:ind w:firstLine="331"/>
        <w:jc w:val="both"/>
      </w:pPr>
      <w:r>
        <w:rPr>
          <w:rFonts w:ascii="Georgia" w:hAnsi="Georgia"/>
          <w:b w:val="0"/>
          <w:i w:val="0"/>
          <w:color w:val="22201D"/>
          <w:sz w:val="20"/>
        </w:rPr>
        <w:t>Making sure he was not converting silence into virtue.</w:t>
      </w:r>
    </w:p>
    <w:p>
      <w:pPr>
        <w:spacing w:after="60" w:line="266" w:lineRule="auto"/>
        <w:ind w:firstLine="331"/>
        <w:jc w:val="both"/>
      </w:pPr>
      <w:r>
        <w:rPr>
          <w:rFonts w:ascii="Georgia" w:hAnsi="Georgia"/>
          <w:b w:val="0"/>
          <w:i w:val="0"/>
          <w:color w:val="22201D"/>
          <w:sz w:val="20"/>
        </w:rPr>
        <w:t>He said, "I want the door to mean we are almost done."</w:t>
      </w:r>
    </w:p>
    <w:p>
      <w:pPr>
        <w:spacing w:after="60" w:line="266" w:lineRule="auto"/>
        <w:ind w:firstLine="331"/>
        <w:jc w:val="both"/>
      </w:pPr>
      <w:r>
        <w:rPr>
          <w:rFonts w:ascii="Georgia" w:hAnsi="Georgia"/>
          <w:b w:val="0"/>
          <w:i w:val="0"/>
          <w:color w:val="22201D"/>
          <w:sz w:val="20"/>
        </w:rPr>
        <w:t>The room listened.</w:t>
      </w:r>
    </w:p>
    <w:p>
      <w:pPr>
        <w:spacing w:after="60" w:line="266" w:lineRule="auto"/>
        <w:ind w:firstLine="331"/>
        <w:jc w:val="both"/>
      </w:pPr>
      <w:r>
        <w:rPr>
          <w:rFonts w:ascii="Georgia" w:hAnsi="Georgia"/>
          <w:b w:val="0"/>
          <w:i w:val="0"/>
          <w:color w:val="22201D"/>
          <w:sz w:val="20"/>
        </w:rPr>
        <w:t>"But it means other people can now arrive at the wrong part first."</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038: Understanding public consequence as responsibility rather than finale. Amount credited: one door not mistaken for ending</w:t>
      </w:r>
    </w:p>
    <w:p>
      <w:pPr>
        <w:spacing w:after="60" w:line="266" w:lineRule="auto"/>
        <w:ind w:firstLine="331"/>
        <w:jc w:val="both"/>
      </w:pPr>
      <w:r>
        <w:rPr>
          <w:rFonts w:ascii="Georgia" w:hAnsi="Georgia"/>
          <w:b w:val="0"/>
          <w:i w:val="0"/>
          <w:color w:val="22201D"/>
          <w:sz w:val="20"/>
        </w:rPr>
        <w:t>The door notice accepted the final language.</w:t>
      </w:r>
    </w:p>
    <w:p>
      <w:pPr>
        <w:spacing w:after="60" w:line="266" w:lineRule="auto"/>
        <w:ind w:firstLine="331"/>
        <w:jc w:val="both"/>
      </w:pPr>
      <w:r>
        <w:rPr>
          <w:rFonts w:ascii="Georgia" w:hAnsi="Georgia"/>
          <w:b w:val="0"/>
          <w:i w:val="0"/>
          <w:color w:val="22201D"/>
          <w:sz w:val="20"/>
        </w:rPr>
        <w:t>At the bottom, one last line appeared:</w:t>
      </w:r>
    </w:p>
    <w:p>
      <w:pPr>
        <w:spacing w:after="60" w:line="250" w:lineRule="auto"/>
        <w:ind w:left="202" w:right="173"/>
      </w:pPr>
      <w:r>
        <w:rPr>
          <w:rFonts w:ascii="Georgia" w:hAnsi="Georgia"/>
          <w:b w:val="0"/>
          <w:i w:val="0"/>
          <w:color w:val="22201D"/>
          <w:sz w:val="17"/>
        </w:rPr>
        <w:t>Next chapter: The Check Arrives Before Dinner</w:t>
      </w:r>
    </w:p>
    <w:p>
      <w:pPr>
        <w:spacing w:after="60" w:line="266" w:lineRule="auto"/>
        <w:ind w:firstLine="331"/>
        <w:jc w:val="both"/>
      </w:pPr>
      <w:r>
        <w:rPr>
          <w:rFonts w:ascii="Georgia" w:hAnsi="Georgia"/>
          <w:b w:val="0"/>
          <w:i w:val="0"/>
          <w:color w:val="22201D"/>
          <w:sz w:val="20"/>
        </w:rPr>
        <w:t>Auditor Ives frowned.</w:t>
      </w:r>
    </w:p>
    <w:p>
      <w:pPr>
        <w:spacing w:after="60" w:line="266" w:lineRule="auto"/>
        <w:ind w:firstLine="331"/>
        <w:jc w:val="both"/>
      </w:pPr>
      <w:r>
        <w:rPr>
          <w:rFonts w:ascii="Georgia" w:hAnsi="Georgia"/>
          <w:b w:val="0"/>
          <w:i w:val="0"/>
          <w:color w:val="22201D"/>
          <w:sz w:val="20"/>
        </w:rPr>
        <w:t>"That is also the book title."</w:t>
      </w:r>
    </w:p>
    <w:p>
      <w:pPr>
        <w:spacing w:after="60" w:line="266" w:lineRule="auto"/>
        <w:ind w:firstLine="331"/>
        <w:jc w:val="both"/>
      </w:pPr>
      <w:r>
        <w:rPr>
          <w:rFonts w:ascii="Georgia" w:hAnsi="Georgia"/>
          <w:b w:val="0"/>
          <w:i w:val="0"/>
          <w:color w:val="22201D"/>
          <w:sz w:val="20"/>
        </w:rPr>
        <w:t>The Hostess said, "Yes."</w:t>
      </w:r>
    </w:p>
    <w:p>
      <w:pPr>
        <w:spacing w:after="60" w:line="266" w:lineRule="auto"/>
        <w:ind w:firstLine="331"/>
        <w:jc w:val="both"/>
      </w:pPr>
      <w:r>
        <w:rPr>
          <w:rFonts w:ascii="Georgia" w:hAnsi="Georgia"/>
          <w:b w:val="0"/>
          <w:i w:val="0"/>
          <w:color w:val="22201D"/>
          <w:sz w:val="20"/>
        </w:rPr>
        <w:t>"So the final bill repeats the premise."</w:t>
      </w:r>
    </w:p>
    <w:p>
      <w:pPr>
        <w:spacing w:after="60" w:line="266" w:lineRule="auto"/>
        <w:ind w:firstLine="331"/>
        <w:jc w:val="both"/>
      </w:pPr>
      <w:r>
        <w:rPr>
          <w:rFonts w:ascii="Georgia" w:hAnsi="Georgia"/>
          <w:b w:val="0"/>
          <w:i w:val="0"/>
          <w:color w:val="22201D"/>
          <w:sz w:val="20"/>
        </w:rPr>
        <w:t>"No," said the Hostess. "It serves it."</w:t>
      </w:r>
    </w:p>
    <w:p>
      <w:pPr>
        <w:spacing w:after="60" w:line="266" w:lineRule="auto"/>
        <w:ind w:firstLine="331"/>
        <w:jc w:val="both"/>
      </w:pPr>
      <w:r>
        <w:rPr>
          <w:rFonts w:ascii="Georgia" w:hAnsi="Georgia"/>
          <w:b w:val="0"/>
          <w:i w:val="0"/>
          <w:color w:val="22201D"/>
          <w:sz w:val="20"/>
        </w:rPr>
        <w:t>Outside, another person approached the window, saw the public notice, read it, and did not come in.</w:t>
      </w:r>
    </w:p>
    <w:p>
      <w:pPr>
        <w:spacing w:after="60" w:line="266" w:lineRule="auto"/>
        <w:ind w:firstLine="331"/>
        <w:jc w:val="both"/>
      </w:pPr>
      <w:r>
        <w:rPr>
          <w:rFonts w:ascii="Georgia" w:hAnsi="Georgia"/>
          <w:b w:val="0"/>
          <w:i w:val="0"/>
          <w:color w:val="22201D"/>
          <w:sz w:val="20"/>
        </w:rPr>
        <w:t>That was not a victory.</w:t>
      </w:r>
    </w:p>
    <w:p>
      <w:pPr>
        <w:spacing w:after="60" w:line="266" w:lineRule="auto"/>
        <w:ind w:firstLine="331"/>
        <w:jc w:val="both"/>
      </w:pPr>
      <w:r>
        <w:rPr>
          <w:rFonts w:ascii="Georgia" w:hAnsi="Georgia"/>
          <w:b w:val="0"/>
          <w:i w:val="0"/>
          <w:color w:val="22201D"/>
          <w:sz w:val="20"/>
        </w:rPr>
        <w:t>It was a process working once.</w:t>
      </w:r>
    </w:p>
    <w:p>
      <w:pPr>
        <w:spacing w:after="60" w:line="266" w:lineRule="auto"/>
        <w:ind w:firstLine="331"/>
        <w:jc w:val="both"/>
      </w:pPr>
      <w:r>
        <w:rPr>
          <w:rFonts w:ascii="Georgia" w:hAnsi="Georgia"/>
          <w:b w:val="0"/>
          <w:i w:val="0"/>
          <w:color w:val="22201D"/>
          <w:sz w:val="20"/>
        </w:rPr>
        <w:t>Gerald made a note.</w:t>
      </w:r>
    </w:p>
    <w:p>
      <w:pPr>
        <w:spacing w:after="60" w:line="266" w:lineRule="auto"/>
        <w:ind w:firstLine="331"/>
        <w:jc w:val="both"/>
      </w:pPr>
      <w:r>
        <w:rPr>
          <w:rFonts w:ascii="Georgia" w:hAnsi="Georgia"/>
          <w:b w:val="0"/>
          <w:i w:val="0"/>
          <w:color w:val="22201D"/>
          <w:sz w:val="20"/>
        </w:rPr>
        <w:t>Steve made a copy.</w:t>
      </w:r>
    </w:p>
    <w:p>
      <w:pPr>
        <w:spacing w:after="60" w:line="266" w:lineRule="auto"/>
        <w:ind w:firstLine="331"/>
        <w:jc w:val="both"/>
      </w:pPr>
      <w:r>
        <w:rPr>
          <w:rFonts w:ascii="Georgia" w:hAnsi="Georgia"/>
          <w:b w:val="0"/>
          <w:i w:val="0"/>
          <w:color w:val="22201D"/>
          <w:sz w:val="20"/>
        </w:rPr>
        <w:t>Auditor Ives signed the public notice as draft guidance, not final classification.</w:t>
      </w:r>
    </w:p>
    <w:p>
      <w:pPr>
        <w:spacing w:after="60" w:line="266" w:lineRule="auto"/>
        <w:ind w:firstLine="331"/>
        <w:jc w:val="both"/>
      </w:pPr>
      <w:r>
        <w:rPr>
          <w:rFonts w:ascii="Georgia" w:hAnsi="Georgia"/>
          <w:b w:val="0"/>
          <w:i w:val="0"/>
          <w:color w:val="22201D"/>
          <w:sz w:val="20"/>
        </w:rPr>
        <w:t>Mara folded her unused comment card in half.</w:t>
      </w:r>
    </w:p>
    <w:p>
      <w:pPr>
        <w:spacing w:after="60" w:line="266" w:lineRule="auto"/>
        <w:ind w:firstLine="331"/>
        <w:jc w:val="both"/>
      </w:pPr>
      <w:r>
        <w:rPr>
          <w:rFonts w:ascii="Georgia" w:hAnsi="Georgia"/>
          <w:b w:val="0"/>
          <w:i w:val="0"/>
          <w:color w:val="22201D"/>
          <w:sz w:val="20"/>
        </w:rPr>
        <w:t>Flocc watched the door stay closed and understood, for the first time all day, that a closed door could be a form of care.</w:t>
      </w:r>
    </w:p>
    <w:p>
      <w:pPr>
        <w:spacing w:after="60" w:line="266" w:lineRule="auto"/>
        <w:ind w:firstLine="331"/>
        <w:jc w:val="both"/>
      </w:pPr>
      <w:r>
        <w:rPr>
          <w:rFonts w:ascii="Georgia" w:hAnsi="Georgia"/>
          <w:b w:val="0"/>
          <w:i w:val="0"/>
          <w:color w:val="22201D"/>
          <w:sz w:val="20"/>
        </w:rPr>
        <w:t>---</w:t>
      </w:r>
    </w:p>
    <w:p>
      <w:r>
        <w:br w:type="page"/>
      </w:r>
    </w:p>
    <w:p>
      <w:pPr>
        <w:spacing w:before="1680" w:after="520"/>
        <w:jc w:val="center"/>
      </w:pPr>
      <w:r>
        <w:rPr>
          <w:rFonts w:ascii="Georgia" w:hAnsi="Georgia"/>
          <w:b/>
          <w:i w:val="0"/>
          <w:color w:val="654919"/>
          <w:sz w:val="36"/>
        </w:rPr>
        <w:t>Chapter 12: The Check Arrives Before Dinner</w:t>
      </w:r>
    </w:p>
    <w:p>
      <w:pPr>
        <w:spacing w:after="60" w:line="266" w:lineRule="auto"/>
        <w:ind w:firstLine="0"/>
        <w:jc w:val="both"/>
      </w:pPr>
      <w:r>
        <w:rPr>
          <w:rFonts w:ascii="Georgia" w:hAnsi="Georgia"/>
          <w:b w:val="0"/>
          <w:i w:val="0"/>
          <w:color w:val="22201D"/>
          <w:sz w:val="20"/>
        </w:rPr>
        <w:t>In which the final bill repeats the book's first problem without repeating its fear, dinner becomes possible, and accountability remains in the room without pretending to be punishment.</w:t>
      </w:r>
    </w:p>
    <w:p>
      <w:pPr>
        <w:spacing w:after="60" w:line="266" w:lineRule="auto"/>
        <w:ind w:firstLine="331"/>
        <w:jc w:val="both"/>
      </w:pPr>
      <w:r>
        <w:rPr>
          <w:rFonts w:ascii="Georgia" w:hAnsi="Georgia"/>
          <w:b w:val="0"/>
          <w:i w:val="0"/>
          <w:color w:val="22201D"/>
          <w:sz w:val="20"/>
        </w:rPr>
        <w:t>The final bill arrived before dinner.</w:t>
      </w:r>
    </w:p>
    <w:p>
      <w:pPr>
        <w:spacing w:after="60" w:line="266" w:lineRule="auto"/>
        <w:ind w:firstLine="331"/>
        <w:jc w:val="both"/>
      </w:pPr>
      <w:r>
        <w:rPr>
          <w:rFonts w:ascii="Georgia" w:hAnsi="Georgia"/>
          <w:b w:val="0"/>
          <w:i w:val="0"/>
          <w:color w:val="22201D"/>
          <w:sz w:val="20"/>
        </w:rPr>
        <w:t>Again.</w:t>
      </w:r>
    </w:p>
    <w:p>
      <w:pPr>
        <w:spacing w:after="60" w:line="266" w:lineRule="auto"/>
        <w:ind w:firstLine="331"/>
        <w:jc w:val="both"/>
      </w:pPr>
      <w:r>
        <w:rPr>
          <w:rFonts w:ascii="Georgia" w:hAnsi="Georgia"/>
          <w:b w:val="0"/>
          <w:i w:val="0"/>
          <w:color w:val="22201D"/>
          <w:sz w:val="20"/>
        </w:rPr>
        <w:t>This time, nobody said it was early.</w:t>
      </w:r>
    </w:p>
    <w:p>
      <w:pPr>
        <w:spacing w:after="60" w:line="266" w:lineRule="auto"/>
        <w:ind w:firstLine="331"/>
        <w:jc w:val="both"/>
      </w:pPr>
      <w:r>
        <w:rPr>
          <w:rFonts w:ascii="Georgia" w:hAnsi="Georgia"/>
          <w:b w:val="0"/>
          <w:i w:val="0"/>
          <w:color w:val="22201D"/>
          <w:sz w:val="20"/>
        </w:rPr>
        <w:t>That was how Flocc knew something had changed.</w:t>
      </w:r>
    </w:p>
    <w:p>
      <w:pPr>
        <w:spacing w:after="60" w:line="266" w:lineRule="auto"/>
        <w:ind w:firstLine="331"/>
        <w:jc w:val="both"/>
      </w:pPr>
      <w:r>
        <w:rPr>
          <w:rFonts w:ascii="Georgia" w:hAnsi="Georgia"/>
          <w:b w:val="0"/>
          <w:i w:val="0"/>
          <w:color w:val="22201D"/>
          <w:sz w:val="20"/>
        </w:rPr>
        <w:t>Not everything. Emoji Soup had not become a normal restaurant, the city had not classified the impossible into a neat box, Gerald had not approved mysterious sauce for service, Steve had not escaped his active file, Auditor Ives had not learned to enjoy being printed at, Mara had not become a witness-shaped solution, and Bob had not become easier to explain to anyone responsible for public records.</w:t>
      </w:r>
    </w:p>
    <w:p>
      <w:pPr>
        <w:spacing w:after="60" w:line="266" w:lineRule="auto"/>
        <w:ind w:firstLine="331"/>
        <w:jc w:val="both"/>
      </w:pPr>
      <w:r>
        <w:rPr>
          <w:rFonts w:ascii="Georgia" w:hAnsi="Georgia"/>
          <w:b w:val="0"/>
          <w:i w:val="0"/>
          <w:color w:val="22201D"/>
          <w:sz w:val="20"/>
        </w:rPr>
        <w:t>But nobody said the bill was early.</w:t>
      </w:r>
    </w:p>
    <w:p>
      <w:pPr>
        <w:spacing w:after="60" w:line="266" w:lineRule="auto"/>
        <w:ind w:firstLine="331"/>
        <w:jc w:val="both"/>
      </w:pPr>
      <w:r>
        <w:rPr>
          <w:rFonts w:ascii="Georgia" w:hAnsi="Georgia"/>
          <w:b w:val="0"/>
          <w:i w:val="0"/>
          <w:color w:val="22201D"/>
          <w:sz w:val="20"/>
        </w:rPr>
        <w:t>The Hostess placed it in the center of Table Four, where the public hearing minutes, split bill, door notice, sauce ledger, corrected form, zero-order receipt, inspection addendum, refund notice, case reopening form, audit bill, and original pre-audit notice had become a stack thick enough to qualify as a civic object.</w:t>
      </w:r>
    </w:p>
    <w:p>
      <w:pPr>
        <w:spacing w:after="60" w:line="266" w:lineRule="auto"/>
        <w:ind w:firstLine="331"/>
        <w:jc w:val="both"/>
      </w:pPr>
      <w:r>
        <w:rPr>
          <w:rFonts w:ascii="Georgia" w:hAnsi="Georgia"/>
          <w:b w:val="0"/>
          <w:i w:val="0"/>
          <w:color w:val="22201D"/>
          <w:sz w:val="20"/>
        </w:rPr>
        <w:t>The stack did not glow.</w:t>
      </w:r>
    </w:p>
    <w:p>
      <w:pPr>
        <w:spacing w:after="60" w:line="266" w:lineRule="auto"/>
        <w:ind w:firstLine="331"/>
        <w:jc w:val="both"/>
      </w:pPr>
      <w:r>
        <w:rPr>
          <w:rFonts w:ascii="Georgia" w:hAnsi="Georgia"/>
          <w:b w:val="0"/>
          <w:i w:val="0"/>
          <w:color w:val="22201D"/>
          <w:sz w:val="20"/>
        </w:rPr>
        <w:t>It leaned.</w:t>
      </w:r>
    </w:p>
    <w:p>
      <w:pPr>
        <w:spacing w:after="60" w:line="266" w:lineRule="auto"/>
        <w:ind w:firstLine="331"/>
        <w:jc w:val="both"/>
      </w:pPr>
      <w:r>
        <w:rPr>
          <w:rFonts w:ascii="Georgia" w:hAnsi="Georgia"/>
          <w:b w:val="0"/>
          <w:i w:val="0"/>
          <w:color w:val="22201D"/>
          <w:sz w:val="20"/>
        </w:rPr>
        <w:t>Gerald corrected the lean with two fingers.</w:t>
      </w:r>
    </w:p>
    <w:p>
      <w:pPr>
        <w:spacing w:after="60" w:line="266" w:lineRule="auto"/>
        <w:ind w:firstLine="331"/>
        <w:jc w:val="both"/>
      </w:pPr>
      <w:r>
        <w:rPr>
          <w:rFonts w:ascii="Georgia" w:hAnsi="Georgia"/>
          <w:b w:val="0"/>
          <w:i w:val="0"/>
          <w:color w:val="22201D"/>
          <w:sz w:val="20"/>
        </w:rPr>
        <w:t>"Paper shift," he said.</w:t>
      </w:r>
    </w:p>
    <w:p>
      <w:pPr>
        <w:spacing w:after="60" w:line="266" w:lineRule="auto"/>
        <w:ind w:firstLine="331"/>
        <w:jc w:val="both"/>
      </w:pPr>
      <w:r>
        <w:rPr>
          <w:rFonts w:ascii="Georgia" w:hAnsi="Georgia"/>
          <w:b w:val="0"/>
          <w:i w:val="0"/>
          <w:color w:val="22201D"/>
          <w:sz w:val="20"/>
        </w:rPr>
        <w:t>The final bill printed:</w:t>
      </w:r>
    </w:p>
    <w:p>
      <w:pPr>
        <w:spacing w:after="60" w:line="250" w:lineRule="auto"/>
        <w:ind w:left="202" w:right="173"/>
      </w:pPr>
      <w:r>
        <w:rPr>
          <w:rFonts w:ascii="Georgia" w:hAnsi="Georgia"/>
          <w:b w:val="0"/>
          <w:i w:val="0"/>
          <w:color w:val="22201D"/>
          <w:sz w:val="17"/>
        </w:rPr>
        <w:t>Paper shift corrected.</w:t>
      </w:r>
    </w:p>
    <w:p>
      <w:pPr>
        <w:spacing w:after="60" w:line="266" w:lineRule="auto"/>
        <w:ind w:firstLine="331"/>
        <w:jc w:val="both"/>
      </w:pPr>
      <w:r>
        <w:rPr>
          <w:rFonts w:ascii="Georgia" w:hAnsi="Georgia"/>
          <w:b w:val="0"/>
          <w:i w:val="0"/>
          <w:color w:val="22201D"/>
          <w:sz w:val="20"/>
        </w:rPr>
        <w:t>Gerald looked at it.</w:t>
      </w:r>
    </w:p>
    <w:p>
      <w:pPr>
        <w:spacing w:after="60" w:line="266" w:lineRule="auto"/>
        <w:ind w:firstLine="331"/>
        <w:jc w:val="both"/>
      </w:pPr>
      <w:r>
        <w:rPr>
          <w:rFonts w:ascii="Georgia" w:hAnsi="Georgia"/>
          <w:b w:val="0"/>
          <w:i w:val="0"/>
          <w:color w:val="22201D"/>
          <w:sz w:val="20"/>
        </w:rPr>
        <w:t>"Do not praise me."</w:t>
      </w:r>
    </w:p>
    <w:p>
      <w:pPr>
        <w:spacing w:after="60" w:line="250" w:lineRule="auto"/>
        <w:ind w:left="202" w:right="173"/>
      </w:pPr>
      <w:r>
        <w:rPr>
          <w:rFonts w:ascii="Georgia" w:hAnsi="Georgia"/>
          <w:b w:val="0"/>
          <w:i w:val="0"/>
          <w:color w:val="22201D"/>
          <w:sz w:val="17"/>
        </w:rPr>
        <w:t>Observation only.</w:t>
      </w:r>
    </w:p>
    <w:p>
      <w:pPr>
        <w:spacing w:after="60" w:line="266" w:lineRule="auto"/>
        <w:ind w:firstLine="331"/>
        <w:jc w:val="both"/>
      </w:pPr>
      <w:r>
        <w:rPr>
          <w:rFonts w:ascii="Georgia" w:hAnsi="Georgia"/>
          <w:b w:val="0"/>
          <w:i w:val="0"/>
          <w:color w:val="22201D"/>
          <w:sz w:val="20"/>
        </w:rPr>
        <w:t>"Acceptable."</w:t>
      </w:r>
    </w:p>
    <w:p>
      <w:pPr>
        <w:spacing w:after="60" w:line="266" w:lineRule="auto"/>
        <w:ind w:firstLine="331"/>
        <w:jc w:val="both"/>
      </w:pPr>
      <w:r>
        <w:rPr>
          <w:rFonts w:ascii="Georgia" w:hAnsi="Georgia"/>
          <w:b w:val="0"/>
          <w:i w:val="0"/>
          <w:color w:val="22201D"/>
          <w:sz w:val="20"/>
        </w:rPr>
        <w:t>Auditor Ives sat at Table Four with the public door notice on her left and a clean municipal cover sheet on her right. The cover sheet was blank except for a heading:</w:t>
      </w:r>
    </w:p>
    <w:p>
      <w:pPr>
        <w:spacing w:after="60" w:line="250" w:lineRule="auto"/>
        <w:ind w:left="202" w:right="173"/>
      </w:pPr>
      <w:r>
        <w:rPr>
          <w:rFonts w:ascii="Georgia" w:hAnsi="Georgia"/>
          <w:b w:val="0"/>
          <w:i w:val="0"/>
          <w:color w:val="22201D"/>
          <w:sz w:val="17"/>
        </w:rPr>
        <w:t>ACTIVE AUDIT PACKET PRELIMINARY CLOSE OF DINNER-SERVICE PHASE</w:t>
      </w:r>
    </w:p>
    <w:p>
      <w:pPr>
        <w:spacing w:after="60" w:line="266" w:lineRule="auto"/>
        <w:ind w:firstLine="331"/>
        <w:jc w:val="both"/>
      </w:pPr>
      <w:r>
        <w:rPr>
          <w:rFonts w:ascii="Georgia" w:hAnsi="Georgia"/>
          <w:b w:val="0"/>
          <w:i w:val="0"/>
          <w:color w:val="22201D"/>
          <w:sz w:val="20"/>
        </w:rPr>
        <w:t>Steve admired the heading.</w:t>
      </w:r>
    </w:p>
    <w:p>
      <w:pPr>
        <w:spacing w:after="60" w:line="266" w:lineRule="auto"/>
        <w:ind w:firstLine="331"/>
        <w:jc w:val="both"/>
      </w:pPr>
      <w:r>
        <w:rPr>
          <w:rFonts w:ascii="Georgia" w:hAnsi="Georgia"/>
          <w:b w:val="0"/>
          <w:i w:val="0"/>
          <w:color w:val="22201D"/>
          <w:sz w:val="20"/>
        </w:rPr>
        <w:t>This was not a private emotion. Everyone could tell.</w:t>
      </w:r>
    </w:p>
    <w:p>
      <w:pPr>
        <w:spacing w:after="60" w:line="266" w:lineRule="auto"/>
        <w:ind w:firstLine="331"/>
        <w:jc w:val="both"/>
      </w:pPr>
      <w:r>
        <w:rPr>
          <w:rFonts w:ascii="Georgia" w:hAnsi="Georgia"/>
          <w:b w:val="0"/>
          <w:i w:val="0"/>
          <w:color w:val="22201D"/>
          <w:sz w:val="20"/>
        </w:rPr>
        <w:t>The final bill printed:</w:t>
      </w:r>
    </w:p>
    <w:p>
      <w:pPr>
        <w:spacing w:after="60" w:line="250" w:lineRule="auto"/>
        <w:ind w:left="202" w:right="173"/>
      </w:pPr>
      <w:r>
        <w:rPr>
          <w:rFonts w:ascii="Georgia" w:hAnsi="Georgia"/>
          <w:b w:val="0"/>
          <w:i w:val="0"/>
          <w:color w:val="22201D"/>
          <w:sz w:val="17"/>
        </w:rPr>
        <w:t>Clerk admiration: visible but not obstructive</w:t>
      </w:r>
    </w:p>
    <w:p>
      <w:pPr>
        <w:spacing w:after="60" w:line="266" w:lineRule="auto"/>
        <w:ind w:firstLine="331"/>
        <w:jc w:val="both"/>
      </w:pPr>
      <w:r>
        <w:rPr>
          <w:rFonts w:ascii="Georgia" w:hAnsi="Georgia"/>
          <w:b w:val="0"/>
          <w:i w:val="0"/>
          <w:color w:val="22201D"/>
          <w:sz w:val="20"/>
        </w:rPr>
        <w:t>Steve said, "Thank you."</w:t>
      </w:r>
    </w:p>
    <w:p>
      <w:pPr>
        <w:spacing w:after="60" w:line="266" w:lineRule="auto"/>
        <w:ind w:firstLine="331"/>
        <w:jc w:val="both"/>
      </w:pPr>
      <w:r>
        <w:rPr>
          <w:rFonts w:ascii="Georgia" w:hAnsi="Georgia"/>
          <w:b w:val="0"/>
          <w:i w:val="0"/>
          <w:color w:val="22201D"/>
          <w:sz w:val="20"/>
        </w:rPr>
        <w:t>Marlene was not present, but somewhere a filing cabinet probably approved with restraint.</w:t>
      </w:r>
    </w:p>
    <w:p>
      <w:pPr>
        <w:spacing w:after="60" w:line="266" w:lineRule="auto"/>
        <w:ind w:firstLine="331"/>
        <w:jc w:val="both"/>
      </w:pPr>
      <w:r>
        <w:rPr>
          <w:rFonts w:ascii="Georgia" w:hAnsi="Georgia"/>
          <w:b w:val="0"/>
          <w:i w:val="0"/>
          <w:color w:val="22201D"/>
          <w:sz w:val="20"/>
        </w:rPr>
        <w:t>Mara sat beside Flocc, not across from him. This had not been discussed. The chair had simply been available and she had taken it. Flocc was trying not to turn that into a verdict, gift, weather system, or certificate.</w:t>
      </w:r>
    </w:p>
    <w:p>
      <w:pPr>
        <w:spacing w:after="60" w:line="266" w:lineRule="auto"/>
        <w:ind w:firstLine="331"/>
        <w:jc w:val="both"/>
      </w:pPr>
      <w:r>
        <w:rPr>
          <w:rFonts w:ascii="Georgia" w:hAnsi="Georgia"/>
          <w:b w:val="0"/>
          <w:i w:val="0"/>
          <w:color w:val="22201D"/>
          <w:sz w:val="20"/>
        </w:rPr>
        <w:t>The brass tray printed:</w:t>
      </w:r>
    </w:p>
    <w:p>
      <w:pPr>
        <w:spacing w:after="60" w:line="250" w:lineRule="auto"/>
        <w:ind w:left="202" w:right="173"/>
      </w:pPr>
      <w:r>
        <w:rPr>
          <w:rFonts w:ascii="Georgia" w:hAnsi="Georgia"/>
          <w:b w:val="0"/>
          <w:i w:val="0"/>
          <w:color w:val="22201D"/>
          <w:sz w:val="17"/>
        </w:rPr>
        <w:t>Interpretation hold: active</w:t>
      </w:r>
    </w:p>
    <w:p>
      <w:pPr>
        <w:spacing w:after="60" w:line="266" w:lineRule="auto"/>
        <w:ind w:firstLine="331"/>
        <w:jc w:val="both"/>
      </w:pPr>
      <w:r>
        <w:rPr>
          <w:rFonts w:ascii="Georgia" w:hAnsi="Georgia"/>
          <w:b w:val="0"/>
          <w:i w:val="0"/>
          <w:color w:val="22201D"/>
          <w:sz w:val="20"/>
        </w:rPr>
        <w:t>"I know," Flocc said.</w:t>
      </w:r>
    </w:p>
    <w:p>
      <w:pPr>
        <w:spacing w:after="60" w:line="266" w:lineRule="auto"/>
        <w:ind w:firstLine="331"/>
        <w:jc w:val="both"/>
      </w:pPr>
      <w:r>
        <w:rPr>
          <w:rFonts w:ascii="Georgia" w:hAnsi="Georgia"/>
          <w:b w:val="0"/>
          <w:i w:val="0"/>
          <w:color w:val="22201D"/>
          <w:sz w:val="20"/>
        </w:rPr>
        <w:t>"To the tray or yourself?" Mara asked.</w:t>
      </w:r>
    </w:p>
    <w:p>
      <w:pPr>
        <w:spacing w:after="60" w:line="266" w:lineRule="auto"/>
        <w:ind w:firstLine="331"/>
        <w:jc w:val="both"/>
      </w:pPr>
      <w:r>
        <w:rPr>
          <w:rFonts w:ascii="Georgia" w:hAnsi="Georgia"/>
          <w:b w:val="0"/>
          <w:i w:val="0"/>
          <w:color w:val="22201D"/>
          <w:sz w:val="20"/>
        </w:rPr>
        <w:t>"Both."</w:t>
      </w:r>
    </w:p>
    <w:p>
      <w:pPr>
        <w:spacing w:after="60" w:line="266" w:lineRule="auto"/>
        <w:ind w:firstLine="331"/>
        <w:jc w:val="both"/>
      </w:pPr>
      <w:r>
        <w:rPr>
          <w:rFonts w:ascii="Georgia" w:hAnsi="Georgia"/>
          <w:b w:val="0"/>
          <w:i w:val="0"/>
          <w:color w:val="22201D"/>
          <w:sz w:val="20"/>
        </w:rPr>
        <w:t>"Good distribution."</w:t>
      </w:r>
    </w:p>
    <w:p>
      <w:pPr>
        <w:spacing w:after="60" w:line="266" w:lineRule="auto"/>
        <w:ind w:firstLine="331"/>
        <w:jc w:val="both"/>
      </w:pPr>
      <w:r>
        <w:rPr>
          <w:rFonts w:ascii="Georgia" w:hAnsi="Georgia"/>
          <w:b w:val="0"/>
          <w:i w:val="0"/>
          <w:color w:val="22201D"/>
          <w:sz w:val="20"/>
        </w:rPr>
        <w:t>The final bill waited until the room had finished adjusting.</w:t>
      </w:r>
    </w:p>
    <w:p>
      <w:pPr>
        <w:spacing w:after="60" w:line="266" w:lineRule="auto"/>
        <w:ind w:firstLine="331"/>
        <w:jc w:val="both"/>
      </w:pPr>
      <w:r>
        <w:rPr>
          <w:rFonts w:ascii="Georgia" w:hAnsi="Georgia"/>
          <w:b w:val="0"/>
          <w:i w:val="0"/>
          <w:color w:val="22201D"/>
          <w:sz w:val="20"/>
        </w:rPr>
        <w:t>Then it opened itself.</w:t>
      </w:r>
    </w:p>
    <w:p>
      <w:pPr>
        <w:spacing w:after="60" w:line="266" w:lineRule="auto"/>
        <w:ind w:firstLine="331"/>
        <w:jc w:val="both"/>
      </w:pPr>
      <w:r>
        <w:rPr>
          <w:rFonts w:ascii="Georgia" w:hAnsi="Georgia"/>
          <w:b w:val="0"/>
          <w:i w:val="0"/>
          <w:color w:val="22201D"/>
          <w:sz w:val="20"/>
        </w:rPr>
        <w:t>At the top:</w:t>
      </w:r>
    </w:p>
    <w:p>
      <w:pPr>
        <w:spacing w:after="60" w:line="250" w:lineRule="auto"/>
        <w:ind w:left="202" w:right="173"/>
      </w:pPr>
      <w:r>
        <w:rPr>
          <w:rFonts w:ascii="Georgia" w:hAnsi="Georgia"/>
          <w:b w:val="0"/>
          <w:i w:val="0"/>
          <w:color w:val="22201D"/>
          <w:sz w:val="17"/>
        </w:rPr>
        <w:t>FINAL BILL  This is not a sentence. This is not a prize. This is not a receipt for becoming good. This is not a demand for money.  This is the amount required for dinner to become possible.</w:t>
      </w:r>
    </w:p>
    <w:p>
      <w:pPr>
        <w:spacing w:after="60" w:line="266" w:lineRule="auto"/>
        <w:ind w:firstLine="331"/>
        <w:jc w:val="both"/>
      </w:pPr>
      <w:r>
        <w:rPr>
          <w:rFonts w:ascii="Georgia" w:hAnsi="Georgia"/>
          <w:b w:val="0"/>
          <w:i w:val="0"/>
          <w:color w:val="22201D"/>
          <w:sz w:val="20"/>
        </w:rPr>
        <w:t>Flocc read the last line and felt his chest tighten.</w:t>
      </w:r>
    </w:p>
    <w:p>
      <w:pPr>
        <w:spacing w:after="60" w:line="266" w:lineRule="auto"/>
        <w:ind w:firstLine="331"/>
        <w:jc w:val="both"/>
      </w:pPr>
      <w:r>
        <w:rPr>
          <w:rFonts w:ascii="Georgia" w:hAnsi="Georgia"/>
          <w:b w:val="0"/>
          <w:i w:val="0"/>
          <w:color w:val="22201D"/>
          <w:sz w:val="20"/>
        </w:rPr>
        <w:t>Dinner to become possible.</w:t>
      </w:r>
    </w:p>
    <w:p>
      <w:pPr>
        <w:spacing w:after="60" w:line="266" w:lineRule="auto"/>
        <w:ind w:firstLine="331"/>
        <w:jc w:val="both"/>
      </w:pPr>
      <w:r>
        <w:rPr>
          <w:rFonts w:ascii="Georgia" w:hAnsi="Georgia"/>
          <w:b w:val="0"/>
          <w:i w:val="0"/>
          <w:color w:val="22201D"/>
          <w:sz w:val="20"/>
        </w:rPr>
        <w:t>Not dinner to become earned.</w:t>
      </w:r>
    </w:p>
    <w:p>
      <w:pPr>
        <w:spacing w:after="60" w:line="266" w:lineRule="auto"/>
        <w:ind w:firstLine="331"/>
        <w:jc w:val="both"/>
      </w:pPr>
      <w:r>
        <w:rPr>
          <w:rFonts w:ascii="Georgia" w:hAnsi="Georgia"/>
          <w:b w:val="0"/>
          <w:i w:val="0"/>
          <w:color w:val="22201D"/>
          <w:sz w:val="20"/>
        </w:rPr>
        <w:t>Not dinner to become deserved.</w:t>
      </w:r>
    </w:p>
    <w:p>
      <w:pPr>
        <w:spacing w:after="60" w:line="266" w:lineRule="auto"/>
        <w:ind w:firstLine="331"/>
        <w:jc w:val="both"/>
      </w:pPr>
      <w:r>
        <w:rPr>
          <w:rFonts w:ascii="Georgia" w:hAnsi="Georgia"/>
          <w:b w:val="0"/>
          <w:i w:val="0"/>
          <w:color w:val="22201D"/>
          <w:sz w:val="20"/>
        </w:rPr>
        <w:t>Possible.</w:t>
      </w:r>
    </w:p>
    <w:p>
      <w:pPr>
        <w:spacing w:after="60" w:line="266" w:lineRule="auto"/>
        <w:ind w:firstLine="331"/>
        <w:jc w:val="both"/>
      </w:pPr>
      <w:r>
        <w:rPr>
          <w:rFonts w:ascii="Georgia" w:hAnsi="Georgia"/>
          <w:b w:val="0"/>
          <w:i w:val="0"/>
          <w:color w:val="22201D"/>
          <w:sz w:val="20"/>
        </w:rPr>
        <w:t>That was a smaller word than deserved and larger than he was ready for.</w:t>
      </w:r>
    </w:p>
    <w:p>
      <w:pPr>
        <w:spacing w:after="60" w:line="266" w:lineRule="auto"/>
        <w:ind w:firstLine="331"/>
        <w:jc w:val="both"/>
      </w:pPr>
      <w:r>
        <w:rPr>
          <w:rFonts w:ascii="Georgia" w:hAnsi="Georgia"/>
          <w:b w:val="0"/>
          <w:i w:val="0"/>
          <w:color w:val="22201D"/>
          <w:sz w:val="20"/>
        </w:rPr>
        <w:t>Auditor Ives read the bill.</w:t>
      </w:r>
    </w:p>
    <w:p>
      <w:pPr>
        <w:spacing w:after="60" w:line="266" w:lineRule="auto"/>
        <w:ind w:firstLine="331"/>
        <w:jc w:val="both"/>
      </w:pPr>
      <w:r>
        <w:rPr>
          <w:rFonts w:ascii="Georgia" w:hAnsi="Georgia"/>
          <w:b w:val="0"/>
          <w:i w:val="0"/>
          <w:color w:val="22201D"/>
          <w:sz w:val="20"/>
        </w:rPr>
        <w:t>"Amount required for dinner to become possible," she said. "Not payment in recognized tender."</w:t>
      </w:r>
    </w:p>
    <w:p>
      <w:pPr>
        <w:spacing w:after="60" w:line="266" w:lineRule="auto"/>
        <w:ind w:firstLine="331"/>
        <w:jc w:val="both"/>
      </w:pPr>
      <w:r>
        <w:rPr>
          <w:rFonts w:ascii="Georgia" w:hAnsi="Georgia"/>
          <w:b w:val="0"/>
          <w:i w:val="0"/>
          <w:color w:val="22201D"/>
          <w:sz w:val="20"/>
        </w:rPr>
        <w:t>"Correct," said the Hostess.</w:t>
      </w:r>
    </w:p>
    <w:p>
      <w:pPr>
        <w:spacing w:after="60" w:line="266" w:lineRule="auto"/>
        <w:ind w:firstLine="331"/>
        <w:jc w:val="both"/>
      </w:pPr>
      <w:r>
        <w:rPr>
          <w:rFonts w:ascii="Georgia" w:hAnsi="Georgia"/>
          <w:b w:val="0"/>
          <w:i w:val="0"/>
          <w:color w:val="22201D"/>
          <w:sz w:val="20"/>
        </w:rPr>
        <w:t>"Not classification."</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"Not enforcement."</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Gerald said, "Not service approval for held items."</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Steve said, "Not closure of the active file."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Mara said, "Not proof that everyone is fine."</w:t>
      </w:r>
    </w:p>
    <w:p>
      <w:pPr>
        <w:spacing w:after="60" w:line="266" w:lineRule="auto"/>
        <w:ind w:firstLine="331"/>
        <w:jc w:val="both"/>
      </w:pPr>
      <w:r>
        <w:rPr>
          <w:rFonts w:ascii="Georgia" w:hAnsi="Georgia"/>
          <w:b w:val="0"/>
          <w:i w:val="0"/>
          <w:color w:val="22201D"/>
          <w:sz w:val="20"/>
        </w:rPr>
        <w:t>"Correct."</w:t>
      </w:r>
    </w:p>
    <w:p>
      <w:pPr>
        <w:spacing w:after="60" w:line="266" w:lineRule="auto"/>
        <w:ind w:firstLine="331"/>
        <w:jc w:val="both"/>
      </w:pPr>
      <w:r>
        <w:rPr>
          <w:rFonts w:ascii="Georgia" w:hAnsi="Georgia"/>
          <w:b w:val="0"/>
          <w:i w:val="0"/>
          <w:color w:val="22201D"/>
          <w:sz w:val="20"/>
        </w:rPr>
        <w:t>Flocc said nothing.</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Customer silence: under review</w:t>
      </w:r>
    </w:p>
    <w:p>
      <w:pPr>
        <w:spacing w:after="60" w:line="266" w:lineRule="auto"/>
        <w:ind w:firstLine="331"/>
        <w:jc w:val="both"/>
      </w:pPr>
      <w:r>
        <w:rPr>
          <w:rFonts w:ascii="Georgia" w:hAnsi="Georgia"/>
          <w:b w:val="0"/>
          <w:i w:val="0"/>
          <w:color w:val="22201D"/>
          <w:sz w:val="20"/>
        </w:rPr>
        <w:t>Mara looked at him.</w:t>
      </w:r>
    </w:p>
    <w:p>
      <w:pPr>
        <w:spacing w:after="60" w:line="266" w:lineRule="auto"/>
        <w:ind w:firstLine="331"/>
        <w:jc w:val="both"/>
      </w:pPr>
      <w:r>
        <w:rPr>
          <w:rFonts w:ascii="Georgia" w:hAnsi="Georgia"/>
          <w:b w:val="0"/>
          <w:i w:val="0"/>
          <w:color w:val="22201D"/>
          <w:sz w:val="20"/>
        </w:rPr>
        <w:t>He said, "Not forgiveness."</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Correct.</w:t>
      </w:r>
    </w:p>
    <w:p>
      <w:pPr>
        <w:spacing w:after="60" w:line="266" w:lineRule="auto"/>
        <w:ind w:firstLine="331"/>
        <w:jc w:val="both"/>
      </w:pPr>
      <w:r>
        <w:rPr>
          <w:rFonts w:ascii="Georgia" w:hAnsi="Georgia"/>
          <w:b w:val="0"/>
          <w:i w:val="0"/>
          <w:color w:val="22201D"/>
          <w:sz w:val="20"/>
        </w:rPr>
        <w:t>Then, beneath the opening, the final bill listed the charges.</w:t>
      </w:r>
    </w:p>
    <w:p>
      <w:pPr>
        <w:spacing w:after="60" w:line="250" w:lineRule="auto"/>
        <w:ind w:left="202" w:right="173"/>
      </w:pPr>
      <w:r>
        <w:rPr>
          <w:rFonts w:ascii="Georgia" w:hAnsi="Georgia"/>
          <w:b w:val="0"/>
          <w:i w:val="0"/>
          <w:color w:val="22201D"/>
          <w:sz w:val="17"/>
        </w:rPr>
        <w:t>Charge 001: attention to debt  Status: paid forward into conduct</w:t>
      </w:r>
    </w:p>
    <w:p>
      <w:pPr>
        <w:spacing w:after="60" w:line="266" w:lineRule="auto"/>
        <w:ind w:firstLine="331"/>
        <w:jc w:val="both"/>
      </w:pPr>
      <w:r>
        <w:rPr>
          <w:rFonts w:ascii="Georgia" w:hAnsi="Georgia"/>
          <w:b w:val="0"/>
          <w:i w:val="0"/>
          <w:color w:val="22201D"/>
          <w:sz w:val="20"/>
        </w:rPr>
        <w:t>Flocc frowned.</w:t>
      </w:r>
    </w:p>
    <w:p>
      <w:pPr>
        <w:spacing w:after="60" w:line="266" w:lineRule="auto"/>
        <w:ind w:firstLine="331"/>
        <w:jc w:val="both"/>
      </w:pPr>
      <w:r>
        <w:rPr>
          <w:rFonts w:ascii="Georgia" w:hAnsi="Georgia"/>
          <w:b w:val="0"/>
          <w:i w:val="0"/>
          <w:color w:val="22201D"/>
          <w:sz w:val="20"/>
        </w:rPr>
        <w:t>"Paid forward?"</w:t>
      </w:r>
    </w:p>
    <w:p>
      <w:pPr>
        <w:spacing w:after="60" w:line="266" w:lineRule="auto"/>
        <w:ind w:firstLine="331"/>
        <w:jc w:val="both"/>
      </w:pPr>
      <w:r>
        <w:rPr>
          <w:rFonts w:ascii="Georgia" w:hAnsi="Georgia"/>
          <w:b w:val="0"/>
          <w:i w:val="0"/>
          <w:color w:val="22201D"/>
          <w:sz w:val="20"/>
        </w:rPr>
        <w:t>The Hostess said, "You cannot pay attention once and retire."</w:t>
      </w:r>
    </w:p>
    <w:p>
      <w:pPr>
        <w:spacing w:after="60" w:line="266" w:lineRule="auto"/>
        <w:ind w:firstLine="331"/>
        <w:jc w:val="both"/>
      </w:pPr>
      <w:r>
        <w:rPr>
          <w:rFonts w:ascii="Georgia" w:hAnsi="Georgia"/>
          <w:b w:val="0"/>
          <w:i w:val="0"/>
          <w:color w:val="22201D"/>
          <w:sz w:val="20"/>
        </w:rPr>
        <w:t>"That seems unfair."</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"Also accurate."</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The bill continued:</w:t>
      </w:r>
    </w:p>
    <w:p>
      <w:pPr>
        <w:spacing w:after="60" w:line="250" w:lineRule="auto"/>
        <w:ind w:left="202" w:right="173"/>
      </w:pPr>
      <w:r>
        <w:rPr>
          <w:rFonts w:ascii="Georgia" w:hAnsi="Georgia"/>
          <w:b w:val="0"/>
          <w:i w:val="0"/>
          <w:color w:val="22201D"/>
          <w:sz w:val="17"/>
        </w:rPr>
        <w:t>Charge 002: future honesty  Status: partial, active  Recipient response: heard</w:t>
      </w:r>
    </w:p>
    <w:p>
      <w:pPr>
        <w:spacing w:after="60" w:line="266" w:lineRule="auto"/>
        <w:ind w:firstLine="331"/>
        <w:jc w:val="both"/>
      </w:pPr>
      <w:r>
        <w:rPr>
          <w:rFonts w:ascii="Georgia" w:hAnsi="Georgia"/>
          <w:b w:val="0"/>
          <w:i w:val="0"/>
          <w:color w:val="22201D"/>
          <w:sz w:val="20"/>
        </w:rPr>
        <w:t>The refund notice, still in its sleeve, cooled visibly.</w:t>
      </w:r>
    </w:p>
    <w:p>
      <w:pPr>
        <w:spacing w:after="60" w:line="266" w:lineRule="auto"/>
        <w:ind w:firstLine="331"/>
        <w:jc w:val="both"/>
      </w:pPr>
      <w:r>
        <w:rPr>
          <w:rFonts w:ascii="Georgia" w:hAnsi="Georgia"/>
          <w:b w:val="0"/>
          <w:i w:val="0"/>
          <w:color w:val="22201D"/>
          <w:sz w:val="20"/>
        </w:rPr>
        <w:t>Not cold.</w:t>
      </w:r>
    </w:p>
    <w:p>
      <w:pPr>
        <w:spacing w:after="60" w:line="266" w:lineRule="auto"/>
        <w:ind w:firstLine="331"/>
        <w:jc w:val="both"/>
      </w:pPr>
      <w:r>
        <w:rPr>
          <w:rFonts w:ascii="Georgia" w:hAnsi="Georgia"/>
          <w:b w:val="0"/>
          <w:i w:val="0"/>
          <w:color w:val="22201D"/>
          <w:sz w:val="20"/>
        </w:rPr>
        <w:t>Cool enough to handle.</w:t>
      </w:r>
    </w:p>
    <w:p>
      <w:pPr>
        <w:spacing w:after="60" w:line="266" w:lineRule="auto"/>
        <w:ind w:firstLine="331"/>
        <w:jc w:val="both"/>
      </w:pPr>
      <w:r>
        <w:rPr>
          <w:rFonts w:ascii="Georgia" w:hAnsi="Georgia"/>
          <w:b w:val="0"/>
          <w:i w:val="0"/>
          <w:color w:val="22201D"/>
          <w:sz w:val="20"/>
        </w:rPr>
        <w:t>Flocc looked at Elliot M.'s name and did not reach for his phone. Not because he was finished. Because one apology did not become a subscription to further contact. The next honest thing would have to be honest for its own date.</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Future contact: not scheduled by guilt</w:t>
      </w:r>
    </w:p>
    <w:p>
      <w:pPr>
        <w:spacing w:after="60" w:line="266" w:lineRule="auto"/>
        <w:ind w:firstLine="331"/>
        <w:jc w:val="both"/>
      </w:pPr>
      <w:r>
        <w:rPr>
          <w:rFonts w:ascii="Georgia" w:hAnsi="Georgia"/>
          <w:b w:val="0"/>
          <w:i w:val="0"/>
          <w:color w:val="22201D"/>
          <w:sz w:val="20"/>
        </w:rPr>
        <w:t>Mara breathed out quietly.</w:t>
      </w:r>
    </w:p>
    <w:p>
      <w:pPr>
        <w:spacing w:after="60" w:line="266" w:lineRule="auto"/>
        <w:ind w:firstLine="331"/>
        <w:jc w:val="both"/>
      </w:pPr>
      <w:r>
        <w:rPr>
          <w:rFonts w:ascii="Georgia" w:hAnsi="Georgia"/>
          <w:b w:val="0"/>
          <w:i w:val="0"/>
          <w:color w:val="22201D"/>
          <w:sz w:val="20"/>
        </w:rPr>
        <w:t>Flocc did not turn toward her for credit.</w:t>
      </w:r>
    </w:p>
    <w:p>
      <w:pPr>
        <w:spacing w:after="60" w:line="266" w:lineRule="auto"/>
        <w:ind w:firstLine="331"/>
        <w:jc w:val="both"/>
      </w:pPr>
      <w:r>
        <w:rPr>
          <w:rFonts w:ascii="Georgia" w:hAnsi="Georgia"/>
          <w:b w:val="0"/>
          <w:i w:val="0"/>
          <w:color w:val="22201D"/>
          <w:sz w:val="20"/>
        </w:rPr>
        <w:t>The brass tray printed:</w:t>
      </w:r>
    </w:p>
    <w:p>
      <w:pPr>
        <w:spacing w:after="60" w:line="250" w:lineRule="auto"/>
        <w:ind w:left="202" w:right="173"/>
      </w:pPr>
      <w:r>
        <w:rPr>
          <w:rFonts w:ascii="Georgia" w:hAnsi="Georgia"/>
          <w:b w:val="0"/>
          <w:i w:val="0"/>
          <w:color w:val="22201D"/>
          <w:sz w:val="17"/>
        </w:rPr>
        <w:t>Credit not requested. Good.</w:t>
      </w:r>
    </w:p>
    <w:p>
      <w:pPr>
        <w:spacing w:after="60" w:line="266" w:lineRule="auto"/>
        <w:ind w:firstLine="331"/>
        <w:jc w:val="both"/>
      </w:pPr>
      <w:r>
        <w:rPr>
          <w:rFonts w:ascii="Georgia" w:hAnsi="Georgia"/>
          <w:b w:val="0"/>
          <w:i w:val="0"/>
          <w:color w:val="22201D"/>
          <w:sz w:val="20"/>
        </w:rPr>
        <w:t>"That is praise," Gerald said.</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Observation only.</w:t>
      </w:r>
    </w:p>
    <w:p>
      <w:pPr>
        <w:spacing w:after="60" w:line="266" w:lineRule="auto"/>
        <w:ind w:firstLine="331"/>
        <w:jc w:val="both"/>
      </w:pPr>
      <w:r>
        <w:rPr>
          <w:rFonts w:ascii="Georgia" w:hAnsi="Georgia"/>
          <w:b w:val="0"/>
          <w:i w:val="0"/>
          <w:color w:val="22201D"/>
          <w:sz w:val="20"/>
        </w:rPr>
        <w:t>Gerald said, "It learned from the bill."</w:t>
      </w:r>
    </w:p>
    <w:p>
      <w:pPr>
        <w:spacing w:after="60" w:line="266" w:lineRule="auto"/>
        <w:ind w:firstLine="331"/>
        <w:jc w:val="both"/>
      </w:pPr>
      <w:r>
        <w:rPr>
          <w:rFonts w:ascii="Georgia" w:hAnsi="Georgia"/>
          <w:b w:val="0"/>
          <w:i w:val="0"/>
          <w:color w:val="22201D"/>
          <w:sz w:val="20"/>
        </w:rPr>
        <w:t>Bob said, "Paper educates paper. This is why libraries are dangerous at night."</w:t>
      </w:r>
    </w:p>
    <w:p>
      <w:pPr>
        <w:spacing w:after="60" w:line="266" w:lineRule="auto"/>
        <w:ind w:firstLine="331"/>
        <w:jc w:val="both"/>
      </w:pPr>
      <w:r>
        <w:rPr>
          <w:rFonts w:ascii="Georgia" w:hAnsi="Georgia"/>
          <w:b w:val="0"/>
          <w:i w:val="0"/>
          <w:color w:val="22201D"/>
          <w:sz w:val="20"/>
        </w:rPr>
        <w:t>Steve reached for a note card, then stopped himself.</w:t>
      </w:r>
    </w:p>
    <w:p>
      <w:pPr>
        <w:spacing w:after="60" w:line="266" w:lineRule="auto"/>
        <w:ind w:firstLine="331"/>
        <w:jc w:val="both"/>
      </w:pPr>
      <w:r>
        <w:rPr>
          <w:rFonts w:ascii="Georgia" w:hAnsi="Georgia"/>
          <w:b w:val="0"/>
          <w:i w:val="0"/>
          <w:color w:val="22201D"/>
          <w:sz w:val="20"/>
        </w:rPr>
        <w:t>The final bill continued:</w:t>
      </w:r>
    </w:p>
    <w:p>
      <w:pPr>
        <w:spacing w:after="60" w:line="250" w:lineRule="auto"/>
        <w:ind w:left="202" w:right="173"/>
      </w:pPr>
      <w:r>
        <w:rPr>
          <w:rFonts w:ascii="Georgia" w:hAnsi="Georgia"/>
          <w:b w:val="0"/>
          <w:i w:val="0"/>
          <w:color w:val="22201D"/>
          <w:sz w:val="17"/>
        </w:rPr>
        <w:t>Charge 003: procedural courage  Status: accepted, ongoing  Clerk note: accuracy must remain available to witness</w:t>
      </w:r>
    </w:p>
    <w:p>
      <w:pPr>
        <w:spacing w:after="60" w:line="266" w:lineRule="auto"/>
        <w:ind w:firstLine="331"/>
        <w:jc w:val="both"/>
      </w:pPr>
      <w:r>
        <w:rPr>
          <w:rFonts w:ascii="Georgia" w:hAnsi="Georgia"/>
          <w:b w:val="0"/>
          <w:i w:val="0"/>
          <w:color w:val="22201D"/>
          <w:sz w:val="20"/>
        </w:rPr>
        <w:t>Steve read it.</w:t>
      </w:r>
    </w:p>
    <w:p>
      <w:pPr>
        <w:spacing w:after="60" w:line="266" w:lineRule="auto"/>
        <w:ind w:firstLine="331"/>
        <w:jc w:val="both"/>
      </w:pPr>
      <w:r>
        <w:rPr>
          <w:rFonts w:ascii="Georgia" w:hAnsi="Georgia"/>
          <w:b w:val="0"/>
          <w:i w:val="0"/>
          <w:color w:val="22201D"/>
          <w:sz w:val="20"/>
        </w:rPr>
        <w:t>"Ongoing," he said.</w:t>
      </w:r>
    </w:p>
    <w:p>
      <w:pPr>
        <w:spacing w:after="60" w:line="266" w:lineRule="auto"/>
        <w:ind w:firstLine="331"/>
        <w:jc w:val="both"/>
      </w:pPr>
      <w:r>
        <w:rPr>
          <w:rFonts w:ascii="Georgia" w:hAnsi="Georgia"/>
          <w:b w:val="0"/>
          <w:i w:val="0"/>
          <w:color w:val="22201D"/>
          <w:sz w:val="20"/>
        </w:rPr>
        <w:t>Auditor Ives said, "Yes."</w:t>
      </w:r>
    </w:p>
    <w:p>
      <w:pPr>
        <w:spacing w:after="60" w:line="266" w:lineRule="auto"/>
        <w:ind w:firstLine="331"/>
        <w:jc w:val="both"/>
      </w:pPr>
      <w:r>
        <w:rPr>
          <w:rFonts w:ascii="Georgia" w:hAnsi="Georgia"/>
          <w:b w:val="0"/>
          <w:i w:val="0"/>
          <w:color w:val="22201D"/>
          <w:sz w:val="20"/>
        </w:rPr>
        <w:t>"That was not a question."</w:t>
      </w:r>
    </w:p>
    <w:p>
      <w:pPr>
        <w:spacing w:after="60" w:line="266" w:lineRule="auto"/>
        <w:ind w:firstLine="331"/>
        <w:jc w:val="both"/>
      </w:pPr>
      <w:r>
        <w:rPr>
          <w:rFonts w:ascii="Georgia" w:hAnsi="Georgia"/>
          <w:b w:val="0"/>
          <w:i w:val="0"/>
          <w:color w:val="22201D"/>
          <w:sz w:val="20"/>
        </w:rPr>
        <w:t>"It was a clerk attempting grief through grammar."</w:t>
      </w:r>
    </w:p>
    <w:p>
      <w:pPr>
        <w:spacing w:after="60" w:line="266" w:lineRule="auto"/>
        <w:ind w:firstLine="331"/>
        <w:jc w:val="both"/>
      </w:pPr>
      <w:r>
        <w:rPr>
          <w:rFonts w:ascii="Georgia" w:hAnsi="Georgia"/>
          <w:b w:val="0"/>
          <w:i w:val="0"/>
          <w:color w:val="22201D"/>
          <w:sz w:val="20"/>
        </w:rPr>
        <w:t>Steve looked at her.</w:t>
      </w:r>
    </w:p>
    <w:p>
      <w:pPr>
        <w:spacing w:after="60" w:line="266" w:lineRule="auto"/>
        <w:ind w:firstLine="331"/>
        <w:jc w:val="both"/>
      </w:pPr>
      <w:r>
        <w:rPr>
          <w:rFonts w:ascii="Georgia" w:hAnsi="Georgia"/>
          <w:b w:val="0"/>
          <w:i w:val="0"/>
          <w:color w:val="22201D"/>
          <w:sz w:val="20"/>
        </w:rPr>
        <w:t>"That was good."</w:t>
      </w:r>
    </w:p>
    <w:p>
      <w:pPr>
        <w:spacing w:after="60" w:line="266" w:lineRule="auto"/>
        <w:ind w:firstLine="331"/>
        <w:jc w:val="both"/>
      </w:pPr>
      <w:r>
        <w:rPr>
          <w:rFonts w:ascii="Georgia" w:hAnsi="Georgia"/>
          <w:b w:val="0"/>
          <w:i w:val="0"/>
          <w:color w:val="22201D"/>
          <w:sz w:val="20"/>
        </w:rPr>
        <w:t>"Do not make me regret it."</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Interdepartmental respect: entered with caution</w:t>
      </w:r>
    </w:p>
    <w:p>
      <w:pPr>
        <w:spacing w:after="60" w:line="266" w:lineRule="auto"/>
        <w:ind w:firstLine="331"/>
        <w:jc w:val="both"/>
      </w:pPr>
      <w:r>
        <w:rPr>
          <w:rFonts w:ascii="Georgia" w:hAnsi="Georgia"/>
          <w:b w:val="0"/>
          <w:i w:val="0"/>
          <w:color w:val="22201D"/>
          <w:sz w:val="20"/>
        </w:rPr>
        <w:t>The final bill continued:</w:t>
      </w:r>
    </w:p>
    <w:p>
      <w:pPr>
        <w:spacing w:after="60" w:line="250" w:lineRule="auto"/>
        <w:ind w:left="202" w:right="173"/>
      </w:pPr>
      <w:r>
        <w:rPr>
          <w:rFonts w:ascii="Georgia" w:hAnsi="Georgia"/>
          <w:b w:val="0"/>
          <w:i w:val="0"/>
          <w:color w:val="22201D"/>
          <w:sz w:val="17"/>
        </w:rPr>
        <w:t>Charge 004: clean hands  Status: active control  Safety note: mystery remains subject to sanitation</w:t>
      </w:r>
    </w:p>
    <w:p>
      <w:pPr>
        <w:spacing w:after="60" w:line="266" w:lineRule="auto"/>
        <w:ind w:firstLine="331"/>
        <w:jc w:val="both"/>
      </w:pPr>
      <w:r>
        <w:rPr>
          <w:rFonts w:ascii="Georgia" w:hAnsi="Georgia"/>
          <w:b w:val="0"/>
          <w:i w:val="0"/>
          <w:color w:val="22201D"/>
          <w:sz w:val="20"/>
        </w:rPr>
        <w:t>Gerald nodded.</w:t>
      </w:r>
    </w:p>
    <w:p>
      <w:pPr>
        <w:spacing w:after="60" w:line="266" w:lineRule="auto"/>
        <w:ind w:firstLine="331"/>
        <w:jc w:val="both"/>
      </w:pPr>
      <w:r>
        <w:rPr>
          <w:rFonts w:ascii="Georgia" w:hAnsi="Georgia"/>
          <w:b w:val="0"/>
          <w:i w:val="0"/>
          <w:color w:val="22201D"/>
          <w:sz w:val="20"/>
        </w:rPr>
        <w:t>"That line can stay."</w:t>
      </w:r>
    </w:p>
    <w:p>
      <w:pPr>
        <w:spacing w:after="60" w:line="266" w:lineRule="auto"/>
        <w:ind w:firstLine="331"/>
        <w:jc w:val="both"/>
      </w:pPr>
      <w:r>
        <w:rPr>
          <w:rFonts w:ascii="Georgia" w:hAnsi="Georgia"/>
          <w:b w:val="0"/>
          <w:i w:val="0"/>
          <w:color w:val="22201D"/>
          <w:sz w:val="20"/>
        </w:rPr>
        <w:t>"It was never leaving," said the Hostess.</w:t>
      </w:r>
    </w:p>
    <w:p>
      <w:pPr>
        <w:spacing w:after="60" w:line="266" w:lineRule="auto"/>
        <w:ind w:firstLine="331"/>
        <w:jc w:val="both"/>
      </w:pPr>
      <w:r>
        <w:rPr>
          <w:rFonts w:ascii="Georgia" w:hAnsi="Georgia"/>
          <w:b w:val="0"/>
          <w:i w:val="0"/>
          <w:color w:val="22201D"/>
          <w:sz w:val="20"/>
        </w:rPr>
        <w:t>"Still."</w:t>
      </w:r>
    </w:p>
    <w:p>
      <w:pPr>
        <w:spacing w:after="60" w:line="266" w:lineRule="auto"/>
        <w:ind w:firstLine="331"/>
        <w:jc w:val="both"/>
      </w:pPr>
      <w:r>
        <w:rPr>
          <w:rFonts w:ascii="Georgia" w:hAnsi="Georgia"/>
          <w:b w:val="0"/>
          <w:i w:val="0"/>
          <w:color w:val="22201D"/>
          <w:sz w:val="20"/>
        </w:rPr>
        <w:t>The final bill continued:</w:t>
      </w:r>
    </w:p>
    <w:p>
      <w:pPr>
        <w:spacing w:after="60" w:line="250" w:lineRule="auto"/>
        <w:ind w:left="202" w:right="173"/>
      </w:pPr>
      <w:r>
        <w:rPr>
          <w:rFonts w:ascii="Georgia" w:hAnsi="Georgia"/>
          <w:b w:val="0"/>
          <w:i w:val="0"/>
          <w:color w:val="22201D"/>
          <w:sz w:val="17"/>
        </w:rPr>
        <w:t>Charge 005: listening  Status: accepted in exact portions  Warning: do not use listening as a receipt</w:t>
      </w:r>
    </w:p>
    <w:p>
      <w:pPr>
        <w:spacing w:after="60" w:line="266" w:lineRule="auto"/>
        <w:ind w:firstLine="331"/>
        <w:jc w:val="both"/>
      </w:pPr>
      <w:r>
        <w:rPr>
          <w:rFonts w:ascii="Georgia" w:hAnsi="Georgia"/>
          <w:b w:val="0"/>
          <w:i w:val="0"/>
          <w:color w:val="22201D"/>
          <w:sz w:val="20"/>
        </w:rPr>
        <w:t>Mara looked at Flocc.</w:t>
      </w:r>
    </w:p>
    <w:p>
      <w:pPr>
        <w:spacing w:after="60" w:line="266" w:lineRule="auto"/>
        <w:ind w:firstLine="331"/>
        <w:jc w:val="both"/>
      </w:pPr>
      <w:r>
        <w:rPr>
          <w:rFonts w:ascii="Georgia" w:hAnsi="Georgia"/>
          <w:b w:val="0"/>
          <w:i w:val="0"/>
          <w:color w:val="22201D"/>
          <w:sz w:val="20"/>
        </w:rPr>
        <w:t>Flocc looked at the bill.</w:t>
      </w:r>
    </w:p>
    <w:p>
      <w:pPr>
        <w:spacing w:after="60" w:line="266" w:lineRule="auto"/>
        <w:ind w:firstLine="331"/>
        <w:jc w:val="both"/>
      </w:pPr>
      <w:r>
        <w:rPr>
          <w:rFonts w:ascii="Georgia" w:hAnsi="Georgia"/>
          <w:b w:val="0"/>
          <w:i w:val="0"/>
          <w:color w:val="22201D"/>
          <w:sz w:val="20"/>
        </w:rPr>
        <w:t>Then at her.</w:t>
      </w:r>
    </w:p>
    <w:p>
      <w:pPr>
        <w:spacing w:after="60" w:line="266" w:lineRule="auto"/>
        <w:ind w:firstLine="331"/>
        <w:jc w:val="both"/>
      </w:pPr>
      <w:r>
        <w:rPr>
          <w:rFonts w:ascii="Georgia" w:hAnsi="Georgia"/>
          <w:b w:val="0"/>
          <w:i w:val="0"/>
          <w:color w:val="22201D"/>
          <w:sz w:val="20"/>
        </w:rPr>
        <w:t>"I am still learning that," he said.</w:t>
      </w:r>
    </w:p>
    <w:p>
      <w:pPr>
        <w:spacing w:after="60" w:line="266" w:lineRule="auto"/>
        <w:ind w:firstLine="331"/>
        <w:jc w:val="both"/>
      </w:pPr>
      <w:r>
        <w:rPr>
          <w:rFonts w:ascii="Georgia" w:hAnsi="Georgia"/>
          <w:b w:val="0"/>
          <w:i w:val="0"/>
          <w:color w:val="22201D"/>
          <w:sz w:val="20"/>
        </w:rPr>
        <w:t>"I know."</w:t>
      </w:r>
    </w:p>
    <w:p>
      <w:pPr>
        <w:spacing w:after="60" w:line="266" w:lineRule="auto"/>
        <w:ind w:firstLine="331"/>
        <w:jc w:val="both"/>
      </w:pPr>
      <w:r>
        <w:rPr>
          <w:rFonts w:ascii="Georgia" w:hAnsi="Georgia"/>
          <w:b w:val="0"/>
          <w:i w:val="0"/>
          <w:color w:val="22201D"/>
          <w:sz w:val="20"/>
        </w:rPr>
        <w:t>"That is not a request for reassurance."</w:t>
      </w:r>
    </w:p>
    <w:p>
      <w:pPr>
        <w:spacing w:after="60" w:line="266" w:lineRule="auto"/>
        <w:ind w:firstLine="331"/>
        <w:jc w:val="both"/>
      </w:pPr>
      <w:r>
        <w:rPr>
          <w:rFonts w:ascii="Georgia" w:hAnsi="Georgia"/>
          <w:b w:val="0"/>
          <w:i w:val="0"/>
          <w:color w:val="22201D"/>
          <w:sz w:val="20"/>
        </w:rPr>
        <w:t>"I know that too."</w:t>
      </w:r>
    </w:p>
    <w:p>
      <w:pPr>
        <w:spacing w:after="60" w:line="266" w:lineRule="auto"/>
        <w:ind w:firstLine="331"/>
        <w:jc w:val="both"/>
      </w:pPr>
      <w:r>
        <w:rPr>
          <w:rFonts w:ascii="Georgia" w:hAnsi="Georgia"/>
          <w:b w:val="0"/>
          <w:i w:val="0"/>
          <w:color w:val="22201D"/>
          <w:sz w:val="20"/>
        </w:rPr>
        <w:t>The tray printed:</w:t>
      </w:r>
    </w:p>
    <w:p>
      <w:pPr>
        <w:spacing w:after="60" w:line="250" w:lineRule="auto"/>
        <w:ind w:left="202" w:right="173"/>
      </w:pPr>
      <w:r>
        <w:rPr>
          <w:rFonts w:ascii="Georgia" w:hAnsi="Georgia"/>
          <w:b w:val="0"/>
          <w:i w:val="0"/>
          <w:color w:val="22201D"/>
          <w:sz w:val="17"/>
        </w:rPr>
        <w:t>Exchange complete enough. Do not garnish.</w:t>
      </w:r>
    </w:p>
    <w:p>
      <w:pPr>
        <w:spacing w:after="60" w:line="266" w:lineRule="auto"/>
        <w:ind w:firstLine="331"/>
        <w:jc w:val="both"/>
      </w:pPr>
      <w:r>
        <w:rPr>
          <w:rFonts w:ascii="Georgia" w:hAnsi="Georgia"/>
          <w:b w:val="0"/>
          <w:i w:val="0"/>
          <w:color w:val="22201D"/>
          <w:sz w:val="20"/>
        </w:rPr>
        <w:t>They did not garnish.</w:t>
      </w:r>
    </w:p>
    <w:p>
      <w:pPr>
        <w:spacing w:after="60" w:line="266" w:lineRule="auto"/>
        <w:ind w:firstLine="331"/>
        <w:jc w:val="both"/>
      </w:pPr>
      <w:r>
        <w:rPr>
          <w:rFonts w:ascii="Georgia" w:hAnsi="Georgia"/>
          <w:b w:val="0"/>
          <w:i w:val="0"/>
          <w:color w:val="22201D"/>
          <w:sz w:val="20"/>
        </w:rPr>
        <w:t>The final bill continued:</w:t>
      </w:r>
    </w:p>
    <w:p>
      <w:pPr>
        <w:spacing w:after="60" w:line="250" w:lineRule="auto"/>
        <w:ind w:left="202" w:right="173"/>
      </w:pPr>
      <w:r>
        <w:rPr>
          <w:rFonts w:ascii="Georgia" w:hAnsi="Georgia"/>
          <w:b w:val="0"/>
          <w:i w:val="0"/>
          <w:color w:val="22201D"/>
          <w:sz w:val="17"/>
        </w:rPr>
        <w:t>Charge 006: admission  Status: partial but usable  Auditor note: public protection is not neutrality</w:t>
      </w:r>
    </w:p>
    <w:p>
      <w:pPr>
        <w:spacing w:after="60" w:line="266" w:lineRule="auto"/>
        <w:ind w:firstLine="331"/>
        <w:jc w:val="both"/>
      </w:pPr>
      <w:r>
        <w:rPr>
          <w:rFonts w:ascii="Georgia" w:hAnsi="Georgia"/>
          <w:b w:val="0"/>
          <w:i w:val="0"/>
          <w:color w:val="22201D"/>
          <w:sz w:val="20"/>
        </w:rPr>
        <w:t>Auditor Ives looked at the line for a long time.</w:t>
      </w:r>
    </w:p>
    <w:p>
      <w:pPr>
        <w:spacing w:after="60" w:line="266" w:lineRule="auto"/>
        <w:ind w:firstLine="331"/>
        <w:jc w:val="both"/>
      </w:pPr>
      <w:r>
        <w:rPr>
          <w:rFonts w:ascii="Georgia" w:hAnsi="Georgia"/>
          <w:b w:val="0"/>
          <w:i w:val="0"/>
          <w:color w:val="22201D"/>
          <w:sz w:val="20"/>
        </w:rPr>
        <w:t>"Usable is not sufficient."</w:t>
      </w:r>
    </w:p>
    <w:p>
      <w:pPr>
        <w:spacing w:after="60" w:line="266" w:lineRule="auto"/>
        <w:ind w:firstLine="331"/>
        <w:jc w:val="both"/>
      </w:pPr>
      <w:r>
        <w:rPr>
          <w:rFonts w:ascii="Georgia" w:hAnsi="Georgia"/>
          <w:b w:val="0"/>
          <w:i w:val="0"/>
          <w:color w:val="22201D"/>
          <w:sz w:val="20"/>
        </w:rPr>
        <w:t>The Hostess said, "It is sufficient for dinner."</w:t>
      </w:r>
    </w:p>
    <w:p>
      <w:pPr>
        <w:spacing w:after="60" w:line="266" w:lineRule="auto"/>
        <w:ind w:firstLine="331"/>
        <w:jc w:val="both"/>
      </w:pPr>
      <w:r>
        <w:rPr>
          <w:rFonts w:ascii="Georgia" w:hAnsi="Georgia"/>
          <w:b w:val="0"/>
          <w:i w:val="0"/>
          <w:color w:val="22201D"/>
          <w:sz w:val="20"/>
        </w:rPr>
        <w:t>"Not for policy."</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Auditor Ives wrote on her cover sheet:</w:t>
      </w:r>
    </w:p>
    <w:p>
      <w:pPr>
        <w:spacing w:after="60" w:line="250" w:lineRule="auto"/>
        <w:ind w:left="202" w:right="173"/>
      </w:pPr>
      <w:r>
        <w:rPr>
          <w:rFonts w:ascii="Georgia" w:hAnsi="Georgia"/>
          <w:b w:val="0"/>
          <w:i w:val="0"/>
          <w:color w:val="22201D"/>
          <w:sz w:val="17"/>
        </w:rPr>
        <w:t>Further classification required after dinner-service phase.</w:t>
      </w:r>
    </w:p>
    <w:p>
      <w:pPr>
        <w:spacing w:after="60" w:line="266" w:lineRule="auto"/>
        <w:ind w:firstLine="331"/>
        <w:jc w:val="both"/>
      </w:pPr>
      <w:r>
        <w:rPr>
          <w:rFonts w:ascii="Georgia" w:hAnsi="Georgia"/>
          <w:b w:val="0"/>
          <w:i w:val="0"/>
          <w:color w:val="22201D"/>
          <w:sz w:val="20"/>
        </w:rPr>
        <w:t>The final bill printed:</w:t>
      </w:r>
    </w:p>
    <w:p>
      <w:pPr>
        <w:spacing w:after="60" w:line="250" w:lineRule="auto"/>
        <w:ind w:left="202" w:right="173"/>
      </w:pPr>
      <w:r>
        <w:rPr>
          <w:rFonts w:ascii="Georgia" w:hAnsi="Georgia"/>
          <w:b w:val="0"/>
          <w:i w:val="0"/>
          <w:color w:val="22201D"/>
          <w:sz w:val="17"/>
        </w:rPr>
        <w:t>Accepted.</w:t>
      </w:r>
    </w:p>
    <w:p>
      <w:pPr>
        <w:spacing w:after="60" w:line="266" w:lineRule="auto"/>
        <w:ind w:firstLine="331"/>
        <w:jc w:val="both"/>
      </w:pPr>
      <w:r>
        <w:rPr>
          <w:rFonts w:ascii="Georgia" w:hAnsi="Georgia"/>
          <w:b w:val="0"/>
          <w:i w:val="0"/>
          <w:color w:val="22201D"/>
          <w:sz w:val="20"/>
        </w:rPr>
        <w:t>Auditor Ives did not smile.</w:t>
      </w:r>
    </w:p>
    <w:p>
      <w:pPr>
        <w:spacing w:after="60" w:line="266" w:lineRule="auto"/>
        <w:ind w:firstLine="331"/>
        <w:jc w:val="both"/>
      </w:pPr>
      <w:r>
        <w:rPr>
          <w:rFonts w:ascii="Georgia" w:hAnsi="Georgia"/>
          <w:b w:val="0"/>
          <w:i w:val="0"/>
          <w:color w:val="22201D"/>
          <w:sz w:val="20"/>
        </w:rPr>
        <w:t>But she did not object.</w:t>
      </w:r>
    </w:p>
    <w:p>
      <w:pPr>
        <w:spacing w:after="60" w:line="266" w:lineRule="auto"/>
        <w:ind w:firstLine="331"/>
        <w:jc w:val="both"/>
      </w:pPr>
      <w:r>
        <w:rPr>
          <w:rFonts w:ascii="Georgia" w:hAnsi="Georgia"/>
          <w:b w:val="0"/>
          <w:i w:val="0"/>
          <w:color w:val="22201D"/>
          <w:sz w:val="20"/>
        </w:rPr>
        <w:t>The final bill continued:</w:t>
      </w:r>
    </w:p>
    <w:p>
      <w:pPr>
        <w:spacing w:after="60" w:line="250" w:lineRule="auto"/>
        <w:ind w:left="202" w:right="173"/>
      </w:pPr>
      <w:r>
        <w:rPr>
          <w:rFonts w:ascii="Georgia" w:hAnsi="Georgia"/>
          <w:b w:val="0"/>
          <w:i w:val="0"/>
          <w:color w:val="22201D"/>
          <w:sz w:val="17"/>
        </w:rPr>
        <w:t>Charge 007: gloves and honesty  Status: sauce remains held  Black Orchard Adobo: not served not sold not sampled not converted into symbol without label</w:t>
      </w:r>
    </w:p>
    <w:p>
      <w:pPr>
        <w:spacing w:after="60" w:line="266" w:lineRule="auto"/>
        <w:ind w:firstLine="331"/>
        <w:jc w:val="both"/>
      </w:pPr>
      <w:r>
        <w:rPr>
          <w:rFonts w:ascii="Georgia" w:hAnsi="Georgia"/>
          <w:b w:val="0"/>
          <w:i w:val="0"/>
          <w:color w:val="22201D"/>
          <w:sz w:val="20"/>
        </w:rPr>
        <w:t>Gerald said, "Good."</w:t>
      </w:r>
    </w:p>
    <w:p>
      <w:pPr>
        <w:spacing w:after="60" w:line="266" w:lineRule="auto"/>
        <w:ind w:firstLine="331"/>
        <w:jc w:val="both"/>
      </w:pPr>
      <w:r>
        <w:rPr>
          <w:rFonts w:ascii="Georgia" w:hAnsi="Georgia"/>
          <w:b w:val="0"/>
          <w:i w:val="0"/>
          <w:color w:val="22201D"/>
          <w:sz w:val="20"/>
        </w:rPr>
        <w:t>The sauce ledger said nothing.</w:t>
      </w:r>
    </w:p>
    <w:p>
      <w:pPr>
        <w:spacing w:after="60" w:line="266" w:lineRule="auto"/>
        <w:ind w:firstLine="331"/>
        <w:jc w:val="both"/>
      </w:pPr>
      <w:r>
        <w:rPr>
          <w:rFonts w:ascii="Georgia" w:hAnsi="Georgia"/>
          <w:b w:val="0"/>
          <w:i w:val="0"/>
          <w:color w:val="22201D"/>
          <w:sz w:val="20"/>
        </w:rPr>
        <w:t>This was better than good.</w:t>
      </w:r>
    </w:p>
    <w:p>
      <w:pPr>
        <w:spacing w:after="60" w:line="266" w:lineRule="auto"/>
        <w:ind w:firstLine="331"/>
        <w:jc w:val="both"/>
      </w:pPr>
      <w:r>
        <w:rPr>
          <w:rFonts w:ascii="Georgia" w:hAnsi="Georgia"/>
          <w:b w:val="0"/>
          <w:i w:val="0"/>
          <w:color w:val="22201D"/>
          <w:sz w:val="20"/>
        </w:rPr>
        <w:t>The final bill continued:</w:t>
      </w:r>
    </w:p>
    <w:p>
      <w:pPr>
        <w:spacing w:after="60" w:line="250" w:lineRule="auto"/>
        <w:ind w:left="202" w:right="173"/>
      </w:pPr>
      <w:r>
        <w:rPr>
          <w:rFonts w:ascii="Georgia" w:hAnsi="Georgia"/>
          <w:b w:val="0"/>
          <w:i w:val="0"/>
          <w:color w:val="22201D"/>
          <w:sz w:val="17"/>
        </w:rPr>
        <w:t>Charge 008: plain testimony  Status: minutes signed  Hearing note: the bill may be evidence, not sole authority</w:t>
      </w:r>
    </w:p>
    <w:p>
      <w:pPr>
        <w:spacing w:after="60" w:line="266" w:lineRule="auto"/>
        <w:ind w:firstLine="331"/>
        <w:jc w:val="both"/>
      </w:pPr>
      <w:r>
        <w:rPr>
          <w:rFonts w:ascii="Georgia" w:hAnsi="Georgia"/>
          <w:b w:val="0"/>
          <w:i w:val="0"/>
          <w:color w:val="22201D"/>
          <w:sz w:val="20"/>
        </w:rPr>
        <w:t>Steve and Auditor Ives both nodded at the same time and disliked how satisfying that was.</w:t>
      </w:r>
    </w:p>
    <w:p>
      <w:pPr>
        <w:spacing w:after="60" w:line="266" w:lineRule="auto"/>
        <w:ind w:firstLine="331"/>
        <w:jc w:val="both"/>
      </w:pPr>
      <w:r>
        <w:rPr>
          <w:rFonts w:ascii="Georgia" w:hAnsi="Georgia"/>
          <w:b w:val="0"/>
          <w:i w:val="0"/>
          <w:color w:val="22201D"/>
          <w:sz w:val="20"/>
        </w:rPr>
        <w:t>The final bill continued:</w:t>
      </w:r>
    </w:p>
    <w:p>
      <w:pPr>
        <w:spacing w:after="60" w:line="250" w:lineRule="auto"/>
        <w:ind w:left="202" w:right="173"/>
      </w:pPr>
      <w:r>
        <w:rPr>
          <w:rFonts w:ascii="Georgia" w:hAnsi="Georgia"/>
          <w:b w:val="0"/>
          <w:i w:val="0"/>
          <w:color w:val="22201D"/>
          <w:sz w:val="17"/>
        </w:rPr>
        <w:t>Charge 009: own your line  Status: split bill accepted  Warning: shared accountability is not moral ranking</w:t>
      </w:r>
    </w:p>
    <w:p>
      <w:pPr>
        <w:spacing w:after="60" w:line="266" w:lineRule="auto"/>
        <w:ind w:firstLine="331"/>
        <w:jc w:val="both"/>
      </w:pPr>
      <w:r>
        <w:rPr>
          <w:rFonts w:ascii="Georgia" w:hAnsi="Georgia"/>
          <w:b w:val="0"/>
          <w:i w:val="0"/>
          <w:color w:val="22201D"/>
          <w:sz w:val="20"/>
        </w:rPr>
        <w:t>Mara's folded comment card warmed slightly.</w:t>
      </w:r>
    </w:p>
    <w:p>
      <w:pPr>
        <w:spacing w:after="60" w:line="266" w:lineRule="auto"/>
        <w:ind w:firstLine="331"/>
        <w:jc w:val="both"/>
      </w:pPr>
      <w:r>
        <w:rPr>
          <w:rFonts w:ascii="Georgia" w:hAnsi="Georgia"/>
          <w:b w:val="0"/>
          <w:i w:val="0"/>
          <w:color w:val="22201D"/>
          <w:sz w:val="20"/>
        </w:rPr>
        <w:t>Flocc said, "I think that one is still hard."</w:t>
      </w:r>
    </w:p>
    <w:p>
      <w:pPr>
        <w:spacing w:after="60" w:line="266" w:lineRule="auto"/>
        <w:ind w:firstLine="331"/>
        <w:jc w:val="both"/>
      </w:pPr>
      <w:r>
        <w:rPr>
          <w:rFonts w:ascii="Georgia" w:hAnsi="Georgia"/>
          <w:b w:val="0"/>
          <w:i w:val="0"/>
          <w:color w:val="22201D"/>
          <w:sz w:val="20"/>
        </w:rPr>
        <w:t>"Good," said Mara.</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"If it gets easy too fast, someone is lying."</w:t>
      </w:r>
    </w:p>
    <w:p>
      <w:pPr>
        <w:spacing w:after="60" w:line="266" w:lineRule="auto"/>
        <w:ind w:firstLine="331"/>
        <w:jc w:val="both"/>
      </w:pPr>
      <w:r>
        <w:rPr>
          <w:rFonts w:ascii="Georgia" w:hAnsi="Georgia"/>
          <w:b w:val="0"/>
          <w:i w:val="0"/>
          <w:color w:val="22201D"/>
          <w:sz w:val="20"/>
        </w:rPr>
        <w:t>The final bill printed:</w:t>
      </w:r>
    </w:p>
    <w:p>
      <w:pPr>
        <w:spacing w:after="60" w:line="250" w:lineRule="auto"/>
        <w:ind w:left="202" w:right="173"/>
      </w:pPr>
      <w:r>
        <w:rPr>
          <w:rFonts w:ascii="Georgia" w:hAnsi="Georgia"/>
          <w:b w:val="0"/>
          <w:i w:val="0"/>
          <w:color w:val="22201D"/>
          <w:sz w:val="17"/>
        </w:rPr>
        <w:t>Comment accepted.</w:t>
      </w:r>
    </w:p>
    <w:p>
      <w:pPr>
        <w:spacing w:after="60" w:line="266" w:lineRule="auto"/>
        <w:ind w:firstLine="331"/>
        <w:jc w:val="both"/>
      </w:pPr>
      <w:r>
        <w:rPr>
          <w:rFonts w:ascii="Georgia" w:hAnsi="Georgia"/>
          <w:b w:val="0"/>
          <w:i w:val="0"/>
          <w:color w:val="22201D"/>
          <w:sz w:val="20"/>
        </w:rPr>
        <w:t>Mara looked pleased and annoyed, which Flocc had come to understand as one of the restaurant's preferred states for honest people.</w:t>
      </w:r>
    </w:p>
    <w:p>
      <w:pPr>
        <w:spacing w:after="60" w:line="266" w:lineRule="auto"/>
        <w:ind w:firstLine="331"/>
        <w:jc w:val="both"/>
      </w:pPr>
      <w:r>
        <w:rPr>
          <w:rFonts w:ascii="Georgia" w:hAnsi="Georgia"/>
          <w:b w:val="0"/>
          <w:i w:val="0"/>
          <w:color w:val="22201D"/>
          <w:sz w:val="20"/>
        </w:rPr>
        <w:t>The final bill continued:</w:t>
      </w:r>
    </w:p>
    <w:p>
      <w:pPr>
        <w:spacing w:after="60" w:line="250" w:lineRule="auto"/>
        <w:ind w:left="202" w:right="173"/>
      </w:pPr>
      <w:r>
        <w:rPr>
          <w:rFonts w:ascii="Georgia" w:hAnsi="Georgia"/>
          <w:b w:val="0"/>
          <w:i w:val="0"/>
          <w:color w:val="22201D"/>
          <w:sz w:val="17"/>
        </w:rPr>
        <w:t>Charge 010: one reservation refused  Status: public door notice posted  Warning: consequence is not product</w:t>
      </w:r>
    </w:p>
    <w:p>
      <w:pPr>
        <w:spacing w:after="60" w:line="266" w:lineRule="auto"/>
        <w:ind w:firstLine="331"/>
        <w:jc w:val="both"/>
      </w:pPr>
      <w:r>
        <w:rPr>
          <w:rFonts w:ascii="Georgia" w:hAnsi="Georgia"/>
          <w:b w:val="0"/>
          <w:i w:val="0"/>
          <w:color w:val="22201D"/>
          <w:sz w:val="20"/>
        </w:rPr>
        <w:t>Outside the window, Juniper passed by again.</w:t>
      </w:r>
    </w:p>
    <w:p>
      <w:pPr>
        <w:spacing w:after="60" w:line="266" w:lineRule="auto"/>
        <w:ind w:firstLine="331"/>
        <w:jc w:val="both"/>
      </w:pPr>
      <w:r>
        <w:rPr>
          <w:rFonts w:ascii="Georgia" w:hAnsi="Georgia"/>
          <w:b w:val="0"/>
          <w:i w:val="0"/>
          <w:color w:val="22201D"/>
          <w:sz w:val="20"/>
        </w:rPr>
        <w:t>She slowed.</w:t>
      </w:r>
    </w:p>
    <w:p>
      <w:pPr>
        <w:spacing w:after="60" w:line="266" w:lineRule="auto"/>
        <w:ind w:firstLine="331"/>
        <w:jc w:val="both"/>
      </w:pPr>
      <w:r>
        <w:rPr>
          <w:rFonts w:ascii="Georgia" w:hAnsi="Georgia"/>
          <w:b w:val="0"/>
          <w:i w:val="0"/>
          <w:color w:val="22201D"/>
          <w:sz w:val="20"/>
        </w:rPr>
        <w:t>She read the public notice.</w:t>
      </w:r>
    </w:p>
    <w:p>
      <w:pPr>
        <w:spacing w:after="60" w:line="266" w:lineRule="auto"/>
        <w:ind w:firstLine="331"/>
        <w:jc w:val="both"/>
      </w:pPr>
      <w:r>
        <w:rPr>
          <w:rFonts w:ascii="Georgia" w:hAnsi="Georgia"/>
          <w:b w:val="0"/>
          <w:i w:val="0"/>
          <w:color w:val="22201D"/>
          <w:sz w:val="20"/>
        </w:rPr>
        <w:t>She did not come inside.</w:t>
      </w:r>
    </w:p>
    <w:p>
      <w:pPr>
        <w:spacing w:after="60" w:line="266" w:lineRule="auto"/>
        <w:ind w:firstLine="331"/>
        <w:jc w:val="both"/>
      </w:pPr>
      <w:r>
        <w:rPr>
          <w:rFonts w:ascii="Georgia" w:hAnsi="Georgia"/>
          <w:b w:val="0"/>
          <w:i w:val="0"/>
          <w:color w:val="22201D"/>
          <w:sz w:val="20"/>
        </w:rPr>
        <w:t>She lifted the glass of water the Hostess had given her earlier, now half empty, in a small embarrassed salute and kept walking.</w:t>
      </w:r>
    </w:p>
    <w:p>
      <w:pPr>
        <w:spacing w:after="60" w:line="266" w:lineRule="auto"/>
        <w:ind w:firstLine="331"/>
        <w:jc w:val="both"/>
      </w:pPr>
      <w:r>
        <w:rPr>
          <w:rFonts w:ascii="Georgia" w:hAnsi="Georgia"/>
          <w:b w:val="0"/>
          <w:i w:val="0"/>
          <w:color w:val="22201D"/>
          <w:sz w:val="20"/>
        </w:rPr>
        <w:t>Gerald made a note:</w:t>
      </w:r>
    </w:p>
    <w:p>
      <w:pPr>
        <w:spacing w:after="60" w:line="250" w:lineRule="auto"/>
        <w:ind w:left="202" w:right="173"/>
      </w:pPr>
      <w:r>
        <w:rPr>
          <w:rFonts w:ascii="Georgia" w:hAnsi="Georgia"/>
          <w:b w:val="0"/>
          <w:i w:val="0"/>
          <w:color w:val="22201D"/>
          <w:sz w:val="17"/>
        </w:rPr>
        <w:t>Public notice successful once.</w:t>
      </w:r>
    </w:p>
    <w:p>
      <w:pPr>
        <w:spacing w:after="60" w:line="266" w:lineRule="auto"/>
        <w:ind w:firstLine="331"/>
        <w:jc w:val="both"/>
      </w:pPr>
      <w:r>
        <w:rPr>
          <w:rFonts w:ascii="Georgia" w:hAnsi="Georgia"/>
          <w:b w:val="0"/>
          <w:i w:val="0"/>
          <w:color w:val="22201D"/>
          <w:sz w:val="20"/>
        </w:rPr>
        <w:t>Auditor Ives said, "Once is not data."</w:t>
      </w:r>
    </w:p>
    <w:p>
      <w:pPr>
        <w:spacing w:after="60" w:line="266" w:lineRule="auto"/>
        <w:ind w:firstLine="331"/>
        <w:jc w:val="both"/>
      </w:pPr>
      <w:r>
        <w:rPr>
          <w:rFonts w:ascii="Georgia" w:hAnsi="Georgia"/>
          <w:b w:val="0"/>
          <w:i w:val="0"/>
          <w:color w:val="22201D"/>
          <w:sz w:val="20"/>
        </w:rPr>
        <w:t>Gerald said, "It is an observation."</w:t>
      </w:r>
    </w:p>
    <w:p>
      <w:pPr>
        <w:spacing w:after="60" w:line="266" w:lineRule="auto"/>
        <w:ind w:firstLine="331"/>
        <w:jc w:val="both"/>
      </w:pPr>
      <w:r>
        <w:rPr>
          <w:rFonts w:ascii="Georgia" w:hAnsi="Georgia"/>
          <w:b w:val="0"/>
          <w:i w:val="0"/>
          <w:color w:val="22201D"/>
          <w:sz w:val="20"/>
        </w:rPr>
        <w:t>Steve said, "Entered as observation."</w:t>
      </w:r>
    </w:p>
    <w:p>
      <w:pPr>
        <w:spacing w:after="60" w:line="266" w:lineRule="auto"/>
        <w:ind w:firstLine="331"/>
        <w:jc w:val="both"/>
      </w:pPr>
      <w:r>
        <w:rPr>
          <w:rFonts w:ascii="Georgia" w:hAnsi="Georgia"/>
          <w:b w:val="0"/>
          <w:i w:val="0"/>
          <w:color w:val="22201D"/>
          <w:sz w:val="20"/>
        </w:rPr>
        <w:t>The final bill printed:</w:t>
      </w:r>
    </w:p>
    <w:p>
      <w:pPr>
        <w:spacing w:after="60" w:line="250" w:lineRule="auto"/>
        <w:ind w:left="202" w:right="173"/>
      </w:pPr>
      <w:r>
        <w:rPr>
          <w:rFonts w:ascii="Georgia" w:hAnsi="Georgia"/>
          <w:b w:val="0"/>
          <w:i w:val="0"/>
          <w:color w:val="22201D"/>
          <w:sz w:val="17"/>
        </w:rPr>
        <w:t>Observation entered. Do not overclaim.</w:t>
      </w:r>
    </w:p>
    <w:p>
      <w:pPr>
        <w:spacing w:after="60" w:line="266" w:lineRule="auto"/>
        <w:ind w:firstLine="331"/>
        <w:jc w:val="both"/>
      </w:pPr>
      <w:r>
        <w:rPr>
          <w:rFonts w:ascii="Georgia" w:hAnsi="Georgia"/>
          <w:b w:val="0"/>
          <w:i w:val="0"/>
          <w:color w:val="22201D"/>
          <w:sz w:val="20"/>
        </w:rPr>
        <w:t>"That," said Auditor Ives, "may be the best sentence this establishment has produced."</w:t>
      </w:r>
    </w:p>
    <w:p>
      <w:pPr>
        <w:spacing w:after="60" w:line="266" w:lineRule="auto"/>
        <w:ind w:firstLine="331"/>
        <w:jc w:val="both"/>
      </w:pPr>
      <w:r>
        <w:rPr>
          <w:rFonts w:ascii="Georgia" w:hAnsi="Georgia"/>
          <w:b w:val="0"/>
          <w:i w:val="0"/>
          <w:color w:val="22201D"/>
          <w:sz w:val="20"/>
        </w:rPr>
        <w:t>The Hostess said, "We will not put it on the menu."</w:t>
      </w:r>
    </w:p>
    <w:p>
      <w:pPr>
        <w:spacing w:after="60" w:line="266" w:lineRule="auto"/>
        <w:ind w:firstLine="331"/>
        <w:jc w:val="both"/>
      </w:pPr>
      <w:r>
        <w:rPr>
          <w:rFonts w:ascii="Georgia" w:hAnsi="Georgia"/>
          <w:b w:val="0"/>
          <w:i w:val="0"/>
          <w:color w:val="22201D"/>
          <w:sz w:val="20"/>
        </w:rPr>
        <w:t>"Thank you."</w:t>
      </w:r>
    </w:p>
    <w:p>
      <w:pPr>
        <w:spacing w:after="60" w:line="266" w:lineRule="auto"/>
        <w:ind w:firstLine="331"/>
        <w:jc w:val="both"/>
      </w:pPr>
      <w:r>
        <w:rPr>
          <w:rFonts w:ascii="Georgia" w:hAnsi="Georgia"/>
          <w:b w:val="0"/>
          <w:i w:val="0"/>
          <w:color w:val="22201D"/>
          <w:sz w:val="20"/>
        </w:rPr>
        <w:t>The final bill paused.</w:t>
      </w:r>
    </w:p>
    <w:p>
      <w:pPr>
        <w:spacing w:after="60" w:line="266" w:lineRule="auto"/>
        <w:ind w:firstLine="331"/>
        <w:jc w:val="both"/>
      </w:pPr>
      <w:r>
        <w:rPr>
          <w:rFonts w:ascii="Georgia" w:hAnsi="Georgia"/>
          <w:b w:val="0"/>
          <w:i w:val="0"/>
          <w:color w:val="22201D"/>
          <w:sz w:val="20"/>
        </w:rPr>
        <w:t>Then the lower half of the page changed.</w:t>
      </w:r>
    </w:p>
    <w:p>
      <w:pPr>
        <w:spacing w:after="60" w:line="250" w:lineRule="auto"/>
        <w:ind w:left="202" w:right="173"/>
      </w:pPr>
      <w:r>
        <w:rPr>
          <w:rFonts w:ascii="Georgia" w:hAnsi="Georgia"/>
          <w:b w:val="0"/>
          <w:i w:val="0"/>
          <w:color w:val="22201D"/>
          <w:sz w:val="17"/>
        </w:rPr>
        <w:t>AMOUNT DUE: exact change in conduct</w:t>
      </w:r>
    </w:p>
    <w:p>
      <w:pPr>
        <w:spacing w:after="60" w:line="266" w:lineRule="auto"/>
        <w:ind w:firstLine="331"/>
        <w:jc w:val="both"/>
      </w:pPr>
      <w:r>
        <w:rPr>
          <w:rFonts w:ascii="Georgia" w:hAnsi="Georgia"/>
          <w:b w:val="0"/>
          <w:i w:val="0"/>
          <w:color w:val="22201D"/>
          <w:sz w:val="20"/>
        </w:rPr>
        <w:t>Flocc read it.</w:t>
      </w:r>
    </w:p>
    <w:p>
      <w:pPr>
        <w:spacing w:after="60" w:line="266" w:lineRule="auto"/>
        <w:ind w:firstLine="331"/>
        <w:jc w:val="both"/>
      </w:pPr>
      <w:r>
        <w:rPr>
          <w:rFonts w:ascii="Georgia" w:hAnsi="Georgia"/>
          <w:b w:val="0"/>
          <w:i w:val="0"/>
          <w:color w:val="22201D"/>
          <w:sz w:val="20"/>
        </w:rPr>
        <w:t>"Conduct," he said.</w:t>
      </w:r>
    </w:p>
    <w:p>
      <w:pPr>
        <w:spacing w:after="60" w:line="266" w:lineRule="auto"/>
        <w:ind w:firstLine="331"/>
        <w:jc w:val="both"/>
      </w:pPr>
      <w:r>
        <w:rPr>
          <w:rFonts w:ascii="Georgia" w:hAnsi="Georgia"/>
          <w:b w:val="0"/>
          <w:i w:val="0"/>
          <w:color w:val="22201D"/>
          <w:sz w:val="20"/>
        </w:rPr>
        <w:t>The Hostess nodded.</w:t>
      </w:r>
    </w:p>
    <w:p>
      <w:pPr>
        <w:spacing w:after="60" w:line="266" w:lineRule="auto"/>
        <w:ind w:firstLine="331"/>
        <w:jc w:val="both"/>
      </w:pPr>
      <w:r>
        <w:rPr>
          <w:rFonts w:ascii="Georgia" w:hAnsi="Georgia"/>
          <w:b w:val="0"/>
          <w:i w:val="0"/>
          <w:color w:val="22201D"/>
          <w:sz w:val="20"/>
        </w:rPr>
        <w:t>"Not feeling?"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"Not intention?"</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"Not being sorry enough?"</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"Not understanding everything?"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"Conduct."</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He sat with that.</w:t>
      </w:r>
    </w:p>
    <w:p>
      <w:pPr>
        <w:spacing w:after="60" w:line="266" w:lineRule="auto"/>
        <w:ind w:firstLine="331"/>
        <w:jc w:val="both"/>
      </w:pPr>
      <w:r>
        <w:rPr>
          <w:rFonts w:ascii="Georgia" w:hAnsi="Georgia"/>
          <w:b w:val="0"/>
          <w:i w:val="0"/>
          <w:color w:val="22201D"/>
          <w:sz w:val="20"/>
        </w:rPr>
        <w:t>It was less dramatic than shame and more difficult than shame. Shame had a theater. Conduct had a calendar. Shame could flood the room and make everyone look at him. Conduct had to happen on days when no one was impressed, when the restaurant was not printing, when Elliot did not answer, when Mara did not witness, when the city did not care, when there was no glowing menu and no bill to insult him into clarity.</w:t>
      </w:r>
    </w:p>
    <w:p>
      <w:pPr>
        <w:spacing w:after="60" w:line="266" w:lineRule="auto"/>
        <w:ind w:firstLine="331"/>
        <w:jc w:val="both"/>
      </w:pPr>
      <w:r>
        <w:rPr>
          <w:rFonts w:ascii="Georgia" w:hAnsi="Georgia"/>
          <w:b w:val="0"/>
          <w:i w:val="0"/>
          <w:color w:val="22201D"/>
          <w:sz w:val="20"/>
        </w:rPr>
        <w:t>The final bill printed:</w:t>
      </w:r>
    </w:p>
    <w:p>
      <w:pPr>
        <w:spacing w:after="60" w:line="250" w:lineRule="auto"/>
        <w:ind w:left="202" w:right="173"/>
      </w:pPr>
      <w:r>
        <w:rPr>
          <w:rFonts w:ascii="Georgia" w:hAnsi="Georgia"/>
          <w:b w:val="0"/>
          <w:i w:val="0"/>
          <w:color w:val="22201D"/>
          <w:sz w:val="17"/>
        </w:rPr>
        <w:t>Understanding entered: conduct continues offstage</w:t>
      </w:r>
    </w:p>
    <w:p>
      <w:pPr>
        <w:spacing w:after="60" w:line="266" w:lineRule="auto"/>
        <w:ind w:firstLine="331"/>
        <w:jc w:val="both"/>
      </w:pPr>
      <w:r>
        <w:rPr>
          <w:rFonts w:ascii="Georgia" w:hAnsi="Georgia"/>
          <w:b w:val="0"/>
          <w:i w:val="0"/>
          <w:color w:val="22201D"/>
          <w:sz w:val="20"/>
        </w:rPr>
        <w:t>Flocc said, "Yes."</w:t>
      </w:r>
    </w:p>
    <w:p>
      <w:pPr>
        <w:spacing w:after="60" w:line="266" w:lineRule="auto"/>
        <w:ind w:firstLine="331"/>
        <w:jc w:val="both"/>
      </w:pPr>
      <w:r>
        <w:rPr>
          <w:rFonts w:ascii="Georgia" w:hAnsi="Georgia"/>
          <w:b w:val="0"/>
          <w:i w:val="0"/>
          <w:color w:val="22201D"/>
          <w:sz w:val="20"/>
        </w:rPr>
        <w:t>Nobody applauded.</w:t>
      </w:r>
    </w:p>
    <w:p>
      <w:pPr>
        <w:spacing w:after="60" w:line="266" w:lineRule="auto"/>
        <w:ind w:firstLine="331"/>
        <w:jc w:val="both"/>
      </w:pPr>
      <w:r>
        <w:rPr>
          <w:rFonts w:ascii="Georgia" w:hAnsi="Georgia"/>
          <w:b w:val="0"/>
          <w:i w:val="0"/>
          <w:color w:val="22201D"/>
          <w:sz w:val="20"/>
        </w:rPr>
        <w:t>This was one of the kindest things the room had ever done for him.</w:t>
      </w:r>
    </w:p>
    <w:p>
      <w:pPr>
        <w:spacing w:after="60" w:line="266" w:lineRule="auto"/>
        <w:ind w:firstLine="331"/>
        <w:jc w:val="both"/>
      </w:pPr>
      <w:r>
        <w:rPr>
          <w:rFonts w:ascii="Georgia" w:hAnsi="Georgia"/>
          <w:b w:val="0"/>
          <w:i w:val="0"/>
          <w:color w:val="22201D"/>
          <w:sz w:val="20"/>
        </w:rPr>
        <w:t>The Hostess lifted the final bill.</w:t>
      </w:r>
    </w:p>
    <w:p>
      <w:pPr>
        <w:spacing w:after="60" w:line="266" w:lineRule="auto"/>
        <w:ind w:firstLine="331"/>
        <w:jc w:val="both"/>
      </w:pPr>
      <w:r>
        <w:rPr>
          <w:rFonts w:ascii="Georgia" w:hAnsi="Georgia"/>
          <w:b w:val="0"/>
          <w:i w:val="0"/>
          <w:color w:val="22201D"/>
          <w:sz w:val="20"/>
        </w:rPr>
        <w:t>Under it was dinner.</w:t>
      </w:r>
    </w:p>
    <w:p>
      <w:pPr>
        <w:spacing w:after="60" w:line="266" w:lineRule="auto"/>
        <w:ind w:firstLine="331"/>
        <w:jc w:val="both"/>
      </w:pPr>
      <w:r>
        <w:rPr>
          <w:rFonts w:ascii="Georgia" w:hAnsi="Georgia"/>
          <w:b w:val="0"/>
          <w:i w:val="0"/>
          <w:color w:val="22201D"/>
          <w:sz w:val="20"/>
        </w:rPr>
        <w:t>Not a feast.</w:t>
      </w:r>
    </w:p>
    <w:p>
      <w:pPr>
        <w:spacing w:after="60" w:line="266" w:lineRule="auto"/>
        <w:ind w:firstLine="331"/>
        <w:jc w:val="both"/>
      </w:pPr>
      <w:r>
        <w:rPr>
          <w:rFonts w:ascii="Georgia" w:hAnsi="Georgia"/>
          <w:b w:val="0"/>
          <w:i w:val="0"/>
          <w:color w:val="22201D"/>
          <w:sz w:val="20"/>
        </w:rPr>
        <w:t>Not a miracle pretending to be an entree.</w:t>
      </w:r>
    </w:p>
    <w:p>
      <w:pPr>
        <w:spacing w:after="60" w:line="266" w:lineRule="auto"/>
        <w:ind w:firstLine="331"/>
        <w:jc w:val="both"/>
      </w:pPr>
      <w:r>
        <w:rPr>
          <w:rFonts w:ascii="Georgia" w:hAnsi="Georgia"/>
          <w:b w:val="0"/>
          <w:i w:val="0"/>
          <w:color w:val="22201D"/>
          <w:sz w:val="20"/>
        </w:rPr>
        <w:t>Dinner.</w:t>
      </w:r>
    </w:p>
    <w:p>
      <w:pPr>
        <w:spacing w:after="60" w:line="266" w:lineRule="auto"/>
        <w:ind w:firstLine="331"/>
        <w:jc w:val="both"/>
      </w:pPr>
      <w:r>
        <w:rPr>
          <w:rFonts w:ascii="Georgia" w:hAnsi="Georgia"/>
          <w:b w:val="0"/>
          <w:i w:val="0"/>
          <w:color w:val="22201D"/>
          <w:sz w:val="20"/>
        </w:rPr>
        <w:t>There was bread. Greens. Roasted roots. A bowl of soup that did not explain itself. Water. Tea for later, maybe. No Black Orchard Adobo. No unapproved sauce. No dessert that tried to eat anyone. No cosmic tableware beyond what the room could safely hold.</w:t>
      </w:r>
    </w:p>
    <w:p>
      <w:pPr>
        <w:spacing w:after="60" w:line="266" w:lineRule="auto"/>
        <w:ind w:firstLine="331"/>
        <w:jc w:val="both"/>
      </w:pPr>
      <w:r>
        <w:rPr>
          <w:rFonts w:ascii="Georgia" w:hAnsi="Georgia"/>
          <w:b w:val="0"/>
          <w:i w:val="0"/>
          <w:color w:val="22201D"/>
          <w:sz w:val="20"/>
        </w:rPr>
        <w:t>Gerald inspected the arrangement.</w:t>
      </w:r>
    </w:p>
    <w:p>
      <w:pPr>
        <w:spacing w:after="60" w:line="266" w:lineRule="auto"/>
        <w:ind w:firstLine="331"/>
        <w:jc w:val="both"/>
      </w:pPr>
      <w:r>
        <w:rPr>
          <w:rFonts w:ascii="Georgia" w:hAnsi="Georgia"/>
          <w:b w:val="0"/>
          <w:i w:val="0"/>
          <w:color w:val="22201D"/>
          <w:sz w:val="20"/>
        </w:rPr>
        <w:t>"Food and active paper separated?"</w:t>
      </w:r>
    </w:p>
    <w:p>
      <w:pPr>
        <w:spacing w:after="60" w:line="266" w:lineRule="auto"/>
        <w:ind w:firstLine="331"/>
        <w:jc w:val="both"/>
      </w:pPr>
      <w:r>
        <w:rPr>
          <w:rFonts w:ascii="Georgia" w:hAnsi="Georgia"/>
          <w:b w:val="0"/>
          <w:i w:val="0"/>
          <w:color w:val="22201D"/>
          <w:sz w:val="20"/>
        </w:rPr>
        <w:t>"Yes," said the Hostess.</w:t>
      </w:r>
    </w:p>
    <w:p>
      <w:pPr>
        <w:spacing w:after="60" w:line="266" w:lineRule="auto"/>
        <w:ind w:firstLine="331"/>
        <w:jc w:val="both"/>
      </w:pPr>
      <w:r>
        <w:rPr>
          <w:rFonts w:ascii="Georgia" w:hAnsi="Georgia"/>
          <w:b w:val="0"/>
          <w:i w:val="0"/>
          <w:color w:val="22201D"/>
          <w:sz w:val="20"/>
        </w:rPr>
        <w:t>"Sauce hold maintained?"</w:t>
      </w:r>
    </w:p>
    <w:p>
      <w:pPr>
        <w:spacing w:after="60" w:line="266" w:lineRule="auto"/>
        <w:ind w:firstLine="331"/>
        <w:jc w:val="both"/>
      </w:pPr>
      <w:r>
        <w:rPr>
          <w:rFonts w:ascii="Georgia" w:hAnsi="Georgia"/>
          <w:b w:val="0"/>
          <w:i w:val="0"/>
          <w:color w:val="22201D"/>
          <w:sz w:val="20"/>
        </w:rPr>
        <w:t>"Yes."</w:t>
      </w:r>
    </w:p>
    <w:p>
      <w:pPr>
        <w:spacing w:after="60" w:line="266" w:lineRule="auto"/>
        <w:ind w:firstLine="331"/>
        <w:jc w:val="both"/>
      </w:pPr>
      <w:r>
        <w:rPr>
          <w:rFonts w:ascii="Georgia" w:hAnsi="Georgia"/>
          <w:b w:val="0"/>
          <w:i w:val="0"/>
          <w:color w:val="22201D"/>
          <w:sz w:val="20"/>
        </w:rPr>
        <w:t>"Hand sink clear?"</w:t>
      </w:r>
    </w:p>
    <w:p>
      <w:pPr>
        <w:spacing w:after="60" w:line="266" w:lineRule="auto"/>
        <w:ind w:firstLine="331"/>
        <w:jc w:val="both"/>
      </w:pPr>
      <w:r>
        <w:rPr>
          <w:rFonts w:ascii="Georgia" w:hAnsi="Georgia"/>
          <w:b w:val="0"/>
          <w:i w:val="0"/>
          <w:color w:val="22201D"/>
          <w:sz w:val="20"/>
        </w:rPr>
        <w:t>"Always."</w:t>
      </w:r>
    </w:p>
    <w:p>
      <w:pPr>
        <w:spacing w:after="60" w:line="266" w:lineRule="auto"/>
        <w:ind w:firstLine="331"/>
        <w:jc w:val="both"/>
      </w:pPr>
      <w:r>
        <w:rPr>
          <w:rFonts w:ascii="Georgia" w:hAnsi="Georgia"/>
          <w:b w:val="0"/>
          <w:i w:val="0"/>
          <w:color w:val="22201D"/>
          <w:sz w:val="20"/>
        </w:rPr>
        <w:t>"Then dinner may proceed."</w:t>
      </w:r>
    </w:p>
    <w:p>
      <w:pPr>
        <w:spacing w:after="60" w:line="266" w:lineRule="auto"/>
        <w:ind w:firstLine="331"/>
        <w:jc w:val="both"/>
      </w:pPr>
      <w:r>
        <w:rPr>
          <w:rFonts w:ascii="Georgia" w:hAnsi="Georgia"/>
          <w:b w:val="0"/>
          <w:i w:val="0"/>
          <w:color w:val="22201D"/>
          <w:sz w:val="20"/>
        </w:rPr>
        <w:t>The words did not solve everything.</w:t>
      </w:r>
    </w:p>
    <w:p>
      <w:pPr>
        <w:spacing w:after="60" w:line="266" w:lineRule="auto"/>
        <w:ind w:firstLine="331"/>
        <w:jc w:val="both"/>
      </w:pPr>
      <w:r>
        <w:rPr>
          <w:rFonts w:ascii="Georgia" w:hAnsi="Georgia"/>
          <w:b w:val="0"/>
          <w:i w:val="0"/>
          <w:color w:val="22201D"/>
          <w:sz w:val="20"/>
        </w:rPr>
        <w:t>They allowed the next right thing.</w:t>
      </w:r>
    </w:p>
    <w:p>
      <w:pPr>
        <w:spacing w:after="60" w:line="266" w:lineRule="auto"/>
        <w:ind w:firstLine="331"/>
        <w:jc w:val="both"/>
      </w:pPr>
      <w:r>
        <w:rPr>
          <w:rFonts w:ascii="Georgia" w:hAnsi="Georgia"/>
          <w:b w:val="0"/>
          <w:i w:val="0"/>
          <w:color w:val="22201D"/>
          <w:sz w:val="20"/>
        </w:rPr>
        <w:t>Steve looked at the final bill.</w:t>
      </w:r>
    </w:p>
    <w:p>
      <w:pPr>
        <w:spacing w:after="60" w:line="266" w:lineRule="auto"/>
        <w:ind w:firstLine="331"/>
        <w:jc w:val="both"/>
      </w:pPr>
      <w:r>
        <w:rPr>
          <w:rFonts w:ascii="Georgia" w:hAnsi="Georgia"/>
          <w:b w:val="0"/>
          <w:i w:val="0"/>
          <w:color w:val="22201D"/>
          <w:sz w:val="20"/>
        </w:rPr>
        <w:t>"How do we file this?"</w:t>
      </w:r>
    </w:p>
    <w:p>
      <w:pPr>
        <w:spacing w:after="60" w:line="266" w:lineRule="auto"/>
        <w:ind w:firstLine="331"/>
        <w:jc w:val="both"/>
      </w:pPr>
      <w:r>
        <w:rPr>
          <w:rFonts w:ascii="Georgia" w:hAnsi="Georgia"/>
          <w:b w:val="0"/>
          <w:i w:val="0"/>
          <w:color w:val="22201D"/>
          <w:sz w:val="20"/>
        </w:rPr>
        <w:t>Auditor Ives answered, "Preliminary close of dinner-service phase. Active audit continues. Public door notice attached. Final classification pending."</w:t>
      </w:r>
    </w:p>
    <w:p>
      <w:pPr>
        <w:spacing w:after="60" w:line="266" w:lineRule="auto"/>
        <w:ind w:firstLine="331"/>
        <w:jc w:val="both"/>
      </w:pPr>
      <w:r>
        <w:rPr>
          <w:rFonts w:ascii="Georgia" w:hAnsi="Georgia"/>
          <w:b w:val="0"/>
          <w:i w:val="0"/>
          <w:color w:val="22201D"/>
          <w:sz w:val="20"/>
        </w:rPr>
        <w:t>Steve wrote quickly.</w:t>
      </w:r>
    </w:p>
    <w:p>
      <w:pPr>
        <w:spacing w:after="60" w:line="266" w:lineRule="auto"/>
        <w:ind w:firstLine="331"/>
        <w:jc w:val="both"/>
      </w:pPr>
      <w:r>
        <w:rPr>
          <w:rFonts w:ascii="Georgia" w:hAnsi="Georgia"/>
          <w:b w:val="0"/>
          <w:i w:val="0"/>
          <w:color w:val="22201D"/>
          <w:sz w:val="20"/>
        </w:rPr>
        <w:t>"That is very good."</w:t>
      </w:r>
    </w:p>
    <w:p>
      <w:pPr>
        <w:spacing w:after="60" w:line="266" w:lineRule="auto"/>
        <w:ind w:firstLine="331"/>
        <w:jc w:val="both"/>
      </w:pPr>
      <w:r>
        <w:rPr>
          <w:rFonts w:ascii="Georgia" w:hAnsi="Georgia"/>
          <w:b w:val="0"/>
          <w:i w:val="0"/>
          <w:color w:val="22201D"/>
          <w:sz w:val="20"/>
        </w:rPr>
        <w:t>"It is adequate."</w:t>
      </w:r>
    </w:p>
    <w:p>
      <w:pPr>
        <w:spacing w:after="60" w:line="266" w:lineRule="auto"/>
        <w:ind w:firstLine="331"/>
        <w:jc w:val="both"/>
      </w:pPr>
      <w:r>
        <w:rPr>
          <w:rFonts w:ascii="Georgia" w:hAnsi="Georgia"/>
          <w:b w:val="0"/>
          <w:i w:val="0"/>
          <w:color w:val="22201D"/>
          <w:sz w:val="20"/>
        </w:rPr>
        <w:t>"It is adequate in a very good way."</w:t>
      </w:r>
    </w:p>
    <w:p>
      <w:pPr>
        <w:spacing w:after="60" w:line="266" w:lineRule="auto"/>
        <w:ind w:firstLine="331"/>
        <w:jc w:val="both"/>
      </w:pPr>
      <w:r>
        <w:rPr>
          <w:rFonts w:ascii="Georgia" w:hAnsi="Georgia"/>
          <w:b w:val="0"/>
          <w:i w:val="0"/>
          <w:color w:val="22201D"/>
          <w:sz w:val="20"/>
        </w:rPr>
        <w:t>"Clerk."</w:t>
      </w:r>
    </w:p>
    <w:p>
      <w:pPr>
        <w:spacing w:after="60" w:line="266" w:lineRule="auto"/>
        <w:ind w:firstLine="331"/>
        <w:jc w:val="both"/>
      </w:pPr>
      <w:r>
        <w:rPr>
          <w:rFonts w:ascii="Georgia" w:hAnsi="Georgia"/>
          <w:b w:val="0"/>
          <w:i w:val="0"/>
          <w:color w:val="22201D"/>
          <w:sz w:val="20"/>
        </w:rPr>
        <w:t>"Withdrawing admiration."</w:t>
      </w:r>
    </w:p>
    <w:p>
      <w:pPr>
        <w:spacing w:after="60" w:line="266" w:lineRule="auto"/>
        <w:ind w:firstLine="331"/>
        <w:jc w:val="both"/>
      </w:pPr>
      <w:r>
        <w:rPr>
          <w:rFonts w:ascii="Georgia" w:hAnsi="Georgia"/>
          <w:b w:val="0"/>
          <w:i w:val="0"/>
          <w:color w:val="22201D"/>
          <w:sz w:val="20"/>
        </w:rPr>
        <w:t>The corrected form printed:</w:t>
      </w:r>
    </w:p>
    <w:p>
      <w:pPr>
        <w:spacing w:after="60" w:line="250" w:lineRule="auto"/>
        <w:ind w:left="202" w:right="173"/>
      </w:pPr>
      <w:r>
        <w:rPr>
          <w:rFonts w:ascii="Georgia" w:hAnsi="Georgia"/>
          <w:b w:val="0"/>
          <w:i w:val="0"/>
          <w:color w:val="22201D"/>
          <w:sz w:val="17"/>
        </w:rPr>
        <w:t>Admiration withdrawn too late but harmless.</w:t>
      </w:r>
    </w:p>
    <w:p>
      <w:pPr>
        <w:spacing w:after="60" w:line="266" w:lineRule="auto"/>
        <w:ind w:firstLine="331"/>
        <w:jc w:val="both"/>
      </w:pPr>
      <w:r>
        <w:rPr>
          <w:rFonts w:ascii="Georgia" w:hAnsi="Georgia"/>
          <w:b w:val="0"/>
          <w:i w:val="0"/>
          <w:color w:val="22201D"/>
          <w:sz w:val="20"/>
        </w:rPr>
        <w:t>Mara laughed.</w:t>
      </w:r>
    </w:p>
    <w:p>
      <w:pPr>
        <w:spacing w:after="60" w:line="266" w:lineRule="auto"/>
        <w:ind w:firstLine="331"/>
        <w:jc w:val="both"/>
      </w:pPr>
      <w:r>
        <w:rPr>
          <w:rFonts w:ascii="Georgia" w:hAnsi="Georgia"/>
          <w:b w:val="0"/>
          <w:i w:val="0"/>
          <w:color w:val="22201D"/>
          <w:sz w:val="20"/>
        </w:rPr>
        <w:t>Flocc ate a bite of bread.</w:t>
      </w:r>
    </w:p>
    <w:p>
      <w:pPr>
        <w:spacing w:after="60" w:line="266" w:lineRule="auto"/>
        <w:ind w:firstLine="331"/>
        <w:jc w:val="both"/>
      </w:pPr>
      <w:r>
        <w:rPr>
          <w:rFonts w:ascii="Georgia" w:hAnsi="Georgia"/>
          <w:b w:val="0"/>
          <w:i w:val="0"/>
          <w:color w:val="22201D"/>
          <w:sz w:val="20"/>
        </w:rPr>
        <w:t>The room did not change.</w:t>
      </w:r>
    </w:p>
    <w:p>
      <w:pPr>
        <w:spacing w:after="60" w:line="266" w:lineRule="auto"/>
        <w:ind w:firstLine="331"/>
        <w:jc w:val="both"/>
      </w:pPr>
      <w:r>
        <w:rPr>
          <w:rFonts w:ascii="Georgia" w:hAnsi="Georgia"/>
          <w:b w:val="0"/>
          <w:i w:val="0"/>
          <w:color w:val="22201D"/>
          <w:sz w:val="20"/>
        </w:rPr>
        <w:t>Then, slowly, it did.</w:t>
      </w:r>
    </w:p>
    <w:p>
      <w:pPr>
        <w:spacing w:after="60" w:line="266" w:lineRule="auto"/>
        <w:ind w:firstLine="331"/>
        <w:jc w:val="both"/>
      </w:pPr>
      <w:r>
        <w:rPr>
          <w:rFonts w:ascii="Georgia" w:hAnsi="Georgia"/>
          <w:b w:val="0"/>
          <w:i w:val="0"/>
          <w:color w:val="22201D"/>
          <w:sz w:val="20"/>
        </w:rPr>
        <w:t>Not in architecture. Not in light. Not in the wall clock, which continued its difficult career without further accusation. The change was procedural and almost invisible: everyone began doing the thing the last several chapters had made possible.</w:t>
      </w:r>
    </w:p>
    <w:p>
      <w:pPr>
        <w:spacing w:after="60" w:line="266" w:lineRule="auto"/>
        <w:ind w:firstLine="331"/>
        <w:jc w:val="both"/>
      </w:pPr>
      <w:r>
        <w:rPr>
          <w:rFonts w:ascii="Georgia" w:hAnsi="Georgia"/>
          <w:b w:val="0"/>
          <w:i w:val="0"/>
          <w:color w:val="22201D"/>
          <w:sz w:val="20"/>
        </w:rPr>
        <w:t>They ate.</w:t>
      </w:r>
    </w:p>
    <w:p>
      <w:pPr>
        <w:spacing w:after="60" w:line="266" w:lineRule="auto"/>
        <w:ind w:firstLine="331"/>
        <w:jc w:val="both"/>
      </w:pPr>
      <w:r>
        <w:rPr>
          <w:rFonts w:ascii="Georgia" w:hAnsi="Georgia"/>
          <w:b w:val="0"/>
          <w:i w:val="0"/>
          <w:color w:val="22201D"/>
          <w:sz w:val="20"/>
        </w:rPr>
        <w:t>Steve ate like a person who had forgotten that lunch was not a metaphor.</w:t>
      </w:r>
    </w:p>
    <w:p>
      <w:pPr>
        <w:spacing w:after="60" w:line="266" w:lineRule="auto"/>
        <w:ind w:firstLine="331"/>
        <w:jc w:val="both"/>
      </w:pPr>
      <w:r>
        <w:rPr>
          <w:rFonts w:ascii="Georgia" w:hAnsi="Georgia"/>
          <w:b w:val="0"/>
          <w:i w:val="0"/>
          <w:color w:val="22201D"/>
          <w:sz w:val="20"/>
        </w:rPr>
        <w:t>Gerald ate carefully, but not suspiciously.</w:t>
      </w:r>
    </w:p>
    <w:p>
      <w:pPr>
        <w:spacing w:after="60" w:line="266" w:lineRule="auto"/>
        <w:ind w:firstLine="331"/>
        <w:jc w:val="both"/>
      </w:pPr>
      <w:r>
        <w:rPr>
          <w:rFonts w:ascii="Georgia" w:hAnsi="Georgia"/>
          <w:b w:val="0"/>
          <w:i w:val="0"/>
          <w:color w:val="22201D"/>
          <w:sz w:val="20"/>
        </w:rPr>
        <w:t>Auditor Ives tasted the soup, wrote nothing down for three full spoonfuls, then wrote:</w:t>
      </w:r>
    </w:p>
    <w:p>
      <w:pPr>
        <w:spacing w:after="60" w:line="250" w:lineRule="auto"/>
        <w:ind w:left="202" w:right="173"/>
      </w:pPr>
      <w:r>
        <w:rPr>
          <w:rFonts w:ascii="Georgia" w:hAnsi="Georgia"/>
          <w:b w:val="0"/>
          <w:i w:val="0"/>
          <w:color w:val="22201D"/>
          <w:sz w:val="17"/>
        </w:rPr>
        <w:t>Soup observed. No classification attempted during consumption.</w:t>
      </w:r>
    </w:p>
    <w:p>
      <w:pPr>
        <w:spacing w:after="60" w:line="266" w:lineRule="auto"/>
        <w:ind w:firstLine="331"/>
        <w:jc w:val="both"/>
      </w:pPr>
      <w:r>
        <w:rPr>
          <w:rFonts w:ascii="Georgia" w:hAnsi="Georgia"/>
          <w:b w:val="0"/>
          <w:i w:val="0"/>
          <w:color w:val="22201D"/>
          <w:sz w:val="20"/>
        </w:rPr>
        <w:t>The Hostess accepted this as praise.</w:t>
      </w:r>
    </w:p>
    <w:p>
      <w:pPr>
        <w:spacing w:after="60" w:line="266" w:lineRule="auto"/>
        <w:ind w:firstLine="331"/>
        <w:jc w:val="both"/>
      </w:pPr>
      <w:r>
        <w:rPr>
          <w:rFonts w:ascii="Georgia" w:hAnsi="Georgia"/>
          <w:b w:val="0"/>
          <w:i w:val="0"/>
          <w:color w:val="22201D"/>
          <w:sz w:val="20"/>
        </w:rPr>
        <w:t>Mara ate beside Flocc without becoming his witness.</w:t>
      </w:r>
    </w:p>
    <w:p>
      <w:pPr>
        <w:spacing w:after="60" w:line="266" w:lineRule="auto"/>
        <w:ind w:firstLine="331"/>
        <w:jc w:val="both"/>
      </w:pPr>
      <w:r>
        <w:rPr>
          <w:rFonts w:ascii="Georgia" w:hAnsi="Georgia"/>
          <w:b w:val="0"/>
          <w:i w:val="0"/>
          <w:color w:val="22201D"/>
          <w:sz w:val="20"/>
        </w:rPr>
        <w:t>Flocc ate without making the bread symbolic.</w:t>
      </w:r>
    </w:p>
    <w:p>
      <w:pPr>
        <w:spacing w:after="60" w:line="266" w:lineRule="auto"/>
        <w:ind w:firstLine="331"/>
        <w:jc w:val="both"/>
      </w:pPr>
      <w:r>
        <w:rPr>
          <w:rFonts w:ascii="Georgia" w:hAnsi="Georgia"/>
          <w:b w:val="0"/>
          <w:i w:val="0"/>
          <w:color w:val="22201D"/>
          <w:sz w:val="20"/>
        </w:rPr>
        <w:t>Mostly.</w:t>
      </w:r>
    </w:p>
    <w:p>
      <w:pPr>
        <w:spacing w:after="60" w:line="266" w:lineRule="auto"/>
        <w:ind w:firstLine="331"/>
        <w:jc w:val="both"/>
      </w:pPr>
      <w:r>
        <w:rPr>
          <w:rFonts w:ascii="Georgia" w:hAnsi="Georgia"/>
          <w:b w:val="0"/>
          <w:i w:val="0"/>
          <w:color w:val="22201D"/>
          <w:sz w:val="20"/>
        </w:rPr>
        <w:t>The brass tray printed:</w:t>
      </w:r>
    </w:p>
    <w:p>
      <w:pPr>
        <w:spacing w:after="60" w:line="250" w:lineRule="auto"/>
        <w:ind w:left="202" w:right="173"/>
      </w:pPr>
      <w:r>
        <w:rPr>
          <w:rFonts w:ascii="Georgia" w:hAnsi="Georgia"/>
          <w:b w:val="0"/>
          <w:i w:val="0"/>
          <w:color w:val="22201D"/>
          <w:sz w:val="17"/>
        </w:rPr>
        <w:t>Mostly accepted.</w:t>
      </w:r>
    </w:p>
    <w:p>
      <w:pPr>
        <w:spacing w:after="60" w:line="266" w:lineRule="auto"/>
        <w:ind w:firstLine="331"/>
        <w:jc w:val="both"/>
      </w:pPr>
      <w:r>
        <w:rPr>
          <w:rFonts w:ascii="Georgia" w:hAnsi="Georgia"/>
          <w:b w:val="0"/>
          <w:i w:val="0"/>
          <w:color w:val="22201D"/>
          <w:sz w:val="20"/>
        </w:rPr>
        <w:t>Bob ate whatever Bob had ordered, which appeared to be an onion, a spoon, and a small dish of something nobody had the civic courage to define.</w:t>
      </w:r>
    </w:p>
    <w:p>
      <w:pPr>
        <w:spacing w:after="60" w:line="266" w:lineRule="auto"/>
        <w:ind w:firstLine="331"/>
        <w:jc w:val="both"/>
      </w:pPr>
      <w:r>
        <w:rPr>
          <w:rFonts w:ascii="Georgia" w:hAnsi="Georgia"/>
          <w:b w:val="0"/>
          <w:i w:val="0"/>
          <w:color w:val="22201D"/>
          <w:sz w:val="20"/>
        </w:rPr>
        <w:t>The final bill remained at the edge of the table, not paid, not unpaid, active in a different way.</w:t>
      </w:r>
    </w:p>
    <w:p>
      <w:pPr>
        <w:spacing w:after="60" w:line="266" w:lineRule="auto"/>
        <w:ind w:firstLine="331"/>
        <w:jc w:val="both"/>
      </w:pPr>
      <w:r>
        <w:rPr>
          <w:rFonts w:ascii="Georgia" w:hAnsi="Georgia"/>
          <w:b w:val="0"/>
          <w:i w:val="0"/>
          <w:color w:val="22201D"/>
          <w:sz w:val="20"/>
        </w:rPr>
        <w:t>At the bottom, one last section appeared.</w:t>
      </w:r>
    </w:p>
    <w:p>
      <w:pPr>
        <w:spacing w:after="60" w:line="250" w:lineRule="auto"/>
        <w:ind w:left="202" w:right="173"/>
      </w:pPr>
      <w:r>
        <w:rPr>
          <w:rFonts w:ascii="Georgia" w:hAnsi="Georgia"/>
          <w:b w:val="0"/>
          <w:i w:val="0"/>
          <w:color w:val="22201D"/>
          <w:sz w:val="17"/>
        </w:rPr>
        <w:t>BOOK THREE CLOSEOUT  Audit status: active, dinner-service phase complete  Classification: pending  Safety: controls active  Public consequence: door notice posted  Accountability: not punishment  Dinner: possible  Next book pressure: Reservations for Nowhere</w:t>
      </w:r>
    </w:p>
    <w:p>
      <w:pPr>
        <w:spacing w:after="60" w:line="266" w:lineRule="auto"/>
        <w:ind w:firstLine="331"/>
        <w:jc w:val="both"/>
      </w:pPr>
      <w:r>
        <w:rPr>
          <w:rFonts w:ascii="Georgia" w:hAnsi="Georgia"/>
          <w:b w:val="0"/>
          <w:i w:val="0"/>
          <w:color w:val="22201D"/>
          <w:sz w:val="20"/>
        </w:rPr>
        <w:t>Flocc read Reservations for Nowhere and felt the old urge to panic at the next door before finishing the current meal.</w:t>
      </w:r>
    </w:p>
    <w:p>
      <w:pPr>
        <w:spacing w:after="60" w:line="266" w:lineRule="auto"/>
        <w:ind w:firstLine="331"/>
        <w:jc w:val="both"/>
      </w:pPr>
      <w:r>
        <w:rPr>
          <w:rFonts w:ascii="Georgia" w:hAnsi="Georgia"/>
          <w:b w:val="0"/>
          <w:i w:val="0"/>
          <w:color w:val="22201D"/>
          <w:sz w:val="20"/>
        </w:rPr>
        <w:t>The bill printed:</w:t>
      </w:r>
    </w:p>
    <w:p>
      <w:pPr>
        <w:spacing w:after="60" w:line="250" w:lineRule="auto"/>
        <w:ind w:left="202" w:right="173"/>
      </w:pPr>
      <w:r>
        <w:rPr>
          <w:rFonts w:ascii="Georgia" w:hAnsi="Georgia"/>
          <w:b w:val="0"/>
          <w:i w:val="0"/>
          <w:color w:val="22201D"/>
          <w:sz w:val="17"/>
        </w:rPr>
        <w:t>Line 039: Attempted future panic during current dinner. Amount due: remain here for one bite</w:t>
      </w:r>
    </w:p>
    <w:p>
      <w:pPr>
        <w:spacing w:after="60" w:line="266" w:lineRule="auto"/>
        <w:ind w:firstLine="331"/>
        <w:jc w:val="both"/>
      </w:pPr>
      <w:r>
        <w:rPr>
          <w:rFonts w:ascii="Georgia" w:hAnsi="Georgia"/>
          <w:b w:val="0"/>
          <w:i w:val="0"/>
          <w:color w:val="22201D"/>
          <w:sz w:val="20"/>
        </w:rPr>
        <w:t>He remained.</w:t>
      </w:r>
    </w:p>
    <w:p>
      <w:pPr>
        <w:spacing w:after="60" w:line="266" w:lineRule="auto"/>
        <w:ind w:firstLine="331"/>
        <w:jc w:val="both"/>
      </w:pPr>
      <w:r>
        <w:rPr>
          <w:rFonts w:ascii="Georgia" w:hAnsi="Georgia"/>
          <w:b w:val="0"/>
          <w:i w:val="0"/>
          <w:color w:val="22201D"/>
          <w:sz w:val="20"/>
        </w:rPr>
        <w:t>One bite.</w:t>
      </w:r>
    </w:p>
    <w:p>
      <w:pPr>
        <w:spacing w:after="60" w:line="266" w:lineRule="auto"/>
        <w:ind w:firstLine="331"/>
        <w:jc w:val="both"/>
      </w:pPr>
      <w:r>
        <w:rPr>
          <w:rFonts w:ascii="Georgia" w:hAnsi="Georgia"/>
          <w:b w:val="0"/>
          <w:i w:val="0"/>
          <w:color w:val="22201D"/>
          <w:sz w:val="20"/>
        </w:rPr>
        <w:t>Then another.</w:t>
      </w:r>
    </w:p>
    <w:p>
      <w:pPr>
        <w:spacing w:after="60" w:line="266" w:lineRule="auto"/>
        <w:ind w:firstLine="331"/>
        <w:jc w:val="both"/>
      </w:pPr>
      <w:r>
        <w:rPr>
          <w:rFonts w:ascii="Georgia" w:hAnsi="Georgia"/>
          <w:b w:val="0"/>
          <w:i w:val="0"/>
          <w:color w:val="22201D"/>
          <w:sz w:val="20"/>
        </w:rPr>
        <w:t>Mara said, "You are doing the thing where you are trying not to look like you are learning."</w:t>
      </w:r>
    </w:p>
    <w:p>
      <w:pPr>
        <w:spacing w:after="60" w:line="266" w:lineRule="auto"/>
        <w:ind w:firstLine="331"/>
        <w:jc w:val="both"/>
      </w:pPr>
      <w:r>
        <w:rPr>
          <w:rFonts w:ascii="Georgia" w:hAnsi="Georgia"/>
          <w:b w:val="0"/>
          <w:i w:val="0"/>
          <w:color w:val="22201D"/>
          <w:sz w:val="20"/>
        </w:rPr>
        <w:t>"Is it working?"</w:t>
      </w:r>
    </w:p>
    <w:p>
      <w:pPr>
        <w:spacing w:after="60" w:line="266" w:lineRule="auto"/>
        <w:ind w:firstLine="331"/>
        <w:jc w:val="both"/>
      </w:pPr>
      <w:r>
        <w:rPr>
          <w:rFonts w:ascii="Georgia" w:hAnsi="Georgia"/>
          <w:b w:val="0"/>
          <w:i w:val="0"/>
          <w:color w:val="22201D"/>
          <w:sz w:val="20"/>
        </w:rPr>
        <w:t>"No."</w:t>
      </w:r>
    </w:p>
    <w:p>
      <w:pPr>
        <w:spacing w:after="60" w:line="266" w:lineRule="auto"/>
        <w:ind w:firstLine="331"/>
        <w:jc w:val="both"/>
      </w:pPr>
      <w:r>
        <w:rPr>
          <w:rFonts w:ascii="Georgia" w:hAnsi="Georgia"/>
          <w:b w:val="0"/>
          <w:i w:val="0"/>
          <w:color w:val="22201D"/>
          <w:sz w:val="20"/>
        </w:rPr>
        <w:t>"Good."</w:t>
      </w:r>
    </w:p>
    <w:p>
      <w:pPr>
        <w:spacing w:after="60" w:line="266" w:lineRule="auto"/>
        <w:ind w:firstLine="331"/>
        <w:jc w:val="both"/>
      </w:pPr>
      <w:r>
        <w:rPr>
          <w:rFonts w:ascii="Georgia" w:hAnsi="Georgia"/>
          <w:b w:val="0"/>
          <w:i w:val="0"/>
          <w:color w:val="22201D"/>
          <w:sz w:val="20"/>
        </w:rPr>
        <w:t>The Hostess refilled the water glasses.</w:t>
      </w:r>
    </w:p>
    <w:p>
      <w:pPr>
        <w:spacing w:after="60" w:line="266" w:lineRule="auto"/>
        <w:ind w:firstLine="331"/>
        <w:jc w:val="both"/>
      </w:pPr>
      <w:r>
        <w:rPr>
          <w:rFonts w:ascii="Georgia" w:hAnsi="Georgia"/>
          <w:b w:val="0"/>
          <w:i w:val="0"/>
          <w:color w:val="22201D"/>
          <w:sz w:val="20"/>
        </w:rPr>
        <w:t>Auditor Ives placed the final bill in the audit packet but did not close the packet yet.</w:t>
      </w:r>
    </w:p>
    <w:p>
      <w:pPr>
        <w:spacing w:after="60" w:line="266" w:lineRule="auto"/>
        <w:ind w:firstLine="331"/>
        <w:jc w:val="both"/>
      </w:pPr>
      <w:r>
        <w:rPr>
          <w:rFonts w:ascii="Georgia" w:hAnsi="Georgia"/>
          <w:b w:val="0"/>
          <w:i w:val="0"/>
          <w:color w:val="22201D"/>
          <w:sz w:val="20"/>
        </w:rPr>
        <w:t>Steve labeled the packet:</w:t>
      </w:r>
    </w:p>
    <w:p>
      <w:pPr>
        <w:spacing w:after="60" w:line="250" w:lineRule="auto"/>
        <w:ind w:left="202" w:right="173"/>
      </w:pPr>
      <w:r>
        <w:rPr>
          <w:rFonts w:ascii="Georgia" w:hAnsi="Georgia"/>
          <w:b w:val="0"/>
          <w:i w:val="0"/>
          <w:color w:val="22201D"/>
          <w:sz w:val="17"/>
        </w:rPr>
        <w:t>BOOK 3 AUDIT PACKET Dinner-service phase complete Final bill active</w:t>
      </w:r>
    </w:p>
    <w:p>
      <w:pPr>
        <w:spacing w:after="60" w:line="266" w:lineRule="auto"/>
        <w:ind w:firstLine="331"/>
        <w:jc w:val="both"/>
      </w:pPr>
      <w:r>
        <w:rPr>
          <w:rFonts w:ascii="Georgia" w:hAnsi="Georgia"/>
          <w:b w:val="0"/>
          <w:i w:val="0"/>
          <w:color w:val="22201D"/>
          <w:sz w:val="20"/>
        </w:rPr>
        <w:t>Gerald checked the aisle.</w:t>
      </w:r>
    </w:p>
    <w:p>
      <w:pPr>
        <w:spacing w:after="60" w:line="266" w:lineRule="auto"/>
        <w:ind w:firstLine="331"/>
        <w:jc w:val="both"/>
      </w:pPr>
      <w:r>
        <w:rPr>
          <w:rFonts w:ascii="Georgia" w:hAnsi="Georgia"/>
          <w:b w:val="0"/>
          <w:i w:val="0"/>
          <w:color w:val="22201D"/>
          <w:sz w:val="20"/>
        </w:rPr>
        <w:t>Clear.</w:t>
      </w:r>
    </w:p>
    <w:p>
      <w:pPr>
        <w:spacing w:after="60" w:line="266" w:lineRule="auto"/>
        <w:ind w:firstLine="331"/>
        <w:jc w:val="both"/>
      </w:pPr>
      <w:r>
        <w:rPr>
          <w:rFonts w:ascii="Georgia" w:hAnsi="Georgia"/>
          <w:b w:val="0"/>
          <w:i w:val="0"/>
          <w:color w:val="22201D"/>
          <w:sz w:val="20"/>
        </w:rPr>
        <w:t>The door stayed closed.</w:t>
      </w:r>
    </w:p>
    <w:p>
      <w:pPr>
        <w:spacing w:after="60" w:line="266" w:lineRule="auto"/>
        <w:ind w:firstLine="331"/>
        <w:jc w:val="both"/>
      </w:pPr>
      <w:r>
        <w:rPr>
          <w:rFonts w:ascii="Georgia" w:hAnsi="Georgia"/>
          <w:b w:val="0"/>
          <w:i w:val="0"/>
          <w:color w:val="22201D"/>
          <w:sz w:val="20"/>
        </w:rPr>
        <w:t>For now.</w:t>
      </w:r>
    </w:p>
    <w:p>
      <w:pPr>
        <w:spacing w:after="60" w:line="266" w:lineRule="auto"/>
        <w:ind w:firstLine="331"/>
        <w:jc w:val="both"/>
      </w:pPr>
      <w:r>
        <w:rPr>
          <w:rFonts w:ascii="Georgia" w:hAnsi="Georgia"/>
          <w:b w:val="0"/>
          <w:i w:val="0"/>
          <w:color w:val="22201D"/>
          <w:sz w:val="20"/>
        </w:rPr>
        <w:t>The check had arrived before dinner.</w:t>
      </w:r>
    </w:p>
    <w:p>
      <w:pPr>
        <w:spacing w:after="60" w:line="266" w:lineRule="auto"/>
        <w:ind w:firstLine="331"/>
        <w:jc w:val="both"/>
      </w:pPr>
      <w:r>
        <w:rPr>
          <w:rFonts w:ascii="Georgia" w:hAnsi="Georgia"/>
          <w:b w:val="0"/>
          <w:i w:val="0"/>
          <w:color w:val="22201D"/>
          <w:sz w:val="20"/>
        </w:rPr>
        <w:t>The check had split.</w:t>
      </w:r>
    </w:p>
    <w:p>
      <w:pPr>
        <w:spacing w:after="60" w:line="266" w:lineRule="auto"/>
        <w:ind w:firstLine="331"/>
        <w:jc w:val="both"/>
      </w:pPr>
      <w:r>
        <w:rPr>
          <w:rFonts w:ascii="Georgia" w:hAnsi="Georgia"/>
          <w:b w:val="0"/>
          <w:i w:val="0"/>
          <w:color w:val="22201D"/>
          <w:sz w:val="20"/>
        </w:rPr>
        <w:t>The audit had found a door.</w:t>
      </w:r>
    </w:p>
    <w:p>
      <w:pPr>
        <w:spacing w:after="60" w:line="266" w:lineRule="auto"/>
        <w:ind w:firstLine="331"/>
        <w:jc w:val="both"/>
      </w:pPr>
      <w:r>
        <w:rPr>
          <w:rFonts w:ascii="Georgia" w:hAnsi="Georgia"/>
          <w:b w:val="0"/>
          <w:i w:val="0"/>
          <w:color w:val="22201D"/>
          <w:sz w:val="20"/>
        </w:rPr>
        <w:t>The door had been refused to the public, for now.</w:t>
      </w:r>
    </w:p>
    <w:p>
      <w:pPr>
        <w:spacing w:after="60" w:line="266" w:lineRule="auto"/>
        <w:ind w:firstLine="331"/>
        <w:jc w:val="both"/>
      </w:pPr>
      <w:r>
        <w:rPr>
          <w:rFonts w:ascii="Georgia" w:hAnsi="Georgia"/>
          <w:b w:val="0"/>
          <w:i w:val="0"/>
          <w:color w:val="22201D"/>
          <w:sz w:val="20"/>
        </w:rPr>
        <w:t>The bill had not punished them.</w:t>
      </w:r>
    </w:p>
    <w:p>
      <w:pPr>
        <w:spacing w:after="60" w:line="266" w:lineRule="auto"/>
        <w:ind w:firstLine="331"/>
        <w:jc w:val="both"/>
      </w:pPr>
      <w:r>
        <w:rPr>
          <w:rFonts w:ascii="Georgia" w:hAnsi="Georgia"/>
          <w:b w:val="0"/>
          <w:i w:val="0"/>
          <w:color w:val="22201D"/>
          <w:sz w:val="20"/>
        </w:rPr>
        <w:t>It had made dinner possible.</w:t>
      </w:r>
    </w:p>
    <w:p>
      <w:pPr>
        <w:spacing w:after="60" w:line="266" w:lineRule="auto"/>
        <w:ind w:firstLine="331"/>
        <w:jc w:val="both"/>
      </w:pPr>
      <w:r>
        <w:rPr>
          <w:rFonts w:ascii="Georgia" w:hAnsi="Georgia"/>
          <w:b w:val="0"/>
          <w:i w:val="0"/>
          <w:color w:val="22201D"/>
          <w:sz w:val="20"/>
        </w:rPr>
        <w:t>That was not everything.</w:t>
      </w:r>
    </w:p>
    <w:p>
      <w:pPr>
        <w:spacing w:after="60" w:line="266" w:lineRule="auto"/>
        <w:ind w:firstLine="331"/>
        <w:jc w:val="both"/>
      </w:pPr>
      <w:r>
        <w:rPr>
          <w:rFonts w:ascii="Georgia" w:hAnsi="Georgia"/>
          <w:b w:val="0"/>
          <w:i w:val="0"/>
          <w:color w:val="22201D"/>
          <w:sz w:val="20"/>
        </w:rPr>
        <w:t>It was the course they were on.</w:t>
      </w:r>
    </w:p>
    <w:sectPr w:rsidR="00FC693F" w:rsidRPr="0006063C" w:rsidSect="00034616">
      <w:headerReference w:type="default" r:id="rId9"/>
      <w:footerReference w:type="default" r:id="rId10"/>
      <w:pgSz w:w="8640" w:h="12960"/>
      <w:pgMar w:top="1037" w:right="950" w:bottom="1037" w:left="1181" w:header="461" w:footer="490" w:gutter="0"/>
      <w:cols w:space="720"/>
      <w:docGrid w:linePitch="360"/>
      <w:mirrorMargin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Georgia" w:hAnsi="Georgia"/>
        <w:b w:val="0"/>
        <w:i w:val="0"/>
        <w:color w:val="705C37"/>
        <w:sz w:val="16"/>
      </w:rP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Georgia" w:hAnsi="Georgia"/>
        <w:b w:val="0"/>
        <w:i w:val="0"/>
        <w:color w:val="7E6435"/>
        <w:sz w:val="14"/>
      </w:rPr>
      <w:t>WAYWARD DINERS   •   NORTHSTAR PRIME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line="266" w:lineRule="auto" w:after="60"/>
    </w:pPr>
    <w:rPr>
      <w:rFonts w:ascii="Georgia" w:hAnsi="Georgia"/>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Check Arrives Before Dinner</dc:title>
  <dc:subject>A speculative comic novel</dc:subject>
  <dc:creator>NorthStar Prime</dc:creator>
  <cp:keywords>NorthStar Prime, Wayward Diners, speculative comic fiction</cp:keywords>
  <dc:description>generated by python-docx</dc:description>
  <cp:lastModifiedBy/>
  <cp:revision>1</cp:revision>
  <dcterms:created xsi:type="dcterms:W3CDTF">2013-12-23T23:15:00Z</dcterms:created>
  <dcterms:modified xsi:type="dcterms:W3CDTF">2013-12-23T23:15:00Z</dcterms:modified>
  <cp:category/>
</cp:coreProperties>
</file>