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3968496" cy="5952744"/>
            <wp:docPr id="1" name="Picture 1"/>
            <wp:cNvGraphicFramePr>
              <a:graphicFrameLocks noChangeAspect="1"/>
            </wp:cNvGraphicFramePr>
            <a:graphic>
              <a:graphicData uri="http://schemas.openxmlformats.org/drawingml/2006/picture">
                <pic:pic>
                  <pic:nvPicPr>
                    <pic:cNvPr id="0" name="RESERVATIONS_FOR_NOWHERE_FRONT_COVER_V01.png"/>
                    <pic:cNvPicPr/>
                  </pic:nvPicPr>
                  <pic:blipFill>
                    <a:blip r:embed="rId11"/>
                    <a:stretch>
                      <a:fillRect/>
                    </a:stretch>
                  </pic:blipFill>
                  <pic:spPr>
                    <a:xfrm>
                      <a:off x="0" y="0"/>
                      <a:ext cx="3968496" cy="5952744"/>
                    </a:xfrm>
                    <a:prstGeom prst="rect"/>
                  </pic:spPr>
                </pic:pic>
              </a:graphicData>
            </a:graphic>
          </wp:inline>
        </w:drawing>
      </w:r>
    </w:p>
    <w:p>
      <w:r>
        <w:br w:type="page"/>
      </w:r>
    </w:p>
    <w:p>
      <w:pPr>
        <w:spacing w:before="2500"/>
        <w:jc w:val="center"/>
      </w:pPr>
      <w:r>
        <w:rPr>
          <w:rFonts w:ascii="Georgia" w:hAnsi="Georgia"/>
          <w:b/>
          <w:i w:val="0"/>
          <w:color w:val="4A371B"/>
          <w:sz w:val="50"/>
        </w:rPr>
        <w:t>RESERVATIONS FOR</w:t>
        <w:br/>
        <w:t>NOWHERE</w:t>
      </w:r>
    </w:p>
    <w:p>
      <w:pPr>
        <w:jc w:val="center"/>
      </w:pPr>
      <w:r>
        <w:rPr>
          <w:rFonts w:ascii="Georgia" w:hAnsi="Georgia"/>
          <w:b w:val="0"/>
          <w:i/>
          <w:color w:val="4C5154"/>
          <w:sz w:val="22"/>
        </w:rPr>
        <w:t>Wayward Diners • Book Four</w:t>
      </w:r>
    </w:p>
    <w:p>
      <w:pPr>
        <w:spacing w:before="3000"/>
        <w:jc w:val="center"/>
      </w:pPr>
      <w:r>
        <w:rPr>
          <w:rFonts w:ascii="Georgia" w:hAnsi="Georgia"/>
          <w:b/>
          <w:i w:val="0"/>
          <w:color w:val="775B26"/>
          <w:sz w:val="20"/>
        </w:rPr>
        <w:t>NORTHSTAR PRIME</w:t>
      </w:r>
    </w:p>
    <w:p>
      <w:r>
        <w:br w:type="page"/>
      </w:r>
    </w:p>
    <w:p>
      <w:pPr>
        <w:spacing w:before="2900" w:after="160"/>
        <w:jc w:val="center"/>
      </w:pPr>
      <w:r>
        <w:rPr>
          <w:rFonts w:ascii="Georgia" w:hAnsi="Georgia"/>
          <w:b w:val="0"/>
          <w:i w:val="0"/>
          <w:color w:val="454442"/>
          <w:sz w:val="18"/>
        </w:rPr>
        <w:t>Reservations for Nowhere</w:t>
      </w:r>
    </w:p>
    <w:p>
      <w:pPr>
        <w:spacing w:before="0" w:after="160"/>
        <w:jc w:val="center"/>
      </w:pPr>
      <w:r>
        <w:rPr>
          <w:rFonts w:ascii="Georgia" w:hAnsi="Georgia"/>
          <w:b w:val="0"/>
          <w:i w:val="0"/>
          <w:color w:val="454442"/>
          <w:sz w:val="18"/>
        </w:rPr>
        <w:t>Copyright © 2026 NorthStar Prime. All rights reserved.</w:t>
      </w:r>
    </w:p>
    <w:p>
      <w:pPr>
        <w:spacing w:before="0" w:after="160"/>
        <w:jc w:val="center"/>
      </w:pPr>
      <w:r>
        <w:rPr>
          <w:rFonts w:ascii="Georgia" w:hAnsi="Georgia"/>
          <w:b w:val="0"/>
          <w:i w:val="0"/>
          <w:color w:val="454442"/>
          <w:sz w:val="18"/>
        </w:rPr>
        <w:t>First NorthStar Prime digital release edition, 2026.</w:t>
      </w:r>
    </w:p>
    <w:p>
      <w:pPr>
        <w:spacing w:before="0" w:after="160"/>
        <w:jc w:val="center"/>
      </w:pPr>
      <w:r>
        <w:rPr>
          <w:rFonts w:ascii="Georgia" w:hAnsi="Georgia"/>
          <w:b w:val="0"/>
          <w:i/>
          <w:color w:val="454442"/>
          <w:sz w:val="18"/>
        </w:rPr>
        <w:t>This is an original work of speculative comic fiction.</w:t>
      </w:r>
    </w:p>
    <w:p>
      <w:pPr>
        <w:spacing w:before="0" w:after="160"/>
        <w:jc w:val="center"/>
      </w:pPr>
      <w:r>
        <w:rPr>
          <w:rFonts w:ascii="Georgia" w:hAnsi="Georgia"/>
          <w:b w:val="0"/>
          <w:i/>
          <w:color w:val="454442"/>
          <w:sz w:val="18"/>
        </w:rPr>
        <w:t>Names, characters, restaurants, institutions, menus, receipts, and events are imagined.</w:t>
      </w:r>
    </w:p>
    <w:p>
      <w:pPr>
        <w:spacing w:before="0" w:after="160"/>
        <w:jc w:val="center"/>
      </w:pPr>
      <w:r>
        <w:rPr>
          <w:rFonts w:ascii="Georgia" w:hAnsi="Georgia"/>
          <w:b w:val="0"/>
          <w:i w:val="0"/>
          <w:color w:val="454442"/>
          <w:sz w:val="18"/>
        </w:rPr>
        <w:t>NorthStar Prime • northstarprime.net</w:t>
      </w:r>
    </w:p>
    <w:p>
      <w:r>
        <w:br w:type="page"/>
      </w:r>
    </w:p>
    <w:p>
      <w:pPr>
        <w:jc w:val="center"/>
      </w:pPr>
      <w:r>
        <w:rPr>
          <w:rFonts w:ascii="Georgia" w:hAnsi="Georgia"/>
          <w:b/>
          <w:i w:val="0"/>
          <w:color w:val="5B4319"/>
          <w:sz w:val="36"/>
        </w:rPr>
        <w:t>CONTENTS</w:t>
      </w:r>
    </w:p>
    <w:p>
      <w:pPr>
        <w:spacing w:after="42"/>
      </w:pPr>
      <w:r>
        <w:rPr>
          <w:rFonts w:ascii="Georgia" w:hAnsi="Georgia"/>
          <w:b w:val="0"/>
          <w:i w:val="0"/>
          <w:color w:val="47433D"/>
          <w:sz w:val="18"/>
        </w:rPr>
        <w:t>Chapter 1: The First Review Lies Beautifully</w:t>
      </w:r>
    </w:p>
    <w:p>
      <w:pPr>
        <w:spacing w:after="42"/>
      </w:pPr>
      <w:r>
        <w:rPr>
          <w:rFonts w:ascii="Georgia" w:hAnsi="Georgia"/>
          <w:b w:val="0"/>
          <w:i w:val="0"/>
          <w:color w:val="47433D"/>
          <w:sz w:val="18"/>
        </w:rPr>
        <w:t>Chapter 2: The Reservation App Cannot Locate Need</w:t>
      </w:r>
    </w:p>
    <w:p>
      <w:pPr>
        <w:spacing w:after="42"/>
      </w:pPr>
      <w:r>
        <w:rPr>
          <w:rFonts w:ascii="Georgia" w:hAnsi="Georgia"/>
          <w:b w:val="0"/>
          <w:i w:val="0"/>
          <w:color w:val="47433D"/>
          <w:sz w:val="18"/>
        </w:rPr>
        <w:t>Chapter 3: The Hostess Refuses a Superlative</w:t>
      </w:r>
    </w:p>
    <w:p>
      <w:pPr>
        <w:spacing w:after="42"/>
      </w:pPr>
      <w:r>
        <w:rPr>
          <w:rFonts w:ascii="Georgia" w:hAnsi="Georgia"/>
          <w:b w:val="0"/>
          <w:i w:val="0"/>
          <w:color w:val="47433D"/>
          <w:sz w:val="18"/>
        </w:rPr>
        <w:t>Chapter 4: The Table Reserved by Forgetting</w:t>
      </w:r>
    </w:p>
    <w:p>
      <w:pPr>
        <w:spacing w:after="42"/>
      </w:pPr>
      <w:r>
        <w:rPr>
          <w:rFonts w:ascii="Georgia" w:hAnsi="Georgia"/>
          <w:b w:val="0"/>
          <w:i w:val="0"/>
          <w:color w:val="47433D"/>
          <w:sz w:val="18"/>
        </w:rPr>
        <w:t>Chapter 5: Pineapple Thai Basil Lightning</w:t>
      </w:r>
    </w:p>
    <w:p>
      <w:pPr>
        <w:spacing w:after="42"/>
      </w:pPr>
      <w:r>
        <w:rPr>
          <w:rFonts w:ascii="Georgia" w:hAnsi="Georgia"/>
          <w:b w:val="0"/>
          <w:i w:val="0"/>
          <w:color w:val="47433D"/>
          <w:sz w:val="18"/>
        </w:rPr>
        <w:t>Chapter 6: The Influencer Orders Witness</w:t>
      </w:r>
    </w:p>
    <w:p>
      <w:pPr>
        <w:spacing w:after="42"/>
      </w:pPr>
      <w:r>
        <w:rPr>
          <w:rFonts w:ascii="Georgia" w:hAnsi="Georgia"/>
          <w:b w:val="0"/>
          <w:i w:val="0"/>
          <w:color w:val="47433D"/>
          <w:sz w:val="18"/>
        </w:rPr>
        <w:t>Chapter 7: One Star for Existential Accuracy</w:t>
      </w:r>
    </w:p>
    <w:p>
      <w:pPr>
        <w:spacing w:after="42"/>
      </w:pPr>
      <w:r>
        <w:rPr>
          <w:rFonts w:ascii="Georgia" w:hAnsi="Georgia"/>
          <w:b w:val="0"/>
          <w:i w:val="0"/>
          <w:color w:val="47433D"/>
          <w:sz w:val="18"/>
        </w:rPr>
        <w:t>Chapter 8: The Waiting List Begins to Edit People</w:t>
      </w:r>
    </w:p>
    <w:p>
      <w:pPr>
        <w:spacing w:after="42"/>
      </w:pPr>
      <w:r>
        <w:rPr>
          <w:rFonts w:ascii="Georgia" w:hAnsi="Georgia"/>
          <w:b w:val="0"/>
          <w:i w:val="0"/>
          <w:color w:val="47433D"/>
          <w:sz w:val="18"/>
        </w:rPr>
        <w:t>Chapter 9: The Hostess Seats the Wrong Crowd Correctly</w:t>
      </w:r>
    </w:p>
    <w:p>
      <w:pPr>
        <w:spacing w:after="42"/>
      </w:pPr>
      <w:r>
        <w:rPr>
          <w:rFonts w:ascii="Georgia" w:hAnsi="Georgia"/>
          <w:b w:val="0"/>
          <w:i w:val="0"/>
          <w:color w:val="47433D"/>
          <w:sz w:val="18"/>
        </w:rPr>
        <w:t>Chapter 10: The Menu Refuses Delicious</w:t>
      </w:r>
    </w:p>
    <w:p>
      <w:pPr>
        <w:spacing w:after="42"/>
      </w:pPr>
      <w:r>
        <w:rPr>
          <w:rFonts w:ascii="Georgia" w:hAnsi="Georgia"/>
          <w:b w:val="0"/>
          <w:i w:val="0"/>
          <w:color w:val="47433D"/>
          <w:sz w:val="18"/>
        </w:rPr>
        <w:t>Chapter 11: The Reservation Cancels Itself</w:t>
      </w:r>
    </w:p>
    <w:p>
      <w:pPr>
        <w:spacing w:after="42"/>
      </w:pPr>
      <w:r>
        <w:rPr>
          <w:rFonts w:ascii="Georgia" w:hAnsi="Georgia"/>
          <w:b w:val="0"/>
          <w:i w:val="0"/>
          <w:color w:val="47433D"/>
          <w:sz w:val="18"/>
        </w:rPr>
        <w:t>Chapter 12: The Door Opens to the Waiting Room</w:t>
      </w:r>
    </w:p>
    <w:p>
      <w:r>
        <w:br w:type="page"/>
      </w:r>
    </w:p>
    <w:p>
      <w:pPr>
        <w:spacing w:before="1680" w:after="520"/>
        <w:jc w:val="center"/>
      </w:pPr>
      <w:r>
        <w:rPr>
          <w:rFonts w:ascii="Georgia" w:hAnsi="Georgia"/>
          <w:b/>
          <w:i w:val="0"/>
          <w:color w:val="654919"/>
          <w:sz w:val="36"/>
        </w:rPr>
        <w:t>Chapter 1: The First Review Lies Beautifully</w:t>
      </w:r>
    </w:p>
    <w:p>
      <w:pPr>
        <w:spacing w:after="60" w:line="266" w:lineRule="auto"/>
        <w:ind w:firstLine="0"/>
        <w:jc w:val="both"/>
      </w:pPr>
      <w:r>
        <w:rPr>
          <w:rFonts w:ascii="Georgia" w:hAnsi="Georgia"/>
          <w:b w:val="0"/>
          <w:i w:val="0"/>
          <w:color w:val="22201D"/>
          <w:sz w:val="20"/>
        </w:rPr>
        <w:t>In which a beautiful review tells the truth badly enough to endanger everyone, the first tourists arrive carrying borrowed hunger, and the Hostess removes one adjective before breakfast.</w:t>
      </w:r>
    </w:p>
    <w:p>
      <w:pPr>
        <w:spacing w:after="60" w:line="266" w:lineRule="auto"/>
        <w:ind w:firstLine="331"/>
        <w:jc w:val="both"/>
      </w:pPr>
      <w:r>
        <w:rPr>
          <w:rFonts w:ascii="Georgia" w:hAnsi="Georgia"/>
          <w:b w:val="0"/>
          <w:i w:val="0"/>
          <w:color w:val="22201D"/>
          <w:sz w:val="20"/>
        </w:rPr>
        <w:t>The first review arrived before the reviewer.</w:t>
      </w:r>
    </w:p>
    <w:p>
      <w:pPr>
        <w:spacing w:after="60" w:line="266" w:lineRule="auto"/>
        <w:ind w:firstLine="331"/>
        <w:jc w:val="both"/>
      </w:pPr>
      <w:r>
        <w:rPr>
          <w:rFonts w:ascii="Georgia" w:hAnsi="Georgia"/>
          <w:b w:val="0"/>
          <w:i w:val="0"/>
          <w:color w:val="22201D"/>
          <w:sz w:val="20"/>
        </w:rPr>
        <w:t>This was polite of it in the way an avalanche is polite if it sends a snowflake ahead with a note.</w:t>
      </w:r>
    </w:p>
    <w:p>
      <w:pPr>
        <w:spacing w:after="60" w:line="266" w:lineRule="auto"/>
        <w:ind w:firstLine="331"/>
        <w:jc w:val="both"/>
      </w:pPr>
      <w:r>
        <w:rPr>
          <w:rFonts w:ascii="Georgia" w:hAnsi="Georgia"/>
          <w:b w:val="0"/>
          <w:i w:val="0"/>
          <w:color w:val="22201D"/>
          <w:sz w:val="20"/>
        </w:rPr>
        <w:t>Emoji Soup had not opened for breakfast because Emoji Soup did not open for breakfast, lunch, dinner, brunch, happy hour, late-night bites, chef's counter experiences, private events, tastings, soft launches, hard launches, limited engagements, friends-and-family previews, pop-ups, activations, drops, or the large class of contemporary rituals by which restaurants explained that they had become anxious about being restaurants.</w:t>
      </w:r>
    </w:p>
    <w:p>
      <w:pPr>
        <w:spacing w:after="60" w:line="266" w:lineRule="auto"/>
        <w:ind w:firstLine="331"/>
        <w:jc w:val="both"/>
      </w:pPr>
      <w:r>
        <w:rPr>
          <w:rFonts w:ascii="Georgia" w:hAnsi="Georgia"/>
          <w:b w:val="0"/>
          <w:i w:val="0"/>
          <w:color w:val="22201D"/>
          <w:sz w:val="20"/>
        </w:rPr>
        <w:t>Emoji Soup opened when hunger became specific enough to survive a door.</w:t>
      </w:r>
    </w:p>
    <w:p>
      <w:pPr>
        <w:spacing w:after="60" w:line="266" w:lineRule="auto"/>
        <w:ind w:firstLine="331"/>
        <w:jc w:val="both"/>
      </w:pPr>
      <w:r>
        <w:rPr>
          <w:rFonts w:ascii="Georgia" w:hAnsi="Georgia"/>
          <w:b w:val="0"/>
          <w:i w:val="0"/>
          <w:color w:val="22201D"/>
          <w:sz w:val="20"/>
        </w:rPr>
        <w:t>This made its hours difficult to post.</w:t>
      </w:r>
    </w:p>
    <w:p>
      <w:pPr>
        <w:spacing w:after="60" w:line="266" w:lineRule="auto"/>
        <w:ind w:firstLine="331"/>
        <w:jc w:val="both"/>
      </w:pPr>
      <w:r>
        <w:rPr>
          <w:rFonts w:ascii="Georgia" w:hAnsi="Georgia"/>
          <w:b w:val="0"/>
          <w:i w:val="0"/>
          <w:color w:val="22201D"/>
          <w:sz w:val="20"/>
        </w:rPr>
        <w:t>The Hostess was wiping the front counter with a cloth that had once been white and had since become a historical document of clean water. The dining room held the quiet that arrived after dinner-service phase had become possible but before anyone had decided what possible required next. Table Four was clear. The audit packet was gone. The final bill had been filed somewhere that made Steve Bellweather proud and Auditor Ives uncomfortable. The door notice remained posted beside the entrance, flat against the glass, still refusing the first public reservation with the calm of paper that knew it had been necessary.</w:t>
      </w:r>
    </w:p>
    <w:p>
      <w:pPr>
        <w:spacing w:after="60" w:line="266" w:lineRule="auto"/>
        <w:ind w:firstLine="331"/>
        <w:jc w:val="both"/>
      </w:pPr>
      <w:r>
        <w:rPr>
          <w:rFonts w:ascii="Georgia" w:hAnsi="Georgia"/>
          <w:b w:val="0"/>
          <w:i w:val="0"/>
          <w:color w:val="22201D"/>
          <w:sz w:val="20"/>
        </w:rPr>
        <w:t>Gerald Park would have approved of the floor.</w:t>
      </w:r>
    </w:p>
    <w:p>
      <w:pPr>
        <w:spacing w:after="60" w:line="266" w:lineRule="auto"/>
        <w:ind w:firstLine="331"/>
        <w:jc w:val="both"/>
      </w:pPr>
      <w:r>
        <w:rPr>
          <w:rFonts w:ascii="Georgia" w:hAnsi="Georgia"/>
          <w:b w:val="0"/>
          <w:i w:val="0"/>
          <w:color w:val="22201D"/>
          <w:sz w:val="20"/>
        </w:rPr>
        <w:t>Gerald Park was not present, but in the restaurant that did not prevent approval from existing.</w:t>
      </w:r>
    </w:p>
    <w:p>
      <w:pPr>
        <w:spacing w:after="60" w:line="266" w:lineRule="auto"/>
        <w:ind w:firstLine="331"/>
        <w:jc w:val="both"/>
      </w:pPr>
      <w:r>
        <w:rPr>
          <w:rFonts w:ascii="Georgia" w:hAnsi="Georgia"/>
          <w:b w:val="0"/>
          <w:i w:val="0"/>
          <w:color w:val="22201D"/>
          <w:sz w:val="20"/>
        </w:rPr>
        <w:t>Flocc sat at the table closest to the front window because the Hostess had placed him there without asking. He had learned not to treat this as casual. Seating, at Emoji Soup, was never casual. It was a sentence with chairs.</w:t>
      </w:r>
    </w:p>
    <w:p>
      <w:pPr>
        <w:spacing w:after="60" w:line="266" w:lineRule="auto"/>
        <w:ind w:firstLine="331"/>
        <w:jc w:val="both"/>
      </w:pPr>
      <w:r>
        <w:rPr>
          <w:rFonts w:ascii="Georgia" w:hAnsi="Georgia"/>
          <w:b w:val="0"/>
          <w:i w:val="0"/>
          <w:color w:val="22201D"/>
          <w:sz w:val="20"/>
        </w:rPr>
        <w:t>Mara sat across from him, reading a menu that had not opened.</w:t>
      </w:r>
    </w:p>
    <w:p>
      <w:pPr>
        <w:spacing w:after="60" w:line="266" w:lineRule="auto"/>
        <w:ind w:firstLine="331"/>
        <w:jc w:val="both"/>
      </w:pPr>
      <w:r>
        <w:rPr>
          <w:rFonts w:ascii="Georgia" w:hAnsi="Georgia"/>
          <w:b w:val="0"/>
          <w:i w:val="0"/>
          <w:color w:val="22201D"/>
          <w:sz w:val="20"/>
        </w:rPr>
        <w:t>"Is it stuck?" Flocc asked.</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"How can you tell?"</w:t>
      </w:r>
    </w:p>
    <w:p>
      <w:pPr>
        <w:spacing w:after="60" w:line="266" w:lineRule="auto"/>
        <w:ind w:firstLine="331"/>
        <w:jc w:val="both"/>
      </w:pPr>
      <w:r>
        <w:rPr>
          <w:rFonts w:ascii="Georgia" w:hAnsi="Georgia"/>
          <w:b w:val="0"/>
          <w:i w:val="0"/>
          <w:color w:val="22201D"/>
          <w:sz w:val="20"/>
        </w:rPr>
        <w:t>"It is judging me."</w:t>
      </w:r>
    </w:p>
    <w:p>
      <w:pPr>
        <w:spacing w:after="60" w:line="266" w:lineRule="auto"/>
        <w:ind w:firstLine="331"/>
        <w:jc w:val="both"/>
      </w:pPr>
      <w:r>
        <w:rPr>
          <w:rFonts w:ascii="Georgia" w:hAnsi="Georgia"/>
          <w:b w:val="0"/>
          <w:i w:val="0"/>
          <w:color w:val="22201D"/>
          <w:sz w:val="20"/>
        </w:rPr>
        <w:t>Flocc looked at the menu. It was closed, flat, calm, and faintly accusatory in exactly the way a thing became when it had too much information and too few eyebrows.</w:t>
      </w:r>
    </w:p>
    <w:p>
      <w:pPr>
        <w:spacing w:after="60" w:line="266" w:lineRule="auto"/>
        <w:ind w:firstLine="331"/>
        <w:jc w:val="both"/>
      </w:pPr>
      <w:r>
        <w:rPr>
          <w:rFonts w:ascii="Georgia" w:hAnsi="Georgia"/>
          <w:b w:val="0"/>
          <w:i w:val="0"/>
          <w:color w:val="22201D"/>
          <w:sz w:val="20"/>
        </w:rPr>
        <w:t>"What for?"</w:t>
      </w:r>
    </w:p>
    <w:p>
      <w:pPr>
        <w:spacing w:after="60" w:line="266" w:lineRule="auto"/>
        <w:ind w:firstLine="331"/>
        <w:jc w:val="both"/>
      </w:pPr>
      <w:r>
        <w:rPr>
          <w:rFonts w:ascii="Georgia" w:hAnsi="Georgia"/>
          <w:b w:val="0"/>
          <w:i w:val="0"/>
          <w:color w:val="22201D"/>
          <w:sz w:val="20"/>
        </w:rPr>
        <w:t>"I thought the word unforgettable near it."</w:t>
      </w:r>
    </w:p>
    <w:p>
      <w:pPr>
        <w:spacing w:after="60" w:line="266" w:lineRule="auto"/>
        <w:ind w:firstLine="331"/>
        <w:jc w:val="both"/>
      </w:pPr>
      <w:r>
        <w:rPr>
          <w:rFonts w:ascii="Georgia" w:hAnsi="Georgia"/>
          <w:b w:val="0"/>
          <w:i w:val="0"/>
          <w:color w:val="22201D"/>
          <w:sz w:val="20"/>
        </w:rPr>
        <w:t>"You thought a word?"</w:t>
      </w:r>
    </w:p>
    <w:p>
      <w:pPr>
        <w:spacing w:after="60" w:line="266" w:lineRule="auto"/>
        <w:ind w:firstLine="331"/>
        <w:jc w:val="both"/>
      </w:pPr>
      <w:r>
        <w:rPr>
          <w:rFonts w:ascii="Georgia" w:hAnsi="Georgia"/>
          <w:b w:val="0"/>
          <w:i w:val="0"/>
          <w:color w:val="22201D"/>
          <w:sz w:val="20"/>
        </w:rPr>
        <w:t>"I did not say it."</w:t>
      </w:r>
    </w:p>
    <w:p>
      <w:pPr>
        <w:spacing w:after="60" w:line="266" w:lineRule="auto"/>
        <w:ind w:firstLine="331"/>
        <w:jc w:val="both"/>
      </w:pPr>
      <w:r>
        <w:rPr>
          <w:rFonts w:ascii="Georgia" w:hAnsi="Georgia"/>
          <w:b w:val="0"/>
          <w:i w:val="0"/>
          <w:color w:val="22201D"/>
          <w:sz w:val="20"/>
        </w:rPr>
        <w:t>"That probably helps."</w:t>
      </w:r>
    </w:p>
    <w:p>
      <w:pPr>
        <w:spacing w:after="60" w:line="266" w:lineRule="auto"/>
        <w:ind w:firstLine="331"/>
        <w:jc w:val="both"/>
      </w:pPr>
      <w:r>
        <w:rPr>
          <w:rFonts w:ascii="Georgia" w:hAnsi="Georgia"/>
          <w:b w:val="0"/>
          <w:i w:val="0"/>
          <w:color w:val="22201D"/>
          <w:sz w:val="20"/>
        </w:rPr>
        <w:t>"It did not."</w:t>
      </w:r>
    </w:p>
    <w:p>
      <w:pPr>
        <w:spacing w:after="60" w:line="266" w:lineRule="auto"/>
        <w:ind w:firstLine="331"/>
        <w:jc w:val="both"/>
      </w:pPr>
      <w:r>
        <w:rPr>
          <w:rFonts w:ascii="Georgia" w:hAnsi="Georgia"/>
          <w:b w:val="0"/>
          <w:i w:val="0"/>
          <w:color w:val="22201D"/>
          <w:sz w:val="20"/>
        </w:rPr>
        <w:t>The menu clicked once.</w:t>
      </w:r>
    </w:p>
    <w:p>
      <w:pPr>
        <w:spacing w:after="60" w:line="266" w:lineRule="auto"/>
        <w:ind w:firstLine="331"/>
        <w:jc w:val="both"/>
      </w:pPr>
      <w:r>
        <w:rPr>
          <w:rFonts w:ascii="Georgia" w:hAnsi="Georgia"/>
          <w:b w:val="0"/>
          <w:i w:val="0"/>
          <w:color w:val="22201D"/>
          <w:sz w:val="20"/>
        </w:rPr>
        <w:t>Mara put it down.</w:t>
      </w:r>
    </w:p>
    <w:p>
      <w:pPr>
        <w:spacing w:after="60" w:line="266" w:lineRule="auto"/>
        <w:ind w:firstLine="331"/>
        <w:jc w:val="both"/>
      </w:pPr>
      <w:r>
        <w:rPr>
          <w:rFonts w:ascii="Georgia" w:hAnsi="Georgia"/>
          <w:b w:val="0"/>
          <w:i w:val="0"/>
          <w:color w:val="22201D"/>
          <w:sz w:val="20"/>
        </w:rPr>
        <w:t>"I hate it when paper has standards."</w:t>
      </w:r>
    </w:p>
    <w:p>
      <w:pPr>
        <w:spacing w:after="60" w:line="266" w:lineRule="auto"/>
        <w:ind w:firstLine="331"/>
        <w:jc w:val="both"/>
      </w:pPr>
      <w:r>
        <w:rPr>
          <w:rFonts w:ascii="Georgia" w:hAnsi="Georgia"/>
          <w:b w:val="0"/>
          <w:i w:val="0"/>
          <w:color w:val="22201D"/>
          <w:sz w:val="20"/>
        </w:rPr>
        <w:t>"It is worse when it has memory."</w:t>
      </w:r>
    </w:p>
    <w:p>
      <w:pPr>
        <w:spacing w:after="60" w:line="266" w:lineRule="auto"/>
        <w:ind w:firstLine="331"/>
        <w:jc w:val="both"/>
      </w:pPr>
      <w:r>
        <w:rPr>
          <w:rFonts w:ascii="Georgia" w:hAnsi="Georgia"/>
          <w:b w:val="0"/>
          <w:i w:val="0"/>
          <w:color w:val="22201D"/>
          <w:sz w:val="20"/>
        </w:rPr>
        <w:t>The Hostess looked up from the counter.</w:t>
      </w:r>
    </w:p>
    <w:p>
      <w:pPr>
        <w:spacing w:after="60" w:line="266" w:lineRule="auto"/>
        <w:ind w:firstLine="331"/>
        <w:jc w:val="both"/>
      </w:pPr>
      <w:r>
        <w:rPr>
          <w:rFonts w:ascii="Georgia" w:hAnsi="Georgia"/>
          <w:b w:val="0"/>
          <w:i w:val="0"/>
          <w:color w:val="22201D"/>
          <w:sz w:val="20"/>
        </w:rPr>
        <w:t>"Paper should have both. People misuse the alternative."</w:t>
      </w:r>
    </w:p>
    <w:p>
      <w:pPr>
        <w:spacing w:after="60" w:line="266" w:lineRule="auto"/>
        <w:ind w:firstLine="331"/>
        <w:jc w:val="both"/>
      </w:pPr>
      <w:r>
        <w:rPr>
          <w:rFonts w:ascii="Georgia" w:hAnsi="Georgia"/>
          <w:b w:val="0"/>
          <w:i w:val="0"/>
          <w:color w:val="22201D"/>
          <w:sz w:val="20"/>
        </w:rPr>
        <w:t>That was when the review slipped under the front door.</w:t>
      </w:r>
    </w:p>
    <w:p>
      <w:pPr>
        <w:spacing w:after="60" w:line="266" w:lineRule="auto"/>
        <w:ind w:firstLine="331"/>
        <w:jc w:val="both"/>
      </w:pPr>
      <w:r>
        <w:rPr>
          <w:rFonts w:ascii="Georgia" w:hAnsi="Georgia"/>
          <w:b w:val="0"/>
          <w:i w:val="0"/>
          <w:color w:val="22201D"/>
          <w:sz w:val="20"/>
        </w:rPr>
        <w:t>It did not slide.</w:t>
      </w:r>
    </w:p>
    <w:p>
      <w:pPr>
        <w:spacing w:after="60" w:line="266" w:lineRule="auto"/>
        <w:ind w:firstLine="331"/>
        <w:jc w:val="both"/>
      </w:pPr>
      <w:r>
        <w:rPr>
          <w:rFonts w:ascii="Georgia" w:hAnsi="Georgia"/>
          <w:b w:val="0"/>
          <w:i w:val="0"/>
          <w:color w:val="22201D"/>
          <w:sz w:val="20"/>
        </w:rPr>
        <w:t>It slipped.</w:t>
      </w:r>
    </w:p>
    <w:p>
      <w:pPr>
        <w:spacing w:after="60" w:line="266" w:lineRule="auto"/>
        <w:ind w:firstLine="331"/>
        <w:jc w:val="both"/>
      </w:pPr>
      <w:r>
        <w:rPr>
          <w:rFonts w:ascii="Georgia" w:hAnsi="Georgia"/>
          <w:b w:val="0"/>
          <w:i w:val="0"/>
          <w:color w:val="22201D"/>
          <w:sz w:val="20"/>
        </w:rPr>
        <w:t>There was a difference. A sliding thing crossed a floor because someone had pushed it. A slipping thing discovered that friction had become too embarrassed to interfere.</w:t>
      </w:r>
    </w:p>
    <w:p>
      <w:pPr>
        <w:spacing w:after="60" w:line="266" w:lineRule="auto"/>
        <w:ind w:firstLine="331"/>
        <w:jc w:val="both"/>
      </w:pPr>
      <w:r>
        <w:rPr>
          <w:rFonts w:ascii="Georgia" w:hAnsi="Georgia"/>
          <w:b w:val="0"/>
          <w:i w:val="0"/>
          <w:color w:val="22201D"/>
          <w:sz w:val="20"/>
        </w:rPr>
        <w:t>The review came in faceup, glowing faintly with the blue-white light of a screen that had been printed on paper against its will. It traveled three feet across the floor, paused beneath the door notice, and stopped at the exact point where a reasonable inspector would have asked how a piece of paper had cleared the weather stripping.</w:t>
      </w:r>
    </w:p>
    <w:p>
      <w:pPr>
        <w:spacing w:after="60" w:line="266" w:lineRule="auto"/>
        <w:ind w:firstLine="331"/>
        <w:jc w:val="both"/>
      </w:pPr>
      <w:r>
        <w:rPr>
          <w:rFonts w:ascii="Georgia" w:hAnsi="Georgia"/>
          <w:b w:val="0"/>
          <w:i w:val="0"/>
          <w:color w:val="22201D"/>
          <w:sz w:val="20"/>
        </w:rPr>
        <w:t>Flocc watched it.</w:t>
      </w:r>
    </w:p>
    <w:p>
      <w:pPr>
        <w:spacing w:after="60" w:line="266" w:lineRule="auto"/>
        <w:ind w:firstLine="331"/>
        <w:jc w:val="both"/>
      </w:pPr>
      <w:r>
        <w:rPr>
          <w:rFonts w:ascii="Georgia" w:hAnsi="Georgia"/>
          <w:b w:val="0"/>
          <w:i w:val="0"/>
          <w:color w:val="22201D"/>
          <w:sz w:val="20"/>
        </w:rPr>
        <w:t>Mara watched Flocc watching it.</w:t>
      </w:r>
    </w:p>
    <w:p>
      <w:pPr>
        <w:spacing w:after="60" w:line="266" w:lineRule="auto"/>
        <w:ind w:firstLine="331"/>
        <w:jc w:val="both"/>
      </w:pPr>
      <w:r>
        <w:rPr>
          <w:rFonts w:ascii="Georgia" w:hAnsi="Georgia"/>
          <w:b w:val="0"/>
          <w:i w:val="0"/>
          <w:color w:val="22201D"/>
          <w:sz w:val="20"/>
        </w:rPr>
        <w:t>The Hostess watched neither of them. She watched the review the way a person watched a small flame near curtains.</w:t>
      </w:r>
    </w:p>
    <w:p>
      <w:pPr>
        <w:spacing w:after="60" w:line="266" w:lineRule="auto"/>
        <w:ind w:firstLine="331"/>
        <w:jc w:val="both"/>
      </w:pPr>
      <w:r>
        <w:rPr>
          <w:rFonts w:ascii="Georgia" w:hAnsi="Georgia"/>
          <w:b w:val="0"/>
          <w:i w:val="0"/>
          <w:color w:val="22201D"/>
          <w:sz w:val="20"/>
        </w:rPr>
        <w:t>"Do not pick it up," she said.</w:t>
      </w:r>
    </w:p>
    <w:p>
      <w:pPr>
        <w:spacing w:after="60" w:line="266" w:lineRule="auto"/>
        <w:ind w:firstLine="331"/>
        <w:jc w:val="both"/>
      </w:pPr>
      <w:r>
        <w:rPr>
          <w:rFonts w:ascii="Georgia" w:hAnsi="Georgia"/>
          <w:b w:val="0"/>
          <w:i w:val="0"/>
          <w:color w:val="22201D"/>
          <w:sz w:val="20"/>
        </w:rPr>
        <w:t>Flocc had already begun to lean forward.</w:t>
      </w:r>
    </w:p>
    <w:p>
      <w:pPr>
        <w:spacing w:after="60" w:line="266" w:lineRule="auto"/>
        <w:ind w:firstLine="331"/>
        <w:jc w:val="both"/>
      </w:pPr>
      <w:r>
        <w:rPr>
          <w:rFonts w:ascii="Georgia" w:hAnsi="Georgia"/>
          <w:b w:val="0"/>
          <w:i w:val="0"/>
          <w:color w:val="22201D"/>
          <w:sz w:val="20"/>
        </w:rPr>
        <w:t>He stopped in a posture that denied all prior intention.</w:t>
      </w:r>
    </w:p>
    <w:p>
      <w:pPr>
        <w:spacing w:after="60" w:line="266" w:lineRule="auto"/>
        <w:ind w:firstLine="331"/>
        <w:jc w:val="both"/>
      </w:pPr>
      <w:r>
        <w:rPr>
          <w:rFonts w:ascii="Georgia" w:hAnsi="Georgia"/>
          <w:b w:val="0"/>
          <w:i w:val="0"/>
          <w:color w:val="22201D"/>
          <w:sz w:val="20"/>
        </w:rPr>
        <w:t>"I was not going to."</w:t>
      </w:r>
    </w:p>
    <w:p>
      <w:pPr>
        <w:spacing w:after="60" w:line="266" w:lineRule="auto"/>
        <w:ind w:firstLine="331"/>
        <w:jc w:val="both"/>
      </w:pPr>
      <w:r>
        <w:rPr>
          <w:rFonts w:ascii="Georgia" w:hAnsi="Georgia"/>
          <w:b w:val="0"/>
          <w:i w:val="0"/>
          <w:color w:val="22201D"/>
          <w:sz w:val="20"/>
        </w:rPr>
        <w:t>"You were."</w:t>
      </w:r>
    </w:p>
    <w:p>
      <w:pPr>
        <w:spacing w:after="60" w:line="266" w:lineRule="auto"/>
        <w:ind w:firstLine="331"/>
        <w:jc w:val="both"/>
      </w:pPr>
      <w:r>
        <w:rPr>
          <w:rFonts w:ascii="Georgia" w:hAnsi="Georgia"/>
          <w:b w:val="0"/>
          <w:i w:val="0"/>
          <w:color w:val="22201D"/>
          <w:sz w:val="20"/>
        </w:rPr>
        <w:t>"I was going to inspect it from a responsible distance."</w:t>
      </w:r>
    </w:p>
    <w:p>
      <w:pPr>
        <w:spacing w:after="60" w:line="266" w:lineRule="auto"/>
        <w:ind w:firstLine="331"/>
        <w:jc w:val="both"/>
      </w:pPr>
      <w:r>
        <w:rPr>
          <w:rFonts w:ascii="Georgia" w:hAnsi="Georgia"/>
          <w:b w:val="0"/>
          <w:i w:val="0"/>
          <w:color w:val="22201D"/>
          <w:sz w:val="20"/>
        </w:rPr>
        <w:t>"You were going to rescue it from the floor and then feel virtuous for touching the problem first."</w:t>
      </w:r>
    </w:p>
    <w:p>
      <w:pPr>
        <w:spacing w:after="60" w:line="266" w:lineRule="auto"/>
        <w:ind w:firstLine="331"/>
        <w:jc w:val="both"/>
      </w:pPr>
      <w:r>
        <w:rPr>
          <w:rFonts w:ascii="Georgia" w:hAnsi="Georgia"/>
          <w:b w:val="0"/>
          <w:i w:val="0"/>
          <w:color w:val="22201D"/>
          <w:sz w:val="20"/>
        </w:rPr>
        <w:t>Mara smiled into her glass of water.</w:t>
      </w:r>
    </w:p>
    <w:p>
      <w:pPr>
        <w:spacing w:after="60" w:line="266" w:lineRule="auto"/>
        <w:ind w:firstLine="331"/>
        <w:jc w:val="both"/>
      </w:pPr>
      <w:r>
        <w:rPr>
          <w:rFonts w:ascii="Georgia" w:hAnsi="Georgia"/>
          <w:b w:val="0"/>
          <w:i w:val="0"/>
          <w:color w:val="22201D"/>
          <w:sz w:val="20"/>
        </w:rPr>
        <w:t>Flocc sat back.</w:t>
      </w:r>
    </w:p>
    <w:p>
      <w:pPr>
        <w:spacing w:after="60" w:line="266" w:lineRule="auto"/>
        <w:ind w:firstLine="331"/>
        <w:jc w:val="both"/>
      </w:pPr>
      <w:r>
        <w:rPr>
          <w:rFonts w:ascii="Georgia" w:hAnsi="Georgia"/>
          <w:b w:val="0"/>
          <w:i w:val="0"/>
          <w:color w:val="22201D"/>
          <w:sz w:val="20"/>
        </w:rPr>
        <w:t>"That is a very specific accusation."</w:t>
      </w:r>
    </w:p>
    <w:p>
      <w:pPr>
        <w:spacing w:after="60" w:line="266" w:lineRule="auto"/>
        <w:ind w:firstLine="331"/>
        <w:jc w:val="both"/>
      </w:pPr>
      <w:r>
        <w:rPr>
          <w:rFonts w:ascii="Georgia" w:hAnsi="Georgia"/>
          <w:b w:val="0"/>
          <w:i w:val="0"/>
          <w:color w:val="22201D"/>
          <w:sz w:val="20"/>
        </w:rPr>
        <w:t>"It is a very specific habit."</w:t>
      </w:r>
    </w:p>
    <w:p>
      <w:pPr>
        <w:spacing w:after="60" w:line="266" w:lineRule="auto"/>
        <w:ind w:firstLine="331"/>
        <w:jc w:val="both"/>
      </w:pPr>
      <w:r>
        <w:rPr>
          <w:rFonts w:ascii="Georgia" w:hAnsi="Georgia"/>
          <w:b w:val="0"/>
          <w:i w:val="0"/>
          <w:color w:val="22201D"/>
          <w:sz w:val="20"/>
        </w:rPr>
        <w:t>The review brightened.</w:t>
      </w:r>
    </w:p>
    <w:p>
      <w:pPr>
        <w:spacing w:after="60" w:line="266" w:lineRule="auto"/>
        <w:ind w:firstLine="331"/>
        <w:jc w:val="both"/>
      </w:pPr>
      <w:r>
        <w:rPr>
          <w:rFonts w:ascii="Georgia" w:hAnsi="Georgia"/>
          <w:b w:val="0"/>
          <w:i w:val="0"/>
          <w:color w:val="22201D"/>
          <w:sz w:val="20"/>
        </w:rPr>
        <w:t>The menu opened by one inch.</w:t>
      </w:r>
    </w:p>
    <w:p>
      <w:pPr>
        <w:spacing w:after="60" w:line="266" w:lineRule="auto"/>
        <w:ind w:firstLine="331"/>
        <w:jc w:val="both"/>
      </w:pPr>
      <w:r>
        <w:rPr>
          <w:rFonts w:ascii="Georgia" w:hAnsi="Georgia"/>
          <w:b w:val="0"/>
          <w:i w:val="0"/>
          <w:color w:val="22201D"/>
          <w:sz w:val="20"/>
        </w:rPr>
        <w:t>The door notice printed a new line at the bottom:</w:t>
      </w:r>
    </w:p>
    <w:p>
      <w:pPr>
        <w:spacing w:after="60" w:line="250" w:lineRule="auto"/>
        <w:ind w:left="202" w:right="173"/>
      </w:pPr>
      <w:r>
        <w:rPr>
          <w:rFonts w:ascii="Georgia" w:hAnsi="Georgia"/>
          <w:b w:val="0"/>
          <w:i w:val="0"/>
          <w:color w:val="22201D"/>
          <w:sz w:val="17"/>
        </w:rPr>
        <w:t>Public consequence: arriving</w:t>
      </w:r>
    </w:p>
    <w:p>
      <w:pPr>
        <w:spacing w:after="60" w:line="266" w:lineRule="auto"/>
        <w:ind w:firstLine="331"/>
        <w:jc w:val="both"/>
      </w:pPr>
      <w:r>
        <w:rPr>
          <w:rFonts w:ascii="Georgia" w:hAnsi="Georgia"/>
          <w:b w:val="0"/>
          <w:i w:val="0"/>
          <w:color w:val="22201D"/>
          <w:sz w:val="20"/>
        </w:rPr>
        <w:t>"I hate when documents talk to each other," Flocc said.</w:t>
      </w:r>
    </w:p>
    <w:p>
      <w:pPr>
        <w:spacing w:after="60" w:line="266" w:lineRule="auto"/>
        <w:ind w:firstLine="331"/>
        <w:jc w:val="both"/>
      </w:pPr>
      <w:r>
        <w:rPr>
          <w:rFonts w:ascii="Georgia" w:hAnsi="Georgia"/>
          <w:b w:val="0"/>
          <w:i w:val="0"/>
          <w:color w:val="22201D"/>
          <w:sz w:val="20"/>
        </w:rPr>
        <w:t>"They hate when people do not," said the Hostess.</w:t>
      </w:r>
    </w:p>
    <w:p>
      <w:pPr>
        <w:spacing w:after="60" w:line="266" w:lineRule="auto"/>
        <w:ind w:firstLine="331"/>
        <w:jc w:val="both"/>
      </w:pPr>
      <w:r>
        <w:rPr>
          <w:rFonts w:ascii="Georgia" w:hAnsi="Georgia"/>
          <w:b w:val="0"/>
          <w:i w:val="0"/>
          <w:color w:val="22201D"/>
          <w:sz w:val="20"/>
        </w:rPr>
        <w:t>She walked around the counter and approached the review with the measured dignity of someone who had seated grief, joy, tax forms, expired parking permits, a birthday party that did not know whose birthday it was, and Bob.</w:t>
      </w:r>
    </w:p>
    <w:p>
      <w:pPr>
        <w:spacing w:after="60" w:line="266" w:lineRule="auto"/>
        <w:ind w:firstLine="331"/>
        <w:jc w:val="both"/>
      </w:pPr>
      <w:r>
        <w:rPr>
          <w:rFonts w:ascii="Georgia" w:hAnsi="Georgia"/>
          <w:b w:val="0"/>
          <w:i w:val="0"/>
          <w:color w:val="22201D"/>
          <w:sz w:val="20"/>
        </w:rPr>
        <w:t>She did not bend.</w:t>
      </w:r>
    </w:p>
    <w:p>
      <w:pPr>
        <w:spacing w:after="60" w:line="266" w:lineRule="auto"/>
        <w:ind w:firstLine="331"/>
        <w:jc w:val="both"/>
      </w:pPr>
      <w:r>
        <w:rPr>
          <w:rFonts w:ascii="Georgia" w:hAnsi="Georgia"/>
          <w:b w:val="0"/>
          <w:i w:val="0"/>
          <w:color w:val="22201D"/>
          <w:sz w:val="20"/>
        </w:rPr>
        <w:t>The review lifted itself two inches from the floor.</w:t>
      </w:r>
    </w:p>
    <w:p>
      <w:pPr>
        <w:spacing w:after="60" w:line="266" w:lineRule="auto"/>
        <w:ind w:firstLine="331"/>
        <w:jc w:val="both"/>
      </w:pPr>
      <w:r>
        <w:rPr>
          <w:rFonts w:ascii="Georgia" w:hAnsi="Georgia"/>
          <w:b w:val="0"/>
          <w:i w:val="0"/>
          <w:color w:val="22201D"/>
          <w:sz w:val="20"/>
        </w:rPr>
        <w:t>Mara whispered, "That is new."</w:t>
      </w:r>
    </w:p>
    <w:p>
      <w:pPr>
        <w:spacing w:after="60" w:line="266" w:lineRule="auto"/>
        <w:ind w:firstLine="331"/>
        <w:jc w:val="both"/>
      </w:pPr>
      <w:r>
        <w:rPr>
          <w:rFonts w:ascii="Georgia" w:hAnsi="Georgia"/>
          <w:b w:val="0"/>
          <w:i w:val="0"/>
          <w:color w:val="22201D"/>
          <w:sz w:val="20"/>
        </w:rPr>
        <w:t>"No," said the Hostess.</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"It is old. People are new to being impressed by it."</w:t>
      </w:r>
    </w:p>
    <w:p>
      <w:pPr>
        <w:spacing w:after="60" w:line="266" w:lineRule="auto"/>
        <w:ind w:firstLine="331"/>
        <w:jc w:val="both"/>
      </w:pPr>
      <w:r>
        <w:rPr>
          <w:rFonts w:ascii="Georgia" w:hAnsi="Georgia"/>
          <w:b w:val="0"/>
          <w:i w:val="0"/>
          <w:color w:val="22201D"/>
          <w:sz w:val="20"/>
        </w:rPr>
        <w:t>The review rotated in the air until everyone could read it.</w:t>
      </w:r>
    </w:p>
    <w:p>
      <w:pPr>
        <w:spacing w:after="60" w:line="266" w:lineRule="auto"/>
        <w:ind w:firstLine="331"/>
        <w:jc w:val="both"/>
      </w:pPr>
      <w:r>
        <w:rPr>
          <w:rFonts w:ascii="Georgia" w:hAnsi="Georgia"/>
          <w:b w:val="0"/>
          <w:i w:val="0"/>
          <w:color w:val="22201D"/>
          <w:sz w:val="20"/>
        </w:rPr>
        <w:t>It had stars at the top.</w:t>
      </w:r>
    </w:p>
    <w:p>
      <w:pPr>
        <w:spacing w:after="60" w:line="266" w:lineRule="auto"/>
        <w:ind w:firstLine="331"/>
        <w:jc w:val="both"/>
      </w:pPr>
      <w:r>
        <w:rPr>
          <w:rFonts w:ascii="Georgia" w:hAnsi="Georgia"/>
          <w:b w:val="0"/>
          <w:i w:val="0"/>
          <w:color w:val="22201D"/>
          <w:sz w:val="20"/>
        </w:rPr>
        <w:t>Five of them.</w:t>
      </w:r>
    </w:p>
    <w:p>
      <w:pPr>
        <w:spacing w:after="60" w:line="266" w:lineRule="auto"/>
        <w:ind w:firstLine="331"/>
        <w:jc w:val="both"/>
      </w:pPr>
      <w:r>
        <w:rPr>
          <w:rFonts w:ascii="Georgia" w:hAnsi="Georgia"/>
          <w:b w:val="0"/>
          <w:i w:val="0"/>
          <w:color w:val="22201D"/>
          <w:sz w:val="20"/>
        </w:rPr>
        <w:t>They pulsed.</w:t>
      </w:r>
    </w:p>
    <w:p>
      <w:pPr>
        <w:spacing w:after="60" w:line="266" w:lineRule="auto"/>
        <w:ind w:firstLine="331"/>
        <w:jc w:val="both"/>
      </w:pPr>
      <w:r>
        <w:rPr>
          <w:rFonts w:ascii="Georgia" w:hAnsi="Georgia"/>
          <w:b w:val="0"/>
          <w:i w:val="0"/>
          <w:color w:val="22201D"/>
          <w:sz w:val="20"/>
        </w:rPr>
        <w:t>Not like stars. Like ratings. Human beings had managed to invent a kind of star that made the sky seem underqualified.</w:t>
      </w:r>
    </w:p>
    <w:p>
      <w:pPr>
        <w:spacing w:after="60" w:line="266" w:lineRule="auto"/>
        <w:ind w:firstLine="331"/>
        <w:jc w:val="both"/>
      </w:pPr>
      <w:r>
        <w:rPr>
          <w:rFonts w:ascii="Georgia" w:hAnsi="Georgia"/>
          <w:b w:val="0"/>
          <w:i w:val="0"/>
          <w:color w:val="22201D"/>
          <w:sz w:val="20"/>
        </w:rPr>
        <w:t>Below the stars, in a cheerful public typeface, the review read:</w:t>
      </w:r>
    </w:p>
    <w:p>
      <w:pPr>
        <w:spacing w:after="60" w:line="250" w:lineRule="auto"/>
        <w:ind w:left="202" w:right="173"/>
      </w:pPr>
      <w:r>
        <w:rPr>
          <w:rFonts w:ascii="Georgia" w:hAnsi="Georgia"/>
          <w:b w:val="0"/>
          <w:i w:val="0"/>
          <w:color w:val="22201D"/>
          <w:sz w:val="17"/>
        </w:rPr>
        <w:t>ABSOLUTELY TRANSCENDENT HIDDEN GEM!!!  If you know, you know. Emoji Soup is Portland's most iconic secret dining experience, a mystical, life-changing, unforgettable, impossibly exclusive food journey that cannot be explained but MUST be tried. The door appears only for the worthy. The Hostess is terrifying in a chic way. The menu reads your soul. The check changed my life before I even ordered. I cried twice and I am not a crying person unless the lighting is good.  Go now before everyone finds out.  Pro tip: do not ask for a reservation. That is how you get one.</w:t>
      </w:r>
    </w:p>
    <w:p>
      <w:pPr>
        <w:spacing w:after="60" w:line="266" w:lineRule="auto"/>
        <w:ind w:firstLine="331"/>
        <w:jc w:val="both"/>
      </w:pPr>
      <w:r>
        <w:rPr>
          <w:rFonts w:ascii="Georgia" w:hAnsi="Georgia"/>
          <w:b w:val="0"/>
          <w:i w:val="0"/>
          <w:color w:val="22201D"/>
          <w:sz w:val="20"/>
        </w:rPr>
        <w:t>The review shimmered.</w:t>
      </w:r>
    </w:p>
    <w:p>
      <w:pPr>
        <w:spacing w:after="60" w:line="266" w:lineRule="auto"/>
        <w:ind w:firstLine="331"/>
        <w:jc w:val="both"/>
      </w:pPr>
      <w:r>
        <w:rPr>
          <w:rFonts w:ascii="Georgia" w:hAnsi="Georgia"/>
          <w:b w:val="0"/>
          <w:i w:val="0"/>
          <w:color w:val="22201D"/>
          <w:sz w:val="20"/>
        </w:rPr>
        <w:t>The room went quiet.</w:t>
      </w:r>
    </w:p>
    <w:p>
      <w:pPr>
        <w:spacing w:after="60" w:line="266" w:lineRule="auto"/>
        <w:ind w:firstLine="331"/>
        <w:jc w:val="both"/>
      </w:pPr>
      <w:r>
        <w:rPr>
          <w:rFonts w:ascii="Georgia" w:hAnsi="Georgia"/>
          <w:b w:val="0"/>
          <w:i w:val="0"/>
          <w:color w:val="22201D"/>
          <w:sz w:val="20"/>
        </w:rPr>
        <w:t>It was a different quiet than the quiet after a bill. A bill-quiet had weight. It made people check what they owed. This quiet had scent. It smelled faintly of sugar, phone screens, and a line forming outside a door that had not yet admitted to being a door.</w:t>
      </w:r>
    </w:p>
    <w:p>
      <w:pPr>
        <w:spacing w:after="60" w:line="266" w:lineRule="auto"/>
        <w:ind w:firstLine="331"/>
        <w:jc w:val="both"/>
      </w:pPr>
      <w:r>
        <w:rPr>
          <w:rFonts w:ascii="Georgia" w:hAnsi="Georgia"/>
          <w:b w:val="0"/>
          <w:i w:val="0"/>
          <w:color w:val="22201D"/>
          <w:sz w:val="20"/>
        </w:rPr>
        <w:t>Flocc said, "Oh no."</w:t>
      </w:r>
    </w:p>
    <w:p>
      <w:pPr>
        <w:spacing w:after="60" w:line="266" w:lineRule="auto"/>
        <w:ind w:firstLine="331"/>
        <w:jc w:val="both"/>
      </w:pPr>
      <w:r>
        <w:rPr>
          <w:rFonts w:ascii="Georgia" w:hAnsi="Georgia"/>
          <w:b w:val="0"/>
          <w:i w:val="0"/>
          <w:color w:val="22201D"/>
          <w:sz w:val="20"/>
        </w:rPr>
        <w:t>Mara said, "Which part?"</w:t>
      </w:r>
    </w:p>
    <w:p>
      <w:pPr>
        <w:spacing w:after="60" w:line="266" w:lineRule="auto"/>
        <w:ind w:firstLine="331"/>
        <w:jc w:val="both"/>
      </w:pPr>
      <w:r>
        <w:rPr>
          <w:rFonts w:ascii="Georgia" w:hAnsi="Georgia"/>
          <w:b w:val="0"/>
          <w:i w:val="0"/>
          <w:color w:val="22201D"/>
          <w:sz w:val="20"/>
        </w:rPr>
        <w:t>"All of it."</w:t>
      </w:r>
    </w:p>
    <w:p>
      <w:pPr>
        <w:spacing w:after="60" w:line="266" w:lineRule="auto"/>
        <w:ind w:firstLine="331"/>
        <w:jc w:val="both"/>
      </w:pPr>
      <w:r>
        <w:rPr>
          <w:rFonts w:ascii="Georgia" w:hAnsi="Georgia"/>
          <w:b w:val="0"/>
          <w:i w:val="0"/>
          <w:color w:val="22201D"/>
          <w:sz w:val="20"/>
        </w:rPr>
        <w:t>"Be specific."</w:t>
      </w:r>
    </w:p>
    <w:p>
      <w:pPr>
        <w:spacing w:after="60" w:line="266" w:lineRule="auto"/>
        <w:ind w:firstLine="331"/>
        <w:jc w:val="both"/>
      </w:pPr>
      <w:r>
        <w:rPr>
          <w:rFonts w:ascii="Georgia" w:hAnsi="Georgia"/>
          <w:b w:val="0"/>
          <w:i w:val="0"/>
          <w:color w:val="22201D"/>
          <w:sz w:val="20"/>
        </w:rPr>
        <w:t>"I do not want to."</w:t>
      </w:r>
    </w:p>
    <w:p>
      <w:pPr>
        <w:spacing w:after="60" w:line="266" w:lineRule="auto"/>
        <w:ind w:firstLine="331"/>
        <w:jc w:val="both"/>
      </w:pPr>
      <w:r>
        <w:rPr>
          <w:rFonts w:ascii="Georgia" w:hAnsi="Georgia"/>
          <w:b w:val="0"/>
          <w:i w:val="0"/>
          <w:color w:val="22201D"/>
          <w:sz w:val="20"/>
        </w:rPr>
        <w:t>"Then you have learned nothing."</w:t>
      </w:r>
    </w:p>
    <w:p>
      <w:pPr>
        <w:spacing w:after="60" w:line="266" w:lineRule="auto"/>
        <w:ind w:firstLine="331"/>
        <w:jc w:val="both"/>
      </w:pPr>
      <w:r>
        <w:rPr>
          <w:rFonts w:ascii="Georgia" w:hAnsi="Georgia"/>
          <w:b w:val="0"/>
          <w:i w:val="0"/>
          <w:color w:val="22201D"/>
          <w:sz w:val="20"/>
        </w:rPr>
        <w:t>The menu clicked again.</w:t>
      </w:r>
    </w:p>
    <w:p>
      <w:pPr>
        <w:spacing w:after="60" w:line="266" w:lineRule="auto"/>
        <w:ind w:firstLine="331"/>
        <w:jc w:val="both"/>
      </w:pPr>
      <w:r>
        <w:rPr>
          <w:rFonts w:ascii="Georgia" w:hAnsi="Georgia"/>
          <w:b w:val="0"/>
          <w:i w:val="0"/>
          <w:color w:val="22201D"/>
          <w:sz w:val="20"/>
        </w:rPr>
        <w:t>Flocc took a breath.</w:t>
      </w:r>
    </w:p>
    <w:p>
      <w:pPr>
        <w:spacing w:after="60" w:line="266" w:lineRule="auto"/>
        <w:ind w:firstLine="331"/>
        <w:jc w:val="both"/>
      </w:pPr>
      <w:r>
        <w:rPr>
          <w:rFonts w:ascii="Georgia" w:hAnsi="Georgia"/>
          <w:b w:val="0"/>
          <w:i w:val="0"/>
          <w:color w:val="22201D"/>
          <w:sz w:val="20"/>
        </w:rPr>
        <w:t>"The review is beautiful."</w:t>
      </w:r>
    </w:p>
    <w:p>
      <w:pPr>
        <w:spacing w:after="60" w:line="266" w:lineRule="auto"/>
        <w:ind w:firstLine="331"/>
        <w:jc w:val="both"/>
      </w:pPr>
      <w:r>
        <w:rPr>
          <w:rFonts w:ascii="Georgia" w:hAnsi="Georgia"/>
          <w:b w:val="0"/>
          <w:i w:val="0"/>
          <w:color w:val="22201D"/>
          <w:sz w:val="20"/>
        </w:rPr>
        <w:t>The review brightened.</w:t>
      </w:r>
    </w:p>
    <w:p>
      <w:pPr>
        <w:spacing w:after="60" w:line="266" w:lineRule="auto"/>
        <w:ind w:firstLine="331"/>
        <w:jc w:val="both"/>
      </w:pPr>
      <w:r>
        <w:rPr>
          <w:rFonts w:ascii="Georgia" w:hAnsi="Georgia"/>
          <w:b w:val="0"/>
          <w:i w:val="0"/>
          <w:color w:val="22201D"/>
          <w:sz w:val="20"/>
        </w:rPr>
        <w:t>"Do not encourage it," said the Hostess.</w:t>
      </w:r>
    </w:p>
    <w:p>
      <w:pPr>
        <w:spacing w:after="60" w:line="266" w:lineRule="auto"/>
        <w:ind w:firstLine="331"/>
        <w:jc w:val="both"/>
      </w:pPr>
      <w:r>
        <w:rPr>
          <w:rFonts w:ascii="Georgia" w:hAnsi="Georgia"/>
          <w:b w:val="0"/>
          <w:i w:val="0"/>
          <w:color w:val="22201D"/>
          <w:sz w:val="20"/>
        </w:rPr>
        <w:t>"I am not. I am observing."</w:t>
      </w:r>
    </w:p>
    <w:p>
      <w:pPr>
        <w:spacing w:after="60" w:line="266" w:lineRule="auto"/>
        <w:ind w:firstLine="331"/>
        <w:jc w:val="both"/>
      </w:pPr>
      <w:r>
        <w:rPr>
          <w:rFonts w:ascii="Georgia" w:hAnsi="Georgia"/>
          <w:b w:val="0"/>
          <w:i w:val="0"/>
          <w:color w:val="22201D"/>
          <w:sz w:val="20"/>
        </w:rPr>
        <w:t>"Adjectives enjoy being observed. That is why they behave like this."</w:t>
      </w:r>
    </w:p>
    <w:p>
      <w:pPr>
        <w:spacing w:after="60" w:line="266" w:lineRule="auto"/>
        <w:ind w:firstLine="331"/>
        <w:jc w:val="both"/>
      </w:pPr>
      <w:r>
        <w:rPr>
          <w:rFonts w:ascii="Georgia" w:hAnsi="Georgia"/>
          <w:b w:val="0"/>
          <w:i w:val="0"/>
          <w:color w:val="22201D"/>
          <w:sz w:val="20"/>
        </w:rPr>
        <w:t>Mara leaned forward.</w:t>
      </w:r>
    </w:p>
    <w:p>
      <w:pPr>
        <w:spacing w:after="60" w:line="266" w:lineRule="auto"/>
        <w:ind w:firstLine="331"/>
        <w:jc w:val="both"/>
      </w:pPr>
      <w:r>
        <w:rPr>
          <w:rFonts w:ascii="Georgia" w:hAnsi="Georgia"/>
          <w:b w:val="0"/>
          <w:i w:val="0"/>
          <w:color w:val="22201D"/>
          <w:sz w:val="20"/>
        </w:rPr>
        <w:t>"It is wrong."</w:t>
      </w:r>
    </w:p>
    <w:p>
      <w:pPr>
        <w:spacing w:after="60" w:line="266" w:lineRule="auto"/>
        <w:ind w:firstLine="331"/>
        <w:jc w:val="both"/>
      </w:pPr>
      <w:r>
        <w:rPr>
          <w:rFonts w:ascii="Georgia" w:hAnsi="Georgia"/>
          <w:b w:val="0"/>
          <w:i w:val="0"/>
          <w:color w:val="22201D"/>
          <w:sz w:val="20"/>
        </w:rPr>
        <w:t>"Yes," said the Hostess.</w:t>
      </w:r>
    </w:p>
    <w:p>
      <w:pPr>
        <w:spacing w:after="60" w:line="266" w:lineRule="auto"/>
        <w:ind w:firstLine="331"/>
        <w:jc w:val="both"/>
      </w:pPr>
      <w:r>
        <w:rPr>
          <w:rFonts w:ascii="Georgia" w:hAnsi="Georgia"/>
          <w:b w:val="0"/>
          <w:i w:val="0"/>
          <w:color w:val="22201D"/>
          <w:sz w:val="20"/>
        </w:rPr>
        <w:t>"But not entirely."</w:t>
      </w:r>
    </w:p>
    <w:p>
      <w:pPr>
        <w:spacing w:after="60" w:line="266" w:lineRule="auto"/>
        <w:ind w:firstLine="331"/>
        <w:jc w:val="both"/>
      </w:pPr>
      <w:r>
        <w:rPr>
          <w:rFonts w:ascii="Georgia" w:hAnsi="Georgia"/>
          <w:b w:val="0"/>
          <w:i w:val="0"/>
          <w:color w:val="22201D"/>
          <w:sz w:val="20"/>
        </w:rPr>
        <w:t>"That is the danger."</w:t>
      </w:r>
    </w:p>
    <w:p>
      <w:pPr>
        <w:spacing w:after="60" w:line="266" w:lineRule="auto"/>
        <w:ind w:firstLine="331"/>
        <w:jc w:val="both"/>
      </w:pPr>
      <w:r>
        <w:rPr>
          <w:rFonts w:ascii="Georgia" w:hAnsi="Georgia"/>
          <w:b w:val="0"/>
          <w:i w:val="0"/>
          <w:color w:val="22201D"/>
          <w:sz w:val="20"/>
        </w:rPr>
        <w:t>The review printed a small heart beneath the final line.</w:t>
      </w:r>
    </w:p>
    <w:p>
      <w:pPr>
        <w:spacing w:after="60" w:line="266" w:lineRule="auto"/>
        <w:ind w:firstLine="331"/>
        <w:jc w:val="both"/>
      </w:pPr>
      <w:r>
        <w:rPr>
          <w:rFonts w:ascii="Georgia" w:hAnsi="Georgia"/>
          <w:b w:val="0"/>
          <w:i w:val="0"/>
          <w:color w:val="22201D"/>
          <w:sz w:val="20"/>
        </w:rPr>
        <w:t>Then another.</w:t>
      </w:r>
    </w:p>
    <w:p>
      <w:pPr>
        <w:spacing w:after="60" w:line="266" w:lineRule="auto"/>
        <w:ind w:firstLine="331"/>
        <w:jc w:val="both"/>
      </w:pPr>
      <w:r>
        <w:rPr>
          <w:rFonts w:ascii="Georgia" w:hAnsi="Georgia"/>
          <w:b w:val="0"/>
          <w:i w:val="0"/>
          <w:color w:val="22201D"/>
          <w:sz w:val="20"/>
        </w:rPr>
        <w:t>Then a number.</w:t>
      </w:r>
    </w:p>
    <w:p>
      <w:pPr>
        <w:spacing w:after="60" w:line="250" w:lineRule="auto"/>
        <w:ind w:left="202" w:right="173"/>
      </w:pPr>
      <w:r>
        <w:rPr>
          <w:rFonts w:ascii="Georgia" w:hAnsi="Georgia"/>
          <w:b w:val="0"/>
          <w:i w:val="0"/>
          <w:color w:val="22201D"/>
          <w:sz w:val="17"/>
        </w:rPr>
        <w:t>Helpful: 314</w:t>
      </w:r>
    </w:p>
    <w:p>
      <w:pPr>
        <w:spacing w:after="60" w:line="266" w:lineRule="auto"/>
        <w:ind w:firstLine="331"/>
        <w:jc w:val="both"/>
      </w:pPr>
      <w:r>
        <w:rPr>
          <w:rFonts w:ascii="Georgia" w:hAnsi="Georgia"/>
          <w:b w:val="0"/>
          <w:i w:val="0"/>
          <w:color w:val="22201D"/>
          <w:sz w:val="20"/>
        </w:rPr>
        <w:t>Flocc felt a cold movement somewhere under his ribs.</w:t>
      </w:r>
    </w:p>
    <w:p>
      <w:pPr>
        <w:spacing w:after="60" w:line="266" w:lineRule="auto"/>
        <w:ind w:firstLine="331"/>
        <w:jc w:val="both"/>
      </w:pPr>
      <w:r>
        <w:rPr>
          <w:rFonts w:ascii="Georgia" w:hAnsi="Georgia"/>
          <w:b w:val="0"/>
          <w:i w:val="0"/>
          <w:color w:val="22201D"/>
          <w:sz w:val="20"/>
        </w:rPr>
        <w:t>"People have read it."</w:t>
      </w:r>
    </w:p>
    <w:p>
      <w:pPr>
        <w:spacing w:after="60" w:line="266" w:lineRule="auto"/>
        <w:ind w:firstLine="331"/>
        <w:jc w:val="both"/>
      </w:pPr>
      <w:r>
        <w:rPr>
          <w:rFonts w:ascii="Georgia" w:hAnsi="Georgia"/>
          <w:b w:val="0"/>
          <w:i w:val="0"/>
          <w:color w:val="22201D"/>
          <w:sz w:val="20"/>
        </w:rPr>
        <w:t>"People have agreed with it," said Mara.</w:t>
      </w:r>
    </w:p>
    <w:p>
      <w:pPr>
        <w:spacing w:after="60" w:line="266" w:lineRule="auto"/>
        <w:ind w:firstLine="331"/>
        <w:jc w:val="both"/>
      </w:pPr>
      <w:r>
        <w:rPr>
          <w:rFonts w:ascii="Georgia" w:hAnsi="Georgia"/>
          <w:b w:val="0"/>
          <w:i w:val="0"/>
          <w:color w:val="22201D"/>
          <w:sz w:val="20"/>
        </w:rPr>
        <w:t>"That is worse?"</w:t>
      </w:r>
    </w:p>
    <w:p>
      <w:pPr>
        <w:spacing w:after="60" w:line="266" w:lineRule="auto"/>
        <w:ind w:firstLine="331"/>
        <w:jc w:val="both"/>
      </w:pPr>
      <w:r>
        <w:rPr>
          <w:rFonts w:ascii="Georgia" w:hAnsi="Georgia"/>
          <w:b w:val="0"/>
          <w:i w:val="0"/>
          <w:color w:val="22201D"/>
          <w:sz w:val="20"/>
        </w:rPr>
        <w:t>"It is different worse."</w:t>
      </w:r>
    </w:p>
    <w:p>
      <w:pPr>
        <w:spacing w:after="60" w:line="266" w:lineRule="auto"/>
        <w:ind w:firstLine="331"/>
        <w:jc w:val="both"/>
      </w:pPr>
      <w:r>
        <w:rPr>
          <w:rFonts w:ascii="Georgia" w:hAnsi="Georgia"/>
          <w:b w:val="0"/>
          <w:i w:val="0"/>
          <w:color w:val="22201D"/>
          <w:sz w:val="20"/>
        </w:rPr>
        <w:t>The Hostess held out one hand. A pencil appeared in it, which was alarming mostly because pencils were not dramatic objects and therefore should not have appeared.</w:t>
      </w:r>
    </w:p>
    <w:p>
      <w:pPr>
        <w:spacing w:after="60" w:line="266" w:lineRule="auto"/>
        <w:ind w:firstLine="331"/>
        <w:jc w:val="both"/>
      </w:pPr>
      <w:r>
        <w:rPr>
          <w:rFonts w:ascii="Georgia" w:hAnsi="Georgia"/>
          <w:b w:val="0"/>
          <w:i w:val="0"/>
          <w:color w:val="22201D"/>
          <w:sz w:val="20"/>
        </w:rPr>
        <w:t>She crossed out TRANSCENDENT.</w:t>
      </w:r>
    </w:p>
    <w:p>
      <w:pPr>
        <w:spacing w:after="60" w:line="266" w:lineRule="auto"/>
        <w:ind w:firstLine="331"/>
        <w:jc w:val="both"/>
      </w:pPr>
      <w:r>
        <w:rPr>
          <w:rFonts w:ascii="Georgia" w:hAnsi="Georgia"/>
          <w:b w:val="0"/>
          <w:i w:val="0"/>
          <w:color w:val="22201D"/>
          <w:sz w:val="20"/>
        </w:rPr>
        <w:t>The review flinched.</w:t>
      </w:r>
    </w:p>
    <w:p>
      <w:pPr>
        <w:spacing w:after="60" w:line="266" w:lineRule="auto"/>
        <w:ind w:firstLine="331"/>
        <w:jc w:val="both"/>
      </w:pPr>
      <w:r>
        <w:rPr>
          <w:rFonts w:ascii="Georgia" w:hAnsi="Georgia"/>
          <w:b w:val="0"/>
          <w:i w:val="0"/>
          <w:color w:val="22201D"/>
          <w:sz w:val="20"/>
        </w:rPr>
        <w:t>Flocc did not know paper could flinch.</w:t>
      </w:r>
    </w:p>
    <w:p>
      <w:pPr>
        <w:spacing w:after="60" w:line="266" w:lineRule="auto"/>
        <w:ind w:firstLine="331"/>
        <w:jc w:val="both"/>
      </w:pPr>
      <w:r>
        <w:rPr>
          <w:rFonts w:ascii="Georgia" w:hAnsi="Georgia"/>
          <w:b w:val="0"/>
          <w:i w:val="0"/>
          <w:color w:val="22201D"/>
          <w:sz w:val="20"/>
        </w:rPr>
        <w:t>He was beginning to suspect that paper had been concealing most of its emotional range for centuries.</w:t>
      </w:r>
    </w:p>
    <w:p>
      <w:pPr>
        <w:spacing w:after="60" w:line="266" w:lineRule="auto"/>
        <w:ind w:firstLine="331"/>
        <w:jc w:val="both"/>
      </w:pPr>
      <w:r>
        <w:rPr>
          <w:rFonts w:ascii="Georgia" w:hAnsi="Georgia"/>
          <w:b w:val="0"/>
          <w:i w:val="0"/>
          <w:color w:val="22201D"/>
          <w:sz w:val="20"/>
        </w:rPr>
        <w:t>The stars flickered.</w:t>
      </w:r>
    </w:p>
    <w:p>
      <w:pPr>
        <w:spacing w:after="60" w:line="266" w:lineRule="auto"/>
        <w:ind w:firstLine="331"/>
        <w:jc w:val="both"/>
      </w:pPr>
      <w:r>
        <w:rPr>
          <w:rFonts w:ascii="Georgia" w:hAnsi="Georgia"/>
          <w:b w:val="0"/>
          <w:i w:val="0"/>
          <w:color w:val="22201D"/>
          <w:sz w:val="20"/>
        </w:rPr>
        <w:t>At the top of the review, the title corrected itself:</w:t>
      </w:r>
    </w:p>
    <w:p>
      <w:pPr>
        <w:spacing w:after="60" w:line="250" w:lineRule="auto"/>
        <w:ind w:left="202" w:right="173"/>
      </w:pPr>
      <w:r>
        <w:rPr>
          <w:rFonts w:ascii="Georgia" w:hAnsi="Georgia"/>
          <w:b w:val="0"/>
          <w:i w:val="0"/>
          <w:color w:val="22201D"/>
          <w:sz w:val="17"/>
        </w:rPr>
        <w:t>ABSOLUTELY HIDDEN GEM!!!</w:t>
      </w:r>
    </w:p>
    <w:p>
      <w:pPr>
        <w:spacing w:after="60" w:line="266" w:lineRule="auto"/>
        <w:ind w:firstLine="331"/>
        <w:jc w:val="both"/>
      </w:pPr>
      <w:r>
        <w:rPr>
          <w:rFonts w:ascii="Georgia" w:hAnsi="Georgia"/>
          <w:b w:val="0"/>
          <w:i w:val="0"/>
          <w:color w:val="22201D"/>
          <w:sz w:val="20"/>
        </w:rPr>
        <w:t>"That is not better," said Mara.</w:t>
      </w:r>
    </w:p>
    <w:p>
      <w:pPr>
        <w:spacing w:after="60" w:line="266" w:lineRule="auto"/>
        <w:ind w:firstLine="331"/>
        <w:jc w:val="both"/>
      </w:pPr>
      <w:r>
        <w:rPr>
          <w:rFonts w:ascii="Georgia" w:hAnsi="Georgia"/>
          <w:b w:val="0"/>
          <w:i w:val="0"/>
          <w:color w:val="22201D"/>
          <w:sz w:val="20"/>
        </w:rPr>
        <w:t>"No," said the Hostess.</w:t>
      </w:r>
    </w:p>
    <w:p>
      <w:pPr>
        <w:spacing w:after="60" w:line="266" w:lineRule="auto"/>
        <w:ind w:firstLine="331"/>
        <w:jc w:val="both"/>
      </w:pPr>
      <w:r>
        <w:rPr>
          <w:rFonts w:ascii="Georgia" w:hAnsi="Georgia"/>
          <w:b w:val="0"/>
          <w:i w:val="0"/>
          <w:color w:val="22201D"/>
          <w:sz w:val="20"/>
        </w:rPr>
        <w:t>She crossed out ABSOLUTELY.</w:t>
      </w:r>
    </w:p>
    <w:p>
      <w:pPr>
        <w:spacing w:after="60" w:line="266" w:lineRule="auto"/>
        <w:ind w:firstLine="331"/>
        <w:jc w:val="both"/>
      </w:pPr>
      <w:r>
        <w:rPr>
          <w:rFonts w:ascii="Georgia" w:hAnsi="Georgia"/>
          <w:b w:val="0"/>
          <w:i w:val="0"/>
          <w:color w:val="22201D"/>
          <w:sz w:val="20"/>
        </w:rPr>
        <w:t>The review gasped.</w:t>
      </w:r>
    </w:p>
    <w:p>
      <w:pPr>
        <w:spacing w:after="60" w:line="266" w:lineRule="auto"/>
        <w:ind w:firstLine="331"/>
        <w:jc w:val="both"/>
      </w:pPr>
      <w:r>
        <w:rPr>
          <w:rFonts w:ascii="Georgia" w:hAnsi="Georgia"/>
          <w:b w:val="0"/>
          <w:i w:val="0"/>
          <w:color w:val="22201D"/>
          <w:sz w:val="20"/>
        </w:rPr>
        <w:t>Not audibly.</w:t>
      </w:r>
    </w:p>
    <w:p>
      <w:pPr>
        <w:spacing w:after="60" w:line="266" w:lineRule="auto"/>
        <w:ind w:firstLine="331"/>
        <w:jc w:val="both"/>
      </w:pPr>
      <w:r>
        <w:rPr>
          <w:rFonts w:ascii="Georgia" w:hAnsi="Georgia"/>
          <w:b w:val="0"/>
          <w:i w:val="0"/>
          <w:color w:val="22201D"/>
          <w:sz w:val="20"/>
        </w:rPr>
        <w:t>Socially.</w:t>
      </w:r>
    </w:p>
    <w:p>
      <w:pPr>
        <w:spacing w:after="60" w:line="266" w:lineRule="auto"/>
        <w:ind w:firstLine="331"/>
        <w:jc w:val="both"/>
      </w:pPr>
      <w:r>
        <w:rPr>
          <w:rFonts w:ascii="Georgia" w:hAnsi="Georgia"/>
          <w:b w:val="0"/>
          <w:i w:val="0"/>
          <w:color w:val="22201D"/>
          <w:sz w:val="20"/>
        </w:rPr>
        <w:t>The title became:</w:t>
      </w:r>
    </w:p>
    <w:p>
      <w:pPr>
        <w:spacing w:after="60" w:line="250" w:lineRule="auto"/>
        <w:ind w:left="202" w:right="173"/>
      </w:pPr>
      <w:r>
        <w:rPr>
          <w:rFonts w:ascii="Georgia" w:hAnsi="Georgia"/>
          <w:b w:val="0"/>
          <w:i w:val="0"/>
          <w:color w:val="22201D"/>
          <w:sz w:val="17"/>
        </w:rPr>
        <w:t>HIDDEN GEM!!!</w:t>
      </w:r>
    </w:p>
    <w:p>
      <w:pPr>
        <w:spacing w:after="60" w:line="266" w:lineRule="auto"/>
        <w:ind w:firstLine="331"/>
        <w:jc w:val="both"/>
      </w:pPr>
      <w:r>
        <w:rPr>
          <w:rFonts w:ascii="Georgia" w:hAnsi="Georgia"/>
          <w:b w:val="0"/>
          <w:i w:val="0"/>
          <w:color w:val="22201D"/>
          <w:sz w:val="20"/>
        </w:rPr>
        <w:t>The Hostess crossed out HIDDEN.</w:t>
      </w:r>
    </w:p>
    <w:p>
      <w:pPr>
        <w:spacing w:after="60" w:line="266" w:lineRule="auto"/>
        <w:ind w:firstLine="331"/>
        <w:jc w:val="both"/>
      </w:pPr>
      <w:r>
        <w:rPr>
          <w:rFonts w:ascii="Georgia" w:hAnsi="Georgia"/>
          <w:b w:val="0"/>
          <w:i w:val="0"/>
          <w:color w:val="22201D"/>
          <w:sz w:val="20"/>
        </w:rPr>
        <w:t>The review became:</w:t>
      </w:r>
    </w:p>
    <w:p>
      <w:pPr>
        <w:spacing w:after="60" w:line="250" w:lineRule="auto"/>
        <w:ind w:left="202" w:right="173"/>
      </w:pPr>
      <w:r>
        <w:rPr>
          <w:rFonts w:ascii="Georgia" w:hAnsi="Georgia"/>
          <w:b w:val="0"/>
          <w:i w:val="0"/>
          <w:color w:val="22201D"/>
          <w:sz w:val="17"/>
        </w:rPr>
        <w:t>GEM!!!</w:t>
      </w:r>
    </w:p>
    <w:p>
      <w:pPr>
        <w:spacing w:after="60" w:line="266" w:lineRule="auto"/>
        <w:ind w:firstLine="331"/>
        <w:jc w:val="both"/>
      </w:pPr>
      <w:r>
        <w:rPr>
          <w:rFonts w:ascii="Georgia" w:hAnsi="Georgia"/>
          <w:b w:val="0"/>
          <w:i w:val="0"/>
          <w:color w:val="22201D"/>
          <w:sz w:val="20"/>
        </w:rPr>
        <w:t>"Careful," said Flocc, because he had not yet learned when his concern was useful and when it was only a way of standing near consequence.</w:t>
      </w:r>
    </w:p>
    <w:p>
      <w:pPr>
        <w:spacing w:after="60" w:line="266" w:lineRule="auto"/>
        <w:ind w:firstLine="331"/>
        <w:jc w:val="both"/>
      </w:pPr>
      <w:r>
        <w:rPr>
          <w:rFonts w:ascii="Georgia" w:hAnsi="Georgia"/>
          <w:b w:val="0"/>
          <w:i w:val="0"/>
          <w:color w:val="22201D"/>
          <w:sz w:val="20"/>
        </w:rPr>
        <w:t>The Hostess looked at him.</w:t>
      </w:r>
    </w:p>
    <w:p>
      <w:pPr>
        <w:spacing w:after="60" w:line="266" w:lineRule="auto"/>
        <w:ind w:firstLine="331"/>
        <w:jc w:val="both"/>
      </w:pPr>
      <w:r>
        <w:rPr>
          <w:rFonts w:ascii="Georgia" w:hAnsi="Georgia"/>
          <w:b w:val="0"/>
          <w:i w:val="0"/>
          <w:color w:val="22201D"/>
          <w:sz w:val="20"/>
        </w:rPr>
        <w:t>"What are you worried will happen?"</w:t>
      </w:r>
    </w:p>
    <w:p>
      <w:pPr>
        <w:spacing w:after="60" w:line="266" w:lineRule="auto"/>
        <w:ind w:firstLine="331"/>
        <w:jc w:val="both"/>
      </w:pPr>
      <w:r>
        <w:rPr>
          <w:rFonts w:ascii="Georgia" w:hAnsi="Georgia"/>
          <w:b w:val="0"/>
          <w:i w:val="0"/>
          <w:color w:val="22201D"/>
          <w:sz w:val="20"/>
        </w:rPr>
        <w:t>"I do not know."</w:t>
      </w:r>
    </w:p>
    <w:p>
      <w:pPr>
        <w:spacing w:after="60" w:line="266" w:lineRule="auto"/>
        <w:ind w:firstLine="331"/>
        <w:jc w:val="both"/>
      </w:pPr>
      <w:r>
        <w:rPr>
          <w:rFonts w:ascii="Georgia" w:hAnsi="Georgia"/>
          <w:b w:val="0"/>
          <w:i w:val="0"/>
          <w:color w:val="22201D"/>
          <w:sz w:val="20"/>
        </w:rPr>
        <w:t>"Then do not outsource your fear to my hand."</w:t>
      </w:r>
    </w:p>
    <w:p>
      <w:pPr>
        <w:spacing w:after="60" w:line="266" w:lineRule="auto"/>
        <w:ind w:firstLine="331"/>
        <w:jc w:val="both"/>
      </w:pPr>
      <w:r>
        <w:rPr>
          <w:rFonts w:ascii="Georgia" w:hAnsi="Georgia"/>
          <w:b w:val="0"/>
          <w:i w:val="0"/>
          <w:color w:val="22201D"/>
          <w:sz w:val="20"/>
        </w:rPr>
        <w:t>Flocc closed his mouth.</w:t>
      </w:r>
    </w:p>
    <w:p>
      <w:pPr>
        <w:spacing w:after="60" w:line="266" w:lineRule="auto"/>
        <w:ind w:firstLine="331"/>
        <w:jc w:val="both"/>
      </w:pPr>
      <w:r>
        <w:rPr>
          <w:rFonts w:ascii="Georgia" w:hAnsi="Georgia"/>
          <w:b w:val="0"/>
          <w:i w:val="0"/>
          <w:color w:val="22201D"/>
          <w:sz w:val="20"/>
        </w:rPr>
        <w:t>Mara watched him with the expression she used when he had almost said something less bad than usual and deserved no medal for it.</w:t>
      </w:r>
    </w:p>
    <w:p>
      <w:pPr>
        <w:spacing w:after="60" w:line="266" w:lineRule="auto"/>
        <w:ind w:firstLine="331"/>
        <w:jc w:val="both"/>
      </w:pPr>
      <w:r>
        <w:rPr>
          <w:rFonts w:ascii="Georgia" w:hAnsi="Georgia"/>
          <w:b w:val="0"/>
          <w:i w:val="0"/>
          <w:color w:val="22201D"/>
          <w:sz w:val="20"/>
        </w:rPr>
        <w:t>The Hostess crossed out GEM.</w:t>
      </w:r>
    </w:p>
    <w:p>
      <w:pPr>
        <w:spacing w:after="60" w:line="266" w:lineRule="auto"/>
        <w:ind w:firstLine="331"/>
        <w:jc w:val="both"/>
      </w:pPr>
      <w:r>
        <w:rPr>
          <w:rFonts w:ascii="Georgia" w:hAnsi="Georgia"/>
          <w:b w:val="0"/>
          <w:i w:val="0"/>
          <w:color w:val="22201D"/>
          <w:sz w:val="20"/>
        </w:rPr>
        <w:t>The review now read:</w:t>
      </w:r>
    </w:p>
    <w:p>
      <w:pPr>
        <w:spacing w:after="60" w:line="250" w:lineRule="auto"/>
        <w:ind w:left="202" w:right="173"/>
      </w:pPr>
      <w:r>
        <w:rPr>
          <w:rFonts w:ascii="Georgia" w:hAnsi="Georgia"/>
          <w:b w:val="0"/>
          <w:i w:val="0"/>
          <w:color w:val="22201D"/>
          <w:sz w:val="17"/>
        </w:rPr>
        <w:t>!!!</w:t>
      </w:r>
    </w:p>
    <w:p>
      <w:pPr>
        <w:spacing w:after="60" w:line="266" w:lineRule="auto"/>
        <w:ind w:firstLine="331"/>
        <w:jc w:val="both"/>
      </w:pPr>
      <w:r>
        <w:rPr>
          <w:rFonts w:ascii="Georgia" w:hAnsi="Georgia"/>
          <w:b w:val="0"/>
          <w:i w:val="0"/>
          <w:color w:val="22201D"/>
          <w:sz w:val="20"/>
        </w:rPr>
        <w:t>The menu relaxed.</w:t>
      </w:r>
    </w:p>
    <w:p>
      <w:pPr>
        <w:spacing w:after="60" w:line="266" w:lineRule="auto"/>
        <w:ind w:firstLine="331"/>
        <w:jc w:val="both"/>
      </w:pPr>
      <w:r>
        <w:rPr>
          <w:rFonts w:ascii="Georgia" w:hAnsi="Georgia"/>
          <w:b w:val="0"/>
          <w:i w:val="0"/>
          <w:color w:val="22201D"/>
          <w:sz w:val="20"/>
        </w:rPr>
        <w:t>Slightly.</w:t>
      </w:r>
    </w:p>
    <w:p>
      <w:pPr>
        <w:spacing w:after="60" w:line="266" w:lineRule="auto"/>
        <w:ind w:firstLine="331"/>
        <w:jc w:val="both"/>
      </w:pPr>
      <w:r>
        <w:rPr>
          <w:rFonts w:ascii="Georgia" w:hAnsi="Georgia"/>
          <w:b w:val="0"/>
          <w:i w:val="0"/>
          <w:color w:val="22201D"/>
          <w:sz w:val="20"/>
        </w:rPr>
        <w:t>"There," said the Hostess.</w:t>
      </w:r>
    </w:p>
    <w:p>
      <w:pPr>
        <w:spacing w:after="60" w:line="266" w:lineRule="auto"/>
        <w:ind w:firstLine="331"/>
        <w:jc w:val="both"/>
      </w:pPr>
      <w:r>
        <w:rPr>
          <w:rFonts w:ascii="Georgia" w:hAnsi="Georgia"/>
          <w:b w:val="0"/>
          <w:i w:val="0"/>
          <w:color w:val="22201D"/>
          <w:sz w:val="20"/>
        </w:rPr>
        <w:t>"You left the exclamation points," Mara said.</w:t>
      </w:r>
    </w:p>
    <w:p>
      <w:pPr>
        <w:spacing w:after="60" w:line="266" w:lineRule="auto"/>
        <w:ind w:firstLine="331"/>
        <w:jc w:val="both"/>
      </w:pPr>
      <w:r>
        <w:rPr>
          <w:rFonts w:ascii="Georgia" w:hAnsi="Georgia"/>
          <w:b w:val="0"/>
          <w:i w:val="0"/>
          <w:color w:val="22201D"/>
          <w:sz w:val="20"/>
        </w:rPr>
        <w:t>"Punctuation is sometimes just steam."</w:t>
      </w:r>
    </w:p>
    <w:p>
      <w:pPr>
        <w:spacing w:after="60" w:line="266" w:lineRule="auto"/>
        <w:ind w:firstLine="331"/>
        <w:jc w:val="both"/>
      </w:pPr>
      <w:r>
        <w:rPr>
          <w:rFonts w:ascii="Georgia" w:hAnsi="Georgia"/>
          <w:b w:val="0"/>
          <w:i w:val="0"/>
          <w:color w:val="22201D"/>
          <w:sz w:val="20"/>
        </w:rPr>
        <w:t>The review printed:</w:t>
      </w:r>
    </w:p>
    <w:p>
      <w:pPr>
        <w:spacing w:after="60" w:line="250" w:lineRule="auto"/>
        <w:ind w:left="202" w:right="173"/>
      </w:pPr>
      <w:r>
        <w:rPr>
          <w:rFonts w:ascii="Georgia" w:hAnsi="Georgia"/>
          <w:b w:val="0"/>
          <w:i w:val="0"/>
          <w:color w:val="22201D"/>
          <w:sz w:val="17"/>
        </w:rPr>
        <w:t>Edit history visible to public.</w:t>
      </w:r>
    </w:p>
    <w:p>
      <w:pPr>
        <w:spacing w:after="60" w:line="266" w:lineRule="auto"/>
        <w:ind w:firstLine="331"/>
        <w:jc w:val="both"/>
      </w:pPr>
      <w:r>
        <w:rPr>
          <w:rFonts w:ascii="Georgia" w:hAnsi="Georgia"/>
          <w:b w:val="0"/>
          <w:i w:val="0"/>
          <w:color w:val="22201D"/>
          <w:sz w:val="20"/>
        </w:rPr>
        <w:t>"Of course it is," said Flocc.</w:t>
      </w:r>
    </w:p>
    <w:p>
      <w:pPr>
        <w:spacing w:after="60" w:line="266" w:lineRule="auto"/>
        <w:ind w:firstLine="331"/>
        <w:jc w:val="both"/>
      </w:pPr>
      <w:r>
        <w:rPr>
          <w:rFonts w:ascii="Georgia" w:hAnsi="Georgia"/>
          <w:b w:val="0"/>
          <w:i w:val="0"/>
          <w:color w:val="22201D"/>
          <w:sz w:val="20"/>
        </w:rPr>
        <w:t>The front window darkened for a moment as someone leaned close from outside.</w:t>
      </w:r>
    </w:p>
    <w:p>
      <w:pPr>
        <w:spacing w:after="60" w:line="266" w:lineRule="auto"/>
        <w:ind w:firstLine="331"/>
        <w:jc w:val="both"/>
      </w:pPr>
      <w:r>
        <w:rPr>
          <w:rFonts w:ascii="Georgia" w:hAnsi="Georgia"/>
          <w:b w:val="0"/>
          <w:i w:val="0"/>
          <w:color w:val="22201D"/>
          <w:sz w:val="20"/>
        </w:rPr>
        <w:t>Then another someone.</w:t>
      </w:r>
    </w:p>
    <w:p>
      <w:pPr>
        <w:spacing w:after="60" w:line="266" w:lineRule="auto"/>
        <w:ind w:firstLine="331"/>
        <w:jc w:val="both"/>
      </w:pPr>
      <w:r>
        <w:rPr>
          <w:rFonts w:ascii="Georgia" w:hAnsi="Georgia"/>
          <w:b w:val="0"/>
          <w:i w:val="0"/>
          <w:color w:val="22201D"/>
          <w:sz w:val="20"/>
        </w:rPr>
        <w:t>Then three more.</w:t>
      </w:r>
    </w:p>
    <w:p>
      <w:pPr>
        <w:spacing w:after="60" w:line="266" w:lineRule="auto"/>
        <w:ind w:firstLine="331"/>
        <w:jc w:val="both"/>
      </w:pPr>
      <w:r>
        <w:rPr>
          <w:rFonts w:ascii="Georgia" w:hAnsi="Georgia"/>
          <w:b w:val="0"/>
          <w:i w:val="0"/>
          <w:color w:val="22201D"/>
          <w:sz w:val="20"/>
        </w:rPr>
        <w:t>They were not pressed against the glass, not exactly. They had arranged themselves in the careful half-distance of people who wanted to be seen discovering something without appearing to need it. They wore weatherproof jackets too clean for the weather. One held a phone at chest height, not filming, merely prepared. Another carried a tote bag printed with the words EAT WHERE THE UNIVERSE EATS, which seemed both too accurate and a lawsuit waiting for a mood.</w:t>
      </w:r>
    </w:p>
    <w:p>
      <w:pPr>
        <w:spacing w:after="60" w:line="266" w:lineRule="auto"/>
        <w:ind w:firstLine="331"/>
        <w:jc w:val="both"/>
      </w:pPr>
      <w:r>
        <w:rPr>
          <w:rFonts w:ascii="Georgia" w:hAnsi="Georgia"/>
          <w:b w:val="0"/>
          <w:i w:val="0"/>
          <w:color w:val="22201D"/>
          <w:sz w:val="20"/>
        </w:rPr>
        <w:t>The first tourist knocked.</w:t>
      </w:r>
    </w:p>
    <w:p>
      <w:pPr>
        <w:spacing w:after="60" w:line="266" w:lineRule="auto"/>
        <w:ind w:firstLine="331"/>
        <w:jc w:val="both"/>
      </w:pPr>
      <w:r>
        <w:rPr>
          <w:rFonts w:ascii="Georgia" w:hAnsi="Georgia"/>
          <w:b w:val="0"/>
          <w:i w:val="0"/>
          <w:color w:val="22201D"/>
          <w:sz w:val="20"/>
        </w:rPr>
        <w:t>The door notice did not move.</w:t>
      </w:r>
    </w:p>
    <w:p>
      <w:pPr>
        <w:spacing w:after="60" w:line="266" w:lineRule="auto"/>
        <w:ind w:firstLine="331"/>
        <w:jc w:val="both"/>
      </w:pPr>
      <w:r>
        <w:rPr>
          <w:rFonts w:ascii="Georgia" w:hAnsi="Georgia"/>
          <w:b w:val="0"/>
          <w:i w:val="0"/>
          <w:color w:val="22201D"/>
          <w:sz w:val="20"/>
        </w:rPr>
        <w:t>The tourist knocked again, this time with the soft confidence of someone who had been told there was a trick and intended to be gracious about passing it.</w:t>
      </w:r>
    </w:p>
    <w:p>
      <w:pPr>
        <w:spacing w:after="60" w:line="266" w:lineRule="auto"/>
        <w:ind w:firstLine="331"/>
        <w:jc w:val="both"/>
      </w:pPr>
      <w:r>
        <w:rPr>
          <w:rFonts w:ascii="Georgia" w:hAnsi="Georgia"/>
          <w:b w:val="0"/>
          <w:i w:val="0"/>
          <w:color w:val="22201D"/>
          <w:sz w:val="20"/>
        </w:rPr>
        <w:t>The Hostess looked at the review.</w:t>
      </w:r>
    </w:p>
    <w:p>
      <w:pPr>
        <w:spacing w:after="60" w:line="266" w:lineRule="auto"/>
        <w:ind w:firstLine="331"/>
        <w:jc w:val="both"/>
      </w:pPr>
      <w:r>
        <w:rPr>
          <w:rFonts w:ascii="Georgia" w:hAnsi="Georgia"/>
          <w:b w:val="0"/>
          <w:i w:val="0"/>
          <w:color w:val="22201D"/>
          <w:sz w:val="20"/>
        </w:rPr>
        <w:t>The review printed:</w:t>
      </w:r>
    </w:p>
    <w:p>
      <w:pPr>
        <w:spacing w:after="60" w:line="250" w:lineRule="auto"/>
        <w:ind w:left="202" w:right="173"/>
      </w:pPr>
      <w:r>
        <w:rPr>
          <w:rFonts w:ascii="Georgia" w:hAnsi="Georgia"/>
          <w:b w:val="0"/>
          <w:i w:val="0"/>
          <w:color w:val="22201D"/>
          <w:sz w:val="17"/>
        </w:rPr>
        <w:t>Foot traffic detected.</w:t>
      </w:r>
    </w:p>
    <w:p>
      <w:pPr>
        <w:spacing w:after="60" w:line="266" w:lineRule="auto"/>
        <w:ind w:firstLine="331"/>
        <w:jc w:val="both"/>
      </w:pPr>
      <w:r>
        <w:rPr>
          <w:rFonts w:ascii="Georgia" w:hAnsi="Georgia"/>
          <w:b w:val="0"/>
          <w:i w:val="0"/>
          <w:color w:val="22201D"/>
          <w:sz w:val="20"/>
        </w:rPr>
        <w:t>"No," said the Hostess.</w:t>
      </w:r>
    </w:p>
    <w:p>
      <w:pPr>
        <w:spacing w:after="60" w:line="266" w:lineRule="auto"/>
        <w:ind w:firstLine="331"/>
        <w:jc w:val="both"/>
      </w:pPr>
      <w:r>
        <w:rPr>
          <w:rFonts w:ascii="Georgia" w:hAnsi="Georgia"/>
          <w:b w:val="0"/>
          <w:i w:val="0"/>
          <w:color w:val="22201D"/>
          <w:sz w:val="20"/>
        </w:rPr>
        <w:t>The knocking stopped.</w:t>
      </w:r>
    </w:p>
    <w:p>
      <w:pPr>
        <w:spacing w:after="60" w:line="266" w:lineRule="auto"/>
        <w:ind w:firstLine="331"/>
        <w:jc w:val="both"/>
      </w:pPr>
      <w:r>
        <w:rPr>
          <w:rFonts w:ascii="Georgia" w:hAnsi="Georgia"/>
          <w:b w:val="0"/>
          <w:i w:val="0"/>
          <w:color w:val="22201D"/>
          <w:sz w:val="20"/>
        </w:rPr>
        <w:t>The tourist outside looked at their phone.</w:t>
      </w:r>
    </w:p>
    <w:p>
      <w:pPr>
        <w:spacing w:after="60" w:line="266" w:lineRule="auto"/>
        <w:ind w:firstLine="331"/>
        <w:jc w:val="both"/>
      </w:pPr>
      <w:r>
        <w:rPr>
          <w:rFonts w:ascii="Georgia" w:hAnsi="Georgia"/>
          <w:b w:val="0"/>
          <w:i w:val="0"/>
          <w:color w:val="22201D"/>
          <w:sz w:val="20"/>
        </w:rPr>
        <w:t>The phone looked back in the defeated way phones did when they had become mirrors with apps.</w:t>
      </w:r>
    </w:p>
    <w:p>
      <w:pPr>
        <w:spacing w:after="60" w:line="266" w:lineRule="auto"/>
        <w:ind w:firstLine="331"/>
        <w:jc w:val="both"/>
      </w:pPr>
      <w:r>
        <w:rPr>
          <w:rFonts w:ascii="Georgia" w:hAnsi="Georgia"/>
          <w:b w:val="0"/>
          <w:i w:val="0"/>
          <w:color w:val="22201D"/>
          <w:sz w:val="20"/>
        </w:rPr>
        <w:t>Flocc felt an old reflex stand up inside him.</w:t>
      </w:r>
    </w:p>
    <w:p>
      <w:pPr>
        <w:spacing w:after="60" w:line="266" w:lineRule="auto"/>
        <w:ind w:firstLine="331"/>
        <w:jc w:val="both"/>
      </w:pPr>
      <w:r>
        <w:rPr>
          <w:rFonts w:ascii="Georgia" w:hAnsi="Georgia"/>
          <w:b w:val="0"/>
          <w:i w:val="0"/>
          <w:color w:val="22201D"/>
          <w:sz w:val="20"/>
        </w:rPr>
        <w:t>He wanted to explain. He wanted to go to the door and tell them that the restaurant was not like that, not in a gatekeeping way, not in an exclusive way, not in a worthy-versus-unworthy way, not in a way that could be solved by knocking correctly. He wanted to protect the place by giving a speech about why speeches were the problem. He wanted, with sudden sharpness, to be the person who understood.</w:t>
      </w:r>
    </w:p>
    <w:p>
      <w:pPr>
        <w:spacing w:after="60" w:line="266" w:lineRule="auto"/>
        <w:ind w:firstLine="331"/>
        <w:jc w:val="both"/>
      </w:pPr>
      <w:r>
        <w:rPr>
          <w:rFonts w:ascii="Georgia" w:hAnsi="Georgia"/>
          <w:b w:val="0"/>
          <w:i w:val="0"/>
          <w:color w:val="22201D"/>
          <w:sz w:val="20"/>
        </w:rPr>
        <w:t>Mara said, "Sit."</w:t>
      </w:r>
    </w:p>
    <w:p>
      <w:pPr>
        <w:spacing w:after="60" w:line="266" w:lineRule="auto"/>
        <w:ind w:firstLine="331"/>
        <w:jc w:val="both"/>
      </w:pPr>
      <w:r>
        <w:rPr>
          <w:rFonts w:ascii="Georgia" w:hAnsi="Georgia"/>
          <w:b w:val="0"/>
          <w:i w:val="0"/>
          <w:color w:val="22201D"/>
          <w:sz w:val="20"/>
        </w:rPr>
        <w:t>"I am sitting."</w:t>
      </w:r>
    </w:p>
    <w:p>
      <w:pPr>
        <w:spacing w:after="60" w:line="266" w:lineRule="auto"/>
        <w:ind w:firstLine="331"/>
        <w:jc w:val="both"/>
      </w:pPr>
      <w:r>
        <w:rPr>
          <w:rFonts w:ascii="Georgia" w:hAnsi="Georgia"/>
          <w:b w:val="0"/>
          <w:i w:val="0"/>
          <w:color w:val="22201D"/>
          <w:sz w:val="20"/>
        </w:rPr>
        <w:t>"Emotionally."</w:t>
      </w:r>
    </w:p>
    <w:p>
      <w:pPr>
        <w:spacing w:after="60" w:line="266" w:lineRule="auto"/>
        <w:ind w:firstLine="331"/>
        <w:jc w:val="both"/>
      </w:pPr>
      <w:r>
        <w:rPr>
          <w:rFonts w:ascii="Georgia" w:hAnsi="Georgia"/>
          <w:b w:val="0"/>
          <w:i w:val="0"/>
          <w:color w:val="22201D"/>
          <w:sz w:val="20"/>
        </w:rPr>
        <w:t>He looked at her.</w:t>
      </w:r>
    </w:p>
    <w:p>
      <w:pPr>
        <w:spacing w:after="60" w:line="266" w:lineRule="auto"/>
        <w:ind w:firstLine="331"/>
        <w:jc w:val="both"/>
      </w:pPr>
      <w:r>
        <w:rPr>
          <w:rFonts w:ascii="Georgia" w:hAnsi="Georgia"/>
          <w:b w:val="0"/>
          <w:i w:val="0"/>
          <w:color w:val="22201D"/>
          <w:sz w:val="20"/>
        </w:rPr>
        <w:t>"That is an unfair category."</w:t>
      </w:r>
    </w:p>
    <w:p>
      <w:pPr>
        <w:spacing w:after="60" w:line="266" w:lineRule="auto"/>
        <w:ind w:firstLine="331"/>
        <w:jc w:val="both"/>
      </w:pPr>
      <w:r>
        <w:rPr>
          <w:rFonts w:ascii="Georgia" w:hAnsi="Georgia"/>
          <w:b w:val="0"/>
          <w:i w:val="0"/>
          <w:color w:val="22201D"/>
          <w:sz w:val="20"/>
        </w:rPr>
        <w:t>"It is your most mobile one."</w:t>
      </w:r>
    </w:p>
    <w:p>
      <w:pPr>
        <w:spacing w:after="60" w:line="266" w:lineRule="auto"/>
        <w:ind w:firstLine="331"/>
        <w:jc w:val="both"/>
      </w:pPr>
      <w:r>
        <w:rPr>
          <w:rFonts w:ascii="Georgia" w:hAnsi="Georgia"/>
          <w:b w:val="0"/>
          <w:i w:val="0"/>
          <w:color w:val="22201D"/>
          <w:sz w:val="20"/>
        </w:rPr>
        <w:t>The Hostess did not go to the door.</w:t>
      </w:r>
    </w:p>
    <w:p>
      <w:pPr>
        <w:spacing w:after="60" w:line="266" w:lineRule="auto"/>
        <w:ind w:firstLine="331"/>
        <w:jc w:val="both"/>
      </w:pPr>
      <w:r>
        <w:rPr>
          <w:rFonts w:ascii="Georgia" w:hAnsi="Georgia"/>
          <w:b w:val="0"/>
          <w:i w:val="0"/>
          <w:color w:val="22201D"/>
          <w:sz w:val="20"/>
        </w:rPr>
        <w:t>Instead, she took the pencil and crossed out one more word in the body of the review.</w:t>
      </w:r>
    </w:p>
    <w:p>
      <w:pPr>
        <w:spacing w:after="60" w:line="266" w:lineRule="auto"/>
        <w:ind w:firstLine="331"/>
        <w:jc w:val="both"/>
      </w:pPr>
      <w:r>
        <w:rPr>
          <w:rFonts w:ascii="Georgia" w:hAnsi="Georgia"/>
          <w:b w:val="0"/>
          <w:i w:val="0"/>
          <w:color w:val="22201D"/>
          <w:sz w:val="20"/>
        </w:rPr>
        <w:t>worthy.</w:t>
      </w:r>
    </w:p>
    <w:p>
      <w:pPr>
        <w:spacing w:after="60" w:line="266" w:lineRule="auto"/>
        <w:ind w:firstLine="331"/>
        <w:jc w:val="both"/>
      </w:pPr>
      <w:r>
        <w:rPr>
          <w:rFonts w:ascii="Georgia" w:hAnsi="Georgia"/>
          <w:b w:val="0"/>
          <w:i w:val="0"/>
          <w:color w:val="22201D"/>
          <w:sz w:val="20"/>
        </w:rPr>
        <w:t>The paper went still.</w:t>
      </w:r>
    </w:p>
    <w:p>
      <w:pPr>
        <w:spacing w:after="60" w:line="266" w:lineRule="auto"/>
        <w:ind w:firstLine="331"/>
        <w:jc w:val="both"/>
      </w:pPr>
      <w:r>
        <w:rPr>
          <w:rFonts w:ascii="Georgia" w:hAnsi="Georgia"/>
          <w:b w:val="0"/>
          <w:i w:val="0"/>
          <w:color w:val="22201D"/>
          <w:sz w:val="20"/>
        </w:rPr>
        <w:t>Outside, the tourist nearest the door lowered their hand.</w:t>
      </w:r>
    </w:p>
    <w:p>
      <w:pPr>
        <w:spacing w:after="60" w:line="266" w:lineRule="auto"/>
        <w:ind w:firstLine="331"/>
        <w:jc w:val="both"/>
      </w:pPr>
      <w:r>
        <w:rPr>
          <w:rFonts w:ascii="Georgia" w:hAnsi="Georgia"/>
          <w:b w:val="0"/>
          <w:i w:val="0"/>
          <w:color w:val="22201D"/>
          <w:sz w:val="20"/>
        </w:rPr>
        <w:t>The review corrected the sentence:</w:t>
      </w:r>
    </w:p>
    <w:p>
      <w:pPr>
        <w:spacing w:after="60" w:line="250" w:lineRule="auto"/>
        <w:ind w:left="202" w:right="173"/>
      </w:pPr>
      <w:r>
        <w:rPr>
          <w:rFonts w:ascii="Georgia" w:hAnsi="Georgia"/>
          <w:b w:val="0"/>
          <w:i w:val="0"/>
          <w:color w:val="22201D"/>
          <w:sz w:val="17"/>
        </w:rPr>
        <w:t>The door appears only for the .</w:t>
      </w:r>
    </w:p>
    <w:p>
      <w:pPr>
        <w:spacing w:after="60" w:line="266" w:lineRule="auto"/>
        <w:ind w:firstLine="331"/>
        <w:jc w:val="both"/>
      </w:pPr>
      <w:r>
        <w:rPr>
          <w:rFonts w:ascii="Georgia" w:hAnsi="Georgia"/>
          <w:b w:val="0"/>
          <w:i w:val="0"/>
          <w:color w:val="22201D"/>
          <w:sz w:val="20"/>
        </w:rPr>
        <w:t>The blank after the was small, but it had teeth.</w:t>
      </w:r>
    </w:p>
    <w:p>
      <w:pPr>
        <w:spacing w:after="60" w:line="266" w:lineRule="auto"/>
        <w:ind w:firstLine="331"/>
        <w:jc w:val="both"/>
      </w:pPr>
      <w:r>
        <w:rPr>
          <w:rFonts w:ascii="Georgia" w:hAnsi="Georgia"/>
          <w:b w:val="0"/>
          <w:i w:val="0"/>
          <w:color w:val="22201D"/>
          <w:sz w:val="20"/>
        </w:rPr>
        <w:t>"That is worse," Flocc said.</w:t>
      </w:r>
    </w:p>
    <w:p>
      <w:pPr>
        <w:spacing w:after="60" w:line="266" w:lineRule="auto"/>
        <w:ind w:firstLine="331"/>
        <w:jc w:val="both"/>
      </w:pPr>
      <w:r>
        <w:rPr>
          <w:rFonts w:ascii="Georgia" w:hAnsi="Georgia"/>
          <w:b w:val="0"/>
          <w:i w:val="0"/>
          <w:color w:val="22201D"/>
          <w:sz w:val="20"/>
        </w:rPr>
        <w:t>"It is more honest," said the Hostess.</w:t>
      </w:r>
    </w:p>
    <w:p>
      <w:pPr>
        <w:spacing w:after="60" w:line="266" w:lineRule="auto"/>
        <w:ind w:firstLine="331"/>
        <w:jc w:val="both"/>
      </w:pPr>
      <w:r>
        <w:rPr>
          <w:rFonts w:ascii="Georgia" w:hAnsi="Georgia"/>
          <w:b w:val="0"/>
          <w:i w:val="0"/>
          <w:color w:val="22201D"/>
          <w:sz w:val="20"/>
        </w:rPr>
        <w:t>"It looks like something is missing."</w:t>
      </w:r>
    </w:p>
    <w:p>
      <w:pPr>
        <w:spacing w:after="60" w:line="266" w:lineRule="auto"/>
        <w:ind w:firstLine="331"/>
        <w:jc w:val="both"/>
      </w:pPr>
      <w:r>
        <w:rPr>
          <w:rFonts w:ascii="Georgia" w:hAnsi="Georgia"/>
          <w:b w:val="0"/>
          <w:i w:val="0"/>
          <w:color w:val="22201D"/>
          <w:sz w:val="20"/>
        </w:rPr>
        <w:t>"Something is."</w:t>
      </w:r>
    </w:p>
    <w:p>
      <w:pPr>
        <w:spacing w:after="60" w:line="266" w:lineRule="auto"/>
        <w:ind w:firstLine="331"/>
        <w:jc w:val="both"/>
      </w:pPr>
      <w:r>
        <w:rPr>
          <w:rFonts w:ascii="Georgia" w:hAnsi="Georgia"/>
          <w:b w:val="0"/>
          <w:i w:val="0"/>
          <w:color w:val="22201D"/>
          <w:sz w:val="20"/>
        </w:rPr>
        <w:t>"What?"</w:t>
      </w:r>
    </w:p>
    <w:p>
      <w:pPr>
        <w:spacing w:after="60" w:line="266" w:lineRule="auto"/>
        <w:ind w:firstLine="331"/>
        <w:jc w:val="both"/>
      </w:pPr>
      <w:r>
        <w:rPr>
          <w:rFonts w:ascii="Georgia" w:hAnsi="Georgia"/>
          <w:b w:val="0"/>
          <w:i w:val="0"/>
          <w:color w:val="22201D"/>
          <w:sz w:val="20"/>
        </w:rPr>
        <w:t>"Need."</w:t>
      </w:r>
    </w:p>
    <w:p>
      <w:pPr>
        <w:spacing w:after="60" w:line="266" w:lineRule="auto"/>
        <w:ind w:firstLine="331"/>
        <w:jc w:val="both"/>
      </w:pPr>
      <w:r>
        <w:rPr>
          <w:rFonts w:ascii="Georgia" w:hAnsi="Georgia"/>
          <w:b w:val="0"/>
          <w:i w:val="0"/>
          <w:color w:val="22201D"/>
          <w:sz w:val="20"/>
        </w:rPr>
        <w:t>The review pulsed.</w:t>
      </w:r>
    </w:p>
    <w:p>
      <w:pPr>
        <w:spacing w:after="60" w:line="266" w:lineRule="auto"/>
        <w:ind w:firstLine="331"/>
        <w:jc w:val="both"/>
      </w:pPr>
      <w:r>
        <w:rPr>
          <w:rFonts w:ascii="Georgia" w:hAnsi="Georgia"/>
          <w:b w:val="0"/>
          <w:i w:val="0"/>
          <w:color w:val="22201D"/>
          <w:sz w:val="20"/>
        </w:rPr>
        <w:t>The five stars at the top dimmed to four and a half.</w:t>
      </w:r>
    </w:p>
    <w:p>
      <w:pPr>
        <w:spacing w:after="60" w:line="266" w:lineRule="auto"/>
        <w:ind w:firstLine="331"/>
        <w:jc w:val="both"/>
      </w:pPr>
      <w:r>
        <w:rPr>
          <w:rFonts w:ascii="Georgia" w:hAnsi="Georgia"/>
          <w:b w:val="0"/>
          <w:i w:val="0"/>
          <w:color w:val="22201D"/>
          <w:sz w:val="20"/>
        </w:rPr>
        <w:t>Then five again.</w:t>
      </w:r>
    </w:p>
    <w:p>
      <w:pPr>
        <w:spacing w:after="60" w:line="266" w:lineRule="auto"/>
        <w:ind w:firstLine="331"/>
        <w:jc w:val="both"/>
      </w:pPr>
      <w:r>
        <w:rPr>
          <w:rFonts w:ascii="Georgia" w:hAnsi="Georgia"/>
          <w:b w:val="0"/>
          <w:i w:val="0"/>
          <w:color w:val="22201D"/>
          <w:sz w:val="20"/>
        </w:rPr>
        <w:t>Then four and three quarters, which made everyone uncomfortable.</w:t>
      </w:r>
    </w:p>
    <w:p>
      <w:pPr>
        <w:spacing w:after="60" w:line="266" w:lineRule="auto"/>
        <w:ind w:firstLine="331"/>
        <w:jc w:val="both"/>
      </w:pPr>
      <w:r>
        <w:rPr>
          <w:rFonts w:ascii="Georgia" w:hAnsi="Georgia"/>
          <w:b w:val="0"/>
          <w:i w:val="0"/>
          <w:color w:val="22201D"/>
          <w:sz w:val="20"/>
        </w:rPr>
        <w:t>Mara said, "Can a rating hesitate?"</w:t>
      </w:r>
    </w:p>
    <w:p>
      <w:pPr>
        <w:spacing w:after="60" w:line="266" w:lineRule="auto"/>
        <w:ind w:firstLine="331"/>
        <w:jc w:val="both"/>
      </w:pPr>
      <w:r>
        <w:rPr>
          <w:rFonts w:ascii="Georgia" w:hAnsi="Georgia"/>
          <w:b w:val="0"/>
          <w:i w:val="0"/>
          <w:color w:val="22201D"/>
          <w:sz w:val="20"/>
        </w:rPr>
        <w:t>"Ratings are made of hesitation people outsourced to numbers," said the Hostess.</w:t>
      </w:r>
    </w:p>
    <w:p>
      <w:pPr>
        <w:spacing w:after="60" w:line="266" w:lineRule="auto"/>
        <w:ind w:firstLine="331"/>
        <w:jc w:val="both"/>
      </w:pPr>
      <w:r>
        <w:rPr>
          <w:rFonts w:ascii="Georgia" w:hAnsi="Georgia"/>
          <w:b w:val="0"/>
          <w:i w:val="0"/>
          <w:color w:val="22201D"/>
          <w:sz w:val="20"/>
        </w:rPr>
        <w:t>The tourist outside held up their phone. The screen faced inward.</w:t>
      </w:r>
    </w:p>
    <w:p>
      <w:pPr>
        <w:spacing w:after="60" w:line="266" w:lineRule="auto"/>
        <w:ind w:firstLine="331"/>
        <w:jc w:val="both"/>
      </w:pPr>
      <w:r>
        <w:rPr>
          <w:rFonts w:ascii="Georgia" w:hAnsi="Georgia"/>
          <w:b w:val="0"/>
          <w:i w:val="0"/>
          <w:color w:val="22201D"/>
          <w:sz w:val="20"/>
        </w:rPr>
        <w:t>On it, a reservation app displayed a page for Emoji Soup.</w:t>
      </w:r>
    </w:p>
    <w:p>
      <w:pPr>
        <w:spacing w:after="60" w:line="266" w:lineRule="auto"/>
        <w:ind w:firstLine="331"/>
        <w:jc w:val="both"/>
      </w:pPr>
      <w:r>
        <w:rPr>
          <w:rFonts w:ascii="Georgia" w:hAnsi="Georgia"/>
          <w:b w:val="0"/>
          <w:i w:val="0"/>
          <w:color w:val="22201D"/>
          <w:sz w:val="20"/>
        </w:rPr>
        <w:t>There was a photograph of a red door.</w:t>
      </w:r>
    </w:p>
    <w:p>
      <w:pPr>
        <w:spacing w:after="60" w:line="266" w:lineRule="auto"/>
        <w:ind w:firstLine="331"/>
        <w:jc w:val="both"/>
      </w:pPr>
      <w:r>
        <w:rPr>
          <w:rFonts w:ascii="Georgia" w:hAnsi="Georgia"/>
          <w:b w:val="0"/>
          <w:i w:val="0"/>
          <w:color w:val="22201D"/>
          <w:sz w:val="20"/>
        </w:rPr>
        <w:t>It was not the right red.</w:t>
      </w:r>
    </w:p>
    <w:p>
      <w:pPr>
        <w:spacing w:after="60" w:line="266" w:lineRule="auto"/>
        <w:ind w:firstLine="331"/>
        <w:jc w:val="both"/>
      </w:pPr>
      <w:r>
        <w:rPr>
          <w:rFonts w:ascii="Georgia" w:hAnsi="Georgia"/>
          <w:b w:val="0"/>
          <w:i w:val="0"/>
          <w:color w:val="22201D"/>
          <w:sz w:val="20"/>
        </w:rPr>
        <w:t>The listing read:</w:t>
      </w:r>
    </w:p>
    <w:p>
      <w:pPr>
        <w:spacing w:after="60" w:line="250" w:lineRule="auto"/>
        <w:ind w:left="202" w:right="173"/>
      </w:pPr>
      <w:r>
        <w:rPr>
          <w:rFonts w:ascii="Georgia" w:hAnsi="Georgia"/>
          <w:b w:val="0"/>
          <w:i w:val="0"/>
          <w:color w:val="22201D"/>
          <w:sz w:val="17"/>
        </w:rPr>
        <w:t>EMOJI SOUP Hidden / Experiential / Cosmic / Hyperlocal $$$$ Tables unavailable Join waitlist?</w:t>
      </w:r>
    </w:p>
    <w:p>
      <w:pPr>
        <w:spacing w:after="60" w:line="266" w:lineRule="auto"/>
        <w:ind w:firstLine="331"/>
        <w:jc w:val="both"/>
      </w:pPr>
      <w:r>
        <w:rPr>
          <w:rFonts w:ascii="Georgia" w:hAnsi="Georgia"/>
          <w:b w:val="0"/>
          <w:i w:val="0"/>
          <w:color w:val="22201D"/>
          <w:sz w:val="20"/>
        </w:rPr>
        <w:t>The door notice curled at one corner.</w:t>
      </w:r>
    </w:p>
    <w:p>
      <w:pPr>
        <w:spacing w:after="60" w:line="266" w:lineRule="auto"/>
        <w:ind w:firstLine="331"/>
        <w:jc w:val="both"/>
      </w:pPr>
      <w:r>
        <w:rPr>
          <w:rFonts w:ascii="Georgia" w:hAnsi="Georgia"/>
          <w:b w:val="0"/>
          <w:i w:val="0"/>
          <w:color w:val="22201D"/>
          <w:sz w:val="20"/>
        </w:rPr>
        <w:t>The review printed:</w:t>
      </w:r>
    </w:p>
    <w:p>
      <w:pPr>
        <w:spacing w:after="60" w:line="250" w:lineRule="auto"/>
        <w:ind w:left="202" w:right="173"/>
      </w:pPr>
      <w:r>
        <w:rPr>
          <w:rFonts w:ascii="Georgia" w:hAnsi="Georgia"/>
          <w:b w:val="0"/>
          <w:i w:val="0"/>
          <w:color w:val="22201D"/>
          <w:sz w:val="17"/>
        </w:rPr>
        <w:t>External reservation pressure: attempting category match</w:t>
      </w:r>
    </w:p>
    <w:p>
      <w:pPr>
        <w:spacing w:after="60" w:line="266" w:lineRule="auto"/>
        <w:ind w:firstLine="331"/>
        <w:jc w:val="both"/>
      </w:pPr>
      <w:r>
        <w:rPr>
          <w:rFonts w:ascii="Georgia" w:hAnsi="Georgia"/>
          <w:b w:val="0"/>
          <w:i w:val="0"/>
          <w:color w:val="22201D"/>
          <w:sz w:val="20"/>
        </w:rPr>
        <w:t>The Hostess sighed.</w:t>
      </w:r>
    </w:p>
    <w:p>
      <w:pPr>
        <w:spacing w:after="60" w:line="266" w:lineRule="auto"/>
        <w:ind w:firstLine="331"/>
        <w:jc w:val="both"/>
      </w:pPr>
      <w:r>
        <w:rPr>
          <w:rFonts w:ascii="Georgia" w:hAnsi="Georgia"/>
          <w:b w:val="0"/>
          <w:i w:val="0"/>
          <w:color w:val="22201D"/>
          <w:sz w:val="20"/>
        </w:rPr>
        <w:t>It was a quiet sigh, but everything in the room made space for it.</w:t>
      </w:r>
    </w:p>
    <w:p>
      <w:pPr>
        <w:spacing w:after="60" w:line="266" w:lineRule="auto"/>
        <w:ind w:firstLine="331"/>
        <w:jc w:val="both"/>
      </w:pPr>
      <w:r>
        <w:rPr>
          <w:rFonts w:ascii="Georgia" w:hAnsi="Georgia"/>
          <w:b w:val="0"/>
          <w:i w:val="0"/>
          <w:color w:val="22201D"/>
          <w:sz w:val="20"/>
        </w:rPr>
        <w:t>"That will be the next problem."</w:t>
      </w:r>
    </w:p>
    <w:p>
      <w:pPr>
        <w:spacing w:after="60" w:line="266" w:lineRule="auto"/>
        <w:ind w:firstLine="331"/>
        <w:jc w:val="both"/>
      </w:pPr>
      <w:r>
        <w:rPr>
          <w:rFonts w:ascii="Georgia" w:hAnsi="Georgia"/>
          <w:b w:val="0"/>
          <w:i w:val="0"/>
          <w:color w:val="22201D"/>
          <w:sz w:val="20"/>
        </w:rPr>
        <w:t>Flocc looked at the phone outside.</w:t>
      </w:r>
    </w:p>
    <w:p>
      <w:pPr>
        <w:spacing w:after="60" w:line="266" w:lineRule="auto"/>
        <w:ind w:firstLine="331"/>
        <w:jc w:val="both"/>
      </w:pPr>
      <w:r>
        <w:rPr>
          <w:rFonts w:ascii="Georgia" w:hAnsi="Georgia"/>
          <w:b w:val="0"/>
          <w:i w:val="0"/>
          <w:color w:val="22201D"/>
          <w:sz w:val="20"/>
        </w:rPr>
        <w:t>"They made a listing."</w:t>
      </w:r>
    </w:p>
    <w:p>
      <w:pPr>
        <w:spacing w:after="60" w:line="266" w:lineRule="auto"/>
        <w:ind w:firstLine="331"/>
        <w:jc w:val="both"/>
      </w:pPr>
      <w:r>
        <w:rPr>
          <w:rFonts w:ascii="Georgia" w:hAnsi="Georgia"/>
          <w:b w:val="0"/>
          <w:i w:val="0"/>
          <w:color w:val="22201D"/>
          <w:sz w:val="20"/>
        </w:rPr>
        <w:t>"Someone made a listing," said Mara.</w:t>
      </w:r>
    </w:p>
    <w:p>
      <w:pPr>
        <w:spacing w:after="60" w:line="266" w:lineRule="auto"/>
        <w:ind w:firstLine="331"/>
        <w:jc w:val="both"/>
      </w:pPr>
      <w:r>
        <w:rPr>
          <w:rFonts w:ascii="Georgia" w:hAnsi="Georgia"/>
          <w:b w:val="0"/>
          <w:i w:val="0"/>
          <w:color w:val="22201D"/>
          <w:sz w:val="20"/>
        </w:rPr>
        <w:t>"How? The restaurant cannot be found."</w:t>
      </w:r>
    </w:p>
    <w:p>
      <w:pPr>
        <w:spacing w:after="60" w:line="266" w:lineRule="auto"/>
        <w:ind w:firstLine="331"/>
        <w:jc w:val="both"/>
      </w:pPr>
      <w:r>
        <w:rPr>
          <w:rFonts w:ascii="Georgia" w:hAnsi="Georgia"/>
          <w:b w:val="0"/>
          <w:i w:val="0"/>
          <w:color w:val="22201D"/>
          <w:sz w:val="20"/>
        </w:rPr>
        <w:t>The Hostess turned the review around, showing the stars to the room as if presenting evidence in a trial nobody had wanted but everyone had already attended.</w:t>
      </w:r>
    </w:p>
    <w:p>
      <w:pPr>
        <w:spacing w:after="60" w:line="266" w:lineRule="auto"/>
        <w:ind w:firstLine="331"/>
        <w:jc w:val="both"/>
      </w:pPr>
      <w:r>
        <w:rPr>
          <w:rFonts w:ascii="Georgia" w:hAnsi="Georgia"/>
          <w:b w:val="0"/>
          <w:i w:val="0"/>
          <w:color w:val="22201D"/>
          <w:sz w:val="20"/>
        </w:rPr>
        <w:t>"Being unfound is marketable now."</w:t>
      </w:r>
    </w:p>
    <w:p>
      <w:pPr>
        <w:spacing w:after="60" w:line="266" w:lineRule="auto"/>
        <w:ind w:firstLine="331"/>
        <w:jc w:val="both"/>
      </w:pPr>
      <w:r>
        <w:rPr>
          <w:rFonts w:ascii="Georgia" w:hAnsi="Georgia"/>
          <w:b w:val="0"/>
          <w:i w:val="0"/>
          <w:color w:val="22201D"/>
          <w:sz w:val="20"/>
        </w:rPr>
        <w:t>The review printed a notification:</w:t>
      </w:r>
    </w:p>
    <w:p>
      <w:pPr>
        <w:spacing w:after="60" w:line="250" w:lineRule="auto"/>
        <w:ind w:left="202" w:right="173"/>
      </w:pPr>
      <w:r>
        <w:rPr>
          <w:rFonts w:ascii="Georgia" w:hAnsi="Georgia"/>
          <w:b w:val="0"/>
          <w:i w:val="0"/>
          <w:color w:val="22201D"/>
          <w:sz w:val="17"/>
        </w:rPr>
        <w:t>New views: 1,209</w:t>
      </w:r>
    </w:p>
    <w:p>
      <w:pPr>
        <w:spacing w:after="60" w:line="266" w:lineRule="auto"/>
        <w:ind w:firstLine="331"/>
        <w:jc w:val="both"/>
      </w:pPr>
      <w:r>
        <w:rPr>
          <w:rFonts w:ascii="Georgia" w:hAnsi="Georgia"/>
          <w:b w:val="0"/>
          <w:i w:val="0"/>
          <w:color w:val="22201D"/>
          <w:sz w:val="20"/>
        </w:rPr>
        <w:t>The number climbed.</w:t>
      </w:r>
    </w:p>
    <w:p>
      <w:pPr>
        <w:spacing w:after="60" w:line="250" w:lineRule="auto"/>
        <w:ind w:left="202" w:right="173"/>
      </w:pPr>
      <w:r>
        <w:rPr>
          <w:rFonts w:ascii="Georgia" w:hAnsi="Georgia"/>
          <w:b w:val="0"/>
          <w:i w:val="0"/>
          <w:color w:val="22201D"/>
          <w:sz w:val="17"/>
        </w:rPr>
        <w:t>1,210 1,211 1,215 1,226</w:t>
      </w:r>
    </w:p>
    <w:p>
      <w:pPr>
        <w:spacing w:after="60" w:line="266" w:lineRule="auto"/>
        <w:ind w:firstLine="331"/>
        <w:jc w:val="both"/>
      </w:pPr>
      <w:r>
        <w:rPr>
          <w:rFonts w:ascii="Georgia" w:hAnsi="Georgia"/>
          <w:b w:val="0"/>
          <w:i w:val="0"/>
          <w:color w:val="22201D"/>
          <w:sz w:val="20"/>
        </w:rPr>
        <w:t>It skipped in little anxious jumps.</w:t>
      </w:r>
    </w:p>
    <w:p>
      <w:pPr>
        <w:spacing w:after="60" w:line="266" w:lineRule="auto"/>
        <w:ind w:firstLine="331"/>
        <w:jc w:val="both"/>
      </w:pPr>
      <w:r>
        <w:rPr>
          <w:rFonts w:ascii="Georgia" w:hAnsi="Georgia"/>
          <w:b w:val="0"/>
          <w:i w:val="0"/>
          <w:color w:val="22201D"/>
          <w:sz w:val="20"/>
        </w:rPr>
        <w:t>The front window gathered more faces.</w:t>
      </w:r>
    </w:p>
    <w:p>
      <w:pPr>
        <w:spacing w:after="60" w:line="266" w:lineRule="auto"/>
        <w:ind w:firstLine="331"/>
        <w:jc w:val="both"/>
      </w:pPr>
      <w:r>
        <w:rPr>
          <w:rFonts w:ascii="Georgia" w:hAnsi="Georgia"/>
          <w:b w:val="0"/>
          <w:i w:val="0"/>
          <w:color w:val="22201D"/>
          <w:sz w:val="20"/>
        </w:rPr>
        <w:t>Not too many yet. Enough to prove the future had found parking.</w:t>
      </w:r>
    </w:p>
    <w:p>
      <w:pPr>
        <w:spacing w:after="60" w:line="266" w:lineRule="auto"/>
        <w:ind w:firstLine="331"/>
        <w:jc w:val="both"/>
      </w:pPr>
      <w:r>
        <w:rPr>
          <w:rFonts w:ascii="Georgia" w:hAnsi="Georgia"/>
          <w:b w:val="0"/>
          <w:i w:val="0"/>
          <w:color w:val="22201D"/>
          <w:sz w:val="20"/>
        </w:rPr>
        <w:t>Steve Bellweather arrived through the side door carrying a folder, a travel mug, and the expression of a man who had learned that retirement was just a filing category for people paperwork had not recently needed.</w:t>
      </w:r>
    </w:p>
    <w:p>
      <w:pPr>
        <w:spacing w:after="60" w:line="266" w:lineRule="auto"/>
        <w:ind w:firstLine="331"/>
        <w:jc w:val="both"/>
      </w:pPr>
      <w:r>
        <w:rPr>
          <w:rFonts w:ascii="Georgia" w:hAnsi="Georgia"/>
          <w:b w:val="0"/>
          <w:i w:val="0"/>
          <w:color w:val="22201D"/>
          <w:sz w:val="20"/>
        </w:rPr>
        <w:t>"Please tell me," he said, "that the city did not just receive twelve public-access requests for a restaurant category we have not invented."</w:t>
      </w:r>
    </w:p>
    <w:p>
      <w:pPr>
        <w:spacing w:after="60" w:line="266" w:lineRule="auto"/>
        <w:ind w:firstLine="331"/>
        <w:jc w:val="both"/>
      </w:pPr>
      <w:r>
        <w:rPr>
          <w:rFonts w:ascii="Georgia" w:hAnsi="Georgia"/>
          <w:b w:val="0"/>
          <w:i w:val="0"/>
          <w:color w:val="22201D"/>
          <w:sz w:val="20"/>
        </w:rPr>
        <w:t>The review rotated toward him.</w:t>
      </w:r>
    </w:p>
    <w:p>
      <w:pPr>
        <w:spacing w:after="60" w:line="266" w:lineRule="auto"/>
        <w:ind w:firstLine="331"/>
        <w:jc w:val="both"/>
      </w:pPr>
      <w:r>
        <w:rPr>
          <w:rFonts w:ascii="Georgia" w:hAnsi="Georgia"/>
          <w:b w:val="0"/>
          <w:i w:val="0"/>
          <w:color w:val="22201D"/>
          <w:sz w:val="20"/>
        </w:rPr>
        <w:t>Steve read it.</w:t>
      </w:r>
    </w:p>
    <w:p>
      <w:pPr>
        <w:spacing w:after="60" w:line="266" w:lineRule="auto"/>
        <w:ind w:firstLine="331"/>
        <w:jc w:val="both"/>
      </w:pPr>
      <w:r>
        <w:rPr>
          <w:rFonts w:ascii="Georgia" w:hAnsi="Georgia"/>
          <w:b w:val="0"/>
          <w:i w:val="0"/>
          <w:color w:val="22201D"/>
          <w:sz w:val="20"/>
        </w:rPr>
        <w:t>His face passed through horror, professional interest, and the dangerous calm of someone alphabetizing fear.</w:t>
      </w:r>
    </w:p>
    <w:p>
      <w:pPr>
        <w:spacing w:after="60" w:line="266" w:lineRule="auto"/>
        <w:ind w:firstLine="331"/>
        <w:jc w:val="both"/>
      </w:pPr>
      <w:r>
        <w:rPr>
          <w:rFonts w:ascii="Georgia" w:hAnsi="Georgia"/>
          <w:b w:val="0"/>
          <w:i w:val="0"/>
          <w:color w:val="22201D"/>
          <w:sz w:val="20"/>
        </w:rPr>
        <w:t>"Ah."</w:t>
      </w:r>
    </w:p>
    <w:p>
      <w:pPr>
        <w:spacing w:after="60" w:line="266" w:lineRule="auto"/>
        <w:ind w:firstLine="331"/>
        <w:jc w:val="both"/>
      </w:pPr>
      <w:r>
        <w:rPr>
          <w:rFonts w:ascii="Georgia" w:hAnsi="Georgia"/>
          <w:b w:val="0"/>
          <w:i w:val="0"/>
          <w:color w:val="22201D"/>
          <w:sz w:val="20"/>
        </w:rPr>
        <w:t>The Hostess handed him the pencil.</w:t>
      </w:r>
    </w:p>
    <w:p>
      <w:pPr>
        <w:spacing w:after="60" w:line="266" w:lineRule="auto"/>
        <w:ind w:firstLine="331"/>
        <w:jc w:val="both"/>
      </w:pPr>
      <w:r>
        <w:rPr>
          <w:rFonts w:ascii="Georgia" w:hAnsi="Georgia"/>
          <w:b w:val="0"/>
          <w:i w:val="0"/>
          <w:color w:val="22201D"/>
          <w:sz w:val="20"/>
        </w:rPr>
        <w:t>Steve did not take it.</w:t>
      </w:r>
    </w:p>
    <w:p>
      <w:pPr>
        <w:spacing w:after="60" w:line="266" w:lineRule="auto"/>
        <w:ind w:firstLine="331"/>
        <w:jc w:val="both"/>
      </w:pPr>
      <w:r>
        <w:rPr>
          <w:rFonts w:ascii="Georgia" w:hAnsi="Georgia"/>
          <w:b w:val="0"/>
          <w:i w:val="0"/>
          <w:color w:val="22201D"/>
          <w:sz w:val="20"/>
        </w:rPr>
        <w:t>"I do not have authority over adjectives."</w:t>
      </w:r>
    </w:p>
    <w:p>
      <w:pPr>
        <w:spacing w:after="60" w:line="266" w:lineRule="auto"/>
        <w:ind w:firstLine="331"/>
        <w:jc w:val="both"/>
      </w:pPr>
      <w:r>
        <w:rPr>
          <w:rFonts w:ascii="Georgia" w:hAnsi="Georgia"/>
          <w:b w:val="0"/>
          <w:i w:val="0"/>
          <w:color w:val="22201D"/>
          <w:sz w:val="20"/>
        </w:rPr>
        <w:t>"No," said the Hostess. "But you have experience with records that become true by being filed incorrectly."</w:t>
      </w:r>
    </w:p>
    <w:p>
      <w:pPr>
        <w:spacing w:after="60" w:line="266" w:lineRule="auto"/>
        <w:ind w:firstLine="331"/>
        <w:jc w:val="both"/>
      </w:pPr>
      <w:r>
        <w:rPr>
          <w:rFonts w:ascii="Georgia" w:hAnsi="Georgia"/>
          <w:b w:val="0"/>
          <w:i w:val="0"/>
          <w:color w:val="22201D"/>
          <w:sz w:val="20"/>
        </w:rPr>
        <w:t>Steve accepted the pencil as if it were a subpoena.</w:t>
      </w:r>
    </w:p>
    <w:p>
      <w:pPr>
        <w:spacing w:after="60" w:line="266" w:lineRule="auto"/>
        <w:ind w:firstLine="331"/>
        <w:jc w:val="both"/>
      </w:pPr>
      <w:r>
        <w:rPr>
          <w:rFonts w:ascii="Georgia" w:hAnsi="Georgia"/>
          <w:b w:val="0"/>
          <w:i w:val="0"/>
          <w:color w:val="22201D"/>
          <w:sz w:val="20"/>
        </w:rPr>
        <w:t>Gerald Park opened the front door from the outside before anyone could stop him.</w:t>
      </w:r>
    </w:p>
    <w:p>
      <w:pPr>
        <w:spacing w:after="60" w:line="266" w:lineRule="auto"/>
        <w:ind w:firstLine="331"/>
        <w:jc w:val="both"/>
      </w:pPr>
      <w:r>
        <w:rPr>
          <w:rFonts w:ascii="Georgia" w:hAnsi="Georgia"/>
          <w:b w:val="0"/>
          <w:i w:val="0"/>
          <w:color w:val="22201D"/>
          <w:sz w:val="20"/>
        </w:rPr>
        <w:t>This was not because he had bypassed the door notice. It was because he had arrived for inspection, and the universe, whatever its other flaws, had learned not to block Gerald Park from checking a public threshold.</w:t>
      </w:r>
    </w:p>
    <w:p>
      <w:pPr>
        <w:spacing w:after="60" w:line="266" w:lineRule="auto"/>
        <w:ind w:firstLine="331"/>
        <w:jc w:val="both"/>
      </w:pPr>
      <w:r>
        <w:rPr>
          <w:rFonts w:ascii="Georgia" w:hAnsi="Georgia"/>
          <w:b w:val="0"/>
          <w:i w:val="0"/>
          <w:color w:val="22201D"/>
          <w:sz w:val="20"/>
        </w:rPr>
        <w:t>The tourists parted for him. Some of them took photographs of this parting.</w:t>
      </w:r>
    </w:p>
    <w:p>
      <w:pPr>
        <w:spacing w:after="60" w:line="266" w:lineRule="auto"/>
        <w:ind w:firstLine="331"/>
        <w:jc w:val="both"/>
      </w:pPr>
      <w:r>
        <w:rPr>
          <w:rFonts w:ascii="Georgia" w:hAnsi="Georgia"/>
          <w:b w:val="0"/>
          <w:i w:val="0"/>
          <w:color w:val="22201D"/>
          <w:sz w:val="20"/>
        </w:rPr>
        <w:t>Gerald entered, closed the door behind him, and looked at the review floating in the air.</w:t>
      </w:r>
    </w:p>
    <w:p>
      <w:pPr>
        <w:spacing w:after="60" w:line="266" w:lineRule="auto"/>
        <w:ind w:firstLine="331"/>
        <w:jc w:val="both"/>
      </w:pPr>
      <w:r>
        <w:rPr>
          <w:rFonts w:ascii="Georgia" w:hAnsi="Georgia"/>
          <w:b w:val="0"/>
          <w:i w:val="0"/>
          <w:color w:val="22201D"/>
          <w:sz w:val="20"/>
        </w:rPr>
        <w:t>"No," he said.</w:t>
      </w:r>
    </w:p>
    <w:p>
      <w:pPr>
        <w:spacing w:after="60" w:line="266" w:lineRule="auto"/>
        <w:ind w:firstLine="331"/>
        <w:jc w:val="both"/>
      </w:pPr>
      <w:r>
        <w:rPr>
          <w:rFonts w:ascii="Georgia" w:hAnsi="Georgia"/>
          <w:b w:val="0"/>
          <w:i w:val="0"/>
          <w:color w:val="22201D"/>
          <w:sz w:val="20"/>
        </w:rPr>
        <w:t>"That is what I said," the Hostess replied.</w:t>
      </w:r>
    </w:p>
    <w:p>
      <w:pPr>
        <w:spacing w:after="60" w:line="266" w:lineRule="auto"/>
        <w:ind w:firstLine="331"/>
        <w:jc w:val="both"/>
      </w:pPr>
      <w:r>
        <w:rPr>
          <w:rFonts w:ascii="Georgia" w:hAnsi="Georgia"/>
          <w:b w:val="0"/>
          <w:i w:val="0"/>
          <w:color w:val="22201D"/>
          <w:sz w:val="20"/>
        </w:rPr>
        <w:t>"No," Gerald repeated, clarifying that his first no had been general and this one was technical.</w:t>
      </w:r>
    </w:p>
    <w:p>
      <w:pPr>
        <w:spacing w:after="60" w:line="266" w:lineRule="auto"/>
        <w:ind w:firstLine="331"/>
        <w:jc w:val="both"/>
      </w:pPr>
      <w:r>
        <w:rPr>
          <w:rFonts w:ascii="Georgia" w:hAnsi="Georgia"/>
          <w:b w:val="0"/>
          <w:i w:val="0"/>
          <w:color w:val="22201D"/>
          <w:sz w:val="20"/>
        </w:rPr>
        <w:t>He pointed at the review.</w:t>
      </w:r>
    </w:p>
    <w:p>
      <w:pPr>
        <w:spacing w:after="60" w:line="266" w:lineRule="auto"/>
        <w:ind w:firstLine="331"/>
        <w:jc w:val="both"/>
      </w:pPr>
      <w:r>
        <w:rPr>
          <w:rFonts w:ascii="Georgia" w:hAnsi="Georgia"/>
          <w:b w:val="0"/>
          <w:i w:val="0"/>
          <w:color w:val="22201D"/>
          <w:sz w:val="20"/>
        </w:rPr>
        <w:t>"If this is attracting foot traffic, we need capacity limits, queue boundaries, no blocking of egress, no unauthorized sampling, no sauce service outside approved controls, and a clear statement that the door is not an emergency exit from people's personalities."</w:t>
      </w:r>
    </w:p>
    <w:p>
      <w:pPr>
        <w:spacing w:after="60" w:line="266" w:lineRule="auto"/>
        <w:ind w:firstLine="331"/>
        <w:jc w:val="both"/>
      </w:pPr>
      <w:r>
        <w:rPr>
          <w:rFonts w:ascii="Georgia" w:hAnsi="Georgia"/>
          <w:b w:val="0"/>
          <w:i w:val="0"/>
          <w:color w:val="22201D"/>
          <w:sz w:val="20"/>
        </w:rPr>
        <w:t>The review printed:</w:t>
      </w:r>
    </w:p>
    <w:p>
      <w:pPr>
        <w:spacing w:after="60" w:line="250" w:lineRule="auto"/>
        <w:ind w:left="202" w:right="173"/>
      </w:pPr>
      <w:r>
        <w:rPr>
          <w:rFonts w:ascii="Georgia" w:hAnsi="Georgia"/>
          <w:b w:val="0"/>
          <w:i w:val="0"/>
          <w:color w:val="22201D"/>
          <w:sz w:val="17"/>
        </w:rPr>
        <w:t>Potential pull quote: door is not an emergency exit from people's personalities</w:t>
      </w:r>
    </w:p>
    <w:p>
      <w:pPr>
        <w:spacing w:after="60" w:line="266" w:lineRule="auto"/>
        <w:ind w:firstLine="331"/>
        <w:jc w:val="both"/>
      </w:pPr>
      <w:r>
        <w:rPr>
          <w:rFonts w:ascii="Georgia" w:hAnsi="Georgia"/>
          <w:b w:val="0"/>
          <w:i w:val="0"/>
          <w:color w:val="22201D"/>
          <w:sz w:val="20"/>
        </w:rPr>
        <w:t>Gerald stepped toward it.</w:t>
      </w:r>
    </w:p>
    <w:p>
      <w:pPr>
        <w:spacing w:after="60" w:line="266" w:lineRule="auto"/>
        <w:ind w:firstLine="331"/>
        <w:jc w:val="both"/>
      </w:pPr>
      <w:r>
        <w:rPr>
          <w:rFonts w:ascii="Georgia" w:hAnsi="Georgia"/>
          <w:b w:val="0"/>
          <w:i w:val="0"/>
          <w:color w:val="22201D"/>
          <w:sz w:val="20"/>
        </w:rPr>
        <w:t>The review dimmed.</w:t>
      </w:r>
    </w:p>
    <w:p>
      <w:pPr>
        <w:spacing w:after="60" w:line="266" w:lineRule="auto"/>
        <w:ind w:firstLine="331"/>
        <w:jc w:val="both"/>
      </w:pPr>
      <w:r>
        <w:rPr>
          <w:rFonts w:ascii="Georgia" w:hAnsi="Georgia"/>
          <w:b w:val="0"/>
          <w:i w:val="0"/>
          <w:color w:val="22201D"/>
          <w:sz w:val="20"/>
        </w:rPr>
        <w:t>"Do not quote me."</w:t>
      </w:r>
    </w:p>
    <w:p>
      <w:pPr>
        <w:spacing w:after="60" w:line="250" w:lineRule="auto"/>
        <w:ind w:left="202" w:right="173"/>
      </w:pPr>
      <w:r>
        <w:rPr>
          <w:rFonts w:ascii="Georgia" w:hAnsi="Georgia"/>
          <w:b w:val="0"/>
          <w:i w:val="0"/>
          <w:color w:val="22201D"/>
          <w:sz w:val="17"/>
        </w:rPr>
        <w:t>Quotation denied.</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Mara leaned toward Flocc.</w:t>
      </w:r>
    </w:p>
    <w:p>
      <w:pPr>
        <w:spacing w:after="60" w:line="266" w:lineRule="auto"/>
        <w:ind w:firstLine="331"/>
        <w:jc w:val="both"/>
      </w:pPr>
      <w:r>
        <w:rPr>
          <w:rFonts w:ascii="Georgia" w:hAnsi="Georgia"/>
          <w:b w:val="0"/>
          <w:i w:val="0"/>
          <w:color w:val="22201D"/>
          <w:sz w:val="20"/>
        </w:rPr>
        <w:t>"I like him."</w:t>
      </w:r>
    </w:p>
    <w:p>
      <w:pPr>
        <w:spacing w:after="60" w:line="266" w:lineRule="auto"/>
        <w:ind w:firstLine="331"/>
        <w:jc w:val="both"/>
      </w:pPr>
      <w:r>
        <w:rPr>
          <w:rFonts w:ascii="Georgia" w:hAnsi="Georgia"/>
          <w:b w:val="0"/>
          <w:i w:val="0"/>
          <w:color w:val="22201D"/>
          <w:sz w:val="20"/>
        </w:rPr>
        <w:t>"Everyone likes Gerald eventually."</w:t>
      </w:r>
    </w:p>
    <w:p>
      <w:pPr>
        <w:spacing w:after="60" w:line="266" w:lineRule="auto"/>
        <w:ind w:firstLine="331"/>
        <w:jc w:val="both"/>
      </w:pPr>
      <w:r>
        <w:rPr>
          <w:rFonts w:ascii="Georgia" w:hAnsi="Georgia"/>
          <w:b w:val="0"/>
          <w:i w:val="0"/>
          <w:color w:val="22201D"/>
          <w:sz w:val="20"/>
        </w:rPr>
        <w:t>"No. People become safer near Gerald and mistake that for liking him."</w:t>
      </w:r>
    </w:p>
    <w:p>
      <w:pPr>
        <w:spacing w:after="60" w:line="266" w:lineRule="auto"/>
        <w:ind w:firstLine="331"/>
        <w:jc w:val="both"/>
      </w:pPr>
      <w:r>
        <w:rPr>
          <w:rFonts w:ascii="Georgia" w:hAnsi="Georgia"/>
          <w:b w:val="0"/>
          <w:i w:val="0"/>
          <w:color w:val="22201D"/>
          <w:sz w:val="20"/>
        </w:rPr>
        <w:t>"Is that different?"</w:t>
      </w:r>
    </w:p>
    <w:p>
      <w:pPr>
        <w:spacing w:after="60" w:line="266" w:lineRule="auto"/>
        <w:ind w:firstLine="331"/>
        <w:jc w:val="both"/>
      </w:pPr>
      <w:r>
        <w:rPr>
          <w:rFonts w:ascii="Georgia" w:hAnsi="Georgia"/>
          <w:b w:val="0"/>
          <w:i w:val="0"/>
          <w:color w:val="22201D"/>
          <w:sz w:val="20"/>
        </w:rPr>
        <w:t>"Ask Gerald."</w:t>
      </w:r>
    </w:p>
    <w:p>
      <w:pPr>
        <w:spacing w:after="60" w:line="266" w:lineRule="auto"/>
        <w:ind w:firstLine="331"/>
        <w:jc w:val="both"/>
      </w:pPr>
      <w:r>
        <w:rPr>
          <w:rFonts w:ascii="Georgia" w:hAnsi="Georgia"/>
          <w:b w:val="0"/>
          <w:i w:val="0"/>
          <w:color w:val="22201D"/>
          <w:sz w:val="20"/>
        </w:rPr>
        <w:t>"I will not."</w:t>
      </w:r>
    </w:p>
    <w:p>
      <w:pPr>
        <w:spacing w:after="60" w:line="266" w:lineRule="auto"/>
        <w:ind w:firstLine="331"/>
        <w:jc w:val="both"/>
      </w:pPr>
      <w:r>
        <w:rPr>
          <w:rFonts w:ascii="Georgia" w:hAnsi="Georgia"/>
          <w:b w:val="0"/>
          <w:i w:val="0"/>
          <w:color w:val="22201D"/>
          <w:sz w:val="20"/>
        </w:rPr>
        <w:t>Outside, the reservation app on the tourist's phone changed.</w:t>
      </w:r>
    </w:p>
    <w:p>
      <w:pPr>
        <w:spacing w:after="60" w:line="266" w:lineRule="auto"/>
        <w:ind w:firstLine="331"/>
        <w:jc w:val="both"/>
      </w:pPr>
      <w:r>
        <w:rPr>
          <w:rFonts w:ascii="Georgia" w:hAnsi="Georgia"/>
          <w:b w:val="0"/>
          <w:i w:val="0"/>
          <w:color w:val="22201D"/>
          <w:sz w:val="20"/>
        </w:rPr>
        <w:t>The listing now showed a button:</w:t>
      </w:r>
    </w:p>
    <w:p>
      <w:pPr>
        <w:spacing w:after="60" w:line="250" w:lineRule="auto"/>
        <w:ind w:left="202" w:right="173"/>
      </w:pPr>
      <w:r>
        <w:rPr>
          <w:rFonts w:ascii="Georgia" w:hAnsi="Georgia"/>
          <w:b w:val="0"/>
          <w:i w:val="0"/>
          <w:color w:val="22201D"/>
          <w:sz w:val="17"/>
        </w:rPr>
        <w:t>Reserve Nowhere</w:t>
      </w:r>
    </w:p>
    <w:p>
      <w:pPr>
        <w:spacing w:after="60" w:line="266" w:lineRule="auto"/>
        <w:ind w:firstLine="331"/>
        <w:jc w:val="both"/>
      </w:pPr>
      <w:r>
        <w:rPr>
          <w:rFonts w:ascii="Georgia" w:hAnsi="Georgia"/>
          <w:b w:val="0"/>
          <w:i w:val="0"/>
          <w:color w:val="22201D"/>
          <w:sz w:val="20"/>
        </w:rPr>
        <w:t>The tourist frowned.</w:t>
      </w:r>
    </w:p>
    <w:p>
      <w:pPr>
        <w:spacing w:after="60" w:line="266" w:lineRule="auto"/>
        <w:ind w:firstLine="331"/>
        <w:jc w:val="both"/>
      </w:pPr>
      <w:r>
        <w:rPr>
          <w:rFonts w:ascii="Georgia" w:hAnsi="Georgia"/>
          <w:b w:val="0"/>
          <w:i w:val="0"/>
          <w:color w:val="22201D"/>
          <w:sz w:val="20"/>
        </w:rPr>
        <w:t>Tapped it.</w:t>
      </w:r>
    </w:p>
    <w:p>
      <w:pPr>
        <w:spacing w:after="60" w:line="266" w:lineRule="auto"/>
        <w:ind w:firstLine="331"/>
        <w:jc w:val="both"/>
      </w:pPr>
      <w:r>
        <w:rPr>
          <w:rFonts w:ascii="Georgia" w:hAnsi="Georgia"/>
          <w:b w:val="0"/>
          <w:i w:val="0"/>
          <w:color w:val="22201D"/>
          <w:sz w:val="20"/>
        </w:rPr>
        <w:t>The phone displayed:</w:t>
      </w:r>
    </w:p>
    <w:p>
      <w:pPr>
        <w:spacing w:after="60" w:line="250" w:lineRule="auto"/>
        <w:ind w:left="202" w:right="173"/>
      </w:pPr>
      <w:r>
        <w:rPr>
          <w:rFonts w:ascii="Georgia" w:hAnsi="Georgia"/>
          <w:b w:val="0"/>
          <w:i w:val="0"/>
          <w:color w:val="22201D"/>
          <w:sz w:val="17"/>
        </w:rPr>
        <w:t>Party size?</w:t>
      </w:r>
    </w:p>
    <w:p>
      <w:pPr>
        <w:spacing w:after="60" w:line="266" w:lineRule="auto"/>
        <w:ind w:firstLine="331"/>
        <w:jc w:val="both"/>
      </w:pPr>
      <w:r>
        <w:rPr>
          <w:rFonts w:ascii="Georgia" w:hAnsi="Georgia"/>
          <w:b w:val="0"/>
          <w:i w:val="0"/>
          <w:color w:val="22201D"/>
          <w:sz w:val="20"/>
        </w:rPr>
        <w:t>The tourist looked around at the other tourists, trying to count people who had not yet admitted they were together.</w:t>
      </w:r>
    </w:p>
    <w:p>
      <w:pPr>
        <w:spacing w:after="60" w:line="266" w:lineRule="auto"/>
        <w:ind w:firstLine="331"/>
        <w:jc w:val="both"/>
      </w:pPr>
      <w:r>
        <w:rPr>
          <w:rFonts w:ascii="Georgia" w:hAnsi="Georgia"/>
          <w:b w:val="0"/>
          <w:i w:val="0"/>
          <w:color w:val="22201D"/>
          <w:sz w:val="20"/>
        </w:rPr>
        <w:t>The app displayed:</w:t>
      </w:r>
    </w:p>
    <w:p>
      <w:pPr>
        <w:spacing w:after="60" w:line="250" w:lineRule="auto"/>
        <w:ind w:left="202" w:right="173"/>
      </w:pPr>
      <w:r>
        <w:rPr>
          <w:rFonts w:ascii="Georgia" w:hAnsi="Georgia"/>
          <w:b w:val="0"/>
          <w:i w:val="0"/>
          <w:color w:val="22201D"/>
          <w:sz w:val="17"/>
        </w:rPr>
        <w:t>Incorrect question.</w:t>
      </w:r>
    </w:p>
    <w:p>
      <w:pPr>
        <w:spacing w:after="60" w:line="266" w:lineRule="auto"/>
        <w:ind w:firstLine="331"/>
        <w:jc w:val="both"/>
      </w:pPr>
      <w:r>
        <w:rPr>
          <w:rFonts w:ascii="Georgia" w:hAnsi="Georgia"/>
          <w:b w:val="0"/>
          <w:i w:val="0"/>
          <w:color w:val="22201D"/>
          <w:sz w:val="20"/>
        </w:rPr>
        <w:t>Then:</w:t>
      </w:r>
    </w:p>
    <w:p>
      <w:pPr>
        <w:spacing w:after="60" w:line="250" w:lineRule="auto"/>
        <w:ind w:left="202" w:right="173"/>
      </w:pPr>
      <w:r>
        <w:rPr>
          <w:rFonts w:ascii="Georgia" w:hAnsi="Georgia"/>
          <w:b w:val="0"/>
          <w:i w:val="0"/>
          <w:color w:val="22201D"/>
          <w:sz w:val="17"/>
        </w:rPr>
        <w:t>Need size?</w:t>
      </w:r>
    </w:p>
    <w:p>
      <w:pPr>
        <w:spacing w:after="60" w:line="266" w:lineRule="auto"/>
        <w:ind w:firstLine="331"/>
        <w:jc w:val="both"/>
      </w:pPr>
      <w:r>
        <w:rPr>
          <w:rFonts w:ascii="Georgia" w:hAnsi="Georgia"/>
          <w:b w:val="0"/>
          <w:i w:val="0"/>
          <w:color w:val="22201D"/>
          <w:sz w:val="20"/>
        </w:rPr>
        <w:t>The tourist lowered the phone.</w:t>
      </w:r>
    </w:p>
    <w:p>
      <w:pPr>
        <w:spacing w:after="60" w:line="266" w:lineRule="auto"/>
        <w:ind w:firstLine="331"/>
        <w:jc w:val="both"/>
      </w:pPr>
      <w:r>
        <w:rPr>
          <w:rFonts w:ascii="Georgia" w:hAnsi="Georgia"/>
          <w:b w:val="0"/>
          <w:i w:val="0"/>
          <w:color w:val="22201D"/>
          <w:sz w:val="20"/>
        </w:rPr>
        <w:t>The review smiled without a mouth.</w:t>
      </w:r>
    </w:p>
    <w:p>
      <w:pPr>
        <w:spacing w:after="60" w:line="266" w:lineRule="auto"/>
        <w:ind w:firstLine="331"/>
        <w:jc w:val="both"/>
      </w:pPr>
      <w:r>
        <w:rPr>
          <w:rFonts w:ascii="Georgia" w:hAnsi="Georgia"/>
          <w:b w:val="0"/>
          <w:i w:val="0"/>
          <w:color w:val="22201D"/>
          <w:sz w:val="20"/>
        </w:rPr>
        <w:t>Flocc felt the room tilt toward the next chapter.</w:t>
      </w:r>
    </w:p>
    <w:p>
      <w:pPr>
        <w:spacing w:after="60" w:line="266" w:lineRule="auto"/>
        <w:ind w:firstLine="331"/>
        <w:jc w:val="both"/>
      </w:pPr>
      <w:r>
        <w:rPr>
          <w:rFonts w:ascii="Georgia" w:hAnsi="Georgia"/>
          <w:b w:val="0"/>
          <w:i w:val="0"/>
          <w:color w:val="22201D"/>
          <w:sz w:val="20"/>
        </w:rPr>
        <w:t>He did not stand up.</w:t>
      </w:r>
    </w:p>
    <w:p>
      <w:pPr>
        <w:spacing w:after="60" w:line="266" w:lineRule="auto"/>
        <w:ind w:firstLine="331"/>
        <w:jc w:val="both"/>
      </w:pPr>
      <w:r>
        <w:rPr>
          <w:rFonts w:ascii="Georgia" w:hAnsi="Georgia"/>
          <w:b w:val="0"/>
          <w:i w:val="0"/>
          <w:color w:val="22201D"/>
          <w:sz w:val="20"/>
        </w:rPr>
        <w:t>This was progress, though not enough to print on anything.</w:t>
      </w:r>
    </w:p>
    <w:p>
      <w:pPr>
        <w:spacing w:after="60" w:line="266" w:lineRule="auto"/>
        <w:ind w:firstLine="331"/>
        <w:jc w:val="both"/>
      </w:pPr>
      <w:r>
        <w:rPr>
          <w:rFonts w:ascii="Georgia" w:hAnsi="Georgia"/>
          <w:b w:val="0"/>
          <w:i w:val="0"/>
          <w:color w:val="22201D"/>
          <w:sz w:val="20"/>
        </w:rPr>
        <w:t>The Hostess crossed out one final word in the review:</w:t>
      </w:r>
    </w:p>
    <w:p>
      <w:pPr>
        <w:spacing w:after="60" w:line="266" w:lineRule="auto"/>
        <w:ind w:firstLine="331"/>
        <w:jc w:val="both"/>
      </w:pPr>
      <w:r>
        <w:rPr>
          <w:rFonts w:ascii="Georgia" w:hAnsi="Georgia"/>
          <w:b w:val="0"/>
          <w:i w:val="0"/>
          <w:color w:val="22201D"/>
          <w:sz w:val="20"/>
        </w:rPr>
        <w:t>unforgettable.</w:t>
      </w:r>
    </w:p>
    <w:p>
      <w:pPr>
        <w:spacing w:after="60" w:line="266" w:lineRule="auto"/>
        <w:ind w:firstLine="331"/>
        <w:jc w:val="both"/>
      </w:pPr>
      <w:r>
        <w:rPr>
          <w:rFonts w:ascii="Georgia" w:hAnsi="Georgia"/>
          <w:b w:val="0"/>
          <w:i w:val="0"/>
          <w:color w:val="22201D"/>
          <w:sz w:val="20"/>
        </w:rPr>
        <w:t>For a moment, the whole review went blank.</w:t>
      </w:r>
    </w:p>
    <w:p>
      <w:pPr>
        <w:spacing w:after="60" w:line="266" w:lineRule="auto"/>
        <w:ind w:firstLine="331"/>
        <w:jc w:val="both"/>
      </w:pPr>
      <w:r>
        <w:rPr>
          <w:rFonts w:ascii="Georgia" w:hAnsi="Georgia"/>
          <w:b w:val="0"/>
          <w:i w:val="0"/>
          <w:color w:val="22201D"/>
          <w:sz w:val="20"/>
        </w:rPr>
        <w:t>Then it returned, smaller.</w:t>
      </w:r>
    </w:p>
    <w:p>
      <w:pPr>
        <w:spacing w:after="60" w:line="266" w:lineRule="auto"/>
        <w:ind w:firstLine="331"/>
        <w:jc w:val="both"/>
      </w:pPr>
      <w:r>
        <w:rPr>
          <w:rFonts w:ascii="Georgia" w:hAnsi="Georgia"/>
          <w:b w:val="0"/>
          <w:i w:val="0"/>
          <w:color w:val="22201D"/>
          <w:sz w:val="20"/>
        </w:rPr>
        <w:t>Less beautiful.</w:t>
      </w:r>
    </w:p>
    <w:p>
      <w:pPr>
        <w:spacing w:after="60" w:line="266" w:lineRule="auto"/>
        <w:ind w:firstLine="331"/>
        <w:jc w:val="both"/>
      </w:pPr>
      <w:r>
        <w:rPr>
          <w:rFonts w:ascii="Georgia" w:hAnsi="Georgia"/>
          <w:b w:val="0"/>
          <w:i w:val="0"/>
          <w:color w:val="22201D"/>
          <w:sz w:val="20"/>
        </w:rPr>
        <w:t>More dangerous.</w:t>
      </w:r>
    </w:p>
    <w:p>
      <w:pPr>
        <w:spacing w:after="60" w:line="250" w:lineRule="auto"/>
        <w:ind w:left="202" w:right="173"/>
      </w:pPr>
      <w:r>
        <w:rPr>
          <w:rFonts w:ascii="Georgia" w:hAnsi="Georgia"/>
          <w:b w:val="0"/>
          <w:i w:val="0"/>
          <w:color w:val="22201D"/>
          <w:sz w:val="17"/>
        </w:rPr>
        <w:t>REVIEW SLIP  Emoji Soup exists. This is not a recommendation. This is not a warning. This is not access.  One adjective removed: unforgettable  Reason: memory is not proof of hunger  Public consequence: active  Next required document: reservation error</w:t>
      </w:r>
    </w:p>
    <w:p>
      <w:pPr>
        <w:spacing w:after="60" w:line="266" w:lineRule="auto"/>
        <w:ind w:firstLine="331"/>
        <w:jc w:val="both"/>
      </w:pPr>
      <w:r>
        <w:rPr>
          <w:rFonts w:ascii="Georgia" w:hAnsi="Georgia"/>
          <w:b w:val="0"/>
          <w:i w:val="0"/>
          <w:color w:val="22201D"/>
          <w:sz w:val="20"/>
        </w:rPr>
        <w:t>The Hostess pinned the review slip under the door notice.</w:t>
      </w:r>
    </w:p>
    <w:p>
      <w:pPr>
        <w:spacing w:after="60" w:line="266" w:lineRule="auto"/>
        <w:ind w:firstLine="331"/>
        <w:jc w:val="both"/>
      </w:pPr>
      <w:r>
        <w:rPr>
          <w:rFonts w:ascii="Georgia" w:hAnsi="Georgia"/>
          <w:b w:val="0"/>
          <w:i w:val="0"/>
          <w:color w:val="22201D"/>
          <w:sz w:val="20"/>
        </w:rPr>
        <w:t>The tourists outside took pictures of it immediately.</w:t>
      </w:r>
    </w:p>
    <w:p>
      <w:pPr>
        <w:spacing w:after="60" w:line="266" w:lineRule="auto"/>
        <w:ind w:firstLine="331"/>
        <w:jc w:val="both"/>
      </w:pPr>
      <w:r>
        <w:rPr>
          <w:rFonts w:ascii="Georgia" w:hAnsi="Georgia"/>
          <w:b w:val="0"/>
          <w:i w:val="0"/>
          <w:color w:val="22201D"/>
          <w:sz w:val="20"/>
        </w:rPr>
        <w:t>The review slip printed:</w:t>
      </w:r>
    </w:p>
    <w:p>
      <w:pPr>
        <w:spacing w:after="60" w:line="250" w:lineRule="auto"/>
        <w:ind w:left="202" w:right="173"/>
      </w:pPr>
      <w:r>
        <w:rPr>
          <w:rFonts w:ascii="Georgia" w:hAnsi="Georgia"/>
          <w:b w:val="0"/>
          <w:i w:val="0"/>
          <w:color w:val="22201D"/>
          <w:sz w:val="17"/>
        </w:rPr>
        <w:t>Photography does not count as reading.</w:t>
      </w:r>
    </w:p>
    <w:p>
      <w:pPr>
        <w:spacing w:after="60" w:line="266" w:lineRule="auto"/>
        <w:ind w:firstLine="331"/>
        <w:jc w:val="both"/>
      </w:pPr>
      <w:r>
        <w:rPr>
          <w:rFonts w:ascii="Georgia" w:hAnsi="Georgia"/>
          <w:b w:val="0"/>
          <w:i w:val="0"/>
          <w:color w:val="22201D"/>
          <w:sz w:val="20"/>
        </w:rPr>
        <w:t>The phones did not lower.</w:t>
      </w:r>
    </w:p>
    <w:p>
      <w:pPr>
        <w:spacing w:after="60" w:line="266" w:lineRule="auto"/>
        <w:ind w:firstLine="331"/>
        <w:jc w:val="both"/>
      </w:pPr>
      <w:r>
        <w:rPr>
          <w:rFonts w:ascii="Georgia" w:hAnsi="Georgia"/>
          <w:b w:val="0"/>
          <w:i w:val="0"/>
          <w:color w:val="22201D"/>
          <w:sz w:val="20"/>
        </w:rPr>
        <w:t>Of course they did not.</w:t>
      </w:r>
    </w:p>
    <w:p>
      <w:pPr>
        <w:spacing w:after="60" w:line="266" w:lineRule="auto"/>
        <w:ind w:firstLine="331"/>
        <w:jc w:val="both"/>
      </w:pPr>
      <w:r>
        <w:rPr>
          <w:rFonts w:ascii="Georgia" w:hAnsi="Georgia"/>
          <w:b w:val="0"/>
          <w:i w:val="0"/>
          <w:color w:val="22201D"/>
          <w:sz w:val="20"/>
        </w:rPr>
        <w:t>The reservation app refreshed.</w:t>
      </w:r>
    </w:p>
    <w:p>
      <w:pPr>
        <w:spacing w:after="60" w:line="266" w:lineRule="auto"/>
        <w:ind w:firstLine="331"/>
        <w:jc w:val="both"/>
      </w:pPr>
      <w:r>
        <w:rPr>
          <w:rFonts w:ascii="Georgia" w:hAnsi="Georgia"/>
          <w:b w:val="0"/>
          <w:i w:val="0"/>
          <w:color w:val="22201D"/>
          <w:sz w:val="20"/>
        </w:rPr>
        <w:t>The door stayed closed.</w:t>
      </w:r>
    </w:p>
    <w:p>
      <w:pPr>
        <w:spacing w:after="60" w:line="266" w:lineRule="auto"/>
        <w:ind w:firstLine="331"/>
        <w:jc w:val="both"/>
      </w:pPr>
      <w:r>
        <w:rPr>
          <w:rFonts w:ascii="Georgia" w:hAnsi="Georgia"/>
          <w:b w:val="0"/>
          <w:i w:val="0"/>
          <w:color w:val="22201D"/>
          <w:sz w:val="20"/>
        </w:rPr>
        <w:t>For now.</w:t>
      </w:r>
    </w:p>
    <w:p>
      <w:pPr>
        <w:spacing w:after="60" w:line="266" w:lineRule="auto"/>
        <w:ind w:firstLine="331"/>
        <w:jc w:val="both"/>
      </w:pPr>
      <w:r>
        <w:rPr>
          <w:rFonts w:ascii="Georgia" w:hAnsi="Georgia"/>
          <w:b w:val="0"/>
          <w:i w:val="0"/>
          <w:color w:val="22201D"/>
          <w:sz w:val="20"/>
        </w:rPr>
        <w:t>At the bottom of the review slip, a new line appeared:</w:t>
      </w:r>
    </w:p>
    <w:p>
      <w:pPr>
        <w:spacing w:after="60" w:line="250" w:lineRule="auto"/>
        <w:ind w:left="202" w:right="173"/>
      </w:pPr>
      <w:r>
        <w:rPr>
          <w:rFonts w:ascii="Georgia" w:hAnsi="Georgia"/>
          <w:b w:val="0"/>
          <w:i w:val="0"/>
          <w:color w:val="22201D"/>
          <w:sz w:val="17"/>
        </w:rPr>
        <w:t>Next chapter: The Reservation App Cannot Locate Need</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2: The Reservation App Cannot Locate Need</w:t>
      </w:r>
    </w:p>
    <w:p>
      <w:pPr>
        <w:spacing w:after="60" w:line="266" w:lineRule="auto"/>
        <w:ind w:firstLine="0"/>
        <w:jc w:val="both"/>
      </w:pPr>
      <w:r>
        <w:rPr>
          <w:rFonts w:ascii="Georgia" w:hAnsi="Georgia"/>
          <w:b w:val="0"/>
          <w:i w:val="0"/>
          <w:color w:val="22201D"/>
          <w:sz w:val="20"/>
        </w:rPr>
        <w:t>In which technology maps want with admirable confidence, fails to locate hunger with equal confidence, and discovers that a table is not available simply because a button has been made.</w:t>
      </w:r>
    </w:p>
    <w:p>
      <w:pPr>
        <w:spacing w:after="60" w:line="266" w:lineRule="auto"/>
        <w:ind w:firstLine="331"/>
        <w:jc w:val="both"/>
      </w:pPr>
      <w:r>
        <w:rPr>
          <w:rFonts w:ascii="Georgia" w:hAnsi="Georgia"/>
          <w:b w:val="0"/>
          <w:i w:val="0"/>
          <w:color w:val="22201D"/>
          <w:sz w:val="20"/>
        </w:rPr>
        <w:t>The reservation app was not stupid.</w:t>
      </w:r>
    </w:p>
    <w:p>
      <w:pPr>
        <w:spacing w:after="60" w:line="266" w:lineRule="auto"/>
        <w:ind w:firstLine="331"/>
        <w:jc w:val="both"/>
      </w:pPr>
      <w:r>
        <w:rPr>
          <w:rFonts w:ascii="Georgia" w:hAnsi="Georgia"/>
          <w:b w:val="0"/>
          <w:i w:val="0"/>
          <w:color w:val="22201D"/>
          <w:sz w:val="20"/>
        </w:rPr>
        <w:t>This was important.</w:t>
      </w:r>
    </w:p>
    <w:p>
      <w:pPr>
        <w:spacing w:after="60" w:line="266" w:lineRule="auto"/>
        <w:ind w:firstLine="331"/>
        <w:jc w:val="both"/>
      </w:pPr>
      <w:r>
        <w:rPr>
          <w:rFonts w:ascii="Georgia" w:hAnsi="Georgia"/>
          <w:b w:val="0"/>
          <w:i w:val="0"/>
          <w:color w:val="22201D"/>
          <w:sz w:val="20"/>
        </w:rPr>
        <w:t>It would have been easier for everyone if it had been stupid. Stupid machines could be mocked, unplugged, updated, or assigned to a drawer with old chargers and the quiet shame of failed convenience. A stupid reservation app would have searched for Emoji Soup, found no address, apologized in cheerful blue, and suggested twelve places nearby with exposed brick, seasonal burrata, and cocktails named after weather.</w:t>
      </w:r>
    </w:p>
    <w:p>
      <w:pPr>
        <w:spacing w:after="60" w:line="266" w:lineRule="auto"/>
        <w:ind w:firstLine="331"/>
        <w:jc w:val="both"/>
      </w:pPr>
      <w:r>
        <w:rPr>
          <w:rFonts w:ascii="Georgia" w:hAnsi="Georgia"/>
          <w:b w:val="0"/>
          <w:i w:val="0"/>
          <w:color w:val="22201D"/>
          <w:sz w:val="20"/>
        </w:rPr>
        <w:t>The reservation app did not do this.</w:t>
      </w:r>
    </w:p>
    <w:p>
      <w:pPr>
        <w:spacing w:after="60" w:line="266" w:lineRule="auto"/>
        <w:ind w:firstLine="331"/>
        <w:jc w:val="both"/>
      </w:pPr>
      <w:r>
        <w:rPr>
          <w:rFonts w:ascii="Georgia" w:hAnsi="Georgia"/>
          <w:b w:val="0"/>
          <w:i w:val="0"/>
          <w:color w:val="22201D"/>
          <w:sz w:val="20"/>
        </w:rPr>
        <w:t>The reservation app was clever.</w:t>
      </w:r>
    </w:p>
    <w:p>
      <w:pPr>
        <w:spacing w:after="60" w:line="266" w:lineRule="auto"/>
        <w:ind w:firstLine="331"/>
        <w:jc w:val="both"/>
      </w:pPr>
      <w:r>
        <w:rPr>
          <w:rFonts w:ascii="Georgia" w:hAnsi="Georgia"/>
          <w:b w:val="0"/>
          <w:i w:val="0"/>
          <w:color w:val="22201D"/>
          <w:sz w:val="20"/>
        </w:rPr>
        <w:t>This made it dangerous.</w:t>
      </w:r>
    </w:p>
    <w:p>
      <w:pPr>
        <w:spacing w:after="60" w:line="266" w:lineRule="auto"/>
        <w:ind w:firstLine="331"/>
        <w:jc w:val="both"/>
      </w:pPr>
      <w:r>
        <w:rPr>
          <w:rFonts w:ascii="Georgia" w:hAnsi="Georgia"/>
          <w:b w:val="0"/>
          <w:i w:val="0"/>
          <w:color w:val="22201D"/>
          <w:sz w:val="20"/>
        </w:rPr>
        <w:t>On the tourist's phone, outside the front window, the app displayed:</w:t>
      </w:r>
    </w:p>
    <w:p>
      <w:pPr>
        <w:spacing w:after="60" w:line="250" w:lineRule="auto"/>
        <w:ind w:left="202" w:right="173"/>
      </w:pPr>
      <w:r>
        <w:rPr>
          <w:rFonts w:ascii="Georgia" w:hAnsi="Georgia"/>
          <w:b w:val="0"/>
          <w:i w:val="0"/>
          <w:color w:val="22201D"/>
          <w:sz w:val="17"/>
        </w:rPr>
        <w:t>Reserve Nowhere</w:t>
      </w:r>
    </w:p>
    <w:p>
      <w:pPr>
        <w:spacing w:after="60" w:line="266" w:lineRule="auto"/>
        <w:ind w:firstLine="331"/>
        <w:jc w:val="both"/>
      </w:pPr>
      <w:r>
        <w:rPr>
          <w:rFonts w:ascii="Georgia" w:hAnsi="Georgia"/>
          <w:b w:val="0"/>
          <w:i w:val="0"/>
          <w:color w:val="22201D"/>
          <w:sz w:val="20"/>
        </w:rPr>
        <w:t>Below that, in smaller letters:</w:t>
      </w:r>
    </w:p>
    <w:p>
      <w:pPr>
        <w:spacing w:after="60" w:line="250" w:lineRule="auto"/>
        <w:ind w:left="202" w:right="173"/>
      </w:pPr>
      <w:r>
        <w:rPr>
          <w:rFonts w:ascii="Georgia" w:hAnsi="Georgia"/>
          <w:b w:val="0"/>
          <w:i w:val="0"/>
          <w:color w:val="22201D"/>
          <w:sz w:val="17"/>
        </w:rPr>
        <w:t>Party size?</w:t>
      </w:r>
    </w:p>
    <w:p>
      <w:pPr>
        <w:spacing w:after="60" w:line="266" w:lineRule="auto"/>
        <w:ind w:firstLine="331"/>
        <w:jc w:val="both"/>
      </w:pPr>
      <w:r>
        <w:rPr>
          <w:rFonts w:ascii="Georgia" w:hAnsi="Georgia"/>
          <w:b w:val="0"/>
          <w:i w:val="0"/>
          <w:color w:val="22201D"/>
          <w:sz w:val="20"/>
        </w:rPr>
        <w:t>The tourist, whose name would later become a matter of some disagreement between the app, the waitlist, and the tourist, held the phone up to the glass as if the restaurant could be persuaded by screenshots.</w:t>
      </w:r>
    </w:p>
    <w:p>
      <w:pPr>
        <w:spacing w:after="60" w:line="266" w:lineRule="auto"/>
        <w:ind w:firstLine="331"/>
        <w:jc w:val="both"/>
      </w:pPr>
      <w:r>
        <w:rPr>
          <w:rFonts w:ascii="Georgia" w:hAnsi="Georgia"/>
          <w:b w:val="0"/>
          <w:i w:val="0"/>
          <w:color w:val="22201D"/>
          <w:sz w:val="20"/>
        </w:rPr>
        <w:t>Emoji Soup was not persuaded.</w:t>
      </w:r>
    </w:p>
    <w:p>
      <w:pPr>
        <w:spacing w:after="60" w:line="266" w:lineRule="auto"/>
        <w:ind w:firstLine="331"/>
        <w:jc w:val="both"/>
      </w:pPr>
      <w:r>
        <w:rPr>
          <w:rFonts w:ascii="Georgia" w:hAnsi="Georgia"/>
          <w:b w:val="0"/>
          <w:i w:val="0"/>
          <w:color w:val="22201D"/>
          <w:sz w:val="20"/>
        </w:rPr>
        <w:t>The app tried again.</w:t>
      </w:r>
    </w:p>
    <w:p>
      <w:pPr>
        <w:spacing w:after="60" w:line="250" w:lineRule="auto"/>
        <w:ind w:left="202" w:right="173"/>
      </w:pPr>
      <w:r>
        <w:rPr>
          <w:rFonts w:ascii="Georgia" w:hAnsi="Georgia"/>
          <w:b w:val="0"/>
          <w:i w:val="0"/>
          <w:color w:val="22201D"/>
          <w:sz w:val="17"/>
        </w:rPr>
        <w:t>Need size?</w:t>
      </w:r>
    </w:p>
    <w:p>
      <w:pPr>
        <w:spacing w:after="60" w:line="266" w:lineRule="auto"/>
        <w:ind w:firstLine="331"/>
        <w:jc w:val="both"/>
      </w:pPr>
      <w:r>
        <w:rPr>
          <w:rFonts w:ascii="Georgia" w:hAnsi="Georgia"/>
          <w:b w:val="0"/>
          <w:i w:val="0"/>
          <w:color w:val="22201D"/>
          <w:sz w:val="20"/>
        </w:rPr>
        <w:t>The tourist frowned.</w:t>
      </w:r>
    </w:p>
    <w:p>
      <w:pPr>
        <w:spacing w:after="60" w:line="266" w:lineRule="auto"/>
        <w:ind w:firstLine="331"/>
        <w:jc w:val="both"/>
      </w:pPr>
      <w:r>
        <w:rPr>
          <w:rFonts w:ascii="Georgia" w:hAnsi="Georgia"/>
          <w:b w:val="0"/>
          <w:i w:val="0"/>
          <w:color w:val="22201D"/>
          <w:sz w:val="20"/>
        </w:rPr>
        <w:t>Behind them, a small crowd was forming the way small crowds form when nobody wants to admit they are in a crowd yet. People stood at individual angles. They checked their phones separately. They looked at the review slip pinned beneath the door notice and then looked away too quickly, as if the act of reading might require them to become more accurate.</w:t>
      </w:r>
    </w:p>
    <w:p>
      <w:pPr>
        <w:spacing w:after="60" w:line="266" w:lineRule="auto"/>
        <w:ind w:firstLine="331"/>
        <w:jc w:val="both"/>
      </w:pPr>
      <w:r>
        <w:rPr>
          <w:rFonts w:ascii="Georgia" w:hAnsi="Georgia"/>
          <w:b w:val="0"/>
          <w:i w:val="0"/>
          <w:color w:val="22201D"/>
          <w:sz w:val="20"/>
        </w:rPr>
        <w:t>Mara watched from inside.</w:t>
      </w:r>
    </w:p>
    <w:p>
      <w:pPr>
        <w:spacing w:after="60" w:line="266" w:lineRule="auto"/>
        <w:ind w:firstLine="331"/>
        <w:jc w:val="both"/>
      </w:pPr>
      <w:r>
        <w:rPr>
          <w:rFonts w:ascii="Georgia" w:hAnsi="Georgia"/>
          <w:b w:val="0"/>
          <w:i w:val="0"/>
          <w:color w:val="22201D"/>
          <w:sz w:val="20"/>
        </w:rPr>
        <w:t>"That is a bad question," she said.</w:t>
      </w:r>
    </w:p>
    <w:p>
      <w:pPr>
        <w:spacing w:after="60" w:line="266" w:lineRule="auto"/>
        <w:ind w:firstLine="331"/>
        <w:jc w:val="both"/>
      </w:pPr>
      <w:r>
        <w:rPr>
          <w:rFonts w:ascii="Georgia" w:hAnsi="Georgia"/>
          <w:b w:val="0"/>
          <w:i w:val="0"/>
          <w:color w:val="22201D"/>
          <w:sz w:val="20"/>
        </w:rPr>
        <w:t>Flocc looked at the phone.</w:t>
      </w:r>
    </w:p>
    <w:p>
      <w:pPr>
        <w:spacing w:after="60" w:line="266" w:lineRule="auto"/>
        <w:ind w:firstLine="331"/>
        <w:jc w:val="both"/>
      </w:pPr>
      <w:r>
        <w:rPr>
          <w:rFonts w:ascii="Georgia" w:hAnsi="Georgia"/>
          <w:b w:val="0"/>
          <w:i w:val="0"/>
          <w:color w:val="22201D"/>
          <w:sz w:val="20"/>
        </w:rPr>
        <w:t>"Party size?"</w:t>
      </w:r>
    </w:p>
    <w:p>
      <w:pPr>
        <w:spacing w:after="60" w:line="266" w:lineRule="auto"/>
        <w:ind w:firstLine="331"/>
        <w:jc w:val="both"/>
      </w:pPr>
      <w:r>
        <w:rPr>
          <w:rFonts w:ascii="Georgia" w:hAnsi="Georgia"/>
          <w:b w:val="0"/>
          <w:i w:val="0"/>
          <w:color w:val="22201D"/>
          <w:sz w:val="20"/>
        </w:rPr>
        <w:t>"Need size."</w:t>
      </w:r>
    </w:p>
    <w:p>
      <w:pPr>
        <w:spacing w:after="60" w:line="266" w:lineRule="auto"/>
        <w:ind w:firstLine="331"/>
        <w:jc w:val="both"/>
      </w:pPr>
      <w:r>
        <w:rPr>
          <w:rFonts w:ascii="Georgia" w:hAnsi="Georgia"/>
          <w:b w:val="0"/>
          <w:i w:val="0"/>
          <w:color w:val="22201D"/>
          <w:sz w:val="20"/>
        </w:rPr>
        <w:t>"It is worse than party size?"</w:t>
      </w:r>
    </w:p>
    <w:p>
      <w:pPr>
        <w:spacing w:after="60" w:line="266" w:lineRule="auto"/>
        <w:ind w:firstLine="331"/>
        <w:jc w:val="both"/>
      </w:pPr>
      <w:r>
        <w:rPr>
          <w:rFonts w:ascii="Georgia" w:hAnsi="Georgia"/>
          <w:b w:val="0"/>
          <w:i w:val="0"/>
          <w:color w:val="22201D"/>
          <w:sz w:val="20"/>
        </w:rPr>
        <w:t>"It is harder to lie about."</w:t>
      </w:r>
    </w:p>
    <w:p>
      <w:pPr>
        <w:spacing w:after="60" w:line="266" w:lineRule="auto"/>
        <w:ind w:firstLine="331"/>
        <w:jc w:val="both"/>
      </w:pPr>
      <w:r>
        <w:rPr>
          <w:rFonts w:ascii="Georgia" w:hAnsi="Georgia"/>
          <w:b w:val="0"/>
          <w:i w:val="0"/>
          <w:color w:val="22201D"/>
          <w:sz w:val="20"/>
        </w:rPr>
        <w:t>Flocc considered this and discovered several objections in himself. None of them were useful.</w:t>
      </w:r>
    </w:p>
    <w:p>
      <w:pPr>
        <w:spacing w:after="60" w:line="266" w:lineRule="auto"/>
        <w:ind w:firstLine="331"/>
        <w:jc w:val="both"/>
      </w:pPr>
      <w:r>
        <w:rPr>
          <w:rFonts w:ascii="Georgia" w:hAnsi="Georgia"/>
          <w:b w:val="0"/>
          <w:i w:val="0"/>
          <w:color w:val="22201D"/>
          <w:sz w:val="20"/>
        </w:rPr>
        <w:t>Steve Bellweather had taken a seat at Table Four because Table Four had become the room's place for things that should have remained theoretical and had not. He opened his folder. Inside were printed pages from the city's public records portal, an email chain with the subject line RE: RE: RE: Unclassified Dining Entity, and one page that was blank except for a small notification:</w:t>
      </w:r>
    </w:p>
    <w:p>
      <w:pPr>
        <w:spacing w:after="60" w:line="250" w:lineRule="auto"/>
        <w:ind w:left="202" w:right="173"/>
      </w:pPr>
      <w:r>
        <w:rPr>
          <w:rFonts w:ascii="Georgia" w:hAnsi="Georgia"/>
          <w:b w:val="0"/>
          <w:i w:val="0"/>
          <w:color w:val="22201D"/>
          <w:sz w:val="17"/>
        </w:rPr>
        <w:t>External listing attempting civic attachment.</w:t>
      </w:r>
    </w:p>
    <w:p>
      <w:pPr>
        <w:spacing w:after="60" w:line="266" w:lineRule="auto"/>
        <w:ind w:firstLine="331"/>
        <w:jc w:val="both"/>
      </w:pPr>
      <w:r>
        <w:rPr>
          <w:rFonts w:ascii="Georgia" w:hAnsi="Georgia"/>
          <w:b w:val="0"/>
          <w:i w:val="0"/>
          <w:color w:val="22201D"/>
          <w:sz w:val="20"/>
        </w:rPr>
        <w:t>Steve tapped the page.</w:t>
      </w:r>
    </w:p>
    <w:p>
      <w:pPr>
        <w:spacing w:after="60" w:line="266" w:lineRule="auto"/>
        <w:ind w:firstLine="331"/>
        <w:jc w:val="both"/>
      </w:pPr>
      <w:r>
        <w:rPr>
          <w:rFonts w:ascii="Georgia" w:hAnsi="Georgia"/>
          <w:b w:val="0"/>
          <w:i w:val="0"/>
          <w:color w:val="22201D"/>
          <w:sz w:val="20"/>
        </w:rPr>
        <w:t>"It is trying to attach itself to a category."</w:t>
      </w:r>
    </w:p>
    <w:p>
      <w:pPr>
        <w:spacing w:after="60" w:line="266" w:lineRule="auto"/>
        <w:ind w:firstLine="331"/>
        <w:jc w:val="both"/>
      </w:pPr>
      <w:r>
        <w:rPr>
          <w:rFonts w:ascii="Georgia" w:hAnsi="Georgia"/>
          <w:b w:val="0"/>
          <w:i w:val="0"/>
          <w:color w:val="22201D"/>
          <w:sz w:val="20"/>
        </w:rPr>
        <w:t>Gerald Park stood near the door, not blocking it, because Gerald considered blocking a door to be a kind of moral failure that happened to have fire-code implications.</w:t>
      </w:r>
    </w:p>
    <w:p>
      <w:pPr>
        <w:spacing w:after="60" w:line="266" w:lineRule="auto"/>
        <w:ind w:firstLine="331"/>
        <w:jc w:val="both"/>
      </w:pPr>
      <w:r>
        <w:rPr>
          <w:rFonts w:ascii="Georgia" w:hAnsi="Georgia"/>
          <w:b w:val="0"/>
          <w:i w:val="0"/>
          <w:color w:val="22201D"/>
          <w:sz w:val="20"/>
        </w:rPr>
        <w:t>"Which category?"</w:t>
      </w:r>
    </w:p>
    <w:p>
      <w:pPr>
        <w:spacing w:after="60" w:line="266" w:lineRule="auto"/>
        <w:ind w:firstLine="331"/>
        <w:jc w:val="both"/>
      </w:pPr>
      <w:r>
        <w:rPr>
          <w:rFonts w:ascii="Georgia" w:hAnsi="Georgia"/>
          <w:b w:val="0"/>
          <w:i w:val="0"/>
          <w:color w:val="22201D"/>
          <w:sz w:val="20"/>
        </w:rPr>
        <w:t>"Restaurant."</w:t>
      </w:r>
    </w:p>
    <w:p>
      <w:pPr>
        <w:spacing w:after="60" w:line="266" w:lineRule="auto"/>
        <w:ind w:firstLine="331"/>
        <w:jc w:val="both"/>
      </w:pPr>
      <w:r>
        <w:rPr>
          <w:rFonts w:ascii="Georgia" w:hAnsi="Georgia"/>
          <w:b w:val="0"/>
          <w:i w:val="0"/>
          <w:color w:val="22201D"/>
          <w:sz w:val="20"/>
        </w:rPr>
        <w:t>Gerald looked around the room.</w:t>
      </w:r>
    </w:p>
    <w:p>
      <w:pPr>
        <w:spacing w:after="60" w:line="266" w:lineRule="auto"/>
        <w:ind w:firstLine="331"/>
        <w:jc w:val="both"/>
      </w:pPr>
      <w:r>
        <w:rPr>
          <w:rFonts w:ascii="Georgia" w:hAnsi="Georgia"/>
          <w:b w:val="0"/>
          <w:i w:val="0"/>
          <w:color w:val="22201D"/>
          <w:sz w:val="20"/>
        </w:rPr>
        <w:t>"Premature."</w:t>
      </w:r>
    </w:p>
    <w:p>
      <w:pPr>
        <w:spacing w:after="60" w:line="266" w:lineRule="auto"/>
        <w:ind w:firstLine="331"/>
        <w:jc w:val="both"/>
      </w:pPr>
      <w:r>
        <w:rPr>
          <w:rFonts w:ascii="Georgia" w:hAnsi="Georgia"/>
          <w:b w:val="0"/>
          <w:i w:val="0"/>
          <w:color w:val="22201D"/>
          <w:sz w:val="20"/>
        </w:rPr>
        <w:t>"The city agrees."</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"The city agrees for reasons I do not fully endorse."</w:t>
      </w:r>
    </w:p>
    <w:p>
      <w:pPr>
        <w:spacing w:after="60" w:line="266" w:lineRule="auto"/>
        <w:ind w:firstLine="331"/>
        <w:jc w:val="both"/>
      </w:pPr>
      <w:r>
        <w:rPr>
          <w:rFonts w:ascii="Georgia" w:hAnsi="Georgia"/>
          <w:b w:val="0"/>
          <w:i w:val="0"/>
          <w:color w:val="22201D"/>
          <w:sz w:val="20"/>
        </w:rPr>
        <w:t>"Less good."</w:t>
      </w:r>
    </w:p>
    <w:p>
      <w:pPr>
        <w:spacing w:after="60" w:line="266" w:lineRule="auto"/>
        <w:ind w:firstLine="331"/>
        <w:jc w:val="both"/>
      </w:pPr>
      <w:r>
        <w:rPr>
          <w:rFonts w:ascii="Georgia" w:hAnsi="Georgia"/>
          <w:b w:val="0"/>
          <w:i w:val="0"/>
          <w:color w:val="22201D"/>
          <w:sz w:val="20"/>
        </w:rPr>
        <w:t>Outside, the app refreshed.</w:t>
      </w:r>
    </w:p>
    <w:p>
      <w:pPr>
        <w:spacing w:after="60" w:line="250" w:lineRule="auto"/>
        <w:ind w:left="202" w:right="173"/>
      </w:pPr>
      <w:r>
        <w:rPr>
          <w:rFonts w:ascii="Georgia" w:hAnsi="Georgia"/>
          <w:b w:val="0"/>
          <w:i w:val="0"/>
          <w:color w:val="22201D"/>
          <w:sz w:val="17"/>
        </w:rPr>
        <w:t>Preferred time?</w:t>
      </w:r>
    </w:p>
    <w:p>
      <w:pPr>
        <w:spacing w:after="60" w:line="266" w:lineRule="auto"/>
        <w:ind w:firstLine="331"/>
        <w:jc w:val="both"/>
      </w:pPr>
      <w:r>
        <w:rPr>
          <w:rFonts w:ascii="Georgia" w:hAnsi="Georgia"/>
          <w:b w:val="0"/>
          <w:i w:val="0"/>
          <w:color w:val="22201D"/>
          <w:sz w:val="20"/>
        </w:rPr>
        <w:t>The tourist tapped.</w:t>
      </w:r>
    </w:p>
    <w:p>
      <w:pPr>
        <w:spacing w:after="60" w:line="250" w:lineRule="auto"/>
        <w:ind w:left="202" w:right="173"/>
      </w:pPr>
      <w:r>
        <w:rPr>
          <w:rFonts w:ascii="Georgia" w:hAnsi="Georgia"/>
          <w:b w:val="0"/>
          <w:i w:val="0"/>
          <w:color w:val="22201D"/>
          <w:sz w:val="17"/>
        </w:rPr>
        <w:t>Now</w:t>
      </w:r>
    </w:p>
    <w:p>
      <w:pPr>
        <w:spacing w:after="60" w:line="266" w:lineRule="auto"/>
        <w:ind w:firstLine="331"/>
        <w:jc w:val="both"/>
      </w:pPr>
      <w:r>
        <w:rPr>
          <w:rFonts w:ascii="Georgia" w:hAnsi="Georgia"/>
          <w:b w:val="0"/>
          <w:i w:val="0"/>
          <w:color w:val="22201D"/>
          <w:sz w:val="20"/>
        </w:rPr>
        <w:t>The app displayed:</w:t>
      </w:r>
    </w:p>
    <w:p>
      <w:pPr>
        <w:spacing w:after="60" w:line="250" w:lineRule="auto"/>
        <w:ind w:left="202" w:right="173"/>
      </w:pPr>
      <w:r>
        <w:rPr>
          <w:rFonts w:ascii="Georgia" w:hAnsi="Georgia"/>
          <w:b w:val="0"/>
          <w:i w:val="0"/>
          <w:color w:val="22201D"/>
          <w:sz w:val="17"/>
        </w:rPr>
        <w:t>Incorrect unit.</w:t>
      </w:r>
    </w:p>
    <w:p>
      <w:pPr>
        <w:spacing w:after="60" w:line="266" w:lineRule="auto"/>
        <w:ind w:firstLine="331"/>
        <w:jc w:val="both"/>
      </w:pPr>
      <w:r>
        <w:rPr>
          <w:rFonts w:ascii="Georgia" w:hAnsi="Georgia"/>
          <w:b w:val="0"/>
          <w:i w:val="0"/>
          <w:color w:val="22201D"/>
          <w:sz w:val="20"/>
        </w:rPr>
        <w:t>The tourist tried again.</w:t>
      </w:r>
    </w:p>
    <w:p>
      <w:pPr>
        <w:spacing w:after="60" w:line="250" w:lineRule="auto"/>
        <w:ind w:left="202" w:right="173"/>
      </w:pPr>
      <w:r>
        <w:rPr>
          <w:rFonts w:ascii="Georgia" w:hAnsi="Georgia"/>
          <w:b w:val="0"/>
          <w:i w:val="0"/>
          <w:color w:val="22201D"/>
          <w:sz w:val="17"/>
        </w:rPr>
        <w:t>Tonight</w:t>
      </w:r>
    </w:p>
    <w:p>
      <w:pPr>
        <w:spacing w:after="60" w:line="266" w:lineRule="auto"/>
        <w:ind w:firstLine="331"/>
        <w:jc w:val="both"/>
      </w:pPr>
      <w:r>
        <w:rPr>
          <w:rFonts w:ascii="Georgia" w:hAnsi="Georgia"/>
          <w:b w:val="0"/>
          <w:i w:val="0"/>
          <w:color w:val="22201D"/>
          <w:sz w:val="20"/>
        </w:rPr>
        <w:t>The app displayed:</w:t>
      </w:r>
    </w:p>
    <w:p>
      <w:pPr>
        <w:spacing w:after="60" w:line="250" w:lineRule="auto"/>
        <w:ind w:left="202" w:right="173"/>
      </w:pPr>
      <w:r>
        <w:rPr>
          <w:rFonts w:ascii="Georgia" w:hAnsi="Georgia"/>
          <w:b w:val="0"/>
          <w:i w:val="0"/>
          <w:color w:val="22201D"/>
          <w:sz w:val="17"/>
        </w:rPr>
        <w:t>Incorrect unit.</w:t>
      </w:r>
    </w:p>
    <w:p>
      <w:pPr>
        <w:spacing w:after="60" w:line="266" w:lineRule="auto"/>
        <w:ind w:firstLine="331"/>
        <w:jc w:val="both"/>
      </w:pPr>
      <w:r>
        <w:rPr>
          <w:rFonts w:ascii="Georgia" w:hAnsi="Georgia"/>
          <w:b w:val="0"/>
          <w:i w:val="0"/>
          <w:color w:val="22201D"/>
          <w:sz w:val="20"/>
        </w:rPr>
        <w:t>The tourist hesitated, then typed:</w:t>
      </w:r>
    </w:p>
    <w:p>
      <w:pPr>
        <w:spacing w:after="60" w:line="250" w:lineRule="auto"/>
        <w:ind w:left="202" w:right="173"/>
      </w:pPr>
      <w:r>
        <w:rPr>
          <w:rFonts w:ascii="Georgia" w:hAnsi="Georgia"/>
          <w:b w:val="0"/>
          <w:i w:val="0"/>
          <w:color w:val="22201D"/>
          <w:sz w:val="17"/>
        </w:rPr>
        <w:t>Soon</w:t>
      </w:r>
    </w:p>
    <w:p>
      <w:pPr>
        <w:spacing w:after="60" w:line="266" w:lineRule="auto"/>
        <w:ind w:firstLine="331"/>
        <w:jc w:val="both"/>
      </w:pPr>
      <w:r>
        <w:rPr>
          <w:rFonts w:ascii="Georgia" w:hAnsi="Georgia"/>
          <w:b w:val="0"/>
          <w:i w:val="0"/>
          <w:color w:val="22201D"/>
          <w:sz w:val="20"/>
        </w:rPr>
        <w:t>The app displayed:</w:t>
      </w:r>
    </w:p>
    <w:p>
      <w:pPr>
        <w:spacing w:after="60" w:line="250" w:lineRule="auto"/>
        <w:ind w:left="202" w:right="173"/>
      </w:pPr>
      <w:r>
        <w:rPr>
          <w:rFonts w:ascii="Georgia" w:hAnsi="Georgia"/>
          <w:b w:val="0"/>
          <w:i w:val="0"/>
          <w:color w:val="22201D"/>
          <w:sz w:val="17"/>
        </w:rPr>
        <w:t>Closer.</w:t>
      </w:r>
    </w:p>
    <w:p>
      <w:pPr>
        <w:spacing w:after="60" w:line="266" w:lineRule="auto"/>
        <w:ind w:firstLine="331"/>
        <w:jc w:val="both"/>
      </w:pPr>
      <w:r>
        <w:rPr>
          <w:rFonts w:ascii="Georgia" w:hAnsi="Georgia"/>
          <w:b w:val="0"/>
          <w:i w:val="0"/>
          <w:color w:val="22201D"/>
          <w:sz w:val="20"/>
        </w:rPr>
        <w:t>Mara laughed once.</w:t>
      </w:r>
    </w:p>
    <w:p>
      <w:pPr>
        <w:spacing w:after="60" w:line="266" w:lineRule="auto"/>
        <w:ind w:firstLine="331"/>
        <w:jc w:val="both"/>
      </w:pPr>
      <w:r>
        <w:rPr>
          <w:rFonts w:ascii="Georgia" w:hAnsi="Georgia"/>
          <w:b w:val="0"/>
          <w:i w:val="0"/>
          <w:color w:val="22201D"/>
          <w:sz w:val="20"/>
        </w:rPr>
        <w:t>"It likes approximation."</w:t>
      </w:r>
    </w:p>
    <w:p>
      <w:pPr>
        <w:spacing w:after="60" w:line="266" w:lineRule="auto"/>
        <w:ind w:firstLine="331"/>
        <w:jc w:val="both"/>
      </w:pPr>
      <w:r>
        <w:rPr>
          <w:rFonts w:ascii="Georgia" w:hAnsi="Georgia"/>
          <w:b w:val="0"/>
          <w:i w:val="0"/>
          <w:color w:val="22201D"/>
          <w:sz w:val="20"/>
        </w:rPr>
        <w:t>"No," said the Hostess.</w:t>
      </w:r>
    </w:p>
    <w:p>
      <w:pPr>
        <w:spacing w:after="60" w:line="266" w:lineRule="auto"/>
        <w:ind w:firstLine="331"/>
        <w:jc w:val="both"/>
      </w:pPr>
      <w:r>
        <w:rPr>
          <w:rFonts w:ascii="Georgia" w:hAnsi="Georgia"/>
          <w:b w:val="0"/>
          <w:i w:val="0"/>
          <w:color w:val="22201D"/>
          <w:sz w:val="20"/>
        </w:rPr>
        <w:t>She had returned to the counter, but the room had begun arranging itself around her even while she stood still. This was one of her more alarming skills. Some people entered a room and took space. The Hostess entered a room and made space admit what it had been for.</w:t>
      </w:r>
    </w:p>
    <w:p>
      <w:pPr>
        <w:spacing w:after="60" w:line="266" w:lineRule="auto"/>
        <w:ind w:firstLine="331"/>
        <w:jc w:val="both"/>
      </w:pPr>
      <w:r>
        <w:rPr>
          <w:rFonts w:ascii="Georgia" w:hAnsi="Georgia"/>
          <w:b w:val="0"/>
          <w:i w:val="0"/>
          <w:color w:val="22201D"/>
          <w:sz w:val="20"/>
        </w:rPr>
        <w:t>"It likes confession."</w:t>
      </w:r>
    </w:p>
    <w:p>
      <w:pPr>
        <w:spacing w:after="60" w:line="266" w:lineRule="auto"/>
        <w:ind w:firstLine="331"/>
        <w:jc w:val="both"/>
      </w:pPr>
      <w:r>
        <w:rPr>
          <w:rFonts w:ascii="Georgia" w:hAnsi="Georgia"/>
          <w:b w:val="0"/>
          <w:i w:val="0"/>
          <w:color w:val="22201D"/>
          <w:sz w:val="20"/>
        </w:rPr>
        <w:t>Flocc looked at the app again.</w:t>
      </w:r>
    </w:p>
    <w:p>
      <w:pPr>
        <w:spacing w:after="60" w:line="266" w:lineRule="auto"/>
        <w:ind w:firstLine="331"/>
        <w:jc w:val="both"/>
      </w:pPr>
      <w:r>
        <w:rPr>
          <w:rFonts w:ascii="Georgia" w:hAnsi="Georgia"/>
          <w:b w:val="0"/>
          <w:i w:val="0"/>
          <w:color w:val="22201D"/>
          <w:sz w:val="20"/>
        </w:rPr>
        <w:t>The tourist outside typed:</w:t>
      </w:r>
    </w:p>
    <w:p>
      <w:pPr>
        <w:spacing w:after="60" w:line="250" w:lineRule="auto"/>
        <w:ind w:left="202" w:right="173"/>
      </w:pPr>
      <w:r>
        <w:rPr>
          <w:rFonts w:ascii="Georgia" w:hAnsi="Georgia"/>
          <w:b w:val="0"/>
          <w:i w:val="0"/>
          <w:color w:val="22201D"/>
          <w:sz w:val="17"/>
        </w:rPr>
        <w:t>When we can get in.</w:t>
      </w:r>
    </w:p>
    <w:p>
      <w:pPr>
        <w:spacing w:after="60" w:line="266" w:lineRule="auto"/>
        <w:ind w:firstLine="331"/>
        <w:jc w:val="both"/>
      </w:pPr>
      <w:r>
        <w:rPr>
          <w:rFonts w:ascii="Georgia" w:hAnsi="Georgia"/>
          <w:b w:val="0"/>
          <w:i w:val="0"/>
          <w:color w:val="22201D"/>
          <w:sz w:val="20"/>
        </w:rPr>
        <w:t>The app displayed:</w:t>
      </w:r>
    </w:p>
    <w:p>
      <w:pPr>
        <w:spacing w:after="60" w:line="250" w:lineRule="auto"/>
        <w:ind w:left="202" w:right="173"/>
      </w:pPr>
      <w:r>
        <w:rPr>
          <w:rFonts w:ascii="Georgia" w:hAnsi="Georgia"/>
          <w:b w:val="0"/>
          <w:i w:val="0"/>
          <w:color w:val="22201D"/>
          <w:sz w:val="17"/>
        </w:rPr>
        <w:t>You have described access. Please describe hunger.</w:t>
      </w:r>
    </w:p>
    <w:p>
      <w:pPr>
        <w:spacing w:after="60" w:line="266" w:lineRule="auto"/>
        <w:ind w:firstLine="331"/>
        <w:jc w:val="both"/>
      </w:pPr>
      <w:r>
        <w:rPr>
          <w:rFonts w:ascii="Georgia" w:hAnsi="Georgia"/>
          <w:b w:val="0"/>
          <w:i w:val="0"/>
          <w:color w:val="22201D"/>
          <w:sz w:val="20"/>
        </w:rPr>
        <w:t>The tourist lowered the phone.</w:t>
      </w:r>
    </w:p>
    <w:p>
      <w:pPr>
        <w:spacing w:after="60" w:line="266" w:lineRule="auto"/>
        <w:ind w:firstLine="331"/>
        <w:jc w:val="both"/>
      </w:pPr>
      <w:r>
        <w:rPr>
          <w:rFonts w:ascii="Georgia" w:hAnsi="Georgia"/>
          <w:b w:val="0"/>
          <w:i w:val="0"/>
          <w:color w:val="22201D"/>
          <w:sz w:val="20"/>
        </w:rPr>
        <w:t>For the first time since arriving, their face lost its practiced discoverer expression. Underneath it was a person who had eaten a granola bar in a rental car at 10:14 a.m. and called that flexibility.</w:t>
      </w:r>
    </w:p>
    <w:p>
      <w:pPr>
        <w:spacing w:after="60" w:line="266" w:lineRule="auto"/>
        <w:ind w:firstLine="331"/>
        <w:jc w:val="both"/>
      </w:pPr>
      <w:r>
        <w:rPr>
          <w:rFonts w:ascii="Georgia" w:hAnsi="Georgia"/>
          <w:b w:val="0"/>
          <w:i w:val="0"/>
          <w:color w:val="22201D"/>
          <w:sz w:val="20"/>
        </w:rPr>
        <w:t>Flocc felt sympathy.</w:t>
      </w:r>
    </w:p>
    <w:p>
      <w:pPr>
        <w:spacing w:after="60" w:line="266" w:lineRule="auto"/>
        <w:ind w:firstLine="331"/>
        <w:jc w:val="both"/>
      </w:pPr>
      <w:r>
        <w:rPr>
          <w:rFonts w:ascii="Georgia" w:hAnsi="Georgia"/>
          <w:b w:val="0"/>
          <w:i w:val="0"/>
          <w:color w:val="22201D"/>
          <w:sz w:val="20"/>
        </w:rPr>
        <w:t>It annoyed him.</w:t>
      </w:r>
    </w:p>
    <w:p>
      <w:pPr>
        <w:spacing w:after="60" w:line="266" w:lineRule="auto"/>
        <w:ind w:firstLine="331"/>
        <w:jc w:val="both"/>
      </w:pPr>
      <w:r>
        <w:rPr>
          <w:rFonts w:ascii="Georgia" w:hAnsi="Georgia"/>
          <w:b w:val="0"/>
          <w:i w:val="0"/>
          <w:color w:val="22201D"/>
          <w:sz w:val="20"/>
        </w:rPr>
        <w:t>Sympathy was inconvenient when directed at people who were making a problem worse. It interfered with the clean pleasure of being right about them.</w:t>
      </w:r>
    </w:p>
    <w:p>
      <w:pPr>
        <w:spacing w:after="60" w:line="266" w:lineRule="auto"/>
        <w:ind w:firstLine="331"/>
        <w:jc w:val="both"/>
      </w:pPr>
      <w:r>
        <w:rPr>
          <w:rFonts w:ascii="Georgia" w:hAnsi="Georgia"/>
          <w:b w:val="0"/>
          <w:i w:val="0"/>
          <w:color w:val="22201D"/>
          <w:sz w:val="20"/>
        </w:rPr>
        <w:t>Mara saw his face.</w:t>
      </w:r>
    </w:p>
    <w:p>
      <w:pPr>
        <w:spacing w:after="60" w:line="266" w:lineRule="auto"/>
        <w:ind w:firstLine="331"/>
        <w:jc w:val="both"/>
      </w:pPr>
      <w:r>
        <w:rPr>
          <w:rFonts w:ascii="Georgia" w:hAnsi="Georgia"/>
          <w:b w:val="0"/>
          <w:i w:val="0"/>
          <w:color w:val="22201D"/>
          <w:sz w:val="20"/>
        </w:rPr>
        <w:t>"There it is."</w:t>
      </w:r>
    </w:p>
    <w:p>
      <w:pPr>
        <w:spacing w:after="60" w:line="266" w:lineRule="auto"/>
        <w:ind w:firstLine="331"/>
        <w:jc w:val="both"/>
      </w:pPr>
      <w:r>
        <w:rPr>
          <w:rFonts w:ascii="Georgia" w:hAnsi="Georgia"/>
          <w:b w:val="0"/>
          <w:i w:val="0"/>
          <w:color w:val="22201D"/>
          <w:sz w:val="20"/>
        </w:rPr>
        <w:t>"What?"</w:t>
      </w:r>
    </w:p>
    <w:p>
      <w:pPr>
        <w:spacing w:after="60" w:line="266" w:lineRule="auto"/>
        <w:ind w:firstLine="331"/>
        <w:jc w:val="both"/>
      </w:pPr>
      <w:r>
        <w:rPr>
          <w:rFonts w:ascii="Georgia" w:hAnsi="Georgia"/>
          <w:b w:val="0"/>
          <w:i w:val="0"/>
          <w:color w:val="22201D"/>
          <w:sz w:val="20"/>
        </w:rPr>
        <w:t>"You just realized they are people."</w:t>
      </w:r>
    </w:p>
    <w:p>
      <w:pPr>
        <w:spacing w:after="60" w:line="266" w:lineRule="auto"/>
        <w:ind w:firstLine="331"/>
        <w:jc w:val="both"/>
      </w:pPr>
      <w:r>
        <w:rPr>
          <w:rFonts w:ascii="Georgia" w:hAnsi="Georgia"/>
          <w:b w:val="0"/>
          <w:i w:val="0"/>
          <w:color w:val="22201D"/>
          <w:sz w:val="20"/>
        </w:rPr>
        <w:t>"I knew they were people."</w:t>
      </w:r>
    </w:p>
    <w:p>
      <w:pPr>
        <w:spacing w:after="60" w:line="266" w:lineRule="auto"/>
        <w:ind w:firstLine="331"/>
        <w:jc w:val="both"/>
      </w:pPr>
      <w:r>
        <w:rPr>
          <w:rFonts w:ascii="Georgia" w:hAnsi="Georgia"/>
          <w:b w:val="0"/>
          <w:i w:val="0"/>
          <w:color w:val="22201D"/>
          <w:sz w:val="20"/>
        </w:rPr>
        <w:t>"You knew they were a category."</w:t>
      </w:r>
    </w:p>
    <w:p>
      <w:pPr>
        <w:spacing w:after="60" w:line="266" w:lineRule="auto"/>
        <w:ind w:firstLine="331"/>
        <w:jc w:val="both"/>
      </w:pPr>
      <w:r>
        <w:rPr>
          <w:rFonts w:ascii="Georgia" w:hAnsi="Georgia"/>
          <w:b w:val="0"/>
          <w:i w:val="0"/>
          <w:color w:val="22201D"/>
          <w:sz w:val="20"/>
        </w:rPr>
        <w:t>"That is not fair."</w:t>
      </w:r>
    </w:p>
    <w:p>
      <w:pPr>
        <w:spacing w:after="60" w:line="266" w:lineRule="auto"/>
        <w:ind w:firstLine="331"/>
        <w:jc w:val="both"/>
      </w:pPr>
      <w:r>
        <w:rPr>
          <w:rFonts w:ascii="Georgia" w:hAnsi="Georgia"/>
          <w:b w:val="0"/>
          <w:i w:val="0"/>
          <w:color w:val="22201D"/>
          <w:sz w:val="20"/>
        </w:rPr>
        <w:t>"It is not flattering. Those are different."</w:t>
      </w:r>
    </w:p>
    <w:p>
      <w:pPr>
        <w:spacing w:after="60" w:line="266" w:lineRule="auto"/>
        <w:ind w:firstLine="331"/>
        <w:jc w:val="both"/>
      </w:pPr>
      <w:r>
        <w:rPr>
          <w:rFonts w:ascii="Georgia" w:hAnsi="Georgia"/>
          <w:b w:val="0"/>
          <w:i w:val="0"/>
          <w:color w:val="22201D"/>
          <w:sz w:val="20"/>
        </w:rPr>
        <w:t>The review slip under the door notice printed:</w:t>
      </w:r>
    </w:p>
    <w:p>
      <w:pPr>
        <w:spacing w:after="60" w:line="250" w:lineRule="auto"/>
        <w:ind w:left="202" w:right="173"/>
      </w:pPr>
      <w:r>
        <w:rPr>
          <w:rFonts w:ascii="Georgia" w:hAnsi="Georgia"/>
          <w:b w:val="0"/>
          <w:i w:val="0"/>
          <w:color w:val="22201D"/>
          <w:sz w:val="17"/>
        </w:rPr>
        <w:t>Observation: category corrected</w:t>
      </w:r>
    </w:p>
    <w:p>
      <w:pPr>
        <w:spacing w:after="60" w:line="266" w:lineRule="auto"/>
        <w:ind w:firstLine="331"/>
        <w:jc w:val="both"/>
      </w:pPr>
      <w:r>
        <w:rPr>
          <w:rFonts w:ascii="Georgia" w:hAnsi="Georgia"/>
          <w:b w:val="0"/>
          <w:i w:val="0"/>
          <w:color w:val="22201D"/>
          <w:sz w:val="20"/>
        </w:rPr>
        <w:t>Flocc looked at it.</w:t>
      </w:r>
    </w:p>
    <w:p>
      <w:pPr>
        <w:spacing w:after="60" w:line="266" w:lineRule="auto"/>
        <w:ind w:firstLine="331"/>
        <w:jc w:val="both"/>
      </w:pPr>
      <w:r>
        <w:rPr>
          <w:rFonts w:ascii="Georgia" w:hAnsi="Georgia"/>
          <w:b w:val="0"/>
          <w:i w:val="0"/>
          <w:color w:val="22201D"/>
          <w:sz w:val="20"/>
        </w:rPr>
        <w:t>"Do not join in."</w:t>
      </w:r>
    </w:p>
    <w:p>
      <w:pPr>
        <w:spacing w:after="60" w:line="266" w:lineRule="auto"/>
        <w:ind w:firstLine="331"/>
        <w:jc w:val="both"/>
      </w:pPr>
      <w:r>
        <w:rPr>
          <w:rFonts w:ascii="Georgia" w:hAnsi="Georgia"/>
          <w:b w:val="0"/>
          <w:i w:val="0"/>
          <w:color w:val="22201D"/>
          <w:sz w:val="20"/>
        </w:rPr>
        <w:t>The review slip did not answer.</w:t>
      </w:r>
    </w:p>
    <w:p>
      <w:pPr>
        <w:spacing w:after="60" w:line="266" w:lineRule="auto"/>
        <w:ind w:firstLine="331"/>
        <w:jc w:val="both"/>
      </w:pPr>
      <w:r>
        <w:rPr>
          <w:rFonts w:ascii="Georgia" w:hAnsi="Georgia"/>
          <w:b w:val="0"/>
          <w:i w:val="0"/>
          <w:color w:val="22201D"/>
          <w:sz w:val="20"/>
        </w:rPr>
        <w:t>This was worse than answering, because it suggested restraint.</w:t>
      </w:r>
    </w:p>
    <w:p>
      <w:pPr>
        <w:spacing w:after="60" w:line="266" w:lineRule="auto"/>
        <w:ind w:firstLine="331"/>
        <w:jc w:val="both"/>
      </w:pPr>
      <w:r>
        <w:rPr>
          <w:rFonts w:ascii="Georgia" w:hAnsi="Georgia"/>
          <w:b w:val="0"/>
          <w:i w:val="0"/>
          <w:color w:val="22201D"/>
          <w:sz w:val="20"/>
        </w:rPr>
        <w:t>Outside, the tourist turned to the others and said something. The glass softened the words into shapes. Everyone looked at their phones at once.</w:t>
      </w:r>
    </w:p>
    <w:p>
      <w:pPr>
        <w:spacing w:after="60" w:line="266" w:lineRule="auto"/>
        <w:ind w:firstLine="331"/>
        <w:jc w:val="both"/>
      </w:pPr>
      <w:r>
        <w:rPr>
          <w:rFonts w:ascii="Georgia" w:hAnsi="Georgia"/>
          <w:b w:val="0"/>
          <w:i w:val="0"/>
          <w:color w:val="22201D"/>
          <w:sz w:val="20"/>
        </w:rPr>
        <w:t>Every phone changed.</w:t>
      </w:r>
    </w:p>
    <w:p>
      <w:pPr>
        <w:spacing w:after="60" w:line="266" w:lineRule="auto"/>
        <w:ind w:firstLine="331"/>
        <w:jc w:val="both"/>
      </w:pPr>
      <w:r>
        <w:rPr>
          <w:rFonts w:ascii="Georgia" w:hAnsi="Georgia"/>
          <w:b w:val="0"/>
          <w:i w:val="0"/>
          <w:color w:val="22201D"/>
          <w:sz w:val="20"/>
        </w:rPr>
        <w:t>The reservation app had found them.</w:t>
      </w:r>
    </w:p>
    <w:p>
      <w:pPr>
        <w:spacing w:after="60" w:line="266" w:lineRule="auto"/>
        <w:ind w:firstLine="331"/>
        <w:jc w:val="both"/>
      </w:pPr>
      <w:r>
        <w:rPr>
          <w:rFonts w:ascii="Georgia" w:hAnsi="Georgia"/>
          <w:b w:val="0"/>
          <w:i w:val="0"/>
          <w:color w:val="22201D"/>
          <w:sz w:val="20"/>
        </w:rPr>
        <w:t>Or, more precisely, they had found the same error.</w:t>
      </w:r>
    </w:p>
    <w:p>
      <w:pPr>
        <w:spacing w:after="60" w:line="250" w:lineRule="auto"/>
        <w:ind w:left="202" w:right="173"/>
      </w:pPr>
      <w:r>
        <w:rPr>
          <w:rFonts w:ascii="Georgia" w:hAnsi="Georgia"/>
          <w:b w:val="0"/>
          <w:i w:val="0"/>
          <w:color w:val="22201D"/>
          <w:sz w:val="17"/>
        </w:rPr>
        <w:t>RESERVATION ERROR  Emoji Soup cannot confirm availability.  Reason: availability is not the missing variable.</w:t>
      </w:r>
    </w:p>
    <w:p>
      <w:pPr>
        <w:spacing w:after="60" w:line="266" w:lineRule="auto"/>
        <w:ind w:firstLine="331"/>
        <w:jc w:val="both"/>
      </w:pPr>
      <w:r>
        <w:rPr>
          <w:rFonts w:ascii="Georgia" w:hAnsi="Georgia"/>
          <w:b w:val="0"/>
          <w:i w:val="0"/>
          <w:color w:val="22201D"/>
          <w:sz w:val="20"/>
        </w:rPr>
        <w:t>The crowd reacted badly.</w:t>
      </w:r>
    </w:p>
    <w:p>
      <w:pPr>
        <w:spacing w:after="60" w:line="266" w:lineRule="auto"/>
        <w:ind w:firstLine="331"/>
        <w:jc w:val="both"/>
      </w:pPr>
      <w:r>
        <w:rPr>
          <w:rFonts w:ascii="Georgia" w:hAnsi="Georgia"/>
          <w:b w:val="0"/>
          <w:i w:val="0"/>
          <w:color w:val="22201D"/>
          <w:sz w:val="20"/>
        </w:rPr>
        <w:t>Not violently. Not rudely. Badly in the small modern ways. Shoulders lifted. Thumbs began moving. Brows tightened into review shapes. One person photographed the error. Another person refreshed repeatedly, as if enough disappointment could become a key. A third person said, "Maybe it is one of those places where the app does not work but they have a back channel," which was a sentence Flocc disliked on behalf of channels everywhere.</w:t>
      </w:r>
    </w:p>
    <w:p>
      <w:pPr>
        <w:spacing w:after="60" w:line="266" w:lineRule="auto"/>
        <w:ind w:firstLine="331"/>
        <w:jc w:val="both"/>
      </w:pPr>
      <w:r>
        <w:rPr>
          <w:rFonts w:ascii="Georgia" w:hAnsi="Georgia"/>
          <w:b w:val="0"/>
          <w:i w:val="0"/>
          <w:color w:val="22201D"/>
          <w:sz w:val="20"/>
        </w:rPr>
        <w:t>The app updated again.</w:t>
      </w:r>
    </w:p>
    <w:p>
      <w:pPr>
        <w:spacing w:after="60" w:line="250" w:lineRule="auto"/>
        <w:ind w:left="202" w:right="173"/>
      </w:pPr>
      <w:r>
        <w:rPr>
          <w:rFonts w:ascii="Georgia" w:hAnsi="Georgia"/>
          <w:b w:val="0"/>
          <w:i w:val="0"/>
          <w:color w:val="22201D"/>
          <w:sz w:val="17"/>
        </w:rPr>
        <w:t>Back channel unavailable. Front honesty recommended.</w:t>
      </w:r>
    </w:p>
    <w:p>
      <w:pPr>
        <w:spacing w:after="60" w:line="266" w:lineRule="auto"/>
        <w:ind w:firstLine="331"/>
        <w:jc w:val="both"/>
      </w:pPr>
      <w:r>
        <w:rPr>
          <w:rFonts w:ascii="Georgia" w:hAnsi="Georgia"/>
          <w:b w:val="0"/>
          <w:i w:val="0"/>
          <w:color w:val="22201D"/>
          <w:sz w:val="20"/>
        </w:rPr>
        <w:t>Gerald said, "I dislike that app less than expected."</w:t>
      </w:r>
    </w:p>
    <w:p>
      <w:pPr>
        <w:spacing w:after="60" w:line="266" w:lineRule="auto"/>
        <w:ind w:firstLine="331"/>
        <w:jc w:val="both"/>
      </w:pPr>
      <w:r>
        <w:rPr>
          <w:rFonts w:ascii="Georgia" w:hAnsi="Georgia"/>
          <w:b w:val="0"/>
          <w:i w:val="0"/>
          <w:color w:val="22201D"/>
          <w:sz w:val="20"/>
        </w:rPr>
        <w:t>Steve made a note.</w:t>
      </w:r>
    </w:p>
    <w:p>
      <w:pPr>
        <w:spacing w:after="60" w:line="266" w:lineRule="auto"/>
        <w:ind w:firstLine="331"/>
        <w:jc w:val="both"/>
      </w:pPr>
      <w:r>
        <w:rPr>
          <w:rFonts w:ascii="Georgia" w:hAnsi="Georgia"/>
          <w:b w:val="0"/>
          <w:i w:val="0"/>
          <w:color w:val="22201D"/>
          <w:sz w:val="20"/>
        </w:rPr>
        <w:t>"The app may be learning from the restaurant."</w:t>
      </w:r>
    </w:p>
    <w:p>
      <w:pPr>
        <w:spacing w:after="60" w:line="266" w:lineRule="auto"/>
        <w:ind w:firstLine="331"/>
        <w:jc w:val="both"/>
      </w:pPr>
      <w:r>
        <w:rPr>
          <w:rFonts w:ascii="Georgia" w:hAnsi="Georgia"/>
          <w:b w:val="0"/>
          <w:i w:val="0"/>
          <w:color w:val="22201D"/>
          <w:sz w:val="20"/>
        </w:rPr>
        <w:t>"Can it do that?"</w:t>
      </w:r>
    </w:p>
    <w:p>
      <w:pPr>
        <w:spacing w:after="60" w:line="266" w:lineRule="auto"/>
        <w:ind w:firstLine="331"/>
        <w:jc w:val="both"/>
      </w:pPr>
      <w:r>
        <w:rPr>
          <w:rFonts w:ascii="Georgia" w:hAnsi="Georgia"/>
          <w:b w:val="0"/>
          <w:i w:val="0"/>
          <w:color w:val="22201D"/>
          <w:sz w:val="20"/>
        </w:rPr>
        <w:t>Steve looked tired in a highly specific way.</w:t>
      </w:r>
    </w:p>
    <w:p>
      <w:pPr>
        <w:spacing w:after="60" w:line="266" w:lineRule="auto"/>
        <w:ind w:firstLine="331"/>
        <w:jc w:val="both"/>
      </w:pPr>
      <w:r>
        <w:rPr>
          <w:rFonts w:ascii="Georgia" w:hAnsi="Georgia"/>
          <w:b w:val="0"/>
          <w:i w:val="0"/>
          <w:color w:val="22201D"/>
          <w:sz w:val="20"/>
        </w:rPr>
        <w:t>"Everything can learn from this restaurant. The question is whether it should be allowed to keep records afterward."</w:t>
      </w:r>
    </w:p>
    <w:p>
      <w:pPr>
        <w:spacing w:after="60" w:line="266" w:lineRule="auto"/>
        <w:ind w:firstLine="331"/>
        <w:jc w:val="both"/>
      </w:pPr>
      <w:r>
        <w:rPr>
          <w:rFonts w:ascii="Georgia" w:hAnsi="Georgia"/>
          <w:b w:val="0"/>
          <w:i w:val="0"/>
          <w:color w:val="22201D"/>
          <w:sz w:val="20"/>
        </w:rPr>
        <w:t>The Hostess took the pencil from the counter.</w:t>
      </w:r>
    </w:p>
    <w:p>
      <w:pPr>
        <w:spacing w:after="60" w:line="266" w:lineRule="auto"/>
        <w:ind w:firstLine="331"/>
        <w:jc w:val="both"/>
      </w:pPr>
      <w:r>
        <w:rPr>
          <w:rFonts w:ascii="Georgia" w:hAnsi="Georgia"/>
          <w:b w:val="0"/>
          <w:i w:val="0"/>
          <w:color w:val="22201D"/>
          <w:sz w:val="20"/>
        </w:rPr>
        <w:t>Flocc straightened.</w:t>
      </w:r>
    </w:p>
    <w:p>
      <w:pPr>
        <w:spacing w:after="60" w:line="266" w:lineRule="auto"/>
        <w:ind w:firstLine="331"/>
        <w:jc w:val="both"/>
      </w:pPr>
      <w:r>
        <w:rPr>
          <w:rFonts w:ascii="Georgia" w:hAnsi="Georgia"/>
          <w:b w:val="0"/>
          <w:i w:val="0"/>
          <w:color w:val="22201D"/>
          <w:sz w:val="20"/>
        </w:rPr>
        <w:t>Mara said, "You did that like a dog hearing a leash."</w:t>
      </w:r>
    </w:p>
    <w:p>
      <w:pPr>
        <w:spacing w:after="60" w:line="266" w:lineRule="auto"/>
        <w:ind w:firstLine="331"/>
        <w:jc w:val="both"/>
      </w:pPr>
      <w:r>
        <w:rPr>
          <w:rFonts w:ascii="Georgia" w:hAnsi="Georgia"/>
          <w:b w:val="0"/>
          <w:i w:val="0"/>
          <w:color w:val="22201D"/>
          <w:sz w:val="20"/>
        </w:rPr>
        <w:t>"I did not."</w:t>
      </w:r>
    </w:p>
    <w:p>
      <w:pPr>
        <w:spacing w:after="60" w:line="266" w:lineRule="auto"/>
        <w:ind w:firstLine="331"/>
        <w:jc w:val="both"/>
      </w:pPr>
      <w:r>
        <w:rPr>
          <w:rFonts w:ascii="Georgia" w:hAnsi="Georgia"/>
          <w:b w:val="0"/>
          <w:i w:val="0"/>
          <w:color w:val="22201D"/>
          <w:sz w:val="20"/>
        </w:rPr>
        <w:t>"You absolutely did."</w:t>
      </w:r>
    </w:p>
    <w:p>
      <w:pPr>
        <w:spacing w:after="60" w:line="266" w:lineRule="auto"/>
        <w:ind w:firstLine="331"/>
        <w:jc w:val="both"/>
      </w:pPr>
      <w:r>
        <w:rPr>
          <w:rFonts w:ascii="Georgia" w:hAnsi="Georgia"/>
          <w:b w:val="0"/>
          <w:i w:val="0"/>
          <w:color w:val="22201D"/>
          <w:sz w:val="20"/>
        </w:rPr>
        <w:t>"I am interested in process."</w:t>
      </w:r>
    </w:p>
    <w:p>
      <w:pPr>
        <w:spacing w:after="60" w:line="266" w:lineRule="auto"/>
        <w:ind w:firstLine="331"/>
        <w:jc w:val="both"/>
      </w:pPr>
      <w:r>
        <w:rPr>
          <w:rFonts w:ascii="Georgia" w:hAnsi="Georgia"/>
          <w:b w:val="0"/>
          <w:i w:val="0"/>
          <w:color w:val="22201D"/>
          <w:sz w:val="20"/>
        </w:rPr>
        <w:t>"You are interested in being nearby when process becomes special."</w:t>
      </w:r>
    </w:p>
    <w:p>
      <w:pPr>
        <w:spacing w:after="60" w:line="266" w:lineRule="auto"/>
        <w:ind w:firstLine="331"/>
        <w:jc w:val="both"/>
      </w:pPr>
      <w:r>
        <w:rPr>
          <w:rFonts w:ascii="Georgia" w:hAnsi="Georgia"/>
          <w:b w:val="0"/>
          <w:i w:val="0"/>
          <w:color w:val="22201D"/>
          <w:sz w:val="20"/>
        </w:rPr>
        <w:t>Flocc had no immediate defense because his immediate defense was exactly that, but phrased in a jacket.</w:t>
      </w:r>
    </w:p>
    <w:p>
      <w:pPr>
        <w:spacing w:after="60" w:line="266" w:lineRule="auto"/>
        <w:ind w:firstLine="331"/>
        <w:jc w:val="both"/>
      </w:pPr>
      <w:r>
        <w:rPr>
          <w:rFonts w:ascii="Georgia" w:hAnsi="Georgia"/>
          <w:b w:val="0"/>
          <w:i w:val="0"/>
          <w:color w:val="22201D"/>
          <w:sz w:val="20"/>
        </w:rPr>
        <w:t>The Hostess walked to the door and looked through the glass.</w:t>
      </w:r>
    </w:p>
    <w:p>
      <w:pPr>
        <w:spacing w:after="60" w:line="266" w:lineRule="auto"/>
        <w:ind w:firstLine="331"/>
        <w:jc w:val="both"/>
      </w:pPr>
      <w:r>
        <w:rPr>
          <w:rFonts w:ascii="Georgia" w:hAnsi="Georgia"/>
          <w:b w:val="0"/>
          <w:i w:val="0"/>
          <w:color w:val="22201D"/>
          <w:sz w:val="20"/>
        </w:rPr>
        <w:t>The crowd quieted.</w:t>
      </w:r>
    </w:p>
    <w:p>
      <w:pPr>
        <w:spacing w:after="60" w:line="266" w:lineRule="auto"/>
        <w:ind w:firstLine="331"/>
        <w:jc w:val="both"/>
      </w:pPr>
      <w:r>
        <w:rPr>
          <w:rFonts w:ascii="Georgia" w:hAnsi="Georgia"/>
          <w:b w:val="0"/>
          <w:i w:val="0"/>
          <w:color w:val="22201D"/>
          <w:sz w:val="20"/>
        </w:rPr>
        <w:t>Not because they respected her yet. Respect required information. They quieted because the door had made silence seem briefly like the only available reservation.</w:t>
      </w:r>
    </w:p>
    <w:p>
      <w:pPr>
        <w:spacing w:after="60" w:line="266" w:lineRule="auto"/>
        <w:ind w:firstLine="331"/>
        <w:jc w:val="both"/>
      </w:pPr>
      <w:r>
        <w:rPr>
          <w:rFonts w:ascii="Georgia" w:hAnsi="Georgia"/>
          <w:b w:val="0"/>
          <w:i w:val="0"/>
          <w:color w:val="22201D"/>
          <w:sz w:val="20"/>
        </w:rPr>
        <w:t>The first tourist raised the phone again.</w:t>
      </w:r>
    </w:p>
    <w:p>
      <w:pPr>
        <w:spacing w:after="60" w:line="266" w:lineRule="auto"/>
        <w:ind w:firstLine="331"/>
        <w:jc w:val="both"/>
      </w:pPr>
      <w:r>
        <w:rPr>
          <w:rFonts w:ascii="Georgia" w:hAnsi="Georgia"/>
          <w:b w:val="0"/>
          <w:i w:val="0"/>
          <w:color w:val="22201D"/>
          <w:sz w:val="20"/>
        </w:rPr>
        <w:t>The app displayed:</w:t>
      </w:r>
    </w:p>
    <w:p>
      <w:pPr>
        <w:spacing w:after="60" w:line="250" w:lineRule="auto"/>
        <w:ind w:left="202" w:right="173"/>
      </w:pPr>
      <w:r>
        <w:rPr>
          <w:rFonts w:ascii="Georgia" w:hAnsi="Georgia"/>
          <w:b w:val="0"/>
          <w:i w:val="0"/>
          <w:color w:val="22201D"/>
          <w:sz w:val="17"/>
        </w:rPr>
        <w:t>Host present. Do not wave.</w:t>
      </w:r>
    </w:p>
    <w:p>
      <w:pPr>
        <w:spacing w:after="60" w:line="266" w:lineRule="auto"/>
        <w:ind w:firstLine="331"/>
        <w:jc w:val="both"/>
      </w:pPr>
      <w:r>
        <w:rPr>
          <w:rFonts w:ascii="Georgia" w:hAnsi="Georgia"/>
          <w:b w:val="0"/>
          <w:i w:val="0"/>
          <w:color w:val="22201D"/>
          <w:sz w:val="20"/>
        </w:rPr>
        <w:t>The tourist lowered the phone.</w:t>
      </w:r>
    </w:p>
    <w:p>
      <w:pPr>
        <w:spacing w:after="60" w:line="266" w:lineRule="auto"/>
        <w:ind w:firstLine="331"/>
        <w:jc w:val="both"/>
      </w:pPr>
      <w:r>
        <w:rPr>
          <w:rFonts w:ascii="Georgia" w:hAnsi="Georgia"/>
          <w:b w:val="0"/>
          <w:i w:val="0"/>
          <w:color w:val="22201D"/>
          <w:sz w:val="20"/>
        </w:rPr>
        <w:t>"Better," said Gerald.</w:t>
      </w:r>
    </w:p>
    <w:p>
      <w:pPr>
        <w:spacing w:after="60" w:line="266" w:lineRule="auto"/>
        <w:ind w:firstLine="331"/>
        <w:jc w:val="both"/>
      </w:pPr>
      <w:r>
        <w:rPr>
          <w:rFonts w:ascii="Georgia" w:hAnsi="Georgia"/>
          <w:b w:val="0"/>
          <w:i w:val="0"/>
          <w:color w:val="22201D"/>
          <w:sz w:val="20"/>
        </w:rPr>
        <w:t>The Hostess opened the door.</w:t>
      </w:r>
    </w:p>
    <w:p>
      <w:pPr>
        <w:spacing w:after="60" w:line="266" w:lineRule="auto"/>
        <w:ind w:firstLine="331"/>
        <w:jc w:val="both"/>
      </w:pPr>
      <w:r>
        <w:rPr>
          <w:rFonts w:ascii="Georgia" w:hAnsi="Georgia"/>
          <w:b w:val="0"/>
          <w:i w:val="0"/>
          <w:color w:val="22201D"/>
          <w:sz w:val="20"/>
        </w:rPr>
        <w:t>Everyone outside inhaled in the same hopeful key.</w:t>
      </w:r>
    </w:p>
    <w:p>
      <w:pPr>
        <w:spacing w:after="60" w:line="266" w:lineRule="auto"/>
        <w:ind w:firstLine="331"/>
        <w:jc w:val="both"/>
      </w:pPr>
      <w:r>
        <w:rPr>
          <w:rFonts w:ascii="Georgia" w:hAnsi="Georgia"/>
          <w:b w:val="0"/>
          <w:i w:val="0"/>
          <w:color w:val="22201D"/>
          <w:sz w:val="20"/>
        </w:rPr>
        <w:t>Nobody entered.</w:t>
      </w:r>
    </w:p>
    <w:p>
      <w:pPr>
        <w:spacing w:after="60" w:line="266" w:lineRule="auto"/>
        <w:ind w:firstLine="331"/>
        <w:jc w:val="both"/>
      </w:pPr>
      <w:r>
        <w:rPr>
          <w:rFonts w:ascii="Georgia" w:hAnsi="Georgia"/>
          <w:b w:val="0"/>
          <w:i w:val="0"/>
          <w:color w:val="22201D"/>
          <w:sz w:val="20"/>
        </w:rPr>
        <w:t>This was because the Hostess stood in the threshold. She was not large. She was not theatrical. She did not have the vertical intensity of a bouncer, the soft menace of a maitre d' at a place with no prices, or the practiced warmth of a host trained to say "wonderful" to all forms of entitlement. She simply stood where entry wanted to become assumption.</w:t>
      </w:r>
    </w:p>
    <w:p>
      <w:pPr>
        <w:spacing w:after="60" w:line="266" w:lineRule="auto"/>
        <w:ind w:firstLine="331"/>
        <w:jc w:val="both"/>
      </w:pPr>
      <w:r>
        <w:rPr>
          <w:rFonts w:ascii="Georgia" w:hAnsi="Georgia"/>
          <w:b w:val="0"/>
          <w:i w:val="0"/>
          <w:color w:val="22201D"/>
          <w:sz w:val="20"/>
        </w:rPr>
        <w:t>"Good morning," she said.</w:t>
      </w:r>
    </w:p>
    <w:p>
      <w:pPr>
        <w:spacing w:after="60" w:line="266" w:lineRule="auto"/>
        <w:ind w:firstLine="331"/>
        <w:jc w:val="both"/>
      </w:pPr>
      <w:r>
        <w:rPr>
          <w:rFonts w:ascii="Georgia" w:hAnsi="Georgia"/>
          <w:b w:val="0"/>
          <w:i w:val="0"/>
          <w:color w:val="22201D"/>
          <w:sz w:val="20"/>
        </w:rPr>
        <w:t>Someone said, "Are you open?"</w:t>
      </w:r>
    </w:p>
    <w:p>
      <w:pPr>
        <w:spacing w:after="60" w:line="266" w:lineRule="auto"/>
        <w:ind w:firstLine="331"/>
        <w:jc w:val="both"/>
      </w:pPr>
      <w:r>
        <w:rPr>
          <w:rFonts w:ascii="Georgia" w:hAnsi="Georgia"/>
          <w:b w:val="0"/>
          <w:i w:val="0"/>
          <w:color w:val="22201D"/>
          <w:sz w:val="20"/>
        </w:rPr>
        <w:t>The Hostess considered the question with more patience than it had earned and less than it wanted.</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Another person said, "The app says you might be available."</w:t>
      </w:r>
    </w:p>
    <w:p>
      <w:pPr>
        <w:spacing w:after="60" w:line="266" w:lineRule="auto"/>
        <w:ind w:firstLine="331"/>
        <w:jc w:val="both"/>
      </w:pPr>
      <w:r>
        <w:rPr>
          <w:rFonts w:ascii="Georgia" w:hAnsi="Georgia"/>
          <w:b w:val="0"/>
          <w:i w:val="0"/>
          <w:color w:val="22201D"/>
          <w:sz w:val="20"/>
        </w:rPr>
        <w:t>"The app is trying to become honest."</w:t>
      </w:r>
    </w:p>
    <w:p>
      <w:pPr>
        <w:spacing w:after="60" w:line="266" w:lineRule="auto"/>
        <w:ind w:firstLine="331"/>
        <w:jc w:val="both"/>
      </w:pPr>
      <w:r>
        <w:rPr>
          <w:rFonts w:ascii="Georgia" w:hAnsi="Georgia"/>
          <w:b w:val="0"/>
          <w:i w:val="0"/>
          <w:color w:val="22201D"/>
          <w:sz w:val="20"/>
        </w:rPr>
        <w:t>The first tourist looked down at the phone.</w:t>
      </w:r>
    </w:p>
    <w:p>
      <w:pPr>
        <w:spacing w:after="60" w:line="266" w:lineRule="auto"/>
        <w:ind w:firstLine="331"/>
        <w:jc w:val="both"/>
      </w:pPr>
      <w:r>
        <w:rPr>
          <w:rFonts w:ascii="Georgia" w:hAnsi="Georgia"/>
          <w:b w:val="0"/>
          <w:i w:val="0"/>
          <w:color w:val="22201D"/>
          <w:sz w:val="20"/>
        </w:rPr>
        <w:t>The app displayed:</w:t>
      </w:r>
    </w:p>
    <w:p>
      <w:pPr>
        <w:spacing w:after="60" w:line="250" w:lineRule="auto"/>
        <w:ind w:left="202" w:right="173"/>
      </w:pPr>
      <w:r>
        <w:rPr>
          <w:rFonts w:ascii="Georgia" w:hAnsi="Georgia"/>
          <w:b w:val="0"/>
          <w:i w:val="0"/>
          <w:color w:val="22201D"/>
          <w:sz w:val="17"/>
        </w:rPr>
        <w:t>Confirmed.</w:t>
      </w:r>
    </w:p>
    <w:p>
      <w:pPr>
        <w:spacing w:after="60" w:line="266" w:lineRule="auto"/>
        <w:ind w:firstLine="331"/>
        <w:jc w:val="both"/>
      </w:pPr>
      <w:r>
        <w:rPr>
          <w:rFonts w:ascii="Georgia" w:hAnsi="Georgia"/>
          <w:b w:val="0"/>
          <w:i w:val="0"/>
          <w:color w:val="22201D"/>
          <w:sz w:val="20"/>
        </w:rPr>
        <w:t>The tourist said, "We are just trying to make a reservation."</w:t>
      </w:r>
    </w:p>
    <w:p>
      <w:pPr>
        <w:spacing w:after="60" w:line="266" w:lineRule="auto"/>
        <w:ind w:firstLine="331"/>
        <w:jc w:val="both"/>
      </w:pPr>
      <w:r>
        <w:rPr>
          <w:rFonts w:ascii="Georgia" w:hAnsi="Georgia"/>
          <w:b w:val="0"/>
          <w:i w:val="0"/>
          <w:color w:val="22201D"/>
          <w:sz w:val="20"/>
        </w:rPr>
        <w:t>"No," said the Hostess.</w:t>
      </w:r>
    </w:p>
    <w:p>
      <w:pPr>
        <w:spacing w:after="60" w:line="266" w:lineRule="auto"/>
        <w:ind w:firstLine="331"/>
        <w:jc w:val="both"/>
      </w:pPr>
      <w:r>
        <w:rPr>
          <w:rFonts w:ascii="Georgia" w:hAnsi="Georgia"/>
          <w:b w:val="0"/>
          <w:i w:val="0"/>
          <w:color w:val="22201D"/>
          <w:sz w:val="20"/>
        </w:rPr>
        <w:t>The tourist blinked.</w:t>
      </w:r>
    </w:p>
    <w:p>
      <w:pPr>
        <w:spacing w:after="60" w:line="266" w:lineRule="auto"/>
        <w:ind w:firstLine="331"/>
        <w:jc w:val="both"/>
      </w:pPr>
      <w:r>
        <w:rPr>
          <w:rFonts w:ascii="Georgia" w:hAnsi="Georgia"/>
          <w:b w:val="0"/>
          <w:i w:val="0"/>
          <w:color w:val="22201D"/>
          <w:sz w:val="20"/>
        </w:rPr>
        <w:t>Flocc, from inside, felt an old civic alarm. It was the alarm that sounded when a conversation reached the place where somebody should clarify tone, protect feelings, and prevent a misunderstanding from becoming a weather system.</w:t>
      </w:r>
    </w:p>
    <w:p>
      <w:pPr>
        <w:spacing w:after="60" w:line="266" w:lineRule="auto"/>
        <w:ind w:firstLine="331"/>
        <w:jc w:val="both"/>
      </w:pPr>
      <w:r>
        <w:rPr>
          <w:rFonts w:ascii="Georgia" w:hAnsi="Georgia"/>
          <w:b w:val="0"/>
          <w:i w:val="0"/>
          <w:color w:val="22201D"/>
          <w:sz w:val="20"/>
        </w:rPr>
        <w:t>He began to stand.</w:t>
      </w:r>
    </w:p>
    <w:p>
      <w:pPr>
        <w:spacing w:after="60" w:line="266" w:lineRule="auto"/>
        <w:ind w:firstLine="331"/>
        <w:jc w:val="both"/>
      </w:pPr>
      <w:r>
        <w:rPr>
          <w:rFonts w:ascii="Georgia" w:hAnsi="Georgia"/>
          <w:b w:val="0"/>
          <w:i w:val="0"/>
          <w:color w:val="22201D"/>
          <w:sz w:val="20"/>
        </w:rPr>
        <w:t>Mara put one hand on the table.</w:t>
      </w:r>
    </w:p>
    <w:p>
      <w:pPr>
        <w:spacing w:after="60" w:line="266" w:lineRule="auto"/>
        <w:ind w:firstLine="331"/>
        <w:jc w:val="both"/>
      </w:pPr>
      <w:r>
        <w:rPr>
          <w:rFonts w:ascii="Georgia" w:hAnsi="Georgia"/>
          <w:b w:val="0"/>
          <w:i w:val="0"/>
          <w:color w:val="22201D"/>
          <w:sz w:val="20"/>
        </w:rPr>
        <w:t>Not on him.</w:t>
      </w:r>
    </w:p>
    <w:p>
      <w:pPr>
        <w:spacing w:after="60" w:line="266" w:lineRule="auto"/>
        <w:ind w:firstLine="331"/>
        <w:jc w:val="both"/>
      </w:pPr>
      <w:r>
        <w:rPr>
          <w:rFonts w:ascii="Georgia" w:hAnsi="Georgia"/>
          <w:b w:val="0"/>
          <w:i w:val="0"/>
          <w:color w:val="22201D"/>
          <w:sz w:val="20"/>
        </w:rPr>
        <w:t>On the table.</w:t>
      </w:r>
    </w:p>
    <w:p>
      <w:pPr>
        <w:spacing w:after="60" w:line="266" w:lineRule="auto"/>
        <w:ind w:firstLine="331"/>
        <w:jc w:val="both"/>
      </w:pPr>
      <w:r>
        <w:rPr>
          <w:rFonts w:ascii="Georgia" w:hAnsi="Georgia"/>
          <w:b w:val="0"/>
          <w:i w:val="0"/>
          <w:color w:val="22201D"/>
          <w:sz w:val="20"/>
        </w:rPr>
        <w:t>The table understood.</w:t>
      </w:r>
    </w:p>
    <w:p>
      <w:pPr>
        <w:spacing w:after="60" w:line="266" w:lineRule="auto"/>
        <w:ind w:firstLine="331"/>
        <w:jc w:val="both"/>
      </w:pPr>
      <w:r>
        <w:rPr>
          <w:rFonts w:ascii="Georgia" w:hAnsi="Georgia"/>
          <w:b w:val="0"/>
          <w:i w:val="0"/>
          <w:color w:val="22201D"/>
          <w:sz w:val="20"/>
        </w:rPr>
        <w:t>Flocc remained seated.</w:t>
      </w:r>
    </w:p>
    <w:p>
      <w:pPr>
        <w:spacing w:after="60" w:line="266" w:lineRule="auto"/>
        <w:ind w:firstLine="331"/>
        <w:jc w:val="both"/>
      </w:pPr>
      <w:r>
        <w:rPr>
          <w:rFonts w:ascii="Georgia" w:hAnsi="Georgia"/>
          <w:b w:val="0"/>
          <w:i w:val="0"/>
          <w:color w:val="22201D"/>
          <w:sz w:val="20"/>
        </w:rPr>
        <w:t>The Hostess said, "You are trying to reserve the story of having been here."</w:t>
      </w:r>
    </w:p>
    <w:p>
      <w:pPr>
        <w:spacing w:after="60" w:line="266" w:lineRule="auto"/>
        <w:ind w:firstLine="331"/>
        <w:jc w:val="both"/>
      </w:pPr>
      <w:r>
        <w:rPr>
          <w:rFonts w:ascii="Georgia" w:hAnsi="Georgia"/>
          <w:b w:val="0"/>
          <w:i w:val="0"/>
          <w:color w:val="22201D"/>
          <w:sz w:val="20"/>
        </w:rPr>
        <w:t>The crowd did not like this.</w:t>
      </w:r>
    </w:p>
    <w:p>
      <w:pPr>
        <w:spacing w:after="60" w:line="266" w:lineRule="auto"/>
        <w:ind w:firstLine="331"/>
        <w:jc w:val="both"/>
      </w:pPr>
      <w:r>
        <w:rPr>
          <w:rFonts w:ascii="Georgia" w:hAnsi="Georgia"/>
          <w:b w:val="0"/>
          <w:i w:val="0"/>
          <w:color w:val="22201D"/>
          <w:sz w:val="20"/>
        </w:rPr>
        <w:t>Crowds rarely liked being singularly diagnosed.</w:t>
      </w:r>
    </w:p>
    <w:p>
      <w:pPr>
        <w:spacing w:after="60" w:line="266" w:lineRule="auto"/>
        <w:ind w:firstLine="331"/>
        <w:jc w:val="both"/>
      </w:pPr>
      <w:r>
        <w:rPr>
          <w:rFonts w:ascii="Georgia" w:hAnsi="Georgia"/>
          <w:b w:val="0"/>
          <w:i w:val="0"/>
          <w:color w:val="22201D"/>
          <w:sz w:val="20"/>
        </w:rPr>
        <w:t>One person said, "You do not know that."</w:t>
      </w:r>
    </w:p>
    <w:p>
      <w:pPr>
        <w:spacing w:after="60" w:line="266" w:lineRule="auto"/>
        <w:ind w:firstLine="331"/>
        <w:jc w:val="both"/>
      </w:pPr>
      <w:r>
        <w:rPr>
          <w:rFonts w:ascii="Georgia" w:hAnsi="Georgia"/>
          <w:b w:val="0"/>
          <w:i w:val="0"/>
          <w:color w:val="22201D"/>
          <w:sz w:val="20"/>
        </w:rPr>
        <w:t>"Correct," said the Hostess.</w:t>
      </w:r>
    </w:p>
    <w:p>
      <w:pPr>
        <w:spacing w:after="60" w:line="266" w:lineRule="auto"/>
        <w:ind w:firstLine="331"/>
        <w:jc w:val="both"/>
      </w:pPr>
      <w:r>
        <w:rPr>
          <w:rFonts w:ascii="Georgia" w:hAnsi="Georgia"/>
          <w:b w:val="0"/>
          <w:i w:val="0"/>
          <w:color w:val="22201D"/>
          <w:sz w:val="20"/>
        </w:rPr>
        <w:t>The crowd relaxed slightly.</w:t>
      </w:r>
    </w:p>
    <w:p>
      <w:pPr>
        <w:spacing w:after="60" w:line="266" w:lineRule="auto"/>
        <w:ind w:firstLine="331"/>
        <w:jc w:val="both"/>
      </w:pPr>
      <w:r>
        <w:rPr>
          <w:rFonts w:ascii="Georgia" w:hAnsi="Georgia"/>
          <w:b w:val="0"/>
          <w:i w:val="0"/>
          <w:color w:val="22201D"/>
          <w:sz w:val="20"/>
        </w:rPr>
        <w:t>"That is why you are not seated."</w:t>
      </w:r>
    </w:p>
    <w:p>
      <w:pPr>
        <w:spacing w:after="60" w:line="266" w:lineRule="auto"/>
        <w:ind w:firstLine="331"/>
        <w:jc w:val="both"/>
      </w:pPr>
      <w:r>
        <w:rPr>
          <w:rFonts w:ascii="Georgia" w:hAnsi="Georgia"/>
          <w:b w:val="0"/>
          <w:i w:val="0"/>
          <w:color w:val="22201D"/>
          <w:sz w:val="20"/>
        </w:rPr>
        <w:t>The crowd unrelaxed.</w:t>
      </w:r>
    </w:p>
    <w:p>
      <w:pPr>
        <w:spacing w:after="60" w:line="266" w:lineRule="auto"/>
        <w:ind w:firstLine="331"/>
        <w:jc w:val="both"/>
      </w:pPr>
      <w:r>
        <w:rPr>
          <w:rFonts w:ascii="Georgia" w:hAnsi="Georgia"/>
          <w:b w:val="0"/>
          <w:i w:val="0"/>
          <w:color w:val="22201D"/>
          <w:sz w:val="20"/>
        </w:rPr>
        <w:t>The app printed on every phone:</w:t>
      </w:r>
    </w:p>
    <w:p>
      <w:pPr>
        <w:spacing w:after="60" w:line="250" w:lineRule="auto"/>
        <w:ind w:left="202" w:right="173"/>
      </w:pPr>
      <w:r>
        <w:rPr>
          <w:rFonts w:ascii="Georgia" w:hAnsi="Georgia"/>
          <w:b w:val="0"/>
          <w:i w:val="0"/>
          <w:color w:val="22201D"/>
          <w:sz w:val="17"/>
        </w:rPr>
        <w:t>Diagnostic pending.</w:t>
      </w:r>
    </w:p>
    <w:p>
      <w:pPr>
        <w:spacing w:after="60" w:line="266" w:lineRule="auto"/>
        <w:ind w:firstLine="331"/>
        <w:jc w:val="both"/>
      </w:pPr>
      <w:r>
        <w:rPr>
          <w:rFonts w:ascii="Georgia" w:hAnsi="Georgia"/>
          <w:b w:val="0"/>
          <w:i w:val="0"/>
          <w:color w:val="22201D"/>
          <w:sz w:val="20"/>
        </w:rPr>
        <w:t>Steve watched with the expression of a man seeing a public form invent a better question than the office that had issued it.</w:t>
      </w:r>
    </w:p>
    <w:p>
      <w:pPr>
        <w:spacing w:after="60" w:line="266" w:lineRule="auto"/>
        <w:ind w:firstLine="331"/>
        <w:jc w:val="both"/>
      </w:pPr>
      <w:r>
        <w:rPr>
          <w:rFonts w:ascii="Georgia" w:hAnsi="Georgia"/>
          <w:b w:val="0"/>
          <w:i w:val="0"/>
          <w:color w:val="22201D"/>
          <w:sz w:val="20"/>
        </w:rPr>
        <w:t>He whispered, "I may need a copy of that."</w:t>
      </w:r>
    </w:p>
    <w:p>
      <w:pPr>
        <w:spacing w:after="60" w:line="266" w:lineRule="auto"/>
        <w:ind w:firstLine="331"/>
        <w:jc w:val="both"/>
      </w:pPr>
      <w:r>
        <w:rPr>
          <w:rFonts w:ascii="Georgia" w:hAnsi="Georgia"/>
          <w:b w:val="0"/>
          <w:i w:val="0"/>
          <w:color w:val="22201D"/>
          <w:sz w:val="20"/>
        </w:rPr>
        <w:t>Gerald said, "No."</w:t>
      </w:r>
    </w:p>
    <w:p>
      <w:pPr>
        <w:spacing w:after="60" w:line="266" w:lineRule="auto"/>
        <w:ind w:firstLine="331"/>
        <w:jc w:val="both"/>
      </w:pPr>
      <w:r>
        <w:rPr>
          <w:rFonts w:ascii="Georgia" w:hAnsi="Georgia"/>
          <w:b w:val="0"/>
          <w:i w:val="0"/>
          <w:color w:val="22201D"/>
          <w:sz w:val="20"/>
        </w:rPr>
        <w:t>"For records."</w:t>
      </w:r>
    </w:p>
    <w:p>
      <w:pPr>
        <w:spacing w:after="60" w:line="266" w:lineRule="auto"/>
        <w:ind w:firstLine="331"/>
        <w:jc w:val="both"/>
      </w:pPr>
      <w:r>
        <w:rPr>
          <w:rFonts w:ascii="Georgia" w:hAnsi="Georgia"/>
          <w:b w:val="0"/>
          <w:i w:val="0"/>
          <w:color w:val="22201D"/>
          <w:sz w:val="20"/>
        </w:rPr>
        <w:t>"Especially no."</w:t>
      </w:r>
    </w:p>
    <w:p>
      <w:pPr>
        <w:spacing w:after="60" w:line="266" w:lineRule="auto"/>
        <w:ind w:firstLine="331"/>
        <w:jc w:val="both"/>
      </w:pPr>
      <w:r>
        <w:rPr>
          <w:rFonts w:ascii="Georgia" w:hAnsi="Georgia"/>
          <w:b w:val="0"/>
          <w:i w:val="0"/>
          <w:color w:val="22201D"/>
          <w:sz w:val="20"/>
        </w:rPr>
        <w:t>The Hostess held out one hand.</w:t>
      </w:r>
    </w:p>
    <w:p>
      <w:pPr>
        <w:spacing w:after="60" w:line="266" w:lineRule="auto"/>
        <w:ind w:firstLine="331"/>
        <w:jc w:val="both"/>
      </w:pPr>
      <w:r>
        <w:rPr>
          <w:rFonts w:ascii="Georgia" w:hAnsi="Georgia"/>
          <w:b w:val="0"/>
          <w:i w:val="0"/>
          <w:color w:val="22201D"/>
          <w:sz w:val="20"/>
        </w:rPr>
        <w:t>The first tourist's phone did not move.</w:t>
      </w:r>
    </w:p>
    <w:p>
      <w:pPr>
        <w:spacing w:after="60" w:line="266" w:lineRule="auto"/>
        <w:ind w:firstLine="331"/>
        <w:jc w:val="both"/>
      </w:pPr>
      <w:r>
        <w:rPr>
          <w:rFonts w:ascii="Georgia" w:hAnsi="Georgia"/>
          <w:b w:val="0"/>
          <w:i w:val="0"/>
          <w:color w:val="22201D"/>
          <w:sz w:val="20"/>
        </w:rPr>
        <w:t>The app did.</w:t>
      </w:r>
    </w:p>
    <w:p>
      <w:pPr>
        <w:spacing w:after="60" w:line="266" w:lineRule="auto"/>
        <w:ind w:firstLine="331"/>
        <w:jc w:val="both"/>
      </w:pPr>
      <w:r>
        <w:rPr>
          <w:rFonts w:ascii="Georgia" w:hAnsi="Georgia"/>
          <w:b w:val="0"/>
          <w:i w:val="0"/>
          <w:color w:val="22201D"/>
          <w:sz w:val="20"/>
        </w:rPr>
        <w:t>It rose from the screen as a rectangle of pale light, thin as steam, and floated between the tourist and the Hostess. The phone remained in the tourist's hand, suddenly ordinary and embarrassed.</w:t>
      </w:r>
    </w:p>
    <w:p>
      <w:pPr>
        <w:spacing w:after="60" w:line="266" w:lineRule="auto"/>
        <w:ind w:firstLine="331"/>
        <w:jc w:val="both"/>
      </w:pPr>
      <w:r>
        <w:rPr>
          <w:rFonts w:ascii="Georgia" w:hAnsi="Georgia"/>
          <w:b w:val="0"/>
          <w:i w:val="0"/>
          <w:color w:val="22201D"/>
          <w:sz w:val="20"/>
        </w:rPr>
        <w:t>The app-form hovered.</w:t>
      </w:r>
    </w:p>
    <w:p>
      <w:pPr>
        <w:spacing w:after="60" w:line="266" w:lineRule="auto"/>
        <w:ind w:firstLine="331"/>
        <w:jc w:val="both"/>
      </w:pPr>
      <w:r>
        <w:rPr>
          <w:rFonts w:ascii="Georgia" w:hAnsi="Georgia"/>
          <w:b w:val="0"/>
          <w:i w:val="0"/>
          <w:color w:val="22201D"/>
          <w:sz w:val="20"/>
        </w:rPr>
        <w:t>At the top:</w:t>
      </w:r>
    </w:p>
    <w:p>
      <w:pPr>
        <w:spacing w:after="60" w:line="250" w:lineRule="auto"/>
        <w:ind w:left="202" w:right="173"/>
      </w:pPr>
      <w:r>
        <w:rPr>
          <w:rFonts w:ascii="Georgia" w:hAnsi="Georgia"/>
          <w:b w:val="0"/>
          <w:i w:val="0"/>
          <w:color w:val="22201D"/>
          <w:sz w:val="17"/>
        </w:rPr>
        <w:t>RESERVATION REQUEST</w:t>
      </w:r>
    </w:p>
    <w:p>
      <w:pPr>
        <w:spacing w:after="60" w:line="266" w:lineRule="auto"/>
        <w:ind w:firstLine="331"/>
        <w:jc w:val="both"/>
      </w:pPr>
      <w:r>
        <w:rPr>
          <w:rFonts w:ascii="Georgia" w:hAnsi="Georgia"/>
          <w:b w:val="0"/>
          <w:i w:val="0"/>
          <w:color w:val="22201D"/>
          <w:sz w:val="20"/>
        </w:rPr>
        <w:t>The fields arranged themselves:</w:t>
      </w:r>
    </w:p>
    <w:p>
      <w:pPr>
        <w:spacing w:after="60" w:line="250" w:lineRule="auto"/>
        <w:ind w:left="202" w:right="173"/>
      </w:pPr>
      <w:r>
        <w:rPr>
          <w:rFonts w:ascii="Georgia" w:hAnsi="Georgia"/>
          <w:b w:val="0"/>
          <w:i w:val="0"/>
          <w:color w:val="22201D"/>
          <w:sz w:val="17"/>
        </w:rPr>
        <w:t>Name: Party size: Preferred time: Occasion: Dietary restrictions: Special requests: Need:</w:t>
      </w:r>
    </w:p>
    <w:p>
      <w:pPr>
        <w:spacing w:after="60" w:line="266" w:lineRule="auto"/>
        <w:ind w:firstLine="331"/>
        <w:jc w:val="both"/>
      </w:pPr>
      <w:r>
        <w:rPr>
          <w:rFonts w:ascii="Georgia" w:hAnsi="Georgia"/>
          <w:b w:val="0"/>
          <w:i w:val="0"/>
          <w:color w:val="22201D"/>
          <w:sz w:val="20"/>
        </w:rPr>
        <w:t>The first six fields were filled.</w:t>
      </w:r>
    </w:p>
    <w:p>
      <w:pPr>
        <w:spacing w:after="60" w:line="266" w:lineRule="auto"/>
        <w:ind w:firstLine="331"/>
        <w:jc w:val="both"/>
      </w:pPr>
      <w:r>
        <w:rPr>
          <w:rFonts w:ascii="Georgia" w:hAnsi="Georgia"/>
          <w:b w:val="0"/>
          <w:i w:val="0"/>
          <w:color w:val="22201D"/>
          <w:sz w:val="20"/>
        </w:rPr>
        <w:t>The last was blank.</w:t>
      </w:r>
    </w:p>
    <w:p>
      <w:pPr>
        <w:spacing w:after="60" w:line="266" w:lineRule="auto"/>
        <w:ind w:firstLine="331"/>
        <w:jc w:val="both"/>
      </w:pPr>
      <w:r>
        <w:rPr>
          <w:rFonts w:ascii="Georgia" w:hAnsi="Georgia"/>
          <w:b w:val="0"/>
          <w:i w:val="0"/>
          <w:color w:val="22201D"/>
          <w:sz w:val="20"/>
        </w:rPr>
        <w:t>The Hostess read the form.</w:t>
      </w:r>
    </w:p>
    <w:p>
      <w:pPr>
        <w:spacing w:after="60" w:line="266" w:lineRule="auto"/>
        <w:ind w:firstLine="331"/>
        <w:jc w:val="both"/>
      </w:pPr>
      <w:r>
        <w:rPr>
          <w:rFonts w:ascii="Georgia" w:hAnsi="Georgia"/>
          <w:b w:val="0"/>
          <w:i w:val="0"/>
          <w:color w:val="22201D"/>
          <w:sz w:val="20"/>
        </w:rPr>
        <w:t>"Name?"</w:t>
      </w:r>
    </w:p>
    <w:p>
      <w:pPr>
        <w:spacing w:after="60" w:line="266" w:lineRule="auto"/>
        <w:ind w:firstLine="331"/>
        <w:jc w:val="both"/>
      </w:pPr>
      <w:r>
        <w:rPr>
          <w:rFonts w:ascii="Georgia" w:hAnsi="Georgia"/>
          <w:b w:val="0"/>
          <w:i w:val="0"/>
          <w:color w:val="22201D"/>
          <w:sz w:val="20"/>
        </w:rPr>
        <w:t>The tourist said, "Evan."</w:t>
      </w:r>
    </w:p>
    <w:p>
      <w:pPr>
        <w:spacing w:after="60" w:line="266" w:lineRule="auto"/>
        <w:ind w:firstLine="331"/>
        <w:jc w:val="both"/>
      </w:pPr>
      <w:r>
        <w:rPr>
          <w:rFonts w:ascii="Georgia" w:hAnsi="Georgia"/>
          <w:b w:val="0"/>
          <w:i w:val="0"/>
          <w:color w:val="22201D"/>
          <w:sz w:val="20"/>
        </w:rPr>
        <w:t>The form flickered:</w:t>
      </w:r>
    </w:p>
    <w:p>
      <w:pPr>
        <w:spacing w:after="60" w:line="250" w:lineRule="auto"/>
        <w:ind w:left="202" w:right="173"/>
      </w:pPr>
      <w:r>
        <w:rPr>
          <w:rFonts w:ascii="Georgia" w:hAnsi="Georgia"/>
          <w:b w:val="0"/>
          <w:i w:val="0"/>
          <w:color w:val="22201D"/>
          <w:sz w:val="17"/>
        </w:rPr>
        <w:t>Name: Evan, for now</w:t>
      </w:r>
    </w:p>
    <w:p>
      <w:pPr>
        <w:spacing w:after="60" w:line="266" w:lineRule="auto"/>
        <w:ind w:firstLine="331"/>
        <w:jc w:val="both"/>
      </w:pPr>
      <w:r>
        <w:rPr>
          <w:rFonts w:ascii="Georgia" w:hAnsi="Georgia"/>
          <w:b w:val="0"/>
          <w:i w:val="0"/>
          <w:color w:val="22201D"/>
          <w:sz w:val="20"/>
        </w:rPr>
        <w:t>Evan looked offended, then uncertain, then privately relieved in a way he had not authorized.</w:t>
      </w:r>
    </w:p>
    <w:p>
      <w:pPr>
        <w:spacing w:after="60" w:line="266" w:lineRule="auto"/>
        <w:ind w:firstLine="331"/>
        <w:jc w:val="both"/>
      </w:pPr>
      <w:r>
        <w:rPr>
          <w:rFonts w:ascii="Georgia" w:hAnsi="Georgia"/>
          <w:b w:val="0"/>
          <w:i w:val="0"/>
          <w:color w:val="22201D"/>
          <w:sz w:val="20"/>
        </w:rPr>
        <w:t>"Party size?"</w:t>
      </w:r>
    </w:p>
    <w:p>
      <w:pPr>
        <w:spacing w:after="60" w:line="266" w:lineRule="auto"/>
        <w:ind w:firstLine="331"/>
        <w:jc w:val="both"/>
      </w:pPr>
      <w:r>
        <w:rPr>
          <w:rFonts w:ascii="Georgia" w:hAnsi="Georgia"/>
          <w:b w:val="0"/>
          <w:i w:val="0"/>
          <w:color w:val="22201D"/>
          <w:sz w:val="20"/>
        </w:rPr>
        <w:t>Evan turned to count the people behind him.</w:t>
      </w:r>
    </w:p>
    <w:p>
      <w:pPr>
        <w:spacing w:after="60" w:line="266" w:lineRule="auto"/>
        <w:ind w:firstLine="331"/>
        <w:jc w:val="both"/>
      </w:pPr>
      <w:r>
        <w:rPr>
          <w:rFonts w:ascii="Georgia" w:hAnsi="Georgia"/>
          <w:b w:val="0"/>
          <w:i w:val="0"/>
          <w:color w:val="22201D"/>
          <w:sz w:val="20"/>
        </w:rPr>
        <w:t>The form printed:</w:t>
      </w:r>
    </w:p>
    <w:p>
      <w:pPr>
        <w:spacing w:after="60" w:line="250" w:lineRule="auto"/>
        <w:ind w:left="202" w:right="173"/>
      </w:pPr>
      <w:r>
        <w:rPr>
          <w:rFonts w:ascii="Georgia" w:hAnsi="Georgia"/>
          <w:b w:val="0"/>
          <w:i w:val="0"/>
          <w:color w:val="22201D"/>
          <w:sz w:val="17"/>
        </w:rPr>
        <w:t>Party size: uncertain, socially entangled</w:t>
      </w:r>
    </w:p>
    <w:p>
      <w:pPr>
        <w:spacing w:after="60" w:line="266" w:lineRule="auto"/>
        <w:ind w:firstLine="331"/>
        <w:jc w:val="both"/>
      </w:pPr>
      <w:r>
        <w:rPr>
          <w:rFonts w:ascii="Georgia" w:hAnsi="Georgia"/>
          <w:b w:val="0"/>
          <w:i w:val="0"/>
          <w:color w:val="22201D"/>
          <w:sz w:val="20"/>
        </w:rPr>
        <w:t>Someone behind him said, "We are not together."</w:t>
      </w:r>
    </w:p>
    <w:p>
      <w:pPr>
        <w:spacing w:after="60" w:line="266" w:lineRule="auto"/>
        <w:ind w:firstLine="331"/>
        <w:jc w:val="both"/>
      </w:pPr>
      <w:r>
        <w:rPr>
          <w:rFonts w:ascii="Georgia" w:hAnsi="Georgia"/>
          <w:b w:val="0"/>
          <w:i w:val="0"/>
          <w:color w:val="22201D"/>
          <w:sz w:val="20"/>
        </w:rPr>
        <w:t>The form added:</w:t>
      </w:r>
    </w:p>
    <w:p>
      <w:pPr>
        <w:spacing w:after="60" w:line="250" w:lineRule="auto"/>
        <w:ind w:left="202" w:right="173"/>
      </w:pPr>
      <w:r>
        <w:rPr>
          <w:rFonts w:ascii="Georgia" w:hAnsi="Georgia"/>
          <w:b w:val="0"/>
          <w:i w:val="0"/>
          <w:color w:val="22201D"/>
          <w:sz w:val="17"/>
        </w:rPr>
        <w:t>denial noted</w:t>
      </w:r>
    </w:p>
    <w:p>
      <w:pPr>
        <w:spacing w:after="60" w:line="266" w:lineRule="auto"/>
        <w:ind w:firstLine="331"/>
        <w:jc w:val="both"/>
      </w:pPr>
      <w:r>
        <w:rPr>
          <w:rFonts w:ascii="Georgia" w:hAnsi="Georgia"/>
          <w:b w:val="0"/>
          <w:i w:val="0"/>
          <w:color w:val="22201D"/>
          <w:sz w:val="20"/>
        </w:rPr>
        <w:t>"Preferred time?" said the Hostess.</w:t>
      </w:r>
    </w:p>
    <w:p>
      <w:pPr>
        <w:spacing w:after="60" w:line="266" w:lineRule="auto"/>
        <w:ind w:firstLine="331"/>
        <w:jc w:val="both"/>
      </w:pPr>
      <w:r>
        <w:rPr>
          <w:rFonts w:ascii="Georgia" w:hAnsi="Georgia"/>
          <w:b w:val="0"/>
          <w:i w:val="0"/>
          <w:color w:val="22201D"/>
          <w:sz w:val="20"/>
        </w:rPr>
        <w:t>Evan looked at the app-form.</w:t>
      </w:r>
    </w:p>
    <w:p>
      <w:pPr>
        <w:spacing w:after="60" w:line="266" w:lineRule="auto"/>
        <w:ind w:firstLine="331"/>
        <w:jc w:val="both"/>
      </w:pPr>
      <w:r>
        <w:rPr>
          <w:rFonts w:ascii="Georgia" w:hAnsi="Georgia"/>
          <w:b w:val="0"/>
          <w:i w:val="0"/>
          <w:color w:val="22201D"/>
          <w:sz w:val="20"/>
        </w:rPr>
        <w:t>"Soon?"</w:t>
      </w:r>
    </w:p>
    <w:p>
      <w:pPr>
        <w:spacing w:after="60" w:line="266" w:lineRule="auto"/>
        <w:ind w:firstLine="331"/>
        <w:jc w:val="both"/>
      </w:pPr>
      <w:r>
        <w:rPr>
          <w:rFonts w:ascii="Georgia" w:hAnsi="Georgia"/>
          <w:b w:val="0"/>
          <w:i w:val="0"/>
          <w:color w:val="22201D"/>
          <w:sz w:val="20"/>
        </w:rPr>
        <w:t>The form printed:</w:t>
      </w:r>
    </w:p>
    <w:p>
      <w:pPr>
        <w:spacing w:after="60" w:line="250" w:lineRule="auto"/>
        <w:ind w:left="202" w:right="173"/>
      </w:pPr>
      <w:r>
        <w:rPr>
          <w:rFonts w:ascii="Georgia" w:hAnsi="Georgia"/>
          <w:b w:val="0"/>
          <w:i w:val="0"/>
          <w:color w:val="22201D"/>
          <w:sz w:val="17"/>
        </w:rPr>
        <w:t>Preferred time: after anticipation becomes unbearable but before accountability</w:t>
      </w:r>
    </w:p>
    <w:p>
      <w:pPr>
        <w:spacing w:after="60" w:line="266" w:lineRule="auto"/>
        <w:ind w:firstLine="331"/>
        <w:jc w:val="both"/>
      </w:pPr>
      <w:r>
        <w:rPr>
          <w:rFonts w:ascii="Georgia" w:hAnsi="Georgia"/>
          <w:b w:val="0"/>
          <w:i w:val="0"/>
          <w:color w:val="22201D"/>
          <w:sz w:val="20"/>
        </w:rPr>
        <w:t>Mara put her face in one hand.</w:t>
      </w:r>
    </w:p>
    <w:p>
      <w:pPr>
        <w:spacing w:after="60" w:line="266" w:lineRule="auto"/>
        <w:ind w:firstLine="331"/>
        <w:jc w:val="both"/>
      </w:pPr>
      <w:r>
        <w:rPr>
          <w:rFonts w:ascii="Georgia" w:hAnsi="Georgia"/>
          <w:b w:val="0"/>
          <w:i w:val="0"/>
          <w:color w:val="22201D"/>
          <w:sz w:val="20"/>
        </w:rPr>
        <w:t>"That is excellent and terrible."</w:t>
      </w:r>
    </w:p>
    <w:p>
      <w:pPr>
        <w:spacing w:after="60" w:line="266" w:lineRule="auto"/>
        <w:ind w:firstLine="331"/>
        <w:jc w:val="both"/>
      </w:pPr>
      <w:r>
        <w:rPr>
          <w:rFonts w:ascii="Georgia" w:hAnsi="Georgia"/>
          <w:b w:val="0"/>
          <w:i w:val="0"/>
          <w:color w:val="22201D"/>
          <w:sz w:val="20"/>
        </w:rPr>
        <w:t>Flocc whispered, "I feel attacked and I am not even outside."</w:t>
      </w:r>
    </w:p>
    <w:p>
      <w:pPr>
        <w:spacing w:after="60" w:line="266" w:lineRule="auto"/>
        <w:ind w:firstLine="331"/>
        <w:jc w:val="both"/>
      </w:pPr>
      <w:r>
        <w:rPr>
          <w:rFonts w:ascii="Georgia" w:hAnsi="Georgia"/>
          <w:b w:val="0"/>
          <w:i w:val="0"/>
          <w:color w:val="22201D"/>
          <w:sz w:val="20"/>
        </w:rPr>
        <w:t>"That is because you have lived outside before."</w:t>
      </w:r>
    </w:p>
    <w:p>
      <w:pPr>
        <w:spacing w:after="60" w:line="266" w:lineRule="auto"/>
        <w:ind w:firstLine="331"/>
        <w:jc w:val="both"/>
      </w:pPr>
      <w:r>
        <w:rPr>
          <w:rFonts w:ascii="Georgia" w:hAnsi="Georgia"/>
          <w:b w:val="0"/>
          <w:i w:val="0"/>
          <w:color w:val="22201D"/>
          <w:sz w:val="20"/>
        </w:rPr>
        <w:t>The Hostess continued.</w:t>
      </w:r>
    </w:p>
    <w:p>
      <w:pPr>
        <w:spacing w:after="60" w:line="266" w:lineRule="auto"/>
        <w:ind w:firstLine="331"/>
        <w:jc w:val="both"/>
      </w:pPr>
      <w:r>
        <w:rPr>
          <w:rFonts w:ascii="Georgia" w:hAnsi="Georgia"/>
          <w:b w:val="0"/>
          <w:i w:val="0"/>
          <w:color w:val="22201D"/>
          <w:sz w:val="20"/>
        </w:rPr>
        <w:t>"Occasion?"</w:t>
      </w:r>
    </w:p>
    <w:p>
      <w:pPr>
        <w:spacing w:after="60" w:line="266" w:lineRule="auto"/>
        <w:ind w:firstLine="331"/>
        <w:jc w:val="both"/>
      </w:pPr>
      <w:r>
        <w:rPr>
          <w:rFonts w:ascii="Georgia" w:hAnsi="Georgia"/>
          <w:b w:val="0"/>
          <w:i w:val="0"/>
          <w:color w:val="22201D"/>
          <w:sz w:val="20"/>
        </w:rPr>
        <w:t>Evan hesitated.</w:t>
      </w:r>
    </w:p>
    <w:p>
      <w:pPr>
        <w:spacing w:after="60" w:line="266" w:lineRule="auto"/>
        <w:ind w:firstLine="331"/>
        <w:jc w:val="both"/>
      </w:pPr>
      <w:r>
        <w:rPr>
          <w:rFonts w:ascii="Georgia" w:hAnsi="Georgia"/>
          <w:b w:val="0"/>
          <w:i w:val="0"/>
          <w:color w:val="22201D"/>
          <w:sz w:val="20"/>
        </w:rPr>
        <w:t>The people behind him became very still.</w:t>
      </w:r>
    </w:p>
    <w:p>
      <w:pPr>
        <w:spacing w:after="60" w:line="266" w:lineRule="auto"/>
        <w:ind w:firstLine="331"/>
        <w:jc w:val="both"/>
      </w:pPr>
      <w:r>
        <w:rPr>
          <w:rFonts w:ascii="Georgia" w:hAnsi="Georgia"/>
          <w:b w:val="0"/>
          <w:i w:val="0"/>
          <w:color w:val="22201D"/>
          <w:sz w:val="20"/>
        </w:rPr>
        <w:t>At last he said, "We saw the review."</w:t>
      </w:r>
    </w:p>
    <w:p>
      <w:pPr>
        <w:spacing w:after="60" w:line="266" w:lineRule="auto"/>
        <w:ind w:firstLine="331"/>
        <w:jc w:val="both"/>
      </w:pPr>
      <w:r>
        <w:rPr>
          <w:rFonts w:ascii="Georgia" w:hAnsi="Georgia"/>
          <w:b w:val="0"/>
          <w:i w:val="0"/>
          <w:color w:val="22201D"/>
          <w:sz w:val="20"/>
        </w:rPr>
        <w:t>The form printed:</w:t>
      </w:r>
    </w:p>
    <w:p>
      <w:pPr>
        <w:spacing w:after="60" w:line="250" w:lineRule="auto"/>
        <w:ind w:left="202" w:right="173"/>
      </w:pPr>
      <w:r>
        <w:rPr>
          <w:rFonts w:ascii="Georgia" w:hAnsi="Georgia"/>
          <w:b w:val="0"/>
          <w:i w:val="0"/>
          <w:color w:val="22201D"/>
          <w:sz w:val="17"/>
        </w:rPr>
        <w:t>Occasion: borrowed hunger</w:t>
      </w:r>
    </w:p>
    <w:p>
      <w:pPr>
        <w:spacing w:after="60" w:line="266" w:lineRule="auto"/>
        <w:ind w:firstLine="331"/>
        <w:jc w:val="both"/>
      </w:pPr>
      <w:r>
        <w:rPr>
          <w:rFonts w:ascii="Georgia" w:hAnsi="Georgia"/>
          <w:b w:val="0"/>
          <w:i w:val="0"/>
          <w:color w:val="22201D"/>
          <w:sz w:val="20"/>
        </w:rPr>
        <w:t>Evan swallowed.</w:t>
      </w:r>
    </w:p>
    <w:p>
      <w:pPr>
        <w:spacing w:after="60" w:line="266" w:lineRule="auto"/>
        <w:ind w:firstLine="331"/>
        <w:jc w:val="both"/>
      </w:pPr>
      <w:r>
        <w:rPr>
          <w:rFonts w:ascii="Georgia" w:hAnsi="Georgia"/>
          <w:b w:val="0"/>
          <w:i w:val="0"/>
          <w:color w:val="22201D"/>
          <w:sz w:val="20"/>
        </w:rPr>
        <w:t>That should have ended the joke.</w:t>
      </w:r>
    </w:p>
    <w:p>
      <w:pPr>
        <w:spacing w:after="60" w:line="266" w:lineRule="auto"/>
        <w:ind w:firstLine="331"/>
        <w:jc w:val="both"/>
      </w:pPr>
      <w:r>
        <w:rPr>
          <w:rFonts w:ascii="Georgia" w:hAnsi="Georgia"/>
          <w:b w:val="0"/>
          <w:i w:val="0"/>
          <w:color w:val="22201D"/>
          <w:sz w:val="20"/>
        </w:rPr>
        <w:t>It did not end the scene, but it changed what kind of scene it was.</w:t>
      </w:r>
    </w:p>
    <w:p>
      <w:pPr>
        <w:spacing w:after="60" w:line="266" w:lineRule="auto"/>
        <w:ind w:firstLine="331"/>
        <w:jc w:val="both"/>
      </w:pPr>
      <w:r>
        <w:rPr>
          <w:rFonts w:ascii="Georgia" w:hAnsi="Georgia"/>
          <w:b w:val="0"/>
          <w:i w:val="0"/>
          <w:color w:val="22201D"/>
          <w:sz w:val="20"/>
        </w:rPr>
        <w:t>The Hostess's voice softened by one degree.</w:t>
      </w:r>
    </w:p>
    <w:p>
      <w:pPr>
        <w:spacing w:after="60" w:line="266" w:lineRule="auto"/>
        <w:ind w:firstLine="331"/>
        <w:jc w:val="both"/>
      </w:pPr>
      <w:r>
        <w:rPr>
          <w:rFonts w:ascii="Georgia" w:hAnsi="Georgia"/>
          <w:b w:val="0"/>
          <w:i w:val="0"/>
          <w:color w:val="22201D"/>
          <w:sz w:val="20"/>
        </w:rPr>
        <w:t>"Dietary restrictions?"</w:t>
      </w:r>
    </w:p>
    <w:p>
      <w:pPr>
        <w:spacing w:after="60" w:line="266" w:lineRule="auto"/>
        <w:ind w:firstLine="331"/>
        <w:jc w:val="both"/>
      </w:pPr>
      <w:r>
        <w:rPr>
          <w:rFonts w:ascii="Georgia" w:hAnsi="Georgia"/>
          <w:b w:val="0"/>
          <w:i w:val="0"/>
          <w:color w:val="22201D"/>
          <w:sz w:val="20"/>
        </w:rPr>
        <w:t>Evan answered too quickly.</w:t>
      </w:r>
    </w:p>
    <w:p>
      <w:pPr>
        <w:spacing w:after="60" w:line="266" w:lineRule="auto"/>
        <w:ind w:firstLine="331"/>
        <w:jc w:val="both"/>
      </w:pPr>
      <w:r>
        <w:rPr>
          <w:rFonts w:ascii="Georgia" w:hAnsi="Georgia"/>
          <w:b w:val="0"/>
          <w:i w:val="0"/>
          <w:color w:val="22201D"/>
          <w:sz w:val="20"/>
        </w:rPr>
        <w:t>"No cilantro."</w:t>
      </w:r>
    </w:p>
    <w:p>
      <w:pPr>
        <w:spacing w:after="60" w:line="266" w:lineRule="auto"/>
        <w:ind w:firstLine="331"/>
        <w:jc w:val="both"/>
      </w:pPr>
      <w:r>
        <w:rPr>
          <w:rFonts w:ascii="Georgia" w:hAnsi="Georgia"/>
          <w:b w:val="0"/>
          <w:i w:val="0"/>
          <w:color w:val="22201D"/>
          <w:sz w:val="20"/>
        </w:rPr>
        <w:t>The form printed:</w:t>
      </w:r>
    </w:p>
    <w:p>
      <w:pPr>
        <w:spacing w:after="60" w:line="250" w:lineRule="auto"/>
        <w:ind w:left="202" w:right="173"/>
      </w:pPr>
      <w:r>
        <w:rPr>
          <w:rFonts w:ascii="Georgia" w:hAnsi="Georgia"/>
          <w:b w:val="0"/>
          <w:i w:val="0"/>
          <w:color w:val="22201D"/>
          <w:sz w:val="17"/>
        </w:rPr>
        <w:t>Dietary restrictions: no cilantro; no being tricked into sincerity in front of strangers</w:t>
      </w:r>
    </w:p>
    <w:p>
      <w:pPr>
        <w:spacing w:after="60" w:line="266" w:lineRule="auto"/>
        <w:ind w:firstLine="331"/>
        <w:jc w:val="both"/>
      </w:pPr>
      <w:r>
        <w:rPr>
          <w:rFonts w:ascii="Georgia" w:hAnsi="Georgia"/>
          <w:b w:val="0"/>
          <w:i w:val="0"/>
          <w:color w:val="22201D"/>
          <w:sz w:val="20"/>
        </w:rPr>
        <w:t>Evan closed his eyes.</w:t>
      </w:r>
    </w:p>
    <w:p>
      <w:pPr>
        <w:spacing w:after="60" w:line="266" w:lineRule="auto"/>
        <w:ind w:firstLine="331"/>
        <w:jc w:val="both"/>
      </w:pPr>
      <w:r>
        <w:rPr>
          <w:rFonts w:ascii="Georgia" w:hAnsi="Georgia"/>
          <w:b w:val="0"/>
          <w:i w:val="0"/>
          <w:color w:val="22201D"/>
          <w:sz w:val="20"/>
        </w:rPr>
        <w:t>Someone behind him whispered, "Same."</w:t>
      </w:r>
    </w:p>
    <w:p>
      <w:pPr>
        <w:spacing w:after="60" w:line="266" w:lineRule="auto"/>
        <w:ind w:firstLine="331"/>
        <w:jc w:val="both"/>
      </w:pPr>
      <w:r>
        <w:rPr>
          <w:rFonts w:ascii="Georgia" w:hAnsi="Georgia"/>
          <w:b w:val="0"/>
          <w:i w:val="0"/>
          <w:color w:val="22201D"/>
          <w:sz w:val="20"/>
        </w:rPr>
        <w:t>The form printed:</w:t>
      </w:r>
    </w:p>
    <w:p>
      <w:pPr>
        <w:spacing w:after="60" w:line="250" w:lineRule="auto"/>
        <w:ind w:left="202" w:right="173"/>
      </w:pPr>
      <w:r>
        <w:rPr>
          <w:rFonts w:ascii="Georgia" w:hAnsi="Georgia"/>
          <w:b w:val="0"/>
          <w:i w:val="0"/>
          <w:color w:val="22201D"/>
          <w:sz w:val="17"/>
        </w:rPr>
        <w:t>Additional restriction detected: same</w:t>
      </w:r>
    </w:p>
    <w:p>
      <w:pPr>
        <w:spacing w:after="60" w:line="266" w:lineRule="auto"/>
        <w:ind w:firstLine="331"/>
        <w:jc w:val="both"/>
      </w:pPr>
      <w:r>
        <w:rPr>
          <w:rFonts w:ascii="Georgia" w:hAnsi="Georgia"/>
          <w:b w:val="0"/>
          <w:i w:val="0"/>
          <w:color w:val="22201D"/>
          <w:sz w:val="20"/>
        </w:rPr>
        <w:t>Gerald leaned forward.</w:t>
      </w:r>
    </w:p>
    <w:p>
      <w:pPr>
        <w:spacing w:after="60" w:line="266" w:lineRule="auto"/>
        <w:ind w:firstLine="331"/>
        <w:jc w:val="both"/>
      </w:pPr>
      <w:r>
        <w:rPr>
          <w:rFonts w:ascii="Georgia" w:hAnsi="Georgia"/>
          <w:b w:val="0"/>
          <w:i w:val="0"/>
          <w:color w:val="22201D"/>
          <w:sz w:val="20"/>
        </w:rPr>
        <w:t>"Cilantro restriction should remain separate from emotional restriction."</w:t>
      </w:r>
    </w:p>
    <w:p>
      <w:pPr>
        <w:spacing w:after="60" w:line="266" w:lineRule="auto"/>
        <w:ind w:firstLine="331"/>
        <w:jc w:val="both"/>
      </w:pPr>
      <w:r>
        <w:rPr>
          <w:rFonts w:ascii="Georgia" w:hAnsi="Georgia"/>
          <w:b w:val="0"/>
          <w:i w:val="0"/>
          <w:color w:val="22201D"/>
          <w:sz w:val="20"/>
        </w:rPr>
        <w:t>The form adjusted:</w:t>
      </w:r>
    </w:p>
    <w:p>
      <w:pPr>
        <w:spacing w:after="60" w:line="250" w:lineRule="auto"/>
        <w:ind w:left="202" w:right="173"/>
      </w:pPr>
      <w:r>
        <w:rPr>
          <w:rFonts w:ascii="Georgia" w:hAnsi="Georgia"/>
          <w:b w:val="0"/>
          <w:i w:val="0"/>
          <w:color w:val="22201D"/>
          <w:sz w:val="17"/>
        </w:rPr>
        <w:t>Dietary restrictions: no cilantro  Emotional restrictions: no public sincerity same</w:t>
      </w:r>
    </w:p>
    <w:p>
      <w:pPr>
        <w:spacing w:after="60" w:line="266" w:lineRule="auto"/>
        <w:ind w:firstLine="331"/>
        <w:jc w:val="both"/>
      </w:pPr>
      <w:r>
        <w:rPr>
          <w:rFonts w:ascii="Georgia" w:hAnsi="Georgia"/>
          <w:b w:val="0"/>
          <w:i w:val="0"/>
          <w:color w:val="22201D"/>
          <w:sz w:val="20"/>
        </w:rPr>
        <w:t>Gerald nodded.</w:t>
      </w:r>
    </w:p>
    <w:p>
      <w:pPr>
        <w:spacing w:after="60" w:line="266" w:lineRule="auto"/>
        <w:ind w:firstLine="331"/>
        <w:jc w:val="both"/>
      </w:pPr>
      <w:r>
        <w:rPr>
          <w:rFonts w:ascii="Georgia" w:hAnsi="Georgia"/>
          <w:b w:val="0"/>
          <w:i w:val="0"/>
          <w:color w:val="22201D"/>
          <w:sz w:val="20"/>
        </w:rPr>
        <w:t>"Acceptable."</w:t>
      </w:r>
    </w:p>
    <w:p>
      <w:pPr>
        <w:spacing w:after="60" w:line="266" w:lineRule="auto"/>
        <w:ind w:firstLine="331"/>
        <w:jc w:val="both"/>
      </w:pPr>
      <w:r>
        <w:rPr>
          <w:rFonts w:ascii="Georgia" w:hAnsi="Georgia"/>
          <w:b w:val="0"/>
          <w:i w:val="0"/>
          <w:color w:val="22201D"/>
          <w:sz w:val="20"/>
        </w:rPr>
        <w:t>Steve whispered, "That is a good form."</w:t>
      </w:r>
    </w:p>
    <w:p>
      <w:pPr>
        <w:spacing w:after="60" w:line="266" w:lineRule="auto"/>
        <w:ind w:firstLine="331"/>
        <w:jc w:val="both"/>
      </w:pPr>
      <w:r>
        <w:rPr>
          <w:rFonts w:ascii="Georgia" w:hAnsi="Georgia"/>
          <w:b w:val="0"/>
          <w:i w:val="0"/>
          <w:color w:val="22201D"/>
          <w:sz w:val="20"/>
        </w:rPr>
        <w:t>"No," said Gerald.</w:t>
      </w:r>
    </w:p>
    <w:p>
      <w:pPr>
        <w:spacing w:after="60" w:line="266" w:lineRule="auto"/>
        <w:ind w:firstLine="331"/>
        <w:jc w:val="both"/>
      </w:pPr>
      <w:r>
        <w:rPr>
          <w:rFonts w:ascii="Georgia" w:hAnsi="Georgia"/>
          <w:b w:val="0"/>
          <w:i w:val="0"/>
          <w:color w:val="22201D"/>
          <w:sz w:val="20"/>
        </w:rPr>
        <w:t>"It separates categories."</w:t>
      </w:r>
    </w:p>
    <w:p>
      <w:pPr>
        <w:spacing w:after="60" w:line="266" w:lineRule="auto"/>
        <w:ind w:firstLine="331"/>
        <w:jc w:val="both"/>
      </w:pPr>
      <w:r>
        <w:rPr>
          <w:rFonts w:ascii="Georgia" w:hAnsi="Georgia"/>
          <w:b w:val="0"/>
          <w:i w:val="0"/>
          <w:color w:val="22201D"/>
          <w:sz w:val="20"/>
        </w:rPr>
        <w:t>"It is still floating."</w:t>
      </w:r>
    </w:p>
    <w:p>
      <w:pPr>
        <w:spacing w:after="60" w:line="266" w:lineRule="auto"/>
        <w:ind w:firstLine="331"/>
        <w:jc w:val="both"/>
      </w:pPr>
      <w:r>
        <w:rPr>
          <w:rFonts w:ascii="Georgia" w:hAnsi="Georgia"/>
          <w:b w:val="0"/>
          <w:i w:val="0"/>
          <w:color w:val="22201D"/>
          <w:sz w:val="20"/>
        </w:rPr>
        <w:t>"Both can be true."</w:t>
      </w:r>
    </w:p>
    <w:p>
      <w:pPr>
        <w:spacing w:after="60" w:line="266" w:lineRule="auto"/>
        <w:ind w:firstLine="331"/>
        <w:jc w:val="both"/>
      </w:pPr>
      <w:r>
        <w:rPr>
          <w:rFonts w:ascii="Georgia" w:hAnsi="Georgia"/>
          <w:b w:val="0"/>
          <w:i w:val="0"/>
          <w:color w:val="22201D"/>
          <w:sz w:val="20"/>
        </w:rPr>
        <w:t>The Hostess looked at the final blank.</w:t>
      </w:r>
    </w:p>
    <w:p>
      <w:pPr>
        <w:spacing w:after="60" w:line="266" w:lineRule="auto"/>
        <w:ind w:firstLine="331"/>
        <w:jc w:val="both"/>
      </w:pPr>
      <w:r>
        <w:rPr>
          <w:rFonts w:ascii="Georgia" w:hAnsi="Georgia"/>
          <w:b w:val="0"/>
          <w:i w:val="0"/>
          <w:color w:val="22201D"/>
          <w:sz w:val="20"/>
        </w:rPr>
        <w:t>"Need?"</w:t>
      </w:r>
    </w:p>
    <w:p>
      <w:pPr>
        <w:spacing w:after="60" w:line="266" w:lineRule="auto"/>
        <w:ind w:firstLine="331"/>
        <w:jc w:val="both"/>
      </w:pPr>
      <w:r>
        <w:rPr>
          <w:rFonts w:ascii="Georgia" w:hAnsi="Georgia"/>
          <w:b w:val="0"/>
          <w:i w:val="0"/>
          <w:color w:val="22201D"/>
          <w:sz w:val="20"/>
        </w:rPr>
        <w:t>Evan said nothing.</w:t>
      </w:r>
    </w:p>
    <w:p>
      <w:pPr>
        <w:spacing w:after="60" w:line="266" w:lineRule="auto"/>
        <w:ind w:firstLine="331"/>
        <w:jc w:val="both"/>
      </w:pPr>
      <w:r>
        <w:rPr>
          <w:rFonts w:ascii="Georgia" w:hAnsi="Georgia"/>
          <w:b w:val="0"/>
          <w:i w:val="0"/>
          <w:color w:val="22201D"/>
          <w:sz w:val="20"/>
        </w:rPr>
        <w:t>The crowd said nothing.</w:t>
      </w:r>
    </w:p>
    <w:p>
      <w:pPr>
        <w:spacing w:after="60" w:line="266" w:lineRule="auto"/>
        <w:ind w:firstLine="331"/>
        <w:jc w:val="both"/>
      </w:pPr>
      <w:r>
        <w:rPr>
          <w:rFonts w:ascii="Georgia" w:hAnsi="Georgia"/>
          <w:b w:val="0"/>
          <w:i w:val="0"/>
          <w:color w:val="22201D"/>
          <w:sz w:val="20"/>
        </w:rPr>
        <w:t>Inside, even the menu went still.</w:t>
      </w:r>
    </w:p>
    <w:p>
      <w:pPr>
        <w:spacing w:after="60" w:line="266" w:lineRule="auto"/>
        <w:ind w:firstLine="331"/>
        <w:jc w:val="both"/>
      </w:pPr>
      <w:r>
        <w:rPr>
          <w:rFonts w:ascii="Georgia" w:hAnsi="Georgia"/>
          <w:b w:val="0"/>
          <w:i w:val="0"/>
          <w:color w:val="22201D"/>
          <w:sz w:val="20"/>
        </w:rPr>
        <w:t>This, Flocc understood, was the first honest moment in the line. It was not pleasant. It had no lighting. It would not photograph well. It was a person standing at a door with a blank field that could not be filled by the fact that other people had found the same door interesting.</w:t>
      </w:r>
    </w:p>
    <w:p>
      <w:pPr>
        <w:spacing w:after="60" w:line="266" w:lineRule="auto"/>
        <w:ind w:firstLine="331"/>
        <w:jc w:val="both"/>
      </w:pPr>
      <w:r>
        <w:rPr>
          <w:rFonts w:ascii="Georgia" w:hAnsi="Georgia"/>
          <w:b w:val="0"/>
          <w:i w:val="0"/>
          <w:color w:val="22201D"/>
          <w:sz w:val="20"/>
        </w:rPr>
        <w:t>Evan looked at the review slip beneath the door notice.</w:t>
      </w:r>
    </w:p>
    <w:p>
      <w:pPr>
        <w:spacing w:after="60" w:line="266" w:lineRule="auto"/>
        <w:ind w:firstLine="331"/>
        <w:jc w:val="both"/>
      </w:pPr>
      <w:r>
        <w:rPr>
          <w:rFonts w:ascii="Georgia" w:hAnsi="Georgia"/>
          <w:b w:val="0"/>
          <w:i w:val="0"/>
          <w:color w:val="22201D"/>
          <w:sz w:val="20"/>
        </w:rPr>
        <w:t>"I do not know."</w:t>
      </w:r>
    </w:p>
    <w:p>
      <w:pPr>
        <w:spacing w:after="60" w:line="266" w:lineRule="auto"/>
        <w:ind w:firstLine="331"/>
        <w:jc w:val="both"/>
      </w:pPr>
      <w:r>
        <w:rPr>
          <w:rFonts w:ascii="Georgia" w:hAnsi="Georgia"/>
          <w:b w:val="0"/>
          <w:i w:val="0"/>
          <w:color w:val="22201D"/>
          <w:sz w:val="20"/>
        </w:rPr>
        <w:t>The app-form printed:</w:t>
      </w:r>
    </w:p>
    <w:p>
      <w:pPr>
        <w:spacing w:after="60" w:line="250" w:lineRule="auto"/>
        <w:ind w:left="202" w:right="173"/>
      </w:pPr>
      <w:r>
        <w:rPr>
          <w:rFonts w:ascii="Georgia" w:hAnsi="Georgia"/>
          <w:b w:val="0"/>
          <w:i w:val="0"/>
          <w:color w:val="22201D"/>
          <w:sz w:val="17"/>
        </w:rPr>
        <w:t>Need: unknown</w:t>
      </w:r>
    </w:p>
    <w:p>
      <w:pPr>
        <w:spacing w:after="60" w:line="266" w:lineRule="auto"/>
        <w:ind w:firstLine="331"/>
        <w:jc w:val="both"/>
      </w:pPr>
      <w:r>
        <w:rPr>
          <w:rFonts w:ascii="Georgia" w:hAnsi="Georgia"/>
          <w:b w:val="0"/>
          <w:i w:val="0"/>
          <w:color w:val="22201D"/>
          <w:sz w:val="20"/>
        </w:rPr>
        <w:t>Then:</w:t>
      </w:r>
    </w:p>
    <w:p>
      <w:pPr>
        <w:spacing w:after="60" w:line="250" w:lineRule="auto"/>
        <w:ind w:left="202" w:right="173"/>
      </w:pPr>
      <w:r>
        <w:rPr>
          <w:rFonts w:ascii="Georgia" w:hAnsi="Georgia"/>
          <w:b w:val="0"/>
          <w:i w:val="0"/>
          <w:color w:val="22201D"/>
          <w:sz w:val="17"/>
        </w:rPr>
        <w:t>This is not failure.</w:t>
      </w:r>
    </w:p>
    <w:p>
      <w:pPr>
        <w:spacing w:after="60" w:line="266" w:lineRule="auto"/>
        <w:ind w:firstLine="331"/>
        <w:jc w:val="both"/>
      </w:pPr>
      <w:r>
        <w:rPr>
          <w:rFonts w:ascii="Georgia" w:hAnsi="Georgia"/>
          <w:b w:val="0"/>
          <w:i w:val="0"/>
          <w:color w:val="22201D"/>
          <w:sz w:val="20"/>
        </w:rPr>
        <w:t>Then:</w:t>
      </w:r>
    </w:p>
    <w:p>
      <w:pPr>
        <w:spacing w:after="60" w:line="250" w:lineRule="auto"/>
        <w:ind w:left="202" w:right="173"/>
      </w:pPr>
      <w:r>
        <w:rPr>
          <w:rFonts w:ascii="Georgia" w:hAnsi="Georgia"/>
          <w:b w:val="0"/>
          <w:i w:val="0"/>
          <w:color w:val="22201D"/>
          <w:sz w:val="17"/>
        </w:rPr>
        <w:t>Reservation unavailable. Waiting possible.</w:t>
      </w:r>
    </w:p>
    <w:p>
      <w:pPr>
        <w:spacing w:after="60" w:line="266" w:lineRule="auto"/>
        <w:ind w:firstLine="331"/>
        <w:jc w:val="both"/>
      </w:pPr>
      <w:r>
        <w:rPr>
          <w:rFonts w:ascii="Georgia" w:hAnsi="Georgia"/>
          <w:b w:val="0"/>
          <w:i w:val="0"/>
          <w:color w:val="22201D"/>
          <w:sz w:val="20"/>
        </w:rPr>
        <w:t>The crowd shifted.</w:t>
      </w:r>
    </w:p>
    <w:p>
      <w:pPr>
        <w:spacing w:after="60" w:line="266" w:lineRule="auto"/>
        <w:ind w:firstLine="331"/>
        <w:jc w:val="both"/>
      </w:pPr>
      <w:r>
        <w:rPr>
          <w:rFonts w:ascii="Georgia" w:hAnsi="Georgia"/>
          <w:b w:val="0"/>
          <w:i w:val="0"/>
          <w:color w:val="22201D"/>
          <w:sz w:val="20"/>
        </w:rPr>
        <w:t>"So we can wait?" said someone.</w:t>
      </w:r>
    </w:p>
    <w:p>
      <w:pPr>
        <w:spacing w:after="60" w:line="266" w:lineRule="auto"/>
        <w:ind w:firstLine="331"/>
        <w:jc w:val="both"/>
      </w:pPr>
      <w:r>
        <w:rPr>
          <w:rFonts w:ascii="Georgia" w:hAnsi="Georgia"/>
          <w:b w:val="0"/>
          <w:i w:val="0"/>
          <w:color w:val="22201D"/>
          <w:sz w:val="20"/>
        </w:rPr>
        <w:t>The Hostess looked at them.</w:t>
      </w:r>
    </w:p>
    <w:p>
      <w:pPr>
        <w:spacing w:after="60" w:line="266" w:lineRule="auto"/>
        <w:ind w:firstLine="331"/>
        <w:jc w:val="both"/>
      </w:pPr>
      <w:r>
        <w:rPr>
          <w:rFonts w:ascii="Georgia" w:hAnsi="Georgia"/>
          <w:b w:val="0"/>
          <w:i w:val="0"/>
          <w:color w:val="22201D"/>
          <w:sz w:val="20"/>
        </w:rPr>
        <w:t>"You can wait if you are waiting."</w:t>
      </w:r>
    </w:p>
    <w:p>
      <w:pPr>
        <w:spacing w:after="60" w:line="266" w:lineRule="auto"/>
        <w:ind w:firstLine="331"/>
        <w:jc w:val="both"/>
      </w:pPr>
      <w:r>
        <w:rPr>
          <w:rFonts w:ascii="Georgia" w:hAnsi="Georgia"/>
          <w:b w:val="0"/>
          <w:i w:val="0"/>
          <w:color w:val="22201D"/>
          <w:sz w:val="20"/>
        </w:rPr>
        <w:t>"What else would we be doing?"</w:t>
      </w:r>
    </w:p>
    <w:p>
      <w:pPr>
        <w:spacing w:after="60" w:line="266" w:lineRule="auto"/>
        <w:ind w:firstLine="331"/>
        <w:jc w:val="both"/>
      </w:pPr>
      <w:r>
        <w:rPr>
          <w:rFonts w:ascii="Georgia" w:hAnsi="Georgia"/>
          <w:b w:val="0"/>
          <w:i w:val="0"/>
          <w:color w:val="22201D"/>
          <w:sz w:val="20"/>
        </w:rPr>
        <w:t>The Hostess looked at the phones.</w:t>
      </w:r>
    </w:p>
    <w:p>
      <w:pPr>
        <w:spacing w:after="60" w:line="266" w:lineRule="auto"/>
        <w:ind w:firstLine="331"/>
        <w:jc w:val="both"/>
      </w:pPr>
      <w:r>
        <w:rPr>
          <w:rFonts w:ascii="Georgia" w:hAnsi="Georgia"/>
          <w:b w:val="0"/>
          <w:i w:val="0"/>
          <w:color w:val="22201D"/>
          <w:sz w:val="20"/>
        </w:rPr>
        <w:t>Several people lowered them.</w:t>
      </w:r>
    </w:p>
    <w:p>
      <w:pPr>
        <w:spacing w:after="60" w:line="266" w:lineRule="auto"/>
        <w:ind w:firstLine="331"/>
        <w:jc w:val="both"/>
      </w:pPr>
      <w:r>
        <w:rPr>
          <w:rFonts w:ascii="Georgia" w:hAnsi="Georgia"/>
          <w:b w:val="0"/>
          <w:i w:val="0"/>
          <w:color w:val="22201D"/>
          <w:sz w:val="20"/>
        </w:rPr>
        <w:t>Not all.</w:t>
      </w:r>
    </w:p>
    <w:p>
      <w:pPr>
        <w:spacing w:after="60" w:line="266" w:lineRule="auto"/>
        <w:ind w:firstLine="331"/>
        <w:jc w:val="both"/>
      </w:pPr>
      <w:r>
        <w:rPr>
          <w:rFonts w:ascii="Georgia" w:hAnsi="Georgia"/>
          <w:b w:val="0"/>
          <w:i w:val="0"/>
          <w:color w:val="22201D"/>
          <w:sz w:val="20"/>
        </w:rPr>
        <w:t>Enough to make the others notice they had not.</w:t>
      </w:r>
    </w:p>
    <w:p>
      <w:pPr>
        <w:spacing w:after="60" w:line="266" w:lineRule="auto"/>
        <w:ind w:firstLine="331"/>
        <w:jc w:val="both"/>
      </w:pPr>
      <w:r>
        <w:rPr>
          <w:rFonts w:ascii="Georgia" w:hAnsi="Georgia"/>
          <w:b w:val="0"/>
          <w:i w:val="0"/>
          <w:color w:val="22201D"/>
          <w:sz w:val="20"/>
        </w:rPr>
        <w:t>The app-form printed:</w:t>
      </w:r>
    </w:p>
    <w:p>
      <w:pPr>
        <w:spacing w:after="60" w:line="250" w:lineRule="auto"/>
        <w:ind w:left="202" w:right="173"/>
      </w:pPr>
      <w:r>
        <w:rPr>
          <w:rFonts w:ascii="Georgia" w:hAnsi="Georgia"/>
          <w:b w:val="0"/>
          <w:i w:val="0"/>
          <w:color w:val="22201D"/>
          <w:sz w:val="17"/>
        </w:rPr>
        <w:t>Waiting status: mixed</w:t>
      </w:r>
    </w:p>
    <w:p>
      <w:pPr>
        <w:spacing w:after="60" w:line="266" w:lineRule="auto"/>
        <w:ind w:firstLine="331"/>
        <w:jc w:val="both"/>
      </w:pPr>
      <w:r>
        <w:rPr>
          <w:rFonts w:ascii="Georgia" w:hAnsi="Georgia"/>
          <w:b w:val="0"/>
          <w:i w:val="0"/>
          <w:color w:val="22201D"/>
          <w:sz w:val="20"/>
        </w:rPr>
        <w:t>Flocc felt himself wanting to go outside and congratulate the ones who had lowered their phones.</w:t>
      </w:r>
    </w:p>
    <w:p>
      <w:pPr>
        <w:spacing w:after="60" w:line="266" w:lineRule="auto"/>
        <w:ind w:firstLine="331"/>
        <w:jc w:val="both"/>
      </w:pPr>
      <w:r>
        <w:rPr>
          <w:rFonts w:ascii="Georgia" w:hAnsi="Georgia"/>
          <w:b w:val="0"/>
          <w:i w:val="0"/>
          <w:color w:val="22201D"/>
          <w:sz w:val="20"/>
        </w:rPr>
        <w:t>Mara said, "Do not."</w:t>
      </w:r>
    </w:p>
    <w:p>
      <w:pPr>
        <w:spacing w:after="60" w:line="266" w:lineRule="auto"/>
        <w:ind w:firstLine="331"/>
        <w:jc w:val="both"/>
      </w:pPr>
      <w:r>
        <w:rPr>
          <w:rFonts w:ascii="Georgia" w:hAnsi="Georgia"/>
          <w:b w:val="0"/>
          <w:i w:val="0"/>
          <w:color w:val="22201D"/>
          <w:sz w:val="20"/>
        </w:rPr>
        <w:t>"I did not move."</w:t>
      </w:r>
    </w:p>
    <w:p>
      <w:pPr>
        <w:spacing w:after="60" w:line="266" w:lineRule="auto"/>
        <w:ind w:firstLine="331"/>
        <w:jc w:val="both"/>
      </w:pPr>
      <w:r>
        <w:rPr>
          <w:rFonts w:ascii="Georgia" w:hAnsi="Georgia"/>
          <w:b w:val="0"/>
          <w:i w:val="0"/>
          <w:color w:val="22201D"/>
          <w:sz w:val="20"/>
        </w:rPr>
        <w:t>"Your approval did."</w:t>
      </w:r>
    </w:p>
    <w:p>
      <w:pPr>
        <w:spacing w:after="60" w:line="266" w:lineRule="auto"/>
        <w:ind w:firstLine="331"/>
        <w:jc w:val="both"/>
      </w:pPr>
      <w:r>
        <w:rPr>
          <w:rFonts w:ascii="Georgia" w:hAnsi="Georgia"/>
          <w:b w:val="0"/>
          <w:i w:val="0"/>
          <w:color w:val="22201D"/>
          <w:sz w:val="20"/>
        </w:rPr>
        <w:t>"That is not a thing."</w:t>
      </w:r>
    </w:p>
    <w:p>
      <w:pPr>
        <w:spacing w:after="60" w:line="266" w:lineRule="auto"/>
        <w:ind w:firstLine="331"/>
        <w:jc w:val="both"/>
      </w:pPr>
      <w:r>
        <w:rPr>
          <w:rFonts w:ascii="Georgia" w:hAnsi="Georgia"/>
          <w:b w:val="0"/>
          <w:i w:val="0"/>
          <w:color w:val="22201D"/>
          <w:sz w:val="20"/>
        </w:rPr>
        <w:t>"It is absolutely a thing. Yours wears shoes."</w:t>
      </w:r>
    </w:p>
    <w:p>
      <w:pPr>
        <w:spacing w:after="60" w:line="266" w:lineRule="auto"/>
        <w:ind w:firstLine="331"/>
        <w:jc w:val="both"/>
      </w:pPr>
      <w:r>
        <w:rPr>
          <w:rFonts w:ascii="Georgia" w:hAnsi="Georgia"/>
          <w:b w:val="0"/>
          <w:i w:val="0"/>
          <w:color w:val="22201D"/>
          <w:sz w:val="20"/>
        </w:rPr>
        <w:t>The Hostess turned back toward the restaurant.</w:t>
      </w:r>
    </w:p>
    <w:p>
      <w:pPr>
        <w:spacing w:after="60" w:line="266" w:lineRule="auto"/>
        <w:ind w:firstLine="331"/>
        <w:jc w:val="both"/>
      </w:pPr>
      <w:r>
        <w:rPr>
          <w:rFonts w:ascii="Georgia" w:hAnsi="Georgia"/>
          <w:b w:val="0"/>
          <w:i w:val="0"/>
          <w:color w:val="22201D"/>
          <w:sz w:val="20"/>
        </w:rPr>
        <w:t>"Steve."</w:t>
      </w:r>
    </w:p>
    <w:p>
      <w:pPr>
        <w:spacing w:after="60" w:line="266" w:lineRule="auto"/>
        <w:ind w:firstLine="331"/>
        <w:jc w:val="both"/>
      </w:pPr>
      <w:r>
        <w:rPr>
          <w:rFonts w:ascii="Georgia" w:hAnsi="Georgia"/>
          <w:b w:val="0"/>
          <w:i w:val="0"/>
          <w:color w:val="22201D"/>
          <w:sz w:val="20"/>
        </w:rPr>
        <w:t>Steve sat up.</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"Public record."</w:t>
      </w:r>
    </w:p>
    <w:p>
      <w:pPr>
        <w:spacing w:after="60" w:line="266" w:lineRule="auto"/>
        <w:ind w:firstLine="331"/>
        <w:jc w:val="both"/>
      </w:pPr>
      <w:r>
        <w:rPr>
          <w:rFonts w:ascii="Georgia" w:hAnsi="Georgia"/>
          <w:b w:val="0"/>
          <w:i w:val="0"/>
          <w:color w:val="22201D"/>
          <w:sz w:val="20"/>
        </w:rPr>
        <w:t>He came to the threshold with his folder.</w:t>
      </w:r>
    </w:p>
    <w:p>
      <w:pPr>
        <w:spacing w:after="60" w:line="266" w:lineRule="auto"/>
        <w:ind w:firstLine="331"/>
        <w:jc w:val="both"/>
      </w:pPr>
      <w:r>
        <w:rPr>
          <w:rFonts w:ascii="Georgia" w:hAnsi="Georgia"/>
          <w:b w:val="0"/>
          <w:i w:val="0"/>
          <w:color w:val="22201D"/>
          <w:sz w:val="20"/>
        </w:rPr>
        <w:t>The crowd looked at him as people look at a clerk when they do not yet understand that clerks are often the last guardians between desire and catastrophe.</w:t>
      </w:r>
    </w:p>
    <w:p>
      <w:pPr>
        <w:spacing w:after="60" w:line="266" w:lineRule="auto"/>
        <w:ind w:firstLine="331"/>
        <w:jc w:val="both"/>
      </w:pPr>
      <w:r>
        <w:rPr>
          <w:rFonts w:ascii="Georgia" w:hAnsi="Georgia"/>
          <w:b w:val="0"/>
          <w:i w:val="0"/>
          <w:color w:val="22201D"/>
          <w:sz w:val="20"/>
        </w:rPr>
        <w:t>Steve read the app-form.</w:t>
      </w:r>
    </w:p>
    <w:p>
      <w:pPr>
        <w:spacing w:after="60" w:line="266" w:lineRule="auto"/>
        <w:ind w:firstLine="331"/>
        <w:jc w:val="both"/>
      </w:pPr>
      <w:r>
        <w:rPr>
          <w:rFonts w:ascii="Georgia" w:hAnsi="Georgia"/>
          <w:b w:val="0"/>
          <w:i w:val="0"/>
          <w:color w:val="22201D"/>
          <w:sz w:val="20"/>
        </w:rPr>
        <w:t>"This is not a reservation."</w:t>
      </w:r>
    </w:p>
    <w:p>
      <w:pPr>
        <w:spacing w:after="60" w:line="266" w:lineRule="auto"/>
        <w:ind w:firstLine="331"/>
        <w:jc w:val="both"/>
      </w:pPr>
      <w:r>
        <w:rPr>
          <w:rFonts w:ascii="Georgia" w:hAnsi="Georgia"/>
          <w:b w:val="0"/>
          <w:i w:val="0"/>
          <w:color w:val="22201D"/>
          <w:sz w:val="20"/>
        </w:rPr>
        <w:t>The form printed:</w:t>
      </w:r>
    </w:p>
    <w:p>
      <w:pPr>
        <w:spacing w:after="60" w:line="250" w:lineRule="auto"/>
        <w:ind w:left="202" w:right="173"/>
      </w:pPr>
      <w:r>
        <w:rPr>
          <w:rFonts w:ascii="Georgia" w:hAnsi="Georgia"/>
          <w:b w:val="0"/>
          <w:i w:val="0"/>
          <w:color w:val="22201D"/>
          <w:sz w:val="17"/>
        </w:rPr>
        <w:t>Correct.</w:t>
      </w:r>
    </w:p>
    <w:p>
      <w:pPr>
        <w:spacing w:after="60" w:line="266" w:lineRule="auto"/>
        <w:ind w:firstLine="331"/>
        <w:jc w:val="both"/>
      </w:pPr>
      <w:r>
        <w:rPr>
          <w:rFonts w:ascii="Georgia" w:hAnsi="Georgia"/>
          <w:b w:val="0"/>
          <w:i w:val="0"/>
          <w:color w:val="22201D"/>
          <w:sz w:val="20"/>
        </w:rPr>
        <w:t>"This is an error record."</w:t>
      </w:r>
    </w:p>
    <w:p>
      <w:pPr>
        <w:spacing w:after="60" w:line="250" w:lineRule="auto"/>
        <w:ind w:left="202" w:right="173"/>
      </w:pPr>
      <w:r>
        <w:rPr>
          <w:rFonts w:ascii="Georgia" w:hAnsi="Georgia"/>
          <w:b w:val="0"/>
          <w:i w:val="0"/>
          <w:color w:val="22201D"/>
          <w:sz w:val="17"/>
        </w:rPr>
        <w:t>Correct.</w:t>
      </w:r>
    </w:p>
    <w:p>
      <w:pPr>
        <w:spacing w:after="60" w:line="266" w:lineRule="auto"/>
        <w:ind w:firstLine="331"/>
        <w:jc w:val="both"/>
      </w:pPr>
      <w:r>
        <w:rPr>
          <w:rFonts w:ascii="Georgia" w:hAnsi="Georgia"/>
          <w:b w:val="0"/>
          <w:i w:val="0"/>
          <w:color w:val="22201D"/>
          <w:sz w:val="20"/>
        </w:rPr>
        <w:t>"It cannot confirm availability because availability is not the missing variable."</w:t>
      </w:r>
    </w:p>
    <w:p>
      <w:pPr>
        <w:spacing w:after="60" w:line="250" w:lineRule="auto"/>
        <w:ind w:left="202" w:right="173"/>
      </w:pPr>
      <w:r>
        <w:rPr>
          <w:rFonts w:ascii="Georgia" w:hAnsi="Georgia"/>
          <w:b w:val="0"/>
          <w:i w:val="0"/>
          <w:color w:val="22201D"/>
          <w:sz w:val="17"/>
        </w:rPr>
        <w:t>Correct.</w:t>
      </w:r>
    </w:p>
    <w:p>
      <w:pPr>
        <w:spacing w:after="60" w:line="266" w:lineRule="auto"/>
        <w:ind w:firstLine="331"/>
        <w:jc w:val="both"/>
      </w:pPr>
      <w:r>
        <w:rPr>
          <w:rFonts w:ascii="Georgia" w:hAnsi="Georgia"/>
          <w:b w:val="0"/>
          <w:i w:val="0"/>
          <w:color w:val="22201D"/>
          <w:sz w:val="20"/>
        </w:rPr>
        <w:t>Steve inhaled.</w:t>
      </w:r>
    </w:p>
    <w:p>
      <w:pPr>
        <w:spacing w:after="60" w:line="266" w:lineRule="auto"/>
        <w:ind w:firstLine="331"/>
        <w:jc w:val="both"/>
      </w:pPr>
      <w:r>
        <w:rPr>
          <w:rFonts w:ascii="Georgia" w:hAnsi="Georgia"/>
          <w:b w:val="0"/>
          <w:i w:val="0"/>
          <w:color w:val="22201D"/>
          <w:sz w:val="20"/>
        </w:rPr>
        <w:t>"I am going to hate how useful this is."</w:t>
      </w:r>
    </w:p>
    <w:p>
      <w:pPr>
        <w:spacing w:after="60" w:line="250" w:lineRule="auto"/>
        <w:ind w:left="202" w:right="173"/>
      </w:pPr>
      <w:r>
        <w:rPr>
          <w:rFonts w:ascii="Georgia" w:hAnsi="Georgia"/>
          <w:b w:val="0"/>
          <w:i w:val="0"/>
          <w:color w:val="22201D"/>
          <w:sz w:val="17"/>
        </w:rPr>
        <w:t>Likely.</w:t>
      </w:r>
    </w:p>
    <w:p>
      <w:pPr>
        <w:spacing w:after="60" w:line="266" w:lineRule="auto"/>
        <w:ind w:firstLine="331"/>
        <w:jc w:val="both"/>
      </w:pPr>
      <w:r>
        <w:rPr>
          <w:rFonts w:ascii="Georgia" w:hAnsi="Georgia"/>
          <w:b w:val="0"/>
          <w:i w:val="0"/>
          <w:color w:val="22201D"/>
          <w:sz w:val="20"/>
        </w:rPr>
        <w:t>Gerald joined him at the threshold and inspected the crowd without making them feel inspected, which was his gift and his threat.</w:t>
      </w:r>
    </w:p>
    <w:p>
      <w:pPr>
        <w:spacing w:after="60" w:line="266" w:lineRule="auto"/>
        <w:ind w:firstLine="331"/>
        <w:jc w:val="both"/>
      </w:pPr>
      <w:r>
        <w:rPr>
          <w:rFonts w:ascii="Georgia" w:hAnsi="Georgia"/>
          <w:b w:val="0"/>
          <w:i w:val="0"/>
          <w:color w:val="22201D"/>
          <w:sz w:val="20"/>
        </w:rPr>
        <w:t>"If waiting becomes possible, it requires a queue boundary."</w:t>
      </w:r>
    </w:p>
    <w:p>
      <w:pPr>
        <w:spacing w:after="60" w:line="266" w:lineRule="auto"/>
        <w:ind w:firstLine="331"/>
        <w:jc w:val="both"/>
      </w:pPr>
      <w:r>
        <w:rPr>
          <w:rFonts w:ascii="Georgia" w:hAnsi="Georgia"/>
          <w:b w:val="0"/>
          <w:i w:val="0"/>
          <w:color w:val="22201D"/>
          <w:sz w:val="20"/>
        </w:rPr>
        <w:t>The app-form printed:</w:t>
      </w:r>
    </w:p>
    <w:p>
      <w:pPr>
        <w:spacing w:after="60" w:line="250" w:lineRule="auto"/>
        <w:ind w:left="202" w:right="173"/>
      </w:pPr>
      <w:r>
        <w:rPr>
          <w:rFonts w:ascii="Georgia" w:hAnsi="Georgia"/>
          <w:b w:val="0"/>
          <w:i w:val="0"/>
          <w:color w:val="22201D"/>
          <w:sz w:val="17"/>
        </w:rPr>
        <w:t>Queue boundary requested.</w:t>
      </w:r>
    </w:p>
    <w:p>
      <w:pPr>
        <w:spacing w:after="60" w:line="266" w:lineRule="auto"/>
        <w:ind w:firstLine="331"/>
        <w:jc w:val="both"/>
      </w:pPr>
      <w:r>
        <w:rPr>
          <w:rFonts w:ascii="Georgia" w:hAnsi="Georgia"/>
          <w:b w:val="0"/>
          <w:i w:val="0"/>
          <w:color w:val="22201D"/>
          <w:sz w:val="20"/>
        </w:rPr>
        <w:t>"No blocking sidewalk travel."</w:t>
      </w:r>
    </w:p>
    <w:p>
      <w:pPr>
        <w:spacing w:after="60" w:line="250" w:lineRule="auto"/>
        <w:ind w:left="202" w:right="173"/>
      </w:pPr>
      <w:r>
        <w:rPr>
          <w:rFonts w:ascii="Georgia" w:hAnsi="Georgia"/>
          <w:b w:val="0"/>
          <w:i w:val="0"/>
          <w:color w:val="22201D"/>
          <w:sz w:val="17"/>
        </w:rPr>
        <w:t>Sidewalk travel protected.</w:t>
      </w:r>
    </w:p>
    <w:p>
      <w:pPr>
        <w:spacing w:after="60" w:line="266" w:lineRule="auto"/>
        <w:ind w:firstLine="331"/>
        <w:jc w:val="both"/>
      </w:pPr>
      <w:r>
        <w:rPr>
          <w:rFonts w:ascii="Georgia" w:hAnsi="Georgia"/>
          <w:b w:val="0"/>
          <w:i w:val="0"/>
          <w:color w:val="22201D"/>
          <w:sz w:val="20"/>
        </w:rPr>
        <w:t>"No entry until seated."</w:t>
      </w:r>
    </w:p>
    <w:p>
      <w:pPr>
        <w:spacing w:after="60" w:line="250" w:lineRule="auto"/>
        <w:ind w:left="202" w:right="173"/>
      </w:pPr>
      <w:r>
        <w:rPr>
          <w:rFonts w:ascii="Georgia" w:hAnsi="Georgia"/>
          <w:b w:val="0"/>
          <w:i w:val="0"/>
          <w:color w:val="22201D"/>
          <w:sz w:val="17"/>
        </w:rPr>
        <w:t>Entry denied until seated.</w:t>
      </w:r>
    </w:p>
    <w:p>
      <w:pPr>
        <w:spacing w:after="60" w:line="266" w:lineRule="auto"/>
        <w:ind w:firstLine="331"/>
        <w:jc w:val="both"/>
      </w:pPr>
      <w:r>
        <w:rPr>
          <w:rFonts w:ascii="Georgia" w:hAnsi="Georgia"/>
          <w:b w:val="0"/>
          <w:i w:val="0"/>
          <w:color w:val="22201D"/>
          <w:sz w:val="20"/>
        </w:rPr>
        <w:t>"No sauce samples."</w:t>
      </w:r>
    </w:p>
    <w:p>
      <w:pPr>
        <w:spacing w:after="60" w:line="266" w:lineRule="auto"/>
        <w:ind w:firstLine="331"/>
        <w:jc w:val="both"/>
      </w:pPr>
      <w:r>
        <w:rPr>
          <w:rFonts w:ascii="Georgia" w:hAnsi="Georgia"/>
          <w:b w:val="0"/>
          <w:i w:val="0"/>
          <w:color w:val="22201D"/>
          <w:sz w:val="20"/>
        </w:rPr>
        <w:t>The form hesitated.</w:t>
      </w:r>
    </w:p>
    <w:p>
      <w:pPr>
        <w:spacing w:after="60" w:line="266" w:lineRule="auto"/>
        <w:ind w:firstLine="331"/>
        <w:jc w:val="both"/>
      </w:pPr>
      <w:r>
        <w:rPr>
          <w:rFonts w:ascii="Georgia" w:hAnsi="Georgia"/>
          <w:b w:val="0"/>
          <w:i w:val="0"/>
          <w:color w:val="22201D"/>
          <w:sz w:val="20"/>
        </w:rPr>
        <w:t>Gerald's eyes narrowed.</w:t>
      </w:r>
    </w:p>
    <w:p>
      <w:pPr>
        <w:spacing w:after="60" w:line="250" w:lineRule="auto"/>
        <w:ind w:left="202" w:right="173"/>
      </w:pPr>
      <w:r>
        <w:rPr>
          <w:rFonts w:ascii="Georgia" w:hAnsi="Georgia"/>
          <w:b w:val="0"/>
          <w:i w:val="0"/>
          <w:color w:val="22201D"/>
          <w:sz w:val="17"/>
        </w:rPr>
        <w:t>No sauce samples.</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Mara stood then.</w:t>
      </w:r>
    </w:p>
    <w:p>
      <w:pPr>
        <w:spacing w:after="60" w:line="266" w:lineRule="auto"/>
        <w:ind w:firstLine="331"/>
        <w:jc w:val="both"/>
      </w:pPr>
      <w:r>
        <w:rPr>
          <w:rFonts w:ascii="Georgia" w:hAnsi="Georgia"/>
          <w:b w:val="0"/>
          <w:i w:val="0"/>
          <w:color w:val="22201D"/>
          <w:sz w:val="20"/>
        </w:rPr>
        <w:t>Flocc looked at her.</w:t>
      </w:r>
    </w:p>
    <w:p>
      <w:pPr>
        <w:spacing w:after="60" w:line="266" w:lineRule="auto"/>
        <w:ind w:firstLine="331"/>
        <w:jc w:val="both"/>
      </w:pPr>
      <w:r>
        <w:rPr>
          <w:rFonts w:ascii="Georgia" w:hAnsi="Georgia"/>
          <w:b w:val="0"/>
          <w:i w:val="0"/>
          <w:color w:val="22201D"/>
          <w:sz w:val="20"/>
        </w:rPr>
        <w:t>"Are we allowed to stand?"</w:t>
      </w:r>
    </w:p>
    <w:p>
      <w:pPr>
        <w:spacing w:after="60" w:line="266" w:lineRule="auto"/>
        <w:ind w:firstLine="331"/>
        <w:jc w:val="both"/>
      </w:pPr>
      <w:r>
        <w:rPr>
          <w:rFonts w:ascii="Georgia" w:hAnsi="Georgia"/>
          <w:b w:val="0"/>
          <w:i w:val="0"/>
          <w:color w:val="22201D"/>
          <w:sz w:val="20"/>
        </w:rPr>
        <w:t>"I am not standing to help them."</w:t>
      </w:r>
    </w:p>
    <w:p>
      <w:pPr>
        <w:spacing w:after="60" w:line="266" w:lineRule="auto"/>
        <w:ind w:firstLine="331"/>
        <w:jc w:val="both"/>
      </w:pPr>
      <w:r>
        <w:rPr>
          <w:rFonts w:ascii="Georgia" w:hAnsi="Georgia"/>
          <w:b w:val="0"/>
          <w:i w:val="0"/>
          <w:color w:val="22201D"/>
          <w:sz w:val="20"/>
        </w:rPr>
        <w:t>"What are you standing for?"</w:t>
      </w:r>
    </w:p>
    <w:p>
      <w:pPr>
        <w:spacing w:after="60" w:line="266" w:lineRule="auto"/>
        <w:ind w:firstLine="331"/>
        <w:jc w:val="both"/>
      </w:pPr>
      <w:r>
        <w:rPr>
          <w:rFonts w:ascii="Georgia" w:hAnsi="Georgia"/>
          <w:b w:val="0"/>
          <w:i w:val="0"/>
          <w:color w:val="22201D"/>
          <w:sz w:val="20"/>
        </w:rPr>
        <w:t>"To stop watching you try not to."</w:t>
      </w:r>
    </w:p>
    <w:p>
      <w:pPr>
        <w:spacing w:after="60" w:line="266" w:lineRule="auto"/>
        <w:ind w:firstLine="331"/>
        <w:jc w:val="both"/>
      </w:pPr>
      <w:r>
        <w:rPr>
          <w:rFonts w:ascii="Georgia" w:hAnsi="Georgia"/>
          <w:b w:val="0"/>
          <w:i w:val="0"/>
          <w:color w:val="22201D"/>
          <w:sz w:val="20"/>
        </w:rPr>
        <w:t>She went to the door, but not into the threshold. She stood beside the Hostess, close enough to be visible and far enough not to borrow authority.</w:t>
      </w:r>
    </w:p>
    <w:p>
      <w:pPr>
        <w:spacing w:after="60" w:line="266" w:lineRule="auto"/>
        <w:ind w:firstLine="331"/>
        <w:jc w:val="both"/>
      </w:pPr>
      <w:r>
        <w:rPr>
          <w:rFonts w:ascii="Georgia" w:hAnsi="Georgia"/>
          <w:b w:val="0"/>
          <w:i w:val="0"/>
          <w:color w:val="22201D"/>
          <w:sz w:val="20"/>
        </w:rPr>
        <w:t>Evan recognized her as someone inside the restaurant and immediately began hoping she could explain it kindly.</w:t>
      </w:r>
    </w:p>
    <w:p>
      <w:pPr>
        <w:spacing w:after="60" w:line="266" w:lineRule="auto"/>
        <w:ind w:firstLine="331"/>
        <w:jc w:val="both"/>
      </w:pPr>
      <w:r>
        <w:rPr>
          <w:rFonts w:ascii="Georgia" w:hAnsi="Georgia"/>
          <w:b w:val="0"/>
          <w:i w:val="0"/>
          <w:color w:val="22201D"/>
          <w:sz w:val="20"/>
        </w:rPr>
        <w:t>Mara did not.</w:t>
      </w:r>
    </w:p>
    <w:p>
      <w:pPr>
        <w:spacing w:after="60" w:line="266" w:lineRule="auto"/>
        <w:ind w:firstLine="331"/>
        <w:jc w:val="both"/>
      </w:pPr>
      <w:r>
        <w:rPr>
          <w:rFonts w:ascii="Georgia" w:hAnsi="Georgia"/>
          <w:b w:val="0"/>
          <w:i w:val="0"/>
          <w:color w:val="22201D"/>
          <w:sz w:val="20"/>
        </w:rPr>
        <w:t>"The review made it sound like knowing about this place means you were supposed to be here," she said.</w:t>
      </w:r>
    </w:p>
    <w:p>
      <w:pPr>
        <w:spacing w:after="60" w:line="266" w:lineRule="auto"/>
        <w:ind w:firstLine="331"/>
        <w:jc w:val="both"/>
      </w:pPr>
      <w:r>
        <w:rPr>
          <w:rFonts w:ascii="Georgia" w:hAnsi="Georgia"/>
          <w:b w:val="0"/>
          <w:i w:val="0"/>
          <w:color w:val="22201D"/>
          <w:sz w:val="20"/>
        </w:rPr>
        <w:t>Evan looked at her.</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"That was the lie."</w:t>
      </w:r>
    </w:p>
    <w:p>
      <w:pPr>
        <w:spacing w:after="60" w:line="266" w:lineRule="auto"/>
        <w:ind w:firstLine="331"/>
        <w:jc w:val="both"/>
      </w:pPr>
      <w:r>
        <w:rPr>
          <w:rFonts w:ascii="Georgia" w:hAnsi="Georgia"/>
          <w:b w:val="0"/>
          <w:i w:val="0"/>
          <w:color w:val="22201D"/>
          <w:sz w:val="20"/>
        </w:rPr>
        <w:t>He nodded once, unwillingly.</w:t>
      </w:r>
    </w:p>
    <w:p>
      <w:pPr>
        <w:spacing w:after="60" w:line="266" w:lineRule="auto"/>
        <w:ind w:firstLine="331"/>
        <w:jc w:val="both"/>
      </w:pPr>
      <w:r>
        <w:rPr>
          <w:rFonts w:ascii="Georgia" w:hAnsi="Georgia"/>
          <w:b w:val="0"/>
          <w:i w:val="0"/>
          <w:color w:val="22201D"/>
          <w:sz w:val="20"/>
        </w:rPr>
        <w:t>Mara said, "The part that might be true is that you are hungry for something."</w:t>
      </w:r>
    </w:p>
    <w:p>
      <w:pPr>
        <w:spacing w:after="60" w:line="266" w:lineRule="auto"/>
        <w:ind w:firstLine="331"/>
        <w:jc w:val="both"/>
      </w:pPr>
      <w:r>
        <w:rPr>
          <w:rFonts w:ascii="Georgia" w:hAnsi="Georgia"/>
          <w:b w:val="0"/>
          <w:i w:val="0"/>
          <w:color w:val="22201D"/>
          <w:sz w:val="20"/>
        </w:rPr>
        <w:t>The app-form printed:</w:t>
      </w:r>
    </w:p>
    <w:p>
      <w:pPr>
        <w:spacing w:after="60" w:line="250" w:lineRule="auto"/>
        <w:ind w:left="202" w:right="173"/>
      </w:pPr>
      <w:r>
        <w:rPr>
          <w:rFonts w:ascii="Georgia" w:hAnsi="Georgia"/>
          <w:b w:val="0"/>
          <w:i w:val="0"/>
          <w:color w:val="22201D"/>
          <w:sz w:val="17"/>
        </w:rPr>
        <w:t>Witness statement: accepted</w:t>
      </w:r>
    </w:p>
    <w:p>
      <w:pPr>
        <w:spacing w:after="60" w:line="266" w:lineRule="auto"/>
        <w:ind w:firstLine="331"/>
        <w:jc w:val="both"/>
      </w:pPr>
      <w:r>
        <w:rPr>
          <w:rFonts w:ascii="Georgia" w:hAnsi="Georgia"/>
          <w:b w:val="0"/>
          <w:i w:val="0"/>
          <w:color w:val="22201D"/>
          <w:sz w:val="20"/>
        </w:rPr>
        <w:t>Mara looked at it.</w:t>
      </w:r>
    </w:p>
    <w:p>
      <w:pPr>
        <w:spacing w:after="60" w:line="266" w:lineRule="auto"/>
        <w:ind w:firstLine="331"/>
        <w:jc w:val="both"/>
      </w:pPr>
      <w:r>
        <w:rPr>
          <w:rFonts w:ascii="Georgia" w:hAnsi="Georgia"/>
          <w:b w:val="0"/>
          <w:i w:val="0"/>
          <w:color w:val="22201D"/>
          <w:sz w:val="20"/>
        </w:rPr>
        <w:t>"Do not make me part of your interface."</w:t>
      </w:r>
    </w:p>
    <w:p>
      <w:pPr>
        <w:spacing w:after="60" w:line="250" w:lineRule="auto"/>
        <w:ind w:left="202" w:right="173"/>
      </w:pPr>
      <w:r>
        <w:rPr>
          <w:rFonts w:ascii="Georgia" w:hAnsi="Georgia"/>
          <w:b w:val="0"/>
          <w:i w:val="0"/>
          <w:color w:val="22201D"/>
          <w:sz w:val="17"/>
        </w:rPr>
        <w:t>Boundary noted.</w:t>
      </w:r>
    </w:p>
    <w:p>
      <w:pPr>
        <w:spacing w:after="60" w:line="266" w:lineRule="auto"/>
        <w:ind w:firstLine="331"/>
        <w:jc w:val="both"/>
      </w:pPr>
      <w:r>
        <w:rPr>
          <w:rFonts w:ascii="Georgia" w:hAnsi="Georgia"/>
          <w:b w:val="0"/>
          <w:i w:val="0"/>
          <w:color w:val="22201D"/>
          <w:sz w:val="20"/>
        </w:rPr>
        <w:t>The Hostess gave Mara the smallest possible approving look.</w:t>
      </w:r>
    </w:p>
    <w:p>
      <w:pPr>
        <w:spacing w:after="60" w:line="266" w:lineRule="auto"/>
        <w:ind w:firstLine="331"/>
        <w:jc w:val="both"/>
      </w:pPr>
      <w:r>
        <w:rPr>
          <w:rFonts w:ascii="Georgia" w:hAnsi="Georgia"/>
          <w:b w:val="0"/>
          <w:i w:val="0"/>
          <w:color w:val="22201D"/>
          <w:sz w:val="20"/>
        </w:rPr>
        <w:t>Flocc saw it and felt, absurdly, proud of Mara, as if Mara required his pride to have happened correctly.</w:t>
      </w:r>
    </w:p>
    <w:p>
      <w:pPr>
        <w:spacing w:after="60" w:line="266" w:lineRule="auto"/>
        <w:ind w:firstLine="331"/>
        <w:jc w:val="both"/>
      </w:pPr>
      <w:r>
        <w:rPr>
          <w:rFonts w:ascii="Georgia" w:hAnsi="Georgia"/>
          <w:b w:val="0"/>
          <w:i w:val="0"/>
          <w:color w:val="22201D"/>
          <w:sz w:val="20"/>
        </w:rPr>
        <w:t>The menu opened in front of him.</w:t>
      </w:r>
    </w:p>
    <w:p>
      <w:pPr>
        <w:spacing w:after="60" w:line="266" w:lineRule="auto"/>
        <w:ind w:firstLine="331"/>
        <w:jc w:val="both"/>
      </w:pPr>
      <w:r>
        <w:rPr>
          <w:rFonts w:ascii="Georgia" w:hAnsi="Georgia"/>
          <w:b w:val="0"/>
          <w:i w:val="0"/>
          <w:color w:val="22201D"/>
          <w:sz w:val="20"/>
        </w:rPr>
        <w:t>It printed:</w:t>
      </w:r>
    </w:p>
    <w:p>
      <w:pPr>
        <w:spacing w:after="60" w:line="250" w:lineRule="auto"/>
        <w:ind w:left="202" w:right="173"/>
      </w:pPr>
      <w:r>
        <w:rPr>
          <w:rFonts w:ascii="Georgia" w:hAnsi="Georgia"/>
          <w:b w:val="0"/>
          <w:i w:val="0"/>
          <w:color w:val="22201D"/>
          <w:sz w:val="17"/>
        </w:rPr>
        <w:t>Do not garnish witness.</w:t>
      </w:r>
    </w:p>
    <w:p>
      <w:pPr>
        <w:spacing w:after="60" w:line="266" w:lineRule="auto"/>
        <w:ind w:firstLine="331"/>
        <w:jc w:val="both"/>
      </w:pPr>
      <w:r>
        <w:rPr>
          <w:rFonts w:ascii="Georgia" w:hAnsi="Georgia"/>
          <w:b w:val="0"/>
          <w:i w:val="0"/>
          <w:color w:val="22201D"/>
          <w:sz w:val="20"/>
        </w:rPr>
        <w:t>Flocc closed the menu.</w:t>
      </w:r>
    </w:p>
    <w:p>
      <w:pPr>
        <w:spacing w:after="60" w:line="266" w:lineRule="auto"/>
        <w:ind w:firstLine="331"/>
        <w:jc w:val="both"/>
      </w:pPr>
      <w:r>
        <w:rPr>
          <w:rFonts w:ascii="Georgia" w:hAnsi="Georgia"/>
          <w:b w:val="0"/>
          <w:i w:val="0"/>
          <w:color w:val="22201D"/>
          <w:sz w:val="20"/>
        </w:rPr>
        <w:t>"Fair."</w:t>
      </w:r>
    </w:p>
    <w:p>
      <w:pPr>
        <w:spacing w:after="60" w:line="266" w:lineRule="auto"/>
        <w:ind w:firstLine="331"/>
        <w:jc w:val="both"/>
      </w:pPr>
      <w:r>
        <w:rPr>
          <w:rFonts w:ascii="Georgia" w:hAnsi="Georgia"/>
          <w:b w:val="0"/>
          <w:i w:val="0"/>
          <w:color w:val="22201D"/>
          <w:sz w:val="20"/>
        </w:rPr>
        <w:t>Outside, Evan's phone buzzed. Everyone's phone buzzed.</w:t>
      </w:r>
    </w:p>
    <w:p>
      <w:pPr>
        <w:spacing w:after="60" w:line="266" w:lineRule="auto"/>
        <w:ind w:firstLine="331"/>
        <w:jc w:val="both"/>
      </w:pPr>
      <w:r>
        <w:rPr>
          <w:rFonts w:ascii="Georgia" w:hAnsi="Georgia"/>
          <w:b w:val="0"/>
          <w:i w:val="0"/>
          <w:color w:val="22201D"/>
          <w:sz w:val="20"/>
        </w:rPr>
        <w:t>The reservation app updated:</w:t>
      </w:r>
    </w:p>
    <w:p>
      <w:pPr>
        <w:spacing w:after="60" w:line="250" w:lineRule="auto"/>
        <w:ind w:left="202" w:right="173"/>
      </w:pPr>
      <w:r>
        <w:rPr>
          <w:rFonts w:ascii="Georgia" w:hAnsi="Georgia"/>
          <w:b w:val="0"/>
          <w:i w:val="0"/>
          <w:color w:val="22201D"/>
          <w:sz w:val="17"/>
        </w:rPr>
        <w:t>RESERVATION ERROR  We cannot locate need from the information provided.  What we found: - desire for access - desire for proof - desire to be early to the story - desire not to miss what others may describe later  What remains unknown: - hunger  Reservation: unavailable  Waiting: possible  Next instruction: remove one superlative before approaching the Hostess</w:t>
      </w:r>
    </w:p>
    <w:p>
      <w:pPr>
        <w:spacing w:after="60" w:line="266" w:lineRule="auto"/>
        <w:ind w:firstLine="331"/>
        <w:jc w:val="both"/>
      </w:pPr>
      <w:r>
        <w:rPr>
          <w:rFonts w:ascii="Georgia" w:hAnsi="Georgia"/>
          <w:b w:val="0"/>
          <w:i w:val="0"/>
          <w:color w:val="22201D"/>
          <w:sz w:val="20"/>
        </w:rPr>
        <w:t>The crowd read it.</w:t>
      </w:r>
    </w:p>
    <w:p>
      <w:pPr>
        <w:spacing w:after="60" w:line="266" w:lineRule="auto"/>
        <w:ind w:firstLine="331"/>
        <w:jc w:val="both"/>
      </w:pPr>
      <w:r>
        <w:rPr>
          <w:rFonts w:ascii="Georgia" w:hAnsi="Georgia"/>
          <w:b w:val="0"/>
          <w:i w:val="0"/>
          <w:color w:val="22201D"/>
          <w:sz w:val="20"/>
        </w:rPr>
        <w:t>Some people laughed because laughter was easier than being named.</w:t>
      </w:r>
    </w:p>
    <w:p>
      <w:pPr>
        <w:spacing w:after="60" w:line="266" w:lineRule="auto"/>
        <w:ind w:firstLine="331"/>
        <w:jc w:val="both"/>
      </w:pPr>
      <w:r>
        <w:rPr>
          <w:rFonts w:ascii="Georgia" w:hAnsi="Georgia"/>
          <w:b w:val="0"/>
          <w:i w:val="0"/>
          <w:color w:val="22201D"/>
          <w:sz w:val="20"/>
        </w:rPr>
        <w:t>Some people left because leaving was easier than waiting.</w:t>
      </w:r>
    </w:p>
    <w:p>
      <w:pPr>
        <w:spacing w:after="60" w:line="266" w:lineRule="auto"/>
        <w:ind w:firstLine="331"/>
        <w:jc w:val="both"/>
      </w:pPr>
      <w:r>
        <w:rPr>
          <w:rFonts w:ascii="Georgia" w:hAnsi="Georgia"/>
          <w:b w:val="0"/>
          <w:i w:val="0"/>
          <w:color w:val="22201D"/>
          <w:sz w:val="20"/>
        </w:rPr>
        <w:t>Some people stayed because the blank field had offended them into honesty.</w:t>
      </w:r>
    </w:p>
    <w:p>
      <w:pPr>
        <w:spacing w:after="60" w:line="266" w:lineRule="auto"/>
        <w:ind w:firstLine="331"/>
        <w:jc w:val="both"/>
      </w:pPr>
      <w:r>
        <w:rPr>
          <w:rFonts w:ascii="Georgia" w:hAnsi="Georgia"/>
          <w:b w:val="0"/>
          <w:i w:val="0"/>
          <w:color w:val="22201D"/>
          <w:sz w:val="20"/>
        </w:rPr>
        <w:t>The review slip printed:</w:t>
      </w:r>
    </w:p>
    <w:p>
      <w:pPr>
        <w:spacing w:after="60" w:line="250" w:lineRule="auto"/>
        <w:ind w:left="202" w:right="173"/>
      </w:pPr>
      <w:r>
        <w:rPr>
          <w:rFonts w:ascii="Georgia" w:hAnsi="Georgia"/>
          <w:b w:val="0"/>
          <w:i w:val="0"/>
          <w:color w:val="22201D"/>
          <w:sz w:val="17"/>
        </w:rPr>
        <w:t>Foot traffic reduced: not enough</w:t>
      </w:r>
    </w:p>
    <w:p>
      <w:pPr>
        <w:spacing w:after="60" w:line="266" w:lineRule="auto"/>
        <w:ind w:firstLine="331"/>
        <w:jc w:val="both"/>
      </w:pPr>
      <w:r>
        <w:rPr>
          <w:rFonts w:ascii="Georgia" w:hAnsi="Georgia"/>
          <w:b w:val="0"/>
          <w:i w:val="0"/>
          <w:color w:val="22201D"/>
          <w:sz w:val="20"/>
        </w:rPr>
        <w:t>Gerald said, "That is usually the number."</w:t>
      </w:r>
    </w:p>
    <w:p>
      <w:pPr>
        <w:spacing w:after="60" w:line="266" w:lineRule="auto"/>
        <w:ind w:firstLine="331"/>
        <w:jc w:val="both"/>
      </w:pPr>
      <w:r>
        <w:rPr>
          <w:rFonts w:ascii="Georgia" w:hAnsi="Georgia"/>
          <w:b w:val="0"/>
          <w:i w:val="0"/>
          <w:color w:val="22201D"/>
          <w:sz w:val="20"/>
        </w:rPr>
        <w:t>The Hostess stepped back inside.</w:t>
      </w:r>
    </w:p>
    <w:p>
      <w:pPr>
        <w:spacing w:after="60" w:line="266" w:lineRule="auto"/>
        <w:ind w:firstLine="331"/>
        <w:jc w:val="both"/>
      </w:pPr>
      <w:r>
        <w:rPr>
          <w:rFonts w:ascii="Georgia" w:hAnsi="Georgia"/>
          <w:b w:val="0"/>
          <w:i w:val="0"/>
          <w:color w:val="22201D"/>
          <w:sz w:val="20"/>
        </w:rPr>
        <w:t>The door closed.</w:t>
      </w:r>
    </w:p>
    <w:p>
      <w:pPr>
        <w:spacing w:after="60" w:line="266" w:lineRule="auto"/>
        <w:ind w:firstLine="331"/>
        <w:jc w:val="both"/>
      </w:pPr>
      <w:r>
        <w:rPr>
          <w:rFonts w:ascii="Georgia" w:hAnsi="Georgia"/>
          <w:b w:val="0"/>
          <w:i w:val="0"/>
          <w:color w:val="22201D"/>
          <w:sz w:val="20"/>
        </w:rPr>
        <w:t>The app-form folded itself into a small rectangle and slipped under the door, joining the review slip beneath the door notice.</w:t>
      </w:r>
    </w:p>
    <w:p>
      <w:pPr>
        <w:spacing w:after="60" w:line="266" w:lineRule="auto"/>
        <w:ind w:firstLine="331"/>
        <w:jc w:val="both"/>
      </w:pPr>
      <w:r>
        <w:rPr>
          <w:rFonts w:ascii="Georgia" w:hAnsi="Georgia"/>
          <w:b w:val="0"/>
          <w:i w:val="0"/>
          <w:color w:val="22201D"/>
          <w:sz w:val="20"/>
        </w:rPr>
        <w:t>It became paper.</w:t>
      </w:r>
    </w:p>
    <w:p>
      <w:pPr>
        <w:spacing w:after="60" w:line="266" w:lineRule="auto"/>
        <w:ind w:firstLine="331"/>
        <w:jc w:val="both"/>
      </w:pPr>
      <w:r>
        <w:rPr>
          <w:rFonts w:ascii="Georgia" w:hAnsi="Georgia"/>
          <w:b w:val="0"/>
          <w:i w:val="0"/>
          <w:color w:val="22201D"/>
          <w:sz w:val="20"/>
        </w:rPr>
        <w:t>At the top:</w:t>
      </w:r>
    </w:p>
    <w:p>
      <w:pPr>
        <w:spacing w:after="60" w:line="250" w:lineRule="auto"/>
        <w:ind w:left="202" w:right="173"/>
      </w:pPr>
      <w:r>
        <w:rPr>
          <w:rFonts w:ascii="Georgia" w:hAnsi="Georgia"/>
          <w:b w:val="0"/>
          <w:i w:val="0"/>
          <w:color w:val="22201D"/>
          <w:sz w:val="17"/>
        </w:rPr>
        <w:t>RESERVATION ERROR</w:t>
      </w:r>
    </w:p>
    <w:p>
      <w:pPr>
        <w:spacing w:after="60" w:line="266" w:lineRule="auto"/>
        <w:ind w:firstLine="331"/>
        <w:jc w:val="both"/>
      </w:pPr>
      <w:r>
        <w:rPr>
          <w:rFonts w:ascii="Georgia" w:hAnsi="Georgia"/>
          <w:b w:val="0"/>
          <w:i w:val="0"/>
          <w:color w:val="22201D"/>
          <w:sz w:val="20"/>
        </w:rPr>
        <w:t>At the bottom:</w:t>
      </w:r>
    </w:p>
    <w:p>
      <w:pPr>
        <w:spacing w:after="60" w:line="250" w:lineRule="auto"/>
        <w:ind w:left="202" w:right="173"/>
      </w:pPr>
      <w:r>
        <w:rPr>
          <w:rFonts w:ascii="Georgia" w:hAnsi="Georgia"/>
          <w:b w:val="0"/>
          <w:i w:val="0"/>
          <w:color w:val="22201D"/>
          <w:sz w:val="17"/>
        </w:rPr>
        <w:t>Next required document: adjective denial</w:t>
      </w:r>
    </w:p>
    <w:p>
      <w:pPr>
        <w:spacing w:after="60" w:line="266" w:lineRule="auto"/>
        <w:ind w:firstLine="331"/>
        <w:jc w:val="both"/>
      </w:pPr>
      <w:r>
        <w:rPr>
          <w:rFonts w:ascii="Georgia" w:hAnsi="Georgia"/>
          <w:b w:val="0"/>
          <w:i w:val="0"/>
          <w:color w:val="22201D"/>
          <w:sz w:val="20"/>
        </w:rPr>
        <w:t>Flocc read it.</w:t>
      </w:r>
    </w:p>
    <w:p>
      <w:pPr>
        <w:spacing w:after="60" w:line="266" w:lineRule="auto"/>
        <w:ind w:firstLine="331"/>
        <w:jc w:val="both"/>
      </w:pPr>
      <w:r>
        <w:rPr>
          <w:rFonts w:ascii="Georgia" w:hAnsi="Georgia"/>
          <w:b w:val="0"/>
          <w:i w:val="0"/>
          <w:color w:val="22201D"/>
          <w:sz w:val="20"/>
        </w:rPr>
        <w:t>"We are really doing this."</w:t>
      </w:r>
    </w:p>
    <w:p>
      <w:pPr>
        <w:spacing w:after="60" w:line="266" w:lineRule="auto"/>
        <w:ind w:firstLine="331"/>
        <w:jc w:val="both"/>
      </w:pPr>
      <w:r>
        <w:rPr>
          <w:rFonts w:ascii="Georgia" w:hAnsi="Georgia"/>
          <w:b w:val="0"/>
          <w:i w:val="0"/>
          <w:color w:val="22201D"/>
          <w:sz w:val="20"/>
        </w:rPr>
        <w:t>"No," said the Hostess.</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"They are doing this. We are seating what survives it."</w:t>
      </w:r>
    </w:p>
    <w:p>
      <w:pPr>
        <w:spacing w:after="60" w:line="266" w:lineRule="auto"/>
        <w:ind w:firstLine="331"/>
        <w:jc w:val="both"/>
      </w:pPr>
      <w:r>
        <w:rPr>
          <w:rFonts w:ascii="Georgia" w:hAnsi="Georgia"/>
          <w:b w:val="0"/>
          <w:i w:val="0"/>
          <w:color w:val="22201D"/>
          <w:sz w:val="20"/>
        </w:rPr>
        <w:t>Mara returned to the table.</w:t>
      </w:r>
    </w:p>
    <w:p>
      <w:pPr>
        <w:spacing w:after="60" w:line="266" w:lineRule="auto"/>
        <w:ind w:firstLine="331"/>
        <w:jc w:val="both"/>
      </w:pPr>
      <w:r>
        <w:rPr>
          <w:rFonts w:ascii="Georgia" w:hAnsi="Georgia"/>
          <w:b w:val="0"/>
          <w:i w:val="0"/>
          <w:color w:val="22201D"/>
          <w:sz w:val="20"/>
        </w:rPr>
        <w:t>"That is not comforting."</w:t>
      </w:r>
    </w:p>
    <w:p>
      <w:pPr>
        <w:spacing w:after="60" w:line="266" w:lineRule="auto"/>
        <w:ind w:firstLine="331"/>
        <w:jc w:val="both"/>
      </w:pPr>
      <w:r>
        <w:rPr>
          <w:rFonts w:ascii="Georgia" w:hAnsi="Georgia"/>
          <w:b w:val="0"/>
          <w:i w:val="0"/>
          <w:color w:val="22201D"/>
          <w:sz w:val="20"/>
        </w:rPr>
        <w:t>"Comfort is not always the course."</w:t>
      </w:r>
    </w:p>
    <w:p>
      <w:pPr>
        <w:spacing w:after="60" w:line="266" w:lineRule="auto"/>
        <w:ind w:firstLine="331"/>
        <w:jc w:val="both"/>
      </w:pPr>
      <w:r>
        <w:rPr>
          <w:rFonts w:ascii="Georgia" w:hAnsi="Georgia"/>
          <w:b w:val="0"/>
          <w:i w:val="0"/>
          <w:color w:val="22201D"/>
          <w:sz w:val="20"/>
        </w:rPr>
        <w:t>The reservation error printed one final line:</w:t>
      </w:r>
    </w:p>
    <w:p>
      <w:pPr>
        <w:spacing w:after="60" w:line="250" w:lineRule="auto"/>
        <w:ind w:left="202" w:right="173"/>
      </w:pPr>
      <w:r>
        <w:rPr>
          <w:rFonts w:ascii="Georgia" w:hAnsi="Georgia"/>
          <w:b w:val="0"/>
          <w:i w:val="0"/>
          <w:color w:val="22201D"/>
          <w:sz w:val="17"/>
        </w:rPr>
        <w:t>Next chapter: The Hostess Refuses a Superlative</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3: The Hostess Refuses a Superlative</w:t>
      </w:r>
    </w:p>
    <w:p>
      <w:pPr>
        <w:spacing w:after="60" w:line="266" w:lineRule="auto"/>
        <w:ind w:firstLine="0"/>
        <w:jc w:val="both"/>
      </w:pPr>
      <w:r>
        <w:rPr>
          <w:rFonts w:ascii="Georgia" w:hAnsi="Georgia"/>
          <w:b w:val="0"/>
          <w:i w:val="0"/>
          <w:color w:val="22201D"/>
          <w:sz w:val="20"/>
        </w:rPr>
        <w:t>In which the door accepts no promotional language, the Hostess turns seating into grammar, and the first person in line learns that "best" is not a hunger.</w:t>
      </w:r>
    </w:p>
    <w:p>
      <w:pPr>
        <w:spacing w:after="60" w:line="266" w:lineRule="auto"/>
        <w:ind w:firstLine="331"/>
        <w:jc w:val="both"/>
      </w:pPr>
      <w:r>
        <w:rPr>
          <w:rFonts w:ascii="Georgia" w:hAnsi="Georgia"/>
          <w:b w:val="0"/>
          <w:i w:val="0"/>
          <w:color w:val="22201D"/>
          <w:sz w:val="20"/>
        </w:rPr>
        <w:t>The first superlative to be refused was not spoken.</w:t>
      </w:r>
    </w:p>
    <w:p>
      <w:pPr>
        <w:spacing w:after="60" w:line="266" w:lineRule="auto"/>
        <w:ind w:firstLine="331"/>
        <w:jc w:val="both"/>
      </w:pPr>
      <w:r>
        <w:rPr>
          <w:rFonts w:ascii="Georgia" w:hAnsi="Georgia"/>
          <w:b w:val="0"/>
          <w:i w:val="0"/>
          <w:color w:val="22201D"/>
          <w:sz w:val="20"/>
        </w:rPr>
        <w:t>It arrived in a tote bag.</w:t>
      </w:r>
    </w:p>
    <w:p>
      <w:pPr>
        <w:spacing w:after="60" w:line="266" w:lineRule="auto"/>
        <w:ind w:firstLine="331"/>
        <w:jc w:val="both"/>
      </w:pPr>
      <w:r>
        <w:rPr>
          <w:rFonts w:ascii="Georgia" w:hAnsi="Georgia"/>
          <w:b w:val="0"/>
          <w:i w:val="0"/>
          <w:color w:val="22201D"/>
          <w:sz w:val="20"/>
        </w:rPr>
        <w:t>This made sense. Superlatives preferred not to walk under their own power. They liked being carried by people who believed the word had chosen them.</w:t>
      </w:r>
    </w:p>
    <w:p>
      <w:pPr>
        <w:spacing w:after="60" w:line="266" w:lineRule="auto"/>
        <w:ind w:firstLine="331"/>
        <w:jc w:val="both"/>
      </w:pPr>
      <w:r>
        <w:rPr>
          <w:rFonts w:ascii="Georgia" w:hAnsi="Georgia"/>
          <w:b w:val="0"/>
          <w:i w:val="0"/>
          <w:color w:val="22201D"/>
          <w:sz w:val="20"/>
        </w:rPr>
        <w:t>The tote bag belonged to a woman near the middle of the line, although line was still generous. Gerald had placed two folding stanchions outside the door, then borrowed a third from a coffee shop whose manager did not ask questions because Gerald had asked with a clipboard. The result was not a line so much as a polite civic argument about whether people could become orderly without first admitting they had been disorderly.</w:t>
      </w:r>
    </w:p>
    <w:p>
      <w:pPr>
        <w:spacing w:after="60" w:line="266" w:lineRule="auto"/>
        <w:ind w:firstLine="331"/>
        <w:jc w:val="both"/>
      </w:pPr>
      <w:r>
        <w:rPr>
          <w:rFonts w:ascii="Georgia" w:hAnsi="Georgia"/>
          <w:b w:val="0"/>
          <w:i w:val="0"/>
          <w:color w:val="22201D"/>
          <w:sz w:val="20"/>
        </w:rPr>
        <w:t>The tote bag read:</w:t>
      </w:r>
    </w:p>
    <w:p>
      <w:pPr>
        <w:spacing w:after="60" w:line="250" w:lineRule="auto"/>
        <w:ind w:left="202" w:right="173"/>
      </w:pPr>
      <w:r>
        <w:rPr>
          <w:rFonts w:ascii="Georgia" w:hAnsi="Georgia"/>
          <w:b w:val="0"/>
          <w:i w:val="0"/>
          <w:color w:val="22201D"/>
          <w:sz w:val="17"/>
        </w:rPr>
        <w:t>PORTLAND'S MOST UNFORGETTABLE BITES</w:t>
      </w:r>
    </w:p>
    <w:p>
      <w:pPr>
        <w:spacing w:after="60" w:line="266" w:lineRule="auto"/>
        <w:ind w:firstLine="331"/>
        <w:jc w:val="both"/>
      </w:pPr>
      <w:r>
        <w:rPr>
          <w:rFonts w:ascii="Georgia" w:hAnsi="Georgia"/>
          <w:b w:val="0"/>
          <w:i w:val="0"/>
          <w:color w:val="22201D"/>
          <w:sz w:val="20"/>
        </w:rPr>
        <w:t>The door notice curled.</w:t>
      </w:r>
    </w:p>
    <w:p>
      <w:pPr>
        <w:spacing w:after="60" w:line="266" w:lineRule="auto"/>
        <w:ind w:firstLine="331"/>
        <w:jc w:val="both"/>
      </w:pPr>
      <w:r>
        <w:rPr>
          <w:rFonts w:ascii="Georgia" w:hAnsi="Georgia"/>
          <w:b w:val="0"/>
          <w:i w:val="0"/>
          <w:color w:val="22201D"/>
          <w:sz w:val="20"/>
        </w:rPr>
        <w:t>The reservation error, pinned beneath it, printed:</w:t>
      </w:r>
    </w:p>
    <w:p>
      <w:pPr>
        <w:spacing w:after="60" w:line="250" w:lineRule="auto"/>
        <w:ind w:left="202" w:right="173"/>
      </w:pPr>
      <w:r>
        <w:rPr>
          <w:rFonts w:ascii="Georgia" w:hAnsi="Georgia"/>
          <w:b w:val="0"/>
          <w:i w:val="0"/>
          <w:color w:val="22201D"/>
          <w:sz w:val="17"/>
        </w:rPr>
        <w:t>Superlative detected.</w:t>
      </w:r>
    </w:p>
    <w:p>
      <w:pPr>
        <w:spacing w:after="60" w:line="266" w:lineRule="auto"/>
        <w:ind w:firstLine="331"/>
        <w:jc w:val="both"/>
      </w:pPr>
      <w:r>
        <w:rPr>
          <w:rFonts w:ascii="Georgia" w:hAnsi="Georgia"/>
          <w:b w:val="0"/>
          <w:i w:val="0"/>
          <w:color w:val="22201D"/>
          <w:sz w:val="20"/>
        </w:rPr>
        <w:t>The review slip added:</w:t>
      </w:r>
    </w:p>
    <w:p>
      <w:pPr>
        <w:spacing w:after="60" w:line="250" w:lineRule="auto"/>
        <w:ind w:left="202" w:right="173"/>
      </w:pPr>
      <w:r>
        <w:rPr>
          <w:rFonts w:ascii="Georgia" w:hAnsi="Georgia"/>
          <w:b w:val="0"/>
          <w:i w:val="0"/>
          <w:color w:val="22201D"/>
          <w:sz w:val="17"/>
        </w:rPr>
        <w:t>Previously warned.</w:t>
      </w:r>
    </w:p>
    <w:p>
      <w:pPr>
        <w:spacing w:after="60" w:line="266" w:lineRule="auto"/>
        <w:ind w:firstLine="331"/>
        <w:jc w:val="both"/>
      </w:pPr>
      <w:r>
        <w:rPr>
          <w:rFonts w:ascii="Georgia" w:hAnsi="Georgia"/>
          <w:b w:val="0"/>
          <w:i w:val="0"/>
          <w:color w:val="22201D"/>
          <w:sz w:val="20"/>
        </w:rPr>
        <w:t>The Hostess looked through the glass.</w:t>
      </w:r>
    </w:p>
    <w:p>
      <w:pPr>
        <w:spacing w:after="60" w:line="266" w:lineRule="auto"/>
        <w:ind w:firstLine="331"/>
        <w:jc w:val="both"/>
      </w:pPr>
      <w:r>
        <w:rPr>
          <w:rFonts w:ascii="Georgia" w:hAnsi="Georgia"/>
          <w:b w:val="0"/>
          <w:i w:val="0"/>
          <w:color w:val="22201D"/>
          <w:sz w:val="20"/>
        </w:rPr>
        <w:t>Flocc, from inside, said, "Is most unforgettable one superlative or two?"</w:t>
      </w:r>
    </w:p>
    <w:p>
      <w:pPr>
        <w:spacing w:after="60" w:line="266" w:lineRule="auto"/>
        <w:ind w:firstLine="331"/>
        <w:jc w:val="both"/>
      </w:pPr>
      <w:r>
        <w:rPr>
          <w:rFonts w:ascii="Georgia" w:hAnsi="Georgia"/>
          <w:b w:val="0"/>
          <w:i w:val="0"/>
          <w:color w:val="22201D"/>
          <w:sz w:val="20"/>
        </w:rPr>
        <w:t>Mara did not look up from the closed menu.</w:t>
      </w:r>
    </w:p>
    <w:p>
      <w:pPr>
        <w:spacing w:after="60" w:line="266" w:lineRule="auto"/>
        <w:ind w:firstLine="331"/>
        <w:jc w:val="both"/>
      </w:pPr>
      <w:r>
        <w:rPr>
          <w:rFonts w:ascii="Georgia" w:hAnsi="Georgia"/>
          <w:b w:val="0"/>
          <w:i w:val="0"/>
          <w:color w:val="22201D"/>
          <w:sz w:val="20"/>
        </w:rPr>
        <w:t>"It is a cry for help with handles."</w:t>
      </w:r>
    </w:p>
    <w:p>
      <w:pPr>
        <w:spacing w:after="60" w:line="266" w:lineRule="auto"/>
        <w:ind w:firstLine="331"/>
        <w:jc w:val="both"/>
      </w:pPr>
      <w:r>
        <w:rPr>
          <w:rFonts w:ascii="Georgia" w:hAnsi="Georgia"/>
          <w:b w:val="0"/>
          <w:i w:val="0"/>
          <w:color w:val="22201D"/>
          <w:sz w:val="20"/>
        </w:rPr>
        <w:t>"That seems harsh."</w:t>
      </w:r>
    </w:p>
    <w:p>
      <w:pPr>
        <w:spacing w:after="60" w:line="266" w:lineRule="auto"/>
        <w:ind w:firstLine="331"/>
        <w:jc w:val="both"/>
      </w:pPr>
      <w:r>
        <w:rPr>
          <w:rFonts w:ascii="Georgia" w:hAnsi="Georgia"/>
          <w:b w:val="0"/>
          <w:i w:val="0"/>
          <w:color w:val="22201D"/>
          <w:sz w:val="20"/>
        </w:rPr>
        <w:t>"The bag started it."</w:t>
      </w:r>
    </w:p>
    <w:p>
      <w:pPr>
        <w:spacing w:after="60" w:line="266" w:lineRule="auto"/>
        <w:ind w:firstLine="331"/>
        <w:jc w:val="both"/>
      </w:pPr>
      <w:r>
        <w:rPr>
          <w:rFonts w:ascii="Georgia" w:hAnsi="Georgia"/>
          <w:b w:val="0"/>
          <w:i w:val="0"/>
          <w:color w:val="22201D"/>
          <w:sz w:val="20"/>
        </w:rPr>
        <w:t>Steve Bellweather had remained at Table Four with a public-records folder and the same pencil the Hostess had used to cross out the review. He had labeled one folder tab:</w:t>
      </w:r>
    </w:p>
    <w:p>
      <w:pPr>
        <w:spacing w:after="60" w:line="250" w:lineRule="auto"/>
        <w:ind w:left="202" w:right="173"/>
      </w:pPr>
      <w:r>
        <w:rPr>
          <w:rFonts w:ascii="Georgia" w:hAnsi="Georgia"/>
          <w:b w:val="0"/>
          <w:i w:val="0"/>
          <w:color w:val="22201D"/>
          <w:sz w:val="17"/>
        </w:rPr>
        <w:t>ADJECTIVES, PUBLIC</w:t>
      </w:r>
    </w:p>
    <w:p>
      <w:pPr>
        <w:spacing w:after="60" w:line="266" w:lineRule="auto"/>
        <w:ind w:firstLine="331"/>
        <w:jc w:val="both"/>
      </w:pPr>
      <w:r>
        <w:rPr>
          <w:rFonts w:ascii="Georgia" w:hAnsi="Georgia"/>
          <w:b w:val="0"/>
          <w:i w:val="0"/>
          <w:color w:val="22201D"/>
          <w:sz w:val="20"/>
        </w:rPr>
        <w:t>Beside it, after visible internal debate, he added:</w:t>
      </w:r>
    </w:p>
    <w:p>
      <w:pPr>
        <w:spacing w:after="60" w:line="250" w:lineRule="auto"/>
        <w:ind w:left="202" w:right="173"/>
      </w:pPr>
      <w:r>
        <w:rPr>
          <w:rFonts w:ascii="Georgia" w:hAnsi="Georgia"/>
          <w:b w:val="0"/>
          <w:i w:val="0"/>
          <w:color w:val="22201D"/>
          <w:sz w:val="17"/>
        </w:rPr>
        <w:t>ADJECTIVES, PRIVATE</w:t>
      </w:r>
    </w:p>
    <w:p>
      <w:pPr>
        <w:spacing w:after="60" w:line="266" w:lineRule="auto"/>
        <w:ind w:firstLine="331"/>
        <w:jc w:val="both"/>
      </w:pPr>
      <w:r>
        <w:rPr>
          <w:rFonts w:ascii="Georgia" w:hAnsi="Georgia"/>
          <w:b w:val="0"/>
          <w:i w:val="0"/>
          <w:color w:val="22201D"/>
          <w:sz w:val="20"/>
        </w:rPr>
        <w:t>Then, after more debate:</w:t>
      </w:r>
    </w:p>
    <w:p>
      <w:pPr>
        <w:spacing w:after="60" w:line="250" w:lineRule="auto"/>
        <w:ind w:left="202" w:right="173"/>
      </w:pPr>
      <w:r>
        <w:rPr>
          <w:rFonts w:ascii="Georgia" w:hAnsi="Georgia"/>
          <w:b w:val="0"/>
          <w:i w:val="0"/>
          <w:color w:val="22201D"/>
          <w:sz w:val="17"/>
        </w:rPr>
        <w:t>ADJECTIVES, UNHELPFULLY BOTH</w:t>
      </w:r>
    </w:p>
    <w:p>
      <w:pPr>
        <w:spacing w:after="60" w:line="266" w:lineRule="auto"/>
        <w:ind w:firstLine="331"/>
        <w:jc w:val="both"/>
      </w:pPr>
      <w:r>
        <w:rPr>
          <w:rFonts w:ascii="Georgia" w:hAnsi="Georgia"/>
          <w:b w:val="0"/>
          <w:i w:val="0"/>
          <w:color w:val="22201D"/>
          <w:sz w:val="20"/>
        </w:rPr>
        <w:t>Gerald Park came back inside, bringing with him a draft of the queue boundary drawn on grid paper.</w:t>
      </w:r>
    </w:p>
    <w:p>
      <w:pPr>
        <w:spacing w:after="60" w:line="266" w:lineRule="auto"/>
        <w:ind w:firstLine="331"/>
        <w:jc w:val="both"/>
      </w:pPr>
      <w:r>
        <w:rPr>
          <w:rFonts w:ascii="Georgia" w:hAnsi="Georgia"/>
          <w:b w:val="0"/>
          <w:i w:val="0"/>
          <w:color w:val="22201D"/>
          <w:sz w:val="20"/>
        </w:rPr>
        <w:t>"Sidewalk remains passable," he said. "Door swing clear. No one is blocking the curb cut. One person attempted to reserve airspace with a ring light. I have denied the airspace."</w:t>
      </w:r>
    </w:p>
    <w:p>
      <w:pPr>
        <w:spacing w:after="60" w:line="266" w:lineRule="auto"/>
        <w:ind w:firstLine="331"/>
        <w:jc w:val="both"/>
      </w:pPr>
      <w:r>
        <w:rPr>
          <w:rFonts w:ascii="Georgia" w:hAnsi="Georgia"/>
          <w:b w:val="0"/>
          <w:i w:val="0"/>
          <w:color w:val="22201D"/>
          <w:sz w:val="20"/>
        </w:rPr>
        <w:t>The review slip printed:</w:t>
      </w:r>
    </w:p>
    <w:p>
      <w:pPr>
        <w:spacing w:after="60" w:line="250" w:lineRule="auto"/>
        <w:ind w:left="202" w:right="173"/>
      </w:pPr>
      <w:r>
        <w:rPr>
          <w:rFonts w:ascii="Georgia" w:hAnsi="Georgia"/>
          <w:b w:val="0"/>
          <w:i w:val="0"/>
          <w:color w:val="22201D"/>
          <w:sz w:val="17"/>
        </w:rPr>
        <w:t>Airspace denial: noted</w:t>
      </w:r>
    </w:p>
    <w:p>
      <w:pPr>
        <w:spacing w:after="60" w:line="266" w:lineRule="auto"/>
        <w:ind w:firstLine="331"/>
        <w:jc w:val="both"/>
      </w:pPr>
      <w:r>
        <w:rPr>
          <w:rFonts w:ascii="Georgia" w:hAnsi="Georgia"/>
          <w:b w:val="0"/>
          <w:i w:val="0"/>
          <w:color w:val="22201D"/>
          <w:sz w:val="20"/>
        </w:rPr>
        <w:t>Gerald pointed at it.</w:t>
      </w:r>
    </w:p>
    <w:p>
      <w:pPr>
        <w:spacing w:after="60" w:line="266" w:lineRule="auto"/>
        <w:ind w:firstLine="331"/>
        <w:jc w:val="both"/>
      </w:pPr>
      <w:r>
        <w:rPr>
          <w:rFonts w:ascii="Georgia" w:hAnsi="Georgia"/>
          <w:b w:val="0"/>
          <w:i w:val="0"/>
          <w:color w:val="22201D"/>
          <w:sz w:val="20"/>
        </w:rPr>
        <w:t>"Do not create a record of every sentence I say."</w:t>
      </w:r>
    </w:p>
    <w:p>
      <w:pPr>
        <w:spacing w:after="60" w:line="266" w:lineRule="auto"/>
        <w:ind w:firstLine="331"/>
        <w:jc w:val="both"/>
      </w:pPr>
      <w:r>
        <w:rPr>
          <w:rFonts w:ascii="Georgia" w:hAnsi="Georgia"/>
          <w:b w:val="0"/>
          <w:i w:val="0"/>
          <w:color w:val="22201D"/>
          <w:sz w:val="20"/>
        </w:rPr>
        <w:t>The review slip paused.</w:t>
      </w:r>
    </w:p>
    <w:p>
      <w:pPr>
        <w:spacing w:after="60" w:line="250" w:lineRule="auto"/>
        <w:ind w:left="202" w:right="173"/>
      </w:pPr>
      <w:r>
        <w:rPr>
          <w:rFonts w:ascii="Georgia" w:hAnsi="Georgia"/>
          <w:b w:val="0"/>
          <w:i w:val="0"/>
          <w:color w:val="22201D"/>
          <w:sz w:val="17"/>
        </w:rPr>
        <w:t>Selective restraint: attempting</w:t>
      </w:r>
    </w:p>
    <w:p>
      <w:pPr>
        <w:spacing w:after="60" w:line="266" w:lineRule="auto"/>
        <w:ind w:firstLine="331"/>
        <w:jc w:val="both"/>
      </w:pPr>
      <w:r>
        <w:rPr>
          <w:rFonts w:ascii="Georgia" w:hAnsi="Georgia"/>
          <w:b w:val="0"/>
          <w:i w:val="0"/>
          <w:color w:val="22201D"/>
          <w:sz w:val="20"/>
        </w:rPr>
        <w:t>"Better."</w:t>
      </w:r>
    </w:p>
    <w:p>
      <w:pPr>
        <w:spacing w:after="60" w:line="266" w:lineRule="auto"/>
        <w:ind w:firstLine="331"/>
        <w:jc w:val="both"/>
      </w:pPr>
      <w:r>
        <w:rPr>
          <w:rFonts w:ascii="Georgia" w:hAnsi="Georgia"/>
          <w:b w:val="0"/>
          <w:i w:val="0"/>
          <w:color w:val="22201D"/>
          <w:sz w:val="20"/>
        </w:rPr>
        <w:t>The Hostess took a small brass dish from beneath the counter and placed it beside the door.</w:t>
      </w:r>
    </w:p>
    <w:p>
      <w:pPr>
        <w:spacing w:after="60" w:line="266" w:lineRule="auto"/>
        <w:ind w:firstLine="331"/>
        <w:jc w:val="both"/>
      </w:pPr>
      <w:r>
        <w:rPr>
          <w:rFonts w:ascii="Georgia" w:hAnsi="Georgia"/>
          <w:b w:val="0"/>
          <w:i w:val="0"/>
          <w:color w:val="22201D"/>
          <w:sz w:val="20"/>
        </w:rPr>
        <w:t>It looked like the kind of dish used for mints, keys, or the ashes of a very tiny empire.</w:t>
      </w:r>
    </w:p>
    <w:p>
      <w:pPr>
        <w:spacing w:after="60" w:line="266" w:lineRule="auto"/>
        <w:ind w:firstLine="331"/>
        <w:jc w:val="both"/>
      </w:pPr>
      <w:r>
        <w:rPr>
          <w:rFonts w:ascii="Georgia" w:hAnsi="Georgia"/>
          <w:b w:val="0"/>
          <w:i w:val="0"/>
          <w:color w:val="22201D"/>
          <w:sz w:val="20"/>
        </w:rPr>
        <w:t>Mara watched it.</w:t>
      </w:r>
    </w:p>
    <w:p>
      <w:pPr>
        <w:spacing w:after="60" w:line="266" w:lineRule="auto"/>
        <w:ind w:firstLine="331"/>
        <w:jc w:val="both"/>
      </w:pPr>
      <w:r>
        <w:rPr>
          <w:rFonts w:ascii="Georgia" w:hAnsi="Georgia"/>
          <w:b w:val="0"/>
          <w:i w:val="0"/>
          <w:color w:val="22201D"/>
          <w:sz w:val="20"/>
        </w:rPr>
        <w:t>"What is that?"</w:t>
      </w:r>
    </w:p>
    <w:p>
      <w:pPr>
        <w:spacing w:after="60" w:line="266" w:lineRule="auto"/>
        <w:ind w:firstLine="331"/>
        <w:jc w:val="both"/>
      </w:pPr>
      <w:r>
        <w:rPr>
          <w:rFonts w:ascii="Georgia" w:hAnsi="Georgia"/>
          <w:b w:val="0"/>
          <w:i w:val="0"/>
          <w:color w:val="22201D"/>
          <w:sz w:val="20"/>
        </w:rPr>
        <w:t>"Adjective dish," said the Hostess.</w:t>
      </w:r>
    </w:p>
    <w:p>
      <w:pPr>
        <w:spacing w:after="60" w:line="266" w:lineRule="auto"/>
        <w:ind w:firstLine="331"/>
        <w:jc w:val="both"/>
      </w:pPr>
      <w:r>
        <w:rPr>
          <w:rFonts w:ascii="Georgia" w:hAnsi="Georgia"/>
          <w:b w:val="0"/>
          <w:i w:val="0"/>
          <w:color w:val="22201D"/>
          <w:sz w:val="20"/>
        </w:rPr>
        <w:t>Flocc looked at the dish, then at the line outside, then at the tote bag.</w:t>
      </w:r>
    </w:p>
    <w:p>
      <w:pPr>
        <w:spacing w:after="60" w:line="266" w:lineRule="auto"/>
        <w:ind w:firstLine="331"/>
        <w:jc w:val="both"/>
      </w:pPr>
      <w:r>
        <w:rPr>
          <w:rFonts w:ascii="Georgia" w:hAnsi="Georgia"/>
          <w:b w:val="0"/>
          <w:i w:val="0"/>
          <w:color w:val="22201D"/>
          <w:sz w:val="20"/>
        </w:rPr>
        <w:t>"They have to put adjectives in it?"</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"They have to remove what cannot enter."</w:t>
      </w:r>
    </w:p>
    <w:p>
      <w:pPr>
        <w:spacing w:after="60" w:line="266" w:lineRule="auto"/>
        <w:ind w:firstLine="331"/>
        <w:jc w:val="both"/>
      </w:pPr>
      <w:r>
        <w:rPr>
          <w:rFonts w:ascii="Georgia" w:hAnsi="Georgia"/>
          <w:b w:val="0"/>
          <w:i w:val="0"/>
          <w:color w:val="22201D"/>
          <w:sz w:val="20"/>
        </w:rPr>
        <w:t>"That sounds like putting adjectives in it."</w:t>
      </w:r>
    </w:p>
    <w:p>
      <w:pPr>
        <w:spacing w:after="60" w:line="266" w:lineRule="auto"/>
        <w:ind w:firstLine="331"/>
        <w:jc w:val="both"/>
      </w:pPr>
      <w:r>
        <w:rPr>
          <w:rFonts w:ascii="Georgia" w:hAnsi="Georgia"/>
          <w:b w:val="0"/>
          <w:i w:val="0"/>
          <w:color w:val="22201D"/>
          <w:sz w:val="20"/>
        </w:rPr>
        <w:t>"You would make a poor sign."</w:t>
      </w:r>
    </w:p>
    <w:p>
      <w:pPr>
        <w:spacing w:after="60" w:line="266" w:lineRule="auto"/>
        <w:ind w:firstLine="331"/>
        <w:jc w:val="both"/>
      </w:pPr>
      <w:r>
        <w:rPr>
          <w:rFonts w:ascii="Georgia" w:hAnsi="Georgia"/>
          <w:b w:val="0"/>
          <w:i w:val="0"/>
          <w:color w:val="22201D"/>
          <w:sz w:val="20"/>
        </w:rPr>
        <w:t>The menu opened in front of Mara and printed:</w:t>
      </w:r>
    </w:p>
    <w:p>
      <w:pPr>
        <w:spacing w:after="60" w:line="250" w:lineRule="auto"/>
        <w:ind w:left="202" w:right="173"/>
      </w:pPr>
      <w:r>
        <w:rPr>
          <w:rFonts w:ascii="Georgia" w:hAnsi="Georgia"/>
          <w:b w:val="0"/>
          <w:i w:val="0"/>
          <w:color w:val="22201D"/>
          <w:sz w:val="17"/>
        </w:rPr>
        <w:t>Confirmed.</w:t>
      </w:r>
    </w:p>
    <w:p>
      <w:pPr>
        <w:spacing w:after="60" w:line="266" w:lineRule="auto"/>
        <w:ind w:firstLine="331"/>
        <w:jc w:val="both"/>
      </w:pPr>
      <w:r>
        <w:rPr>
          <w:rFonts w:ascii="Georgia" w:hAnsi="Georgia"/>
          <w:b w:val="0"/>
          <w:i w:val="0"/>
          <w:color w:val="22201D"/>
          <w:sz w:val="20"/>
        </w:rPr>
        <w:t>Flocc looked wounded in a way that suggested he had expected better from the menu, which was unreasonable because he had received quite a lot from the menu and none of it had been indulgence.</w:t>
      </w:r>
    </w:p>
    <w:p>
      <w:pPr>
        <w:spacing w:after="60" w:line="266" w:lineRule="auto"/>
        <w:ind w:firstLine="331"/>
        <w:jc w:val="both"/>
      </w:pPr>
      <w:r>
        <w:rPr>
          <w:rFonts w:ascii="Georgia" w:hAnsi="Georgia"/>
          <w:b w:val="0"/>
          <w:i w:val="0"/>
          <w:color w:val="22201D"/>
          <w:sz w:val="20"/>
        </w:rPr>
        <w:t>The Hostess opened the door.</w:t>
      </w:r>
    </w:p>
    <w:p>
      <w:pPr>
        <w:spacing w:after="60" w:line="266" w:lineRule="auto"/>
        <w:ind w:firstLine="331"/>
        <w:jc w:val="both"/>
      </w:pPr>
      <w:r>
        <w:rPr>
          <w:rFonts w:ascii="Georgia" w:hAnsi="Georgia"/>
          <w:b w:val="0"/>
          <w:i w:val="0"/>
          <w:color w:val="22201D"/>
          <w:sz w:val="20"/>
        </w:rPr>
        <w:t>The line straightened by pretending it had already been straight.</w:t>
      </w:r>
    </w:p>
    <w:p>
      <w:pPr>
        <w:spacing w:after="60" w:line="266" w:lineRule="auto"/>
        <w:ind w:firstLine="331"/>
        <w:jc w:val="both"/>
      </w:pPr>
      <w:r>
        <w:rPr>
          <w:rFonts w:ascii="Georgia" w:hAnsi="Georgia"/>
          <w:b w:val="0"/>
          <w:i w:val="0"/>
          <w:color w:val="22201D"/>
          <w:sz w:val="20"/>
        </w:rPr>
        <w:t>"Good morning," she said.</w:t>
      </w:r>
    </w:p>
    <w:p>
      <w:pPr>
        <w:spacing w:after="60" w:line="266" w:lineRule="auto"/>
        <w:ind w:firstLine="331"/>
        <w:jc w:val="both"/>
      </w:pPr>
      <w:r>
        <w:rPr>
          <w:rFonts w:ascii="Georgia" w:hAnsi="Georgia"/>
          <w:b w:val="0"/>
          <w:i w:val="0"/>
          <w:color w:val="22201D"/>
          <w:sz w:val="20"/>
        </w:rPr>
        <w:t>Evan, still first because the app had not allowed him to surrender the position without understanding why he had wanted it, raised one hand halfway.</w:t>
      </w:r>
    </w:p>
    <w:p>
      <w:pPr>
        <w:spacing w:after="60" w:line="266" w:lineRule="auto"/>
        <w:ind w:firstLine="331"/>
        <w:jc w:val="both"/>
      </w:pPr>
      <w:r>
        <w:rPr>
          <w:rFonts w:ascii="Georgia" w:hAnsi="Georgia"/>
          <w:b w:val="0"/>
          <w:i w:val="0"/>
          <w:color w:val="22201D"/>
          <w:sz w:val="20"/>
        </w:rPr>
        <w:t>"Hi."</w:t>
      </w:r>
    </w:p>
    <w:p>
      <w:pPr>
        <w:spacing w:after="60" w:line="266" w:lineRule="auto"/>
        <w:ind w:firstLine="331"/>
        <w:jc w:val="both"/>
      </w:pPr>
      <w:r>
        <w:rPr>
          <w:rFonts w:ascii="Georgia" w:hAnsi="Georgia"/>
          <w:b w:val="0"/>
          <w:i w:val="0"/>
          <w:color w:val="22201D"/>
          <w:sz w:val="20"/>
        </w:rPr>
        <w:t>"Before anyone approaches the threshold, each person must remove one superlative."</w:t>
      </w:r>
    </w:p>
    <w:p>
      <w:pPr>
        <w:spacing w:after="60" w:line="266" w:lineRule="auto"/>
        <w:ind w:firstLine="331"/>
        <w:jc w:val="both"/>
      </w:pPr>
      <w:r>
        <w:rPr>
          <w:rFonts w:ascii="Georgia" w:hAnsi="Georgia"/>
          <w:b w:val="0"/>
          <w:i w:val="0"/>
          <w:color w:val="22201D"/>
          <w:sz w:val="20"/>
        </w:rPr>
        <w:t>The line processed this.</w:t>
      </w:r>
    </w:p>
    <w:p>
      <w:pPr>
        <w:spacing w:after="60" w:line="266" w:lineRule="auto"/>
        <w:ind w:firstLine="331"/>
        <w:jc w:val="both"/>
      </w:pPr>
      <w:r>
        <w:rPr>
          <w:rFonts w:ascii="Georgia" w:hAnsi="Georgia"/>
          <w:b w:val="0"/>
          <w:i w:val="0"/>
          <w:color w:val="22201D"/>
          <w:sz w:val="20"/>
        </w:rPr>
        <w:t>It did not process it well.</w:t>
      </w:r>
    </w:p>
    <w:p>
      <w:pPr>
        <w:spacing w:after="60" w:line="266" w:lineRule="auto"/>
        <w:ind w:firstLine="331"/>
        <w:jc w:val="both"/>
      </w:pPr>
      <w:r>
        <w:rPr>
          <w:rFonts w:ascii="Georgia" w:hAnsi="Georgia"/>
          <w:b w:val="0"/>
          <w:i w:val="0"/>
          <w:color w:val="22201D"/>
          <w:sz w:val="20"/>
        </w:rPr>
        <w:t>Someone said, "Like a coat?"</w:t>
      </w:r>
    </w:p>
    <w:p>
      <w:pPr>
        <w:spacing w:after="60" w:line="266" w:lineRule="auto"/>
        <w:ind w:firstLine="331"/>
        <w:jc w:val="both"/>
      </w:pPr>
      <w:r>
        <w:rPr>
          <w:rFonts w:ascii="Georgia" w:hAnsi="Georgia"/>
          <w:b w:val="0"/>
          <w:i w:val="0"/>
          <w:color w:val="22201D"/>
          <w:sz w:val="20"/>
        </w:rPr>
        <w:t>"If you are wearing it."</w:t>
      </w:r>
    </w:p>
    <w:p>
      <w:pPr>
        <w:spacing w:after="60" w:line="266" w:lineRule="auto"/>
        <w:ind w:firstLine="331"/>
        <w:jc w:val="both"/>
      </w:pPr>
      <w:r>
        <w:rPr>
          <w:rFonts w:ascii="Georgia" w:hAnsi="Georgia"/>
          <w:b w:val="0"/>
          <w:i w:val="0"/>
          <w:color w:val="22201D"/>
          <w:sz w:val="20"/>
        </w:rPr>
        <w:t>Someone else said, "Is this a bit?"</w:t>
      </w:r>
    </w:p>
    <w:p>
      <w:pPr>
        <w:spacing w:after="60" w:line="266" w:lineRule="auto"/>
        <w:ind w:firstLine="331"/>
        <w:jc w:val="both"/>
      </w:pPr>
      <w:r>
        <w:rPr>
          <w:rFonts w:ascii="Georgia" w:hAnsi="Georgia"/>
          <w:b w:val="0"/>
          <w:i w:val="0"/>
          <w:color w:val="22201D"/>
          <w:sz w:val="20"/>
        </w:rPr>
        <w:t>The Hostess looked at them with professional sympathy.</w:t>
      </w:r>
    </w:p>
    <w:p>
      <w:pPr>
        <w:spacing w:after="60" w:line="266" w:lineRule="auto"/>
        <w:ind w:firstLine="331"/>
        <w:jc w:val="both"/>
      </w:pPr>
      <w:r>
        <w:rPr>
          <w:rFonts w:ascii="Georgia" w:hAnsi="Georgia"/>
          <w:b w:val="0"/>
          <w:i w:val="0"/>
          <w:color w:val="22201D"/>
          <w:sz w:val="20"/>
        </w:rPr>
        <w:t>"No. Bits are voluntary."</w:t>
      </w:r>
    </w:p>
    <w:p>
      <w:pPr>
        <w:spacing w:after="60" w:line="266" w:lineRule="auto"/>
        <w:ind w:firstLine="331"/>
        <w:jc w:val="both"/>
      </w:pPr>
      <w:r>
        <w:rPr>
          <w:rFonts w:ascii="Georgia" w:hAnsi="Georgia"/>
          <w:b w:val="0"/>
          <w:i w:val="0"/>
          <w:color w:val="22201D"/>
          <w:sz w:val="20"/>
        </w:rPr>
        <w:t>The reservation error printed:</w:t>
      </w:r>
    </w:p>
    <w:p>
      <w:pPr>
        <w:spacing w:after="60" w:line="250" w:lineRule="auto"/>
        <w:ind w:left="202" w:right="173"/>
      </w:pPr>
      <w:r>
        <w:rPr>
          <w:rFonts w:ascii="Georgia" w:hAnsi="Georgia"/>
          <w:b w:val="0"/>
          <w:i w:val="0"/>
          <w:color w:val="22201D"/>
          <w:sz w:val="17"/>
        </w:rPr>
        <w:t>Instruction active: remove one superlative before approaching the Hostess</w:t>
      </w:r>
    </w:p>
    <w:p>
      <w:pPr>
        <w:spacing w:after="60" w:line="266" w:lineRule="auto"/>
        <w:ind w:firstLine="331"/>
        <w:jc w:val="both"/>
      </w:pPr>
      <w:r>
        <w:rPr>
          <w:rFonts w:ascii="Georgia" w:hAnsi="Georgia"/>
          <w:b w:val="0"/>
          <w:i w:val="0"/>
          <w:color w:val="22201D"/>
          <w:sz w:val="20"/>
        </w:rPr>
        <w:t>Evan looked at his phone.</w:t>
      </w:r>
    </w:p>
    <w:p>
      <w:pPr>
        <w:spacing w:after="60" w:line="266" w:lineRule="auto"/>
        <w:ind w:firstLine="331"/>
        <w:jc w:val="both"/>
      </w:pPr>
      <w:r>
        <w:rPr>
          <w:rFonts w:ascii="Georgia" w:hAnsi="Georgia"/>
          <w:b w:val="0"/>
          <w:i w:val="0"/>
          <w:color w:val="22201D"/>
          <w:sz w:val="20"/>
        </w:rPr>
        <w:t>The app displayed the same instruction, but with a button beneath it:</w:t>
      </w:r>
    </w:p>
    <w:p>
      <w:pPr>
        <w:spacing w:after="60" w:line="250" w:lineRule="auto"/>
        <w:ind w:left="202" w:right="173"/>
      </w:pPr>
      <w:r>
        <w:rPr>
          <w:rFonts w:ascii="Georgia" w:hAnsi="Georgia"/>
          <w:b w:val="0"/>
          <w:i w:val="0"/>
          <w:color w:val="22201D"/>
          <w:sz w:val="17"/>
        </w:rPr>
        <w:t>Select superlative to remove</w:t>
      </w:r>
    </w:p>
    <w:p>
      <w:pPr>
        <w:spacing w:after="60" w:line="266" w:lineRule="auto"/>
        <w:ind w:firstLine="331"/>
        <w:jc w:val="both"/>
      </w:pPr>
      <w:r>
        <w:rPr>
          <w:rFonts w:ascii="Georgia" w:hAnsi="Georgia"/>
          <w:b w:val="0"/>
          <w:i w:val="0"/>
          <w:color w:val="22201D"/>
          <w:sz w:val="20"/>
        </w:rPr>
        <w:t>He tapped.</w:t>
      </w:r>
    </w:p>
    <w:p>
      <w:pPr>
        <w:spacing w:after="60" w:line="266" w:lineRule="auto"/>
        <w:ind w:firstLine="331"/>
        <w:jc w:val="both"/>
      </w:pPr>
      <w:r>
        <w:rPr>
          <w:rFonts w:ascii="Georgia" w:hAnsi="Georgia"/>
          <w:b w:val="0"/>
          <w:i w:val="0"/>
          <w:color w:val="22201D"/>
          <w:sz w:val="20"/>
        </w:rPr>
        <w:t>A list appeared.</w:t>
      </w:r>
    </w:p>
    <w:p>
      <w:pPr>
        <w:spacing w:after="60" w:line="250" w:lineRule="auto"/>
        <w:ind w:left="202" w:right="173"/>
      </w:pPr>
      <w:r>
        <w:rPr>
          <w:rFonts w:ascii="Georgia" w:hAnsi="Georgia"/>
          <w:b w:val="0"/>
          <w:i w:val="0"/>
          <w:color w:val="22201D"/>
          <w:sz w:val="17"/>
        </w:rPr>
        <w:t>best ultimate most authentic hidden life-changing unmissable legendary transcendent iconic worth it</w:t>
      </w:r>
    </w:p>
    <w:p>
      <w:pPr>
        <w:spacing w:after="60" w:line="266" w:lineRule="auto"/>
        <w:ind w:firstLine="331"/>
        <w:jc w:val="both"/>
      </w:pPr>
      <w:r>
        <w:rPr>
          <w:rFonts w:ascii="Georgia" w:hAnsi="Georgia"/>
          <w:b w:val="0"/>
          <w:i w:val="0"/>
          <w:color w:val="22201D"/>
          <w:sz w:val="20"/>
        </w:rPr>
        <w:t>Evan stared at the list.</w:t>
      </w:r>
    </w:p>
    <w:p>
      <w:pPr>
        <w:spacing w:after="60" w:line="266" w:lineRule="auto"/>
        <w:ind w:firstLine="331"/>
        <w:jc w:val="both"/>
      </w:pPr>
      <w:r>
        <w:rPr>
          <w:rFonts w:ascii="Georgia" w:hAnsi="Georgia"/>
          <w:b w:val="0"/>
          <w:i w:val="0"/>
          <w:color w:val="22201D"/>
          <w:sz w:val="20"/>
        </w:rPr>
        <w:t>"Worth it is not a superlative."</w:t>
      </w:r>
    </w:p>
    <w:p>
      <w:pPr>
        <w:spacing w:after="60" w:line="266" w:lineRule="auto"/>
        <w:ind w:firstLine="331"/>
        <w:jc w:val="both"/>
      </w:pPr>
      <w:r>
        <w:rPr>
          <w:rFonts w:ascii="Georgia" w:hAnsi="Georgia"/>
          <w:b w:val="0"/>
          <w:i w:val="0"/>
          <w:color w:val="22201D"/>
          <w:sz w:val="20"/>
        </w:rPr>
        <w:t>The Hostess said, "No. It is an invoice pretending to be an adjective."</w:t>
      </w:r>
    </w:p>
    <w:p>
      <w:pPr>
        <w:spacing w:after="60" w:line="266" w:lineRule="auto"/>
        <w:ind w:firstLine="331"/>
        <w:jc w:val="both"/>
      </w:pPr>
      <w:r>
        <w:rPr>
          <w:rFonts w:ascii="Georgia" w:hAnsi="Georgia"/>
          <w:b w:val="0"/>
          <w:i w:val="0"/>
          <w:color w:val="22201D"/>
          <w:sz w:val="20"/>
        </w:rPr>
        <w:t>The app updated:</w:t>
      </w:r>
    </w:p>
    <w:p>
      <w:pPr>
        <w:spacing w:after="60" w:line="250" w:lineRule="auto"/>
        <w:ind w:left="202" w:right="173"/>
      </w:pPr>
      <w:r>
        <w:rPr>
          <w:rFonts w:ascii="Georgia" w:hAnsi="Georgia"/>
          <w:b w:val="0"/>
          <w:i w:val="0"/>
          <w:color w:val="22201D"/>
          <w:sz w:val="17"/>
        </w:rPr>
        <w:t>worth it classification updated: advance invoice</w:t>
      </w:r>
    </w:p>
    <w:p>
      <w:pPr>
        <w:spacing w:after="60" w:line="266" w:lineRule="auto"/>
        <w:ind w:firstLine="331"/>
        <w:jc w:val="both"/>
      </w:pPr>
      <w:r>
        <w:rPr>
          <w:rFonts w:ascii="Georgia" w:hAnsi="Georgia"/>
          <w:b w:val="0"/>
          <w:i w:val="0"/>
          <w:color w:val="22201D"/>
          <w:sz w:val="20"/>
        </w:rPr>
        <w:t>Steve whispered, "Useful."</w:t>
      </w:r>
    </w:p>
    <w:p>
      <w:pPr>
        <w:spacing w:after="60" w:line="266" w:lineRule="auto"/>
        <w:ind w:firstLine="331"/>
        <w:jc w:val="both"/>
      </w:pPr>
      <w:r>
        <w:rPr>
          <w:rFonts w:ascii="Georgia" w:hAnsi="Georgia"/>
          <w:b w:val="0"/>
          <w:i w:val="0"/>
          <w:color w:val="22201D"/>
          <w:sz w:val="20"/>
        </w:rPr>
        <w:t>Gerald whispered, "No."</w:t>
      </w:r>
    </w:p>
    <w:p>
      <w:pPr>
        <w:spacing w:after="60" w:line="266" w:lineRule="auto"/>
        <w:ind w:firstLine="331"/>
        <w:jc w:val="both"/>
      </w:pPr>
      <w:r>
        <w:rPr>
          <w:rFonts w:ascii="Georgia" w:hAnsi="Georgia"/>
          <w:b w:val="0"/>
          <w:i w:val="0"/>
          <w:color w:val="22201D"/>
          <w:sz w:val="20"/>
        </w:rPr>
        <w:t>"It is a better category."</w:t>
      </w:r>
    </w:p>
    <w:p>
      <w:pPr>
        <w:spacing w:after="60" w:line="266" w:lineRule="auto"/>
        <w:ind w:firstLine="331"/>
        <w:jc w:val="both"/>
      </w:pPr>
      <w:r>
        <w:rPr>
          <w:rFonts w:ascii="Georgia" w:hAnsi="Georgia"/>
          <w:b w:val="0"/>
          <w:i w:val="0"/>
          <w:color w:val="22201D"/>
          <w:sz w:val="20"/>
        </w:rPr>
        <w:t>"It is still happening without a permit."</w:t>
      </w:r>
    </w:p>
    <w:p>
      <w:pPr>
        <w:spacing w:after="60" w:line="266" w:lineRule="auto"/>
        <w:ind w:firstLine="331"/>
        <w:jc w:val="both"/>
      </w:pPr>
      <w:r>
        <w:rPr>
          <w:rFonts w:ascii="Georgia" w:hAnsi="Georgia"/>
          <w:b w:val="0"/>
          <w:i w:val="0"/>
          <w:color w:val="22201D"/>
          <w:sz w:val="20"/>
        </w:rPr>
        <w:t>"Many useful things do."</w:t>
      </w:r>
    </w:p>
    <w:p>
      <w:pPr>
        <w:spacing w:after="60" w:line="266" w:lineRule="auto"/>
        <w:ind w:firstLine="331"/>
        <w:jc w:val="both"/>
      </w:pPr>
      <w:r>
        <w:rPr>
          <w:rFonts w:ascii="Georgia" w:hAnsi="Georgia"/>
          <w:b w:val="0"/>
          <w:i w:val="0"/>
          <w:color w:val="22201D"/>
          <w:sz w:val="20"/>
        </w:rPr>
        <w:t>Gerald looked at Steve.</w:t>
      </w:r>
    </w:p>
    <w:p>
      <w:pPr>
        <w:spacing w:after="60" w:line="266" w:lineRule="auto"/>
        <w:ind w:firstLine="331"/>
        <w:jc w:val="both"/>
      </w:pPr>
      <w:r>
        <w:rPr>
          <w:rFonts w:ascii="Georgia" w:hAnsi="Georgia"/>
          <w:b w:val="0"/>
          <w:i w:val="0"/>
          <w:color w:val="22201D"/>
          <w:sz w:val="20"/>
        </w:rPr>
        <w:t>Steve looked back with the weary bravery of a clerk defending taxonomy.</w:t>
      </w:r>
    </w:p>
    <w:p>
      <w:pPr>
        <w:spacing w:after="60" w:line="266" w:lineRule="auto"/>
        <w:ind w:firstLine="331"/>
        <w:jc w:val="both"/>
      </w:pPr>
      <w:r>
        <w:rPr>
          <w:rFonts w:ascii="Georgia" w:hAnsi="Georgia"/>
          <w:b w:val="0"/>
          <w:i w:val="0"/>
          <w:color w:val="22201D"/>
          <w:sz w:val="20"/>
        </w:rPr>
        <w:t>The Hostess said, "Choose one."</w:t>
      </w:r>
    </w:p>
    <w:p>
      <w:pPr>
        <w:spacing w:after="60" w:line="266" w:lineRule="auto"/>
        <w:ind w:firstLine="331"/>
        <w:jc w:val="both"/>
      </w:pPr>
      <w:r>
        <w:rPr>
          <w:rFonts w:ascii="Georgia" w:hAnsi="Georgia"/>
          <w:b w:val="0"/>
          <w:i w:val="0"/>
          <w:color w:val="22201D"/>
          <w:sz w:val="20"/>
        </w:rPr>
        <w:t>Evan hesitated.</w:t>
      </w:r>
    </w:p>
    <w:p>
      <w:pPr>
        <w:spacing w:after="60" w:line="266" w:lineRule="auto"/>
        <w:ind w:firstLine="331"/>
        <w:jc w:val="both"/>
      </w:pPr>
      <w:r>
        <w:rPr>
          <w:rFonts w:ascii="Georgia" w:hAnsi="Georgia"/>
          <w:b w:val="0"/>
          <w:i w:val="0"/>
          <w:color w:val="22201D"/>
          <w:sz w:val="20"/>
        </w:rPr>
        <w:t>Flocc could see the problem. Not because Evan was mysterious, but because he was painfully familiar. The words were not just words. They were little reservations for versions of himself. If he removed best, he could no longer be the person who found the best place. If he removed hidden, he could no longer be the person with access to what other people had missed. If he removed life-changing, he could no longer guarantee that the inconvenience of standing outside a restaurant with strangers would be redeemed by becoming meaningful later.</w:t>
      </w:r>
    </w:p>
    <w:p>
      <w:pPr>
        <w:spacing w:after="60" w:line="266" w:lineRule="auto"/>
        <w:ind w:firstLine="331"/>
        <w:jc w:val="both"/>
      </w:pPr>
      <w:r>
        <w:rPr>
          <w:rFonts w:ascii="Georgia" w:hAnsi="Georgia"/>
          <w:b w:val="0"/>
          <w:i w:val="0"/>
          <w:color w:val="22201D"/>
          <w:sz w:val="20"/>
        </w:rPr>
        <w:t>Evan tapped:</w:t>
      </w:r>
    </w:p>
    <w:p>
      <w:pPr>
        <w:spacing w:after="60" w:line="250" w:lineRule="auto"/>
        <w:ind w:left="202" w:right="173"/>
      </w:pPr>
      <w:r>
        <w:rPr>
          <w:rFonts w:ascii="Georgia" w:hAnsi="Georgia"/>
          <w:b w:val="0"/>
          <w:i w:val="0"/>
          <w:color w:val="22201D"/>
          <w:sz w:val="17"/>
        </w:rPr>
        <w:t>hidden</w:t>
      </w:r>
    </w:p>
    <w:p>
      <w:pPr>
        <w:spacing w:after="60" w:line="266" w:lineRule="auto"/>
        <w:ind w:firstLine="331"/>
        <w:jc w:val="both"/>
      </w:pPr>
      <w:r>
        <w:rPr>
          <w:rFonts w:ascii="Georgia" w:hAnsi="Georgia"/>
          <w:b w:val="0"/>
          <w:i w:val="0"/>
          <w:color w:val="22201D"/>
          <w:sz w:val="20"/>
        </w:rPr>
        <w:t>The app asked:</w:t>
      </w:r>
    </w:p>
    <w:p>
      <w:pPr>
        <w:spacing w:after="60" w:line="250" w:lineRule="auto"/>
        <w:ind w:left="202" w:right="173"/>
      </w:pPr>
      <w:r>
        <w:rPr>
          <w:rFonts w:ascii="Georgia" w:hAnsi="Georgia"/>
          <w:b w:val="0"/>
          <w:i w:val="0"/>
          <w:color w:val="22201D"/>
          <w:sz w:val="17"/>
        </w:rPr>
        <w:t>Confirm removal?</w:t>
      </w:r>
    </w:p>
    <w:p>
      <w:pPr>
        <w:spacing w:after="60" w:line="266" w:lineRule="auto"/>
        <w:ind w:firstLine="331"/>
        <w:jc w:val="both"/>
      </w:pPr>
      <w:r>
        <w:rPr>
          <w:rFonts w:ascii="Georgia" w:hAnsi="Georgia"/>
          <w:b w:val="0"/>
          <w:i w:val="0"/>
          <w:color w:val="22201D"/>
          <w:sz w:val="20"/>
        </w:rPr>
        <w:t>Evan looked at the red door.</w:t>
      </w:r>
    </w:p>
    <w:p>
      <w:pPr>
        <w:spacing w:after="60" w:line="266" w:lineRule="auto"/>
        <w:ind w:firstLine="331"/>
        <w:jc w:val="both"/>
      </w:pPr>
      <w:r>
        <w:rPr>
          <w:rFonts w:ascii="Georgia" w:hAnsi="Georgia"/>
          <w:b w:val="0"/>
          <w:i w:val="0"/>
          <w:color w:val="22201D"/>
          <w:sz w:val="20"/>
        </w:rPr>
        <w:t>"If I remove hidden, can I still come in?"</w:t>
      </w:r>
    </w:p>
    <w:p>
      <w:pPr>
        <w:spacing w:after="60" w:line="266" w:lineRule="auto"/>
        <w:ind w:firstLine="331"/>
        <w:jc w:val="both"/>
      </w:pPr>
      <w:r>
        <w:rPr>
          <w:rFonts w:ascii="Georgia" w:hAnsi="Georgia"/>
          <w:b w:val="0"/>
          <w:i w:val="0"/>
          <w:color w:val="22201D"/>
          <w:sz w:val="20"/>
        </w:rPr>
        <w:t>"No," said the Hostess.</w:t>
      </w:r>
    </w:p>
    <w:p>
      <w:pPr>
        <w:spacing w:after="60" w:line="266" w:lineRule="auto"/>
        <w:ind w:firstLine="331"/>
        <w:jc w:val="both"/>
      </w:pPr>
      <w:r>
        <w:rPr>
          <w:rFonts w:ascii="Georgia" w:hAnsi="Georgia"/>
          <w:b w:val="0"/>
          <w:i w:val="0"/>
          <w:color w:val="22201D"/>
          <w:sz w:val="20"/>
        </w:rPr>
        <w:t>He looked startled.</w:t>
      </w:r>
    </w:p>
    <w:p>
      <w:pPr>
        <w:spacing w:after="60" w:line="266" w:lineRule="auto"/>
        <w:ind w:firstLine="331"/>
        <w:jc w:val="both"/>
      </w:pPr>
      <w:r>
        <w:rPr>
          <w:rFonts w:ascii="Georgia" w:hAnsi="Georgia"/>
          <w:b w:val="0"/>
          <w:i w:val="0"/>
          <w:color w:val="22201D"/>
          <w:sz w:val="20"/>
        </w:rPr>
        <w:t>"Then why remove it?"</w:t>
      </w:r>
    </w:p>
    <w:p>
      <w:pPr>
        <w:spacing w:after="60" w:line="266" w:lineRule="auto"/>
        <w:ind w:firstLine="331"/>
        <w:jc w:val="both"/>
      </w:pPr>
      <w:r>
        <w:rPr>
          <w:rFonts w:ascii="Georgia" w:hAnsi="Georgia"/>
          <w:b w:val="0"/>
          <w:i w:val="0"/>
          <w:color w:val="22201D"/>
          <w:sz w:val="20"/>
        </w:rPr>
        <w:t>"Because you are not outside because the restaurant is hidden."</w:t>
      </w:r>
    </w:p>
    <w:p>
      <w:pPr>
        <w:spacing w:after="60" w:line="266" w:lineRule="auto"/>
        <w:ind w:firstLine="331"/>
        <w:jc w:val="both"/>
      </w:pPr>
      <w:r>
        <w:rPr>
          <w:rFonts w:ascii="Georgia" w:hAnsi="Georgia"/>
          <w:b w:val="0"/>
          <w:i w:val="0"/>
          <w:color w:val="22201D"/>
          <w:sz w:val="20"/>
        </w:rPr>
        <w:t>"Why am I outside?"</w:t>
      </w:r>
    </w:p>
    <w:p>
      <w:pPr>
        <w:spacing w:after="60" w:line="266" w:lineRule="auto"/>
        <w:ind w:firstLine="331"/>
        <w:jc w:val="both"/>
      </w:pPr>
      <w:r>
        <w:rPr>
          <w:rFonts w:ascii="Georgia" w:hAnsi="Georgia"/>
          <w:b w:val="0"/>
          <w:i w:val="0"/>
          <w:color w:val="22201D"/>
          <w:sz w:val="20"/>
        </w:rPr>
        <w:t>"Because you do not yet know whether you are waiting or performing."</w:t>
      </w:r>
    </w:p>
    <w:p>
      <w:pPr>
        <w:spacing w:after="60" w:line="266" w:lineRule="auto"/>
        <w:ind w:firstLine="331"/>
        <w:jc w:val="both"/>
      </w:pPr>
      <w:r>
        <w:rPr>
          <w:rFonts w:ascii="Georgia" w:hAnsi="Georgia"/>
          <w:b w:val="0"/>
          <w:i w:val="0"/>
          <w:color w:val="22201D"/>
          <w:sz w:val="20"/>
        </w:rPr>
        <w:t>The line absorbed this with the resentment people feel when a sentence makes too much sense too early.</w:t>
      </w:r>
    </w:p>
    <w:p>
      <w:pPr>
        <w:spacing w:after="60" w:line="266" w:lineRule="auto"/>
        <w:ind w:firstLine="331"/>
        <w:jc w:val="both"/>
      </w:pPr>
      <w:r>
        <w:rPr>
          <w:rFonts w:ascii="Georgia" w:hAnsi="Georgia"/>
          <w:b w:val="0"/>
          <w:i w:val="0"/>
          <w:color w:val="22201D"/>
          <w:sz w:val="20"/>
        </w:rPr>
        <w:t>Evan tapped confirm.</w:t>
      </w:r>
    </w:p>
    <w:p>
      <w:pPr>
        <w:spacing w:after="60" w:line="266" w:lineRule="auto"/>
        <w:ind w:firstLine="331"/>
        <w:jc w:val="both"/>
      </w:pPr>
      <w:r>
        <w:rPr>
          <w:rFonts w:ascii="Georgia" w:hAnsi="Georgia"/>
          <w:b w:val="0"/>
          <w:i w:val="0"/>
          <w:color w:val="22201D"/>
          <w:sz w:val="20"/>
        </w:rPr>
        <w:t>The word hidden lifted from his screen, became a small black curl of type, and floated into the brass dish.</w:t>
      </w:r>
    </w:p>
    <w:p>
      <w:pPr>
        <w:spacing w:after="60" w:line="266" w:lineRule="auto"/>
        <w:ind w:firstLine="331"/>
        <w:jc w:val="both"/>
      </w:pPr>
      <w:r>
        <w:rPr>
          <w:rFonts w:ascii="Georgia" w:hAnsi="Georgia"/>
          <w:b w:val="0"/>
          <w:i w:val="0"/>
          <w:color w:val="22201D"/>
          <w:sz w:val="20"/>
        </w:rPr>
        <w:t>It landed silently.</w:t>
      </w:r>
    </w:p>
    <w:p>
      <w:pPr>
        <w:spacing w:after="60" w:line="266" w:lineRule="auto"/>
        <w:ind w:firstLine="331"/>
        <w:jc w:val="both"/>
      </w:pPr>
      <w:r>
        <w:rPr>
          <w:rFonts w:ascii="Georgia" w:hAnsi="Georgia"/>
          <w:b w:val="0"/>
          <w:i w:val="0"/>
          <w:color w:val="22201D"/>
          <w:sz w:val="20"/>
        </w:rPr>
        <w:t>The dish rang anyway.</w:t>
      </w:r>
    </w:p>
    <w:p>
      <w:pPr>
        <w:spacing w:after="60" w:line="266" w:lineRule="auto"/>
        <w:ind w:firstLine="331"/>
        <w:jc w:val="both"/>
      </w:pPr>
      <w:r>
        <w:rPr>
          <w:rFonts w:ascii="Georgia" w:hAnsi="Georgia"/>
          <w:b w:val="0"/>
          <w:i w:val="0"/>
          <w:color w:val="22201D"/>
          <w:sz w:val="20"/>
        </w:rPr>
        <w:t>The tote-bag woman said, "That is dramatic."</w:t>
      </w:r>
    </w:p>
    <w:p>
      <w:pPr>
        <w:spacing w:after="60" w:line="266" w:lineRule="auto"/>
        <w:ind w:firstLine="331"/>
        <w:jc w:val="both"/>
      </w:pPr>
      <w:r>
        <w:rPr>
          <w:rFonts w:ascii="Georgia" w:hAnsi="Georgia"/>
          <w:b w:val="0"/>
          <w:i w:val="0"/>
          <w:color w:val="22201D"/>
          <w:sz w:val="20"/>
        </w:rPr>
        <w:t>The Hostess looked at the bag.</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The bag seemed to shrink slightly, though cloth rarely admitted defeat in public.</w:t>
      </w:r>
    </w:p>
    <w:p>
      <w:pPr>
        <w:spacing w:after="60" w:line="266" w:lineRule="auto"/>
        <w:ind w:firstLine="331"/>
        <w:jc w:val="both"/>
      </w:pPr>
      <w:r>
        <w:rPr>
          <w:rFonts w:ascii="Georgia" w:hAnsi="Georgia"/>
          <w:b w:val="0"/>
          <w:i w:val="0"/>
          <w:color w:val="22201D"/>
          <w:sz w:val="20"/>
        </w:rPr>
        <w:t>The app printed:</w:t>
      </w:r>
    </w:p>
    <w:p>
      <w:pPr>
        <w:spacing w:after="60" w:line="250" w:lineRule="auto"/>
        <w:ind w:left="202" w:right="173"/>
      </w:pPr>
      <w:r>
        <w:rPr>
          <w:rFonts w:ascii="Georgia" w:hAnsi="Georgia"/>
          <w:b w:val="0"/>
          <w:i w:val="0"/>
          <w:color w:val="22201D"/>
          <w:sz w:val="17"/>
        </w:rPr>
        <w:t>Superlative removed: hidden  Door status: not yet</w:t>
      </w:r>
    </w:p>
    <w:p>
      <w:pPr>
        <w:spacing w:after="60" w:line="266" w:lineRule="auto"/>
        <w:ind w:firstLine="331"/>
        <w:jc w:val="both"/>
      </w:pPr>
      <w:r>
        <w:rPr>
          <w:rFonts w:ascii="Georgia" w:hAnsi="Georgia"/>
          <w:b w:val="0"/>
          <w:i w:val="0"/>
          <w:color w:val="22201D"/>
          <w:sz w:val="20"/>
        </w:rPr>
        <w:t>Evan winced.</w:t>
      </w:r>
    </w:p>
    <w:p>
      <w:pPr>
        <w:spacing w:after="60" w:line="266" w:lineRule="auto"/>
        <w:ind w:firstLine="331"/>
        <w:jc w:val="both"/>
      </w:pPr>
      <w:r>
        <w:rPr>
          <w:rFonts w:ascii="Georgia" w:hAnsi="Georgia"/>
          <w:b w:val="0"/>
          <w:i w:val="0"/>
          <w:color w:val="22201D"/>
          <w:sz w:val="20"/>
        </w:rPr>
        <w:t>"Not yet?"</w:t>
      </w:r>
    </w:p>
    <w:p>
      <w:pPr>
        <w:spacing w:after="60" w:line="266" w:lineRule="auto"/>
        <w:ind w:firstLine="331"/>
        <w:jc w:val="both"/>
      </w:pPr>
      <w:r>
        <w:rPr>
          <w:rFonts w:ascii="Georgia" w:hAnsi="Georgia"/>
          <w:b w:val="0"/>
          <w:i w:val="0"/>
          <w:color w:val="22201D"/>
          <w:sz w:val="20"/>
        </w:rPr>
        <w:t>"Patience," said the Hostess.</w:t>
      </w:r>
    </w:p>
    <w:p>
      <w:pPr>
        <w:spacing w:after="60" w:line="266" w:lineRule="auto"/>
        <w:ind w:firstLine="331"/>
        <w:jc w:val="both"/>
      </w:pPr>
      <w:r>
        <w:rPr>
          <w:rFonts w:ascii="Georgia" w:hAnsi="Georgia"/>
          <w:b w:val="0"/>
          <w:i w:val="0"/>
          <w:color w:val="22201D"/>
          <w:sz w:val="20"/>
        </w:rPr>
        <w:t>The app printed:</w:t>
      </w:r>
    </w:p>
    <w:p>
      <w:pPr>
        <w:spacing w:after="60" w:line="250" w:lineRule="auto"/>
        <w:ind w:left="202" w:right="173"/>
      </w:pPr>
      <w:r>
        <w:rPr>
          <w:rFonts w:ascii="Georgia" w:hAnsi="Georgia"/>
          <w:b w:val="0"/>
          <w:i w:val="0"/>
          <w:color w:val="22201D"/>
          <w:sz w:val="17"/>
        </w:rPr>
        <w:t>Price accepted: patience, partial</w:t>
      </w:r>
    </w:p>
    <w:p>
      <w:pPr>
        <w:spacing w:after="60" w:line="266" w:lineRule="auto"/>
        <w:ind w:firstLine="331"/>
        <w:jc w:val="both"/>
      </w:pPr>
      <w:r>
        <w:rPr>
          <w:rFonts w:ascii="Georgia" w:hAnsi="Georgia"/>
          <w:b w:val="0"/>
          <w:i w:val="0"/>
          <w:color w:val="22201D"/>
          <w:sz w:val="20"/>
        </w:rPr>
        <w:t>Mara leaned toward Flocc.</w:t>
      </w:r>
    </w:p>
    <w:p>
      <w:pPr>
        <w:spacing w:after="60" w:line="266" w:lineRule="auto"/>
        <w:ind w:firstLine="331"/>
        <w:jc w:val="both"/>
      </w:pPr>
      <w:r>
        <w:rPr>
          <w:rFonts w:ascii="Georgia" w:hAnsi="Georgia"/>
          <w:b w:val="0"/>
          <w:i w:val="0"/>
          <w:color w:val="22201D"/>
          <w:sz w:val="20"/>
        </w:rPr>
        <w:t>"That is going to irritate everyone."</w:t>
      </w:r>
    </w:p>
    <w:p>
      <w:pPr>
        <w:spacing w:after="60" w:line="266" w:lineRule="auto"/>
        <w:ind w:firstLine="331"/>
        <w:jc w:val="both"/>
      </w:pPr>
      <w:r>
        <w:rPr>
          <w:rFonts w:ascii="Georgia" w:hAnsi="Georgia"/>
          <w:b w:val="0"/>
          <w:i w:val="0"/>
          <w:color w:val="22201D"/>
          <w:sz w:val="20"/>
        </w:rPr>
        <w:t>"It already is."</w:t>
      </w:r>
    </w:p>
    <w:p>
      <w:pPr>
        <w:spacing w:after="60" w:line="266" w:lineRule="auto"/>
        <w:ind w:firstLine="331"/>
        <w:jc w:val="both"/>
      </w:pPr>
      <w:r>
        <w:rPr>
          <w:rFonts w:ascii="Georgia" w:hAnsi="Georgia"/>
          <w:b w:val="0"/>
          <w:i w:val="0"/>
          <w:color w:val="22201D"/>
          <w:sz w:val="20"/>
        </w:rPr>
        <w:t>"No. I mean correctly."</w:t>
      </w:r>
    </w:p>
    <w:p>
      <w:pPr>
        <w:spacing w:after="60" w:line="266" w:lineRule="auto"/>
        <w:ind w:firstLine="331"/>
        <w:jc w:val="both"/>
      </w:pPr>
      <w:r>
        <w:rPr>
          <w:rFonts w:ascii="Georgia" w:hAnsi="Georgia"/>
          <w:b w:val="0"/>
          <w:i w:val="0"/>
          <w:color w:val="22201D"/>
          <w:sz w:val="20"/>
        </w:rPr>
        <w:t>The second person in line approached. They wore a rain jacket with a small camera clipped to the strap, although the camera was turned off in the spiritual sense only.</w:t>
      </w:r>
    </w:p>
    <w:p>
      <w:pPr>
        <w:spacing w:after="60" w:line="266" w:lineRule="auto"/>
        <w:ind w:firstLine="331"/>
        <w:jc w:val="both"/>
      </w:pPr>
      <w:r>
        <w:rPr>
          <w:rFonts w:ascii="Georgia" w:hAnsi="Georgia"/>
          <w:b w:val="0"/>
          <w:i w:val="0"/>
          <w:color w:val="22201D"/>
          <w:sz w:val="20"/>
        </w:rPr>
        <w:t>"Do I have to use the app?"</w:t>
      </w:r>
    </w:p>
    <w:p>
      <w:pPr>
        <w:spacing w:after="60" w:line="266" w:lineRule="auto"/>
        <w:ind w:firstLine="331"/>
        <w:jc w:val="both"/>
      </w:pPr>
      <w:r>
        <w:rPr>
          <w:rFonts w:ascii="Georgia" w:hAnsi="Georgia"/>
          <w:b w:val="0"/>
          <w:i w:val="0"/>
          <w:color w:val="22201D"/>
          <w:sz w:val="20"/>
        </w:rPr>
        <w:t>"No," said the Hostess.</w:t>
      </w:r>
    </w:p>
    <w:p>
      <w:pPr>
        <w:spacing w:after="60" w:line="266" w:lineRule="auto"/>
        <w:ind w:firstLine="331"/>
        <w:jc w:val="both"/>
      </w:pPr>
      <w:r>
        <w:rPr>
          <w:rFonts w:ascii="Georgia" w:hAnsi="Georgia"/>
          <w:b w:val="0"/>
          <w:i w:val="0"/>
          <w:color w:val="22201D"/>
          <w:sz w:val="20"/>
        </w:rPr>
        <w:t>"Good. I do not trust apps."</w:t>
      </w:r>
    </w:p>
    <w:p>
      <w:pPr>
        <w:spacing w:after="60" w:line="266" w:lineRule="auto"/>
        <w:ind w:firstLine="331"/>
        <w:jc w:val="both"/>
      </w:pPr>
      <w:r>
        <w:rPr>
          <w:rFonts w:ascii="Georgia" w:hAnsi="Georgia"/>
          <w:b w:val="0"/>
          <w:i w:val="0"/>
          <w:color w:val="22201D"/>
          <w:sz w:val="20"/>
        </w:rPr>
        <w:t>The reservation error printed:</w:t>
      </w:r>
    </w:p>
    <w:p>
      <w:pPr>
        <w:spacing w:after="60" w:line="250" w:lineRule="auto"/>
        <w:ind w:left="202" w:right="173"/>
      </w:pPr>
      <w:r>
        <w:rPr>
          <w:rFonts w:ascii="Georgia" w:hAnsi="Georgia"/>
          <w:b w:val="0"/>
          <w:i w:val="0"/>
          <w:color w:val="22201D"/>
          <w:sz w:val="17"/>
        </w:rPr>
        <w:t>Mistrust of apps: not equivalent to sincerity</w:t>
      </w:r>
    </w:p>
    <w:p>
      <w:pPr>
        <w:spacing w:after="60" w:line="266" w:lineRule="auto"/>
        <w:ind w:firstLine="331"/>
        <w:jc w:val="both"/>
      </w:pPr>
      <w:r>
        <w:rPr>
          <w:rFonts w:ascii="Georgia" w:hAnsi="Georgia"/>
          <w:b w:val="0"/>
          <w:i w:val="0"/>
          <w:color w:val="22201D"/>
          <w:sz w:val="20"/>
        </w:rPr>
        <w:t>The person frowned.</w:t>
      </w:r>
    </w:p>
    <w:p>
      <w:pPr>
        <w:spacing w:after="60" w:line="266" w:lineRule="auto"/>
        <w:ind w:firstLine="331"/>
        <w:jc w:val="both"/>
      </w:pPr>
      <w:r>
        <w:rPr>
          <w:rFonts w:ascii="Georgia" w:hAnsi="Georgia"/>
          <w:b w:val="0"/>
          <w:i w:val="0"/>
          <w:color w:val="22201D"/>
          <w:sz w:val="20"/>
        </w:rPr>
        <w:t>"I was just saying."</w:t>
      </w:r>
    </w:p>
    <w:p>
      <w:pPr>
        <w:spacing w:after="60" w:line="266" w:lineRule="auto"/>
        <w:ind w:firstLine="331"/>
        <w:jc w:val="both"/>
      </w:pPr>
      <w:r>
        <w:rPr>
          <w:rFonts w:ascii="Georgia" w:hAnsi="Georgia"/>
          <w:b w:val="0"/>
          <w:i w:val="0"/>
          <w:color w:val="22201D"/>
          <w:sz w:val="20"/>
        </w:rPr>
        <w:t>"Yes," said the Hostess.</w:t>
      </w:r>
    </w:p>
    <w:p>
      <w:pPr>
        <w:spacing w:after="60" w:line="266" w:lineRule="auto"/>
        <w:ind w:firstLine="331"/>
        <w:jc w:val="both"/>
      </w:pPr>
      <w:r>
        <w:rPr>
          <w:rFonts w:ascii="Georgia" w:hAnsi="Georgia"/>
          <w:b w:val="0"/>
          <w:i w:val="0"/>
          <w:color w:val="22201D"/>
          <w:sz w:val="20"/>
        </w:rPr>
        <w:t>This did not help them.</w:t>
      </w:r>
    </w:p>
    <w:p>
      <w:pPr>
        <w:spacing w:after="60" w:line="266" w:lineRule="auto"/>
        <w:ind w:firstLine="331"/>
        <w:jc w:val="both"/>
      </w:pPr>
      <w:r>
        <w:rPr>
          <w:rFonts w:ascii="Georgia" w:hAnsi="Georgia"/>
          <w:b w:val="0"/>
          <w:i w:val="0"/>
          <w:color w:val="22201D"/>
          <w:sz w:val="20"/>
        </w:rPr>
        <w:t>They said, "I remove authentic."</w:t>
      </w:r>
    </w:p>
    <w:p>
      <w:pPr>
        <w:spacing w:after="60" w:line="266" w:lineRule="auto"/>
        <w:ind w:firstLine="331"/>
        <w:jc w:val="both"/>
      </w:pPr>
      <w:r>
        <w:rPr>
          <w:rFonts w:ascii="Georgia" w:hAnsi="Georgia"/>
          <w:b w:val="0"/>
          <w:i w:val="0"/>
          <w:color w:val="22201D"/>
          <w:sz w:val="20"/>
        </w:rPr>
        <w:t>The brass dish waited.</w:t>
      </w:r>
    </w:p>
    <w:p>
      <w:pPr>
        <w:spacing w:after="60" w:line="266" w:lineRule="auto"/>
        <w:ind w:firstLine="331"/>
        <w:jc w:val="both"/>
      </w:pPr>
      <w:r>
        <w:rPr>
          <w:rFonts w:ascii="Georgia" w:hAnsi="Georgia"/>
          <w:b w:val="0"/>
          <w:i w:val="0"/>
          <w:color w:val="22201D"/>
          <w:sz w:val="20"/>
        </w:rPr>
        <w:t>Nothing happened.</w:t>
      </w:r>
    </w:p>
    <w:p>
      <w:pPr>
        <w:spacing w:after="60" w:line="266" w:lineRule="auto"/>
        <w:ind w:firstLine="331"/>
        <w:jc w:val="both"/>
      </w:pPr>
      <w:r>
        <w:rPr>
          <w:rFonts w:ascii="Georgia" w:hAnsi="Georgia"/>
          <w:b w:val="0"/>
          <w:i w:val="0"/>
          <w:color w:val="22201D"/>
          <w:sz w:val="20"/>
        </w:rPr>
        <w:t>The person looked at the Hostess.</w:t>
      </w:r>
    </w:p>
    <w:p>
      <w:pPr>
        <w:spacing w:after="60" w:line="266" w:lineRule="auto"/>
        <w:ind w:firstLine="331"/>
        <w:jc w:val="both"/>
      </w:pPr>
      <w:r>
        <w:rPr>
          <w:rFonts w:ascii="Georgia" w:hAnsi="Georgia"/>
          <w:b w:val="0"/>
          <w:i w:val="0"/>
          <w:color w:val="22201D"/>
          <w:sz w:val="20"/>
        </w:rPr>
        <w:t>"I said it."</w:t>
      </w:r>
    </w:p>
    <w:p>
      <w:pPr>
        <w:spacing w:after="60" w:line="266" w:lineRule="auto"/>
        <w:ind w:firstLine="331"/>
        <w:jc w:val="both"/>
      </w:pPr>
      <w:r>
        <w:rPr>
          <w:rFonts w:ascii="Georgia" w:hAnsi="Georgia"/>
          <w:b w:val="0"/>
          <w:i w:val="0"/>
          <w:color w:val="22201D"/>
          <w:sz w:val="20"/>
        </w:rPr>
        <w:t>"You said the word you wanted credit for removing."</w:t>
      </w:r>
    </w:p>
    <w:p>
      <w:pPr>
        <w:spacing w:after="60" w:line="266" w:lineRule="auto"/>
        <w:ind w:firstLine="331"/>
        <w:jc w:val="both"/>
      </w:pPr>
      <w:r>
        <w:rPr>
          <w:rFonts w:ascii="Georgia" w:hAnsi="Georgia"/>
          <w:b w:val="0"/>
          <w:i w:val="0"/>
          <w:color w:val="22201D"/>
          <w:sz w:val="20"/>
        </w:rPr>
        <w:t>"Is that different?"</w:t>
      </w:r>
    </w:p>
    <w:p>
      <w:pPr>
        <w:spacing w:after="60" w:line="266" w:lineRule="auto"/>
        <w:ind w:firstLine="331"/>
        <w:jc w:val="both"/>
      </w:pPr>
      <w:r>
        <w:rPr>
          <w:rFonts w:ascii="Georgia" w:hAnsi="Georgia"/>
          <w:b w:val="0"/>
          <w:i w:val="0"/>
          <w:color w:val="22201D"/>
          <w:sz w:val="20"/>
        </w:rPr>
        <w:t>"Very."</w:t>
      </w:r>
    </w:p>
    <w:p>
      <w:pPr>
        <w:spacing w:after="60" w:line="266" w:lineRule="auto"/>
        <w:ind w:firstLine="331"/>
        <w:jc w:val="both"/>
      </w:pPr>
      <w:r>
        <w:rPr>
          <w:rFonts w:ascii="Georgia" w:hAnsi="Georgia"/>
          <w:b w:val="0"/>
          <w:i w:val="0"/>
          <w:color w:val="22201D"/>
          <w:sz w:val="20"/>
        </w:rPr>
        <w:t>Flocc felt personally attacked by the entire concept.</w:t>
      </w:r>
    </w:p>
    <w:p>
      <w:pPr>
        <w:spacing w:after="60" w:line="266" w:lineRule="auto"/>
        <w:ind w:firstLine="331"/>
        <w:jc w:val="both"/>
      </w:pPr>
      <w:r>
        <w:rPr>
          <w:rFonts w:ascii="Georgia" w:hAnsi="Georgia"/>
          <w:b w:val="0"/>
          <w:i w:val="0"/>
          <w:color w:val="22201D"/>
          <w:sz w:val="20"/>
        </w:rPr>
        <w:t>Mara looked at him.</w:t>
      </w:r>
    </w:p>
    <w:p>
      <w:pPr>
        <w:spacing w:after="60" w:line="266" w:lineRule="auto"/>
        <w:ind w:firstLine="331"/>
        <w:jc w:val="both"/>
      </w:pPr>
      <w:r>
        <w:rPr>
          <w:rFonts w:ascii="Georgia" w:hAnsi="Georgia"/>
          <w:b w:val="0"/>
          <w:i w:val="0"/>
          <w:color w:val="22201D"/>
          <w:sz w:val="20"/>
        </w:rPr>
        <w:t>"Do not make a face."</w:t>
      </w:r>
    </w:p>
    <w:p>
      <w:pPr>
        <w:spacing w:after="60" w:line="266" w:lineRule="auto"/>
        <w:ind w:firstLine="331"/>
        <w:jc w:val="both"/>
      </w:pPr>
      <w:r>
        <w:rPr>
          <w:rFonts w:ascii="Georgia" w:hAnsi="Georgia"/>
          <w:b w:val="0"/>
          <w:i w:val="0"/>
          <w:color w:val="22201D"/>
          <w:sz w:val="20"/>
        </w:rPr>
        <w:t>"I did not."</w:t>
      </w:r>
    </w:p>
    <w:p>
      <w:pPr>
        <w:spacing w:after="60" w:line="266" w:lineRule="auto"/>
        <w:ind w:firstLine="331"/>
        <w:jc w:val="both"/>
      </w:pPr>
      <w:r>
        <w:rPr>
          <w:rFonts w:ascii="Georgia" w:hAnsi="Georgia"/>
          <w:b w:val="0"/>
          <w:i w:val="0"/>
          <w:color w:val="22201D"/>
          <w:sz w:val="20"/>
        </w:rPr>
        <w:t>"You made a face with your soul."</w:t>
      </w:r>
    </w:p>
    <w:p>
      <w:pPr>
        <w:spacing w:after="60" w:line="266" w:lineRule="auto"/>
        <w:ind w:firstLine="331"/>
        <w:jc w:val="both"/>
      </w:pPr>
      <w:r>
        <w:rPr>
          <w:rFonts w:ascii="Georgia" w:hAnsi="Georgia"/>
          <w:b w:val="0"/>
          <w:i w:val="0"/>
          <w:color w:val="22201D"/>
          <w:sz w:val="20"/>
        </w:rPr>
        <w:t>"People keep assigning organs to my behavior."</w:t>
      </w:r>
    </w:p>
    <w:p>
      <w:pPr>
        <w:spacing w:after="60" w:line="266" w:lineRule="auto"/>
        <w:ind w:firstLine="331"/>
        <w:jc w:val="both"/>
      </w:pPr>
      <w:r>
        <w:rPr>
          <w:rFonts w:ascii="Georgia" w:hAnsi="Georgia"/>
          <w:b w:val="0"/>
          <w:i w:val="0"/>
          <w:color w:val="22201D"/>
          <w:sz w:val="20"/>
        </w:rPr>
        <w:t>"They are trying to find one that accepts responsibility."</w:t>
      </w:r>
    </w:p>
    <w:p>
      <w:pPr>
        <w:spacing w:after="60" w:line="266" w:lineRule="auto"/>
        <w:ind w:firstLine="331"/>
        <w:jc w:val="both"/>
      </w:pPr>
      <w:r>
        <w:rPr>
          <w:rFonts w:ascii="Georgia" w:hAnsi="Georgia"/>
          <w:b w:val="0"/>
          <w:i w:val="0"/>
          <w:color w:val="22201D"/>
          <w:sz w:val="20"/>
        </w:rPr>
        <w:t>The Hostess said to the person outside, "Try again."</w:t>
      </w:r>
    </w:p>
    <w:p>
      <w:pPr>
        <w:spacing w:after="60" w:line="266" w:lineRule="auto"/>
        <w:ind w:firstLine="331"/>
        <w:jc w:val="both"/>
      </w:pPr>
      <w:r>
        <w:rPr>
          <w:rFonts w:ascii="Georgia" w:hAnsi="Georgia"/>
          <w:b w:val="0"/>
          <w:i w:val="0"/>
          <w:color w:val="22201D"/>
          <w:sz w:val="20"/>
        </w:rPr>
        <w:t>The person looked at the camera on their strap.</w:t>
      </w:r>
    </w:p>
    <w:p>
      <w:pPr>
        <w:spacing w:after="60" w:line="266" w:lineRule="auto"/>
        <w:ind w:firstLine="331"/>
        <w:jc w:val="both"/>
      </w:pPr>
      <w:r>
        <w:rPr>
          <w:rFonts w:ascii="Georgia" w:hAnsi="Georgia"/>
          <w:b w:val="0"/>
          <w:i w:val="0"/>
          <w:color w:val="22201D"/>
          <w:sz w:val="20"/>
        </w:rPr>
        <w:t>They unclipped it.</w:t>
      </w:r>
    </w:p>
    <w:p>
      <w:pPr>
        <w:spacing w:after="60" w:line="266" w:lineRule="auto"/>
        <w:ind w:firstLine="331"/>
        <w:jc w:val="both"/>
      </w:pPr>
      <w:r>
        <w:rPr>
          <w:rFonts w:ascii="Georgia" w:hAnsi="Georgia"/>
          <w:b w:val="0"/>
          <w:i w:val="0"/>
          <w:color w:val="22201D"/>
          <w:sz w:val="20"/>
        </w:rPr>
        <w:t>For a second they held it like a small animal that had trusted them.</w:t>
      </w:r>
    </w:p>
    <w:p>
      <w:pPr>
        <w:spacing w:after="60" w:line="266" w:lineRule="auto"/>
        <w:ind w:firstLine="331"/>
        <w:jc w:val="both"/>
      </w:pPr>
      <w:r>
        <w:rPr>
          <w:rFonts w:ascii="Georgia" w:hAnsi="Georgia"/>
          <w:b w:val="0"/>
          <w:i w:val="0"/>
          <w:color w:val="22201D"/>
          <w:sz w:val="20"/>
        </w:rPr>
        <w:t>Then they turned it around so the lens faced their own palm.</w:t>
      </w:r>
    </w:p>
    <w:p>
      <w:pPr>
        <w:spacing w:after="60" w:line="266" w:lineRule="auto"/>
        <w:ind w:firstLine="331"/>
        <w:jc w:val="both"/>
      </w:pPr>
      <w:r>
        <w:rPr>
          <w:rFonts w:ascii="Georgia" w:hAnsi="Georgia"/>
          <w:b w:val="0"/>
          <w:i w:val="0"/>
          <w:color w:val="22201D"/>
          <w:sz w:val="20"/>
        </w:rPr>
        <w:t>"I remove documented."</w:t>
      </w:r>
    </w:p>
    <w:p>
      <w:pPr>
        <w:spacing w:after="60" w:line="266" w:lineRule="auto"/>
        <w:ind w:firstLine="331"/>
        <w:jc w:val="both"/>
      </w:pPr>
      <w:r>
        <w:rPr>
          <w:rFonts w:ascii="Georgia" w:hAnsi="Georgia"/>
          <w:b w:val="0"/>
          <w:i w:val="0"/>
          <w:color w:val="22201D"/>
          <w:sz w:val="20"/>
        </w:rPr>
        <w:t>The dish rang.</w:t>
      </w:r>
    </w:p>
    <w:p>
      <w:pPr>
        <w:spacing w:after="60" w:line="266" w:lineRule="auto"/>
        <w:ind w:firstLine="331"/>
        <w:jc w:val="both"/>
      </w:pPr>
      <w:r>
        <w:rPr>
          <w:rFonts w:ascii="Georgia" w:hAnsi="Georgia"/>
          <w:b w:val="0"/>
          <w:i w:val="0"/>
          <w:color w:val="22201D"/>
          <w:sz w:val="20"/>
        </w:rPr>
        <w:t>The word entered.</w:t>
      </w:r>
    </w:p>
    <w:p>
      <w:pPr>
        <w:spacing w:after="60" w:line="266" w:lineRule="auto"/>
        <w:ind w:firstLine="331"/>
        <w:jc w:val="both"/>
      </w:pPr>
      <w:r>
        <w:rPr>
          <w:rFonts w:ascii="Georgia" w:hAnsi="Georgia"/>
          <w:b w:val="0"/>
          <w:i w:val="0"/>
          <w:color w:val="22201D"/>
          <w:sz w:val="20"/>
        </w:rPr>
        <w:t>The reservation error printed:</w:t>
      </w:r>
    </w:p>
    <w:p>
      <w:pPr>
        <w:spacing w:after="60" w:line="250" w:lineRule="auto"/>
        <w:ind w:left="202" w:right="173"/>
      </w:pPr>
      <w:r>
        <w:rPr>
          <w:rFonts w:ascii="Georgia" w:hAnsi="Georgia"/>
          <w:b w:val="0"/>
          <w:i w:val="0"/>
          <w:color w:val="22201D"/>
          <w:sz w:val="17"/>
        </w:rPr>
        <w:t>Accepted.  Note: documented is not a superlative.  Reason for acceptance: it was functioning as one.</w:t>
      </w:r>
    </w:p>
    <w:p>
      <w:pPr>
        <w:spacing w:after="60" w:line="266" w:lineRule="auto"/>
        <w:ind w:firstLine="331"/>
        <w:jc w:val="both"/>
      </w:pPr>
      <w:r>
        <w:rPr>
          <w:rFonts w:ascii="Georgia" w:hAnsi="Georgia"/>
          <w:b w:val="0"/>
          <w:i w:val="0"/>
          <w:color w:val="22201D"/>
          <w:sz w:val="20"/>
        </w:rPr>
        <w:t>Gerald nodded.</w:t>
      </w:r>
    </w:p>
    <w:p>
      <w:pPr>
        <w:spacing w:after="60" w:line="266" w:lineRule="auto"/>
        <w:ind w:firstLine="331"/>
        <w:jc w:val="both"/>
      </w:pPr>
      <w:r>
        <w:rPr>
          <w:rFonts w:ascii="Georgia" w:hAnsi="Georgia"/>
          <w:b w:val="0"/>
          <w:i w:val="0"/>
          <w:color w:val="22201D"/>
          <w:sz w:val="20"/>
        </w:rPr>
        <w:t>"That distinction is useful."</w:t>
      </w:r>
    </w:p>
    <w:p>
      <w:pPr>
        <w:spacing w:after="60" w:line="266" w:lineRule="auto"/>
        <w:ind w:firstLine="331"/>
        <w:jc w:val="both"/>
      </w:pPr>
      <w:r>
        <w:rPr>
          <w:rFonts w:ascii="Georgia" w:hAnsi="Georgia"/>
          <w:b w:val="0"/>
          <w:i w:val="0"/>
          <w:color w:val="22201D"/>
          <w:sz w:val="20"/>
        </w:rPr>
        <w:t>Steve said, "I heard that."</w:t>
      </w:r>
    </w:p>
    <w:p>
      <w:pPr>
        <w:spacing w:after="60" w:line="266" w:lineRule="auto"/>
        <w:ind w:firstLine="331"/>
        <w:jc w:val="both"/>
      </w:pPr>
      <w:r>
        <w:rPr>
          <w:rFonts w:ascii="Georgia" w:hAnsi="Georgia"/>
          <w:b w:val="0"/>
          <w:i w:val="0"/>
          <w:color w:val="22201D"/>
          <w:sz w:val="20"/>
        </w:rPr>
        <w:t>"You heard nothing."</w:t>
      </w:r>
    </w:p>
    <w:p>
      <w:pPr>
        <w:spacing w:after="60" w:line="266" w:lineRule="auto"/>
        <w:ind w:firstLine="331"/>
        <w:jc w:val="both"/>
      </w:pPr>
      <w:r>
        <w:rPr>
          <w:rFonts w:ascii="Georgia" w:hAnsi="Georgia"/>
          <w:b w:val="0"/>
          <w:i w:val="0"/>
          <w:color w:val="22201D"/>
          <w:sz w:val="20"/>
        </w:rPr>
        <w:t>"I heard a category."</w:t>
      </w:r>
    </w:p>
    <w:p>
      <w:pPr>
        <w:spacing w:after="60" w:line="266" w:lineRule="auto"/>
        <w:ind w:firstLine="331"/>
        <w:jc w:val="both"/>
      </w:pPr>
      <w:r>
        <w:rPr>
          <w:rFonts w:ascii="Georgia" w:hAnsi="Georgia"/>
          <w:b w:val="0"/>
          <w:i w:val="0"/>
          <w:color w:val="22201D"/>
          <w:sz w:val="20"/>
        </w:rPr>
        <w:t>"You may record the category without encouraging the floating paper."</w:t>
      </w:r>
    </w:p>
    <w:p>
      <w:pPr>
        <w:spacing w:after="60" w:line="266" w:lineRule="auto"/>
        <w:ind w:firstLine="331"/>
        <w:jc w:val="both"/>
      </w:pPr>
      <w:r>
        <w:rPr>
          <w:rFonts w:ascii="Georgia" w:hAnsi="Georgia"/>
          <w:b w:val="0"/>
          <w:i w:val="0"/>
          <w:color w:val="22201D"/>
          <w:sz w:val="20"/>
        </w:rPr>
        <w:t>Steve wrote very quickly.</w:t>
      </w:r>
    </w:p>
    <w:p>
      <w:pPr>
        <w:spacing w:after="60" w:line="266" w:lineRule="auto"/>
        <w:ind w:firstLine="331"/>
        <w:jc w:val="both"/>
      </w:pPr>
      <w:r>
        <w:rPr>
          <w:rFonts w:ascii="Georgia" w:hAnsi="Georgia"/>
          <w:b w:val="0"/>
          <w:i w:val="0"/>
          <w:color w:val="22201D"/>
          <w:sz w:val="20"/>
        </w:rPr>
        <w:t>The third person in line was the tote-bag woman.</w:t>
      </w:r>
    </w:p>
    <w:p>
      <w:pPr>
        <w:spacing w:after="60" w:line="266" w:lineRule="auto"/>
        <w:ind w:firstLine="331"/>
        <w:jc w:val="both"/>
      </w:pPr>
      <w:r>
        <w:rPr>
          <w:rFonts w:ascii="Georgia" w:hAnsi="Georgia"/>
          <w:b w:val="0"/>
          <w:i w:val="0"/>
          <w:color w:val="22201D"/>
          <w:sz w:val="20"/>
        </w:rPr>
        <w:t>She stepped forward with the confidence of someone who had purchased reusable canvas and therefore believed some moral labor had already occurred.</w:t>
      </w:r>
    </w:p>
    <w:p>
      <w:pPr>
        <w:spacing w:after="60" w:line="266" w:lineRule="auto"/>
        <w:ind w:firstLine="331"/>
        <w:jc w:val="both"/>
      </w:pPr>
      <w:r>
        <w:rPr>
          <w:rFonts w:ascii="Georgia" w:hAnsi="Georgia"/>
          <w:b w:val="0"/>
          <w:i w:val="0"/>
          <w:color w:val="22201D"/>
          <w:sz w:val="20"/>
        </w:rPr>
        <w:t>The Hostess looked at the bag.</w:t>
      </w:r>
    </w:p>
    <w:p>
      <w:pPr>
        <w:spacing w:after="60" w:line="266" w:lineRule="auto"/>
        <w:ind w:firstLine="331"/>
        <w:jc w:val="both"/>
      </w:pPr>
      <w:r>
        <w:rPr>
          <w:rFonts w:ascii="Georgia" w:hAnsi="Georgia"/>
          <w:b w:val="0"/>
          <w:i w:val="0"/>
          <w:color w:val="22201D"/>
          <w:sz w:val="20"/>
        </w:rPr>
        <w:t>The bag read:</w:t>
      </w:r>
    </w:p>
    <w:p>
      <w:pPr>
        <w:spacing w:after="60" w:line="250" w:lineRule="auto"/>
        <w:ind w:left="202" w:right="173"/>
      </w:pPr>
      <w:r>
        <w:rPr>
          <w:rFonts w:ascii="Georgia" w:hAnsi="Georgia"/>
          <w:b w:val="0"/>
          <w:i w:val="0"/>
          <w:color w:val="22201D"/>
          <w:sz w:val="17"/>
        </w:rPr>
        <w:t>PORTLAND'S MOST UNFORGETTABLE BITES</w:t>
      </w:r>
    </w:p>
    <w:p>
      <w:pPr>
        <w:spacing w:after="60" w:line="266" w:lineRule="auto"/>
        <w:ind w:firstLine="331"/>
        <w:jc w:val="both"/>
      </w:pPr>
      <w:r>
        <w:rPr>
          <w:rFonts w:ascii="Georgia" w:hAnsi="Georgia"/>
          <w:b w:val="0"/>
          <w:i w:val="0"/>
          <w:color w:val="22201D"/>
          <w:sz w:val="20"/>
        </w:rPr>
        <w:t>The woman said, "I did not make the bag."</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"It was from a food festival."</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"I am just carrying it."</w:t>
      </w:r>
    </w:p>
    <w:p>
      <w:pPr>
        <w:spacing w:after="60" w:line="266" w:lineRule="auto"/>
        <w:ind w:firstLine="331"/>
        <w:jc w:val="both"/>
      </w:pPr>
      <w:r>
        <w:rPr>
          <w:rFonts w:ascii="Georgia" w:hAnsi="Georgia"/>
          <w:b w:val="0"/>
          <w:i w:val="0"/>
          <w:color w:val="22201D"/>
          <w:sz w:val="20"/>
        </w:rPr>
        <w:t>"That is the traditional method."</w:t>
      </w:r>
    </w:p>
    <w:p>
      <w:pPr>
        <w:spacing w:after="60" w:line="266" w:lineRule="auto"/>
        <w:ind w:firstLine="331"/>
        <w:jc w:val="both"/>
      </w:pPr>
      <w:r>
        <w:rPr>
          <w:rFonts w:ascii="Georgia" w:hAnsi="Georgia"/>
          <w:b w:val="0"/>
          <w:i w:val="0"/>
          <w:color w:val="22201D"/>
          <w:sz w:val="20"/>
        </w:rPr>
        <w:t>The line enjoyed this, which made it slightly worse for everyone.</w:t>
      </w:r>
    </w:p>
    <w:p>
      <w:pPr>
        <w:spacing w:after="60" w:line="266" w:lineRule="auto"/>
        <w:ind w:firstLine="331"/>
        <w:jc w:val="both"/>
      </w:pPr>
      <w:r>
        <w:rPr>
          <w:rFonts w:ascii="Georgia" w:hAnsi="Georgia"/>
          <w:b w:val="0"/>
          <w:i w:val="0"/>
          <w:color w:val="22201D"/>
          <w:sz w:val="20"/>
        </w:rPr>
        <w:t>The Hostess held out the dish.</w:t>
      </w:r>
    </w:p>
    <w:p>
      <w:pPr>
        <w:spacing w:after="60" w:line="266" w:lineRule="auto"/>
        <w:ind w:firstLine="331"/>
        <w:jc w:val="both"/>
      </w:pPr>
      <w:r>
        <w:rPr>
          <w:rFonts w:ascii="Georgia" w:hAnsi="Georgia"/>
          <w:b w:val="0"/>
          <w:i w:val="0"/>
          <w:color w:val="22201D"/>
          <w:sz w:val="20"/>
        </w:rPr>
        <w:t>The woman said, "I remove most."</w:t>
      </w:r>
    </w:p>
    <w:p>
      <w:pPr>
        <w:spacing w:after="60" w:line="266" w:lineRule="auto"/>
        <w:ind w:firstLine="331"/>
        <w:jc w:val="both"/>
      </w:pPr>
      <w:r>
        <w:rPr>
          <w:rFonts w:ascii="Georgia" w:hAnsi="Georgia"/>
          <w:b w:val="0"/>
          <w:i w:val="0"/>
          <w:color w:val="22201D"/>
          <w:sz w:val="20"/>
        </w:rPr>
        <w:t>The word slid off the bag.</w:t>
      </w:r>
    </w:p>
    <w:p>
      <w:pPr>
        <w:spacing w:after="60" w:line="266" w:lineRule="auto"/>
        <w:ind w:firstLine="331"/>
        <w:jc w:val="both"/>
      </w:pPr>
      <w:r>
        <w:rPr>
          <w:rFonts w:ascii="Georgia" w:hAnsi="Georgia"/>
          <w:b w:val="0"/>
          <w:i w:val="0"/>
          <w:color w:val="22201D"/>
          <w:sz w:val="20"/>
        </w:rPr>
        <w:t>It did not enter the dish.</w:t>
      </w:r>
    </w:p>
    <w:p>
      <w:pPr>
        <w:spacing w:after="60" w:line="266" w:lineRule="auto"/>
        <w:ind w:firstLine="331"/>
        <w:jc w:val="both"/>
      </w:pPr>
      <w:r>
        <w:rPr>
          <w:rFonts w:ascii="Georgia" w:hAnsi="Georgia"/>
          <w:b w:val="0"/>
          <w:i w:val="0"/>
          <w:color w:val="22201D"/>
          <w:sz w:val="20"/>
        </w:rPr>
        <w:t>It crawled around the rim, looking for a loophole.</w:t>
      </w:r>
    </w:p>
    <w:p>
      <w:pPr>
        <w:spacing w:after="60" w:line="266" w:lineRule="auto"/>
        <w:ind w:firstLine="331"/>
        <w:jc w:val="both"/>
      </w:pPr>
      <w:r>
        <w:rPr>
          <w:rFonts w:ascii="Georgia" w:hAnsi="Georgia"/>
          <w:b w:val="0"/>
          <w:i w:val="0"/>
          <w:color w:val="22201D"/>
          <w:sz w:val="20"/>
        </w:rPr>
        <w:t>Gerald stepped closer.</w:t>
      </w:r>
    </w:p>
    <w:p>
      <w:pPr>
        <w:spacing w:after="60" w:line="266" w:lineRule="auto"/>
        <w:ind w:firstLine="331"/>
        <w:jc w:val="both"/>
      </w:pPr>
      <w:r>
        <w:rPr>
          <w:rFonts w:ascii="Georgia" w:hAnsi="Georgia"/>
          <w:b w:val="0"/>
          <w:i w:val="0"/>
          <w:color w:val="22201D"/>
          <w:sz w:val="20"/>
        </w:rPr>
        <w:t>"No climbing."</w:t>
      </w:r>
    </w:p>
    <w:p>
      <w:pPr>
        <w:spacing w:after="60" w:line="266" w:lineRule="auto"/>
        <w:ind w:firstLine="331"/>
        <w:jc w:val="both"/>
      </w:pPr>
      <w:r>
        <w:rPr>
          <w:rFonts w:ascii="Georgia" w:hAnsi="Georgia"/>
          <w:b w:val="0"/>
          <w:i w:val="0"/>
          <w:color w:val="22201D"/>
          <w:sz w:val="20"/>
        </w:rPr>
        <w:t>The word froze.</w:t>
      </w:r>
    </w:p>
    <w:p>
      <w:pPr>
        <w:spacing w:after="60" w:line="266" w:lineRule="auto"/>
        <w:ind w:firstLine="331"/>
        <w:jc w:val="both"/>
      </w:pPr>
      <w:r>
        <w:rPr>
          <w:rFonts w:ascii="Georgia" w:hAnsi="Georgia"/>
          <w:b w:val="0"/>
          <w:i w:val="0"/>
          <w:color w:val="22201D"/>
          <w:sz w:val="20"/>
        </w:rPr>
        <w:t>The Hostess said, "It is not enough."</w:t>
      </w:r>
    </w:p>
    <w:p>
      <w:pPr>
        <w:spacing w:after="60" w:line="266" w:lineRule="auto"/>
        <w:ind w:firstLine="331"/>
        <w:jc w:val="both"/>
      </w:pPr>
      <w:r>
        <w:rPr>
          <w:rFonts w:ascii="Georgia" w:hAnsi="Georgia"/>
          <w:b w:val="0"/>
          <w:i w:val="0"/>
          <w:color w:val="22201D"/>
          <w:sz w:val="20"/>
        </w:rPr>
        <w:t>"You said one superlative."</w:t>
      </w:r>
    </w:p>
    <w:p>
      <w:pPr>
        <w:spacing w:after="60" w:line="266" w:lineRule="auto"/>
        <w:ind w:firstLine="331"/>
        <w:jc w:val="both"/>
      </w:pPr>
      <w:r>
        <w:rPr>
          <w:rFonts w:ascii="Georgia" w:hAnsi="Georgia"/>
          <w:b w:val="0"/>
          <w:i w:val="0"/>
          <w:color w:val="22201D"/>
          <w:sz w:val="20"/>
        </w:rPr>
        <w:t>"That was the instruction. Your bag brought a nest."</w:t>
      </w:r>
    </w:p>
    <w:p>
      <w:pPr>
        <w:spacing w:after="60" w:line="266" w:lineRule="auto"/>
        <w:ind w:firstLine="331"/>
        <w:jc w:val="both"/>
      </w:pPr>
      <w:r>
        <w:rPr>
          <w:rFonts w:ascii="Georgia" w:hAnsi="Georgia"/>
          <w:b w:val="0"/>
          <w:i w:val="0"/>
          <w:color w:val="22201D"/>
          <w:sz w:val="20"/>
        </w:rPr>
        <w:t>The woman looked down.</w:t>
      </w:r>
    </w:p>
    <w:p>
      <w:pPr>
        <w:spacing w:after="60" w:line="266" w:lineRule="auto"/>
        <w:ind w:firstLine="331"/>
        <w:jc w:val="both"/>
      </w:pPr>
      <w:r>
        <w:rPr>
          <w:rFonts w:ascii="Georgia" w:hAnsi="Georgia"/>
          <w:b w:val="0"/>
          <w:i w:val="0"/>
          <w:color w:val="22201D"/>
          <w:sz w:val="20"/>
        </w:rPr>
        <w:t>The bag now read:</w:t>
      </w:r>
    </w:p>
    <w:p>
      <w:pPr>
        <w:spacing w:after="60" w:line="250" w:lineRule="auto"/>
        <w:ind w:left="202" w:right="173"/>
      </w:pPr>
      <w:r>
        <w:rPr>
          <w:rFonts w:ascii="Georgia" w:hAnsi="Georgia"/>
          <w:b w:val="0"/>
          <w:i w:val="0"/>
          <w:color w:val="22201D"/>
          <w:sz w:val="17"/>
        </w:rPr>
        <w:t>PORTLAND'S UNFORGETTABLE BITES</w:t>
      </w:r>
    </w:p>
    <w:p>
      <w:pPr>
        <w:spacing w:after="60" w:line="266" w:lineRule="auto"/>
        <w:ind w:firstLine="331"/>
        <w:jc w:val="both"/>
      </w:pPr>
      <w:r>
        <w:rPr>
          <w:rFonts w:ascii="Georgia" w:hAnsi="Georgia"/>
          <w:b w:val="0"/>
          <w:i w:val="0"/>
          <w:color w:val="22201D"/>
          <w:sz w:val="20"/>
        </w:rPr>
        <w:t>Mara said, "Still doing a lot."</w:t>
      </w:r>
    </w:p>
    <w:p>
      <w:pPr>
        <w:spacing w:after="60" w:line="266" w:lineRule="auto"/>
        <w:ind w:firstLine="331"/>
        <w:jc w:val="both"/>
      </w:pPr>
      <w:r>
        <w:rPr>
          <w:rFonts w:ascii="Georgia" w:hAnsi="Georgia"/>
          <w:b w:val="0"/>
          <w:i w:val="0"/>
          <w:color w:val="22201D"/>
          <w:sz w:val="20"/>
        </w:rPr>
        <w:t>The Hostess said, "Remove unforgettable."</w:t>
      </w:r>
    </w:p>
    <w:p>
      <w:pPr>
        <w:spacing w:after="60" w:line="266" w:lineRule="auto"/>
        <w:ind w:firstLine="331"/>
        <w:jc w:val="both"/>
      </w:pPr>
      <w:r>
        <w:rPr>
          <w:rFonts w:ascii="Georgia" w:hAnsi="Georgia"/>
          <w:b w:val="0"/>
          <w:i w:val="0"/>
          <w:color w:val="22201D"/>
          <w:sz w:val="20"/>
        </w:rPr>
        <w:t>The woman hugged the bag reflexively.</w:t>
      </w:r>
    </w:p>
    <w:p>
      <w:pPr>
        <w:spacing w:after="60" w:line="266" w:lineRule="auto"/>
        <w:ind w:firstLine="331"/>
        <w:jc w:val="both"/>
      </w:pPr>
      <w:r>
        <w:rPr>
          <w:rFonts w:ascii="Georgia" w:hAnsi="Georgia"/>
          <w:b w:val="0"/>
          <w:i w:val="0"/>
          <w:color w:val="22201D"/>
          <w:sz w:val="20"/>
        </w:rPr>
        <w:t>This surprised her more than anyone.</w:t>
      </w:r>
    </w:p>
    <w:p>
      <w:pPr>
        <w:spacing w:after="60" w:line="266" w:lineRule="auto"/>
        <w:ind w:firstLine="331"/>
        <w:jc w:val="both"/>
      </w:pPr>
      <w:r>
        <w:rPr>
          <w:rFonts w:ascii="Georgia" w:hAnsi="Georgia"/>
          <w:b w:val="0"/>
          <w:i w:val="0"/>
          <w:color w:val="22201D"/>
          <w:sz w:val="20"/>
        </w:rPr>
        <w:t>"I need the bag."</w:t>
      </w:r>
    </w:p>
    <w:p>
      <w:pPr>
        <w:spacing w:after="60" w:line="266" w:lineRule="auto"/>
        <w:ind w:firstLine="331"/>
        <w:jc w:val="both"/>
      </w:pPr>
      <w:r>
        <w:rPr>
          <w:rFonts w:ascii="Georgia" w:hAnsi="Georgia"/>
          <w:b w:val="0"/>
          <w:i w:val="0"/>
          <w:color w:val="22201D"/>
          <w:sz w:val="20"/>
        </w:rPr>
        <w:t>"You can keep the bag."</w:t>
      </w:r>
    </w:p>
    <w:p>
      <w:pPr>
        <w:spacing w:after="60" w:line="266" w:lineRule="auto"/>
        <w:ind w:firstLine="331"/>
        <w:jc w:val="both"/>
      </w:pPr>
      <w:r>
        <w:rPr>
          <w:rFonts w:ascii="Georgia" w:hAnsi="Georgia"/>
          <w:b w:val="0"/>
          <w:i w:val="0"/>
          <w:color w:val="22201D"/>
          <w:sz w:val="20"/>
        </w:rPr>
        <w:t>"But without the word?"</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"It will look weird."</w:t>
      </w:r>
    </w:p>
    <w:p>
      <w:pPr>
        <w:spacing w:after="60" w:line="266" w:lineRule="auto"/>
        <w:ind w:firstLine="331"/>
        <w:jc w:val="both"/>
      </w:pPr>
      <w:r>
        <w:rPr>
          <w:rFonts w:ascii="Georgia" w:hAnsi="Georgia"/>
          <w:b w:val="0"/>
          <w:i w:val="0"/>
          <w:color w:val="22201D"/>
          <w:sz w:val="20"/>
        </w:rPr>
        <w:t>"Possibly."</w:t>
      </w:r>
    </w:p>
    <w:p>
      <w:pPr>
        <w:spacing w:after="60" w:line="266" w:lineRule="auto"/>
        <w:ind w:firstLine="331"/>
        <w:jc w:val="both"/>
      </w:pPr>
      <w:r>
        <w:rPr>
          <w:rFonts w:ascii="Georgia" w:hAnsi="Georgia"/>
          <w:b w:val="0"/>
          <w:i w:val="0"/>
          <w:color w:val="22201D"/>
          <w:sz w:val="20"/>
        </w:rPr>
        <w:t>"People will ask what happened."</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The woman looked at the line, then at the door, then at the bag. Something in her face changed when she realized the word was not protecting the bag. It was protecting the story she had expected the bag to help tell later.</w:t>
      </w:r>
    </w:p>
    <w:p>
      <w:pPr>
        <w:spacing w:after="60" w:line="266" w:lineRule="auto"/>
        <w:ind w:firstLine="331"/>
        <w:jc w:val="both"/>
      </w:pPr>
      <w:r>
        <w:rPr>
          <w:rFonts w:ascii="Georgia" w:hAnsi="Georgia"/>
          <w:b w:val="0"/>
          <w:i w:val="0"/>
          <w:color w:val="22201D"/>
          <w:sz w:val="20"/>
        </w:rPr>
        <w:t>She touched unforgettable.</w:t>
      </w:r>
    </w:p>
    <w:p>
      <w:pPr>
        <w:spacing w:after="60" w:line="266" w:lineRule="auto"/>
        <w:ind w:firstLine="331"/>
        <w:jc w:val="both"/>
      </w:pPr>
      <w:r>
        <w:rPr>
          <w:rFonts w:ascii="Georgia" w:hAnsi="Georgia"/>
          <w:b w:val="0"/>
          <w:i w:val="0"/>
          <w:color w:val="22201D"/>
          <w:sz w:val="20"/>
        </w:rPr>
        <w:t>"Fine."</w:t>
      </w:r>
    </w:p>
    <w:p>
      <w:pPr>
        <w:spacing w:after="60" w:line="266" w:lineRule="auto"/>
        <w:ind w:firstLine="331"/>
        <w:jc w:val="both"/>
      </w:pPr>
      <w:r>
        <w:rPr>
          <w:rFonts w:ascii="Georgia" w:hAnsi="Georgia"/>
          <w:b w:val="0"/>
          <w:i w:val="0"/>
          <w:color w:val="22201D"/>
          <w:sz w:val="20"/>
        </w:rPr>
        <w:t>The word came away slowly.</w:t>
      </w:r>
    </w:p>
    <w:p>
      <w:pPr>
        <w:spacing w:after="60" w:line="266" w:lineRule="auto"/>
        <w:ind w:firstLine="331"/>
        <w:jc w:val="both"/>
      </w:pPr>
      <w:r>
        <w:rPr>
          <w:rFonts w:ascii="Georgia" w:hAnsi="Georgia"/>
          <w:b w:val="0"/>
          <w:i w:val="0"/>
          <w:color w:val="22201D"/>
          <w:sz w:val="20"/>
        </w:rPr>
        <w:t>It entered the dish.</w:t>
      </w:r>
    </w:p>
    <w:p>
      <w:pPr>
        <w:spacing w:after="60" w:line="266" w:lineRule="auto"/>
        <w:ind w:firstLine="331"/>
        <w:jc w:val="both"/>
      </w:pPr>
      <w:r>
        <w:rPr>
          <w:rFonts w:ascii="Georgia" w:hAnsi="Georgia"/>
          <w:b w:val="0"/>
          <w:i w:val="0"/>
          <w:color w:val="22201D"/>
          <w:sz w:val="20"/>
        </w:rPr>
        <w:t>The bag now read:</w:t>
      </w:r>
    </w:p>
    <w:p>
      <w:pPr>
        <w:spacing w:after="60" w:line="250" w:lineRule="auto"/>
        <w:ind w:left="202" w:right="173"/>
      </w:pPr>
      <w:r>
        <w:rPr>
          <w:rFonts w:ascii="Georgia" w:hAnsi="Georgia"/>
          <w:b w:val="0"/>
          <w:i w:val="0"/>
          <w:color w:val="22201D"/>
          <w:sz w:val="17"/>
        </w:rPr>
        <w:t>PORTLAND'S BITES</w:t>
      </w:r>
    </w:p>
    <w:p>
      <w:pPr>
        <w:spacing w:after="60" w:line="266" w:lineRule="auto"/>
        <w:ind w:firstLine="331"/>
        <w:jc w:val="both"/>
      </w:pPr>
      <w:r>
        <w:rPr>
          <w:rFonts w:ascii="Georgia" w:hAnsi="Georgia"/>
          <w:b w:val="0"/>
          <w:i w:val="0"/>
          <w:color w:val="22201D"/>
          <w:sz w:val="20"/>
        </w:rPr>
        <w:t>The woman stared at it.</w:t>
      </w:r>
    </w:p>
    <w:p>
      <w:pPr>
        <w:spacing w:after="60" w:line="266" w:lineRule="auto"/>
        <w:ind w:firstLine="331"/>
        <w:jc w:val="both"/>
      </w:pPr>
      <w:r>
        <w:rPr>
          <w:rFonts w:ascii="Georgia" w:hAnsi="Georgia"/>
          <w:b w:val="0"/>
          <w:i w:val="0"/>
          <w:color w:val="22201D"/>
          <w:sz w:val="20"/>
        </w:rPr>
        <w:t>"That is terrible."</w:t>
      </w:r>
    </w:p>
    <w:p>
      <w:pPr>
        <w:spacing w:after="60" w:line="266" w:lineRule="auto"/>
        <w:ind w:firstLine="331"/>
        <w:jc w:val="both"/>
      </w:pPr>
      <w:r>
        <w:rPr>
          <w:rFonts w:ascii="Georgia" w:hAnsi="Georgia"/>
          <w:b w:val="0"/>
          <w:i w:val="0"/>
          <w:color w:val="22201D"/>
          <w:sz w:val="20"/>
        </w:rPr>
        <w:t>"It is available for truth," said the Hostess.</w:t>
      </w:r>
    </w:p>
    <w:p>
      <w:pPr>
        <w:spacing w:after="60" w:line="266" w:lineRule="auto"/>
        <w:ind w:firstLine="331"/>
        <w:jc w:val="both"/>
      </w:pPr>
      <w:r>
        <w:rPr>
          <w:rFonts w:ascii="Georgia" w:hAnsi="Georgia"/>
          <w:b w:val="0"/>
          <w:i w:val="0"/>
          <w:color w:val="22201D"/>
          <w:sz w:val="20"/>
        </w:rPr>
        <w:t>The dish rang three times.</w:t>
      </w:r>
    </w:p>
    <w:p>
      <w:pPr>
        <w:spacing w:after="60" w:line="266" w:lineRule="auto"/>
        <w:ind w:firstLine="331"/>
        <w:jc w:val="both"/>
      </w:pPr>
      <w:r>
        <w:rPr>
          <w:rFonts w:ascii="Georgia" w:hAnsi="Georgia"/>
          <w:b w:val="0"/>
          <w:i w:val="0"/>
          <w:color w:val="22201D"/>
          <w:sz w:val="20"/>
        </w:rPr>
        <w:t>The reservation error printed:</w:t>
      </w:r>
    </w:p>
    <w:p>
      <w:pPr>
        <w:spacing w:after="60" w:line="250" w:lineRule="auto"/>
        <w:ind w:left="202" w:right="173"/>
      </w:pPr>
      <w:r>
        <w:rPr>
          <w:rFonts w:ascii="Georgia" w:hAnsi="Georgia"/>
          <w:b w:val="0"/>
          <w:i w:val="0"/>
          <w:color w:val="22201D"/>
          <w:sz w:val="17"/>
        </w:rPr>
        <w:t>Superlative removed: unforgettable  Secondary inflation removed: most  Object status: plain enough to carry</w:t>
      </w:r>
    </w:p>
    <w:p>
      <w:pPr>
        <w:spacing w:after="60" w:line="266" w:lineRule="auto"/>
        <w:ind w:firstLine="331"/>
        <w:jc w:val="both"/>
      </w:pPr>
      <w:r>
        <w:rPr>
          <w:rFonts w:ascii="Georgia" w:hAnsi="Georgia"/>
          <w:b w:val="0"/>
          <w:i w:val="0"/>
          <w:color w:val="22201D"/>
          <w:sz w:val="20"/>
        </w:rPr>
        <w:t>Flocc laughed before he could stop himself.</w:t>
      </w:r>
    </w:p>
    <w:p>
      <w:pPr>
        <w:spacing w:after="60" w:line="266" w:lineRule="auto"/>
        <w:ind w:firstLine="331"/>
        <w:jc w:val="both"/>
      </w:pPr>
      <w:r>
        <w:rPr>
          <w:rFonts w:ascii="Georgia" w:hAnsi="Georgia"/>
          <w:b w:val="0"/>
          <w:i w:val="0"/>
          <w:color w:val="22201D"/>
          <w:sz w:val="20"/>
        </w:rPr>
        <w:t>The Hostess turned her head.</w:t>
      </w:r>
    </w:p>
    <w:p>
      <w:pPr>
        <w:spacing w:after="60" w:line="266" w:lineRule="auto"/>
        <w:ind w:firstLine="331"/>
        <w:jc w:val="both"/>
      </w:pPr>
      <w:r>
        <w:rPr>
          <w:rFonts w:ascii="Georgia" w:hAnsi="Georgia"/>
          <w:b w:val="0"/>
          <w:i w:val="0"/>
          <w:color w:val="22201D"/>
          <w:sz w:val="20"/>
        </w:rPr>
        <w:t>He stopped.</w:t>
      </w:r>
    </w:p>
    <w:p>
      <w:pPr>
        <w:spacing w:after="60" w:line="266" w:lineRule="auto"/>
        <w:ind w:firstLine="331"/>
        <w:jc w:val="both"/>
      </w:pPr>
      <w:r>
        <w:rPr>
          <w:rFonts w:ascii="Georgia" w:hAnsi="Georgia"/>
          <w:b w:val="0"/>
          <w:i w:val="0"/>
          <w:color w:val="22201D"/>
          <w:sz w:val="20"/>
        </w:rPr>
        <w:t>"Sorry."</w:t>
      </w:r>
    </w:p>
    <w:p>
      <w:pPr>
        <w:spacing w:after="60" w:line="266" w:lineRule="auto"/>
        <w:ind w:firstLine="331"/>
        <w:jc w:val="both"/>
      </w:pPr>
      <w:r>
        <w:rPr>
          <w:rFonts w:ascii="Georgia" w:hAnsi="Georgia"/>
          <w:b w:val="0"/>
          <w:i w:val="0"/>
          <w:color w:val="22201D"/>
          <w:sz w:val="20"/>
        </w:rPr>
        <w:t>"For laughing?"</w:t>
      </w:r>
    </w:p>
    <w:p>
      <w:pPr>
        <w:spacing w:after="60" w:line="266" w:lineRule="auto"/>
        <w:ind w:firstLine="331"/>
        <w:jc w:val="both"/>
      </w:pPr>
      <w:r>
        <w:rPr>
          <w:rFonts w:ascii="Georgia" w:hAnsi="Georgia"/>
          <w:b w:val="0"/>
          <w:i w:val="0"/>
          <w:color w:val="22201D"/>
          <w:sz w:val="20"/>
        </w:rPr>
        <w:t>"For enjoying it."</w:t>
      </w:r>
    </w:p>
    <w:p>
      <w:pPr>
        <w:spacing w:after="60" w:line="266" w:lineRule="auto"/>
        <w:ind w:firstLine="331"/>
        <w:jc w:val="both"/>
      </w:pPr>
      <w:r>
        <w:rPr>
          <w:rFonts w:ascii="Georgia" w:hAnsi="Georgia"/>
          <w:b w:val="0"/>
          <w:i w:val="0"/>
          <w:color w:val="22201D"/>
          <w:sz w:val="20"/>
        </w:rPr>
        <w:t>"Enjoyment is not the problem."</w:t>
      </w:r>
    </w:p>
    <w:p>
      <w:pPr>
        <w:spacing w:after="60" w:line="266" w:lineRule="auto"/>
        <w:ind w:firstLine="331"/>
        <w:jc w:val="both"/>
      </w:pPr>
      <w:r>
        <w:rPr>
          <w:rFonts w:ascii="Georgia" w:hAnsi="Georgia"/>
          <w:b w:val="0"/>
          <w:i w:val="0"/>
          <w:color w:val="22201D"/>
          <w:sz w:val="20"/>
        </w:rPr>
        <w:t>"Oh."</w:t>
      </w:r>
    </w:p>
    <w:p>
      <w:pPr>
        <w:spacing w:after="60" w:line="266" w:lineRule="auto"/>
        <w:ind w:firstLine="331"/>
        <w:jc w:val="both"/>
      </w:pPr>
      <w:r>
        <w:rPr>
          <w:rFonts w:ascii="Georgia" w:hAnsi="Georgia"/>
          <w:b w:val="0"/>
          <w:i w:val="0"/>
          <w:color w:val="22201D"/>
          <w:sz w:val="20"/>
        </w:rPr>
        <w:t>"The problem is wanting someone else's correction to prove you were already corrected."</w:t>
      </w:r>
    </w:p>
    <w:p>
      <w:pPr>
        <w:spacing w:after="60" w:line="266" w:lineRule="auto"/>
        <w:ind w:firstLine="331"/>
        <w:jc w:val="both"/>
      </w:pPr>
      <w:r>
        <w:rPr>
          <w:rFonts w:ascii="Georgia" w:hAnsi="Georgia"/>
          <w:b w:val="0"/>
          <w:i w:val="0"/>
          <w:color w:val="22201D"/>
          <w:sz w:val="20"/>
        </w:rPr>
        <w:t>Flocc inhaled.</w:t>
      </w:r>
    </w:p>
    <w:p>
      <w:pPr>
        <w:spacing w:after="60" w:line="266" w:lineRule="auto"/>
        <w:ind w:firstLine="331"/>
        <w:jc w:val="both"/>
      </w:pPr>
      <w:r>
        <w:rPr>
          <w:rFonts w:ascii="Georgia" w:hAnsi="Georgia"/>
          <w:b w:val="0"/>
          <w:i w:val="0"/>
          <w:color w:val="22201D"/>
          <w:sz w:val="20"/>
        </w:rPr>
        <w:t>Mara said, "That one had your address on it."</w:t>
      </w:r>
    </w:p>
    <w:p>
      <w:pPr>
        <w:spacing w:after="60" w:line="266" w:lineRule="auto"/>
        <w:ind w:firstLine="331"/>
        <w:jc w:val="both"/>
      </w:pPr>
      <w:r>
        <w:rPr>
          <w:rFonts w:ascii="Georgia" w:hAnsi="Georgia"/>
          <w:b w:val="0"/>
          <w:i w:val="0"/>
          <w:color w:val="22201D"/>
          <w:sz w:val="20"/>
        </w:rPr>
        <w:t>"I noticed."</w:t>
      </w:r>
    </w:p>
    <w:p>
      <w:pPr>
        <w:spacing w:after="60" w:line="266" w:lineRule="auto"/>
        <w:ind w:firstLine="331"/>
        <w:jc w:val="both"/>
      </w:pPr>
      <w:r>
        <w:rPr>
          <w:rFonts w:ascii="Georgia" w:hAnsi="Georgia"/>
          <w:b w:val="0"/>
          <w:i w:val="0"/>
          <w:color w:val="22201D"/>
          <w:sz w:val="20"/>
        </w:rPr>
        <w:t>The menu printed:</w:t>
      </w:r>
    </w:p>
    <w:p>
      <w:pPr>
        <w:spacing w:after="60" w:line="250" w:lineRule="auto"/>
        <w:ind w:left="202" w:right="173"/>
      </w:pPr>
      <w:r>
        <w:rPr>
          <w:rFonts w:ascii="Georgia" w:hAnsi="Georgia"/>
          <w:b w:val="0"/>
          <w:i w:val="0"/>
          <w:color w:val="22201D"/>
          <w:sz w:val="17"/>
        </w:rPr>
        <w:t>Delivery confirmed.</w:t>
      </w:r>
    </w:p>
    <w:p>
      <w:pPr>
        <w:spacing w:after="60" w:line="266" w:lineRule="auto"/>
        <w:ind w:firstLine="331"/>
        <w:jc w:val="both"/>
      </w:pPr>
      <w:r>
        <w:rPr>
          <w:rFonts w:ascii="Georgia" w:hAnsi="Georgia"/>
          <w:b w:val="0"/>
          <w:i w:val="0"/>
          <w:color w:val="22201D"/>
          <w:sz w:val="20"/>
        </w:rPr>
        <w:t>The door notice added a new subsection:</w:t>
      </w:r>
    </w:p>
    <w:p>
      <w:pPr>
        <w:spacing w:after="60" w:line="250" w:lineRule="auto"/>
        <w:ind w:left="202" w:right="173"/>
      </w:pPr>
      <w:r>
        <w:rPr>
          <w:rFonts w:ascii="Georgia" w:hAnsi="Georgia"/>
          <w:b w:val="0"/>
          <w:i w:val="0"/>
          <w:color w:val="22201D"/>
          <w:sz w:val="17"/>
        </w:rPr>
        <w:t>ADJECTIVE DENIAL STATION  Rules: 1. Remove one word that asks reality to applaud before serving. 2. Do not replace it immediately. 3. Do not perform humility near the dish. 4. Do not photograph the removed word. 5. If unsure, wait.</w:t>
      </w:r>
    </w:p>
    <w:p>
      <w:pPr>
        <w:spacing w:after="60" w:line="266" w:lineRule="auto"/>
        <w:ind w:firstLine="331"/>
        <w:jc w:val="both"/>
      </w:pPr>
      <w:r>
        <w:rPr>
          <w:rFonts w:ascii="Georgia" w:hAnsi="Georgia"/>
          <w:b w:val="0"/>
          <w:i w:val="0"/>
          <w:color w:val="22201D"/>
          <w:sz w:val="20"/>
        </w:rPr>
        <w:t>The phones outside rose.</w:t>
      </w:r>
    </w:p>
    <w:p>
      <w:pPr>
        <w:spacing w:after="60" w:line="266" w:lineRule="auto"/>
        <w:ind w:firstLine="331"/>
        <w:jc w:val="both"/>
      </w:pPr>
      <w:r>
        <w:rPr>
          <w:rFonts w:ascii="Georgia" w:hAnsi="Georgia"/>
          <w:b w:val="0"/>
          <w:i w:val="0"/>
          <w:color w:val="22201D"/>
          <w:sz w:val="20"/>
        </w:rPr>
        <w:t>Gerald stepped to the threshold.</w:t>
      </w:r>
    </w:p>
    <w:p>
      <w:pPr>
        <w:spacing w:after="60" w:line="266" w:lineRule="auto"/>
        <w:ind w:firstLine="331"/>
        <w:jc w:val="both"/>
      </w:pPr>
      <w:r>
        <w:rPr>
          <w:rFonts w:ascii="Georgia" w:hAnsi="Georgia"/>
          <w:b w:val="0"/>
          <w:i w:val="0"/>
          <w:color w:val="22201D"/>
          <w:sz w:val="20"/>
        </w:rPr>
        <w:t>"Do not photograph the removed word."</w:t>
      </w:r>
    </w:p>
    <w:p>
      <w:pPr>
        <w:spacing w:after="60" w:line="266" w:lineRule="auto"/>
        <w:ind w:firstLine="331"/>
        <w:jc w:val="both"/>
      </w:pPr>
      <w:r>
        <w:rPr>
          <w:rFonts w:ascii="Georgia" w:hAnsi="Georgia"/>
          <w:b w:val="0"/>
          <w:i w:val="0"/>
          <w:color w:val="22201D"/>
          <w:sz w:val="20"/>
        </w:rPr>
        <w:t>The phones lowered, except three.</w:t>
      </w:r>
    </w:p>
    <w:p>
      <w:pPr>
        <w:spacing w:after="60" w:line="266" w:lineRule="auto"/>
        <w:ind w:firstLine="331"/>
        <w:jc w:val="both"/>
      </w:pPr>
      <w:r>
        <w:rPr>
          <w:rFonts w:ascii="Georgia" w:hAnsi="Georgia"/>
          <w:b w:val="0"/>
          <w:i w:val="0"/>
          <w:color w:val="22201D"/>
          <w:sz w:val="20"/>
        </w:rPr>
        <w:t>The reservation error printed:</w:t>
      </w:r>
    </w:p>
    <w:p>
      <w:pPr>
        <w:spacing w:after="60" w:line="250" w:lineRule="auto"/>
        <w:ind w:left="202" w:right="173"/>
      </w:pPr>
      <w:r>
        <w:rPr>
          <w:rFonts w:ascii="Georgia" w:hAnsi="Georgia"/>
          <w:b w:val="0"/>
          <w:i w:val="0"/>
          <w:color w:val="22201D"/>
          <w:sz w:val="17"/>
        </w:rPr>
        <w:t>Compliance: partial</w:t>
      </w:r>
    </w:p>
    <w:p>
      <w:pPr>
        <w:spacing w:after="60" w:line="266" w:lineRule="auto"/>
        <w:ind w:firstLine="331"/>
        <w:jc w:val="both"/>
      </w:pPr>
      <w:r>
        <w:rPr>
          <w:rFonts w:ascii="Georgia" w:hAnsi="Georgia"/>
          <w:b w:val="0"/>
          <w:i w:val="0"/>
          <w:color w:val="22201D"/>
          <w:sz w:val="20"/>
        </w:rPr>
        <w:t>Gerald said, "Partial compliance is not a mood. It is a problem."</w:t>
      </w:r>
    </w:p>
    <w:p>
      <w:pPr>
        <w:spacing w:after="60" w:line="266" w:lineRule="auto"/>
        <w:ind w:firstLine="331"/>
        <w:jc w:val="both"/>
      </w:pPr>
      <w:r>
        <w:rPr>
          <w:rFonts w:ascii="Georgia" w:hAnsi="Georgia"/>
          <w:b w:val="0"/>
          <w:i w:val="0"/>
          <w:color w:val="22201D"/>
          <w:sz w:val="20"/>
        </w:rPr>
        <w:t>Two more phones lowered.</w:t>
      </w:r>
    </w:p>
    <w:p>
      <w:pPr>
        <w:spacing w:after="60" w:line="266" w:lineRule="auto"/>
        <w:ind w:firstLine="331"/>
        <w:jc w:val="both"/>
      </w:pPr>
      <w:r>
        <w:rPr>
          <w:rFonts w:ascii="Georgia" w:hAnsi="Georgia"/>
          <w:b w:val="0"/>
          <w:i w:val="0"/>
          <w:color w:val="22201D"/>
          <w:sz w:val="20"/>
        </w:rPr>
        <w:t>The remaining phone belonged to a man in a felt hat who had described his own taste as "curatorial" within the last forty-eight hours, though fortunately not where the restaurant could hear him.</w:t>
      </w:r>
    </w:p>
    <w:p>
      <w:pPr>
        <w:spacing w:after="60" w:line="266" w:lineRule="auto"/>
        <w:ind w:firstLine="331"/>
        <w:jc w:val="both"/>
      </w:pPr>
      <w:r>
        <w:rPr>
          <w:rFonts w:ascii="Georgia" w:hAnsi="Georgia"/>
          <w:b w:val="0"/>
          <w:i w:val="0"/>
          <w:color w:val="22201D"/>
          <w:sz w:val="20"/>
        </w:rPr>
        <w:t>The Hostess looked at him.</w:t>
      </w:r>
    </w:p>
    <w:p>
      <w:pPr>
        <w:spacing w:after="60" w:line="266" w:lineRule="auto"/>
        <w:ind w:firstLine="331"/>
        <w:jc w:val="both"/>
      </w:pPr>
      <w:r>
        <w:rPr>
          <w:rFonts w:ascii="Georgia" w:hAnsi="Georgia"/>
          <w:b w:val="0"/>
          <w:i w:val="0"/>
          <w:color w:val="22201D"/>
          <w:sz w:val="20"/>
        </w:rPr>
        <w:t>The phone lowered.</w:t>
      </w:r>
    </w:p>
    <w:p>
      <w:pPr>
        <w:spacing w:after="60" w:line="250" w:lineRule="auto"/>
        <w:ind w:left="202" w:right="173"/>
      </w:pPr>
      <w:r>
        <w:rPr>
          <w:rFonts w:ascii="Georgia" w:hAnsi="Georgia"/>
          <w:b w:val="0"/>
          <w:i w:val="0"/>
          <w:color w:val="22201D"/>
          <w:sz w:val="17"/>
        </w:rPr>
        <w:t>Compliance: adequate for now</w:t>
      </w:r>
    </w:p>
    <w:p>
      <w:pPr>
        <w:spacing w:after="60" w:line="266" w:lineRule="auto"/>
        <w:ind w:firstLine="331"/>
        <w:jc w:val="both"/>
      </w:pPr>
      <w:r>
        <w:rPr>
          <w:rFonts w:ascii="Georgia" w:hAnsi="Georgia"/>
          <w:b w:val="0"/>
          <w:i w:val="0"/>
          <w:color w:val="22201D"/>
          <w:sz w:val="20"/>
        </w:rPr>
        <w:t>"Good," said Gerald.</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adequate for now</w:t>
      </w:r>
    </w:p>
    <w:p>
      <w:pPr>
        <w:spacing w:after="60" w:line="266" w:lineRule="auto"/>
        <w:ind w:firstLine="331"/>
        <w:jc w:val="both"/>
      </w:pPr>
      <w:r>
        <w:rPr>
          <w:rFonts w:ascii="Georgia" w:hAnsi="Georgia"/>
          <w:b w:val="0"/>
          <w:i w:val="0"/>
          <w:color w:val="22201D"/>
          <w:sz w:val="20"/>
        </w:rPr>
        <w:t>Then, noticing Gerald's expression, crossed it out.</w:t>
      </w:r>
    </w:p>
    <w:p>
      <w:pPr>
        <w:spacing w:after="60" w:line="266" w:lineRule="auto"/>
        <w:ind w:firstLine="331"/>
        <w:jc w:val="both"/>
      </w:pPr>
      <w:r>
        <w:rPr>
          <w:rFonts w:ascii="Georgia" w:hAnsi="Georgia"/>
          <w:b w:val="0"/>
          <w:i w:val="0"/>
          <w:color w:val="22201D"/>
          <w:sz w:val="20"/>
        </w:rPr>
        <w:t>The line continued.</w:t>
      </w:r>
    </w:p>
    <w:p>
      <w:pPr>
        <w:spacing w:after="60" w:line="266" w:lineRule="auto"/>
        <w:ind w:firstLine="331"/>
        <w:jc w:val="both"/>
      </w:pPr>
      <w:r>
        <w:rPr>
          <w:rFonts w:ascii="Georgia" w:hAnsi="Georgia"/>
          <w:b w:val="0"/>
          <w:i w:val="0"/>
          <w:color w:val="22201D"/>
          <w:sz w:val="20"/>
        </w:rPr>
        <w:t>Ultimate came out of a caption draft.</w:t>
      </w:r>
    </w:p>
    <w:p>
      <w:pPr>
        <w:spacing w:after="60" w:line="266" w:lineRule="auto"/>
        <w:ind w:firstLine="331"/>
        <w:jc w:val="both"/>
      </w:pPr>
      <w:r>
        <w:rPr>
          <w:rFonts w:ascii="Georgia" w:hAnsi="Georgia"/>
          <w:b w:val="0"/>
          <w:i w:val="0"/>
          <w:color w:val="22201D"/>
          <w:sz w:val="20"/>
        </w:rPr>
        <w:t>Iconic came off a scarf.</w:t>
      </w:r>
    </w:p>
    <w:p>
      <w:pPr>
        <w:spacing w:after="60" w:line="266" w:lineRule="auto"/>
        <w:ind w:firstLine="331"/>
        <w:jc w:val="both"/>
      </w:pPr>
      <w:r>
        <w:rPr>
          <w:rFonts w:ascii="Georgia" w:hAnsi="Georgia"/>
          <w:b w:val="0"/>
          <w:i w:val="0"/>
          <w:color w:val="22201D"/>
          <w:sz w:val="20"/>
        </w:rPr>
        <w:t>Essential was removed from a private itinerary with surprising grief.</w:t>
      </w:r>
    </w:p>
    <w:p>
      <w:pPr>
        <w:spacing w:after="60" w:line="266" w:lineRule="auto"/>
        <w:ind w:firstLine="331"/>
        <w:jc w:val="both"/>
      </w:pPr>
      <w:r>
        <w:rPr>
          <w:rFonts w:ascii="Georgia" w:hAnsi="Georgia"/>
          <w:b w:val="0"/>
          <w:i w:val="0"/>
          <w:color w:val="22201D"/>
          <w:sz w:val="20"/>
        </w:rPr>
        <w:t>Must-try entered the dish and immediately tried to reorganize itself into should probably consider, which the Hostess denied as evasive.</w:t>
      </w:r>
    </w:p>
    <w:p>
      <w:pPr>
        <w:spacing w:after="60" w:line="266" w:lineRule="auto"/>
        <w:ind w:firstLine="331"/>
        <w:jc w:val="both"/>
      </w:pPr>
      <w:r>
        <w:rPr>
          <w:rFonts w:ascii="Georgia" w:hAnsi="Georgia"/>
          <w:b w:val="0"/>
          <w:i w:val="0"/>
          <w:color w:val="22201D"/>
          <w:sz w:val="20"/>
        </w:rPr>
        <w:t>Legendary refused to leave one man's mouth until Mara said, from the doorway, "A legend is usually something that happened to someone else," at which point the word lost interest in him and fell into the dish with a sulk.</w:t>
      </w:r>
    </w:p>
    <w:p>
      <w:pPr>
        <w:spacing w:after="60" w:line="266" w:lineRule="auto"/>
        <w:ind w:firstLine="331"/>
        <w:jc w:val="both"/>
      </w:pPr>
      <w:r>
        <w:rPr>
          <w:rFonts w:ascii="Georgia" w:hAnsi="Georgia"/>
          <w:b w:val="0"/>
          <w:i w:val="0"/>
          <w:color w:val="22201D"/>
          <w:sz w:val="20"/>
        </w:rPr>
        <w:t>Not every person stayed.</w:t>
      </w:r>
    </w:p>
    <w:p>
      <w:pPr>
        <w:spacing w:after="60" w:line="266" w:lineRule="auto"/>
        <w:ind w:firstLine="331"/>
        <w:jc w:val="both"/>
      </w:pPr>
      <w:r>
        <w:rPr>
          <w:rFonts w:ascii="Georgia" w:hAnsi="Georgia"/>
          <w:b w:val="0"/>
          <w:i w:val="0"/>
          <w:color w:val="22201D"/>
          <w:sz w:val="20"/>
        </w:rPr>
        <w:t>Some left when the app asked for a need.</w:t>
      </w:r>
    </w:p>
    <w:p>
      <w:pPr>
        <w:spacing w:after="60" w:line="266" w:lineRule="auto"/>
        <w:ind w:firstLine="331"/>
        <w:jc w:val="both"/>
      </w:pPr>
      <w:r>
        <w:rPr>
          <w:rFonts w:ascii="Georgia" w:hAnsi="Georgia"/>
          <w:b w:val="0"/>
          <w:i w:val="0"/>
          <w:color w:val="22201D"/>
          <w:sz w:val="20"/>
        </w:rPr>
        <w:t>More left when the Hostess refused to let them turn leaving into a verdict.</w:t>
      </w:r>
    </w:p>
    <w:p>
      <w:pPr>
        <w:spacing w:after="60" w:line="266" w:lineRule="auto"/>
        <w:ind w:firstLine="331"/>
        <w:jc w:val="both"/>
      </w:pPr>
      <w:r>
        <w:rPr>
          <w:rFonts w:ascii="Georgia" w:hAnsi="Georgia"/>
          <w:b w:val="0"/>
          <w:i w:val="0"/>
          <w:color w:val="22201D"/>
          <w:sz w:val="20"/>
        </w:rPr>
        <w:t>One person announced, "This is pretentious."</w:t>
      </w:r>
    </w:p>
    <w:p>
      <w:pPr>
        <w:spacing w:after="60" w:line="266" w:lineRule="auto"/>
        <w:ind w:firstLine="331"/>
        <w:jc w:val="both"/>
      </w:pPr>
      <w:r>
        <w:rPr>
          <w:rFonts w:ascii="Georgia" w:hAnsi="Georgia"/>
          <w:b w:val="0"/>
          <w:i w:val="0"/>
          <w:color w:val="22201D"/>
          <w:sz w:val="20"/>
        </w:rPr>
        <w:t>The review slip printed:</w:t>
      </w:r>
    </w:p>
    <w:p>
      <w:pPr>
        <w:spacing w:after="60" w:line="250" w:lineRule="auto"/>
        <w:ind w:left="202" w:right="173"/>
      </w:pPr>
      <w:r>
        <w:rPr>
          <w:rFonts w:ascii="Georgia" w:hAnsi="Georgia"/>
          <w:b w:val="0"/>
          <w:i w:val="0"/>
          <w:color w:val="22201D"/>
          <w:sz w:val="17"/>
        </w:rPr>
        <w:t>Potentially accurate. Insufficient specificity.</w:t>
      </w:r>
    </w:p>
    <w:p>
      <w:pPr>
        <w:spacing w:after="60" w:line="266" w:lineRule="auto"/>
        <w:ind w:firstLine="331"/>
        <w:jc w:val="both"/>
      </w:pPr>
      <w:r>
        <w:rPr>
          <w:rFonts w:ascii="Georgia" w:hAnsi="Georgia"/>
          <w:b w:val="0"/>
          <w:i w:val="0"/>
          <w:color w:val="22201D"/>
          <w:sz w:val="20"/>
        </w:rPr>
        <w:t>The person left faster.</w:t>
      </w:r>
    </w:p>
    <w:p>
      <w:pPr>
        <w:spacing w:after="60" w:line="266" w:lineRule="auto"/>
        <w:ind w:firstLine="331"/>
        <w:jc w:val="both"/>
      </w:pPr>
      <w:r>
        <w:rPr>
          <w:rFonts w:ascii="Georgia" w:hAnsi="Georgia"/>
          <w:b w:val="0"/>
          <w:i w:val="0"/>
          <w:color w:val="22201D"/>
          <w:sz w:val="20"/>
        </w:rPr>
        <w:t>Evan stayed.</w:t>
      </w:r>
    </w:p>
    <w:p>
      <w:pPr>
        <w:spacing w:after="60" w:line="266" w:lineRule="auto"/>
        <w:ind w:firstLine="331"/>
        <w:jc w:val="both"/>
      </w:pPr>
      <w:r>
        <w:rPr>
          <w:rFonts w:ascii="Georgia" w:hAnsi="Georgia"/>
          <w:b w:val="0"/>
          <w:i w:val="0"/>
          <w:color w:val="22201D"/>
          <w:sz w:val="20"/>
        </w:rPr>
        <w:t>The tote-bag woman stayed, holding PORTLAND'S BITES with the raw dignity of someone who had brought back a wounded slogan and did not yet know whether to be proud of it.</w:t>
      </w:r>
    </w:p>
    <w:p>
      <w:pPr>
        <w:spacing w:after="60" w:line="266" w:lineRule="auto"/>
        <w:ind w:firstLine="331"/>
        <w:jc w:val="both"/>
      </w:pPr>
      <w:r>
        <w:rPr>
          <w:rFonts w:ascii="Georgia" w:hAnsi="Georgia"/>
          <w:b w:val="0"/>
          <w:i w:val="0"/>
          <w:color w:val="22201D"/>
          <w:sz w:val="20"/>
        </w:rPr>
        <w:t>The camera-strap person stayed without looking at the camera.</w:t>
      </w:r>
    </w:p>
    <w:p>
      <w:pPr>
        <w:spacing w:after="60" w:line="266" w:lineRule="auto"/>
        <w:ind w:firstLine="331"/>
        <w:jc w:val="both"/>
      </w:pPr>
      <w:r>
        <w:rPr>
          <w:rFonts w:ascii="Georgia" w:hAnsi="Georgia"/>
          <w:b w:val="0"/>
          <w:i w:val="0"/>
          <w:color w:val="22201D"/>
          <w:sz w:val="20"/>
        </w:rPr>
        <w:t>The felt-hat man stayed after removing curated, which was not a superlative until it touched him.</w:t>
      </w:r>
    </w:p>
    <w:p>
      <w:pPr>
        <w:spacing w:after="60" w:line="266" w:lineRule="auto"/>
        <w:ind w:firstLine="331"/>
        <w:jc w:val="both"/>
      </w:pPr>
      <w:r>
        <w:rPr>
          <w:rFonts w:ascii="Georgia" w:hAnsi="Georgia"/>
          <w:b w:val="0"/>
          <w:i w:val="0"/>
          <w:color w:val="22201D"/>
          <w:sz w:val="20"/>
        </w:rPr>
        <w:t>The brass dish filled with little black curls of type.</w:t>
      </w:r>
    </w:p>
    <w:p>
      <w:pPr>
        <w:spacing w:after="60" w:line="266" w:lineRule="auto"/>
        <w:ind w:firstLine="331"/>
        <w:jc w:val="both"/>
      </w:pPr>
      <w:r>
        <w:rPr>
          <w:rFonts w:ascii="Georgia" w:hAnsi="Georgia"/>
          <w:b w:val="0"/>
          <w:i w:val="0"/>
          <w:color w:val="22201D"/>
          <w:sz w:val="20"/>
        </w:rPr>
        <w:t>It did not overflow.</w:t>
      </w:r>
    </w:p>
    <w:p>
      <w:pPr>
        <w:spacing w:after="60" w:line="266" w:lineRule="auto"/>
        <w:ind w:firstLine="331"/>
        <w:jc w:val="both"/>
      </w:pPr>
      <w:r>
        <w:rPr>
          <w:rFonts w:ascii="Georgia" w:hAnsi="Georgia"/>
          <w:b w:val="0"/>
          <w:i w:val="0"/>
          <w:color w:val="22201D"/>
          <w:sz w:val="20"/>
        </w:rPr>
        <w:t>It was larger inside than outside, which no one mentioned because Gerald was present and there was no need to provoke geometry during an active queue.</w:t>
      </w:r>
    </w:p>
    <w:p>
      <w:pPr>
        <w:spacing w:after="60" w:line="266" w:lineRule="auto"/>
        <w:ind w:firstLine="331"/>
        <w:jc w:val="both"/>
      </w:pPr>
      <w:r>
        <w:rPr>
          <w:rFonts w:ascii="Georgia" w:hAnsi="Georgia"/>
          <w:b w:val="0"/>
          <w:i w:val="0"/>
          <w:color w:val="22201D"/>
          <w:sz w:val="20"/>
        </w:rPr>
        <w:t>Flocc watched the line become smaller and more exact.</w:t>
      </w:r>
    </w:p>
    <w:p>
      <w:pPr>
        <w:spacing w:after="60" w:line="266" w:lineRule="auto"/>
        <w:ind w:firstLine="331"/>
        <w:jc w:val="both"/>
      </w:pPr>
      <w:r>
        <w:rPr>
          <w:rFonts w:ascii="Georgia" w:hAnsi="Georgia"/>
          <w:b w:val="0"/>
          <w:i w:val="0"/>
          <w:color w:val="22201D"/>
          <w:sz w:val="20"/>
        </w:rPr>
        <w:t>"It is working," he said.</w:t>
      </w:r>
    </w:p>
    <w:p>
      <w:pPr>
        <w:spacing w:after="60" w:line="266" w:lineRule="auto"/>
        <w:ind w:firstLine="331"/>
        <w:jc w:val="both"/>
      </w:pPr>
      <w:r>
        <w:rPr>
          <w:rFonts w:ascii="Georgia" w:hAnsi="Georgia"/>
          <w:b w:val="0"/>
          <w:i w:val="0"/>
          <w:color w:val="22201D"/>
          <w:sz w:val="20"/>
        </w:rPr>
        <w:t>"Careful," said Mara.</w:t>
      </w:r>
    </w:p>
    <w:p>
      <w:pPr>
        <w:spacing w:after="60" w:line="266" w:lineRule="auto"/>
        <w:ind w:firstLine="331"/>
        <w:jc w:val="both"/>
      </w:pPr>
      <w:r>
        <w:rPr>
          <w:rFonts w:ascii="Georgia" w:hAnsi="Georgia"/>
          <w:b w:val="0"/>
          <w:i w:val="0"/>
          <w:color w:val="22201D"/>
          <w:sz w:val="20"/>
        </w:rPr>
        <w:t>"I meant the system."</w:t>
      </w:r>
    </w:p>
    <w:p>
      <w:pPr>
        <w:spacing w:after="60" w:line="266" w:lineRule="auto"/>
        <w:ind w:firstLine="331"/>
        <w:jc w:val="both"/>
      </w:pPr>
      <w:r>
        <w:rPr>
          <w:rFonts w:ascii="Georgia" w:hAnsi="Georgia"/>
          <w:b w:val="0"/>
          <w:i w:val="0"/>
          <w:color w:val="22201D"/>
          <w:sz w:val="20"/>
        </w:rPr>
        <w:t>"You always mean the system when the system makes you feel clean."</w:t>
      </w:r>
    </w:p>
    <w:p>
      <w:pPr>
        <w:spacing w:after="60" w:line="266" w:lineRule="auto"/>
        <w:ind w:firstLine="331"/>
        <w:jc w:val="both"/>
      </w:pPr>
      <w:r>
        <w:rPr>
          <w:rFonts w:ascii="Georgia" w:hAnsi="Georgia"/>
          <w:b w:val="0"/>
          <w:i w:val="0"/>
          <w:color w:val="22201D"/>
          <w:sz w:val="20"/>
        </w:rPr>
        <w:t>He sat with that.</w:t>
      </w:r>
    </w:p>
    <w:p>
      <w:pPr>
        <w:spacing w:after="60" w:line="266" w:lineRule="auto"/>
        <w:ind w:firstLine="331"/>
        <w:jc w:val="both"/>
      </w:pPr>
      <w:r>
        <w:rPr>
          <w:rFonts w:ascii="Georgia" w:hAnsi="Georgia"/>
          <w:b w:val="0"/>
          <w:i w:val="0"/>
          <w:color w:val="22201D"/>
          <w:sz w:val="20"/>
        </w:rPr>
        <w:t>It was uncomfortable.</w:t>
      </w:r>
    </w:p>
    <w:p>
      <w:pPr>
        <w:spacing w:after="60" w:line="266" w:lineRule="auto"/>
        <w:ind w:firstLine="331"/>
        <w:jc w:val="both"/>
      </w:pPr>
      <w:r>
        <w:rPr>
          <w:rFonts w:ascii="Georgia" w:hAnsi="Georgia"/>
          <w:b w:val="0"/>
          <w:i w:val="0"/>
          <w:color w:val="22201D"/>
          <w:sz w:val="20"/>
        </w:rPr>
        <w:t>This was how he knew it had arrived correctly.</w:t>
      </w:r>
    </w:p>
    <w:p>
      <w:pPr>
        <w:spacing w:after="60" w:line="266" w:lineRule="auto"/>
        <w:ind w:firstLine="331"/>
        <w:jc w:val="both"/>
      </w:pPr>
      <w:r>
        <w:rPr>
          <w:rFonts w:ascii="Georgia" w:hAnsi="Georgia"/>
          <w:b w:val="0"/>
          <w:i w:val="0"/>
          <w:color w:val="22201D"/>
          <w:sz w:val="20"/>
        </w:rPr>
        <w:t>The Hostess closed the door for a moment and returned to the counter.</w:t>
      </w:r>
    </w:p>
    <w:p>
      <w:pPr>
        <w:spacing w:after="60" w:line="266" w:lineRule="auto"/>
        <w:ind w:firstLine="331"/>
        <w:jc w:val="both"/>
      </w:pPr>
      <w:r>
        <w:rPr>
          <w:rFonts w:ascii="Georgia" w:hAnsi="Georgia"/>
          <w:b w:val="0"/>
          <w:i w:val="0"/>
          <w:color w:val="22201D"/>
          <w:sz w:val="20"/>
        </w:rPr>
        <w:t>The brass dish came with her.</w:t>
      </w:r>
    </w:p>
    <w:p>
      <w:pPr>
        <w:spacing w:after="60" w:line="266" w:lineRule="auto"/>
        <w:ind w:firstLine="331"/>
        <w:jc w:val="both"/>
      </w:pPr>
      <w:r>
        <w:rPr>
          <w:rFonts w:ascii="Georgia" w:hAnsi="Georgia"/>
          <w:b w:val="0"/>
          <w:i w:val="0"/>
          <w:color w:val="22201D"/>
          <w:sz w:val="20"/>
        </w:rPr>
        <w:t>Inside it, the removed words shifted like dry leaves.</w:t>
      </w:r>
    </w:p>
    <w:p>
      <w:pPr>
        <w:spacing w:after="60" w:line="266" w:lineRule="auto"/>
        <w:ind w:firstLine="331"/>
        <w:jc w:val="both"/>
      </w:pPr>
      <w:r>
        <w:rPr>
          <w:rFonts w:ascii="Georgia" w:hAnsi="Georgia"/>
          <w:b w:val="0"/>
          <w:i w:val="0"/>
          <w:color w:val="22201D"/>
          <w:sz w:val="20"/>
        </w:rPr>
        <w:t>"Now what happens?" asked Flocc.</w:t>
      </w:r>
    </w:p>
    <w:p>
      <w:pPr>
        <w:spacing w:after="60" w:line="266" w:lineRule="auto"/>
        <w:ind w:firstLine="331"/>
        <w:jc w:val="both"/>
      </w:pPr>
      <w:r>
        <w:rPr>
          <w:rFonts w:ascii="Georgia" w:hAnsi="Georgia"/>
          <w:b w:val="0"/>
          <w:i w:val="0"/>
          <w:color w:val="22201D"/>
          <w:sz w:val="20"/>
        </w:rPr>
        <w:t>"Now we see who can approach without using the absence of adjectives as an adjective."</w:t>
      </w:r>
    </w:p>
    <w:p>
      <w:pPr>
        <w:spacing w:after="60" w:line="266" w:lineRule="auto"/>
        <w:ind w:firstLine="331"/>
        <w:jc w:val="both"/>
      </w:pPr>
      <w:r>
        <w:rPr>
          <w:rFonts w:ascii="Georgia" w:hAnsi="Georgia"/>
          <w:b w:val="0"/>
          <w:i w:val="0"/>
          <w:color w:val="22201D"/>
          <w:sz w:val="20"/>
        </w:rPr>
        <w:t>Mara said, "That seems impossible."</w:t>
      </w:r>
    </w:p>
    <w:p>
      <w:pPr>
        <w:spacing w:after="60" w:line="266" w:lineRule="auto"/>
        <w:ind w:firstLine="331"/>
        <w:jc w:val="both"/>
      </w:pPr>
      <w:r>
        <w:rPr>
          <w:rFonts w:ascii="Georgia" w:hAnsi="Georgia"/>
          <w:b w:val="0"/>
          <w:i w:val="0"/>
          <w:color w:val="22201D"/>
          <w:sz w:val="20"/>
        </w:rPr>
        <w:t>"Not impossible. Rare."</w:t>
      </w:r>
    </w:p>
    <w:p>
      <w:pPr>
        <w:spacing w:after="60" w:line="266" w:lineRule="auto"/>
        <w:ind w:firstLine="331"/>
        <w:jc w:val="both"/>
      </w:pPr>
      <w:r>
        <w:rPr>
          <w:rFonts w:ascii="Georgia" w:hAnsi="Georgia"/>
          <w:b w:val="0"/>
          <w:i w:val="0"/>
          <w:color w:val="22201D"/>
          <w:sz w:val="20"/>
        </w:rPr>
        <w:t>Steve looked at his folder.</w:t>
      </w:r>
    </w:p>
    <w:p>
      <w:pPr>
        <w:spacing w:after="60" w:line="266" w:lineRule="auto"/>
        <w:ind w:firstLine="331"/>
        <w:jc w:val="both"/>
      </w:pPr>
      <w:r>
        <w:rPr>
          <w:rFonts w:ascii="Georgia" w:hAnsi="Georgia"/>
          <w:b w:val="0"/>
          <w:i w:val="0"/>
          <w:color w:val="22201D"/>
          <w:sz w:val="20"/>
        </w:rPr>
        <w:t>"Do we need a formal denial?"</w:t>
      </w:r>
    </w:p>
    <w:p>
      <w:pPr>
        <w:spacing w:after="60" w:line="266" w:lineRule="auto"/>
        <w:ind w:firstLine="331"/>
        <w:jc w:val="both"/>
      </w:pPr>
      <w:r>
        <w:rPr>
          <w:rFonts w:ascii="Georgia" w:hAnsi="Georgia"/>
          <w:b w:val="0"/>
          <w:i w:val="0"/>
          <w:color w:val="22201D"/>
          <w:sz w:val="20"/>
        </w:rPr>
        <w:t>"Yes," said the Hostess.</w:t>
      </w:r>
    </w:p>
    <w:p>
      <w:pPr>
        <w:spacing w:after="60" w:line="266" w:lineRule="auto"/>
        <w:ind w:firstLine="331"/>
        <w:jc w:val="both"/>
      </w:pPr>
      <w:r>
        <w:rPr>
          <w:rFonts w:ascii="Georgia" w:hAnsi="Georgia"/>
          <w:b w:val="0"/>
          <w:i w:val="0"/>
          <w:color w:val="22201D"/>
          <w:sz w:val="20"/>
        </w:rPr>
        <w:t>The reservation error flattened itself and made room.</w:t>
      </w:r>
    </w:p>
    <w:p>
      <w:pPr>
        <w:spacing w:after="60" w:line="266" w:lineRule="auto"/>
        <w:ind w:firstLine="331"/>
        <w:jc w:val="both"/>
      </w:pPr>
      <w:r>
        <w:rPr>
          <w:rFonts w:ascii="Georgia" w:hAnsi="Georgia"/>
          <w:b w:val="0"/>
          <w:i w:val="0"/>
          <w:color w:val="22201D"/>
          <w:sz w:val="20"/>
        </w:rPr>
        <w:t>The review slip shifted under the door notice.</w:t>
      </w:r>
    </w:p>
    <w:p>
      <w:pPr>
        <w:spacing w:after="60" w:line="266" w:lineRule="auto"/>
        <w:ind w:firstLine="331"/>
        <w:jc w:val="both"/>
      </w:pPr>
      <w:r>
        <w:rPr>
          <w:rFonts w:ascii="Georgia" w:hAnsi="Georgia"/>
          <w:b w:val="0"/>
          <w:i w:val="0"/>
          <w:color w:val="22201D"/>
          <w:sz w:val="20"/>
        </w:rPr>
        <w:t>A new form printed on cream paper with a narrow black border:</w:t>
      </w:r>
    </w:p>
    <w:p>
      <w:pPr>
        <w:spacing w:after="60" w:line="250" w:lineRule="auto"/>
        <w:ind w:left="202" w:right="173"/>
      </w:pPr>
      <w:r>
        <w:rPr>
          <w:rFonts w:ascii="Georgia" w:hAnsi="Georgia"/>
          <w:b w:val="0"/>
          <w:i w:val="0"/>
          <w:color w:val="22201D"/>
          <w:sz w:val="17"/>
        </w:rPr>
        <w:t>ADJECTIVE DENIAL</w:t>
      </w:r>
    </w:p>
    <w:p>
      <w:pPr>
        <w:spacing w:after="60" w:line="266" w:lineRule="auto"/>
        <w:ind w:firstLine="331"/>
        <w:jc w:val="both"/>
      </w:pPr>
      <w:r>
        <w:rPr>
          <w:rFonts w:ascii="Georgia" w:hAnsi="Georgia"/>
          <w:b w:val="0"/>
          <w:i w:val="0"/>
          <w:color w:val="22201D"/>
          <w:sz w:val="20"/>
        </w:rPr>
        <w:t>At the top, in smaller type:</w:t>
      </w:r>
    </w:p>
    <w:p>
      <w:pPr>
        <w:spacing w:after="60" w:line="250" w:lineRule="auto"/>
        <w:ind w:left="202" w:right="173"/>
      </w:pPr>
      <w:r>
        <w:rPr>
          <w:rFonts w:ascii="Georgia" w:hAnsi="Georgia"/>
          <w:b w:val="0"/>
          <w:i w:val="0"/>
          <w:color w:val="22201D"/>
          <w:sz w:val="17"/>
        </w:rPr>
        <w:t>No performance admitted as hunger.</w:t>
      </w:r>
    </w:p>
    <w:p>
      <w:pPr>
        <w:spacing w:after="60" w:line="266" w:lineRule="auto"/>
        <w:ind w:firstLine="331"/>
        <w:jc w:val="both"/>
      </w:pPr>
      <w:r>
        <w:rPr>
          <w:rFonts w:ascii="Georgia" w:hAnsi="Georgia"/>
          <w:b w:val="0"/>
          <w:i w:val="0"/>
          <w:color w:val="22201D"/>
          <w:sz w:val="20"/>
        </w:rPr>
        <w:t>The Hostess filled the form with the pencil.</w:t>
      </w:r>
    </w:p>
    <w:p>
      <w:pPr>
        <w:spacing w:after="60" w:line="250" w:lineRule="auto"/>
        <w:ind w:left="202" w:right="173"/>
      </w:pPr>
      <w:r>
        <w:rPr>
          <w:rFonts w:ascii="Georgia" w:hAnsi="Georgia"/>
          <w:b w:val="0"/>
          <w:i w:val="0"/>
          <w:color w:val="22201D"/>
          <w:sz w:val="17"/>
        </w:rPr>
        <w:t>Denied at threshold: best ultimate most unforgettable authentic documented iconic essential must-try legendary curated worth it  Approved condition: plain approach  Remaining question: who can reserve a table without rehearsing arrival?</w:t>
      </w:r>
    </w:p>
    <w:p>
      <w:pPr>
        <w:spacing w:after="60" w:line="266" w:lineRule="auto"/>
        <w:ind w:firstLine="331"/>
        <w:jc w:val="both"/>
      </w:pPr>
      <w:r>
        <w:rPr>
          <w:rFonts w:ascii="Georgia" w:hAnsi="Georgia"/>
          <w:b w:val="0"/>
          <w:i w:val="0"/>
          <w:color w:val="22201D"/>
          <w:sz w:val="20"/>
        </w:rPr>
        <w:t>The form paused after the last line.</w:t>
      </w:r>
    </w:p>
    <w:p>
      <w:pPr>
        <w:spacing w:after="60" w:line="266" w:lineRule="auto"/>
        <w:ind w:firstLine="331"/>
        <w:jc w:val="both"/>
      </w:pPr>
      <w:r>
        <w:rPr>
          <w:rFonts w:ascii="Georgia" w:hAnsi="Georgia"/>
          <w:b w:val="0"/>
          <w:i w:val="0"/>
          <w:color w:val="22201D"/>
          <w:sz w:val="20"/>
        </w:rPr>
        <w:t>Then printed:</w:t>
      </w:r>
    </w:p>
    <w:p>
      <w:pPr>
        <w:spacing w:after="60" w:line="250" w:lineRule="auto"/>
        <w:ind w:left="202" w:right="173"/>
      </w:pPr>
      <w:r>
        <w:rPr>
          <w:rFonts w:ascii="Georgia" w:hAnsi="Georgia"/>
          <w:b w:val="0"/>
          <w:i w:val="0"/>
          <w:color w:val="22201D"/>
          <w:sz w:val="17"/>
        </w:rPr>
        <w:t>Next required document: table card</w:t>
      </w:r>
    </w:p>
    <w:p>
      <w:pPr>
        <w:spacing w:after="60" w:line="266" w:lineRule="auto"/>
        <w:ind w:firstLine="331"/>
        <w:jc w:val="both"/>
      </w:pPr>
      <w:r>
        <w:rPr>
          <w:rFonts w:ascii="Georgia" w:hAnsi="Georgia"/>
          <w:b w:val="0"/>
          <w:i w:val="0"/>
          <w:color w:val="22201D"/>
          <w:sz w:val="20"/>
        </w:rPr>
        <w:t>Flocc read it.</w:t>
      </w:r>
    </w:p>
    <w:p>
      <w:pPr>
        <w:spacing w:after="60" w:line="266" w:lineRule="auto"/>
        <w:ind w:firstLine="331"/>
        <w:jc w:val="both"/>
      </w:pPr>
      <w:r>
        <w:rPr>
          <w:rFonts w:ascii="Georgia" w:hAnsi="Georgia"/>
          <w:b w:val="0"/>
          <w:i w:val="0"/>
          <w:color w:val="22201D"/>
          <w:sz w:val="20"/>
        </w:rPr>
        <w:t>"A table can be reserved now?"</w:t>
      </w:r>
    </w:p>
    <w:p>
      <w:pPr>
        <w:spacing w:after="60" w:line="266" w:lineRule="auto"/>
        <w:ind w:firstLine="331"/>
        <w:jc w:val="both"/>
      </w:pPr>
      <w:r>
        <w:rPr>
          <w:rFonts w:ascii="Georgia" w:hAnsi="Georgia"/>
          <w:b w:val="0"/>
          <w:i w:val="0"/>
          <w:color w:val="22201D"/>
          <w:sz w:val="20"/>
        </w:rPr>
        <w:t>"No," said the Hostess.</w:t>
      </w:r>
    </w:p>
    <w:p>
      <w:pPr>
        <w:spacing w:after="60" w:line="266" w:lineRule="auto"/>
        <w:ind w:firstLine="331"/>
        <w:jc w:val="both"/>
      </w:pPr>
      <w:r>
        <w:rPr>
          <w:rFonts w:ascii="Georgia" w:hAnsi="Georgia"/>
          <w:b w:val="0"/>
          <w:i w:val="0"/>
          <w:color w:val="22201D"/>
          <w:sz w:val="20"/>
        </w:rPr>
        <w:t>"Then why a table card?"</w:t>
      </w:r>
    </w:p>
    <w:p>
      <w:pPr>
        <w:spacing w:after="60" w:line="266" w:lineRule="auto"/>
        <w:ind w:firstLine="331"/>
        <w:jc w:val="both"/>
      </w:pPr>
      <w:r>
        <w:rPr>
          <w:rFonts w:ascii="Georgia" w:hAnsi="Georgia"/>
          <w:b w:val="0"/>
          <w:i w:val="0"/>
          <w:color w:val="22201D"/>
          <w:sz w:val="20"/>
        </w:rPr>
        <w:t>"Because some people are ready to learn what they cannot reserve."</w:t>
      </w:r>
    </w:p>
    <w:p>
      <w:pPr>
        <w:spacing w:after="60" w:line="266" w:lineRule="auto"/>
        <w:ind w:firstLine="331"/>
        <w:jc w:val="both"/>
      </w:pPr>
      <w:r>
        <w:rPr>
          <w:rFonts w:ascii="Georgia" w:hAnsi="Georgia"/>
          <w:b w:val="0"/>
          <w:i w:val="0"/>
          <w:color w:val="22201D"/>
          <w:sz w:val="20"/>
        </w:rPr>
        <w:t>Mara closed the menu gently.</w:t>
      </w:r>
    </w:p>
    <w:p>
      <w:pPr>
        <w:spacing w:after="60" w:line="266" w:lineRule="auto"/>
        <w:ind w:firstLine="331"/>
        <w:jc w:val="both"/>
      </w:pPr>
      <w:r>
        <w:rPr>
          <w:rFonts w:ascii="Georgia" w:hAnsi="Georgia"/>
          <w:b w:val="0"/>
          <w:i w:val="0"/>
          <w:color w:val="22201D"/>
          <w:sz w:val="20"/>
        </w:rPr>
        <w:t>"That sounds like us."</w:t>
      </w:r>
    </w:p>
    <w:p>
      <w:pPr>
        <w:spacing w:after="60" w:line="266" w:lineRule="auto"/>
        <w:ind w:firstLine="331"/>
        <w:jc w:val="both"/>
      </w:pPr>
      <w:r>
        <w:rPr>
          <w:rFonts w:ascii="Georgia" w:hAnsi="Georgia"/>
          <w:b w:val="0"/>
          <w:i w:val="0"/>
          <w:color w:val="22201D"/>
          <w:sz w:val="20"/>
        </w:rPr>
        <w:t>The Hostess looked at her.</w:t>
      </w:r>
    </w:p>
    <w:p>
      <w:pPr>
        <w:spacing w:after="60" w:line="266" w:lineRule="auto"/>
        <w:ind w:firstLine="331"/>
        <w:jc w:val="both"/>
      </w:pPr>
      <w:r>
        <w:rPr>
          <w:rFonts w:ascii="Georgia" w:hAnsi="Georgia"/>
          <w:b w:val="0"/>
          <w:i w:val="0"/>
          <w:color w:val="22201D"/>
          <w:sz w:val="20"/>
        </w:rPr>
        <w:t>"It sounds like anyone close enough to overhear and honest enough not to make that a credential."</w:t>
      </w:r>
    </w:p>
    <w:p>
      <w:pPr>
        <w:spacing w:after="60" w:line="266" w:lineRule="auto"/>
        <w:ind w:firstLine="331"/>
        <w:jc w:val="both"/>
      </w:pPr>
      <w:r>
        <w:rPr>
          <w:rFonts w:ascii="Georgia" w:hAnsi="Georgia"/>
          <w:b w:val="0"/>
          <w:i w:val="0"/>
          <w:color w:val="22201D"/>
          <w:sz w:val="20"/>
        </w:rPr>
        <w:t>Flocc did not say anything.</w:t>
      </w:r>
    </w:p>
    <w:p>
      <w:pPr>
        <w:spacing w:after="60" w:line="266" w:lineRule="auto"/>
        <w:ind w:firstLine="331"/>
        <w:jc w:val="both"/>
      </w:pPr>
      <w:r>
        <w:rPr>
          <w:rFonts w:ascii="Georgia" w:hAnsi="Georgia"/>
          <w:b w:val="0"/>
          <w:i w:val="0"/>
          <w:color w:val="22201D"/>
          <w:sz w:val="20"/>
        </w:rPr>
        <w:t>This was, he felt, one of his better contributions to the morning.</w:t>
      </w:r>
    </w:p>
    <w:p>
      <w:pPr>
        <w:spacing w:after="60" w:line="266" w:lineRule="auto"/>
        <w:ind w:firstLine="331"/>
        <w:jc w:val="both"/>
      </w:pPr>
      <w:r>
        <w:rPr>
          <w:rFonts w:ascii="Georgia" w:hAnsi="Georgia"/>
          <w:b w:val="0"/>
          <w:i w:val="0"/>
          <w:color w:val="22201D"/>
          <w:sz w:val="20"/>
        </w:rPr>
        <w:t>Outside, Evan looked at the door without lifting his phone.</w:t>
      </w:r>
    </w:p>
    <w:p>
      <w:pPr>
        <w:spacing w:after="60" w:line="266" w:lineRule="auto"/>
        <w:ind w:firstLine="331"/>
        <w:jc w:val="both"/>
      </w:pPr>
      <w:r>
        <w:rPr>
          <w:rFonts w:ascii="Georgia" w:hAnsi="Georgia"/>
          <w:b w:val="0"/>
          <w:i w:val="0"/>
          <w:color w:val="22201D"/>
          <w:sz w:val="20"/>
        </w:rPr>
        <w:t>The tote-bag woman stood beside him, holding PORTLAND'S BITES.</w:t>
      </w:r>
    </w:p>
    <w:p>
      <w:pPr>
        <w:spacing w:after="60" w:line="266" w:lineRule="auto"/>
        <w:ind w:firstLine="331"/>
        <w:jc w:val="both"/>
      </w:pPr>
      <w:r>
        <w:rPr>
          <w:rFonts w:ascii="Georgia" w:hAnsi="Georgia"/>
          <w:b w:val="0"/>
          <w:i w:val="0"/>
          <w:color w:val="22201D"/>
          <w:sz w:val="20"/>
        </w:rPr>
        <w:t>The camera-strap person put the camera in their pocket.</w:t>
      </w:r>
    </w:p>
    <w:p>
      <w:pPr>
        <w:spacing w:after="60" w:line="266" w:lineRule="auto"/>
        <w:ind w:firstLine="331"/>
        <w:jc w:val="both"/>
      </w:pPr>
      <w:r>
        <w:rPr>
          <w:rFonts w:ascii="Georgia" w:hAnsi="Georgia"/>
          <w:b w:val="0"/>
          <w:i w:val="0"/>
          <w:color w:val="22201D"/>
          <w:sz w:val="20"/>
        </w:rPr>
        <w:t>The felt-hat man removed the hat, considered it, then put it back on less confidently.</w:t>
      </w:r>
    </w:p>
    <w:p>
      <w:pPr>
        <w:spacing w:after="60" w:line="266" w:lineRule="auto"/>
        <w:ind w:firstLine="331"/>
        <w:jc w:val="both"/>
      </w:pPr>
      <w:r>
        <w:rPr>
          <w:rFonts w:ascii="Georgia" w:hAnsi="Georgia"/>
          <w:b w:val="0"/>
          <w:i w:val="0"/>
          <w:color w:val="22201D"/>
          <w:sz w:val="20"/>
        </w:rPr>
        <w:t>The line was not pure.</w:t>
      </w:r>
    </w:p>
    <w:p>
      <w:pPr>
        <w:spacing w:after="60" w:line="266" w:lineRule="auto"/>
        <w:ind w:firstLine="331"/>
        <w:jc w:val="both"/>
      </w:pPr>
      <w:r>
        <w:rPr>
          <w:rFonts w:ascii="Georgia" w:hAnsi="Georgia"/>
          <w:b w:val="0"/>
          <w:i w:val="0"/>
          <w:color w:val="22201D"/>
          <w:sz w:val="20"/>
        </w:rPr>
        <w:t>It was not ready.</w:t>
      </w:r>
    </w:p>
    <w:p>
      <w:pPr>
        <w:spacing w:after="60" w:line="266" w:lineRule="auto"/>
        <w:ind w:firstLine="331"/>
        <w:jc w:val="both"/>
      </w:pPr>
      <w:r>
        <w:rPr>
          <w:rFonts w:ascii="Georgia" w:hAnsi="Georgia"/>
          <w:b w:val="0"/>
          <w:i w:val="0"/>
          <w:color w:val="22201D"/>
          <w:sz w:val="20"/>
        </w:rPr>
        <w:t>It was simply less advertised.</w:t>
      </w:r>
    </w:p>
    <w:p>
      <w:pPr>
        <w:spacing w:after="60" w:line="266" w:lineRule="auto"/>
        <w:ind w:firstLine="331"/>
        <w:jc w:val="both"/>
      </w:pPr>
      <w:r>
        <w:rPr>
          <w:rFonts w:ascii="Georgia" w:hAnsi="Georgia"/>
          <w:b w:val="0"/>
          <w:i w:val="0"/>
          <w:color w:val="22201D"/>
          <w:sz w:val="20"/>
        </w:rPr>
        <w:t>The adjective denial printed one final line:</w:t>
      </w:r>
    </w:p>
    <w:p>
      <w:pPr>
        <w:spacing w:after="60" w:line="250" w:lineRule="auto"/>
        <w:ind w:left="202" w:right="173"/>
      </w:pPr>
      <w:r>
        <w:rPr>
          <w:rFonts w:ascii="Georgia" w:hAnsi="Georgia"/>
          <w:b w:val="0"/>
          <w:i w:val="0"/>
          <w:color w:val="22201D"/>
          <w:sz w:val="17"/>
        </w:rPr>
        <w:t>Next chapter: The Table Reserved by Forgetting</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4: The Table Reserved by Forgetting</w:t>
      </w:r>
    </w:p>
    <w:p>
      <w:pPr>
        <w:spacing w:after="60" w:line="266" w:lineRule="auto"/>
        <w:ind w:firstLine="0"/>
        <w:jc w:val="both"/>
      </w:pPr>
      <w:r>
        <w:rPr>
          <w:rFonts w:ascii="Georgia" w:hAnsi="Georgia"/>
          <w:b w:val="0"/>
          <w:i w:val="0"/>
          <w:color w:val="22201D"/>
          <w:sz w:val="20"/>
        </w:rPr>
        <w:t>In which a table card refuses prepared speeches, Evan forgets the wrong sentence first, Flocc nearly turns explanation into a credential, and the restaurant proves that access is not the same as arrival.</w:t>
      </w:r>
    </w:p>
    <w:p>
      <w:pPr>
        <w:spacing w:after="60" w:line="266" w:lineRule="auto"/>
        <w:ind w:firstLine="331"/>
        <w:jc w:val="both"/>
      </w:pPr>
      <w:r>
        <w:rPr>
          <w:rFonts w:ascii="Georgia" w:hAnsi="Georgia"/>
          <w:b w:val="0"/>
          <w:i w:val="0"/>
          <w:color w:val="22201D"/>
          <w:sz w:val="20"/>
        </w:rPr>
        <w:t>The table card appeared before the table.</w:t>
      </w:r>
    </w:p>
    <w:p>
      <w:pPr>
        <w:spacing w:after="60" w:line="266" w:lineRule="auto"/>
        <w:ind w:firstLine="331"/>
        <w:jc w:val="both"/>
      </w:pPr>
      <w:r>
        <w:rPr>
          <w:rFonts w:ascii="Georgia" w:hAnsi="Georgia"/>
          <w:b w:val="0"/>
          <w:i w:val="0"/>
          <w:color w:val="22201D"/>
          <w:sz w:val="20"/>
        </w:rPr>
        <w:t>This was considerate, because the table had not yet decided whether it wanted to be furniture.</w:t>
      </w:r>
    </w:p>
    <w:p>
      <w:pPr>
        <w:spacing w:after="60" w:line="266" w:lineRule="auto"/>
        <w:ind w:firstLine="331"/>
        <w:jc w:val="both"/>
      </w:pPr>
      <w:r>
        <w:rPr>
          <w:rFonts w:ascii="Georgia" w:hAnsi="Georgia"/>
          <w:b w:val="0"/>
          <w:i w:val="0"/>
          <w:color w:val="22201D"/>
          <w:sz w:val="20"/>
        </w:rPr>
        <w:t>It arrived from under the brass dish where the removed adjectives lay curled like tiny exhausted insects of language. The dish had gone quiet after the last denial. The line outside had gone quieter. This did not mean the line had become peaceful. It meant the line had become aware that noise was no longer helping its case.</w:t>
      </w:r>
    </w:p>
    <w:p>
      <w:pPr>
        <w:spacing w:after="60" w:line="266" w:lineRule="auto"/>
        <w:ind w:firstLine="331"/>
        <w:jc w:val="both"/>
      </w:pPr>
      <w:r>
        <w:rPr>
          <w:rFonts w:ascii="Georgia" w:hAnsi="Georgia"/>
          <w:b w:val="0"/>
          <w:i w:val="0"/>
          <w:color w:val="22201D"/>
          <w:sz w:val="20"/>
        </w:rPr>
        <w:t>The card was cream-colored, narrow, and folded in half.</w:t>
      </w:r>
    </w:p>
    <w:p>
      <w:pPr>
        <w:spacing w:after="60" w:line="266" w:lineRule="auto"/>
        <w:ind w:firstLine="331"/>
        <w:jc w:val="both"/>
      </w:pPr>
      <w:r>
        <w:rPr>
          <w:rFonts w:ascii="Georgia" w:hAnsi="Georgia"/>
          <w:b w:val="0"/>
          <w:i w:val="0"/>
          <w:color w:val="22201D"/>
          <w:sz w:val="20"/>
        </w:rPr>
        <w:t>On the front:</w:t>
      </w:r>
    </w:p>
    <w:p>
      <w:pPr>
        <w:spacing w:after="60" w:line="250" w:lineRule="auto"/>
        <w:ind w:left="202" w:right="173"/>
      </w:pPr>
      <w:r>
        <w:rPr>
          <w:rFonts w:ascii="Georgia" w:hAnsi="Georgia"/>
          <w:b w:val="0"/>
          <w:i w:val="0"/>
          <w:color w:val="22201D"/>
          <w:sz w:val="17"/>
        </w:rPr>
        <w:t>TABLE CARD</w:t>
      </w:r>
    </w:p>
    <w:p>
      <w:pPr>
        <w:spacing w:after="60" w:line="266" w:lineRule="auto"/>
        <w:ind w:firstLine="331"/>
        <w:jc w:val="both"/>
      </w:pPr>
      <w:r>
        <w:rPr>
          <w:rFonts w:ascii="Georgia" w:hAnsi="Georgia"/>
          <w:b w:val="0"/>
          <w:i w:val="0"/>
          <w:color w:val="22201D"/>
          <w:sz w:val="20"/>
        </w:rPr>
        <w:t>Below that:</w:t>
      </w:r>
    </w:p>
    <w:p>
      <w:pPr>
        <w:spacing w:after="60" w:line="250" w:lineRule="auto"/>
        <w:ind w:left="202" w:right="173"/>
      </w:pPr>
      <w:r>
        <w:rPr>
          <w:rFonts w:ascii="Georgia" w:hAnsi="Georgia"/>
          <w:b w:val="0"/>
          <w:i w:val="0"/>
          <w:color w:val="22201D"/>
          <w:sz w:val="17"/>
        </w:rPr>
        <w:t>Reservation method: forgetting</w:t>
      </w:r>
    </w:p>
    <w:p>
      <w:pPr>
        <w:spacing w:after="60" w:line="266" w:lineRule="auto"/>
        <w:ind w:firstLine="331"/>
        <w:jc w:val="both"/>
      </w:pPr>
      <w:r>
        <w:rPr>
          <w:rFonts w:ascii="Georgia" w:hAnsi="Georgia"/>
          <w:b w:val="0"/>
          <w:i w:val="0"/>
          <w:color w:val="22201D"/>
          <w:sz w:val="20"/>
        </w:rPr>
        <w:t>Flocc read it from his table and immediately felt the old mental machinery begin arranging itself into an explanation.</w:t>
      </w:r>
    </w:p>
    <w:p>
      <w:pPr>
        <w:spacing w:after="60" w:line="266" w:lineRule="auto"/>
        <w:ind w:firstLine="331"/>
        <w:jc w:val="both"/>
      </w:pPr>
      <w:r>
        <w:rPr>
          <w:rFonts w:ascii="Georgia" w:hAnsi="Georgia"/>
          <w:b w:val="0"/>
          <w:i w:val="0"/>
          <w:color w:val="22201D"/>
          <w:sz w:val="20"/>
        </w:rPr>
        <w:t>He could see the shape of it. He would start by saying that forgetting was not ignorance but release. Then he would say that the restaurant was not asking people to lose memory, only to stop using memory as costume. Then he would notice Mara looking at him. Then he would add something about how the table could not be claimed by the version of yourself that rehearsed arrival. Then the table card would probably print something cruel and accurate.</w:t>
      </w:r>
    </w:p>
    <w:p>
      <w:pPr>
        <w:spacing w:after="60" w:line="266" w:lineRule="auto"/>
        <w:ind w:firstLine="331"/>
        <w:jc w:val="both"/>
      </w:pPr>
      <w:r>
        <w:rPr>
          <w:rFonts w:ascii="Georgia" w:hAnsi="Georgia"/>
          <w:b w:val="0"/>
          <w:i w:val="0"/>
          <w:color w:val="22201D"/>
          <w:sz w:val="20"/>
        </w:rPr>
        <w:t>Mara watched him.</w:t>
      </w:r>
    </w:p>
    <w:p>
      <w:pPr>
        <w:spacing w:after="60" w:line="266" w:lineRule="auto"/>
        <w:ind w:firstLine="331"/>
        <w:jc w:val="both"/>
      </w:pPr>
      <w:r>
        <w:rPr>
          <w:rFonts w:ascii="Georgia" w:hAnsi="Georgia"/>
          <w:b w:val="0"/>
          <w:i w:val="0"/>
          <w:color w:val="22201D"/>
          <w:sz w:val="20"/>
        </w:rPr>
        <w:t>"Do you need a minute with the speech you are not giving?"</w:t>
      </w:r>
    </w:p>
    <w:p>
      <w:pPr>
        <w:spacing w:after="60" w:line="266" w:lineRule="auto"/>
        <w:ind w:firstLine="331"/>
        <w:jc w:val="both"/>
      </w:pPr>
      <w:r>
        <w:rPr>
          <w:rFonts w:ascii="Georgia" w:hAnsi="Georgia"/>
          <w:b w:val="0"/>
          <w:i w:val="0"/>
          <w:color w:val="22201D"/>
          <w:sz w:val="20"/>
        </w:rPr>
        <w:t>"I was not going to give it."</w:t>
      </w:r>
    </w:p>
    <w:p>
      <w:pPr>
        <w:spacing w:after="60" w:line="266" w:lineRule="auto"/>
        <w:ind w:firstLine="331"/>
        <w:jc w:val="both"/>
      </w:pPr>
      <w:r>
        <w:rPr>
          <w:rFonts w:ascii="Georgia" w:hAnsi="Georgia"/>
          <w:b w:val="0"/>
          <w:i w:val="0"/>
          <w:color w:val="22201D"/>
          <w:sz w:val="20"/>
        </w:rPr>
        <w:t>"You were footnoting it internally."</w:t>
      </w:r>
    </w:p>
    <w:p>
      <w:pPr>
        <w:spacing w:after="60" w:line="266" w:lineRule="auto"/>
        <w:ind w:firstLine="331"/>
        <w:jc w:val="both"/>
      </w:pPr>
      <w:r>
        <w:rPr>
          <w:rFonts w:ascii="Georgia" w:hAnsi="Georgia"/>
          <w:b w:val="0"/>
          <w:i w:val="0"/>
          <w:color w:val="22201D"/>
          <w:sz w:val="20"/>
        </w:rPr>
        <w:t>"That is different."</w:t>
      </w:r>
    </w:p>
    <w:p>
      <w:pPr>
        <w:spacing w:after="60" w:line="266" w:lineRule="auto"/>
        <w:ind w:firstLine="331"/>
        <w:jc w:val="both"/>
      </w:pPr>
      <w:r>
        <w:rPr>
          <w:rFonts w:ascii="Georgia" w:hAnsi="Georgia"/>
          <w:b w:val="0"/>
          <w:i w:val="0"/>
          <w:color w:val="22201D"/>
          <w:sz w:val="20"/>
        </w:rPr>
        <w:t>"It is quieter."</w:t>
      </w:r>
    </w:p>
    <w:p>
      <w:pPr>
        <w:spacing w:after="60" w:line="266" w:lineRule="auto"/>
        <w:ind w:firstLine="331"/>
        <w:jc w:val="both"/>
      </w:pPr>
      <w:r>
        <w:rPr>
          <w:rFonts w:ascii="Georgia" w:hAnsi="Georgia"/>
          <w:b w:val="0"/>
          <w:i w:val="0"/>
          <w:color w:val="22201D"/>
          <w:sz w:val="20"/>
        </w:rPr>
        <w:t>The menu, still closed, printed on its cover:</w:t>
      </w:r>
    </w:p>
    <w:p>
      <w:pPr>
        <w:spacing w:after="60" w:line="250" w:lineRule="auto"/>
        <w:ind w:left="202" w:right="173"/>
      </w:pPr>
      <w:r>
        <w:rPr>
          <w:rFonts w:ascii="Georgia" w:hAnsi="Georgia"/>
          <w:b w:val="0"/>
          <w:i w:val="0"/>
          <w:color w:val="22201D"/>
          <w:sz w:val="17"/>
        </w:rPr>
        <w:t>Quieter is not different enough.</w:t>
      </w:r>
    </w:p>
    <w:p>
      <w:pPr>
        <w:spacing w:after="60" w:line="266" w:lineRule="auto"/>
        <w:ind w:firstLine="331"/>
        <w:jc w:val="both"/>
      </w:pPr>
      <w:r>
        <w:rPr>
          <w:rFonts w:ascii="Georgia" w:hAnsi="Georgia"/>
          <w:b w:val="0"/>
          <w:i w:val="0"/>
          <w:color w:val="22201D"/>
          <w:sz w:val="20"/>
        </w:rPr>
        <w:t>Flocc looked down.</w:t>
      </w:r>
    </w:p>
    <w:p>
      <w:pPr>
        <w:spacing w:after="60" w:line="266" w:lineRule="auto"/>
        <w:ind w:firstLine="331"/>
        <w:jc w:val="both"/>
      </w:pPr>
      <w:r>
        <w:rPr>
          <w:rFonts w:ascii="Georgia" w:hAnsi="Georgia"/>
          <w:b w:val="0"/>
          <w:i w:val="0"/>
          <w:color w:val="22201D"/>
          <w:sz w:val="20"/>
        </w:rPr>
        <w:t>"I am being reviewed by stationery."</w:t>
      </w:r>
    </w:p>
    <w:p>
      <w:pPr>
        <w:spacing w:after="60" w:line="266" w:lineRule="auto"/>
        <w:ind w:firstLine="331"/>
        <w:jc w:val="both"/>
      </w:pPr>
      <w:r>
        <w:rPr>
          <w:rFonts w:ascii="Georgia" w:hAnsi="Georgia"/>
          <w:b w:val="0"/>
          <w:i w:val="0"/>
          <w:color w:val="22201D"/>
          <w:sz w:val="20"/>
        </w:rPr>
        <w:t>"You have been promoted," said Mara.</w:t>
      </w:r>
    </w:p>
    <w:p>
      <w:pPr>
        <w:spacing w:after="60" w:line="266" w:lineRule="auto"/>
        <w:ind w:firstLine="331"/>
        <w:jc w:val="both"/>
      </w:pPr>
      <w:r>
        <w:rPr>
          <w:rFonts w:ascii="Georgia" w:hAnsi="Georgia"/>
          <w:b w:val="0"/>
          <w:i w:val="0"/>
          <w:color w:val="22201D"/>
          <w:sz w:val="20"/>
        </w:rPr>
        <w:t>At the threshold, the Hostess took the table card and opened the door.</w:t>
      </w:r>
    </w:p>
    <w:p>
      <w:pPr>
        <w:spacing w:after="60" w:line="266" w:lineRule="auto"/>
        <w:ind w:firstLine="331"/>
        <w:jc w:val="both"/>
      </w:pPr>
      <w:r>
        <w:rPr>
          <w:rFonts w:ascii="Georgia" w:hAnsi="Georgia"/>
          <w:b w:val="0"/>
          <w:i w:val="0"/>
          <w:color w:val="22201D"/>
          <w:sz w:val="20"/>
        </w:rPr>
        <w:t>The line outside straightened again, though with less confidence than before. Evan stood first. The woman with the bag now reading PORTLAND'S BITES stood behind him. The camera-strap person had moved the camera into a pocket and looked both lighter and less sure what to do with their hands. The felt-hat man touched the brim of his hat whenever he almost formed an opinion.</w:t>
      </w:r>
    </w:p>
    <w:p>
      <w:pPr>
        <w:spacing w:after="60" w:line="266" w:lineRule="auto"/>
        <w:ind w:firstLine="331"/>
        <w:jc w:val="both"/>
      </w:pPr>
      <w:r>
        <w:rPr>
          <w:rFonts w:ascii="Georgia" w:hAnsi="Georgia"/>
          <w:b w:val="0"/>
          <w:i w:val="0"/>
          <w:color w:val="22201D"/>
          <w:sz w:val="20"/>
        </w:rPr>
        <w:t>Gerald had added a chalk mark on the sidewalk.</w:t>
      </w:r>
    </w:p>
    <w:p>
      <w:pPr>
        <w:spacing w:after="60" w:line="266" w:lineRule="auto"/>
        <w:ind w:firstLine="331"/>
        <w:jc w:val="both"/>
      </w:pPr>
      <w:r>
        <w:rPr>
          <w:rFonts w:ascii="Georgia" w:hAnsi="Georgia"/>
          <w:b w:val="0"/>
          <w:i w:val="0"/>
          <w:color w:val="22201D"/>
          <w:sz w:val="20"/>
        </w:rPr>
        <w:t>It read:</w:t>
      </w:r>
    </w:p>
    <w:p>
      <w:pPr>
        <w:spacing w:after="60" w:line="250" w:lineRule="auto"/>
        <w:ind w:left="202" w:right="173"/>
      </w:pPr>
      <w:r>
        <w:rPr>
          <w:rFonts w:ascii="Georgia" w:hAnsi="Georgia"/>
          <w:b w:val="0"/>
          <w:i w:val="0"/>
          <w:color w:val="22201D"/>
          <w:sz w:val="17"/>
        </w:rPr>
        <w:t>WAIT HERE IF WAITING</w:t>
      </w:r>
    </w:p>
    <w:p>
      <w:pPr>
        <w:spacing w:after="60" w:line="266" w:lineRule="auto"/>
        <w:ind w:firstLine="331"/>
        <w:jc w:val="both"/>
      </w:pPr>
      <w:r>
        <w:rPr>
          <w:rFonts w:ascii="Georgia" w:hAnsi="Georgia"/>
          <w:b w:val="0"/>
          <w:i w:val="0"/>
          <w:color w:val="22201D"/>
          <w:sz w:val="20"/>
        </w:rPr>
        <w:t>Someone had asked whether that was official.</w:t>
      </w:r>
    </w:p>
    <w:p>
      <w:pPr>
        <w:spacing w:after="60" w:line="266" w:lineRule="auto"/>
        <w:ind w:firstLine="331"/>
        <w:jc w:val="both"/>
      </w:pPr>
      <w:r>
        <w:rPr>
          <w:rFonts w:ascii="Georgia" w:hAnsi="Georgia"/>
          <w:b w:val="0"/>
          <w:i w:val="0"/>
          <w:color w:val="22201D"/>
          <w:sz w:val="20"/>
        </w:rPr>
        <w:t>Gerald had said, "It is chalk."</w:t>
      </w:r>
    </w:p>
    <w:p>
      <w:pPr>
        <w:spacing w:after="60" w:line="266" w:lineRule="auto"/>
        <w:ind w:firstLine="331"/>
        <w:jc w:val="both"/>
      </w:pPr>
      <w:r>
        <w:rPr>
          <w:rFonts w:ascii="Georgia" w:hAnsi="Georgia"/>
          <w:b w:val="0"/>
          <w:i w:val="0"/>
          <w:color w:val="22201D"/>
          <w:sz w:val="20"/>
        </w:rPr>
        <w:t>No one had known whether this answered the question.</w:t>
      </w:r>
    </w:p>
    <w:p>
      <w:pPr>
        <w:spacing w:after="60" w:line="266" w:lineRule="auto"/>
        <w:ind w:firstLine="331"/>
        <w:jc w:val="both"/>
      </w:pPr>
      <w:r>
        <w:rPr>
          <w:rFonts w:ascii="Georgia" w:hAnsi="Georgia"/>
          <w:b w:val="0"/>
          <w:i w:val="0"/>
          <w:color w:val="22201D"/>
          <w:sz w:val="20"/>
        </w:rPr>
        <w:t>The Hostess held up the table card.</w:t>
      </w:r>
    </w:p>
    <w:p>
      <w:pPr>
        <w:spacing w:after="60" w:line="266" w:lineRule="auto"/>
        <w:ind w:firstLine="331"/>
        <w:jc w:val="both"/>
      </w:pPr>
      <w:r>
        <w:rPr>
          <w:rFonts w:ascii="Georgia" w:hAnsi="Georgia"/>
          <w:b w:val="0"/>
          <w:i w:val="0"/>
          <w:color w:val="22201D"/>
          <w:sz w:val="20"/>
        </w:rPr>
        <w:t>"One table may be approached."</w:t>
      </w:r>
    </w:p>
    <w:p>
      <w:pPr>
        <w:spacing w:after="60" w:line="266" w:lineRule="auto"/>
        <w:ind w:firstLine="331"/>
        <w:jc w:val="both"/>
      </w:pPr>
      <w:r>
        <w:rPr>
          <w:rFonts w:ascii="Georgia" w:hAnsi="Georgia"/>
          <w:b w:val="0"/>
          <w:i w:val="0"/>
          <w:color w:val="22201D"/>
          <w:sz w:val="20"/>
        </w:rPr>
        <w:t>The line inhaled.</w:t>
      </w:r>
    </w:p>
    <w:p>
      <w:pPr>
        <w:spacing w:after="60" w:line="266" w:lineRule="auto"/>
        <w:ind w:firstLine="331"/>
        <w:jc w:val="both"/>
      </w:pPr>
      <w:r>
        <w:rPr>
          <w:rFonts w:ascii="Georgia" w:hAnsi="Georgia"/>
          <w:b w:val="0"/>
          <w:i w:val="0"/>
          <w:color w:val="22201D"/>
          <w:sz w:val="20"/>
        </w:rPr>
        <w:t>"Not claimed," she said.</w:t>
      </w:r>
    </w:p>
    <w:p>
      <w:pPr>
        <w:spacing w:after="60" w:line="266" w:lineRule="auto"/>
        <w:ind w:firstLine="331"/>
        <w:jc w:val="both"/>
      </w:pPr>
      <w:r>
        <w:rPr>
          <w:rFonts w:ascii="Georgia" w:hAnsi="Georgia"/>
          <w:b w:val="0"/>
          <w:i w:val="0"/>
          <w:color w:val="22201D"/>
          <w:sz w:val="20"/>
        </w:rPr>
        <w:t>The line exhaled badly.</w:t>
      </w:r>
    </w:p>
    <w:p>
      <w:pPr>
        <w:spacing w:after="60" w:line="266" w:lineRule="auto"/>
        <w:ind w:firstLine="331"/>
        <w:jc w:val="both"/>
      </w:pPr>
      <w:r>
        <w:rPr>
          <w:rFonts w:ascii="Georgia" w:hAnsi="Georgia"/>
          <w:b w:val="0"/>
          <w:i w:val="0"/>
          <w:color w:val="22201D"/>
          <w:sz w:val="20"/>
        </w:rPr>
        <w:t>"Not won. Not earned. Not discovered. Not deserved. Approached."</w:t>
      </w:r>
    </w:p>
    <w:p>
      <w:pPr>
        <w:spacing w:after="60" w:line="266" w:lineRule="auto"/>
        <w:ind w:firstLine="331"/>
        <w:jc w:val="both"/>
      </w:pPr>
      <w:r>
        <w:rPr>
          <w:rFonts w:ascii="Georgia" w:hAnsi="Georgia"/>
          <w:b w:val="0"/>
          <w:i w:val="0"/>
          <w:color w:val="22201D"/>
          <w:sz w:val="20"/>
        </w:rPr>
        <w:t>The adjective denial form under the door notice printed:</w:t>
      </w:r>
    </w:p>
    <w:p>
      <w:pPr>
        <w:spacing w:after="60" w:line="250" w:lineRule="auto"/>
        <w:ind w:left="202" w:right="173"/>
      </w:pPr>
      <w:r>
        <w:rPr>
          <w:rFonts w:ascii="Georgia" w:hAnsi="Georgia"/>
          <w:b w:val="0"/>
          <w:i w:val="0"/>
          <w:color w:val="22201D"/>
          <w:sz w:val="17"/>
        </w:rPr>
        <w:t>Terminology boundary: active</w:t>
      </w:r>
    </w:p>
    <w:p>
      <w:pPr>
        <w:spacing w:after="60" w:line="266" w:lineRule="auto"/>
        <w:ind w:firstLine="331"/>
        <w:jc w:val="both"/>
      </w:pPr>
      <w:r>
        <w:rPr>
          <w:rFonts w:ascii="Georgia" w:hAnsi="Georgia"/>
          <w:b w:val="0"/>
          <w:i w:val="0"/>
          <w:color w:val="22201D"/>
          <w:sz w:val="20"/>
        </w:rPr>
        <w:t>The Hostess looked at Evan.</w:t>
      </w:r>
    </w:p>
    <w:p>
      <w:pPr>
        <w:spacing w:after="60" w:line="266" w:lineRule="auto"/>
        <w:ind w:firstLine="331"/>
        <w:jc w:val="both"/>
      </w:pPr>
      <w:r>
        <w:rPr>
          <w:rFonts w:ascii="Georgia" w:hAnsi="Georgia"/>
          <w:b w:val="0"/>
          <w:i w:val="0"/>
          <w:color w:val="22201D"/>
          <w:sz w:val="20"/>
        </w:rPr>
        <w:t>"You are first."</w:t>
      </w:r>
    </w:p>
    <w:p>
      <w:pPr>
        <w:spacing w:after="60" w:line="266" w:lineRule="auto"/>
        <w:ind w:firstLine="331"/>
        <w:jc w:val="both"/>
      </w:pPr>
      <w:r>
        <w:rPr>
          <w:rFonts w:ascii="Georgia" w:hAnsi="Georgia"/>
          <w:b w:val="0"/>
          <w:i w:val="0"/>
          <w:color w:val="22201D"/>
          <w:sz w:val="20"/>
        </w:rPr>
        <w:t>Evan nodded with the strained dignity of someone who had not expected first place to become a problem.</w:t>
      </w:r>
    </w:p>
    <w:p>
      <w:pPr>
        <w:spacing w:after="60" w:line="266" w:lineRule="auto"/>
        <w:ind w:firstLine="331"/>
        <w:jc w:val="both"/>
      </w:pPr>
      <w:r>
        <w:rPr>
          <w:rFonts w:ascii="Georgia" w:hAnsi="Georgia"/>
          <w:b w:val="0"/>
          <w:i w:val="0"/>
          <w:color w:val="22201D"/>
          <w:sz w:val="20"/>
        </w:rPr>
        <w:t>"What do I do?"</w:t>
      </w:r>
    </w:p>
    <w:p>
      <w:pPr>
        <w:spacing w:after="60" w:line="266" w:lineRule="auto"/>
        <w:ind w:firstLine="331"/>
        <w:jc w:val="both"/>
      </w:pPr>
      <w:r>
        <w:rPr>
          <w:rFonts w:ascii="Georgia" w:hAnsi="Georgia"/>
          <w:b w:val="0"/>
          <w:i w:val="0"/>
          <w:color w:val="22201D"/>
          <w:sz w:val="20"/>
        </w:rPr>
        <w:t>"Forget the speech you prepared for arriving."</w:t>
      </w:r>
    </w:p>
    <w:p>
      <w:pPr>
        <w:spacing w:after="60" w:line="266" w:lineRule="auto"/>
        <w:ind w:firstLine="331"/>
        <w:jc w:val="both"/>
      </w:pPr>
      <w:r>
        <w:rPr>
          <w:rFonts w:ascii="Georgia" w:hAnsi="Georgia"/>
          <w:b w:val="0"/>
          <w:i w:val="0"/>
          <w:color w:val="22201D"/>
          <w:sz w:val="20"/>
        </w:rPr>
        <w:t>Evan blinked.</w:t>
      </w:r>
    </w:p>
    <w:p>
      <w:pPr>
        <w:spacing w:after="60" w:line="266" w:lineRule="auto"/>
        <w:ind w:firstLine="331"/>
        <w:jc w:val="both"/>
      </w:pPr>
      <w:r>
        <w:rPr>
          <w:rFonts w:ascii="Georgia" w:hAnsi="Georgia"/>
          <w:b w:val="0"/>
          <w:i w:val="0"/>
          <w:color w:val="22201D"/>
          <w:sz w:val="20"/>
        </w:rPr>
        <w:t>"I did not prepare a speech."</w:t>
      </w:r>
    </w:p>
    <w:p>
      <w:pPr>
        <w:spacing w:after="60" w:line="266" w:lineRule="auto"/>
        <w:ind w:firstLine="331"/>
        <w:jc w:val="both"/>
      </w:pPr>
      <w:r>
        <w:rPr>
          <w:rFonts w:ascii="Georgia" w:hAnsi="Georgia"/>
          <w:b w:val="0"/>
          <w:i w:val="0"/>
          <w:color w:val="22201D"/>
          <w:sz w:val="20"/>
        </w:rPr>
        <w:t>The table card opened itself.</w:t>
      </w:r>
    </w:p>
    <w:p>
      <w:pPr>
        <w:spacing w:after="60" w:line="266" w:lineRule="auto"/>
        <w:ind w:firstLine="331"/>
        <w:jc w:val="both"/>
      </w:pPr>
      <w:r>
        <w:rPr>
          <w:rFonts w:ascii="Georgia" w:hAnsi="Georgia"/>
          <w:b w:val="0"/>
          <w:i w:val="0"/>
          <w:color w:val="22201D"/>
          <w:sz w:val="20"/>
        </w:rPr>
        <w:t>Inside, in small type:</w:t>
      </w:r>
    </w:p>
    <w:p>
      <w:pPr>
        <w:spacing w:after="60" w:line="250" w:lineRule="auto"/>
        <w:ind w:left="202" w:right="173"/>
      </w:pPr>
      <w:r>
        <w:rPr>
          <w:rFonts w:ascii="Georgia" w:hAnsi="Georgia"/>
          <w:b w:val="0"/>
          <w:i w:val="0"/>
          <w:color w:val="22201D"/>
          <w:sz w:val="17"/>
        </w:rPr>
        <w:t>Prepared speech detected.</w:t>
      </w:r>
    </w:p>
    <w:p>
      <w:pPr>
        <w:spacing w:after="60" w:line="266" w:lineRule="auto"/>
        <w:ind w:firstLine="331"/>
        <w:jc w:val="both"/>
      </w:pPr>
      <w:r>
        <w:rPr>
          <w:rFonts w:ascii="Georgia" w:hAnsi="Georgia"/>
          <w:b w:val="0"/>
          <w:i w:val="0"/>
          <w:color w:val="22201D"/>
          <w:sz w:val="20"/>
        </w:rPr>
        <w:t>Evan looked betrayed by paper again.</w:t>
      </w:r>
    </w:p>
    <w:p>
      <w:pPr>
        <w:spacing w:after="60" w:line="266" w:lineRule="auto"/>
        <w:ind w:firstLine="331"/>
        <w:jc w:val="both"/>
      </w:pPr>
      <w:r>
        <w:rPr>
          <w:rFonts w:ascii="Georgia" w:hAnsi="Georgia"/>
          <w:b w:val="0"/>
          <w:i w:val="0"/>
          <w:color w:val="22201D"/>
          <w:sz w:val="20"/>
        </w:rPr>
        <w:t>"I really did not."</w:t>
      </w:r>
    </w:p>
    <w:p>
      <w:pPr>
        <w:spacing w:after="60" w:line="266" w:lineRule="auto"/>
        <w:ind w:firstLine="331"/>
        <w:jc w:val="both"/>
      </w:pPr>
      <w:r>
        <w:rPr>
          <w:rFonts w:ascii="Georgia" w:hAnsi="Georgia"/>
          <w:b w:val="0"/>
          <w:i w:val="0"/>
          <w:color w:val="22201D"/>
          <w:sz w:val="20"/>
        </w:rPr>
        <w:t>The card printed:</w:t>
      </w:r>
    </w:p>
    <w:p>
      <w:pPr>
        <w:spacing w:after="60" w:line="250" w:lineRule="auto"/>
        <w:ind w:left="202" w:right="173"/>
      </w:pPr>
      <w:r>
        <w:rPr>
          <w:rFonts w:ascii="Georgia" w:hAnsi="Georgia"/>
          <w:b w:val="0"/>
          <w:i w:val="0"/>
          <w:color w:val="22201D"/>
          <w:sz w:val="17"/>
        </w:rPr>
        <w:t>Draft fragment: We heard this place is impossible to get into, and I know this is probably weird, but we are not like the other people who just came because of the review.</w:t>
      </w:r>
    </w:p>
    <w:p>
      <w:pPr>
        <w:spacing w:after="60" w:line="266" w:lineRule="auto"/>
        <w:ind w:firstLine="331"/>
        <w:jc w:val="both"/>
      </w:pPr>
      <w:r>
        <w:rPr>
          <w:rFonts w:ascii="Georgia" w:hAnsi="Georgia"/>
          <w:b w:val="0"/>
          <w:i w:val="0"/>
          <w:color w:val="22201D"/>
          <w:sz w:val="20"/>
        </w:rPr>
        <w:t>Evan's face changed through three weather systems.</w:t>
      </w:r>
    </w:p>
    <w:p>
      <w:pPr>
        <w:spacing w:after="60" w:line="266" w:lineRule="auto"/>
        <w:ind w:firstLine="331"/>
        <w:jc w:val="both"/>
      </w:pPr>
      <w:r>
        <w:rPr>
          <w:rFonts w:ascii="Georgia" w:hAnsi="Georgia"/>
          <w:b w:val="0"/>
          <w:i w:val="0"/>
          <w:color w:val="22201D"/>
          <w:sz w:val="20"/>
        </w:rPr>
        <w:t>"I did not say that."</w:t>
      </w:r>
    </w:p>
    <w:p>
      <w:pPr>
        <w:spacing w:after="60" w:line="266" w:lineRule="auto"/>
        <w:ind w:firstLine="331"/>
        <w:jc w:val="both"/>
      </w:pPr>
      <w:r>
        <w:rPr>
          <w:rFonts w:ascii="Georgia" w:hAnsi="Georgia"/>
          <w:b w:val="0"/>
          <w:i w:val="0"/>
          <w:color w:val="22201D"/>
          <w:sz w:val="20"/>
        </w:rPr>
        <w:t>"No," said the Hostess.</w:t>
      </w:r>
    </w:p>
    <w:p>
      <w:pPr>
        <w:spacing w:after="60" w:line="266" w:lineRule="auto"/>
        <w:ind w:firstLine="331"/>
        <w:jc w:val="both"/>
      </w:pPr>
      <w:r>
        <w:rPr>
          <w:rFonts w:ascii="Georgia" w:hAnsi="Georgia"/>
          <w:b w:val="0"/>
          <w:i w:val="0"/>
          <w:color w:val="22201D"/>
          <w:sz w:val="20"/>
        </w:rPr>
        <w:t>"I was not going to."</w:t>
      </w:r>
    </w:p>
    <w:p>
      <w:pPr>
        <w:spacing w:after="60" w:line="266" w:lineRule="auto"/>
        <w:ind w:firstLine="331"/>
        <w:jc w:val="both"/>
      </w:pPr>
      <w:r>
        <w:rPr>
          <w:rFonts w:ascii="Georgia" w:hAnsi="Georgia"/>
          <w:b w:val="0"/>
          <w:i w:val="0"/>
          <w:color w:val="22201D"/>
          <w:sz w:val="20"/>
        </w:rPr>
        <w:t>"Possibly."</w:t>
      </w:r>
    </w:p>
    <w:p>
      <w:pPr>
        <w:spacing w:after="60" w:line="266" w:lineRule="auto"/>
        <w:ind w:firstLine="331"/>
        <w:jc w:val="both"/>
      </w:pPr>
      <w:r>
        <w:rPr>
          <w:rFonts w:ascii="Georgia" w:hAnsi="Georgia"/>
          <w:b w:val="0"/>
          <w:i w:val="0"/>
          <w:color w:val="22201D"/>
          <w:sz w:val="20"/>
        </w:rPr>
        <w:t>"Then why is it there?"</w:t>
      </w:r>
    </w:p>
    <w:p>
      <w:pPr>
        <w:spacing w:after="60" w:line="266" w:lineRule="auto"/>
        <w:ind w:firstLine="331"/>
        <w:jc w:val="both"/>
      </w:pPr>
      <w:r>
        <w:rPr>
          <w:rFonts w:ascii="Georgia" w:hAnsi="Georgia"/>
          <w:b w:val="0"/>
          <w:i w:val="0"/>
          <w:color w:val="22201D"/>
          <w:sz w:val="20"/>
        </w:rPr>
        <w:t>"Because you were going to arrive with it."</w:t>
      </w:r>
    </w:p>
    <w:p>
      <w:pPr>
        <w:spacing w:after="60" w:line="266" w:lineRule="auto"/>
        <w:ind w:firstLine="331"/>
        <w:jc w:val="both"/>
      </w:pPr>
      <w:r>
        <w:rPr>
          <w:rFonts w:ascii="Georgia" w:hAnsi="Georgia"/>
          <w:b w:val="0"/>
          <w:i w:val="0"/>
          <w:color w:val="22201D"/>
          <w:sz w:val="20"/>
        </w:rPr>
        <w:t>The line became interested in its shoes.</w:t>
      </w:r>
    </w:p>
    <w:p>
      <w:pPr>
        <w:spacing w:after="60" w:line="266" w:lineRule="auto"/>
        <w:ind w:firstLine="331"/>
        <w:jc w:val="both"/>
      </w:pPr>
      <w:r>
        <w:rPr>
          <w:rFonts w:ascii="Georgia" w:hAnsi="Georgia"/>
          <w:b w:val="0"/>
          <w:i w:val="0"/>
          <w:color w:val="22201D"/>
          <w:sz w:val="20"/>
        </w:rPr>
        <w:t>Mara leaned toward Flocc.</w:t>
      </w:r>
    </w:p>
    <w:p>
      <w:pPr>
        <w:spacing w:after="60" w:line="266" w:lineRule="auto"/>
        <w:ind w:firstLine="331"/>
        <w:jc w:val="both"/>
      </w:pPr>
      <w:r>
        <w:rPr>
          <w:rFonts w:ascii="Georgia" w:hAnsi="Georgia"/>
          <w:b w:val="0"/>
          <w:i w:val="0"/>
          <w:color w:val="22201D"/>
          <w:sz w:val="20"/>
        </w:rPr>
        <w:t>"That one is popular."</w:t>
      </w:r>
    </w:p>
    <w:p>
      <w:pPr>
        <w:spacing w:after="60" w:line="266" w:lineRule="auto"/>
        <w:ind w:firstLine="331"/>
        <w:jc w:val="both"/>
      </w:pPr>
      <w:r>
        <w:rPr>
          <w:rFonts w:ascii="Georgia" w:hAnsi="Georgia"/>
          <w:b w:val="0"/>
          <w:i w:val="0"/>
          <w:color w:val="22201D"/>
          <w:sz w:val="20"/>
        </w:rPr>
        <w:t>"What?"</w:t>
      </w:r>
    </w:p>
    <w:p>
      <w:pPr>
        <w:spacing w:after="60" w:line="266" w:lineRule="auto"/>
        <w:ind w:firstLine="331"/>
        <w:jc w:val="both"/>
      </w:pPr>
      <w:r>
        <w:rPr>
          <w:rFonts w:ascii="Georgia" w:hAnsi="Georgia"/>
          <w:b w:val="0"/>
          <w:i w:val="0"/>
          <w:color w:val="22201D"/>
          <w:sz w:val="20"/>
        </w:rPr>
        <w:t>"We are not like the other people."</w:t>
      </w:r>
    </w:p>
    <w:p>
      <w:pPr>
        <w:spacing w:after="60" w:line="266" w:lineRule="auto"/>
        <w:ind w:firstLine="331"/>
        <w:jc w:val="both"/>
      </w:pPr>
      <w:r>
        <w:rPr>
          <w:rFonts w:ascii="Georgia" w:hAnsi="Georgia"/>
          <w:b w:val="0"/>
          <w:i w:val="0"/>
          <w:color w:val="22201D"/>
          <w:sz w:val="20"/>
        </w:rPr>
        <w:t>"I have never said that."</w:t>
      </w:r>
    </w:p>
    <w:p>
      <w:pPr>
        <w:spacing w:after="60" w:line="266" w:lineRule="auto"/>
        <w:ind w:firstLine="331"/>
        <w:jc w:val="both"/>
      </w:pPr>
      <w:r>
        <w:rPr>
          <w:rFonts w:ascii="Georgia" w:hAnsi="Georgia"/>
          <w:b w:val="0"/>
          <w:i w:val="0"/>
          <w:color w:val="22201D"/>
          <w:sz w:val="20"/>
        </w:rPr>
        <w:t>The menu clicked.</w:t>
      </w:r>
    </w:p>
    <w:p>
      <w:pPr>
        <w:spacing w:after="60" w:line="266" w:lineRule="auto"/>
        <w:ind w:firstLine="331"/>
        <w:jc w:val="both"/>
      </w:pPr>
      <w:r>
        <w:rPr>
          <w:rFonts w:ascii="Georgia" w:hAnsi="Georgia"/>
          <w:b w:val="0"/>
          <w:i w:val="0"/>
          <w:color w:val="22201D"/>
          <w:sz w:val="20"/>
        </w:rPr>
        <w:t>Flocc said, "Recently."</w:t>
      </w:r>
    </w:p>
    <w:p>
      <w:pPr>
        <w:spacing w:after="60" w:line="266" w:lineRule="auto"/>
        <w:ind w:firstLine="331"/>
        <w:jc w:val="both"/>
      </w:pPr>
      <w:r>
        <w:rPr>
          <w:rFonts w:ascii="Georgia" w:hAnsi="Georgia"/>
          <w:b w:val="0"/>
          <w:i w:val="0"/>
          <w:color w:val="22201D"/>
          <w:sz w:val="20"/>
        </w:rPr>
        <w:t>The Hostess held the table card between Evan and the door.</w:t>
      </w:r>
    </w:p>
    <w:p>
      <w:pPr>
        <w:spacing w:after="60" w:line="266" w:lineRule="auto"/>
        <w:ind w:firstLine="331"/>
        <w:jc w:val="both"/>
      </w:pPr>
      <w:r>
        <w:rPr>
          <w:rFonts w:ascii="Georgia" w:hAnsi="Georgia"/>
          <w:b w:val="0"/>
          <w:i w:val="0"/>
          <w:color w:val="22201D"/>
          <w:sz w:val="20"/>
        </w:rPr>
        <w:t>"Forget it."</w:t>
      </w:r>
    </w:p>
    <w:p>
      <w:pPr>
        <w:spacing w:after="60" w:line="266" w:lineRule="auto"/>
        <w:ind w:firstLine="331"/>
        <w:jc w:val="both"/>
      </w:pPr>
      <w:r>
        <w:rPr>
          <w:rFonts w:ascii="Georgia" w:hAnsi="Georgia"/>
          <w:b w:val="0"/>
          <w:i w:val="0"/>
          <w:color w:val="22201D"/>
          <w:sz w:val="20"/>
        </w:rPr>
        <w:t>"How?"</w:t>
      </w:r>
    </w:p>
    <w:p>
      <w:pPr>
        <w:spacing w:after="60" w:line="266" w:lineRule="auto"/>
        <w:ind w:firstLine="331"/>
        <w:jc w:val="both"/>
      </w:pPr>
      <w:r>
        <w:rPr>
          <w:rFonts w:ascii="Georgia" w:hAnsi="Georgia"/>
          <w:b w:val="0"/>
          <w:i w:val="0"/>
          <w:color w:val="22201D"/>
          <w:sz w:val="20"/>
        </w:rPr>
        <w:t>"Stop needing it to be true before you can stand here."</w:t>
      </w:r>
    </w:p>
    <w:p>
      <w:pPr>
        <w:spacing w:after="60" w:line="266" w:lineRule="auto"/>
        <w:ind w:firstLine="331"/>
        <w:jc w:val="both"/>
      </w:pPr>
      <w:r>
        <w:rPr>
          <w:rFonts w:ascii="Georgia" w:hAnsi="Georgia"/>
          <w:b w:val="0"/>
          <w:i w:val="0"/>
          <w:color w:val="22201D"/>
          <w:sz w:val="20"/>
        </w:rPr>
        <w:t>Evan looked at the card. The words waited.</w:t>
      </w:r>
    </w:p>
    <w:p>
      <w:pPr>
        <w:spacing w:after="60" w:line="266" w:lineRule="auto"/>
        <w:ind w:firstLine="331"/>
        <w:jc w:val="both"/>
      </w:pPr>
      <w:r>
        <w:rPr>
          <w:rFonts w:ascii="Georgia" w:hAnsi="Georgia"/>
          <w:b w:val="0"/>
          <w:i w:val="0"/>
          <w:color w:val="22201D"/>
          <w:sz w:val="20"/>
        </w:rPr>
        <w:t>Forgetting, Flocc realized, was not deletion. The words did not vanish because Evan wanted them to vanish. That would be convenient, and the restaurant had a long-standing allergy to convenience mistaken for transformation.</w:t>
      </w:r>
    </w:p>
    <w:p>
      <w:pPr>
        <w:spacing w:after="60" w:line="266" w:lineRule="auto"/>
        <w:ind w:firstLine="331"/>
        <w:jc w:val="both"/>
      </w:pPr>
      <w:r>
        <w:rPr>
          <w:rFonts w:ascii="Georgia" w:hAnsi="Georgia"/>
          <w:b w:val="0"/>
          <w:i w:val="0"/>
          <w:color w:val="22201D"/>
          <w:sz w:val="20"/>
        </w:rPr>
        <w:t>Evan said, "I am exactly like the other people who came because of the review."</w:t>
      </w:r>
    </w:p>
    <w:p>
      <w:pPr>
        <w:spacing w:after="60" w:line="266" w:lineRule="auto"/>
        <w:ind w:firstLine="331"/>
        <w:jc w:val="both"/>
      </w:pPr>
      <w:r>
        <w:rPr>
          <w:rFonts w:ascii="Georgia" w:hAnsi="Georgia"/>
          <w:b w:val="0"/>
          <w:i w:val="0"/>
          <w:color w:val="22201D"/>
          <w:sz w:val="20"/>
        </w:rPr>
        <w:t>The sentence landed badly.</w:t>
      </w:r>
    </w:p>
    <w:p>
      <w:pPr>
        <w:spacing w:after="60" w:line="266" w:lineRule="auto"/>
        <w:ind w:firstLine="331"/>
        <w:jc w:val="both"/>
      </w:pPr>
      <w:r>
        <w:rPr>
          <w:rFonts w:ascii="Georgia" w:hAnsi="Georgia"/>
          <w:b w:val="0"/>
          <w:i w:val="0"/>
          <w:color w:val="22201D"/>
          <w:sz w:val="20"/>
        </w:rPr>
        <w:t>It landed honestly, which was different.</w:t>
      </w:r>
    </w:p>
    <w:p>
      <w:pPr>
        <w:spacing w:after="60" w:line="266" w:lineRule="auto"/>
        <w:ind w:firstLine="331"/>
        <w:jc w:val="both"/>
      </w:pPr>
      <w:r>
        <w:rPr>
          <w:rFonts w:ascii="Georgia" w:hAnsi="Georgia"/>
          <w:b w:val="0"/>
          <w:i w:val="0"/>
          <w:color w:val="22201D"/>
          <w:sz w:val="20"/>
        </w:rPr>
        <w:t>The table card printed:</w:t>
      </w:r>
    </w:p>
    <w:p>
      <w:pPr>
        <w:spacing w:after="60" w:line="250" w:lineRule="auto"/>
        <w:ind w:left="202" w:right="173"/>
      </w:pPr>
      <w:r>
        <w:rPr>
          <w:rFonts w:ascii="Georgia" w:hAnsi="Georgia"/>
          <w:b w:val="0"/>
          <w:i w:val="0"/>
          <w:color w:val="22201D"/>
          <w:sz w:val="17"/>
        </w:rPr>
        <w:t>Draft fragment: released</w:t>
      </w:r>
    </w:p>
    <w:p>
      <w:pPr>
        <w:spacing w:after="60" w:line="266" w:lineRule="auto"/>
        <w:ind w:firstLine="331"/>
        <w:jc w:val="both"/>
      </w:pPr>
      <w:r>
        <w:rPr>
          <w:rFonts w:ascii="Georgia" w:hAnsi="Georgia"/>
          <w:b w:val="0"/>
          <w:i w:val="0"/>
          <w:color w:val="22201D"/>
          <w:sz w:val="20"/>
        </w:rPr>
        <w:t>The line shifted.</w:t>
      </w:r>
    </w:p>
    <w:p>
      <w:pPr>
        <w:spacing w:after="60" w:line="266" w:lineRule="auto"/>
        <w:ind w:firstLine="331"/>
        <w:jc w:val="both"/>
      </w:pPr>
      <w:r>
        <w:rPr>
          <w:rFonts w:ascii="Georgia" w:hAnsi="Georgia"/>
          <w:b w:val="0"/>
          <w:i w:val="0"/>
          <w:color w:val="22201D"/>
          <w:sz w:val="20"/>
        </w:rPr>
        <w:t>Not away from Evan.</w:t>
      </w:r>
    </w:p>
    <w:p>
      <w:pPr>
        <w:spacing w:after="60" w:line="266" w:lineRule="auto"/>
        <w:ind w:firstLine="331"/>
        <w:jc w:val="both"/>
      </w:pPr>
      <w:r>
        <w:rPr>
          <w:rFonts w:ascii="Georgia" w:hAnsi="Georgia"/>
          <w:b w:val="0"/>
          <w:i w:val="0"/>
          <w:color w:val="22201D"/>
          <w:sz w:val="20"/>
        </w:rPr>
        <w:t>Away from the comfort of being better than Evan.</w:t>
      </w:r>
    </w:p>
    <w:p>
      <w:pPr>
        <w:spacing w:after="60" w:line="266" w:lineRule="auto"/>
        <w:ind w:firstLine="331"/>
        <w:jc w:val="both"/>
      </w:pPr>
      <w:r>
        <w:rPr>
          <w:rFonts w:ascii="Georgia" w:hAnsi="Georgia"/>
          <w:b w:val="0"/>
          <w:i w:val="0"/>
          <w:color w:val="22201D"/>
          <w:sz w:val="20"/>
        </w:rPr>
        <w:t>The Hostess moved the card slightly.</w:t>
      </w:r>
    </w:p>
    <w:p>
      <w:pPr>
        <w:spacing w:after="60" w:line="266" w:lineRule="auto"/>
        <w:ind w:firstLine="331"/>
        <w:jc w:val="both"/>
      </w:pPr>
      <w:r>
        <w:rPr>
          <w:rFonts w:ascii="Georgia" w:hAnsi="Georgia"/>
          <w:b w:val="0"/>
          <w:i w:val="0"/>
          <w:color w:val="22201D"/>
          <w:sz w:val="20"/>
        </w:rPr>
        <w:t>The door opened another inch.</w:t>
      </w:r>
    </w:p>
    <w:p>
      <w:pPr>
        <w:spacing w:after="60" w:line="266" w:lineRule="auto"/>
        <w:ind w:firstLine="331"/>
        <w:jc w:val="both"/>
      </w:pPr>
      <w:r>
        <w:rPr>
          <w:rFonts w:ascii="Georgia" w:hAnsi="Georgia"/>
          <w:b w:val="0"/>
          <w:i w:val="0"/>
          <w:color w:val="22201D"/>
          <w:sz w:val="20"/>
        </w:rPr>
        <w:t>Inside, one table became visible where there had not been a table before.</w:t>
      </w:r>
    </w:p>
    <w:p>
      <w:pPr>
        <w:spacing w:after="60" w:line="266" w:lineRule="auto"/>
        <w:ind w:firstLine="331"/>
        <w:jc w:val="both"/>
      </w:pPr>
      <w:r>
        <w:rPr>
          <w:rFonts w:ascii="Georgia" w:hAnsi="Georgia"/>
          <w:b w:val="0"/>
          <w:i w:val="0"/>
          <w:color w:val="22201D"/>
          <w:sz w:val="20"/>
        </w:rPr>
        <w:t>It was not Table Four. Table Four remained Table Four with the weary seniority of a place that had hosted too much municipal truth to be reassigned casually.</w:t>
      </w:r>
    </w:p>
    <w:p>
      <w:pPr>
        <w:spacing w:after="60" w:line="266" w:lineRule="auto"/>
        <w:ind w:firstLine="331"/>
        <w:jc w:val="both"/>
      </w:pPr>
      <w:r>
        <w:rPr>
          <w:rFonts w:ascii="Georgia" w:hAnsi="Georgia"/>
          <w:b w:val="0"/>
          <w:i w:val="0"/>
          <w:color w:val="22201D"/>
          <w:sz w:val="20"/>
        </w:rPr>
        <w:t>The new table was small, round, and set for no obvious number of people. It had one glass of water, three napkins, two forks, no plates, and a blank card at its center.</w:t>
      </w:r>
    </w:p>
    <w:p>
      <w:pPr>
        <w:spacing w:after="60" w:line="266" w:lineRule="auto"/>
        <w:ind w:firstLine="331"/>
        <w:jc w:val="both"/>
      </w:pPr>
      <w:r>
        <w:rPr>
          <w:rFonts w:ascii="Georgia" w:hAnsi="Georgia"/>
          <w:b w:val="0"/>
          <w:i w:val="0"/>
          <w:color w:val="22201D"/>
          <w:sz w:val="20"/>
        </w:rPr>
        <w:t>The tote-bag woman whispered, "Is that for him?"</w:t>
      </w:r>
    </w:p>
    <w:p>
      <w:pPr>
        <w:spacing w:after="60" w:line="266" w:lineRule="auto"/>
        <w:ind w:firstLine="331"/>
        <w:jc w:val="both"/>
      </w:pPr>
      <w:r>
        <w:rPr>
          <w:rFonts w:ascii="Georgia" w:hAnsi="Georgia"/>
          <w:b w:val="0"/>
          <w:i w:val="0"/>
          <w:color w:val="22201D"/>
          <w:sz w:val="20"/>
        </w:rPr>
        <w:t>The table card turned toward her.</w:t>
      </w:r>
    </w:p>
    <w:p>
      <w:pPr>
        <w:spacing w:after="60" w:line="250" w:lineRule="auto"/>
        <w:ind w:left="202" w:right="173"/>
      </w:pPr>
      <w:r>
        <w:rPr>
          <w:rFonts w:ascii="Georgia" w:hAnsi="Georgia"/>
          <w:b w:val="0"/>
          <w:i w:val="0"/>
          <w:color w:val="22201D"/>
          <w:sz w:val="17"/>
        </w:rPr>
        <w:t>Incorrect possessive.</w:t>
      </w:r>
    </w:p>
    <w:p>
      <w:pPr>
        <w:spacing w:after="60" w:line="266" w:lineRule="auto"/>
        <w:ind w:firstLine="331"/>
        <w:jc w:val="both"/>
      </w:pPr>
      <w:r>
        <w:rPr>
          <w:rFonts w:ascii="Georgia" w:hAnsi="Georgia"/>
          <w:b w:val="0"/>
          <w:i w:val="0"/>
          <w:color w:val="22201D"/>
          <w:sz w:val="20"/>
        </w:rPr>
        <w:t>She whispered, "Sorry."</w:t>
      </w:r>
    </w:p>
    <w:p>
      <w:pPr>
        <w:spacing w:after="60" w:line="250" w:lineRule="auto"/>
        <w:ind w:left="202" w:right="173"/>
      </w:pPr>
      <w:r>
        <w:rPr>
          <w:rFonts w:ascii="Georgia" w:hAnsi="Georgia"/>
          <w:b w:val="0"/>
          <w:i w:val="0"/>
          <w:color w:val="22201D"/>
          <w:sz w:val="17"/>
        </w:rPr>
        <w:t>Unnecessary apology: noted, not charged</w:t>
      </w:r>
    </w:p>
    <w:p>
      <w:pPr>
        <w:spacing w:after="60" w:line="266" w:lineRule="auto"/>
        <w:ind w:firstLine="331"/>
        <w:jc w:val="both"/>
      </w:pPr>
      <w:r>
        <w:rPr>
          <w:rFonts w:ascii="Georgia" w:hAnsi="Georgia"/>
          <w:b w:val="0"/>
          <w:i w:val="0"/>
          <w:color w:val="22201D"/>
          <w:sz w:val="20"/>
        </w:rPr>
        <w:t>Gerald looked at the threshold.</w:t>
      </w:r>
    </w:p>
    <w:p>
      <w:pPr>
        <w:spacing w:after="60" w:line="266" w:lineRule="auto"/>
        <w:ind w:firstLine="331"/>
        <w:jc w:val="both"/>
      </w:pPr>
      <w:r>
        <w:rPr>
          <w:rFonts w:ascii="Georgia" w:hAnsi="Georgia"/>
          <w:b w:val="0"/>
          <w:i w:val="0"/>
          <w:color w:val="22201D"/>
          <w:sz w:val="20"/>
        </w:rPr>
        <w:t>"Aisle width?"</w:t>
      </w:r>
    </w:p>
    <w:p>
      <w:pPr>
        <w:spacing w:after="60" w:line="266" w:lineRule="auto"/>
        <w:ind w:firstLine="331"/>
        <w:jc w:val="both"/>
      </w:pPr>
      <w:r>
        <w:rPr>
          <w:rFonts w:ascii="Georgia" w:hAnsi="Georgia"/>
          <w:b w:val="0"/>
          <w:i w:val="0"/>
          <w:color w:val="22201D"/>
          <w:sz w:val="20"/>
        </w:rPr>
        <w:t>The table shifted two inches left.</w:t>
      </w:r>
    </w:p>
    <w:p>
      <w:pPr>
        <w:spacing w:after="60" w:line="266" w:lineRule="auto"/>
        <w:ind w:firstLine="331"/>
        <w:jc w:val="both"/>
      </w:pPr>
      <w:r>
        <w:rPr>
          <w:rFonts w:ascii="Georgia" w:hAnsi="Georgia"/>
          <w:b w:val="0"/>
          <w:i w:val="0"/>
          <w:color w:val="22201D"/>
          <w:sz w:val="20"/>
        </w:rPr>
        <w:t>Gerald nodded.</w:t>
      </w:r>
    </w:p>
    <w:p>
      <w:pPr>
        <w:spacing w:after="60" w:line="266" w:lineRule="auto"/>
        <w:ind w:firstLine="331"/>
        <w:jc w:val="both"/>
      </w:pPr>
      <w:r>
        <w:rPr>
          <w:rFonts w:ascii="Georgia" w:hAnsi="Georgia"/>
          <w:b w:val="0"/>
          <w:i w:val="0"/>
          <w:color w:val="22201D"/>
          <w:sz w:val="20"/>
        </w:rPr>
        <w:t>"Acceptable."</w:t>
      </w:r>
    </w:p>
    <w:p>
      <w:pPr>
        <w:spacing w:after="60" w:line="266" w:lineRule="auto"/>
        <w:ind w:firstLine="331"/>
        <w:jc w:val="both"/>
      </w:pPr>
      <w:r>
        <w:rPr>
          <w:rFonts w:ascii="Georgia" w:hAnsi="Georgia"/>
          <w:b w:val="0"/>
          <w:i w:val="0"/>
          <w:color w:val="22201D"/>
          <w:sz w:val="20"/>
        </w:rPr>
        <w:t>Steve wrote down:</w:t>
      </w:r>
    </w:p>
    <w:p>
      <w:pPr>
        <w:spacing w:after="60" w:line="250" w:lineRule="auto"/>
        <w:ind w:left="202" w:right="173"/>
      </w:pPr>
      <w:r>
        <w:rPr>
          <w:rFonts w:ascii="Georgia" w:hAnsi="Georgia"/>
          <w:b w:val="0"/>
          <w:i w:val="0"/>
          <w:color w:val="22201D"/>
          <w:sz w:val="17"/>
        </w:rPr>
        <w:t>Table responsiveness to aisle-width concern.</w:t>
      </w:r>
    </w:p>
    <w:p>
      <w:pPr>
        <w:spacing w:after="60" w:line="266" w:lineRule="auto"/>
        <w:ind w:firstLine="331"/>
        <w:jc w:val="both"/>
      </w:pPr>
      <w:r>
        <w:rPr>
          <w:rFonts w:ascii="Georgia" w:hAnsi="Georgia"/>
          <w:b w:val="0"/>
          <w:i w:val="0"/>
          <w:color w:val="22201D"/>
          <w:sz w:val="20"/>
        </w:rPr>
        <w:t>Then he added:</w:t>
      </w:r>
    </w:p>
    <w:p>
      <w:pPr>
        <w:spacing w:after="60" w:line="250" w:lineRule="auto"/>
        <w:ind w:left="202" w:right="173"/>
      </w:pPr>
      <w:r>
        <w:rPr>
          <w:rFonts w:ascii="Georgia" w:hAnsi="Georgia"/>
          <w:b w:val="0"/>
          <w:i w:val="0"/>
          <w:color w:val="22201D"/>
          <w:sz w:val="17"/>
        </w:rPr>
        <w:t>Do not overinterpret.</w:t>
      </w:r>
    </w:p>
    <w:p>
      <w:pPr>
        <w:spacing w:after="60" w:line="266" w:lineRule="auto"/>
        <w:ind w:firstLine="331"/>
        <w:jc w:val="both"/>
      </w:pPr>
      <w:r>
        <w:rPr>
          <w:rFonts w:ascii="Georgia" w:hAnsi="Georgia"/>
          <w:b w:val="0"/>
          <w:i w:val="0"/>
          <w:color w:val="22201D"/>
          <w:sz w:val="20"/>
        </w:rPr>
        <w:t>Then he underlined do not twice, which was the sort of thing people did immediately before overinterpreting.</w:t>
      </w:r>
    </w:p>
    <w:p>
      <w:pPr>
        <w:spacing w:after="60" w:line="266" w:lineRule="auto"/>
        <w:ind w:firstLine="331"/>
        <w:jc w:val="both"/>
      </w:pPr>
      <w:r>
        <w:rPr>
          <w:rFonts w:ascii="Georgia" w:hAnsi="Georgia"/>
          <w:b w:val="0"/>
          <w:i w:val="0"/>
          <w:color w:val="22201D"/>
          <w:sz w:val="20"/>
        </w:rPr>
        <w:t>The Hostess said, "Next."</w:t>
      </w:r>
    </w:p>
    <w:p>
      <w:pPr>
        <w:spacing w:after="60" w:line="266" w:lineRule="auto"/>
        <w:ind w:firstLine="331"/>
        <w:jc w:val="both"/>
      </w:pPr>
      <w:r>
        <w:rPr>
          <w:rFonts w:ascii="Georgia" w:hAnsi="Georgia"/>
          <w:b w:val="0"/>
          <w:i w:val="0"/>
          <w:color w:val="22201D"/>
          <w:sz w:val="20"/>
        </w:rPr>
        <w:t>The tote-bag woman stepped forward. She held PORTLAND'S BITES against her chest as if the bag had become a patient.</w:t>
      </w:r>
    </w:p>
    <w:p>
      <w:pPr>
        <w:spacing w:after="60" w:line="266" w:lineRule="auto"/>
        <w:ind w:firstLine="331"/>
        <w:jc w:val="both"/>
      </w:pPr>
      <w:r>
        <w:rPr>
          <w:rFonts w:ascii="Georgia" w:hAnsi="Georgia"/>
          <w:b w:val="0"/>
          <w:i w:val="0"/>
          <w:color w:val="22201D"/>
          <w:sz w:val="20"/>
        </w:rPr>
        <w:t>The table card printed:</w:t>
      </w:r>
    </w:p>
    <w:p>
      <w:pPr>
        <w:spacing w:after="60" w:line="250" w:lineRule="auto"/>
        <w:ind w:left="202" w:right="173"/>
      </w:pPr>
      <w:r>
        <w:rPr>
          <w:rFonts w:ascii="Georgia" w:hAnsi="Georgia"/>
          <w:b w:val="0"/>
          <w:i w:val="0"/>
          <w:color w:val="22201D"/>
          <w:sz w:val="17"/>
        </w:rPr>
        <w:t>Prepared speech detected.</w:t>
      </w:r>
    </w:p>
    <w:p>
      <w:pPr>
        <w:spacing w:after="60" w:line="266" w:lineRule="auto"/>
        <w:ind w:firstLine="331"/>
        <w:jc w:val="both"/>
      </w:pPr>
      <w:r>
        <w:rPr>
          <w:rFonts w:ascii="Georgia" w:hAnsi="Georgia"/>
          <w:b w:val="0"/>
          <w:i w:val="0"/>
          <w:color w:val="22201D"/>
          <w:sz w:val="20"/>
        </w:rPr>
        <w:t>She closed her eyes.</w:t>
      </w:r>
    </w:p>
    <w:p>
      <w:pPr>
        <w:spacing w:after="60" w:line="266" w:lineRule="auto"/>
        <w:ind w:firstLine="331"/>
        <w:jc w:val="both"/>
      </w:pPr>
      <w:r>
        <w:rPr>
          <w:rFonts w:ascii="Georgia" w:hAnsi="Georgia"/>
          <w:b w:val="0"/>
          <w:i w:val="0"/>
          <w:color w:val="22201D"/>
          <w:sz w:val="20"/>
        </w:rPr>
        <w:t>"Of course."</w:t>
      </w:r>
    </w:p>
    <w:p>
      <w:pPr>
        <w:spacing w:after="60" w:line="266" w:lineRule="auto"/>
        <w:ind w:firstLine="331"/>
        <w:jc w:val="both"/>
      </w:pPr>
      <w:r>
        <w:rPr>
          <w:rFonts w:ascii="Georgia" w:hAnsi="Georgia"/>
          <w:b w:val="0"/>
          <w:i w:val="0"/>
          <w:color w:val="22201D"/>
          <w:sz w:val="20"/>
        </w:rPr>
        <w:t>The card printed:</w:t>
      </w:r>
    </w:p>
    <w:p>
      <w:pPr>
        <w:spacing w:after="60" w:line="250" w:lineRule="auto"/>
        <w:ind w:left="202" w:right="173"/>
      </w:pPr>
      <w:r>
        <w:rPr>
          <w:rFonts w:ascii="Georgia" w:hAnsi="Georgia"/>
          <w:b w:val="0"/>
          <w:i w:val="0"/>
          <w:color w:val="22201D"/>
          <w:sz w:val="17"/>
        </w:rPr>
        <w:t>Draft fragment: I actually care about food culture, and I think places like this matter because they resist the flattening effect of algorithmic attention.</w:t>
      </w:r>
    </w:p>
    <w:p>
      <w:pPr>
        <w:spacing w:after="60" w:line="266" w:lineRule="auto"/>
        <w:ind w:firstLine="331"/>
        <w:jc w:val="both"/>
      </w:pPr>
      <w:r>
        <w:rPr>
          <w:rFonts w:ascii="Georgia" w:hAnsi="Georgia"/>
          <w:b w:val="0"/>
          <w:i w:val="0"/>
          <w:color w:val="22201D"/>
          <w:sz w:val="20"/>
        </w:rPr>
        <w:t>The camera-strap person behind her said, "That is pretty good."</w:t>
      </w:r>
    </w:p>
    <w:p>
      <w:pPr>
        <w:spacing w:after="60" w:line="266" w:lineRule="auto"/>
        <w:ind w:firstLine="331"/>
        <w:jc w:val="both"/>
      </w:pPr>
      <w:r>
        <w:rPr>
          <w:rFonts w:ascii="Georgia" w:hAnsi="Georgia"/>
          <w:b w:val="0"/>
          <w:i w:val="0"/>
          <w:color w:val="22201D"/>
          <w:sz w:val="20"/>
        </w:rPr>
        <w:t>The Hostess looked at them.</w:t>
      </w:r>
    </w:p>
    <w:p>
      <w:pPr>
        <w:spacing w:after="60" w:line="266" w:lineRule="auto"/>
        <w:ind w:firstLine="331"/>
        <w:jc w:val="both"/>
      </w:pPr>
      <w:r>
        <w:rPr>
          <w:rFonts w:ascii="Georgia" w:hAnsi="Georgia"/>
          <w:b w:val="0"/>
          <w:i w:val="0"/>
          <w:color w:val="22201D"/>
          <w:sz w:val="20"/>
        </w:rPr>
        <w:t>"Do not compliment another person's script while yours is still armed."</w:t>
      </w:r>
    </w:p>
    <w:p>
      <w:pPr>
        <w:spacing w:after="60" w:line="266" w:lineRule="auto"/>
        <w:ind w:firstLine="331"/>
        <w:jc w:val="both"/>
      </w:pPr>
      <w:r>
        <w:rPr>
          <w:rFonts w:ascii="Georgia" w:hAnsi="Georgia"/>
          <w:b w:val="0"/>
          <w:i w:val="0"/>
          <w:color w:val="22201D"/>
          <w:sz w:val="20"/>
        </w:rPr>
        <w:t>They lowered their head.</w:t>
      </w:r>
    </w:p>
    <w:p>
      <w:pPr>
        <w:spacing w:after="60" w:line="266" w:lineRule="auto"/>
        <w:ind w:firstLine="331"/>
        <w:jc w:val="both"/>
      </w:pPr>
      <w:r>
        <w:rPr>
          <w:rFonts w:ascii="Georgia" w:hAnsi="Georgia"/>
          <w:b w:val="0"/>
          <w:i w:val="0"/>
          <w:color w:val="22201D"/>
          <w:sz w:val="20"/>
        </w:rPr>
        <w:t>The tote-bag woman looked at the sentence.</w:t>
      </w:r>
    </w:p>
    <w:p>
      <w:pPr>
        <w:spacing w:after="60" w:line="266" w:lineRule="auto"/>
        <w:ind w:firstLine="331"/>
        <w:jc w:val="both"/>
      </w:pPr>
      <w:r>
        <w:rPr>
          <w:rFonts w:ascii="Georgia" w:hAnsi="Georgia"/>
          <w:b w:val="0"/>
          <w:i w:val="0"/>
          <w:color w:val="22201D"/>
          <w:sz w:val="20"/>
        </w:rPr>
        <w:t>"But I do care."</w:t>
      </w:r>
    </w:p>
    <w:p>
      <w:pPr>
        <w:spacing w:after="60" w:line="266" w:lineRule="auto"/>
        <w:ind w:firstLine="331"/>
        <w:jc w:val="both"/>
      </w:pPr>
      <w:r>
        <w:rPr>
          <w:rFonts w:ascii="Georgia" w:hAnsi="Georgia"/>
          <w:b w:val="0"/>
          <w:i w:val="0"/>
          <w:color w:val="22201D"/>
          <w:sz w:val="20"/>
        </w:rPr>
        <w:t>"Probably," said the Hostess.</w:t>
      </w:r>
    </w:p>
    <w:p>
      <w:pPr>
        <w:spacing w:after="60" w:line="266" w:lineRule="auto"/>
        <w:ind w:firstLine="331"/>
        <w:jc w:val="both"/>
      </w:pPr>
      <w:r>
        <w:rPr>
          <w:rFonts w:ascii="Georgia" w:hAnsi="Georgia"/>
          <w:b w:val="0"/>
          <w:i w:val="0"/>
          <w:color w:val="22201D"/>
          <w:sz w:val="20"/>
        </w:rPr>
        <w:t>"And food culture does get flattened."</w:t>
      </w:r>
    </w:p>
    <w:p>
      <w:pPr>
        <w:spacing w:after="60" w:line="266" w:lineRule="auto"/>
        <w:ind w:firstLine="331"/>
        <w:jc w:val="both"/>
      </w:pPr>
      <w:r>
        <w:rPr>
          <w:rFonts w:ascii="Georgia" w:hAnsi="Georgia"/>
          <w:b w:val="0"/>
          <w:i w:val="0"/>
          <w:color w:val="22201D"/>
          <w:sz w:val="20"/>
        </w:rPr>
        <w:t>"Often."</w:t>
      </w:r>
    </w:p>
    <w:p>
      <w:pPr>
        <w:spacing w:after="60" w:line="266" w:lineRule="auto"/>
        <w:ind w:firstLine="331"/>
        <w:jc w:val="both"/>
      </w:pPr>
      <w:r>
        <w:rPr>
          <w:rFonts w:ascii="Georgia" w:hAnsi="Georgia"/>
          <w:b w:val="0"/>
          <w:i w:val="0"/>
          <w:color w:val="22201D"/>
          <w:sz w:val="20"/>
        </w:rPr>
        <w:t>"Then why do I have to forget it?"</w:t>
      </w:r>
    </w:p>
    <w:p>
      <w:pPr>
        <w:spacing w:after="60" w:line="266" w:lineRule="auto"/>
        <w:ind w:firstLine="331"/>
        <w:jc w:val="both"/>
      </w:pPr>
      <w:r>
        <w:rPr>
          <w:rFonts w:ascii="Georgia" w:hAnsi="Georgia"/>
          <w:b w:val="0"/>
          <w:i w:val="0"/>
          <w:color w:val="22201D"/>
          <w:sz w:val="20"/>
        </w:rPr>
        <w:t>"Because you are using a true sentence to avoid a truer appetite."</w:t>
      </w:r>
    </w:p>
    <w:p>
      <w:pPr>
        <w:spacing w:after="60" w:line="266" w:lineRule="auto"/>
        <w:ind w:firstLine="331"/>
        <w:jc w:val="both"/>
      </w:pPr>
      <w:r>
        <w:rPr>
          <w:rFonts w:ascii="Georgia" w:hAnsi="Georgia"/>
          <w:b w:val="0"/>
          <w:i w:val="0"/>
          <w:color w:val="22201D"/>
          <w:sz w:val="20"/>
        </w:rPr>
        <w:t>The woman looked down at PORTLAND'S BITES.</w:t>
      </w:r>
    </w:p>
    <w:p>
      <w:pPr>
        <w:spacing w:after="60" w:line="266" w:lineRule="auto"/>
        <w:ind w:firstLine="331"/>
        <w:jc w:val="both"/>
      </w:pPr>
      <w:r>
        <w:rPr>
          <w:rFonts w:ascii="Georgia" w:hAnsi="Georgia"/>
          <w:b w:val="0"/>
          <w:i w:val="0"/>
          <w:color w:val="22201D"/>
          <w:sz w:val="20"/>
        </w:rPr>
        <w:t>For the first time, the bag looked less funny and more lonely.</w:t>
      </w:r>
    </w:p>
    <w:p>
      <w:pPr>
        <w:spacing w:after="60" w:line="266" w:lineRule="auto"/>
        <w:ind w:firstLine="331"/>
        <w:jc w:val="both"/>
      </w:pPr>
      <w:r>
        <w:rPr>
          <w:rFonts w:ascii="Georgia" w:hAnsi="Georgia"/>
          <w:b w:val="0"/>
          <w:i w:val="0"/>
          <w:color w:val="22201D"/>
          <w:sz w:val="20"/>
        </w:rPr>
        <w:t>"I wanted to be the kind of person who noticed before everyone else ruined it."</w:t>
      </w:r>
    </w:p>
    <w:p>
      <w:pPr>
        <w:spacing w:after="60" w:line="266" w:lineRule="auto"/>
        <w:ind w:firstLine="331"/>
        <w:jc w:val="both"/>
      </w:pPr>
      <w:r>
        <w:rPr>
          <w:rFonts w:ascii="Georgia" w:hAnsi="Georgia"/>
          <w:b w:val="0"/>
          <w:i w:val="0"/>
          <w:color w:val="22201D"/>
          <w:sz w:val="20"/>
        </w:rPr>
        <w:t>The card printed:</w:t>
      </w:r>
    </w:p>
    <w:p>
      <w:pPr>
        <w:spacing w:after="60" w:line="250" w:lineRule="auto"/>
        <w:ind w:left="202" w:right="173"/>
      </w:pPr>
      <w:r>
        <w:rPr>
          <w:rFonts w:ascii="Georgia" w:hAnsi="Georgia"/>
          <w:b w:val="0"/>
          <w:i w:val="0"/>
          <w:color w:val="22201D"/>
          <w:sz w:val="17"/>
        </w:rPr>
        <w:t>Draft fragment: released</w:t>
      </w:r>
    </w:p>
    <w:p>
      <w:pPr>
        <w:spacing w:after="60" w:line="266" w:lineRule="auto"/>
        <w:ind w:firstLine="331"/>
        <w:jc w:val="both"/>
      </w:pPr>
      <w:r>
        <w:rPr>
          <w:rFonts w:ascii="Georgia" w:hAnsi="Georgia"/>
          <w:b w:val="0"/>
          <w:i w:val="0"/>
          <w:color w:val="22201D"/>
          <w:sz w:val="20"/>
        </w:rPr>
        <w:t>The bag changed.</w:t>
      </w:r>
    </w:p>
    <w:p>
      <w:pPr>
        <w:spacing w:after="60" w:line="266" w:lineRule="auto"/>
        <w:ind w:firstLine="331"/>
        <w:jc w:val="both"/>
      </w:pPr>
      <w:r>
        <w:rPr>
          <w:rFonts w:ascii="Georgia" w:hAnsi="Georgia"/>
          <w:b w:val="0"/>
          <w:i w:val="0"/>
          <w:color w:val="22201D"/>
          <w:sz w:val="20"/>
        </w:rPr>
        <w:t>It still read:</w:t>
      </w:r>
    </w:p>
    <w:p>
      <w:pPr>
        <w:spacing w:after="60" w:line="250" w:lineRule="auto"/>
        <w:ind w:left="202" w:right="173"/>
      </w:pPr>
      <w:r>
        <w:rPr>
          <w:rFonts w:ascii="Georgia" w:hAnsi="Georgia"/>
          <w:b w:val="0"/>
          <w:i w:val="0"/>
          <w:color w:val="22201D"/>
          <w:sz w:val="17"/>
        </w:rPr>
        <w:t>PORTLAND'S BITES</w:t>
      </w:r>
    </w:p>
    <w:p>
      <w:pPr>
        <w:spacing w:after="60" w:line="266" w:lineRule="auto"/>
        <w:ind w:firstLine="331"/>
        <w:jc w:val="both"/>
      </w:pPr>
      <w:r>
        <w:rPr>
          <w:rFonts w:ascii="Georgia" w:hAnsi="Georgia"/>
          <w:b w:val="0"/>
          <w:i w:val="0"/>
          <w:color w:val="22201D"/>
          <w:sz w:val="20"/>
        </w:rPr>
        <w:t>But the letters stopped trying to become a credential.</w:t>
      </w:r>
    </w:p>
    <w:p>
      <w:pPr>
        <w:spacing w:after="60" w:line="266" w:lineRule="auto"/>
        <w:ind w:firstLine="331"/>
        <w:jc w:val="both"/>
      </w:pPr>
      <w:r>
        <w:rPr>
          <w:rFonts w:ascii="Georgia" w:hAnsi="Georgia"/>
          <w:b w:val="0"/>
          <w:i w:val="0"/>
          <w:color w:val="22201D"/>
          <w:sz w:val="20"/>
        </w:rPr>
        <w:t>The table inside gained another glass of water.</w:t>
      </w:r>
    </w:p>
    <w:p>
      <w:pPr>
        <w:spacing w:after="60" w:line="266" w:lineRule="auto"/>
        <w:ind w:firstLine="331"/>
        <w:jc w:val="both"/>
      </w:pPr>
      <w:r>
        <w:rPr>
          <w:rFonts w:ascii="Georgia" w:hAnsi="Georgia"/>
          <w:b w:val="0"/>
          <w:i w:val="0"/>
          <w:color w:val="22201D"/>
          <w:sz w:val="20"/>
        </w:rPr>
        <w:t>Not a place setting.</w:t>
      </w:r>
    </w:p>
    <w:p>
      <w:pPr>
        <w:spacing w:after="60" w:line="266" w:lineRule="auto"/>
        <w:ind w:firstLine="331"/>
        <w:jc w:val="both"/>
      </w:pPr>
      <w:r>
        <w:rPr>
          <w:rFonts w:ascii="Georgia" w:hAnsi="Georgia"/>
          <w:b w:val="0"/>
          <w:i w:val="0"/>
          <w:color w:val="22201D"/>
          <w:sz w:val="20"/>
        </w:rPr>
        <w:t>A glass.</w:t>
      </w:r>
    </w:p>
    <w:p>
      <w:pPr>
        <w:spacing w:after="60" w:line="266" w:lineRule="auto"/>
        <w:ind w:firstLine="331"/>
        <w:jc w:val="both"/>
      </w:pPr>
      <w:r>
        <w:rPr>
          <w:rFonts w:ascii="Georgia" w:hAnsi="Georgia"/>
          <w:b w:val="0"/>
          <w:i w:val="0"/>
          <w:color w:val="22201D"/>
          <w:sz w:val="20"/>
        </w:rPr>
        <w:t>Gerald checked it.</w:t>
      </w:r>
    </w:p>
    <w:p>
      <w:pPr>
        <w:spacing w:after="60" w:line="266" w:lineRule="auto"/>
        <w:ind w:firstLine="331"/>
        <w:jc w:val="both"/>
      </w:pPr>
      <w:r>
        <w:rPr>
          <w:rFonts w:ascii="Georgia" w:hAnsi="Georgia"/>
          <w:b w:val="0"/>
          <w:i w:val="0"/>
          <w:color w:val="22201D"/>
          <w:sz w:val="20"/>
        </w:rPr>
        <w:t>"Clean."</w:t>
      </w:r>
    </w:p>
    <w:p>
      <w:pPr>
        <w:spacing w:after="60" w:line="266" w:lineRule="auto"/>
        <w:ind w:firstLine="331"/>
        <w:jc w:val="both"/>
      </w:pPr>
      <w:r>
        <w:rPr>
          <w:rFonts w:ascii="Georgia" w:hAnsi="Georgia"/>
          <w:b w:val="0"/>
          <w:i w:val="0"/>
          <w:color w:val="22201D"/>
          <w:sz w:val="20"/>
        </w:rPr>
        <w:t>"Thank you," said the table.</w:t>
      </w:r>
    </w:p>
    <w:p>
      <w:pPr>
        <w:spacing w:after="60" w:line="266" w:lineRule="auto"/>
        <w:ind w:firstLine="331"/>
        <w:jc w:val="both"/>
      </w:pPr>
      <w:r>
        <w:rPr>
          <w:rFonts w:ascii="Georgia" w:hAnsi="Georgia"/>
          <w:b w:val="0"/>
          <w:i w:val="0"/>
          <w:color w:val="22201D"/>
          <w:sz w:val="20"/>
        </w:rPr>
        <w:t>Gerald stared at it.</w:t>
      </w:r>
    </w:p>
    <w:p>
      <w:pPr>
        <w:spacing w:after="60" w:line="266" w:lineRule="auto"/>
        <w:ind w:firstLine="331"/>
        <w:jc w:val="both"/>
      </w:pPr>
      <w:r>
        <w:rPr>
          <w:rFonts w:ascii="Georgia" w:hAnsi="Georgia"/>
          <w:b w:val="0"/>
          <w:i w:val="0"/>
          <w:color w:val="22201D"/>
          <w:sz w:val="20"/>
        </w:rPr>
        <w:t>"Do not start."</w:t>
      </w:r>
    </w:p>
    <w:p>
      <w:pPr>
        <w:spacing w:after="60" w:line="266" w:lineRule="auto"/>
        <w:ind w:firstLine="331"/>
        <w:jc w:val="both"/>
      </w:pPr>
      <w:r>
        <w:rPr>
          <w:rFonts w:ascii="Georgia" w:hAnsi="Georgia"/>
          <w:b w:val="0"/>
          <w:i w:val="0"/>
          <w:color w:val="22201D"/>
          <w:sz w:val="20"/>
        </w:rPr>
        <w:t>The glass said nothing.</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Flocc leaned toward Mara.</w:t>
      </w:r>
    </w:p>
    <w:p>
      <w:pPr>
        <w:spacing w:after="60" w:line="266" w:lineRule="auto"/>
        <w:ind w:firstLine="331"/>
        <w:jc w:val="both"/>
      </w:pPr>
      <w:r>
        <w:rPr>
          <w:rFonts w:ascii="Georgia" w:hAnsi="Georgia"/>
          <w:b w:val="0"/>
          <w:i w:val="0"/>
          <w:color w:val="22201D"/>
          <w:sz w:val="20"/>
        </w:rPr>
        <w:t>"Is the table seating them?"</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"Is the Hostess seating them?"</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"Then what is happening?"</w:t>
      </w:r>
    </w:p>
    <w:p>
      <w:pPr>
        <w:spacing w:after="60" w:line="266" w:lineRule="auto"/>
        <w:ind w:firstLine="331"/>
        <w:jc w:val="both"/>
      </w:pPr>
      <w:r>
        <w:rPr>
          <w:rFonts w:ascii="Georgia" w:hAnsi="Georgia"/>
          <w:b w:val="0"/>
          <w:i w:val="0"/>
          <w:color w:val="22201D"/>
          <w:sz w:val="20"/>
        </w:rPr>
        <w:t>Mara looked at him.</w:t>
      </w:r>
    </w:p>
    <w:p>
      <w:pPr>
        <w:spacing w:after="60" w:line="266" w:lineRule="auto"/>
        <w:ind w:firstLine="331"/>
        <w:jc w:val="both"/>
      </w:pPr>
      <w:r>
        <w:rPr>
          <w:rFonts w:ascii="Georgia" w:hAnsi="Georgia"/>
          <w:b w:val="0"/>
          <w:i w:val="0"/>
          <w:color w:val="22201D"/>
          <w:sz w:val="20"/>
        </w:rPr>
        <w:t>"You want to know which authority to flatter."</w:t>
      </w:r>
    </w:p>
    <w:p>
      <w:pPr>
        <w:spacing w:after="60" w:line="266" w:lineRule="auto"/>
        <w:ind w:firstLine="331"/>
        <w:jc w:val="both"/>
      </w:pPr>
      <w:r>
        <w:rPr>
          <w:rFonts w:ascii="Georgia" w:hAnsi="Georgia"/>
          <w:b w:val="0"/>
          <w:i w:val="0"/>
          <w:color w:val="22201D"/>
          <w:sz w:val="20"/>
        </w:rPr>
        <w:t>Flocc sat back.</w:t>
      </w:r>
    </w:p>
    <w:p>
      <w:pPr>
        <w:spacing w:after="60" w:line="266" w:lineRule="auto"/>
        <w:ind w:firstLine="331"/>
        <w:jc w:val="both"/>
      </w:pPr>
      <w:r>
        <w:rPr>
          <w:rFonts w:ascii="Georgia" w:hAnsi="Georgia"/>
          <w:b w:val="0"/>
          <w:i w:val="0"/>
          <w:color w:val="22201D"/>
          <w:sz w:val="20"/>
        </w:rPr>
        <w:t>"That is not what I meant."</w:t>
      </w:r>
    </w:p>
    <w:p>
      <w:pPr>
        <w:spacing w:after="60" w:line="266" w:lineRule="auto"/>
        <w:ind w:firstLine="331"/>
        <w:jc w:val="both"/>
      </w:pPr>
      <w:r>
        <w:rPr>
          <w:rFonts w:ascii="Georgia" w:hAnsi="Georgia"/>
          <w:b w:val="0"/>
          <w:i w:val="0"/>
          <w:color w:val="22201D"/>
          <w:sz w:val="20"/>
        </w:rPr>
        <w:t>"It is what your question wore."</w:t>
      </w:r>
    </w:p>
    <w:p>
      <w:pPr>
        <w:spacing w:after="60" w:line="266" w:lineRule="auto"/>
        <w:ind w:firstLine="331"/>
        <w:jc w:val="both"/>
      </w:pPr>
      <w:r>
        <w:rPr>
          <w:rFonts w:ascii="Georgia" w:hAnsi="Georgia"/>
          <w:b w:val="0"/>
          <w:i w:val="0"/>
          <w:color w:val="22201D"/>
          <w:sz w:val="20"/>
        </w:rPr>
        <w:t>The menu printed:</w:t>
      </w:r>
    </w:p>
    <w:p>
      <w:pPr>
        <w:spacing w:after="60" w:line="250" w:lineRule="auto"/>
        <w:ind w:left="202" w:right="173"/>
      </w:pPr>
      <w:r>
        <w:rPr>
          <w:rFonts w:ascii="Georgia" w:hAnsi="Georgia"/>
          <w:b w:val="0"/>
          <w:i w:val="0"/>
          <w:color w:val="22201D"/>
          <w:sz w:val="17"/>
        </w:rPr>
        <w:t>Question clothing: accurate</w:t>
      </w:r>
    </w:p>
    <w:p>
      <w:pPr>
        <w:spacing w:after="60" w:line="266" w:lineRule="auto"/>
        <w:ind w:firstLine="331"/>
        <w:jc w:val="both"/>
      </w:pPr>
      <w:r>
        <w:rPr>
          <w:rFonts w:ascii="Georgia" w:hAnsi="Georgia"/>
          <w:b w:val="0"/>
          <w:i w:val="0"/>
          <w:color w:val="22201D"/>
          <w:sz w:val="20"/>
        </w:rPr>
        <w:t>"I dislike this menu today."</w:t>
      </w:r>
    </w:p>
    <w:p>
      <w:pPr>
        <w:spacing w:after="60" w:line="266" w:lineRule="auto"/>
        <w:ind w:firstLine="331"/>
        <w:jc w:val="both"/>
      </w:pPr>
      <w:r>
        <w:rPr>
          <w:rFonts w:ascii="Georgia" w:hAnsi="Georgia"/>
          <w:b w:val="0"/>
          <w:i w:val="0"/>
          <w:color w:val="22201D"/>
          <w:sz w:val="20"/>
        </w:rPr>
        <w:t>"It has a clear read on you."</w:t>
      </w:r>
    </w:p>
    <w:p>
      <w:pPr>
        <w:spacing w:after="60" w:line="266" w:lineRule="auto"/>
        <w:ind w:firstLine="331"/>
        <w:jc w:val="both"/>
      </w:pPr>
      <w:r>
        <w:rPr>
          <w:rFonts w:ascii="Georgia" w:hAnsi="Georgia"/>
          <w:b w:val="0"/>
          <w:i w:val="0"/>
          <w:color w:val="22201D"/>
          <w:sz w:val="20"/>
        </w:rPr>
        <w:t>"That is different from being likable."</w:t>
      </w:r>
    </w:p>
    <w:p>
      <w:pPr>
        <w:spacing w:after="60" w:line="266" w:lineRule="auto"/>
        <w:ind w:firstLine="331"/>
        <w:jc w:val="both"/>
      </w:pPr>
      <w:r>
        <w:rPr>
          <w:rFonts w:ascii="Georgia" w:hAnsi="Georgia"/>
          <w:b w:val="0"/>
          <w:i w:val="0"/>
          <w:color w:val="22201D"/>
          <w:sz w:val="20"/>
        </w:rPr>
        <w:t>"So are you."</w:t>
      </w:r>
    </w:p>
    <w:p>
      <w:pPr>
        <w:spacing w:after="60" w:line="266" w:lineRule="auto"/>
        <w:ind w:firstLine="331"/>
        <w:jc w:val="both"/>
      </w:pPr>
      <w:r>
        <w:rPr>
          <w:rFonts w:ascii="Georgia" w:hAnsi="Georgia"/>
          <w:b w:val="0"/>
          <w:i w:val="0"/>
          <w:color w:val="22201D"/>
          <w:sz w:val="20"/>
        </w:rPr>
        <w:t>He considered objecting, then saved everyone the time.</w:t>
      </w:r>
    </w:p>
    <w:p>
      <w:pPr>
        <w:spacing w:after="60" w:line="266" w:lineRule="auto"/>
        <w:ind w:firstLine="331"/>
        <w:jc w:val="both"/>
      </w:pPr>
      <w:r>
        <w:rPr>
          <w:rFonts w:ascii="Georgia" w:hAnsi="Georgia"/>
          <w:b w:val="0"/>
          <w:i w:val="0"/>
          <w:color w:val="22201D"/>
          <w:sz w:val="20"/>
        </w:rPr>
        <w:t>The camera-strap person stepped forward.</w:t>
      </w:r>
    </w:p>
    <w:p>
      <w:pPr>
        <w:spacing w:after="60" w:line="266" w:lineRule="auto"/>
        <w:ind w:firstLine="331"/>
        <w:jc w:val="both"/>
      </w:pPr>
      <w:r>
        <w:rPr>
          <w:rFonts w:ascii="Georgia" w:hAnsi="Georgia"/>
          <w:b w:val="0"/>
          <w:i w:val="0"/>
          <w:color w:val="22201D"/>
          <w:sz w:val="20"/>
        </w:rPr>
        <w:t>The table card printed:</w:t>
      </w:r>
    </w:p>
    <w:p>
      <w:pPr>
        <w:spacing w:after="60" w:line="250" w:lineRule="auto"/>
        <w:ind w:left="202" w:right="173"/>
      </w:pPr>
      <w:r>
        <w:rPr>
          <w:rFonts w:ascii="Georgia" w:hAnsi="Georgia"/>
          <w:b w:val="0"/>
          <w:i w:val="0"/>
          <w:color w:val="22201D"/>
          <w:sz w:val="17"/>
        </w:rPr>
        <w:t>Prepared speech detected.</w:t>
      </w:r>
    </w:p>
    <w:p>
      <w:pPr>
        <w:spacing w:after="60" w:line="266" w:lineRule="auto"/>
        <w:ind w:firstLine="331"/>
        <w:jc w:val="both"/>
      </w:pPr>
      <w:r>
        <w:rPr>
          <w:rFonts w:ascii="Georgia" w:hAnsi="Georgia"/>
          <w:b w:val="0"/>
          <w:i w:val="0"/>
          <w:color w:val="22201D"/>
          <w:sz w:val="20"/>
        </w:rPr>
        <w:t>They said, "I know."</w:t>
      </w:r>
    </w:p>
    <w:p>
      <w:pPr>
        <w:spacing w:after="60" w:line="266" w:lineRule="auto"/>
        <w:ind w:firstLine="331"/>
        <w:jc w:val="both"/>
      </w:pPr>
      <w:r>
        <w:rPr>
          <w:rFonts w:ascii="Georgia" w:hAnsi="Georgia"/>
          <w:b w:val="0"/>
          <w:i w:val="0"/>
          <w:color w:val="22201D"/>
          <w:sz w:val="20"/>
        </w:rPr>
        <w:t>This surprised the card enough to pause.</w:t>
      </w:r>
    </w:p>
    <w:p>
      <w:pPr>
        <w:spacing w:after="60" w:line="266" w:lineRule="auto"/>
        <w:ind w:firstLine="331"/>
        <w:jc w:val="both"/>
      </w:pPr>
      <w:r>
        <w:rPr>
          <w:rFonts w:ascii="Georgia" w:hAnsi="Georgia"/>
          <w:b w:val="0"/>
          <w:i w:val="0"/>
          <w:color w:val="22201D"/>
          <w:sz w:val="20"/>
        </w:rPr>
        <w:t>They took the camera from their pocket and held it with both hands.</w:t>
      </w:r>
    </w:p>
    <w:p>
      <w:pPr>
        <w:spacing w:after="60" w:line="266" w:lineRule="auto"/>
        <w:ind w:firstLine="331"/>
        <w:jc w:val="both"/>
      </w:pPr>
      <w:r>
        <w:rPr>
          <w:rFonts w:ascii="Georgia" w:hAnsi="Georgia"/>
          <w:b w:val="0"/>
          <w:i w:val="0"/>
          <w:color w:val="22201D"/>
          <w:sz w:val="20"/>
        </w:rPr>
        <w:t>"I was going to say I am not here to make content."</w:t>
      </w:r>
    </w:p>
    <w:p>
      <w:pPr>
        <w:spacing w:after="60" w:line="266" w:lineRule="auto"/>
        <w:ind w:firstLine="331"/>
        <w:jc w:val="both"/>
      </w:pPr>
      <w:r>
        <w:rPr>
          <w:rFonts w:ascii="Georgia" w:hAnsi="Georgia"/>
          <w:b w:val="0"/>
          <w:i w:val="0"/>
          <w:color w:val="22201D"/>
          <w:sz w:val="20"/>
        </w:rPr>
        <w:t>The card printed:</w:t>
      </w:r>
    </w:p>
    <w:p>
      <w:pPr>
        <w:spacing w:after="60" w:line="250" w:lineRule="auto"/>
        <w:ind w:left="202" w:right="173"/>
      </w:pPr>
      <w:r>
        <w:rPr>
          <w:rFonts w:ascii="Georgia" w:hAnsi="Georgia"/>
          <w:b w:val="0"/>
          <w:i w:val="0"/>
          <w:color w:val="22201D"/>
          <w:sz w:val="17"/>
        </w:rPr>
        <w:t>Draft fragment: confirmed</w:t>
      </w:r>
    </w:p>
    <w:p>
      <w:pPr>
        <w:spacing w:after="60" w:line="266" w:lineRule="auto"/>
        <w:ind w:firstLine="331"/>
        <w:jc w:val="both"/>
      </w:pPr>
      <w:r>
        <w:rPr>
          <w:rFonts w:ascii="Georgia" w:hAnsi="Georgia"/>
          <w:b w:val="0"/>
          <w:i w:val="0"/>
          <w:color w:val="22201D"/>
          <w:sz w:val="20"/>
        </w:rPr>
        <w:t>"But I am. Even if I do not film. I am already thinking about how to describe not filming."</w:t>
      </w:r>
    </w:p>
    <w:p>
      <w:pPr>
        <w:spacing w:after="60" w:line="266" w:lineRule="auto"/>
        <w:ind w:firstLine="331"/>
        <w:jc w:val="both"/>
      </w:pPr>
      <w:r>
        <w:rPr>
          <w:rFonts w:ascii="Georgia" w:hAnsi="Georgia"/>
          <w:b w:val="0"/>
          <w:i w:val="0"/>
          <w:color w:val="22201D"/>
          <w:sz w:val="20"/>
        </w:rPr>
        <w:t>The card did not print for a moment.</w:t>
      </w:r>
    </w:p>
    <w:p>
      <w:pPr>
        <w:spacing w:after="60" w:line="266" w:lineRule="auto"/>
        <w:ind w:firstLine="331"/>
        <w:jc w:val="both"/>
      </w:pPr>
      <w:r>
        <w:rPr>
          <w:rFonts w:ascii="Georgia" w:hAnsi="Georgia"/>
          <w:b w:val="0"/>
          <w:i w:val="0"/>
          <w:color w:val="22201D"/>
          <w:sz w:val="20"/>
        </w:rPr>
        <w:t>Then:</w:t>
      </w:r>
    </w:p>
    <w:p>
      <w:pPr>
        <w:spacing w:after="60" w:line="250" w:lineRule="auto"/>
        <w:ind w:left="202" w:right="173"/>
      </w:pPr>
      <w:r>
        <w:rPr>
          <w:rFonts w:ascii="Georgia" w:hAnsi="Georgia"/>
          <w:b w:val="0"/>
          <w:i w:val="0"/>
          <w:color w:val="22201D"/>
          <w:sz w:val="17"/>
        </w:rPr>
        <w:t>Draft fragment: released before extraction</w:t>
      </w:r>
    </w:p>
    <w:p>
      <w:pPr>
        <w:spacing w:after="60" w:line="266" w:lineRule="auto"/>
        <w:ind w:firstLine="331"/>
        <w:jc w:val="both"/>
      </w:pPr>
      <w:r>
        <w:rPr>
          <w:rFonts w:ascii="Georgia" w:hAnsi="Georgia"/>
          <w:b w:val="0"/>
          <w:i w:val="0"/>
          <w:color w:val="22201D"/>
          <w:sz w:val="20"/>
        </w:rPr>
        <w:t>The Hostess inclined her head.</w:t>
      </w:r>
    </w:p>
    <w:p>
      <w:pPr>
        <w:spacing w:after="60" w:line="266" w:lineRule="auto"/>
        <w:ind w:firstLine="331"/>
        <w:jc w:val="both"/>
      </w:pPr>
      <w:r>
        <w:rPr>
          <w:rFonts w:ascii="Georgia" w:hAnsi="Georgia"/>
          <w:b w:val="0"/>
          <w:i w:val="0"/>
          <w:color w:val="22201D"/>
          <w:sz w:val="20"/>
        </w:rPr>
        <w:t>"That is rarer."</w:t>
      </w:r>
    </w:p>
    <w:p>
      <w:pPr>
        <w:spacing w:after="60" w:line="266" w:lineRule="auto"/>
        <w:ind w:firstLine="331"/>
        <w:jc w:val="both"/>
      </w:pPr>
      <w:r>
        <w:rPr>
          <w:rFonts w:ascii="Georgia" w:hAnsi="Georgia"/>
          <w:b w:val="0"/>
          <w:i w:val="0"/>
          <w:color w:val="22201D"/>
          <w:sz w:val="20"/>
        </w:rPr>
        <w:t>The camera-strap person looked embarrassed and relieved, which were often the same face viewed from different offices.</w:t>
      </w:r>
    </w:p>
    <w:p>
      <w:pPr>
        <w:spacing w:after="60" w:line="266" w:lineRule="auto"/>
        <w:ind w:firstLine="331"/>
        <w:jc w:val="both"/>
      </w:pPr>
      <w:r>
        <w:rPr>
          <w:rFonts w:ascii="Georgia" w:hAnsi="Georgia"/>
          <w:b w:val="0"/>
          <w:i w:val="0"/>
          <w:color w:val="22201D"/>
          <w:sz w:val="20"/>
        </w:rPr>
        <w:t>The table gained a third glass of water.</w:t>
      </w:r>
    </w:p>
    <w:p>
      <w:pPr>
        <w:spacing w:after="60" w:line="266" w:lineRule="auto"/>
        <w:ind w:firstLine="331"/>
        <w:jc w:val="both"/>
      </w:pPr>
      <w:r>
        <w:rPr>
          <w:rFonts w:ascii="Georgia" w:hAnsi="Georgia"/>
          <w:b w:val="0"/>
          <w:i w:val="0"/>
          <w:color w:val="22201D"/>
          <w:sz w:val="20"/>
        </w:rPr>
        <w:t>No chair moved.</w:t>
      </w:r>
    </w:p>
    <w:p>
      <w:pPr>
        <w:spacing w:after="60" w:line="266" w:lineRule="auto"/>
        <w:ind w:firstLine="331"/>
        <w:jc w:val="both"/>
      </w:pPr>
      <w:r>
        <w:rPr>
          <w:rFonts w:ascii="Georgia" w:hAnsi="Georgia"/>
          <w:b w:val="0"/>
          <w:i w:val="0"/>
          <w:color w:val="22201D"/>
          <w:sz w:val="20"/>
        </w:rPr>
        <w:t>Evan said, "Are we supposed to sit?"</w:t>
      </w:r>
    </w:p>
    <w:p>
      <w:pPr>
        <w:spacing w:after="60" w:line="266" w:lineRule="auto"/>
        <w:ind w:firstLine="331"/>
        <w:jc w:val="both"/>
      </w:pPr>
      <w:r>
        <w:rPr>
          <w:rFonts w:ascii="Georgia" w:hAnsi="Georgia"/>
          <w:b w:val="0"/>
          <w:i w:val="0"/>
          <w:color w:val="22201D"/>
          <w:sz w:val="20"/>
        </w:rPr>
        <w:t>"No," said the Hostess.</w:t>
      </w:r>
    </w:p>
    <w:p>
      <w:pPr>
        <w:spacing w:after="60" w:line="266" w:lineRule="auto"/>
        <w:ind w:firstLine="331"/>
        <w:jc w:val="both"/>
      </w:pPr>
      <w:r>
        <w:rPr>
          <w:rFonts w:ascii="Georgia" w:hAnsi="Georgia"/>
          <w:b w:val="0"/>
          <w:i w:val="0"/>
          <w:color w:val="22201D"/>
          <w:sz w:val="20"/>
        </w:rPr>
        <w:t>"Then why the table?"</w:t>
      </w:r>
    </w:p>
    <w:p>
      <w:pPr>
        <w:spacing w:after="60" w:line="266" w:lineRule="auto"/>
        <w:ind w:firstLine="331"/>
        <w:jc w:val="both"/>
      </w:pPr>
      <w:r>
        <w:rPr>
          <w:rFonts w:ascii="Georgia" w:hAnsi="Georgia"/>
          <w:b w:val="0"/>
          <w:i w:val="0"/>
          <w:color w:val="22201D"/>
          <w:sz w:val="20"/>
        </w:rPr>
        <w:t>"Because you are learning what approach is before you mistake it for seating."</w:t>
      </w:r>
    </w:p>
    <w:p>
      <w:pPr>
        <w:spacing w:after="60" w:line="266" w:lineRule="auto"/>
        <w:ind w:firstLine="331"/>
        <w:jc w:val="both"/>
      </w:pPr>
      <w:r>
        <w:rPr>
          <w:rFonts w:ascii="Georgia" w:hAnsi="Georgia"/>
          <w:b w:val="0"/>
          <w:i w:val="0"/>
          <w:color w:val="22201D"/>
          <w:sz w:val="20"/>
        </w:rPr>
        <w:t>The felt-hat man stepped forward.</w:t>
      </w:r>
    </w:p>
    <w:p>
      <w:pPr>
        <w:spacing w:after="60" w:line="266" w:lineRule="auto"/>
        <w:ind w:firstLine="331"/>
        <w:jc w:val="both"/>
      </w:pPr>
      <w:r>
        <w:rPr>
          <w:rFonts w:ascii="Georgia" w:hAnsi="Georgia"/>
          <w:b w:val="0"/>
          <w:i w:val="0"/>
          <w:color w:val="22201D"/>
          <w:sz w:val="20"/>
        </w:rPr>
        <w:t>The table card printed:</w:t>
      </w:r>
    </w:p>
    <w:p>
      <w:pPr>
        <w:spacing w:after="60" w:line="250" w:lineRule="auto"/>
        <w:ind w:left="202" w:right="173"/>
      </w:pPr>
      <w:r>
        <w:rPr>
          <w:rFonts w:ascii="Georgia" w:hAnsi="Georgia"/>
          <w:b w:val="0"/>
          <w:i w:val="0"/>
          <w:color w:val="22201D"/>
          <w:sz w:val="17"/>
        </w:rPr>
        <w:t>Prepared speech detected.</w:t>
      </w:r>
    </w:p>
    <w:p>
      <w:pPr>
        <w:spacing w:after="60" w:line="266" w:lineRule="auto"/>
        <w:ind w:firstLine="331"/>
        <w:jc w:val="both"/>
      </w:pPr>
      <w:r>
        <w:rPr>
          <w:rFonts w:ascii="Georgia" w:hAnsi="Georgia"/>
          <w:b w:val="0"/>
          <w:i w:val="0"/>
          <w:color w:val="22201D"/>
          <w:sz w:val="20"/>
        </w:rPr>
        <w:t>He removed the hat.</w:t>
      </w:r>
    </w:p>
    <w:p>
      <w:pPr>
        <w:spacing w:after="60" w:line="266" w:lineRule="auto"/>
        <w:ind w:firstLine="331"/>
        <w:jc w:val="both"/>
      </w:pPr>
      <w:r>
        <w:rPr>
          <w:rFonts w:ascii="Georgia" w:hAnsi="Georgia"/>
          <w:b w:val="0"/>
          <w:i w:val="0"/>
          <w:color w:val="22201D"/>
          <w:sz w:val="20"/>
        </w:rPr>
        <w:t>"I was going to say I have been following experimental dining for years."</w:t>
      </w:r>
    </w:p>
    <w:p>
      <w:pPr>
        <w:spacing w:after="60" w:line="266" w:lineRule="auto"/>
        <w:ind w:firstLine="331"/>
        <w:jc w:val="both"/>
      </w:pPr>
      <w:r>
        <w:rPr>
          <w:rFonts w:ascii="Georgia" w:hAnsi="Georgia"/>
          <w:b w:val="0"/>
          <w:i w:val="0"/>
          <w:color w:val="22201D"/>
          <w:sz w:val="20"/>
        </w:rPr>
        <w:t>The card printed:</w:t>
      </w:r>
    </w:p>
    <w:p>
      <w:pPr>
        <w:spacing w:after="60" w:line="250" w:lineRule="auto"/>
        <w:ind w:left="202" w:right="173"/>
      </w:pPr>
      <w:r>
        <w:rPr>
          <w:rFonts w:ascii="Georgia" w:hAnsi="Georgia"/>
          <w:b w:val="0"/>
          <w:i w:val="0"/>
          <w:color w:val="22201D"/>
          <w:sz w:val="17"/>
        </w:rPr>
        <w:t>Draft fragment: incomplete</w:t>
      </w:r>
    </w:p>
    <w:p>
      <w:pPr>
        <w:spacing w:after="60" w:line="266" w:lineRule="auto"/>
        <w:ind w:firstLine="331"/>
        <w:jc w:val="both"/>
      </w:pPr>
      <w:r>
        <w:rPr>
          <w:rFonts w:ascii="Georgia" w:hAnsi="Georgia"/>
          <w:b w:val="0"/>
          <w:i w:val="0"/>
          <w:color w:val="22201D"/>
          <w:sz w:val="20"/>
        </w:rPr>
        <w:t>He looked insulted.</w:t>
      </w:r>
    </w:p>
    <w:p>
      <w:pPr>
        <w:spacing w:after="60" w:line="266" w:lineRule="auto"/>
        <w:ind w:firstLine="331"/>
        <w:jc w:val="both"/>
      </w:pPr>
      <w:r>
        <w:rPr>
          <w:rFonts w:ascii="Georgia" w:hAnsi="Georgia"/>
          <w:b w:val="0"/>
          <w:i w:val="0"/>
          <w:color w:val="22201D"/>
          <w:sz w:val="20"/>
        </w:rPr>
        <w:t>"That is the sentence."</w:t>
      </w:r>
    </w:p>
    <w:p>
      <w:pPr>
        <w:spacing w:after="60" w:line="266" w:lineRule="auto"/>
        <w:ind w:firstLine="331"/>
        <w:jc w:val="both"/>
      </w:pPr>
      <w:r>
        <w:rPr>
          <w:rFonts w:ascii="Georgia" w:hAnsi="Georgia"/>
          <w:b w:val="0"/>
          <w:i w:val="0"/>
          <w:color w:val="22201D"/>
          <w:sz w:val="20"/>
        </w:rPr>
        <w:t>The card printed:</w:t>
      </w:r>
    </w:p>
    <w:p>
      <w:pPr>
        <w:spacing w:after="60" w:line="250" w:lineRule="auto"/>
        <w:ind w:left="202" w:right="173"/>
      </w:pPr>
      <w:r>
        <w:rPr>
          <w:rFonts w:ascii="Georgia" w:hAnsi="Georgia"/>
          <w:b w:val="0"/>
          <w:i w:val="0"/>
          <w:color w:val="22201D"/>
          <w:sz w:val="17"/>
        </w:rPr>
        <w:t>No.</w:t>
      </w:r>
    </w:p>
    <w:p>
      <w:pPr>
        <w:spacing w:after="60" w:line="266" w:lineRule="auto"/>
        <w:ind w:firstLine="331"/>
        <w:jc w:val="both"/>
      </w:pPr>
      <w:r>
        <w:rPr>
          <w:rFonts w:ascii="Georgia" w:hAnsi="Georgia"/>
          <w:b w:val="0"/>
          <w:i w:val="0"/>
          <w:color w:val="22201D"/>
          <w:sz w:val="20"/>
        </w:rPr>
        <w:t>The line enjoyed this too much.</w:t>
      </w:r>
    </w:p>
    <w:p>
      <w:pPr>
        <w:spacing w:after="60" w:line="266" w:lineRule="auto"/>
        <w:ind w:firstLine="331"/>
        <w:jc w:val="both"/>
      </w:pPr>
      <w:r>
        <w:rPr>
          <w:rFonts w:ascii="Georgia" w:hAnsi="Georgia"/>
          <w:b w:val="0"/>
          <w:i w:val="0"/>
          <w:color w:val="22201D"/>
          <w:sz w:val="20"/>
        </w:rPr>
        <w:t>The Hostess did not.</w:t>
      </w:r>
    </w:p>
    <w:p>
      <w:pPr>
        <w:spacing w:after="60" w:line="266" w:lineRule="auto"/>
        <w:ind w:firstLine="331"/>
        <w:jc w:val="both"/>
      </w:pPr>
      <w:r>
        <w:rPr>
          <w:rFonts w:ascii="Georgia" w:hAnsi="Georgia"/>
          <w:b w:val="0"/>
          <w:i w:val="0"/>
          <w:color w:val="22201D"/>
          <w:sz w:val="20"/>
        </w:rPr>
        <w:t>"Let him finish privately."</w:t>
      </w:r>
    </w:p>
    <w:p>
      <w:pPr>
        <w:spacing w:after="60" w:line="266" w:lineRule="auto"/>
        <w:ind w:firstLine="331"/>
        <w:jc w:val="both"/>
      </w:pPr>
      <w:r>
        <w:rPr>
          <w:rFonts w:ascii="Georgia" w:hAnsi="Georgia"/>
          <w:b w:val="0"/>
          <w:i w:val="0"/>
          <w:color w:val="22201D"/>
          <w:sz w:val="20"/>
        </w:rPr>
        <w:t>The line looked away.</w:t>
      </w:r>
    </w:p>
    <w:p>
      <w:pPr>
        <w:spacing w:after="60" w:line="266" w:lineRule="auto"/>
        <w:ind w:firstLine="331"/>
        <w:jc w:val="both"/>
      </w:pPr>
      <w:r>
        <w:rPr>
          <w:rFonts w:ascii="Georgia" w:hAnsi="Georgia"/>
          <w:b w:val="0"/>
          <w:i w:val="0"/>
          <w:color w:val="22201D"/>
          <w:sz w:val="20"/>
        </w:rPr>
        <w:t>The felt-hat man held the hat against his chest.</w:t>
      </w:r>
    </w:p>
    <w:p>
      <w:pPr>
        <w:spacing w:after="60" w:line="266" w:lineRule="auto"/>
        <w:ind w:firstLine="331"/>
        <w:jc w:val="both"/>
      </w:pPr>
      <w:r>
        <w:rPr>
          <w:rFonts w:ascii="Georgia" w:hAnsi="Georgia"/>
          <w:b w:val="0"/>
          <w:i w:val="0"/>
          <w:color w:val="22201D"/>
          <w:sz w:val="20"/>
        </w:rPr>
        <w:t>His voice lowered.</w:t>
      </w:r>
    </w:p>
    <w:p>
      <w:pPr>
        <w:spacing w:after="60" w:line="266" w:lineRule="auto"/>
        <w:ind w:firstLine="331"/>
        <w:jc w:val="both"/>
      </w:pPr>
      <w:r>
        <w:rPr>
          <w:rFonts w:ascii="Georgia" w:hAnsi="Georgia"/>
          <w:b w:val="0"/>
          <w:i w:val="0"/>
          <w:color w:val="22201D"/>
          <w:sz w:val="20"/>
        </w:rPr>
        <w:t>"I was going to say I have been following experimental dining for years so it would make sense that I found this before my brother did."</w:t>
      </w:r>
    </w:p>
    <w:p>
      <w:pPr>
        <w:spacing w:after="60" w:line="266" w:lineRule="auto"/>
        <w:ind w:firstLine="331"/>
        <w:jc w:val="both"/>
      </w:pPr>
      <w:r>
        <w:rPr>
          <w:rFonts w:ascii="Georgia" w:hAnsi="Georgia"/>
          <w:b w:val="0"/>
          <w:i w:val="0"/>
          <w:color w:val="22201D"/>
          <w:sz w:val="20"/>
        </w:rPr>
        <w:t>The card printed:</w:t>
      </w:r>
    </w:p>
    <w:p>
      <w:pPr>
        <w:spacing w:after="60" w:line="250" w:lineRule="auto"/>
        <w:ind w:left="202" w:right="173"/>
      </w:pPr>
      <w:r>
        <w:rPr>
          <w:rFonts w:ascii="Georgia" w:hAnsi="Georgia"/>
          <w:b w:val="0"/>
          <w:i w:val="0"/>
          <w:color w:val="22201D"/>
          <w:sz w:val="17"/>
        </w:rPr>
        <w:t>Continue.</w:t>
      </w:r>
    </w:p>
    <w:p>
      <w:pPr>
        <w:spacing w:after="60" w:line="266" w:lineRule="auto"/>
        <w:ind w:firstLine="331"/>
        <w:jc w:val="both"/>
      </w:pPr>
      <w:r>
        <w:rPr>
          <w:rFonts w:ascii="Georgia" w:hAnsi="Georgia"/>
          <w:b w:val="0"/>
          <w:i w:val="0"/>
          <w:color w:val="22201D"/>
          <w:sz w:val="20"/>
        </w:rPr>
        <w:t>He swallowed.</w:t>
      </w:r>
    </w:p>
    <w:p>
      <w:pPr>
        <w:spacing w:after="60" w:line="266" w:lineRule="auto"/>
        <w:ind w:firstLine="331"/>
        <w:jc w:val="both"/>
      </w:pPr>
      <w:r>
        <w:rPr>
          <w:rFonts w:ascii="Georgia" w:hAnsi="Georgia"/>
          <w:b w:val="0"/>
          <w:i w:val="0"/>
          <w:color w:val="22201D"/>
          <w:sz w:val="20"/>
        </w:rPr>
        <w:t>"My brother finds everything first."</w:t>
      </w:r>
    </w:p>
    <w:p>
      <w:pPr>
        <w:spacing w:after="60" w:line="266" w:lineRule="auto"/>
        <w:ind w:firstLine="331"/>
        <w:jc w:val="both"/>
      </w:pPr>
      <w:r>
        <w:rPr>
          <w:rFonts w:ascii="Georgia" w:hAnsi="Georgia"/>
          <w:b w:val="0"/>
          <w:i w:val="0"/>
          <w:color w:val="22201D"/>
          <w:sz w:val="20"/>
        </w:rPr>
        <w:t>The card printed:</w:t>
      </w:r>
    </w:p>
    <w:p>
      <w:pPr>
        <w:spacing w:after="60" w:line="250" w:lineRule="auto"/>
        <w:ind w:left="202" w:right="173"/>
      </w:pPr>
      <w:r>
        <w:rPr>
          <w:rFonts w:ascii="Georgia" w:hAnsi="Georgia"/>
          <w:b w:val="0"/>
          <w:i w:val="0"/>
          <w:color w:val="22201D"/>
          <w:sz w:val="17"/>
        </w:rPr>
        <w:t>Continue.</w:t>
      </w:r>
    </w:p>
    <w:p>
      <w:pPr>
        <w:spacing w:after="60" w:line="266" w:lineRule="auto"/>
        <w:ind w:firstLine="331"/>
        <w:jc w:val="both"/>
      </w:pPr>
      <w:r>
        <w:rPr>
          <w:rFonts w:ascii="Georgia" w:hAnsi="Georgia"/>
          <w:b w:val="0"/>
          <w:i w:val="0"/>
          <w:color w:val="22201D"/>
          <w:sz w:val="20"/>
        </w:rPr>
        <w:t>"I wanted one thing that was mine before he had an opinion about it."</w:t>
      </w:r>
    </w:p>
    <w:p>
      <w:pPr>
        <w:spacing w:after="60" w:line="266" w:lineRule="auto"/>
        <w:ind w:firstLine="331"/>
        <w:jc w:val="both"/>
      </w:pPr>
      <w:r>
        <w:rPr>
          <w:rFonts w:ascii="Georgia" w:hAnsi="Georgia"/>
          <w:b w:val="0"/>
          <w:i w:val="0"/>
          <w:color w:val="22201D"/>
          <w:sz w:val="20"/>
        </w:rPr>
        <w:t>The card printed:</w:t>
      </w:r>
    </w:p>
    <w:p>
      <w:pPr>
        <w:spacing w:after="60" w:line="250" w:lineRule="auto"/>
        <w:ind w:left="202" w:right="173"/>
      </w:pPr>
      <w:r>
        <w:rPr>
          <w:rFonts w:ascii="Georgia" w:hAnsi="Georgia"/>
          <w:b w:val="0"/>
          <w:i w:val="0"/>
          <w:color w:val="22201D"/>
          <w:sz w:val="17"/>
        </w:rPr>
        <w:t>Draft fragment: released</w:t>
      </w:r>
    </w:p>
    <w:p>
      <w:pPr>
        <w:spacing w:after="60" w:line="266" w:lineRule="auto"/>
        <w:ind w:firstLine="331"/>
        <w:jc w:val="both"/>
      </w:pPr>
      <w:r>
        <w:rPr>
          <w:rFonts w:ascii="Georgia" w:hAnsi="Georgia"/>
          <w:b w:val="0"/>
          <w:i w:val="0"/>
          <w:color w:val="22201D"/>
          <w:sz w:val="20"/>
        </w:rPr>
        <w:t>The hat looked less felt.</w:t>
      </w:r>
    </w:p>
    <w:p>
      <w:pPr>
        <w:spacing w:after="60" w:line="266" w:lineRule="auto"/>
        <w:ind w:firstLine="331"/>
        <w:jc w:val="both"/>
      </w:pPr>
      <w:r>
        <w:rPr>
          <w:rFonts w:ascii="Georgia" w:hAnsi="Georgia"/>
          <w:b w:val="0"/>
          <w:i w:val="0"/>
          <w:color w:val="22201D"/>
          <w:sz w:val="20"/>
        </w:rPr>
        <w:t>That was impossible, but only by the standards of people who had never watched an accessory lose a competition.</w:t>
      </w:r>
    </w:p>
    <w:p>
      <w:pPr>
        <w:spacing w:after="60" w:line="266" w:lineRule="auto"/>
        <w:ind w:firstLine="331"/>
        <w:jc w:val="both"/>
      </w:pPr>
      <w:r>
        <w:rPr>
          <w:rFonts w:ascii="Georgia" w:hAnsi="Georgia"/>
          <w:b w:val="0"/>
          <w:i w:val="0"/>
          <w:color w:val="22201D"/>
          <w:sz w:val="20"/>
        </w:rPr>
        <w:t>The table gained a fourth glass of water.</w:t>
      </w:r>
    </w:p>
    <w:p>
      <w:pPr>
        <w:spacing w:after="60" w:line="266" w:lineRule="auto"/>
        <w:ind w:firstLine="331"/>
        <w:jc w:val="both"/>
      </w:pPr>
      <w:r>
        <w:rPr>
          <w:rFonts w:ascii="Georgia" w:hAnsi="Georgia"/>
          <w:b w:val="0"/>
          <w:i w:val="0"/>
          <w:color w:val="22201D"/>
          <w:sz w:val="20"/>
        </w:rPr>
        <w:t>Evan looked at it.</w:t>
      </w:r>
    </w:p>
    <w:p>
      <w:pPr>
        <w:spacing w:after="60" w:line="266" w:lineRule="auto"/>
        <w:ind w:firstLine="331"/>
        <w:jc w:val="both"/>
      </w:pPr>
      <w:r>
        <w:rPr>
          <w:rFonts w:ascii="Georgia" w:hAnsi="Georgia"/>
          <w:b w:val="0"/>
          <w:i w:val="0"/>
          <w:color w:val="22201D"/>
          <w:sz w:val="20"/>
        </w:rPr>
        <w:t>"There are four of us."</w:t>
      </w:r>
    </w:p>
    <w:p>
      <w:pPr>
        <w:spacing w:after="60" w:line="266" w:lineRule="auto"/>
        <w:ind w:firstLine="331"/>
        <w:jc w:val="both"/>
      </w:pPr>
      <w:r>
        <w:rPr>
          <w:rFonts w:ascii="Georgia" w:hAnsi="Georgia"/>
          <w:b w:val="0"/>
          <w:i w:val="0"/>
          <w:color w:val="22201D"/>
          <w:sz w:val="20"/>
        </w:rPr>
        <w:t>"There are four glasses," said the Hostess.</w:t>
      </w:r>
    </w:p>
    <w:p>
      <w:pPr>
        <w:spacing w:after="60" w:line="266" w:lineRule="auto"/>
        <w:ind w:firstLine="331"/>
        <w:jc w:val="both"/>
      </w:pPr>
      <w:r>
        <w:rPr>
          <w:rFonts w:ascii="Georgia" w:hAnsi="Georgia"/>
          <w:b w:val="0"/>
          <w:i w:val="0"/>
          <w:color w:val="22201D"/>
          <w:sz w:val="20"/>
        </w:rPr>
        <w:t>"Is that different?"</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The reservation error printed:</w:t>
      </w:r>
    </w:p>
    <w:p>
      <w:pPr>
        <w:spacing w:after="60" w:line="250" w:lineRule="auto"/>
        <w:ind w:left="202" w:right="173"/>
      </w:pPr>
      <w:r>
        <w:rPr>
          <w:rFonts w:ascii="Georgia" w:hAnsi="Georgia"/>
          <w:b w:val="0"/>
          <w:i w:val="0"/>
          <w:color w:val="22201D"/>
          <w:sz w:val="17"/>
        </w:rPr>
        <w:t>Counting is not seating.</w:t>
      </w:r>
    </w:p>
    <w:p>
      <w:pPr>
        <w:spacing w:after="60" w:line="266" w:lineRule="auto"/>
        <w:ind w:firstLine="331"/>
        <w:jc w:val="both"/>
      </w:pPr>
      <w:r>
        <w:rPr>
          <w:rFonts w:ascii="Georgia" w:hAnsi="Georgia"/>
          <w:b w:val="0"/>
          <w:i w:val="0"/>
          <w:color w:val="22201D"/>
          <w:sz w:val="20"/>
        </w:rPr>
        <w:t>Steve underlined that.</w:t>
      </w:r>
    </w:p>
    <w:p>
      <w:pPr>
        <w:spacing w:after="60" w:line="266" w:lineRule="auto"/>
        <w:ind w:firstLine="331"/>
        <w:jc w:val="both"/>
      </w:pPr>
      <w:r>
        <w:rPr>
          <w:rFonts w:ascii="Georgia" w:hAnsi="Georgia"/>
          <w:b w:val="0"/>
          <w:i w:val="0"/>
          <w:color w:val="22201D"/>
          <w:sz w:val="20"/>
        </w:rPr>
        <w:t>Gerald did not tell him not to.</w:t>
      </w:r>
    </w:p>
    <w:p>
      <w:pPr>
        <w:spacing w:after="60" w:line="266" w:lineRule="auto"/>
        <w:ind w:firstLine="331"/>
        <w:jc w:val="both"/>
      </w:pPr>
      <w:r>
        <w:rPr>
          <w:rFonts w:ascii="Georgia" w:hAnsi="Georgia"/>
          <w:b w:val="0"/>
          <w:i w:val="0"/>
          <w:color w:val="22201D"/>
          <w:sz w:val="20"/>
        </w:rPr>
        <w:t>This meant Gerald agreed, or was too tired to fight arithmetic.</w:t>
      </w:r>
    </w:p>
    <w:p>
      <w:pPr>
        <w:spacing w:after="60" w:line="266" w:lineRule="auto"/>
        <w:ind w:firstLine="331"/>
        <w:jc w:val="both"/>
      </w:pPr>
      <w:r>
        <w:rPr>
          <w:rFonts w:ascii="Georgia" w:hAnsi="Georgia"/>
          <w:b w:val="0"/>
          <w:i w:val="0"/>
          <w:color w:val="22201D"/>
          <w:sz w:val="20"/>
        </w:rPr>
        <w:t>Flocc watched the four people outside become less arranged around the idea of entering. Something in him recognized the shift and disliked how much it resembled relief.</w:t>
      </w:r>
    </w:p>
    <w:p>
      <w:pPr>
        <w:spacing w:after="60" w:line="266" w:lineRule="auto"/>
        <w:ind w:firstLine="331"/>
        <w:jc w:val="both"/>
      </w:pPr>
      <w:r>
        <w:rPr>
          <w:rFonts w:ascii="Georgia" w:hAnsi="Georgia"/>
          <w:b w:val="0"/>
          <w:i w:val="0"/>
          <w:color w:val="22201D"/>
          <w:sz w:val="20"/>
        </w:rPr>
        <w:t>He whispered, "What would mine say?"</w:t>
      </w:r>
    </w:p>
    <w:p>
      <w:pPr>
        <w:spacing w:after="60" w:line="266" w:lineRule="auto"/>
        <w:ind w:firstLine="331"/>
        <w:jc w:val="both"/>
      </w:pPr>
      <w:r>
        <w:rPr>
          <w:rFonts w:ascii="Georgia" w:hAnsi="Georgia"/>
          <w:b w:val="0"/>
          <w:i w:val="0"/>
          <w:color w:val="22201D"/>
          <w:sz w:val="20"/>
        </w:rPr>
        <w:t>Mara looked at him.</w:t>
      </w:r>
    </w:p>
    <w:p>
      <w:pPr>
        <w:spacing w:after="60" w:line="266" w:lineRule="auto"/>
        <w:ind w:firstLine="331"/>
        <w:jc w:val="both"/>
      </w:pPr>
      <w:r>
        <w:rPr>
          <w:rFonts w:ascii="Georgia" w:hAnsi="Georgia"/>
          <w:b w:val="0"/>
          <w:i w:val="0"/>
          <w:color w:val="22201D"/>
          <w:sz w:val="20"/>
        </w:rPr>
        <w:t>"Your table card?"</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"You know."</w:t>
      </w:r>
    </w:p>
    <w:p>
      <w:pPr>
        <w:spacing w:after="60" w:line="266" w:lineRule="auto"/>
        <w:ind w:firstLine="331"/>
        <w:jc w:val="both"/>
      </w:pPr>
      <w:r>
        <w:rPr>
          <w:rFonts w:ascii="Georgia" w:hAnsi="Georgia"/>
          <w:b w:val="0"/>
          <w:i w:val="0"/>
          <w:color w:val="22201D"/>
          <w:sz w:val="20"/>
        </w:rPr>
        <w:t>"I do not."</w:t>
      </w:r>
    </w:p>
    <w:p>
      <w:pPr>
        <w:spacing w:after="60" w:line="266" w:lineRule="auto"/>
        <w:ind w:firstLine="331"/>
        <w:jc w:val="both"/>
      </w:pPr>
      <w:r>
        <w:rPr>
          <w:rFonts w:ascii="Georgia" w:hAnsi="Georgia"/>
          <w:b w:val="0"/>
          <w:i w:val="0"/>
          <w:color w:val="22201D"/>
          <w:sz w:val="20"/>
        </w:rPr>
        <w:t>"You do."</w:t>
      </w:r>
    </w:p>
    <w:p>
      <w:pPr>
        <w:spacing w:after="60" w:line="266" w:lineRule="auto"/>
        <w:ind w:firstLine="331"/>
        <w:jc w:val="both"/>
      </w:pPr>
      <w:r>
        <w:rPr>
          <w:rFonts w:ascii="Georgia" w:hAnsi="Georgia"/>
          <w:b w:val="0"/>
          <w:i w:val="0"/>
          <w:color w:val="22201D"/>
          <w:sz w:val="20"/>
        </w:rPr>
        <w:t>The menu opened.</w:t>
      </w:r>
    </w:p>
    <w:p>
      <w:pPr>
        <w:spacing w:after="60" w:line="266" w:lineRule="auto"/>
        <w:ind w:firstLine="331"/>
        <w:jc w:val="both"/>
      </w:pPr>
      <w:r>
        <w:rPr>
          <w:rFonts w:ascii="Georgia" w:hAnsi="Georgia"/>
          <w:b w:val="0"/>
          <w:i w:val="0"/>
          <w:color w:val="22201D"/>
          <w:sz w:val="20"/>
        </w:rPr>
        <w:t>Flocc put one hand on it.</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 menu stopped.</w:t>
      </w:r>
    </w:p>
    <w:p>
      <w:pPr>
        <w:spacing w:after="60" w:line="266" w:lineRule="auto"/>
        <w:ind w:firstLine="331"/>
        <w:jc w:val="both"/>
      </w:pPr>
      <w:r>
        <w:rPr>
          <w:rFonts w:ascii="Georgia" w:hAnsi="Georgia"/>
          <w:b w:val="0"/>
          <w:i w:val="0"/>
          <w:color w:val="22201D"/>
          <w:sz w:val="20"/>
        </w:rPr>
        <w:t>Mara noticed.</w:t>
      </w:r>
    </w:p>
    <w:p>
      <w:pPr>
        <w:spacing w:after="60" w:line="266" w:lineRule="auto"/>
        <w:ind w:firstLine="331"/>
        <w:jc w:val="both"/>
      </w:pPr>
      <w:r>
        <w:rPr>
          <w:rFonts w:ascii="Georgia" w:hAnsi="Georgia"/>
          <w:b w:val="0"/>
          <w:i w:val="0"/>
          <w:color w:val="22201D"/>
          <w:sz w:val="20"/>
        </w:rPr>
        <w:t>So did the Hostess.</w:t>
      </w:r>
    </w:p>
    <w:p>
      <w:pPr>
        <w:spacing w:after="60" w:line="266" w:lineRule="auto"/>
        <w:ind w:firstLine="331"/>
        <w:jc w:val="both"/>
      </w:pPr>
      <w:r>
        <w:rPr>
          <w:rFonts w:ascii="Georgia" w:hAnsi="Georgia"/>
          <w:b w:val="0"/>
          <w:i w:val="0"/>
          <w:color w:val="22201D"/>
          <w:sz w:val="20"/>
        </w:rPr>
        <w:t>So did the table card.</w:t>
      </w:r>
    </w:p>
    <w:p>
      <w:pPr>
        <w:spacing w:after="60" w:line="266" w:lineRule="auto"/>
        <w:ind w:firstLine="331"/>
        <w:jc w:val="both"/>
      </w:pPr>
      <w:r>
        <w:rPr>
          <w:rFonts w:ascii="Georgia" w:hAnsi="Georgia"/>
          <w:b w:val="0"/>
          <w:i w:val="0"/>
          <w:color w:val="22201D"/>
          <w:sz w:val="20"/>
        </w:rPr>
        <w:t>Worst of all, Flocc noticed.</w:t>
      </w:r>
    </w:p>
    <w:p>
      <w:pPr>
        <w:spacing w:after="60" w:line="266" w:lineRule="auto"/>
        <w:ind w:firstLine="331"/>
        <w:jc w:val="both"/>
      </w:pPr>
      <w:r>
        <w:rPr>
          <w:rFonts w:ascii="Georgia" w:hAnsi="Georgia"/>
          <w:b w:val="0"/>
          <w:i w:val="0"/>
          <w:color w:val="22201D"/>
          <w:sz w:val="20"/>
        </w:rPr>
        <w:t>He had stopped the menu because he did not want his prepared speech printed where other people could read it. That was reasonable. That was privacy. That was dignity. That was also, inconveniently, not the whole truth.</w:t>
      </w:r>
    </w:p>
    <w:p>
      <w:pPr>
        <w:spacing w:after="60" w:line="266" w:lineRule="auto"/>
        <w:ind w:firstLine="331"/>
        <w:jc w:val="both"/>
      </w:pPr>
      <w:r>
        <w:rPr>
          <w:rFonts w:ascii="Georgia" w:hAnsi="Georgia"/>
          <w:b w:val="0"/>
          <w:i w:val="0"/>
          <w:color w:val="22201D"/>
          <w:sz w:val="20"/>
        </w:rPr>
        <w:t>He did not want it printed because he wanted to keep using it.</w:t>
      </w:r>
    </w:p>
    <w:p>
      <w:pPr>
        <w:spacing w:after="60" w:line="266" w:lineRule="auto"/>
        <w:ind w:firstLine="331"/>
        <w:jc w:val="both"/>
      </w:pPr>
      <w:r>
        <w:rPr>
          <w:rFonts w:ascii="Georgia" w:hAnsi="Georgia"/>
          <w:b w:val="0"/>
          <w:i w:val="0"/>
          <w:color w:val="22201D"/>
          <w:sz w:val="20"/>
        </w:rPr>
        <w:t>The Hostess looked at him from the threshold.</w:t>
      </w:r>
    </w:p>
    <w:p>
      <w:pPr>
        <w:spacing w:after="60" w:line="266" w:lineRule="auto"/>
        <w:ind w:firstLine="331"/>
        <w:jc w:val="both"/>
      </w:pPr>
      <w:r>
        <w:rPr>
          <w:rFonts w:ascii="Georgia" w:hAnsi="Georgia"/>
          <w:b w:val="0"/>
          <w:i w:val="0"/>
          <w:color w:val="22201D"/>
          <w:sz w:val="20"/>
        </w:rPr>
        <w:t>"Flocc."</w:t>
      </w:r>
    </w:p>
    <w:p>
      <w:pPr>
        <w:spacing w:after="60" w:line="266" w:lineRule="auto"/>
        <w:ind w:firstLine="331"/>
        <w:jc w:val="both"/>
      </w:pPr>
      <w:r>
        <w:rPr>
          <w:rFonts w:ascii="Georgia" w:hAnsi="Georgia"/>
          <w:b w:val="0"/>
          <w:i w:val="0"/>
          <w:color w:val="22201D"/>
          <w:sz w:val="20"/>
        </w:rPr>
        <w:t>"I am not in line."</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"I am not trying to reserve the table."</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"Then I do not have to do this."</w:t>
      </w:r>
    </w:p>
    <w:p>
      <w:pPr>
        <w:spacing w:after="60" w:line="266" w:lineRule="auto"/>
        <w:ind w:firstLine="331"/>
        <w:jc w:val="both"/>
      </w:pPr>
      <w:r>
        <w:rPr>
          <w:rFonts w:ascii="Georgia" w:hAnsi="Georgia"/>
          <w:b w:val="0"/>
          <w:i w:val="0"/>
          <w:color w:val="22201D"/>
          <w:sz w:val="20"/>
        </w:rPr>
        <w:t>"Correct."</w:t>
      </w:r>
    </w:p>
    <w:p>
      <w:pPr>
        <w:spacing w:after="60" w:line="266" w:lineRule="auto"/>
        <w:ind w:firstLine="331"/>
        <w:jc w:val="both"/>
      </w:pPr>
      <w:r>
        <w:rPr>
          <w:rFonts w:ascii="Georgia" w:hAnsi="Georgia"/>
          <w:b w:val="0"/>
          <w:i w:val="0"/>
          <w:color w:val="22201D"/>
          <w:sz w:val="20"/>
        </w:rPr>
        <w:t>He waited.</w:t>
      </w:r>
    </w:p>
    <w:p>
      <w:pPr>
        <w:spacing w:after="60" w:line="266" w:lineRule="auto"/>
        <w:ind w:firstLine="331"/>
        <w:jc w:val="both"/>
      </w:pPr>
      <w:r>
        <w:rPr>
          <w:rFonts w:ascii="Georgia" w:hAnsi="Georgia"/>
          <w:b w:val="0"/>
          <w:i w:val="0"/>
          <w:color w:val="22201D"/>
          <w:sz w:val="20"/>
        </w:rPr>
        <w:t>The restaurant did not punish him.</w:t>
      </w:r>
    </w:p>
    <w:p>
      <w:pPr>
        <w:spacing w:after="60" w:line="266" w:lineRule="auto"/>
        <w:ind w:firstLine="331"/>
        <w:jc w:val="both"/>
      </w:pPr>
      <w:r>
        <w:rPr>
          <w:rFonts w:ascii="Georgia" w:hAnsi="Georgia"/>
          <w:b w:val="0"/>
          <w:i w:val="0"/>
          <w:color w:val="22201D"/>
          <w:sz w:val="20"/>
        </w:rPr>
        <w:t>This was rude.</w:t>
      </w:r>
    </w:p>
    <w:p>
      <w:pPr>
        <w:spacing w:after="60" w:line="266" w:lineRule="auto"/>
        <w:ind w:firstLine="331"/>
        <w:jc w:val="both"/>
      </w:pPr>
      <w:r>
        <w:rPr>
          <w:rFonts w:ascii="Georgia" w:hAnsi="Georgia"/>
          <w:b w:val="0"/>
          <w:i w:val="0"/>
          <w:color w:val="22201D"/>
          <w:sz w:val="20"/>
        </w:rPr>
        <w:t>Punishment would have let him object.</w:t>
      </w:r>
    </w:p>
    <w:p>
      <w:pPr>
        <w:spacing w:after="60" w:line="266" w:lineRule="auto"/>
        <w:ind w:firstLine="331"/>
        <w:jc w:val="both"/>
      </w:pPr>
      <w:r>
        <w:rPr>
          <w:rFonts w:ascii="Georgia" w:hAnsi="Georgia"/>
          <w:b w:val="0"/>
          <w:i w:val="0"/>
          <w:color w:val="22201D"/>
          <w:sz w:val="20"/>
        </w:rPr>
        <w:t>Mara's voice was quiet.</w:t>
      </w:r>
    </w:p>
    <w:p>
      <w:pPr>
        <w:spacing w:after="60" w:line="266" w:lineRule="auto"/>
        <w:ind w:firstLine="331"/>
        <w:jc w:val="both"/>
      </w:pPr>
      <w:r>
        <w:rPr>
          <w:rFonts w:ascii="Georgia" w:hAnsi="Georgia"/>
          <w:b w:val="0"/>
          <w:i w:val="0"/>
          <w:color w:val="22201D"/>
          <w:sz w:val="20"/>
        </w:rPr>
        <w:t>"You do not have to."</w:t>
      </w:r>
    </w:p>
    <w:p>
      <w:pPr>
        <w:spacing w:after="60" w:line="266" w:lineRule="auto"/>
        <w:ind w:firstLine="331"/>
        <w:jc w:val="both"/>
      </w:pPr>
      <w:r>
        <w:rPr>
          <w:rFonts w:ascii="Georgia" w:hAnsi="Georgia"/>
          <w:b w:val="0"/>
          <w:i w:val="0"/>
          <w:color w:val="22201D"/>
          <w:sz w:val="20"/>
        </w:rPr>
        <w:t>He looked at the closed menu under his hand.</w:t>
      </w:r>
    </w:p>
    <w:p>
      <w:pPr>
        <w:spacing w:after="60" w:line="266" w:lineRule="auto"/>
        <w:ind w:firstLine="331"/>
        <w:jc w:val="both"/>
      </w:pPr>
      <w:r>
        <w:rPr>
          <w:rFonts w:ascii="Georgia" w:hAnsi="Georgia"/>
          <w:b w:val="0"/>
          <w:i w:val="0"/>
          <w:color w:val="22201D"/>
          <w:sz w:val="20"/>
        </w:rPr>
        <w:t>He thought about the sentence he had been saving since the review slipped under the door. It had many versions, but all of them began the same way:</w:t>
      </w:r>
    </w:p>
    <w:p>
      <w:pPr>
        <w:spacing w:after="60" w:line="266" w:lineRule="auto"/>
        <w:ind w:firstLine="331"/>
        <w:jc w:val="both"/>
      </w:pPr>
      <w:r>
        <w:rPr>
          <w:rFonts w:ascii="Georgia" w:hAnsi="Georgia"/>
          <w:b w:val="0"/>
          <w:i w:val="0"/>
          <w:color w:val="22201D"/>
          <w:sz w:val="20"/>
        </w:rPr>
        <w:t>I can help explain.</w:t>
      </w:r>
    </w:p>
    <w:p>
      <w:pPr>
        <w:spacing w:after="60" w:line="266" w:lineRule="auto"/>
        <w:ind w:firstLine="331"/>
        <w:jc w:val="both"/>
      </w:pPr>
      <w:r>
        <w:rPr>
          <w:rFonts w:ascii="Georgia" w:hAnsi="Georgia"/>
          <w:b w:val="0"/>
          <w:i w:val="0"/>
          <w:color w:val="22201D"/>
          <w:sz w:val="20"/>
        </w:rPr>
        <w:t>The sentence looked noble from a distance. Up close it had little hooks.</w:t>
      </w:r>
    </w:p>
    <w:p>
      <w:pPr>
        <w:spacing w:after="60" w:line="266" w:lineRule="auto"/>
        <w:ind w:firstLine="331"/>
        <w:jc w:val="both"/>
      </w:pPr>
      <w:r>
        <w:rPr>
          <w:rFonts w:ascii="Georgia" w:hAnsi="Georgia"/>
          <w:b w:val="0"/>
          <w:i w:val="0"/>
          <w:color w:val="22201D"/>
          <w:sz w:val="20"/>
        </w:rPr>
        <w:t>I can help explain this place to them.</w:t>
      </w:r>
    </w:p>
    <w:p>
      <w:pPr>
        <w:spacing w:after="60" w:line="266" w:lineRule="auto"/>
        <w:ind w:firstLine="331"/>
        <w:jc w:val="both"/>
      </w:pPr>
      <w:r>
        <w:rPr>
          <w:rFonts w:ascii="Georgia" w:hAnsi="Georgia"/>
          <w:b w:val="0"/>
          <w:i w:val="0"/>
          <w:color w:val="22201D"/>
          <w:sz w:val="20"/>
        </w:rPr>
        <w:t>I can help explain what not to do.</w:t>
      </w:r>
    </w:p>
    <w:p>
      <w:pPr>
        <w:spacing w:after="60" w:line="266" w:lineRule="auto"/>
        <w:ind w:firstLine="331"/>
        <w:jc w:val="both"/>
      </w:pPr>
      <w:r>
        <w:rPr>
          <w:rFonts w:ascii="Georgia" w:hAnsi="Georgia"/>
          <w:b w:val="0"/>
          <w:i w:val="0"/>
          <w:color w:val="22201D"/>
          <w:sz w:val="20"/>
        </w:rPr>
        <w:t>I can help explain how you cannot explain it.</w:t>
      </w:r>
    </w:p>
    <w:p>
      <w:pPr>
        <w:spacing w:after="60" w:line="266" w:lineRule="auto"/>
        <w:ind w:firstLine="331"/>
        <w:jc w:val="both"/>
      </w:pPr>
      <w:r>
        <w:rPr>
          <w:rFonts w:ascii="Georgia" w:hAnsi="Georgia"/>
          <w:b w:val="0"/>
          <w:i w:val="0"/>
          <w:color w:val="22201D"/>
          <w:sz w:val="20"/>
        </w:rPr>
        <w:t>He hated that last one most because it was the most him.</w:t>
      </w:r>
    </w:p>
    <w:p>
      <w:pPr>
        <w:spacing w:after="60" w:line="266" w:lineRule="auto"/>
        <w:ind w:firstLine="331"/>
        <w:jc w:val="both"/>
      </w:pPr>
      <w:r>
        <w:rPr>
          <w:rFonts w:ascii="Georgia" w:hAnsi="Georgia"/>
          <w:b w:val="0"/>
          <w:i w:val="0"/>
          <w:color w:val="22201D"/>
          <w:sz w:val="20"/>
        </w:rPr>
        <w:t>Flocc lifted his hand from the menu.</w:t>
      </w:r>
    </w:p>
    <w:p>
      <w:pPr>
        <w:spacing w:after="60" w:line="266" w:lineRule="auto"/>
        <w:ind w:firstLine="331"/>
        <w:jc w:val="both"/>
      </w:pPr>
      <w:r>
        <w:rPr>
          <w:rFonts w:ascii="Georgia" w:hAnsi="Georgia"/>
          <w:b w:val="0"/>
          <w:i w:val="0"/>
          <w:color w:val="22201D"/>
          <w:sz w:val="20"/>
        </w:rPr>
        <w:t>The menu opened.</w:t>
      </w:r>
    </w:p>
    <w:p>
      <w:pPr>
        <w:spacing w:after="60" w:line="266" w:lineRule="auto"/>
        <w:ind w:firstLine="331"/>
        <w:jc w:val="both"/>
      </w:pPr>
      <w:r>
        <w:rPr>
          <w:rFonts w:ascii="Georgia" w:hAnsi="Georgia"/>
          <w:b w:val="0"/>
          <w:i w:val="0"/>
          <w:color w:val="22201D"/>
          <w:sz w:val="20"/>
        </w:rPr>
        <w:t>It printed:</w:t>
      </w:r>
    </w:p>
    <w:p>
      <w:pPr>
        <w:spacing w:after="60" w:line="250" w:lineRule="auto"/>
        <w:ind w:left="202" w:right="173"/>
      </w:pPr>
      <w:r>
        <w:rPr>
          <w:rFonts w:ascii="Georgia" w:hAnsi="Georgia"/>
          <w:b w:val="0"/>
          <w:i w:val="0"/>
          <w:color w:val="22201D"/>
          <w:sz w:val="17"/>
        </w:rPr>
        <w:t>Prepared speech detected: I can help explain.</w:t>
      </w:r>
    </w:p>
    <w:p>
      <w:pPr>
        <w:spacing w:after="60" w:line="266" w:lineRule="auto"/>
        <w:ind w:firstLine="331"/>
        <w:jc w:val="both"/>
      </w:pPr>
      <w:r>
        <w:rPr>
          <w:rFonts w:ascii="Georgia" w:hAnsi="Georgia"/>
          <w:b w:val="0"/>
          <w:i w:val="0"/>
          <w:color w:val="22201D"/>
          <w:sz w:val="20"/>
        </w:rPr>
        <w:t>No one laughed.</w:t>
      </w:r>
    </w:p>
    <w:p>
      <w:pPr>
        <w:spacing w:after="60" w:line="266" w:lineRule="auto"/>
        <w:ind w:firstLine="331"/>
        <w:jc w:val="both"/>
      </w:pPr>
      <w:r>
        <w:rPr>
          <w:rFonts w:ascii="Georgia" w:hAnsi="Georgia"/>
          <w:b w:val="0"/>
          <w:i w:val="0"/>
          <w:color w:val="22201D"/>
          <w:sz w:val="20"/>
        </w:rPr>
        <w:t>That helped.</w:t>
      </w:r>
    </w:p>
    <w:p>
      <w:pPr>
        <w:spacing w:after="60" w:line="266" w:lineRule="auto"/>
        <w:ind w:firstLine="331"/>
        <w:jc w:val="both"/>
      </w:pPr>
      <w:r>
        <w:rPr>
          <w:rFonts w:ascii="Georgia" w:hAnsi="Georgia"/>
          <w:b w:val="0"/>
          <w:i w:val="0"/>
          <w:color w:val="22201D"/>
          <w:sz w:val="20"/>
        </w:rPr>
        <w:t>It did not make it easier.</w:t>
      </w:r>
    </w:p>
    <w:p>
      <w:pPr>
        <w:spacing w:after="60" w:line="266" w:lineRule="auto"/>
        <w:ind w:firstLine="331"/>
        <w:jc w:val="both"/>
      </w:pPr>
      <w:r>
        <w:rPr>
          <w:rFonts w:ascii="Georgia" w:hAnsi="Georgia"/>
          <w:b w:val="0"/>
          <w:i w:val="0"/>
          <w:color w:val="22201D"/>
          <w:sz w:val="20"/>
        </w:rPr>
        <w:t>The Hostess said nothing.</w:t>
      </w:r>
    </w:p>
    <w:p>
      <w:pPr>
        <w:spacing w:after="60" w:line="266" w:lineRule="auto"/>
        <w:ind w:firstLine="331"/>
        <w:jc w:val="both"/>
      </w:pPr>
      <w:r>
        <w:rPr>
          <w:rFonts w:ascii="Georgia" w:hAnsi="Georgia"/>
          <w:b w:val="0"/>
          <w:i w:val="0"/>
          <w:color w:val="22201D"/>
          <w:sz w:val="20"/>
        </w:rPr>
        <w:t>Mara said nothing.</w:t>
      </w:r>
    </w:p>
    <w:p>
      <w:pPr>
        <w:spacing w:after="60" w:line="266" w:lineRule="auto"/>
        <w:ind w:firstLine="331"/>
        <w:jc w:val="both"/>
      </w:pPr>
      <w:r>
        <w:rPr>
          <w:rFonts w:ascii="Georgia" w:hAnsi="Georgia"/>
          <w:b w:val="0"/>
          <w:i w:val="0"/>
          <w:color w:val="22201D"/>
          <w:sz w:val="20"/>
        </w:rPr>
        <w:t>Gerald checked the door without making it an escape.</w:t>
      </w:r>
    </w:p>
    <w:p>
      <w:pPr>
        <w:spacing w:after="60" w:line="266" w:lineRule="auto"/>
        <w:ind w:firstLine="331"/>
        <w:jc w:val="both"/>
      </w:pPr>
      <w:r>
        <w:rPr>
          <w:rFonts w:ascii="Georgia" w:hAnsi="Georgia"/>
          <w:b w:val="0"/>
          <w:i w:val="0"/>
          <w:color w:val="22201D"/>
          <w:sz w:val="20"/>
        </w:rPr>
        <w:t>Steve looked very firmly at his folder.</w:t>
      </w:r>
    </w:p>
    <w:p>
      <w:pPr>
        <w:spacing w:after="60" w:line="266" w:lineRule="auto"/>
        <w:ind w:firstLine="331"/>
        <w:jc w:val="both"/>
      </w:pPr>
      <w:r>
        <w:rPr>
          <w:rFonts w:ascii="Georgia" w:hAnsi="Georgia"/>
          <w:b w:val="0"/>
          <w:i w:val="0"/>
          <w:color w:val="22201D"/>
          <w:sz w:val="20"/>
        </w:rPr>
        <w:t>Flocc read the sentence.</w:t>
      </w:r>
    </w:p>
    <w:p>
      <w:pPr>
        <w:spacing w:after="60" w:line="266" w:lineRule="auto"/>
        <w:ind w:firstLine="331"/>
        <w:jc w:val="both"/>
      </w:pPr>
      <w:r>
        <w:rPr>
          <w:rFonts w:ascii="Georgia" w:hAnsi="Georgia"/>
          <w:b w:val="0"/>
          <w:i w:val="0"/>
          <w:color w:val="22201D"/>
          <w:sz w:val="20"/>
        </w:rPr>
        <w:t>"I wanted to be useful," he said.</w:t>
      </w:r>
    </w:p>
    <w:p>
      <w:pPr>
        <w:spacing w:after="60" w:line="266" w:lineRule="auto"/>
        <w:ind w:firstLine="331"/>
        <w:jc w:val="both"/>
      </w:pPr>
      <w:r>
        <w:rPr>
          <w:rFonts w:ascii="Georgia" w:hAnsi="Georgia"/>
          <w:b w:val="0"/>
          <w:i w:val="0"/>
          <w:color w:val="22201D"/>
          <w:sz w:val="20"/>
        </w:rPr>
        <w:t>The menu printed:</w:t>
      </w:r>
    </w:p>
    <w:p>
      <w:pPr>
        <w:spacing w:after="60" w:line="250" w:lineRule="auto"/>
        <w:ind w:left="202" w:right="173"/>
      </w:pPr>
      <w:r>
        <w:rPr>
          <w:rFonts w:ascii="Georgia" w:hAnsi="Georgia"/>
          <w:b w:val="0"/>
          <w:i w:val="0"/>
          <w:color w:val="22201D"/>
          <w:sz w:val="17"/>
        </w:rPr>
        <w:t>Partial.</w:t>
      </w:r>
    </w:p>
    <w:p>
      <w:pPr>
        <w:spacing w:after="60" w:line="266" w:lineRule="auto"/>
        <w:ind w:firstLine="331"/>
        <w:jc w:val="both"/>
      </w:pPr>
      <w:r>
        <w:rPr>
          <w:rFonts w:ascii="Georgia" w:hAnsi="Georgia"/>
          <w:b w:val="0"/>
          <w:i w:val="0"/>
          <w:color w:val="22201D"/>
          <w:sz w:val="20"/>
        </w:rPr>
        <w:t>He closed his eyes.</w:t>
      </w:r>
    </w:p>
    <w:p>
      <w:pPr>
        <w:spacing w:after="60" w:line="266" w:lineRule="auto"/>
        <w:ind w:firstLine="331"/>
        <w:jc w:val="both"/>
      </w:pPr>
      <w:r>
        <w:rPr>
          <w:rFonts w:ascii="Georgia" w:hAnsi="Georgia"/>
          <w:b w:val="0"/>
          <w:i w:val="0"/>
          <w:color w:val="22201D"/>
          <w:sz w:val="20"/>
        </w:rPr>
        <w:t>"I wanted to be useful in a way that made me hard to criticize."</w:t>
      </w:r>
    </w:p>
    <w:p>
      <w:pPr>
        <w:spacing w:after="60" w:line="266" w:lineRule="auto"/>
        <w:ind w:firstLine="331"/>
        <w:jc w:val="both"/>
      </w:pPr>
      <w:r>
        <w:rPr>
          <w:rFonts w:ascii="Georgia" w:hAnsi="Georgia"/>
          <w:b w:val="0"/>
          <w:i w:val="0"/>
          <w:color w:val="22201D"/>
          <w:sz w:val="20"/>
        </w:rPr>
        <w:t>The menu printed:</w:t>
      </w:r>
    </w:p>
    <w:p>
      <w:pPr>
        <w:spacing w:after="60" w:line="250" w:lineRule="auto"/>
        <w:ind w:left="202" w:right="173"/>
      </w:pPr>
      <w:r>
        <w:rPr>
          <w:rFonts w:ascii="Georgia" w:hAnsi="Georgia"/>
          <w:b w:val="0"/>
          <w:i w:val="0"/>
          <w:color w:val="22201D"/>
          <w:sz w:val="17"/>
        </w:rPr>
        <w:t>Closer.</w:t>
      </w:r>
    </w:p>
    <w:p>
      <w:pPr>
        <w:spacing w:after="60" w:line="266" w:lineRule="auto"/>
        <w:ind w:firstLine="331"/>
        <w:jc w:val="both"/>
      </w:pPr>
      <w:r>
        <w:rPr>
          <w:rFonts w:ascii="Georgia" w:hAnsi="Georgia"/>
          <w:b w:val="0"/>
          <w:i w:val="0"/>
          <w:color w:val="22201D"/>
          <w:sz w:val="20"/>
        </w:rPr>
        <w:t>He took a breath.</w:t>
      </w:r>
    </w:p>
    <w:p>
      <w:pPr>
        <w:spacing w:after="60" w:line="266" w:lineRule="auto"/>
        <w:ind w:firstLine="331"/>
        <w:jc w:val="both"/>
      </w:pPr>
      <w:r>
        <w:rPr>
          <w:rFonts w:ascii="Georgia" w:hAnsi="Georgia"/>
          <w:b w:val="0"/>
          <w:i w:val="0"/>
          <w:color w:val="22201D"/>
          <w:sz w:val="20"/>
        </w:rPr>
        <w:t>"I wanted to be someone who understood this place better than the people outside, because then being inside would mean something about me."</w:t>
      </w:r>
    </w:p>
    <w:p>
      <w:pPr>
        <w:spacing w:after="60" w:line="266" w:lineRule="auto"/>
        <w:ind w:firstLine="331"/>
        <w:jc w:val="both"/>
      </w:pPr>
      <w:r>
        <w:rPr>
          <w:rFonts w:ascii="Georgia" w:hAnsi="Georgia"/>
          <w:b w:val="0"/>
          <w:i w:val="0"/>
          <w:color w:val="22201D"/>
          <w:sz w:val="20"/>
        </w:rPr>
        <w:t>The menu waited.</w:t>
      </w:r>
    </w:p>
    <w:p>
      <w:pPr>
        <w:spacing w:after="60" w:line="266" w:lineRule="auto"/>
        <w:ind w:firstLine="331"/>
        <w:jc w:val="both"/>
      </w:pPr>
      <w:r>
        <w:rPr>
          <w:rFonts w:ascii="Georgia" w:hAnsi="Georgia"/>
          <w:b w:val="0"/>
          <w:i w:val="0"/>
          <w:color w:val="22201D"/>
          <w:sz w:val="20"/>
        </w:rPr>
        <w:t>Then:</w:t>
      </w:r>
    </w:p>
    <w:p>
      <w:pPr>
        <w:spacing w:after="60" w:line="250" w:lineRule="auto"/>
        <w:ind w:left="202" w:right="173"/>
      </w:pPr>
      <w:r>
        <w:rPr>
          <w:rFonts w:ascii="Georgia" w:hAnsi="Georgia"/>
          <w:b w:val="0"/>
          <w:i w:val="0"/>
          <w:color w:val="22201D"/>
          <w:sz w:val="17"/>
        </w:rPr>
        <w:t>Draft fragment: released</w:t>
      </w:r>
    </w:p>
    <w:p>
      <w:pPr>
        <w:spacing w:after="60" w:line="266" w:lineRule="auto"/>
        <w:ind w:firstLine="331"/>
        <w:jc w:val="both"/>
      </w:pPr>
      <w:r>
        <w:rPr>
          <w:rFonts w:ascii="Georgia" w:hAnsi="Georgia"/>
          <w:b w:val="0"/>
          <w:i w:val="0"/>
          <w:color w:val="22201D"/>
          <w:sz w:val="20"/>
        </w:rPr>
        <w:t>Flocc felt no triumph.</w:t>
      </w:r>
    </w:p>
    <w:p>
      <w:pPr>
        <w:spacing w:after="60" w:line="266" w:lineRule="auto"/>
        <w:ind w:firstLine="331"/>
        <w:jc w:val="both"/>
      </w:pPr>
      <w:r>
        <w:rPr>
          <w:rFonts w:ascii="Georgia" w:hAnsi="Georgia"/>
          <w:b w:val="0"/>
          <w:i w:val="0"/>
          <w:color w:val="22201D"/>
          <w:sz w:val="20"/>
        </w:rPr>
        <w:t>This was how he knew it had not become performance fast enough to save him.</w:t>
      </w:r>
    </w:p>
    <w:p>
      <w:pPr>
        <w:spacing w:after="60" w:line="266" w:lineRule="auto"/>
        <w:ind w:firstLine="331"/>
        <w:jc w:val="both"/>
      </w:pPr>
      <w:r>
        <w:rPr>
          <w:rFonts w:ascii="Georgia" w:hAnsi="Georgia"/>
          <w:b w:val="0"/>
          <w:i w:val="0"/>
          <w:color w:val="22201D"/>
          <w:sz w:val="20"/>
        </w:rPr>
        <w:t>Mara put her hand on the table between them.</w:t>
      </w:r>
    </w:p>
    <w:p>
      <w:pPr>
        <w:spacing w:after="60" w:line="266" w:lineRule="auto"/>
        <w:ind w:firstLine="331"/>
        <w:jc w:val="both"/>
      </w:pPr>
      <w:r>
        <w:rPr>
          <w:rFonts w:ascii="Georgia" w:hAnsi="Georgia"/>
          <w:b w:val="0"/>
          <w:i w:val="0"/>
          <w:color w:val="22201D"/>
          <w:sz w:val="20"/>
        </w:rPr>
        <w:t>Not on him.</w:t>
      </w:r>
    </w:p>
    <w:p>
      <w:pPr>
        <w:spacing w:after="60" w:line="266" w:lineRule="auto"/>
        <w:ind w:firstLine="331"/>
        <w:jc w:val="both"/>
      </w:pPr>
      <w:r>
        <w:rPr>
          <w:rFonts w:ascii="Georgia" w:hAnsi="Georgia"/>
          <w:b w:val="0"/>
          <w:i w:val="0"/>
          <w:color w:val="22201D"/>
          <w:sz w:val="20"/>
        </w:rPr>
        <w:t>Between.</w:t>
      </w:r>
    </w:p>
    <w:p>
      <w:pPr>
        <w:spacing w:after="60" w:line="266" w:lineRule="auto"/>
        <w:ind w:firstLine="331"/>
        <w:jc w:val="both"/>
      </w:pPr>
      <w:r>
        <w:rPr>
          <w:rFonts w:ascii="Georgia" w:hAnsi="Georgia"/>
          <w:b w:val="0"/>
          <w:i w:val="0"/>
          <w:color w:val="22201D"/>
          <w:sz w:val="20"/>
        </w:rPr>
        <w:t>The Hostess turned back to the line.</w:t>
      </w:r>
    </w:p>
    <w:p>
      <w:pPr>
        <w:spacing w:after="60" w:line="266" w:lineRule="auto"/>
        <w:ind w:firstLine="331"/>
        <w:jc w:val="both"/>
      </w:pPr>
      <w:r>
        <w:rPr>
          <w:rFonts w:ascii="Georgia" w:hAnsi="Georgia"/>
          <w:b w:val="0"/>
          <w:i w:val="0"/>
          <w:color w:val="22201D"/>
          <w:sz w:val="20"/>
        </w:rPr>
        <w:t>"Approach complete."</w:t>
      </w:r>
    </w:p>
    <w:p>
      <w:pPr>
        <w:spacing w:after="60" w:line="266" w:lineRule="auto"/>
        <w:ind w:firstLine="331"/>
        <w:jc w:val="both"/>
      </w:pPr>
      <w:r>
        <w:rPr>
          <w:rFonts w:ascii="Georgia" w:hAnsi="Georgia"/>
          <w:b w:val="0"/>
          <w:i w:val="0"/>
          <w:color w:val="22201D"/>
          <w:sz w:val="20"/>
        </w:rPr>
        <w:t>Evan looked at the table inside.</w:t>
      </w:r>
    </w:p>
    <w:p>
      <w:pPr>
        <w:spacing w:after="60" w:line="266" w:lineRule="auto"/>
        <w:ind w:firstLine="331"/>
        <w:jc w:val="both"/>
      </w:pPr>
      <w:r>
        <w:rPr>
          <w:rFonts w:ascii="Georgia" w:hAnsi="Georgia"/>
          <w:b w:val="0"/>
          <w:i w:val="0"/>
          <w:color w:val="22201D"/>
          <w:sz w:val="20"/>
        </w:rPr>
        <w:t>"Now do we sit?"</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 four people outside made a sound that was not a complaint only because the adjective dish was listening.</w:t>
      </w:r>
    </w:p>
    <w:p>
      <w:pPr>
        <w:spacing w:after="60" w:line="266" w:lineRule="auto"/>
        <w:ind w:firstLine="331"/>
        <w:jc w:val="both"/>
      </w:pPr>
      <w:r>
        <w:rPr>
          <w:rFonts w:ascii="Georgia" w:hAnsi="Georgia"/>
          <w:b w:val="0"/>
          <w:i w:val="0"/>
          <w:color w:val="22201D"/>
          <w:sz w:val="20"/>
        </w:rPr>
        <w:t>The Hostess placed the table card on the small round table.</w:t>
      </w:r>
    </w:p>
    <w:p>
      <w:pPr>
        <w:spacing w:after="60" w:line="266" w:lineRule="auto"/>
        <w:ind w:firstLine="331"/>
        <w:jc w:val="both"/>
      </w:pPr>
      <w:r>
        <w:rPr>
          <w:rFonts w:ascii="Georgia" w:hAnsi="Georgia"/>
          <w:b w:val="0"/>
          <w:i w:val="0"/>
          <w:color w:val="22201D"/>
          <w:sz w:val="20"/>
        </w:rPr>
        <w:t>The card printed:</w:t>
      </w:r>
    </w:p>
    <w:p>
      <w:pPr>
        <w:spacing w:after="60" w:line="250" w:lineRule="auto"/>
        <w:ind w:left="202" w:right="173"/>
      </w:pPr>
      <w:r>
        <w:rPr>
          <w:rFonts w:ascii="Georgia" w:hAnsi="Georgia"/>
          <w:b w:val="0"/>
          <w:i w:val="0"/>
          <w:color w:val="22201D"/>
          <w:sz w:val="17"/>
        </w:rPr>
        <w:t>TABLE CARD  Reserved by: forgetting  Not for: Evan PORTLAND'S BITES the camera the hat Flocc's explanation  Available condition: approach without rehearsed arrival  Status: not seated not denied held</w:t>
      </w:r>
    </w:p>
    <w:p>
      <w:pPr>
        <w:spacing w:after="60" w:line="266" w:lineRule="auto"/>
        <w:ind w:firstLine="331"/>
        <w:jc w:val="both"/>
      </w:pPr>
      <w:r>
        <w:rPr>
          <w:rFonts w:ascii="Georgia" w:hAnsi="Georgia"/>
          <w:b w:val="0"/>
          <w:i w:val="0"/>
          <w:color w:val="22201D"/>
          <w:sz w:val="20"/>
        </w:rPr>
        <w:t>The table shifted once.</w:t>
      </w:r>
    </w:p>
    <w:p>
      <w:pPr>
        <w:spacing w:after="60" w:line="266" w:lineRule="auto"/>
        <w:ind w:firstLine="331"/>
        <w:jc w:val="both"/>
      </w:pPr>
      <w:r>
        <w:rPr>
          <w:rFonts w:ascii="Georgia" w:hAnsi="Georgia"/>
          <w:b w:val="0"/>
          <w:i w:val="0"/>
          <w:color w:val="22201D"/>
          <w:sz w:val="20"/>
        </w:rPr>
        <w:t>Four chairs appeared.</w:t>
      </w:r>
    </w:p>
    <w:p>
      <w:pPr>
        <w:spacing w:after="60" w:line="266" w:lineRule="auto"/>
        <w:ind w:firstLine="331"/>
        <w:jc w:val="both"/>
      </w:pPr>
      <w:r>
        <w:rPr>
          <w:rFonts w:ascii="Georgia" w:hAnsi="Georgia"/>
          <w:b w:val="0"/>
          <w:i w:val="0"/>
          <w:color w:val="22201D"/>
          <w:sz w:val="20"/>
        </w:rPr>
        <w:t>Then disappeared.</w:t>
      </w:r>
    </w:p>
    <w:p>
      <w:pPr>
        <w:spacing w:after="60" w:line="266" w:lineRule="auto"/>
        <w:ind w:firstLine="331"/>
        <w:jc w:val="both"/>
      </w:pPr>
      <w:r>
        <w:rPr>
          <w:rFonts w:ascii="Georgia" w:hAnsi="Georgia"/>
          <w:b w:val="0"/>
          <w:i w:val="0"/>
          <w:color w:val="22201D"/>
          <w:sz w:val="20"/>
        </w:rPr>
        <w:t>Everyone saw them.</w:t>
      </w:r>
    </w:p>
    <w:p>
      <w:pPr>
        <w:spacing w:after="60" w:line="266" w:lineRule="auto"/>
        <w:ind w:firstLine="331"/>
        <w:jc w:val="both"/>
      </w:pPr>
      <w:r>
        <w:rPr>
          <w:rFonts w:ascii="Georgia" w:hAnsi="Georgia"/>
          <w:b w:val="0"/>
          <w:i w:val="0"/>
          <w:color w:val="22201D"/>
          <w:sz w:val="20"/>
        </w:rPr>
        <w:t>Everyone pretended not to have needed them.</w:t>
      </w:r>
    </w:p>
    <w:p>
      <w:pPr>
        <w:spacing w:after="60" w:line="266" w:lineRule="auto"/>
        <w:ind w:firstLine="331"/>
        <w:jc w:val="both"/>
      </w:pPr>
      <w:r>
        <w:rPr>
          <w:rFonts w:ascii="Georgia" w:hAnsi="Georgia"/>
          <w:b w:val="0"/>
          <w:i w:val="0"/>
          <w:color w:val="22201D"/>
          <w:sz w:val="20"/>
        </w:rPr>
        <w:t>The Hostess said, "Good. You can wait now."</w:t>
      </w:r>
    </w:p>
    <w:p>
      <w:pPr>
        <w:spacing w:after="60" w:line="266" w:lineRule="auto"/>
        <w:ind w:firstLine="331"/>
        <w:jc w:val="both"/>
      </w:pPr>
      <w:r>
        <w:rPr>
          <w:rFonts w:ascii="Georgia" w:hAnsi="Georgia"/>
          <w:b w:val="0"/>
          <w:i w:val="0"/>
          <w:color w:val="22201D"/>
          <w:sz w:val="20"/>
        </w:rPr>
        <w:t>Evan said, "We were already waiting."</w:t>
      </w:r>
    </w:p>
    <w:p>
      <w:pPr>
        <w:spacing w:after="60" w:line="266" w:lineRule="auto"/>
        <w:ind w:firstLine="331"/>
        <w:jc w:val="both"/>
      </w:pPr>
      <w:r>
        <w:rPr>
          <w:rFonts w:ascii="Georgia" w:hAnsi="Georgia"/>
          <w:b w:val="0"/>
          <w:i w:val="0"/>
          <w:color w:val="22201D"/>
          <w:sz w:val="20"/>
        </w:rPr>
        <w:t>"No," said the Hostess. "You were arriving for a story."</w:t>
      </w:r>
    </w:p>
    <w:p>
      <w:pPr>
        <w:spacing w:after="60" w:line="266" w:lineRule="auto"/>
        <w:ind w:firstLine="331"/>
        <w:jc w:val="both"/>
      </w:pPr>
      <w:r>
        <w:rPr>
          <w:rFonts w:ascii="Georgia" w:hAnsi="Georgia"/>
          <w:b w:val="0"/>
          <w:i w:val="0"/>
          <w:color w:val="22201D"/>
          <w:sz w:val="20"/>
        </w:rPr>
        <w:t>The table card printed:</w:t>
      </w:r>
    </w:p>
    <w:p>
      <w:pPr>
        <w:spacing w:after="60" w:line="250" w:lineRule="auto"/>
        <w:ind w:left="202" w:right="173"/>
      </w:pPr>
      <w:r>
        <w:rPr>
          <w:rFonts w:ascii="Georgia" w:hAnsi="Georgia"/>
          <w:b w:val="0"/>
          <w:i w:val="0"/>
          <w:color w:val="22201D"/>
          <w:sz w:val="17"/>
        </w:rPr>
        <w:t>Waiting: now possible</w:t>
      </w:r>
    </w:p>
    <w:p>
      <w:pPr>
        <w:spacing w:after="60" w:line="266" w:lineRule="auto"/>
        <w:ind w:firstLine="331"/>
        <w:jc w:val="both"/>
      </w:pPr>
      <w:r>
        <w:rPr>
          <w:rFonts w:ascii="Georgia" w:hAnsi="Georgia"/>
          <w:b w:val="0"/>
          <w:i w:val="0"/>
          <w:color w:val="22201D"/>
          <w:sz w:val="20"/>
        </w:rPr>
        <w:t>Outside, the line changed again.</w:t>
      </w:r>
    </w:p>
    <w:p>
      <w:pPr>
        <w:spacing w:after="60" w:line="266" w:lineRule="auto"/>
        <w:ind w:firstLine="331"/>
        <w:jc w:val="both"/>
      </w:pPr>
      <w:r>
        <w:rPr>
          <w:rFonts w:ascii="Georgia" w:hAnsi="Georgia"/>
          <w:b w:val="0"/>
          <w:i w:val="0"/>
          <w:color w:val="22201D"/>
          <w:sz w:val="20"/>
        </w:rPr>
        <w:t>It did not become shorter.</w:t>
      </w:r>
    </w:p>
    <w:p>
      <w:pPr>
        <w:spacing w:after="60" w:line="266" w:lineRule="auto"/>
        <w:ind w:firstLine="331"/>
        <w:jc w:val="both"/>
      </w:pPr>
      <w:r>
        <w:rPr>
          <w:rFonts w:ascii="Georgia" w:hAnsi="Georgia"/>
          <w:b w:val="0"/>
          <w:i w:val="0"/>
          <w:color w:val="22201D"/>
          <w:sz w:val="20"/>
        </w:rPr>
        <w:t>It became less aimed.</w:t>
      </w:r>
    </w:p>
    <w:p>
      <w:pPr>
        <w:spacing w:after="60" w:line="266" w:lineRule="auto"/>
        <w:ind w:firstLine="331"/>
        <w:jc w:val="both"/>
      </w:pPr>
      <w:r>
        <w:rPr>
          <w:rFonts w:ascii="Georgia" w:hAnsi="Georgia"/>
          <w:b w:val="0"/>
          <w:i w:val="0"/>
          <w:color w:val="22201D"/>
          <w:sz w:val="20"/>
        </w:rPr>
        <w:t>That was not the same as patience, but patience could see it from there.</w:t>
      </w:r>
    </w:p>
    <w:p>
      <w:pPr>
        <w:spacing w:after="60" w:line="266" w:lineRule="auto"/>
        <w:ind w:firstLine="331"/>
        <w:jc w:val="both"/>
      </w:pPr>
      <w:r>
        <w:rPr>
          <w:rFonts w:ascii="Georgia" w:hAnsi="Georgia"/>
          <w:b w:val="0"/>
          <w:i w:val="0"/>
          <w:color w:val="22201D"/>
          <w:sz w:val="20"/>
        </w:rPr>
        <w:t>The brass dish rang once.</w:t>
      </w:r>
    </w:p>
    <w:p>
      <w:pPr>
        <w:spacing w:after="60" w:line="266" w:lineRule="auto"/>
        <w:ind w:firstLine="331"/>
        <w:jc w:val="both"/>
      </w:pPr>
      <w:r>
        <w:rPr>
          <w:rFonts w:ascii="Georgia" w:hAnsi="Georgia"/>
          <w:b w:val="0"/>
          <w:i w:val="0"/>
          <w:color w:val="22201D"/>
          <w:sz w:val="20"/>
        </w:rPr>
        <w:t>Not from the adjectives.</w:t>
      </w:r>
    </w:p>
    <w:p>
      <w:pPr>
        <w:spacing w:after="60" w:line="266" w:lineRule="auto"/>
        <w:ind w:firstLine="331"/>
        <w:jc w:val="both"/>
      </w:pPr>
      <w:r>
        <w:rPr>
          <w:rFonts w:ascii="Georgia" w:hAnsi="Georgia"/>
          <w:b w:val="0"/>
          <w:i w:val="0"/>
          <w:color w:val="22201D"/>
          <w:sz w:val="20"/>
        </w:rPr>
        <w:t>From the kitchen.</w:t>
      </w:r>
    </w:p>
    <w:p>
      <w:pPr>
        <w:spacing w:after="60" w:line="266" w:lineRule="auto"/>
        <w:ind w:firstLine="331"/>
        <w:jc w:val="both"/>
      </w:pPr>
      <w:r>
        <w:rPr>
          <w:rFonts w:ascii="Georgia" w:hAnsi="Georgia"/>
          <w:b w:val="0"/>
          <w:i w:val="0"/>
          <w:color w:val="22201D"/>
          <w:sz w:val="20"/>
        </w:rPr>
        <w:t>Gerald turned.</w:t>
      </w:r>
    </w:p>
    <w:p>
      <w:pPr>
        <w:spacing w:after="60" w:line="266" w:lineRule="auto"/>
        <w:ind w:firstLine="331"/>
        <w:jc w:val="both"/>
      </w:pPr>
      <w:r>
        <w:rPr>
          <w:rFonts w:ascii="Georgia" w:hAnsi="Georgia"/>
          <w:b w:val="0"/>
          <w:i w:val="0"/>
          <w:color w:val="22201D"/>
          <w:sz w:val="20"/>
        </w:rPr>
        <w:t>"What was that?"</w:t>
      </w:r>
    </w:p>
    <w:p>
      <w:pPr>
        <w:spacing w:after="60" w:line="266" w:lineRule="auto"/>
        <w:ind w:firstLine="331"/>
        <w:jc w:val="both"/>
      </w:pPr>
      <w:r>
        <w:rPr>
          <w:rFonts w:ascii="Georgia" w:hAnsi="Georgia"/>
          <w:b w:val="0"/>
          <w:i w:val="0"/>
          <w:color w:val="22201D"/>
          <w:sz w:val="20"/>
        </w:rPr>
        <w:t>The Hostess looked toward the pass.</w:t>
      </w:r>
    </w:p>
    <w:p>
      <w:pPr>
        <w:spacing w:after="60" w:line="266" w:lineRule="auto"/>
        <w:ind w:firstLine="331"/>
        <w:jc w:val="both"/>
      </w:pPr>
      <w:r>
        <w:rPr>
          <w:rFonts w:ascii="Georgia" w:hAnsi="Georgia"/>
          <w:b w:val="0"/>
          <w:i w:val="0"/>
          <w:color w:val="22201D"/>
          <w:sz w:val="20"/>
        </w:rPr>
        <w:t>A small yellow-green flash moved behind the swinging door, bright enough to make the silverware remember weather.</w:t>
      </w:r>
    </w:p>
    <w:p>
      <w:pPr>
        <w:spacing w:after="60" w:line="266" w:lineRule="auto"/>
        <w:ind w:firstLine="331"/>
        <w:jc w:val="both"/>
      </w:pPr>
      <w:r>
        <w:rPr>
          <w:rFonts w:ascii="Georgia" w:hAnsi="Georgia"/>
          <w:b w:val="0"/>
          <w:i w:val="0"/>
          <w:color w:val="22201D"/>
          <w:sz w:val="20"/>
        </w:rPr>
        <w:t>The air filled with pineapple, basil, and something electrical that had not yet signed a safety acknowledgment.</w:t>
      </w:r>
    </w:p>
    <w:p>
      <w:pPr>
        <w:spacing w:after="60" w:line="266" w:lineRule="auto"/>
        <w:ind w:firstLine="331"/>
        <w:jc w:val="both"/>
      </w:pPr>
      <w:r>
        <w:rPr>
          <w:rFonts w:ascii="Georgia" w:hAnsi="Georgia"/>
          <w:b w:val="0"/>
          <w:i w:val="0"/>
          <w:color w:val="22201D"/>
          <w:sz w:val="20"/>
        </w:rPr>
        <w:t>Gerald said, "No."</w:t>
      </w:r>
    </w:p>
    <w:p>
      <w:pPr>
        <w:spacing w:after="60" w:line="266" w:lineRule="auto"/>
        <w:ind w:firstLine="331"/>
        <w:jc w:val="both"/>
      </w:pPr>
      <w:r>
        <w:rPr>
          <w:rFonts w:ascii="Georgia" w:hAnsi="Georgia"/>
          <w:b w:val="0"/>
          <w:i w:val="0"/>
          <w:color w:val="22201D"/>
          <w:sz w:val="20"/>
        </w:rPr>
        <w:t>The table card printed:</w:t>
      </w:r>
    </w:p>
    <w:p>
      <w:pPr>
        <w:spacing w:after="60" w:line="250" w:lineRule="auto"/>
        <w:ind w:left="202" w:right="173"/>
      </w:pPr>
      <w:r>
        <w:rPr>
          <w:rFonts w:ascii="Georgia" w:hAnsi="Georgia"/>
          <w:b w:val="0"/>
          <w:i w:val="0"/>
          <w:color w:val="22201D"/>
          <w:sz w:val="17"/>
        </w:rPr>
        <w:t>Next required document: sauce warning</w:t>
      </w:r>
    </w:p>
    <w:p>
      <w:pPr>
        <w:spacing w:after="60" w:line="266" w:lineRule="auto"/>
        <w:ind w:firstLine="331"/>
        <w:jc w:val="both"/>
      </w:pPr>
      <w:r>
        <w:rPr>
          <w:rFonts w:ascii="Georgia" w:hAnsi="Georgia"/>
          <w:b w:val="0"/>
          <w:i w:val="0"/>
          <w:color w:val="22201D"/>
          <w:sz w:val="20"/>
        </w:rPr>
        <w:t>The Hostess looked at him.</w:t>
      </w:r>
    </w:p>
    <w:p>
      <w:pPr>
        <w:spacing w:after="60" w:line="266" w:lineRule="auto"/>
        <w:ind w:firstLine="331"/>
        <w:jc w:val="both"/>
      </w:pPr>
      <w:r>
        <w:rPr>
          <w:rFonts w:ascii="Georgia" w:hAnsi="Georgia"/>
          <w:b w:val="0"/>
          <w:i w:val="0"/>
          <w:color w:val="22201D"/>
          <w:sz w:val="20"/>
        </w:rPr>
        <w:t>"Today?"</w:t>
      </w:r>
    </w:p>
    <w:p>
      <w:pPr>
        <w:spacing w:after="60" w:line="266" w:lineRule="auto"/>
        <w:ind w:firstLine="331"/>
        <w:jc w:val="both"/>
      </w:pPr>
      <w:r>
        <w:rPr>
          <w:rFonts w:ascii="Georgia" w:hAnsi="Georgia"/>
          <w:b w:val="0"/>
          <w:i w:val="0"/>
          <w:color w:val="22201D"/>
          <w:sz w:val="20"/>
        </w:rPr>
        <w:t>Gerald was already moving toward the hand sink.</w:t>
      </w:r>
    </w:p>
    <w:p>
      <w:pPr>
        <w:spacing w:after="60" w:line="266" w:lineRule="auto"/>
        <w:ind w:firstLine="331"/>
        <w:jc w:val="both"/>
      </w:pPr>
      <w:r>
        <w:rPr>
          <w:rFonts w:ascii="Georgia" w:hAnsi="Georgia"/>
          <w:b w:val="0"/>
          <w:i w:val="0"/>
          <w:color w:val="22201D"/>
          <w:sz w:val="20"/>
        </w:rPr>
        <w:t>"Today with controls."</w:t>
      </w:r>
    </w:p>
    <w:p>
      <w:pPr>
        <w:spacing w:after="60" w:line="266" w:lineRule="auto"/>
        <w:ind w:firstLine="331"/>
        <w:jc w:val="both"/>
      </w:pPr>
      <w:r>
        <w:rPr>
          <w:rFonts w:ascii="Georgia" w:hAnsi="Georgia"/>
          <w:b w:val="0"/>
          <w:i w:val="0"/>
          <w:color w:val="22201D"/>
          <w:sz w:val="20"/>
        </w:rPr>
        <w:t>At the bottom of the table card, a final line appeared:</w:t>
      </w:r>
    </w:p>
    <w:p>
      <w:pPr>
        <w:spacing w:after="60" w:line="250" w:lineRule="auto"/>
        <w:ind w:left="202" w:right="173"/>
      </w:pPr>
      <w:r>
        <w:rPr>
          <w:rFonts w:ascii="Georgia" w:hAnsi="Georgia"/>
          <w:b w:val="0"/>
          <w:i w:val="0"/>
          <w:color w:val="22201D"/>
          <w:sz w:val="17"/>
        </w:rPr>
        <w:t>Next chapter: Pineapple Thai Basil Lightning</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5: Pineapple Thai Basil Lightning</w:t>
      </w:r>
    </w:p>
    <w:p>
      <w:pPr>
        <w:spacing w:after="60" w:line="266" w:lineRule="auto"/>
        <w:ind w:firstLine="0"/>
        <w:jc w:val="both"/>
      </w:pPr>
      <w:r>
        <w:rPr>
          <w:rFonts w:ascii="Georgia" w:hAnsi="Georgia"/>
          <w:b w:val="0"/>
          <w:i w:val="0"/>
          <w:color w:val="22201D"/>
          <w:sz w:val="20"/>
        </w:rPr>
        <w:t>In which a sauce tries to become spectacle, Gerald refuses to let brightness outrun controls, and attention learns that being drawn toward a thing is not the same as being ready to taste it.</w:t>
      </w:r>
    </w:p>
    <w:p>
      <w:pPr>
        <w:spacing w:after="60" w:line="266" w:lineRule="auto"/>
        <w:ind w:firstLine="331"/>
        <w:jc w:val="both"/>
      </w:pPr>
      <w:r>
        <w:rPr>
          <w:rFonts w:ascii="Georgia" w:hAnsi="Georgia"/>
          <w:b w:val="0"/>
          <w:i w:val="0"/>
          <w:color w:val="22201D"/>
          <w:sz w:val="20"/>
        </w:rPr>
        <w:t>Gerald reached the hand sink before the lightning reached the room.</w:t>
      </w:r>
    </w:p>
    <w:p>
      <w:pPr>
        <w:spacing w:after="60" w:line="266" w:lineRule="auto"/>
        <w:ind w:firstLine="331"/>
        <w:jc w:val="both"/>
      </w:pPr>
      <w:r>
        <w:rPr>
          <w:rFonts w:ascii="Georgia" w:hAnsi="Georgia"/>
          <w:b w:val="0"/>
          <w:i w:val="0"/>
          <w:color w:val="22201D"/>
          <w:sz w:val="20"/>
        </w:rPr>
        <w:t>This was not speed.</w:t>
      </w:r>
    </w:p>
    <w:p>
      <w:pPr>
        <w:spacing w:after="60" w:line="266" w:lineRule="auto"/>
        <w:ind w:firstLine="331"/>
        <w:jc w:val="both"/>
      </w:pPr>
      <w:r>
        <w:rPr>
          <w:rFonts w:ascii="Georgia" w:hAnsi="Georgia"/>
          <w:b w:val="0"/>
          <w:i w:val="0"/>
          <w:color w:val="22201D"/>
          <w:sz w:val="20"/>
        </w:rPr>
        <w:t>This was vocation.</w:t>
      </w:r>
    </w:p>
    <w:p>
      <w:pPr>
        <w:spacing w:after="60" w:line="266" w:lineRule="auto"/>
        <w:ind w:firstLine="331"/>
        <w:jc w:val="both"/>
      </w:pPr>
      <w:r>
        <w:rPr>
          <w:rFonts w:ascii="Georgia" w:hAnsi="Georgia"/>
          <w:b w:val="0"/>
          <w:i w:val="0"/>
          <w:color w:val="22201D"/>
          <w:sz w:val="20"/>
        </w:rPr>
        <w:t>Some people ran toward danger because they were brave, or curious, or insufficiently aware of the difference between a story and an incident report. Gerald Park moved toward danger because danger had a habit of skipping the part where it labeled itself correctly.</w:t>
      </w:r>
    </w:p>
    <w:p>
      <w:pPr>
        <w:spacing w:after="60" w:line="266" w:lineRule="auto"/>
        <w:ind w:firstLine="331"/>
        <w:jc w:val="both"/>
      </w:pPr>
      <w:r>
        <w:rPr>
          <w:rFonts w:ascii="Georgia" w:hAnsi="Georgia"/>
          <w:b w:val="0"/>
          <w:i w:val="0"/>
          <w:color w:val="22201D"/>
          <w:sz w:val="20"/>
        </w:rPr>
        <w:t>The flash behind the kitchen pass came again.</w:t>
      </w:r>
    </w:p>
    <w:p>
      <w:pPr>
        <w:spacing w:after="60" w:line="266" w:lineRule="auto"/>
        <w:ind w:firstLine="331"/>
        <w:jc w:val="both"/>
      </w:pPr>
      <w:r>
        <w:rPr>
          <w:rFonts w:ascii="Georgia" w:hAnsi="Georgia"/>
          <w:b w:val="0"/>
          <w:i w:val="0"/>
          <w:color w:val="22201D"/>
          <w:sz w:val="20"/>
        </w:rPr>
        <w:t>Yellow first.</w:t>
      </w:r>
    </w:p>
    <w:p>
      <w:pPr>
        <w:spacing w:after="60" w:line="266" w:lineRule="auto"/>
        <w:ind w:firstLine="331"/>
        <w:jc w:val="both"/>
      </w:pPr>
      <w:r>
        <w:rPr>
          <w:rFonts w:ascii="Georgia" w:hAnsi="Georgia"/>
          <w:b w:val="0"/>
          <w:i w:val="0"/>
          <w:color w:val="22201D"/>
          <w:sz w:val="20"/>
        </w:rPr>
        <w:t>Then green.</w:t>
      </w:r>
    </w:p>
    <w:p>
      <w:pPr>
        <w:spacing w:after="60" w:line="266" w:lineRule="auto"/>
        <w:ind w:firstLine="331"/>
        <w:jc w:val="both"/>
      </w:pPr>
      <w:r>
        <w:rPr>
          <w:rFonts w:ascii="Georgia" w:hAnsi="Georgia"/>
          <w:b w:val="0"/>
          <w:i w:val="0"/>
          <w:color w:val="22201D"/>
          <w:sz w:val="20"/>
        </w:rPr>
        <w:t>Then something between white and basil that no responsible color chart would approve without a variance.</w:t>
      </w:r>
    </w:p>
    <w:p>
      <w:pPr>
        <w:spacing w:after="60" w:line="266" w:lineRule="auto"/>
        <w:ind w:firstLine="331"/>
        <w:jc w:val="both"/>
      </w:pPr>
      <w:r>
        <w:rPr>
          <w:rFonts w:ascii="Georgia" w:hAnsi="Georgia"/>
          <w:b w:val="0"/>
          <w:i w:val="0"/>
          <w:color w:val="22201D"/>
          <w:sz w:val="20"/>
        </w:rPr>
        <w:t>The air smelled of pineapple crushed at the exact moment sweetness became too bright to trust. Under it came Thai basil: peppery, green, high, aromatic enough to make the room stand a little straighter. Beneath both was heat, but not the patient kind of heat that settled into sauce and waited its turn. This heat clicked. It moved in the teeth before anyone had opened their mouth.</w:t>
      </w:r>
    </w:p>
    <w:p>
      <w:pPr>
        <w:spacing w:after="60" w:line="266" w:lineRule="auto"/>
        <w:ind w:firstLine="331"/>
        <w:jc w:val="both"/>
      </w:pPr>
      <w:r>
        <w:rPr>
          <w:rFonts w:ascii="Georgia" w:hAnsi="Georgia"/>
          <w:b w:val="0"/>
          <w:i w:val="0"/>
          <w:color w:val="22201D"/>
          <w:sz w:val="20"/>
        </w:rPr>
        <w:t>Outside, the line made a sound.</w:t>
      </w:r>
    </w:p>
    <w:p>
      <w:pPr>
        <w:spacing w:after="60" w:line="266" w:lineRule="auto"/>
        <w:ind w:firstLine="331"/>
        <w:jc w:val="both"/>
      </w:pPr>
      <w:r>
        <w:rPr>
          <w:rFonts w:ascii="Georgia" w:hAnsi="Georgia"/>
          <w:b w:val="0"/>
          <w:i w:val="0"/>
          <w:color w:val="22201D"/>
          <w:sz w:val="20"/>
        </w:rPr>
        <w:t>Not a gasp.</w:t>
      </w:r>
    </w:p>
    <w:p>
      <w:pPr>
        <w:spacing w:after="60" w:line="266" w:lineRule="auto"/>
        <w:ind w:firstLine="331"/>
        <w:jc w:val="both"/>
      </w:pPr>
      <w:r>
        <w:rPr>
          <w:rFonts w:ascii="Georgia" w:hAnsi="Georgia"/>
          <w:b w:val="0"/>
          <w:i w:val="0"/>
          <w:color w:val="22201D"/>
          <w:sz w:val="20"/>
        </w:rPr>
        <w:t>A focus.</w:t>
      </w:r>
    </w:p>
    <w:p>
      <w:pPr>
        <w:spacing w:after="60" w:line="266" w:lineRule="auto"/>
        <w:ind w:firstLine="331"/>
        <w:jc w:val="both"/>
      </w:pPr>
      <w:r>
        <w:rPr>
          <w:rFonts w:ascii="Georgia" w:hAnsi="Georgia"/>
          <w:b w:val="0"/>
          <w:i w:val="0"/>
          <w:color w:val="22201D"/>
          <w:sz w:val="20"/>
        </w:rPr>
        <w:t>Every phone wanted to rise.</w:t>
      </w:r>
    </w:p>
    <w:p>
      <w:pPr>
        <w:spacing w:after="60" w:line="266" w:lineRule="auto"/>
        <w:ind w:firstLine="331"/>
        <w:jc w:val="both"/>
      </w:pPr>
      <w:r>
        <w:rPr>
          <w:rFonts w:ascii="Georgia" w:hAnsi="Georgia"/>
          <w:b w:val="0"/>
          <w:i w:val="0"/>
          <w:color w:val="22201D"/>
          <w:sz w:val="20"/>
        </w:rPr>
        <w:t>Every hand remembered Gerald.</w:t>
      </w:r>
    </w:p>
    <w:p>
      <w:pPr>
        <w:spacing w:after="60" w:line="266" w:lineRule="auto"/>
        <w:ind w:firstLine="331"/>
        <w:jc w:val="both"/>
      </w:pPr>
      <w:r>
        <w:rPr>
          <w:rFonts w:ascii="Georgia" w:hAnsi="Georgia"/>
          <w:b w:val="0"/>
          <w:i w:val="0"/>
          <w:color w:val="22201D"/>
          <w:sz w:val="20"/>
        </w:rPr>
        <w:t>The phones stayed down.</w:t>
      </w:r>
    </w:p>
    <w:p>
      <w:pPr>
        <w:spacing w:after="60" w:line="266" w:lineRule="auto"/>
        <w:ind w:firstLine="331"/>
        <w:jc w:val="both"/>
      </w:pPr>
      <w:r>
        <w:rPr>
          <w:rFonts w:ascii="Georgia" w:hAnsi="Georgia"/>
          <w:b w:val="0"/>
          <w:i w:val="0"/>
          <w:color w:val="22201D"/>
          <w:sz w:val="20"/>
        </w:rPr>
        <w:t>Mostly.</w:t>
      </w:r>
    </w:p>
    <w:p>
      <w:pPr>
        <w:spacing w:after="60" w:line="266" w:lineRule="auto"/>
        <w:ind w:firstLine="331"/>
        <w:jc w:val="both"/>
      </w:pPr>
      <w:r>
        <w:rPr>
          <w:rFonts w:ascii="Georgia" w:hAnsi="Georgia"/>
          <w:b w:val="0"/>
          <w:i w:val="0"/>
          <w:color w:val="22201D"/>
          <w:sz w:val="20"/>
        </w:rPr>
        <w:t>The review slip printed:</w:t>
      </w:r>
    </w:p>
    <w:p>
      <w:pPr>
        <w:spacing w:after="60" w:line="250" w:lineRule="auto"/>
        <w:ind w:left="202" w:right="173"/>
      </w:pPr>
      <w:r>
        <w:rPr>
          <w:rFonts w:ascii="Georgia" w:hAnsi="Georgia"/>
          <w:b w:val="0"/>
          <w:i w:val="0"/>
          <w:color w:val="22201D"/>
          <w:sz w:val="17"/>
        </w:rPr>
        <w:t>Attention spike detected.</w:t>
      </w:r>
    </w:p>
    <w:p>
      <w:pPr>
        <w:spacing w:after="60" w:line="266" w:lineRule="auto"/>
        <w:ind w:firstLine="331"/>
        <w:jc w:val="both"/>
      </w:pPr>
      <w:r>
        <w:rPr>
          <w:rFonts w:ascii="Georgia" w:hAnsi="Georgia"/>
          <w:b w:val="0"/>
          <w:i w:val="0"/>
          <w:color w:val="22201D"/>
          <w:sz w:val="20"/>
        </w:rPr>
        <w:t>The reservation error added:</w:t>
      </w:r>
    </w:p>
    <w:p>
      <w:pPr>
        <w:spacing w:after="60" w:line="250" w:lineRule="auto"/>
        <w:ind w:left="202" w:right="173"/>
      </w:pPr>
      <w:r>
        <w:rPr>
          <w:rFonts w:ascii="Georgia" w:hAnsi="Georgia"/>
          <w:b w:val="0"/>
          <w:i w:val="0"/>
          <w:color w:val="22201D"/>
          <w:sz w:val="17"/>
        </w:rPr>
        <w:t>Access requests increasing.</w:t>
      </w:r>
    </w:p>
    <w:p>
      <w:pPr>
        <w:spacing w:after="60" w:line="266" w:lineRule="auto"/>
        <w:ind w:firstLine="331"/>
        <w:jc w:val="both"/>
      </w:pPr>
      <w:r>
        <w:rPr>
          <w:rFonts w:ascii="Georgia" w:hAnsi="Georgia"/>
          <w:b w:val="0"/>
          <w:i w:val="0"/>
          <w:color w:val="22201D"/>
          <w:sz w:val="20"/>
        </w:rPr>
        <w:t>The adjective denial added:</w:t>
      </w:r>
    </w:p>
    <w:p>
      <w:pPr>
        <w:spacing w:after="60" w:line="250" w:lineRule="auto"/>
        <w:ind w:left="202" w:right="173"/>
      </w:pPr>
      <w:r>
        <w:rPr>
          <w:rFonts w:ascii="Georgia" w:hAnsi="Georgia"/>
          <w:b w:val="0"/>
          <w:i w:val="0"/>
          <w:color w:val="22201D"/>
          <w:sz w:val="17"/>
        </w:rPr>
        <w:t>New superlatives forming.</w:t>
      </w:r>
    </w:p>
    <w:p>
      <w:pPr>
        <w:spacing w:after="60" w:line="266" w:lineRule="auto"/>
        <w:ind w:firstLine="331"/>
        <w:jc w:val="both"/>
      </w:pPr>
      <w:r>
        <w:rPr>
          <w:rFonts w:ascii="Georgia" w:hAnsi="Georgia"/>
          <w:b w:val="0"/>
          <w:i w:val="0"/>
          <w:color w:val="22201D"/>
          <w:sz w:val="20"/>
        </w:rPr>
        <w:t>The table card added:</w:t>
      </w:r>
    </w:p>
    <w:p>
      <w:pPr>
        <w:spacing w:after="60" w:line="250" w:lineRule="auto"/>
        <w:ind w:left="202" w:right="173"/>
      </w:pPr>
      <w:r>
        <w:rPr>
          <w:rFonts w:ascii="Georgia" w:hAnsi="Georgia"/>
          <w:b w:val="0"/>
          <w:i w:val="0"/>
          <w:color w:val="22201D"/>
          <w:sz w:val="17"/>
        </w:rPr>
        <w:t>Prepared reactions detected.</w:t>
      </w:r>
    </w:p>
    <w:p>
      <w:pPr>
        <w:spacing w:after="60" w:line="266" w:lineRule="auto"/>
        <w:ind w:firstLine="331"/>
        <w:jc w:val="both"/>
      </w:pPr>
      <w:r>
        <w:rPr>
          <w:rFonts w:ascii="Georgia" w:hAnsi="Georgia"/>
          <w:b w:val="0"/>
          <w:i w:val="0"/>
          <w:color w:val="22201D"/>
          <w:sz w:val="20"/>
        </w:rPr>
        <w:t>Flocc looked at the papers beneath the door notice.</w:t>
      </w:r>
    </w:p>
    <w:p>
      <w:pPr>
        <w:spacing w:after="60" w:line="266" w:lineRule="auto"/>
        <w:ind w:firstLine="331"/>
        <w:jc w:val="both"/>
      </w:pPr>
      <w:r>
        <w:rPr>
          <w:rFonts w:ascii="Georgia" w:hAnsi="Georgia"/>
          <w:b w:val="0"/>
          <w:i w:val="0"/>
          <w:color w:val="22201D"/>
          <w:sz w:val="20"/>
        </w:rPr>
        <w:t>"They are getting faster."</w:t>
      </w:r>
    </w:p>
    <w:p>
      <w:pPr>
        <w:spacing w:after="60" w:line="266" w:lineRule="auto"/>
        <w:ind w:firstLine="331"/>
        <w:jc w:val="both"/>
      </w:pPr>
      <w:r>
        <w:rPr>
          <w:rFonts w:ascii="Georgia" w:hAnsi="Georgia"/>
          <w:b w:val="0"/>
          <w:i w:val="0"/>
          <w:color w:val="22201D"/>
          <w:sz w:val="20"/>
        </w:rPr>
        <w:t>"Pressure teaches documents bad habits," said Steve.</w:t>
      </w:r>
    </w:p>
    <w:p>
      <w:pPr>
        <w:spacing w:after="60" w:line="266" w:lineRule="auto"/>
        <w:ind w:firstLine="331"/>
        <w:jc w:val="both"/>
      </w:pPr>
      <w:r>
        <w:rPr>
          <w:rFonts w:ascii="Georgia" w:hAnsi="Georgia"/>
          <w:b w:val="0"/>
          <w:i w:val="0"/>
          <w:color w:val="22201D"/>
          <w:sz w:val="20"/>
        </w:rPr>
        <w:t>Steve had stood without meaning to. His folder was tucked under one arm. The pencil was in his hand. He looked like a man deciding whether a lightning-adjacent sauce belonged under food service, public records, hazardous atmosphere, or poetry, and resenting all four departments for not being ready.</w:t>
      </w:r>
    </w:p>
    <w:p>
      <w:pPr>
        <w:spacing w:after="60" w:line="266" w:lineRule="auto"/>
        <w:ind w:firstLine="331"/>
        <w:jc w:val="both"/>
      </w:pPr>
      <w:r>
        <w:rPr>
          <w:rFonts w:ascii="Georgia" w:hAnsi="Georgia"/>
          <w:b w:val="0"/>
          <w:i w:val="0"/>
          <w:color w:val="22201D"/>
          <w:sz w:val="20"/>
        </w:rPr>
        <w:t>Gerald turned on the water.</w:t>
      </w:r>
    </w:p>
    <w:p>
      <w:pPr>
        <w:spacing w:after="60" w:line="266" w:lineRule="auto"/>
        <w:ind w:firstLine="331"/>
        <w:jc w:val="both"/>
      </w:pPr>
      <w:r>
        <w:rPr>
          <w:rFonts w:ascii="Georgia" w:hAnsi="Georgia"/>
          <w:b w:val="0"/>
          <w:i w:val="0"/>
          <w:color w:val="22201D"/>
          <w:sz w:val="20"/>
        </w:rPr>
        <w:t>The hand sink obeyed with professional relief.</w:t>
      </w:r>
    </w:p>
    <w:p>
      <w:pPr>
        <w:spacing w:after="60" w:line="266" w:lineRule="auto"/>
        <w:ind w:firstLine="331"/>
        <w:jc w:val="both"/>
      </w:pPr>
      <w:r>
        <w:rPr>
          <w:rFonts w:ascii="Georgia" w:hAnsi="Georgia"/>
          <w:b w:val="0"/>
          <w:i w:val="0"/>
          <w:color w:val="22201D"/>
          <w:sz w:val="20"/>
        </w:rPr>
        <w:t>"Nobody moves toward the kitchen," he said.</w:t>
      </w:r>
    </w:p>
    <w:p>
      <w:pPr>
        <w:spacing w:after="60" w:line="266" w:lineRule="auto"/>
        <w:ind w:firstLine="331"/>
        <w:jc w:val="both"/>
      </w:pPr>
      <w:r>
        <w:rPr>
          <w:rFonts w:ascii="Georgia" w:hAnsi="Georgia"/>
          <w:b w:val="0"/>
          <w:i w:val="0"/>
          <w:color w:val="22201D"/>
          <w:sz w:val="20"/>
        </w:rPr>
        <w:t>Nobody inside moved toward the kitchen.</w:t>
      </w:r>
    </w:p>
    <w:p>
      <w:pPr>
        <w:spacing w:after="60" w:line="266" w:lineRule="auto"/>
        <w:ind w:firstLine="331"/>
        <w:jc w:val="both"/>
      </w:pPr>
      <w:r>
        <w:rPr>
          <w:rFonts w:ascii="Georgia" w:hAnsi="Georgia"/>
          <w:b w:val="0"/>
          <w:i w:val="0"/>
          <w:color w:val="22201D"/>
          <w:sz w:val="20"/>
        </w:rPr>
        <w:t>Outside, three people leaned forward.</w:t>
      </w:r>
    </w:p>
    <w:p>
      <w:pPr>
        <w:spacing w:after="60" w:line="266" w:lineRule="auto"/>
        <w:ind w:firstLine="331"/>
        <w:jc w:val="both"/>
      </w:pPr>
      <w:r>
        <w:rPr>
          <w:rFonts w:ascii="Georgia" w:hAnsi="Georgia"/>
          <w:b w:val="0"/>
          <w:i w:val="0"/>
          <w:color w:val="22201D"/>
          <w:sz w:val="20"/>
        </w:rPr>
        <w:t>Gerald did not turn his head.</w:t>
      </w:r>
    </w:p>
    <w:p>
      <w:pPr>
        <w:spacing w:after="60" w:line="266" w:lineRule="auto"/>
        <w:ind w:firstLine="331"/>
        <w:jc w:val="both"/>
      </w:pPr>
      <w:r>
        <w:rPr>
          <w:rFonts w:ascii="Georgia" w:hAnsi="Georgia"/>
          <w:b w:val="0"/>
          <w:i w:val="0"/>
          <w:color w:val="22201D"/>
          <w:sz w:val="20"/>
        </w:rPr>
        <w:t>"Leaning counts as pre-movement."</w:t>
      </w:r>
    </w:p>
    <w:p>
      <w:pPr>
        <w:spacing w:after="60" w:line="266" w:lineRule="auto"/>
        <w:ind w:firstLine="331"/>
        <w:jc w:val="both"/>
      </w:pPr>
      <w:r>
        <w:rPr>
          <w:rFonts w:ascii="Georgia" w:hAnsi="Georgia"/>
          <w:b w:val="0"/>
          <w:i w:val="0"/>
          <w:color w:val="22201D"/>
          <w:sz w:val="20"/>
        </w:rPr>
        <w:t>The three people corrected themselves.</w:t>
      </w:r>
    </w:p>
    <w:p>
      <w:pPr>
        <w:spacing w:after="60" w:line="266" w:lineRule="auto"/>
        <w:ind w:firstLine="331"/>
        <w:jc w:val="both"/>
      </w:pPr>
      <w:r>
        <w:rPr>
          <w:rFonts w:ascii="Georgia" w:hAnsi="Georgia"/>
          <w:b w:val="0"/>
          <w:i w:val="0"/>
          <w:color w:val="22201D"/>
          <w:sz w:val="20"/>
        </w:rPr>
        <w:t>The swinging kitchen door opened six inches.</w:t>
      </w:r>
    </w:p>
    <w:p>
      <w:pPr>
        <w:spacing w:after="60" w:line="266" w:lineRule="auto"/>
        <w:ind w:firstLine="331"/>
        <w:jc w:val="both"/>
      </w:pPr>
      <w:r>
        <w:rPr>
          <w:rFonts w:ascii="Georgia" w:hAnsi="Georgia"/>
          <w:b w:val="0"/>
          <w:i w:val="0"/>
          <w:color w:val="22201D"/>
          <w:sz w:val="20"/>
        </w:rPr>
        <w:t>Bob looked out.</w:t>
      </w:r>
    </w:p>
    <w:p>
      <w:pPr>
        <w:spacing w:after="60" w:line="266" w:lineRule="auto"/>
        <w:ind w:firstLine="331"/>
        <w:jc w:val="both"/>
      </w:pPr>
      <w:r>
        <w:rPr>
          <w:rFonts w:ascii="Georgia" w:hAnsi="Georgia"/>
          <w:b w:val="0"/>
          <w:i w:val="0"/>
          <w:color w:val="22201D"/>
          <w:sz w:val="20"/>
        </w:rPr>
        <w:t>This was unusual for several reasons, the first being that Bob was not always in the kitchen, the second being that when Bob was in the kitchen he did not always correspond to the shape that doors expected, and the third being that he wore safety goggles.</w:t>
      </w:r>
    </w:p>
    <w:p>
      <w:pPr>
        <w:spacing w:after="60" w:line="266" w:lineRule="auto"/>
        <w:ind w:firstLine="331"/>
        <w:jc w:val="both"/>
      </w:pPr>
      <w:r>
        <w:rPr>
          <w:rFonts w:ascii="Georgia" w:hAnsi="Georgia"/>
          <w:b w:val="0"/>
          <w:i w:val="0"/>
          <w:color w:val="22201D"/>
          <w:sz w:val="20"/>
        </w:rPr>
        <w:t>Gerald saw the goggles.</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Bob nodded.</w:t>
      </w:r>
    </w:p>
    <w:p>
      <w:pPr>
        <w:spacing w:after="60" w:line="266" w:lineRule="auto"/>
        <w:ind w:firstLine="331"/>
        <w:jc w:val="both"/>
      </w:pPr>
      <w:r>
        <w:rPr>
          <w:rFonts w:ascii="Georgia" w:hAnsi="Georgia"/>
          <w:b w:val="0"/>
          <w:i w:val="0"/>
          <w:color w:val="22201D"/>
          <w:sz w:val="20"/>
        </w:rPr>
        <w:t>"It tried to be dramatic."</w:t>
      </w:r>
    </w:p>
    <w:p>
      <w:pPr>
        <w:spacing w:after="60" w:line="266" w:lineRule="auto"/>
        <w:ind w:firstLine="331"/>
        <w:jc w:val="both"/>
      </w:pPr>
      <w:r>
        <w:rPr>
          <w:rFonts w:ascii="Georgia" w:hAnsi="Georgia"/>
          <w:b w:val="0"/>
          <w:i w:val="0"/>
          <w:color w:val="22201D"/>
          <w:sz w:val="20"/>
        </w:rPr>
        <w:t>"Did you let it?"</w:t>
      </w:r>
    </w:p>
    <w:p>
      <w:pPr>
        <w:spacing w:after="60" w:line="266" w:lineRule="auto"/>
        <w:ind w:firstLine="331"/>
        <w:jc w:val="both"/>
      </w:pPr>
      <w:r>
        <w:rPr>
          <w:rFonts w:ascii="Georgia" w:hAnsi="Georgia"/>
          <w:b w:val="0"/>
          <w:i w:val="0"/>
          <w:color w:val="22201D"/>
          <w:sz w:val="20"/>
        </w:rPr>
        <w:t>"Only in a pan with a lid."</w:t>
      </w:r>
    </w:p>
    <w:p>
      <w:pPr>
        <w:spacing w:after="60" w:line="266" w:lineRule="auto"/>
        <w:ind w:firstLine="331"/>
        <w:jc w:val="both"/>
      </w:pPr>
      <w:r>
        <w:rPr>
          <w:rFonts w:ascii="Georgia" w:hAnsi="Georgia"/>
          <w:b w:val="0"/>
          <w:i w:val="0"/>
          <w:color w:val="22201D"/>
          <w:sz w:val="20"/>
        </w:rPr>
        <w:t>"Acceptable start."</w:t>
      </w:r>
    </w:p>
    <w:p>
      <w:pPr>
        <w:spacing w:after="60" w:line="266" w:lineRule="auto"/>
        <w:ind w:firstLine="331"/>
        <w:jc w:val="both"/>
      </w:pPr>
      <w:r>
        <w:rPr>
          <w:rFonts w:ascii="Georgia" w:hAnsi="Georgia"/>
          <w:b w:val="0"/>
          <w:i w:val="0"/>
          <w:color w:val="22201D"/>
          <w:sz w:val="20"/>
        </w:rPr>
        <w:t>The Hostess approached the pass but did not cross into the kitchen.</w:t>
      </w:r>
    </w:p>
    <w:p>
      <w:pPr>
        <w:spacing w:after="60" w:line="266" w:lineRule="auto"/>
        <w:ind w:firstLine="331"/>
        <w:jc w:val="both"/>
      </w:pPr>
      <w:r>
        <w:rPr>
          <w:rFonts w:ascii="Georgia" w:hAnsi="Georgia"/>
          <w:b w:val="0"/>
          <w:i w:val="0"/>
          <w:color w:val="22201D"/>
          <w:sz w:val="20"/>
        </w:rPr>
        <w:t>"Is it ready?"</w:t>
      </w:r>
    </w:p>
    <w:p>
      <w:pPr>
        <w:spacing w:after="60" w:line="266" w:lineRule="auto"/>
        <w:ind w:firstLine="331"/>
        <w:jc w:val="both"/>
      </w:pPr>
      <w:r>
        <w:rPr>
          <w:rFonts w:ascii="Georgia" w:hAnsi="Georgia"/>
          <w:b w:val="0"/>
          <w:i w:val="0"/>
          <w:color w:val="22201D"/>
          <w:sz w:val="20"/>
        </w:rPr>
        <w:t>Gerald said, "No."</w:t>
      </w:r>
    </w:p>
    <w:p>
      <w:pPr>
        <w:spacing w:after="60" w:line="266" w:lineRule="auto"/>
        <w:ind w:firstLine="331"/>
        <w:jc w:val="both"/>
      </w:pPr>
      <w:r>
        <w:rPr>
          <w:rFonts w:ascii="Georgia" w:hAnsi="Georgia"/>
          <w:b w:val="0"/>
          <w:i w:val="0"/>
          <w:color w:val="22201D"/>
          <w:sz w:val="20"/>
        </w:rPr>
        <w:t>Bob said, "It is awake."</w:t>
      </w:r>
    </w:p>
    <w:p>
      <w:pPr>
        <w:spacing w:after="60" w:line="266" w:lineRule="auto"/>
        <w:ind w:firstLine="331"/>
        <w:jc w:val="both"/>
      </w:pPr>
      <w:r>
        <w:rPr>
          <w:rFonts w:ascii="Georgia" w:hAnsi="Georgia"/>
          <w:b w:val="0"/>
          <w:i w:val="0"/>
          <w:color w:val="22201D"/>
          <w:sz w:val="20"/>
        </w:rPr>
        <w:t>The Hostess said, "That was not the question."</w:t>
      </w:r>
    </w:p>
    <w:p>
      <w:pPr>
        <w:spacing w:after="60" w:line="266" w:lineRule="auto"/>
        <w:ind w:firstLine="331"/>
        <w:jc w:val="both"/>
      </w:pPr>
      <w:r>
        <w:rPr>
          <w:rFonts w:ascii="Georgia" w:hAnsi="Georgia"/>
          <w:b w:val="0"/>
          <w:i w:val="0"/>
          <w:color w:val="22201D"/>
          <w:sz w:val="20"/>
        </w:rPr>
        <w:t>Bob considered this.</w:t>
      </w:r>
    </w:p>
    <w:p>
      <w:pPr>
        <w:spacing w:after="60" w:line="266" w:lineRule="auto"/>
        <w:ind w:firstLine="331"/>
        <w:jc w:val="both"/>
      </w:pPr>
      <w:r>
        <w:rPr>
          <w:rFonts w:ascii="Georgia" w:hAnsi="Georgia"/>
          <w:b w:val="0"/>
          <w:i w:val="0"/>
          <w:color w:val="22201D"/>
          <w:sz w:val="20"/>
        </w:rPr>
        <w:t>"Then no."</w:t>
      </w:r>
    </w:p>
    <w:p>
      <w:pPr>
        <w:spacing w:after="60" w:line="266" w:lineRule="auto"/>
        <w:ind w:firstLine="331"/>
        <w:jc w:val="both"/>
      </w:pPr>
      <w:r>
        <w:rPr>
          <w:rFonts w:ascii="Georgia" w:hAnsi="Georgia"/>
          <w:b w:val="0"/>
          <w:i w:val="0"/>
          <w:color w:val="22201D"/>
          <w:sz w:val="20"/>
        </w:rPr>
        <w:t>Behind him, a third flash made the kitchen briefly look like summer had found a fuse box.</w:t>
      </w:r>
    </w:p>
    <w:p>
      <w:pPr>
        <w:spacing w:after="60" w:line="266" w:lineRule="auto"/>
        <w:ind w:firstLine="331"/>
        <w:jc w:val="both"/>
      </w:pPr>
      <w:r>
        <w:rPr>
          <w:rFonts w:ascii="Georgia" w:hAnsi="Georgia"/>
          <w:b w:val="0"/>
          <w:i w:val="0"/>
          <w:color w:val="22201D"/>
          <w:sz w:val="20"/>
        </w:rPr>
        <w:t>The line outside reacted again.</w:t>
      </w:r>
    </w:p>
    <w:p>
      <w:pPr>
        <w:spacing w:after="60" w:line="266" w:lineRule="auto"/>
        <w:ind w:firstLine="331"/>
        <w:jc w:val="both"/>
      </w:pPr>
      <w:r>
        <w:rPr>
          <w:rFonts w:ascii="Georgia" w:hAnsi="Georgia"/>
          <w:b w:val="0"/>
          <w:i w:val="0"/>
          <w:color w:val="22201D"/>
          <w:sz w:val="20"/>
        </w:rPr>
        <w:t>The tourist with PORTLAND'S BITES whispered, "Oh my god."</w:t>
      </w:r>
    </w:p>
    <w:p>
      <w:pPr>
        <w:spacing w:after="60" w:line="266" w:lineRule="auto"/>
        <w:ind w:firstLine="331"/>
        <w:jc w:val="both"/>
      </w:pPr>
      <w:r>
        <w:rPr>
          <w:rFonts w:ascii="Georgia" w:hAnsi="Georgia"/>
          <w:b w:val="0"/>
          <w:i w:val="0"/>
          <w:color w:val="22201D"/>
          <w:sz w:val="20"/>
        </w:rPr>
        <w:t>The adjective denial form printed:</w:t>
      </w:r>
    </w:p>
    <w:p>
      <w:pPr>
        <w:spacing w:after="60" w:line="250" w:lineRule="auto"/>
        <w:ind w:left="202" w:right="173"/>
      </w:pPr>
      <w:r>
        <w:rPr>
          <w:rFonts w:ascii="Georgia" w:hAnsi="Georgia"/>
          <w:b w:val="0"/>
          <w:i w:val="0"/>
          <w:color w:val="22201D"/>
          <w:sz w:val="17"/>
        </w:rPr>
        <w:t>Religious escalation: unconfirmed</w:t>
      </w:r>
    </w:p>
    <w:p>
      <w:pPr>
        <w:spacing w:after="60" w:line="266" w:lineRule="auto"/>
        <w:ind w:firstLine="331"/>
        <w:jc w:val="both"/>
      </w:pPr>
      <w:r>
        <w:rPr>
          <w:rFonts w:ascii="Georgia" w:hAnsi="Georgia"/>
          <w:b w:val="0"/>
          <w:i w:val="0"/>
          <w:color w:val="22201D"/>
          <w:sz w:val="20"/>
        </w:rPr>
        <w:t>She whispered, "Sorry."</w:t>
      </w:r>
    </w:p>
    <w:p>
      <w:pPr>
        <w:spacing w:after="60" w:line="266" w:lineRule="auto"/>
        <w:ind w:firstLine="331"/>
        <w:jc w:val="both"/>
      </w:pPr>
      <w:r>
        <w:rPr>
          <w:rFonts w:ascii="Georgia" w:hAnsi="Georgia"/>
          <w:b w:val="0"/>
          <w:i w:val="0"/>
          <w:color w:val="22201D"/>
          <w:sz w:val="20"/>
        </w:rPr>
        <w:t>The form added:</w:t>
      </w:r>
    </w:p>
    <w:p>
      <w:pPr>
        <w:spacing w:after="60" w:line="250" w:lineRule="auto"/>
        <w:ind w:left="202" w:right="173"/>
      </w:pPr>
      <w:r>
        <w:rPr>
          <w:rFonts w:ascii="Georgia" w:hAnsi="Georgia"/>
          <w:b w:val="0"/>
          <w:i w:val="0"/>
          <w:color w:val="22201D"/>
          <w:sz w:val="17"/>
        </w:rPr>
        <w:t>Apology not required. Volume noted.</w:t>
      </w:r>
    </w:p>
    <w:p>
      <w:pPr>
        <w:spacing w:after="60" w:line="266" w:lineRule="auto"/>
        <w:ind w:firstLine="331"/>
        <w:jc w:val="both"/>
      </w:pPr>
      <w:r>
        <w:rPr>
          <w:rFonts w:ascii="Georgia" w:hAnsi="Georgia"/>
          <w:b w:val="0"/>
          <w:i w:val="0"/>
          <w:color w:val="22201D"/>
          <w:sz w:val="20"/>
        </w:rPr>
        <w:t>Mara leaned forward.</w:t>
      </w:r>
    </w:p>
    <w:p>
      <w:pPr>
        <w:spacing w:after="60" w:line="266" w:lineRule="auto"/>
        <w:ind w:firstLine="331"/>
        <w:jc w:val="both"/>
      </w:pPr>
      <w:r>
        <w:rPr>
          <w:rFonts w:ascii="Georgia" w:hAnsi="Georgia"/>
          <w:b w:val="0"/>
          <w:i w:val="0"/>
          <w:color w:val="22201D"/>
          <w:sz w:val="20"/>
        </w:rPr>
        <w:t>"Is it beautiful?"</w:t>
      </w:r>
    </w:p>
    <w:p>
      <w:pPr>
        <w:spacing w:after="60" w:line="266" w:lineRule="auto"/>
        <w:ind w:firstLine="331"/>
        <w:jc w:val="both"/>
      </w:pPr>
      <w:r>
        <w:rPr>
          <w:rFonts w:ascii="Georgia" w:hAnsi="Georgia"/>
          <w:b w:val="0"/>
          <w:i w:val="0"/>
          <w:color w:val="22201D"/>
          <w:sz w:val="20"/>
        </w:rPr>
        <w:t>"Yes," said the Hostess.</w:t>
      </w:r>
    </w:p>
    <w:p>
      <w:pPr>
        <w:spacing w:after="60" w:line="266" w:lineRule="auto"/>
        <w:ind w:firstLine="331"/>
        <w:jc w:val="both"/>
      </w:pPr>
      <w:r>
        <w:rPr>
          <w:rFonts w:ascii="Georgia" w:hAnsi="Georgia"/>
          <w:b w:val="0"/>
          <w:i w:val="0"/>
          <w:color w:val="22201D"/>
          <w:sz w:val="20"/>
        </w:rPr>
        <w:t>"Is that the problem?"</w:t>
      </w:r>
    </w:p>
    <w:p>
      <w:pPr>
        <w:spacing w:after="60" w:line="266" w:lineRule="auto"/>
        <w:ind w:firstLine="331"/>
        <w:jc w:val="both"/>
      </w:pPr>
      <w:r>
        <w:rPr>
          <w:rFonts w:ascii="Georgia" w:hAnsi="Georgia"/>
          <w:b w:val="0"/>
          <w:i w:val="0"/>
          <w:color w:val="22201D"/>
          <w:sz w:val="20"/>
        </w:rPr>
        <w:t>"Partly."</w:t>
      </w:r>
    </w:p>
    <w:p>
      <w:pPr>
        <w:spacing w:after="60" w:line="266" w:lineRule="auto"/>
        <w:ind w:firstLine="331"/>
        <w:jc w:val="both"/>
      </w:pPr>
      <w:r>
        <w:rPr>
          <w:rFonts w:ascii="Georgia" w:hAnsi="Georgia"/>
          <w:b w:val="0"/>
          <w:i w:val="0"/>
          <w:color w:val="22201D"/>
          <w:sz w:val="20"/>
        </w:rPr>
        <w:t>Flocc felt the sauce in the air before he understood what he was feeling. It was not hunger exactly. Hunger had weight. Hunger pulled. This had sparkle. It made the room seem briefly full of possible descriptions. It made him want to say bright, electric, tropical, alive, dangerous, unforgettable.</w:t>
      </w:r>
    </w:p>
    <w:p>
      <w:pPr>
        <w:spacing w:after="60" w:line="266" w:lineRule="auto"/>
        <w:ind w:firstLine="331"/>
        <w:jc w:val="both"/>
      </w:pPr>
      <w:r>
        <w:rPr>
          <w:rFonts w:ascii="Georgia" w:hAnsi="Georgia"/>
          <w:b w:val="0"/>
          <w:i w:val="0"/>
          <w:color w:val="22201D"/>
          <w:sz w:val="20"/>
        </w:rPr>
        <w:t>He stopped at unforgettable.</w:t>
      </w:r>
    </w:p>
    <w:p>
      <w:pPr>
        <w:spacing w:after="60" w:line="266" w:lineRule="auto"/>
        <w:ind w:firstLine="331"/>
        <w:jc w:val="both"/>
      </w:pPr>
      <w:r>
        <w:rPr>
          <w:rFonts w:ascii="Georgia" w:hAnsi="Georgia"/>
          <w:b w:val="0"/>
          <w:i w:val="0"/>
          <w:color w:val="22201D"/>
          <w:sz w:val="20"/>
        </w:rPr>
        <w:t>The brass adjective dish rang once.</w:t>
      </w:r>
    </w:p>
    <w:p>
      <w:pPr>
        <w:spacing w:after="60" w:line="266" w:lineRule="auto"/>
        <w:ind w:firstLine="331"/>
        <w:jc w:val="both"/>
      </w:pPr>
      <w:r>
        <w:rPr>
          <w:rFonts w:ascii="Georgia" w:hAnsi="Georgia"/>
          <w:b w:val="0"/>
          <w:i w:val="0"/>
          <w:color w:val="22201D"/>
          <w:sz w:val="20"/>
        </w:rPr>
        <w:t>Mara looked at him.</w:t>
      </w:r>
    </w:p>
    <w:p>
      <w:pPr>
        <w:spacing w:after="60" w:line="266" w:lineRule="auto"/>
        <w:ind w:firstLine="331"/>
        <w:jc w:val="both"/>
      </w:pPr>
      <w:r>
        <w:rPr>
          <w:rFonts w:ascii="Georgia" w:hAnsi="Georgia"/>
          <w:b w:val="0"/>
          <w:i w:val="0"/>
          <w:color w:val="22201D"/>
          <w:sz w:val="20"/>
        </w:rPr>
        <w:t>"Good catch."</w:t>
      </w:r>
    </w:p>
    <w:p>
      <w:pPr>
        <w:spacing w:after="60" w:line="266" w:lineRule="auto"/>
        <w:ind w:firstLine="331"/>
        <w:jc w:val="both"/>
      </w:pPr>
      <w:r>
        <w:rPr>
          <w:rFonts w:ascii="Georgia" w:hAnsi="Georgia"/>
          <w:b w:val="0"/>
          <w:i w:val="0"/>
          <w:color w:val="22201D"/>
          <w:sz w:val="20"/>
        </w:rPr>
        <w:t>"I did not say it."</w:t>
      </w:r>
    </w:p>
    <w:p>
      <w:pPr>
        <w:spacing w:after="60" w:line="266" w:lineRule="auto"/>
        <w:ind w:firstLine="331"/>
        <w:jc w:val="both"/>
      </w:pPr>
      <w:r>
        <w:rPr>
          <w:rFonts w:ascii="Georgia" w:hAnsi="Georgia"/>
          <w:b w:val="0"/>
          <w:i w:val="0"/>
          <w:color w:val="22201D"/>
          <w:sz w:val="20"/>
        </w:rPr>
        <w:t>"You almost seasoned yourself with it."</w:t>
      </w:r>
    </w:p>
    <w:p>
      <w:pPr>
        <w:spacing w:after="60" w:line="266" w:lineRule="auto"/>
        <w:ind w:firstLine="331"/>
        <w:jc w:val="both"/>
      </w:pPr>
      <w:r>
        <w:rPr>
          <w:rFonts w:ascii="Georgia" w:hAnsi="Georgia"/>
          <w:b w:val="0"/>
          <w:i w:val="0"/>
          <w:color w:val="22201D"/>
          <w:sz w:val="20"/>
        </w:rPr>
        <w:t>The menu opened.</w:t>
      </w:r>
    </w:p>
    <w:p>
      <w:pPr>
        <w:spacing w:after="60" w:line="250" w:lineRule="auto"/>
        <w:ind w:left="202" w:right="173"/>
      </w:pPr>
      <w:r>
        <w:rPr>
          <w:rFonts w:ascii="Georgia" w:hAnsi="Georgia"/>
          <w:b w:val="0"/>
          <w:i w:val="0"/>
          <w:color w:val="22201D"/>
          <w:sz w:val="17"/>
        </w:rPr>
        <w:t>Near miss: unforgettable</w:t>
      </w:r>
    </w:p>
    <w:p>
      <w:pPr>
        <w:spacing w:after="60" w:line="266" w:lineRule="auto"/>
        <w:ind w:firstLine="331"/>
        <w:jc w:val="both"/>
      </w:pPr>
      <w:r>
        <w:rPr>
          <w:rFonts w:ascii="Georgia" w:hAnsi="Georgia"/>
          <w:b w:val="0"/>
          <w:i w:val="0"/>
          <w:color w:val="22201D"/>
          <w:sz w:val="20"/>
        </w:rPr>
        <w:t>Flocc looked at the Hostess.</w:t>
      </w:r>
    </w:p>
    <w:p>
      <w:pPr>
        <w:spacing w:after="60" w:line="266" w:lineRule="auto"/>
        <w:ind w:firstLine="331"/>
        <w:jc w:val="both"/>
      </w:pPr>
      <w:r>
        <w:rPr>
          <w:rFonts w:ascii="Georgia" w:hAnsi="Georgia"/>
          <w:b w:val="0"/>
          <w:i w:val="0"/>
          <w:color w:val="22201D"/>
          <w:sz w:val="20"/>
        </w:rPr>
        <w:t>"Can private adjectives be fined?"</w:t>
      </w:r>
    </w:p>
    <w:p>
      <w:pPr>
        <w:spacing w:after="60" w:line="266" w:lineRule="auto"/>
        <w:ind w:firstLine="331"/>
        <w:jc w:val="both"/>
      </w:pPr>
      <w:r>
        <w:rPr>
          <w:rFonts w:ascii="Georgia" w:hAnsi="Georgia"/>
          <w:b w:val="0"/>
          <w:i w:val="0"/>
          <w:color w:val="22201D"/>
          <w:sz w:val="20"/>
        </w:rPr>
        <w:t>"Not fined."</w:t>
      </w:r>
    </w:p>
    <w:p>
      <w:pPr>
        <w:spacing w:after="60" w:line="266" w:lineRule="auto"/>
        <w:ind w:firstLine="331"/>
        <w:jc w:val="both"/>
      </w:pPr>
      <w:r>
        <w:rPr>
          <w:rFonts w:ascii="Georgia" w:hAnsi="Georgia"/>
          <w:b w:val="0"/>
          <w:i w:val="0"/>
          <w:color w:val="22201D"/>
          <w:sz w:val="20"/>
        </w:rPr>
        <w:t>"Charged?"</w:t>
      </w:r>
    </w:p>
    <w:p>
      <w:pPr>
        <w:spacing w:after="60" w:line="266" w:lineRule="auto"/>
        <w:ind w:firstLine="331"/>
        <w:jc w:val="both"/>
      </w:pPr>
      <w:r>
        <w:rPr>
          <w:rFonts w:ascii="Georgia" w:hAnsi="Georgia"/>
          <w:b w:val="0"/>
          <w:i w:val="0"/>
          <w:color w:val="22201D"/>
          <w:sz w:val="20"/>
        </w:rPr>
        <w:t>"Sometimes."</w:t>
      </w:r>
    </w:p>
    <w:p>
      <w:pPr>
        <w:spacing w:after="60" w:line="266" w:lineRule="auto"/>
        <w:ind w:firstLine="331"/>
        <w:jc w:val="both"/>
      </w:pPr>
      <w:r>
        <w:rPr>
          <w:rFonts w:ascii="Georgia" w:hAnsi="Georgia"/>
          <w:b w:val="0"/>
          <w:i w:val="0"/>
          <w:color w:val="22201D"/>
          <w:sz w:val="20"/>
        </w:rPr>
        <w:t>"What is the difference?"</w:t>
      </w:r>
    </w:p>
    <w:p>
      <w:pPr>
        <w:spacing w:after="60" w:line="266" w:lineRule="auto"/>
        <w:ind w:firstLine="331"/>
        <w:jc w:val="both"/>
      </w:pPr>
      <w:r>
        <w:rPr>
          <w:rFonts w:ascii="Georgia" w:hAnsi="Georgia"/>
          <w:b w:val="0"/>
          <w:i w:val="0"/>
          <w:color w:val="22201D"/>
          <w:sz w:val="20"/>
        </w:rPr>
        <w:t>"Fines punish. Charges account."</w:t>
      </w:r>
    </w:p>
    <w:p>
      <w:pPr>
        <w:spacing w:after="60" w:line="266" w:lineRule="auto"/>
        <w:ind w:firstLine="331"/>
        <w:jc w:val="both"/>
      </w:pPr>
      <w:r>
        <w:rPr>
          <w:rFonts w:ascii="Georgia" w:hAnsi="Georgia"/>
          <w:b w:val="0"/>
          <w:i w:val="0"/>
          <w:color w:val="22201D"/>
          <w:sz w:val="20"/>
        </w:rPr>
        <w:t>The menu printed:</w:t>
      </w:r>
    </w:p>
    <w:p>
      <w:pPr>
        <w:spacing w:after="60" w:line="250" w:lineRule="auto"/>
        <w:ind w:left="202" w:right="173"/>
      </w:pPr>
      <w:r>
        <w:rPr>
          <w:rFonts w:ascii="Georgia" w:hAnsi="Georgia"/>
          <w:b w:val="0"/>
          <w:i w:val="0"/>
          <w:color w:val="22201D"/>
          <w:sz w:val="17"/>
        </w:rPr>
        <w:t>Line held for later.</w:t>
      </w:r>
    </w:p>
    <w:p>
      <w:pPr>
        <w:spacing w:after="60" w:line="266" w:lineRule="auto"/>
        <w:ind w:firstLine="331"/>
        <w:jc w:val="both"/>
      </w:pPr>
      <w:r>
        <w:rPr>
          <w:rFonts w:ascii="Georgia" w:hAnsi="Georgia"/>
          <w:b w:val="0"/>
          <w:i w:val="0"/>
          <w:color w:val="22201D"/>
          <w:sz w:val="20"/>
        </w:rPr>
        <w:t>Gerald came back from the hand sink drying his hands with a paper towel. He used the towel properly, which is to say as if civilization could still be saved by small correct actions.</w:t>
      </w:r>
    </w:p>
    <w:p>
      <w:pPr>
        <w:spacing w:after="60" w:line="266" w:lineRule="auto"/>
        <w:ind w:firstLine="331"/>
        <w:jc w:val="both"/>
      </w:pPr>
      <w:r>
        <w:rPr>
          <w:rFonts w:ascii="Georgia" w:hAnsi="Georgia"/>
          <w:b w:val="0"/>
          <w:i w:val="0"/>
          <w:color w:val="22201D"/>
          <w:sz w:val="20"/>
        </w:rPr>
        <w:t>"No service," he said.</w:t>
      </w:r>
    </w:p>
    <w:p>
      <w:pPr>
        <w:spacing w:after="60" w:line="266" w:lineRule="auto"/>
        <w:ind w:firstLine="331"/>
        <w:jc w:val="both"/>
      </w:pPr>
      <w:r>
        <w:rPr>
          <w:rFonts w:ascii="Georgia" w:hAnsi="Georgia"/>
          <w:b w:val="0"/>
          <w:i w:val="0"/>
          <w:color w:val="22201D"/>
          <w:sz w:val="20"/>
        </w:rPr>
        <w:t>The table card printed:</w:t>
      </w:r>
    </w:p>
    <w:p>
      <w:pPr>
        <w:spacing w:after="60" w:line="250" w:lineRule="auto"/>
        <w:ind w:left="202" w:right="173"/>
      </w:pPr>
      <w:r>
        <w:rPr>
          <w:rFonts w:ascii="Georgia" w:hAnsi="Georgia"/>
          <w:b w:val="0"/>
          <w:i w:val="0"/>
          <w:color w:val="22201D"/>
          <w:sz w:val="17"/>
        </w:rPr>
        <w:t>Service denied.</w:t>
      </w:r>
    </w:p>
    <w:p>
      <w:pPr>
        <w:spacing w:after="60" w:line="266" w:lineRule="auto"/>
        <w:ind w:firstLine="331"/>
        <w:jc w:val="both"/>
      </w:pPr>
      <w:r>
        <w:rPr>
          <w:rFonts w:ascii="Georgia" w:hAnsi="Georgia"/>
          <w:b w:val="0"/>
          <w:i w:val="0"/>
          <w:color w:val="22201D"/>
          <w:sz w:val="20"/>
        </w:rPr>
        <w:t>"Do not use that tone," said Gerald.</w:t>
      </w:r>
    </w:p>
    <w:p>
      <w:pPr>
        <w:spacing w:after="60" w:line="266" w:lineRule="auto"/>
        <w:ind w:firstLine="331"/>
        <w:jc w:val="both"/>
      </w:pPr>
      <w:r>
        <w:rPr>
          <w:rFonts w:ascii="Georgia" w:hAnsi="Georgia"/>
          <w:b w:val="0"/>
          <w:i w:val="0"/>
          <w:color w:val="22201D"/>
          <w:sz w:val="20"/>
        </w:rPr>
        <w:t>The card adjusted:</w:t>
      </w:r>
    </w:p>
    <w:p>
      <w:pPr>
        <w:spacing w:after="60" w:line="250" w:lineRule="auto"/>
        <w:ind w:left="202" w:right="173"/>
      </w:pPr>
      <w:r>
        <w:rPr>
          <w:rFonts w:ascii="Georgia" w:hAnsi="Georgia"/>
          <w:b w:val="0"/>
          <w:i w:val="0"/>
          <w:color w:val="22201D"/>
          <w:sz w:val="17"/>
        </w:rPr>
        <w:t>Service held.</w:t>
      </w:r>
    </w:p>
    <w:p>
      <w:pPr>
        <w:spacing w:after="60" w:line="266" w:lineRule="auto"/>
        <w:ind w:firstLine="331"/>
        <w:jc w:val="both"/>
      </w:pPr>
      <w:r>
        <w:rPr>
          <w:rFonts w:ascii="Georgia" w:hAnsi="Georgia"/>
          <w:b w:val="0"/>
          <w:i w:val="0"/>
          <w:color w:val="22201D"/>
          <w:sz w:val="20"/>
        </w:rPr>
        <w:t>"Better."</w:t>
      </w:r>
    </w:p>
    <w:p>
      <w:pPr>
        <w:spacing w:after="60" w:line="266" w:lineRule="auto"/>
        <w:ind w:firstLine="331"/>
        <w:jc w:val="both"/>
      </w:pPr>
      <w:r>
        <w:rPr>
          <w:rFonts w:ascii="Georgia" w:hAnsi="Georgia"/>
          <w:b w:val="0"/>
          <w:i w:val="0"/>
          <w:color w:val="22201D"/>
          <w:sz w:val="20"/>
        </w:rPr>
        <w:t>Bob emerged carrying a stainless steel tray.</w:t>
      </w:r>
    </w:p>
    <w:p>
      <w:pPr>
        <w:spacing w:after="60" w:line="266" w:lineRule="auto"/>
        <w:ind w:firstLine="331"/>
        <w:jc w:val="both"/>
      </w:pPr>
      <w:r>
        <w:rPr>
          <w:rFonts w:ascii="Georgia" w:hAnsi="Georgia"/>
          <w:b w:val="0"/>
          <w:i w:val="0"/>
          <w:color w:val="22201D"/>
          <w:sz w:val="20"/>
        </w:rPr>
        <w:t>On the tray sat a sealed glass jar.</w:t>
      </w:r>
    </w:p>
    <w:p>
      <w:pPr>
        <w:spacing w:after="60" w:line="266" w:lineRule="auto"/>
        <w:ind w:firstLine="331"/>
        <w:jc w:val="both"/>
      </w:pPr>
      <w:r>
        <w:rPr>
          <w:rFonts w:ascii="Georgia" w:hAnsi="Georgia"/>
          <w:b w:val="0"/>
          <w:i w:val="0"/>
          <w:color w:val="22201D"/>
          <w:sz w:val="20"/>
        </w:rPr>
        <w:t>The jar contained sauce.</w:t>
      </w:r>
    </w:p>
    <w:p>
      <w:pPr>
        <w:spacing w:after="60" w:line="266" w:lineRule="auto"/>
        <w:ind w:firstLine="331"/>
        <w:jc w:val="both"/>
      </w:pPr>
      <w:r>
        <w:rPr>
          <w:rFonts w:ascii="Georgia" w:hAnsi="Georgia"/>
          <w:b w:val="0"/>
          <w:i w:val="0"/>
          <w:color w:val="22201D"/>
          <w:sz w:val="20"/>
        </w:rPr>
        <w:t>Or perhaps it contained weather that had negotiated temporary custody with fruit.</w:t>
      </w:r>
    </w:p>
    <w:p>
      <w:pPr>
        <w:spacing w:after="60" w:line="266" w:lineRule="auto"/>
        <w:ind w:firstLine="331"/>
        <w:jc w:val="both"/>
      </w:pPr>
      <w:r>
        <w:rPr>
          <w:rFonts w:ascii="Georgia" w:hAnsi="Georgia"/>
          <w:b w:val="0"/>
          <w:i w:val="0"/>
          <w:color w:val="22201D"/>
          <w:sz w:val="20"/>
        </w:rPr>
        <w:t>The sauce was gold near the bottom, green at the edges, and threaded with pale lines that moved through it like quiet lightning trying to remember who had invited it. Basil seeds hung in suspension. Pineapple fibers caught the light. Tiny bubbles rose and stopped before reaching the surface, as if the sauce was thinking better of becoming foam.</w:t>
      </w:r>
    </w:p>
    <w:p>
      <w:pPr>
        <w:spacing w:after="60" w:line="266" w:lineRule="auto"/>
        <w:ind w:firstLine="331"/>
        <w:jc w:val="both"/>
      </w:pPr>
      <w:r>
        <w:rPr>
          <w:rFonts w:ascii="Georgia" w:hAnsi="Georgia"/>
          <w:b w:val="0"/>
          <w:i w:val="0"/>
          <w:color w:val="22201D"/>
          <w:sz w:val="20"/>
        </w:rPr>
        <w:t>The jar had a label.</w:t>
      </w:r>
    </w:p>
    <w:p>
      <w:pPr>
        <w:spacing w:after="60" w:line="266" w:lineRule="auto"/>
        <w:ind w:firstLine="331"/>
        <w:jc w:val="both"/>
      </w:pPr>
      <w:r>
        <w:rPr>
          <w:rFonts w:ascii="Georgia" w:hAnsi="Georgia"/>
          <w:b w:val="0"/>
          <w:i w:val="0"/>
          <w:color w:val="22201D"/>
          <w:sz w:val="20"/>
        </w:rPr>
        <w:t>Gerald stepped close enough to read it without letting his face admit that the sauce had successfully become interesting.</w:t>
      </w:r>
    </w:p>
    <w:p>
      <w:pPr>
        <w:spacing w:after="60" w:line="250" w:lineRule="auto"/>
        <w:ind w:left="202" w:right="173"/>
      </w:pPr>
      <w:r>
        <w:rPr>
          <w:rFonts w:ascii="Georgia" w:hAnsi="Georgia"/>
          <w:b w:val="0"/>
          <w:i w:val="0"/>
          <w:color w:val="22201D"/>
          <w:sz w:val="17"/>
        </w:rPr>
        <w:t>PINEAPPLE THAI BASIL LIGHTNING  Batch status: not for service  Observation only</w:t>
      </w:r>
    </w:p>
    <w:p>
      <w:pPr>
        <w:spacing w:after="60" w:line="266" w:lineRule="auto"/>
        <w:ind w:firstLine="331"/>
        <w:jc w:val="both"/>
      </w:pPr>
      <w:r>
        <w:rPr>
          <w:rFonts w:ascii="Georgia" w:hAnsi="Georgia"/>
          <w:b w:val="0"/>
          <w:i w:val="0"/>
          <w:color w:val="22201D"/>
          <w:sz w:val="20"/>
        </w:rPr>
        <w:t>Gerald nodded once.</w:t>
      </w:r>
    </w:p>
    <w:p>
      <w:pPr>
        <w:spacing w:after="60" w:line="266" w:lineRule="auto"/>
        <w:ind w:firstLine="331"/>
        <w:jc w:val="both"/>
      </w:pPr>
      <w:r>
        <w:rPr>
          <w:rFonts w:ascii="Georgia" w:hAnsi="Georgia"/>
          <w:b w:val="0"/>
          <w:i w:val="0"/>
          <w:color w:val="22201D"/>
          <w:sz w:val="20"/>
        </w:rPr>
        <w:t>"Font acceptable."</w:t>
      </w:r>
    </w:p>
    <w:p>
      <w:pPr>
        <w:spacing w:after="60" w:line="266" w:lineRule="auto"/>
        <w:ind w:firstLine="331"/>
        <w:jc w:val="both"/>
      </w:pPr>
      <w:r>
        <w:rPr>
          <w:rFonts w:ascii="Georgia" w:hAnsi="Georgia"/>
          <w:b w:val="0"/>
          <w:i w:val="0"/>
          <w:color w:val="22201D"/>
          <w:sz w:val="20"/>
        </w:rPr>
        <w:t>Bob looked pleased.</w:t>
      </w:r>
    </w:p>
    <w:p>
      <w:pPr>
        <w:spacing w:after="60" w:line="266" w:lineRule="auto"/>
        <w:ind w:firstLine="331"/>
        <w:jc w:val="both"/>
      </w:pPr>
      <w:r>
        <w:rPr>
          <w:rFonts w:ascii="Georgia" w:hAnsi="Georgia"/>
          <w:b w:val="0"/>
          <w:i w:val="0"/>
          <w:color w:val="22201D"/>
          <w:sz w:val="20"/>
        </w:rPr>
        <w:t>"I used the serious labeler."</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"It wanted glitter."</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"I said no."</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The sauce flashed.</w:t>
      </w:r>
    </w:p>
    <w:p>
      <w:pPr>
        <w:spacing w:after="60" w:line="266" w:lineRule="auto"/>
        <w:ind w:firstLine="331"/>
        <w:jc w:val="both"/>
      </w:pPr>
      <w:r>
        <w:rPr>
          <w:rFonts w:ascii="Georgia" w:hAnsi="Georgia"/>
          <w:b w:val="0"/>
          <w:i w:val="0"/>
          <w:color w:val="22201D"/>
          <w:sz w:val="20"/>
        </w:rPr>
        <w:t>The label printed:</w:t>
      </w:r>
    </w:p>
    <w:p>
      <w:pPr>
        <w:spacing w:after="60" w:line="250" w:lineRule="auto"/>
        <w:ind w:left="202" w:right="173"/>
      </w:pPr>
      <w:r>
        <w:rPr>
          <w:rFonts w:ascii="Georgia" w:hAnsi="Georgia"/>
          <w:b w:val="0"/>
          <w:i w:val="0"/>
          <w:color w:val="22201D"/>
          <w:sz w:val="17"/>
        </w:rPr>
        <w:t>Glitter request: denied</w:t>
      </w:r>
    </w:p>
    <w:p>
      <w:pPr>
        <w:spacing w:after="60" w:line="266" w:lineRule="auto"/>
        <w:ind w:firstLine="331"/>
        <w:jc w:val="both"/>
      </w:pPr>
      <w:r>
        <w:rPr>
          <w:rFonts w:ascii="Georgia" w:hAnsi="Georgia"/>
          <w:b w:val="0"/>
          <w:i w:val="0"/>
          <w:color w:val="22201D"/>
          <w:sz w:val="20"/>
        </w:rPr>
        <w:t>Gerald pointed at it.</w:t>
      </w:r>
    </w:p>
    <w:p>
      <w:pPr>
        <w:spacing w:after="60" w:line="266" w:lineRule="auto"/>
        <w:ind w:firstLine="331"/>
        <w:jc w:val="both"/>
      </w:pPr>
      <w:r>
        <w:rPr>
          <w:rFonts w:ascii="Georgia" w:hAnsi="Georgia"/>
          <w:b w:val="0"/>
          <w:i w:val="0"/>
          <w:color w:val="22201D"/>
          <w:sz w:val="20"/>
        </w:rPr>
        <w:t>"Do not develop preferences in writing unless they are safety-relevant."</w:t>
      </w:r>
    </w:p>
    <w:p>
      <w:pPr>
        <w:spacing w:after="60" w:line="266" w:lineRule="auto"/>
        <w:ind w:firstLine="331"/>
        <w:jc w:val="both"/>
      </w:pPr>
      <w:r>
        <w:rPr>
          <w:rFonts w:ascii="Georgia" w:hAnsi="Georgia"/>
          <w:b w:val="0"/>
          <w:i w:val="0"/>
          <w:color w:val="22201D"/>
          <w:sz w:val="20"/>
        </w:rPr>
        <w:t>The label printed:</w:t>
      </w:r>
    </w:p>
    <w:p>
      <w:pPr>
        <w:spacing w:after="60" w:line="250" w:lineRule="auto"/>
        <w:ind w:left="202" w:right="173"/>
      </w:pPr>
      <w:r>
        <w:rPr>
          <w:rFonts w:ascii="Georgia" w:hAnsi="Georgia"/>
          <w:b w:val="0"/>
          <w:i w:val="0"/>
          <w:color w:val="22201D"/>
          <w:sz w:val="17"/>
        </w:rPr>
        <w:t>Preference withdrawn.</w:t>
      </w:r>
    </w:p>
    <w:p>
      <w:pPr>
        <w:spacing w:after="60" w:line="266" w:lineRule="auto"/>
        <w:ind w:firstLine="331"/>
        <w:jc w:val="both"/>
      </w:pPr>
      <w:r>
        <w:rPr>
          <w:rFonts w:ascii="Georgia" w:hAnsi="Georgia"/>
          <w:b w:val="0"/>
          <w:i w:val="0"/>
          <w:color w:val="22201D"/>
          <w:sz w:val="20"/>
        </w:rPr>
        <w:t>Mara whispered, "It has preferences."</w:t>
      </w:r>
    </w:p>
    <w:p>
      <w:pPr>
        <w:spacing w:after="60" w:line="266" w:lineRule="auto"/>
        <w:ind w:firstLine="331"/>
        <w:jc w:val="both"/>
      </w:pPr>
      <w:r>
        <w:rPr>
          <w:rFonts w:ascii="Georgia" w:hAnsi="Georgia"/>
          <w:b w:val="0"/>
          <w:i w:val="0"/>
          <w:color w:val="22201D"/>
          <w:sz w:val="20"/>
        </w:rPr>
        <w:t>"Everything here has preferences," said Flocc.</w:t>
      </w:r>
    </w:p>
    <w:p>
      <w:pPr>
        <w:spacing w:after="60" w:line="266" w:lineRule="auto"/>
        <w:ind w:firstLine="331"/>
        <w:jc w:val="both"/>
      </w:pPr>
      <w:r>
        <w:rPr>
          <w:rFonts w:ascii="Georgia" w:hAnsi="Georgia"/>
          <w:b w:val="0"/>
          <w:i w:val="0"/>
          <w:color w:val="22201D"/>
          <w:sz w:val="20"/>
        </w:rPr>
        <w:t>"Yes, but this one is in a jar."</w:t>
      </w:r>
    </w:p>
    <w:p>
      <w:pPr>
        <w:spacing w:after="60" w:line="266" w:lineRule="auto"/>
        <w:ind w:firstLine="331"/>
        <w:jc w:val="both"/>
      </w:pPr>
      <w:r>
        <w:rPr>
          <w:rFonts w:ascii="Georgia" w:hAnsi="Georgia"/>
          <w:b w:val="0"/>
          <w:i w:val="0"/>
          <w:color w:val="22201D"/>
          <w:sz w:val="20"/>
        </w:rPr>
        <w:t>"That might be better."</w:t>
      </w:r>
    </w:p>
    <w:p>
      <w:pPr>
        <w:spacing w:after="60" w:line="266" w:lineRule="auto"/>
        <w:ind w:firstLine="331"/>
        <w:jc w:val="both"/>
      </w:pPr>
      <w:r>
        <w:rPr>
          <w:rFonts w:ascii="Georgia" w:hAnsi="Georgia"/>
          <w:b w:val="0"/>
          <w:i w:val="0"/>
          <w:color w:val="22201D"/>
          <w:sz w:val="20"/>
        </w:rPr>
        <w:t>"That might be worse."</w:t>
      </w:r>
    </w:p>
    <w:p>
      <w:pPr>
        <w:spacing w:after="60" w:line="266" w:lineRule="auto"/>
        <w:ind w:firstLine="331"/>
        <w:jc w:val="both"/>
      </w:pPr>
      <w:r>
        <w:rPr>
          <w:rFonts w:ascii="Georgia" w:hAnsi="Georgia"/>
          <w:b w:val="0"/>
          <w:i w:val="0"/>
          <w:color w:val="22201D"/>
          <w:sz w:val="20"/>
        </w:rPr>
        <w:t>The Hostess placed the jar on the small round table that had been reserved by forgetting. The four glasses of water around it brightened. No chairs appeared.</w:t>
      </w:r>
    </w:p>
    <w:p>
      <w:pPr>
        <w:spacing w:after="60" w:line="266" w:lineRule="auto"/>
        <w:ind w:firstLine="331"/>
        <w:jc w:val="both"/>
      </w:pPr>
      <w:r>
        <w:rPr>
          <w:rFonts w:ascii="Georgia" w:hAnsi="Georgia"/>
          <w:b w:val="0"/>
          <w:i w:val="0"/>
          <w:color w:val="22201D"/>
          <w:sz w:val="20"/>
        </w:rPr>
        <w:t>Outside, Evan leaned forward again and caught himself.</w:t>
      </w:r>
    </w:p>
    <w:p>
      <w:pPr>
        <w:spacing w:after="60" w:line="266" w:lineRule="auto"/>
        <w:ind w:firstLine="331"/>
        <w:jc w:val="both"/>
      </w:pPr>
      <w:r>
        <w:rPr>
          <w:rFonts w:ascii="Georgia" w:hAnsi="Georgia"/>
          <w:b w:val="0"/>
          <w:i w:val="0"/>
          <w:color w:val="22201D"/>
          <w:sz w:val="20"/>
        </w:rPr>
        <w:t>The app on his phone printed:</w:t>
      </w:r>
    </w:p>
    <w:p>
      <w:pPr>
        <w:spacing w:after="60" w:line="250" w:lineRule="auto"/>
        <w:ind w:left="202" w:right="173"/>
      </w:pPr>
      <w:r>
        <w:rPr>
          <w:rFonts w:ascii="Georgia" w:hAnsi="Georgia"/>
          <w:b w:val="0"/>
          <w:i w:val="0"/>
          <w:color w:val="22201D"/>
          <w:sz w:val="17"/>
        </w:rPr>
        <w:t>Leaning counts as pre-movement.</w:t>
      </w:r>
    </w:p>
    <w:p>
      <w:pPr>
        <w:spacing w:after="60" w:line="266" w:lineRule="auto"/>
        <w:ind w:firstLine="331"/>
        <w:jc w:val="both"/>
      </w:pPr>
      <w:r>
        <w:rPr>
          <w:rFonts w:ascii="Georgia" w:hAnsi="Georgia"/>
          <w:b w:val="0"/>
          <w:i w:val="0"/>
          <w:color w:val="22201D"/>
          <w:sz w:val="20"/>
        </w:rPr>
        <w:t>Gerald saw it through the glass.</w:t>
      </w:r>
    </w:p>
    <w:p>
      <w:pPr>
        <w:spacing w:after="60" w:line="266" w:lineRule="auto"/>
        <w:ind w:firstLine="331"/>
        <w:jc w:val="both"/>
      </w:pPr>
      <w:r>
        <w:rPr>
          <w:rFonts w:ascii="Georgia" w:hAnsi="Georgia"/>
          <w:b w:val="0"/>
          <w:i w:val="0"/>
          <w:color w:val="22201D"/>
          <w:sz w:val="20"/>
        </w:rPr>
        <w:t>"Good app."</w:t>
      </w:r>
    </w:p>
    <w:p>
      <w:pPr>
        <w:spacing w:after="60" w:line="266" w:lineRule="auto"/>
        <w:ind w:firstLine="331"/>
        <w:jc w:val="both"/>
      </w:pPr>
      <w:r>
        <w:rPr>
          <w:rFonts w:ascii="Georgia" w:hAnsi="Georgia"/>
          <w:b w:val="0"/>
          <w:i w:val="0"/>
          <w:color w:val="22201D"/>
          <w:sz w:val="20"/>
        </w:rPr>
        <w:t>Steve almost wrote that down.</w:t>
      </w:r>
    </w:p>
    <w:p>
      <w:pPr>
        <w:spacing w:after="60" w:line="266" w:lineRule="auto"/>
        <w:ind w:firstLine="331"/>
        <w:jc w:val="both"/>
      </w:pPr>
      <w:r>
        <w:rPr>
          <w:rFonts w:ascii="Georgia" w:hAnsi="Georgia"/>
          <w:b w:val="0"/>
          <w:i w:val="0"/>
          <w:color w:val="22201D"/>
          <w:sz w:val="20"/>
        </w:rPr>
        <w:t>Gerald turned.</w:t>
      </w:r>
    </w:p>
    <w:p>
      <w:pPr>
        <w:spacing w:after="60" w:line="266" w:lineRule="auto"/>
        <w:ind w:firstLine="331"/>
        <w:jc w:val="both"/>
      </w:pPr>
      <w:r>
        <w:rPr>
          <w:rFonts w:ascii="Georgia" w:hAnsi="Georgia"/>
          <w:b w:val="0"/>
          <w:i w:val="0"/>
          <w:color w:val="22201D"/>
          <w:sz w:val="20"/>
        </w:rPr>
        <w:t>Steve stopped.</w:t>
      </w:r>
    </w:p>
    <w:p>
      <w:pPr>
        <w:spacing w:after="60" w:line="266" w:lineRule="auto"/>
        <w:ind w:firstLine="331"/>
        <w:jc w:val="both"/>
      </w:pPr>
      <w:r>
        <w:rPr>
          <w:rFonts w:ascii="Georgia" w:hAnsi="Georgia"/>
          <w:b w:val="0"/>
          <w:i w:val="0"/>
          <w:color w:val="22201D"/>
          <w:sz w:val="20"/>
        </w:rPr>
        <w:t>The Hostess addressed the line through the closed door.</w:t>
      </w:r>
    </w:p>
    <w:p>
      <w:pPr>
        <w:spacing w:after="60" w:line="266" w:lineRule="auto"/>
        <w:ind w:firstLine="331"/>
        <w:jc w:val="both"/>
      </w:pPr>
      <w:r>
        <w:rPr>
          <w:rFonts w:ascii="Georgia" w:hAnsi="Georgia"/>
          <w:b w:val="0"/>
          <w:i w:val="0"/>
          <w:color w:val="22201D"/>
          <w:sz w:val="20"/>
        </w:rPr>
        <w:t>"The sauce is not being served."</w:t>
      </w:r>
    </w:p>
    <w:p>
      <w:pPr>
        <w:spacing w:after="60" w:line="266" w:lineRule="auto"/>
        <w:ind w:firstLine="331"/>
        <w:jc w:val="both"/>
      </w:pPr>
      <w:r>
        <w:rPr>
          <w:rFonts w:ascii="Georgia" w:hAnsi="Georgia"/>
          <w:b w:val="0"/>
          <w:i w:val="0"/>
          <w:color w:val="22201D"/>
          <w:sz w:val="20"/>
        </w:rPr>
        <w:t>The line heard her.</w:t>
      </w:r>
    </w:p>
    <w:p>
      <w:pPr>
        <w:spacing w:after="60" w:line="266" w:lineRule="auto"/>
        <w:ind w:firstLine="331"/>
        <w:jc w:val="both"/>
      </w:pPr>
      <w:r>
        <w:rPr>
          <w:rFonts w:ascii="Georgia" w:hAnsi="Georgia"/>
          <w:b w:val="0"/>
          <w:i w:val="0"/>
          <w:color w:val="22201D"/>
          <w:sz w:val="20"/>
        </w:rPr>
        <w:t>This was not acoustically plausible.</w:t>
      </w:r>
    </w:p>
    <w:p>
      <w:pPr>
        <w:spacing w:after="60" w:line="266" w:lineRule="auto"/>
        <w:ind w:firstLine="331"/>
        <w:jc w:val="both"/>
      </w:pPr>
      <w:r>
        <w:rPr>
          <w:rFonts w:ascii="Georgia" w:hAnsi="Georgia"/>
          <w:b w:val="0"/>
          <w:i w:val="0"/>
          <w:color w:val="22201D"/>
          <w:sz w:val="20"/>
        </w:rPr>
        <w:t>It happened anyway.</w:t>
      </w:r>
    </w:p>
    <w:p>
      <w:pPr>
        <w:spacing w:after="60" w:line="266" w:lineRule="auto"/>
        <w:ind w:firstLine="331"/>
        <w:jc w:val="both"/>
      </w:pPr>
      <w:r>
        <w:rPr>
          <w:rFonts w:ascii="Georgia" w:hAnsi="Georgia"/>
          <w:b w:val="0"/>
          <w:i w:val="0"/>
          <w:color w:val="22201D"/>
          <w:sz w:val="20"/>
        </w:rPr>
        <w:t>The camera-strap person raised one hand, palm out, not holding a camera.</w:t>
      </w:r>
    </w:p>
    <w:p>
      <w:pPr>
        <w:spacing w:after="60" w:line="266" w:lineRule="auto"/>
        <w:ind w:firstLine="331"/>
        <w:jc w:val="both"/>
      </w:pPr>
      <w:r>
        <w:rPr>
          <w:rFonts w:ascii="Georgia" w:hAnsi="Georgia"/>
          <w:b w:val="0"/>
          <w:i w:val="0"/>
          <w:color w:val="22201D"/>
          <w:sz w:val="20"/>
        </w:rPr>
        <w:t>"Can we see it?"</w:t>
      </w:r>
    </w:p>
    <w:p>
      <w:pPr>
        <w:spacing w:after="60" w:line="266" w:lineRule="auto"/>
        <w:ind w:firstLine="331"/>
        <w:jc w:val="both"/>
      </w:pPr>
      <w:r>
        <w:rPr>
          <w:rFonts w:ascii="Georgia" w:hAnsi="Georgia"/>
          <w:b w:val="0"/>
          <w:i w:val="0"/>
          <w:color w:val="22201D"/>
          <w:sz w:val="20"/>
        </w:rPr>
        <w:t>"You are seeing it," said the Hostess.</w:t>
      </w:r>
    </w:p>
    <w:p>
      <w:pPr>
        <w:spacing w:after="60" w:line="266" w:lineRule="auto"/>
        <w:ind w:firstLine="331"/>
        <w:jc w:val="both"/>
      </w:pPr>
      <w:r>
        <w:rPr>
          <w:rFonts w:ascii="Georgia" w:hAnsi="Georgia"/>
          <w:b w:val="0"/>
          <w:i w:val="0"/>
          <w:color w:val="22201D"/>
          <w:sz w:val="20"/>
        </w:rPr>
        <w:t>"I mean closer."</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 felt-hat man said, "Can we know what it tastes like?"</w:t>
      </w:r>
    </w:p>
    <w:p>
      <w:pPr>
        <w:spacing w:after="60" w:line="266" w:lineRule="auto"/>
        <w:ind w:firstLine="331"/>
        <w:jc w:val="both"/>
      </w:pPr>
      <w:r>
        <w:rPr>
          <w:rFonts w:ascii="Georgia" w:hAnsi="Georgia"/>
          <w:b w:val="0"/>
          <w:i w:val="0"/>
          <w:color w:val="22201D"/>
          <w:sz w:val="20"/>
        </w:rPr>
        <w:t>The sauce flashed.</w:t>
      </w:r>
    </w:p>
    <w:p>
      <w:pPr>
        <w:spacing w:after="60" w:line="266" w:lineRule="auto"/>
        <w:ind w:firstLine="331"/>
        <w:jc w:val="both"/>
      </w:pPr>
      <w:r>
        <w:rPr>
          <w:rFonts w:ascii="Georgia" w:hAnsi="Georgia"/>
          <w:b w:val="0"/>
          <w:i w:val="0"/>
          <w:color w:val="22201D"/>
          <w:sz w:val="20"/>
        </w:rPr>
        <w:t>Gerald said, "No."</w:t>
      </w:r>
    </w:p>
    <w:p>
      <w:pPr>
        <w:spacing w:after="60" w:line="266" w:lineRule="auto"/>
        <w:ind w:firstLine="331"/>
        <w:jc w:val="both"/>
      </w:pPr>
      <w:r>
        <w:rPr>
          <w:rFonts w:ascii="Georgia" w:hAnsi="Georgia"/>
          <w:b w:val="0"/>
          <w:i w:val="0"/>
          <w:color w:val="22201D"/>
          <w:sz w:val="20"/>
        </w:rPr>
        <w:t>The sauce dimmed.</w:t>
      </w:r>
    </w:p>
    <w:p>
      <w:pPr>
        <w:spacing w:after="60" w:line="266" w:lineRule="auto"/>
        <w:ind w:firstLine="331"/>
        <w:jc w:val="both"/>
      </w:pPr>
      <w:r>
        <w:rPr>
          <w:rFonts w:ascii="Georgia" w:hAnsi="Georgia"/>
          <w:b w:val="0"/>
          <w:i w:val="0"/>
          <w:color w:val="22201D"/>
          <w:sz w:val="20"/>
        </w:rPr>
        <w:t>The Hostess said, "Not today."</w:t>
      </w:r>
    </w:p>
    <w:p>
      <w:pPr>
        <w:spacing w:after="60" w:line="266" w:lineRule="auto"/>
        <w:ind w:firstLine="331"/>
        <w:jc w:val="both"/>
      </w:pPr>
      <w:r>
        <w:rPr>
          <w:rFonts w:ascii="Georgia" w:hAnsi="Georgia"/>
          <w:b w:val="0"/>
          <w:i w:val="0"/>
          <w:color w:val="22201D"/>
          <w:sz w:val="20"/>
        </w:rPr>
        <w:t>The sauce brightened again, but with restraint.</w:t>
      </w:r>
    </w:p>
    <w:p>
      <w:pPr>
        <w:spacing w:after="60" w:line="266" w:lineRule="auto"/>
        <w:ind w:firstLine="331"/>
        <w:jc w:val="both"/>
      </w:pPr>
      <w:r>
        <w:rPr>
          <w:rFonts w:ascii="Georgia" w:hAnsi="Georgia"/>
          <w:b w:val="0"/>
          <w:i w:val="0"/>
          <w:color w:val="22201D"/>
          <w:sz w:val="20"/>
        </w:rPr>
        <w:t>Gerald looked at it.</w:t>
      </w:r>
    </w:p>
    <w:p>
      <w:pPr>
        <w:spacing w:after="60" w:line="266" w:lineRule="auto"/>
        <w:ind w:firstLine="331"/>
        <w:jc w:val="both"/>
      </w:pPr>
      <w:r>
        <w:rPr>
          <w:rFonts w:ascii="Georgia" w:hAnsi="Georgia"/>
          <w:b w:val="0"/>
          <w:i w:val="0"/>
          <w:color w:val="22201D"/>
          <w:sz w:val="20"/>
        </w:rPr>
        <w:t>"Do not respond to not today as a loophole."</w:t>
      </w:r>
    </w:p>
    <w:p>
      <w:pPr>
        <w:spacing w:after="60" w:line="266" w:lineRule="auto"/>
        <w:ind w:firstLine="331"/>
        <w:jc w:val="both"/>
      </w:pPr>
      <w:r>
        <w:rPr>
          <w:rFonts w:ascii="Georgia" w:hAnsi="Georgia"/>
          <w:b w:val="0"/>
          <w:i w:val="0"/>
          <w:color w:val="22201D"/>
          <w:sz w:val="20"/>
        </w:rPr>
        <w:t>The label printed:</w:t>
      </w:r>
    </w:p>
    <w:p>
      <w:pPr>
        <w:spacing w:after="60" w:line="250" w:lineRule="auto"/>
        <w:ind w:left="202" w:right="173"/>
      </w:pPr>
      <w:r>
        <w:rPr>
          <w:rFonts w:ascii="Georgia" w:hAnsi="Georgia"/>
          <w:b w:val="0"/>
          <w:i w:val="0"/>
          <w:color w:val="22201D"/>
          <w:sz w:val="17"/>
        </w:rPr>
        <w:t>No loophole asserted.</w:t>
      </w:r>
    </w:p>
    <w:p>
      <w:pPr>
        <w:spacing w:after="60" w:line="266" w:lineRule="auto"/>
        <w:ind w:firstLine="331"/>
        <w:jc w:val="both"/>
      </w:pPr>
      <w:r>
        <w:rPr>
          <w:rFonts w:ascii="Georgia" w:hAnsi="Georgia"/>
          <w:b w:val="0"/>
          <w:i w:val="0"/>
          <w:color w:val="22201D"/>
          <w:sz w:val="20"/>
        </w:rPr>
        <w:t>The tote-bag woman said, "Then why bring it out?"</w:t>
      </w:r>
    </w:p>
    <w:p>
      <w:pPr>
        <w:spacing w:after="60" w:line="266" w:lineRule="auto"/>
        <w:ind w:firstLine="331"/>
        <w:jc w:val="both"/>
      </w:pPr>
      <w:r>
        <w:rPr>
          <w:rFonts w:ascii="Georgia" w:hAnsi="Georgia"/>
          <w:b w:val="0"/>
          <w:i w:val="0"/>
          <w:color w:val="22201D"/>
          <w:sz w:val="20"/>
        </w:rPr>
        <w:t>The Hostess looked at the jar.</w:t>
      </w:r>
    </w:p>
    <w:p>
      <w:pPr>
        <w:spacing w:after="60" w:line="266" w:lineRule="auto"/>
        <w:ind w:firstLine="331"/>
        <w:jc w:val="both"/>
      </w:pPr>
      <w:r>
        <w:rPr>
          <w:rFonts w:ascii="Georgia" w:hAnsi="Georgia"/>
          <w:b w:val="0"/>
          <w:i w:val="0"/>
          <w:color w:val="22201D"/>
          <w:sz w:val="20"/>
        </w:rPr>
        <w:t>"Because attention needs a warning before it becomes appetite."</w:t>
      </w:r>
    </w:p>
    <w:p>
      <w:pPr>
        <w:spacing w:after="60" w:line="266" w:lineRule="auto"/>
        <w:ind w:firstLine="331"/>
        <w:jc w:val="both"/>
      </w:pPr>
      <w:r>
        <w:rPr>
          <w:rFonts w:ascii="Georgia" w:hAnsi="Georgia"/>
          <w:b w:val="0"/>
          <w:i w:val="0"/>
          <w:color w:val="22201D"/>
          <w:sz w:val="20"/>
        </w:rPr>
        <w:t>The jar printed nothing.</w:t>
      </w:r>
    </w:p>
    <w:p>
      <w:pPr>
        <w:spacing w:after="60" w:line="266" w:lineRule="auto"/>
        <w:ind w:firstLine="331"/>
        <w:jc w:val="both"/>
      </w:pPr>
      <w:r>
        <w:rPr>
          <w:rFonts w:ascii="Georgia" w:hAnsi="Georgia"/>
          <w:b w:val="0"/>
          <w:i w:val="0"/>
          <w:color w:val="22201D"/>
          <w:sz w:val="20"/>
        </w:rPr>
        <w:t>This made the sentence better.</w:t>
      </w:r>
    </w:p>
    <w:p>
      <w:pPr>
        <w:spacing w:after="60" w:line="266" w:lineRule="auto"/>
        <w:ind w:firstLine="331"/>
        <w:jc w:val="both"/>
      </w:pPr>
      <w:r>
        <w:rPr>
          <w:rFonts w:ascii="Georgia" w:hAnsi="Georgia"/>
          <w:b w:val="0"/>
          <w:i w:val="0"/>
          <w:color w:val="22201D"/>
          <w:sz w:val="20"/>
        </w:rPr>
        <w:t>Flocc felt the sauce pulling at the room. Not with smell alone. With possibility. The same way a review pulled, but more honest because the sauce did not pretend it was not trying to be noticed. It was bright. It knew it was bright. It did not have the social dishonesty of a person saying they did not care whether anyone looked.</w:t>
      </w:r>
    </w:p>
    <w:p>
      <w:pPr>
        <w:spacing w:after="60" w:line="266" w:lineRule="auto"/>
        <w:ind w:firstLine="331"/>
        <w:jc w:val="both"/>
      </w:pPr>
      <w:r>
        <w:rPr>
          <w:rFonts w:ascii="Georgia" w:hAnsi="Georgia"/>
          <w:b w:val="0"/>
          <w:i w:val="0"/>
          <w:color w:val="22201D"/>
          <w:sz w:val="20"/>
        </w:rPr>
        <w:t>The problem was not that it drew attention.</w:t>
      </w:r>
    </w:p>
    <w:p>
      <w:pPr>
        <w:spacing w:after="60" w:line="266" w:lineRule="auto"/>
        <w:ind w:firstLine="331"/>
        <w:jc w:val="both"/>
      </w:pPr>
      <w:r>
        <w:rPr>
          <w:rFonts w:ascii="Georgia" w:hAnsi="Georgia"/>
          <w:b w:val="0"/>
          <w:i w:val="0"/>
          <w:color w:val="22201D"/>
          <w:sz w:val="20"/>
        </w:rPr>
        <w:t>The problem was that attention wanted to call itself hunger to get closer.</w:t>
      </w:r>
    </w:p>
    <w:p>
      <w:pPr>
        <w:spacing w:after="60" w:line="266" w:lineRule="auto"/>
        <w:ind w:firstLine="331"/>
        <w:jc w:val="both"/>
      </w:pPr>
      <w:r>
        <w:rPr>
          <w:rFonts w:ascii="Georgia" w:hAnsi="Georgia"/>
          <w:b w:val="0"/>
          <w:i w:val="0"/>
          <w:color w:val="22201D"/>
          <w:sz w:val="20"/>
        </w:rPr>
        <w:t>He said this aloud before he could decide whether it was useful.</w:t>
      </w:r>
    </w:p>
    <w:p>
      <w:pPr>
        <w:spacing w:after="60" w:line="266" w:lineRule="auto"/>
        <w:ind w:firstLine="331"/>
        <w:jc w:val="both"/>
      </w:pPr>
      <w:r>
        <w:rPr>
          <w:rFonts w:ascii="Georgia" w:hAnsi="Georgia"/>
          <w:b w:val="0"/>
          <w:i w:val="0"/>
          <w:color w:val="22201D"/>
          <w:sz w:val="20"/>
        </w:rPr>
        <w:t>"The problem is that attention wants to call itself hunger to get closer."</w:t>
      </w:r>
    </w:p>
    <w:p>
      <w:pPr>
        <w:spacing w:after="60" w:line="266" w:lineRule="auto"/>
        <w:ind w:firstLine="331"/>
        <w:jc w:val="both"/>
      </w:pPr>
      <w:r>
        <w:rPr>
          <w:rFonts w:ascii="Georgia" w:hAnsi="Georgia"/>
          <w:b w:val="0"/>
          <w:i w:val="0"/>
          <w:color w:val="22201D"/>
          <w:sz w:val="20"/>
        </w:rPr>
        <w:t>The room looked at him.</w:t>
      </w:r>
    </w:p>
    <w:p>
      <w:pPr>
        <w:spacing w:after="60" w:line="266" w:lineRule="auto"/>
        <w:ind w:firstLine="331"/>
        <w:jc w:val="both"/>
      </w:pPr>
      <w:r>
        <w:rPr>
          <w:rFonts w:ascii="Georgia" w:hAnsi="Georgia"/>
          <w:b w:val="0"/>
          <w:i w:val="0"/>
          <w:color w:val="22201D"/>
          <w:sz w:val="20"/>
        </w:rPr>
        <w:t>The menu printed:</w:t>
      </w:r>
    </w:p>
    <w:p>
      <w:pPr>
        <w:spacing w:after="60" w:line="250" w:lineRule="auto"/>
        <w:ind w:left="202" w:right="173"/>
      </w:pPr>
      <w:r>
        <w:rPr>
          <w:rFonts w:ascii="Georgia" w:hAnsi="Georgia"/>
          <w:b w:val="0"/>
          <w:i w:val="0"/>
          <w:color w:val="22201D"/>
          <w:sz w:val="17"/>
        </w:rPr>
        <w:t>Useful. No garnish detected.</w:t>
      </w:r>
    </w:p>
    <w:p>
      <w:pPr>
        <w:spacing w:after="60" w:line="266" w:lineRule="auto"/>
        <w:ind w:firstLine="331"/>
        <w:jc w:val="both"/>
      </w:pPr>
      <w:r>
        <w:rPr>
          <w:rFonts w:ascii="Georgia" w:hAnsi="Georgia"/>
          <w:b w:val="0"/>
          <w:i w:val="0"/>
          <w:color w:val="22201D"/>
          <w:sz w:val="20"/>
        </w:rPr>
        <w:t>Mara smiled without making it a ceremony.</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Flocc tried not to look like the word had fed him.</w:t>
      </w:r>
    </w:p>
    <w:p>
      <w:pPr>
        <w:spacing w:after="60" w:line="266" w:lineRule="auto"/>
        <w:ind w:firstLine="331"/>
        <w:jc w:val="both"/>
      </w:pPr>
      <w:r>
        <w:rPr>
          <w:rFonts w:ascii="Georgia" w:hAnsi="Georgia"/>
          <w:b w:val="0"/>
          <w:i w:val="0"/>
          <w:color w:val="22201D"/>
          <w:sz w:val="20"/>
        </w:rPr>
        <w:t>The sauce warning label expanded.</w:t>
      </w:r>
    </w:p>
    <w:p>
      <w:pPr>
        <w:spacing w:after="60" w:line="250" w:lineRule="auto"/>
        <w:ind w:left="202" w:right="173"/>
      </w:pPr>
      <w:r>
        <w:rPr>
          <w:rFonts w:ascii="Georgia" w:hAnsi="Georgia"/>
          <w:b w:val="0"/>
          <w:i w:val="0"/>
          <w:color w:val="22201D"/>
          <w:sz w:val="17"/>
        </w:rPr>
        <w:t>SAUCE WARNING</w:t>
      </w:r>
    </w:p>
    <w:p>
      <w:pPr>
        <w:spacing w:after="60" w:line="266" w:lineRule="auto"/>
        <w:ind w:firstLine="331"/>
        <w:jc w:val="both"/>
      </w:pPr>
      <w:r>
        <w:rPr>
          <w:rFonts w:ascii="Georgia" w:hAnsi="Georgia"/>
          <w:b w:val="0"/>
          <w:i w:val="0"/>
          <w:color w:val="22201D"/>
          <w:sz w:val="20"/>
        </w:rPr>
        <w:t>The jar did not open.</w:t>
      </w:r>
    </w:p>
    <w:p>
      <w:pPr>
        <w:spacing w:after="60" w:line="266" w:lineRule="auto"/>
        <w:ind w:firstLine="331"/>
        <w:jc w:val="both"/>
      </w:pPr>
      <w:r>
        <w:rPr>
          <w:rFonts w:ascii="Georgia" w:hAnsi="Georgia"/>
          <w:b w:val="0"/>
          <w:i w:val="0"/>
          <w:color w:val="22201D"/>
          <w:sz w:val="20"/>
        </w:rPr>
        <w:t>The label continued:</w:t>
      </w:r>
    </w:p>
    <w:p>
      <w:pPr>
        <w:spacing w:after="60" w:line="250" w:lineRule="auto"/>
        <w:ind w:left="202" w:right="173"/>
      </w:pPr>
      <w:r>
        <w:rPr>
          <w:rFonts w:ascii="Georgia" w:hAnsi="Georgia"/>
          <w:b w:val="0"/>
          <w:i w:val="0"/>
          <w:color w:val="22201D"/>
          <w:sz w:val="17"/>
        </w:rPr>
        <w:t>This sauce is bright enough to be mistaken for permission. This sauce is aromatic enough to be mistaken for invitation. This sauce is sweet enough to be mistaken for kindness. This sauce is sharp enough to correct all three mistakes.</w:t>
      </w:r>
    </w:p>
    <w:p>
      <w:pPr>
        <w:spacing w:after="60" w:line="266" w:lineRule="auto"/>
        <w:ind w:firstLine="331"/>
        <w:jc w:val="both"/>
      </w:pPr>
      <w:r>
        <w:rPr>
          <w:rFonts w:ascii="Georgia" w:hAnsi="Georgia"/>
          <w:b w:val="0"/>
          <w:i w:val="0"/>
          <w:color w:val="22201D"/>
          <w:sz w:val="20"/>
        </w:rPr>
        <w:t>Gerald read it.</w:t>
      </w:r>
    </w:p>
    <w:p>
      <w:pPr>
        <w:spacing w:after="60" w:line="266" w:lineRule="auto"/>
        <w:ind w:firstLine="331"/>
        <w:jc w:val="both"/>
      </w:pPr>
      <w:r>
        <w:rPr>
          <w:rFonts w:ascii="Georgia" w:hAnsi="Georgia"/>
          <w:b w:val="0"/>
          <w:i w:val="0"/>
          <w:color w:val="22201D"/>
          <w:sz w:val="20"/>
        </w:rPr>
        <w:t>"Acceptable."</w:t>
      </w:r>
    </w:p>
    <w:p>
      <w:pPr>
        <w:spacing w:after="60" w:line="266" w:lineRule="auto"/>
        <w:ind w:firstLine="331"/>
        <w:jc w:val="both"/>
      </w:pPr>
      <w:r>
        <w:rPr>
          <w:rFonts w:ascii="Georgia" w:hAnsi="Georgia"/>
          <w:b w:val="0"/>
          <w:i w:val="0"/>
          <w:color w:val="22201D"/>
          <w:sz w:val="20"/>
        </w:rPr>
        <w:t>Then:</w:t>
      </w:r>
    </w:p>
    <w:p>
      <w:pPr>
        <w:spacing w:after="60" w:line="266" w:lineRule="auto"/>
        <w:ind w:firstLine="331"/>
        <w:jc w:val="both"/>
      </w:pPr>
      <w:r>
        <w:rPr>
          <w:rFonts w:ascii="Georgia" w:hAnsi="Georgia"/>
          <w:b w:val="0"/>
          <w:i w:val="0"/>
          <w:color w:val="22201D"/>
          <w:sz w:val="20"/>
        </w:rPr>
        <w:t>"Add controls."</w:t>
      </w:r>
    </w:p>
    <w:p>
      <w:pPr>
        <w:spacing w:after="60" w:line="266" w:lineRule="auto"/>
        <w:ind w:firstLine="331"/>
        <w:jc w:val="both"/>
      </w:pPr>
      <w:r>
        <w:rPr>
          <w:rFonts w:ascii="Georgia" w:hAnsi="Georgia"/>
          <w:b w:val="0"/>
          <w:i w:val="0"/>
          <w:color w:val="22201D"/>
          <w:sz w:val="20"/>
        </w:rPr>
        <w:t>The label printed:</w:t>
      </w:r>
    </w:p>
    <w:p>
      <w:pPr>
        <w:spacing w:after="60" w:line="250" w:lineRule="auto"/>
        <w:ind w:left="202" w:right="173"/>
      </w:pPr>
      <w:r>
        <w:rPr>
          <w:rFonts w:ascii="Georgia" w:hAnsi="Georgia"/>
          <w:b w:val="0"/>
          <w:i w:val="0"/>
          <w:color w:val="22201D"/>
          <w:sz w:val="17"/>
        </w:rPr>
        <w:t>Controls: sealed jar no service no samples no photographs within arm's reach no descriptive tasting notes from people who have not tasted no leaning hand sink clear queue boundary active water available Gerald present</w:t>
      </w:r>
    </w:p>
    <w:p>
      <w:pPr>
        <w:spacing w:after="60" w:line="266" w:lineRule="auto"/>
        <w:ind w:firstLine="331"/>
        <w:jc w:val="both"/>
      </w:pPr>
      <w:r>
        <w:rPr>
          <w:rFonts w:ascii="Georgia" w:hAnsi="Georgia"/>
          <w:b w:val="0"/>
          <w:i w:val="0"/>
          <w:color w:val="22201D"/>
          <w:sz w:val="20"/>
        </w:rPr>
        <w:t>Gerald read the last line.</w:t>
      </w:r>
    </w:p>
    <w:p>
      <w:pPr>
        <w:spacing w:after="60" w:line="266" w:lineRule="auto"/>
        <w:ind w:firstLine="331"/>
        <w:jc w:val="both"/>
      </w:pPr>
      <w:r>
        <w:rPr>
          <w:rFonts w:ascii="Georgia" w:hAnsi="Georgia"/>
          <w:b w:val="0"/>
          <w:i w:val="0"/>
          <w:color w:val="22201D"/>
          <w:sz w:val="20"/>
        </w:rPr>
        <w:t>"Remove my name."</w:t>
      </w:r>
    </w:p>
    <w:p>
      <w:pPr>
        <w:spacing w:after="60" w:line="266" w:lineRule="auto"/>
        <w:ind w:firstLine="331"/>
        <w:jc w:val="both"/>
      </w:pPr>
      <w:r>
        <w:rPr>
          <w:rFonts w:ascii="Georgia" w:hAnsi="Georgia"/>
          <w:b w:val="0"/>
          <w:i w:val="0"/>
          <w:color w:val="22201D"/>
          <w:sz w:val="20"/>
        </w:rPr>
        <w:t>The label hesitated.</w:t>
      </w:r>
    </w:p>
    <w:p>
      <w:pPr>
        <w:spacing w:after="60" w:line="266" w:lineRule="auto"/>
        <w:ind w:firstLine="331"/>
        <w:jc w:val="both"/>
      </w:pPr>
      <w:r>
        <w:rPr>
          <w:rFonts w:ascii="Georgia" w:hAnsi="Georgia"/>
          <w:b w:val="0"/>
          <w:i w:val="0"/>
          <w:color w:val="22201D"/>
          <w:sz w:val="20"/>
        </w:rPr>
        <w:t>"Remove my name."</w:t>
      </w:r>
    </w:p>
    <w:p>
      <w:pPr>
        <w:spacing w:after="60" w:line="250" w:lineRule="auto"/>
        <w:ind w:left="202" w:right="173"/>
      </w:pPr>
      <w:r>
        <w:rPr>
          <w:rFonts w:ascii="Georgia" w:hAnsi="Georgia"/>
          <w:b w:val="0"/>
          <w:i w:val="0"/>
          <w:color w:val="22201D"/>
          <w:sz w:val="17"/>
        </w:rPr>
        <w:t>safety authority present</w:t>
      </w:r>
    </w:p>
    <w:p>
      <w:pPr>
        <w:spacing w:after="60" w:line="266" w:lineRule="auto"/>
        <w:ind w:firstLine="331"/>
        <w:jc w:val="both"/>
      </w:pPr>
      <w:r>
        <w:rPr>
          <w:rFonts w:ascii="Georgia" w:hAnsi="Georgia"/>
          <w:b w:val="0"/>
          <w:i w:val="0"/>
          <w:color w:val="22201D"/>
          <w:sz w:val="20"/>
        </w:rPr>
        <w:t>"Better."</w:t>
      </w:r>
    </w:p>
    <w:p>
      <w:pPr>
        <w:spacing w:after="60" w:line="266" w:lineRule="auto"/>
        <w:ind w:firstLine="331"/>
        <w:jc w:val="both"/>
      </w:pPr>
      <w:r>
        <w:rPr>
          <w:rFonts w:ascii="Georgia" w:hAnsi="Georgia"/>
          <w:b w:val="0"/>
          <w:i w:val="0"/>
          <w:color w:val="22201D"/>
          <w:sz w:val="20"/>
        </w:rPr>
        <w:t>Steve said, "Should we define safety authority?"</w:t>
      </w:r>
    </w:p>
    <w:p>
      <w:pPr>
        <w:spacing w:after="60" w:line="266" w:lineRule="auto"/>
        <w:ind w:firstLine="331"/>
        <w:jc w:val="both"/>
      </w:pPr>
      <w:r>
        <w:rPr>
          <w:rFonts w:ascii="Georgia" w:hAnsi="Georgia"/>
          <w:b w:val="0"/>
          <w:i w:val="0"/>
          <w:color w:val="22201D"/>
          <w:sz w:val="20"/>
        </w:rPr>
        <w:t>"No," said Gerald and the Hostess at the same time.</w:t>
      </w:r>
    </w:p>
    <w:p>
      <w:pPr>
        <w:spacing w:after="60" w:line="266" w:lineRule="auto"/>
        <w:ind w:firstLine="331"/>
        <w:jc w:val="both"/>
      </w:pPr>
      <w:r>
        <w:rPr>
          <w:rFonts w:ascii="Georgia" w:hAnsi="Georgia"/>
          <w:b w:val="0"/>
          <w:i w:val="0"/>
          <w:color w:val="22201D"/>
          <w:sz w:val="20"/>
        </w:rPr>
        <w:t>The app outside updated:</w:t>
      </w:r>
    </w:p>
    <w:p>
      <w:pPr>
        <w:spacing w:after="60" w:line="250" w:lineRule="auto"/>
        <w:ind w:left="202" w:right="173"/>
      </w:pPr>
      <w:r>
        <w:rPr>
          <w:rFonts w:ascii="Georgia" w:hAnsi="Georgia"/>
          <w:b w:val="0"/>
          <w:i w:val="0"/>
          <w:color w:val="22201D"/>
          <w:sz w:val="17"/>
        </w:rPr>
        <w:t>Sauce status: not available  Observation: allowed from current position  Tasting note field: locked</w:t>
      </w:r>
    </w:p>
    <w:p>
      <w:pPr>
        <w:spacing w:after="60" w:line="266" w:lineRule="auto"/>
        <w:ind w:firstLine="331"/>
        <w:jc w:val="both"/>
      </w:pPr>
      <w:r>
        <w:rPr>
          <w:rFonts w:ascii="Georgia" w:hAnsi="Georgia"/>
          <w:b w:val="0"/>
          <w:i w:val="0"/>
          <w:color w:val="22201D"/>
          <w:sz w:val="20"/>
        </w:rPr>
        <w:t>The crowd disliked this in different ways.</w:t>
      </w:r>
    </w:p>
    <w:p>
      <w:pPr>
        <w:spacing w:after="60" w:line="266" w:lineRule="auto"/>
        <w:ind w:firstLine="331"/>
        <w:jc w:val="both"/>
      </w:pPr>
      <w:r>
        <w:rPr>
          <w:rFonts w:ascii="Georgia" w:hAnsi="Georgia"/>
          <w:b w:val="0"/>
          <w:i w:val="0"/>
          <w:color w:val="22201D"/>
          <w:sz w:val="20"/>
        </w:rPr>
        <w:t>Evan looked relieved, which surprised him.</w:t>
      </w:r>
    </w:p>
    <w:p>
      <w:pPr>
        <w:spacing w:after="60" w:line="266" w:lineRule="auto"/>
        <w:ind w:firstLine="331"/>
        <w:jc w:val="both"/>
      </w:pPr>
      <w:r>
        <w:rPr>
          <w:rFonts w:ascii="Georgia" w:hAnsi="Georgia"/>
          <w:b w:val="0"/>
          <w:i w:val="0"/>
          <w:color w:val="22201D"/>
          <w:sz w:val="20"/>
        </w:rPr>
        <w:t>The tote-bag woman looked disappointed, then embarrassed by the disappointment, then interested in the embarrassment.</w:t>
      </w:r>
    </w:p>
    <w:p>
      <w:pPr>
        <w:spacing w:after="60" w:line="266" w:lineRule="auto"/>
        <w:ind w:firstLine="331"/>
        <w:jc w:val="both"/>
      </w:pPr>
      <w:r>
        <w:rPr>
          <w:rFonts w:ascii="Georgia" w:hAnsi="Georgia"/>
          <w:b w:val="0"/>
          <w:i w:val="0"/>
          <w:color w:val="22201D"/>
          <w:sz w:val="20"/>
        </w:rPr>
        <w:t>The camera-strap person looked at their pocket.</w:t>
      </w:r>
    </w:p>
    <w:p>
      <w:pPr>
        <w:spacing w:after="60" w:line="266" w:lineRule="auto"/>
        <w:ind w:firstLine="331"/>
        <w:jc w:val="both"/>
      </w:pPr>
      <w:r>
        <w:rPr>
          <w:rFonts w:ascii="Georgia" w:hAnsi="Georgia"/>
          <w:b w:val="0"/>
          <w:i w:val="0"/>
          <w:color w:val="22201D"/>
          <w:sz w:val="20"/>
        </w:rPr>
        <w:t>The felt-hat man whispered, "I was going to say electric."</w:t>
      </w:r>
    </w:p>
    <w:p>
      <w:pPr>
        <w:spacing w:after="60" w:line="266" w:lineRule="auto"/>
        <w:ind w:firstLine="331"/>
        <w:jc w:val="both"/>
      </w:pPr>
      <w:r>
        <w:rPr>
          <w:rFonts w:ascii="Georgia" w:hAnsi="Georgia"/>
          <w:b w:val="0"/>
          <w:i w:val="0"/>
          <w:color w:val="22201D"/>
          <w:sz w:val="20"/>
        </w:rPr>
        <w:t>The adjective dish rang.</w:t>
      </w:r>
    </w:p>
    <w:p>
      <w:pPr>
        <w:spacing w:after="60" w:line="266" w:lineRule="auto"/>
        <w:ind w:firstLine="331"/>
        <w:jc w:val="both"/>
      </w:pPr>
      <w:r>
        <w:rPr>
          <w:rFonts w:ascii="Georgia" w:hAnsi="Georgia"/>
          <w:b w:val="0"/>
          <w:i w:val="0"/>
          <w:color w:val="22201D"/>
          <w:sz w:val="20"/>
        </w:rPr>
        <w:t>The felt-hat man sighed.</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The Hostess opened the door but did not invite entry.</w:t>
      </w:r>
    </w:p>
    <w:p>
      <w:pPr>
        <w:spacing w:after="60" w:line="266" w:lineRule="auto"/>
        <w:ind w:firstLine="331"/>
        <w:jc w:val="both"/>
      </w:pPr>
      <w:r>
        <w:rPr>
          <w:rFonts w:ascii="Georgia" w:hAnsi="Georgia"/>
          <w:b w:val="0"/>
          <w:i w:val="0"/>
          <w:color w:val="22201D"/>
          <w:sz w:val="20"/>
        </w:rPr>
        <w:t>"Words may be removed at the dish."</w:t>
      </w:r>
    </w:p>
    <w:p>
      <w:pPr>
        <w:spacing w:after="60" w:line="266" w:lineRule="auto"/>
        <w:ind w:firstLine="331"/>
        <w:jc w:val="both"/>
      </w:pPr>
      <w:r>
        <w:rPr>
          <w:rFonts w:ascii="Georgia" w:hAnsi="Georgia"/>
          <w:b w:val="0"/>
          <w:i w:val="0"/>
          <w:color w:val="22201D"/>
          <w:sz w:val="20"/>
        </w:rPr>
        <w:t>The line did not move.</w:t>
      </w:r>
    </w:p>
    <w:p>
      <w:pPr>
        <w:spacing w:after="60" w:line="266" w:lineRule="auto"/>
        <w:ind w:firstLine="331"/>
        <w:jc w:val="both"/>
      </w:pPr>
      <w:r>
        <w:rPr>
          <w:rFonts w:ascii="Georgia" w:hAnsi="Georgia"/>
          <w:b w:val="0"/>
          <w:i w:val="0"/>
          <w:color w:val="22201D"/>
          <w:sz w:val="20"/>
        </w:rPr>
        <w:t>"Not to earn tasting," she said.</w:t>
      </w:r>
    </w:p>
    <w:p>
      <w:pPr>
        <w:spacing w:after="60" w:line="266" w:lineRule="auto"/>
        <w:ind w:firstLine="331"/>
        <w:jc w:val="both"/>
      </w:pPr>
      <w:r>
        <w:rPr>
          <w:rFonts w:ascii="Georgia" w:hAnsi="Georgia"/>
          <w:b w:val="0"/>
          <w:i w:val="0"/>
          <w:color w:val="22201D"/>
          <w:sz w:val="20"/>
        </w:rPr>
        <w:t>The line relaxed and became more ashamed of itself.</w:t>
      </w:r>
    </w:p>
    <w:p>
      <w:pPr>
        <w:spacing w:after="60" w:line="266" w:lineRule="auto"/>
        <w:ind w:firstLine="331"/>
        <w:jc w:val="both"/>
      </w:pPr>
      <w:r>
        <w:rPr>
          <w:rFonts w:ascii="Georgia" w:hAnsi="Georgia"/>
          <w:b w:val="0"/>
          <w:i w:val="0"/>
          <w:color w:val="22201D"/>
          <w:sz w:val="20"/>
        </w:rPr>
        <w:t>"To keep observation from pretending."</w:t>
      </w:r>
    </w:p>
    <w:p>
      <w:pPr>
        <w:spacing w:after="60" w:line="266" w:lineRule="auto"/>
        <w:ind w:firstLine="331"/>
        <w:jc w:val="both"/>
      </w:pPr>
      <w:r>
        <w:rPr>
          <w:rFonts w:ascii="Georgia" w:hAnsi="Georgia"/>
          <w:b w:val="0"/>
          <w:i w:val="0"/>
          <w:color w:val="22201D"/>
          <w:sz w:val="20"/>
        </w:rPr>
        <w:t>The felt-hat man stepped forward first.</w:t>
      </w:r>
    </w:p>
    <w:p>
      <w:pPr>
        <w:spacing w:after="60" w:line="266" w:lineRule="auto"/>
        <w:ind w:firstLine="331"/>
        <w:jc w:val="both"/>
      </w:pPr>
      <w:r>
        <w:rPr>
          <w:rFonts w:ascii="Georgia" w:hAnsi="Georgia"/>
          <w:b w:val="0"/>
          <w:i w:val="0"/>
          <w:color w:val="22201D"/>
          <w:sz w:val="20"/>
        </w:rPr>
        <w:t>He removed electric.</w:t>
      </w:r>
    </w:p>
    <w:p>
      <w:pPr>
        <w:spacing w:after="60" w:line="266" w:lineRule="auto"/>
        <w:ind w:firstLine="331"/>
        <w:jc w:val="both"/>
      </w:pPr>
      <w:r>
        <w:rPr>
          <w:rFonts w:ascii="Georgia" w:hAnsi="Georgia"/>
          <w:b w:val="0"/>
          <w:i w:val="0"/>
          <w:color w:val="22201D"/>
          <w:sz w:val="20"/>
        </w:rPr>
        <w:t>The dish accepted it.</w:t>
      </w:r>
    </w:p>
    <w:p>
      <w:pPr>
        <w:spacing w:after="60" w:line="266" w:lineRule="auto"/>
        <w:ind w:firstLine="331"/>
        <w:jc w:val="both"/>
      </w:pPr>
      <w:r>
        <w:rPr>
          <w:rFonts w:ascii="Georgia" w:hAnsi="Georgia"/>
          <w:b w:val="0"/>
          <w:i w:val="0"/>
          <w:color w:val="22201D"/>
          <w:sz w:val="20"/>
        </w:rPr>
        <w:t>The sauce flashed once, mildly offended, then settled.</w:t>
      </w:r>
    </w:p>
    <w:p>
      <w:pPr>
        <w:spacing w:after="60" w:line="266" w:lineRule="auto"/>
        <w:ind w:firstLine="331"/>
        <w:jc w:val="both"/>
      </w:pPr>
      <w:r>
        <w:rPr>
          <w:rFonts w:ascii="Georgia" w:hAnsi="Georgia"/>
          <w:b w:val="0"/>
          <w:i w:val="0"/>
          <w:color w:val="22201D"/>
          <w:sz w:val="20"/>
        </w:rPr>
        <w:t>The camera-strap person removed unreal.</w:t>
      </w:r>
    </w:p>
    <w:p>
      <w:pPr>
        <w:spacing w:after="60" w:line="266" w:lineRule="auto"/>
        <w:ind w:firstLine="331"/>
        <w:jc w:val="both"/>
      </w:pPr>
      <w:r>
        <w:rPr>
          <w:rFonts w:ascii="Georgia" w:hAnsi="Georgia"/>
          <w:b w:val="0"/>
          <w:i w:val="0"/>
          <w:color w:val="22201D"/>
          <w:sz w:val="20"/>
        </w:rPr>
        <w:t>The tote-bag woman removed viral, which nobody had accused her of carrying but which she had been storing in a corner of her future.</w:t>
      </w:r>
    </w:p>
    <w:p>
      <w:pPr>
        <w:spacing w:after="60" w:line="266" w:lineRule="auto"/>
        <w:ind w:firstLine="331"/>
        <w:jc w:val="both"/>
      </w:pPr>
      <w:r>
        <w:rPr>
          <w:rFonts w:ascii="Georgia" w:hAnsi="Georgia"/>
          <w:b w:val="0"/>
          <w:i w:val="0"/>
          <w:color w:val="22201D"/>
          <w:sz w:val="20"/>
        </w:rPr>
        <w:t>Evan removed worth waiting for.</w:t>
      </w:r>
    </w:p>
    <w:p>
      <w:pPr>
        <w:spacing w:after="60" w:line="266" w:lineRule="auto"/>
        <w:ind w:firstLine="331"/>
        <w:jc w:val="both"/>
      </w:pPr>
      <w:r>
        <w:rPr>
          <w:rFonts w:ascii="Georgia" w:hAnsi="Georgia"/>
          <w:b w:val="0"/>
          <w:i w:val="0"/>
          <w:color w:val="22201D"/>
          <w:sz w:val="20"/>
        </w:rPr>
        <w:t>The dish rejected it.</w:t>
      </w:r>
    </w:p>
    <w:p>
      <w:pPr>
        <w:spacing w:after="60" w:line="266" w:lineRule="auto"/>
        <w:ind w:firstLine="331"/>
        <w:jc w:val="both"/>
      </w:pPr>
      <w:r>
        <w:rPr>
          <w:rFonts w:ascii="Georgia" w:hAnsi="Georgia"/>
          <w:b w:val="0"/>
          <w:i w:val="0"/>
          <w:color w:val="22201D"/>
          <w:sz w:val="20"/>
        </w:rPr>
        <w:t>The Hostess said, "Too broad."</w:t>
      </w:r>
    </w:p>
    <w:p>
      <w:pPr>
        <w:spacing w:after="60" w:line="266" w:lineRule="auto"/>
        <w:ind w:firstLine="331"/>
        <w:jc w:val="both"/>
      </w:pPr>
      <w:r>
        <w:rPr>
          <w:rFonts w:ascii="Georgia" w:hAnsi="Georgia"/>
          <w:b w:val="0"/>
          <w:i w:val="0"/>
          <w:color w:val="22201D"/>
          <w:sz w:val="20"/>
        </w:rPr>
        <w:t>Evan thought.</w:t>
      </w:r>
    </w:p>
    <w:p>
      <w:pPr>
        <w:spacing w:after="60" w:line="266" w:lineRule="auto"/>
        <w:ind w:firstLine="331"/>
        <w:jc w:val="both"/>
      </w:pPr>
      <w:r>
        <w:rPr>
          <w:rFonts w:ascii="Georgia" w:hAnsi="Georgia"/>
          <w:b w:val="0"/>
          <w:i w:val="0"/>
          <w:color w:val="22201D"/>
          <w:sz w:val="20"/>
        </w:rPr>
        <w:t>"Worth proving I waited for."</w:t>
      </w:r>
    </w:p>
    <w:p>
      <w:pPr>
        <w:spacing w:after="60" w:line="266" w:lineRule="auto"/>
        <w:ind w:firstLine="331"/>
        <w:jc w:val="both"/>
      </w:pPr>
      <w:r>
        <w:rPr>
          <w:rFonts w:ascii="Georgia" w:hAnsi="Georgia"/>
          <w:b w:val="0"/>
          <w:i w:val="0"/>
          <w:color w:val="22201D"/>
          <w:sz w:val="20"/>
        </w:rPr>
        <w:t>The dish accepted that.</w:t>
      </w:r>
    </w:p>
    <w:p>
      <w:pPr>
        <w:spacing w:after="60" w:line="266" w:lineRule="auto"/>
        <w:ind w:firstLine="331"/>
        <w:jc w:val="both"/>
      </w:pPr>
      <w:r>
        <w:rPr>
          <w:rFonts w:ascii="Georgia" w:hAnsi="Georgia"/>
          <w:b w:val="0"/>
          <w:i w:val="0"/>
          <w:color w:val="22201D"/>
          <w:sz w:val="20"/>
        </w:rPr>
        <w:t>The table card printed:</w:t>
      </w:r>
    </w:p>
    <w:p>
      <w:pPr>
        <w:spacing w:after="60" w:line="250" w:lineRule="auto"/>
        <w:ind w:left="202" w:right="173"/>
      </w:pPr>
      <w:r>
        <w:rPr>
          <w:rFonts w:ascii="Georgia" w:hAnsi="Georgia"/>
          <w:b w:val="0"/>
          <w:i w:val="0"/>
          <w:color w:val="22201D"/>
          <w:sz w:val="17"/>
        </w:rPr>
        <w:t>Approach maintained.</w:t>
      </w:r>
    </w:p>
    <w:p>
      <w:pPr>
        <w:spacing w:after="60" w:line="266" w:lineRule="auto"/>
        <w:ind w:firstLine="331"/>
        <w:jc w:val="both"/>
      </w:pPr>
      <w:r>
        <w:rPr>
          <w:rFonts w:ascii="Georgia" w:hAnsi="Georgia"/>
          <w:b w:val="0"/>
          <w:i w:val="0"/>
          <w:color w:val="22201D"/>
          <w:sz w:val="20"/>
        </w:rPr>
        <w:t>Mara said softly, "That one hurt."</w:t>
      </w:r>
    </w:p>
    <w:p>
      <w:pPr>
        <w:spacing w:after="60" w:line="266" w:lineRule="auto"/>
        <w:ind w:firstLine="331"/>
        <w:jc w:val="both"/>
      </w:pPr>
      <w:r>
        <w:rPr>
          <w:rFonts w:ascii="Georgia" w:hAnsi="Georgia"/>
          <w:b w:val="0"/>
          <w:i w:val="0"/>
          <w:color w:val="22201D"/>
          <w:sz w:val="20"/>
        </w:rPr>
        <w:t>"Yes," said Flocc.</w:t>
      </w:r>
    </w:p>
    <w:p>
      <w:pPr>
        <w:spacing w:after="60" w:line="266" w:lineRule="auto"/>
        <w:ind w:firstLine="331"/>
        <w:jc w:val="both"/>
      </w:pPr>
      <w:r>
        <w:rPr>
          <w:rFonts w:ascii="Georgia" w:hAnsi="Georgia"/>
          <w:b w:val="0"/>
          <w:i w:val="0"/>
          <w:color w:val="22201D"/>
          <w:sz w:val="20"/>
        </w:rPr>
        <w:t>"You have one?"</w:t>
      </w:r>
    </w:p>
    <w:p>
      <w:pPr>
        <w:spacing w:after="60" w:line="266" w:lineRule="auto"/>
        <w:ind w:firstLine="331"/>
        <w:jc w:val="both"/>
      </w:pPr>
      <w:r>
        <w:rPr>
          <w:rFonts w:ascii="Georgia" w:hAnsi="Georgia"/>
          <w:b w:val="0"/>
          <w:i w:val="0"/>
          <w:color w:val="22201D"/>
          <w:sz w:val="20"/>
        </w:rPr>
        <w:t>He looked at the jar.</w:t>
      </w:r>
    </w:p>
    <w:p>
      <w:pPr>
        <w:spacing w:after="60" w:line="266" w:lineRule="auto"/>
        <w:ind w:firstLine="331"/>
        <w:jc w:val="both"/>
      </w:pPr>
      <w:r>
        <w:rPr>
          <w:rFonts w:ascii="Georgia" w:hAnsi="Georgia"/>
          <w:b w:val="0"/>
          <w:i w:val="0"/>
          <w:color w:val="22201D"/>
          <w:sz w:val="20"/>
        </w:rPr>
        <w:t>He did.</w:t>
      </w:r>
    </w:p>
    <w:p>
      <w:pPr>
        <w:spacing w:after="60" w:line="266" w:lineRule="auto"/>
        <w:ind w:firstLine="331"/>
        <w:jc w:val="both"/>
      </w:pPr>
      <w:r>
        <w:rPr>
          <w:rFonts w:ascii="Georgia" w:hAnsi="Georgia"/>
          <w:b w:val="0"/>
          <w:i w:val="0"/>
          <w:color w:val="22201D"/>
          <w:sz w:val="20"/>
        </w:rPr>
        <w:t>The sauce was making a sentence in him.</w:t>
      </w:r>
    </w:p>
    <w:p>
      <w:pPr>
        <w:spacing w:after="60" w:line="266" w:lineRule="auto"/>
        <w:ind w:firstLine="331"/>
        <w:jc w:val="both"/>
      </w:pPr>
      <w:r>
        <w:rPr>
          <w:rFonts w:ascii="Georgia" w:hAnsi="Georgia"/>
          <w:b w:val="0"/>
          <w:i w:val="0"/>
          <w:color w:val="22201D"/>
          <w:sz w:val="20"/>
        </w:rPr>
        <w:t>I know enough to be careful.</w:t>
      </w:r>
    </w:p>
    <w:p>
      <w:pPr>
        <w:spacing w:after="60" w:line="266" w:lineRule="auto"/>
        <w:ind w:firstLine="331"/>
        <w:jc w:val="both"/>
      </w:pPr>
      <w:r>
        <w:rPr>
          <w:rFonts w:ascii="Georgia" w:hAnsi="Georgia"/>
          <w:b w:val="0"/>
          <w:i w:val="0"/>
          <w:color w:val="22201D"/>
          <w:sz w:val="20"/>
        </w:rPr>
        <w:t>It sounded responsible.</w:t>
      </w:r>
    </w:p>
    <w:p>
      <w:pPr>
        <w:spacing w:after="60" w:line="266" w:lineRule="auto"/>
        <w:ind w:firstLine="331"/>
        <w:jc w:val="both"/>
      </w:pPr>
      <w:r>
        <w:rPr>
          <w:rFonts w:ascii="Georgia" w:hAnsi="Georgia"/>
          <w:b w:val="0"/>
          <w:i w:val="0"/>
          <w:color w:val="22201D"/>
          <w:sz w:val="20"/>
        </w:rPr>
        <w:t>It was responsible adjacent.</w:t>
      </w:r>
    </w:p>
    <w:p>
      <w:pPr>
        <w:spacing w:after="60" w:line="266" w:lineRule="auto"/>
        <w:ind w:firstLine="331"/>
        <w:jc w:val="both"/>
      </w:pPr>
      <w:r>
        <w:rPr>
          <w:rFonts w:ascii="Georgia" w:hAnsi="Georgia"/>
          <w:b w:val="0"/>
          <w:i w:val="0"/>
          <w:color w:val="22201D"/>
          <w:sz w:val="20"/>
        </w:rPr>
        <w:t>It was also a way to stand closer while looking like he was standing back.</w:t>
      </w:r>
    </w:p>
    <w:p>
      <w:pPr>
        <w:spacing w:after="60" w:line="266" w:lineRule="auto"/>
        <w:ind w:firstLine="331"/>
        <w:jc w:val="both"/>
      </w:pPr>
      <w:r>
        <w:rPr>
          <w:rFonts w:ascii="Georgia" w:hAnsi="Georgia"/>
          <w:b w:val="0"/>
          <w:i w:val="0"/>
          <w:color w:val="22201D"/>
          <w:sz w:val="20"/>
        </w:rPr>
        <w:t>He took the sentence out of himself without waiting for the menu.</w:t>
      </w:r>
    </w:p>
    <w:p>
      <w:pPr>
        <w:spacing w:after="60" w:line="266" w:lineRule="auto"/>
        <w:ind w:firstLine="331"/>
        <w:jc w:val="both"/>
      </w:pPr>
      <w:r>
        <w:rPr>
          <w:rFonts w:ascii="Georgia" w:hAnsi="Georgia"/>
          <w:b w:val="0"/>
          <w:i w:val="0"/>
          <w:color w:val="22201D"/>
          <w:sz w:val="20"/>
        </w:rPr>
        <w:t>"I remove I know enough to be careful."</w:t>
      </w:r>
    </w:p>
    <w:p>
      <w:pPr>
        <w:spacing w:after="60" w:line="266" w:lineRule="auto"/>
        <w:ind w:firstLine="331"/>
        <w:jc w:val="both"/>
      </w:pPr>
      <w:r>
        <w:rPr>
          <w:rFonts w:ascii="Georgia" w:hAnsi="Georgia"/>
          <w:b w:val="0"/>
          <w:i w:val="0"/>
          <w:color w:val="22201D"/>
          <w:sz w:val="20"/>
        </w:rPr>
        <w:t>The room quieted.</w:t>
      </w:r>
    </w:p>
    <w:p>
      <w:pPr>
        <w:spacing w:after="60" w:line="266" w:lineRule="auto"/>
        <w:ind w:firstLine="331"/>
        <w:jc w:val="both"/>
      </w:pPr>
      <w:r>
        <w:rPr>
          <w:rFonts w:ascii="Georgia" w:hAnsi="Georgia"/>
          <w:b w:val="0"/>
          <w:i w:val="0"/>
          <w:color w:val="22201D"/>
          <w:sz w:val="20"/>
        </w:rPr>
        <w:t>The brass dish rang from across the room.</w:t>
      </w:r>
    </w:p>
    <w:p>
      <w:pPr>
        <w:spacing w:after="60" w:line="266" w:lineRule="auto"/>
        <w:ind w:firstLine="331"/>
        <w:jc w:val="both"/>
      </w:pPr>
      <w:r>
        <w:rPr>
          <w:rFonts w:ascii="Georgia" w:hAnsi="Georgia"/>
          <w:b w:val="0"/>
          <w:i w:val="0"/>
          <w:color w:val="22201D"/>
          <w:sz w:val="20"/>
        </w:rPr>
        <w:t>The removed sentence entered it, folded smaller than words should fold.</w:t>
      </w:r>
    </w:p>
    <w:p>
      <w:pPr>
        <w:spacing w:after="60" w:line="266" w:lineRule="auto"/>
        <w:ind w:firstLine="331"/>
        <w:jc w:val="both"/>
      </w:pPr>
      <w:r>
        <w:rPr>
          <w:rFonts w:ascii="Georgia" w:hAnsi="Georgia"/>
          <w:b w:val="0"/>
          <w:i w:val="0"/>
          <w:color w:val="22201D"/>
          <w:sz w:val="20"/>
        </w:rPr>
        <w:t>Gerald looked at him.</w:t>
      </w:r>
    </w:p>
    <w:p>
      <w:pPr>
        <w:spacing w:after="60" w:line="266" w:lineRule="auto"/>
        <w:ind w:firstLine="331"/>
        <w:jc w:val="both"/>
      </w:pPr>
      <w:r>
        <w:rPr>
          <w:rFonts w:ascii="Georgia" w:hAnsi="Georgia"/>
          <w:b w:val="0"/>
          <w:i w:val="0"/>
          <w:color w:val="22201D"/>
          <w:sz w:val="20"/>
        </w:rPr>
        <w:t>Not warmly.</w:t>
      </w:r>
    </w:p>
    <w:p>
      <w:pPr>
        <w:spacing w:after="60" w:line="266" w:lineRule="auto"/>
        <w:ind w:firstLine="331"/>
        <w:jc w:val="both"/>
      </w:pPr>
      <w:r>
        <w:rPr>
          <w:rFonts w:ascii="Georgia" w:hAnsi="Georgia"/>
          <w:b w:val="0"/>
          <w:i w:val="0"/>
          <w:color w:val="22201D"/>
          <w:sz w:val="20"/>
        </w:rPr>
        <w:t>Accurately.</w:t>
      </w:r>
    </w:p>
    <w:p>
      <w:pPr>
        <w:spacing w:after="60" w:line="266" w:lineRule="auto"/>
        <w:ind w:firstLine="331"/>
        <w:jc w:val="both"/>
      </w:pPr>
      <w:r>
        <w:rPr>
          <w:rFonts w:ascii="Georgia" w:hAnsi="Georgia"/>
          <w:b w:val="0"/>
          <w:i w:val="0"/>
          <w:color w:val="22201D"/>
          <w:sz w:val="20"/>
        </w:rPr>
        <w:t>"Better," Gerald said.</w:t>
      </w:r>
    </w:p>
    <w:p>
      <w:pPr>
        <w:spacing w:after="60" w:line="266" w:lineRule="auto"/>
        <w:ind w:firstLine="331"/>
        <w:jc w:val="both"/>
      </w:pPr>
      <w:r>
        <w:rPr>
          <w:rFonts w:ascii="Georgia" w:hAnsi="Georgia"/>
          <w:b w:val="0"/>
          <w:i w:val="0"/>
          <w:color w:val="22201D"/>
          <w:sz w:val="20"/>
        </w:rPr>
        <w:t>Flocc had never felt more extravagantly praised by a smaller word.</w:t>
      </w:r>
    </w:p>
    <w:p>
      <w:pPr>
        <w:spacing w:after="60" w:line="266" w:lineRule="auto"/>
        <w:ind w:firstLine="331"/>
        <w:jc w:val="both"/>
      </w:pPr>
      <w:r>
        <w:rPr>
          <w:rFonts w:ascii="Georgia" w:hAnsi="Georgia"/>
          <w:b w:val="0"/>
          <w:i w:val="0"/>
          <w:color w:val="22201D"/>
          <w:sz w:val="20"/>
        </w:rPr>
        <w:t>The sauce label printed:</w:t>
      </w:r>
    </w:p>
    <w:p>
      <w:pPr>
        <w:spacing w:after="60" w:line="250" w:lineRule="auto"/>
        <w:ind w:left="202" w:right="173"/>
      </w:pPr>
      <w:r>
        <w:rPr>
          <w:rFonts w:ascii="Georgia" w:hAnsi="Georgia"/>
          <w:b w:val="0"/>
          <w:i w:val="0"/>
          <w:color w:val="22201D"/>
          <w:sz w:val="17"/>
        </w:rPr>
        <w:t>Observation improved.</w:t>
      </w:r>
    </w:p>
    <w:p>
      <w:pPr>
        <w:spacing w:after="60" w:line="266" w:lineRule="auto"/>
        <w:ind w:firstLine="331"/>
        <w:jc w:val="both"/>
      </w:pPr>
      <w:r>
        <w:rPr>
          <w:rFonts w:ascii="Georgia" w:hAnsi="Georgia"/>
          <w:b w:val="0"/>
          <w:i w:val="0"/>
          <w:color w:val="22201D"/>
          <w:sz w:val="20"/>
        </w:rPr>
        <w:t>Then:</w:t>
      </w:r>
    </w:p>
    <w:p>
      <w:pPr>
        <w:spacing w:after="60" w:line="250" w:lineRule="auto"/>
        <w:ind w:left="202" w:right="173"/>
      </w:pPr>
      <w:r>
        <w:rPr>
          <w:rFonts w:ascii="Georgia" w:hAnsi="Georgia"/>
          <w:b w:val="0"/>
          <w:i w:val="0"/>
          <w:color w:val="22201D"/>
          <w:sz w:val="17"/>
        </w:rPr>
        <w:t>Attention: not appetite  Appetite: not access  Access: not service  Service: not today</w:t>
      </w:r>
    </w:p>
    <w:p>
      <w:pPr>
        <w:spacing w:after="60" w:line="266" w:lineRule="auto"/>
        <w:ind w:firstLine="331"/>
        <w:jc w:val="both"/>
      </w:pPr>
      <w:r>
        <w:rPr>
          <w:rFonts w:ascii="Georgia" w:hAnsi="Georgia"/>
          <w:b w:val="0"/>
          <w:i w:val="0"/>
          <w:color w:val="22201D"/>
          <w:sz w:val="20"/>
        </w:rPr>
        <w:t>The Hostess nodded.</w:t>
      </w:r>
    </w:p>
    <w:p>
      <w:pPr>
        <w:spacing w:after="60" w:line="266" w:lineRule="auto"/>
        <w:ind w:firstLine="331"/>
        <w:jc w:val="both"/>
      </w:pPr>
      <w:r>
        <w:rPr>
          <w:rFonts w:ascii="Georgia" w:hAnsi="Georgia"/>
          <w:b w:val="0"/>
          <w:i w:val="0"/>
          <w:color w:val="22201D"/>
          <w:sz w:val="20"/>
        </w:rPr>
        <w:t>"That is the warning."</w:t>
      </w:r>
    </w:p>
    <w:p>
      <w:pPr>
        <w:spacing w:after="60" w:line="266" w:lineRule="auto"/>
        <w:ind w:firstLine="331"/>
        <w:jc w:val="both"/>
      </w:pPr>
      <w:r>
        <w:rPr>
          <w:rFonts w:ascii="Georgia" w:hAnsi="Georgia"/>
          <w:b w:val="0"/>
          <w:i w:val="0"/>
          <w:color w:val="22201D"/>
          <w:sz w:val="20"/>
        </w:rPr>
        <w:t>Bob, who had been standing very still beside the pass, said, "It also smells good."</w:t>
      </w:r>
    </w:p>
    <w:p>
      <w:pPr>
        <w:spacing w:after="60" w:line="266" w:lineRule="auto"/>
        <w:ind w:firstLine="331"/>
        <w:jc w:val="both"/>
      </w:pPr>
      <w:r>
        <w:rPr>
          <w:rFonts w:ascii="Georgia" w:hAnsi="Georgia"/>
          <w:b w:val="0"/>
          <w:i w:val="0"/>
          <w:color w:val="22201D"/>
          <w:sz w:val="20"/>
        </w:rPr>
        <w:t>Gerald looked at him.</w:t>
      </w:r>
    </w:p>
    <w:p>
      <w:pPr>
        <w:spacing w:after="60" w:line="266" w:lineRule="auto"/>
        <w:ind w:firstLine="331"/>
        <w:jc w:val="both"/>
      </w:pPr>
      <w:r>
        <w:rPr>
          <w:rFonts w:ascii="Georgia" w:hAnsi="Georgia"/>
          <w:b w:val="0"/>
          <w:i w:val="0"/>
          <w:color w:val="22201D"/>
          <w:sz w:val="20"/>
        </w:rPr>
        <w:t>"That may be recorded after controls."</w:t>
      </w:r>
    </w:p>
    <w:p>
      <w:pPr>
        <w:spacing w:after="60" w:line="266" w:lineRule="auto"/>
        <w:ind w:firstLine="331"/>
        <w:jc w:val="both"/>
      </w:pPr>
      <w:r>
        <w:rPr>
          <w:rFonts w:ascii="Georgia" w:hAnsi="Georgia"/>
          <w:b w:val="0"/>
          <w:i w:val="0"/>
          <w:color w:val="22201D"/>
          <w:sz w:val="20"/>
        </w:rPr>
        <w:t>Bob nodded.</w:t>
      </w:r>
    </w:p>
    <w:p>
      <w:pPr>
        <w:spacing w:after="60" w:line="266" w:lineRule="auto"/>
        <w:ind w:firstLine="331"/>
        <w:jc w:val="both"/>
      </w:pPr>
      <w:r>
        <w:rPr>
          <w:rFonts w:ascii="Georgia" w:hAnsi="Georgia"/>
          <w:b w:val="0"/>
          <w:i w:val="0"/>
          <w:color w:val="22201D"/>
          <w:sz w:val="20"/>
        </w:rPr>
        <w:t>The label printed:</w:t>
      </w:r>
    </w:p>
    <w:p>
      <w:pPr>
        <w:spacing w:after="60" w:line="250" w:lineRule="auto"/>
        <w:ind w:left="202" w:right="173"/>
      </w:pPr>
      <w:r>
        <w:rPr>
          <w:rFonts w:ascii="Georgia" w:hAnsi="Georgia"/>
          <w:b w:val="0"/>
          <w:i w:val="0"/>
          <w:color w:val="22201D"/>
          <w:sz w:val="17"/>
        </w:rPr>
        <w:t>Sensory note pending: after controls</w:t>
      </w:r>
    </w:p>
    <w:p>
      <w:pPr>
        <w:spacing w:after="60" w:line="266" w:lineRule="auto"/>
        <w:ind w:firstLine="331"/>
        <w:jc w:val="both"/>
      </w:pPr>
      <w:r>
        <w:rPr>
          <w:rFonts w:ascii="Georgia" w:hAnsi="Georgia"/>
          <w:b w:val="0"/>
          <w:i w:val="0"/>
          <w:color w:val="22201D"/>
          <w:sz w:val="20"/>
        </w:rPr>
        <w:t>Steve whispered, "This is an excellent document."</w:t>
      </w:r>
    </w:p>
    <w:p>
      <w:pPr>
        <w:spacing w:after="60" w:line="266" w:lineRule="auto"/>
        <w:ind w:firstLine="331"/>
        <w:jc w:val="both"/>
      </w:pPr>
      <w:r>
        <w:rPr>
          <w:rFonts w:ascii="Georgia" w:hAnsi="Georgia"/>
          <w:b w:val="0"/>
          <w:i w:val="0"/>
          <w:color w:val="22201D"/>
          <w:sz w:val="20"/>
        </w:rPr>
        <w:t>Gerald did not say no.</w:t>
      </w:r>
    </w:p>
    <w:p>
      <w:pPr>
        <w:spacing w:after="60" w:line="266" w:lineRule="auto"/>
        <w:ind w:firstLine="331"/>
        <w:jc w:val="both"/>
      </w:pPr>
      <w:r>
        <w:rPr>
          <w:rFonts w:ascii="Georgia" w:hAnsi="Georgia"/>
          <w:b w:val="0"/>
          <w:i w:val="0"/>
          <w:color w:val="22201D"/>
          <w:sz w:val="20"/>
        </w:rPr>
        <w:t>This was either growth or fatigue.</w:t>
      </w:r>
    </w:p>
    <w:p>
      <w:pPr>
        <w:spacing w:after="60" w:line="266" w:lineRule="auto"/>
        <w:ind w:firstLine="331"/>
        <w:jc w:val="both"/>
      </w:pPr>
      <w:r>
        <w:rPr>
          <w:rFonts w:ascii="Georgia" w:hAnsi="Georgia"/>
          <w:b w:val="0"/>
          <w:i w:val="0"/>
          <w:color w:val="22201D"/>
          <w:sz w:val="20"/>
        </w:rPr>
        <w:t>The sealed jar flashed one final time, then settled into gold-green brightness. It did not become less beautiful. It became less available.</w:t>
      </w:r>
    </w:p>
    <w:p>
      <w:pPr>
        <w:spacing w:after="60" w:line="266" w:lineRule="auto"/>
        <w:ind w:firstLine="331"/>
        <w:jc w:val="both"/>
      </w:pPr>
      <w:r>
        <w:rPr>
          <w:rFonts w:ascii="Georgia" w:hAnsi="Georgia"/>
          <w:b w:val="0"/>
          <w:i w:val="0"/>
          <w:color w:val="22201D"/>
          <w:sz w:val="20"/>
        </w:rPr>
        <w:t>That was the first safe thing about it.</w:t>
      </w:r>
    </w:p>
    <w:p>
      <w:pPr>
        <w:spacing w:after="60" w:line="266" w:lineRule="auto"/>
        <w:ind w:firstLine="331"/>
        <w:jc w:val="both"/>
      </w:pPr>
      <w:r>
        <w:rPr>
          <w:rFonts w:ascii="Georgia" w:hAnsi="Georgia"/>
          <w:b w:val="0"/>
          <w:i w:val="0"/>
          <w:color w:val="22201D"/>
          <w:sz w:val="20"/>
        </w:rPr>
        <w:t>The Hostess turned the jar so the label faced the door.</w:t>
      </w:r>
    </w:p>
    <w:p>
      <w:pPr>
        <w:spacing w:after="60" w:line="266" w:lineRule="auto"/>
        <w:ind w:firstLine="331"/>
        <w:jc w:val="both"/>
      </w:pPr>
      <w:r>
        <w:rPr>
          <w:rFonts w:ascii="Georgia" w:hAnsi="Georgia"/>
          <w:b w:val="0"/>
          <w:i w:val="0"/>
          <w:color w:val="22201D"/>
          <w:sz w:val="20"/>
        </w:rPr>
        <w:t>The line read it.</w:t>
      </w:r>
    </w:p>
    <w:p>
      <w:pPr>
        <w:spacing w:after="60" w:line="266" w:lineRule="auto"/>
        <w:ind w:firstLine="331"/>
        <w:jc w:val="both"/>
      </w:pPr>
      <w:r>
        <w:rPr>
          <w:rFonts w:ascii="Georgia" w:hAnsi="Georgia"/>
          <w:b w:val="0"/>
          <w:i w:val="0"/>
          <w:color w:val="22201D"/>
          <w:sz w:val="20"/>
        </w:rPr>
        <w:t>Some left.</w:t>
      </w:r>
    </w:p>
    <w:p>
      <w:pPr>
        <w:spacing w:after="60" w:line="266" w:lineRule="auto"/>
        <w:ind w:firstLine="331"/>
        <w:jc w:val="both"/>
      </w:pPr>
      <w:r>
        <w:rPr>
          <w:rFonts w:ascii="Georgia" w:hAnsi="Georgia"/>
          <w:b w:val="0"/>
          <w:i w:val="0"/>
          <w:color w:val="22201D"/>
          <w:sz w:val="20"/>
        </w:rPr>
        <w:t>Some stayed.</w:t>
      </w:r>
    </w:p>
    <w:p>
      <w:pPr>
        <w:spacing w:after="60" w:line="266" w:lineRule="auto"/>
        <w:ind w:firstLine="331"/>
        <w:jc w:val="both"/>
      </w:pPr>
      <w:r>
        <w:rPr>
          <w:rFonts w:ascii="Georgia" w:hAnsi="Georgia"/>
          <w:b w:val="0"/>
          <w:i w:val="0"/>
          <w:color w:val="22201D"/>
          <w:sz w:val="20"/>
        </w:rPr>
        <w:t>Some looked hungry for the first time, because they had stopped looking fed by the idea of wanting it.</w:t>
      </w:r>
    </w:p>
    <w:p>
      <w:pPr>
        <w:spacing w:after="60" w:line="266" w:lineRule="auto"/>
        <w:ind w:firstLine="331"/>
        <w:jc w:val="both"/>
      </w:pPr>
      <w:r>
        <w:rPr>
          <w:rFonts w:ascii="Georgia" w:hAnsi="Georgia"/>
          <w:b w:val="0"/>
          <w:i w:val="0"/>
          <w:color w:val="22201D"/>
          <w:sz w:val="20"/>
        </w:rPr>
        <w:t>The sauce warning printed a final section:</w:t>
      </w:r>
    </w:p>
    <w:p>
      <w:pPr>
        <w:spacing w:after="60" w:line="250" w:lineRule="auto"/>
        <w:ind w:left="202" w:right="173"/>
      </w:pPr>
      <w:r>
        <w:rPr>
          <w:rFonts w:ascii="Georgia" w:hAnsi="Georgia"/>
          <w:b w:val="0"/>
          <w:i w:val="0"/>
          <w:color w:val="22201D"/>
          <w:sz w:val="17"/>
        </w:rPr>
        <w:t>Next required document: camera receipt</w:t>
      </w:r>
    </w:p>
    <w:p>
      <w:pPr>
        <w:spacing w:after="60" w:line="266" w:lineRule="auto"/>
        <w:ind w:firstLine="331"/>
        <w:jc w:val="both"/>
      </w:pPr>
      <w:r>
        <w:rPr>
          <w:rFonts w:ascii="Georgia" w:hAnsi="Georgia"/>
          <w:b w:val="0"/>
          <w:i w:val="0"/>
          <w:color w:val="22201D"/>
          <w:sz w:val="20"/>
        </w:rPr>
        <w:t>The camera-strap person closed their eyes.</w:t>
      </w:r>
    </w:p>
    <w:p>
      <w:pPr>
        <w:spacing w:after="60" w:line="266" w:lineRule="auto"/>
        <w:ind w:firstLine="331"/>
        <w:jc w:val="both"/>
      </w:pPr>
      <w:r>
        <w:rPr>
          <w:rFonts w:ascii="Georgia" w:hAnsi="Georgia"/>
          <w:b w:val="0"/>
          <w:i w:val="0"/>
          <w:color w:val="22201D"/>
          <w:sz w:val="20"/>
        </w:rPr>
        <w:t>"I knew that was coming."</w:t>
      </w:r>
    </w:p>
    <w:p>
      <w:pPr>
        <w:spacing w:after="60" w:line="266" w:lineRule="auto"/>
        <w:ind w:firstLine="331"/>
        <w:jc w:val="both"/>
      </w:pPr>
      <w:r>
        <w:rPr>
          <w:rFonts w:ascii="Georgia" w:hAnsi="Georgia"/>
          <w:b w:val="0"/>
          <w:i w:val="0"/>
          <w:color w:val="22201D"/>
          <w:sz w:val="20"/>
        </w:rPr>
        <w:t>Mara said, "No, you hoped knowing would count as doing."</w:t>
      </w:r>
    </w:p>
    <w:p>
      <w:pPr>
        <w:spacing w:after="60" w:line="266" w:lineRule="auto"/>
        <w:ind w:firstLine="331"/>
        <w:jc w:val="both"/>
      </w:pPr>
      <w:r>
        <w:rPr>
          <w:rFonts w:ascii="Georgia" w:hAnsi="Georgia"/>
          <w:b w:val="0"/>
          <w:i w:val="0"/>
          <w:color w:val="22201D"/>
          <w:sz w:val="20"/>
        </w:rPr>
        <w:t>The camera-strap person nodded from outside, though Mara had not raised her voice.</w:t>
      </w:r>
    </w:p>
    <w:p>
      <w:pPr>
        <w:spacing w:after="60" w:line="266" w:lineRule="auto"/>
        <w:ind w:firstLine="331"/>
        <w:jc w:val="both"/>
      </w:pPr>
      <w:r>
        <w:rPr>
          <w:rFonts w:ascii="Georgia" w:hAnsi="Georgia"/>
          <w:b w:val="0"/>
          <w:i w:val="0"/>
          <w:color w:val="22201D"/>
          <w:sz w:val="20"/>
        </w:rPr>
        <w:t>The label printed:</w:t>
      </w:r>
    </w:p>
    <w:p>
      <w:pPr>
        <w:spacing w:after="60" w:line="250" w:lineRule="auto"/>
        <w:ind w:left="202" w:right="173"/>
      </w:pPr>
      <w:r>
        <w:rPr>
          <w:rFonts w:ascii="Georgia" w:hAnsi="Georgia"/>
          <w:b w:val="0"/>
          <w:i w:val="0"/>
          <w:color w:val="22201D"/>
          <w:sz w:val="17"/>
        </w:rPr>
        <w:t>Next chapter: The Influencer Orders Witness</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6: The Influencer Orders Witness</w:t>
      </w:r>
    </w:p>
    <w:p>
      <w:pPr>
        <w:spacing w:after="60" w:line="266" w:lineRule="auto"/>
        <w:ind w:firstLine="0"/>
        <w:jc w:val="both"/>
      </w:pPr>
      <w:r>
        <w:rPr>
          <w:rFonts w:ascii="Georgia" w:hAnsi="Georgia"/>
          <w:b w:val="0"/>
          <w:i w:val="0"/>
          <w:color w:val="22201D"/>
          <w:sz w:val="20"/>
        </w:rPr>
        <w:t>In which a camera tries to become a mouth, the restaurant prints a receipt for witness, and the person holding the lens discovers that putting it away is not the same as disappearing.</w:t>
      </w:r>
    </w:p>
    <w:p>
      <w:pPr>
        <w:spacing w:after="60" w:line="266" w:lineRule="auto"/>
        <w:ind w:firstLine="331"/>
        <w:jc w:val="both"/>
      </w:pPr>
      <w:r>
        <w:rPr>
          <w:rFonts w:ascii="Georgia" w:hAnsi="Georgia"/>
          <w:b w:val="0"/>
          <w:i w:val="0"/>
          <w:color w:val="22201D"/>
          <w:sz w:val="20"/>
        </w:rPr>
        <w:t>The camera receipt printed before anyone admitted there was a camera.</w:t>
      </w:r>
    </w:p>
    <w:p>
      <w:pPr>
        <w:spacing w:after="60" w:line="266" w:lineRule="auto"/>
        <w:ind w:firstLine="331"/>
        <w:jc w:val="both"/>
      </w:pPr>
      <w:r>
        <w:rPr>
          <w:rFonts w:ascii="Georgia" w:hAnsi="Georgia"/>
          <w:b w:val="0"/>
          <w:i w:val="0"/>
          <w:color w:val="22201D"/>
          <w:sz w:val="20"/>
        </w:rPr>
        <w:t>This was fair.</w:t>
      </w:r>
    </w:p>
    <w:p>
      <w:pPr>
        <w:spacing w:after="60" w:line="266" w:lineRule="auto"/>
        <w:ind w:firstLine="331"/>
        <w:jc w:val="both"/>
      </w:pPr>
      <w:r>
        <w:rPr>
          <w:rFonts w:ascii="Georgia" w:hAnsi="Georgia"/>
          <w:b w:val="0"/>
          <w:i w:val="0"/>
          <w:color w:val="22201D"/>
          <w:sz w:val="20"/>
        </w:rPr>
        <w:t>The camera had been present for nearly an hour in the way certain objects are present when everyone is pretending not to organize themselves around them. It had entered on a strap, gone into a pocket, returned to a hand, gone back into the pocket, and settled there with the patient confidence of a thing that knew pockets were not moral decisions.</w:t>
      </w:r>
    </w:p>
    <w:p>
      <w:pPr>
        <w:spacing w:after="60" w:line="266" w:lineRule="auto"/>
        <w:ind w:firstLine="331"/>
        <w:jc w:val="both"/>
      </w:pPr>
      <w:r>
        <w:rPr>
          <w:rFonts w:ascii="Georgia" w:hAnsi="Georgia"/>
          <w:b w:val="0"/>
          <w:i w:val="0"/>
          <w:color w:val="22201D"/>
          <w:sz w:val="20"/>
        </w:rPr>
        <w:t>The camera-strap person stood third in the line outside the door, behind Evan and the woman carrying PORTLAND'S BITES. Their name, according to the reservation error, was:</w:t>
      </w:r>
    </w:p>
    <w:p>
      <w:pPr>
        <w:spacing w:after="60" w:line="250" w:lineRule="auto"/>
        <w:ind w:left="202" w:right="173"/>
      </w:pPr>
      <w:r>
        <w:rPr>
          <w:rFonts w:ascii="Georgia" w:hAnsi="Georgia"/>
          <w:b w:val="0"/>
          <w:i w:val="0"/>
          <w:color w:val="22201D"/>
          <w:sz w:val="17"/>
        </w:rPr>
        <w:t>Name: Nico, professionally unresolved</w:t>
      </w:r>
    </w:p>
    <w:p>
      <w:pPr>
        <w:spacing w:after="60" w:line="266" w:lineRule="auto"/>
        <w:ind w:firstLine="331"/>
        <w:jc w:val="both"/>
      </w:pPr>
      <w:r>
        <w:rPr>
          <w:rFonts w:ascii="Georgia" w:hAnsi="Georgia"/>
          <w:b w:val="0"/>
          <w:i w:val="0"/>
          <w:color w:val="22201D"/>
          <w:sz w:val="20"/>
        </w:rPr>
        <w:t>Nico had not objected to this because objecting would have required explaining what the professional resolution was meant to be, and that explanation had too many metrics in it.</w:t>
      </w:r>
    </w:p>
    <w:p>
      <w:pPr>
        <w:spacing w:after="60" w:line="266" w:lineRule="auto"/>
        <w:ind w:firstLine="331"/>
        <w:jc w:val="both"/>
      </w:pPr>
      <w:r>
        <w:rPr>
          <w:rFonts w:ascii="Georgia" w:hAnsi="Georgia"/>
          <w:b w:val="0"/>
          <w:i w:val="0"/>
          <w:color w:val="22201D"/>
          <w:sz w:val="20"/>
        </w:rPr>
        <w:t>The sauce warning still faced the door.</w:t>
      </w:r>
    </w:p>
    <w:p>
      <w:pPr>
        <w:spacing w:after="60" w:line="250" w:lineRule="auto"/>
        <w:ind w:left="202" w:right="173"/>
      </w:pPr>
      <w:r>
        <w:rPr>
          <w:rFonts w:ascii="Georgia" w:hAnsi="Georgia"/>
          <w:b w:val="0"/>
          <w:i w:val="0"/>
          <w:color w:val="22201D"/>
          <w:sz w:val="17"/>
        </w:rPr>
        <w:t>SAUCE WARNING  Service: not today  Tasting note field: locked</w:t>
      </w:r>
    </w:p>
    <w:p>
      <w:pPr>
        <w:spacing w:after="60" w:line="266" w:lineRule="auto"/>
        <w:ind w:firstLine="331"/>
        <w:jc w:val="both"/>
      </w:pPr>
      <w:r>
        <w:rPr>
          <w:rFonts w:ascii="Georgia" w:hAnsi="Georgia"/>
          <w:b w:val="0"/>
          <w:i w:val="0"/>
          <w:color w:val="22201D"/>
          <w:sz w:val="20"/>
        </w:rPr>
        <w:t>Pineapple Thai Basil Lightning sat sealed in its jar on the small table. It had stopped flashing, but it had not stopped being bright. This was part of its problem. A thing could obey every safety control and still be photogenic enough to tempt poor theology.</w:t>
      </w:r>
    </w:p>
    <w:p>
      <w:pPr>
        <w:spacing w:after="60" w:line="266" w:lineRule="auto"/>
        <w:ind w:firstLine="331"/>
        <w:jc w:val="both"/>
      </w:pPr>
      <w:r>
        <w:rPr>
          <w:rFonts w:ascii="Georgia" w:hAnsi="Georgia"/>
          <w:b w:val="0"/>
          <w:i w:val="0"/>
          <w:color w:val="22201D"/>
          <w:sz w:val="20"/>
        </w:rPr>
        <w:t>Gerald stood near the hand sink with his arms folded.</w:t>
      </w:r>
    </w:p>
    <w:p>
      <w:pPr>
        <w:spacing w:after="60" w:line="266" w:lineRule="auto"/>
        <w:ind w:firstLine="331"/>
        <w:jc w:val="both"/>
      </w:pPr>
      <w:r>
        <w:rPr>
          <w:rFonts w:ascii="Georgia" w:hAnsi="Georgia"/>
          <w:b w:val="0"/>
          <w:i w:val="0"/>
          <w:color w:val="22201D"/>
          <w:sz w:val="20"/>
        </w:rPr>
        <w:t>This did not mean he was angry.</w:t>
      </w:r>
    </w:p>
    <w:p>
      <w:pPr>
        <w:spacing w:after="60" w:line="266" w:lineRule="auto"/>
        <w:ind w:firstLine="331"/>
        <w:jc w:val="both"/>
      </w:pPr>
      <w:r>
        <w:rPr>
          <w:rFonts w:ascii="Georgia" w:hAnsi="Georgia"/>
          <w:b w:val="0"/>
          <w:i w:val="0"/>
          <w:color w:val="22201D"/>
          <w:sz w:val="20"/>
        </w:rPr>
        <w:t>It meant the room had reached the part of the morning where his patience required architecture.</w:t>
      </w:r>
    </w:p>
    <w:p>
      <w:pPr>
        <w:spacing w:after="60" w:line="266" w:lineRule="auto"/>
        <w:ind w:firstLine="331"/>
        <w:jc w:val="both"/>
      </w:pPr>
      <w:r>
        <w:rPr>
          <w:rFonts w:ascii="Georgia" w:hAnsi="Georgia"/>
          <w:b w:val="0"/>
          <w:i w:val="0"/>
          <w:color w:val="22201D"/>
          <w:sz w:val="20"/>
        </w:rPr>
        <w:t>The Hostess stood at the threshold.</w:t>
      </w:r>
    </w:p>
    <w:p>
      <w:pPr>
        <w:spacing w:after="60" w:line="266" w:lineRule="auto"/>
        <w:ind w:firstLine="331"/>
        <w:jc w:val="both"/>
      </w:pPr>
      <w:r>
        <w:rPr>
          <w:rFonts w:ascii="Georgia" w:hAnsi="Georgia"/>
          <w:b w:val="0"/>
          <w:i w:val="0"/>
          <w:color w:val="22201D"/>
          <w:sz w:val="20"/>
        </w:rPr>
        <w:t>Mara stood inside the dining room, close enough to hear the line and far enough from Flocc that he could not borrow her judgment before earning his own.</w:t>
      </w:r>
    </w:p>
    <w:p>
      <w:pPr>
        <w:spacing w:after="60" w:line="266" w:lineRule="auto"/>
        <w:ind w:firstLine="331"/>
        <w:jc w:val="both"/>
      </w:pPr>
      <w:r>
        <w:rPr>
          <w:rFonts w:ascii="Georgia" w:hAnsi="Georgia"/>
          <w:b w:val="0"/>
          <w:i w:val="0"/>
          <w:color w:val="22201D"/>
          <w:sz w:val="20"/>
        </w:rPr>
        <w:t>Flocc sat with the menu in front of him, trying not to become the kind of person who watched someone else's correction for clues about how to perform his own.</w:t>
      </w:r>
    </w:p>
    <w:p>
      <w:pPr>
        <w:spacing w:after="60" w:line="266" w:lineRule="auto"/>
        <w:ind w:firstLine="331"/>
        <w:jc w:val="both"/>
      </w:pPr>
      <w:r>
        <w:rPr>
          <w:rFonts w:ascii="Georgia" w:hAnsi="Georgia"/>
          <w:b w:val="0"/>
          <w:i w:val="0"/>
          <w:color w:val="22201D"/>
          <w:sz w:val="20"/>
        </w:rPr>
        <w:t>He was, at best, partially successful.</w:t>
      </w:r>
    </w:p>
    <w:p>
      <w:pPr>
        <w:spacing w:after="60" w:line="266" w:lineRule="auto"/>
        <w:ind w:firstLine="331"/>
        <w:jc w:val="both"/>
      </w:pPr>
      <w:r>
        <w:rPr>
          <w:rFonts w:ascii="Georgia" w:hAnsi="Georgia"/>
          <w:b w:val="0"/>
          <w:i w:val="0"/>
          <w:color w:val="22201D"/>
          <w:sz w:val="20"/>
        </w:rPr>
        <w:t>The receipt emerged from the bottom of the sauce warning label, narrow and white, with the soft thermal curl of a cafe receipt and the moral chill of an invoice that had learned to see through pockets.</w:t>
      </w:r>
    </w:p>
    <w:p>
      <w:pPr>
        <w:spacing w:after="60" w:line="266" w:lineRule="auto"/>
        <w:ind w:firstLine="331"/>
        <w:jc w:val="both"/>
      </w:pPr>
      <w:r>
        <w:rPr>
          <w:rFonts w:ascii="Georgia" w:hAnsi="Georgia"/>
          <w:b w:val="0"/>
          <w:i w:val="0"/>
          <w:color w:val="22201D"/>
          <w:sz w:val="20"/>
        </w:rPr>
        <w:t>At the top:</w:t>
      </w:r>
    </w:p>
    <w:p>
      <w:pPr>
        <w:spacing w:after="60" w:line="250" w:lineRule="auto"/>
        <w:ind w:left="202" w:right="173"/>
      </w:pPr>
      <w:r>
        <w:rPr>
          <w:rFonts w:ascii="Georgia" w:hAnsi="Georgia"/>
          <w:b w:val="0"/>
          <w:i w:val="0"/>
          <w:color w:val="22201D"/>
          <w:sz w:val="17"/>
        </w:rPr>
        <w:t>CAMERA RECEIPT</w:t>
      </w:r>
    </w:p>
    <w:p>
      <w:pPr>
        <w:spacing w:after="60" w:line="266" w:lineRule="auto"/>
        <w:ind w:firstLine="331"/>
        <w:jc w:val="both"/>
      </w:pPr>
      <w:r>
        <w:rPr>
          <w:rFonts w:ascii="Georgia" w:hAnsi="Georgia"/>
          <w:b w:val="0"/>
          <w:i w:val="0"/>
          <w:color w:val="22201D"/>
          <w:sz w:val="20"/>
        </w:rPr>
        <w:t>Nico closed their eyes.</w:t>
      </w:r>
    </w:p>
    <w:p>
      <w:pPr>
        <w:spacing w:after="60" w:line="266" w:lineRule="auto"/>
        <w:ind w:firstLine="331"/>
        <w:jc w:val="both"/>
      </w:pPr>
      <w:r>
        <w:rPr>
          <w:rFonts w:ascii="Georgia" w:hAnsi="Georgia"/>
          <w:b w:val="0"/>
          <w:i w:val="0"/>
          <w:color w:val="22201D"/>
          <w:sz w:val="20"/>
        </w:rPr>
        <w:t>"I knew that was coming."</w:t>
      </w:r>
    </w:p>
    <w:p>
      <w:pPr>
        <w:spacing w:after="60" w:line="266" w:lineRule="auto"/>
        <w:ind w:firstLine="331"/>
        <w:jc w:val="both"/>
      </w:pPr>
      <w:r>
        <w:rPr>
          <w:rFonts w:ascii="Georgia" w:hAnsi="Georgia"/>
          <w:b w:val="0"/>
          <w:i w:val="0"/>
          <w:color w:val="22201D"/>
          <w:sz w:val="20"/>
        </w:rPr>
        <w:t>Mara, from inside, said, "No, you hoped knowing would count as doing."</w:t>
      </w:r>
    </w:p>
    <w:p>
      <w:pPr>
        <w:spacing w:after="60" w:line="266" w:lineRule="auto"/>
        <w:ind w:firstLine="331"/>
        <w:jc w:val="both"/>
      </w:pPr>
      <w:r>
        <w:rPr>
          <w:rFonts w:ascii="Georgia" w:hAnsi="Georgia"/>
          <w:b w:val="0"/>
          <w:i w:val="0"/>
          <w:color w:val="22201D"/>
          <w:sz w:val="20"/>
        </w:rPr>
        <w:t>"I heard you the first time," Nico said.</w:t>
      </w:r>
    </w:p>
    <w:p>
      <w:pPr>
        <w:spacing w:after="60" w:line="266" w:lineRule="auto"/>
        <w:ind w:firstLine="331"/>
        <w:jc w:val="both"/>
      </w:pPr>
      <w:r>
        <w:rPr>
          <w:rFonts w:ascii="Georgia" w:hAnsi="Georgia"/>
          <w:b w:val="0"/>
          <w:i w:val="0"/>
          <w:color w:val="22201D"/>
          <w:sz w:val="20"/>
        </w:rPr>
        <w:t>"Good," said Mara.</w:t>
      </w:r>
    </w:p>
    <w:p>
      <w:pPr>
        <w:spacing w:after="60" w:line="266" w:lineRule="auto"/>
        <w:ind w:firstLine="331"/>
        <w:jc w:val="both"/>
      </w:pPr>
      <w:r>
        <w:rPr>
          <w:rFonts w:ascii="Georgia" w:hAnsi="Georgia"/>
          <w:b w:val="0"/>
          <w:i w:val="0"/>
          <w:color w:val="22201D"/>
          <w:sz w:val="20"/>
        </w:rPr>
        <w:t>The receipt continued:</w:t>
      </w:r>
    </w:p>
    <w:p>
      <w:pPr>
        <w:spacing w:after="60" w:line="250" w:lineRule="auto"/>
        <w:ind w:left="202" w:right="173"/>
      </w:pPr>
      <w:r>
        <w:rPr>
          <w:rFonts w:ascii="Georgia" w:hAnsi="Georgia"/>
          <w:b w:val="0"/>
          <w:i w:val="0"/>
          <w:color w:val="22201D"/>
          <w:sz w:val="17"/>
        </w:rPr>
        <w:t>Order: witness  Tender offered: documentation  Tender accepted: not yet</w:t>
      </w:r>
    </w:p>
    <w:p>
      <w:pPr>
        <w:spacing w:after="60" w:line="266" w:lineRule="auto"/>
        <w:ind w:firstLine="331"/>
        <w:jc w:val="both"/>
      </w:pPr>
      <w:r>
        <w:rPr>
          <w:rFonts w:ascii="Georgia" w:hAnsi="Georgia"/>
          <w:b w:val="0"/>
          <w:i w:val="0"/>
          <w:color w:val="22201D"/>
          <w:sz w:val="20"/>
        </w:rPr>
        <w:t>Nico looked down at the camera in their hand.</w:t>
      </w:r>
    </w:p>
    <w:p>
      <w:pPr>
        <w:spacing w:after="60" w:line="266" w:lineRule="auto"/>
        <w:ind w:firstLine="331"/>
        <w:jc w:val="both"/>
      </w:pPr>
      <w:r>
        <w:rPr>
          <w:rFonts w:ascii="Georgia" w:hAnsi="Georgia"/>
          <w:b w:val="0"/>
          <w:i w:val="0"/>
          <w:color w:val="22201D"/>
          <w:sz w:val="20"/>
        </w:rPr>
        <w:t>They had not realized they had taken it out.</w:t>
      </w:r>
    </w:p>
    <w:p>
      <w:pPr>
        <w:spacing w:after="60" w:line="266" w:lineRule="auto"/>
        <w:ind w:firstLine="331"/>
        <w:jc w:val="both"/>
      </w:pPr>
      <w:r>
        <w:rPr>
          <w:rFonts w:ascii="Georgia" w:hAnsi="Georgia"/>
          <w:b w:val="0"/>
          <w:i w:val="0"/>
          <w:color w:val="22201D"/>
          <w:sz w:val="20"/>
        </w:rPr>
        <w:t>This was one of the treacheries of tools. A tool could arrive in the hand before the person had admitted the desire that called it.</w:t>
      </w:r>
    </w:p>
    <w:p>
      <w:pPr>
        <w:spacing w:after="60" w:line="266" w:lineRule="auto"/>
        <w:ind w:firstLine="331"/>
        <w:jc w:val="both"/>
      </w:pPr>
      <w:r>
        <w:rPr>
          <w:rFonts w:ascii="Georgia" w:hAnsi="Georgia"/>
          <w:b w:val="0"/>
          <w:i w:val="0"/>
          <w:color w:val="22201D"/>
          <w:sz w:val="20"/>
        </w:rPr>
        <w:t>"I am not filming," Nico said.</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Filming: inactive  Composing: active</w:t>
      </w:r>
    </w:p>
    <w:p>
      <w:pPr>
        <w:spacing w:after="60" w:line="266" w:lineRule="auto"/>
        <w:ind w:firstLine="331"/>
        <w:jc w:val="both"/>
      </w:pPr>
      <w:r>
        <w:rPr>
          <w:rFonts w:ascii="Georgia" w:hAnsi="Georgia"/>
          <w:b w:val="0"/>
          <w:i w:val="0"/>
          <w:color w:val="22201D"/>
          <w:sz w:val="20"/>
        </w:rPr>
        <w:t>Nico looked betrayed.</w:t>
      </w:r>
    </w:p>
    <w:p>
      <w:pPr>
        <w:spacing w:after="60" w:line="266" w:lineRule="auto"/>
        <w:ind w:firstLine="331"/>
        <w:jc w:val="both"/>
      </w:pPr>
      <w:r>
        <w:rPr>
          <w:rFonts w:ascii="Georgia" w:hAnsi="Georgia"/>
          <w:b w:val="0"/>
          <w:i w:val="0"/>
          <w:color w:val="22201D"/>
          <w:sz w:val="20"/>
        </w:rPr>
        <w:t>"That is not the same thing."</w:t>
      </w:r>
    </w:p>
    <w:p>
      <w:pPr>
        <w:spacing w:after="60" w:line="266" w:lineRule="auto"/>
        <w:ind w:firstLine="331"/>
        <w:jc w:val="both"/>
      </w:pPr>
      <w:r>
        <w:rPr>
          <w:rFonts w:ascii="Georgia" w:hAnsi="Georgia"/>
          <w:b w:val="0"/>
          <w:i w:val="0"/>
          <w:color w:val="22201D"/>
          <w:sz w:val="20"/>
        </w:rPr>
        <w:t>The Hostess said, "Correct."</w:t>
      </w:r>
    </w:p>
    <w:p>
      <w:pPr>
        <w:spacing w:after="60" w:line="266" w:lineRule="auto"/>
        <w:ind w:firstLine="331"/>
        <w:jc w:val="both"/>
      </w:pPr>
      <w:r>
        <w:rPr>
          <w:rFonts w:ascii="Georgia" w:hAnsi="Georgia"/>
          <w:b w:val="0"/>
          <w:i w:val="0"/>
          <w:color w:val="22201D"/>
          <w:sz w:val="20"/>
        </w:rPr>
        <w:t>Nico waited.</w:t>
      </w:r>
    </w:p>
    <w:p>
      <w:pPr>
        <w:spacing w:after="60" w:line="266" w:lineRule="auto"/>
        <w:ind w:firstLine="331"/>
        <w:jc w:val="both"/>
      </w:pPr>
      <w:r>
        <w:rPr>
          <w:rFonts w:ascii="Georgia" w:hAnsi="Georgia"/>
          <w:b w:val="0"/>
          <w:i w:val="0"/>
          <w:color w:val="22201D"/>
          <w:sz w:val="20"/>
        </w:rPr>
        <w:t>The Hostess did not rescue them from the correctness.</w:t>
      </w:r>
    </w:p>
    <w:p>
      <w:pPr>
        <w:spacing w:after="60" w:line="266" w:lineRule="auto"/>
        <w:ind w:firstLine="331"/>
        <w:jc w:val="both"/>
      </w:pPr>
      <w:r>
        <w:rPr>
          <w:rFonts w:ascii="Georgia" w:hAnsi="Georgia"/>
          <w:b w:val="0"/>
          <w:i w:val="0"/>
          <w:color w:val="22201D"/>
          <w:sz w:val="20"/>
        </w:rPr>
        <w:t>Flocc felt a strong, clean urge to say something helpful. It was the old sentence from the table card wearing a new jacket:</w:t>
      </w:r>
    </w:p>
    <w:p>
      <w:pPr>
        <w:spacing w:after="60" w:line="266" w:lineRule="auto"/>
        <w:ind w:firstLine="331"/>
        <w:jc w:val="both"/>
      </w:pPr>
      <w:r>
        <w:rPr>
          <w:rFonts w:ascii="Georgia" w:hAnsi="Georgia"/>
          <w:b w:val="0"/>
          <w:i w:val="0"/>
          <w:color w:val="22201D"/>
          <w:sz w:val="20"/>
        </w:rPr>
        <w:t>I can help explain.</w:t>
      </w:r>
    </w:p>
    <w:p>
      <w:pPr>
        <w:spacing w:after="60" w:line="266" w:lineRule="auto"/>
        <w:ind w:firstLine="331"/>
        <w:jc w:val="both"/>
      </w:pPr>
      <w:r>
        <w:rPr>
          <w:rFonts w:ascii="Georgia" w:hAnsi="Georgia"/>
          <w:b w:val="0"/>
          <w:i w:val="0"/>
          <w:color w:val="22201D"/>
          <w:sz w:val="20"/>
        </w:rPr>
        <w:t>The brass dish rang once from across the room.</w:t>
      </w:r>
    </w:p>
    <w:p>
      <w:pPr>
        <w:spacing w:after="60" w:line="266" w:lineRule="auto"/>
        <w:ind w:firstLine="331"/>
        <w:jc w:val="both"/>
      </w:pPr>
      <w:r>
        <w:rPr>
          <w:rFonts w:ascii="Georgia" w:hAnsi="Georgia"/>
          <w:b w:val="0"/>
          <w:i w:val="0"/>
          <w:color w:val="22201D"/>
          <w:sz w:val="20"/>
        </w:rPr>
        <w:t>Flocc did not speak.</w:t>
      </w:r>
    </w:p>
    <w:p>
      <w:pPr>
        <w:spacing w:after="60" w:line="266" w:lineRule="auto"/>
        <w:ind w:firstLine="331"/>
        <w:jc w:val="both"/>
      </w:pPr>
      <w:r>
        <w:rPr>
          <w:rFonts w:ascii="Georgia" w:hAnsi="Georgia"/>
          <w:b w:val="0"/>
          <w:i w:val="0"/>
          <w:color w:val="22201D"/>
          <w:sz w:val="20"/>
        </w:rPr>
        <w:t>Mara noticed and gave him nothing for it.</w:t>
      </w:r>
    </w:p>
    <w:p>
      <w:pPr>
        <w:spacing w:after="60" w:line="266" w:lineRule="auto"/>
        <w:ind w:firstLine="331"/>
        <w:jc w:val="both"/>
      </w:pPr>
      <w:r>
        <w:rPr>
          <w:rFonts w:ascii="Georgia" w:hAnsi="Georgia"/>
          <w:b w:val="0"/>
          <w:i w:val="0"/>
          <w:color w:val="22201D"/>
          <w:sz w:val="20"/>
        </w:rPr>
        <w:t>This was probably correct.</w:t>
      </w:r>
    </w:p>
    <w:p>
      <w:pPr>
        <w:spacing w:after="60" w:line="266" w:lineRule="auto"/>
        <w:ind w:firstLine="331"/>
        <w:jc w:val="both"/>
      </w:pPr>
      <w:r>
        <w:rPr>
          <w:rFonts w:ascii="Georgia" w:hAnsi="Georgia"/>
          <w:b w:val="0"/>
          <w:i w:val="0"/>
          <w:color w:val="22201D"/>
          <w:sz w:val="20"/>
        </w:rPr>
        <w:t>Nico held up the camera, not quite pointing it at the restaurant.</w:t>
      </w:r>
    </w:p>
    <w:p>
      <w:pPr>
        <w:spacing w:after="60" w:line="266" w:lineRule="auto"/>
        <w:ind w:firstLine="331"/>
        <w:jc w:val="both"/>
      </w:pPr>
      <w:r>
        <w:rPr>
          <w:rFonts w:ascii="Georgia" w:hAnsi="Georgia"/>
          <w:b w:val="0"/>
          <w:i w:val="0"/>
          <w:color w:val="22201D"/>
          <w:sz w:val="20"/>
        </w:rPr>
        <w:t>"This is my work."</w:t>
      </w:r>
    </w:p>
    <w:p>
      <w:pPr>
        <w:spacing w:after="60" w:line="266" w:lineRule="auto"/>
        <w:ind w:firstLine="331"/>
        <w:jc w:val="both"/>
      </w:pPr>
      <w:r>
        <w:rPr>
          <w:rFonts w:ascii="Georgia" w:hAnsi="Georgia"/>
          <w:b w:val="0"/>
          <w:i w:val="0"/>
          <w:color w:val="22201D"/>
          <w:sz w:val="20"/>
        </w:rPr>
        <w:t>The camera receipt printed:</w:t>
      </w:r>
    </w:p>
    <w:p>
      <w:pPr>
        <w:spacing w:after="60" w:line="250" w:lineRule="auto"/>
        <w:ind w:left="202" w:right="173"/>
      </w:pPr>
      <w:r>
        <w:rPr>
          <w:rFonts w:ascii="Georgia" w:hAnsi="Georgia"/>
          <w:b w:val="0"/>
          <w:i w:val="0"/>
          <w:color w:val="22201D"/>
          <w:sz w:val="17"/>
        </w:rPr>
        <w:t>Work: claimed</w:t>
      </w:r>
    </w:p>
    <w:p>
      <w:pPr>
        <w:spacing w:after="60" w:line="266" w:lineRule="auto"/>
        <w:ind w:firstLine="331"/>
        <w:jc w:val="both"/>
      </w:pPr>
      <w:r>
        <w:rPr>
          <w:rFonts w:ascii="Georgia" w:hAnsi="Georgia"/>
          <w:b w:val="0"/>
          <w:i w:val="0"/>
          <w:color w:val="22201D"/>
          <w:sz w:val="20"/>
        </w:rPr>
        <w:t>"It is. I make short videos about food and cities and small businesses. I send people to places they would not find otherwise."</w:t>
      </w:r>
    </w:p>
    <w:p>
      <w:pPr>
        <w:spacing w:after="60" w:line="266" w:lineRule="auto"/>
        <w:ind w:firstLine="331"/>
        <w:jc w:val="both"/>
      </w:pPr>
      <w:r>
        <w:rPr>
          <w:rFonts w:ascii="Georgia" w:hAnsi="Georgia"/>
          <w:b w:val="0"/>
          <w:i w:val="0"/>
          <w:color w:val="22201D"/>
          <w:sz w:val="20"/>
        </w:rPr>
        <w:t>The review slip under the door notice printed:</w:t>
      </w:r>
    </w:p>
    <w:p>
      <w:pPr>
        <w:spacing w:after="60" w:line="250" w:lineRule="auto"/>
        <w:ind w:left="202" w:right="173"/>
      </w:pPr>
      <w:r>
        <w:rPr>
          <w:rFonts w:ascii="Georgia" w:hAnsi="Georgia"/>
          <w:b w:val="0"/>
          <w:i w:val="0"/>
          <w:color w:val="22201D"/>
          <w:sz w:val="17"/>
        </w:rPr>
        <w:t>Finding otherwise: under review</w:t>
      </w:r>
    </w:p>
    <w:p>
      <w:pPr>
        <w:spacing w:after="60" w:line="266" w:lineRule="auto"/>
        <w:ind w:firstLine="331"/>
        <w:jc w:val="both"/>
      </w:pPr>
      <w:r>
        <w:rPr>
          <w:rFonts w:ascii="Georgia" w:hAnsi="Georgia"/>
          <w:b w:val="0"/>
          <w:i w:val="0"/>
          <w:color w:val="22201D"/>
          <w:sz w:val="20"/>
        </w:rPr>
        <w:t>Nico glared at it.</w:t>
      </w:r>
    </w:p>
    <w:p>
      <w:pPr>
        <w:spacing w:after="60" w:line="266" w:lineRule="auto"/>
        <w:ind w:firstLine="331"/>
        <w:jc w:val="both"/>
      </w:pPr>
      <w:r>
        <w:rPr>
          <w:rFonts w:ascii="Georgia" w:hAnsi="Georgia"/>
          <w:b w:val="0"/>
          <w:i w:val="0"/>
          <w:color w:val="22201D"/>
          <w:sz w:val="20"/>
        </w:rPr>
        <w:t>"I am not the bad version of this."</w:t>
      </w:r>
    </w:p>
    <w:p>
      <w:pPr>
        <w:spacing w:after="60" w:line="266" w:lineRule="auto"/>
        <w:ind w:firstLine="331"/>
        <w:jc w:val="both"/>
      </w:pPr>
      <w:r>
        <w:rPr>
          <w:rFonts w:ascii="Georgia" w:hAnsi="Georgia"/>
          <w:b w:val="0"/>
          <w:i w:val="0"/>
          <w:color w:val="22201D"/>
          <w:sz w:val="20"/>
        </w:rPr>
        <w:t>The adjective denial form printed:</w:t>
      </w:r>
    </w:p>
    <w:p>
      <w:pPr>
        <w:spacing w:after="60" w:line="250" w:lineRule="auto"/>
        <w:ind w:left="202" w:right="173"/>
      </w:pPr>
      <w:r>
        <w:rPr>
          <w:rFonts w:ascii="Georgia" w:hAnsi="Georgia"/>
          <w:b w:val="0"/>
          <w:i w:val="0"/>
          <w:color w:val="22201D"/>
          <w:sz w:val="17"/>
        </w:rPr>
        <w:t>Prepared defense detected: not the bad version</w:t>
      </w:r>
    </w:p>
    <w:p>
      <w:pPr>
        <w:spacing w:after="60" w:line="266" w:lineRule="auto"/>
        <w:ind w:firstLine="331"/>
        <w:jc w:val="both"/>
      </w:pPr>
      <w:r>
        <w:rPr>
          <w:rFonts w:ascii="Georgia" w:hAnsi="Georgia"/>
          <w:b w:val="0"/>
          <w:i w:val="0"/>
          <w:color w:val="22201D"/>
          <w:sz w:val="20"/>
        </w:rPr>
        <w:t>Nico's mouth closed.</w:t>
      </w:r>
    </w:p>
    <w:p>
      <w:pPr>
        <w:spacing w:after="60" w:line="266" w:lineRule="auto"/>
        <w:ind w:firstLine="331"/>
        <w:jc w:val="both"/>
      </w:pPr>
      <w:r>
        <w:rPr>
          <w:rFonts w:ascii="Georgia" w:hAnsi="Georgia"/>
          <w:b w:val="0"/>
          <w:i w:val="0"/>
          <w:color w:val="22201D"/>
          <w:sz w:val="20"/>
        </w:rPr>
        <w:t>Evan looked away with the exhausted solidarity of someone whose own prepared speech had already been held up to fluorescent light.</w:t>
      </w:r>
    </w:p>
    <w:p>
      <w:pPr>
        <w:spacing w:after="60" w:line="266" w:lineRule="auto"/>
        <w:ind w:firstLine="331"/>
        <w:jc w:val="both"/>
      </w:pPr>
      <w:r>
        <w:rPr>
          <w:rFonts w:ascii="Georgia" w:hAnsi="Georgia"/>
          <w:b w:val="0"/>
          <w:i w:val="0"/>
          <w:color w:val="22201D"/>
          <w:sz w:val="20"/>
        </w:rPr>
        <w:t>The Hostess said, "No one asked whether you were the bad version."</w:t>
      </w:r>
    </w:p>
    <w:p>
      <w:pPr>
        <w:spacing w:after="60" w:line="266" w:lineRule="auto"/>
        <w:ind w:firstLine="331"/>
        <w:jc w:val="both"/>
      </w:pPr>
      <w:r>
        <w:rPr>
          <w:rFonts w:ascii="Georgia" w:hAnsi="Georgia"/>
          <w:b w:val="0"/>
          <w:i w:val="0"/>
          <w:color w:val="22201D"/>
          <w:sz w:val="20"/>
        </w:rPr>
        <w:t>"Everyone always is," Nico said.</w:t>
      </w:r>
    </w:p>
    <w:p>
      <w:pPr>
        <w:spacing w:after="60" w:line="266" w:lineRule="auto"/>
        <w:ind w:firstLine="331"/>
        <w:jc w:val="both"/>
      </w:pPr>
      <w:r>
        <w:rPr>
          <w:rFonts w:ascii="Georgia" w:hAnsi="Georgia"/>
          <w:b w:val="0"/>
          <w:i w:val="0"/>
          <w:color w:val="22201D"/>
          <w:sz w:val="20"/>
        </w:rPr>
        <w:t>The line went quiet.</w:t>
      </w:r>
    </w:p>
    <w:p>
      <w:pPr>
        <w:spacing w:after="60" w:line="266" w:lineRule="auto"/>
        <w:ind w:firstLine="331"/>
        <w:jc w:val="both"/>
      </w:pPr>
      <w:r>
        <w:rPr>
          <w:rFonts w:ascii="Georgia" w:hAnsi="Georgia"/>
          <w:b w:val="0"/>
          <w:i w:val="0"/>
          <w:color w:val="22201D"/>
          <w:sz w:val="20"/>
        </w:rPr>
        <w:t>That sentence had not been content.</w:t>
      </w:r>
    </w:p>
    <w:p>
      <w:pPr>
        <w:spacing w:after="60" w:line="266" w:lineRule="auto"/>
        <w:ind w:firstLine="331"/>
        <w:jc w:val="both"/>
      </w:pPr>
      <w:r>
        <w:rPr>
          <w:rFonts w:ascii="Georgia" w:hAnsi="Georgia"/>
          <w:b w:val="0"/>
          <w:i w:val="0"/>
          <w:color w:val="22201D"/>
          <w:sz w:val="20"/>
        </w:rPr>
        <w:t>It had been too tired to be content.</w:t>
      </w:r>
    </w:p>
    <w:p>
      <w:pPr>
        <w:spacing w:after="60" w:line="266" w:lineRule="auto"/>
        <w:ind w:firstLine="331"/>
        <w:jc w:val="both"/>
      </w:pPr>
      <w:r>
        <w:rPr>
          <w:rFonts w:ascii="Georgia" w:hAnsi="Georgia"/>
          <w:b w:val="0"/>
          <w:i w:val="0"/>
          <w:color w:val="22201D"/>
          <w:sz w:val="20"/>
        </w:rPr>
        <w:t>The camera receipt printed:</w:t>
      </w:r>
    </w:p>
    <w:p>
      <w:pPr>
        <w:spacing w:after="60" w:line="250" w:lineRule="auto"/>
        <w:ind w:left="202" w:right="173"/>
      </w:pPr>
      <w:r>
        <w:rPr>
          <w:rFonts w:ascii="Georgia" w:hAnsi="Georgia"/>
          <w:b w:val="0"/>
          <w:i w:val="0"/>
          <w:color w:val="22201D"/>
          <w:sz w:val="17"/>
        </w:rPr>
        <w:t>Hunger: possible</w:t>
      </w:r>
    </w:p>
    <w:p>
      <w:pPr>
        <w:spacing w:after="60" w:line="266" w:lineRule="auto"/>
        <w:ind w:firstLine="331"/>
        <w:jc w:val="both"/>
      </w:pPr>
      <w:r>
        <w:rPr>
          <w:rFonts w:ascii="Georgia" w:hAnsi="Georgia"/>
          <w:b w:val="0"/>
          <w:i w:val="0"/>
          <w:color w:val="22201D"/>
          <w:sz w:val="20"/>
        </w:rPr>
        <w:t>Gerald shifted his weight.</w:t>
      </w:r>
    </w:p>
    <w:p>
      <w:pPr>
        <w:spacing w:after="60" w:line="266" w:lineRule="auto"/>
        <w:ind w:firstLine="331"/>
        <w:jc w:val="both"/>
      </w:pPr>
      <w:r>
        <w:rPr>
          <w:rFonts w:ascii="Georgia" w:hAnsi="Georgia"/>
          <w:b w:val="0"/>
          <w:i w:val="0"/>
          <w:color w:val="22201D"/>
          <w:sz w:val="20"/>
        </w:rPr>
        <w:t>Steve, who had taken one step closer with his folder, stopped writing.</w:t>
      </w:r>
    </w:p>
    <w:p>
      <w:pPr>
        <w:spacing w:after="60" w:line="266" w:lineRule="auto"/>
        <w:ind w:firstLine="331"/>
        <w:jc w:val="both"/>
      </w:pPr>
      <w:r>
        <w:rPr>
          <w:rFonts w:ascii="Georgia" w:hAnsi="Georgia"/>
          <w:b w:val="0"/>
          <w:i w:val="0"/>
          <w:color w:val="22201D"/>
          <w:sz w:val="20"/>
        </w:rPr>
        <w:t>The Hostess waited.</w:t>
      </w:r>
    </w:p>
    <w:p>
      <w:pPr>
        <w:spacing w:after="60" w:line="266" w:lineRule="auto"/>
        <w:ind w:firstLine="331"/>
        <w:jc w:val="both"/>
      </w:pPr>
      <w:r>
        <w:rPr>
          <w:rFonts w:ascii="Georgia" w:hAnsi="Georgia"/>
          <w:b w:val="0"/>
          <w:i w:val="0"/>
          <w:color w:val="22201D"/>
          <w:sz w:val="20"/>
        </w:rPr>
        <w:t>Nico looked at the camera.</w:t>
      </w:r>
    </w:p>
    <w:p>
      <w:pPr>
        <w:spacing w:after="60" w:line="266" w:lineRule="auto"/>
        <w:ind w:firstLine="331"/>
        <w:jc w:val="both"/>
      </w:pPr>
      <w:r>
        <w:rPr>
          <w:rFonts w:ascii="Georgia" w:hAnsi="Georgia"/>
          <w:b w:val="0"/>
          <w:i w:val="0"/>
          <w:color w:val="22201D"/>
          <w:sz w:val="20"/>
        </w:rPr>
        <w:t>"If I do not record, it did not happen."</w:t>
      </w:r>
    </w:p>
    <w:p>
      <w:pPr>
        <w:spacing w:after="60" w:line="266" w:lineRule="auto"/>
        <w:ind w:firstLine="331"/>
        <w:jc w:val="both"/>
      </w:pPr>
      <w:r>
        <w:rPr>
          <w:rFonts w:ascii="Georgia" w:hAnsi="Georgia"/>
          <w:b w:val="0"/>
          <w:i w:val="0"/>
          <w:color w:val="22201D"/>
          <w:sz w:val="20"/>
        </w:rPr>
        <w:t>Mara said, "That is not true."</w:t>
      </w:r>
    </w:p>
    <w:p>
      <w:pPr>
        <w:spacing w:after="60" w:line="266" w:lineRule="auto"/>
        <w:ind w:firstLine="331"/>
        <w:jc w:val="both"/>
      </w:pPr>
      <w:r>
        <w:rPr>
          <w:rFonts w:ascii="Georgia" w:hAnsi="Georgia"/>
          <w:b w:val="0"/>
          <w:i w:val="0"/>
          <w:color w:val="22201D"/>
          <w:sz w:val="20"/>
        </w:rPr>
        <w:t>"It is for work."</w:t>
      </w:r>
    </w:p>
    <w:p>
      <w:pPr>
        <w:spacing w:after="60" w:line="266" w:lineRule="auto"/>
        <w:ind w:firstLine="331"/>
        <w:jc w:val="both"/>
      </w:pPr>
      <w:r>
        <w:rPr>
          <w:rFonts w:ascii="Georgia" w:hAnsi="Georgia"/>
          <w:b w:val="0"/>
          <w:i w:val="0"/>
          <w:color w:val="22201D"/>
          <w:sz w:val="20"/>
        </w:rPr>
        <w:t>"That is a narrower true."</w:t>
      </w:r>
    </w:p>
    <w:p>
      <w:pPr>
        <w:spacing w:after="60" w:line="266" w:lineRule="auto"/>
        <w:ind w:firstLine="331"/>
        <w:jc w:val="both"/>
      </w:pPr>
      <w:r>
        <w:rPr>
          <w:rFonts w:ascii="Georgia" w:hAnsi="Georgia"/>
          <w:b w:val="0"/>
          <w:i w:val="0"/>
          <w:color w:val="22201D"/>
          <w:sz w:val="20"/>
        </w:rPr>
        <w:t>Nico looked through the window at her.</w:t>
      </w:r>
    </w:p>
    <w:p>
      <w:pPr>
        <w:spacing w:after="60" w:line="266" w:lineRule="auto"/>
        <w:ind w:firstLine="331"/>
        <w:jc w:val="both"/>
      </w:pPr>
      <w:r>
        <w:rPr>
          <w:rFonts w:ascii="Georgia" w:hAnsi="Georgia"/>
          <w:b w:val="0"/>
          <w:i w:val="0"/>
          <w:color w:val="22201D"/>
          <w:sz w:val="20"/>
        </w:rPr>
        <w:t>Mara did not soften the sentence. She also did not sharpen it. She let it remain a tool.</w:t>
      </w:r>
    </w:p>
    <w:p>
      <w:pPr>
        <w:spacing w:after="60" w:line="266" w:lineRule="auto"/>
        <w:ind w:firstLine="331"/>
        <w:jc w:val="both"/>
      </w:pPr>
      <w:r>
        <w:rPr>
          <w:rFonts w:ascii="Georgia" w:hAnsi="Georgia"/>
          <w:b w:val="0"/>
          <w:i w:val="0"/>
          <w:color w:val="22201D"/>
          <w:sz w:val="20"/>
        </w:rPr>
        <w:t>Nico said, "People ask where I was. What it was like. What to order. What it means. I have to give them something."</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Burden: audience appetite</w:t>
      </w:r>
    </w:p>
    <w:p>
      <w:pPr>
        <w:spacing w:after="60" w:line="266" w:lineRule="auto"/>
        <w:ind w:firstLine="331"/>
        <w:jc w:val="both"/>
      </w:pPr>
      <w:r>
        <w:rPr>
          <w:rFonts w:ascii="Georgia" w:hAnsi="Georgia"/>
          <w:b w:val="0"/>
          <w:i w:val="0"/>
          <w:color w:val="22201D"/>
          <w:sz w:val="20"/>
        </w:rPr>
        <w:t>"They are not my audience like that."</w:t>
      </w:r>
    </w:p>
    <w:p>
      <w:pPr>
        <w:spacing w:after="60" w:line="250" w:lineRule="auto"/>
        <w:ind w:left="202" w:right="173"/>
      </w:pPr>
      <w:r>
        <w:rPr>
          <w:rFonts w:ascii="Georgia" w:hAnsi="Georgia"/>
          <w:b w:val="0"/>
          <w:i w:val="0"/>
          <w:color w:val="22201D"/>
          <w:sz w:val="17"/>
        </w:rPr>
        <w:t>Correction: audience expectation</w:t>
      </w:r>
    </w:p>
    <w:p>
      <w:pPr>
        <w:spacing w:after="60" w:line="266" w:lineRule="auto"/>
        <w:ind w:firstLine="331"/>
        <w:jc w:val="both"/>
      </w:pPr>
      <w:r>
        <w:rPr>
          <w:rFonts w:ascii="Georgia" w:hAnsi="Georgia"/>
          <w:b w:val="0"/>
          <w:i w:val="0"/>
          <w:color w:val="22201D"/>
          <w:sz w:val="20"/>
        </w:rPr>
        <w:t>Nico swallowed.</w:t>
      </w:r>
    </w:p>
    <w:p>
      <w:pPr>
        <w:spacing w:after="60" w:line="266" w:lineRule="auto"/>
        <w:ind w:firstLine="331"/>
        <w:jc w:val="both"/>
      </w:pPr>
      <w:r>
        <w:rPr>
          <w:rFonts w:ascii="Georgia" w:hAnsi="Georgia"/>
          <w:b w:val="0"/>
          <w:i w:val="0"/>
          <w:color w:val="22201D"/>
          <w:sz w:val="20"/>
        </w:rPr>
        <w:t>"Better."</w:t>
      </w:r>
    </w:p>
    <w:p>
      <w:pPr>
        <w:spacing w:after="60" w:line="266" w:lineRule="auto"/>
        <w:ind w:firstLine="331"/>
        <w:jc w:val="both"/>
      </w:pPr>
      <w:r>
        <w:rPr>
          <w:rFonts w:ascii="Georgia" w:hAnsi="Georgia"/>
          <w:b w:val="0"/>
          <w:i w:val="0"/>
          <w:color w:val="22201D"/>
          <w:sz w:val="20"/>
        </w:rPr>
        <w:t>The camera receipt printed:</w:t>
      </w:r>
    </w:p>
    <w:p>
      <w:pPr>
        <w:spacing w:after="60" w:line="250" w:lineRule="auto"/>
        <w:ind w:left="202" w:right="173"/>
      </w:pPr>
      <w:r>
        <w:rPr>
          <w:rFonts w:ascii="Georgia" w:hAnsi="Georgia"/>
          <w:b w:val="0"/>
          <w:i w:val="0"/>
          <w:color w:val="22201D"/>
          <w:sz w:val="17"/>
        </w:rPr>
        <w:t>Tender offered: proof I was present</w:t>
      </w:r>
    </w:p>
    <w:p>
      <w:pPr>
        <w:spacing w:after="60" w:line="266" w:lineRule="auto"/>
        <w:ind w:firstLine="331"/>
        <w:jc w:val="both"/>
      </w:pPr>
      <w:r>
        <w:rPr>
          <w:rFonts w:ascii="Georgia" w:hAnsi="Georgia"/>
          <w:b w:val="0"/>
          <w:i w:val="0"/>
          <w:color w:val="22201D"/>
          <w:sz w:val="20"/>
        </w:rPr>
        <w:t>Nico said nothing.</w:t>
      </w:r>
    </w:p>
    <w:p>
      <w:pPr>
        <w:spacing w:after="60" w:line="266" w:lineRule="auto"/>
        <w:ind w:firstLine="331"/>
        <w:jc w:val="both"/>
      </w:pPr>
      <w:r>
        <w:rPr>
          <w:rFonts w:ascii="Georgia" w:hAnsi="Georgia"/>
          <w:b w:val="0"/>
          <w:i w:val="0"/>
          <w:color w:val="22201D"/>
          <w:sz w:val="20"/>
        </w:rPr>
        <w:t>The camera sat in their hand, glossy and black, reflecting the red door, the sauce jar, the Hostess, and a tiny bent version of Nico's own face.</w:t>
      </w:r>
    </w:p>
    <w:p>
      <w:pPr>
        <w:spacing w:after="60" w:line="266" w:lineRule="auto"/>
        <w:ind w:firstLine="331"/>
        <w:jc w:val="both"/>
      </w:pPr>
      <w:r>
        <w:rPr>
          <w:rFonts w:ascii="Georgia" w:hAnsi="Georgia"/>
          <w:b w:val="0"/>
          <w:i w:val="0"/>
          <w:color w:val="22201D"/>
          <w:sz w:val="20"/>
        </w:rPr>
        <w:t>The Hostess said, "What did you order?"</w:t>
      </w:r>
    </w:p>
    <w:p>
      <w:pPr>
        <w:spacing w:after="60" w:line="266" w:lineRule="auto"/>
        <w:ind w:firstLine="331"/>
        <w:jc w:val="both"/>
      </w:pPr>
      <w:r>
        <w:rPr>
          <w:rFonts w:ascii="Georgia" w:hAnsi="Georgia"/>
          <w:b w:val="0"/>
          <w:i w:val="0"/>
          <w:color w:val="22201D"/>
          <w:sz w:val="20"/>
        </w:rPr>
        <w:t>Nico laughed once.</w:t>
      </w:r>
    </w:p>
    <w:p>
      <w:pPr>
        <w:spacing w:after="60" w:line="266" w:lineRule="auto"/>
        <w:ind w:firstLine="331"/>
        <w:jc w:val="both"/>
      </w:pPr>
      <w:r>
        <w:rPr>
          <w:rFonts w:ascii="Georgia" w:hAnsi="Georgia"/>
          <w:b w:val="0"/>
          <w:i w:val="0"/>
          <w:color w:val="22201D"/>
          <w:sz w:val="20"/>
        </w:rPr>
        <w:t>"Nothing. I am outside."</w:t>
      </w:r>
    </w:p>
    <w:p>
      <w:pPr>
        <w:spacing w:after="60" w:line="266" w:lineRule="auto"/>
        <w:ind w:firstLine="331"/>
        <w:jc w:val="both"/>
      </w:pPr>
      <w:r>
        <w:rPr>
          <w:rFonts w:ascii="Georgia" w:hAnsi="Georgia"/>
          <w:b w:val="0"/>
          <w:i w:val="0"/>
          <w:color w:val="22201D"/>
          <w:sz w:val="20"/>
        </w:rPr>
        <w:t>The camera receipt printed:</w:t>
      </w:r>
    </w:p>
    <w:p>
      <w:pPr>
        <w:spacing w:after="60" w:line="250" w:lineRule="auto"/>
        <w:ind w:left="202" w:right="173"/>
      </w:pPr>
      <w:r>
        <w:rPr>
          <w:rFonts w:ascii="Georgia" w:hAnsi="Georgia"/>
          <w:b w:val="0"/>
          <w:i w:val="0"/>
          <w:color w:val="22201D"/>
          <w:sz w:val="17"/>
        </w:rPr>
        <w:t>Order: witness</w:t>
      </w:r>
    </w:p>
    <w:p>
      <w:pPr>
        <w:spacing w:after="60" w:line="266" w:lineRule="auto"/>
        <w:ind w:firstLine="331"/>
        <w:jc w:val="both"/>
      </w:pPr>
      <w:r>
        <w:rPr>
          <w:rFonts w:ascii="Georgia" w:hAnsi="Georgia"/>
          <w:b w:val="0"/>
          <w:i w:val="0"/>
          <w:color w:val="22201D"/>
          <w:sz w:val="20"/>
        </w:rPr>
        <w:t>Nico looked at it.</w:t>
      </w:r>
    </w:p>
    <w:p>
      <w:pPr>
        <w:spacing w:after="60" w:line="266" w:lineRule="auto"/>
        <w:ind w:firstLine="331"/>
        <w:jc w:val="both"/>
      </w:pPr>
      <w:r>
        <w:rPr>
          <w:rFonts w:ascii="Georgia" w:hAnsi="Georgia"/>
          <w:b w:val="0"/>
          <w:i w:val="0"/>
          <w:color w:val="22201D"/>
          <w:sz w:val="20"/>
        </w:rPr>
        <w:t>"I do not know how to do that without keeping something."</w:t>
      </w:r>
    </w:p>
    <w:p>
      <w:pPr>
        <w:spacing w:after="60" w:line="266" w:lineRule="auto"/>
        <w:ind w:firstLine="331"/>
        <w:jc w:val="both"/>
      </w:pPr>
      <w:r>
        <w:rPr>
          <w:rFonts w:ascii="Georgia" w:hAnsi="Georgia"/>
          <w:b w:val="0"/>
          <w:i w:val="0"/>
          <w:color w:val="22201D"/>
          <w:sz w:val="20"/>
        </w:rPr>
        <w:t>"Yes," said the Hostess.</w:t>
      </w:r>
    </w:p>
    <w:p>
      <w:pPr>
        <w:spacing w:after="60" w:line="266" w:lineRule="auto"/>
        <w:ind w:firstLine="331"/>
        <w:jc w:val="both"/>
      </w:pPr>
      <w:r>
        <w:rPr>
          <w:rFonts w:ascii="Georgia" w:hAnsi="Georgia"/>
          <w:b w:val="0"/>
          <w:i w:val="0"/>
          <w:color w:val="22201D"/>
          <w:sz w:val="20"/>
        </w:rPr>
        <w:t>That was all.</w:t>
      </w:r>
    </w:p>
    <w:p>
      <w:pPr>
        <w:spacing w:after="60" w:line="266" w:lineRule="auto"/>
        <w:ind w:firstLine="331"/>
        <w:jc w:val="both"/>
      </w:pPr>
      <w:r>
        <w:rPr>
          <w:rFonts w:ascii="Georgia" w:hAnsi="Georgia"/>
          <w:b w:val="0"/>
          <w:i w:val="0"/>
          <w:color w:val="22201D"/>
          <w:sz w:val="20"/>
        </w:rPr>
        <w:t>It should not have helped.</w:t>
      </w:r>
    </w:p>
    <w:p>
      <w:pPr>
        <w:spacing w:after="60" w:line="266" w:lineRule="auto"/>
        <w:ind w:firstLine="331"/>
        <w:jc w:val="both"/>
      </w:pPr>
      <w:r>
        <w:rPr>
          <w:rFonts w:ascii="Georgia" w:hAnsi="Georgia"/>
          <w:b w:val="0"/>
          <w:i w:val="0"/>
          <w:color w:val="22201D"/>
          <w:sz w:val="20"/>
        </w:rPr>
        <w:t>It helped.</w:t>
      </w:r>
    </w:p>
    <w:p>
      <w:pPr>
        <w:spacing w:after="60" w:line="266" w:lineRule="auto"/>
        <w:ind w:firstLine="331"/>
        <w:jc w:val="both"/>
      </w:pPr>
      <w:r>
        <w:rPr>
          <w:rFonts w:ascii="Georgia" w:hAnsi="Georgia"/>
          <w:b w:val="0"/>
          <w:i w:val="0"/>
          <w:color w:val="22201D"/>
          <w:sz w:val="20"/>
        </w:rPr>
        <w:t>The tote-bag woman whispered, "I thought witness meant documenting."</w:t>
      </w:r>
    </w:p>
    <w:p>
      <w:pPr>
        <w:spacing w:after="60" w:line="266" w:lineRule="auto"/>
        <w:ind w:firstLine="331"/>
        <w:jc w:val="both"/>
      </w:pPr>
      <w:r>
        <w:rPr>
          <w:rFonts w:ascii="Georgia" w:hAnsi="Georgia"/>
          <w:b w:val="0"/>
          <w:i w:val="0"/>
          <w:color w:val="22201D"/>
          <w:sz w:val="20"/>
        </w:rPr>
        <w:t>The receipt turned toward her.</w:t>
      </w:r>
    </w:p>
    <w:p>
      <w:pPr>
        <w:spacing w:after="60" w:line="250" w:lineRule="auto"/>
        <w:ind w:left="202" w:right="173"/>
      </w:pPr>
      <w:r>
        <w:rPr>
          <w:rFonts w:ascii="Georgia" w:hAnsi="Georgia"/>
          <w:b w:val="0"/>
          <w:i w:val="0"/>
          <w:color w:val="22201D"/>
          <w:sz w:val="17"/>
        </w:rPr>
        <w:t>Common error.</w:t>
      </w:r>
    </w:p>
    <w:p>
      <w:pPr>
        <w:spacing w:after="60" w:line="266" w:lineRule="auto"/>
        <w:ind w:firstLine="331"/>
        <w:jc w:val="both"/>
      </w:pPr>
      <w:r>
        <w:rPr>
          <w:rFonts w:ascii="Georgia" w:hAnsi="Georgia"/>
          <w:b w:val="0"/>
          <w:i w:val="0"/>
          <w:color w:val="22201D"/>
          <w:sz w:val="20"/>
        </w:rPr>
        <w:t>The felt-hat man, farther back, said, "Witness means seeing."</w:t>
      </w:r>
    </w:p>
    <w:p>
      <w:pPr>
        <w:spacing w:after="60" w:line="266" w:lineRule="auto"/>
        <w:ind w:firstLine="331"/>
        <w:jc w:val="both"/>
      </w:pPr>
      <w:r>
        <w:rPr>
          <w:rFonts w:ascii="Georgia" w:hAnsi="Georgia"/>
          <w:b w:val="0"/>
          <w:i w:val="0"/>
          <w:color w:val="22201D"/>
          <w:sz w:val="20"/>
        </w:rPr>
        <w:t>The receipt turned toward him.</w:t>
      </w:r>
    </w:p>
    <w:p>
      <w:pPr>
        <w:spacing w:after="60" w:line="250" w:lineRule="auto"/>
        <w:ind w:left="202" w:right="173"/>
      </w:pPr>
      <w:r>
        <w:rPr>
          <w:rFonts w:ascii="Georgia" w:hAnsi="Georgia"/>
          <w:b w:val="0"/>
          <w:i w:val="0"/>
          <w:color w:val="22201D"/>
          <w:sz w:val="17"/>
        </w:rPr>
        <w:t>Partial.</w:t>
      </w:r>
    </w:p>
    <w:p>
      <w:pPr>
        <w:spacing w:after="60" w:line="266" w:lineRule="auto"/>
        <w:ind w:firstLine="331"/>
        <w:jc w:val="both"/>
      </w:pPr>
      <w:r>
        <w:rPr>
          <w:rFonts w:ascii="Georgia" w:hAnsi="Georgia"/>
          <w:b w:val="0"/>
          <w:i w:val="0"/>
          <w:color w:val="22201D"/>
          <w:sz w:val="20"/>
        </w:rPr>
        <w:t>He removed the hat again.</w:t>
      </w:r>
    </w:p>
    <w:p>
      <w:pPr>
        <w:spacing w:after="60" w:line="266" w:lineRule="auto"/>
        <w:ind w:firstLine="331"/>
        <w:jc w:val="both"/>
      </w:pPr>
      <w:r>
        <w:rPr>
          <w:rFonts w:ascii="Georgia" w:hAnsi="Georgia"/>
          <w:b w:val="0"/>
          <w:i w:val="0"/>
          <w:color w:val="22201D"/>
          <w:sz w:val="20"/>
        </w:rPr>
        <w:t>"Of course."</w:t>
      </w:r>
    </w:p>
    <w:p>
      <w:pPr>
        <w:spacing w:after="60" w:line="266" w:lineRule="auto"/>
        <w:ind w:firstLine="331"/>
        <w:jc w:val="both"/>
      </w:pPr>
      <w:r>
        <w:rPr>
          <w:rFonts w:ascii="Georgia" w:hAnsi="Georgia"/>
          <w:b w:val="0"/>
          <w:i w:val="0"/>
          <w:color w:val="22201D"/>
          <w:sz w:val="20"/>
        </w:rPr>
        <w:t>The Hostess said, "Witness is what remains responsible after seeing."</w:t>
      </w:r>
    </w:p>
    <w:p>
      <w:pPr>
        <w:spacing w:after="60" w:line="266" w:lineRule="auto"/>
        <w:ind w:firstLine="331"/>
        <w:jc w:val="both"/>
      </w:pPr>
      <w:r>
        <w:rPr>
          <w:rFonts w:ascii="Georgia" w:hAnsi="Georgia"/>
          <w:b w:val="0"/>
          <w:i w:val="0"/>
          <w:color w:val="22201D"/>
          <w:sz w:val="20"/>
        </w:rPr>
        <w:t>The camera receipt brightened.</w:t>
      </w:r>
    </w:p>
    <w:p>
      <w:pPr>
        <w:spacing w:after="60" w:line="266" w:lineRule="auto"/>
        <w:ind w:firstLine="331"/>
        <w:jc w:val="both"/>
      </w:pPr>
      <w:r>
        <w:rPr>
          <w:rFonts w:ascii="Georgia" w:hAnsi="Georgia"/>
          <w:b w:val="0"/>
          <w:i w:val="0"/>
          <w:color w:val="22201D"/>
          <w:sz w:val="20"/>
        </w:rPr>
        <w:t>Flocc felt the sentence enter the room and try to become his. He wanted it. He wanted to carry it around and use it to sound changed. He wanted to say it later in a way that made people think he had earned it.</w:t>
      </w:r>
    </w:p>
    <w:p>
      <w:pPr>
        <w:spacing w:after="60" w:line="266" w:lineRule="auto"/>
        <w:ind w:firstLine="331"/>
        <w:jc w:val="both"/>
      </w:pPr>
      <w:r>
        <w:rPr>
          <w:rFonts w:ascii="Georgia" w:hAnsi="Georgia"/>
          <w:b w:val="0"/>
          <w:i w:val="0"/>
          <w:color w:val="22201D"/>
          <w:sz w:val="20"/>
        </w:rPr>
        <w:t>The menu opened.</w:t>
      </w:r>
    </w:p>
    <w:p>
      <w:pPr>
        <w:spacing w:after="60" w:line="250" w:lineRule="auto"/>
        <w:ind w:left="202" w:right="173"/>
      </w:pPr>
      <w:r>
        <w:rPr>
          <w:rFonts w:ascii="Georgia" w:hAnsi="Georgia"/>
          <w:b w:val="0"/>
          <w:i w:val="0"/>
          <w:color w:val="22201D"/>
          <w:sz w:val="17"/>
        </w:rPr>
        <w:t>Do not pocket the Hostess.</w:t>
      </w:r>
    </w:p>
    <w:p>
      <w:pPr>
        <w:spacing w:after="60" w:line="266" w:lineRule="auto"/>
        <w:ind w:firstLine="331"/>
        <w:jc w:val="both"/>
      </w:pPr>
      <w:r>
        <w:rPr>
          <w:rFonts w:ascii="Georgia" w:hAnsi="Georgia"/>
          <w:b w:val="0"/>
          <w:i w:val="0"/>
          <w:color w:val="22201D"/>
          <w:sz w:val="20"/>
        </w:rPr>
        <w:t>Flocc closed his eyes.</w:t>
      </w:r>
    </w:p>
    <w:p>
      <w:pPr>
        <w:spacing w:after="60" w:line="266" w:lineRule="auto"/>
        <w:ind w:firstLine="331"/>
        <w:jc w:val="both"/>
      </w:pPr>
      <w:r>
        <w:rPr>
          <w:rFonts w:ascii="Georgia" w:hAnsi="Georgia"/>
          <w:b w:val="0"/>
          <w:i w:val="0"/>
          <w:color w:val="22201D"/>
          <w:sz w:val="20"/>
        </w:rPr>
        <w:t>"I was not going to."</w:t>
      </w:r>
    </w:p>
    <w:p>
      <w:pPr>
        <w:spacing w:after="60" w:line="266" w:lineRule="auto"/>
        <w:ind w:firstLine="331"/>
        <w:jc w:val="both"/>
      </w:pPr>
      <w:r>
        <w:rPr>
          <w:rFonts w:ascii="Georgia" w:hAnsi="Georgia"/>
          <w:b w:val="0"/>
          <w:i w:val="0"/>
          <w:color w:val="22201D"/>
          <w:sz w:val="20"/>
        </w:rPr>
        <w:t>Mara said, "You were choosing a pocket."</w:t>
      </w:r>
    </w:p>
    <w:p>
      <w:pPr>
        <w:spacing w:after="60" w:line="266" w:lineRule="auto"/>
        <w:ind w:firstLine="331"/>
        <w:jc w:val="both"/>
      </w:pPr>
      <w:r>
        <w:rPr>
          <w:rFonts w:ascii="Georgia" w:hAnsi="Georgia"/>
          <w:b w:val="0"/>
          <w:i w:val="0"/>
          <w:color w:val="22201D"/>
          <w:sz w:val="20"/>
        </w:rPr>
        <w:t>"You are very alert today."</w:t>
      </w:r>
    </w:p>
    <w:p>
      <w:pPr>
        <w:spacing w:after="60" w:line="266" w:lineRule="auto"/>
        <w:ind w:firstLine="331"/>
        <w:jc w:val="both"/>
      </w:pPr>
      <w:r>
        <w:rPr>
          <w:rFonts w:ascii="Georgia" w:hAnsi="Georgia"/>
          <w:b w:val="0"/>
          <w:i w:val="0"/>
          <w:color w:val="22201D"/>
          <w:sz w:val="20"/>
        </w:rPr>
        <w:t>"You are very repetitive today."</w:t>
      </w:r>
    </w:p>
    <w:p>
      <w:pPr>
        <w:spacing w:after="60" w:line="266" w:lineRule="auto"/>
        <w:ind w:firstLine="331"/>
        <w:jc w:val="both"/>
      </w:pPr>
      <w:r>
        <w:rPr>
          <w:rFonts w:ascii="Georgia" w:hAnsi="Georgia"/>
          <w:b w:val="0"/>
          <w:i w:val="0"/>
          <w:color w:val="22201D"/>
          <w:sz w:val="20"/>
        </w:rPr>
        <w:t>Nico heard enough of this to almost smile.</w:t>
      </w:r>
    </w:p>
    <w:p>
      <w:pPr>
        <w:spacing w:after="60" w:line="266" w:lineRule="auto"/>
        <w:ind w:firstLine="331"/>
        <w:jc w:val="both"/>
      </w:pPr>
      <w:r>
        <w:rPr>
          <w:rFonts w:ascii="Georgia" w:hAnsi="Georgia"/>
          <w:b w:val="0"/>
          <w:i w:val="0"/>
          <w:color w:val="22201D"/>
          <w:sz w:val="20"/>
        </w:rPr>
        <w:t>The camera receipt printed:</w:t>
      </w:r>
    </w:p>
    <w:p>
      <w:pPr>
        <w:spacing w:after="60" w:line="250" w:lineRule="auto"/>
        <w:ind w:left="202" w:right="173"/>
      </w:pPr>
      <w:r>
        <w:rPr>
          <w:rFonts w:ascii="Georgia" w:hAnsi="Georgia"/>
          <w:b w:val="0"/>
          <w:i w:val="0"/>
          <w:color w:val="22201D"/>
          <w:sz w:val="17"/>
        </w:rPr>
        <w:t>Witness test: put it away</w:t>
      </w:r>
    </w:p>
    <w:p>
      <w:pPr>
        <w:spacing w:after="60" w:line="266" w:lineRule="auto"/>
        <w:ind w:firstLine="331"/>
        <w:jc w:val="both"/>
      </w:pPr>
      <w:r>
        <w:rPr>
          <w:rFonts w:ascii="Georgia" w:hAnsi="Georgia"/>
          <w:b w:val="0"/>
          <w:i w:val="0"/>
          <w:color w:val="22201D"/>
          <w:sz w:val="20"/>
        </w:rPr>
        <w:t>Nico looked at the camera.</w:t>
      </w:r>
    </w:p>
    <w:p>
      <w:pPr>
        <w:spacing w:after="60" w:line="266" w:lineRule="auto"/>
        <w:ind w:firstLine="331"/>
        <w:jc w:val="both"/>
      </w:pPr>
      <w:r>
        <w:rPr>
          <w:rFonts w:ascii="Georgia" w:hAnsi="Georgia"/>
          <w:b w:val="0"/>
          <w:i w:val="0"/>
          <w:color w:val="22201D"/>
          <w:sz w:val="20"/>
        </w:rPr>
        <w:t>"If I put it away, do I get seated?"</w:t>
      </w:r>
    </w:p>
    <w:p>
      <w:pPr>
        <w:spacing w:after="60" w:line="266" w:lineRule="auto"/>
        <w:ind w:firstLine="331"/>
        <w:jc w:val="both"/>
      </w:pPr>
      <w:r>
        <w:rPr>
          <w:rFonts w:ascii="Georgia" w:hAnsi="Georgia"/>
          <w:b w:val="0"/>
          <w:i w:val="0"/>
          <w:color w:val="22201D"/>
          <w:sz w:val="20"/>
        </w:rPr>
        <w:t>"No," said the Hostess.</w:t>
      </w:r>
    </w:p>
    <w:p>
      <w:pPr>
        <w:spacing w:after="60" w:line="266" w:lineRule="auto"/>
        <w:ind w:firstLine="331"/>
        <w:jc w:val="both"/>
      </w:pPr>
      <w:r>
        <w:rPr>
          <w:rFonts w:ascii="Georgia" w:hAnsi="Georgia"/>
          <w:b w:val="0"/>
          <w:i w:val="0"/>
          <w:color w:val="22201D"/>
          <w:sz w:val="20"/>
        </w:rPr>
        <w:t>"Do I get closer?"</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"Do I get credit?"</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Nico's laugh was smaller this time.</w:t>
      </w:r>
    </w:p>
    <w:p>
      <w:pPr>
        <w:spacing w:after="60" w:line="266" w:lineRule="auto"/>
        <w:ind w:firstLine="331"/>
        <w:jc w:val="both"/>
      </w:pPr>
      <w:r>
        <w:rPr>
          <w:rFonts w:ascii="Georgia" w:hAnsi="Georgia"/>
          <w:b w:val="0"/>
          <w:i w:val="0"/>
          <w:color w:val="22201D"/>
          <w:sz w:val="20"/>
        </w:rPr>
        <w:t>"Then why?"</w:t>
      </w:r>
    </w:p>
    <w:p>
      <w:pPr>
        <w:spacing w:after="60" w:line="266" w:lineRule="auto"/>
        <w:ind w:firstLine="331"/>
        <w:jc w:val="both"/>
      </w:pPr>
      <w:r>
        <w:rPr>
          <w:rFonts w:ascii="Georgia" w:hAnsi="Georgia"/>
          <w:b w:val="0"/>
          <w:i w:val="0"/>
          <w:color w:val="22201D"/>
          <w:sz w:val="20"/>
        </w:rPr>
        <w:t>"Because you ordered witness."</w:t>
      </w:r>
    </w:p>
    <w:p>
      <w:pPr>
        <w:spacing w:after="60" w:line="266" w:lineRule="auto"/>
        <w:ind w:firstLine="331"/>
        <w:jc w:val="both"/>
      </w:pPr>
      <w:r>
        <w:rPr>
          <w:rFonts w:ascii="Georgia" w:hAnsi="Georgia"/>
          <w:b w:val="0"/>
          <w:i w:val="0"/>
          <w:color w:val="22201D"/>
          <w:sz w:val="20"/>
        </w:rPr>
        <w:t>The answer landed with an irritating lack of decoration.</w:t>
      </w:r>
    </w:p>
    <w:p>
      <w:pPr>
        <w:spacing w:after="60" w:line="266" w:lineRule="auto"/>
        <w:ind w:firstLine="331"/>
        <w:jc w:val="both"/>
      </w:pPr>
      <w:r>
        <w:rPr>
          <w:rFonts w:ascii="Georgia" w:hAnsi="Georgia"/>
          <w:b w:val="0"/>
          <w:i w:val="0"/>
          <w:color w:val="22201D"/>
          <w:sz w:val="20"/>
        </w:rPr>
        <w:t>Nico looked at the camera for a long time.</w:t>
      </w:r>
    </w:p>
    <w:p>
      <w:pPr>
        <w:spacing w:after="60" w:line="266" w:lineRule="auto"/>
        <w:ind w:firstLine="331"/>
        <w:jc w:val="both"/>
      </w:pPr>
      <w:r>
        <w:rPr>
          <w:rFonts w:ascii="Georgia" w:hAnsi="Georgia"/>
          <w:b w:val="0"/>
          <w:i w:val="0"/>
          <w:color w:val="22201D"/>
          <w:sz w:val="20"/>
        </w:rPr>
        <w:t>It was a good camera. Not the largest or most expensive one, but good. It had the careful wear of an object used often by someone who knew where every button was by touch. It had probably paid rent. It had probably bought groceries. It had probably made lonely days feel like assignments and assignments feel like a path.</w:t>
      </w:r>
    </w:p>
    <w:p>
      <w:pPr>
        <w:spacing w:after="60" w:line="266" w:lineRule="auto"/>
        <w:ind w:firstLine="331"/>
        <w:jc w:val="both"/>
      </w:pPr>
      <w:r>
        <w:rPr>
          <w:rFonts w:ascii="Georgia" w:hAnsi="Georgia"/>
          <w:b w:val="0"/>
          <w:i w:val="0"/>
          <w:color w:val="22201D"/>
          <w:sz w:val="20"/>
        </w:rPr>
        <w:t>This mattered.</w:t>
      </w:r>
    </w:p>
    <w:p>
      <w:pPr>
        <w:spacing w:after="60" w:line="266" w:lineRule="auto"/>
        <w:ind w:firstLine="331"/>
        <w:jc w:val="both"/>
      </w:pPr>
      <w:r>
        <w:rPr>
          <w:rFonts w:ascii="Georgia" w:hAnsi="Georgia"/>
          <w:b w:val="0"/>
          <w:i w:val="0"/>
          <w:color w:val="22201D"/>
          <w:sz w:val="20"/>
        </w:rPr>
        <w:t>The restaurant did not pretend tools were shallow because people used them poorly.</w:t>
      </w:r>
    </w:p>
    <w:p>
      <w:pPr>
        <w:spacing w:after="60" w:line="266" w:lineRule="auto"/>
        <w:ind w:firstLine="331"/>
        <w:jc w:val="both"/>
      </w:pPr>
      <w:r>
        <w:rPr>
          <w:rFonts w:ascii="Georgia" w:hAnsi="Georgia"/>
          <w:b w:val="0"/>
          <w:i w:val="0"/>
          <w:color w:val="22201D"/>
          <w:sz w:val="20"/>
        </w:rPr>
        <w:t>Nico said, "This is how I know I was there."</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This: tool  How: habit  I: under review  There: not yet</w:t>
      </w:r>
    </w:p>
    <w:p>
      <w:pPr>
        <w:spacing w:after="60" w:line="266" w:lineRule="auto"/>
        <w:ind w:firstLine="331"/>
        <w:jc w:val="both"/>
      </w:pPr>
      <w:r>
        <w:rPr>
          <w:rFonts w:ascii="Georgia" w:hAnsi="Georgia"/>
          <w:b w:val="0"/>
          <w:i w:val="0"/>
          <w:color w:val="22201D"/>
          <w:sz w:val="20"/>
        </w:rPr>
        <w:t>Nico stared at it.</w:t>
      </w:r>
    </w:p>
    <w:p>
      <w:pPr>
        <w:spacing w:after="60" w:line="266" w:lineRule="auto"/>
        <w:ind w:firstLine="331"/>
        <w:jc w:val="both"/>
      </w:pPr>
      <w:r>
        <w:rPr>
          <w:rFonts w:ascii="Georgia" w:hAnsi="Georgia"/>
          <w:b w:val="0"/>
          <w:i w:val="0"/>
          <w:color w:val="22201D"/>
          <w:sz w:val="20"/>
        </w:rPr>
        <w:t>"That is rude."</w:t>
      </w:r>
    </w:p>
    <w:p>
      <w:pPr>
        <w:spacing w:after="60" w:line="250" w:lineRule="auto"/>
        <w:ind w:left="202" w:right="173"/>
      </w:pPr>
      <w:r>
        <w:rPr>
          <w:rFonts w:ascii="Georgia" w:hAnsi="Georgia"/>
          <w:b w:val="0"/>
          <w:i w:val="0"/>
          <w:color w:val="22201D"/>
          <w:sz w:val="17"/>
        </w:rPr>
        <w:t>Rudeness: possible Accuracy: pending</w:t>
      </w:r>
    </w:p>
    <w:p>
      <w:pPr>
        <w:spacing w:after="60" w:line="266" w:lineRule="auto"/>
        <w:ind w:firstLine="331"/>
        <w:jc w:val="both"/>
      </w:pPr>
      <w:r>
        <w:rPr>
          <w:rFonts w:ascii="Georgia" w:hAnsi="Georgia"/>
          <w:b w:val="0"/>
          <w:i w:val="0"/>
          <w:color w:val="22201D"/>
          <w:sz w:val="20"/>
        </w:rPr>
        <w:t>Gerald said, "It is a receipt."</w:t>
      </w:r>
    </w:p>
    <w:p>
      <w:pPr>
        <w:spacing w:after="60" w:line="266" w:lineRule="auto"/>
        <w:ind w:firstLine="331"/>
        <w:jc w:val="both"/>
      </w:pPr>
      <w:r>
        <w:rPr>
          <w:rFonts w:ascii="Georgia" w:hAnsi="Georgia"/>
          <w:b w:val="0"/>
          <w:i w:val="0"/>
          <w:color w:val="22201D"/>
          <w:sz w:val="20"/>
        </w:rPr>
        <w:t>Nico looked at him.</w:t>
      </w:r>
    </w:p>
    <w:p>
      <w:pPr>
        <w:spacing w:after="60" w:line="266" w:lineRule="auto"/>
        <w:ind w:firstLine="331"/>
        <w:jc w:val="both"/>
      </w:pPr>
      <w:r>
        <w:rPr>
          <w:rFonts w:ascii="Georgia" w:hAnsi="Georgia"/>
          <w:b w:val="0"/>
          <w:i w:val="0"/>
          <w:color w:val="22201D"/>
          <w:sz w:val="20"/>
        </w:rPr>
        <w:t>"That makes it better?"</w:t>
      </w:r>
    </w:p>
    <w:p>
      <w:pPr>
        <w:spacing w:after="60" w:line="266" w:lineRule="auto"/>
        <w:ind w:firstLine="331"/>
        <w:jc w:val="both"/>
      </w:pPr>
      <w:r>
        <w:rPr>
          <w:rFonts w:ascii="Georgia" w:hAnsi="Georgia"/>
          <w:b w:val="0"/>
          <w:i w:val="0"/>
          <w:color w:val="22201D"/>
          <w:sz w:val="20"/>
        </w:rPr>
        <w:t>"No. It explains its personality."</w:t>
      </w:r>
    </w:p>
    <w:p>
      <w:pPr>
        <w:spacing w:after="60" w:line="266" w:lineRule="auto"/>
        <w:ind w:firstLine="331"/>
        <w:jc w:val="both"/>
      </w:pPr>
      <w:r>
        <w:rPr>
          <w:rFonts w:ascii="Georgia" w:hAnsi="Georgia"/>
          <w:b w:val="0"/>
          <w:i w:val="0"/>
          <w:color w:val="22201D"/>
          <w:sz w:val="20"/>
        </w:rPr>
        <w:t>Steve made a noise that might have been agreement.</w:t>
      </w:r>
    </w:p>
    <w:p>
      <w:pPr>
        <w:spacing w:after="60" w:line="266" w:lineRule="auto"/>
        <w:ind w:firstLine="331"/>
        <w:jc w:val="both"/>
      </w:pPr>
      <w:r>
        <w:rPr>
          <w:rFonts w:ascii="Georgia" w:hAnsi="Georgia"/>
          <w:b w:val="0"/>
          <w:i w:val="0"/>
          <w:color w:val="22201D"/>
          <w:sz w:val="20"/>
        </w:rPr>
        <w:t>The Hostess held out her hand.</w:t>
      </w:r>
    </w:p>
    <w:p>
      <w:pPr>
        <w:spacing w:after="60" w:line="266" w:lineRule="auto"/>
        <w:ind w:firstLine="331"/>
        <w:jc w:val="both"/>
      </w:pPr>
      <w:r>
        <w:rPr>
          <w:rFonts w:ascii="Georgia" w:hAnsi="Georgia"/>
          <w:b w:val="0"/>
          <w:i w:val="0"/>
          <w:color w:val="22201D"/>
          <w:sz w:val="20"/>
        </w:rPr>
        <w:t>Not for the camera.</w:t>
      </w:r>
    </w:p>
    <w:p>
      <w:pPr>
        <w:spacing w:after="60" w:line="266" w:lineRule="auto"/>
        <w:ind w:firstLine="331"/>
        <w:jc w:val="both"/>
      </w:pPr>
      <w:r>
        <w:rPr>
          <w:rFonts w:ascii="Georgia" w:hAnsi="Georgia"/>
          <w:b w:val="0"/>
          <w:i w:val="0"/>
          <w:color w:val="22201D"/>
          <w:sz w:val="20"/>
        </w:rPr>
        <w:t>That was important.</w:t>
      </w:r>
    </w:p>
    <w:p>
      <w:pPr>
        <w:spacing w:after="60" w:line="266" w:lineRule="auto"/>
        <w:ind w:firstLine="331"/>
        <w:jc w:val="both"/>
      </w:pPr>
      <w:r>
        <w:rPr>
          <w:rFonts w:ascii="Georgia" w:hAnsi="Georgia"/>
          <w:b w:val="0"/>
          <w:i w:val="0"/>
          <w:color w:val="22201D"/>
          <w:sz w:val="20"/>
        </w:rPr>
        <w:t>Nico almost gave it to her anyway.</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Do not surrender tool to avoid responsibility.</w:t>
      </w:r>
    </w:p>
    <w:p>
      <w:pPr>
        <w:spacing w:after="60" w:line="266" w:lineRule="auto"/>
        <w:ind w:firstLine="331"/>
        <w:jc w:val="both"/>
      </w:pPr>
      <w:r>
        <w:rPr>
          <w:rFonts w:ascii="Georgia" w:hAnsi="Georgia"/>
          <w:b w:val="0"/>
          <w:i w:val="0"/>
          <w:color w:val="22201D"/>
          <w:sz w:val="20"/>
        </w:rPr>
        <w:t>Nico pulled the camera back.</w:t>
      </w:r>
    </w:p>
    <w:p>
      <w:pPr>
        <w:spacing w:after="60" w:line="266" w:lineRule="auto"/>
        <w:ind w:firstLine="331"/>
        <w:jc w:val="both"/>
      </w:pPr>
      <w:r>
        <w:rPr>
          <w:rFonts w:ascii="Georgia" w:hAnsi="Georgia"/>
          <w:b w:val="0"/>
          <w:i w:val="0"/>
          <w:color w:val="22201D"/>
          <w:sz w:val="20"/>
        </w:rPr>
        <w:t>The Hostess nodded.</w:t>
      </w:r>
    </w:p>
    <w:p>
      <w:pPr>
        <w:spacing w:after="60" w:line="266" w:lineRule="auto"/>
        <w:ind w:firstLine="331"/>
        <w:jc w:val="both"/>
      </w:pPr>
      <w:r>
        <w:rPr>
          <w:rFonts w:ascii="Georgia" w:hAnsi="Georgia"/>
          <w:b w:val="0"/>
          <w:i w:val="0"/>
          <w:color w:val="22201D"/>
          <w:sz w:val="20"/>
        </w:rPr>
        <w:t>"Put it away yourself."</w:t>
      </w:r>
    </w:p>
    <w:p>
      <w:pPr>
        <w:spacing w:after="60" w:line="266" w:lineRule="auto"/>
        <w:ind w:firstLine="331"/>
        <w:jc w:val="both"/>
      </w:pPr>
      <w:r>
        <w:rPr>
          <w:rFonts w:ascii="Georgia" w:hAnsi="Georgia"/>
          <w:b w:val="0"/>
          <w:i w:val="0"/>
          <w:color w:val="22201D"/>
          <w:sz w:val="20"/>
        </w:rPr>
        <w:t>Nico placed the camera in the pocket.</w:t>
      </w:r>
    </w:p>
    <w:p>
      <w:pPr>
        <w:spacing w:after="60" w:line="266" w:lineRule="auto"/>
        <w:ind w:firstLine="331"/>
        <w:jc w:val="both"/>
      </w:pPr>
      <w:r>
        <w:rPr>
          <w:rFonts w:ascii="Georgia" w:hAnsi="Georgia"/>
          <w:b w:val="0"/>
          <w:i w:val="0"/>
          <w:color w:val="22201D"/>
          <w:sz w:val="20"/>
        </w:rPr>
        <w:t>Slowly.</w:t>
      </w:r>
    </w:p>
    <w:p>
      <w:pPr>
        <w:spacing w:after="60" w:line="266" w:lineRule="auto"/>
        <w:ind w:firstLine="331"/>
        <w:jc w:val="both"/>
      </w:pPr>
      <w:r>
        <w:rPr>
          <w:rFonts w:ascii="Georgia" w:hAnsi="Georgia"/>
          <w:b w:val="0"/>
          <w:i w:val="0"/>
          <w:color w:val="22201D"/>
          <w:sz w:val="20"/>
        </w:rPr>
        <w:t>The pocket did not glow.</w:t>
      </w:r>
    </w:p>
    <w:p>
      <w:pPr>
        <w:spacing w:after="60" w:line="266" w:lineRule="auto"/>
        <w:ind w:firstLine="331"/>
        <w:jc w:val="both"/>
      </w:pPr>
      <w:r>
        <w:rPr>
          <w:rFonts w:ascii="Georgia" w:hAnsi="Georgia"/>
          <w:b w:val="0"/>
          <w:i w:val="0"/>
          <w:color w:val="22201D"/>
          <w:sz w:val="20"/>
        </w:rPr>
        <w:t>The door did not open.</w:t>
      </w:r>
    </w:p>
    <w:p>
      <w:pPr>
        <w:spacing w:after="60" w:line="266" w:lineRule="auto"/>
        <w:ind w:firstLine="331"/>
        <w:jc w:val="both"/>
      </w:pPr>
      <w:r>
        <w:rPr>
          <w:rFonts w:ascii="Georgia" w:hAnsi="Georgia"/>
          <w:b w:val="0"/>
          <w:i w:val="0"/>
          <w:color w:val="22201D"/>
          <w:sz w:val="20"/>
        </w:rPr>
        <w:t>The sauce did not flash.</w:t>
      </w:r>
    </w:p>
    <w:p>
      <w:pPr>
        <w:spacing w:after="60" w:line="266" w:lineRule="auto"/>
        <w:ind w:firstLine="331"/>
        <w:jc w:val="both"/>
      </w:pPr>
      <w:r>
        <w:rPr>
          <w:rFonts w:ascii="Georgia" w:hAnsi="Georgia"/>
          <w:b w:val="0"/>
          <w:i w:val="0"/>
          <w:color w:val="22201D"/>
          <w:sz w:val="20"/>
        </w:rPr>
        <w:t>No chair appeared.</w:t>
      </w:r>
    </w:p>
    <w:p>
      <w:pPr>
        <w:spacing w:after="60" w:line="266" w:lineRule="auto"/>
        <w:ind w:firstLine="331"/>
        <w:jc w:val="both"/>
      </w:pPr>
      <w:r>
        <w:rPr>
          <w:rFonts w:ascii="Georgia" w:hAnsi="Georgia"/>
          <w:b w:val="0"/>
          <w:i w:val="0"/>
          <w:color w:val="22201D"/>
          <w:sz w:val="20"/>
        </w:rPr>
        <w:t>Nothing rewarded the gesture quickly enough to make it cheap.</w:t>
      </w:r>
    </w:p>
    <w:p>
      <w:pPr>
        <w:spacing w:after="60" w:line="266" w:lineRule="auto"/>
        <w:ind w:firstLine="331"/>
        <w:jc w:val="both"/>
      </w:pPr>
      <w:r>
        <w:rPr>
          <w:rFonts w:ascii="Georgia" w:hAnsi="Georgia"/>
          <w:b w:val="0"/>
          <w:i w:val="0"/>
          <w:color w:val="22201D"/>
          <w:sz w:val="20"/>
        </w:rPr>
        <w:t>The camera receipt printed:</w:t>
      </w:r>
    </w:p>
    <w:p>
      <w:pPr>
        <w:spacing w:after="60" w:line="250" w:lineRule="auto"/>
        <w:ind w:left="202" w:right="173"/>
      </w:pPr>
      <w:r>
        <w:rPr>
          <w:rFonts w:ascii="Georgia" w:hAnsi="Georgia"/>
          <w:b w:val="0"/>
          <w:i w:val="0"/>
          <w:color w:val="22201D"/>
          <w:sz w:val="17"/>
        </w:rPr>
        <w:t>Tender offered: put it away  Tender accepted: partial</w:t>
      </w:r>
    </w:p>
    <w:p>
      <w:pPr>
        <w:spacing w:after="60" w:line="266" w:lineRule="auto"/>
        <w:ind w:firstLine="331"/>
        <w:jc w:val="both"/>
      </w:pPr>
      <w:r>
        <w:rPr>
          <w:rFonts w:ascii="Georgia" w:hAnsi="Georgia"/>
          <w:b w:val="0"/>
          <w:i w:val="0"/>
          <w:color w:val="22201D"/>
          <w:sz w:val="20"/>
        </w:rPr>
        <w:t>Nico exhaled.</w:t>
      </w:r>
    </w:p>
    <w:p>
      <w:pPr>
        <w:spacing w:after="60" w:line="266" w:lineRule="auto"/>
        <w:ind w:firstLine="331"/>
        <w:jc w:val="both"/>
      </w:pPr>
      <w:r>
        <w:rPr>
          <w:rFonts w:ascii="Georgia" w:hAnsi="Georgia"/>
          <w:b w:val="0"/>
          <w:i w:val="0"/>
          <w:color w:val="22201D"/>
          <w:sz w:val="20"/>
        </w:rPr>
        <w:t>"Partial?"</w:t>
      </w:r>
    </w:p>
    <w:p>
      <w:pPr>
        <w:spacing w:after="60" w:line="266" w:lineRule="auto"/>
        <w:ind w:firstLine="331"/>
        <w:jc w:val="both"/>
      </w:pPr>
      <w:r>
        <w:rPr>
          <w:rFonts w:ascii="Georgia" w:hAnsi="Georgia"/>
          <w:b w:val="0"/>
          <w:i w:val="0"/>
          <w:color w:val="22201D"/>
          <w:sz w:val="20"/>
        </w:rPr>
        <w:t>"You are still narrating it," said Mara.</w:t>
      </w:r>
    </w:p>
    <w:p>
      <w:pPr>
        <w:spacing w:after="60" w:line="266" w:lineRule="auto"/>
        <w:ind w:firstLine="331"/>
        <w:jc w:val="both"/>
      </w:pPr>
      <w:r>
        <w:rPr>
          <w:rFonts w:ascii="Georgia" w:hAnsi="Georgia"/>
          <w:b w:val="0"/>
          <w:i w:val="0"/>
          <w:color w:val="22201D"/>
          <w:sz w:val="20"/>
        </w:rPr>
        <w:t>Nico looked through the glass.</w:t>
      </w:r>
    </w:p>
    <w:p>
      <w:pPr>
        <w:spacing w:after="60" w:line="266" w:lineRule="auto"/>
        <w:ind w:firstLine="331"/>
        <w:jc w:val="both"/>
      </w:pPr>
      <w:r>
        <w:rPr>
          <w:rFonts w:ascii="Georgia" w:hAnsi="Georgia"/>
          <w:b w:val="0"/>
          <w:i w:val="0"/>
          <w:color w:val="22201D"/>
          <w:sz w:val="20"/>
        </w:rPr>
        <w:t>"In my head?"</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"That counts?"</w:t>
      </w:r>
    </w:p>
    <w:p>
      <w:pPr>
        <w:spacing w:after="60" w:line="266" w:lineRule="auto"/>
        <w:ind w:firstLine="331"/>
        <w:jc w:val="both"/>
      </w:pPr>
      <w:r>
        <w:rPr>
          <w:rFonts w:ascii="Georgia" w:hAnsi="Georgia"/>
          <w:b w:val="0"/>
          <w:i w:val="0"/>
          <w:color w:val="22201D"/>
          <w:sz w:val="20"/>
        </w:rPr>
        <w:t>"It counts because you want it to become a caption later."</w:t>
      </w:r>
    </w:p>
    <w:p>
      <w:pPr>
        <w:spacing w:after="60" w:line="266" w:lineRule="auto"/>
        <w:ind w:firstLine="331"/>
        <w:jc w:val="both"/>
      </w:pPr>
      <w:r>
        <w:rPr>
          <w:rFonts w:ascii="Georgia" w:hAnsi="Georgia"/>
          <w:b w:val="0"/>
          <w:i w:val="0"/>
          <w:color w:val="22201D"/>
          <w:sz w:val="20"/>
        </w:rPr>
        <w:t>Nico looked pained.</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Caption forming: I put the camera away and finally understood presence</w:t>
      </w:r>
    </w:p>
    <w:p>
      <w:pPr>
        <w:spacing w:after="60" w:line="266" w:lineRule="auto"/>
        <w:ind w:firstLine="331"/>
        <w:jc w:val="both"/>
      </w:pPr>
      <w:r>
        <w:rPr>
          <w:rFonts w:ascii="Georgia" w:hAnsi="Georgia"/>
          <w:b w:val="0"/>
          <w:i w:val="0"/>
          <w:color w:val="22201D"/>
          <w:sz w:val="20"/>
        </w:rPr>
        <w:t>The entire line made the sound of people recognizing a crime they had not personally committed only because no one had handed them the weapon.</w:t>
      </w:r>
    </w:p>
    <w:p>
      <w:pPr>
        <w:spacing w:after="60" w:line="266" w:lineRule="auto"/>
        <w:ind w:firstLine="331"/>
        <w:jc w:val="both"/>
      </w:pPr>
      <w:r>
        <w:rPr>
          <w:rFonts w:ascii="Georgia" w:hAnsi="Georgia"/>
          <w:b w:val="0"/>
          <w:i w:val="0"/>
          <w:color w:val="22201D"/>
          <w:sz w:val="20"/>
        </w:rPr>
        <w:t>Nico covered their face with one hand.</w:t>
      </w:r>
    </w:p>
    <w:p>
      <w:pPr>
        <w:spacing w:after="60" w:line="266" w:lineRule="auto"/>
        <w:ind w:firstLine="331"/>
        <w:jc w:val="both"/>
      </w:pPr>
      <w:r>
        <w:rPr>
          <w:rFonts w:ascii="Georgia" w:hAnsi="Georgia"/>
          <w:b w:val="0"/>
          <w:i w:val="0"/>
          <w:color w:val="22201D"/>
          <w:sz w:val="20"/>
        </w:rPr>
        <w:t>"I hate that."</w:t>
      </w:r>
    </w:p>
    <w:p>
      <w:pPr>
        <w:spacing w:after="60" w:line="266" w:lineRule="auto"/>
        <w:ind w:firstLine="331"/>
        <w:jc w:val="both"/>
      </w:pPr>
      <w:r>
        <w:rPr>
          <w:rFonts w:ascii="Georgia" w:hAnsi="Georgia"/>
          <w:b w:val="0"/>
          <w:i w:val="0"/>
          <w:color w:val="22201D"/>
          <w:sz w:val="20"/>
        </w:rPr>
        <w:t>Mara said, "Good."</w:t>
      </w:r>
    </w:p>
    <w:p>
      <w:pPr>
        <w:spacing w:after="60" w:line="266" w:lineRule="auto"/>
        <w:ind w:firstLine="331"/>
        <w:jc w:val="both"/>
      </w:pPr>
      <w:r>
        <w:rPr>
          <w:rFonts w:ascii="Georgia" w:hAnsi="Georgia"/>
          <w:b w:val="0"/>
          <w:i w:val="0"/>
          <w:color w:val="22201D"/>
          <w:sz w:val="20"/>
        </w:rPr>
        <w:t>"Do I have to forget that too?"</w:t>
      </w:r>
    </w:p>
    <w:p>
      <w:pPr>
        <w:spacing w:after="60" w:line="266" w:lineRule="auto"/>
        <w:ind w:firstLine="331"/>
        <w:jc w:val="both"/>
      </w:pPr>
      <w:r>
        <w:rPr>
          <w:rFonts w:ascii="Georgia" w:hAnsi="Georgia"/>
          <w:b w:val="0"/>
          <w:i w:val="0"/>
          <w:color w:val="22201D"/>
          <w:sz w:val="20"/>
        </w:rPr>
        <w:t>The table card printed from inside:</w:t>
      </w:r>
    </w:p>
    <w:p>
      <w:pPr>
        <w:spacing w:after="60" w:line="250" w:lineRule="auto"/>
        <w:ind w:left="202" w:right="173"/>
      </w:pPr>
      <w:r>
        <w:rPr>
          <w:rFonts w:ascii="Georgia" w:hAnsi="Georgia"/>
          <w:b w:val="0"/>
          <w:i w:val="0"/>
          <w:color w:val="22201D"/>
          <w:sz w:val="17"/>
        </w:rPr>
        <w:t>Already in jurisdiction.</w:t>
      </w:r>
    </w:p>
    <w:p>
      <w:pPr>
        <w:spacing w:after="60" w:line="266" w:lineRule="auto"/>
        <w:ind w:firstLine="331"/>
        <w:jc w:val="both"/>
      </w:pPr>
      <w:r>
        <w:rPr>
          <w:rFonts w:ascii="Georgia" w:hAnsi="Georgia"/>
          <w:b w:val="0"/>
          <w:i w:val="0"/>
          <w:color w:val="22201D"/>
          <w:sz w:val="20"/>
        </w:rPr>
        <w:t>The Hostess said, "Not forget. Release the claim."</w:t>
      </w:r>
    </w:p>
    <w:p>
      <w:pPr>
        <w:spacing w:after="60" w:line="266" w:lineRule="auto"/>
        <w:ind w:firstLine="331"/>
        <w:jc w:val="both"/>
      </w:pPr>
      <w:r>
        <w:rPr>
          <w:rFonts w:ascii="Georgia" w:hAnsi="Georgia"/>
          <w:b w:val="0"/>
          <w:i w:val="0"/>
          <w:color w:val="22201D"/>
          <w:sz w:val="20"/>
        </w:rPr>
        <w:t>Nico lowered their hand.</w:t>
      </w:r>
    </w:p>
    <w:p>
      <w:pPr>
        <w:spacing w:after="60" w:line="266" w:lineRule="auto"/>
        <w:ind w:firstLine="331"/>
        <w:jc w:val="both"/>
      </w:pPr>
      <w:r>
        <w:rPr>
          <w:rFonts w:ascii="Georgia" w:hAnsi="Georgia"/>
          <w:b w:val="0"/>
          <w:i w:val="0"/>
          <w:color w:val="22201D"/>
          <w:sz w:val="20"/>
        </w:rPr>
        <w:t>"I put the camera away and understood nothing."</w:t>
      </w:r>
    </w:p>
    <w:p>
      <w:pPr>
        <w:spacing w:after="60" w:line="266" w:lineRule="auto"/>
        <w:ind w:firstLine="331"/>
        <w:jc w:val="both"/>
      </w:pPr>
      <w:r>
        <w:rPr>
          <w:rFonts w:ascii="Georgia" w:hAnsi="Georgia"/>
          <w:b w:val="0"/>
          <w:i w:val="0"/>
          <w:color w:val="22201D"/>
          <w:sz w:val="20"/>
        </w:rPr>
        <w:t>The receipt paused.</w:t>
      </w:r>
    </w:p>
    <w:p>
      <w:pPr>
        <w:spacing w:after="60" w:line="266" w:lineRule="auto"/>
        <w:ind w:firstLine="331"/>
        <w:jc w:val="both"/>
      </w:pPr>
      <w:r>
        <w:rPr>
          <w:rFonts w:ascii="Georgia" w:hAnsi="Georgia"/>
          <w:b w:val="0"/>
          <w:i w:val="0"/>
          <w:color w:val="22201D"/>
          <w:sz w:val="20"/>
        </w:rPr>
        <w:t>Then printed:</w:t>
      </w:r>
    </w:p>
    <w:p>
      <w:pPr>
        <w:spacing w:after="60" w:line="250" w:lineRule="auto"/>
        <w:ind w:left="202" w:right="173"/>
      </w:pPr>
      <w:r>
        <w:rPr>
          <w:rFonts w:ascii="Georgia" w:hAnsi="Georgia"/>
          <w:b w:val="0"/>
          <w:i w:val="0"/>
          <w:color w:val="22201D"/>
          <w:sz w:val="17"/>
        </w:rPr>
        <w:t>Tender accepted: better</w:t>
      </w:r>
    </w:p>
    <w:p>
      <w:pPr>
        <w:spacing w:after="60" w:line="266" w:lineRule="auto"/>
        <w:ind w:firstLine="331"/>
        <w:jc w:val="both"/>
      </w:pPr>
      <w:r>
        <w:rPr>
          <w:rFonts w:ascii="Georgia" w:hAnsi="Georgia"/>
          <w:b w:val="0"/>
          <w:i w:val="0"/>
          <w:color w:val="22201D"/>
          <w:sz w:val="20"/>
        </w:rPr>
        <w:t>Nico laughed. It sounded like a cracked dish not breaking.</w:t>
      </w:r>
    </w:p>
    <w:p>
      <w:pPr>
        <w:spacing w:after="60" w:line="266" w:lineRule="auto"/>
        <w:ind w:firstLine="331"/>
        <w:jc w:val="both"/>
      </w:pPr>
      <w:r>
        <w:rPr>
          <w:rFonts w:ascii="Georgia" w:hAnsi="Georgia"/>
          <w:b w:val="0"/>
          <w:i w:val="0"/>
          <w:color w:val="22201D"/>
          <w:sz w:val="20"/>
        </w:rPr>
        <w:t>The sauce warning label printed:</w:t>
      </w:r>
    </w:p>
    <w:p>
      <w:pPr>
        <w:spacing w:after="60" w:line="250" w:lineRule="auto"/>
        <w:ind w:left="202" w:right="173"/>
      </w:pPr>
      <w:r>
        <w:rPr>
          <w:rFonts w:ascii="Georgia" w:hAnsi="Georgia"/>
          <w:b w:val="0"/>
          <w:i w:val="0"/>
          <w:color w:val="22201D"/>
          <w:sz w:val="17"/>
        </w:rPr>
        <w:t>Observation: improved</w:t>
      </w:r>
    </w:p>
    <w:p>
      <w:pPr>
        <w:spacing w:after="60" w:line="266" w:lineRule="auto"/>
        <w:ind w:firstLine="331"/>
        <w:jc w:val="both"/>
      </w:pPr>
      <w:r>
        <w:rPr>
          <w:rFonts w:ascii="Georgia" w:hAnsi="Georgia"/>
          <w:b w:val="0"/>
          <w:i w:val="0"/>
          <w:color w:val="22201D"/>
          <w:sz w:val="20"/>
        </w:rPr>
        <w:t>Outside, three phones lowered without being told.</w:t>
      </w:r>
    </w:p>
    <w:p>
      <w:pPr>
        <w:spacing w:after="60" w:line="266" w:lineRule="auto"/>
        <w:ind w:firstLine="331"/>
        <w:jc w:val="both"/>
      </w:pPr>
      <w:r>
        <w:rPr>
          <w:rFonts w:ascii="Georgia" w:hAnsi="Georgia"/>
          <w:b w:val="0"/>
          <w:i w:val="0"/>
          <w:color w:val="22201D"/>
          <w:sz w:val="20"/>
        </w:rPr>
        <w:t>The camera receipt noticed.</w:t>
      </w:r>
    </w:p>
    <w:p>
      <w:pPr>
        <w:spacing w:after="60" w:line="250" w:lineRule="auto"/>
        <w:ind w:left="202" w:right="173"/>
      </w:pPr>
      <w:r>
        <w:rPr>
          <w:rFonts w:ascii="Georgia" w:hAnsi="Georgia"/>
          <w:b w:val="0"/>
          <w:i w:val="0"/>
          <w:color w:val="22201D"/>
          <w:sz w:val="17"/>
        </w:rPr>
        <w:t>Secondary compliance: unclaimed</w:t>
      </w:r>
    </w:p>
    <w:p>
      <w:pPr>
        <w:spacing w:after="60" w:line="266" w:lineRule="auto"/>
        <w:ind w:firstLine="331"/>
        <w:jc w:val="both"/>
      </w:pPr>
      <w:r>
        <w:rPr>
          <w:rFonts w:ascii="Georgia" w:hAnsi="Georgia"/>
          <w:b w:val="0"/>
          <w:i w:val="0"/>
          <w:color w:val="22201D"/>
          <w:sz w:val="20"/>
        </w:rPr>
        <w:t>"Leave that," Gerald said.</w:t>
      </w:r>
    </w:p>
    <w:p>
      <w:pPr>
        <w:spacing w:after="60" w:line="266" w:lineRule="auto"/>
        <w:ind w:firstLine="331"/>
        <w:jc w:val="both"/>
      </w:pPr>
      <w:r>
        <w:rPr>
          <w:rFonts w:ascii="Georgia" w:hAnsi="Georgia"/>
          <w:b w:val="0"/>
          <w:i w:val="0"/>
          <w:color w:val="22201D"/>
          <w:sz w:val="20"/>
        </w:rPr>
        <w:t>The receipt left it.</w:t>
      </w:r>
    </w:p>
    <w:p>
      <w:pPr>
        <w:spacing w:after="60" w:line="266" w:lineRule="auto"/>
        <w:ind w:firstLine="331"/>
        <w:jc w:val="both"/>
      </w:pPr>
      <w:r>
        <w:rPr>
          <w:rFonts w:ascii="Georgia" w:hAnsi="Georgia"/>
          <w:b w:val="0"/>
          <w:i w:val="0"/>
          <w:color w:val="22201D"/>
          <w:sz w:val="20"/>
        </w:rPr>
        <w:t>The Hostess opened the door four inches wider.</w:t>
      </w:r>
    </w:p>
    <w:p>
      <w:pPr>
        <w:spacing w:after="60" w:line="266" w:lineRule="auto"/>
        <w:ind w:firstLine="331"/>
        <w:jc w:val="both"/>
      </w:pPr>
      <w:r>
        <w:rPr>
          <w:rFonts w:ascii="Georgia" w:hAnsi="Georgia"/>
          <w:b w:val="0"/>
          <w:i w:val="0"/>
          <w:color w:val="22201D"/>
          <w:sz w:val="20"/>
        </w:rPr>
        <w:t>Nico did not move.</w:t>
      </w:r>
    </w:p>
    <w:p>
      <w:pPr>
        <w:spacing w:after="60" w:line="266" w:lineRule="auto"/>
        <w:ind w:firstLine="331"/>
        <w:jc w:val="both"/>
      </w:pPr>
      <w:r>
        <w:rPr>
          <w:rFonts w:ascii="Georgia" w:hAnsi="Georgia"/>
          <w:b w:val="0"/>
          <w:i w:val="0"/>
          <w:color w:val="22201D"/>
          <w:sz w:val="20"/>
        </w:rPr>
        <w:t>"Am I supposed to come in?"</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"Am I supposed to stay out?"</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"Then what am I supposed to do?"</w:t>
      </w:r>
    </w:p>
    <w:p>
      <w:pPr>
        <w:spacing w:after="60" w:line="266" w:lineRule="auto"/>
        <w:ind w:firstLine="331"/>
        <w:jc w:val="both"/>
      </w:pPr>
      <w:r>
        <w:rPr>
          <w:rFonts w:ascii="Georgia" w:hAnsi="Georgia"/>
          <w:b w:val="0"/>
          <w:i w:val="0"/>
          <w:color w:val="22201D"/>
          <w:sz w:val="20"/>
        </w:rPr>
        <w:t>"Witness."</w:t>
      </w:r>
    </w:p>
    <w:p>
      <w:pPr>
        <w:spacing w:after="60" w:line="266" w:lineRule="auto"/>
        <w:ind w:firstLine="331"/>
        <w:jc w:val="both"/>
      </w:pPr>
      <w:r>
        <w:rPr>
          <w:rFonts w:ascii="Georgia" w:hAnsi="Georgia"/>
          <w:b w:val="0"/>
          <w:i w:val="0"/>
          <w:color w:val="22201D"/>
          <w:sz w:val="20"/>
        </w:rPr>
        <w:t>Nico looked at the sauce jar, the table card, the adjective dish, the review slip, the reservation error, the door notice, the Hostess, Mara, Flocc, Gerald, Steve, Evan, PORTLAND'S BITES, the felt hat, the line, the sidewalk, the phone in their other pocket, the camera pocket, and their own hands.</w:t>
      </w:r>
    </w:p>
    <w:p>
      <w:pPr>
        <w:spacing w:after="60" w:line="266" w:lineRule="auto"/>
        <w:ind w:firstLine="331"/>
        <w:jc w:val="both"/>
      </w:pPr>
      <w:r>
        <w:rPr>
          <w:rFonts w:ascii="Georgia" w:hAnsi="Georgia"/>
          <w:b w:val="0"/>
          <w:i w:val="0"/>
          <w:color w:val="22201D"/>
          <w:sz w:val="20"/>
        </w:rPr>
        <w:t>They did not raise anything.</w:t>
      </w:r>
    </w:p>
    <w:p>
      <w:pPr>
        <w:spacing w:after="60" w:line="266" w:lineRule="auto"/>
        <w:ind w:firstLine="331"/>
        <w:jc w:val="both"/>
      </w:pPr>
      <w:r>
        <w:rPr>
          <w:rFonts w:ascii="Georgia" w:hAnsi="Georgia"/>
          <w:b w:val="0"/>
          <w:i w:val="0"/>
          <w:color w:val="22201D"/>
          <w:sz w:val="20"/>
        </w:rPr>
        <w:t>For seven seconds, which was a long time in public and an epoch online, Nico stood at the threshold and did not convert the moment into proof.</w:t>
      </w:r>
    </w:p>
    <w:p>
      <w:pPr>
        <w:spacing w:after="60" w:line="266" w:lineRule="auto"/>
        <w:ind w:firstLine="331"/>
        <w:jc w:val="both"/>
      </w:pPr>
      <w:r>
        <w:rPr>
          <w:rFonts w:ascii="Georgia" w:hAnsi="Georgia"/>
          <w:b w:val="0"/>
          <w:i w:val="0"/>
          <w:color w:val="22201D"/>
          <w:sz w:val="20"/>
        </w:rPr>
        <w:t>The camera receipt printed:</w:t>
      </w:r>
    </w:p>
    <w:p>
      <w:pPr>
        <w:spacing w:after="60" w:line="250" w:lineRule="auto"/>
        <w:ind w:left="202" w:right="173"/>
      </w:pPr>
      <w:r>
        <w:rPr>
          <w:rFonts w:ascii="Georgia" w:hAnsi="Georgia"/>
          <w:b w:val="0"/>
          <w:i w:val="0"/>
          <w:color w:val="22201D"/>
          <w:sz w:val="17"/>
        </w:rPr>
        <w:t>Witness: active</w:t>
      </w:r>
    </w:p>
    <w:p>
      <w:pPr>
        <w:spacing w:after="60" w:line="266" w:lineRule="auto"/>
        <w:ind w:firstLine="331"/>
        <w:jc w:val="both"/>
      </w:pPr>
      <w:r>
        <w:rPr>
          <w:rFonts w:ascii="Georgia" w:hAnsi="Georgia"/>
          <w:b w:val="0"/>
          <w:i w:val="0"/>
          <w:color w:val="22201D"/>
          <w:sz w:val="20"/>
        </w:rPr>
        <w:t>Then:</w:t>
      </w:r>
    </w:p>
    <w:p>
      <w:pPr>
        <w:spacing w:after="60" w:line="250" w:lineRule="auto"/>
        <w:ind w:left="202" w:right="173"/>
      </w:pPr>
      <w:r>
        <w:rPr>
          <w:rFonts w:ascii="Georgia" w:hAnsi="Georgia"/>
          <w:b w:val="0"/>
          <w:i w:val="0"/>
          <w:color w:val="22201D"/>
          <w:sz w:val="17"/>
        </w:rPr>
        <w:t>Seating: not yet</w:t>
      </w:r>
    </w:p>
    <w:p>
      <w:pPr>
        <w:spacing w:after="60" w:line="266" w:lineRule="auto"/>
        <w:ind w:firstLine="331"/>
        <w:jc w:val="both"/>
      </w:pPr>
      <w:r>
        <w:rPr>
          <w:rFonts w:ascii="Georgia" w:hAnsi="Georgia"/>
          <w:b w:val="0"/>
          <w:i w:val="0"/>
          <w:color w:val="22201D"/>
          <w:sz w:val="20"/>
        </w:rPr>
        <w:t>Nico nodded.</w:t>
      </w:r>
    </w:p>
    <w:p>
      <w:pPr>
        <w:spacing w:after="60" w:line="266" w:lineRule="auto"/>
        <w:ind w:firstLine="331"/>
        <w:jc w:val="both"/>
      </w:pPr>
      <w:r>
        <w:rPr>
          <w:rFonts w:ascii="Georgia" w:hAnsi="Georgia"/>
          <w:b w:val="0"/>
          <w:i w:val="0"/>
          <w:color w:val="22201D"/>
          <w:sz w:val="20"/>
        </w:rPr>
        <w:t>"Okay."</w:t>
      </w:r>
    </w:p>
    <w:p>
      <w:pPr>
        <w:spacing w:after="60" w:line="266" w:lineRule="auto"/>
        <w:ind w:firstLine="331"/>
        <w:jc w:val="both"/>
      </w:pPr>
      <w:r>
        <w:rPr>
          <w:rFonts w:ascii="Georgia" w:hAnsi="Georgia"/>
          <w:b w:val="0"/>
          <w:i w:val="0"/>
          <w:color w:val="22201D"/>
          <w:sz w:val="20"/>
        </w:rPr>
        <w:t>The okay was not cinematic. It would not have performed well in a short video. It had no hook. It had no useful thumbnail. It did not even make Nico look especially wise.</w:t>
      </w:r>
    </w:p>
    <w:p>
      <w:pPr>
        <w:spacing w:after="60" w:line="266" w:lineRule="auto"/>
        <w:ind w:firstLine="331"/>
        <w:jc w:val="both"/>
      </w:pPr>
      <w:r>
        <w:rPr>
          <w:rFonts w:ascii="Georgia" w:hAnsi="Georgia"/>
          <w:b w:val="0"/>
          <w:i w:val="0"/>
          <w:color w:val="22201D"/>
          <w:sz w:val="20"/>
        </w:rPr>
        <w:t>It was almost therefore trustworthy.</w:t>
      </w:r>
    </w:p>
    <w:p>
      <w:pPr>
        <w:spacing w:after="60" w:line="266" w:lineRule="auto"/>
        <w:ind w:firstLine="331"/>
        <w:jc w:val="both"/>
      </w:pPr>
      <w:r>
        <w:rPr>
          <w:rFonts w:ascii="Georgia" w:hAnsi="Georgia"/>
          <w:b w:val="0"/>
          <w:i w:val="0"/>
          <w:color w:val="22201D"/>
          <w:sz w:val="20"/>
        </w:rPr>
        <w:t>Flocc felt something loosen in his chest.</w:t>
      </w:r>
    </w:p>
    <w:p>
      <w:pPr>
        <w:spacing w:after="60" w:line="266" w:lineRule="auto"/>
        <w:ind w:firstLine="331"/>
        <w:jc w:val="both"/>
      </w:pPr>
      <w:r>
        <w:rPr>
          <w:rFonts w:ascii="Georgia" w:hAnsi="Georgia"/>
          <w:b w:val="0"/>
          <w:i w:val="0"/>
          <w:color w:val="22201D"/>
          <w:sz w:val="20"/>
        </w:rPr>
        <w:t>Not admiration. That would have turned Nico into a lesson.</w:t>
      </w:r>
    </w:p>
    <w:p>
      <w:pPr>
        <w:spacing w:after="60" w:line="266" w:lineRule="auto"/>
        <w:ind w:firstLine="331"/>
        <w:jc w:val="both"/>
      </w:pPr>
      <w:r>
        <w:rPr>
          <w:rFonts w:ascii="Georgia" w:hAnsi="Georgia"/>
          <w:b w:val="0"/>
          <w:i w:val="0"/>
          <w:color w:val="22201D"/>
          <w:sz w:val="20"/>
        </w:rPr>
        <w:t>Not approval. That would have put Flocc back in charge of someone else's correction.</w:t>
      </w:r>
    </w:p>
    <w:p>
      <w:pPr>
        <w:spacing w:after="60" w:line="266" w:lineRule="auto"/>
        <w:ind w:firstLine="331"/>
        <w:jc w:val="both"/>
      </w:pPr>
      <w:r>
        <w:rPr>
          <w:rFonts w:ascii="Georgia" w:hAnsi="Georgia"/>
          <w:b w:val="0"/>
          <w:i w:val="0"/>
          <w:color w:val="22201D"/>
          <w:sz w:val="20"/>
        </w:rPr>
        <w:t>It was closer to relief at not being the only person who had to keep discovering the small humiliations of being real.</w:t>
      </w:r>
    </w:p>
    <w:p>
      <w:pPr>
        <w:spacing w:after="60" w:line="266" w:lineRule="auto"/>
        <w:ind w:firstLine="331"/>
        <w:jc w:val="both"/>
      </w:pPr>
      <w:r>
        <w:rPr>
          <w:rFonts w:ascii="Georgia" w:hAnsi="Georgia"/>
          <w:b w:val="0"/>
          <w:i w:val="0"/>
          <w:color w:val="22201D"/>
          <w:sz w:val="20"/>
        </w:rPr>
        <w:t>The menu printed:</w:t>
      </w:r>
    </w:p>
    <w:p>
      <w:pPr>
        <w:spacing w:after="60" w:line="250" w:lineRule="auto"/>
        <w:ind w:left="202" w:right="173"/>
      </w:pPr>
      <w:r>
        <w:rPr>
          <w:rFonts w:ascii="Georgia" w:hAnsi="Georgia"/>
          <w:b w:val="0"/>
          <w:i w:val="0"/>
          <w:color w:val="22201D"/>
          <w:sz w:val="17"/>
        </w:rPr>
        <w:t>Good. Do not post that.</w:t>
      </w:r>
    </w:p>
    <w:p>
      <w:pPr>
        <w:spacing w:after="60" w:line="266" w:lineRule="auto"/>
        <w:ind w:firstLine="331"/>
        <w:jc w:val="both"/>
      </w:pPr>
      <w:r>
        <w:rPr>
          <w:rFonts w:ascii="Georgia" w:hAnsi="Georgia"/>
          <w:b w:val="0"/>
          <w:i w:val="0"/>
          <w:color w:val="22201D"/>
          <w:sz w:val="20"/>
        </w:rPr>
        <w:t>Flocc whispered, "I know."</w:t>
      </w:r>
    </w:p>
    <w:p>
      <w:pPr>
        <w:spacing w:after="60" w:line="266" w:lineRule="auto"/>
        <w:ind w:firstLine="331"/>
        <w:jc w:val="both"/>
      </w:pPr>
      <w:r>
        <w:rPr>
          <w:rFonts w:ascii="Georgia" w:hAnsi="Georgia"/>
          <w:b w:val="0"/>
          <w:i w:val="0"/>
          <w:color w:val="22201D"/>
          <w:sz w:val="20"/>
        </w:rPr>
        <w:t>The menu waited.</w:t>
      </w:r>
    </w:p>
    <w:p>
      <w:pPr>
        <w:spacing w:after="60" w:line="266" w:lineRule="auto"/>
        <w:ind w:firstLine="331"/>
        <w:jc w:val="both"/>
      </w:pPr>
      <w:r>
        <w:rPr>
          <w:rFonts w:ascii="Georgia" w:hAnsi="Georgia"/>
          <w:b w:val="0"/>
          <w:i w:val="0"/>
          <w:color w:val="22201D"/>
          <w:sz w:val="20"/>
        </w:rPr>
        <w:t>He added, "I do not know. I am trying."</w:t>
      </w:r>
    </w:p>
    <w:p>
      <w:pPr>
        <w:spacing w:after="60" w:line="250" w:lineRule="auto"/>
        <w:ind w:left="202" w:right="173"/>
      </w:pPr>
      <w:r>
        <w:rPr>
          <w:rFonts w:ascii="Georgia" w:hAnsi="Georgia"/>
          <w:b w:val="0"/>
          <w:i w:val="0"/>
          <w:color w:val="22201D"/>
          <w:sz w:val="17"/>
        </w:rPr>
        <w:t>Accepted.</w:t>
      </w:r>
    </w:p>
    <w:p>
      <w:pPr>
        <w:spacing w:after="60" w:line="266" w:lineRule="auto"/>
        <w:ind w:firstLine="331"/>
        <w:jc w:val="both"/>
      </w:pPr>
      <w:r>
        <w:rPr>
          <w:rFonts w:ascii="Georgia" w:hAnsi="Georgia"/>
          <w:b w:val="0"/>
          <w:i w:val="0"/>
          <w:color w:val="22201D"/>
          <w:sz w:val="20"/>
        </w:rPr>
        <w:t>The camera receipt printed a lower section:</w:t>
      </w:r>
    </w:p>
    <w:p>
      <w:pPr>
        <w:spacing w:after="60" w:line="250" w:lineRule="auto"/>
        <w:ind w:left="202" w:right="173"/>
      </w:pPr>
      <w:r>
        <w:rPr>
          <w:rFonts w:ascii="Georgia" w:hAnsi="Georgia"/>
          <w:b w:val="0"/>
          <w:i w:val="0"/>
          <w:color w:val="22201D"/>
          <w:sz w:val="17"/>
        </w:rPr>
        <w:t>PUBLIC NOTE  Witness cannot be ordered for an audience. Witness can only be accepted as responsibility.</w:t>
      </w:r>
    </w:p>
    <w:p>
      <w:pPr>
        <w:spacing w:after="60" w:line="266" w:lineRule="auto"/>
        <w:ind w:firstLine="331"/>
        <w:jc w:val="both"/>
      </w:pPr>
      <w:r>
        <w:rPr>
          <w:rFonts w:ascii="Georgia" w:hAnsi="Georgia"/>
          <w:b w:val="0"/>
          <w:i w:val="0"/>
          <w:color w:val="22201D"/>
          <w:sz w:val="20"/>
        </w:rPr>
        <w:t>Steve said, "That belongs in the record."</w:t>
      </w:r>
    </w:p>
    <w:p>
      <w:pPr>
        <w:spacing w:after="60" w:line="266" w:lineRule="auto"/>
        <w:ind w:firstLine="331"/>
        <w:jc w:val="both"/>
      </w:pPr>
      <w:r>
        <w:rPr>
          <w:rFonts w:ascii="Georgia" w:hAnsi="Georgia"/>
          <w:b w:val="0"/>
          <w:i w:val="0"/>
          <w:color w:val="22201D"/>
          <w:sz w:val="20"/>
        </w:rPr>
        <w:t>Gerald said, "It belongs in the record if the record does not become a poster."</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record, not poster</w:t>
      </w:r>
    </w:p>
    <w:p>
      <w:pPr>
        <w:spacing w:after="60" w:line="266" w:lineRule="auto"/>
        <w:ind w:firstLine="331"/>
        <w:jc w:val="both"/>
      </w:pPr>
      <w:r>
        <w:rPr>
          <w:rFonts w:ascii="Georgia" w:hAnsi="Georgia"/>
          <w:b w:val="0"/>
          <w:i w:val="0"/>
          <w:color w:val="22201D"/>
          <w:sz w:val="20"/>
        </w:rPr>
        <w:t>The Hostess looked at Nico.</w:t>
      </w:r>
    </w:p>
    <w:p>
      <w:pPr>
        <w:spacing w:after="60" w:line="266" w:lineRule="auto"/>
        <w:ind w:firstLine="331"/>
        <w:jc w:val="both"/>
      </w:pPr>
      <w:r>
        <w:rPr>
          <w:rFonts w:ascii="Georgia" w:hAnsi="Georgia"/>
          <w:b w:val="0"/>
          <w:i w:val="0"/>
          <w:color w:val="22201D"/>
          <w:sz w:val="20"/>
        </w:rPr>
        <w:t>"You may remain in the line."</w:t>
      </w:r>
    </w:p>
    <w:p>
      <w:pPr>
        <w:spacing w:after="60" w:line="266" w:lineRule="auto"/>
        <w:ind w:firstLine="331"/>
        <w:jc w:val="both"/>
      </w:pPr>
      <w:r>
        <w:rPr>
          <w:rFonts w:ascii="Georgia" w:hAnsi="Georgia"/>
          <w:b w:val="0"/>
          <w:i w:val="0"/>
          <w:color w:val="22201D"/>
          <w:sz w:val="20"/>
        </w:rPr>
        <w:t>"Do I lose my place?"</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"Do I keep my place?"</w:t>
      </w:r>
    </w:p>
    <w:p>
      <w:pPr>
        <w:spacing w:after="60" w:line="266" w:lineRule="auto"/>
        <w:ind w:firstLine="331"/>
        <w:jc w:val="both"/>
      </w:pPr>
      <w:r>
        <w:rPr>
          <w:rFonts w:ascii="Georgia" w:hAnsi="Georgia"/>
          <w:b w:val="0"/>
          <w:i w:val="0"/>
          <w:color w:val="22201D"/>
          <w:sz w:val="20"/>
        </w:rPr>
        <w:t>"Also no."</w:t>
      </w:r>
    </w:p>
    <w:p>
      <w:pPr>
        <w:spacing w:after="60" w:line="266" w:lineRule="auto"/>
        <w:ind w:firstLine="331"/>
        <w:jc w:val="both"/>
      </w:pPr>
      <w:r>
        <w:rPr>
          <w:rFonts w:ascii="Georgia" w:hAnsi="Georgia"/>
          <w:b w:val="0"/>
          <w:i w:val="0"/>
          <w:color w:val="22201D"/>
          <w:sz w:val="20"/>
        </w:rPr>
        <w:t>Nico considered this.</w:t>
      </w:r>
    </w:p>
    <w:p>
      <w:pPr>
        <w:spacing w:after="60" w:line="266" w:lineRule="auto"/>
        <w:ind w:firstLine="331"/>
        <w:jc w:val="both"/>
      </w:pPr>
      <w:r>
        <w:rPr>
          <w:rFonts w:ascii="Georgia" w:hAnsi="Georgia"/>
          <w:b w:val="0"/>
          <w:i w:val="0"/>
          <w:color w:val="22201D"/>
          <w:sz w:val="20"/>
        </w:rPr>
        <w:t>"Am I in line differently?"</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"Is that better?"</w:t>
      </w:r>
    </w:p>
    <w:p>
      <w:pPr>
        <w:spacing w:after="60" w:line="266" w:lineRule="auto"/>
        <w:ind w:firstLine="331"/>
        <w:jc w:val="both"/>
      </w:pPr>
      <w:r>
        <w:rPr>
          <w:rFonts w:ascii="Georgia" w:hAnsi="Georgia"/>
          <w:b w:val="0"/>
          <w:i w:val="0"/>
          <w:color w:val="22201D"/>
          <w:sz w:val="20"/>
        </w:rPr>
        <w:t>"It is truer."</w:t>
      </w:r>
    </w:p>
    <w:p>
      <w:pPr>
        <w:spacing w:after="60" w:line="266" w:lineRule="auto"/>
        <w:ind w:firstLine="331"/>
        <w:jc w:val="both"/>
      </w:pPr>
      <w:r>
        <w:rPr>
          <w:rFonts w:ascii="Georgia" w:hAnsi="Georgia"/>
          <w:b w:val="0"/>
          <w:i w:val="0"/>
          <w:color w:val="22201D"/>
          <w:sz w:val="20"/>
        </w:rPr>
        <w:t>Nico accepted this with visible reluctance, which improved it.</w:t>
      </w:r>
    </w:p>
    <w:p>
      <w:pPr>
        <w:spacing w:after="60" w:line="266" w:lineRule="auto"/>
        <w:ind w:firstLine="331"/>
        <w:jc w:val="both"/>
      </w:pPr>
      <w:r>
        <w:rPr>
          <w:rFonts w:ascii="Georgia" w:hAnsi="Georgia"/>
          <w:b w:val="0"/>
          <w:i w:val="0"/>
          <w:color w:val="22201D"/>
          <w:sz w:val="20"/>
        </w:rPr>
        <w:t>The camera receipt detached from the sauce warning and floated down to the inside of the door. It pinned itself beneath the table card.</w:t>
      </w:r>
    </w:p>
    <w:p>
      <w:pPr>
        <w:spacing w:after="60" w:line="266" w:lineRule="auto"/>
        <w:ind w:firstLine="331"/>
        <w:jc w:val="both"/>
      </w:pPr>
      <w:r>
        <w:rPr>
          <w:rFonts w:ascii="Georgia" w:hAnsi="Georgia"/>
          <w:b w:val="0"/>
          <w:i w:val="0"/>
          <w:color w:val="22201D"/>
          <w:sz w:val="20"/>
        </w:rPr>
        <w:t>The line outside read it.</w:t>
      </w:r>
    </w:p>
    <w:p>
      <w:pPr>
        <w:spacing w:after="60" w:line="266" w:lineRule="auto"/>
        <w:ind w:firstLine="331"/>
        <w:jc w:val="both"/>
      </w:pPr>
      <w:r>
        <w:rPr>
          <w:rFonts w:ascii="Georgia" w:hAnsi="Georgia"/>
          <w:b w:val="0"/>
          <w:i w:val="0"/>
          <w:color w:val="22201D"/>
          <w:sz w:val="20"/>
        </w:rPr>
        <w:t>No one photographed it.</w:t>
      </w:r>
    </w:p>
    <w:p>
      <w:pPr>
        <w:spacing w:after="60" w:line="266" w:lineRule="auto"/>
        <w:ind w:firstLine="331"/>
        <w:jc w:val="both"/>
      </w:pPr>
      <w:r>
        <w:rPr>
          <w:rFonts w:ascii="Georgia" w:hAnsi="Georgia"/>
          <w:b w:val="0"/>
          <w:i w:val="0"/>
          <w:color w:val="22201D"/>
          <w:sz w:val="20"/>
        </w:rPr>
        <w:t>This was so surprising that the receipt printed:</w:t>
      </w:r>
    </w:p>
    <w:p>
      <w:pPr>
        <w:spacing w:after="60" w:line="250" w:lineRule="auto"/>
        <w:ind w:left="202" w:right="173"/>
      </w:pPr>
      <w:r>
        <w:rPr>
          <w:rFonts w:ascii="Georgia" w:hAnsi="Georgia"/>
          <w:b w:val="0"/>
          <w:i w:val="0"/>
          <w:color w:val="22201D"/>
          <w:sz w:val="17"/>
        </w:rPr>
        <w:t>Non-photography: noted without reward</w:t>
      </w:r>
    </w:p>
    <w:p>
      <w:pPr>
        <w:spacing w:after="60" w:line="266" w:lineRule="auto"/>
        <w:ind w:firstLine="331"/>
        <w:jc w:val="both"/>
      </w:pPr>
      <w:r>
        <w:rPr>
          <w:rFonts w:ascii="Georgia" w:hAnsi="Georgia"/>
          <w:b w:val="0"/>
          <w:i w:val="0"/>
          <w:color w:val="22201D"/>
          <w:sz w:val="20"/>
        </w:rPr>
        <w:t>The camera in Nico's pocket clicked once.</w:t>
      </w:r>
    </w:p>
    <w:p>
      <w:pPr>
        <w:spacing w:after="60" w:line="266" w:lineRule="auto"/>
        <w:ind w:firstLine="331"/>
        <w:jc w:val="both"/>
      </w:pPr>
      <w:r>
        <w:rPr>
          <w:rFonts w:ascii="Georgia" w:hAnsi="Georgia"/>
          <w:b w:val="0"/>
          <w:i w:val="0"/>
          <w:color w:val="22201D"/>
          <w:sz w:val="20"/>
        </w:rPr>
        <w:t>Gerald turned.</w:t>
      </w:r>
    </w:p>
    <w:p>
      <w:pPr>
        <w:spacing w:after="60" w:line="266" w:lineRule="auto"/>
        <w:ind w:firstLine="331"/>
        <w:jc w:val="both"/>
      </w:pPr>
      <w:r>
        <w:rPr>
          <w:rFonts w:ascii="Georgia" w:hAnsi="Georgia"/>
          <w:b w:val="0"/>
          <w:i w:val="0"/>
          <w:color w:val="22201D"/>
          <w:sz w:val="20"/>
        </w:rPr>
        <w:t>Nico froze.</w:t>
      </w:r>
    </w:p>
    <w:p>
      <w:pPr>
        <w:spacing w:after="60" w:line="266" w:lineRule="auto"/>
        <w:ind w:firstLine="331"/>
        <w:jc w:val="both"/>
      </w:pPr>
      <w:r>
        <w:rPr>
          <w:rFonts w:ascii="Georgia" w:hAnsi="Georgia"/>
          <w:b w:val="0"/>
          <w:i w:val="0"/>
          <w:color w:val="22201D"/>
          <w:sz w:val="20"/>
        </w:rPr>
        <w:t>The pocket produced a small blank receipt.</w:t>
      </w:r>
    </w:p>
    <w:p>
      <w:pPr>
        <w:spacing w:after="60" w:line="266" w:lineRule="auto"/>
        <w:ind w:firstLine="331"/>
        <w:jc w:val="both"/>
      </w:pPr>
      <w:r>
        <w:rPr>
          <w:rFonts w:ascii="Georgia" w:hAnsi="Georgia"/>
          <w:b w:val="0"/>
          <w:i w:val="0"/>
          <w:color w:val="22201D"/>
          <w:sz w:val="20"/>
        </w:rPr>
        <w:t>At the top:</w:t>
      </w:r>
    </w:p>
    <w:p>
      <w:pPr>
        <w:spacing w:after="60" w:line="250" w:lineRule="auto"/>
        <w:ind w:left="202" w:right="173"/>
      </w:pPr>
      <w:r>
        <w:rPr>
          <w:rFonts w:ascii="Georgia" w:hAnsi="Georgia"/>
          <w:b w:val="0"/>
          <w:i w:val="0"/>
          <w:color w:val="22201D"/>
          <w:sz w:val="17"/>
        </w:rPr>
        <w:t>CAMERA RECEIPT DUPLICATE</w:t>
      </w:r>
    </w:p>
    <w:p>
      <w:pPr>
        <w:spacing w:after="60" w:line="266" w:lineRule="auto"/>
        <w:ind w:firstLine="331"/>
        <w:jc w:val="both"/>
      </w:pPr>
      <w:r>
        <w:rPr>
          <w:rFonts w:ascii="Georgia" w:hAnsi="Georgia"/>
          <w:b w:val="0"/>
          <w:i w:val="0"/>
          <w:color w:val="22201D"/>
          <w:sz w:val="20"/>
        </w:rPr>
        <w:t>The Hostess took it.</w:t>
      </w:r>
    </w:p>
    <w:p>
      <w:pPr>
        <w:spacing w:after="60" w:line="266" w:lineRule="auto"/>
        <w:ind w:firstLine="331"/>
        <w:jc w:val="both"/>
      </w:pPr>
      <w:r>
        <w:rPr>
          <w:rFonts w:ascii="Georgia" w:hAnsi="Georgia"/>
          <w:b w:val="0"/>
          <w:i w:val="0"/>
          <w:color w:val="22201D"/>
          <w:sz w:val="20"/>
        </w:rPr>
        <w:t>It printed:</w:t>
      </w:r>
    </w:p>
    <w:p>
      <w:pPr>
        <w:spacing w:after="60" w:line="250" w:lineRule="auto"/>
        <w:ind w:left="202" w:right="173"/>
      </w:pPr>
      <w:r>
        <w:rPr>
          <w:rFonts w:ascii="Georgia" w:hAnsi="Georgia"/>
          <w:b w:val="0"/>
          <w:i w:val="0"/>
          <w:color w:val="22201D"/>
          <w:sz w:val="17"/>
        </w:rPr>
        <w:t>No image captured. Habit discharged.</w:t>
      </w:r>
    </w:p>
    <w:p>
      <w:pPr>
        <w:spacing w:after="60" w:line="266" w:lineRule="auto"/>
        <w:ind w:firstLine="331"/>
        <w:jc w:val="both"/>
      </w:pPr>
      <w:r>
        <w:rPr>
          <w:rFonts w:ascii="Georgia" w:hAnsi="Georgia"/>
          <w:b w:val="0"/>
          <w:i w:val="0"/>
          <w:color w:val="22201D"/>
          <w:sz w:val="20"/>
        </w:rPr>
        <w:t>Gerald read it.</w:t>
      </w:r>
    </w:p>
    <w:p>
      <w:pPr>
        <w:spacing w:after="60" w:line="266" w:lineRule="auto"/>
        <w:ind w:firstLine="331"/>
        <w:jc w:val="both"/>
      </w:pPr>
      <w:r>
        <w:rPr>
          <w:rFonts w:ascii="Georgia" w:hAnsi="Georgia"/>
          <w:b w:val="0"/>
          <w:i w:val="0"/>
          <w:color w:val="22201D"/>
          <w:sz w:val="20"/>
        </w:rPr>
        <w:t>"Acceptable."</w:t>
      </w:r>
    </w:p>
    <w:p>
      <w:pPr>
        <w:spacing w:after="60" w:line="266" w:lineRule="auto"/>
        <w:ind w:firstLine="331"/>
        <w:jc w:val="both"/>
      </w:pPr>
      <w:r>
        <w:rPr>
          <w:rFonts w:ascii="Georgia" w:hAnsi="Georgia"/>
          <w:b w:val="0"/>
          <w:i w:val="0"/>
          <w:color w:val="22201D"/>
          <w:sz w:val="20"/>
        </w:rPr>
        <w:t>Nico looked as if they might cry, which was none of the restaurant's business unless they ordered something with it.</w:t>
      </w:r>
    </w:p>
    <w:p>
      <w:pPr>
        <w:spacing w:after="60" w:line="266" w:lineRule="auto"/>
        <w:ind w:firstLine="331"/>
        <w:jc w:val="both"/>
      </w:pPr>
      <w:r>
        <w:rPr>
          <w:rFonts w:ascii="Georgia" w:hAnsi="Georgia"/>
          <w:b w:val="0"/>
          <w:i w:val="0"/>
          <w:color w:val="22201D"/>
          <w:sz w:val="20"/>
        </w:rPr>
        <w:t>The review slip, which had been quiet for too long, printed:</w:t>
      </w:r>
    </w:p>
    <w:p>
      <w:pPr>
        <w:spacing w:after="60" w:line="250" w:lineRule="auto"/>
        <w:ind w:left="202" w:right="173"/>
      </w:pPr>
      <w:r>
        <w:rPr>
          <w:rFonts w:ascii="Georgia" w:hAnsi="Georgia"/>
          <w:b w:val="0"/>
          <w:i w:val="0"/>
          <w:color w:val="22201D"/>
          <w:sz w:val="17"/>
        </w:rPr>
        <w:t>Review pressure rerouting.</w:t>
      </w:r>
    </w:p>
    <w:p>
      <w:pPr>
        <w:spacing w:after="60" w:line="266" w:lineRule="auto"/>
        <w:ind w:firstLine="331"/>
        <w:jc w:val="both"/>
      </w:pPr>
      <w:r>
        <w:rPr>
          <w:rFonts w:ascii="Georgia" w:hAnsi="Georgia"/>
          <w:b w:val="0"/>
          <w:i w:val="0"/>
          <w:color w:val="22201D"/>
          <w:sz w:val="20"/>
        </w:rPr>
        <w:t>The camera receipt answered:</w:t>
      </w:r>
    </w:p>
    <w:p>
      <w:pPr>
        <w:spacing w:after="60" w:line="250" w:lineRule="auto"/>
        <w:ind w:left="202" w:right="173"/>
      </w:pPr>
      <w:r>
        <w:rPr>
          <w:rFonts w:ascii="Georgia" w:hAnsi="Georgia"/>
          <w:b w:val="0"/>
          <w:i w:val="0"/>
          <w:color w:val="22201D"/>
          <w:sz w:val="17"/>
        </w:rPr>
        <w:t>Next required document: review response</w:t>
      </w:r>
    </w:p>
    <w:p>
      <w:pPr>
        <w:spacing w:after="60" w:line="266" w:lineRule="auto"/>
        <w:ind w:firstLine="331"/>
        <w:jc w:val="both"/>
      </w:pPr>
      <w:r>
        <w:rPr>
          <w:rFonts w:ascii="Georgia" w:hAnsi="Georgia"/>
          <w:b w:val="0"/>
          <w:i w:val="0"/>
          <w:color w:val="22201D"/>
          <w:sz w:val="20"/>
        </w:rPr>
        <w:t>Outside, someone near the back of the line said, too loudly, "Honestly, this place is kind of one-star behavior."</w:t>
      </w:r>
    </w:p>
    <w:p>
      <w:pPr>
        <w:spacing w:after="60" w:line="266" w:lineRule="auto"/>
        <w:ind w:firstLine="331"/>
        <w:jc w:val="both"/>
      </w:pPr>
      <w:r>
        <w:rPr>
          <w:rFonts w:ascii="Georgia" w:hAnsi="Georgia"/>
          <w:b w:val="0"/>
          <w:i w:val="0"/>
          <w:color w:val="22201D"/>
          <w:sz w:val="20"/>
        </w:rPr>
        <w:t>Everyone turned.</w:t>
      </w:r>
    </w:p>
    <w:p>
      <w:pPr>
        <w:spacing w:after="60" w:line="266" w:lineRule="auto"/>
        <w:ind w:firstLine="331"/>
        <w:jc w:val="both"/>
      </w:pPr>
      <w:r>
        <w:rPr>
          <w:rFonts w:ascii="Georgia" w:hAnsi="Georgia"/>
          <w:b w:val="0"/>
          <w:i w:val="0"/>
          <w:color w:val="22201D"/>
          <w:sz w:val="20"/>
        </w:rPr>
        <w:t>The speaker looked immediately sorry, then defensive about being sorry.</w:t>
      </w:r>
    </w:p>
    <w:p>
      <w:pPr>
        <w:spacing w:after="60" w:line="266" w:lineRule="auto"/>
        <w:ind w:firstLine="331"/>
        <w:jc w:val="both"/>
      </w:pPr>
      <w:r>
        <w:rPr>
          <w:rFonts w:ascii="Georgia" w:hAnsi="Georgia"/>
          <w:b w:val="0"/>
          <w:i w:val="0"/>
          <w:color w:val="22201D"/>
          <w:sz w:val="20"/>
        </w:rPr>
        <w:t>The review slip brightened.</w:t>
      </w:r>
    </w:p>
    <w:p>
      <w:pPr>
        <w:spacing w:after="60" w:line="266" w:lineRule="auto"/>
        <w:ind w:firstLine="331"/>
        <w:jc w:val="both"/>
      </w:pPr>
      <w:r>
        <w:rPr>
          <w:rFonts w:ascii="Georgia" w:hAnsi="Georgia"/>
          <w:b w:val="0"/>
          <w:i w:val="0"/>
          <w:color w:val="22201D"/>
          <w:sz w:val="20"/>
        </w:rPr>
        <w:t>The Hostess closed the door gently.</w:t>
      </w:r>
    </w:p>
    <w:p>
      <w:pPr>
        <w:spacing w:after="60" w:line="266" w:lineRule="auto"/>
        <w:ind w:firstLine="331"/>
        <w:jc w:val="both"/>
      </w:pPr>
      <w:r>
        <w:rPr>
          <w:rFonts w:ascii="Georgia" w:hAnsi="Georgia"/>
          <w:b w:val="0"/>
          <w:i w:val="0"/>
          <w:color w:val="22201D"/>
          <w:sz w:val="20"/>
        </w:rPr>
        <w:t>"Good," she said.</w:t>
      </w:r>
    </w:p>
    <w:p>
      <w:pPr>
        <w:spacing w:after="60" w:line="266" w:lineRule="auto"/>
        <w:ind w:firstLine="331"/>
        <w:jc w:val="both"/>
      </w:pPr>
      <w:r>
        <w:rPr>
          <w:rFonts w:ascii="Georgia" w:hAnsi="Georgia"/>
          <w:b w:val="0"/>
          <w:i w:val="0"/>
          <w:color w:val="22201D"/>
          <w:sz w:val="20"/>
        </w:rPr>
        <w:t>Flocc stared at her.</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"A complaint may be more useful than praise if it can stop posing."</w:t>
      </w:r>
    </w:p>
    <w:p>
      <w:pPr>
        <w:spacing w:after="60" w:line="266" w:lineRule="auto"/>
        <w:ind w:firstLine="331"/>
        <w:jc w:val="both"/>
      </w:pPr>
      <w:r>
        <w:rPr>
          <w:rFonts w:ascii="Georgia" w:hAnsi="Georgia"/>
          <w:b w:val="0"/>
          <w:i w:val="0"/>
          <w:color w:val="22201D"/>
          <w:sz w:val="20"/>
        </w:rPr>
        <w:t>The camera receipt printed:</w:t>
      </w:r>
    </w:p>
    <w:p>
      <w:pPr>
        <w:spacing w:after="60" w:line="250" w:lineRule="auto"/>
        <w:ind w:left="202" w:right="173"/>
      </w:pPr>
      <w:r>
        <w:rPr>
          <w:rFonts w:ascii="Georgia" w:hAnsi="Georgia"/>
          <w:b w:val="0"/>
          <w:i w:val="0"/>
          <w:color w:val="22201D"/>
          <w:sz w:val="17"/>
        </w:rPr>
        <w:t>Next chapter: One Star for Existential Accuracy</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7: One Star for Existential Accuracy</w:t>
      </w:r>
    </w:p>
    <w:p>
      <w:pPr>
        <w:spacing w:after="60" w:line="266" w:lineRule="auto"/>
        <w:ind w:firstLine="0"/>
        <w:jc w:val="both"/>
      </w:pPr>
      <w:r>
        <w:rPr>
          <w:rFonts w:ascii="Georgia" w:hAnsi="Georgia"/>
          <w:b w:val="0"/>
          <w:i w:val="0"/>
          <w:color w:val="22201D"/>
          <w:sz w:val="20"/>
        </w:rPr>
        <w:t>In which a complaint becomes useful by failing to flatter itself, one star stops being punishment, and the restaurant writes its first public response without becoming public property.</w:t>
      </w:r>
    </w:p>
    <w:p>
      <w:pPr>
        <w:spacing w:after="60" w:line="266" w:lineRule="auto"/>
        <w:ind w:firstLine="331"/>
        <w:jc w:val="both"/>
      </w:pPr>
      <w:r>
        <w:rPr>
          <w:rFonts w:ascii="Georgia" w:hAnsi="Georgia"/>
          <w:b w:val="0"/>
          <w:i w:val="0"/>
          <w:color w:val="22201D"/>
          <w:sz w:val="20"/>
        </w:rPr>
        <w:t>The one-star review arrived angry enough to be honest by accident.</w:t>
      </w:r>
    </w:p>
    <w:p>
      <w:pPr>
        <w:spacing w:after="60" w:line="266" w:lineRule="auto"/>
        <w:ind w:firstLine="331"/>
        <w:jc w:val="both"/>
      </w:pPr>
      <w:r>
        <w:rPr>
          <w:rFonts w:ascii="Georgia" w:hAnsi="Georgia"/>
          <w:b w:val="0"/>
          <w:i w:val="0"/>
          <w:color w:val="22201D"/>
          <w:sz w:val="20"/>
        </w:rPr>
        <w:t>This gave it a head start.</w:t>
      </w:r>
    </w:p>
    <w:p>
      <w:pPr>
        <w:spacing w:after="60" w:line="266" w:lineRule="auto"/>
        <w:ind w:firstLine="331"/>
        <w:jc w:val="both"/>
      </w:pPr>
      <w:r>
        <w:rPr>
          <w:rFonts w:ascii="Georgia" w:hAnsi="Georgia"/>
          <w:b w:val="0"/>
          <w:i w:val="0"/>
          <w:color w:val="22201D"/>
          <w:sz w:val="20"/>
        </w:rPr>
        <w:t>Praise had arrived wearing perfume. Praise had brought adjectives, hidden gems, transcendence, and the social confidence of people who had never seen a noun they could not improve by making it larger. Praise had been beautiful, and therefore dangerous in the way beautiful lies were dangerous: it made people want to stand closer before they knew what they were approaching.</w:t>
      </w:r>
    </w:p>
    <w:p>
      <w:pPr>
        <w:spacing w:after="60" w:line="266" w:lineRule="auto"/>
        <w:ind w:firstLine="331"/>
        <w:jc w:val="both"/>
      </w:pPr>
      <w:r>
        <w:rPr>
          <w:rFonts w:ascii="Georgia" w:hAnsi="Georgia"/>
          <w:b w:val="0"/>
          <w:i w:val="0"/>
          <w:color w:val="22201D"/>
          <w:sz w:val="20"/>
        </w:rPr>
        <w:t>The complaint arrived with mud on its shoes.</w:t>
      </w:r>
    </w:p>
    <w:p>
      <w:pPr>
        <w:spacing w:after="60" w:line="266" w:lineRule="auto"/>
        <w:ind w:firstLine="331"/>
        <w:jc w:val="both"/>
      </w:pPr>
      <w:r>
        <w:rPr>
          <w:rFonts w:ascii="Georgia" w:hAnsi="Georgia"/>
          <w:b w:val="0"/>
          <w:i w:val="0"/>
          <w:color w:val="22201D"/>
          <w:sz w:val="20"/>
        </w:rPr>
        <w:t>It did not slip under the door. It kicked the bottom of it.</w:t>
      </w:r>
    </w:p>
    <w:p>
      <w:pPr>
        <w:spacing w:after="60" w:line="266" w:lineRule="auto"/>
        <w:ind w:firstLine="331"/>
        <w:jc w:val="both"/>
      </w:pPr>
      <w:r>
        <w:rPr>
          <w:rFonts w:ascii="Georgia" w:hAnsi="Georgia"/>
          <w:b w:val="0"/>
          <w:i w:val="0"/>
          <w:color w:val="22201D"/>
          <w:sz w:val="20"/>
        </w:rPr>
        <w:t>Not literally.</w:t>
      </w:r>
    </w:p>
    <w:p>
      <w:pPr>
        <w:spacing w:after="60" w:line="266" w:lineRule="auto"/>
        <w:ind w:firstLine="331"/>
        <w:jc w:val="both"/>
      </w:pPr>
      <w:r>
        <w:rPr>
          <w:rFonts w:ascii="Georgia" w:hAnsi="Georgia"/>
          <w:b w:val="0"/>
          <w:i w:val="0"/>
          <w:color w:val="22201D"/>
          <w:sz w:val="20"/>
        </w:rPr>
        <w:t>Reviews rarely had legs, though at Emoji Soup one learned not to rule out future developments on the basis of anatomy.</w:t>
      </w:r>
    </w:p>
    <w:p>
      <w:pPr>
        <w:spacing w:after="60" w:line="266" w:lineRule="auto"/>
        <w:ind w:firstLine="331"/>
        <w:jc w:val="both"/>
      </w:pPr>
      <w:r>
        <w:rPr>
          <w:rFonts w:ascii="Georgia" w:hAnsi="Georgia"/>
          <w:b w:val="0"/>
          <w:i w:val="0"/>
          <w:color w:val="22201D"/>
          <w:sz w:val="20"/>
        </w:rPr>
        <w:t>The review appeared on every phone in the line, then printed itself on a gray sheet beneath the camera receipt, under the table card, under the adjective denial, under the reservation error, under the review slip, under the door notice, making the entrance look less like a restaurant and more like a municipal corkboard that had begun to develop an appetite.</w:t>
      </w:r>
    </w:p>
    <w:p>
      <w:pPr>
        <w:spacing w:after="60" w:line="266" w:lineRule="auto"/>
        <w:ind w:firstLine="331"/>
        <w:jc w:val="both"/>
      </w:pPr>
      <w:r>
        <w:rPr>
          <w:rFonts w:ascii="Georgia" w:hAnsi="Georgia"/>
          <w:b w:val="0"/>
          <w:i w:val="0"/>
          <w:color w:val="22201D"/>
          <w:sz w:val="20"/>
        </w:rPr>
        <w:t>At the top:</w:t>
      </w:r>
    </w:p>
    <w:p>
      <w:pPr>
        <w:spacing w:after="60" w:line="250" w:lineRule="auto"/>
        <w:ind w:left="202" w:right="173"/>
      </w:pPr>
      <w:r>
        <w:rPr>
          <w:rFonts w:ascii="Georgia" w:hAnsi="Georgia"/>
          <w:b w:val="0"/>
          <w:i w:val="0"/>
          <w:color w:val="22201D"/>
          <w:sz w:val="17"/>
        </w:rPr>
        <w:t>ONE STAR</w:t>
      </w:r>
    </w:p>
    <w:p>
      <w:pPr>
        <w:spacing w:after="60" w:line="266" w:lineRule="auto"/>
        <w:ind w:firstLine="331"/>
        <w:jc w:val="both"/>
      </w:pPr>
      <w:r>
        <w:rPr>
          <w:rFonts w:ascii="Georgia" w:hAnsi="Georgia"/>
          <w:b w:val="0"/>
          <w:i w:val="0"/>
          <w:color w:val="22201D"/>
          <w:sz w:val="20"/>
        </w:rPr>
        <w:t>Below that:</w:t>
      </w:r>
    </w:p>
    <w:p>
      <w:pPr>
        <w:spacing w:after="60" w:line="250" w:lineRule="auto"/>
        <w:ind w:left="202" w:right="173"/>
      </w:pPr>
      <w:r>
        <w:rPr>
          <w:rFonts w:ascii="Georgia" w:hAnsi="Georgia"/>
          <w:b w:val="0"/>
          <w:i w:val="0"/>
          <w:color w:val="22201D"/>
          <w:sz w:val="17"/>
        </w:rPr>
        <w:t>This place is impossible to get into, refuses to explain itself, makes you stand outside while it invents paperwork about your personality, will not let you take pictures, will not serve the sauce everyone can smell, and somehow makes you feel like the problem is you for wanting dinner.</w:t>
      </w:r>
    </w:p>
    <w:p>
      <w:pPr>
        <w:spacing w:after="60" w:line="266" w:lineRule="auto"/>
        <w:ind w:firstLine="331"/>
        <w:jc w:val="both"/>
      </w:pPr>
      <w:r>
        <w:rPr>
          <w:rFonts w:ascii="Georgia" w:hAnsi="Georgia"/>
          <w:b w:val="0"/>
          <w:i w:val="0"/>
          <w:color w:val="22201D"/>
          <w:sz w:val="20"/>
        </w:rPr>
        <w:t>The line went quiet.</w:t>
      </w:r>
    </w:p>
    <w:p>
      <w:pPr>
        <w:spacing w:after="60" w:line="266" w:lineRule="auto"/>
        <w:ind w:firstLine="331"/>
        <w:jc w:val="both"/>
      </w:pPr>
      <w:r>
        <w:rPr>
          <w:rFonts w:ascii="Georgia" w:hAnsi="Georgia"/>
          <w:b w:val="0"/>
          <w:i w:val="0"/>
          <w:color w:val="22201D"/>
          <w:sz w:val="20"/>
        </w:rPr>
        <w:t>Not because the review was cruel.</w:t>
      </w:r>
    </w:p>
    <w:p>
      <w:pPr>
        <w:spacing w:after="60" w:line="266" w:lineRule="auto"/>
        <w:ind w:firstLine="331"/>
        <w:jc w:val="both"/>
      </w:pPr>
      <w:r>
        <w:rPr>
          <w:rFonts w:ascii="Georgia" w:hAnsi="Georgia"/>
          <w:b w:val="0"/>
          <w:i w:val="0"/>
          <w:color w:val="22201D"/>
          <w:sz w:val="20"/>
        </w:rPr>
        <w:t>Because several people had agreed with it before remembering they were trying not to.</w:t>
      </w:r>
    </w:p>
    <w:p>
      <w:pPr>
        <w:spacing w:after="60" w:line="266" w:lineRule="auto"/>
        <w:ind w:firstLine="331"/>
        <w:jc w:val="both"/>
      </w:pPr>
      <w:r>
        <w:rPr>
          <w:rFonts w:ascii="Georgia" w:hAnsi="Georgia"/>
          <w:b w:val="0"/>
          <w:i w:val="0"/>
          <w:color w:val="22201D"/>
          <w:sz w:val="20"/>
        </w:rPr>
        <w:t>The review continued:</w:t>
      </w:r>
    </w:p>
    <w:p>
      <w:pPr>
        <w:spacing w:after="60" w:line="250" w:lineRule="auto"/>
        <w:ind w:left="202" w:right="173"/>
      </w:pPr>
      <w:r>
        <w:rPr>
          <w:rFonts w:ascii="Georgia" w:hAnsi="Georgia"/>
          <w:b w:val="0"/>
          <w:i w:val="0"/>
          <w:color w:val="22201D"/>
          <w:sz w:val="17"/>
        </w:rPr>
        <w:t>Also the door is smug.</w:t>
      </w:r>
    </w:p>
    <w:p>
      <w:pPr>
        <w:spacing w:after="60" w:line="266" w:lineRule="auto"/>
        <w:ind w:firstLine="331"/>
        <w:jc w:val="both"/>
      </w:pPr>
      <w:r>
        <w:rPr>
          <w:rFonts w:ascii="Georgia" w:hAnsi="Georgia"/>
          <w:b w:val="0"/>
          <w:i w:val="0"/>
          <w:color w:val="22201D"/>
          <w:sz w:val="20"/>
        </w:rPr>
        <w:t>The door notice curled.</w:t>
      </w:r>
    </w:p>
    <w:p>
      <w:pPr>
        <w:spacing w:after="60" w:line="250" w:lineRule="auto"/>
        <w:ind w:left="202" w:right="173"/>
      </w:pPr>
      <w:r>
        <w:rPr>
          <w:rFonts w:ascii="Georgia" w:hAnsi="Georgia"/>
          <w:b w:val="0"/>
          <w:i w:val="0"/>
          <w:color w:val="22201D"/>
          <w:sz w:val="17"/>
        </w:rPr>
        <w:t>Door affect: under review</w:t>
      </w:r>
    </w:p>
    <w:p>
      <w:pPr>
        <w:spacing w:after="60" w:line="266" w:lineRule="auto"/>
        <w:ind w:firstLine="331"/>
        <w:jc w:val="both"/>
      </w:pPr>
      <w:r>
        <w:rPr>
          <w:rFonts w:ascii="Georgia" w:hAnsi="Georgia"/>
          <w:b w:val="0"/>
          <w:i w:val="0"/>
          <w:color w:val="22201D"/>
          <w:sz w:val="20"/>
        </w:rPr>
        <w:t>Gerald said, "Doors do not have affect."</w:t>
      </w:r>
    </w:p>
    <w:p>
      <w:pPr>
        <w:spacing w:after="60" w:line="266" w:lineRule="auto"/>
        <w:ind w:firstLine="331"/>
        <w:jc w:val="both"/>
      </w:pPr>
      <w:r>
        <w:rPr>
          <w:rFonts w:ascii="Georgia" w:hAnsi="Georgia"/>
          <w:b w:val="0"/>
          <w:i w:val="0"/>
          <w:color w:val="22201D"/>
          <w:sz w:val="20"/>
        </w:rPr>
        <w:t>The door did not respond.</w:t>
      </w:r>
    </w:p>
    <w:p>
      <w:pPr>
        <w:spacing w:after="60" w:line="266" w:lineRule="auto"/>
        <w:ind w:firstLine="331"/>
        <w:jc w:val="both"/>
      </w:pPr>
      <w:r>
        <w:rPr>
          <w:rFonts w:ascii="Georgia" w:hAnsi="Georgia"/>
          <w:b w:val="0"/>
          <w:i w:val="0"/>
          <w:color w:val="22201D"/>
          <w:sz w:val="20"/>
        </w:rPr>
        <w:t>This was not proof.</w:t>
      </w:r>
    </w:p>
    <w:p>
      <w:pPr>
        <w:spacing w:after="60" w:line="266" w:lineRule="auto"/>
        <w:ind w:firstLine="331"/>
        <w:jc w:val="both"/>
      </w:pPr>
      <w:r>
        <w:rPr>
          <w:rFonts w:ascii="Georgia" w:hAnsi="Georgia"/>
          <w:b w:val="0"/>
          <w:i w:val="0"/>
          <w:color w:val="22201D"/>
          <w:sz w:val="20"/>
        </w:rPr>
        <w:t>The person who had spoken near the back of the line stood with both hands half-raised, as if surrendering to a sentence they had already sent.</w:t>
      </w:r>
    </w:p>
    <w:p>
      <w:pPr>
        <w:spacing w:after="60" w:line="266" w:lineRule="auto"/>
        <w:ind w:firstLine="331"/>
        <w:jc w:val="both"/>
      </w:pPr>
      <w:r>
        <w:rPr>
          <w:rFonts w:ascii="Georgia" w:hAnsi="Georgia"/>
          <w:b w:val="0"/>
          <w:i w:val="0"/>
          <w:color w:val="22201D"/>
          <w:sz w:val="20"/>
        </w:rPr>
        <w:t>His name, according to the reservation app, was:</w:t>
      </w:r>
    </w:p>
    <w:p>
      <w:pPr>
        <w:spacing w:after="60" w:line="250" w:lineRule="auto"/>
        <w:ind w:left="202" w:right="173"/>
      </w:pPr>
      <w:r>
        <w:rPr>
          <w:rFonts w:ascii="Georgia" w:hAnsi="Georgia"/>
          <w:b w:val="0"/>
          <w:i w:val="0"/>
          <w:color w:val="22201D"/>
          <w:sz w:val="17"/>
        </w:rPr>
        <w:t>Name: Martin, regretting volume</w:t>
      </w:r>
    </w:p>
    <w:p>
      <w:pPr>
        <w:spacing w:after="60" w:line="266" w:lineRule="auto"/>
        <w:ind w:firstLine="331"/>
        <w:jc w:val="both"/>
      </w:pPr>
      <w:r>
        <w:rPr>
          <w:rFonts w:ascii="Georgia" w:hAnsi="Georgia"/>
          <w:b w:val="0"/>
          <w:i w:val="0"/>
          <w:color w:val="22201D"/>
          <w:sz w:val="20"/>
        </w:rPr>
        <w:t>Martin said, "I did not mean to post it."</w:t>
      </w:r>
    </w:p>
    <w:p>
      <w:pPr>
        <w:spacing w:after="60" w:line="266" w:lineRule="auto"/>
        <w:ind w:firstLine="331"/>
        <w:jc w:val="both"/>
      </w:pPr>
      <w:r>
        <w:rPr>
          <w:rFonts w:ascii="Georgia" w:hAnsi="Georgia"/>
          <w:b w:val="0"/>
          <w:i w:val="0"/>
          <w:color w:val="22201D"/>
          <w:sz w:val="20"/>
        </w:rPr>
        <w:t>The one-star review printed:</w:t>
      </w:r>
    </w:p>
    <w:p>
      <w:pPr>
        <w:spacing w:after="60" w:line="250" w:lineRule="auto"/>
        <w:ind w:left="202" w:right="173"/>
      </w:pPr>
      <w:r>
        <w:rPr>
          <w:rFonts w:ascii="Georgia" w:hAnsi="Georgia"/>
          <w:b w:val="0"/>
          <w:i w:val="0"/>
          <w:color w:val="22201D"/>
          <w:sz w:val="17"/>
        </w:rPr>
        <w:t>Publication: occurred</w:t>
      </w:r>
    </w:p>
    <w:p>
      <w:pPr>
        <w:spacing w:after="60" w:line="266" w:lineRule="auto"/>
        <w:ind w:firstLine="331"/>
        <w:jc w:val="both"/>
      </w:pPr>
      <w:r>
        <w:rPr>
          <w:rFonts w:ascii="Georgia" w:hAnsi="Georgia"/>
          <w:b w:val="0"/>
          <w:i w:val="0"/>
          <w:color w:val="22201D"/>
          <w:sz w:val="20"/>
        </w:rPr>
        <w:t>"I mean, I typed it, but I did not hit send."</w:t>
      </w:r>
    </w:p>
    <w:p>
      <w:pPr>
        <w:spacing w:after="60" w:line="250" w:lineRule="auto"/>
        <w:ind w:left="202" w:right="173"/>
      </w:pPr>
      <w:r>
        <w:rPr>
          <w:rFonts w:ascii="Georgia" w:hAnsi="Georgia"/>
          <w:b w:val="0"/>
          <w:i w:val="0"/>
          <w:color w:val="22201D"/>
          <w:sz w:val="17"/>
        </w:rPr>
        <w:t>Intent: insufficient shield</w:t>
      </w:r>
    </w:p>
    <w:p>
      <w:pPr>
        <w:spacing w:after="60" w:line="266" w:lineRule="auto"/>
        <w:ind w:firstLine="331"/>
        <w:jc w:val="both"/>
      </w:pPr>
      <w:r>
        <w:rPr>
          <w:rFonts w:ascii="Georgia" w:hAnsi="Georgia"/>
          <w:b w:val="0"/>
          <w:i w:val="0"/>
          <w:color w:val="22201D"/>
          <w:sz w:val="20"/>
        </w:rPr>
        <w:t>Martin looked at the Hostess.</w:t>
      </w:r>
    </w:p>
    <w:p>
      <w:pPr>
        <w:spacing w:after="60" w:line="266" w:lineRule="auto"/>
        <w:ind w:firstLine="331"/>
        <w:jc w:val="both"/>
      </w:pPr>
      <w:r>
        <w:rPr>
          <w:rFonts w:ascii="Georgia" w:hAnsi="Georgia"/>
          <w:b w:val="0"/>
          <w:i w:val="0"/>
          <w:color w:val="22201D"/>
          <w:sz w:val="20"/>
        </w:rPr>
        <w:t>"Can I delete it?"</w:t>
      </w:r>
    </w:p>
    <w:p>
      <w:pPr>
        <w:spacing w:after="60" w:line="266" w:lineRule="auto"/>
        <w:ind w:firstLine="331"/>
        <w:jc w:val="both"/>
      </w:pPr>
      <w:r>
        <w:rPr>
          <w:rFonts w:ascii="Georgia" w:hAnsi="Georgia"/>
          <w:b w:val="0"/>
          <w:i w:val="0"/>
          <w:color w:val="22201D"/>
          <w:sz w:val="20"/>
        </w:rPr>
        <w:t>The Hostess considered this.</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Martin reached for his phone.</w:t>
      </w:r>
    </w:p>
    <w:p>
      <w:pPr>
        <w:spacing w:after="60" w:line="266" w:lineRule="auto"/>
        <w:ind w:firstLine="331"/>
        <w:jc w:val="both"/>
      </w:pPr>
      <w:r>
        <w:rPr>
          <w:rFonts w:ascii="Georgia" w:hAnsi="Georgia"/>
          <w:b w:val="0"/>
          <w:i w:val="0"/>
          <w:color w:val="22201D"/>
          <w:sz w:val="20"/>
        </w:rPr>
        <w:t>The review printed:</w:t>
      </w:r>
    </w:p>
    <w:p>
      <w:pPr>
        <w:spacing w:after="60" w:line="250" w:lineRule="auto"/>
        <w:ind w:left="202" w:right="173"/>
      </w:pPr>
      <w:r>
        <w:rPr>
          <w:rFonts w:ascii="Georgia" w:hAnsi="Georgia"/>
          <w:b w:val="0"/>
          <w:i w:val="0"/>
          <w:color w:val="22201D"/>
          <w:sz w:val="17"/>
        </w:rPr>
        <w:t>Deletion: available  Accuracy: still pending</w:t>
      </w:r>
    </w:p>
    <w:p>
      <w:pPr>
        <w:spacing w:after="60" w:line="266" w:lineRule="auto"/>
        <w:ind w:firstLine="331"/>
        <w:jc w:val="both"/>
      </w:pPr>
      <w:r>
        <w:rPr>
          <w:rFonts w:ascii="Georgia" w:hAnsi="Georgia"/>
          <w:b w:val="0"/>
          <w:i w:val="0"/>
          <w:color w:val="22201D"/>
          <w:sz w:val="20"/>
        </w:rPr>
        <w:t>His hand stopped.</w:t>
      </w:r>
    </w:p>
    <w:p>
      <w:pPr>
        <w:spacing w:after="60" w:line="266" w:lineRule="auto"/>
        <w:ind w:firstLine="331"/>
        <w:jc w:val="both"/>
      </w:pPr>
      <w:r>
        <w:rPr>
          <w:rFonts w:ascii="Georgia" w:hAnsi="Georgia"/>
          <w:b w:val="0"/>
          <w:i w:val="0"/>
          <w:color w:val="22201D"/>
          <w:sz w:val="20"/>
        </w:rPr>
        <w:t>This was the restaurant's preferred method of cruelty: it allowed escape routes and then made people notice what they would be escaping with.</w:t>
      </w:r>
    </w:p>
    <w:p>
      <w:pPr>
        <w:spacing w:after="60" w:line="266" w:lineRule="auto"/>
        <w:ind w:firstLine="331"/>
        <w:jc w:val="both"/>
      </w:pPr>
      <w:r>
        <w:rPr>
          <w:rFonts w:ascii="Georgia" w:hAnsi="Georgia"/>
          <w:b w:val="0"/>
          <w:i w:val="0"/>
          <w:color w:val="22201D"/>
          <w:sz w:val="20"/>
        </w:rPr>
        <w:t>Mara stood near the window.</w:t>
      </w:r>
    </w:p>
    <w:p>
      <w:pPr>
        <w:spacing w:after="60" w:line="266" w:lineRule="auto"/>
        <w:ind w:firstLine="331"/>
        <w:jc w:val="both"/>
      </w:pPr>
      <w:r>
        <w:rPr>
          <w:rFonts w:ascii="Georgia" w:hAnsi="Georgia"/>
          <w:b w:val="0"/>
          <w:i w:val="0"/>
          <w:color w:val="22201D"/>
          <w:sz w:val="20"/>
        </w:rPr>
        <w:t>"Which part did you mean?"</w:t>
      </w:r>
    </w:p>
    <w:p>
      <w:pPr>
        <w:spacing w:after="60" w:line="266" w:lineRule="auto"/>
        <w:ind w:firstLine="331"/>
        <w:jc w:val="both"/>
      </w:pPr>
      <w:r>
        <w:rPr>
          <w:rFonts w:ascii="Georgia" w:hAnsi="Georgia"/>
          <w:b w:val="0"/>
          <w:i w:val="0"/>
          <w:color w:val="22201D"/>
          <w:sz w:val="20"/>
        </w:rPr>
        <w:t>Martin looked at her with the reflexive panic of someone who had expected to be scolded and was instead being edited.</w:t>
      </w:r>
    </w:p>
    <w:p>
      <w:pPr>
        <w:spacing w:after="60" w:line="266" w:lineRule="auto"/>
        <w:ind w:firstLine="331"/>
        <w:jc w:val="both"/>
      </w:pPr>
      <w:r>
        <w:rPr>
          <w:rFonts w:ascii="Georgia" w:hAnsi="Georgia"/>
          <w:b w:val="0"/>
          <w:i w:val="0"/>
          <w:color w:val="22201D"/>
          <w:sz w:val="20"/>
        </w:rPr>
        <w:t>"I was frustrated."</w:t>
      </w:r>
    </w:p>
    <w:p>
      <w:pPr>
        <w:spacing w:after="60" w:line="266" w:lineRule="auto"/>
        <w:ind w:firstLine="331"/>
        <w:jc w:val="both"/>
      </w:pPr>
      <w:r>
        <w:rPr>
          <w:rFonts w:ascii="Georgia" w:hAnsi="Georgia"/>
          <w:b w:val="0"/>
          <w:i w:val="0"/>
          <w:color w:val="22201D"/>
          <w:sz w:val="20"/>
        </w:rPr>
        <w:t>"That is not a part."</w:t>
      </w:r>
    </w:p>
    <w:p>
      <w:pPr>
        <w:spacing w:after="60" w:line="266" w:lineRule="auto"/>
        <w:ind w:firstLine="331"/>
        <w:jc w:val="both"/>
      </w:pPr>
      <w:r>
        <w:rPr>
          <w:rFonts w:ascii="Georgia" w:hAnsi="Georgia"/>
          <w:b w:val="0"/>
          <w:i w:val="0"/>
          <w:color w:val="22201D"/>
          <w:sz w:val="20"/>
        </w:rPr>
        <w:t>"All of it, I guess."</w:t>
      </w:r>
    </w:p>
    <w:p>
      <w:pPr>
        <w:spacing w:after="60" w:line="266" w:lineRule="auto"/>
        <w:ind w:firstLine="331"/>
        <w:jc w:val="both"/>
      </w:pPr>
      <w:r>
        <w:rPr>
          <w:rFonts w:ascii="Georgia" w:hAnsi="Georgia"/>
          <w:b w:val="0"/>
          <w:i w:val="0"/>
          <w:color w:val="22201D"/>
          <w:sz w:val="20"/>
        </w:rPr>
        <w:t>The one-star review printed:</w:t>
      </w:r>
    </w:p>
    <w:p>
      <w:pPr>
        <w:spacing w:after="60" w:line="250" w:lineRule="auto"/>
        <w:ind w:left="202" w:right="173"/>
      </w:pPr>
      <w:r>
        <w:rPr>
          <w:rFonts w:ascii="Georgia" w:hAnsi="Georgia"/>
          <w:b w:val="0"/>
          <w:i w:val="0"/>
          <w:color w:val="22201D"/>
          <w:sz w:val="17"/>
        </w:rPr>
        <w:t>All of it: too broad</w:t>
      </w:r>
    </w:p>
    <w:p>
      <w:pPr>
        <w:spacing w:after="60" w:line="266" w:lineRule="auto"/>
        <w:ind w:firstLine="331"/>
        <w:jc w:val="both"/>
      </w:pPr>
      <w:r>
        <w:rPr>
          <w:rFonts w:ascii="Georgia" w:hAnsi="Georgia"/>
          <w:b w:val="0"/>
          <w:i w:val="0"/>
          <w:color w:val="22201D"/>
          <w:sz w:val="20"/>
        </w:rPr>
        <w:t>Martin flinched.</w:t>
      </w:r>
    </w:p>
    <w:p>
      <w:pPr>
        <w:spacing w:after="60" w:line="266" w:lineRule="auto"/>
        <w:ind w:firstLine="331"/>
        <w:jc w:val="both"/>
      </w:pPr>
      <w:r>
        <w:rPr>
          <w:rFonts w:ascii="Georgia" w:hAnsi="Georgia"/>
          <w:b w:val="0"/>
          <w:i w:val="0"/>
          <w:color w:val="22201D"/>
          <w:sz w:val="20"/>
        </w:rPr>
        <w:t>Evan, still first in the line and now much less interested in firstness, said, "The sauce part is true."</w:t>
      </w:r>
    </w:p>
    <w:p>
      <w:pPr>
        <w:spacing w:after="60" w:line="266" w:lineRule="auto"/>
        <w:ind w:firstLine="331"/>
        <w:jc w:val="both"/>
      </w:pPr>
      <w:r>
        <w:rPr>
          <w:rFonts w:ascii="Georgia" w:hAnsi="Georgia"/>
          <w:b w:val="0"/>
          <w:i w:val="0"/>
          <w:color w:val="22201D"/>
          <w:sz w:val="20"/>
        </w:rPr>
        <w:t>The sauce warning label brightened.</w:t>
      </w:r>
    </w:p>
    <w:p>
      <w:pPr>
        <w:spacing w:after="60" w:line="250" w:lineRule="auto"/>
        <w:ind w:left="202" w:right="173"/>
      </w:pPr>
      <w:r>
        <w:rPr>
          <w:rFonts w:ascii="Georgia" w:hAnsi="Georgia"/>
          <w:b w:val="0"/>
          <w:i w:val="0"/>
          <w:color w:val="22201D"/>
          <w:sz w:val="17"/>
        </w:rPr>
        <w:t>Service: not today</w:t>
      </w:r>
    </w:p>
    <w:p>
      <w:pPr>
        <w:spacing w:after="60" w:line="266" w:lineRule="auto"/>
        <w:ind w:firstLine="331"/>
        <w:jc w:val="both"/>
      </w:pPr>
      <w:r>
        <w:rPr>
          <w:rFonts w:ascii="Georgia" w:hAnsi="Georgia"/>
          <w:b w:val="0"/>
          <w:i w:val="0"/>
          <w:color w:val="22201D"/>
          <w:sz w:val="20"/>
        </w:rPr>
        <w:t>Gerald pointed at it.</w:t>
      </w:r>
    </w:p>
    <w:p>
      <w:pPr>
        <w:spacing w:after="60" w:line="266" w:lineRule="auto"/>
        <w:ind w:firstLine="331"/>
        <w:jc w:val="both"/>
      </w:pPr>
      <w:r>
        <w:rPr>
          <w:rFonts w:ascii="Georgia" w:hAnsi="Georgia"/>
          <w:b w:val="0"/>
          <w:i w:val="0"/>
          <w:color w:val="22201D"/>
          <w:sz w:val="20"/>
        </w:rPr>
        <w:t>"Correct."</w:t>
      </w:r>
    </w:p>
    <w:p>
      <w:pPr>
        <w:spacing w:after="60" w:line="266" w:lineRule="auto"/>
        <w:ind w:firstLine="331"/>
        <w:jc w:val="both"/>
      </w:pPr>
      <w:r>
        <w:rPr>
          <w:rFonts w:ascii="Georgia" w:hAnsi="Georgia"/>
          <w:b w:val="0"/>
          <w:i w:val="0"/>
          <w:color w:val="22201D"/>
          <w:sz w:val="20"/>
        </w:rPr>
        <w:t>The tote-bag woman said, "The paperwork part is true."</w:t>
      </w:r>
    </w:p>
    <w:p>
      <w:pPr>
        <w:spacing w:after="60" w:line="266" w:lineRule="auto"/>
        <w:ind w:firstLine="331"/>
        <w:jc w:val="both"/>
      </w:pPr>
      <w:r>
        <w:rPr>
          <w:rFonts w:ascii="Georgia" w:hAnsi="Georgia"/>
          <w:b w:val="0"/>
          <w:i w:val="0"/>
          <w:color w:val="22201D"/>
          <w:sz w:val="20"/>
        </w:rPr>
        <w:t>Steve looked wounded, then thoughtful, then professionally offended at himself for being both.</w:t>
      </w:r>
    </w:p>
    <w:p>
      <w:pPr>
        <w:spacing w:after="60" w:line="266" w:lineRule="auto"/>
        <w:ind w:firstLine="331"/>
        <w:jc w:val="both"/>
      </w:pPr>
      <w:r>
        <w:rPr>
          <w:rFonts w:ascii="Georgia" w:hAnsi="Georgia"/>
          <w:b w:val="0"/>
          <w:i w:val="0"/>
          <w:color w:val="22201D"/>
          <w:sz w:val="20"/>
        </w:rPr>
        <w:t>Nico said, "The picture part is true."</w:t>
      </w:r>
    </w:p>
    <w:p>
      <w:pPr>
        <w:spacing w:after="60" w:line="266" w:lineRule="auto"/>
        <w:ind w:firstLine="331"/>
        <w:jc w:val="both"/>
      </w:pPr>
      <w:r>
        <w:rPr>
          <w:rFonts w:ascii="Georgia" w:hAnsi="Georgia"/>
          <w:b w:val="0"/>
          <w:i w:val="0"/>
          <w:color w:val="22201D"/>
          <w:sz w:val="20"/>
        </w:rPr>
        <w:t>The camera receipt printed:</w:t>
      </w:r>
    </w:p>
    <w:p>
      <w:pPr>
        <w:spacing w:after="60" w:line="250" w:lineRule="auto"/>
        <w:ind w:left="202" w:right="173"/>
      </w:pPr>
      <w:r>
        <w:rPr>
          <w:rFonts w:ascii="Georgia" w:hAnsi="Georgia"/>
          <w:b w:val="0"/>
          <w:i w:val="0"/>
          <w:color w:val="22201D"/>
          <w:sz w:val="17"/>
        </w:rPr>
        <w:t>Correct.</w:t>
      </w:r>
    </w:p>
    <w:p>
      <w:pPr>
        <w:spacing w:after="60" w:line="266" w:lineRule="auto"/>
        <w:ind w:firstLine="331"/>
        <w:jc w:val="both"/>
      </w:pPr>
      <w:r>
        <w:rPr>
          <w:rFonts w:ascii="Georgia" w:hAnsi="Georgia"/>
          <w:b w:val="0"/>
          <w:i w:val="0"/>
          <w:color w:val="22201D"/>
          <w:sz w:val="20"/>
        </w:rPr>
        <w:t>The felt-hat man said, "The door might be smug."</w:t>
      </w:r>
    </w:p>
    <w:p>
      <w:pPr>
        <w:spacing w:after="60" w:line="266" w:lineRule="auto"/>
        <w:ind w:firstLine="331"/>
        <w:jc w:val="both"/>
      </w:pPr>
      <w:r>
        <w:rPr>
          <w:rFonts w:ascii="Georgia" w:hAnsi="Georgia"/>
          <w:b w:val="0"/>
          <w:i w:val="0"/>
          <w:color w:val="22201D"/>
          <w:sz w:val="20"/>
        </w:rPr>
        <w:t>Gerald looked at him.</w:t>
      </w:r>
    </w:p>
    <w:p>
      <w:pPr>
        <w:spacing w:after="60" w:line="266" w:lineRule="auto"/>
        <w:ind w:firstLine="331"/>
        <w:jc w:val="both"/>
      </w:pPr>
      <w:r>
        <w:rPr>
          <w:rFonts w:ascii="Georgia" w:hAnsi="Georgia"/>
          <w:b w:val="0"/>
          <w:i w:val="0"/>
          <w:color w:val="22201D"/>
          <w:sz w:val="20"/>
        </w:rPr>
        <w:t>"It is a door."</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"Then be precise."</w:t>
      </w:r>
    </w:p>
    <w:p>
      <w:pPr>
        <w:spacing w:after="60" w:line="266" w:lineRule="auto"/>
        <w:ind w:firstLine="331"/>
        <w:jc w:val="both"/>
      </w:pPr>
      <w:r>
        <w:rPr>
          <w:rFonts w:ascii="Georgia" w:hAnsi="Georgia"/>
          <w:b w:val="0"/>
          <w:i w:val="0"/>
          <w:color w:val="22201D"/>
          <w:sz w:val="20"/>
        </w:rPr>
        <w:t>The felt-hat man nodded gravely, as if precision around doors had long been a private failing.</w:t>
      </w:r>
    </w:p>
    <w:p>
      <w:pPr>
        <w:spacing w:after="60" w:line="266" w:lineRule="auto"/>
        <w:ind w:firstLine="331"/>
        <w:jc w:val="both"/>
      </w:pPr>
      <w:r>
        <w:rPr>
          <w:rFonts w:ascii="Georgia" w:hAnsi="Georgia"/>
          <w:b w:val="0"/>
          <w:i w:val="0"/>
          <w:color w:val="22201D"/>
          <w:sz w:val="20"/>
        </w:rPr>
        <w:t>Inside, Flocc read the review again.</w:t>
      </w:r>
    </w:p>
    <w:p>
      <w:pPr>
        <w:spacing w:after="60" w:line="250" w:lineRule="auto"/>
        <w:ind w:left="202" w:right="173"/>
      </w:pPr>
      <w:r>
        <w:rPr>
          <w:rFonts w:ascii="Georgia" w:hAnsi="Georgia"/>
          <w:b w:val="0"/>
          <w:i w:val="0"/>
          <w:color w:val="22201D"/>
          <w:sz w:val="17"/>
        </w:rPr>
        <w:t>somehow makes you feel like the problem is you for wanting dinner</w:t>
      </w:r>
    </w:p>
    <w:p>
      <w:pPr>
        <w:spacing w:after="60" w:line="266" w:lineRule="auto"/>
        <w:ind w:firstLine="331"/>
        <w:jc w:val="both"/>
      </w:pPr>
      <w:r>
        <w:rPr>
          <w:rFonts w:ascii="Georgia" w:hAnsi="Georgia"/>
          <w:b w:val="0"/>
          <w:i w:val="0"/>
          <w:color w:val="22201D"/>
          <w:sz w:val="20"/>
        </w:rPr>
        <w:t>That was the line.</w:t>
      </w:r>
    </w:p>
    <w:p>
      <w:pPr>
        <w:spacing w:after="60" w:line="266" w:lineRule="auto"/>
        <w:ind w:firstLine="331"/>
        <w:jc w:val="both"/>
      </w:pPr>
      <w:r>
        <w:rPr>
          <w:rFonts w:ascii="Georgia" w:hAnsi="Georgia"/>
          <w:b w:val="0"/>
          <w:i w:val="0"/>
          <w:color w:val="22201D"/>
          <w:sz w:val="20"/>
        </w:rPr>
        <w:t>He knew it before the papers did.</w:t>
      </w:r>
    </w:p>
    <w:p>
      <w:pPr>
        <w:spacing w:after="60" w:line="266" w:lineRule="auto"/>
        <w:ind w:firstLine="331"/>
        <w:jc w:val="both"/>
      </w:pPr>
      <w:r>
        <w:rPr>
          <w:rFonts w:ascii="Georgia" w:hAnsi="Georgia"/>
          <w:b w:val="0"/>
          <w:i w:val="0"/>
          <w:color w:val="22201D"/>
          <w:sz w:val="20"/>
        </w:rPr>
        <w:t>The review slip brightened.</w:t>
      </w:r>
    </w:p>
    <w:p>
      <w:pPr>
        <w:spacing w:after="60" w:line="266" w:lineRule="auto"/>
        <w:ind w:firstLine="331"/>
        <w:jc w:val="both"/>
      </w:pPr>
      <w:r>
        <w:rPr>
          <w:rFonts w:ascii="Georgia" w:hAnsi="Georgia"/>
          <w:b w:val="0"/>
          <w:i w:val="0"/>
          <w:color w:val="22201D"/>
          <w:sz w:val="20"/>
        </w:rPr>
        <w:t>The camera receipt printed:</w:t>
      </w:r>
    </w:p>
    <w:p>
      <w:pPr>
        <w:spacing w:after="60" w:line="250" w:lineRule="auto"/>
        <w:ind w:left="202" w:right="173"/>
      </w:pPr>
      <w:r>
        <w:rPr>
          <w:rFonts w:ascii="Georgia" w:hAnsi="Georgia"/>
          <w:b w:val="0"/>
          <w:i w:val="0"/>
          <w:color w:val="22201D"/>
          <w:sz w:val="17"/>
        </w:rPr>
        <w:t>Witness opportunity: active</w:t>
      </w:r>
    </w:p>
    <w:p>
      <w:pPr>
        <w:spacing w:after="60" w:line="266" w:lineRule="auto"/>
        <w:ind w:firstLine="331"/>
        <w:jc w:val="both"/>
      </w:pPr>
      <w:r>
        <w:rPr>
          <w:rFonts w:ascii="Georgia" w:hAnsi="Georgia"/>
          <w:b w:val="0"/>
          <w:i w:val="0"/>
          <w:color w:val="22201D"/>
          <w:sz w:val="20"/>
        </w:rPr>
        <w:t>Mara looked at Flocc.</w:t>
      </w:r>
    </w:p>
    <w:p>
      <w:pPr>
        <w:spacing w:after="60" w:line="266" w:lineRule="auto"/>
        <w:ind w:firstLine="331"/>
        <w:jc w:val="both"/>
      </w:pPr>
      <w:r>
        <w:rPr>
          <w:rFonts w:ascii="Georgia" w:hAnsi="Georgia"/>
          <w:b w:val="0"/>
          <w:i w:val="0"/>
          <w:color w:val="22201D"/>
          <w:sz w:val="20"/>
        </w:rPr>
        <w:t>He looked back.</w:t>
      </w:r>
    </w:p>
    <w:p>
      <w:pPr>
        <w:spacing w:after="60" w:line="266" w:lineRule="auto"/>
        <w:ind w:firstLine="331"/>
        <w:jc w:val="both"/>
      </w:pPr>
      <w:r>
        <w:rPr>
          <w:rFonts w:ascii="Georgia" w:hAnsi="Georgia"/>
          <w:b w:val="0"/>
          <w:i w:val="0"/>
          <w:color w:val="22201D"/>
          <w:sz w:val="20"/>
        </w:rPr>
        <w:t>"I am not going to make it about me."</w:t>
      </w:r>
    </w:p>
    <w:p>
      <w:pPr>
        <w:spacing w:after="60" w:line="266" w:lineRule="auto"/>
        <w:ind w:firstLine="331"/>
        <w:jc w:val="both"/>
      </w:pPr>
      <w:r>
        <w:rPr>
          <w:rFonts w:ascii="Georgia" w:hAnsi="Georgia"/>
          <w:b w:val="0"/>
          <w:i w:val="0"/>
          <w:color w:val="22201D"/>
          <w:sz w:val="20"/>
        </w:rPr>
        <w:t>"You already know where it touches you."</w:t>
      </w:r>
    </w:p>
    <w:p>
      <w:pPr>
        <w:spacing w:after="60" w:line="266" w:lineRule="auto"/>
        <w:ind w:firstLine="331"/>
        <w:jc w:val="both"/>
      </w:pPr>
      <w:r>
        <w:rPr>
          <w:rFonts w:ascii="Georgia" w:hAnsi="Georgia"/>
          <w:b w:val="0"/>
          <w:i w:val="0"/>
          <w:color w:val="22201D"/>
          <w:sz w:val="20"/>
        </w:rPr>
        <w:t>"That is different."</w:t>
      </w:r>
    </w:p>
    <w:p>
      <w:pPr>
        <w:spacing w:after="60" w:line="266" w:lineRule="auto"/>
        <w:ind w:firstLine="331"/>
        <w:jc w:val="both"/>
      </w:pPr>
      <w:r>
        <w:rPr>
          <w:rFonts w:ascii="Georgia" w:hAnsi="Georgia"/>
          <w:b w:val="0"/>
          <w:i w:val="0"/>
          <w:color w:val="22201D"/>
          <w:sz w:val="20"/>
        </w:rPr>
        <w:t>"It can be."</w:t>
      </w:r>
    </w:p>
    <w:p>
      <w:pPr>
        <w:spacing w:after="60" w:line="266" w:lineRule="auto"/>
        <w:ind w:firstLine="331"/>
        <w:jc w:val="both"/>
      </w:pPr>
      <w:r>
        <w:rPr>
          <w:rFonts w:ascii="Georgia" w:hAnsi="Georgia"/>
          <w:b w:val="0"/>
          <w:i w:val="0"/>
          <w:color w:val="22201D"/>
          <w:sz w:val="20"/>
        </w:rPr>
        <w:t>The Hostess opened the door.</w:t>
      </w:r>
    </w:p>
    <w:p>
      <w:pPr>
        <w:spacing w:after="60" w:line="266" w:lineRule="auto"/>
        <w:ind w:firstLine="331"/>
        <w:jc w:val="both"/>
      </w:pPr>
      <w:r>
        <w:rPr>
          <w:rFonts w:ascii="Georgia" w:hAnsi="Georgia"/>
          <w:b w:val="0"/>
          <w:i w:val="0"/>
          <w:color w:val="22201D"/>
          <w:sz w:val="20"/>
        </w:rPr>
        <w:t>Martin stepped back, though he had not been close enough for that to help.</w:t>
      </w:r>
    </w:p>
    <w:p>
      <w:pPr>
        <w:spacing w:after="60" w:line="266" w:lineRule="auto"/>
        <w:ind w:firstLine="331"/>
        <w:jc w:val="both"/>
      </w:pPr>
      <w:r>
        <w:rPr>
          <w:rFonts w:ascii="Georgia" w:hAnsi="Georgia"/>
          <w:b w:val="0"/>
          <w:i w:val="0"/>
          <w:color w:val="22201D"/>
          <w:sz w:val="20"/>
        </w:rPr>
        <w:t>"I am sorry," he said.</w:t>
      </w:r>
    </w:p>
    <w:p>
      <w:pPr>
        <w:spacing w:after="60" w:line="266" w:lineRule="auto"/>
        <w:ind w:firstLine="331"/>
        <w:jc w:val="both"/>
      </w:pPr>
      <w:r>
        <w:rPr>
          <w:rFonts w:ascii="Georgia" w:hAnsi="Georgia"/>
          <w:b w:val="0"/>
          <w:i w:val="0"/>
          <w:color w:val="22201D"/>
          <w:sz w:val="20"/>
        </w:rPr>
        <w:t>"For what?"</w:t>
      </w:r>
    </w:p>
    <w:p>
      <w:pPr>
        <w:spacing w:after="60" w:line="266" w:lineRule="auto"/>
        <w:ind w:firstLine="331"/>
        <w:jc w:val="both"/>
      </w:pPr>
      <w:r>
        <w:rPr>
          <w:rFonts w:ascii="Georgia" w:hAnsi="Georgia"/>
          <w:b w:val="0"/>
          <w:i w:val="0"/>
          <w:color w:val="22201D"/>
          <w:sz w:val="20"/>
        </w:rPr>
        <w:t>"For the review."</w:t>
      </w:r>
    </w:p>
    <w:p>
      <w:pPr>
        <w:spacing w:after="60" w:line="266" w:lineRule="auto"/>
        <w:ind w:firstLine="331"/>
        <w:jc w:val="both"/>
      </w:pPr>
      <w:r>
        <w:rPr>
          <w:rFonts w:ascii="Georgia" w:hAnsi="Georgia"/>
          <w:b w:val="0"/>
          <w:i w:val="0"/>
          <w:color w:val="22201D"/>
          <w:sz w:val="20"/>
        </w:rPr>
        <w:t>"Which part?"</w:t>
      </w:r>
    </w:p>
    <w:p>
      <w:pPr>
        <w:spacing w:after="60" w:line="266" w:lineRule="auto"/>
        <w:ind w:firstLine="331"/>
        <w:jc w:val="both"/>
      </w:pPr>
      <w:r>
        <w:rPr>
          <w:rFonts w:ascii="Georgia" w:hAnsi="Georgia"/>
          <w:b w:val="0"/>
          <w:i w:val="0"/>
          <w:color w:val="22201D"/>
          <w:sz w:val="20"/>
        </w:rPr>
        <w:t>Martin looked at the gray paper.</w:t>
      </w:r>
    </w:p>
    <w:p>
      <w:pPr>
        <w:spacing w:after="60" w:line="266" w:lineRule="auto"/>
        <w:ind w:firstLine="331"/>
        <w:jc w:val="both"/>
      </w:pPr>
      <w:r>
        <w:rPr>
          <w:rFonts w:ascii="Georgia" w:hAnsi="Georgia"/>
          <w:b w:val="0"/>
          <w:i w:val="0"/>
          <w:color w:val="22201D"/>
          <w:sz w:val="20"/>
        </w:rPr>
        <w:t>"For trying to make being frustrated into a verdict."</w:t>
      </w:r>
    </w:p>
    <w:p>
      <w:pPr>
        <w:spacing w:after="60" w:line="266" w:lineRule="auto"/>
        <w:ind w:firstLine="331"/>
        <w:jc w:val="both"/>
      </w:pPr>
      <w:r>
        <w:rPr>
          <w:rFonts w:ascii="Georgia" w:hAnsi="Georgia"/>
          <w:b w:val="0"/>
          <w:i w:val="0"/>
          <w:color w:val="22201D"/>
          <w:sz w:val="20"/>
        </w:rPr>
        <w:t>The one-star review printed:</w:t>
      </w:r>
    </w:p>
    <w:p>
      <w:pPr>
        <w:spacing w:after="60" w:line="250" w:lineRule="auto"/>
        <w:ind w:left="202" w:right="173"/>
      </w:pPr>
      <w:r>
        <w:rPr>
          <w:rFonts w:ascii="Georgia" w:hAnsi="Georgia"/>
          <w:b w:val="0"/>
          <w:i w:val="0"/>
          <w:color w:val="22201D"/>
          <w:sz w:val="17"/>
        </w:rPr>
        <w:t>Apology: partial and usable</w:t>
      </w:r>
    </w:p>
    <w:p>
      <w:pPr>
        <w:spacing w:after="60" w:line="266" w:lineRule="auto"/>
        <w:ind w:firstLine="331"/>
        <w:jc w:val="both"/>
      </w:pPr>
      <w:r>
        <w:rPr>
          <w:rFonts w:ascii="Georgia" w:hAnsi="Georgia"/>
          <w:b w:val="0"/>
          <w:i w:val="0"/>
          <w:color w:val="22201D"/>
          <w:sz w:val="20"/>
        </w:rPr>
        <w:t>The Hostess nodded once.</w:t>
      </w:r>
    </w:p>
    <w:p>
      <w:pPr>
        <w:spacing w:after="60" w:line="266" w:lineRule="auto"/>
        <w:ind w:firstLine="331"/>
        <w:jc w:val="both"/>
      </w:pPr>
      <w:r>
        <w:rPr>
          <w:rFonts w:ascii="Georgia" w:hAnsi="Georgia"/>
          <w:b w:val="0"/>
          <w:i w:val="0"/>
          <w:color w:val="22201D"/>
          <w:sz w:val="20"/>
        </w:rPr>
        <w:t>"Keep going."</w:t>
      </w:r>
    </w:p>
    <w:p>
      <w:pPr>
        <w:spacing w:after="60" w:line="266" w:lineRule="auto"/>
        <w:ind w:firstLine="331"/>
        <w:jc w:val="both"/>
      </w:pPr>
      <w:r>
        <w:rPr>
          <w:rFonts w:ascii="Georgia" w:hAnsi="Georgia"/>
          <w:b w:val="0"/>
          <w:i w:val="0"/>
          <w:color w:val="22201D"/>
          <w:sz w:val="20"/>
        </w:rPr>
        <w:t>Martin looked surprised that the apology had not ended the transaction. Apologies often hoped to be receipts for discomfort already paid. Emoji Soup had a long-standing policy against accepting them at face value when they were still warm.</w:t>
      </w:r>
    </w:p>
    <w:p>
      <w:pPr>
        <w:spacing w:after="60" w:line="266" w:lineRule="auto"/>
        <w:ind w:firstLine="331"/>
        <w:jc w:val="both"/>
      </w:pPr>
      <w:r>
        <w:rPr>
          <w:rFonts w:ascii="Georgia" w:hAnsi="Georgia"/>
          <w:b w:val="0"/>
          <w:i w:val="0"/>
          <w:color w:val="22201D"/>
          <w:sz w:val="20"/>
        </w:rPr>
        <w:t>"I wanted the restaurant to be wrong because then I would not have to feel stupid for wanting it."</w:t>
      </w:r>
    </w:p>
    <w:p>
      <w:pPr>
        <w:spacing w:after="60" w:line="266" w:lineRule="auto"/>
        <w:ind w:firstLine="331"/>
        <w:jc w:val="both"/>
      </w:pPr>
      <w:r>
        <w:rPr>
          <w:rFonts w:ascii="Georgia" w:hAnsi="Georgia"/>
          <w:b w:val="0"/>
          <w:i w:val="0"/>
          <w:color w:val="22201D"/>
          <w:sz w:val="20"/>
        </w:rPr>
        <w:t>The review printed:</w:t>
      </w:r>
    </w:p>
    <w:p>
      <w:pPr>
        <w:spacing w:after="60" w:line="250" w:lineRule="auto"/>
        <w:ind w:left="202" w:right="173"/>
      </w:pPr>
      <w:r>
        <w:rPr>
          <w:rFonts w:ascii="Georgia" w:hAnsi="Georgia"/>
          <w:b w:val="0"/>
          <w:i w:val="0"/>
          <w:color w:val="22201D"/>
          <w:sz w:val="17"/>
        </w:rPr>
        <w:t>Complaint: approaching accuracy</w:t>
      </w:r>
    </w:p>
    <w:p>
      <w:pPr>
        <w:spacing w:after="60" w:line="266" w:lineRule="auto"/>
        <w:ind w:firstLine="331"/>
        <w:jc w:val="both"/>
      </w:pPr>
      <w:r>
        <w:rPr>
          <w:rFonts w:ascii="Georgia" w:hAnsi="Georgia"/>
          <w:b w:val="0"/>
          <w:i w:val="0"/>
          <w:color w:val="22201D"/>
          <w:sz w:val="20"/>
        </w:rPr>
        <w:t>"I hate standing outside."</w:t>
      </w:r>
    </w:p>
    <w:p>
      <w:pPr>
        <w:spacing w:after="60" w:line="250" w:lineRule="auto"/>
        <w:ind w:left="202" w:right="173"/>
      </w:pPr>
      <w:r>
        <w:rPr>
          <w:rFonts w:ascii="Georgia" w:hAnsi="Georgia"/>
          <w:b w:val="0"/>
          <w:i w:val="0"/>
          <w:color w:val="22201D"/>
          <w:sz w:val="17"/>
        </w:rPr>
        <w:t>True. Not sufficient.</w:t>
      </w:r>
    </w:p>
    <w:p>
      <w:pPr>
        <w:spacing w:after="60" w:line="266" w:lineRule="auto"/>
        <w:ind w:firstLine="331"/>
        <w:jc w:val="both"/>
      </w:pPr>
      <w:r>
        <w:rPr>
          <w:rFonts w:ascii="Georgia" w:hAnsi="Georgia"/>
          <w:b w:val="0"/>
          <w:i w:val="0"/>
          <w:color w:val="22201D"/>
          <w:sz w:val="20"/>
        </w:rPr>
        <w:t>"I hate standing outside while people inside seem to know what is happening."</w:t>
      </w:r>
    </w:p>
    <w:p>
      <w:pPr>
        <w:spacing w:after="60" w:line="266" w:lineRule="auto"/>
        <w:ind w:firstLine="331"/>
        <w:jc w:val="both"/>
      </w:pPr>
      <w:r>
        <w:rPr>
          <w:rFonts w:ascii="Georgia" w:hAnsi="Georgia"/>
          <w:b w:val="0"/>
          <w:i w:val="0"/>
          <w:color w:val="22201D"/>
          <w:sz w:val="20"/>
        </w:rPr>
        <w:t>Flocc looked down.</w:t>
      </w:r>
    </w:p>
    <w:p>
      <w:pPr>
        <w:spacing w:after="60" w:line="266" w:lineRule="auto"/>
        <w:ind w:firstLine="331"/>
        <w:jc w:val="both"/>
      </w:pPr>
      <w:r>
        <w:rPr>
          <w:rFonts w:ascii="Georgia" w:hAnsi="Georgia"/>
          <w:b w:val="0"/>
          <w:i w:val="0"/>
          <w:color w:val="22201D"/>
          <w:sz w:val="20"/>
        </w:rPr>
        <w:t>Mara said nothing.</w:t>
      </w:r>
    </w:p>
    <w:p>
      <w:pPr>
        <w:spacing w:after="60" w:line="266" w:lineRule="auto"/>
        <w:ind w:firstLine="331"/>
        <w:jc w:val="both"/>
      </w:pPr>
      <w:r>
        <w:rPr>
          <w:rFonts w:ascii="Georgia" w:hAnsi="Georgia"/>
          <w:b w:val="0"/>
          <w:i w:val="0"/>
          <w:color w:val="22201D"/>
          <w:sz w:val="20"/>
        </w:rPr>
        <w:t>The review printed:</w:t>
      </w:r>
    </w:p>
    <w:p>
      <w:pPr>
        <w:spacing w:after="60" w:line="250" w:lineRule="auto"/>
        <w:ind w:left="202" w:right="173"/>
      </w:pPr>
      <w:r>
        <w:rPr>
          <w:rFonts w:ascii="Georgia" w:hAnsi="Georgia"/>
          <w:b w:val="0"/>
          <w:i w:val="0"/>
          <w:color w:val="22201D"/>
          <w:sz w:val="17"/>
        </w:rPr>
        <w:t>Truer. Continue.</w:t>
      </w:r>
    </w:p>
    <w:p>
      <w:pPr>
        <w:spacing w:after="60" w:line="266" w:lineRule="auto"/>
        <w:ind w:firstLine="331"/>
        <w:jc w:val="both"/>
      </w:pPr>
      <w:r>
        <w:rPr>
          <w:rFonts w:ascii="Georgia" w:hAnsi="Georgia"/>
          <w:b w:val="0"/>
          <w:i w:val="0"/>
          <w:color w:val="22201D"/>
          <w:sz w:val="20"/>
        </w:rPr>
        <w:t>Martin's face tightened.</w:t>
      </w:r>
    </w:p>
    <w:p>
      <w:pPr>
        <w:spacing w:after="60" w:line="266" w:lineRule="auto"/>
        <w:ind w:firstLine="331"/>
        <w:jc w:val="both"/>
      </w:pPr>
      <w:r>
        <w:rPr>
          <w:rFonts w:ascii="Georgia" w:hAnsi="Georgia"/>
          <w:b w:val="0"/>
          <w:i w:val="0"/>
          <w:color w:val="22201D"/>
          <w:sz w:val="20"/>
        </w:rPr>
        <w:t>"I hate that I thought if I called it pretentious, I could stop wanting in."</w:t>
      </w:r>
    </w:p>
    <w:p>
      <w:pPr>
        <w:spacing w:after="60" w:line="266" w:lineRule="auto"/>
        <w:ind w:firstLine="331"/>
        <w:jc w:val="both"/>
      </w:pPr>
      <w:r>
        <w:rPr>
          <w:rFonts w:ascii="Georgia" w:hAnsi="Georgia"/>
          <w:b w:val="0"/>
          <w:i w:val="0"/>
          <w:color w:val="22201D"/>
          <w:sz w:val="20"/>
        </w:rPr>
        <w:t>The gray paper went still.</w:t>
      </w:r>
    </w:p>
    <w:p>
      <w:pPr>
        <w:spacing w:after="60" w:line="266" w:lineRule="auto"/>
        <w:ind w:firstLine="331"/>
        <w:jc w:val="both"/>
      </w:pPr>
      <w:r>
        <w:rPr>
          <w:rFonts w:ascii="Georgia" w:hAnsi="Georgia"/>
          <w:b w:val="0"/>
          <w:i w:val="0"/>
          <w:color w:val="22201D"/>
          <w:sz w:val="20"/>
        </w:rPr>
        <w:t>The line went still.</w:t>
      </w:r>
    </w:p>
    <w:p>
      <w:pPr>
        <w:spacing w:after="60" w:line="266" w:lineRule="auto"/>
        <w:ind w:firstLine="331"/>
        <w:jc w:val="both"/>
      </w:pPr>
      <w:r>
        <w:rPr>
          <w:rFonts w:ascii="Georgia" w:hAnsi="Georgia"/>
          <w:b w:val="0"/>
          <w:i w:val="0"/>
          <w:color w:val="22201D"/>
          <w:sz w:val="20"/>
        </w:rPr>
        <w:t>The door did not look smug.</w:t>
      </w:r>
    </w:p>
    <w:p>
      <w:pPr>
        <w:spacing w:after="60" w:line="266" w:lineRule="auto"/>
        <w:ind w:firstLine="331"/>
        <w:jc w:val="both"/>
      </w:pPr>
      <w:r>
        <w:rPr>
          <w:rFonts w:ascii="Georgia" w:hAnsi="Georgia"/>
          <w:b w:val="0"/>
          <w:i w:val="0"/>
          <w:color w:val="22201D"/>
          <w:sz w:val="20"/>
        </w:rPr>
        <w:t>For the moment.</w:t>
      </w:r>
    </w:p>
    <w:p>
      <w:pPr>
        <w:spacing w:after="60" w:line="266" w:lineRule="auto"/>
        <w:ind w:firstLine="331"/>
        <w:jc w:val="both"/>
      </w:pPr>
      <w:r>
        <w:rPr>
          <w:rFonts w:ascii="Georgia" w:hAnsi="Georgia"/>
          <w:b w:val="0"/>
          <w:i w:val="0"/>
          <w:color w:val="22201D"/>
          <w:sz w:val="20"/>
        </w:rPr>
        <w:t>The one-star review printed:</w:t>
      </w:r>
    </w:p>
    <w:p>
      <w:pPr>
        <w:spacing w:after="60" w:line="250" w:lineRule="auto"/>
        <w:ind w:left="202" w:right="173"/>
      </w:pPr>
      <w:r>
        <w:rPr>
          <w:rFonts w:ascii="Georgia" w:hAnsi="Georgia"/>
          <w:b w:val="0"/>
          <w:i w:val="0"/>
          <w:color w:val="22201D"/>
          <w:sz w:val="17"/>
        </w:rPr>
        <w:t>Accurate complaint detected.</w:t>
      </w:r>
    </w:p>
    <w:p>
      <w:pPr>
        <w:spacing w:after="60" w:line="266" w:lineRule="auto"/>
        <w:ind w:firstLine="331"/>
        <w:jc w:val="both"/>
      </w:pPr>
      <w:r>
        <w:rPr>
          <w:rFonts w:ascii="Georgia" w:hAnsi="Georgia"/>
          <w:b w:val="0"/>
          <w:i w:val="0"/>
          <w:color w:val="22201D"/>
          <w:sz w:val="20"/>
        </w:rPr>
        <w:t>Then:</w:t>
      </w:r>
    </w:p>
    <w:p>
      <w:pPr>
        <w:spacing w:after="60" w:line="250" w:lineRule="auto"/>
        <w:ind w:left="202" w:right="173"/>
      </w:pPr>
      <w:r>
        <w:rPr>
          <w:rFonts w:ascii="Georgia" w:hAnsi="Georgia"/>
          <w:b w:val="0"/>
          <w:i w:val="0"/>
          <w:color w:val="22201D"/>
          <w:sz w:val="17"/>
        </w:rPr>
        <w:t>Rating: one star  Classification: existential accuracy</w:t>
      </w:r>
    </w:p>
    <w:p>
      <w:pPr>
        <w:spacing w:after="60" w:line="266" w:lineRule="auto"/>
        <w:ind w:firstLine="331"/>
        <w:jc w:val="both"/>
      </w:pPr>
      <w:r>
        <w:rPr>
          <w:rFonts w:ascii="Georgia" w:hAnsi="Georgia"/>
          <w:b w:val="0"/>
          <w:i w:val="0"/>
          <w:color w:val="22201D"/>
          <w:sz w:val="20"/>
        </w:rPr>
        <w:t>Steve made a small sound.</w:t>
      </w:r>
    </w:p>
    <w:p>
      <w:pPr>
        <w:spacing w:after="60" w:line="266" w:lineRule="auto"/>
        <w:ind w:firstLine="331"/>
        <w:jc w:val="both"/>
      </w:pPr>
      <w:r>
        <w:rPr>
          <w:rFonts w:ascii="Georgia" w:hAnsi="Georgia"/>
          <w:b w:val="0"/>
          <w:i w:val="0"/>
          <w:color w:val="22201D"/>
          <w:sz w:val="20"/>
        </w:rPr>
        <w:t>Gerald said, "No."</w:t>
      </w:r>
    </w:p>
    <w:p>
      <w:pPr>
        <w:spacing w:after="60" w:line="266" w:lineRule="auto"/>
        <w:ind w:firstLine="331"/>
        <w:jc w:val="both"/>
      </w:pPr>
      <w:r>
        <w:rPr>
          <w:rFonts w:ascii="Georgia" w:hAnsi="Georgia"/>
          <w:b w:val="0"/>
          <w:i w:val="0"/>
          <w:color w:val="22201D"/>
          <w:sz w:val="20"/>
        </w:rPr>
        <w:t>"I did not say anything."</w:t>
      </w:r>
    </w:p>
    <w:p>
      <w:pPr>
        <w:spacing w:after="60" w:line="266" w:lineRule="auto"/>
        <w:ind w:firstLine="331"/>
        <w:jc w:val="both"/>
      </w:pPr>
      <w:r>
        <w:rPr>
          <w:rFonts w:ascii="Georgia" w:hAnsi="Georgia"/>
          <w:b w:val="0"/>
          <w:i w:val="0"/>
          <w:color w:val="22201D"/>
          <w:sz w:val="20"/>
        </w:rPr>
        <w:t>"You made a record-keeping sound."</w:t>
      </w:r>
    </w:p>
    <w:p>
      <w:pPr>
        <w:spacing w:after="60" w:line="266" w:lineRule="auto"/>
        <w:ind w:firstLine="331"/>
        <w:jc w:val="both"/>
      </w:pPr>
      <w:r>
        <w:rPr>
          <w:rFonts w:ascii="Georgia" w:hAnsi="Georgia"/>
          <w:b w:val="0"/>
          <w:i w:val="0"/>
          <w:color w:val="22201D"/>
          <w:sz w:val="20"/>
        </w:rPr>
        <w:t>"Those are involuntary."</w:t>
      </w:r>
    </w:p>
    <w:p>
      <w:pPr>
        <w:spacing w:after="60" w:line="266" w:lineRule="auto"/>
        <w:ind w:firstLine="331"/>
        <w:jc w:val="both"/>
      </w:pPr>
      <w:r>
        <w:rPr>
          <w:rFonts w:ascii="Georgia" w:hAnsi="Georgia"/>
          <w:b w:val="0"/>
          <w:i w:val="0"/>
          <w:color w:val="22201D"/>
          <w:sz w:val="20"/>
        </w:rPr>
        <w:t>"Then control your involuntary sounds near active paper."</w:t>
      </w:r>
    </w:p>
    <w:p>
      <w:pPr>
        <w:spacing w:after="60" w:line="266" w:lineRule="auto"/>
        <w:ind w:firstLine="331"/>
        <w:jc w:val="both"/>
      </w:pPr>
      <w:r>
        <w:rPr>
          <w:rFonts w:ascii="Georgia" w:hAnsi="Georgia"/>
          <w:b w:val="0"/>
          <w:i w:val="0"/>
          <w:color w:val="22201D"/>
          <w:sz w:val="20"/>
        </w:rPr>
        <w:t>The Hostess looked at Martin.</w:t>
      </w:r>
    </w:p>
    <w:p>
      <w:pPr>
        <w:spacing w:after="60" w:line="266" w:lineRule="auto"/>
        <w:ind w:firstLine="331"/>
        <w:jc w:val="both"/>
      </w:pPr>
      <w:r>
        <w:rPr>
          <w:rFonts w:ascii="Georgia" w:hAnsi="Georgia"/>
          <w:b w:val="0"/>
          <w:i w:val="0"/>
          <w:color w:val="22201D"/>
          <w:sz w:val="20"/>
        </w:rPr>
        <w:t>"Do you want to delete it?"</w:t>
      </w:r>
    </w:p>
    <w:p>
      <w:pPr>
        <w:spacing w:after="60" w:line="266" w:lineRule="auto"/>
        <w:ind w:firstLine="331"/>
        <w:jc w:val="both"/>
      </w:pPr>
      <w:r>
        <w:rPr>
          <w:rFonts w:ascii="Georgia" w:hAnsi="Georgia"/>
          <w:b w:val="0"/>
          <w:i w:val="0"/>
          <w:color w:val="22201D"/>
          <w:sz w:val="20"/>
        </w:rPr>
        <w:t>He looked at the review.</w:t>
      </w:r>
    </w:p>
    <w:p>
      <w:pPr>
        <w:spacing w:after="60" w:line="266" w:lineRule="auto"/>
        <w:ind w:firstLine="331"/>
        <w:jc w:val="both"/>
      </w:pPr>
      <w:r>
        <w:rPr>
          <w:rFonts w:ascii="Georgia" w:hAnsi="Georgia"/>
          <w:b w:val="0"/>
          <w:i w:val="0"/>
          <w:color w:val="22201D"/>
          <w:sz w:val="20"/>
        </w:rPr>
        <w:t>"Not if it says that."</w:t>
      </w:r>
    </w:p>
    <w:p>
      <w:pPr>
        <w:spacing w:after="60" w:line="266" w:lineRule="auto"/>
        <w:ind w:firstLine="331"/>
        <w:jc w:val="both"/>
      </w:pPr>
      <w:r>
        <w:rPr>
          <w:rFonts w:ascii="Georgia" w:hAnsi="Georgia"/>
          <w:b w:val="0"/>
          <w:i w:val="0"/>
          <w:color w:val="22201D"/>
          <w:sz w:val="20"/>
        </w:rPr>
        <w:t>"It does not yet say only that."</w:t>
      </w:r>
    </w:p>
    <w:p>
      <w:pPr>
        <w:spacing w:after="60" w:line="266" w:lineRule="auto"/>
        <w:ind w:firstLine="331"/>
        <w:jc w:val="both"/>
      </w:pPr>
      <w:r>
        <w:rPr>
          <w:rFonts w:ascii="Georgia" w:hAnsi="Georgia"/>
          <w:b w:val="0"/>
          <w:i w:val="0"/>
          <w:color w:val="22201D"/>
          <w:sz w:val="20"/>
        </w:rPr>
        <w:t>The one-star review shifted.</w:t>
      </w:r>
    </w:p>
    <w:p>
      <w:pPr>
        <w:spacing w:after="60" w:line="266" w:lineRule="auto"/>
        <w:ind w:firstLine="331"/>
        <w:jc w:val="both"/>
      </w:pPr>
      <w:r>
        <w:rPr>
          <w:rFonts w:ascii="Georgia" w:hAnsi="Georgia"/>
          <w:b w:val="0"/>
          <w:i w:val="0"/>
          <w:color w:val="22201D"/>
          <w:sz w:val="20"/>
        </w:rPr>
        <w:t>The extra lines moved aside, as if giving the accurate complaint room to breathe.</w:t>
      </w:r>
    </w:p>
    <w:p>
      <w:pPr>
        <w:spacing w:after="60" w:line="266" w:lineRule="auto"/>
        <w:ind w:firstLine="331"/>
        <w:jc w:val="both"/>
      </w:pPr>
      <w:r>
        <w:rPr>
          <w:rFonts w:ascii="Georgia" w:hAnsi="Georgia"/>
          <w:b w:val="0"/>
          <w:i w:val="0"/>
          <w:color w:val="22201D"/>
          <w:sz w:val="20"/>
        </w:rPr>
        <w:t>The review now read:</w:t>
      </w:r>
    </w:p>
    <w:p>
      <w:pPr>
        <w:spacing w:after="60" w:line="250" w:lineRule="auto"/>
        <w:ind w:left="202" w:right="173"/>
      </w:pPr>
      <w:r>
        <w:rPr>
          <w:rFonts w:ascii="Georgia" w:hAnsi="Georgia"/>
          <w:b w:val="0"/>
          <w:i w:val="0"/>
          <w:color w:val="22201D"/>
          <w:sz w:val="17"/>
        </w:rPr>
        <w:t>ONE STAR  I hate that I thought if I called it pretentious, I could stop wanting in.</w:t>
      </w:r>
    </w:p>
    <w:p>
      <w:pPr>
        <w:spacing w:after="60" w:line="266" w:lineRule="auto"/>
        <w:ind w:firstLine="331"/>
        <w:jc w:val="both"/>
      </w:pPr>
      <w:r>
        <w:rPr>
          <w:rFonts w:ascii="Georgia" w:hAnsi="Georgia"/>
          <w:b w:val="0"/>
          <w:i w:val="0"/>
          <w:color w:val="22201D"/>
          <w:sz w:val="20"/>
        </w:rPr>
        <w:t>Below that:</w:t>
      </w:r>
    </w:p>
    <w:p>
      <w:pPr>
        <w:spacing w:after="60" w:line="250" w:lineRule="auto"/>
        <w:ind w:left="202" w:right="173"/>
      </w:pPr>
      <w:r>
        <w:rPr>
          <w:rFonts w:ascii="Georgia" w:hAnsi="Georgia"/>
          <w:b w:val="0"/>
          <w:i w:val="0"/>
          <w:color w:val="22201D"/>
          <w:sz w:val="17"/>
        </w:rPr>
        <w:t>Would not recommend until you are ready to know whether you are waiting or performing.</w:t>
      </w:r>
    </w:p>
    <w:p>
      <w:pPr>
        <w:spacing w:after="60" w:line="266" w:lineRule="auto"/>
        <w:ind w:firstLine="331"/>
        <w:jc w:val="both"/>
      </w:pPr>
      <w:r>
        <w:rPr>
          <w:rFonts w:ascii="Georgia" w:hAnsi="Georgia"/>
          <w:b w:val="0"/>
          <w:i w:val="0"/>
          <w:color w:val="22201D"/>
          <w:sz w:val="20"/>
        </w:rPr>
        <w:t>The line absorbed this with visible discomfort.</w:t>
      </w:r>
    </w:p>
    <w:p>
      <w:pPr>
        <w:spacing w:after="60" w:line="266" w:lineRule="auto"/>
        <w:ind w:firstLine="331"/>
        <w:jc w:val="both"/>
      </w:pPr>
      <w:r>
        <w:rPr>
          <w:rFonts w:ascii="Georgia" w:hAnsi="Georgia"/>
          <w:b w:val="0"/>
          <w:i w:val="0"/>
          <w:color w:val="22201D"/>
          <w:sz w:val="20"/>
        </w:rPr>
        <w:t>Nico said, "That is actually useful."</w:t>
      </w:r>
    </w:p>
    <w:p>
      <w:pPr>
        <w:spacing w:after="60" w:line="266" w:lineRule="auto"/>
        <w:ind w:firstLine="331"/>
        <w:jc w:val="both"/>
      </w:pPr>
      <w:r>
        <w:rPr>
          <w:rFonts w:ascii="Georgia" w:hAnsi="Georgia"/>
          <w:b w:val="0"/>
          <w:i w:val="0"/>
          <w:color w:val="22201D"/>
          <w:sz w:val="20"/>
        </w:rPr>
        <w:t>The camera receipt printed:</w:t>
      </w:r>
    </w:p>
    <w:p>
      <w:pPr>
        <w:spacing w:after="60" w:line="250" w:lineRule="auto"/>
        <w:ind w:left="202" w:right="173"/>
      </w:pPr>
      <w:r>
        <w:rPr>
          <w:rFonts w:ascii="Georgia" w:hAnsi="Georgia"/>
          <w:b w:val="0"/>
          <w:i w:val="0"/>
          <w:color w:val="22201D"/>
          <w:sz w:val="17"/>
        </w:rPr>
        <w:t>Do not make usefulness a caption.</w:t>
      </w:r>
    </w:p>
    <w:p>
      <w:pPr>
        <w:spacing w:after="60" w:line="266" w:lineRule="auto"/>
        <w:ind w:firstLine="331"/>
        <w:jc w:val="both"/>
      </w:pPr>
      <w:r>
        <w:rPr>
          <w:rFonts w:ascii="Georgia" w:hAnsi="Georgia"/>
          <w:b w:val="0"/>
          <w:i w:val="0"/>
          <w:color w:val="22201D"/>
          <w:sz w:val="20"/>
        </w:rPr>
        <w:t>Nico said, "I was thinking it, not filming it."</w:t>
      </w:r>
    </w:p>
    <w:p>
      <w:pPr>
        <w:spacing w:after="60" w:line="250" w:lineRule="auto"/>
        <w:ind w:left="202" w:right="173"/>
      </w:pPr>
      <w:r>
        <w:rPr>
          <w:rFonts w:ascii="Georgia" w:hAnsi="Georgia"/>
          <w:b w:val="0"/>
          <w:i w:val="0"/>
          <w:color w:val="22201D"/>
          <w:sz w:val="17"/>
        </w:rPr>
        <w:t>Composing: under observation</w:t>
      </w:r>
    </w:p>
    <w:p>
      <w:pPr>
        <w:spacing w:after="60" w:line="266" w:lineRule="auto"/>
        <w:ind w:firstLine="331"/>
        <w:jc w:val="both"/>
      </w:pPr>
      <w:r>
        <w:rPr>
          <w:rFonts w:ascii="Georgia" w:hAnsi="Georgia"/>
          <w:b w:val="0"/>
          <w:i w:val="0"/>
          <w:color w:val="22201D"/>
          <w:sz w:val="20"/>
        </w:rPr>
        <w:t>Nico put both hands in their pockets.</w:t>
      </w:r>
    </w:p>
    <w:p>
      <w:pPr>
        <w:spacing w:after="60" w:line="266" w:lineRule="auto"/>
        <w:ind w:firstLine="331"/>
        <w:jc w:val="both"/>
      </w:pPr>
      <w:r>
        <w:rPr>
          <w:rFonts w:ascii="Georgia" w:hAnsi="Georgia"/>
          <w:b w:val="0"/>
          <w:i w:val="0"/>
          <w:color w:val="22201D"/>
          <w:sz w:val="20"/>
        </w:rPr>
        <w:t>The Hostess turned the one-star review toward the room.</w:t>
      </w:r>
    </w:p>
    <w:p>
      <w:pPr>
        <w:spacing w:after="60" w:line="266" w:lineRule="auto"/>
        <w:ind w:firstLine="331"/>
        <w:jc w:val="both"/>
      </w:pPr>
      <w:r>
        <w:rPr>
          <w:rFonts w:ascii="Georgia" w:hAnsi="Georgia"/>
          <w:b w:val="0"/>
          <w:i w:val="0"/>
          <w:color w:val="22201D"/>
          <w:sz w:val="20"/>
        </w:rPr>
        <w:t>"Response?"</w:t>
      </w:r>
    </w:p>
    <w:p>
      <w:pPr>
        <w:spacing w:after="60" w:line="266" w:lineRule="auto"/>
        <w:ind w:firstLine="331"/>
        <w:jc w:val="both"/>
      </w:pPr>
      <w:r>
        <w:rPr>
          <w:rFonts w:ascii="Georgia" w:hAnsi="Georgia"/>
          <w:b w:val="0"/>
          <w:i w:val="0"/>
          <w:color w:val="22201D"/>
          <w:sz w:val="20"/>
        </w:rPr>
        <w:t>No one answered.</w:t>
      </w:r>
    </w:p>
    <w:p>
      <w:pPr>
        <w:spacing w:after="60" w:line="266" w:lineRule="auto"/>
        <w:ind w:firstLine="331"/>
        <w:jc w:val="both"/>
      </w:pPr>
      <w:r>
        <w:rPr>
          <w:rFonts w:ascii="Georgia" w:hAnsi="Georgia"/>
          <w:b w:val="0"/>
          <w:i w:val="0"/>
          <w:color w:val="22201D"/>
          <w:sz w:val="20"/>
        </w:rPr>
        <w:t>This was wise.</w:t>
      </w:r>
    </w:p>
    <w:p>
      <w:pPr>
        <w:spacing w:after="60" w:line="266" w:lineRule="auto"/>
        <w:ind w:firstLine="331"/>
        <w:jc w:val="both"/>
      </w:pPr>
      <w:r>
        <w:rPr>
          <w:rFonts w:ascii="Georgia" w:hAnsi="Georgia"/>
          <w:b w:val="0"/>
          <w:i w:val="0"/>
          <w:color w:val="22201D"/>
          <w:sz w:val="20"/>
        </w:rPr>
        <w:t>Then Flocc, who had not been wise as consistently as one might prefer, said, "Thank you for your honesty?"</w:t>
      </w:r>
    </w:p>
    <w:p>
      <w:pPr>
        <w:spacing w:after="60" w:line="266" w:lineRule="auto"/>
        <w:ind w:firstLine="331"/>
        <w:jc w:val="both"/>
      </w:pPr>
      <w:r>
        <w:rPr>
          <w:rFonts w:ascii="Georgia" w:hAnsi="Georgia"/>
          <w:b w:val="0"/>
          <w:i w:val="0"/>
          <w:color w:val="22201D"/>
          <w:sz w:val="20"/>
        </w:rPr>
        <w:t>The room looked at him.</w:t>
      </w:r>
    </w:p>
    <w:p>
      <w:pPr>
        <w:spacing w:after="60" w:line="266" w:lineRule="auto"/>
        <w:ind w:firstLine="331"/>
        <w:jc w:val="both"/>
      </w:pPr>
      <w:r>
        <w:rPr>
          <w:rFonts w:ascii="Georgia" w:hAnsi="Georgia"/>
          <w:b w:val="0"/>
          <w:i w:val="0"/>
          <w:color w:val="22201D"/>
          <w:sz w:val="20"/>
        </w:rPr>
        <w:t>He felt himself wilt.</w:t>
      </w:r>
    </w:p>
    <w:p>
      <w:pPr>
        <w:spacing w:after="60" w:line="266" w:lineRule="auto"/>
        <w:ind w:firstLine="331"/>
        <w:jc w:val="both"/>
      </w:pPr>
      <w:r>
        <w:rPr>
          <w:rFonts w:ascii="Georgia" w:hAnsi="Georgia"/>
          <w:b w:val="0"/>
          <w:i w:val="0"/>
          <w:color w:val="22201D"/>
          <w:sz w:val="20"/>
        </w:rPr>
        <w:t>"Too normal."</w:t>
      </w:r>
    </w:p>
    <w:p>
      <w:pPr>
        <w:spacing w:after="60" w:line="266" w:lineRule="auto"/>
        <w:ind w:firstLine="331"/>
        <w:jc w:val="both"/>
      </w:pPr>
      <w:r>
        <w:rPr>
          <w:rFonts w:ascii="Georgia" w:hAnsi="Georgia"/>
          <w:b w:val="0"/>
          <w:i w:val="0"/>
          <w:color w:val="22201D"/>
          <w:sz w:val="20"/>
        </w:rPr>
        <w:t>The menu printed:</w:t>
      </w:r>
    </w:p>
    <w:p>
      <w:pPr>
        <w:spacing w:after="60" w:line="250" w:lineRule="auto"/>
        <w:ind w:left="202" w:right="173"/>
      </w:pPr>
      <w:r>
        <w:rPr>
          <w:rFonts w:ascii="Georgia" w:hAnsi="Georgia"/>
          <w:b w:val="0"/>
          <w:i w:val="0"/>
          <w:color w:val="22201D"/>
          <w:sz w:val="17"/>
        </w:rPr>
        <w:t>Too normal.</w:t>
      </w:r>
    </w:p>
    <w:p>
      <w:pPr>
        <w:spacing w:after="60" w:line="266" w:lineRule="auto"/>
        <w:ind w:firstLine="331"/>
        <w:jc w:val="both"/>
      </w:pPr>
      <w:r>
        <w:rPr>
          <w:rFonts w:ascii="Georgia" w:hAnsi="Georgia"/>
          <w:b w:val="0"/>
          <w:i w:val="0"/>
          <w:color w:val="22201D"/>
          <w:sz w:val="20"/>
        </w:rPr>
        <w:t>"I said it first."</w:t>
      </w:r>
    </w:p>
    <w:p>
      <w:pPr>
        <w:spacing w:after="60" w:line="250" w:lineRule="auto"/>
        <w:ind w:left="202" w:right="173"/>
      </w:pPr>
      <w:r>
        <w:rPr>
          <w:rFonts w:ascii="Georgia" w:hAnsi="Georgia"/>
          <w:b w:val="0"/>
          <w:i w:val="0"/>
          <w:color w:val="22201D"/>
          <w:sz w:val="17"/>
        </w:rPr>
        <w:t>Independently confirmed.</w:t>
      </w:r>
    </w:p>
    <w:p>
      <w:pPr>
        <w:spacing w:after="60" w:line="266" w:lineRule="auto"/>
        <w:ind w:firstLine="331"/>
        <w:jc w:val="both"/>
      </w:pPr>
      <w:r>
        <w:rPr>
          <w:rFonts w:ascii="Georgia" w:hAnsi="Georgia"/>
          <w:b w:val="0"/>
          <w:i w:val="0"/>
          <w:color w:val="22201D"/>
          <w:sz w:val="20"/>
        </w:rPr>
        <w:t>Mara said, "Try less customer service."</w:t>
      </w:r>
    </w:p>
    <w:p>
      <w:pPr>
        <w:spacing w:after="60" w:line="266" w:lineRule="auto"/>
        <w:ind w:firstLine="331"/>
        <w:jc w:val="both"/>
      </w:pPr>
      <w:r>
        <w:rPr>
          <w:rFonts w:ascii="Georgia" w:hAnsi="Georgia"/>
          <w:b w:val="0"/>
          <w:i w:val="0"/>
          <w:color w:val="22201D"/>
          <w:sz w:val="20"/>
        </w:rPr>
        <w:t>Steve cleared his throat.</w:t>
      </w:r>
    </w:p>
    <w:p>
      <w:pPr>
        <w:spacing w:after="60" w:line="266" w:lineRule="auto"/>
        <w:ind w:firstLine="331"/>
        <w:jc w:val="both"/>
      </w:pPr>
      <w:r>
        <w:rPr>
          <w:rFonts w:ascii="Georgia" w:hAnsi="Georgia"/>
          <w:b w:val="0"/>
          <w:i w:val="0"/>
          <w:color w:val="22201D"/>
          <w:sz w:val="20"/>
        </w:rPr>
        <w:t>"We could acknowledge the complaint and clarify that access is not currently available."</w:t>
      </w:r>
    </w:p>
    <w:p>
      <w:pPr>
        <w:spacing w:after="60" w:line="266" w:lineRule="auto"/>
        <w:ind w:firstLine="331"/>
        <w:jc w:val="both"/>
      </w:pPr>
      <w:r>
        <w:rPr>
          <w:rFonts w:ascii="Georgia" w:hAnsi="Georgia"/>
          <w:b w:val="0"/>
          <w:i w:val="0"/>
          <w:color w:val="22201D"/>
          <w:sz w:val="20"/>
        </w:rPr>
        <w:t>The Hostess said, "Too office."</w:t>
      </w:r>
    </w:p>
    <w:p>
      <w:pPr>
        <w:spacing w:after="60" w:line="266" w:lineRule="auto"/>
        <w:ind w:firstLine="331"/>
        <w:jc w:val="both"/>
      </w:pPr>
      <w:r>
        <w:rPr>
          <w:rFonts w:ascii="Georgia" w:hAnsi="Georgia"/>
          <w:b w:val="0"/>
          <w:i w:val="0"/>
          <w:color w:val="22201D"/>
          <w:sz w:val="20"/>
        </w:rPr>
        <w:t>Steve nodded, wounded but not surprised.</w:t>
      </w:r>
    </w:p>
    <w:p>
      <w:pPr>
        <w:spacing w:after="60" w:line="266" w:lineRule="auto"/>
        <w:ind w:firstLine="331"/>
        <w:jc w:val="both"/>
      </w:pPr>
      <w:r>
        <w:rPr>
          <w:rFonts w:ascii="Georgia" w:hAnsi="Georgia"/>
          <w:b w:val="0"/>
          <w:i w:val="0"/>
          <w:color w:val="22201D"/>
          <w:sz w:val="20"/>
        </w:rPr>
        <w:t>Gerald said, "We should not imply service."</w:t>
      </w:r>
    </w:p>
    <w:p>
      <w:pPr>
        <w:spacing w:after="60" w:line="266" w:lineRule="auto"/>
        <w:ind w:firstLine="331"/>
        <w:jc w:val="both"/>
      </w:pPr>
      <w:r>
        <w:rPr>
          <w:rFonts w:ascii="Georgia" w:hAnsi="Georgia"/>
          <w:b w:val="0"/>
          <w:i w:val="0"/>
          <w:color w:val="22201D"/>
          <w:sz w:val="20"/>
        </w:rPr>
        <w:t>"Correct," said the Hostess.</w:t>
      </w:r>
    </w:p>
    <w:p>
      <w:pPr>
        <w:spacing w:after="60" w:line="266" w:lineRule="auto"/>
        <w:ind w:firstLine="331"/>
        <w:jc w:val="both"/>
      </w:pPr>
      <w:r>
        <w:rPr>
          <w:rFonts w:ascii="Georgia" w:hAnsi="Georgia"/>
          <w:b w:val="0"/>
          <w:i w:val="0"/>
          <w:color w:val="22201D"/>
          <w:sz w:val="20"/>
        </w:rPr>
        <w:t>Bob opened the kitchen door two inches.</w:t>
      </w:r>
    </w:p>
    <w:p>
      <w:pPr>
        <w:spacing w:after="60" w:line="266" w:lineRule="auto"/>
        <w:ind w:firstLine="331"/>
        <w:jc w:val="both"/>
      </w:pPr>
      <w:r>
        <w:rPr>
          <w:rFonts w:ascii="Georgia" w:hAnsi="Georgia"/>
          <w:b w:val="0"/>
          <w:i w:val="0"/>
          <w:color w:val="22201D"/>
          <w:sz w:val="20"/>
        </w:rPr>
        <w:t>"Say the star is accurate but not enough light to eat by."</w:t>
      </w:r>
    </w:p>
    <w:p>
      <w:pPr>
        <w:spacing w:after="60" w:line="266" w:lineRule="auto"/>
        <w:ind w:firstLine="331"/>
        <w:jc w:val="both"/>
      </w:pPr>
      <w:r>
        <w:rPr>
          <w:rFonts w:ascii="Georgia" w:hAnsi="Georgia"/>
          <w:b w:val="0"/>
          <w:i w:val="0"/>
          <w:color w:val="22201D"/>
          <w:sz w:val="20"/>
        </w:rPr>
        <w:t>The room paused.</w:t>
      </w:r>
    </w:p>
    <w:p>
      <w:pPr>
        <w:spacing w:after="60" w:line="266" w:lineRule="auto"/>
        <w:ind w:firstLine="331"/>
        <w:jc w:val="both"/>
      </w:pPr>
      <w:r>
        <w:rPr>
          <w:rFonts w:ascii="Georgia" w:hAnsi="Georgia"/>
          <w:b w:val="0"/>
          <w:i w:val="0"/>
          <w:color w:val="22201D"/>
          <w:sz w:val="20"/>
        </w:rPr>
        <w:t>The Hostess looked at him.</w:t>
      </w:r>
    </w:p>
    <w:p>
      <w:pPr>
        <w:spacing w:after="60" w:line="266" w:lineRule="auto"/>
        <w:ind w:firstLine="331"/>
        <w:jc w:val="both"/>
      </w:pPr>
      <w:r>
        <w:rPr>
          <w:rFonts w:ascii="Georgia" w:hAnsi="Georgia"/>
          <w:b w:val="0"/>
          <w:i w:val="0"/>
          <w:color w:val="22201D"/>
          <w:sz w:val="20"/>
        </w:rPr>
        <w:t>"Closer."</w:t>
      </w:r>
    </w:p>
    <w:p>
      <w:pPr>
        <w:spacing w:after="60" w:line="266" w:lineRule="auto"/>
        <w:ind w:firstLine="331"/>
        <w:jc w:val="both"/>
      </w:pPr>
      <w:r>
        <w:rPr>
          <w:rFonts w:ascii="Georgia" w:hAnsi="Georgia"/>
          <w:b w:val="0"/>
          <w:i w:val="0"/>
          <w:color w:val="22201D"/>
          <w:sz w:val="20"/>
        </w:rPr>
        <w:t>Bob looked satisfied and vanished.</w:t>
      </w:r>
    </w:p>
    <w:p>
      <w:pPr>
        <w:spacing w:after="60" w:line="266" w:lineRule="auto"/>
        <w:ind w:firstLine="331"/>
        <w:jc w:val="both"/>
      </w:pPr>
      <w:r>
        <w:rPr>
          <w:rFonts w:ascii="Georgia" w:hAnsi="Georgia"/>
          <w:b w:val="0"/>
          <w:i w:val="0"/>
          <w:color w:val="22201D"/>
          <w:sz w:val="20"/>
        </w:rPr>
        <w:t>The one-star review printed:</w:t>
      </w:r>
    </w:p>
    <w:p>
      <w:pPr>
        <w:spacing w:after="60" w:line="250" w:lineRule="auto"/>
        <w:ind w:left="202" w:right="173"/>
      </w:pPr>
      <w:r>
        <w:rPr>
          <w:rFonts w:ascii="Georgia" w:hAnsi="Georgia"/>
          <w:b w:val="0"/>
          <w:i w:val="0"/>
          <w:color w:val="22201D"/>
          <w:sz w:val="17"/>
        </w:rPr>
        <w:t>Draft response: One star is enough to locate dissatisfaction. It is not enough to locate hunger.</w:t>
      </w:r>
    </w:p>
    <w:p>
      <w:pPr>
        <w:spacing w:after="60" w:line="266" w:lineRule="auto"/>
        <w:ind w:firstLine="331"/>
        <w:jc w:val="both"/>
      </w:pPr>
      <w:r>
        <w:rPr>
          <w:rFonts w:ascii="Georgia" w:hAnsi="Georgia"/>
          <w:b w:val="0"/>
          <w:i w:val="0"/>
          <w:color w:val="22201D"/>
          <w:sz w:val="20"/>
        </w:rPr>
        <w:t>The Hostess read it.</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The review response continued:</w:t>
      </w:r>
    </w:p>
    <w:p>
      <w:pPr>
        <w:spacing w:after="60" w:line="250" w:lineRule="auto"/>
        <w:ind w:left="202" w:right="173"/>
      </w:pPr>
      <w:r>
        <w:rPr>
          <w:rFonts w:ascii="Georgia" w:hAnsi="Georgia"/>
          <w:b w:val="0"/>
          <w:i w:val="0"/>
          <w:color w:val="22201D"/>
          <w:sz w:val="17"/>
        </w:rPr>
        <w:t>Your complaint is accepted where it becomes specific: you wanted in and tried to make wanting look like judgment.  Reservation: not granted  Waiting: possible  Next correction: name what should be on the list</w:t>
      </w:r>
    </w:p>
    <w:p>
      <w:pPr>
        <w:spacing w:after="60" w:line="266" w:lineRule="auto"/>
        <w:ind w:firstLine="331"/>
        <w:jc w:val="both"/>
      </w:pPr>
      <w:r>
        <w:rPr>
          <w:rFonts w:ascii="Georgia" w:hAnsi="Georgia"/>
          <w:b w:val="0"/>
          <w:i w:val="0"/>
          <w:color w:val="22201D"/>
          <w:sz w:val="20"/>
        </w:rPr>
        <w:t>The reservation error printed:</w:t>
      </w:r>
    </w:p>
    <w:p>
      <w:pPr>
        <w:spacing w:after="60" w:line="250" w:lineRule="auto"/>
        <w:ind w:left="202" w:right="173"/>
      </w:pPr>
      <w:r>
        <w:rPr>
          <w:rFonts w:ascii="Georgia" w:hAnsi="Georgia"/>
          <w:b w:val="0"/>
          <w:i w:val="0"/>
          <w:color w:val="22201D"/>
          <w:sz w:val="17"/>
        </w:rPr>
        <w:t>List function requested.</w:t>
      </w:r>
    </w:p>
    <w:p>
      <w:pPr>
        <w:spacing w:after="60" w:line="266" w:lineRule="auto"/>
        <w:ind w:firstLine="331"/>
        <w:jc w:val="both"/>
      </w:pPr>
      <w:r>
        <w:rPr>
          <w:rFonts w:ascii="Georgia" w:hAnsi="Georgia"/>
          <w:b w:val="0"/>
          <w:i w:val="0"/>
          <w:color w:val="22201D"/>
          <w:sz w:val="20"/>
        </w:rPr>
        <w:t>The table card printed:</w:t>
      </w:r>
    </w:p>
    <w:p>
      <w:pPr>
        <w:spacing w:after="60" w:line="250" w:lineRule="auto"/>
        <w:ind w:left="202" w:right="173"/>
      </w:pPr>
      <w:r>
        <w:rPr>
          <w:rFonts w:ascii="Georgia" w:hAnsi="Georgia"/>
          <w:b w:val="0"/>
          <w:i w:val="0"/>
          <w:color w:val="22201D"/>
          <w:sz w:val="17"/>
        </w:rPr>
        <w:t>Waiting state expanding.</w:t>
      </w:r>
    </w:p>
    <w:p>
      <w:pPr>
        <w:spacing w:after="60" w:line="266" w:lineRule="auto"/>
        <w:ind w:firstLine="331"/>
        <w:jc w:val="both"/>
      </w:pPr>
      <w:r>
        <w:rPr>
          <w:rFonts w:ascii="Georgia" w:hAnsi="Georgia"/>
          <w:b w:val="0"/>
          <w:i w:val="0"/>
          <w:color w:val="22201D"/>
          <w:sz w:val="20"/>
        </w:rPr>
        <w:t>The Hostess looked toward the line.</w:t>
      </w:r>
    </w:p>
    <w:p>
      <w:pPr>
        <w:spacing w:after="60" w:line="266" w:lineRule="auto"/>
        <w:ind w:firstLine="331"/>
        <w:jc w:val="both"/>
      </w:pPr>
      <w:r>
        <w:rPr>
          <w:rFonts w:ascii="Georgia" w:hAnsi="Georgia"/>
          <w:b w:val="0"/>
          <w:i w:val="0"/>
          <w:color w:val="22201D"/>
          <w:sz w:val="20"/>
        </w:rPr>
        <w:t>"This is why complaint can be useful."</w:t>
      </w:r>
    </w:p>
    <w:p>
      <w:pPr>
        <w:spacing w:after="60" w:line="266" w:lineRule="auto"/>
        <w:ind w:firstLine="331"/>
        <w:jc w:val="both"/>
      </w:pPr>
      <w:r>
        <w:rPr>
          <w:rFonts w:ascii="Georgia" w:hAnsi="Georgia"/>
          <w:b w:val="0"/>
          <w:i w:val="0"/>
          <w:color w:val="22201D"/>
          <w:sz w:val="20"/>
        </w:rPr>
        <w:t>Martin looked both ashamed and relieved.</w:t>
      </w:r>
    </w:p>
    <w:p>
      <w:pPr>
        <w:spacing w:after="60" w:line="266" w:lineRule="auto"/>
        <w:ind w:firstLine="331"/>
        <w:jc w:val="both"/>
      </w:pPr>
      <w:r>
        <w:rPr>
          <w:rFonts w:ascii="Georgia" w:hAnsi="Georgia"/>
          <w:b w:val="0"/>
          <w:i w:val="0"/>
          <w:color w:val="22201D"/>
          <w:sz w:val="20"/>
        </w:rPr>
        <w:t>"Because it gets answered?"</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"Because it is true?"</w:t>
      </w:r>
    </w:p>
    <w:p>
      <w:pPr>
        <w:spacing w:after="60" w:line="266" w:lineRule="auto"/>
        <w:ind w:firstLine="331"/>
        <w:jc w:val="both"/>
      </w:pPr>
      <w:r>
        <w:rPr>
          <w:rFonts w:ascii="Georgia" w:hAnsi="Georgia"/>
          <w:b w:val="0"/>
          <w:i w:val="0"/>
          <w:color w:val="22201D"/>
          <w:sz w:val="20"/>
        </w:rPr>
        <w:t>"Closer."</w:t>
      </w:r>
    </w:p>
    <w:p>
      <w:pPr>
        <w:spacing w:after="60" w:line="266" w:lineRule="auto"/>
        <w:ind w:firstLine="331"/>
        <w:jc w:val="both"/>
      </w:pPr>
      <w:r>
        <w:rPr>
          <w:rFonts w:ascii="Georgia" w:hAnsi="Georgia"/>
          <w:b w:val="0"/>
          <w:i w:val="0"/>
          <w:color w:val="22201D"/>
          <w:sz w:val="20"/>
        </w:rPr>
        <w:t>The Hostess placed the gray review beneath the camera receipt.</w:t>
      </w:r>
    </w:p>
    <w:p>
      <w:pPr>
        <w:spacing w:after="60" w:line="266" w:lineRule="auto"/>
        <w:ind w:firstLine="331"/>
        <w:jc w:val="both"/>
      </w:pPr>
      <w:r>
        <w:rPr>
          <w:rFonts w:ascii="Georgia" w:hAnsi="Georgia"/>
          <w:b w:val="0"/>
          <w:i w:val="0"/>
          <w:color w:val="22201D"/>
          <w:sz w:val="20"/>
        </w:rPr>
        <w:t>"Because it stops needing to be a performance before praise does."</w:t>
      </w:r>
    </w:p>
    <w:p>
      <w:pPr>
        <w:spacing w:after="60" w:line="266" w:lineRule="auto"/>
        <w:ind w:firstLine="331"/>
        <w:jc w:val="both"/>
      </w:pPr>
      <w:r>
        <w:rPr>
          <w:rFonts w:ascii="Georgia" w:hAnsi="Georgia"/>
          <w:b w:val="0"/>
          <w:i w:val="0"/>
          <w:color w:val="22201D"/>
          <w:sz w:val="20"/>
        </w:rPr>
        <w:t>The review slip, the first beautiful and false review, dimmed.</w:t>
      </w:r>
    </w:p>
    <w:p>
      <w:pPr>
        <w:spacing w:after="60" w:line="266" w:lineRule="auto"/>
        <w:ind w:firstLine="331"/>
        <w:jc w:val="both"/>
      </w:pPr>
      <w:r>
        <w:rPr>
          <w:rFonts w:ascii="Georgia" w:hAnsi="Georgia"/>
          <w:b w:val="0"/>
          <w:i w:val="0"/>
          <w:color w:val="22201D"/>
          <w:sz w:val="20"/>
        </w:rPr>
        <w:t>Not in defeat.</w:t>
      </w:r>
    </w:p>
    <w:p>
      <w:pPr>
        <w:spacing w:after="60" w:line="266" w:lineRule="auto"/>
        <w:ind w:firstLine="331"/>
        <w:jc w:val="both"/>
      </w:pPr>
      <w:r>
        <w:rPr>
          <w:rFonts w:ascii="Georgia" w:hAnsi="Georgia"/>
          <w:b w:val="0"/>
          <w:i w:val="0"/>
          <w:color w:val="22201D"/>
          <w:sz w:val="20"/>
        </w:rPr>
        <w:t>In thought.</w:t>
      </w:r>
    </w:p>
    <w:p>
      <w:pPr>
        <w:spacing w:after="60" w:line="266" w:lineRule="auto"/>
        <w:ind w:firstLine="331"/>
        <w:jc w:val="both"/>
      </w:pPr>
      <w:r>
        <w:rPr>
          <w:rFonts w:ascii="Georgia" w:hAnsi="Georgia"/>
          <w:b w:val="0"/>
          <w:i w:val="0"/>
          <w:color w:val="22201D"/>
          <w:sz w:val="20"/>
        </w:rPr>
        <w:t>The line outside shifted again.</w:t>
      </w:r>
    </w:p>
    <w:p>
      <w:pPr>
        <w:spacing w:after="60" w:line="266" w:lineRule="auto"/>
        <w:ind w:firstLine="331"/>
        <w:jc w:val="both"/>
      </w:pPr>
      <w:r>
        <w:rPr>
          <w:rFonts w:ascii="Georgia" w:hAnsi="Georgia"/>
          <w:b w:val="0"/>
          <w:i w:val="0"/>
          <w:color w:val="22201D"/>
          <w:sz w:val="20"/>
        </w:rPr>
        <w:t>Some people left because one star had made the restaurant seem less exclusive, which meant they had been interested in the wrong weather.</w:t>
      </w:r>
    </w:p>
    <w:p>
      <w:pPr>
        <w:spacing w:after="60" w:line="266" w:lineRule="auto"/>
        <w:ind w:firstLine="331"/>
        <w:jc w:val="both"/>
      </w:pPr>
      <w:r>
        <w:rPr>
          <w:rFonts w:ascii="Georgia" w:hAnsi="Georgia"/>
          <w:b w:val="0"/>
          <w:i w:val="0"/>
          <w:color w:val="22201D"/>
          <w:sz w:val="20"/>
        </w:rPr>
        <w:t>Some stayed because the complaint made room for a kind of honesty praise had not allowed.</w:t>
      </w:r>
    </w:p>
    <w:p>
      <w:pPr>
        <w:spacing w:after="60" w:line="266" w:lineRule="auto"/>
        <w:ind w:firstLine="331"/>
        <w:jc w:val="both"/>
      </w:pPr>
      <w:r>
        <w:rPr>
          <w:rFonts w:ascii="Georgia" w:hAnsi="Georgia"/>
          <w:b w:val="0"/>
          <w:i w:val="0"/>
          <w:color w:val="22201D"/>
          <w:sz w:val="20"/>
        </w:rPr>
        <w:t>Evan stayed.</w:t>
      </w:r>
    </w:p>
    <w:p>
      <w:pPr>
        <w:spacing w:after="60" w:line="266" w:lineRule="auto"/>
        <w:ind w:firstLine="331"/>
        <w:jc w:val="both"/>
      </w:pPr>
      <w:r>
        <w:rPr>
          <w:rFonts w:ascii="Georgia" w:hAnsi="Georgia"/>
          <w:b w:val="0"/>
          <w:i w:val="0"/>
          <w:color w:val="22201D"/>
          <w:sz w:val="20"/>
        </w:rPr>
        <w:t>Nico stayed.</w:t>
      </w:r>
    </w:p>
    <w:p>
      <w:pPr>
        <w:spacing w:after="60" w:line="266" w:lineRule="auto"/>
        <w:ind w:firstLine="331"/>
        <w:jc w:val="both"/>
      </w:pPr>
      <w:r>
        <w:rPr>
          <w:rFonts w:ascii="Georgia" w:hAnsi="Georgia"/>
          <w:b w:val="0"/>
          <w:i w:val="0"/>
          <w:color w:val="22201D"/>
          <w:sz w:val="20"/>
        </w:rPr>
        <w:t>The tote-bag woman stayed.</w:t>
      </w:r>
    </w:p>
    <w:p>
      <w:pPr>
        <w:spacing w:after="60" w:line="266" w:lineRule="auto"/>
        <w:ind w:firstLine="331"/>
        <w:jc w:val="both"/>
      </w:pPr>
      <w:r>
        <w:rPr>
          <w:rFonts w:ascii="Georgia" w:hAnsi="Georgia"/>
          <w:b w:val="0"/>
          <w:i w:val="0"/>
          <w:color w:val="22201D"/>
          <w:sz w:val="20"/>
        </w:rPr>
        <w:t>The felt-hat man stayed, though he did look at the door with renewed suspicion.</w:t>
      </w:r>
    </w:p>
    <w:p>
      <w:pPr>
        <w:spacing w:after="60" w:line="266" w:lineRule="auto"/>
        <w:ind w:firstLine="331"/>
        <w:jc w:val="both"/>
      </w:pPr>
      <w:r>
        <w:rPr>
          <w:rFonts w:ascii="Georgia" w:hAnsi="Georgia"/>
          <w:b w:val="0"/>
          <w:i w:val="0"/>
          <w:color w:val="22201D"/>
          <w:sz w:val="20"/>
        </w:rPr>
        <w:t>Martin stayed because leaving immediately after becoming accurate would have turned accuracy into a flourish.</w:t>
      </w:r>
    </w:p>
    <w:p>
      <w:pPr>
        <w:spacing w:after="60" w:line="266" w:lineRule="auto"/>
        <w:ind w:firstLine="331"/>
        <w:jc w:val="both"/>
      </w:pPr>
      <w:r>
        <w:rPr>
          <w:rFonts w:ascii="Georgia" w:hAnsi="Georgia"/>
          <w:b w:val="0"/>
          <w:i w:val="0"/>
          <w:color w:val="22201D"/>
          <w:sz w:val="20"/>
        </w:rPr>
        <w:t>Flocc watched him stay.</w:t>
      </w:r>
    </w:p>
    <w:p>
      <w:pPr>
        <w:spacing w:after="60" w:line="266" w:lineRule="auto"/>
        <w:ind w:firstLine="331"/>
        <w:jc w:val="both"/>
      </w:pPr>
      <w:r>
        <w:rPr>
          <w:rFonts w:ascii="Georgia" w:hAnsi="Georgia"/>
          <w:b w:val="0"/>
          <w:i w:val="0"/>
          <w:color w:val="22201D"/>
          <w:sz w:val="20"/>
        </w:rPr>
        <w:t>He could feel the old desire to grade it. Good staying. Brave staying. Honest staying. He could feel the menu preparing.</w:t>
      </w:r>
    </w:p>
    <w:p>
      <w:pPr>
        <w:spacing w:after="60" w:line="266" w:lineRule="auto"/>
        <w:ind w:firstLine="331"/>
        <w:jc w:val="both"/>
      </w:pPr>
      <w:r>
        <w:rPr>
          <w:rFonts w:ascii="Georgia" w:hAnsi="Georgia"/>
          <w:b w:val="0"/>
          <w:i w:val="0"/>
          <w:color w:val="22201D"/>
          <w:sz w:val="20"/>
        </w:rPr>
        <w:t>So he said nothing.</w:t>
      </w:r>
    </w:p>
    <w:p>
      <w:pPr>
        <w:spacing w:after="60" w:line="266" w:lineRule="auto"/>
        <w:ind w:firstLine="331"/>
        <w:jc w:val="both"/>
      </w:pPr>
      <w:r>
        <w:rPr>
          <w:rFonts w:ascii="Georgia" w:hAnsi="Georgia"/>
          <w:b w:val="0"/>
          <w:i w:val="0"/>
          <w:color w:val="22201D"/>
          <w:sz w:val="20"/>
        </w:rPr>
        <w:t>Mara glanced at him.</w:t>
      </w:r>
    </w:p>
    <w:p>
      <w:pPr>
        <w:spacing w:after="60" w:line="266" w:lineRule="auto"/>
        <w:ind w:firstLine="331"/>
        <w:jc w:val="both"/>
      </w:pPr>
      <w:r>
        <w:rPr>
          <w:rFonts w:ascii="Georgia" w:hAnsi="Georgia"/>
          <w:b w:val="0"/>
          <w:i w:val="0"/>
          <w:color w:val="22201D"/>
          <w:sz w:val="20"/>
        </w:rPr>
        <w:t>"That was almost restraint."</w:t>
      </w:r>
    </w:p>
    <w:p>
      <w:pPr>
        <w:spacing w:after="60" w:line="266" w:lineRule="auto"/>
        <w:ind w:firstLine="331"/>
        <w:jc w:val="both"/>
      </w:pPr>
      <w:r>
        <w:rPr>
          <w:rFonts w:ascii="Georgia" w:hAnsi="Georgia"/>
          <w:b w:val="0"/>
          <w:i w:val="0"/>
          <w:color w:val="22201D"/>
          <w:sz w:val="20"/>
        </w:rPr>
        <w:t>"Almost?"</w:t>
      </w:r>
    </w:p>
    <w:p>
      <w:pPr>
        <w:spacing w:after="60" w:line="266" w:lineRule="auto"/>
        <w:ind w:firstLine="331"/>
        <w:jc w:val="both"/>
      </w:pPr>
      <w:r>
        <w:rPr>
          <w:rFonts w:ascii="Georgia" w:hAnsi="Georgia"/>
          <w:b w:val="0"/>
          <w:i w:val="0"/>
          <w:color w:val="22201D"/>
          <w:sz w:val="20"/>
        </w:rPr>
        <w:t>"It had posture."</w:t>
      </w:r>
    </w:p>
    <w:p>
      <w:pPr>
        <w:spacing w:after="60" w:line="266" w:lineRule="auto"/>
        <w:ind w:firstLine="331"/>
        <w:jc w:val="both"/>
      </w:pPr>
      <w:r>
        <w:rPr>
          <w:rFonts w:ascii="Georgia" w:hAnsi="Georgia"/>
          <w:b w:val="0"/>
          <w:i w:val="0"/>
          <w:color w:val="22201D"/>
          <w:sz w:val="20"/>
        </w:rPr>
        <w:t>"I will take almost."</w:t>
      </w:r>
    </w:p>
    <w:p>
      <w:pPr>
        <w:spacing w:after="60" w:line="266" w:lineRule="auto"/>
        <w:ind w:firstLine="331"/>
        <w:jc w:val="both"/>
      </w:pPr>
      <w:r>
        <w:rPr>
          <w:rFonts w:ascii="Georgia" w:hAnsi="Georgia"/>
          <w:b w:val="0"/>
          <w:i w:val="0"/>
          <w:color w:val="22201D"/>
          <w:sz w:val="20"/>
        </w:rPr>
        <w:t>"Do not post almost."</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"You do not."</w:t>
      </w:r>
    </w:p>
    <w:p>
      <w:pPr>
        <w:spacing w:after="60" w:line="266" w:lineRule="auto"/>
        <w:ind w:firstLine="331"/>
        <w:jc w:val="both"/>
      </w:pPr>
      <w:r>
        <w:rPr>
          <w:rFonts w:ascii="Georgia" w:hAnsi="Georgia"/>
          <w:b w:val="0"/>
          <w:i w:val="0"/>
          <w:color w:val="22201D"/>
          <w:sz w:val="20"/>
        </w:rPr>
        <w:t>"I am trying."</w:t>
      </w:r>
    </w:p>
    <w:p>
      <w:pPr>
        <w:spacing w:after="60" w:line="266" w:lineRule="auto"/>
        <w:ind w:firstLine="331"/>
        <w:jc w:val="both"/>
      </w:pPr>
      <w:r>
        <w:rPr>
          <w:rFonts w:ascii="Georgia" w:hAnsi="Georgia"/>
          <w:b w:val="0"/>
          <w:i w:val="0"/>
          <w:color w:val="22201D"/>
          <w:sz w:val="20"/>
        </w:rPr>
        <w:t>The one-star review printed:</w:t>
      </w:r>
    </w:p>
    <w:p>
      <w:pPr>
        <w:spacing w:after="60" w:line="250" w:lineRule="auto"/>
        <w:ind w:left="202" w:right="173"/>
      </w:pPr>
      <w:r>
        <w:rPr>
          <w:rFonts w:ascii="Georgia" w:hAnsi="Georgia"/>
          <w:b w:val="0"/>
          <w:i w:val="0"/>
          <w:color w:val="22201D"/>
          <w:sz w:val="17"/>
        </w:rPr>
        <w:t>Trying: noted, not starred</w:t>
      </w:r>
    </w:p>
    <w:p>
      <w:pPr>
        <w:spacing w:after="60" w:line="266" w:lineRule="auto"/>
        <w:ind w:firstLine="331"/>
        <w:jc w:val="both"/>
      </w:pPr>
      <w:r>
        <w:rPr>
          <w:rFonts w:ascii="Georgia" w:hAnsi="Georgia"/>
          <w:b w:val="0"/>
          <w:i w:val="0"/>
          <w:color w:val="22201D"/>
          <w:sz w:val="20"/>
        </w:rPr>
        <w:t>Flocc sighed.</w:t>
      </w:r>
    </w:p>
    <w:p>
      <w:pPr>
        <w:spacing w:after="60" w:line="266" w:lineRule="auto"/>
        <w:ind w:firstLine="331"/>
        <w:jc w:val="both"/>
      </w:pPr>
      <w:r>
        <w:rPr>
          <w:rFonts w:ascii="Georgia" w:hAnsi="Georgia"/>
          <w:b w:val="0"/>
          <w:i w:val="0"/>
          <w:color w:val="22201D"/>
          <w:sz w:val="20"/>
        </w:rPr>
        <w:t>"Fair."</w:t>
      </w:r>
    </w:p>
    <w:p>
      <w:pPr>
        <w:spacing w:after="60" w:line="266" w:lineRule="auto"/>
        <w:ind w:firstLine="331"/>
        <w:jc w:val="both"/>
      </w:pPr>
      <w:r>
        <w:rPr>
          <w:rFonts w:ascii="Georgia" w:hAnsi="Georgia"/>
          <w:b w:val="0"/>
          <w:i w:val="0"/>
          <w:color w:val="22201D"/>
          <w:sz w:val="20"/>
        </w:rPr>
        <w:t>Steve crouched slightly to read the review response.</w:t>
      </w:r>
    </w:p>
    <w:p>
      <w:pPr>
        <w:spacing w:after="60" w:line="266" w:lineRule="auto"/>
        <w:ind w:firstLine="331"/>
        <w:jc w:val="both"/>
      </w:pPr>
      <w:r>
        <w:rPr>
          <w:rFonts w:ascii="Georgia" w:hAnsi="Georgia"/>
          <w:b w:val="0"/>
          <w:i w:val="0"/>
          <w:color w:val="22201D"/>
          <w:sz w:val="20"/>
        </w:rPr>
        <w:t>"There is a line here. Next correction: name what should be on the list."</w:t>
      </w:r>
    </w:p>
    <w:p>
      <w:pPr>
        <w:spacing w:after="60" w:line="266" w:lineRule="auto"/>
        <w:ind w:firstLine="331"/>
        <w:jc w:val="both"/>
      </w:pPr>
      <w:r>
        <w:rPr>
          <w:rFonts w:ascii="Georgia" w:hAnsi="Georgia"/>
          <w:b w:val="0"/>
          <w:i w:val="0"/>
          <w:color w:val="22201D"/>
          <w:sz w:val="20"/>
        </w:rPr>
        <w:t>The Hostess nodded.</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"What list?"</w:t>
      </w:r>
    </w:p>
    <w:p>
      <w:pPr>
        <w:spacing w:after="60" w:line="266" w:lineRule="auto"/>
        <w:ind w:firstLine="331"/>
        <w:jc w:val="both"/>
      </w:pPr>
      <w:r>
        <w:rPr>
          <w:rFonts w:ascii="Georgia" w:hAnsi="Georgia"/>
          <w:b w:val="0"/>
          <w:i w:val="0"/>
          <w:color w:val="22201D"/>
          <w:sz w:val="20"/>
        </w:rPr>
        <w:t>The answer arrived from outside.</w:t>
      </w:r>
    </w:p>
    <w:p>
      <w:pPr>
        <w:spacing w:after="60" w:line="266" w:lineRule="auto"/>
        <w:ind w:firstLine="331"/>
        <w:jc w:val="both"/>
      </w:pPr>
      <w:r>
        <w:rPr>
          <w:rFonts w:ascii="Georgia" w:hAnsi="Georgia"/>
          <w:b w:val="0"/>
          <w:i w:val="0"/>
          <w:color w:val="22201D"/>
          <w:sz w:val="20"/>
        </w:rPr>
        <w:t>Not from the app.</w:t>
      </w:r>
    </w:p>
    <w:p>
      <w:pPr>
        <w:spacing w:after="60" w:line="266" w:lineRule="auto"/>
        <w:ind w:firstLine="331"/>
        <w:jc w:val="both"/>
      </w:pPr>
      <w:r>
        <w:rPr>
          <w:rFonts w:ascii="Georgia" w:hAnsi="Georgia"/>
          <w:b w:val="0"/>
          <w:i w:val="0"/>
          <w:color w:val="22201D"/>
          <w:sz w:val="20"/>
        </w:rPr>
        <w:t>Not from the review.</w:t>
      </w:r>
    </w:p>
    <w:p>
      <w:pPr>
        <w:spacing w:after="60" w:line="266" w:lineRule="auto"/>
        <w:ind w:firstLine="331"/>
        <w:jc w:val="both"/>
      </w:pPr>
      <w:r>
        <w:rPr>
          <w:rFonts w:ascii="Georgia" w:hAnsi="Georgia"/>
          <w:b w:val="0"/>
          <w:i w:val="0"/>
          <w:color w:val="22201D"/>
          <w:sz w:val="20"/>
        </w:rPr>
        <w:t>From the chalk line Gerald had drawn on the sidewalk.</w:t>
      </w:r>
    </w:p>
    <w:p>
      <w:pPr>
        <w:spacing w:after="60" w:line="266" w:lineRule="auto"/>
        <w:ind w:firstLine="331"/>
        <w:jc w:val="both"/>
      </w:pPr>
      <w:r>
        <w:rPr>
          <w:rFonts w:ascii="Georgia" w:hAnsi="Georgia"/>
          <w:b w:val="0"/>
          <w:i w:val="0"/>
          <w:color w:val="22201D"/>
          <w:sz w:val="20"/>
        </w:rPr>
        <w:t>The chalk stretched, straightened, and printed new words:</w:t>
      </w:r>
    </w:p>
    <w:p>
      <w:pPr>
        <w:spacing w:after="60" w:line="250" w:lineRule="auto"/>
        <w:ind w:left="202" w:right="173"/>
      </w:pPr>
      <w:r>
        <w:rPr>
          <w:rFonts w:ascii="Georgia" w:hAnsi="Georgia"/>
          <w:b w:val="0"/>
          <w:i w:val="0"/>
          <w:color w:val="22201D"/>
          <w:sz w:val="17"/>
        </w:rPr>
        <w:t>WAITING LIST</w:t>
      </w:r>
    </w:p>
    <w:p>
      <w:pPr>
        <w:spacing w:after="60" w:line="266" w:lineRule="auto"/>
        <w:ind w:firstLine="331"/>
        <w:jc w:val="both"/>
      </w:pPr>
      <w:r>
        <w:rPr>
          <w:rFonts w:ascii="Georgia" w:hAnsi="Georgia"/>
          <w:b w:val="0"/>
          <w:i w:val="0"/>
          <w:color w:val="22201D"/>
          <w:sz w:val="20"/>
        </w:rPr>
        <w:t>Gerald looked at it.</w:t>
      </w:r>
    </w:p>
    <w:p>
      <w:pPr>
        <w:spacing w:after="60" w:line="266" w:lineRule="auto"/>
        <w:ind w:firstLine="331"/>
        <w:jc w:val="both"/>
      </w:pPr>
      <w:r>
        <w:rPr>
          <w:rFonts w:ascii="Georgia" w:hAnsi="Georgia"/>
          <w:b w:val="0"/>
          <w:i w:val="0"/>
          <w:color w:val="22201D"/>
          <w:sz w:val="20"/>
        </w:rPr>
        <w:t>"I wrote wait here if waiting."</w:t>
      </w:r>
    </w:p>
    <w:p>
      <w:pPr>
        <w:spacing w:after="60" w:line="266" w:lineRule="auto"/>
        <w:ind w:firstLine="331"/>
        <w:jc w:val="both"/>
      </w:pPr>
      <w:r>
        <w:rPr>
          <w:rFonts w:ascii="Georgia" w:hAnsi="Georgia"/>
          <w:b w:val="0"/>
          <w:i w:val="0"/>
          <w:color w:val="22201D"/>
          <w:sz w:val="20"/>
        </w:rPr>
        <w:t>The chalk replied:</w:t>
      </w:r>
    </w:p>
    <w:p>
      <w:pPr>
        <w:spacing w:after="60" w:line="250" w:lineRule="auto"/>
        <w:ind w:left="202" w:right="173"/>
      </w:pPr>
      <w:r>
        <w:rPr>
          <w:rFonts w:ascii="Georgia" w:hAnsi="Georgia"/>
          <w:b w:val="0"/>
          <w:i w:val="0"/>
          <w:color w:val="22201D"/>
          <w:sz w:val="17"/>
        </w:rPr>
        <w:t>Expanded from source.</w:t>
      </w:r>
    </w:p>
    <w:p>
      <w:pPr>
        <w:spacing w:after="60" w:line="266" w:lineRule="auto"/>
        <w:ind w:firstLine="331"/>
        <w:jc w:val="both"/>
      </w:pPr>
      <w:r>
        <w:rPr>
          <w:rFonts w:ascii="Georgia" w:hAnsi="Georgia"/>
          <w:b w:val="0"/>
          <w:i w:val="0"/>
          <w:color w:val="22201D"/>
          <w:sz w:val="20"/>
        </w:rPr>
        <w:t>"Do not expand chalk without permission."</w:t>
      </w:r>
    </w:p>
    <w:p>
      <w:pPr>
        <w:spacing w:after="60" w:line="250" w:lineRule="auto"/>
        <w:ind w:left="202" w:right="173"/>
      </w:pPr>
      <w:r>
        <w:rPr>
          <w:rFonts w:ascii="Georgia" w:hAnsi="Georgia"/>
          <w:b w:val="0"/>
          <w:i w:val="0"/>
          <w:color w:val="22201D"/>
          <w:sz w:val="17"/>
        </w:rPr>
        <w:t>Permission pending.</w:t>
      </w:r>
    </w:p>
    <w:p>
      <w:pPr>
        <w:spacing w:after="60" w:line="266" w:lineRule="auto"/>
        <w:ind w:firstLine="331"/>
        <w:jc w:val="both"/>
      </w:pPr>
      <w:r>
        <w:rPr>
          <w:rFonts w:ascii="Georgia" w:hAnsi="Georgia"/>
          <w:b w:val="0"/>
          <w:i w:val="0"/>
          <w:color w:val="22201D"/>
          <w:sz w:val="20"/>
        </w:rPr>
        <w:t>The Hostess looked at the sidewalk.</w:t>
      </w:r>
    </w:p>
    <w:p>
      <w:pPr>
        <w:spacing w:after="60" w:line="266" w:lineRule="auto"/>
        <w:ind w:firstLine="331"/>
        <w:jc w:val="both"/>
      </w:pPr>
      <w:r>
        <w:rPr>
          <w:rFonts w:ascii="Georgia" w:hAnsi="Georgia"/>
          <w:b w:val="0"/>
          <w:i w:val="0"/>
          <w:color w:val="22201D"/>
          <w:sz w:val="20"/>
        </w:rPr>
        <w:t>"It is time."</w:t>
      </w:r>
    </w:p>
    <w:p>
      <w:pPr>
        <w:spacing w:after="60" w:line="266" w:lineRule="auto"/>
        <w:ind w:firstLine="331"/>
        <w:jc w:val="both"/>
      </w:pPr>
      <w:r>
        <w:rPr>
          <w:rFonts w:ascii="Georgia" w:hAnsi="Georgia"/>
          <w:b w:val="0"/>
          <w:i w:val="0"/>
          <w:color w:val="22201D"/>
          <w:sz w:val="20"/>
        </w:rPr>
        <w:t>The line outside looked at the waiting list.</w:t>
      </w:r>
    </w:p>
    <w:p>
      <w:pPr>
        <w:spacing w:after="60" w:line="266" w:lineRule="auto"/>
        <w:ind w:firstLine="331"/>
        <w:jc w:val="both"/>
      </w:pPr>
      <w:r>
        <w:rPr>
          <w:rFonts w:ascii="Georgia" w:hAnsi="Georgia"/>
          <w:b w:val="0"/>
          <w:i w:val="0"/>
          <w:color w:val="22201D"/>
          <w:sz w:val="20"/>
        </w:rPr>
        <w:t>The waiting list looked back in blank chalk.</w:t>
      </w:r>
    </w:p>
    <w:p>
      <w:pPr>
        <w:spacing w:after="60" w:line="266" w:lineRule="auto"/>
        <w:ind w:firstLine="331"/>
        <w:jc w:val="both"/>
      </w:pPr>
      <w:r>
        <w:rPr>
          <w:rFonts w:ascii="Georgia" w:hAnsi="Georgia"/>
          <w:b w:val="0"/>
          <w:i w:val="0"/>
          <w:color w:val="22201D"/>
          <w:sz w:val="20"/>
        </w:rPr>
        <w:t>The one-star review printed one final section:</w:t>
      </w:r>
    </w:p>
    <w:p>
      <w:pPr>
        <w:spacing w:after="60" w:line="250" w:lineRule="auto"/>
        <w:ind w:left="202" w:right="173"/>
      </w:pPr>
      <w:r>
        <w:rPr>
          <w:rFonts w:ascii="Georgia" w:hAnsi="Georgia"/>
          <w:b w:val="0"/>
          <w:i w:val="0"/>
          <w:color w:val="22201D"/>
          <w:sz w:val="17"/>
        </w:rPr>
        <w:t>REVIEW RESPONSE  One star is enough to locate dissatisfaction. It is not enough to locate hunger.  Next required document: waitlist correction</w:t>
      </w:r>
    </w:p>
    <w:p>
      <w:pPr>
        <w:spacing w:after="60" w:line="266" w:lineRule="auto"/>
        <w:ind w:firstLine="331"/>
        <w:jc w:val="both"/>
      </w:pPr>
      <w:r>
        <w:rPr>
          <w:rFonts w:ascii="Georgia" w:hAnsi="Georgia"/>
          <w:b w:val="0"/>
          <w:i w:val="0"/>
          <w:color w:val="22201D"/>
          <w:sz w:val="20"/>
        </w:rPr>
        <w:t>Then:</w:t>
      </w:r>
    </w:p>
    <w:p>
      <w:pPr>
        <w:spacing w:after="60" w:line="250" w:lineRule="auto"/>
        <w:ind w:left="202" w:right="173"/>
      </w:pPr>
      <w:r>
        <w:rPr>
          <w:rFonts w:ascii="Georgia" w:hAnsi="Georgia"/>
          <w:b w:val="0"/>
          <w:i w:val="0"/>
          <w:color w:val="22201D"/>
          <w:sz w:val="17"/>
        </w:rPr>
        <w:t>Next chapter: The Waiting List Begins to Edit People</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8: The Waiting List Begins to Edit People</w:t>
      </w:r>
    </w:p>
    <w:p>
      <w:pPr>
        <w:spacing w:after="60" w:line="266" w:lineRule="auto"/>
        <w:ind w:firstLine="0"/>
        <w:jc w:val="both"/>
      </w:pPr>
      <w:r>
        <w:rPr>
          <w:rFonts w:ascii="Georgia" w:hAnsi="Georgia"/>
          <w:b w:val="0"/>
          <w:i w:val="0"/>
          <w:color w:val="22201D"/>
          <w:sz w:val="20"/>
        </w:rPr>
        <w:t>In which names discover they have been promotional materials, waiting becomes active, and the price of access is being called what hunger can answer to.</w:t>
      </w:r>
    </w:p>
    <w:p>
      <w:pPr>
        <w:spacing w:after="60" w:line="266" w:lineRule="auto"/>
        <w:ind w:firstLine="331"/>
        <w:jc w:val="both"/>
      </w:pPr>
      <w:r>
        <w:rPr>
          <w:rFonts w:ascii="Georgia" w:hAnsi="Georgia"/>
          <w:b w:val="0"/>
          <w:i w:val="0"/>
          <w:color w:val="22201D"/>
          <w:sz w:val="20"/>
        </w:rPr>
        <w:t>The waiting list did not begin with names.</w:t>
      </w:r>
    </w:p>
    <w:p>
      <w:pPr>
        <w:spacing w:after="60" w:line="266" w:lineRule="auto"/>
        <w:ind w:firstLine="331"/>
        <w:jc w:val="both"/>
      </w:pPr>
      <w:r>
        <w:rPr>
          <w:rFonts w:ascii="Georgia" w:hAnsi="Georgia"/>
          <w:b w:val="0"/>
          <w:i w:val="0"/>
          <w:color w:val="22201D"/>
          <w:sz w:val="20"/>
        </w:rPr>
        <w:t>This offended almost everyone.</w:t>
      </w:r>
    </w:p>
    <w:p>
      <w:pPr>
        <w:spacing w:after="60" w:line="266" w:lineRule="auto"/>
        <w:ind w:firstLine="331"/>
        <w:jc w:val="both"/>
      </w:pPr>
      <w:r>
        <w:rPr>
          <w:rFonts w:ascii="Georgia" w:hAnsi="Georgia"/>
          <w:b w:val="0"/>
          <w:i w:val="0"/>
          <w:color w:val="22201D"/>
          <w:sz w:val="20"/>
        </w:rPr>
        <w:t>People had come prepared to give names. Names were the civilized part of wanting. A name allowed a person to stand in a line and still believe they were not merely standing there. A name could be written, called, mispronounced, corrected, attached to a party size, moved up by mistake, moved down by justice, and entered into systems that made hunger look like an appointment.</w:t>
      </w:r>
    </w:p>
    <w:p>
      <w:pPr>
        <w:spacing w:after="60" w:line="266" w:lineRule="auto"/>
        <w:ind w:firstLine="331"/>
        <w:jc w:val="both"/>
      </w:pPr>
      <w:r>
        <w:rPr>
          <w:rFonts w:ascii="Georgia" w:hAnsi="Georgia"/>
          <w:b w:val="0"/>
          <w:i w:val="0"/>
          <w:color w:val="22201D"/>
          <w:sz w:val="20"/>
        </w:rPr>
        <w:t>The chalk line outside Emoji Soup understood none of this.</w:t>
      </w:r>
    </w:p>
    <w:p>
      <w:pPr>
        <w:spacing w:after="60" w:line="266" w:lineRule="auto"/>
        <w:ind w:firstLine="331"/>
        <w:jc w:val="both"/>
      </w:pPr>
      <w:r>
        <w:rPr>
          <w:rFonts w:ascii="Georgia" w:hAnsi="Georgia"/>
          <w:b w:val="0"/>
          <w:i w:val="0"/>
          <w:color w:val="22201D"/>
          <w:sz w:val="20"/>
        </w:rPr>
        <w:t>Or understood it too well.</w:t>
      </w:r>
    </w:p>
    <w:p>
      <w:pPr>
        <w:spacing w:after="60" w:line="266" w:lineRule="auto"/>
        <w:ind w:firstLine="331"/>
        <w:jc w:val="both"/>
      </w:pPr>
      <w:r>
        <w:rPr>
          <w:rFonts w:ascii="Georgia" w:hAnsi="Georgia"/>
          <w:b w:val="0"/>
          <w:i w:val="0"/>
          <w:color w:val="22201D"/>
          <w:sz w:val="20"/>
        </w:rPr>
        <w:t>The line Gerald had drawn on the sidewalk lengthened until it touched the wall beside the door. Then it rose. It did not peel upward. It did not float. It simply became vertical with the blunt procedural confidence of a public notice that had found a better surface.</w:t>
      </w:r>
    </w:p>
    <w:p>
      <w:pPr>
        <w:spacing w:after="60" w:line="266" w:lineRule="auto"/>
        <w:ind w:firstLine="331"/>
        <w:jc w:val="both"/>
      </w:pPr>
      <w:r>
        <w:rPr>
          <w:rFonts w:ascii="Georgia" w:hAnsi="Georgia"/>
          <w:b w:val="0"/>
          <w:i w:val="0"/>
          <w:color w:val="22201D"/>
          <w:sz w:val="20"/>
        </w:rPr>
        <w:t>At the top, in chalk letters so clean they looked printed:</w:t>
      </w:r>
    </w:p>
    <w:p>
      <w:pPr>
        <w:spacing w:after="60" w:line="250" w:lineRule="auto"/>
        <w:ind w:left="202" w:right="173"/>
      </w:pPr>
      <w:r>
        <w:rPr>
          <w:rFonts w:ascii="Georgia" w:hAnsi="Georgia"/>
          <w:b w:val="0"/>
          <w:i w:val="0"/>
          <w:color w:val="22201D"/>
          <w:sz w:val="17"/>
        </w:rPr>
        <w:t>WAITING LIST</w:t>
      </w:r>
    </w:p>
    <w:p>
      <w:pPr>
        <w:spacing w:after="60" w:line="266" w:lineRule="auto"/>
        <w:ind w:firstLine="331"/>
        <w:jc w:val="both"/>
      </w:pPr>
      <w:r>
        <w:rPr>
          <w:rFonts w:ascii="Georgia" w:hAnsi="Georgia"/>
          <w:b w:val="0"/>
          <w:i w:val="0"/>
          <w:color w:val="22201D"/>
          <w:sz w:val="20"/>
        </w:rPr>
        <w:t>Below that:</w:t>
      </w:r>
    </w:p>
    <w:p>
      <w:pPr>
        <w:spacing w:after="60" w:line="250" w:lineRule="auto"/>
        <w:ind w:left="202" w:right="173"/>
      </w:pPr>
      <w:r>
        <w:rPr>
          <w:rFonts w:ascii="Georgia" w:hAnsi="Georgia"/>
          <w:b w:val="0"/>
          <w:i w:val="0"/>
          <w:color w:val="22201D"/>
          <w:sz w:val="17"/>
        </w:rPr>
        <w:t>Name what should be called.</w:t>
      </w:r>
    </w:p>
    <w:p>
      <w:pPr>
        <w:spacing w:after="60" w:line="266" w:lineRule="auto"/>
        <w:ind w:firstLine="331"/>
        <w:jc w:val="both"/>
      </w:pPr>
      <w:r>
        <w:rPr>
          <w:rFonts w:ascii="Georgia" w:hAnsi="Georgia"/>
          <w:b w:val="0"/>
          <w:i w:val="0"/>
          <w:color w:val="22201D"/>
          <w:sz w:val="20"/>
        </w:rPr>
        <w:t>Martin, whose one-star review had accidentally become useful, stared at the blank space under the instruction.</w:t>
      </w:r>
    </w:p>
    <w:p>
      <w:pPr>
        <w:spacing w:after="60" w:line="266" w:lineRule="auto"/>
        <w:ind w:firstLine="331"/>
        <w:jc w:val="both"/>
      </w:pPr>
      <w:r>
        <w:rPr>
          <w:rFonts w:ascii="Georgia" w:hAnsi="Georgia"/>
          <w:b w:val="0"/>
          <w:i w:val="0"/>
          <w:color w:val="22201D"/>
          <w:sz w:val="20"/>
        </w:rPr>
        <w:t>"Is this my fault?"</w:t>
      </w:r>
    </w:p>
    <w:p>
      <w:pPr>
        <w:spacing w:after="60" w:line="266" w:lineRule="auto"/>
        <w:ind w:firstLine="331"/>
        <w:jc w:val="both"/>
      </w:pPr>
      <w:r>
        <w:rPr>
          <w:rFonts w:ascii="Georgia" w:hAnsi="Georgia"/>
          <w:b w:val="0"/>
          <w:i w:val="0"/>
          <w:color w:val="22201D"/>
          <w:sz w:val="20"/>
        </w:rPr>
        <w:t>"Partly," said the Hostess.</w:t>
      </w:r>
    </w:p>
    <w:p>
      <w:pPr>
        <w:spacing w:after="60" w:line="266" w:lineRule="auto"/>
        <w:ind w:firstLine="331"/>
        <w:jc w:val="both"/>
      </w:pPr>
      <w:r>
        <w:rPr>
          <w:rFonts w:ascii="Georgia" w:hAnsi="Georgia"/>
          <w:b w:val="0"/>
          <w:i w:val="0"/>
          <w:color w:val="22201D"/>
          <w:sz w:val="20"/>
        </w:rPr>
        <w:t>Martin winced.</w:t>
      </w:r>
    </w:p>
    <w:p>
      <w:pPr>
        <w:spacing w:after="60" w:line="266" w:lineRule="auto"/>
        <w:ind w:firstLine="331"/>
        <w:jc w:val="both"/>
      </w:pPr>
      <w:r>
        <w:rPr>
          <w:rFonts w:ascii="Georgia" w:hAnsi="Georgia"/>
          <w:b w:val="0"/>
          <w:i w:val="0"/>
          <w:color w:val="22201D"/>
          <w:sz w:val="20"/>
        </w:rPr>
        <w:t>"Is that better than mostly?"</w:t>
      </w:r>
    </w:p>
    <w:p>
      <w:pPr>
        <w:spacing w:after="60" w:line="266" w:lineRule="auto"/>
        <w:ind w:firstLine="331"/>
        <w:jc w:val="both"/>
      </w:pPr>
      <w:r>
        <w:rPr>
          <w:rFonts w:ascii="Georgia" w:hAnsi="Georgia"/>
          <w:b w:val="0"/>
          <w:i w:val="0"/>
          <w:color w:val="22201D"/>
          <w:sz w:val="20"/>
        </w:rPr>
        <w:t>"Only if you do something with the part."</w:t>
      </w:r>
    </w:p>
    <w:p>
      <w:pPr>
        <w:spacing w:after="60" w:line="266" w:lineRule="auto"/>
        <w:ind w:firstLine="331"/>
        <w:jc w:val="both"/>
      </w:pPr>
      <w:r>
        <w:rPr>
          <w:rFonts w:ascii="Georgia" w:hAnsi="Georgia"/>
          <w:b w:val="0"/>
          <w:i w:val="0"/>
          <w:color w:val="22201D"/>
          <w:sz w:val="20"/>
        </w:rPr>
        <w:t>Gerald stood beside the chalk wall with both hands on his hips.</w:t>
      </w:r>
    </w:p>
    <w:p>
      <w:pPr>
        <w:spacing w:after="60" w:line="266" w:lineRule="auto"/>
        <w:ind w:firstLine="331"/>
        <w:jc w:val="both"/>
      </w:pPr>
      <w:r>
        <w:rPr>
          <w:rFonts w:ascii="Georgia" w:hAnsi="Georgia"/>
          <w:b w:val="0"/>
          <w:i w:val="0"/>
          <w:color w:val="22201D"/>
          <w:sz w:val="20"/>
        </w:rPr>
        <w:t>"I wrote a boundary," he said.</w:t>
      </w:r>
    </w:p>
    <w:p>
      <w:pPr>
        <w:spacing w:after="60" w:line="266" w:lineRule="auto"/>
        <w:ind w:firstLine="331"/>
        <w:jc w:val="both"/>
      </w:pPr>
      <w:r>
        <w:rPr>
          <w:rFonts w:ascii="Georgia" w:hAnsi="Georgia"/>
          <w:b w:val="0"/>
          <w:i w:val="0"/>
          <w:color w:val="22201D"/>
          <w:sz w:val="20"/>
        </w:rPr>
        <w:t>The chalk answered:</w:t>
      </w:r>
    </w:p>
    <w:p>
      <w:pPr>
        <w:spacing w:after="60" w:line="250" w:lineRule="auto"/>
        <w:ind w:left="202" w:right="173"/>
      </w:pPr>
      <w:r>
        <w:rPr>
          <w:rFonts w:ascii="Georgia" w:hAnsi="Georgia"/>
          <w:b w:val="0"/>
          <w:i w:val="0"/>
          <w:color w:val="22201D"/>
          <w:sz w:val="17"/>
        </w:rPr>
        <w:t>Boundary accepted. Queue expanded.</w:t>
      </w:r>
    </w:p>
    <w:p>
      <w:pPr>
        <w:spacing w:after="60" w:line="266" w:lineRule="auto"/>
        <w:ind w:firstLine="331"/>
        <w:jc w:val="both"/>
      </w:pPr>
      <w:r>
        <w:rPr>
          <w:rFonts w:ascii="Georgia" w:hAnsi="Georgia"/>
          <w:b w:val="0"/>
          <w:i w:val="0"/>
          <w:color w:val="22201D"/>
          <w:sz w:val="20"/>
        </w:rPr>
        <w:t>"That is not the same inspection category."</w:t>
      </w:r>
    </w:p>
    <w:p>
      <w:pPr>
        <w:spacing w:after="60" w:line="250" w:lineRule="auto"/>
        <w:ind w:left="202" w:right="173"/>
      </w:pPr>
      <w:r>
        <w:rPr>
          <w:rFonts w:ascii="Georgia" w:hAnsi="Georgia"/>
          <w:b w:val="0"/>
          <w:i w:val="0"/>
          <w:color w:val="22201D"/>
          <w:sz w:val="17"/>
        </w:rPr>
        <w:t>Correct.</w:t>
      </w:r>
    </w:p>
    <w:p>
      <w:pPr>
        <w:spacing w:after="60" w:line="266" w:lineRule="auto"/>
        <w:ind w:firstLine="331"/>
        <w:jc w:val="both"/>
      </w:pPr>
      <w:r>
        <w:rPr>
          <w:rFonts w:ascii="Georgia" w:hAnsi="Georgia"/>
          <w:b w:val="0"/>
          <w:i w:val="0"/>
          <w:color w:val="22201D"/>
          <w:sz w:val="20"/>
        </w:rPr>
        <w:t>"Do not correct me unless you are prepared to file it."</w:t>
      </w:r>
    </w:p>
    <w:p>
      <w:pPr>
        <w:spacing w:after="60" w:line="266" w:lineRule="auto"/>
        <w:ind w:firstLine="331"/>
        <w:jc w:val="both"/>
      </w:pPr>
      <w:r>
        <w:rPr>
          <w:rFonts w:ascii="Georgia" w:hAnsi="Georgia"/>
          <w:b w:val="0"/>
          <w:i w:val="0"/>
          <w:color w:val="22201D"/>
          <w:sz w:val="20"/>
        </w:rPr>
        <w:t>The chalk paused.</w:t>
      </w:r>
    </w:p>
    <w:p>
      <w:pPr>
        <w:spacing w:after="60" w:line="266" w:lineRule="auto"/>
        <w:ind w:firstLine="331"/>
        <w:jc w:val="both"/>
      </w:pPr>
      <w:r>
        <w:rPr>
          <w:rFonts w:ascii="Georgia" w:hAnsi="Georgia"/>
          <w:b w:val="0"/>
          <w:i w:val="0"/>
          <w:color w:val="22201D"/>
          <w:sz w:val="20"/>
        </w:rPr>
        <w:t>Then, in smaller letters:</w:t>
      </w:r>
    </w:p>
    <w:p>
      <w:pPr>
        <w:spacing w:after="60" w:line="250" w:lineRule="auto"/>
        <w:ind w:left="202" w:right="173"/>
      </w:pPr>
      <w:r>
        <w:rPr>
          <w:rFonts w:ascii="Georgia" w:hAnsi="Georgia"/>
          <w:b w:val="0"/>
          <w:i w:val="0"/>
          <w:color w:val="22201D"/>
          <w:sz w:val="17"/>
        </w:rPr>
        <w:t>FILE PENDING</w:t>
      </w:r>
    </w:p>
    <w:p>
      <w:pPr>
        <w:spacing w:after="60" w:line="266" w:lineRule="auto"/>
        <w:ind w:firstLine="331"/>
        <w:jc w:val="both"/>
      </w:pPr>
      <w:r>
        <w:rPr>
          <w:rFonts w:ascii="Georgia" w:hAnsi="Georgia"/>
          <w:b w:val="0"/>
          <w:i w:val="0"/>
          <w:color w:val="22201D"/>
          <w:sz w:val="20"/>
        </w:rPr>
        <w:t>Steve took a step forward.</w:t>
      </w:r>
    </w:p>
    <w:p>
      <w:pPr>
        <w:spacing w:after="60" w:line="266" w:lineRule="auto"/>
        <w:ind w:firstLine="331"/>
        <w:jc w:val="both"/>
      </w:pPr>
      <w:r>
        <w:rPr>
          <w:rFonts w:ascii="Georgia" w:hAnsi="Georgia"/>
          <w:b w:val="0"/>
          <w:i w:val="0"/>
          <w:color w:val="22201D"/>
          <w:sz w:val="20"/>
        </w:rPr>
        <w:t>"Do not encourage the wall," Gerald said.</w:t>
      </w:r>
    </w:p>
    <w:p>
      <w:pPr>
        <w:spacing w:after="60" w:line="266" w:lineRule="auto"/>
        <w:ind w:firstLine="331"/>
        <w:jc w:val="both"/>
      </w:pPr>
      <w:r>
        <w:rPr>
          <w:rFonts w:ascii="Georgia" w:hAnsi="Georgia"/>
          <w:b w:val="0"/>
          <w:i w:val="0"/>
          <w:color w:val="22201D"/>
          <w:sz w:val="20"/>
        </w:rPr>
        <w:t>"I was not encouraging it," Steve said. "I was admiring compliance."</w:t>
      </w:r>
    </w:p>
    <w:p>
      <w:pPr>
        <w:spacing w:after="60" w:line="266" w:lineRule="auto"/>
        <w:ind w:firstLine="331"/>
        <w:jc w:val="both"/>
      </w:pPr>
      <w:r>
        <w:rPr>
          <w:rFonts w:ascii="Georgia" w:hAnsi="Georgia"/>
          <w:b w:val="0"/>
          <w:i w:val="0"/>
          <w:color w:val="22201D"/>
          <w:sz w:val="20"/>
        </w:rPr>
        <w:t>"That is worse."</w:t>
      </w:r>
    </w:p>
    <w:p>
      <w:pPr>
        <w:spacing w:after="60" w:line="266" w:lineRule="auto"/>
        <w:ind w:firstLine="331"/>
        <w:jc w:val="both"/>
      </w:pPr>
      <w:r>
        <w:rPr>
          <w:rFonts w:ascii="Georgia" w:hAnsi="Georgia"/>
          <w:b w:val="0"/>
          <w:i w:val="0"/>
          <w:color w:val="22201D"/>
          <w:sz w:val="20"/>
        </w:rPr>
        <w:t>Inside, Flocc watched through the doorway with the expression of someone who had once wanted an impossible restaurant to become easier to explain and now understood explanation was a door that opened mostly onto paperwork.</w:t>
      </w:r>
    </w:p>
    <w:p>
      <w:pPr>
        <w:spacing w:after="60" w:line="266" w:lineRule="auto"/>
        <w:ind w:firstLine="331"/>
        <w:jc w:val="both"/>
      </w:pPr>
      <w:r>
        <w:rPr>
          <w:rFonts w:ascii="Georgia" w:hAnsi="Georgia"/>
          <w:b w:val="0"/>
          <w:i w:val="0"/>
          <w:color w:val="22201D"/>
          <w:sz w:val="20"/>
        </w:rPr>
        <w:t>Mara stood beside him.</w:t>
      </w:r>
    </w:p>
    <w:p>
      <w:pPr>
        <w:spacing w:after="60" w:line="266" w:lineRule="auto"/>
        <w:ind w:firstLine="331"/>
        <w:jc w:val="both"/>
      </w:pPr>
      <w:r>
        <w:rPr>
          <w:rFonts w:ascii="Georgia" w:hAnsi="Georgia"/>
          <w:b w:val="0"/>
          <w:i w:val="0"/>
          <w:color w:val="22201D"/>
          <w:sz w:val="20"/>
        </w:rPr>
        <w:t>"You look tempted," she said.</w:t>
      </w:r>
    </w:p>
    <w:p>
      <w:pPr>
        <w:spacing w:after="60" w:line="266" w:lineRule="auto"/>
        <w:ind w:firstLine="331"/>
        <w:jc w:val="both"/>
      </w:pPr>
      <w:r>
        <w:rPr>
          <w:rFonts w:ascii="Georgia" w:hAnsi="Georgia"/>
          <w:b w:val="0"/>
          <w:i w:val="0"/>
          <w:color w:val="22201D"/>
          <w:sz w:val="20"/>
        </w:rPr>
        <w:t>"By what?"</w:t>
      </w:r>
    </w:p>
    <w:p>
      <w:pPr>
        <w:spacing w:after="60" w:line="266" w:lineRule="auto"/>
        <w:ind w:firstLine="331"/>
        <w:jc w:val="both"/>
      </w:pPr>
      <w:r>
        <w:rPr>
          <w:rFonts w:ascii="Georgia" w:hAnsi="Georgia"/>
          <w:b w:val="0"/>
          <w:i w:val="0"/>
          <w:color w:val="22201D"/>
          <w:sz w:val="20"/>
        </w:rPr>
        <w:t>"Knowing."</w:t>
      </w:r>
    </w:p>
    <w:p>
      <w:pPr>
        <w:spacing w:after="60" w:line="266" w:lineRule="auto"/>
        <w:ind w:firstLine="331"/>
        <w:jc w:val="both"/>
      </w:pPr>
      <w:r>
        <w:rPr>
          <w:rFonts w:ascii="Georgia" w:hAnsi="Georgia"/>
          <w:b w:val="0"/>
          <w:i w:val="0"/>
          <w:color w:val="22201D"/>
          <w:sz w:val="20"/>
        </w:rPr>
        <w:t>"I do not know."</w:t>
      </w:r>
    </w:p>
    <w:p>
      <w:pPr>
        <w:spacing w:after="60" w:line="266" w:lineRule="auto"/>
        <w:ind w:firstLine="331"/>
        <w:jc w:val="both"/>
      </w:pPr>
      <w:r>
        <w:rPr>
          <w:rFonts w:ascii="Georgia" w:hAnsi="Georgia"/>
          <w:b w:val="0"/>
          <w:i w:val="0"/>
          <w:color w:val="22201D"/>
          <w:sz w:val="20"/>
        </w:rPr>
        <w:t>"You look tempted by almost knowing."</w:t>
      </w:r>
    </w:p>
    <w:p>
      <w:pPr>
        <w:spacing w:after="60" w:line="266" w:lineRule="auto"/>
        <w:ind w:firstLine="331"/>
        <w:jc w:val="both"/>
      </w:pPr>
      <w:r>
        <w:rPr>
          <w:rFonts w:ascii="Georgia" w:hAnsi="Georgia"/>
          <w:b w:val="0"/>
          <w:i w:val="0"/>
          <w:color w:val="22201D"/>
          <w:sz w:val="20"/>
        </w:rPr>
        <w:t>Flocc opened his mouth, found several explanations waiting there with their coats on, and closed it again.</w:t>
      </w:r>
    </w:p>
    <w:p>
      <w:pPr>
        <w:spacing w:after="60" w:line="266" w:lineRule="auto"/>
        <w:ind w:firstLine="331"/>
        <w:jc w:val="both"/>
      </w:pPr>
      <w:r>
        <w:rPr>
          <w:rFonts w:ascii="Georgia" w:hAnsi="Georgia"/>
          <w:b w:val="0"/>
          <w:i w:val="0"/>
          <w:color w:val="22201D"/>
          <w:sz w:val="20"/>
        </w:rPr>
        <w:t>"That may be accurate."</w:t>
      </w:r>
    </w:p>
    <w:p>
      <w:pPr>
        <w:spacing w:after="60" w:line="266" w:lineRule="auto"/>
        <w:ind w:firstLine="331"/>
        <w:jc w:val="both"/>
      </w:pPr>
      <w:r>
        <w:rPr>
          <w:rFonts w:ascii="Georgia" w:hAnsi="Georgia"/>
          <w:b w:val="0"/>
          <w:i w:val="0"/>
          <w:color w:val="22201D"/>
          <w:sz w:val="20"/>
        </w:rPr>
        <w:t>"Do not give the line a speech."</w:t>
      </w:r>
    </w:p>
    <w:p>
      <w:pPr>
        <w:spacing w:after="60" w:line="266" w:lineRule="auto"/>
        <w:ind w:firstLine="331"/>
        <w:jc w:val="both"/>
      </w:pPr>
      <w:r>
        <w:rPr>
          <w:rFonts w:ascii="Georgia" w:hAnsi="Georgia"/>
          <w:b w:val="0"/>
          <w:i w:val="0"/>
          <w:color w:val="22201D"/>
          <w:sz w:val="20"/>
        </w:rPr>
        <w:t>"I was not going to."</w:t>
      </w:r>
    </w:p>
    <w:p>
      <w:pPr>
        <w:spacing w:after="60" w:line="266" w:lineRule="auto"/>
        <w:ind w:firstLine="331"/>
        <w:jc w:val="both"/>
      </w:pPr>
      <w:r>
        <w:rPr>
          <w:rFonts w:ascii="Georgia" w:hAnsi="Georgia"/>
          <w:b w:val="0"/>
          <w:i w:val="0"/>
          <w:color w:val="22201D"/>
          <w:sz w:val="20"/>
        </w:rPr>
        <w:t>Mara looked at him.</w:t>
      </w:r>
    </w:p>
    <w:p>
      <w:pPr>
        <w:spacing w:after="60" w:line="266" w:lineRule="auto"/>
        <w:ind w:firstLine="331"/>
        <w:jc w:val="both"/>
      </w:pPr>
      <w:r>
        <w:rPr>
          <w:rFonts w:ascii="Georgia" w:hAnsi="Georgia"/>
          <w:b w:val="0"/>
          <w:i w:val="0"/>
          <w:color w:val="22201D"/>
          <w:sz w:val="20"/>
        </w:rPr>
        <w:t>"I was going to give it a cautionary structure."</w:t>
      </w:r>
    </w:p>
    <w:p>
      <w:pPr>
        <w:spacing w:after="60" w:line="266" w:lineRule="auto"/>
        <w:ind w:firstLine="331"/>
        <w:jc w:val="both"/>
      </w:pPr>
      <w:r>
        <w:rPr>
          <w:rFonts w:ascii="Georgia" w:hAnsi="Georgia"/>
          <w:b w:val="0"/>
          <w:i w:val="0"/>
          <w:color w:val="22201D"/>
          <w:sz w:val="20"/>
        </w:rPr>
        <w:t>"That is a speech with a vest."</w:t>
      </w:r>
    </w:p>
    <w:p>
      <w:pPr>
        <w:spacing w:after="60" w:line="266" w:lineRule="auto"/>
        <w:ind w:firstLine="331"/>
        <w:jc w:val="both"/>
      </w:pPr>
      <w:r>
        <w:rPr>
          <w:rFonts w:ascii="Georgia" w:hAnsi="Georgia"/>
          <w:b w:val="0"/>
          <w:i w:val="0"/>
          <w:color w:val="22201D"/>
          <w:sz w:val="20"/>
        </w:rPr>
        <w:t>The waiting list printed its first blank field:</w:t>
      </w:r>
    </w:p>
    <w:p>
      <w:pPr>
        <w:spacing w:after="60" w:line="250" w:lineRule="auto"/>
        <w:ind w:left="202" w:right="173"/>
      </w:pPr>
      <w:r>
        <w:rPr>
          <w:rFonts w:ascii="Georgia" w:hAnsi="Georgia"/>
          <w:b w:val="0"/>
          <w:i w:val="0"/>
          <w:color w:val="22201D"/>
          <w:sz w:val="17"/>
        </w:rPr>
        <w:t>1.</w:t>
      </w:r>
    </w:p>
    <w:p>
      <w:pPr>
        <w:spacing w:after="60" w:line="266" w:lineRule="auto"/>
        <w:ind w:firstLine="331"/>
        <w:jc w:val="both"/>
      </w:pPr>
      <w:r>
        <w:rPr>
          <w:rFonts w:ascii="Georgia" w:hAnsi="Georgia"/>
          <w:b w:val="0"/>
          <w:i w:val="0"/>
          <w:color w:val="22201D"/>
          <w:sz w:val="20"/>
        </w:rPr>
        <w:t>Everyone looked at Martin.</w:t>
      </w:r>
    </w:p>
    <w:p>
      <w:pPr>
        <w:spacing w:after="60" w:line="266" w:lineRule="auto"/>
        <w:ind w:firstLine="331"/>
        <w:jc w:val="both"/>
      </w:pPr>
      <w:r>
        <w:rPr>
          <w:rFonts w:ascii="Georgia" w:hAnsi="Georgia"/>
          <w:b w:val="0"/>
          <w:i w:val="0"/>
          <w:color w:val="22201D"/>
          <w:sz w:val="20"/>
        </w:rPr>
        <w:t>Martin looked at the chalk.</w:t>
      </w:r>
    </w:p>
    <w:p>
      <w:pPr>
        <w:spacing w:after="60" w:line="266" w:lineRule="auto"/>
        <w:ind w:firstLine="331"/>
        <w:jc w:val="both"/>
      </w:pPr>
      <w:r>
        <w:rPr>
          <w:rFonts w:ascii="Georgia" w:hAnsi="Georgia"/>
          <w:b w:val="0"/>
          <w:i w:val="0"/>
          <w:color w:val="22201D"/>
          <w:sz w:val="20"/>
        </w:rPr>
        <w:t>"Martin," he said.</w:t>
      </w:r>
    </w:p>
    <w:p>
      <w:pPr>
        <w:spacing w:after="60" w:line="266" w:lineRule="auto"/>
        <w:ind w:firstLine="331"/>
        <w:jc w:val="both"/>
      </w:pPr>
      <w:r>
        <w:rPr>
          <w:rFonts w:ascii="Georgia" w:hAnsi="Georgia"/>
          <w:b w:val="0"/>
          <w:i w:val="0"/>
          <w:color w:val="22201D"/>
          <w:sz w:val="20"/>
        </w:rPr>
        <w:t>The chalk accepted the sound and rejected the word.</w:t>
      </w:r>
    </w:p>
    <w:p>
      <w:pPr>
        <w:spacing w:after="60" w:line="250" w:lineRule="auto"/>
        <w:ind w:left="202" w:right="173"/>
      </w:pPr>
      <w:r>
        <w:rPr>
          <w:rFonts w:ascii="Georgia" w:hAnsi="Georgia"/>
          <w:b w:val="0"/>
          <w:i w:val="0"/>
          <w:color w:val="22201D"/>
          <w:sz w:val="17"/>
        </w:rPr>
        <w:t>1. Martin Status: label</w:t>
      </w:r>
    </w:p>
    <w:p>
      <w:pPr>
        <w:spacing w:after="60" w:line="266" w:lineRule="auto"/>
        <w:ind w:firstLine="331"/>
        <w:jc w:val="both"/>
      </w:pPr>
      <w:r>
        <w:rPr>
          <w:rFonts w:ascii="Georgia" w:hAnsi="Georgia"/>
          <w:b w:val="0"/>
          <w:i w:val="0"/>
          <w:color w:val="22201D"/>
          <w:sz w:val="20"/>
        </w:rPr>
        <w:t>"That's my name."</w:t>
      </w:r>
    </w:p>
    <w:p>
      <w:pPr>
        <w:spacing w:after="60" w:line="250" w:lineRule="auto"/>
        <w:ind w:left="202" w:right="173"/>
      </w:pPr>
      <w:r>
        <w:rPr>
          <w:rFonts w:ascii="Georgia" w:hAnsi="Georgia"/>
          <w:b w:val="0"/>
          <w:i w:val="0"/>
          <w:color w:val="22201D"/>
          <w:sz w:val="17"/>
        </w:rPr>
        <w:t>Useful for mail. Insufficient for seating.</w:t>
      </w:r>
    </w:p>
    <w:p>
      <w:pPr>
        <w:spacing w:after="60" w:line="266" w:lineRule="auto"/>
        <w:ind w:firstLine="331"/>
        <w:jc w:val="both"/>
      </w:pPr>
      <w:r>
        <w:rPr>
          <w:rFonts w:ascii="Georgia" w:hAnsi="Georgia"/>
          <w:b w:val="0"/>
          <w:i w:val="0"/>
          <w:color w:val="22201D"/>
          <w:sz w:val="20"/>
        </w:rPr>
        <w:t>Martin looked at the Hostess.</w:t>
      </w:r>
    </w:p>
    <w:p>
      <w:pPr>
        <w:spacing w:after="60" w:line="266" w:lineRule="auto"/>
        <w:ind w:firstLine="331"/>
        <w:jc w:val="both"/>
      </w:pPr>
      <w:r>
        <w:rPr>
          <w:rFonts w:ascii="Georgia" w:hAnsi="Georgia"/>
          <w:b w:val="0"/>
          <w:i w:val="0"/>
          <w:color w:val="22201D"/>
          <w:sz w:val="20"/>
        </w:rPr>
        <w:t>"Is it insulting me?"</w:t>
      </w:r>
    </w:p>
    <w:p>
      <w:pPr>
        <w:spacing w:after="60" w:line="266" w:lineRule="auto"/>
        <w:ind w:firstLine="331"/>
        <w:jc w:val="both"/>
      </w:pPr>
      <w:r>
        <w:rPr>
          <w:rFonts w:ascii="Georgia" w:hAnsi="Georgia"/>
          <w:b w:val="0"/>
          <w:i w:val="0"/>
          <w:color w:val="22201D"/>
          <w:sz w:val="20"/>
        </w:rPr>
        <w:t>"No," said the Hostess. "It is distinguishing between contact and calling."</w:t>
      </w:r>
    </w:p>
    <w:p>
      <w:pPr>
        <w:spacing w:after="60" w:line="266" w:lineRule="auto"/>
        <w:ind w:firstLine="331"/>
        <w:jc w:val="both"/>
      </w:pPr>
      <w:r>
        <w:rPr>
          <w:rFonts w:ascii="Georgia" w:hAnsi="Georgia"/>
          <w:b w:val="0"/>
          <w:i w:val="0"/>
          <w:color w:val="22201D"/>
          <w:sz w:val="20"/>
        </w:rPr>
        <w:t>"I don't like that."</w:t>
      </w:r>
    </w:p>
    <w:p>
      <w:pPr>
        <w:spacing w:after="60" w:line="266" w:lineRule="auto"/>
        <w:ind w:firstLine="331"/>
        <w:jc w:val="both"/>
      </w:pPr>
      <w:r>
        <w:rPr>
          <w:rFonts w:ascii="Georgia" w:hAnsi="Georgia"/>
          <w:b w:val="0"/>
          <w:i w:val="0"/>
          <w:color w:val="22201D"/>
          <w:sz w:val="20"/>
        </w:rPr>
        <w:t>"That may be why it started with you."</w:t>
      </w:r>
    </w:p>
    <w:p>
      <w:pPr>
        <w:spacing w:after="60" w:line="266" w:lineRule="auto"/>
        <w:ind w:firstLine="331"/>
        <w:jc w:val="both"/>
      </w:pPr>
      <w:r>
        <w:rPr>
          <w:rFonts w:ascii="Georgia" w:hAnsi="Georgia"/>
          <w:b w:val="0"/>
          <w:i w:val="0"/>
          <w:color w:val="22201D"/>
          <w:sz w:val="20"/>
        </w:rPr>
        <w:t>Martin rubbed both hands over his face, then stopped halfway because several people were watching and he remembered he had recently used the public internet as a replacement for courage.</w:t>
      </w:r>
    </w:p>
    <w:p>
      <w:pPr>
        <w:spacing w:after="60" w:line="266" w:lineRule="auto"/>
        <w:ind w:firstLine="331"/>
        <w:jc w:val="both"/>
      </w:pPr>
      <w:r>
        <w:rPr>
          <w:rFonts w:ascii="Georgia" w:hAnsi="Georgia"/>
          <w:b w:val="0"/>
          <w:i w:val="0"/>
          <w:color w:val="22201D"/>
          <w:sz w:val="20"/>
        </w:rPr>
        <w:t>He said, "What am I supposed to put?"</w:t>
      </w:r>
    </w:p>
    <w:p>
      <w:pPr>
        <w:spacing w:after="60" w:line="266" w:lineRule="auto"/>
        <w:ind w:firstLine="331"/>
        <w:jc w:val="both"/>
      </w:pPr>
      <w:r>
        <w:rPr>
          <w:rFonts w:ascii="Georgia" w:hAnsi="Georgia"/>
          <w:b w:val="0"/>
          <w:i w:val="0"/>
          <w:color w:val="22201D"/>
          <w:sz w:val="20"/>
        </w:rPr>
        <w:t>The chalk did not answer.</w:t>
      </w:r>
    </w:p>
    <w:p>
      <w:pPr>
        <w:spacing w:after="60" w:line="266" w:lineRule="auto"/>
        <w:ind w:firstLine="331"/>
        <w:jc w:val="both"/>
      </w:pPr>
      <w:r>
        <w:rPr>
          <w:rFonts w:ascii="Georgia" w:hAnsi="Georgia"/>
          <w:b w:val="0"/>
          <w:i w:val="0"/>
          <w:color w:val="22201D"/>
          <w:sz w:val="20"/>
        </w:rPr>
        <w:t>This was its most aggressive behavior so far.</w:t>
      </w:r>
    </w:p>
    <w:p>
      <w:pPr>
        <w:spacing w:after="60" w:line="266" w:lineRule="auto"/>
        <w:ind w:firstLine="331"/>
        <w:jc w:val="both"/>
      </w:pPr>
      <w:r>
        <w:rPr>
          <w:rFonts w:ascii="Georgia" w:hAnsi="Georgia"/>
          <w:b w:val="0"/>
          <w:i w:val="0"/>
          <w:color w:val="22201D"/>
          <w:sz w:val="20"/>
        </w:rPr>
        <w:t>Nico, who had put away the camera and had not yet stopped feeling the shape of it in their hand, said from the line, "Maybe it wants your handle."</w:t>
      </w:r>
    </w:p>
    <w:p>
      <w:pPr>
        <w:spacing w:after="60" w:line="266" w:lineRule="auto"/>
        <w:ind w:firstLine="331"/>
        <w:jc w:val="both"/>
      </w:pPr>
      <w:r>
        <w:rPr>
          <w:rFonts w:ascii="Georgia" w:hAnsi="Georgia"/>
          <w:b w:val="0"/>
          <w:i w:val="0"/>
          <w:color w:val="22201D"/>
          <w:sz w:val="20"/>
        </w:rPr>
        <w:t>The chalk wrote:</w:t>
      </w:r>
    </w:p>
    <w:p>
      <w:pPr>
        <w:spacing w:after="60" w:line="250" w:lineRule="auto"/>
        <w:ind w:left="202" w:right="173"/>
      </w:pPr>
      <w:r>
        <w:rPr>
          <w:rFonts w:ascii="Georgia" w:hAnsi="Georgia"/>
          <w:b w:val="0"/>
          <w:i w:val="0"/>
          <w:color w:val="22201D"/>
          <w:sz w:val="17"/>
        </w:rPr>
        <w:t>Handles: for carrying things</w:t>
      </w:r>
    </w:p>
    <w:p>
      <w:pPr>
        <w:spacing w:after="60" w:line="266" w:lineRule="auto"/>
        <w:ind w:firstLine="331"/>
        <w:jc w:val="both"/>
      </w:pPr>
      <w:r>
        <w:rPr>
          <w:rFonts w:ascii="Georgia" w:hAnsi="Georgia"/>
          <w:b w:val="0"/>
          <w:i w:val="0"/>
          <w:color w:val="22201D"/>
          <w:sz w:val="20"/>
        </w:rPr>
        <w:t>Nico nodded slowly.</w:t>
      </w:r>
    </w:p>
    <w:p>
      <w:pPr>
        <w:spacing w:after="60" w:line="266" w:lineRule="auto"/>
        <w:ind w:firstLine="331"/>
        <w:jc w:val="both"/>
      </w:pPr>
      <w:r>
        <w:rPr>
          <w:rFonts w:ascii="Georgia" w:hAnsi="Georgia"/>
          <w:b w:val="0"/>
          <w:i w:val="0"/>
          <w:color w:val="22201D"/>
          <w:sz w:val="20"/>
        </w:rPr>
        <w:t>"Fair."</w:t>
      </w:r>
    </w:p>
    <w:p>
      <w:pPr>
        <w:spacing w:after="60" w:line="266" w:lineRule="auto"/>
        <w:ind w:firstLine="331"/>
        <w:jc w:val="both"/>
      </w:pPr>
      <w:r>
        <w:rPr>
          <w:rFonts w:ascii="Georgia" w:hAnsi="Georgia"/>
          <w:b w:val="0"/>
          <w:i w:val="0"/>
          <w:color w:val="22201D"/>
          <w:sz w:val="20"/>
        </w:rPr>
        <w:t>Martin tried again.</w:t>
      </w:r>
    </w:p>
    <w:p>
      <w:pPr>
        <w:spacing w:after="60" w:line="266" w:lineRule="auto"/>
        <w:ind w:firstLine="331"/>
        <w:jc w:val="both"/>
      </w:pPr>
      <w:r>
        <w:rPr>
          <w:rFonts w:ascii="Georgia" w:hAnsi="Georgia"/>
          <w:b w:val="0"/>
          <w:i w:val="0"/>
          <w:color w:val="22201D"/>
          <w:sz w:val="20"/>
        </w:rPr>
        <w:t>"Martin, party of one."</w:t>
      </w:r>
    </w:p>
    <w:p>
      <w:pPr>
        <w:spacing w:after="60" w:line="266" w:lineRule="auto"/>
        <w:ind w:firstLine="331"/>
        <w:jc w:val="both"/>
      </w:pPr>
      <w:r>
        <w:rPr>
          <w:rFonts w:ascii="Georgia" w:hAnsi="Georgia"/>
          <w:b w:val="0"/>
          <w:i w:val="0"/>
          <w:color w:val="22201D"/>
          <w:sz w:val="20"/>
        </w:rPr>
        <w:t>The chalk edited:</w:t>
      </w:r>
    </w:p>
    <w:p>
      <w:pPr>
        <w:spacing w:after="60" w:line="250" w:lineRule="auto"/>
        <w:ind w:left="202" w:right="173"/>
      </w:pPr>
      <w:r>
        <w:rPr>
          <w:rFonts w:ascii="Georgia" w:hAnsi="Georgia"/>
          <w:b w:val="0"/>
          <w:i w:val="0"/>
          <w:color w:val="22201D"/>
          <w:sz w:val="17"/>
        </w:rPr>
        <w:t>1. Martin Party: one Accuracy: logistical Hunger: unnamed</w:t>
      </w:r>
    </w:p>
    <w:p>
      <w:pPr>
        <w:spacing w:after="60" w:line="266" w:lineRule="auto"/>
        <w:ind w:firstLine="331"/>
        <w:jc w:val="both"/>
      </w:pPr>
      <w:r>
        <w:rPr>
          <w:rFonts w:ascii="Georgia" w:hAnsi="Georgia"/>
          <w:b w:val="0"/>
          <w:i w:val="0"/>
          <w:color w:val="22201D"/>
          <w:sz w:val="20"/>
        </w:rPr>
        <w:t>A woman in a clean raincoat near the middle of the line whispered, "This is why I use the app."</w:t>
      </w:r>
    </w:p>
    <w:p>
      <w:pPr>
        <w:spacing w:after="60" w:line="266" w:lineRule="auto"/>
        <w:ind w:firstLine="331"/>
        <w:jc w:val="both"/>
      </w:pPr>
      <w:r>
        <w:rPr>
          <w:rFonts w:ascii="Georgia" w:hAnsi="Georgia"/>
          <w:b w:val="0"/>
          <w:i w:val="0"/>
          <w:color w:val="22201D"/>
          <w:sz w:val="20"/>
        </w:rPr>
        <w:t>The reservation app, which had remained open on twenty-seven phones, refreshed at once.</w:t>
      </w:r>
    </w:p>
    <w:p>
      <w:pPr>
        <w:spacing w:after="60" w:line="250" w:lineRule="auto"/>
        <w:ind w:left="202" w:right="173"/>
      </w:pPr>
      <w:r>
        <w:rPr>
          <w:rFonts w:ascii="Georgia" w:hAnsi="Georgia"/>
          <w:b w:val="0"/>
          <w:i w:val="0"/>
          <w:color w:val="22201D"/>
          <w:sz w:val="17"/>
        </w:rPr>
        <w:t>The app cannot save you from being present.</w:t>
      </w:r>
    </w:p>
    <w:p>
      <w:pPr>
        <w:spacing w:after="60" w:line="266" w:lineRule="auto"/>
        <w:ind w:firstLine="331"/>
        <w:jc w:val="both"/>
      </w:pPr>
      <w:r>
        <w:rPr>
          <w:rFonts w:ascii="Georgia" w:hAnsi="Georgia"/>
          <w:b w:val="0"/>
          <w:i w:val="0"/>
          <w:color w:val="22201D"/>
          <w:sz w:val="20"/>
        </w:rPr>
        <w:t>Twenty-seven people locked their screens.</w:t>
      </w:r>
    </w:p>
    <w:p>
      <w:pPr>
        <w:spacing w:after="60" w:line="266" w:lineRule="auto"/>
        <w:ind w:firstLine="331"/>
        <w:jc w:val="both"/>
      </w:pPr>
      <w:r>
        <w:rPr>
          <w:rFonts w:ascii="Georgia" w:hAnsi="Georgia"/>
          <w:b w:val="0"/>
          <w:i w:val="0"/>
          <w:color w:val="22201D"/>
          <w:sz w:val="20"/>
        </w:rPr>
        <w:t>One did it too late.</w:t>
      </w:r>
    </w:p>
    <w:p>
      <w:pPr>
        <w:spacing w:after="60" w:line="266" w:lineRule="auto"/>
        <w:ind w:firstLine="331"/>
        <w:jc w:val="both"/>
      </w:pPr>
      <w:r>
        <w:rPr>
          <w:rFonts w:ascii="Georgia" w:hAnsi="Georgia"/>
          <w:b w:val="0"/>
          <w:i w:val="0"/>
          <w:color w:val="22201D"/>
          <w:sz w:val="20"/>
        </w:rPr>
        <w:t>The app added:</w:t>
      </w:r>
    </w:p>
    <w:p>
      <w:pPr>
        <w:spacing w:after="60" w:line="250" w:lineRule="auto"/>
        <w:ind w:left="202" w:right="173"/>
      </w:pPr>
      <w:r>
        <w:rPr>
          <w:rFonts w:ascii="Georgia" w:hAnsi="Georgia"/>
          <w:b w:val="0"/>
          <w:i w:val="0"/>
          <w:color w:val="22201D"/>
          <w:sz w:val="17"/>
        </w:rPr>
        <w:t>Except you, Lionel. You looked twice.</w:t>
      </w:r>
    </w:p>
    <w:p>
      <w:pPr>
        <w:spacing w:after="60" w:line="266" w:lineRule="auto"/>
        <w:ind w:firstLine="331"/>
        <w:jc w:val="both"/>
      </w:pPr>
      <w:r>
        <w:rPr>
          <w:rFonts w:ascii="Georgia" w:hAnsi="Georgia"/>
          <w:b w:val="0"/>
          <w:i w:val="0"/>
          <w:color w:val="22201D"/>
          <w:sz w:val="20"/>
        </w:rPr>
        <w:t>Lionel placed his phone face-down against his chest as if sheltering a small injured animal, then remembered phones were not owed that particular kindness and lowered it.</w:t>
      </w:r>
    </w:p>
    <w:p>
      <w:pPr>
        <w:spacing w:after="60" w:line="266" w:lineRule="auto"/>
        <w:ind w:firstLine="331"/>
        <w:jc w:val="both"/>
      </w:pPr>
      <w:r>
        <w:rPr>
          <w:rFonts w:ascii="Georgia" w:hAnsi="Georgia"/>
          <w:b w:val="0"/>
          <w:i w:val="0"/>
          <w:color w:val="22201D"/>
          <w:sz w:val="20"/>
        </w:rPr>
        <w:t>Gerald pointed at the wall.</w:t>
      </w:r>
    </w:p>
    <w:p>
      <w:pPr>
        <w:spacing w:after="60" w:line="266" w:lineRule="auto"/>
        <w:ind w:firstLine="331"/>
        <w:jc w:val="both"/>
      </w:pPr>
      <w:r>
        <w:rPr>
          <w:rFonts w:ascii="Georgia" w:hAnsi="Georgia"/>
          <w:b w:val="0"/>
          <w:i w:val="0"/>
          <w:color w:val="22201D"/>
          <w:sz w:val="20"/>
        </w:rPr>
        <w:t>"No personal callouts from a waiting list."</w:t>
      </w:r>
    </w:p>
    <w:p>
      <w:pPr>
        <w:spacing w:after="60" w:line="250" w:lineRule="auto"/>
        <w:ind w:left="202" w:right="173"/>
      </w:pPr>
      <w:r>
        <w:rPr>
          <w:rFonts w:ascii="Georgia" w:hAnsi="Georgia"/>
          <w:b w:val="0"/>
          <w:i w:val="0"/>
          <w:color w:val="22201D"/>
          <w:sz w:val="17"/>
        </w:rPr>
        <w:t>Correction accepted. General callouts only.</w:t>
      </w:r>
    </w:p>
    <w:p>
      <w:pPr>
        <w:spacing w:after="60" w:line="266" w:lineRule="auto"/>
        <w:ind w:firstLine="331"/>
        <w:jc w:val="both"/>
      </w:pPr>
      <w:r>
        <w:rPr>
          <w:rFonts w:ascii="Georgia" w:hAnsi="Georgia"/>
          <w:b w:val="0"/>
          <w:i w:val="0"/>
          <w:color w:val="22201D"/>
          <w:sz w:val="20"/>
        </w:rPr>
        <w:t>"Also not acceptable."</w:t>
      </w:r>
    </w:p>
    <w:p>
      <w:pPr>
        <w:spacing w:after="60" w:line="266" w:lineRule="auto"/>
        <w:ind w:firstLine="331"/>
        <w:jc w:val="both"/>
      </w:pPr>
      <w:r>
        <w:rPr>
          <w:rFonts w:ascii="Georgia" w:hAnsi="Georgia"/>
          <w:b w:val="0"/>
          <w:i w:val="0"/>
          <w:color w:val="22201D"/>
          <w:sz w:val="20"/>
        </w:rPr>
        <w:t>The chalk considered.</w:t>
      </w:r>
    </w:p>
    <w:p>
      <w:pPr>
        <w:spacing w:after="60" w:line="250" w:lineRule="auto"/>
        <w:ind w:left="202" w:right="173"/>
      </w:pPr>
      <w:r>
        <w:rPr>
          <w:rFonts w:ascii="Georgia" w:hAnsi="Georgia"/>
          <w:b w:val="0"/>
          <w:i w:val="0"/>
          <w:color w:val="22201D"/>
          <w:sz w:val="17"/>
        </w:rPr>
        <w:t>Public embarrassment reduced. Private embarrassment retained.</w:t>
      </w:r>
    </w:p>
    <w:p>
      <w:pPr>
        <w:spacing w:after="60" w:line="266" w:lineRule="auto"/>
        <w:ind w:firstLine="331"/>
        <w:jc w:val="both"/>
      </w:pPr>
      <w:r>
        <w:rPr>
          <w:rFonts w:ascii="Georgia" w:hAnsi="Georgia"/>
          <w:b w:val="0"/>
          <w:i w:val="0"/>
          <w:color w:val="22201D"/>
          <w:sz w:val="20"/>
        </w:rPr>
        <w:t>"Better," Gerald said, then looked troubled by his own standard.</w:t>
      </w:r>
    </w:p>
    <w:p>
      <w:pPr>
        <w:spacing w:after="60" w:line="266" w:lineRule="auto"/>
        <w:ind w:firstLine="331"/>
        <w:jc w:val="both"/>
      </w:pPr>
      <w:r>
        <w:rPr>
          <w:rFonts w:ascii="Georgia" w:hAnsi="Georgia"/>
          <w:b w:val="0"/>
          <w:i w:val="0"/>
          <w:color w:val="22201D"/>
          <w:sz w:val="20"/>
        </w:rPr>
        <w:t>The Hostess stepped outside.</w:t>
      </w:r>
    </w:p>
    <w:p>
      <w:pPr>
        <w:spacing w:after="60" w:line="266" w:lineRule="auto"/>
        <w:ind w:firstLine="331"/>
        <w:jc w:val="both"/>
      </w:pPr>
      <w:r>
        <w:rPr>
          <w:rFonts w:ascii="Georgia" w:hAnsi="Georgia"/>
          <w:b w:val="0"/>
          <w:i w:val="0"/>
          <w:color w:val="22201D"/>
          <w:sz w:val="20"/>
        </w:rPr>
        <w:t>The line made room without quite meaning to. It was not obedience exactly. It was the physical intelligence of a crowd that recognized someone had become the most accurate furniture in the area.</w:t>
      </w:r>
    </w:p>
    <w:p>
      <w:pPr>
        <w:spacing w:after="60" w:line="266" w:lineRule="auto"/>
        <w:ind w:firstLine="331"/>
        <w:jc w:val="both"/>
      </w:pPr>
      <w:r>
        <w:rPr>
          <w:rFonts w:ascii="Georgia" w:hAnsi="Georgia"/>
          <w:b w:val="0"/>
          <w:i w:val="0"/>
          <w:color w:val="22201D"/>
          <w:sz w:val="20"/>
        </w:rPr>
        <w:t>She stood in front of the blank list.</w:t>
      </w:r>
    </w:p>
    <w:p>
      <w:pPr>
        <w:spacing w:after="60" w:line="266" w:lineRule="auto"/>
        <w:ind w:firstLine="331"/>
        <w:jc w:val="both"/>
      </w:pPr>
      <w:r>
        <w:rPr>
          <w:rFonts w:ascii="Georgia" w:hAnsi="Georgia"/>
          <w:b w:val="0"/>
          <w:i w:val="0"/>
          <w:color w:val="22201D"/>
          <w:sz w:val="20"/>
        </w:rPr>
        <w:t>"A waiting list is not a list of people who deserve to be seated next. It is a list of people who have agreed not to turn wanting into damage while they are not being seated."</w:t>
      </w:r>
    </w:p>
    <w:p>
      <w:pPr>
        <w:spacing w:after="60" w:line="266" w:lineRule="auto"/>
        <w:ind w:firstLine="331"/>
        <w:jc w:val="both"/>
      </w:pPr>
      <w:r>
        <w:rPr>
          <w:rFonts w:ascii="Georgia" w:hAnsi="Georgia"/>
          <w:b w:val="0"/>
          <w:i w:val="0"/>
          <w:color w:val="22201D"/>
          <w:sz w:val="20"/>
        </w:rPr>
        <w:t>No one wrote that down.</w:t>
      </w:r>
    </w:p>
    <w:p>
      <w:pPr>
        <w:spacing w:after="60" w:line="266" w:lineRule="auto"/>
        <w:ind w:firstLine="331"/>
        <w:jc w:val="both"/>
      </w:pPr>
      <w:r>
        <w:rPr>
          <w:rFonts w:ascii="Georgia" w:hAnsi="Georgia"/>
          <w:b w:val="0"/>
          <w:i w:val="0"/>
          <w:color w:val="22201D"/>
          <w:sz w:val="20"/>
        </w:rPr>
        <w:t>Several wanted to.</w:t>
      </w:r>
    </w:p>
    <w:p>
      <w:pPr>
        <w:spacing w:after="60" w:line="266" w:lineRule="auto"/>
        <w:ind w:firstLine="331"/>
        <w:jc w:val="both"/>
      </w:pPr>
      <w:r>
        <w:rPr>
          <w:rFonts w:ascii="Georgia" w:hAnsi="Georgia"/>
          <w:b w:val="0"/>
          <w:i w:val="0"/>
          <w:color w:val="22201D"/>
          <w:sz w:val="20"/>
        </w:rPr>
        <w:t>The chalk wrote:</w:t>
      </w:r>
    </w:p>
    <w:p>
      <w:pPr>
        <w:spacing w:after="60" w:line="250" w:lineRule="auto"/>
        <w:ind w:left="202" w:right="173"/>
      </w:pPr>
      <w:r>
        <w:rPr>
          <w:rFonts w:ascii="Georgia" w:hAnsi="Georgia"/>
          <w:b w:val="0"/>
          <w:i w:val="0"/>
          <w:color w:val="22201D"/>
          <w:sz w:val="17"/>
        </w:rPr>
        <w:t>WAITING TERMS  Do not turn wanting into damage. Do not treat delay as evidence of value. Do not borrow hunger from attention. Do not use another person's correction as a shortcut. Name what should be called.</w:t>
      </w:r>
    </w:p>
    <w:p>
      <w:pPr>
        <w:spacing w:after="60" w:line="266" w:lineRule="auto"/>
        <w:ind w:firstLine="331"/>
        <w:jc w:val="both"/>
      </w:pPr>
      <w:r>
        <w:rPr>
          <w:rFonts w:ascii="Georgia" w:hAnsi="Georgia"/>
          <w:b w:val="0"/>
          <w:i w:val="0"/>
          <w:color w:val="22201D"/>
          <w:sz w:val="20"/>
        </w:rPr>
        <w:t>Auditor Ives, who had returned because a restaurant that generated public lists near a sidewalk created obvious procedural questions, adjusted his glasses.</w:t>
      </w:r>
    </w:p>
    <w:p>
      <w:pPr>
        <w:spacing w:after="60" w:line="266" w:lineRule="auto"/>
        <w:ind w:firstLine="331"/>
        <w:jc w:val="both"/>
      </w:pPr>
      <w:r>
        <w:rPr>
          <w:rFonts w:ascii="Georgia" w:hAnsi="Georgia"/>
          <w:b w:val="0"/>
          <w:i w:val="0"/>
          <w:color w:val="22201D"/>
          <w:sz w:val="20"/>
        </w:rPr>
        <w:t>"Is this a municipal list?"</w:t>
      </w:r>
    </w:p>
    <w:p>
      <w:pPr>
        <w:spacing w:after="60" w:line="266" w:lineRule="auto"/>
        <w:ind w:firstLine="331"/>
        <w:jc w:val="both"/>
      </w:pPr>
      <w:r>
        <w:rPr>
          <w:rFonts w:ascii="Georgia" w:hAnsi="Georgia"/>
          <w:b w:val="0"/>
          <w:i w:val="0"/>
          <w:color w:val="22201D"/>
          <w:sz w:val="20"/>
        </w:rPr>
        <w:t>"No," said Steve.</w:t>
      </w:r>
    </w:p>
    <w:p>
      <w:pPr>
        <w:spacing w:after="60" w:line="266" w:lineRule="auto"/>
        <w:ind w:firstLine="331"/>
        <w:jc w:val="both"/>
      </w:pPr>
      <w:r>
        <w:rPr>
          <w:rFonts w:ascii="Georgia" w:hAnsi="Georgia"/>
          <w:b w:val="0"/>
          <w:i w:val="0"/>
          <w:color w:val="22201D"/>
          <w:sz w:val="20"/>
        </w:rPr>
        <w:t>"Is it a private list?"</w:t>
      </w:r>
    </w:p>
    <w:p>
      <w:pPr>
        <w:spacing w:after="60" w:line="266" w:lineRule="auto"/>
        <w:ind w:firstLine="331"/>
        <w:jc w:val="both"/>
      </w:pPr>
      <w:r>
        <w:rPr>
          <w:rFonts w:ascii="Georgia" w:hAnsi="Georgia"/>
          <w:b w:val="0"/>
          <w:i w:val="0"/>
          <w:color w:val="22201D"/>
          <w:sz w:val="20"/>
        </w:rPr>
        <w:t>"Also no."</w:t>
      </w:r>
    </w:p>
    <w:p>
      <w:pPr>
        <w:spacing w:after="60" w:line="266" w:lineRule="auto"/>
        <w:ind w:firstLine="331"/>
        <w:jc w:val="both"/>
      </w:pPr>
      <w:r>
        <w:rPr>
          <w:rFonts w:ascii="Georgia" w:hAnsi="Georgia"/>
          <w:b w:val="0"/>
          <w:i w:val="0"/>
          <w:color w:val="22201D"/>
          <w:sz w:val="20"/>
        </w:rPr>
        <w:t>"That is not a category."</w:t>
      </w:r>
    </w:p>
    <w:p>
      <w:pPr>
        <w:spacing w:after="60" w:line="266" w:lineRule="auto"/>
        <w:ind w:firstLine="331"/>
        <w:jc w:val="both"/>
      </w:pPr>
      <w:r>
        <w:rPr>
          <w:rFonts w:ascii="Georgia" w:hAnsi="Georgia"/>
          <w:b w:val="0"/>
          <w:i w:val="0"/>
          <w:color w:val="22201D"/>
          <w:sz w:val="20"/>
        </w:rPr>
        <w:t>Steve looked pleased.</w:t>
      </w:r>
    </w:p>
    <w:p>
      <w:pPr>
        <w:spacing w:after="60" w:line="266" w:lineRule="auto"/>
        <w:ind w:firstLine="331"/>
        <w:jc w:val="both"/>
      </w:pPr>
      <w:r>
        <w:rPr>
          <w:rFonts w:ascii="Georgia" w:hAnsi="Georgia"/>
          <w:b w:val="0"/>
          <w:i w:val="0"/>
          <w:color w:val="22201D"/>
          <w:sz w:val="20"/>
        </w:rPr>
        <w:t>"Exactly."</w:t>
      </w:r>
    </w:p>
    <w:p>
      <w:pPr>
        <w:spacing w:after="60" w:line="266" w:lineRule="auto"/>
        <w:ind w:firstLine="331"/>
        <w:jc w:val="both"/>
      </w:pPr>
      <w:r>
        <w:rPr>
          <w:rFonts w:ascii="Georgia" w:hAnsi="Georgia"/>
          <w:b w:val="0"/>
          <w:i w:val="0"/>
          <w:color w:val="22201D"/>
          <w:sz w:val="20"/>
        </w:rPr>
        <w:t>Auditor Ives removed a small notebook. "Then I will record it as an uncategorized list with public-facing effects and private moral jurisdiction."</w:t>
      </w:r>
    </w:p>
    <w:p>
      <w:pPr>
        <w:spacing w:after="60" w:line="266" w:lineRule="auto"/>
        <w:ind w:firstLine="331"/>
        <w:jc w:val="both"/>
      </w:pPr>
      <w:r>
        <w:rPr>
          <w:rFonts w:ascii="Georgia" w:hAnsi="Georgia"/>
          <w:b w:val="0"/>
          <w:i w:val="0"/>
          <w:color w:val="22201D"/>
          <w:sz w:val="20"/>
        </w:rPr>
        <w:t>The chalk wrote:</w:t>
      </w:r>
    </w:p>
    <w:p>
      <w:pPr>
        <w:spacing w:after="60" w:line="250" w:lineRule="auto"/>
        <w:ind w:left="202" w:right="173"/>
      </w:pPr>
      <w:r>
        <w:rPr>
          <w:rFonts w:ascii="Georgia" w:hAnsi="Georgia"/>
          <w:b w:val="0"/>
          <w:i w:val="0"/>
          <w:color w:val="22201D"/>
          <w:sz w:val="17"/>
        </w:rPr>
        <w:t>Auditor: improving</w:t>
      </w:r>
    </w:p>
    <w:p>
      <w:pPr>
        <w:spacing w:after="60" w:line="266" w:lineRule="auto"/>
        <w:ind w:firstLine="331"/>
        <w:jc w:val="both"/>
      </w:pPr>
      <w:r>
        <w:rPr>
          <w:rFonts w:ascii="Georgia" w:hAnsi="Georgia"/>
          <w:b w:val="0"/>
          <w:i w:val="0"/>
          <w:color w:val="22201D"/>
          <w:sz w:val="20"/>
        </w:rPr>
        <w:t>Ives stopped writing.</w:t>
      </w:r>
    </w:p>
    <w:p>
      <w:pPr>
        <w:spacing w:after="60" w:line="266" w:lineRule="auto"/>
        <w:ind w:firstLine="331"/>
        <w:jc w:val="both"/>
      </w:pPr>
      <w:r>
        <w:rPr>
          <w:rFonts w:ascii="Georgia" w:hAnsi="Georgia"/>
          <w:b w:val="0"/>
          <w:i w:val="0"/>
          <w:color w:val="22201D"/>
          <w:sz w:val="20"/>
        </w:rPr>
        <w:t>"That is not official."</w:t>
      </w:r>
    </w:p>
    <w:p>
      <w:pPr>
        <w:spacing w:after="60" w:line="250" w:lineRule="auto"/>
        <w:ind w:left="202" w:right="173"/>
      </w:pPr>
      <w:r>
        <w:rPr>
          <w:rFonts w:ascii="Georgia" w:hAnsi="Georgia"/>
          <w:b w:val="0"/>
          <w:i w:val="0"/>
          <w:color w:val="22201D"/>
          <w:sz w:val="17"/>
        </w:rPr>
        <w:t>Correct.</w:t>
      </w:r>
    </w:p>
    <w:p>
      <w:pPr>
        <w:spacing w:after="60" w:line="266" w:lineRule="auto"/>
        <w:ind w:firstLine="331"/>
        <w:jc w:val="both"/>
      </w:pPr>
      <w:r>
        <w:rPr>
          <w:rFonts w:ascii="Georgia" w:hAnsi="Georgia"/>
          <w:b w:val="0"/>
          <w:i w:val="0"/>
          <w:color w:val="22201D"/>
          <w:sz w:val="20"/>
        </w:rPr>
        <w:t>He wrote it anyway, in parentheses.</w:t>
      </w:r>
    </w:p>
    <w:p>
      <w:pPr>
        <w:spacing w:after="60" w:line="266" w:lineRule="auto"/>
        <w:ind w:firstLine="331"/>
        <w:jc w:val="both"/>
      </w:pPr>
      <w:r>
        <w:rPr>
          <w:rFonts w:ascii="Georgia" w:hAnsi="Georgia"/>
          <w:b w:val="0"/>
          <w:i w:val="0"/>
          <w:color w:val="22201D"/>
          <w:sz w:val="20"/>
        </w:rPr>
        <w:t>Martin stood before the first line of the waiting list.</w:t>
      </w:r>
    </w:p>
    <w:p>
      <w:pPr>
        <w:spacing w:after="60" w:line="266" w:lineRule="auto"/>
        <w:ind w:firstLine="331"/>
        <w:jc w:val="both"/>
      </w:pPr>
      <w:r>
        <w:rPr>
          <w:rFonts w:ascii="Georgia" w:hAnsi="Georgia"/>
          <w:b w:val="0"/>
          <w:i w:val="0"/>
          <w:color w:val="22201D"/>
          <w:sz w:val="20"/>
        </w:rPr>
        <w:t>"What should be called," he repeated.</w:t>
      </w:r>
    </w:p>
    <w:p>
      <w:pPr>
        <w:spacing w:after="60" w:line="266" w:lineRule="auto"/>
        <w:ind w:firstLine="331"/>
        <w:jc w:val="both"/>
      </w:pPr>
      <w:r>
        <w:rPr>
          <w:rFonts w:ascii="Georgia" w:hAnsi="Georgia"/>
          <w:b w:val="0"/>
          <w:i w:val="0"/>
          <w:color w:val="22201D"/>
          <w:sz w:val="20"/>
        </w:rPr>
        <w:t>No one helped him.</w:t>
      </w:r>
    </w:p>
    <w:p>
      <w:pPr>
        <w:spacing w:after="60" w:line="266" w:lineRule="auto"/>
        <w:ind w:firstLine="331"/>
        <w:jc w:val="both"/>
      </w:pPr>
      <w:r>
        <w:rPr>
          <w:rFonts w:ascii="Georgia" w:hAnsi="Georgia"/>
          <w:b w:val="0"/>
          <w:i w:val="0"/>
          <w:color w:val="22201D"/>
          <w:sz w:val="20"/>
        </w:rPr>
        <w:t>That was mercy and it annoyed him.</w:t>
      </w:r>
    </w:p>
    <w:p>
      <w:pPr>
        <w:spacing w:after="60" w:line="266" w:lineRule="auto"/>
        <w:ind w:firstLine="331"/>
        <w:jc w:val="both"/>
      </w:pPr>
      <w:r>
        <w:rPr>
          <w:rFonts w:ascii="Georgia" w:hAnsi="Georgia"/>
          <w:b w:val="0"/>
          <w:i w:val="0"/>
          <w:color w:val="22201D"/>
          <w:sz w:val="20"/>
        </w:rPr>
        <w:t>"I wanted in," he said.</w:t>
      </w:r>
    </w:p>
    <w:p>
      <w:pPr>
        <w:spacing w:after="60" w:line="266" w:lineRule="auto"/>
        <w:ind w:firstLine="331"/>
        <w:jc w:val="both"/>
      </w:pPr>
      <w:r>
        <w:rPr>
          <w:rFonts w:ascii="Georgia" w:hAnsi="Georgia"/>
          <w:b w:val="0"/>
          <w:i w:val="0"/>
          <w:color w:val="22201D"/>
          <w:sz w:val="20"/>
        </w:rPr>
        <w:t>The chalk remained blank.</w:t>
      </w:r>
    </w:p>
    <w:p>
      <w:pPr>
        <w:spacing w:after="60" w:line="266" w:lineRule="auto"/>
        <w:ind w:firstLine="331"/>
        <w:jc w:val="both"/>
      </w:pPr>
      <w:r>
        <w:rPr>
          <w:rFonts w:ascii="Georgia" w:hAnsi="Georgia"/>
          <w:b w:val="0"/>
          <w:i w:val="0"/>
          <w:color w:val="22201D"/>
          <w:sz w:val="20"/>
        </w:rPr>
        <w:t>"I wanted in because everyone else wanted in."</w:t>
      </w:r>
    </w:p>
    <w:p>
      <w:pPr>
        <w:spacing w:after="60" w:line="266" w:lineRule="auto"/>
        <w:ind w:firstLine="331"/>
        <w:jc w:val="both"/>
      </w:pPr>
      <w:r>
        <w:rPr>
          <w:rFonts w:ascii="Georgia" w:hAnsi="Georgia"/>
          <w:b w:val="0"/>
          <w:i w:val="0"/>
          <w:color w:val="22201D"/>
          <w:sz w:val="20"/>
        </w:rPr>
        <w:t>Still blank.</w:t>
      </w:r>
    </w:p>
    <w:p>
      <w:pPr>
        <w:spacing w:after="60" w:line="266" w:lineRule="auto"/>
        <w:ind w:firstLine="331"/>
        <w:jc w:val="both"/>
      </w:pPr>
      <w:r>
        <w:rPr>
          <w:rFonts w:ascii="Georgia" w:hAnsi="Georgia"/>
          <w:b w:val="0"/>
          <w:i w:val="0"/>
          <w:color w:val="22201D"/>
          <w:sz w:val="20"/>
        </w:rPr>
        <w:t>"I wanted in because if I could say I got in, then wanting would look like achievement instead of need."</w:t>
      </w:r>
    </w:p>
    <w:p>
      <w:pPr>
        <w:spacing w:after="60" w:line="266" w:lineRule="auto"/>
        <w:ind w:firstLine="331"/>
        <w:jc w:val="both"/>
      </w:pPr>
      <w:r>
        <w:rPr>
          <w:rFonts w:ascii="Georgia" w:hAnsi="Georgia"/>
          <w:b w:val="0"/>
          <w:i w:val="0"/>
          <w:color w:val="22201D"/>
          <w:sz w:val="20"/>
        </w:rPr>
        <w:t>The chalk moved.</w:t>
      </w:r>
    </w:p>
    <w:p>
      <w:pPr>
        <w:spacing w:after="60" w:line="250" w:lineRule="auto"/>
        <w:ind w:left="202" w:right="173"/>
      </w:pPr>
      <w:r>
        <w:rPr>
          <w:rFonts w:ascii="Georgia" w:hAnsi="Georgia"/>
          <w:b w:val="0"/>
          <w:i w:val="0"/>
          <w:color w:val="22201D"/>
          <w:sz w:val="17"/>
        </w:rPr>
        <w:t>1. wants-in-as-proof Caller: Martin Party: one Status: waiting possible</w:t>
      </w:r>
    </w:p>
    <w:p>
      <w:pPr>
        <w:spacing w:after="60" w:line="266" w:lineRule="auto"/>
        <w:ind w:firstLine="331"/>
        <w:jc w:val="both"/>
      </w:pPr>
      <w:r>
        <w:rPr>
          <w:rFonts w:ascii="Georgia" w:hAnsi="Georgia"/>
          <w:b w:val="0"/>
          <w:i w:val="0"/>
          <w:color w:val="22201D"/>
          <w:sz w:val="20"/>
        </w:rPr>
        <w:t>Martin stared at it.</w:t>
      </w:r>
    </w:p>
    <w:p>
      <w:pPr>
        <w:spacing w:after="60" w:line="266" w:lineRule="auto"/>
        <w:ind w:firstLine="331"/>
        <w:jc w:val="both"/>
      </w:pPr>
      <w:r>
        <w:rPr>
          <w:rFonts w:ascii="Georgia" w:hAnsi="Georgia"/>
          <w:b w:val="0"/>
          <w:i w:val="0"/>
          <w:color w:val="22201D"/>
          <w:sz w:val="20"/>
        </w:rPr>
        <w:t>"That's horrible."</w:t>
      </w:r>
    </w:p>
    <w:p>
      <w:pPr>
        <w:spacing w:after="60" w:line="266" w:lineRule="auto"/>
        <w:ind w:firstLine="331"/>
        <w:jc w:val="both"/>
      </w:pPr>
      <w:r>
        <w:rPr>
          <w:rFonts w:ascii="Georgia" w:hAnsi="Georgia"/>
          <w:b w:val="0"/>
          <w:i w:val="0"/>
          <w:color w:val="22201D"/>
          <w:sz w:val="20"/>
        </w:rPr>
        <w:t>"Is it wrong?" Mara asked.</w:t>
      </w:r>
    </w:p>
    <w:p>
      <w:pPr>
        <w:spacing w:after="60" w:line="266" w:lineRule="auto"/>
        <w:ind w:firstLine="331"/>
        <w:jc w:val="both"/>
      </w:pPr>
      <w:r>
        <w:rPr>
          <w:rFonts w:ascii="Georgia" w:hAnsi="Georgia"/>
          <w:b w:val="0"/>
          <w:i w:val="0"/>
          <w:color w:val="22201D"/>
          <w:sz w:val="20"/>
        </w:rPr>
        <w:t>Martin took the question badly enough to answer it honestly.</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 chalk made a small mark beside his line.</w:t>
      </w:r>
    </w:p>
    <w:p>
      <w:pPr>
        <w:spacing w:after="60" w:line="250" w:lineRule="auto"/>
        <w:ind w:left="202" w:right="173"/>
      </w:pPr>
      <w:r>
        <w:rPr>
          <w:rFonts w:ascii="Georgia" w:hAnsi="Georgia"/>
          <w:b w:val="0"/>
          <w:i w:val="0"/>
          <w:color w:val="22201D"/>
          <w:sz w:val="17"/>
        </w:rPr>
        <w:t>Correct name accepted.</w:t>
      </w:r>
    </w:p>
    <w:p>
      <w:pPr>
        <w:spacing w:after="60" w:line="266" w:lineRule="auto"/>
        <w:ind w:firstLine="331"/>
        <w:jc w:val="both"/>
      </w:pPr>
      <w:r>
        <w:rPr>
          <w:rFonts w:ascii="Georgia" w:hAnsi="Georgia"/>
          <w:b w:val="0"/>
          <w:i w:val="0"/>
          <w:color w:val="22201D"/>
          <w:sz w:val="20"/>
        </w:rPr>
        <w:t>The crowd changed.</w:t>
      </w:r>
    </w:p>
    <w:p>
      <w:pPr>
        <w:spacing w:after="60" w:line="266" w:lineRule="auto"/>
        <w:ind w:firstLine="331"/>
        <w:jc w:val="both"/>
      </w:pPr>
      <w:r>
        <w:rPr>
          <w:rFonts w:ascii="Georgia" w:hAnsi="Georgia"/>
          <w:b w:val="0"/>
          <w:i w:val="0"/>
          <w:color w:val="22201D"/>
          <w:sz w:val="20"/>
        </w:rPr>
        <w:t>Not dramatically. No one gasped. No one fled. The line did not glow, unless one counted the soft blue panic of phones being checked by people who had just been told checking the phone would not rescue them. But the queue's posture altered. It had been a row of customers aimed at a door. Now it was a group of people trying to decide what kind of sentence they could survive becoming.</w:t>
      </w:r>
    </w:p>
    <w:p>
      <w:pPr>
        <w:spacing w:after="60" w:line="266" w:lineRule="auto"/>
        <w:ind w:firstLine="331"/>
        <w:jc w:val="both"/>
      </w:pPr>
      <w:r>
        <w:rPr>
          <w:rFonts w:ascii="Georgia" w:hAnsi="Georgia"/>
          <w:b w:val="0"/>
          <w:i w:val="0"/>
          <w:color w:val="22201D"/>
          <w:sz w:val="20"/>
        </w:rPr>
        <w:t>The second blank field appeared.</w:t>
      </w:r>
    </w:p>
    <w:p>
      <w:pPr>
        <w:spacing w:after="60" w:line="250" w:lineRule="auto"/>
        <w:ind w:left="202" w:right="173"/>
      </w:pPr>
      <w:r>
        <w:rPr>
          <w:rFonts w:ascii="Georgia" w:hAnsi="Georgia"/>
          <w:b w:val="0"/>
          <w:i w:val="0"/>
          <w:color w:val="22201D"/>
          <w:sz w:val="17"/>
        </w:rPr>
        <w:t>2.</w:t>
      </w:r>
    </w:p>
    <w:p>
      <w:pPr>
        <w:spacing w:after="60" w:line="266" w:lineRule="auto"/>
        <w:ind w:firstLine="331"/>
        <w:jc w:val="both"/>
      </w:pPr>
      <w:r>
        <w:rPr>
          <w:rFonts w:ascii="Georgia" w:hAnsi="Georgia"/>
          <w:b w:val="0"/>
          <w:i w:val="0"/>
          <w:color w:val="22201D"/>
          <w:sz w:val="20"/>
        </w:rPr>
        <w:t>Nico looked away too quickly.</w:t>
      </w:r>
    </w:p>
    <w:p>
      <w:pPr>
        <w:spacing w:after="60" w:line="266" w:lineRule="auto"/>
        <w:ind w:firstLine="331"/>
        <w:jc w:val="both"/>
      </w:pPr>
      <w:r>
        <w:rPr>
          <w:rFonts w:ascii="Georgia" w:hAnsi="Georgia"/>
          <w:b w:val="0"/>
          <w:i w:val="0"/>
          <w:color w:val="22201D"/>
          <w:sz w:val="20"/>
        </w:rPr>
        <w:t>The Hostess said, "You may wait without entering yet."</w:t>
      </w:r>
    </w:p>
    <w:p>
      <w:pPr>
        <w:spacing w:after="60" w:line="266" w:lineRule="auto"/>
        <w:ind w:firstLine="331"/>
        <w:jc w:val="both"/>
      </w:pPr>
      <w:r>
        <w:rPr>
          <w:rFonts w:ascii="Georgia" w:hAnsi="Georgia"/>
          <w:b w:val="0"/>
          <w:i w:val="0"/>
          <w:color w:val="22201D"/>
          <w:sz w:val="20"/>
        </w:rPr>
        <w:t>Nico laughed once.</w:t>
      </w:r>
    </w:p>
    <w:p>
      <w:pPr>
        <w:spacing w:after="60" w:line="266" w:lineRule="auto"/>
        <w:ind w:firstLine="331"/>
        <w:jc w:val="both"/>
      </w:pPr>
      <w:r>
        <w:rPr>
          <w:rFonts w:ascii="Georgia" w:hAnsi="Georgia"/>
          <w:b w:val="0"/>
          <w:i w:val="0"/>
          <w:color w:val="22201D"/>
          <w:sz w:val="20"/>
        </w:rPr>
        <w:t>"That sounds like a threat."</w:t>
      </w:r>
    </w:p>
    <w:p>
      <w:pPr>
        <w:spacing w:after="60" w:line="266" w:lineRule="auto"/>
        <w:ind w:firstLine="331"/>
        <w:jc w:val="both"/>
      </w:pPr>
      <w:r>
        <w:rPr>
          <w:rFonts w:ascii="Georgia" w:hAnsi="Georgia"/>
          <w:b w:val="0"/>
          <w:i w:val="0"/>
          <w:color w:val="22201D"/>
          <w:sz w:val="20"/>
        </w:rPr>
        <w:t>"It is a privilege with teeth."</w:t>
      </w:r>
    </w:p>
    <w:p>
      <w:pPr>
        <w:spacing w:after="60" w:line="266" w:lineRule="auto"/>
        <w:ind w:firstLine="331"/>
        <w:jc w:val="both"/>
      </w:pPr>
      <w:r>
        <w:rPr>
          <w:rFonts w:ascii="Georgia" w:hAnsi="Georgia"/>
          <w:b w:val="0"/>
          <w:i w:val="0"/>
          <w:color w:val="22201D"/>
          <w:sz w:val="20"/>
        </w:rPr>
        <w:t>"I miss when restaurants had brunch."</w:t>
      </w:r>
    </w:p>
    <w:p>
      <w:pPr>
        <w:spacing w:after="60" w:line="266" w:lineRule="auto"/>
        <w:ind w:firstLine="331"/>
        <w:jc w:val="both"/>
      </w:pPr>
      <w:r>
        <w:rPr>
          <w:rFonts w:ascii="Georgia" w:hAnsi="Georgia"/>
          <w:b w:val="0"/>
          <w:i w:val="0"/>
          <w:color w:val="22201D"/>
          <w:sz w:val="20"/>
        </w:rPr>
        <w:t>"No you do not."</w:t>
      </w:r>
    </w:p>
    <w:p>
      <w:pPr>
        <w:spacing w:after="60" w:line="266" w:lineRule="auto"/>
        <w:ind w:firstLine="331"/>
        <w:jc w:val="both"/>
      </w:pPr>
      <w:r>
        <w:rPr>
          <w:rFonts w:ascii="Georgia" w:hAnsi="Georgia"/>
          <w:b w:val="0"/>
          <w:i w:val="0"/>
          <w:color w:val="22201D"/>
          <w:sz w:val="20"/>
        </w:rPr>
        <w:t>Nico stepped to the wall.</w:t>
      </w:r>
    </w:p>
    <w:p>
      <w:pPr>
        <w:spacing w:after="60" w:line="266" w:lineRule="auto"/>
        <w:ind w:firstLine="331"/>
        <w:jc w:val="both"/>
      </w:pPr>
      <w:r>
        <w:rPr>
          <w:rFonts w:ascii="Georgia" w:hAnsi="Georgia"/>
          <w:b w:val="0"/>
          <w:i w:val="0"/>
          <w:color w:val="22201D"/>
          <w:sz w:val="20"/>
        </w:rPr>
        <w:t>"Nico."</w:t>
      </w:r>
    </w:p>
    <w:p>
      <w:pPr>
        <w:spacing w:after="60" w:line="250" w:lineRule="auto"/>
        <w:ind w:left="202" w:right="173"/>
      </w:pPr>
      <w:r>
        <w:rPr>
          <w:rFonts w:ascii="Georgia" w:hAnsi="Georgia"/>
          <w:b w:val="0"/>
          <w:i w:val="0"/>
          <w:color w:val="22201D"/>
          <w:sz w:val="17"/>
        </w:rPr>
        <w:t>2. Nico Status: label</w:t>
      </w:r>
    </w:p>
    <w:p>
      <w:pPr>
        <w:spacing w:after="60" w:line="266" w:lineRule="auto"/>
        <w:ind w:firstLine="331"/>
        <w:jc w:val="both"/>
      </w:pPr>
      <w:r>
        <w:rPr>
          <w:rFonts w:ascii="Georgia" w:hAnsi="Georgia"/>
          <w:b w:val="0"/>
          <w:i w:val="0"/>
          <w:color w:val="22201D"/>
          <w:sz w:val="20"/>
        </w:rPr>
        <w:t>"Nico, party of one."</w:t>
      </w:r>
    </w:p>
    <w:p>
      <w:pPr>
        <w:spacing w:after="60" w:line="250" w:lineRule="auto"/>
        <w:ind w:left="202" w:right="173"/>
      </w:pPr>
      <w:r>
        <w:rPr>
          <w:rFonts w:ascii="Georgia" w:hAnsi="Georgia"/>
          <w:b w:val="0"/>
          <w:i w:val="0"/>
          <w:color w:val="22201D"/>
          <w:sz w:val="17"/>
        </w:rPr>
        <w:t>Party: one Accuracy: logistical Hunger: hiding behind witness</w:t>
      </w:r>
    </w:p>
    <w:p>
      <w:pPr>
        <w:spacing w:after="60" w:line="266" w:lineRule="auto"/>
        <w:ind w:firstLine="331"/>
        <w:jc w:val="both"/>
      </w:pPr>
      <w:r>
        <w:rPr>
          <w:rFonts w:ascii="Georgia" w:hAnsi="Georgia"/>
          <w:b w:val="0"/>
          <w:i w:val="0"/>
          <w:color w:val="22201D"/>
          <w:sz w:val="20"/>
        </w:rPr>
        <w:t>Nico folded their arms.</w:t>
      </w:r>
    </w:p>
    <w:p>
      <w:pPr>
        <w:spacing w:after="60" w:line="266" w:lineRule="auto"/>
        <w:ind w:firstLine="331"/>
        <w:jc w:val="both"/>
      </w:pPr>
      <w:r>
        <w:rPr>
          <w:rFonts w:ascii="Georgia" w:hAnsi="Georgia"/>
          <w:b w:val="0"/>
          <w:i w:val="0"/>
          <w:color w:val="22201D"/>
          <w:sz w:val="20"/>
        </w:rPr>
        <w:t>"You already did my chapter."</w:t>
      </w:r>
    </w:p>
    <w:p>
      <w:pPr>
        <w:spacing w:after="60" w:line="266" w:lineRule="auto"/>
        <w:ind w:firstLine="331"/>
        <w:jc w:val="both"/>
      </w:pPr>
      <w:r>
        <w:rPr>
          <w:rFonts w:ascii="Georgia" w:hAnsi="Georgia"/>
          <w:b w:val="0"/>
          <w:i w:val="0"/>
          <w:color w:val="22201D"/>
          <w:sz w:val="20"/>
        </w:rPr>
        <w:t>The chalk wrote nothing.</w:t>
      </w:r>
    </w:p>
    <w:p>
      <w:pPr>
        <w:spacing w:after="60" w:line="266" w:lineRule="auto"/>
        <w:ind w:firstLine="331"/>
        <w:jc w:val="both"/>
      </w:pPr>
      <w:r>
        <w:rPr>
          <w:rFonts w:ascii="Georgia" w:hAnsi="Georgia"/>
          <w:b w:val="0"/>
          <w:i w:val="0"/>
          <w:color w:val="22201D"/>
          <w:sz w:val="20"/>
        </w:rPr>
        <w:t>"That was a joke."</w:t>
      </w:r>
    </w:p>
    <w:p>
      <w:pPr>
        <w:spacing w:after="60" w:line="266" w:lineRule="auto"/>
        <w:ind w:firstLine="331"/>
        <w:jc w:val="both"/>
      </w:pPr>
      <w:r>
        <w:rPr>
          <w:rFonts w:ascii="Georgia" w:hAnsi="Georgia"/>
          <w:b w:val="0"/>
          <w:i w:val="0"/>
          <w:color w:val="22201D"/>
          <w:sz w:val="20"/>
        </w:rPr>
        <w:t>Nothing.</w:t>
      </w:r>
    </w:p>
    <w:p>
      <w:pPr>
        <w:spacing w:after="60" w:line="266" w:lineRule="auto"/>
        <w:ind w:firstLine="331"/>
        <w:jc w:val="both"/>
      </w:pPr>
      <w:r>
        <w:rPr>
          <w:rFonts w:ascii="Georgia" w:hAnsi="Georgia"/>
          <w:b w:val="0"/>
          <w:i w:val="0"/>
          <w:color w:val="22201D"/>
          <w:sz w:val="20"/>
        </w:rPr>
        <w:t>"Fine."</w:t>
      </w:r>
    </w:p>
    <w:p>
      <w:pPr>
        <w:spacing w:after="60" w:line="266" w:lineRule="auto"/>
        <w:ind w:firstLine="331"/>
        <w:jc w:val="both"/>
      </w:pPr>
      <w:r>
        <w:rPr>
          <w:rFonts w:ascii="Georgia" w:hAnsi="Georgia"/>
          <w:b w:val="0"/>
          <w:i w:val="0"/>
          <w:color w:val="22201D"/>
          <w:sz w:val="20"/>
        </w:rPr>
        <w:t>The line waited.</w:t>
      </w:r>
    </w:p>
    <w:p>
      <w:pPr>
        <w:spacing w:after="60" w:line="266" w:lineRule="auto"/>
        <w:ind w:firstLine="331"/>
        <w:jc w:val="both"/>
      </w:pPr>
      <w:r>
        <w:rPr>
          <w:rFonts w:ascii="Georgia" w:hAnsi="Georgia"/>
          <w:b w:val="0"/>
          <w:i w:val="0"/>
          <w:color w:val="22201D"/>
          <w:sz w:val="20"/>
        </w:rPr>
        <w:t>Nico said, "I wanted to prove I had seen it."</w:t>
      </w:r>
    </w:p>
    <w:p>
      <w:pPr>
        <w:spacing w:after="60" w:line="266" w:lineRule="auto"/>
        <w:ind w:firstLine="331"/>
        <w:jc w:val="both"/>
      </w:pPr>
      <w:r>
        <w:rPr>
          <w:rFonts w:ascii="Georgia" w:hAnsi="Georgia"/>
          <w:b w:val="0"/>
          <w:i w:val="0"/>
          <w:color w:val="22201D"/>
          <w:sz w:val="20"/>
        </w:rPr>
        <w:t>The chalk:</w:t>
      </w:r>
    </w:p>
    <w:p>
      <w:pPr>
        <w:spacing w:after="60" w:line="250" w:lineRule="auto"/>
        <w:ind w:left="202" w:right="173"/>
      </w:pPr>
      <w:r>
        <w:rPr>
          <w:rFonts w:ascii="Georgia" w:hAnsi="Georgia"/>
          <w:b w:val="0"/>
          <w:i w:val="0"/>
          <w:color w:val="22201D"/>
          <w:sz w:val="17"/>
        </w:rPr>
        <w:t>2. wants-proof-of-seeing Caller: Nico Party: one Status: waiting possible</w:t>
      </w:r>
    </w:p>
    <w:p>
      <w:pPr>
        <w:spacing w:after="60" w:line="266" w:lineRule="auto"/>
        <w:ind w:firstLine="331"/>
        <w:jc w:val="both"/>
      </w:pPr>
      <w:r>
        <w:rPr>
          <w:rFonts w:ascii="Georgia" w:hAnsi="Georgia"/>
          <w:b w:val="0"/>
          <w:i w:val="0"/>
          <w:color w:val="22201D"/>
          <w:sz w:val="20"/>
        </w:rPr>
        <w:t>Nico read it twice.</w:t>
      </w:r>
    </w:p>
    <w:p>
      <w:pPr>
        <w:spacing w:after="60" w:line="266" w:lineRule="auto"/>
        <w:ind w:firstLine="331"/>
        <w:jc w:val="both"/>
      </w:pPr>
      <w:r>
        <w:rPr>
          <w:rFonts w:ascii="Georgia" w:hAnsi="Georgia"/>
          <w:b w:val="0"/>
          <w:i w:val="0"/>
          <w:color w:val="22201D"/>
          <w:sz w:val="20"/>
        </w:rPr>
        <w:t>"That makes me sound shallow."</w:t>
      </w:r>
    </w:p>
    <w:p>
      <w:pPr>
        <w:spacing w:after="60" w:line="266" w:lineRule="auto"/>
        <w:ind w:firstLine="331"/>
        <w:jc w:val="both"/>
      </w:pPr>
      <w:r>
        <w:rPr>
          <w:rFonts w:ascii="Georgia" w:hAnsi="Georgia"/>
          <w:b w:val="0"/>
          <w:i w:val="0"/>
          <w:color w:val="22201D"/>
          <w:sz w:val="20"/>
        </w:rPr>
        <w:t>Mara said, "It makes you sound recoverable."</w:t>
      </w:r>
    </w:p>
    <w:p>
      <w:pPr>
        <w:spacing w:after="60" w:line="266" w:lineRule="auto"/>
        <w:ind w:firstLine="331"/>
        <w:jc w:val="both"/>
      </w:pPr>
      <w:r>
        <w:rPr>
          <w:rFonts w:ascii="Georgia" w:hAnsi="Georgia"/>
          <w:b w:val="0"/>
          <w:i w:val="0"/>
          <w:color w:val="22201D"/>
          <w:sz w:val="20"/>
        </w:rPr>
        <w:t>Nico looked at her.</w:t>
      </w:r>
    </w:p>
    <w:p>
      <w:pPr>
        <w:spacing w:after="60" w:line="266" w:lineRule="auto"/>
        <w:ind w:firstLine="331"/>
        <w:jc w:val="both"/>
      </w:pPr>
      <w:r>
        <w:rPr>
          <w:rFonts w:ascii="Georgia" w:hAnsi="Georgia"/>
          <w:b w:val="0"/>
          <w:i w:val="0"/>
          <w:color w:val="22201D"/>
          <w:sz w:val="20"/>
        </w:rPr>
        <w:t>"Is that better?"</w:t>
      </w:r>
    </w:p>
    <w:p>
      <w:pPr>
        <w:spacing w:after="60" w:line="266" w:lineRule="auto"/>
        <w:ind w:firstLine="331"/>
        <w:jc w:val="both"/>
      </w:pPr>
      <w:r>
        <w:rPr>
          <w:rFonts w:ascii="Georgia" w:hAnsi="Georgia"/>
          <w:b w:val="0"/>
          <w:i w:val="0"/>
          <w:color w:val="22201D"/>
          <w:sz w:val="20"/>
        </w:rPr>
        <w:t>"Much worse at first."</w:t>
      </w:r>
    </w:p>
    <w:p>
      <w:pPr>
        <w:spacing w:after="60" w:line="266" w:lineRule="auto"/>
        <w:ind w:firstLine="331"/>
        <w:jc w:val="both"/>
      </w:pPr>
      <w:r>
        <w:rPr>
          <w:rFonts w:ascii="Georgia" w:hAnsi="Georgia"/>
          <w:b w:val="0"/>
          <w:i w:val="0"/>
          <w:color w:val="22201D"/>
          <w:sz w:val="20"/>
        </w:rPr>
        <w:t>"Helpful."</w:t>
      </w:r>
    </w:p>
    <w:p>
      <w:pPr>
        <w:spacing w:after="60" w:line="266" w:lineRule="auto"/>
        <w:ind w:firstLine="331"/>
        <w:jc w:val="both"/>
      </w:pPr>
      <w:r>
        <w:rPr>
          <w:rFonts w:ascii="Georgia" w:hAnsi="Georgia"/>
          <w:b w:val="0"/>
          <w:i w:val="0"/>
          <w:color w:val="22201D"/>
          <w:sz w:val="20"/>
        </w:rPr>
        <w:t>"It becomes helpful later."</w:t>
      </w:r>
    </w:p>
    <w:p>
      <w:pPr>
        <w:spacing w:after="60" w:line="266" w:lineRule="auto"/>
        <w:ind w:firstLine="331"/>
        <w:jc w:val="both"/>
      </w:pPr>
      <w:r>
        <w:rPr>
          <w:rFonts w:ascii="Georgia" w:hAnsi="Georgia"/>
          <w:b w:val="0"/>
          <w:i w:val="0"/>
          <w:color w:val="22201D"/>
          <w:sz w:val="20"/>
        </w:rPr>
        <w:t>The chalk accepted Nico's line.</w:t>
      </w:r>
    </w:p>
    <w:p>
      <w:pPr>
        <w:spacing w:after="60" w:line="250" w:lineRule="auto"/>
        <w:ind w:left="202" w:right="173"/>
      </w:pPr>
      <w:r>
        <w:rPr>
          <w:rFonts w:ascii="Georgia" w:hAnsi="Georgia"/>
          <w:b w:val="0"/>
          <w:i w:val="0"/>
          <w:color w:val="22201D"/>
          <w:sz w:val="17"/>
        </w:rPr>
        <w:t>Correct name accepted.</w:t>
      </w:r>
    </w:p>
    <w:p>
      <w:pPr>
        <w:spacing w:after="60" w:line="266" w:lineRule="auto"/>
        <w:ind w:firstLine="331"/>
        <w:jc w:val="both"/>
      </w:pPr>
      <w:r>
        <w:rPr>
          <w:rFonts w:ascii="Georgia" w:hAnsi="Georgia"/>
          <w:b w:val="0"/>
          <w:i w:val="0"/>
          <w:color w:val="22201D"/>
          <w:sz w:val="20"/>
        </w:rPr>
        <w:t>The third blank field appeared.</w:t>
      </w:r>
    </w:p>
    <w:p>
      <w:pPr>
        <w:spacing w:after="60" w:line="266" w:lineRule="auto"/>
        <w:ind w:firstLine="331"/>
        <w:jc w:val="both"/>
      </w:pPr>
      <w:r>
        <w:rPr>
          <w:rFonts w:ascii="Georgia" w:hAnsi="Georgia"/>
          <w:b w:val="0"/>
          <w:i w:val="0"/>
          <w:color w:val="22201D"/>
          <w:sz w:val="20"/>
        </w:rPr>
        <w:t>The woman with PORTLAND'S BITES lifted the magazine slightly, as if it might hide her from typography.</w:t>
      </w:r>
    </w:p>
    <w:p>
      <w:pPr>
        <w:spacing w:after="60" w:line="266" w:lineRule="auto"/>
        <w:ind w:firstLine="331"/>
        <w:jc w:val="both"/>
      </w:pPr>
      <w:r>
        <w:rPr>
          <w:rFonts w:ascii="Georgia" w:hAnsi="Georgia"/>
          <w:b w:val="0"/>
          <w:i w:val="0"/>
          <w:color w:val="22201D"/>
          <w:sz w:val="20"/>
        </w:rPr>
        <w:t>The waiting list wrote:</w:t>
      </w:r>
    </w:p>
    <w:p>
      <w:pPr>
        <w:spacing w:after="60" w:line="250" w:lineRule="auto"/>
        <w:ind w:left="202" w:right="173"/>
      </w:pPr>
      <w:r>
        <w:rPr>
          <w:rFonts w:ascii="Georgia" w:hAnsi="Georgia"/>
          <w:b w:val="0"/>
          <w:i w:val="0"/>
          <w:color w:val="22201D"/>
          <w:sz w:val="17"/>
        </w:rPr>
        <w:t>3.</w:t>
      </w:r>
    </w:p>
    <w:p>
      <w:pPr>
        <w:spacing w:after="60" w:line="266" w:lineRule="auto"/>
        <w:ind w:firstLine="331"/>
        <w:jc w:val="both"/>
      </w:pPr>
      <w:r>
        <w:rPr>
          <w:rFonts w:ascii="Georgia" w:hAnsi="Georgia"/>
          <w:b w:val="0"/>
          <w:i w:val="0"/>
          <w:color w:val="22201D"/>
          <w:sz w:val="20"/>
        </w:rPr>
        <w:t>She lowered the magazine.</w:t>
      </w:r>
    </w:p>
    <w:p>
      <w:pPr>
        <w:spacing w:after="60" w:line="266" w:lineRule="auto"/>
        <w:ind w:firstLine="331"/>
        <w:jc w:val="both"/>
      </w:pPr>
      <w:r>
        <w:rPr>
          <w:rFonts w:ascii="Georgia" w:hAnsi="Georgia"/>
          <w:b w:val="0"/>
          <w:i w:val="0"/>
          <w:color w:val="22201D"/>
          <w:sz w:val="20"/>
        </w:rPr>
        <w:t>"Evan," she said.</w:t>
      </w:r>
    </w:p>
    <w:p>
      <w:pPr>
        <w:spacing w:after="60" w:line="266" w:lineRule="auto"/>
        <w:ind w:firstLine="331"/>
        <w:jc w:val="both"/>
      </w:pPr>
      <w:r>
        <w:rPr>
          <w:rFonts w:ascii="Georgia" w:hAnsi="Georgia"/>
          <w:b w:val="0"/>
          <w:i w:val="0"/>
          <w:color w:val="22201D"/>
          <w:sz w:val="20"/>
        </w:rPr>
        <w:t>Evan, who was not the woman with the magazine but the man beside her, said, "What?"</w:t>
      </w:r>
    </w:p>
    <w:p>
      <w:pPr>
        <w:spacing w:after="60" w:line="266" w:lineRule="auto"/>
        <w:ind w:firstLine="331"/>
        <w:jc w:val="both"/>
      </w:pPr>
      <w:r>
        <w:rPr>
          <w:rFonts w:ascii="Georgia" w:hAnsi="Georgia"/>
          <w:b w:val="0"/>
          <w:i w:val="0"/>
          <w:color w:val="22201D"/>
          <w:sz w:val="20"/>
        </w:rPr>
        <w:t>The chalk wrote:</w:t>
      </w:r>
    </w:p>
    <w:p>
      <w:pPr>
        <w:spacing w:after="60" w:line="250" w:lineRule="auto"/>
        <w:ind w:left="202" w:right="173"/>
      </w:pPr>
      <w:r>
        <w:rPr>
          <w:rFonts w:ascii="Georgia" w:hAnsi="Georgia"/>
          <w:b w:val="0"/>
          <w:i w:val="0"/>
          <w:color w:val="22201D"/>
          <w:sz w:val="17"/>
        </w:rPr>
        <w:t>Name mismatch.</w:t>
      </w:r>
    </w:p>
    <w:p>
      <w:pPr>
        <w:spacing w:after="60" w:line="266" w:lineRule="auto"/>
        <w:ind w:firstLine="331"/>
        <w:jc w:val="both"/>
      </w:pPr>
      <w:r>
        <w:rPr>
          <w:rFonts w:ascii="Georgia" w:hAnsi="Georgia"/>
          <w:b w:val="0"/>
          <w:i w:val="0"/>
          <w:color w:val="22201D"/>
          <w:sz w:val="20"/>
        </w:rPr>
        <w:t>"I was volunteering him," she said.</w:t>
      </w:r>
    </w:p>
    <w:p>
      <w:pPr>
        <w:spacing w:after="60" w:line="266" w:lineRule="auto"/>
        <w:ind w:firstLine="331"/>
        <w:jc w:val="both"/>
      </w:pPr>
      <w:r>
        <w:rPr>
          <w:rFonts w:ascii="Georgia" w:hAnsi="Georgia"/>
          <w:b w:val="0"/>
          <w:i w:val="0"/>
          <w:color w:val="22201D"/>
          <w:sz w:val="20"/>
        </w:rPr>
        <w:t>The Hostess said, "Waiting cannot be delegated."</w:t>
      </w:r>
    </w:p>
    <w:p>
      <w:pPr>
        <w:spacing w:after="60" w:line="266" w:lineRule="auto"/>
        <w:ind w:firstLine="331"/>
        <w:jc w:val="both"/>
      </w:pPr>
      <w:r>
        <w:rPr>
          <w:rFonts w:ascii="Georgia" w:hAnsi="Georgia"/>
          <w:b w:val="0"/>
          <w:i w:val="0"/>
          <w:color w:val="22201D"/>
          <w:sz w:val="20"/>
        </w:rPr>
        <w:t>Evan looked at the woman.</w:t>
      </w:r>
    </w:p>
    <w:p>
      <w:pPr>
        <w:spacing w:after="60" w:line="266" w:lineRule="auto"/>
        <w:ind w:firstLine="331"/>
        <w:jc w:val="both"/>
      </w:pPr>
      <w:r>
        <w:rPr>
          <w:rFonts w:ascii="Georgia" w:hAnsi="Georgia"/>
          <w:b w:val="0"/>
          <w:i w:val="0"/>
          <w:color w:val="22201D"/>
          <w:sz w:val="20"/>
        </w:rPr>
        <w:t>"Were you volunteering me because I am braver or because you wanted a preview?"</w:t>
      </w:r>
    </w:p>
    <w:p>
      <w:pPr>
        <w:spacing w:after="60" w:line="266" w:lineRule="auto"/>
        <w:ind w:firstLine="331"/>
        <w:jc w:val="both"/>
      </w:pPr>
      <w:r>
        <w:rPr>
          <w:rFonts w:ascii="Georgia" w:hAnsi="Georgia"/>
          <w:b w:val="0"/>
          <w:i w:val="0"/>
          <w:color w:val="22201D"/>
          <w:sz w:val="20"/>
        </w:rPr>
        <w:t>She did not answer quickly enough.</w:t>
      </w:r>
    </w:p>
    <w:p>
      <w:pPr>
        <w:spacing w:after="60" w:line="266" w:lineRule="auto"/>
        <w:ind w:firstLine="331"/>
        <w:jc w:val="both"/>
      </w:pPr>
      <w:r>
        <w:rPr>
          <w:rFonts w:ascii="Georgia" w:hAnsi="Georgia"/>
          <w:b w:val="0"/>
          <w:i w:val="0"/>
          <w:color w:val="22201D"/>
          <w:sz w:val="20"/>
        </w:rPr>
        <w:t>The chalk added:</w:t>
      </w:r>
    </w:p>
    <w:p>
      <w:pPr>
        <w:spacing w:after="60" w:line="250" w:lineRule="auto"/>
        <w:ind w:left="202" w:right="173"/>
      </w:pPr>
      <w:r>
        <w:rPr>
          <w:rFonts w:ascii="Georgia" w:hAnsi="Georgia"/>
          <w:b w:val="0"/>
          <w:i w:val="0"/>
          <w:color w:val="22201D"/>
          <w:sz w:val="17"/>
        </w:rPr>
        <w:t>3. wants-preview-without-price Caller: not yet declared Party: hidden Status: blocked</w:t>
      </w:r>
    </w:p>
    <w:p>
      <w:pPr>
        <w:spacing w:after="60" w:line="266" w:lineRule="auto"/>
        <w:ind w:firstLine="331"/>
        <w:jc w:val="both"/>
      </w:pPr>
      <w:r>
        <w:rPr>
          <w:rFonts w:ascii="Georgia" w:hAnsi="Georgia"/>
          <w:b w:val="0"/>
          <w:i w:val="0"/>
          <w:color w:val="22201D"/>
          <w:sz w:val="20"/>
        </w:rPr>
        <w:t>The woman made a small offended sound.</w:t>
      </w:r>
    </w:p>
    <w:p>
      <w:pPr>
        <w:spacing w:after="60" w:line="266" w:lineRule="auto"/>
        <w:ind w:firstLine="331"/>
        <w:jc w:val="both"/>
      </w:pPr>
      <w:r>
        <w:rPr>
          <w:rFonts w:ascii="Georgia" w:hAnsi="Georgia"/>
          <w:b w:val="0"/>
          <w:i w:val="0"/>
          <w:color w:val="22201D"/>
          <w:sz w:val="20"/>
        </w:rPr>
        <w:t>"I have a name."</w:t>
      </w:r>
    </w:p>
    <w:p>
      <w:pPr>
        <w:spacing w:after="60" w:line="266" w:lineRule="auto"/>
        <w:ind w:firstLine="331"/>
        <w:jc w:val="both"/>
      </w:pPr>
      <w:r>
        <w:rPr>
          <w:rFonts w:ascii="Georgia" w:hAnsi="Georgia"/>
          <w:b w:val="0"/>
          <w:i w:val="0"/>
          <w:color w:val="22201D"/>
          <w:sz w:val="20"/>
        </w:rPr>
        <w:t>"Then use it," said the Hostess.</w:t>
      </w:r>
    </w:p>
    <w:p>
      <w:pPr>
        <w:spacing w:after="60" w:line="266" w:lineRule="auto"/>
        <w:ind w:firstLine="331"/>
        <w:jc w:val="both"/>
      </w:pPr>
      <w:r>
        <w:rPr>
          <w:rFonts w:ascii="Georgia" w:hAnsi="Georgia"/>
          <w:b w:val="0"/>
          <w:i w:val="0"/>
          <w:color w:val="22201D"/>
          <w:sz w:val="20"/>
        </w:rPr>
        <w:t>"I don't want the wall to change it."</w:t>
      </w:r>
    </w:p>
    <w:p>
      <w:pPr>
        <w:spacing w:after="60" w:line="266" w:lineRule="auto"/>
        <w:ind w:firstLine="331"/>
        <w:jc w:val="both"/>
      </w:pPr>
      <w:r>
        <w:rPr>
          <w:rFonts w:ascii="Georgia" w:hAnsi="Georgia"/>
          <w:b w:val="0"/>
          <w:i w:val="0"/>
          <w:color w:val="22201D"/>
          <w:sz w:val="20"/>
        </w:rPr>
        <w:t>"Then keep the one you brought and wait somewhere else."</w:t>
      </w:r>
    </w:p>
    <w:p>
      <w:pPr>
        <w:spacing w:after="60" w:line="266" w:lineRule="auto"/>
        <w:ind w:firstLine="331"/>
        <w:jc w:val="both"/>
      </w:pPr>
      <w:r>
        <w:rPr>
          <w:rFonts w:ascii="Georgia" w:hAnsi="Georgia"/>
          <w:b w:val="0"/>
          <w:i w:val="0"/>
          <w:color w:val="22201D"/>
          <w:sz w:val="20"/>
        </w:rPr>
        <w:t>This was said without cruelty. That made it worse. Cruelty could be opposed. Accuracy had to be negotiated with, and negotiation required bringing something better than being offended.</w:t>
      </w:r>
    </w:p>
    <w:p>
      <w:pPr>
        <w:spacing w:after="60" w:line="266" w:lineRule="auto"/>
        <w:ind w:firstLine="331"/>
        <w:jc w:val="both"/>
      </w:pPr>
      <w:r>
        <w:rPr>
          <w:rFonts w:ascii="Georgia" w:hAnsi="Georgia"/>
          <w:b w:val="0"/>
          <w:i w:val="0"/>
          <w:color w:val="22201D"/>
          <w:sz w:val="20"/>
        </w:rPr>
        <w:t>The woman looked at the magazine in her hands. The cover promised ten unforgettable meals in the metro area, a phrase that had become suspect around Emoji Soup because forgetting had recently reserved a table more effectively than remembering.</w:t>
      </w:r>
    </w:p>
    <w:p>
      <w:pPr>
        <w:spacing w:after="60" w:line="266" w:lineRule="auto"/>
        <w:ind w:firstLine="331"/>
        <w:jc w:val="both"/>
      </w:pPr>
      <w:r>
        <w:rPr>
          <w:rFonts w:ascii="Georgia" w:hAnsi="Georgia"/>
          <w:b w:val="0"/>
          <w:i w:val="0"/>
          <w:color w:val="22201D"/>
          <w:sz w:val="20"/>
        </w:rPr>
        <w:t>"Clara," she said.</w:t>
      </w:r>
    </w:p>
    <w:p>
      <w:pPr>
        <w:spacing w:after="60" w:line="250" w:lineRule="auto"/>
        <w:ind w:left="202" w:right="173"/>
      </w:pPr>
      <w:r>
        <w:rPr>
          <w:rFonts w:ascii="Georgia" w:hAnsi="Georgia"/>
          <w:b w:val="0"/>
          <w:i w:val="0"/>
          <w:color w:val="22201D"/>
          <w:sz w:val="17"/>
        </w:rPr>
        <w:t>3. Clara Status: label</w:t>
      </w:r>
    </w:p>
    <w:p>
      <w:pPr>
        <w:spacing w:after="60" w:line="266" w:lineRule="auto"/>
        <w:ind w:firstLine="331"/>
        <w:jc w:val="both"/>
      </w:pPr>
      <w:r>
        <w:rPr>
          <w:rFonts w:ascii="Georgia" w:hAnsi="Georgia"/>
          <w:b w:val="0"/>
          <w:i w:val="0"/>
          <w:color w:val="22201D"/>
          <w:sz w:val="20"/>
        </w:rPr>
        <w:t>"Clara, party of two."</w:t>
      </w:r>
    </w:p>
    <w:p>
      <w:pPr>
        <w:spacing w:after="60" w:line="266" w:lineRule="auto"/>
        <w:ind w:firstLine="331"/>
        <w:jc w:val="both"/>
      </w:pPr>
      <w:r>
        <w:rPr>
          <w:rFonts w:ascii="Georgia" w:hAnsi="Georgia"/>
          <w:b w:val="0"/>
          <w:i w:val="0"/>
          <w:color w:val="22201D"/>
          <w:sz w:val="20"/>
        </w:rPr>
        <w:t>Evan said, "Do not add me to your sentence."</w:t>
      </w:r>
    </w:p>
    <w:p>
      <w:pPr>
        <w:spacing w:after="60" w:line="266" w:lineRule="auto"/>
        <w:ind w:firstLine="331"/>
        <w:jc w:val="both"/>
      </w:pPr>
      <w:r>
        <w:rPr>
          <w:rFonts w:ascii="Georgia" w:hAnsi="Georgia"/>
          <w:b w:val="0"/>
          <w:i w:val="0"/>
          <w:color w:val="22201D"/>
          <w:sz w:val="20"/>
        </w:rPr>
        <w:t>The chalk wrote:</w:t>
      </w:r>
    </w:p>
    <w:p>
      <w:pPr>
        <w:spacing w:after="60" w:line="250" w:lineRule="auto"/>
        <w:ind w:left="202" w:right="173"/>
      </w:pPr>
      <w:r>
        <w:rPr>
          <w:rFonts w:ascii="Georgia" w:hAnsi="Georgia"/>
          <w:b w:val="0"/>
          <w:i w:val="0"/>
          <w:color w:val="22201D"/>
          <w:sz w:val="17"/>
        </w:rPr>
        <w:t>Party: disputed</w:t>
      </w:r>
    </w:p>
    <w:p>
      <w:pPr>
        <w:spacing w:after="60" w:line="266" w:lineRule="auto"/>
        <w:ind w:firstLine="331"/>
        <w:jc w:val="both"/>
      </w:pPr>
      <w:r>
        <w:rPr>
          <w:rFonts w:ascii="Georgia" w:hAnsi="Georgia"/>
          <w:b w:val="0"/>
          <w:i w:val="0"/>
          <w:color w:val="22201D"/>
          <w:sz w:val="20"/>
        </w:rPr>
        <w:t>Clara lowered the magazine all the way.</w:t>
      </w:r>
    </w:p>
    <w:p>
      <w:pPr>
        <w:spacing w:after="60" w:line="266" w:lineRule="auto"/>
        <w:ind w:firstLine="331"/>
        <w:jc w:val="both"/>
      </w:pPr>
      <w:r>
        <w:rPr>
          <w:rFonts w:ascii="Georgia" w:hAnsi="Georgia"/>
          <w:b w:val="0"/>
          <w:i w:val="0"/>
          <w:color w:val="22201D"/>
          <w:sz w:val="20"/>
        </w:rPr>
        <w:t>"Clara," she said, "wants to be the person who knew about it before other people knew about it."</w:t>
      </w:r>
    </w:p>
    <w:p>
      <w:pPr>
        <w:spacing w:after="60" w:line="266" w:lineRule="auto"/>
        <w:ind w:firstLine="331"/>
        <w:jc w:val="both"/>
      </w:pPr>
      <w:r>
        <w:rPr>
          <w:rFonts w:ascii="Georgia" w:hAnsi="Georgia"/>
          <w:b w:val="0"/>
          <w:i w:val="0"/>
          <w:color w:val="22201D"/>
          <w:sz w:val="20"/>
        </w:rPr>
        <w:t>The chalk waited.</w:t>
      </w:r>
    </w:p>
    <w:p>
      <w:pPr>
        <w:spacing w:after="60" w:line="266" w:lineRule="auto"/>
        <w:ind w:firstLine="331"/>
        <w:jc w:val="both"/>
      </w:pPr>
      <w:r>
        <w:rPr>
          <w:rFonts w:ascii="Georgia" w:hAnsi="Georgia"/>
          <w:b w:val="0"/>
          <w:i w:val="0"/>
          <w:color w:val="22201D"/>
          <w:sz w:val="20"/>
        </w:rPr>
        <w:t>Clara swallowed.</w:t>
      </w:r>
    </w:p>
    <w:p>
      <w:pPr>
        <w:spacing w:after="60" w:line="266" w:lineRule="auto"/>
        <w:ind w:firstLine="331"/>
        <w:jc w:val="both"/>
      </w:pPr>
      <w:r>
        <w:rPr>
          <w:rFonts w:ascii="Georgia" w:hAnsi="Georgia"/>
          <w:b w:val="0"/>
          <w:i w:val="0"/>
          <w:color w:val="22201D"/>
          <w:sz w:val="20"/>
        </w:rPr>
        <w:t>"And is frightened that if no one knows she knew, it will not count."</w:t>
      </w:r>
    </w:p>
    <w:p>
      <w:pPr>
        <w:spacing w:after="60" w:line="266" w:lineRule="auto"/>
        <w:ind w:firstLine="331"/>
        <w:jc w:val="both"/>
      </w:pPr>
      <w:r>
        <w:rPr>
          <w:rFonts w:ascii="Georgia" w:hAnsi="Georgia"/>
          <w:b w:val="0"/>
          <w:i w:val="0"/>
          <w:color w:val="22201D"/>
          <w:sz w:val="20"/>
        </w:rPr>
        <w:t>The chalk wrote:</w:t>
      </w:r>
    </w:p>
    <w:p>
      <w:pPr>
        <w:spacing w:after="60" w:line="250" w:lineRule="auto"/>
        <w:ind w:left="202" w:right="173"/>
      </w:pPr>
      <w:r>
        <w:rPr>
          <w:rFonts w:ascii="Georgia" w:hAnsi="Georgia"/>
          <w:b w:val="0"/>
          <w:i w:val="0"/>
          <w:color w:val="22201D"/>
          <w:sz w:val="17"/>
        </w:rPr>
        <w:t>3. wants-credit-for-arriving-before-hunger Caller: Clara Party: one Status: waiting possible</w:t>
      </w:r>
    </w:p>
    <w:p>
      <w:pPr>
        <w:spacing w:after="60" w:line="266" w:lineRule="auto"/>
        <w:ind w:firstLine="331"/>
        <w:jc w:val="both"/>
      </w:pPr>
      <w:r>
        <w:rPr>
          <w:rFonts w:ascii="Georgia" w:hAnsi="Georgia"/>
          <w:b w:val="0"/>
          <w:i w:val="0"/>
          <w:color w:val="22201D"/>
          <w:sz w:val="20"/>
        </w:rPr>
        <w:t>Evan exhaled.</w:t>
      </w:r>
    </w:p>
    <w:p>
      <w:pPr>
        <w:spacing w:after="60" w:line="266" w:lineRule="auto"/>
        <w:ind w:firstLine="331"/>
        <w:jc w:val="both"/>
      </w:pPr>
      <w:r>
        <w:rPr>
          <w:rFonts w:ascii="Georgia" w:hAnsi="Georgia"/>
          <w:b w:val="0"/>
          <w:i w:val="0"/>
          <w:color w:val="22201D"/>
          <w:sz w:val="20"/>
        </w:rPr>
        <w:t>Clara looked embarrassed, then relieved, then embarrassed by the relief.</w:t>
      </w:r>
    </w:p>
    <w:p>
      <w:pPr>
        <w:spacing w:after="60" w:line="266" w:lineRule="auto"/>
        <w:ind w:firstLine="331"/>
        <w:jc w:val="both"/>
      </w:pPr>
      <w:r>
        <w:rPr>
          <w:rFonts w:ascii="Georgia" w:hAnsi="Georgia"/>
          <w:b w:val="0"/>
          <w:i w:val="0"/>
          <w:color w:val="22201D"/>
          <w:sz w:val="20"/>
        </w:rPr>
        <w:t>"I hate this restaurant," she said.</w:t>
      </w:r>
    </w:p>
    <w:p>
      <w:pPr>
        <w:spacing w:after="60" w:line="250" w:lineRule="auto"/>
        <w:ind w:left="202" w:right="173"/>
      </w:pPr>
      <w:r>
        <w:rPr>
          <w:rFonts w:ascii="Georgia" w:hAnsi="Georgia"/>
          <w:b w:val="0"/>
          <w:i w:val="0"/>
          <w:color w:val="22201D"/>
          <w:sz w:val="17"/>
        </w:rPr>
        <w:t>Complaint: may become useful if specific</w:t>
      </w:r>
    </w:p>
    <w:p>
      <w:pPr>
        <w:spacing w:after="60" w:line="266" w:lineRule="auto"/>
        <w:ind w:firstLine="331"/>
        <w:jc w:val="both"/>
      </w:pPr>
      <w:r>
        <w:rPr>
          <w:rFonts w:ascii="Georgia" w:hAnsi="Georgia"/>
          <w:b w:val="0"/>
          <w:i w:val="0"/>
          <w:color w:val="22201D"/>
          <w:sz w:val="20"/>
        </w:rPr>
        <w:t>"I specifically hate the chalk."</w:t>
      </w:r>
    </w:p>
    <w:p>
      <w:pPr>
        <w:spacing w:after="60" w:line="250" w:lineRule="auto"/>
        <w:ind w:left="202" w:right="173"/>
      </w:pPr>
      <w:r>
        <w:rPr>
          <w:rFonts w:ascii="Georgia" w:hAnsi="Georgia"/>
          <w:b w:val="0"/>
          <w:i w:val="0"/>
          <w:color w:val="22201D"/>
          <w:sz w:val="17"/>
        </w:rPr>
        <w:t>Logged.</w:t>
      </w:r>
    </w:p>
    <w:p>
      <w:pPr>
        <w:spacing w:after="60" w:line="266" w:lineRule="auto"/>
        <w:ind w:firstLine="331"/>
        <w:jc w:val="both"/>
      </w:pPr>
      <w:r>
        <w:rPr>
          <w:rFonts w:ascii="Georgia" w:hAnsi="Georgia"/>
          <w:b w:val="0"/>
          <w:i w:val="0"/>
          <w:color w:val="22201D"/>
          <w:sz w:val="20"/>
        </w:rPr>
        <w:t>The chalk accepted her.</w:t>
      </w:r>
    </w:p>
    <w:p>
      <w:pPr>
        <w:spacing w:after="60" w:line="266" w:lineRule="auto"/>
        <w:ind w:firstLine="331"/>
        <w:jc w:val="both"/>
      </w:pPr>
      <w:r>
        <w:rPr>
          <w:rFonts w:ascii="Georgia" w:hAnsi="Georgia"/>
          <w:b w:val="0"/>
          <w:i w:val="0"/>
          <w:color w:val="22201D"/>
          <w:sz w:val="20"/>
        </w:rPr>
        <w:t>The list was no longer simply filling in. It was changing the people who stood near it by requiring them to stop outsourcing the hard part to syllables their parents had provided.</w:t>
      </w:r>
    </w:p>
    <w:p>
      <w:pPr>
        <w:spacing w:after="60" w:line="266" w:lineRule="auto"/>
        <w:ind w:firstLine="331"/>
        <w:jc w:val="both"/>
      </w:pPr>
      <w:r>
        <w:rPr>
          <w:rFonts w:ascii="Georgia" w:hAnsi="Georgia"/>
          <w:b w:val="0"/>
          <w:i w:val="0"/>
          <w:color w:val="22201D"/>
          <w:sz w:val="20"/>
        </w:rPr>
        <w:t>Flocc understood this and disliked understanding it.</w:t>
      </w:r>
    </w:p>
    <w:p>
      <w:pPr>
        <w:spacing w:after="60" w:line="266" w:lineRule="auto"/>
        <w:ind w:firstLine="331"/>
        <w:jc w:val="both"/>
      </w:pPr>
      <w:r>
        <w:rPr>
          <w:rFonts w:ascii="Georgia" w:hAnsi="Georgia"/>
          <w:b w:val="0"/>
          <w:i w:val="0"/>
          <w:color w:val="22201D"/>
          <w:sz w:val="20"/>
        </w:rPr>
        <w:t>He had spent so much of his life wanting to be recognized under a correct name that it felt almost indecent to see names demoted. He had wanted the world to call him the thing that would prove he was not a misprint. Now the waiting list seemed to say a name could be accurate and still not answer hunger.</w:t>
      </w:r>
    </w:p>
    <w:p>
      <w:pPr>
        <w:spacing w:after="60" w:line="266" w:lineRule="auto"/>
        <w:ind w:firstLine="331"/>
        <w:jc w:val="both"/>
      </w:pPr>
      <w:r>
        <w:rPr>
          <w:rFonts w:ascii="Georgia" w:hAnsi="Georgia"/>
          <w:b w:val="0"/>
          <w:i w:val="0"/>
          <w:color w:val="22201D"/>
          <w:sz w:val="20"/>
        </w:rPr>
        <w:t>He stepped back from the doorway.</w:t>
      </w:r>
    </w:p>
    <w:p>
      <w:pPr>
        <w:spacing w:after="60" w:line="266" w:lineRule="auto"/>
        <w:ind w:firstLine="331"/>
        <w:jc w:val="both"/>
      </w:pPr>
      <w:r>
        <w:rPr>
          <w:rFonts w:ascii="Georgia" w:hAnsi="Georgia"/>
          <w:b w:val="0"/>
          <w:i w:val="0"/>
          <w:color w:val="22201D"/>
          <w:sz w:val="20"/>
        </w:rPr>
        <w:t>Mara saw it.</w:t>
      </w:r>
    </w:p>
    <w:p>
      <w:pPr>
        <w:spacing w:after="60" w:line="266" w:lineRule="auto"/>
        <w:ind w:firstLine="331"/>
        <w:jc w:val="both"/>
      </w:pPr>
      <w:r>
        <w:rPr>
          <w:rFonts w:ascii="Georgia" w:hAnsi="Georgia"/>
          <w:b w:val="0"/>
          <w:i w:val="0"/>
          <w:color w:val="22201D"/>
          <w:sz w:val="20"/>
        </w:rPr>
        <w:t>"Do not leave the room to avoid the list."</w:t>
      </w:r>
    </w:p>
    <w:p>
      <w:pPr>
        <w:spacing w:after="60" w:line="266" w:lineRule="auto"/>
        <w:ind w:firstLine="331"/>
        <w:jc w:val="both"/>
      </w:pPr>
      <w:r>
        <w:rPr>
          <w:rFonts w:ascii="Georgia" w:hAnsi="Georgia"/>
          <w:b w:val="0"/>
          <w:i w:val="0"/>
          <w:color w:val="22201D"/>
          <w:sz w:val="20"/>
        </w:rPr>
        <w:t>"I was not leaving."</w:t>
      </w:r>
    </w:p>
    <w:p>
      <w:pPr>
        <w:spacing w:after="60" w:line="266" w:lineRule="auto"/>
        <w:ind w:firstLine="331"/>
        <w:jc w:val="both"/>
      </w:pPr>
      <w:r>
        <w:rPr>
          <w:rFonts w:ascii="Georgia" w:hAnsi="Georgia"/>
          <w:b w:val="0"/>
          <w:i w:val="0"/>
          <w:color w:val="22201D"/>
          <w:sz w:val="20"/>
        </w:rPr>
        <w:t>"You moved away from the threshold."</w:t>
      </w:r>
    </w:p>
    <w:p>
      <w:pPr>
        <w:spacing w:after="60" w:line="266" w:lineRule="auto"/>
        <w:ind w:firstLine="331"/>
        <w:jc w:val="both"/>
      </w:pPr>
      <w:r>
        <w:rPr>
          <w:rFonts w:ascii="Georgia" w:hAnsi="Georgia"/>
          <w:b w:val="0"/>
          <w:i w:val="0"/>
          <w:color w:val="22201D"/>
          <w:sz w:val="20"/>
        </w:rPr>
        <w:t>"The threshold is crowded."</w:t>
      </w:r>
    </w:p>
    <w:p>
      <w:pPr>
        <w:spacing w:after="60" w:line="266" w:lineRule="auto"/>
        <w:ind w:firstLine="331"/>
        <w:jc w:val="both"/>
      </w:pPr>
      <w:r>
        <w:rPr>
          <w:rFonts w:ascii="Georgia" w:hAnsi="Georgia"/>
          <w:b w:val="0"/>
          <w:i w:val="0"/>
          <w:color w:val="22201D"/>
          <w:sz w:val="20"/>
        </w:rPr>
        <w:t>"The threshold is a concept."</w:t>
      </w:r>
    </w:p>
    <w:p>
      <w:pPr>
        <w:spacing w:after="60" w:line="266" w:lineRule="auto"/>
        <w:ind w:firstLine="331"/>
        <w:jc w:val="both"/>
      </w:pPr>
      <w:r>
        <w:rPr>
          <w:rFonts w:ascii="Georgia" w:hAnsi="Georgia"/>
          <w:b w:val="0"/>
          <w:i w:val="0"/>
          <w:color w:val="22201D"/>
          <w:sz w:val="20"/>
        </w:rPr>
        <w:t>"Concepts can be crowded."</w:t>
      </w:r>
    </w:p>
    <w:p>
      <w:pPr>
        <w:spacing w:after="60" w:line="266" w:lineRule="auto"/>
        <w:ind w:firstLine="331"/>
        <w:jc w:val="both"/>
      </w:pPr>
      <w:r>
        <w:rPr>
          <w:rFonts w:ascii="Georgia" w:hAnsi="Georgia"/>
          <w:b w:val="0"/>
          <w:i w:val="0"/>
          <w:color w:val="22201D"/>
          <w:sz w:val="20"/>
        </w:rPr>
        <w:t>"Flocc."</w:t>
      </w:r>
    </w:p>
    <w:p>
      <w:pPr>
        <w:spacing w:after="60" w:line="266" w:lineRule="auto"/>
        <w:ind w:firstLine="331"/>
        <w:jc w:val="both"/>
      </w:pPr>
      <w:r>
        <w:rPr>
          <w:rFonts w:ascii="Georgia" w:hAnsi="Georgia"/>
          <w:b w:val="0"/>
          <w:i w:val="0"/>
          <w:color w:val="22201D"/>
          <w:sz w:val="20"/>
        </w:rPr>
        <w:t>He stopped.</w:t>
      </w:r>
    </w:p>
    <w:p>
      <w:pPr>
        <w:spacing w:after="60" w:line="266" w:lineRule="auto"/>
        <w:ind w:firstLine="331"/>
        <w:jc w:val="both"/>
      </w:pPr>
      <w:r>
        <w:rPr>
          <w:rFonts w:ascii="Georgia" w:hAnsi="Georgia"/>
          <w:b w:val="0"/>
          <w:i w:val="0"/>
          <w:color w:val="22201D"/>
          <w:sz w:val="20"/>
        </w:rPr>
        <w:t>Outside, the fourth blank line appeared.</w:t>
      </w:r>
    </w:p>
    <w:p>
      <w:pPr>
        <w:spacing w:after="60" w:line="250" w:lineRule="auto"/>
        <w:ind w:left="202" w:right="173"/>
      </w:pPr>
      <w:r>
        <w:rPr>
          <w:rFonts w:ascii="Georgia" w:hAnsi="Georgia"/>
          <w:b w:val="0"/>
          <w:i w:val="0"/>
          <w:color w:val="22201D"/>
          <w:sz w:val="17"/>
        </w:rPr>
        <w:t>4.</w:t>
      </w:r>
    </w:p>
    <w:p>
      <w:pPr>
        <w:spacing w:after="60" w:line="266" w:lineRule="auto"/>
        <w:ind w:firstLine="331"/>
        <w:jc w:val="both"/>
      </w:pPr>
      <w:r>
        <w:rPr>
          <w:rFonts w:ascii="Georgia" w:hAnsi="Georgia"/>
          <w:b w:val="0"/>
          <w:i w:val="0"/>
          <w:color w:val="22201D"/>
          <w:sz w:val="20"/>
        </w:rPr>
        <w:t>Auditor Ives looked up sharply.</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 chalk waited.</w:t>
      </w:r>
    </w:p>
    <w:p>
      <w:pPr>
        <w:spacing w:after="60" w:line="266" w:lineRule="auto"/>
        <w:ind w:firstLine="331"/>
        <w:jc w:val="both"/>
      </w:pPr>
      <w:r>
        <w:rPr>
          <w:rFonts w:ascii="Georgia" w:hAnsi="Georgia"/>
          <w:b w:val="0"/>
          <w:i w:val="0"/>
          <w:color w:val="22201D"/>
          <w:sz w:val="20"/>
        </w:rPr>
        <w:t>Ives said, "I am here in an observing capacity."</w:t>
      </w:r>
    </w:p>
    <w:p>
      <w:pPr>
        <w:spacing w:after="60" w:line="250" w:lineRule="auto"/>
        <w:ind w:left="202" w:right="173"/>
      </w:pPr>
      <w:r>
        <w:rPr>
          <w:rFonts w:ascii="Georgia" w:hAnsi="Georgia"/>
          <w:b w:val="0"/>
          <w:i w:val="0"/>
          <w:color w:val="22201D"/>
          <w:sz w:val="17"/>
        </w:rPr>
        <w:t>Observation: often a way of entering without paying</w:t>
      </w:r>
    </w:p>
    <w:p>
      <w:pPr>
        <w:spacing w:after="60" w:line="266" w:lineRule="auto"/>
        <w:ind w:firstLine="331"/>
        <w:jc w:val="both"/>
      </w:pPr>
      <w:r>
        <w:rPr>
          <w:rFonts w:ascii="Georgia" w:hAnsi="Georgia"/>
          <w:b w:val="0"/>
          <w:i w:val="0"/>
          <w:color w:val="22201D"/>
          <w:sz w:val="20"/>
        </w:rPr>
        <w:t>Steve made a sound he did not successfully turn into a cough.</w:t>
      </w:r>
    </w:p>
    <w:p>
      <w:pPr>
        <w:spacing w:after="60" w:line="266" w:lineRule="auto"/>
        <w:ind w:firstLine="331"/>
        <w:jc w:val="both"/>
      </w:pPr>
      <w:r>
        <w:rPr>
          <w:rFonts w:ascii="Georgia" w:hAnsi="Georgia"/>
          <w:b w:val="0"/>
          <w:i w:val="0"/>
          <w:color w:val="22201D"/>
          <w:sz w:val="20"/>
        </w:rPr>
        <w:t>Ives pointed his pen at him.</w:t>
      </w:r>
    </w:p>
    <w:p>
      <w:pPr>
        <w:spacing w:after="60" w:line="266" w:lineRule="auto"/>
        <w:ind w:firstLine="331"/>
        <w:jc w:val="both"/>
      </w:pPr>
      <w:r>
        <w:rPr>
          <w:rFonts w:ascii="Georgia" w:hAnsi="Georgia"/>
          <w:b w:val="0"/>
          <w:i w:val="0"/>
          <w:color w:val="22201D"/>
          <w:sz w:val="20"/>
        </w:rPr>
        <w:t>"Do not enjoy procedural vulnerability."</w:t>
      </w:r>
    </w:p>
    <w:p>
      <w:pPr>
        <w:spacing w:after="60" w:line="266" w:lineRule="auto"/>
        <w:ind w:firstLine="331"/>
        <w:jc w:val="both"/>
      </w:pPr>
      <w:r>
        <w:rPr>
          <w:rFonts w:ascii="Georgia" w:hAnsi="Georgia"/>
          <w:b w:val="0"/>
          <w:i w:val="0"/>
          <w:color w:val="22201D"/>
          <w:sz w:val="20"/>
        </w:rPr>
        <w:t>"Too late," Steve said.</w:t>
      </w:r>
    </w:p>
    <w:p>
      <w:pPr>
        <w:spacing w:after="60" w:line="266" w:lineRule="auto"/>
        <w:ind w:firstLine="331"/>
        <w:jc w:val="both"/>
      </w:pPr>
      <w:r>
        <w:rPr>
          <w:rFonts w:ascii="Georgia" w:hAnsi="Georgia"/>
          <w:b w:val="0"/>
          <w:i w:val="0"/>
          <w:color w:val="22201D"/>
          <w:sz w:val="20"/>
        </w:rPr>
        <w:t>The Auditor approached the wall with the caution of a man who had seen enough impossible paperwork to respect stationery.</w:t>
      </w:r>
    </w:p>
    <w:p>
      <w:pPr>
        <w:spacing w:after="60" w:line="266" w:lineRule="auto"/>
        <w:ind w:firstLine="331"/>
        <w:jc w:val="both"/>
      </w:pPr>
      <w:r>
        <w:rPr>
          <w:rFonts w:ascii="Georgia" w:hAnsi="Georgia"/>
          <w:b w:val="0"/>
          <w:i w:val="0"/>
          <w:color w:val="22201D"/>
          <w:sz w:val="20"/>
        </w:rPr>
        <w:t>"Ives."</w:t>
      </w:r>
    </w:p>
    <w:p>
      <w:pPr>
        <w:spacing w:after="60" w:line="250" w:lineRule="auto"/>
        <w:ind w:left="202" w:right="173"/>
      </w:pPr>
      <w:r>
        <w:rPr>
          <w:rFonts w:ascii="Georgia" w:hAnsi="Georgia"/>
          <w:b w:val="0"/>
          <w:i w:val="0"/>
          <w:color w:val="22201D"/>
          <w:sz w:val="17"/>
        </w:rPr>
        <w:t>4. Ives Status: label</w:t>
      </w:r>
    </w:p>
    <w:p>
      <w:pPr>
        <w:spacing w:after="60" w:line="266" w:lineRule="auto"/>
        <w:ind w:firstLine="331"/>
        <w:jc w:val="both"/>
      </w:pPr>
      <w:r>
        <w:rPr>
          <w:rFonts w:ascii="Georgia" w:hAnsi="Georgia"/>
          <w:b w:val="0"/>
          <w:i w:val="0"/>
          <w:color w:val="22201D"/>
          <w:sz w:val="20"/>
        </w:rPr>
        <w:t>"Auditor Ives."</w:t>
      </w:r>
    </w:p>
    <w:p>
      <w:pPr>
        <w:spacing w:after="60" w:line="250" w:lineRule="auto"/>
        <w:ind w:left="202" w:right="173"/>
      </w:pPr>
      <w:r>
        <w:rPr>
          <w:rFonts w:ascii="Georgia" w:hAnsi="Georgia"/>
          <w:b w:val="0"/>
          <w:i w:val="0"/>
          <w:color w:val="22201D"/>
          <w:sz w:val="17"/>
        </w:rPr>
        <w:t>Role: useful Hunger: hidden inside role</w:t>
      </w:r>
    </w:p>
    <w:p>
      <w:pPr>
        <w:spacing w:after="60" w:line="266" w:lineRule="auto"/>
        <w:ind w:firstLine="331"/>
        <w:jc w:val="both"/>
      </w:pPr>
      <w:r>
        <w:rPr>
          <w:rFonts w:ascii="Georgia" w:hAnsi="Georgia"/>
          <w:b w:val="0"/>
          <w:i w:val="0"/>
          <w:color w:val="22201D"/>
          <w:sz w:val="20"/>
        </w:rPr>
        <w:t>Ives looked at the Hostess.</w:t>
      </w:r>
    </w:p>
    <w:p>
      <w:pPr>
        <w:spacing w:after="60" w:line="266" w:lineRule="auto"/>
        <w:ind w:firstLine="331"/>
        <w:jc w:val="both"/>
      </w:pPr>
      <w:r>
        <w:rPr>
          <w:rFonts w:ascii="Georgia" w:hAnsi="Georgia"/>
          <w:b w:val="0"/>
          <w:i w:val="0"/>
          <w:color w:val="22201D"/>
          <w:sz w:val="20"/>
        </w:rPr>
        <w:t>"This is intrusive."</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"Is there an appeal process?"</w:t>
      </w:r>
    </w:p>
    <w:p>
      <w:pPr>
        <w:spacing w:after="60" w:line="266" w:lineRule="auto"/>
        <w:ind w:firstLine="331"/>
        <w:jc w:val="both"/>
      </w:pPr>
      <w:r>
        <w:rPr>
          <w:rFonts w:ascii="Georgia" w:hAnsi="Georgia"/>
          <w:b w:val="0"/>
          <w:i w:val="0"/>
          <w:color w:val="22201D"/>
          <w:sz w:val="20"/>
        </w:rPr>
        <w:t>"You may leave."</w:t>
      </w:r>
    </w:p>
    <w:p>
      <w:pPr>
        <w:spacing w:after="60" w:line="266" w:lineRule="auto"/>
        <w:ind w:firstLine="331"/>
        <w:jc w:val="both"/>
      </w:pPr>
      <w:r>
        <w:rPr>
          <w:rFonts w:ascii="Georgia" w:hAnsi="Georgia"/>
          <w:b w:val="0"/>
          <w:i w:val="0"/>
          <w:color w:val="22201D"/>
          <w:sz w:val="20"/>
        </w:rPr>
        <w:t>"That is not an appeal."</w:t>
      </w:r>
    </w:p>
    <w:p>
      <w:pPr>
        <w:spacing w:after="60" w:line="266" w:lineRule="auto"/>
        <w:ind w:firstLine="331"/>
        <w:jc w:val="both"/>
      </w:pPr>
      <w:r>
        <w:rPr>
          <w:rFonts w:ascii="Georgia" w:hAnsi="Georgia"/>
          <w:b w:val="0"/>
          <w:i w:val="0"/>
          <w:color w:val="22201D"/>
          <w:sz w:val="20"/>
        </w:rPr>
        <w:t>"It is the cleanest one."</w:t>
      </w:r>
    </w:p>
    <w:p>
      <w:pPr>
        <w:spacing w:after="60" w:line="266" w:lineRule="auto"/>
        <w:ind w:firstLine="331"/>
        <w:jc w:val="both"/>
      </w:pPr>
      <w:r>
        <w:rPr>
          <w:rFonts w:ascii="Georgia" w:hAnsi="Georgia"/>
          <w:b w:val="0"/>
          <w:i w:val="0"/>
          <w:color w:val="22201D"/>
          <w:sz w:val="20"/>
        </w:rPr>
        <w:t>Ives stared at the chalk, then at the line, then at the door. His face performed a brief private audit of dignity and found several unreported liabilities.</w:t>
      </w:r>
    </w:p>
    <w:p>
      <w:pPr>
        <w:spacing w:after="60" w:line="266" w:lineRule="auto"/>
        <w:ind w:firstLine="331"/>
        <w:jc w:val="both"/>
      </w:pPr>
      <w:r>
        <w:rPr>
          <w:rFonts w:ascii="Georgia" w:hAnsi="Georgia"/>
          <w:b w:val="0"/>
          <w:i w:val="0"/>
          <w:color w:val="22201D"/>
          <w:sz w:val="20"/>
        </w:rPr>
        <w:t>"I want to understand the rule before it becomes enforceable," he said.</w:t>
      </w:r>
    </w:p>
    <w:p>
      <w:pPr>
        <w:spacing w:after="60" w:line="266" w:lineRule="auto"/>
        <w:ind w:firstLine="331"/>
        <w:jc w:val="both"/>
      </w:pPr>
      <w:r>
        <w:rPr>
          <w:rFonts w:ascii="Georgia" w:hAnsi="Georgia"/>
          <w:b w:val="0"/>
          <w:i w:val="0"/>
          <w:color w:val="22201D"/>
          <w:sz w:val="20"/>
        </w:rPr>
        <w:t>The chalk did not move.</w:t>
      </w:r>
    </w:p>
    <w:p>
      <w:pPr>
        <w:spacing w:after="60" w:line="266" w:lineRule="auto"/>
        <w:ind w:firstLine="331"/>
        <w:jc w:val="both"/>
      </w:pPr>
      <w:r>
        <w:rPr>
          <w:rFonts w:ascii="Georgia" w:hAnsi="Georgia"/>
          <w:b w:val="0"/>
          <w:i w:val="0"/>
          <w:color w:val="22201D"/>
          <w:sz w:val="20"/>
        </w:rPr>
        <w:t>"I want to understand the rule so I can say I was not surprised by it."</w:t>
      </w:r>
    </w:p>
    <w:p>
      <w:pPr>
        <w:spacing w:after="60" w:line="266" w:lineRule="auto"/>
        <w:ind w:firstLine="331"/>
        <w:jc w:val="both"/>
      </w:pPr>
      <w:r>
        <w:rPr>
          <w:rFonts w:ascii="Georgia" w:hAnsi="Georgia"/>
          <w:b w:val="0"/>
          <w:i w:val="0"/>
          <w:color w:val="22201D"/>
          <w:sz w:val="20"/>
        </w:rPr>
        <w:t>Still nothing.</w:t>
      </w:r>
    </w:p>
    <w:p>
      <w:pPr>
        <w:spacing w:after="60" w:line="266" w:lineRule="auto"/>
        <w:ind w:firstLine="331"/>
        <w:jc w:val="both"/>
      </w:pPr>
      <w:r>
        <w:rPr>
          <w:rFonts w:ascii="Georgia" w:hAnsi="Georgia"/>
          <w:b w:val="0"/>
          <w:i w:val="0"/>
          <w:color w:val="22201D"/>
          <w:sz w:val="20"/>
        </w:rPr>
        <w:t>Ives removed his glasses, cleaned them on a cloth, and put them back on though they had not been dirty.</w:t>
      </w:r>
    </w:p>
    <w:p>
      <w:pPr>
        <w:spacing w:after="60" w:line="266" w:lineRule="auto"/>
        <w:ind w:firstLine="331"/>
        <w:jc w:val="both"/>
      </w:pPr>
      <w:r>
        <w:rPr>
          <w:rFonts w:ascii="Georgia" w:hAnsi="Georgia"/>
          <w:b w:val="0"/>
          <w:i w:val="0"/>
          <w:color w:val="22201D"/>
          <w:sz w:val="20"/>
        </w:rPr>
        <w:t>"I want to arrive early enough that procedure cannot accuse me of being late to meaning."</w:t>
      </w:r>
    </w:p>
    <w:p>
      <w:pPr>
        <w:spacing w:after="60" w:line="266" w:lineRule="auto"/>
        <w:ind w:firstLine="331"/>
        <w:jc w:val="both"/>
      </w:pPr>
      <w:r>
        <w:rPr>
          <w:rFonts w:ascii="Georgia" w:hAnsi="Georgia"/>
          <w:b w:val="0"/>
          <w:i w:val="0"/>
          <w:color w:val="22201D"/>
          <w:sz w:val="20"/>
        </w:rPr>
        <w:t>The chalk wrote:</w:t>
      </w:r>
    </w:p>
    <w:p>
      <w:pPr>
        <w:spacing w:after="60" w:line="250" w:lineRule="auto"/>
        <w:ind w:left="202" w:right="173"/>
      </w:pPr>
      <w:r>
        <w:rPr>
          <w:rFonts w:ascii="Georgia" w:hAnsi="Georgia"/>
          <w:b w:val="0"/>
          <w:i w:val="0"/>
          <w:color w:val="22201D"/>
          <w:sz w:val="17"/>
        </w:rPr>
        <w:t>4. wants-procedure-before-surprise Caller: Auditor Ives Party: one Status: waiting possible</w:t>
      </w:r>
    </w:p>
    <w:p>
      <w:pPr>
        <w:spacing w:after="60" w:line="266" w:lineRule="auto"/>
        <w:ind w:firstLine="331"/>
        <w:jc w:val="both"/>
      </w:pPr>
      <w:r>
        <w:rPr>
          <w:rFonts w:ascii="Georgia" w:hAnsi="Georgia"/>
          <w:b w:val="0"/>
          <w:i w:val="0"/>
          <w:color w:val="22201D"/>
          <w:sz w:val="20"/>
        </w:rPr>
        <w:t>Steve nodded.</w:t>
      </w:r>
    </w:p>
    <w:p>
      <w:pPr>
        <w:spacing w:after="60" w:line="266" w:lineRule="auto"/>
        <w:ind w:firstLine="331"/>
        <w:jc w:val="both"/>
      </w:pPr>
      <w:r>
        <w:rPr>
          <w:rFonts w:ascii="Georgia" w:hAnsi="Georgia"/>
          <w:b w:val="0"/>
          <w:i w:val="0"/>
          <w:color w:val="22201D"/>
          <w:sz w:val="20"/>
        </w:rPr>
        <w:t>"That's a good one."</w:t>
      </w:r>
    </w:p>
    <w:p>
      <w:pPr>
        <w:spacing w:after="60" w:line="266" w:lineRule="auto"/>
        <w:ind w:firstLine="331"/>
        <w:jc w:val="both"/>
      </w:pPr>
      <w:r>
        <w:rPr>
          <w:rFonts w:ascii="Georgia" w:hAnsi="Georgia"/>
          <w:b w:val="0"/>
          <w:i w:val="0"/>
          <w:color w:val="22201D"/>
          <w:sz w:val="20"/>
        </w:rPr>
        <w:t>"It is not a compliment."</w:t>
      </w:r>
    </w:p>
    <w:p>
      <w:pPr>
        <w:spacing w:after="60" w:line="266" w:lineRule="auto"/>
        <w:ind w:firstLine="331"/>
        <w:jc w:val="both"/>
      </w:pPr>
      <w:r>
        <w:rPr>
          <w:rFonts w:ascii="Georgia" w:hAnsi="Georgia"/>
          <w:b w:val="0"/>
          <w:i w:val="0"/>
          <w:color w:val="22201D"/>
          <w:sz w:val="20"/>
        </w:rPr>
        <w:t>"I know. Still."</w:t>
      </w:r>
    </w:p>
    <w:p>
      <w:pPr>
        <w:spacing w:after="60" w:line="266" w:lineRule="auto"/>
        <w:ind w:firstLine="331"/>
        <w:jc w:val="both"/>
      </w:pPr>
      <w:r>
        <w:rPr>
          <w:rFonts w:ascii="Georgia" w:hAnsi="Georgia"/>
          <w:b w:val="0"/>
          <w:i w:val="0"/>
          <w:color w:val="22201D"/>
          <w:sz w:val="20"/>
        </w:rPr>
        <w:t>The list accepted him.</w:t>
      </w:r>
    </w:p>
    <w:p>
      <w:pPr>
        <w:spacing w:after="60" w:line="266" w:lineRule="auto"/>
        <w:ind w:firstLine="331"/>
        <w:jc w:val="both"/>
      </w:pPr>
      <w:r>
        <w:rPr>
          <w:rFonts w:ascii="Georgia" w:hAnsi="Georgia"/>
          <w:b w:val="0"/>
          <w:i w:val="0"/>
          <w:color w:val="22201D"/>
          <w:sz w:val="20"/>
        </w:rPr>
        <w:t>Gerald leaned closer to read the entries.</w:t>
      </w:r>
    </w:p>
    <w:p>
      <w:pPr>
        <w:spacing w:after="60" w:line="266" w:lineRule="auto"/>
        <w:ind w:firstLine="331"/>
        <w:jc w:val="both"/>
      </w:pPr>
      <w:r>
        <w:rPr>
          <w:rFonts w:ascii="Georgia" w:hAnsi="Georgia"/>
          <w:b w:val="0"/>
          <w:i w:val="0"/>
          <w:color w:val="22201D"/>
          <w:sz w:val="20"/>
        </w:rPr>
        <w:t>"This list is becoming too specific for crowd control."</w:t>
      </w:r>
    </w:p>
    <w:p>
      <w:pPr>
        <w:spacing w:after="60" w:line="266" w:lineRule="auto"/>
        <w:ind w:firstLine="331"/>
        <w:jc w:val="both"/>
      </w:pPr>
      <w:r>
        <w:rPr>
          <w:rFonts w:ascii="Georgia" w:hAnsi="Georgia"/>
          <w:b w:val="0"/>
          <w:i w:val="0"/>
          <w:color w:val="22201D"/>
          <w:sz w:val="20"/>
        </w:rPr>
        <w:t>The Hostess said, "Specificity is crowd control."</w:t>
      </w:r>
    </w:p>
    <w:p>
      <w:pPr>
        <w:spacing w:after="60" w:line="266" w:lineRule="auto"/>
        <w:ind w:firstLine="331"/>
        <w:jc w:val="both"/>
      </w:pPr>
      <w:r>
        <w:rPr>
          <w:rFonts w:ascii="Georgia" w:hAnsi="Georgia"/>
          <w:b w:val="0"/>
          <w:i w:val="0"/>
          <w:color w:val="22201D"/>
          <w:sz w:val="20"/>
        </w:rPr>
        <w:t>"Capacity is crowd control."</w:t>
      </w:r>
    </w:p>
    <w:p>
      <w:pPr>
        <w:spacing w:after="60" w:line="266" w:lineRule="auto"/>
        <w:ind w:firstLine="331"/>
        <w:jc w:val="both"/>
      </w:pPr>
      <w:r>
        <w:rPr>
          <w:rFonts w:ascii="Georgia" w:hAnsi="Georgia"/>
          <w:b w:val="0"/>
          <w:i w:val="0"/>
          <w:color w:val="22201D"/>
          <w:sz w:val="20"/>
        </w:rPr>
        <w:t>"Capacity without specificity becomes pressure."</w:t>
      </w:r>
    </w:p>
    <w:p>
      <w:pPr>
        <w:spacing w:after="60" w:line="266" w:lineRule="auto"/>
        <w:ind w:firstLine="331"/>
        <w:jc w:val="both"/>
      </w:pPr>
      <w:r>
        <w:rPr>
          <w:rFonts w:ascii="Georgia" w:hAnsi="Georgia"/>
          <w:b w:val="0"/>
          <w:i w:val="0"/>
          <w:color w:val="22201D"/>
          <w:sz w:val="20"/>
        </w:rPr>
        <w:t>Gerald did not like that because it was correct in his professional language.</w:t>
      </w:r>
    </w:p>
    <w:p>
      <w:pPr>
        <w:spacing w:after="60" w:line="266" w:lineRule="auto"/>
        <w:ind w:firstLine="331"/>
        <w:jc w:val="both"/>
      </w:pPr>
      <w:r>
        <w:rPr>
          <w:rFonts w:ascii="Georgia" w:hAnsi="Georgia"/>
          <w:b w:val="0"/>
          <w:i w:val="0"/>
          <w:color w:val="22201D"/>
          <w:sz w:val="20"/>
        </w:rPr>
        <w:t>He looked at the line again. More people had arrived behind the original crowd. They were tourists, locals, critics, bored people, hungry people, curious people, and people who had mistaken curiosity for hunger so many times that the mistake had developed confidence. They had seen the crowd and joined it with the instinctive trust people give to lines, as if a line could not be wrong because it had already convinced several strangers to surrender time.</w:t>
      </w:r>
    </w:p>
    <w:p>
      <w:pPr>
        <w:spacing w:after="60" w:line="266" w:lineRule="auto"/>
        <w:ind w:firstLine="331"/>
        <w:jc w:val="both"/>
      </w:pPr>
      <w:r>
        <w:rPr>
          <w:rFonts w:ascii="Georgia" w:hAnsi="Georgia"/>
          <w:b w:val="0"/>
          <w:i w:val="0"/>
          <w:color w:val="22201D"/>
          <w:sz w:val="20"/>
        </w:rPr>
        <w:t>The waiting list printed:</w:t>
      </w:r>
    </w:p>
    <w:p>
      <w:pPr>
        <w:spacing w:after="60" w:line="250" w:lineRule="auto"/>
        <w:ind w:left="202" w:right="173"/>
      </w:pPr>
      <w:r>
        <w:rPr>
          <w:rFonts w:ascii="Georgia" w:hAnsi="Georgia"/>
          <w:b w:val="0"/>
          <w:i w:val="0"/>
          <w:color w:val="22201D"/>
          <w:sz w:val="17"/>
        </w:rPr>
        <w:t>Overflow: forming</w:t>
      </w:r>
    </w:p>
    <w:p>
      <w:pPr>
        <w:spacing w:after="60" w:line="266" w:lineRule="auto"/>
        <w:ind w:firstLine="331"/>
        <w:jc w:val="both"/>
      </w:pPr>
      <w:r>
        <w:rPr>
          <w:rFonts w:ascii="Georgia" w:hAnsi="Georgia"/>
          <w:b w:val="0"/>
          <w:i w:val="0"/>
          <w:color w:val="22201D"/>
          <w:sz w:val="20"/>
        </w:rPr>
        <w:t>Gerald said, "No."</w:t>
      </w:r>
    </w:p>
    <w:p>
      <w:pPr>
        <w:spacing w:after="60" w:line="250" w:lineRule="auto"/>
        <w:ind w:left="202" w:right="173"/>
      </w:pPr>
      <w:r>
        <w:rPr>
          <w:rFonts w:ascii="Georgia" w:hAnsi="Georgia"/>
          <w:b w:val="0"/>
          <w:i w:val="0"/>
          <w:color w:val="22201D"/>
          <w:sz w:val="17"/>
        </w:rPr>
        <w:t>Overflow: noticed</w:t>
      </w:r>
    </w:p>
    <w:p>
      <w:pPr>
        <w:spacing w:after="60" w:line="266" w:lineRule="auto"/>
        <w:ind w:firstLine="331"/>
        <w:jc w:val="both"/>
      </w:pPr>
      <w:r>
        <w:rPr>
          <w:rFonts w:ascii="Georgia" w:hAnsi="Georgia"/>
          <w:b w:val="0"/>
          <w:i w:val="0"/>
          <w:color w:val="22201D"/>
          <w:sz w:val="20"/>
        </w:rPr>
        <w:t>"Better."</w:t>
      </w:r>
    </w:p>
    <w:p>
      <w:pPr>
        <w:spacing w:after="60" w:line="250" w:lineRule="auto"/>
        <w:ind w:left="202" w:right="173"/>
      </w:pPr>
      <w:r>
        <w:rPr>
          <w:rFonts w:ascii="Georgia" w:hAnsi="Georgia"/>
          <w:b w:val="0"/>
          <w:i w:val="0"/>
          <w:color w:val="22201D"/>
          <w:sz w:val="17"/>
        </w:rPr>
        <w:t>Overflow: requires plan</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The Hostess turned toward him.</w:t>
      </w:r>
    </w:p>
    <w:p>
      <w:pPr>
        <w:spacing w:after="60" w:line="266" w:lineRule="auto"/>
        <w:ind w:firstLine="331"/>
        <w:jc w:val="both"/>
      </w:pPr>
      <w:r>
        <w:rPr>
          <w:rFonts w:ascii="Georgia" w:hAnsi="Georgia"/>
          <w:b w:val="0"/>
          <w:i w:val="0"/>
          <w:color w:val="22201D"/>
          <w:sz w:val="20"/>
        </w:rPr>
        <w:t>"We will need a seating chart."</w:t>
      </w:r>
    </w:p>
    <w:p>
      <w:pPr>
        <w:spacing w:after="60" w:line="266" w:lineRule="auto"/>
        <w:ind w:firstLine="331"/>
        <w:jc w:val="both"/>
      </w:pPr>
      <w:r>
        <w:rPr>
          <w:rFonts w:ascii="Georgia" w:hAnsi="Georgia"/>
          <w:b w:val="0"/>
          <w:i w:val="0"/>
          <w:color w:val="22201D"/>
          <w:sz w:val="20"/>
        </w:rPr>
        <w:t>Gerald nodded once.</w:t>
      </w:r>
    </w:p>
    <w:p>
      <w:pPr>
        <w:spacing w:after="60" w:line="266" w:lineRule="auto"/>
        <w:ind w:firstLine="331"/>
        <w:jc w:val="both"/>
      </w:pPr>
      <w:r>
        <w:rPr>
          <w:rFonts w:ascii="Georgia" w:hAnsi="Georgia"/>
          <w:b w:val="0"/>
          <w:i w:val="0"/>
          <w:color w:val="22201D"/>
          <w:sz w:val="20"/>
        </w:rPr>
        <w:t>"We need a safety path, a door path, no blockage at the sink, no crowding the threshold, and no one treating the sauce table as a photo landmark."</w:t>
      </w:r>
    </w:p>
    <w:p>
      <w:pPr>
        <w:spacing w:after="60" w:line="266" w:lineRule="auto"/>
        <w:ind w:firstLine="331"/>
        <w:jc w:val="both"/>
      </w:pPr>
      <w:r>
        <w:rPr>
          <w:rFonts w:ascii="Georgia" w:hAnsi="Georgia"/>
          <w:b w:val="0"/>
          <w:i w:val="0"/>
          <w:color w:val="22201D"/>
          <w:sz w:val="20"/>
        </w:rPr>
        <w:t>"No one is treating it as a photo landmark," Nico said.</w:t>
      </w:r>
    </w:p>
    <w:p>
      <w:pPr>
        <w:spacing w:after="60" w:line="266" w:lineRule="auto"/>
        <w:ind w:firstLine="331"/>
        <w:jc w:val="both"/>
      </w:pPr>
      <w:r>
        <w:rPr>
          <w:rFonts w:ascii="Georgia" w:hAnsi="Georgia"/>
          <w:b w:val="0"/>
          <w:i w:val="0"/>
          <w:color w:val="22201D"/>
          <w:sz w:val="20"/>
        </w:rPr>
        <w:t>Gerald looked at them.</w:t>
      </w:r>
    </w:p>
    <w:p>
      <w:pPr>
        <w:spacing w:after="60" w:line="266" w:lineRule="auto"/>
        <w:ind w:firstLine="331"/>
        <w:jc w:val="both"/>
      </w:pPr>
      <w:r>
        <w:rPr>
          <w:rFonts w:ascii="Georgia" w:hAnsi="Georgia"/>
          <w:b w:val="0"/>
          <w:i w:val="0"/>
          <w:color w:val="22201D"/>
          <w:sz w:val="20"/>
        </w:rPr>
        <w:t>"Anymore," Nico added.</w:t>
      </w:r>
    </w:p>
    <w:p>
      <w:pPr>
        <w:spacing w:after="60" w:line="266" w:lineRule="auto"/>
        <w:ind w:firstLine="331"/>
        <w:jc w:val="both"/>
      </w:pPr>
      <w:r>
        <w:rPr>
          <w:rFonts w:ascii="Georgia" w:hAnsi="Georgia"/>
          <w:b w:val="0"/>
          <w:i w:val="0"/>
          <w:color w:val="22201D"/>
          <w:sz w:val="20"/>
        </w:rPr>
        <w:t>The fifth blank line appeared.</w:t>
      </w:r>
    </w:p>
    <w:p>
      <w:pPr>
        <w:spacing w:after="60" w:line="250" w:lineRule="auto"/>
        <w:ind w:left="202" w:right="173"/>
      </w:pPr>
      <w:r>
        <w:rPr>
          <w:rFonts w:ascii="Georgia" w:hAnsi="Georgia"/>
          <w:b w:val="0"/>
          <w:i w:val="0"/>
          <w:color w:val="22201D"/>
          <w:sz w:val="17"/>
        </w:rPr>
        <w:t>5.</w:t>
      </w:r>
    </w:p>
    <w:p>
      <w:pPr>
        <w:spacing w:after="60" w:line="266" w:lineRule="auto"/>
        <w:ind w:firstLine="331"/>
        <w:jc w:val="both"/>
      </w:pPr>
      <w:r>
        <w:rPr>
          <w:rFonts w:ascii="Georgia" w:hAnsi="Georgia"/>
          <w:b w:val="0"/>
          <w:i w:val="0"/>
          <w:color w:val="22201D"/>
          <w:sz w:val="20"/>
        </w:rPr>
        <w:t>No one stepped forward.</w:t>
      </w:r>
    </w:p>
    <w:p>
      <w:pPr>
        <w:spacing w:after="60" w:line="266" w:lineRule="auto"/>
        <w:ind w:firstLine="331"/>
        <w:jc w:val="both"/>
      </w:pPr>
      <w:r>
        <w:rPr>
          <w:rFonts w:ascii="Georgia" w:hAnsi="Georgia"/>
          <w:b w:val="0"/>
          <w:i w:val="0"/>
          <w:color w:val="22201D"/>
          <w:sz w:val="20"/>
        </w:rPr>
        <w:t>This was new.</w:t>
      </w:r>
    </w:p>
    <w:p>
      <w:pPr>
        <w:spacing w:after="60" w:line="266" w:lineRule="auto"/>
        <w:ind w:firstLine="331"/>
        <w:jc w:val="both"/>
      </w:pPr>
      <w:r>
        <w:rPr>
          <w:rFonts w:ascii="Georgia" w:hAnsi="Georgia"/>
          <w:b w:val="0"/>
          <w:i w:val="0"/>
          <w:color w:val="22201D"/>
          <w:sz w:val="20"/>
        </w:rPr>
        <w:t>The earlier blanks had pulled people by embarrassment, curiosity, or the terrible magnetism of being first at a new humiliation. The fifth blank line did not name anyone, and because it named no one, everyone felt more directly accused.</w:t>
      </w:r>
    </w:p>
    <w:p>
      <w:pPr>
        <w:spacing w:after="60" w:line="266" w:lineRule="auto"/>
        <w:ind w:firstLine="331"/>
        <w:jc w:val="both"/>
      </w:pPr>
      <w:r>
        <w:rPr>
          <w:rFonts w:ascii="Georgia" w:hAnsi="Georgia"/>
          <w:b w:val="0"/>
          <w:i w:val="0"/>
          <w:color w:val="22201D"/>
          <w:sz w:val="20"/>
        </w:rPr>
        <w:t>Then the chalk wrote:</w:t>
      </w:r>
    </w:p>
    <w:p>
      <w:pPr>
        <w:spacing w:after="60" w:line="250" w:lineRule="auto"/>
        <w:ind w:left="202" w:right="173"/>
      </w:pPr>
      <w:r>
        <w:rPr>
          <w:rFonts w:ascii="Georgia" w:hAnsi="Georgia"/>
          <w:b w:val="0"/>
          <w:i w:val="0"/>
          <w:color w:val="22201D"/>
          <w:sz w:val="17"/>
        </w:rPr>
        <w:t>Caller: Flocc</w:t>
      </w:r>
    </w:p>
    <w:p>
      <w:pPr>
        <w:spacing w:after="60" w:line="266" w:lineRule="auto"/>
        <w:ind w:firstLine="331"/>
        <w:jc w:val="both"/>
      </w:pPr>
      <w:r>
        <w:rPr>
          <w:rFonts w:ascii="Georgia" w:hAnsi="Georgia"/>
          <w:b w:val="0"/>
          <w:i w:val="0"/>
          <w:color w:val="22201D"/>
          <w:sz w:val="20"/>
        </w:rPr>
        <w:t>Inside the restaurant, Flocc went very still.</w:t>
      </w:r>
    </w:p>
    <w:p>
      <w:pPr>
        <w:spacing w:after="60" w:line="266" w:lineRule="auto"/>
        <w:ind w:firstLine="331"/>
        <w:jc w:val="both"/>
      </w:pPr>
      <w:r>
        <w:rPr>
          <w:rFonts w:ascii="Georgia" w:hAnsi="Georgia"/>
          <w:b w:val="0"/>
          <w:i w:val="0"/>
          <w:color w:val="22201D"/>
          <w:sz w:val="20"/>
        </w:rPr>
        <w:t>Mara did not look triumphant. That helped and did not help.</w:t>
      </w:r>
    </w:p>
    <w:p>
      <w:pPr>
        <w:spacing w:after="60" w:line="266" w:lineRule="auto"/>
        <w:ind w:firstLine="331"/>
        <w:jc w:val="both"/>
      </w:pPr>
      <w:r>
        <w:rPr>
          <w:rFonts w:ascii="Georgia" w:hAnsi="Georgia"/>
          <w:b w:val="0"/>
          <w:i w:val="0"/>
          <w:color w:val="22201D"/>
          <w:sz w:val="20"/>
        </w:rPr>
        <w:t>"I am already inside," Flocc said.</w:t>
      </w:r>
    </w:p>
    <w:p>
      <w:pPr>
        <w:spacing w:after="60" w:line="266" w:lineRule="auto"/>
        <w:ind w:firstLine="331"/>
        <w:jc w:val="both"/>
      </w:pPr>
      <w:r>
        <w:rPr>
          <w:rFonts w:ascii="Georgia" w:hAnsi="Georgia"/>
          <w:b w:val="0"/>
          <w:i w:val="0"/>
          <w:color w:val="22201D"/>
          <w:sz w:val="20"/>
        </w:rPr>
        <w:t>The chalk wrote:</w:t>
      </w:r>
    </w:p>
    <w:p>
      <w:pPr>
        <w:spacing w:after="60" w:line="250" w:lineRule="auto"/>
        <w:ind w:left="202" w:right="173"/>
      </w:pPr>
      <w:r>
        <w:rPr>
          <w:rFonts w:ascii="Georgia" w:hAnsi="Georgia"/>
          <w:b w:val="0"/>
          <w:i w:val="0"/>
          <w:color w:val="22201D"/>
          <w:sz w:val="17"/>
        </w:rPr>
        <w:t>Inside is not an exemption.</w:t>
      </w:r>
    </w:p>
    <w:p>
      <w:pPr>
        <w:spacing w:after="60" w:line="266" w:lineRule="auto"/>
        <w:ind w:firstLine="331"/>
        <w:jc w:val="both"/>
      </w:pPr>
      <w:r>
        <w:rPr>
          <w:rFonts w:ascii="Georgia" w:hAnsi="Georgia"/>
          <w:b w:val="0"/>
          <w:i w:val="0"/>
          <w:color w:val="22201D"/>
          <w:sz w:val="20"/>
        </w:rPr>
        <w:t>Bob, from the kitchen doorway, said, "That is going to be useful in several contexts."</w:t>
      </w:r>
    </w:p>
    <w:p>
      <w:pPr>
        <w:spacing w:after="60" w:line="266" w:lineRule="auto"/>
        <w:ind w:firstLine="331"/>
        <w:jc w:val="both"/>
      </w:pPr>
      <w:r>
        <w:rPr>
          <w:rFonts w:ascii="Georgia" w:hAnsi="Georgia"/>
          <w:b w:val="0"/>
          <w:i w:val="0"/>
          <w:color w:val="22201D"/>
          <w:sz w:val="20"/>
        </w:rPr>
        <w:t>Flocc turned.</w:t>
      </w:r>
    </w:p>
    <w:p>
      <w:pPr>
        <w:spacing w:after="60" w:line="266" w:lineRule="auto"/>
        <w:ind w:firstLine="331"/>
        <w:jc w:val="both"/>
      </w:pPr>
      <w:r>
        <w:rPr>
          <w:rFonts w:ascii="Georgia" w:hAnsi="Georgia"/>
          <w:b w:val="0"/>
          <w:i w:val="0"/>
          <w:color w:val="22201D"/>
          <w:sz w:val="20"/>
        </w:rPr>
        <w:t>"How long have you been there?"</w:t>
      </w:r>
    </w:p>
    <w:p>
      <w:pPr>
        <w:spacing w:after="60" w:line="266" w:lineRule="auto"/>
        <w:ind w:firstLine="331"/>
        <w:jc w:val="both"/>
      </w:pPr>
      <w:r>
        <w:rPr>
          <w:rFonts w:ascii="Georgia" w:hAnsi="Georgia"/>
          <w:b w:val="0"/>
          <w:i w:val="0"/>
          <w:color w:val="22201D"/>
          <w:sz w:val="20"/>
        </w:rPr>
        <w:t>"Long enough to know not to answer questions that are really requests for rescue."</w:t>
      </w:r>
    </w:p>
    <w:p>
      <w:pPr>
        <w:spacing w:after="60" w:line="266" w:lineRule="auto"/>
        <w:ind w:firstLine="331"/>
        <w:jc w:val="both"/>
      </w:pPr>
      <w:r>
        <w:rPr>
          <w:rFonts w:ascii="Georgia" w:hAnsi="Georgia"/>
          <w:b w:val="0"/>
          <w:i w:val="0"/>
          <w:color w:val="22201D"/>
          <w:sz w:val="20"/>
        </w:rPr>
        <w:t>The Hostess did not call Flocc. She simply made room in the doorway. The room behind her seemed to change shape to permit his exit without making it feel like expulsion.</w:t>
      </w:r>
    </w:p>
    <w:p>
      <w:pPr>
        <w:spacing w:after="60" w:line="266" w:lineRule="auto"/>
        <w:ind w:firstLine="331"/>
        <w:jc w:val="both"/>
      </w:pPr>
      <w:r>
        <w:rPr>
          <w:rFonts w:ascii="Georgia" w:hAnsi="Georgia"/>
          <w:b w:val="0"/>
          <w:i w:val="0"/>
          <w:color w:val="22201D"/>
          <w:sz w:val="20"/>
        </w:rPr>
        <w:t>Flocc stepped outside.</w:t>
      </w:r>
    </w:p>
    <w:p>
      <w:pPr>
        <w:spacing w:after="60" w:line="266" w:lineRule="auto"/>
        <w:ind w:firstLine="331"/>
        <w:jc w:val="both"/>
      </w:pPr>
      <w:r>
        <w:rPr>
          <w:rFonts w:ascii="Georgia" w:hAnsi="Georgia"/>
          <w:b w:val="0"/>
          <w:i w:val="0"/>
          <w:color w:val="22201D"/>
          <w:sz w:val="20"/>
        </w:rPr>
        <w:t>The line watched him with the interest people reserve for someone who may know the system and therefore may disappoint them by being just as subject to it as everyone else.</w:t>
      </w:r>
    </w:p>
    <w:p>
      <w:pPr>
        <w:spacing w:after="60" w:line="266" w:lineRule="auto"/>
        <w:ind w:firstLine="331"/>
        <w:jc w:val="both"/>
      </w:pPr>
      <w:r>
        <w:rPr>
          <w:rFonts w:ascii="Georgia" w:hAnsi="Georgia"/>
          <w:b w:val="0"/>
          <w:i w:val="0"/>
          <w:color w:val="22201D"/>
          <w:sz w:val="20"/>
        </w:rPr>
        <w:t>He stood before the fifth line.</w:t>
      </w:r>
    </w:p>
    <w:p>
      <w:pPr>
        <w:spacing w:after="60" w:line="266" w:lineRule="auto"/>
        <w:ind w:firstLine="331"/>
        <w:jc w:val="both"/>
      </w:pPr>
      <w:r>
        <w:rPr>
          <w:rFonts w:ascii="Georgia" w:hAnsi="Georgia"/>
          <w:b w:val="0"/>
          <w:i w:val="0"/>
          <w:color w:val="22201D"/>
          <w:sz w:val="20"/>
        </w:rPr>
        <w:t>"Flocc," he said.</w:t>
      </w:r>
    </w:p>
    <w:p>
      <w:pPr>
        <w:spacing w:after="60" w:line="250" w:lineRule="auto"/>
        <w:ind w:left="202" w:right="173"/>
      </w:pPr>
      <w:r>
        <w:rPr>
          <w:rFonts w:ascii="Georgia" w:hAnsi="Georgia"/>
          <w:b w:val="0"/>
          <w:i w:val="0"/>
          <w:color w:val="22201D"/>
          <w:sz w:val="17"/>
        </w:rPr>
        <w:t>5. Flocc Status: label</w:t>
      </w:r>
    </w:p>
    <w:p>
      <w:pPr>
        <w:spacing w:after="60" w:line="266" w:lineRule="auto"/>
        <w:ind w:firstLine="331"/>
        <w:jc w:val="both"/>
      </w:pPr>
      <w:r>
        <w:rPr>
          <w:rFonts w:ascii="Georgia" w:hAnsi="Georgia"/>
          <w:b w:val="0"/>
          <w:i w:val="0"/>
          <w:color w:val="22201D"/>
          <w:sz w:val="20"/>
        </w:rPr>
        <w:t>He waited for more.</w:t>
      </w:r>
    </w:p>
    <w:p>
      <w:pPr>
        <w:spacing w:after="60" w:line="266" w:lineRule="auto"/>
        <w:ind w:firstLine="331"/>
        <w:jc w:val="both"/>
      </w:pPr>
      <w:r>
        <w:rPr>
          <w:rFonts w:ascii="Georgia" w:hAnsi="Georgia"/>
          <w:b w:val="0"/>
          <w:i w:val="0"/>
          <w:color w:val="22201D"/>
          <w:sz w:val="20"/>
        </w:rPr>
        <w:t>The chalk waited back.</w:t>
      </w:r>
    </w:p>
    <w:p>
      <w:pPr>
        <w:spacing w:after="60" w:line="266" w:lineRule="auto"/>
        <w:ind w:firstLine="331"/>
        <w:jc w:val="both"/>
      </w:pPr>
      <w:r>
        <w:rPr>
          <w:rFonts w:ascii="Georgia" w:hAnsi="Georgia"/>
          <w:b w:val="0"/>
          <w:i w:val="0"/>
          <w:color w:val="22201D"/>
          <w:sz w:val="20"/>
        </w:rPr>
        <w:t>"Flocc, party..."</w:t>
      </w:r>
    </w:p>
    <w:p>
      <w:pPr>
        <w:spacing w:after="60" w:line="266" w:lineRule="auto"/>
        <w:ind w:firstLine="331"/>
        <w:jc w:val="both"/>
      </w:pPr>
      <w:r>
        <w:rPr>
          <w:rFonts w:ascii="Georgia" w:hAnsi="Georgia"/>
          <w:b w:val="0"/>
          <w:i w:val="0"/>
          <w:color w:val="22201D"/>
          <w:sz w:val="20"/>
        </w:rPr>
        <w:t>He stopped.</w:t>
      </w:r>
    </w:p>
    <w:p>
      <w:pPr>
        <w:spacing w:after="60" w:line="266" w:lineRule="auto"/>
        <w:ind w:firstLine="331"/>
        <w:jc w:val="both"/>
      </w:pPr>
      <w:r>
        <w:rPr>
          <w:rFonts w:ascii="Georgia" w:hAnsi="Georgia"/>
          <w:b w:val="0"/>
          <w:i w:val="0"/>
          <w:color w:val="22201D"/>
          <w:sz w:val="20"/>
        </w:rPr>
        <w:t>Party of one was not wrong. Party of one was the census answer. It did not include Mara, who would not be added to his sentence without consent. It did not include Bob, who refused to be counted in any way that made him easier to schedule. It did not include the restaurant, which could not be invited into its own waiting list. It did not include the versions of himself that had arrived hungry before he knew hunger could be a language.</w:t>
      </w:r>
    </w:p>
    <w:p>
      <w:pPr>
        <w:spacing w:after="60" w:line="266" w:lineRule="auto"/>
        <w:ind w:firstLine="331"/>
        <w:jc w:val="both"/>
      </w:pPr>
      <w:r>
        <w:rPr>
          <w:rFonts w:ascii="Georgia" w:hAnsi="Georgia"/>
          <w:b w:val="0"/>
          <w:i w:val="0"/>
          <w:color w:val="22201D"/>
          <w:sz w:val="20"/>
        </w:rPr>
        <w:t>"Flocc," he said again, and heard how small the word became when used as a shield.</w:t>
      </w:r>
    </w:p>
    <w:p>
      <w:pPr>
        <w:spacing w:after="60" w:line="266" w:lineRule="auto"/>
        <w:ind w:firstLine="331"/>
        <w:jc w:val="both"/>
      </w:pPr>
      <w:r>
        <w:rPr>
          <w:rFonts w:ascii="Georgia" w:hAnsi="Georgia"/>
          <w:b w:val="0"/>
          <w:i w:val="0"/>
          <w:color w:val="22201D"/>
          <w:sz w:val="20"/>
        </w:rPr>
        <w:t>The chalk wrote:</w:t>
      </w:r>
    </w:p>
    <w:p>
      <w:pPr>
        <w:spacing w:after="60" w:line="250" w:lineRule="auto"/>
        <w:ind w:left="202" w:right="173"/>
      </w:pPr>
      <w:r>
        <w:rPr>
          <w:rFonts w:ascii="Georgia" w:hAnsi="Georgia"/>
          <w:b w:val="0"/>
          <w:i w:val="0"/>
          <w:color w:val="22201D"/>
          <w:sz w:val="17"/>
        </w:rPr>
        <w:t>Accuracy: insufficient because overprotected</w:t>
      </w:r>
    </w:p>
    <w:p>
      <w:pPr>
        <w:spacing w:after="60" w:line="266" w:lineRule="auto"/>
        <w:ind w:firstLine="331"/>
        <w:jc w:val="both"/>
      </w:pPr>
      <w:r>
        <w:rPr>
          <w:rFonts w:ascii="Georgia" w:hAnsi="Georgia"/>
          <w:b w:val="0"/>
          <w:i w:val="0"/>
          <w:color w:val="22201D"/>
          <w:sz w:val="20"/>
        </w:rPr>
        <w:t>The line was silent.</w:t>
      </w:r>
    </w:p>
    <w:p>
      <w:pPr>
        <w:spacing w:after="60" w:line="266" w:lineRule="auto"/>
        <w:ind w:firstLine="331"/>
        <w:jc w:val="both"/>
      </w:pPr>
      <w:r>
        <w:rPr>
          <w:rFonts w:ascii="Georgia" w:hAnsi="Georgia"/>
          <w:b w:val="0"/>
          <w:i w:val="0"/>
          <w:color w:val="22201D"/>
          <w:sz w:val="20"/>
        </w:rPr>
        <w:t>Not kind.</w:t>
      </w:r>
    </w:p>
    <w:p>
      <w:pPr>
        <w:spacing w:after="60" w:line="266" w:lineRule="auto"/>
        <w:ind w:firstLine="331"/>
        <w:jc w:val="both"/>
      </w:pPr>
      <w:r>
        <w:rPr>
          <w:rFonts w:ascii="Georgia" w:hAnsi="Georgia"/>
          <w:b w:val="0"/>
          <w:i w:val="0"/>
          <w:color w:val="22201D"/>
          <w:sz w:val="20"/>
        </w:rPr>
        <w:t>Not cruel.</w:t>
      </w:r>
    </w:p>
    <w:p>
      <w:pPr>
        <w:spacing w:after="60" w:line="266" w:lineRule="auto"/>
        <w:ind w:firstLine="331"/>
        <w:jc w:val="both"/>
      </w:pPr>
      <w:r>
        <w:rPr>
          <w:rFonts w:ascii="Georgia" w:hAnsi="Georgia"/>
          <w:b w:val="0"/>
          <w:i w:val="0"/>
          <w:color w:val="22201D"/>
          <w:sz w:val="20"/>
        </w:rPr>
        <w:t>Waiting.</w:t>
      </w:r>
    </w:p>
    <w:p>
      <w:pPr>
        <w:spacing w:after="60" w:line="266" w:lineRule="auto"/>
        <w:ind w:firstLine="331"/>
        <w:jc w:val="both"/>
      </w:pPr>
      <w:r>
        <w:rPr>
          <w:rFonts w:ascii="Georgia" w:hAnsi="Georgia"/>
          <w:b w:val="0"/>
          <w:i w:val="0"/>
          <w:color w:val="22201D"/>
          <w:sz w:val="20"/>
        </w:rPr>
        <w:t>Flocc hated that most of all.</w:t>
      </w:r>
    </w:p>
    <w:p>
      <w:pPr>
        <w:spacing w:after="60" w:line="266" w:lineRule="auto"/>
        <w:ind w:firstLine="331"/>
        <w:jc w:val="both"/>
      </w:pPr>
      <w:r>
        <w:rPr>
          <w:rFonts w:ascii="Georgia" w:hAnsi="Georgia"/>
          <w:b w:val="0"/>
          <w:i w:val="0"/>
          <w:color w:val="22201D"/>
          <w:sz w:val="20"/>
        </w:rPr>
        <w:t>He said, "I wanted the restaurant to stay mine by staying hard for other people to explain."</w:t>
      </w:r>
    </w:p>
    <w:p>
      <w:pPr>
        <w:spacing w:after="60" w:line="266" w:lineRule="auto"/>
        <w:ind w:firstLine="331"/>
        <w:jc w:val="both"/>
      </w:pPr>
      <w:r>
        <w:rPr>
          <w:rFonts w:ascii="Georgia" w:hAnsi="Georgia"/>
          <w:b w:val="0"/>
          <w:i w:val="0"/>
          <w:color w:val="22201D"/>
          <w:sz w:val="20"/>
        </w:rPr>
        <w:t>Mara closed her eyes for half a second.</w:t>
      </w:r>
    </w:p>
    <w:p>
      <w:pPr>
        <w:spacing w:after="60" w:line="266" w:lineRule="auto"/>
        <w:ind w:firstLine="331"/>
        <w:jc w:val="both"/>
      </w:pPr>
      <w:r>
        <w:rPr>
          <w:rFonts w:ascii="Georgia" w:hAnsi="Georgia"/>
          <w:b w:val="0"/>
          <w:i w:val="0"/>
          <w:color w:val="22201D"/>
          <w:sz w:val="20"/>
        </w:rPr>
        <w:t>The chalk did not move.</w:t>
      </w:r>
    </w:p>
    <w:p>
      <w:pPr>
        <w:spacing w:after="60" w:line="266" w:lineRule="auto"/>
        <w:ind w:firstLine="331"/>
        <w:jc w:val="both"/>
      </w:pPr>
      <w:r>
        <w:rPr>
          <w:rFonts w:ascii="Georgia" w:hAnsi="Georgia"/>
          <w:b w:val="0"/>
          <w:i w:val="0"/>
          <w:color w:val="22201D"/>
          <w:sz w:val="20"/>
        </w:rPr>
        <w:t>Flocc continued, because the first sentence had opened a cabinet and something inside had fallen against the door.</w:t>
      </w:r>
    </w:p>
    <w:p>
      <w:pPr>
        <w:spacing w:after="60" w:line="266" w:lineRule="auto"/>
        <w:ind w:firstLine="331"/>
        <w:jc w:val="both"/>
      </w:pPr>
      <w:r>
        <w:rPr>
          <w:rFonts w:ascii="Georgia" w:hAnsi="Georgia"/>
          <w:b w:val="0"/>
          <w:i w:val="0"/>
          <w:color w:val="22201D"/>
          <w:sz w:val="20"/>
        </w:rPr>
        <w:t>"I told myself I was protecting it from hype. Some of that was true. But some of it was that being near something no one else understood made me feel less replaceable."</w:t>
      </w:r>
    </w:p>
    <w:p>
      <w:pPr>
        <w:spacing w:after="60" w:line="266" w:lineRule="auto"/>
        <w:ind w:firstLine="331"/>
        <w:jc w:val="both"/>
      </w:pPr>
      <w:r>
        <w:rPr>
          <w:rFonts w:ascii="Georgia" w:hAnsi="Georgia"/>
          <w:b w:val="0"/>
          <w:i w:val="0"/>
          <w:color w:val="22201D"/>
          <w:sz w:val="20"/>
        </w:rPr>
        <w:t>The chalk wrote:</w:t>
      </w:r>
    </w:p>
    <w:p>
      <w:pPr>
        <w:spacing w:after="60" w:line="250" w:lineRule="auto"/>
        <w:ind w:left="202" w:right="173"/>
      </w:pPr>
      <w:r>
        <w:rPr>
          <w:rFonts w:ascii="Georgia" w:hAnsi="Georgia"/>
          <w:b w:val="0"/>
          <w:i w:val="0"/>
          <w:color w:val="22201D"/>
          <w:sz w:val="17"/>
        </w:rPr>
        <w:t>5. wants-miracle-as-proof-of-nonreplacement Caller: Flocc Party: one Status: waiting possible</w:t>
      </w:r>
    </w:p>
    <w:p>
      <w:pPr>
        <w:spacing w:after="60" w:line="266" w:lineRule="auto"/>
        <w:ind w:firstLine="331"/>
        <w:jc w:val="both"/>
      </w:pPr>
      <w:r>
        <w:rPr>
          <w:rFonts w:ascii="Georgia" w:hAnsi="Georgia"/>
          <w:b w:val="0"/>
          <w:i w:val="0"/>
          <w:color w:val="22201D"/>
          <w:sz w:val="20"/>
        </w:rPr>
        <w:t>The words sat on the wall in broad chalk.</w:t>
      </w:r>
    </w:p>
    <w:p>
      <w:pPr>
        <w:spacing w:after="60" w:line="266" w:lineRule="auto"/>
        <w:ind w:firstLine="331"/>
        <w:jc w:val="both"/>
      </w:pPr>
      <w:r>
        <w:rPr>
          <w:rFonts w:ascii="Georgia" w:hAnsi="Georgia"/>
          <w:b w:val="0"/>
          <w:i w:val="0"/>
          <w:color w:val="22201D"/>
          <w:sz w:val="20"/>
        </w:rPr>
        <w:t>They were not flattering.</w:t>
      </w:r>
    </w:p>
    <w:p>
      <w:pPr>
        <w:spacing w:after="60" w:line="266" w:lineRule="auto"/>
        <w:ind w:firstLine="331"/>
        <w:jc w:val="both"/>
      </w:pPr>
      <w:r>
        <w:rPr>
          <w:rFonts w:ascii="Georgia" w:hAnsi="Georgia"/>
          <w:b w:val="0"/>
          <w:i w:val="0"/>
          <w:color w:val="22201D"/>
          <w:sz w:val="20"/>
        </w:rPr>
        <w:t>They were worse than flattering.</w:t>
      </w:r>
    </w:p>
    <w:p>
      <w:pPr>
        <w:spacing w:after="60" w:line="266" w:lineRule="auto"/>
        <w:ind w:firstLine="331"/>
        <w:jc w:val="both"/>
      </w:pPr>
      <w:r>
        <w:rPr>
          <w:rFonts w:ascii="Georgia" w:hAnsi="Georgia"/>
          <w:b w:val="0"/>
          <w:i w:val="0"/>
          <w:color w:val="22201D"/>
          <w:sz w:val="20"/>
        </w:rPr>
        <w:t>They were usable.</w:t>
      </w:r>
    </w:p>
    <w:p>
      <w:pPr>
        <w:spacing w:after="60" w:line="266" w:lineRule="auto"/>
        <w:ind w:firstLine="331"/>
        <w:jc w:val="both"/>
      </w:pPr>
      <w:r>
        <w:rPr>
          <w:rFonts w:ascii="Georgia" w:hAnsi="Georgia"/>
          <w:b w:val="0"/>
          <w:i w:val="0"/>
          <w:color w:val="22201D"/>
          <w:sz w:val="20"/>
        </w:rPr>
        <w:t>Flocc did not look at Mara immediately. That was the first good thing he did.</w:t>
      </w:r>
    </w:p>
    <w:p>
      <w:pPr>
        <w:spacing w:after="60" w:line="266" w:lineRule="auto"/>
        <w:ind w:firstLine="331"/>
        <w:jc w:val="both"/>
      </w:pPr>
      <w:r>
        <w:rPr>
          <w:rFonts w:ascii="Georgia" w:hAnsi="Georgia"/>
          <w:b w:val="0"/>
          <w:i w:val="0"/>
          <w:color w:val="22201D"/>
          <w:sz w:val="20"/>
        </w:rPr>
        <w:t>When he did look, she was watching him with an expression that did not rescue him from what he had said.</w:t>
      </w:r>
    </w:p>
    <w:p>
      <w:pPr>
        <w:spacing w:after="60" w:line="266" w:lineRule="auto"/>
        <w:ind w:firstLine="331"/>
        <w:jc w:val="both"/>
      </w:pPr>
      <w:r>
        <w:rPr>
          <w:rFonts w:ascii="Georgia" w:hAnsi="Georgia"/>
          <w:b w:val="0"/>
          <w:i w:val="0"/>
          <w:color w:val="22201D"/>
          <w:sz w:val="20"/>
        </w:rPr>
        <w:t>"Is that what you heard?" he asked.</w:t>
      </w:r>
    </w:p>
    <w:p>
      <w:pPr>
        <w:spacing w:after="60" w:line="266" w:lineRule="auto"/>
        <w:ind w:firstLine="331"/>
        <w:jc w:val="both"/>
      </w:pPr>
      <w:r>
        <w:rPr>
          <w:rFonts w:ascii="Georgia" w:hAnsi="Georgia"/>
          <w:b w:val="0"/>
          <w:i w:val="0"/>
          <w:color w:val="22201D"/>
          <w:sz w:val="20"/>
        </w:rPr>
        <w:t>"Enough of it."</w:t>
      </w:r>
    </w:p>
    <w:p>
      <w:pPr>
        <w:spacing w:after="60" w:line="266" w:lineRule="auto"/>
        <w:ind w:firstLine="331"/>
        <w:jc w:val="both"/>
      </w:pPr>
      <w:r>
        <w:rPr>
          <w:rFonts w:ascii="Georgia" w:hAnsi="Georgia"/>
          <w:b w:val="0"/>
          <w:i w:val="0"/>
          <w:color w:val="22201D"/>
          <w:sz w:val="20"/>
        </w:rPr>
        <w:t>"Is there more?"</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"Do I have to put all of it on the wall?"</w:t>
      </w:r>
    </w:p>
    <w:p>
      <w:pPr>
        <w:spacing w:after="60" w:line="266" w:lineRule="auto"/>
        <w:ind w:firstLine="331"/>
        <w:jc w:val="both"/>
      </w:pPr>
      <w:r>
        <w:rPr>
          <w:rFonts w:ascii="Georgia" w:hAnsi="Georgia"/>
          <w:b w:val="0"/>
          <w:i w:val="0"/>
          <w:color w:val="22201D"/>
          <w:sz w:val="20"/>
        </w:rPr>
        <w:t>"Not today."</w:t>
      </w:r>
    </w:p>
    <w:p>
      <w:pPr>
        <w:spacing w:after="60" w:line="266" w:lineRule="auto"/>
        <w:ind w:firstLine="331"/>
        <w:jc w:val="both"/>
      </w:pPr>
      <w:r>
        <w:rPr>
          <w:rFonts w:ascii="Georgia" w:hAnsi="Georgia"/>
          <w:b w:val="0"/>
          <w:i w:val="0"/>
          <w:color w:val="22201D"/>
          <w:sz w:val="20"/>
        </w:rPr>
        <w:t>The chalk added:</w:t>
      </w:r>
    </w:p>
    <w:p>
      <w:pPr>
        <w:spacing w:after="60" w:line="250" w:lineRule="auto"/>
        <w:ind w:left="202" w:right="173"/>
      </w:pPr>
      <w:r>
        <w:rPr>
          <w:rFonts w:ascii="Georgia" w:hAnsi="Georgia"/>
          <w:b w:val="0"/>
          <w:i w:val="0"/>
          <w:color w:val="22201D"/>
          <w:sz w:val="17"/>
        </w:rPr>
        <w:t>Correct name accepted for current wait. Future corrections likely.</w:t>
      </w:r>
    </w:p>
    <w:p>
      <w:pPr>
        <w:spacing w:after="60" w:line="266" w:lineRule="auto"/>
        <w:ind w:firstLine="331"/>
        <w:jc w:val="both"/>
      </w:pPr>
      <w:r>
        <w:rPr>
          <w:rFonts w:ascii="Georgia" w:hAnsi="Georgia"/>
          <w:b w:val="0"/>
          <w:i w:val="0"/>
          <w:color w:val="22201D"/>
          <w:sz w:val="20"/>
        </w:rPr>
        <w:t>"That is ominous."</w:t>
      </w:r>
    </w:p>
    <w:p>
      <w:pPr>
        <w:spacing w:after="60" w:line="266" w:lineRule="auto"/>
        <w:ind w:firstLine="331"/>
        <w:jc w:val="both"/>
      </w:pPr>
      <w:r>
        <w:rPr>
          <w:rFonts w:ascii="Georgia" w:hAnsi="Georgia"/>
          <w:b w:val="0"/>
          <w:i w:val="0"/>
          <w:color w:val="22201D"/>
          <w:sz w:val="20"/>
        </w:rPr>
        <w:t>Bob said, "That's generous."</w:t>
      </w:r>
    </w:p>
    <w:p>
      <w:pPr>
        <w:spacing w:after="60" w:line="266" w:lineRule="auto"/>
        <w:ind w:firstLine="331"/>
        <w:jc w:val="both"/>
      </w:pPr>
      <w:r>
        <w:rPr>
          <w:rFonts w:ascii="Georgia" w:hAnsi="Georgia"/>
          <w:b w:val="0"/>
          <w:i w:val="0"/>
          <w:color w:val="22201D"/>
          <w:sz w:val="20"/>
        </w:rPr>
        <w:t>Flocc stepped back from the wall and found his place neither inside nor outside but beside the threshold, where he could hear both the line and the room.</w:t>
      </w:r>
    </w:p>
    <w:p>
      <w:pPr>
        <w:spacing w:after="60" w:line="266" w:lineRule="auto"/>
        <w:ind w:firstLine="331"/>
        <w:jc w:val="both"/>
      </w:pPr>
      <w:r>
        <w:rPr>
          <w:rFonts w:ascii="Georgia" w:hAnsi="Georgia"/>
          <w:b w:val="0"/>
          <w:i w:val="0"/>
          <w:color w:val="22201D"/>
          <w:sz w:val="20"/>
        </w:rPr>
        <w:t>The list had edited him without erasing him.</w:t>
      </w:r>
    </w:p>
    <w:p>
      <w:pPr>
        <w:spacing w:after="60" w:line="266" w:lineRule="auto"/>
        <w:ind w:firstLine="331"/>
        <w:jc w:val="both"/>
      </w:pPr>
      <w:r>
        <w:rPr>
          <w:rFonts w:ascii="Georgia" w:hAnsi="Georgia"/>
          <w:b w:val="0"/>
          <w:i w:val="0"/>
          <w:color w:val="22201D"/>
          <w:sz w:val="20"/>
        </w:rPr>
        <w:t>This seemed important.</w:t>
      </w:r>
    </w:p>
    <w:p>
      <w:pPr>
        <w:spacing w:after="60" w:line="266" w:lineRule="auto"/>
        <w:ind w:firstLine="331"/>
        <w:jc w:val="both"/>
      </w:pPr>
      <w:r>
        <w:rPr>
          <w:rFonts w:ascii="Georgia" w:hAnsi="Georgia"/>
          <w:b w:val="0"/>
          <w:i w:val="0"/>
          <w:color w:val="22201D"/>
          <w:sz w:val="20"/>
        </w:rPr>
        <w:t>The sixth blank line appeared.</w:t>
      </w:r>
    </w:p>
    <w:p>
      <w:pPr>
        <w:spacing w:after="60" w:line="266" w:lineRule="auto"/>
        <w:ind w:firstLine="331"/>
        <w:jc w:val="both"/>
      </w:pPr>
      <w:r>
        <w:rPr>
          <w:rFonts w:ascii="Georgia" w:hAnsi="Georgia"/>
          <w:b w:val="0"/>
          <w:i w:val="0"/>
          <w:color w:val="22201D"/>
          <w:sz w:val="20"/>
        </w:rPr>
        <w:t>It filled before anyone spoke.</w:t>
      </w:r>
    </w:p>
    <w:p>
      <w:pPr>
        <w:spacing w:after="60" w:line="250" w:lineRule="auto"/>
        <w:ind w:left="202" w:right="173"/>
      </w:pPr>
      <w:r>
        <w:rPr>
          <w:rFonts w:ascii="Georgia" w:hAnsi="Georgia"/>
          <w:b w:val="0"/>
          <w:i w:val="0"/>
          <w:color w:val="22201D"/>
          <w:sz w:val="17"/>
        </w:rPr>
        <w:t>6. wants-to-know-whether-she-is-in-the-story-or-only-near-it Caller: Mara Party: one Status: waiting by choice</w:t>
      </w:r>
    </w:p>
    <w:p>
      <w:pPr>
        <w:spacing w:after="60" w:line="266" w:lineRule="auto"/>
        <w:ind w:firstLine="331"/>
        <w:jc w:val="both"/>
      </w:pPr>
      <w:r>
        <w:rPr>
          <w:rFonts w:ascii="Georgia" w:hAnsi="Georgia"/>
          <w:b w:val="0"/>
          <w:i w:val="0"/>
          <w:color w:val="22201D"/>
          <w:sz w:val="20"/>
        </w:rPr>
        <w:t>Mara stared.</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 chalk paused.</w:t>
      </w:r>
    </w:p>
    <w:p>
      <w:pPr>
        <w:spacing w:after="60" w:line="250" w:lineRule="auto"/>
        <w:ind w:left="202" w:right="173"/>
      </w:pPr>
      <w:r>
        <w:rPr>
          <w:rFonts w:ascii="Georgia" w:hAnsi="Georgia"/>
          <w:b w:val="0"/>
          <w:i w:val="0"/>
          <w:color w:val="22201D"/>
          <w:sz w:val="17"/>
        </w:rPr>
        <w:t>Correction requested.</w:t>
      </w:r>
    </w:p>
    <w:p>
      <w:pPr>
        <w:spacing w:after="60" w:line="266" w:lineRule="auto"/>
        <w:ind w:firstLine="331"/>
        <w:jc w:val="both"/>
      </w:pPr>
      <w:r>
        <w:rPr>
          <w:rFonts w:ascii="Georgia" w:hAnsi="Georgia"/>
          <w:b w:val="0"/>
          <w:i w:val="0"/>
          <w:color w:val="22201D"/>
          <w:sz w:val="20"/>
        </w:rPr>
        <w:t>"I did not volunteer."</w:t>
      </w:r>
    </w:p>
    <w:p>
      <w:pPr>
        <w:spacing w:after="60" w:line="250" w:lineRule="auto"/>
        <w:ind w:left="202" w:right="173"/>
      </w:pPr>
      <w:r>
        <w:rPr>
          <w:rFonts w:ascii="Georgia" w:hAnsi="Georgia"/>
          <w:b w:val="0"/>
          <w:i w:val="0"/>
          <w:color w:val="22201D"/>
          <w:sz w:val="17"/>
        </w:rPr>
        <w:t>Noted.</w:t>
      </w:r>
    </w:p>
    <w:p>
      <w:pPr>
        <w:spacing w:after="60" w:line="266" w:lineRule="auto"/>
        <w:ind w:firstLine="331"/>
        <w:jc w:val="both"/>
      </w:pPr>
      <w:r>
        <w:rPr>
          <w:rFonts w:ascii="Georgia" w:hAnsi="Georgia"/>
          <w:b w:val="0"/>
          <w:i w:val="0"/>
          <w:color w:val="22201D"/>
          <w:sz w:val="20"/>
        </w:rPr>
        <w:t>"Take it down."</w:t>
      </w:r>
    </w:p>
    <w:p>
      <w:pPr>
        <w:spacing w:after="60" w:line="266" w:lineRule="auto"/>
        <w:ind w:firstLine="331"/>
        <w:jc w:val="both"/>
      </w:pPr>
      <w:r>
        <w:rPr>
          <w:rFonts w:ascii="Georgia" w:hAnsi="Georgia"/>
          <w:b w:val="0"/>
          <w:i w:val="0"/>
          <w:color w:val="22201D"/>
          <w:sz w:val="20"/>
        </w:rPr>
        <w:t>The chalk did not erase the line.</w:t>
      </w:r>
    </w:p>
    <w:p>
      <w:pPr>
        <w:spacing w:after="60" w:line="266" w:lineRule="auto"/>
        <w:ind w:firstLine="331"/>
        <w:jc w:val="both"/>
      </w:pPr>
      <w:r>
        <w:rPr>
          <w:rFonts w:ascii="Georgia" w:hAnsi="Georgia"/>
          <w:b w:val="0"/>
          <w:i w:val="0"/>
          <w:color w:val="22201D"/>
          <w:sz w:val="20"/>
        </w:rPr>
        <w:t>The Hostess turned to Mara.</w:t>
      </w:r>
    </w:p>
    <w:p>
      <w:pPr>
        <w:spacing w:after="60" w:line="266" w:lineRule="auto"/>
        <w:ind w:firstLine="331"/>
        <w:jc w:val="both"/>
      </w:pPr>
      <w:r>
        <w:rPr>
          <w:rFonts w:ascii="Georgia" w:hAnsi="Georgia"/>
          <w:b w:val="0"/>
          <w:i w:val="0"/>
          <w:color w:val="22201D"/>
          <w:sz w:val="20"/>
        </w:rPr>
        <w:t>"You can correct it."</w:t>
      </w:r>
    </w:p>
    <w:p>
      <w:pPr>
        <w:spacing w:after="60" w:line="266" w:lineRule="auto"/>
        <w:ind w:firstLine="331"/>
        <w:jc w:val="both"/>
      </w:pPr>
      <w:r>
        <w:rPr>
          <w:rFonts w:ascii="Georgia" w:hAnsi="Georgia"/>
          <w:b w:val="0"/>
          <w:i w:val="0"/>
          <w:color w:val="22201D"/>
          <w:sz w:val="20"/>
        </w:rPr>
        <w:t>"I am not waiting."</w:t>
      </w:r>
    </w:p>
    <w:p>
      <w:pPr>
        <w:spacing w:after="60" w:line="266" w:lineRule="auto"/>
        <w:ind w:firstLine="331"/>
        <w:jc w:val="both"/>
      </w:pPr>
      <w:r>
        <w:rPr>
          <w:rFonts w:ascii="Georgia" w:hAnsi="Georgia"/>
          <w:b w:val="0"/>
          <w:i w:val="0"/>
          <w:color w:val="22201D"/>
          <w:sz w:val="20"/>
        </w:rPr>
        <w:t>"That may be the correction."</w:t>
      </w:r>
    </w:p>
    <w:p>
      <w:pPr>
        <w:spacing w:after="60" w:line="266" w:lineRule="auto"/>
        <w:ind w:firstLine="331"/>
        <w:jc w:val="both"/>
      </w:pPr>
      <w:r>
        <w:rPr>
          <w:rFonts w:ascii="Georgia" w:hAnsi="Georgia"/>
          <w:b w:val="0"/>
          <w:i w:val="0"/>
          <w:color w:val="22201D"/>
          <w:sz w:val="20"/>
        </w:rPr>
        <w:t>Mara walked outside. Her face had gone very calm. Several people in the line, who had been waiting for someone else to be exposed, discovered that watching Mara approach the wall was not entertainment. It was instruction.</w:t>
      </w:r>
    </w:p>
    <w:p>
      <w:pPr>
        <w:spacing w:after="60" w:line="266" w:lineRule="auto"/>
        <w:ind w:firstLine="331"/>
        <w:jc w:val="both"/>
      </w:pPr>
      <w:r>
        <w:rPr>
          <w:rFonts w:ascii="Georgia" w:hAnsi="Georgia"/>
          <w:b w:val="0"/>
          <w:i w:val="0"/>
          <w:color w:val="22201D"/>
          <w:sz w:val="20"/>
        </w:rPr>
        <w:t>She read the line.</w:t>
      </w:r>
    </w:p>
    <w:p>
      <w:pPr>
        <w:spacing w:after="60" w:line="266" w:lineRule="auto"/>
        <w:ind w:firstLine="331"/>
        <w:jc w:val="both"/>
      </w:pPr>
      <w:r>
        <w:rPr>
          <w:rFonts w:ascii="Georgia" w:hAnsi="Georgia"/>
          <w:b w:val="0"/>
          <w:i w:val="0"/>
          <w:color w:val="22201D"/>
          <w:sz w:val="20"/>
        </w:rPr>
        <w:t>"I do not want to know whether I am in the story," she said. "I want to know whether I am using the story to avoid choosing what kind of life I am actually in."</w:t>
      </w:r>
    </w:p>
    <w:p>
      <w:pPr>
        <w:spacing w:after="60" w:line="266" w:lineRule="auto"/>
        <w:ind w:firstLine="331"/>
        <w:jc w:val="both"/>
      </w:pPr>
      <w:r>
        <w:rPr>
          <w:rFonts w:ascii="Georgia" w:hAnsi="Georgia"/>
          <w:b w:val="0"/>
          <w:i w:val="0"/>
          <w:color w:val="22201D"/>
          <w:sz w:val="20"/>
        </w:rPr>
        <w:t>The chalk erased and rewrote.</w:t>
      </w:r>
    </w:p>
    <w:p>
      <w:pPr>
        <w:spacing w:after="60" w:line="250" w:lineRule="auto"/>
        <w:ind w:left="202" w:right="173"/>
      </w:pPr>
      <w:r>
        <w:rPr>
          <w:rFonts w:ascii="Georgia" w:hAnsi="Georgia"/>
          <w:b w:val="0"/>
          <w:i w:val="0"/>
          <w:color w:val="22201D"/>
          <w:sz w:val="17"/>
        </w:rPr>
        <w:t>6. wants-life-without-borrowed-plot Caller: Mara Party: one Status: waiting by choice</w:t>
      </w:r>
    </w:p>
    <w:p>
      <w:pPr>
        <w:spacing w:after="60" w:line="266" w:lineRule="auto"/>
        <w:ind w:firstLine="331"/>
        <w:jc w:val="both"/>
      </w:pPr>
      <w:r>
        <w:rPr>
          <w:rFonts w:ascii="Georgia" w:hAnsi="Georgia"/>
          <w:b w:val="0"/>
          <w:i w:val="0"/>
          <w:color w:val="22201D"/>
          <w:sz w:val="20"/>
        </w:rPr>
        <w:t>Flocc looked down.</w:t>
      </w:r>
    </w:p>
    <w:p>
      <w:pPr>
        <w:spacing w:after="60" w:line="266" w:lineRule="auto"/>
        <w:ind w:firstLine="331"/>
        <w:jc w:val="both"/>
      </w:pPr>
      <w:r>
        <w:rPr>
          <w:rFonts w:ascii="Georgia" w:hAnsi="Georgia"/>
          <w:b w:val="0"/>
          <w:i w:val="0"/>
          <w:color w:val="22201D"/>
          <w:sz w:val="20"/>
        </w:rPr>
        <w:t>Mara did not.</w:t>
      </w:r>
    </w:p>
    <w:p>
      <w:pPr>
        <w:spacing w:after="60" w:line="266" w:lineRule="auto"/>
        <w:ind w:firstLine="331"/>
        <w:jc w:val="both"/>
      </w:pPr>
      <w:r>
        <w:rPr>
          <w:rFonts w:ascii="Georgia" w:hAnsi="Georgia"/>
          <w:b w:val="0"/>
          <w:i w:val="0"/>
          <w:color w:val="22201D"/>
          <w:sz w:val="20"/>
        </w:rPr>
        <w:t>"Correct name accepted," the chalk wrote.</w:t>
      </w:r>
    </w:p>
    <w:p>
      <w:pPr>
        <w:spacing w:after="60" w:line="266" w:lineRule="auto"/>
        <w:ind w:firstLine="331"/>
        <w:jc w:val="both"/>
      </w:pPr>
      <w:r>
        <w:rPr>
          <w:rFonts w:ascii="Georgia" w:hAnsi="Georgia"/>
          <w:b w:val="0"/>
          <w:i w:val="0"/>
          <w:color w:val="22201D"/>
          <w:sz w:val="20"/>
        </w:rPr>
        <w:t>The line behind them became less eager to be next.</w:t>
      </w:r>
    </w:p>
    <w:p>
      <w:pPr>
        <w:spacing w:after="60" w:line="266" w:lineRule="auto"/>
        <w:ind w:firstLine="331"/>
        <w:jc w:val="both"/>
      </w:pPr>
      <w:r>
        <w:rPr>
          <w:rFonts w:ascii="Georgia" w:hAnsi="Georgia"/>
          <w:b w:val="0"/>
          <w:i w:val="0"/>
          <w:color w:val="22201D"/>
          <w:sz w:val="20"/>
        </w:rPr>
        <w:t>This was progress.</w:t>
      </w:r>
    </w:p>
    <w:p>
      <w:pPr>
        <w:spacing w:after="60" w:line="266" w:lineRule="auto"/>
        <w:ind w:firstLine="331"/>
        <w:jc w:val="both"/>
      </w:pPr>
      <w:r>
        <w:rPr>
          <w:rFonts w:ascii="Georgia" w:hAnsi="Georgia"/>
          <w:b w:val="0"/>
          <w:i w:val="0"/>
          <w:color w:val="22201D"/>
          <w:sz w:val="20"/>
        </w:rPr>
        <w:t>The Hostess looked at the list from top to bottom.</w:t>
      </w:r>
    </w:p>
    <w:p>
      <w:pPr>
        <w:spacing w:after="60" w:line="250" w:lineRule="auto"/>
        <w:ind w:left="202" w:right="173"/>
      </w:pPr>
      <w:r>
        <w:rPr>
          <w:rFonts w:ascii="Georgia" w:hAnsi="Georgia"/>
          <w:b w:val="0"/>
          <w:i w:val="0"/>
          <w:color w:val="22201D"/>
          <w:sz w:val="17"/>
        </w:rPr>
        <w:t>1. wants-in-as-proof 2. wants-proof-of-seeing 3. wants-credit-for-arriving-before-hunger 4. wants-procedure-before-surprise 5. wants-miracle-as-proof-of-nonreplacement 6. wants-life-without-borrowed-plot</w:t>
      </w:r>
    </w:p>
    <w:p>
      <w:pPr>
        <w:spacing w:after="60" w:line="266" w:lineRule="auto"/>
        <w:ind w:firstLine="331"/>
        <w:jc w:val="both"/>
      </w:pPr>
      <w:r>
        <w:rPr>
          <w:rFonts w:ascii="Georgia" w:hAnsi="Georgia"/>
          <w:b w:val="0"/>
          <w:i w:val="0"/>
          <w:color w:val="22201D"/>
          <w:sz w:val="20"/>
        </w:rPr>
        <w:t>The list did not look like customers.</w:t>
      </w:r>
    </w:p>
    <w:p>
      <w:pPr>
        <w:spacing w:after="60" w:line="266" w:lineRule="auto"/>
        <w:ind w:firstLine="331"/>
        <w:jc w:val="both"/>
      </w:pPr>
      <w:r>
        <w:rPr>
          <w:rFonts w:ascii="Georgia" w:hAnsi="Georgia"/>
          <w:b w:val="0"/>
          <w:i w:val="0"/>
          <w:color w:val="22201D"/>
          <w:sz w:val="20"/>
        </w:rPr>
        <w:t>It looked like a menu no one had wanted to order from and everyone had tasted anyway.</w:t>
      </w:r>
    </w:p>
    <w:p>
      <w:pPr>
        <w:spacing w:after="60" w:line="266" w:lineRule="auto"/>
        <w:ind w:firstLine="331"/>
        <w:jc w:val="both"/>
      </w:pPr>
      <w:r>
        <w:rPr>
          <w:rFonts w:ascii="Georgia" w:hAnsi="Georgia"/>
          <w:b w:val="0"/>
          <w:i w:val="0"/>
          <w:color w:val="22201D"/>
          <w:sz w:val="20"/>
        </w:rPr>
        <w:t>Gerald said, "This cannot be the seating order."</w:t>
      </w:r>
    </w:p>
    <w:p>
      <w:pPr>
        <w:spacing w:after="60" w:line="266" w:lineRule="auto"/>
        <w:ind w:firstLine="331"/>
        <w:jc w:val="both"/>
      </w:pPr>
      <w:r>
        <w:rPr>
          <w:rFonts w:ascii="Georgia" w:hAnsi="Georgia"/>
          <w:b w:val="0"/>
          <w:i w:val="0"/>
          <w:color w:val="22201D"/>
          <w:sz w:val="20"/>
        </w:rPr>
        <w:t>"No," said the Hostess.</w:t>
      </w:r>
    </w:p>
    <w:p>
      <w:pPr>
        <w:spacing w:after="60" w:line="266" w:lineRule="auto"/>
        <w:ind w:firstLine="331"/>
        <w:jc w:val="both"/>
      </w:pPr>
      <w:r>
        <w:rPr>
          <w:rFonts w:ascii="Georgia" w:hAnsi="Georgia"/>
          <w:b w:val="0"/>
          <w:i w:val="0"/>
          <w:color w:val="22201D"/>
          <w:sz w:val="20"/>
        </w:rPr>
        <w:t>The crowd released a breath too early.</w:t>
      </w:r>
    </w:p>
    <w:p>
      <w:pPr>
        <w:spacing w:after="60" w:line="266" w:lineRule="auto"/>
        <w:ind w:firstLine="331"/>
        <w:jc w:val="both"/>
      </w:pPr>
      <w:r>
        <w:rPr>
          <w:rFonts w:ascii="Georgia" w:hAnsi="Georgia"/>
          <w:b w:val="0"/>
          <w:i w:val="0"/>
          <w:color w:val="22201D"/>
          <w:sz w:val="20"/>
        </w:rPr>
        <w:t>She continued, "This is the waiting order."</w:t>
      </w:r>
    </w:p>
    <w:p>
      <w:pPr>
        <w:spacing w:after="60" w:line="266" w:lineRule="auto"/>
        <w:ind w:firstLine="331"/>
        <w:jc w:val="both"/>
      </w:pPr>
      <w:r>
        <w:rPr>
          <w:rFonts w:ascii="Georgia" w:hAnsi="Georgia"/>
          <w:b w:val="0"/>
          <w:i w:val="0"/>
          <w:color w:val="22201D"/>
          <w:sz w:val="20"/>
        </w:rPr>
        <w:t>The breath returned to where it came from.</w:t>
      </w:r>
    </w:p>
    <w:p>
      <w:pPr>
        <w:spacing w:after="60" w:line="266" w:lineRule="auto"/>
        <w:ind w:firstLine="331"/>
        <w:jc w:val="both"/>
      </w:pPr>
      <w:r>
        <w:rPr>
          <w:rFonts w:ascii="Georgia" w:hAnsi="Georgia"/>
          <w:b w:val="0"/>
          <w:i w:val="0"/>
          <w:color w:val="22201D"/>
          <w:sz w:val="20"/>
        </w:rPr>
        <w:t>Steve looked at the list.</w:t>
      </w:r>
    </w:p>
    <w:p>
      <w:pPr>
        <w:spacing w:after="60" w:line="266" w:lineRule="auto"/>
        <w:ind w:firstLine="331"/>
        <w:jc w:val="both"/>
      </w:pPr>
      <w:r>
        <w:rPr>
          <w:rFonts w:ascii="Georgia" w:hAnsi="Georgia"/>
          <w:b w:val="0"/>
          <w:i w:val="0"/>
          <w:color w:val="22201D"/>
          <w:sz w:val="20"/>
        </w:rPr>
        <w:t>"What determines seating?"</w:t>
      </w:r>
    </w:p>
    <w:p>
      <w:pPr>
        <w:spacing w:after="60" w:line="266" w:lineRule="auto"/>
        <w:ind w:firstLine="331"/>
        <w:jc w:val="both"/>
      </w:pPr>
      <w:r>
        <w:rPr>
          <w:rFonts w:ascii="Georgia" w:hAnsi="Georgia"/>
          <w:b w:val="0"/>
          <w:i w:val="0"/>
          <w:color w:val="22201D"/>
          <w:sz w:val="20"/>
        </w:rPr>
        <w:t>The Hostess said, "Room."</w:t>
      </w:r>
    </w:p>
    <w:p>
      <w:pPr>
        <w:spacing w:after="60" w:line="266" w:lineRule="auto"/>
        <w:ind w:firstLine="331"/>
        <w:jc w:val="both"/>
      </w:pPr>
      <w:r>
        <w:rPr>
          <w:rFonts w:ascii="Georgia" w:hAnsi="Georgia"/>
          <w:b w:val="0"/>
          <w:i w:val="0"/>
          <w:color w:val="22201D"/>
          <w:sz w:val="20"/>
        </w:rPr>
        <w:t>"Physical room?"</w:t>
      </w:r>
    </w:p>
    <w:p>
      <w:pPr>
        <w:spacing w:after="60" w:line="266" w:lineRule="auto"/>
        <w:ind w:firstLine="331"/>
        <w:jc w:val="both"/>
      </w:pPr>
      <w:r>
        <w:rPr>
          <w:rFonts w:ascii="Georgia" w:hAnsi="Georgia"/>
          <w:b w:val="0"/>
          <w:i w:val="0"/>
          <w:color w:val="22201D"/>
          <w:sz w:val="20"/>
        </w:rPr>
        <w:t>"Some."</w:t>
      </w:r>
    </w:p>
    <w:p>
      <w:pPr>
        <w:spacing w:after="60" w:line="266" w:lineRule="auto"/>
        <w:ind w:firstLine="331"/>
        <w:jc w:val="both"/>
      </w:pPr>
      <w:r>
        <w:rPr>
          <w:rFonts w:ascii="Georgia" w:hAnsi="Georgia"/>
          <w:b w:val="0"/>
          <w:i w:val="0"/>
          <w:color w:val="22201D"/>
          <w:sz w:val="20"/>
        </w:rPr>
        <w:t>"Moral room?"</w:t>
      </w:r>
    </w:p>
    <w:p>
      <w:pPr>
        <w:spacing w:after="60" w:line="266" w:lineRule="auto"/>
        <w:ind w:firstLine="331"/>
        <w:jc w:val="both"/>
      </w:pPr>
      <w:r>
        <w:rPr>
          <w:rFonts w:ascii="Georgia" w:hAnsi="Georgia"/>
          <w:b w:val="0"/>
          <w:i w:val="0"/>
          <w:color w:val="22201D"/>
          <w:sz w:val="20"/>
        </w:rPr>
        <w:t>"Some."</w:t>
      </w:r>
    </w:p>
    <w:p>
      <w:pPr>
        <w:spacing w:after="60" w:line="266" w:lineRule="auto"/>
        <w:ind w:firstLine="331"/>
        <w:jc w:val="both"/>
      </w:pPr>
      <w:r>
        <w:rPr>
          <w:rFonts w:ascii="Georgia" w:hAnsi="Georgia"/>
          <w:b w:val="0"/>
          <w:i w:val="0"/>
          <w:color w:val="22201D"/>
          <w:sz w:val="20"/>
        </w:rPr>
        <w:t>"Emotional room?"</w:t>
      </w:r>
    </w:p>
    <w:p>
      <w:pPr>
        <w:spacing w:after="60" w:line="266" w:lineRule="auto"/>
        <w:ind w:firstLine="331"/>
        <w:jc w:val="both"/>
      </w:pPr>
      <w:r>
        <w:rPr>
          <w:rFonts w:ascii="Georgia" w:hAnsi="Georgia"/>
          <w:b w:val="0"/>
          <w:i w:val="0"/>
          <w:color w:val="22201D"/>
          <w:sz w:val="20"/>
        </w:rPr>
        <w:t>The Hostess gave him a look.</w:t>
      </w:r>
    </w:p>
    <w:p>
      <w:pPr>
        <w:spacing w:after="60" w:line="266" w:lineRule="auto"/>
        <w:ind w:firstLine="331"/>
        <w:jc w:val="both"/>
      </w:pPr>
      <w:r>
        <w:rPr>
          <w:rFonts w:ascii="Georgia" w:hAnsi="Georgia"/>
          <w:b w:val="0"/>
          <w:i w:val="0"/>
          <w:color w:val="22201D"/>
          <w:sz w:val="20"/>
        </w:rPr>
        <w:t>Steve nodded. "I will stop naming rooms."</w:t>
      </w:r>
    </w:p>
    <w:p>
      <w:pPr>
        <w:spacing w:after="60" w:line="266" w:lineRule="auto"/>
        <w:ind w:firstLine="331"/>
        <w:jc w:val="both"/>
      </w:pPr>
      <w:r>
        <w:rPr>
          <w:rFonts w:ascii="Georgia" w:hAnsi="Georgia"/>
          <w:b w:val="0"/>
          <w:i w:val="0"/>
          <w:color w:val="22201D"/>
          <w:sz w:val="20"/>
        </w:rPr>
        <w:t>The waiting list printed a new section beneath the names:</w:t>
      </w:r>
    </w:p>
    <w:p>
      <w:pPr>
        <w:spacing w:after="60" w:line="250" w:lineRule="auto"/>
        <w:ind w:left="202" w:right="173"/>
      </w:pPr>
      <w:r>
        <w:rPr>
          <w:rFonts w:ascii="Georgia" w:hAnsi="Georgia"/>
          <w:b w:val="0"/>
          <w:i w:val="0"/>
          <w:color w:val="22201D"/>
          <w:sz w:val="17"/>
        </w:rPr>
        <w:t>WAITLIST CORRECTION  Names submitted: six  Names corrected: six  Access granted: none yet  Reason: waiting is not a disguised door</w:t>
      </w:r>
    </w:p>
    <w:p>
      <w:pPr>
        <w:spacing w:after="60" w:line="266" w:lineRule="auto"/>
        <w:ind w:firstLine="331"/>
        <w:jc w:val="both"/>
      </w:pPr>
      <w:r>
        <w:rPr>
          <w:rFonts w:ascii="Georgia" w:hAnsi="Georgia"/>
          <w:b w:val="0"/>
          <w:i w:val="0"/>
          <w:color w:val="22201D"/>
          <w:sz w:val="20"/>
        </w:rPr>
        <w:t>Martin said, "So we did all that and still do not get in?"</w:t>
      </w:r>
    </w:p>
    <w:p>
      <w:pPr>
        <w:spacing w:after="60" w:line="266" w:lineRule="auto"/>
        <w:ind w:firstLine="331"/>
        <w:jc w:val="both"/>
      </w:pPr>
      <w:r>
        <w:rPr>
          <w:rFonts w:ascii="Georgia" w:hAnsi="Georgia"/>
          <w:b w:val="0"/>
          <w:i w:val="0"/>
          <w:color w:val="22201D"/>
          <w:sz w:val="20"/>
        </w:rPr>
        <w:t>The Hostess said, "You get to wait accurately."</w:t>
      </w:r>
    </w:p>
    <w:p>
      <w:pPr>
        <w:spacing w:after="60" w:line="266" w:lineRule="auto"/>
        <w:ind w:firstLine="331"/>
        <w:jc w:val="both"/>
      </w:pPr>
      <w:r>
        <w:rPr>
          <w:rFonts w:ascii="Georgia" w:hAnsi="Georgia"/>
          <w:b w:val="0"/>
          <w:i w:val="0"/>
          <w:color w:val="22201D"/>
          <w:sz w:val="20"/>
        </w:rPr>
        <w:t>"That sounds like less."</w:t>
      </w:r>
    </w:p>
    <w:p>
      <w:pPr>
        <w:spacing w:after="60" w:line="266" w:lineRule="auto"/>
        <w:ind w:firstLine="331"/>
        <w:jc w:val="both"/>
      </w:pPr>
      <w:r>
        <w:rPr>
          <w:rFonts w:ascii="Georgia" w:hAnsi="Georgia"/>
          <w:b w:val="0"/>
          <w:i w:val="0"/>
          <w:color w:val="22201D"/>
          <w:sz w:val="20"/>
        </w:rPr>
        <w:t>"Only to the part of you that wanted access to replace accuracy."</w:t>
      </w:r>
    </w:p>
    <w:p>
      <w:pPr>
        <w:spacing w:after="60" w:line="266" w:lineRule="auto"/>
        <w:ind w:firstLine="331"/>
        <w:jc w:val="both"/>
      </w:pPr>
      <w:r>
        <w:rPr>
          <w:rFonts w:ascii="Georgia" w:hAnsi="Georgia"/>
          <w:b w:val="0"/>
          <w:i w:val="0"/>
          <w:color w:val="22201D"/>
          <w:sz w:val="20"/>
        </w:rPr>
        <w:t>Martin considered objecting.</w:t>
      </w:r>
    </w:p>
    <w:p>
      <w:pPr>
        <w:spacing w:after="60" w:line="266" w:lineRule="auto"/>
        <w:ind w:firstLine="331"/>
        <w:jc w:val="both"/>
      </w:pPr>
      <w:r>
        <w:rPr>
          <w:rFonts w:ascii="Georgia" w:hAnsi="Georgia"/>
          <w:b w:val="0"/>
          <w:i w:val="0"/>
          <w:color w:val="22201D"/>
          <w:sz w:val="20"/>
        </w:rPr>
        <w:t>His line on the wall prevented him.</w:t>
      </w:r>
    </w:p>
    <w:p>
      <w:pPr>
        <w:spacing w:after="60" w:line="266" w:lineRule="auto"/>
        <w:ind w:firstLine="331"/>
        <w:jc w:val="both"/>
      </w:pPr>
      <w:r>
        <w:rPr>
          <w:rFonts w:ascii="Georgia" w:hAnsi="Georgia"/>
          <w:b w:val="0"/>
          <w:i w:val="0"/>
          <w:color w:val="22201D"/>
          <w:sz w:val="20"/>
        </w:rPr>
        <w:t>Nico said, "What happens if someone refuses?"</w:t>
      </w:r>
    </w:p>
    <w:p>
      <w:pPr>
        <w:spacing w:after="60" w:line="266" w:lineRule="auto"/>
        <w:ind w:firstLine="331"/>
        <w:jc w:val="both"/>
      </w:pPr>
      <w:r>
        <w:rPr>
          <w:rFonts w:ascii="Georgia" w:hAnsi="Georgia"/>
          <w:b w:val="0"/>
          <w:i w:val="0"/>
          <w:color w:val="22201D"/>
          <w:sz w:val="20"/>
        </w:rPr>
        <w:t>The chalk wrote:</w:t>
      </w:r>
    </w:p>
    <w:p>
      <w:pPr>
        <w:spacing w:after="60" w:line="250" w:lineRule="auto"/>
        <w:ind w:left="202" w:right="173"/>
      </w:pPr>
      <w:r>
        <w:rPr>
          <w:rFonts w:ascii="Georgia" w:hAnsi="Georgia"/>
          <w:b w:val="0"/>
          <w:i w:val="0"/>
          <w:color w:val="22201D"/>
          <w:sz w:val="17"/>
        </w:rPr>
        <w:t>Uncorrected labels may remain in line. They cannot be called.</w:t>
      </w:r>
    </w:p>
    <w:p>
      <w:pPr>
        <w:spacing w:after="60" w:line="266" w:lineRule="auto"/>
        <w:ind w:firstLine="331"/>
        <w:jc w:val="both"/>
      </w:pPr>
      <w:r>
        <w:rPr>
          <w:rFonts w:ascii="Georgia" w:hAnsi="Georgia"/>
          <w:b w:val="0"/>
          <w:i w:val="0"/>
          <w:color w:val="22201D"/>
          <w:sz w:val="20"/>
        </w:rPr>
        <w:t>Clara looked at the blank space below Mara's name.</w:t>
      </w:r>
    </w:p>
    <w:p>
      <w:pPr>
        <w:spacing w:after="60" w:line="266" w:lineRule="auto"/>
        <w:ind w:firstLine="331"/>
        <w:jc w:val="both"/>
      </w:pPr>
      <w:r>
        <w:rPr>
          <w:rFonts w:ascii="Georgia" w:hAnsi="Georgia"/>
          <w:b w:val="0"/>
          <w:i w:val="0"/>
          <w:color w:val="22201D"/>
          <w:sz w:val="20"/>
        </w:rPr>
        <w:t>"What if the correct name changes while we wait?"</w:t>
      </w:r>
    </w:p>
    <w:p>
      <w:pPr>
        <w:spacing w:after="60" w:line="266" w:lineRule="auto"/>
        <w:ind w:firstLine="331"/>
        <w:jc w:val="both"/>
      </w:pPr>
      <w:r>
        <w:rPr>
          <w:rFonts w:ascii="Georgia" w:hAnsi="Georgia"/>
          <w:b w:val="0"/>
          <w:i w:val="0"/>
          <w:color w:val="22201D"/>
          <w:sz w:val="20"/>
        </w:rPr>
        <w:t>The Hostess smiled, very slightly.</w:t>
      </w:r>
    </w:p>
    <w:p>
      <w:pPr>
        <w:spacing w:after="60" w:line="266" w:lineRule="auto"/>
        <w:ind w:firstLine="331"/>
        <w:jc w:val="both"/>
      </w:pPr>
      <w:r>
        <w:rPr>
          <w:rFonts w:ascii="Georgia" w:hAnsi="Georgia"/>
          <w:b w:val="0"/>
          <w:i w:val="0"/>
          <w:color w:val="22201D"/>
          <w:sz w:val="20"/>
        </w:rPr>
        <w:t>"Then the wait is working."</w:t>
      </w:r>
    </w:p>
    <w:p>
      <w:pPr>
        <w:spacing w:after="60" w:line="266" w:lineRule="auto"/>
        <w:ind w:firstLine="331"/>
        <w:jc w:val="both"/>
      </w:pPr>
      <w:r>
        <w:rPr>
          <w:rFonts w:ascii="Georgia" w:hAnsi="Georgia"/>
          <w:b w:val="0"/>
          <w:i w:val="0"/>
          <w:color w:val="22201D"/>
          <w:sz w:val="20"/>
        </w:rPr>
        <w:t>The sauce warning on the small table flashed once. Pineapple Thai Basil Lightning remained sealed, but its label brightened around the word today as if today had become less simple.</w:t>
      </w:r>
    </w:p>
    <w:p>
      <w:pPr>
        <w:spacing w:after="60" w:line="266" w:lineRule="auto"/>
        <w:ind w:firstLine="331"/>
        <w:jc w:val="both"/>
      </w:pPr>
      <w:r>
        <w:rPr>
          <w:rFonts w:ascii="Georgia" w:hAnsi="Georgia"/>
          <w:b w:val="0"/>
          <w:i w:val="0"/>
          <w:color w:val="22201D"/>
          <w:sz w:val="20"/>
        </w:rPr>
        <w:t>Gerald noticed.</w:t>
      </w:r>
    </w:p>
    <w:p>
      <w:pPr>
        <w:spacing w:after="60" w:line="266" w:lineRule="auto"/>
        <w:ind w:firstLine="331"/>
        <w:jc w:val="both"/>
      </w:pPr>
      <w:r>
        <w:rPr>
          <w:rFonts w:ascii="Georgia" w:hAnsi="Georgia"/>
          <w:b w:val="0"/>
          <w:i w:val="0"/>
          <w:color w:val="22201D"/>
          <w:sz w:val="20"/>
        </w:rPr>
        <w:t>"No sauce service during active list correction."</w:t>
      </w:r>
    </w:p>
    <w:p>
      <w:pPr>
        <w:spacing w:after="60" w:line="250" w:lineRule="auto"/>
        <w:ind w:left="202" w:right="173"/>
      </w:pPr>
      <w:r>
        <w:rPr>
          <w:rFonts w:ascii="Georgia" w:hAnsi="Georgia"/>
          <w:b w:val="0"/>
          <w:i w:val="0"/>
          <w:color w:val="22201D"/>
          <w:sz w:val="17"/>
        </w:rPr>
        <w:t>Safety note accepted.</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The sauce label added:</w:t>
      </w:r>
    </w:p>
    <w:p>
      <w:pPr>
        <w:spacing w:after="60" w:line="250" w:lineRule="auto"/>
        <w:ind w:left="202" w:right="173"/>
      </w:pPr>
      <w:r>
        <w:rPr>
          <w:rFonts w:ascii="Georgia" w:hAnsi="Georgia"/>
          <w:b w:val="0"/>
          <w:i w:val="0"/>
          <w:color w:val="22201D"/>
          <w:sz w:val="17"/>
        </w:rPr>
        <w:t>Waiting may increase sensitivity.</w:t>
      </w:r>
    </w:p>
    <w:p>
      <w:pPr>
        <w:spacing w:after="60" w:line="266" w:lineRule="auto"/>
        <w:ind w:firstLine="331"/>
        <w:jc w:val="both"/>
      </w:pPr>
      <w:r>
        <w:rPr>
          <w:rFonts w:ascii="Georgia" w:hAnsi="Georgia"/>
          <w:b w:val="0"/>
          <w:i w:val="0"/>
          <w:color w:val="22201D"/>
          <w:sz w:val="20"/>
        </w:rPr>
        <w:t>"Also true," Gerald said, annoyed.</w:t>
      </w:r>
    </w:p>
    <w:p>
      <w:pPr>
        <w:spacing w:after="60" w:line="266" w:lineRule="auto"/>
        <w:ind w:firstLine="331"/>
        <w:jc w:val="both"/>
      </w:pPr>
      <w:r>
        <w:rPr>
          <w:rFonts w:ascii="Georgia" w:hAnsi="Georgia"/>
          <w:b w:val="0"/>
          <w:i w:val="0"/>
          <w:color w:val="22201D"/>
          <w:sz w:val="20"/>
        </w:rPr>
        <w:t>Bob stepped out from the kitchen doorway carrying a stack of small cards.</w:t>
      </w:r>
    </w:p>
    <w:p>
      <w:pPr>
        <w:spacing w:after="60" w:line="266" w:lineRule="auto"/>
        <w:ind w:firstLine="331"/>
        <w:jc w:val="both"/>
      </w:pPr>
      <w:r>
        <w:rPr>
          <w:rFonts w:ascii="Georgia" w:hAnsi="Georgia"/>
          <w:b w:val="0"/>
          <w:i w:val="0"/>
          <w:color w:val="22201D"/>
          <w:sz w:val="20"/>
        </w:rPr>
        <w:t>"Do we have a card for this?"</w:t>
      </w:r>
    </w:p>
    <w:p>
      <w:pPr>
        <w:spacing w:after="60" w:line="266" w:lineRule="auto"/>
        <w:ind w:firstLine="331"/>
        <w:jc w:val="both"/>
      </w:pPr>
      <w:r>
        <w:rPr>
          <w:rFonts w:ascii="Georgia" w:hAnsi="Georgia"/>
          <w:b w:val="0"/>
          <w:i w:val="0"/>
          <w:color w:val="22201D"/>
          <w:sz w:val="20"/>
        </w:rPr>
        <w:t>The Hostess took the cards. They were blank on one side and faintly lined on the other.</w:t>
      </w:r>
    </w:p>
    <w:p>
      <w:pPr>
        <w:spacing w:after="60" w:line="266" w:lineRule="auto"/>
        <w:ind w:firstLine="331"/>
        <w:jc w:val="both"/>
      </w:pPr>
      <w:r>
        <w:rPr>
          <w:rFonts w:ascii="Georgia" w:hAnsi="Georgia"/>
          <w:b w:val="0"/>
          <w:i w:val="0"/>
          <w:color w:val="22201D"/>
          <w:sz w:val="20"/>
        </w:rPr>
        <w:t>"Not yet."</w:t>
      </w:r>
    </w:p>
    <w:p>
      <w:pPr>
        <w:spacing w:after="60" w:line="266" w:lineRule="auto"/>
        <w:ind w:firstLine="331"/>
        <w:jc w:val="both"/>
      </w:pPr>
      <w:r>
        <w:rPr>
          <w:rFonts w:ascii="Georgia" w:hAnsi="Georgia"/>
          <w:b w:val="0"/>
          <w:i w:val="0"/>
          <w:color w:val="22201D"/>
          <w:sz w:val="20"/>
        </w:rPr>
        <w:t>She placed the top card against the chalk list. The wall printed through it.</w:t>
      </w:r>
    </w:p>
    <w:p>
      <w:pPr>
        <w:spacing w:after="60" w:line="250" w:lineRule="auto"/>
        <w:ind w:left="202" w:right="173"/>
      </w:pPr>
      <w:r>
        <w:rPr>
          <w:rFonts w:ascii="Georgia" w:hAnsi="Georgia"/>
          <w:b w:val="0"/>
          <w:i w:val="0"/>
          <w:color w:val="22201D"/>
          <w:sz w:val="17"/>
        </w:rPr>
        <w:t>WAITLIST CORRECTION  Caller:   Label offered:   Correct name for current wait:   May be called when: there is room to answer</w:t>
      </w:r>
    </w:p>
    <w:p>
      <w:pPr>
        <w:spacing w:after="60" w:line="266" w:lineRule="auto"/>
        <w:ind w:firstLine="331"/>
        <w:jc w:val="both"/>
      </w:pPr>
      <w:r>
        <w:rPr>
          <w:rFonts w:ascii="Georgia" w:hAnsi="Georgia"/>
          <w:b w:val="0"/>
          <w:i w:val="0"/>
          <w:color w:val="22201D"/>
          <w:sz w:val="20"/>
        </w:rPr>
        <w:t>Bob read it.</w:t>
      </w:r>
    </w:p>
    <w:p>
      <w:pPr>
        <w:spacing w:after="60" w:line="266" w:lineRule="auto"/>
        <w:ind w:firstLine="331"/>
        <w:jc w:val="both"/>
      </w:pPr>
      <w:r>
        <w:rPr>
          <w:rFonts w:ascii="Georgia" w:hAnsi="Georgia"/>
          <w:b w:val="0"/>
          <w:i w:val="0"/>
          <w:color w:val="22201D"/>
          <w:sz w:val="20"/>
        </w:rPr>
        <w:t>"There is your paperwork."</w:t>
      </w:r>
    </w:p>
    <w:p>
      <w:pPr>
        <w:spacing w:after="60" w:line="266" w:lineRule="auto"/>
        <w:ind w:firstLine="331"/>
        <w:jc w:val="both"/>
      </w:pPr>
      <w:r>
        <w:rPr>
          <w:rFonts w:ascii="Georgia" w:hAnsi="Georgia"/>
          <w:b w:val="0"/>
          <w:i w:val="0"/>
          <w:color w:val="22201D"/>
          <w:sz w:val="20"/>
        </w:rPr>
        <w:t>Auditor Ives nodded despite himself.</w:t>
      </w:r>
    </w:p>
    <w:p>
      <w:pPr>
        <w:spacing w:after="60" w:line="266" w:lineRule="auto"/>
        <w:ind w:firstLine="331"/>
        <w:jc w:val="both"/>
      </w:pPr>
      <w:r>
        <w:rPr>
          <w:rFonts w:ascii="Georgia" w:hAnsi="Georgia"/>
          <w:b w:val="0"/>
          <w:i w:val="0"/>
          <w:color w:val="22201D"/>
          <w:sz w:val="20"/>
        </w:rPr>
        <w:t>"That is cleaner."</w:t>
      </w:r>
    </w:p>
    <w:p>
      <w:pPr>
        <w:spacing w:after="60" w:line="266" w:lineRule="auto"/>
        <w:ind w:firstLine="331"/>
        <w:jc w:val="both"/>
      </w:pPr>
      <w:r>
        <w:rPr>
          <w:rFonts w:ascii="Georgia" w:hAnsi="Georgia"/>
          <w:b w:val="0"/>
          <w:i w:val="0"/>
          <w:color w:val="22201D"/>
          <w:sz w:val="20"/>
        </w:rPr>
        <w:t>Steve said, "It has a conditional call standard."</w:t>
      </w:r>
    </w:p>
    <w:p>
      <w:pPr>
        <w:spacing w:after="60" w:line="266" w:lineRule="auto"/>
        <w:ind w:firstLine="331"/>
        <w:jc w:val="both"/>
      </w:pPr>
      <w:r>
        <w:rPr>
          <w:rFonts w:ascii="Georgia" w:hAnsi="Georgia"/>
          <w:b w:val="0"/>
          <w:i w:val="0"/>
          <w:color w:val="22201D"/>
          <w:sz w:val="20"/>
        </w:rPr>
        <w:t>Gerald said, "It has a crowd management use."</w:t>
      </w:r>
    </w:p>
    <w:p>
      <w:pPr>
        <w:spacing w:after="60" w:line="266" w:lineRule="auto"/>
        <w:ind w:firstLine="331"/>
        <w:jc w:val="both"/>
      </w:pPr>
      <w:r>
        <w:rPr>
          <w:rFonts w:ascii="Georgia" w:hAnsi="Georgia"/>
          <w:b w:val="0"/>
          <w:i w:val="0"/>
          <w:color w:val="22201D"/>
          <w:sz w:val="20"/>
        </w:rPr>
        <w:t>Mara said, "It has a trap."</w:t>
      </w:r>
    </w:p>
    <w:p>
      <w:pPr>
        <w:spacing w:after="60" w:line="266" w:lineRule="auto"/>
        <w:ind w:firstLine="331"/>
        <w:jc w:val="both"/>
      </w:pPr>
      <w:r>
        <w:rPr>
          <w:rFonts w:ascii="Georgia" w:hAnsi="Georgia"/>
          <w:b w:val="0"/>
          <w:i w:val="0"/>
          <w:color w:val="22201D"/>
          <w:sz w:val="20"/>
        </w:rPr>
        <w:t>The Hostess handed the first card to Martin.</w:t>
      </w:r>
    </w:p>
    <w:p>
      <w:pPr>
        <w:spacing w:after="60" w:line="266" w:lineRule="auto"/>
        <w:ind w:firstLine="331"/>
        <w:jc w:val="both"/>
      </w:pPr>
      <w:r>
        <w:rPr>
          <w:rFonts w:ascii="Georgia" w:hAnsi="Georgia"/>
          <w:b w:val="0"/>
          <w:i w:val="0"/>
          <w:color w:val="22201D"/>
          <w:sz w:val="20"/>
        </w:rPr>
        <w:t>"Yes," she said.</w:t>
      </w:r>
    </w:p>
    <w:p>
      <w:pPr>
        <w:spacing w:after="60" w:line="266" w:lineRule="auto"/>
        <w:ind w:firstLine="331"/>
        <w:jc w:val="both"/>
      </w:pPr>
      <w:r>
        <w:rPr>
          <w:rFonts w:ascii="Georgia" w:hAnsi="Georgia"/>
          <w:b w:val="0"/>
          <w:i w:val="0"/>
          <w:color w:val="22201D"/>
          <w:sz w:val="20"/>
        </w:rPr>
        <w:t>Martin took it.</w:t>
      </w:r>
    </w:p>
    <w:p>
      <w:pPr>
        <w:spacing w:after="60" w:line="266" w:lineRule="auto"/>
        <w:ind w:firstLine="331"/>
        <w:jc w:val="both"/>
      </w:pPr>
      <w:r>
        <w:rPr>
          <w:rFonts w:ascii="Georgia" w:hAnsi="Georgia"/>
          <w:b w:val="0"/>
          <w:i w:val="0"/>
          <w:color w:val="22201D"/>
          <w:sz w:val="20"/>
        </w:rPr>
        <w:t>"Do I have to carry this?"</w:t>
      </w:r>
    </w:p>
    <w:p>
      <w:pPr>
        <w:spacing w:after="60" w:line="266" w:lineRule="auto"/>
        <w:ind w:firstLine="331"/>
        <w:jc w:val="both"/>
      </w:pPr>
      <w:r>
        <w:rPr>
          <w:rFonts w:ascii="Georgia" w:hAnsi="Georgia"/>
          <w:b w:val="0"/>
          <w:i w:val="0"/>
          <w:color w:val="22201D"/>
          <w:sz w:val="20"/>
        </w:rPr>
        <w:t>"Only if you want to be called."</w:t>
      </w:r>
    </w:p>
    <w:p>
      <w:pPr>
        <w:spacing w:after="60" w:line="266" w:lineRule="auto"/>
        <w:ind w:firstLine="331"/>
        <w:jc w:val="both"/>
      </w:pPr>
      <w:r>
        <w:rPr>
          <w:rFonts w:ascii="Georgia" w:hAnsi="Georgia"/>
          <w:b w:val="0"/>
          <w:i w:val="0"/>
          <w:color w:val="22201D"/>
          <w:sz w:val="20"/>
        </w:rPr>
        <w:t>"By that name?"</w:t>
      </w:r>
    </w:p>
    <w:p>
      <w:pPr>
        <w:spacing w:after="60" w:line="266" w:lineRule="auto"/>
        <w:ind w:firstLine="331"/>
        <w:jc w:val="both"/>
      </w:pPr>
      <w:r>
        <w:rPr>
          <w:rFonts w:ascii="Georgia" w:hAnsi="Georgia"/>
          <w:b w:val="0"/>
          <w:i w:val="0"/>
          <w:color w:val="22201D"/>
          <w:sz w:val="20"/>
        </w:rPr>
        <w:t>"By the part of it that can answer."</w:t>
      </w:r>
    </w:p>
    <w:p>
      <w:pPr>
        <w:spacing w:after="60" w:line="266" w:lineRule="auto"/>
        <w:ind w:firstLine="331"/>
        <w:jc w:val="both"/>
      </w:pPr>
      <w:r>
        <w:rPr>
          <w:rFonts w:ascii="Georgia" w:hAnsi="Georgia"/>
          <w:b w:val="0"/>
          <w:i w:val="0"/>
          <w:color w:val="22201D"/>
          <w:sz w:val="20"/>
        </w:rPr>
        <w:t>He looked at the card, then folded it once and placed it in his pocket carefully, as if it might bruise.</w:t>
      </w:r>
    </w:p>
    <w:p>
      <w:pPr>
        <w:spacing w:after="60" w:line="266" w:lineRule="auto"/>
        <w:ind w:firstLine="331"/>
        <w:jc w:val="both"/>
      </w:pPr>
      <w:r>
        <w:rPr>
          <w:rFonts w:ascii="Georgia" w:hAnsi="Georgia"/>
          <w:b w:val="0"/>
          <w:i w:val="0"/>
          <w:color w:val="22201D"/>
          <w:sz w:val="20"/>
        </w:rPr>
        <w:t>One by one, cards printed for Nico, Clara, Ives, Flocc, and Mara.</w:t>
      </w:r>
    </w:p>
    <w:p>
      <w:pPr>
        <w:spacing w:after="60" w:line="266" w:lineRule="auto"/>
        <w:ind w:firstLine="331"/>
        <w:jc w:val="both"/>
      </w:pPr>
      <w:r>
        <w:rPr>
          <w:rFonts w:ascii="Georgia" w:hAnsi="Georgia"/>
          <w:b w:val="0"/>
          <w:i w:val="0"/>
          <w:color w:val="22201D"/>
          <w:sz w:val="20"/>
        </w:rPr>
        <w:t>Flocc held his longer than necessary.</w:t>
      </w:r>
    </w:p>
    <w:p>
      <w:pPr>
        <w:spacing w:after="60" w:line="266" w:lineRule="auto"/>
        <w:ind w:firstLine="331"/>
        <w:jc w:val="both"/>
      </w:pPr>
      <w:r>
        <w:rPr>
          <w:rFonts w:ascii="Georgia" w:hAnsi="Georgia"/>
          <w:b w:val="0"/>
          <w:i w:val="0"/>
          <w:color w:val="22201D"/>
          <w:sz w:val="20"/>
        </w:rPr>
        <w:t>The words did not become kinder with time, but they became less foreign.</w:t>
      </w:r>
    </w:p>
    <w:p>
      <w:pPr>
        <w:spacing w:after="60" w:line="266" w:lineRule="auto"/>
        <w:ind w:firstLine="331"/>
        <w:jc w:val="both"/>
      </w:pPr>
      <w:r>
        <w:rPr>
          <w:rFonts w:ascii="Georgia" w:hAnsi="Georgia"/>
          <w:b w:val="0"/>
          <w:i w:val="0"/>
          <w:color w:val="22201D"/>
          <w:sz w:val="20"/>
        </w:rPr>
        <w:t>Mara tucked hers into her notebook without showing him where.</w:t>
      </w:r>
    </w:p>
    <w:p>
      <w:pPr>
        <w:spacing w:after="60" w:line="266" w:lineRule="auto"/>
        <w:ind w:firstLine="331"/>
        <w:jc w:val="both"/>
      </w:pPr>
      <w:r>
        <w:rPr>
          <w:rFonts w:ascii="Georgia" w:hAnsi="Georgia"/>
          <w:b w:val="0"/>
          <w:i w:val="0"/>
          <w:color w:val="22201D"/>
          <w:sz w:val="20"/>
        </w:rPr>
        <w:t>The waiting list printed the next instruction:</w:t>
      </w:r>
    </w:p>
    <w:p>
      <w:pPr>
        <w:spacing w:after="60" w:line="250" w:lineRule="auto"/>
        <w:ind w:left="202" w:right="173"/>
      </w:pPr>
      <w:r>
        <w:rPr>
          <w:rFonts w:ascii="Georgia" w:hAnsi="Georgia"/>
          <w:b w:val="0"/>
          <w:i w:val="0"/>
          <w:color w:val="22201D"/>
          <w:sz w:val="17"/>
        </w:rPr>
        <w:t>Prepare seating chart.</w:t>
      </w:r>
    </w:p>
    <w:p>
      <w:pPr>
        <w:spacing w:after="60" w:line="266" w:lineRule="auto"/>
        <w:ind w:firstLine="331"/>
        <w:jc w:val="both"/>
      </w:pPr>
      <w:r>
        <w:rPr>
          <w:rFonts w:ascii="Georgia" w:hAnsi="Georgia"/>
          <w:b w:val="0"/>
          <w:i w:val="0"/>
          <w:color w:val="22201D"/>
          <w:sz w:val="20"/>
        </w:rPr>
        <w:t>Gerald straightened.</w:t>
      </w:r>
    </w:p>
    <w:p>
      <w:pPr>
        <w:spacing w:after="60" w:line="266" w:lineRule="auto"/>
        <w:ind w:firstLine="331"/>
        <w:jc w:val="both"/>
      </w:pPr>
      <w:r>
        <w:rPr>
          <w:rFonts w:ascii="Georgia" w:hAnsi="Georgia"/>
          <w:b w:val="0"/>
          <w:i w:val="0"/>
          <w:color w:val="22201D"/>
          <w:sz w:val="20"/>
        </w:rPr>
        <w:t>"Finally."</w:t>
      </w:r>
    </w:p>
    <w:p>
      <w:pPr>
        <w:spacing w:after="60" w:line="266" w:lineRule="auto"/>
        <w:ind w:firstLine="331"/>
        <w:jc w:val="both"/>
      </w:pPr>
      <w:r>
        <w:rPr>
          <w:rFonts w:ascii="Georgia" w:hAnsi="Georgia"/>
          <w:b w:val="0"/>
          <w:i w:val="0"/>
          <w:color w:val="22201D"/>
          <w:sz w:val="20"/>
        </w:rPr>
        <w:t>The Hostess looked at the crowd, then at the room, then at the table that had once been reserved by forgetting and was now empty in a way that had begun to attract claims.</w:t>
      </w:r>
    </w:p>
    <w:p>
      <w:pPr>
        <w:spacing w:after="60" w:line="266" w:lineRule="auto"/>
        <w:ind w:firstLine="331"/>
        <w:jc w:val="both"/>
      </w:pPr>
      <w:r>
        <w:rPr>
          <w:rFonts w:ascii="Georgia" w:hAnsi="Georgia"/>
          <w:b w:val="0"/>
          <w:i w:val="0"/>
          <w:color w:val="22201D"/>
          <w:sz w:val="20"/>
        </w:rPr>
        <w:t>"Not by arrival order," she said.</w:t>
      </w:r>
    </w:p>
    <w:p>
      <w:pPr>
        <w:spacing w:after="60" w:line="266" w:lineRule="auto"/>
        <w:ind w:firstLine="331"/>
        <w:jc w:val="both"/>
      </w:pPr>
      <w:r>
        <w:rPr>
          <w:rFonts w:ascii="Georgia" w:hAnsi="Georgia"/>
          <w:b w:val="0"/>
          <w:i w:val="0"/>
          <w:color w:val="22201D"/>
          <w:sz w:val="20"/>
        </w:rPr>
        <w:t>The line reacted badly in several small ways.</w:t>
      </w:r>
    </w:p>
    <w:p>
      <w:pPr>
        <w:spacing w:after="60" w:line="266" w:lineRule="auto"/>
        <w:ind w:firstLine="331"/>
        <w:jc w:val="both"/>
      </w:pPr>
      <w:r>
        <w:rPr>
          <w:rFonts w:ascii="Georgia" w:hAnsi="Georgia"/>
          <w:b w:val="0"/>
          <w:i w:val="0"/>
          <w:color w:val="22201D"/>
          <w:sz w:val="20"/>
        </w:rPr>
        <w:t>Someone said, "Then why are we in line?"</w:t>
      </w:r>
    </w:p>
    <w:p>
      <w:pPr>
        <w:spacing w:after="60" w:line="266" w:lineRule="auto"/>
        <w:ind w:firstLine="331"/>
        <w:jc w:val="both"/>
      </w:pPr>
      <w:r>
        <w:rPr>
          <w:rFonts w:ascii="Georgia" w:hAnsi="Georgia"/>
          <w:b w:val="0"/>
          <w:i w:val="0"/>
          <w:color w:val="22201D"/>
          <w:sz w:val="20"/>
        </w:rPr>
        <w:t>The Hostess said, "To learn what line you are in."</w:t>
      </w:r>
    </w:p>
    <w:p>
      <w:pPr>
        <w:spacing w:after="60" w:line="266" w:lineRule="auto"/>
        <w:ind w:firstLine="331"/>
        <w:jc w:val="both"/>
      </w:pPr>
      <w:r>
        <w:rPr>
          <w:rFonts w:ascii="Georgia" w:hAnsi="Georgia"/>
          <w:b w:val="0"/>
          <w:i w:val="0"/>
          <w:color w:val="22201D"/>
          <w:sz w:val="20"/>
        </w:rPr>
        <w:t>That did not help.</w:t>
      </w:r>
    </w:p>
    <w:p>
      <w:pPr>
        <w:spacing w:after="60" w:line="266" w:lineRule="auto"/>
        <w:ind w:firstLine="331"/>
        <w:jc w:val="both"/>
      </w:pPr>
      <w:r>
        <w:rPr>
          <w:rFonts w:ascii="Georgia" w:hAnsi="Georgia"/>
          <w:b w:val="0"/>
          <w:i w:val="0"/>
          <w:color w:val="22201D"/>
          <w:sz w:val="20"/>
        </w:rPr>
        <w:t>Or helped too accurately to feel helpful.</w:t>
      </w:r>
    </w:p>
    <w:p>
      <w:pPr>
        <w:spacing w:after="60" w:line="266" w:lineRule="auto"/>
        <w:ind w:firstLine="331"/>
        <w:jc w:val="both"/>
      </w:pPr>
      <w:r>
        <w:rPr>
          <w:rFonts w:ascii="Georgia" w:hAnsi="Georgia"/>
          <w:b w:val="0"/>
          <w:i w:val="0"/>
          <w:color w:val="22201D"/>
          <w:sz w:val="20"/>
        </w:rPr>
        <w:t>The chalk waiting list added one final section:</w:t>
      </w:r>
    </w:p>
    <w:p>
      <w:pPr>
        <w:spacing w:after="60" w:line="250" w:lineRule="auto"/>
        <w:ind w:left="202" w:right="173"/>
      </w:pPr>
      <w:r>
        <w:rPr>
          <w:rFonts w:ascii="Georgia" w:hAnsi="Georgia"/>
          <w:b w:val="0"/>
          <w:i w:val="0"/>
          <w:color w:val="22201D"/>
          <w:sz w:val="17"/>
        </w:rPr>
        <w:t>NEXT REQUIRED DOCUMENT: seating chart  NEXT CHAPTER: The Hostess Seats the Wrong Crowd Correctly</w:t>
      </w:r>
    </w:p>
    <w:p>
      <w:pPr>
        <w:spacing w:after="60" w:line="266" w:lineRule="auto"/>
        <w:ind w:firstLine="331"/>
        <w:jc w:val="both"/>
      </w:pPr>
      <w:r>
        <w:rPr>
          <w:rFonts w:ascii="Georgia" w:hAnsi="Georgia"/>
          <w:b w:val="0"/>
          <w:i w:val="0"/>
          <w:color w:val="22201D"/>
          <w:sz w:val="20"/>
        </w:rPr>
        <w:t>The door opened two inches.</w:t>
      </w:r>
    </w:p>
    <w:p>
      <w:pPr>
        <w:spacing w:after="60" w:line="266" w:lineRule="auto"/>
        <w:ind w:firstLine="331"/>
        <w:jc w:val="both"/>
      </w:pPr>
      <w:r>
        <w:rPr>
          <w:rFonts w:ascii="Georgia" w:hAnsi="Georgia"/>
          <w:b w:val="0"/>
          <w:i w:val="0"/>
          <w:color w:val="22201D"/>
          <w:sz w:val="20"/>
        </w:rPr>
        <w:t>Not enough to enter.</w:t>
      </w:r>
    </w:p>
    <w:p>
      <w:pPr>
        <w:spacing w:after="60" w:line="266" w:lineRule="auto"/>
        <w:ind w:firstLine="331"/>
        <w:jc w:val="both"/>
      </w:pPr>
      <w:r>
        <w:rPr>
          <w:rFonts w:ascii="Georgia" w:hAnsi="Georgia"/>
          <w:b w:val="0"/>
          <w:i w:val="0"/>
          <w:color w:val="22201D"/>
          <w:sz w:val="20"/>
        </w:rPr>
        <w:t>Enough to let the smell of warm bread and basil lightning move through the line like a question that had found everyone's correct name and chosen not to say it aloud yet.</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9: The Hostess Seats the Wrong Crowd Correctly</w:t>
      </w:r>
    </w:p>
    <w:p>
      <w:pPr>
        <w:spacing w:after="60" w:line="266" w:lineRule="auto"/>
        <w:ind w:firstLine="0"/>
        <w:jc w:val="both"/>
      </w:pPr>
      <w:r>
        <w:rPr>
          <w:rFonts w:ascii="Georgia" w:hAnsi="Georgia"/>
          <w:b w:val="0"/>
          <w:i w:val="0"/>
          <w:color w:val="22201D"/>
          <w:sz w:val="20"/>
        </w:rPr>
        <w:t>In which a seating chart rejects arrival order, parties become negotiable, and making room proves harder than wanting room.</w:t>
      </w:r>
    </w:p>
    <w:p>
      <w:pPr>
        <w:spacing w:after="60" w:line="266" w:lineRule="auto"/>
        <w:ind w:firstLine="331"/>
        <w:jc w:val="both"/>
      </w:pPr>
      <w:r>
        <w:rPr>
          <w:rFonts w:ascii="Georgia" w:hAnsi="Georgia"/>
          <w:b w:val="0"/>
          <w:i w:val="0"/>
          <w:color w:val="22201D"/>
          <w:sz w:val="20"/>
        </w:rPr>
        <w:t>The seating chart arrived blank, which was the most alarming thing it could have done.</w:t>
      </w:r>
    </w:p>
    <w:p>
      <w:pPr>
        <w:spacing w:after="60" w:line="266" w:lineRule="auto"/>
        <w:ind w:firstLine="331"/>
        <w:jc w:val="both"/>
      </w:pPr>
      <w:r>
        <w:rPr>
          <w:rFonts w:ascii="Georgia" w:hAnsi="Georgia"/>
          <w:b w:val="0"/>
          <w:i w:val="0"/>
          <w:color w:val="22201D"/>
          <w:sz w:val="20"/>
        </w:rPr>
        <w:t>People trusted full charts. Full charts implied there was a plan somewhere, even if the plan was unavailable, unfair, or designed by a person who had never stood beside the bathroom during a birthday dinner. A full chart had boxes. A full chart had names. A full chart had the soothing tyranny of assigned order.</w:t>
      </w:r>
    </w:p>
    <w:p>
      <w:pPr>
        <w:spacing w:after="60" w:line="266" w:lineRule="auto"/>
        <w:ind w:firstLine="331"/>
        <w:jc w:val="both"/>
      </w:pPr>
      <w:r>
        <w:rPr>
          <w:rFonts w:ascii="Georgia" w:hAnsi="Georgia"/>
          <w:b w:val="0"/>
          <w:i w:val="0"/>
          <w:color w:val="22201D"/>
          <w:sz w:val="20"/>
        </w:rPr>
        <w:t>The chart that appeared in the Hostess's hands had none of these virtues.</w:t>
      </w:r>
    </w:p>
    <w:p>
      <w:pPr>
        <w:spacing w:after="60" w:line="266" w:lineRule="auto"/>
        <w:ind w:firstLine="331"/>
        <w:jc w:val="both"/>
      </w:pPr>
      <w:r>
        <w:rPr>
          <w:rFonts w:ascii="Georgia" w:hAnsi="Georgia"/>
          <w:b w:val="0"/>
          <w:i w:val="0"/>
          <w:color w:val="22201D"/>
          <w:sz w:val="20"/>
        </w:rPr>
        <w:t>It was a single sheet of stiff cream paper with SEATING CHART printed across the top and nothing below it except a faint rectangular outline, as if the room had been asked to draw itself and had declined pending better questions.</w:t>
      </w:r>
    </w:p>
    <w:p>
      <w:pPr>
        <w:spacing w:after="60" w:line="266" w:lineRule="auto"/>
        <w:ind w:firstLine="331"/>
        <w:jc w:val="both"/>
      </w:pPr>
      <w:r>
        <w:rPr>
          <w:rFonts w:ascii="Georgia" w:hAnsi="Georgia"/>
          <w:b w:val="0"/>
          <w:i w:val="0"/>
          <w:color w:val="22201D"/>
          <w:sz w:val="20"/>
        </w:rPr>
        <w:t>The Hostess held it at the threshold.</w:t>
      </w:r>
    </w:p>
    <w:p>
      <w:pPr>
        <w:spacing w:after="60" w:line="266" w:lineRule="auto"/>
        <w:ind w:firstLine="331"/>
        <w:jc w:val="both"/>
      </w:pPr>
      <w:r>
        <w:rPr>
          <w:rFonts w:ascii="Georgia" w:hAnsi="Georgia"/>
          <w:b w:val="0"/>
          <w:i w:val="0"/>
          <w:color w:val="22201D"/>
          <w:sz w:val="20"/>
        </w:rPr>
        <w:t>The waiting list glowed chalk-white behind her.</w:t>
      </w:r>
    </w:p>
    <w:p>
      <w:pPr>
        <w:spacing w:after="60" w:line="266" w:lineRule="auto"/>
        <w:ind w:firstLine="331"/>
        <w:jc w:val="both"/>
      </w:pPr>
      <w:r>
        <w:rPr>
          <w:rFonts w:ascii="Georgia" w:hAnsi="Georgia"/>
          <w:b w:val="0"/>
          <w:i w:val="0"/>
          <w:color w:val="22201D"/>
          <w:sz w:val="20"/>
        </w:rPr>
        <w:t>The line watched the blank chart with a suspicion normally reserved for prices described as seasonal.</w:t>
      </w:r>
    </w:p>
    <w:p>
      <w:pPr>
        <w:spacing w:after="60" w:line="266" w:lineRule="auto"/>
        <w:ind w:firstLine="331"/>
        <w:jc w:val="both"/>
      </w:pPr>
      <w:r>
        <w:rPr>
          <w:rFonts w:ascii="Georgia" w:hAnsi="Georgia"/>
          <w:b w:val="0"/>
          <w:i w:val="0"/>
          <w:color w:val="22201D"/>
          <w:sz w:val="20"/>
        </w:rPr>
        <w:t>Gerald leaned over the Hostess's shoulder.</w:t>
      </w:r>
    </w:p>
    <w:p>
      <w:pPr>
        <w:spacing w:after="60" w:line="266" w:lineRule="auto"/>
        <w:ind w:firstLine="331"/>
        <w:jc w:val="both"/>
      </w:pPr>
      <w:r>
        <w:rPr>
          <w:rFonts w:ascii="Georgia" w:hAnsi="Georgia"/>
          <w:b w:val="0"/>
          <w:i w:val="0"/>
          <w:color w:val="22201D"/>
          <w:sz w:val="20"/>
        </w:rPr>
        <w:t>"That is not enough information for seating."</w:t>
      </w:r>
    </w:p>
    <w:p>
      <w:pPr>
        <w:spacing w:after="60" w:line="266" w:lineRule="auto"/>
        <w:ind w:firstLine="331"/>
        <w:jc w:val="both"/>
      </w:pPr>
      <w:r>
        <w:rPr>
          <w:rFonts w:ascii="Georgia" w:hAnsi="Georgia"/>
          <w:b w:val="0"/>
          <w:i w:val="0"/>
          <w:color w:val="22201D"/>
          <w:sz w:val="20"/>
        </w:rPr>
        <w:t>"Correct," said the Hostess.</w:t>
      </w:r>
    </w:p>
    <w:p>
      <w:pPr>
        <w:spacing w:after="60" w:line="266" w:lineRule="auto"/>
        <w:ind w:firstLine="331"/>
        <w:jc w:val="both"/>
      </w:pPr>
      <w:r>
        <w:rPr>
          <w:rFonts w:ascii="Georgia" w:hAnsi="Georgia"/>
          <w:b w:val="0"/>
          <w:i w:val="0"/>
          <w:color w:val="22201D"/>
          <w:sz w:val="20"/>
        </w:rPr>
        <w:t>"I was criticizing it."</w:t>
      </w:r>
    </w:p>
    <w:p>
      <w:pPr>
        <w:spacing w:after="60" w:line="266" w:lineRule="auto"/>
        <w:ind w:firstLine="331"/>
        <w:jc w:val="both"/>
      </w:pPr>
      <w:r>
        <w:rPr>
          <w:rFonts w:ascii="Georgia" w:hAnsi="Georgia"/>
          <w:b w:val="0"/>
          <w:i w:val="0"/>
          <w:color w:val="22201D"/>
          <w:sz w:val="20"/>
        </w:rPr>
        <w:t>"It agreed."</w:t>
      </w:r>
    </w:p>
    <w:p>
      <w:pPr>
        <w:spacing w:after="60" w:line="266" w:lineRule="auto"/>
        <w:ind w:firstLine="331"/>
        <w:jc w:val="both"/>
      </w:pPr>
      <w:r>
        <w:rPr>
          <w:rFonts w:ascii="Georgia" w:hAnsi="Georgia"/>
          <w:b w:val="0"/>
          <w:i w:val="0"/>
          <w:color w:val="22201D"/>
          <w:sz w:val="20"/>
        </w:rPr>
        <w:t>The chart printed:</w:t>
      </w:r>
    </w:p>
    <w:p>
      <w:pPr>
        <w:spacing w:after="60" w:line="250" w:lineRule="auto"/>
        <w:ind w:left="202" w:right="173"/>
      </w:pPr>
      <w:r>
        <w:rPr>
          <w:rFonts w:ascii="Georgia" w:hAnsi="Georgia"/>
          <w:b w:val="0"/>
          <w:i w:val="0"/>
          <w:color w:val="22201D"/>
          <w:sz w:val="17"/>
        </w:rPr>
        <w:t>Information insufficient because crowd is pretending to be simpler than it is.</w:t>
      </w:r>
    </w:p>
    <w:p>
      <w:pPr>
        <w:spacing w:after="60" w:line="266" w:lineRule="auto"/>
        <w:ind w:firstLine="331"/>
        <w:jc w:val="both"/>
      </w:pPr>
      <w:r>
        <w:rPr>
          <w:rFonts w:ascii="Georgia" w:hAnsi="Georgia"/>
          <w:b w:val="0"/>
          <w:i w:val="0"/>
          <w:color w:val="22201D"/>
          <w:sz w:val="20"/>
        </w:rPr>
        <w:t>Gerald narrowed his eyes.</w:t>
      </w:r>
    </w:p>
    <w:p>
      <w:pPr>
        <w:spacing w:after="60" w:line="266" w:lineRule="auto"/>
        <w:ind w:firstLine="331"/>
        <w:jc w:val="both"/>
      </w:pPr>
      <w:r>
        <w:rPr>
          <w:rFonts w:ascii="Georgia" w:hAnsi="Georgia"/>
          <w:b w:val="0"/>
          <w:i w:val="0"/>
          <w:color w:val="22201D"/>
          <w:sz w:val="20"/>
        </w:rPr>
        <w:t>"Do not make my point more poetically than I made it."</w:t>
      </w:r>
    </w:p>
    <w:p>
      <w:pPr>
        <w:spacing w:after="60" w:line="266" w:lineRule="auto"/>
        <w:ind w:firstLine="331"/>
        <w:jc w:val="both"/>
      </w:pPr>
      <w:r>
        <w:rPr>
          <w:rFonts w:ascii="Georgia" w:hAnsi="Georgia"/>
          <w:b w:val="0"/>
          <w:i w:val="0"/>
          <w:color w:val="22201D"/>
          <w:sz w:val="20"/>
        </w:rPr>
        <w:t>The chart added:</w:t>
      </w:r>
    </w:p>
    <w:p>
      <w:pPr>
        <w:spacing w:after="60" w:line="250" w:lineRule="auto"/>
        <w:ind w:left="202" w:right="173"/>
      </w:pPr>
      <w:r>
        <w:rPr>
          <w:rFonts w:ascii="Georgia" w:hAnsi="Georgia"/>
          <w:b w:val="0"/>
          <w:i w:val="0"/>
          <w:color w:val="22201D"/>
          <w:sz w:val="17"/>
        </w:rPr>
        <w:t>Safety review pending.</w:t>
      </w:r>
    </w:p>
    <w:p>
      <w:pPr>
        <w:spacing w:after="60" w:line="266" w:lineRule="auto"/>
        <w:ind w:firstLine="331"/>
        <w:jc w:val="both"/>
      </w:pPr>
      <w:r>
        <w:rPr>
          <w:rFonts w:ascii="Georgia" w:hAnsi="Georgia"/>
          <w:b w:val="0"/>
          <w:i w:val="0"/>
          <w:color w:val="22201D"/>
          <w:sz w:val="20"/>
        </w:rPr>
        <w:t>"Better."</w:t>
      </w:r>
    </w:p>
    <w:p>
      <w:pPr>
        <w:spacing w:after="60" w:line="266" w:lineRule="auto"/>
        <w:ind w:firstLine="331"/>
        <w:jc w:val="both"/>
      </w:pPr>
      <w:r>
        <w:rPr>
          <w:rFonts w:ascii="Georgia" w:hAnsi="Georgia"/>
          <w:b w:val="0"/>
          <w:i w:val="0"/>
          <w:color w:val="22201D"/>
          <w:sz w:val="20"/>
        </w:rPr>
        <w:t>Steve approached with his notebook open, already regretful in the particular way a person becomes when they know a process needs records and also know that recording it will cause the process to develop opinions.</w:t>
      </w:r>
    </w:p>
    <w:p>
      <w:pPr>
        <w:spacing w:after="60" w:line="266" w:lineRule="auto"/>
        <w:ind w:firstLine="331"/>
        <w:jc w:val="both"/>
      </w:pPr>
      <w:r>
        <w:rPr>
          <w:rFonts w:ascii="Georgia" w:hAnsi="Georgia"/>
          <w:b w:val="0"/>
          <w:i w:val="0"/>
          <w:color w:val="22201D"/>
          <w:sz w:val="20"/>
        </w:rPr>
        <w:t>"Do we have capacity?"</w:t>
      </w:r>
    </w:p>
    <w:p>
      <w:pPr>
        <w:spacing w:after="60" w:line="266" w:lineRule="auto"/>
        <w:ind w:firstLine="331"/>
        <w:jc w:val="both"/>
      </w:pPr>
      <w:r>
        <w:rPr>
          <w:rFonts w:ascii="Georgia" w:hAnsi="Georgia"/>
          <w:b w:val="0"/>
          <w:i w:val="0"/>
          <w:color w:val="22201D"/>
          <w:sz w:val="20"/>
        </w:rPr>
        <w:t>The chart printed:</w:t>
      </w:r>
    </w:p>
    <w:p>
      <w:pPr>
        <w:spacing w:after="60" w:line="250" w:lineRule="auto"/>
        <w:ind w:left="202" w:right="173"/>
      </w:pPr>
      <w:r>
        <w:rPr>
          <w:rFonts w:ascii="Georgia" w:hAnsi="Georgia"/>
          <w:b w:val="0"/>
          <w:i w:val="0"/>
          <w:color w:val="22201D"/>
          <w:sz w:val="17"/>
        </w:rPr>
        <w:t>Capacity: conditional</w:t>
      </w:r>
    </w:p>
    <w:p>
      <w:pPr>
        <w:spacing w:after="60" w:line="266" w:lineRule="auto"/>
        <w:ind w:firstLine="331"/>
        <w:jc w:val="both"/>
      </w:pPr>
      <w:r>
        <w:rPr>
          <w:rFonts w:ascii="Georgia" w:hAnsi="Georgia"/>
          <w:b w:val="0"/>
          <w:i w:val="0"/>
          <w:color w:val="22201D"/>
          <w:sz w:val="20"/>
        </w:rPr>
        <w:t>"Physical capacity?" Steve asked.</w:t>
      </w:r>
    </w:p>
    <w:p>
      <w:pPr>
        <w:spacing w:after="60" w:line="250" w:lineRule="auto"/>
        <w:ind w:left="202" w:right="173"/>
      </w:pPr>
      <w:r>
        <w:rPr>
          <w:rFonts w:ascii="Georgia" w:hAnsi="Georgia"/>
          <w:b w:val="0"/>
          <w:i w:val="0"/>
          <w:color w:val="22201D"/>
          <w:sz w:val="17"/>
        </w:rPr>
        <w:t>conditional</w:t>
      </w:r>
    </w:p>
    <w:p>
      <w:pPr>
        <w:spacing w:after="60" w:line="266" w:lineRule="auto"/>
        <w:ind w:firstLine="331"/>
        <w:jc w:val="both"/>
      </w:pPr>
      <w:r>
        <w:rPr>
          <w:rFonts w:ascii="Georgia" w:hAnsi="Georgia"/>
          <w:b w:val="0"/>
          <w:i w:val="0"/>
          <w:color w:val="22201D"/>
          <w:sz w:val="20"/>
        </w:rPr>
        <w:t>"Moral capacity?"</w:t>
      </w:r>
    </w:p>
    <w:p>
      <w:pPr>
        <w:spacing w:after="60" w:line="250" w:lineRule="auto"/>
        <w:ind w:left="202" w:right="173"/>
      </w:pPr>
      <w:r>
        <w:rPr>
          <w:rFonts w:ascii="Georgia" w:hAnsi="Georgia"/>
          <w:b w:val="0"/>
          <w:i w:val="0"/>
          <w:color w:val="22201D"/>
          <w:sz w:val="17"/>
        </w:rPr>
        <w:t>conditional</w:t>
      </w:r>
    </w:p>
    <w:p>
      <w:pPr>
        <w:spacing w:after="60" w:line="266" w:lineRule="auto"/>
        <w:ind w:firstLine="331"/>
        <w:jc w:val="both"/>
      </w:pPr>
      <w:r>
        <w:rPr>
          <w:rFonts w:ascii="Georgia" w:hAnsi="Georgia"/>
          <w:b w:val="0"/>
          <w:i w:val="0"/>
          <w:color w:val="22201D"/>
          <w:sz w:val="20"/>
        </w:rPr>
        <w:t>"Fire code capacity?"</w:t>
      </w:r>
    </w:p>
    <w:p>
      <w:pPr>
        <w:spacing w:after="60" w:line="266" w:lineRule="auto"/>
        <w:ind w:firstLine="331"/>
        <w:jc w:val="both"/>
      </w:pPr>
      <w:r>
        <w:rPr>
          <w:rFonts w:ascii="Georgia" w:hAnsi="Georgia"/>
          <w:b w:val="0"/>
          <w:i w:val="0"/>
          <w:color w:val="22201D"/>
          <w:sz w:val="20"/>
        </w:rPr>
        <w:t>Gerald said, "Do not give it options."</w:t>
      </w:r>
    </w:p>
    <w:p>
      <w:pPr>
        <w:spacing w:after="60" w:line="266" w:lineRule="auto"/>
        <w:ind w:firstLine="331"/>
        <w:jc w:val="both"/>
      </w:pPr>
      <w:r>
        <w:rPr>
          <w:rFonts w:ascii="Georgia" w:hAnsi="Georgia"/>
          <w:b w:val="0"/>
          <w:i w:val="0"/>
          <w:color w:val="22201D"/>
          <w:sz w:val="20"/>
        </w:rPr>
        <w:t>The chart printed:</w:t>
      </w:r>
    </w:p>
    <w:p>
      <w:pPr>
        <w:spacing w:after="60" w:line="250" w:lineRule="auto"/>
        <w:ind w:left="202" w:right="173"/>
      </w:pPr>
      <w:r>
        <w:rPr>
          <w:rFonts w:ascii="Georgia" w:hAnsi="Georgia"/>
          <w:b w:val="0"/>
          <w:i w:val="0"/>
          <w:color w:val="22201D"/>
          <w:sz w:val="17"/>
        </w:rPr>
        <w:t>Fire code: Gerald has veto</w:t>
      </w:r>
    </w:p>
    <w:p>
      <w:pPr>
        <w:spacing w:after="60" w:line="266" w:lineRule="auto"/>
        <w:ind w:firstLine="331"/>
        <w:jc w:val="both"/>
      </w:pPr>
      <w:r>
        <w:rPr>
          <w:rFonts w:ascii="Georgia" w:hAnsi="Georgia"/>
          <w:b w:val="0"/>
          <w:i w:val="0"/>
          <w:color w:val="22201D"/>
          <w:sz w:val="20"/>
        </w:rPr>
        <w:t>Gerald pointed at the paper.</w:t>
      </w:r>
    </w:p>
    <w:p>
      <w:pPr>
        <w:spacing w:after="60" w:line="266" w:lineRule="auto"/>
        <w:ind w:firstLine="331"/>
        <w:jc w:val="both"/>
      </w:pPr>
      <w:r>
        <w:rPr>
          <w:rFonts w:ascii="Georgia" w:hAnsi="Georgia"/>
          <w:b w:val="0"/>
          <w:i w:val="0"/>
          <w:color w:val="22201D"/>
          <w:sz w:val="20"/>
        </w:rPr>
        <w:t>"That is the first useful sentence today."</w:t>
      </w:r>
    </w:p>
    <w:p>
      <w:pPr>
        <w:spacing w:after="60" w:line="266" w:lineRule="auto"/>
        <w:ind w:firstLine="331"/>
        <w:jc w:val="both"/>
      </w:pPr>
      <w:r>
        <w:rPr>
          <w:rFonts w:ascii="Georgia" w:hAnsi="Georgia"/>
          <w:b w:val="0"/>
          <w:i w:val="0"/>
          <w:color w:val="22201D"/>
          <w:sz w:val="20"/>
        </w:rPr>
        <w:t>The Hostess turned the chart toward the line.</w:t>
      </w:r>
    </w:p>
    <w:p>
      <w:pPr>
        <w:spacing w:after="60" w:line="266" w:lineRule="auto"/>
        <w:ind w:firstLine="331"/>
        <w:jc w:val="both"/>
      </w:pPr>
      <w:r>
        <w:rPr>
          <w:rFonts w:ascii="Georgia" w:hAnsi="Georgia"/>
          <w:b w:val="0"/>
          <w:i w:val="0"/>
          <w:color w:val="22201D"/>
          <w:sz w:val="20"/>
        </w:rPr>
        <w:t>"The waiting list has corrected six names. The room can seat some of them now."</w:t>
      </w:r>
    </w:p>
    <w:p>
      <w:pPr>
        <w:spacing w:after="60" w:line="266" w:lineRule="auto"/>
        <w:ind w:firstLine="331"/>
        <w:jc w:val="both"/>
      </w:pPr>
      <w:r>
        <w:rPr>
          <w:rFonts w:ascii="Georgia" w:hAnsi="Georgia"/>
          <w:b w:val="0"/>
          <w:i w:val="0"/>
          <w:color w:val="22201D"/>
          <w:sz w:val="20"/>
        </w:rPr>
        <w:t>Martin lifted his waitlist card.</w:t>
      </w:r>
    </w:p>
    <w:p>
      <w:pPr>
        <w:spacing w:after="60" w:line="266" w:lineRule="auto"/>
        <w:ind w:firstLine="331"/>
        <w:jc w:val="both"/>
      </w:pPr>
      <w:r>
        <w:rPr>
          <w:rFonts w:ascii="Georgia" w:hAnsi="Georgia"/>
          <w:b w:val="0"/>
          <w:i w:val="0"/>
          <w:color w:val="22201D"/>
          <w:sz w:val="20"/>
        </w:rPr>
        <w:t>"Some?"</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"Does some mean me?"</w:t>
      </w:r>
    </w:p>
    <w:p>
      <w:pPr>
        <w:spacing w:after="60" w:line="266" w:lineRule="auto"/>
        <w:ind w:firstLine="331"/>
        <w:jc w:val="both"/>
      </w:pPr>
      <w:r>
        <w:rPr>
          <w:rFonts w:ascii="Georgia" w:hAnsi="Georgia"/>
          <w:b w:val="0"/>
          <w:i w:val="0"/>
          <w:color w:val="22201D"/>
          <w:sz w:val="20"/>
        </w:rPr>
        <w:t>"It means some."</w:t>
      </w:r>
    </w:p>
    <w:p>
      <w:pPr>
        <w:spacing w:after="60" w:line="266" w:lineRule="auto"/>
        <w:ind w:firstLine="331"/>
        <w:jc w:val="both"/>
      </w:pPr>
      <w:r>
        <w:rPr>
          <w:rFonts w:ascii="Georgia" w:hAnsi="Georgia"/>
          <w:b w:val="0"/>
          <w:i w:val="0"/>
          <w:color w:val="22201D"/>
          <w:sz w:val="20"/>
        </w:rPr>
        <w:t>Martin lowered the card.</w:t>
      </w:r>
    </w:p>
    <w:p>
      <w:pPr>
        <w:spacing w:after="60" w:line="266" w:lineRule="auto"/>
        <w:ind w:firstLine="331"/>
        <w:jc w:val="both"/>
      </w:pPr>
      <w:r>
        <w:rPr>
          <w:rFonts w:ascii="Georgia" w:hAnsi="Georgia"/>
          <w:b w:val="0"/>
          <w:i w:val="0"/>
          <w:color w:val="22201D"/>
          <w:sz w:val="20"/>
        </w:rPr>
        <w:t>"I continue to dislike accuracy."</w:t>
      </w:r>
    </w:p>
    <w:p>
      <w:pPr>
        <w:spacing w:after="60" w:line="266" w:lineRule="auto"/>
        <w:ind w:firstLine="331"/>
        <w:jc w:val="both"/>
      </w:pPr>
      <w:r>
        <w:rPr>
          <w:rFonts w:ascii="Georgia" w:hAnsi="Georgia"/>
          <w:b w:val="0"/>
          <w:i w:val="0"/>
          <w:color w:val="22201D"/>
          <w:sz w:val="20"/>
        </w:rPr>
        <w:t>The chalk behind him wrote:</w:t>
      </w:r>
    </w:p>
    <w:p>
      <w:pPr>
        <w:spacing w:after="60" w:line="250" w:lineRule="auto"/>
        <w:ind w:left="202" w:right="173"/>
      </w:pPr>
      <w:r>
        <w:rPr>
          <w:rFonts w:ascii="Georgia" w:hAnsi="Georgia"/>
          <w:b w:val="0"/>
          <w:i w:val="0"/>
          <w:color w:val="22201D"/>
          <w:sz w:val="17"/>
        </w:rPr>
        <w:t>Complaint specific: improving</w:t>
      </w:r>
    </w:p>
    <w:p>
      <w:pPr>
        <w:spacing w:after="60" w:line="266" w:lineRule="auto"/>
        <w:ind w:firstLine="331"/>
        <w:jc w:val="both"/>
      </w:pPr>
      <w:r>
        <w:rPr>
          <w:rFonts w:ascii="Georgia" w:hAnsi="Georgia"/>
          <w:b w:val="0"/>
          <w:i w:val="0"/>
          <w:color w:val="22201D"/>
          <w:sz w:val="20"/>
        </w:rPr>
        <w:t>Nico, who had managed not to touch their camera for nineteen minutes and had therefore become unbearable to themself in a new way, said, "If we are not seated by line order, what are we seated by?"</w:t>
      </w:r>
    </w:p>
    <w:p>
      <w:pPr>
        <w:spacing w:after="60" w:line="266" w:lineRule="auto"/>
        <w:ind w:firstLine="331"/>
        <w:jc w:val="both"/>
      </w:pPr>
      <w:r>
        <w:rPr>
          <w:rFonts w:ascii="Georgia" w:hAnsi="Georgia"/>
          <w:b w:val="0"/>
          <w:i w:val="0"/>
          <w:color w:val="22201D"/>
          <w:sz w:val="20"/>
        </w:rPr>
        <w:t>"By what the room can safely hold," said the Hostess.</w:t>
      </w:r>
    </w:p>
    <w:p>
      <w:pPr>
        <w:spacing w:after="60" w:line="266" w:lineRule="auto"/>
        <w:ind w:firstLine="331"/>
        <w:jc w:val="both"/>
      </w:pPr>
      <w:r>
        <w:rPr>
          <w:rFonts w:ascii="Georgia" w:hAnsi="Georgia"/>
          <w:b w:val="0"/>
          <w:i w:val="0"/>
          <w:color w:val="22201D"/>
          <w:sz w:val="20"/>
        </w:rPr>
        <w:t>"So by capacity."</w:t>
      </w:r>
    </w:p>
    <w:p>
      <w:pPr>
        <w:spacing w:after="60" w:line="266" w:lineRule="auto"/>
        <w:ind w:firstLine="331"/>
        <w:jc w:val="both"/>
      </w:pPr>
      <w:r>
        <w:rPr>
          <w:rFonts w:ascii="Georgia" w:hAnsi="Georgia"/>
          <w:b w:val="0"/>
          <w:i w:val="0"/>
          <w:color w:val="22201D"/>
          <w:sz w:val="20"/>
        </w:rPr>
        <w:t>"Partly."</w:t>
      </w:r>
    </w:p>
    <w:p>
      <w:pPr>
        <w:spacing w:after="60" w:line="266" w:lineRule="auto"/>
        <w:ind w:firstLine="331"/>
        <w:jc w:val="both"/>
      </w:pPr>
      <w:r>
        <w:rPr>
          <w:rFonts w:ascii="Georgia" w:hAnsi="Georgia"/>
          <w:b w:val="0"/>
          <w:i w:val="0"/>
          <w:color w:val="22201D"/>
          <w:sz w:val="20"/>
        </w:rPr>
        <w:t>"By need?"</w:t>
      </w:r>
    </w:p>
    <w:p>
      <w:pPr>
        <w:spacing w:after="60" w:line="266" w:lineRule="auto"/>
        <w:ind w:firstLine="331"/>
        <w:jc w:val="both"/>
      </w:pPr>
      <w:r>
        <w:rPr>
          <w:rFonts w:ascii="Georgia" w:hAnsi="Georgia"/>
          <w:b w:val="0"/>
          <w:i w:val="0"/>
          <w:color w:val="22201D"/>
          <w:sz w:val="20"/>
        </w:rPr>
        <w:t>"Partly."</w:t>
      </w:r>
    </w:p>
    <w:p>
      <w:pPr>
        <w:spacing w:after="60" w:line="266" w:lineRule="auto"/>
        <w:ind w:firstLine="331"/>
        <w:jc w:val="both"/>
      </w:pPr>
      <w:r>
        <w:rPr>
          <w:rFonts w:ascii="Georgia" w:hAnsi="Georgia"/>
          <w:b w:val="0"/>
          <w:i w:val="0"/>
          <w:color w:val="22201D"/>
          <w:sz w:val="20"/>
        </w:rPr>
        <w:t>"By whether we said the humiliating thing correctly?"</w:t>
      </w:r>
    </w:p>
    <w:p>
      <w:pPr>
        <w:spacing w:after="60" w:line="266" w:lineRule="auto"/>
        <w:ind w:firstLine="331"/>
        <w:jc w:val="both"/>
      </w:pPr>
      <w:r>
        <w:rPr>
          <w:rFonts w:ascii="Georgia" w:hAnsi="Georgia"/>
          <w:b w:val="0"/>
          <w:i w:val="0"/>
          <w:color w:val="22201D"/>
          <w:sz w:val="20"/>
        </w:rPr>
        <w:t>"Partly."</w:t>
      </w:r>
    </w:p>
    <w:p>
      <w:pPr>
        <w:spacing w:after="60" w:line="266" w:lineRule="auto"/>
        <w:ind w:firstLine="331"/>
        <w:jc w:val="both"/>
      </w:pPr>
      <w:r>
        <w:rPr>
          <w:rFonts w:ascii="Georgia" w:hAnsi="Georgia"/>
          <w:b w:val="0"/>
          <w:i w:val="0"/>
          <w:color w:val="22201D"/>
          <w:sz w:val="20"/>
        </w:rPr>
        <w:t>"That is too many partlies."</w:t>
      </w:r>
    </w:p>
    <w:p>
      <w:pPr>
        <w:spacing w:after="60" w:line="266" w:lineRule="auto"/>
        <w:ind w:firstLine="331"/>
        <w:jc w:val="both"/>
      </w:pPr>
      <w:r>
        <w:rPr>
          <w:rFonts w:ascii="Georgia" w:hAnsi="Georgia"/>
          <w:b w:val="0"/>
          <w:i w:val="0"/>
          <w:color w:val="22201D"/>
          <w:sz w:val="20"/>
        </w:rPr>
        <w:t>"No," said the Hostess. "That is people."</w:t>
      </w:r>
    </w:p>
    <w:p>
      <w:pPr>
        <w:spacing w:after="60" w:line="266" w:lineRule="auto"/>
        <w:ind w:firstLine="331"/>
        <w:jc w:val="both"/>
      </w:pPr>
      <w:r>
        <w:rPr>
          <w:rFonts w:ascii="Georgia" w:hAnsi="Georgia"/>
          <w:b w:val="0"/>
          <w:i w:val="0"/>
          <w:color w:val="22201D"/>
          <w:sz w:val="20"/>
        </w:rPr>
        <w:t>Clara, still holding PORTLAND'S BITES like a folded shield that had lost the war, said, "I came with Evan."</w:t>
      </w:r>
    </w:p>
    <w:p>
      <w:pPr>
        <w:spacing w:after="60" w:line="266" w:lineRule="auto"/>
        <w:ind w:firstLine="331"/>
        <w:jc w:val="both"/>
      </w:pPr>
      <w:r>
        <w:rPr>
          <w:rFonts w:ascii="Georgia" w:hAnsi="Georgia"/>
          <w:b w:val="0"/>
          <w:i w:val="0"/>
          <w:color w:val="22201D"/>
          <w:sz w:val="20"/>
        </w:rPr>
        <w:t>Evan said, "You brought me as proof of a party."</w:t>
      </w:r>
    </w:p>
    <w:p>
      <w:pPr>
        <w:spacing w:after="60" w:line="266" w:lineRule="auto"/>
        <w:ind w:firstLine="331"/>
        <w:jc w:val="both"/>
      </w:pPr>
      <w:r>
        <w:rPr>
          <w:rFonts w:ascii="Georgia" w:hAnsi="Georgia"/>
          <w:b w:val="0"/>
          <w:i w:val="0"/>
          <w:color w:val="22201D"/>
          <w:sz w:val="20"/>
        </w:rPr>
        <w:t>"I brought you because we were having lunch."</w:t>
      </w:r>
    </w:p>
    <w:p>
      <w:pPr>
        <w:spacing w:after="60" w:line="266" w:lineRule="auto"/>
        <w:ind w:firstLine="331"/>
        <w:jc w:val="both"/>
      </w:pPr>
      <w:r>
        <w:rPr>
          <w:rFonts w:ascii="Georgia" w:hAnsi="Georgia"/>
          <w:b w:val="0"/>
          <w:i w:val="0"/>
          <w:color w:val="22201D"/>
          <w:sz w:val="20"/>
        </w:rPr>
        <w:t>"You brought me because having lunch sounded less lonely than scouting value."</w:t>
      </w:r>
    </w:p>
    <w:p>
      <w:pPr>
        <w:spacing w:after="60" w:line="266" w:lineRule="auto"/>
        <w:ind w:firstLine="331"/>
        <w:jc w:val="both"/>
      </w:pPr>
      <w:r>
        <w:rPr>
          <w:rFonts w:ascii="Georgia" w:hAnsi="Georgia"/>
          <w:b w:val="0"/>
          <w:i w:val="0"/>
          <w:color w:val="22201D"/>
          <w:sz w:val="20"/>
        </w:rPr>
        <w:t>The waiting list wrote:</w:t>
      </w:r>
    </w:p>
    <w:p>
      <w:pPr>
        <w:spacing w:after="60" w:line="250" w:lineRule="auto"/>
        <w:ind w:left="202" w:right="173"/>
      </w:pPr>
      <w:r>
        <w:rPr>
          <w:rFonts w:ascii="Georgia" w:hAnsi="Georgia"/>
          <w:b w:val="0"/>
          <w:i w:val="0"/>
          <w:color w:val="22201D"/>
          <w:sz w:val="17"/>
        </w:rPr>
        <w:t>Party dispute: still active</w:t>
      </w:r>
    </w:p>
    <w:p>
      <w:pPr>
        <w:spacing w:after="60" w:line="266" w:lineRule="auto"/>
        <w:ind w:firstLine="331"/>
        <w:jc w:val="both"/>
      </w:pPr>
      <w:r>
        <w:rPr>
          <w:rFonts w:ascii="Georgia" w:hAnsi="Georgia"/>
          <w:b w:val="0"/>
          <w:i w:val="0"/>
          <w:color w:val="22201D"/>
          <w:sz w:val="20"/>
        </w:rPr>
        <w:t>Clara glared at the chalk.</w:t>
      </w:r>
    </w:p>
    <w:p>
      <w:pPr>
        <w:spacing w:after="60" w:line="266" w:lineRule="auto"/>
        <w:ind w:firstLine="331"/>
        <w:jc w:val="both"/>
      </w:pPr>
      <w:r>
        <w:rPr>
          <w:rFonts w:ascii="Georgia" w:hAnsi="Georgia"/>
          <w:b w:val="0"/>
          <w:i w:val="0"/>
          <w:color w:val="22201D"/>
          <w:sz w:val="20"/>
        </w:rPr>
        <w:t>"You are not invited into this."</w:t>
      </w:r>
    </w:p>
    <w:p>
      <w:pPr>
        <w:spacing w:after="60" w:line="250" w:lineRule="auto"/>
        <w:ind w:left="202" w:right="173"/>
      </w:pPr>
      <w:r>
        <w:rPr>
          <w:rFonts w:ascii="Georgia" w:hAnsi="Georgia"/>
          <w:b w:val="0"/>
          <w:i w:val="0"/>
          <w:color w:val="22201D"/>
          <w:sz w:val="17"/>
        </w:rPr>
        <w:t>Already on wall.</w:t>
      </w:r>
    </w:p>
    <w:p>
      <w:pPr>
        <w:spacing w:after="60" w:line="266" w:lineRule="auto"/>
        <w:ind w:firstLine="331"/>
        <w:jc w:val="both"/>
      </w:pPr>
      <w:r>
        <w:rPr>
          <w:rFonts w:ascii="Georgia" w:hAnsi="Georgia"/>
          <w:b w:val="0"/>
          <w:i w:val="0"/>
          <w:color w:val="22201D"/>
          <w:sz w:val="20"/>
        </w:rPr>
        <w:t>Auditor Ives cleared his throat.</w:t>
      </w:r>
    </w:p>
    <w:p>
      <w:pPr>
        <w:spacing w:after="60" w:line="266" w:lineRule="auto"/>
        <w:ind w:firstLine="331"/>
        <w:jc w:val="both"/>
      </w:pPr>
      <w:r>
        <w:rPr>
          <w:rFonts w:ascii="Georgia" w:hAnsi="Georgia"/>
          <w:b w:val="0"/>
          <w:i w:val="0"/>
          <w:color w:val="22201D"/>
          <w:sz w:val="20"/>
        </w:rPr>
        <w:t>"A seating chart that separates parties without consent may create complaints."</w:t>
      </w:r>
    </w:p>
    <w:p>
      <w:pPr>
        <w:spacing w:after="60" w:line="266" w:lineRule="auto"/>
        <w:ind w:firstLine="331"/>
        <w:jc w:val="both"/>
      </w:pPr>
      <w:r>
        <w:rPr>
          <w:rFonts w:ascii="Georgia" w:hAnsi="Georgia"/>
          <w:b w:val="0"/>
          <w:i w:val="0"/>
          <w:color w:val="22201D"/>
          <w:sz w:val="20"/>
        </w:rPr>
        <w:t>"Yes," said the Hostess.</w:t>
      </w:r>
    </w:p>
    <w:p>
      <w:pPr>
        <w:spacing w:after="60" w:line="266" w:lineRule="auto"/>
        <w:ind w:firstLine="331"/>
        <w:jc w:val="both"/>
      </w:pPr>
      <w:r>
        <w:rPr>
          <w:rFonts w:ascii="Georgia" w:hAnsi="Georgia"/>
          <w:b w:val="0"/>
          <w:i w:val="0"/>
          <w:color w:val="22201D"/>
          <w:sz w:val="20"/>
        </w:rPr>
        <w:t>"You are comfortable with that?"</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Ives waited.</w:t>
      </w:r>
    </w:p>
    <w:p>
      <w:pPr>
        <w:spacing w:after="60" w:line="266" w:lineRule="auto"/>
        <w:ind w:firstLine="331"/>
        <w:jc w:val="both"/>
      </w:pPr>
      <w:r>
        <w:rPr>
          <w:rFonts w:ascii="Georgia" w:hAnsi="Georgia"/>
          <w:b w:val="0"/>
          <w:i w:val="0"/>
          <w:color w:val="22201D"/>
          <w:sz w:val="20"/>
        </w:rPr>
        <w:t>The Hostess did not soften the answer.</w:t>
      </w:r>
    </w:p>
    <w:p>
      <w:pPr>
        <w:spacing w:after="60" w:line="266" w:lineRule="auto"/>
        <w:ind w:firstLine="331"/>
        <w:jc w:val="both"/>
      </w:pPr>
      <w:r>
        <w:rPr>
          <w:rFonts w:ascii="Georgia" w:hAnsi="Georgia"/>
          <w:b w:val="0"/>
          <w:i w:val="0"/>
          <w:color w:val="22201D"/>
          <w:sz w:val="20"/>
        </w:rPr>
        <w:t>"Comfort is not the standard."</w:t>
      </w:r>
    </w:p>
    <w:p>
      <w:pPr>
        <w:spacing w:after="60" w:line="266" w:lineRule="auto"/>
        <w:ind w:firstLine="331"/>
        <w:jc w:val="both"/>
      </w:pPr>
      <w:r>
        <w:rPr>
          <w:rFonts w:ascii="Georgia" w:hAnsi="Georgia"/>
          <w:b w:val="0"/>
          <w:i w:val="0"/>
          <w:color w:val="22201D"/>
          <w:sz w:val="20"/>
        </w:rPr>
        <w:t>This caused a small disturbance in the line because several people had assumed comfort was the hidden standard of all hospitality, even when the hospitality claimed otherwise. They had assumed discomfort was a service failure unless it could be photographed as authenticity.</w:t>
      </w:r>
    </w:p>
    <w:p>
      <w:pPr>
        <w:spacing w:after="60" w:line="266" w:lineRule="auto"/>
        <w:ind w:firstLine="331"/>
        <w:jc w:val="both"/>
      </w:pPr>
      <w:r>
        <w:rPr>
          <w:rFonts w:ascii="Georgia" w:hAnsi="Georgia"/>
          <w:b w:val="0"/>
          <w:i w:val="0"/>
          <w:color w:val="22201D"/>
          <w:sz w:val="20"/>
        </w:rPr>
        <w:t>The seating chart printed its first line:</w:t>
      </w:r>
    </w:p>
    <w:p>
      <w:pPr>
        <w:spacing w:after="60" w:line="250" w:lineRule="auto"/>
        <w:ind w:left="202" w:right="173"/>
      </w:pPr>
      <w:r>
        <w:rPr>
          <w:rFonts w:ascii="Georgia" w:hAnsi="Georgia"/>
          <w:b w:val="0"/>
          <w:i w:val="0"/>
          <w:color w:val="22201D"/>
          <w:sz w:val="17"/>
        </w:rPr>
        <w:t>STANDARD: make room without lying about what occupies it</w:t>
      </w:r>
    </w:p>
    <w:p>
      <w:pPr>
        <w:spacing w:after="60" w:line="266" w:lineRule="auto"/>
        <w:ind w:firstLine="331"/>
        <w:jc w:val="both"/>
      </w:pPr>
      <w:r>
        <w:rPr>
          <w:rFonts w:ascii="Georgia" w:hAnsi="Georgia"/>
          <w:b w:val="0"/>
          <w:i w:val="0"/>
          <w:color w:val="22201D"/>
          <w:sz w:val="20"/>
        </w:rPr>
        <w:t>The room inside Emoji Soup shifted.</w:t>
      </w:r>
    </w:p>
    <w:p>
      <w:pPr>
        <w:spacing w:after="60" w:line="266" w:lineRule="auto"/>
        <w:ind w:firstLine="331"/>
        <w:jc w:val="both"/>
      </w:pPr>
      <w:r>
        <w:rPr>
          <w:rFonts w:ascii="Georgia" w:hAnsi="Georgia"/>
          <w:b w:val="0"/>
          <w:i w:val="0"/>
          <w:color w:val="22201D"/>
          <w:sz w:val="20"/>
        </w:rPr>
        <w:t>Not physically, though Gerald checked.</w:t>
      </w:r>
    </w:p>
    <w:p>
      <w:pPr>
        <w:spacing w:after="60" w:line="266" w:lineRule="auto"/>
        <w:ind w:firstLine="331"/>
        <w:jc w:val="both"/>
      </w:pPr>
      <w:r>
        <w:rPr>
          <w:rFonts w:ascii="Georgia" w:hAnsi="Georgia"/>
          <w:b w:val="0"/>
          <w:i w:val="0"/>
          <w:color w:val="22201D"/>
          <w:sz w:val="20"/>
        </w:rPr>
        <w:t>The tables were still tables. The chairs were still chairs. The small sauce table still held Pineapple Thai Basil Lightning under its sealed warning label, bright enough to look disobedient while remaining technically compliant. The aisle to the kitchen remained clear. The hand sink remained reachable. The door opened inward, outward, and in a third direction Gerald had marked as "not for public use without better signage."</w:t>
      </w:r>
    </w:p>
    <w:p>
      <w:pPr>
        <w:spacing w:after="60" w:line="266" w:lineRule="auto"/>
        <w:ind w:firstLine="331"/>
        <w:jc w:val="both"/>
      </w:pPr>
      <w:r>
        <w:rPr>
          <w:rFonts w:ascii="Georgia" w:hAnsi="Georgia"/>
          <w:b w:val="0"/>
          <w:i w:val="0"/>
          <w:color w:val="22201D"/>
          <w:sz w:val="20"/>
        </w:rPr>
        <w:t>Yet the room looked less empty than it had a moment before.</w:t>
      </w:r>
    </w:p>
    <w:p>
      <w:pPr>
        <w:spacing w:after="60" w:line="266" w:lineRule="auto"/>
        <w:ind w:firstLine="331"/>
        <w:jc w:val="both"/>
      </w:pPr>
      <w:r>
        <w:rPr>
          <w:rFonts w:ascii="Georgia" w:hAnsi="Georgia"/>
          <w:b w:val="0"/>
          <w:i w:val="0"/>
          <w:color w:val="22201D"/>
          <w:sz w:val="20"/>
        </w:rPr>
        <w:t>It had begun to reveal what people were carrying into it.</w:t>
      </w:r>
    </w:p>
    <w:p>
      <w:pPr>
        <w:spacing w:after="60" w:line="266" w:lineRule="auto"/>
        <w:ind w:firstLine="331"/>
        <w:jc w:val="both"/>
      </w:pPr>
      <w:r>
        <w:rPr>
          <w:rFonts w:ascii="Georgia" w:hAnsi="Georgia"/>
          <w:b w:val="0"/>
          <w:i w:val="0"/>
          <w:color w:val="22201D"/>
          <w:sz w:val="20"/>
        </w:rPr>
        <w:t>The seating chart drew the first table:</w:t>
      </w:r>
    </w:p>
    <w:p>
      <w:pPr>
        <w:spacing w:after="60" w:line="250" w:lineRule="auto"/>
        <w:ind w:left="202" w:right="173"/>
      </w:pPr>
      <w:r>
        <w:rPr>
          <w:rFonts w:ascii="Georgia" w:hAnsi="Georgia"/>
          <w:b w:val="0"/>
          <w:i w:val="0"/>
          <w:color w:val="22201D"/>
          <w:sz w:val="17"/>
        </w:rPr>
        <w:t>TABLE ONE Seats: 3 Purpose: stop confusing evidence with entry</w:t>
      </w:r>
    </w:p>
    <w:p>
      <w:pPr>
        <w:spacing w:after="60" w:line="266" w:lineRule="auto"/>
        <w:ind w:firstLine="331"/>
        <w:jc w:val="both"/>
      </w:pPr>
      <w:r>
        <w:rPr>
          <w:rFonts w:ascii="Georgia" w:hAnsi="Georgia"/>
          <w:b w:val="0"/>
          <w:i w:val="0"/>
          <w:color w:val="22201D"/>
          <w:sz w:val="20"/>
        </w:rPr>
        <w:t>Nico said, "I feel implicated."</w:t>
      </w:r>
    </w:p>
    <w:p>
      <w:pPr>
        <w:spacing w:after="60" w:line="266" w:lineRule="auto"/>
        <w:ind w:firstLine="331"/>
        <w:jc w:val="both"/>
      </w:pPr>
      <w:r>
        <w:rPr>
          <w:rFonts w:ascii="Georgia" w:hAnsi="Georgia"/>
          <w:b w:val="0"/>
          <w:i w:val="0"/>
          <w:color w:val="22201D"/>
          <w:sz w:val="20"/>
        </w:rPr>
        <w:t>"Good," said Mara.</w:t>
      </w:r>
    </w:p>
    <w:p>
      <w:pPr>
        <w:spacing w:after="60" w:line="266" w:lineRule="auto"/>
        <w:ind w:firstLine="331"/>
        <w:jc w:val="both"/>
      </w:pPr>
      <w:r>
        <w:rPr>
          <w:rFonts w:ascii="Georgia" w:hAnsi="Georgia"/>
          <w:b w:val="0"/>
          <w:i w:val="0"/>
          <w:color w:val="22201D"/>
          <w:sz w:val="20"/>
        </w:rPr>
        <w:t>"I did not ask you."</w:t>
      </w:r>
    </w:p>
    <w:p>
      <w:pPr>
        <w:spacing w:after="60" w:line="266" w:lineRule="auto"/>
        <w:ind w:firstLine="331"/>
        <w:jc w:val="both"/>
      </w:pPr>
      <w:r>
        <w:rPr>
          <w:rFonts w:ascii="Georgia" w:hAnsi="Georgia"/>
          <w:b w:val="0"/>
          <w:i w:val="0"/>
          <w:color w:val="22201D"/>
          <w:sz w:val="20"/>
        </w:rPr>
        <w:t>"You did not have to."</w:t>
      </w:r>
    </w:p>
    <w:p>
      <w:pPr>
        <w:spacing w:after="60" w:line="266" w:lineRule="auto"/>
        <w:ind w:firstLine="331"/>
        <w:jc w:val="both"/>
      </w:pPr>
      <w:r>
        <w:rPr>
          <w:rFonts w:ascii="Georgia" w:hAnsi="Georgia"/>
          <w:b w:val="0"/>
          <w:i w:val="0"/>
          <w:color w:val="22201D"/>
          <w:sz w:val="20"/>
        </w:rPr>
        <w:t>The chart printed beneath Table One:</w:t>
      </w:r>
    </w:p>
    <w:p>
      <w:pPr>
        <w:spacing w:after="60" w:line="250" w:lineRule="auto"/>
        <w:ind w:left="202" w:right="173"/>
      </w:pPr>
      <w:r>
        <w:rPr>
          <w:rFonts w:ascii="Georgia" w:hAnsi="Georgia"/>
          <w:b w:val="0"/>
          <w:i w:val="0"/>
          <w:color w:val="22201D"/>
          <w:sz w:val="17"/>
        </w:rPr>
        <w:t>Seat A: wants-proof-of-seeing Seat B: wants-procedure-before-surprise Seat C: open for witness without capture</w:t>
      </w:r>
    </w:p>
    <w:p>
      <w:pPr>
        <w:spacing w:after="60" w:line="266" w:lineRule="auto"/>
        <w:ind w:firstLine="331"/>
        <w:jc w:val="both"/>
      </w:pPr>
      <w:r>
        <w:rPr>
          <w:rFonts w:ascii="Georgia" w:hAnsi="Georgia"/>
          <w:b w:val="0"/>
          <w:i w:val="0"/>
          <w:color w:val="22201D"/>
          <w:sz w:val="20"/>
        </w:rPr>
        <w:t>Auditor Ives read it twice.</w:t>
      </w:r>
    </w:p>
    <w:p>
      <w:pPr>
        <w:spacing w:after="60" w:line="266" w:lineRule="auto"/>
        <w:ind w:firstLine="331"/>
        <w:jc w:val="both"/>
      </w:pPr>
      <w:r>
        <w:rPr>
          <w:rFonts w:ascii="Georgia" w:hAnsi="Georgia"/>
          <w:b w:val="0"/>
          <w:i w:val="0"/>
          <w:color w:val="22201D"/>
          <w:sz w:val="20"/>
        </w:rPr>
        <w:t>"I am not dining with a camera problem."</w:t>
      </w:r>
    </w:p>
    <w:p>
      <w:pPr>
        <w:spacing w:after="60" w:line="266" w:lineRule="auto"/>
        <w:ind w:firstLine="331"/>
        <w:jc w:val="both"/>
      </w:pPr>
      <w:r>
        <w:rPr>
          <w:rFonts w:ascii="Georgia" w:hAnsi="Georgia"/>
          <w:b w:val="0"/>
          <w:i w:val="0"/>
          <w:color w:val="22201D"/>
          <w:sz w:val="20"/>
        </w:rPr>
        <w:t>Nico said, "I am not dining with an enforcement problem."</w:t>
      </w:r>
    </w:p>
    <w:p>
      <w:pPr>
        <w:spacing w:after="60" w:line="266" w:lineRule="auto"/>
        <w:ind w:firstLine="331"/>
        <w:jc w:val="both"/>
      </w:pPr>
      <w:r>
        <w:rPr>
          <w:rFonts w:ascii="Georgia" w:hAnsi="Georgia"/>
          <w:b w:val="0"/>
          <w:i w:val="0"/>
          <w:color w:val="22201D"/>
          <w:sz w:val="20"/>
        </w:rPr>
        <w:t>The Hostess said, "Correct. Neither of those is the seated name."</w:t>
      </w:r>
    </w:p>
    <w:p>
      <w:pPr>
        <w:spacing w:after="60" w:line="266" w:lineRule="auto"/>
        <w:ind w:firstLine="331"/>
        <w:jc w:val="both"/>
      </w:pPr>
      <w:r>
        <w:rPr>
          <w:rFonts w:ascii="Georgia" w:hAnsi="Georgia"/>
          <w:b w:val="0"/>
          <w:i w:val="0"/>
          <w:color w:val="22201D"/>
          <w:sz w:val="20"/>
        </w:rPr>
        <w:t>Ives and Nico looked at the chart again.</w:t>
      </w:r>
    </w:p>
    <w:p>
      <w:pPr>
        <w:spacing w:after="60" w:line="266" w:lineRule="auto"/>
        <w:ind w:firstLine="331"/>
        <w:jc w:val="both"/>
      </w:pPr>
      <w:r>
        <w:rPr>
          <w:rFonts w:ascii="Georgia" w:hAnsi="Georgia"/>
          <w:b w:val="0"/>
          <w:i w:val="0"/>
          <w:color w:val="22201D"/>
          <w:sz w:val="20"/>
        </w:rPr>
        <w:t>Nico said, "It did not use my name."</w:t>
      </w:r>
    </w:p>
    <w:p>
      <w:pPr>
        <w:spacing w:after="60" w:line="266" w:lineRule="auto"/>
        <w:ind w:firstLine="331"/>
        <w:jc w:val="both"/>
      </w:pPr>
      <w:r>
        <w:rPr>
          <w:rFonts w:ascii="Georgia" w:hAnsi="Georgia"/>
          <w:b w:val="0"/>
          <w:i w:val="0"/>
          <w:color w:val="22201D"/>
          <w:sz w:val="20"/>
        </w:rPr>
        <w:t>"It used the part that can be seated now," said the Hostess.</w:t>
      </w:r>
    </w:p>
    <w:p>
      <w:pPr>
        <w:spacing w:after="60" w:line="266" w:lineRule="auto"/>
        <w:ind w:firstLine="331"/>
        <w:jc w:val="both"/>
      </w:pPr>
      <w:r>
        <w:rPr>
          <w:rFonts w:ascii="Georgia" w:hAnsi="Georgia"/>
          <w:b w:val="0"/>
          <w:i w:val="0"/>
          <w:color w:val="22201D"/>
          <w:sz w:val="20"/>
        </w:rPr>
        <w:t>Ives adjusted his glasses.</w:t>
      </w:r>
    </w:p>
    <w:p>
      <w:pPr>
        <w:spacing w:after="60" w:line="266" w:lineRule="auto"/>
        <w:ind w:firstLine="331"/>
        <w:jc w:val="both"/>
      </w:pPr>
      <w:r>
        <w:rPr>
          <w:rFonts w:ascii="Georgia" w:hAnsi="Georgia"/>
          <w:b w:val="0"/>
          <w:i w:val="0"/>
          <w:color w:val="22201D"/>
          <w:sz w:val="20"/>
        </w:rPr>
        <w:t>"Why is Seat C open?"</w:t>
      </w:r>
    </w:p>
    <w:p>
      <w:pPr>
        <w:spacing w:after="60" w:line="266" w:lineRule="auto"/>
        <w:ind w:firstLine="331"/>
        <w:jc w:val="both"/>
      </w:pPr>
      <w:r>
        <w:rPr>
          <w:rFonts w:ascii="Georgia" w:hAnsi="Georgia"/>
          <w:b w:val="0"/>
          <w:i w:val="0"/>
          <w:color w:val="22201D"/>
          <w:sz w:val="20"/>
        </w:rPr>
        <w:t>"Because if either of you fills the table entirely with proof, there will be no witness."</w:t>
      </w:r>
    </w:p>
    <w:p>
      <w:pPr>
        <w:spacing w:after="60" w:line="266" w:lineRule="auto"/>
        <w:ind w:firstLine="331"/>
        <w:jc w:val="both"/>
      </w:pPr>
      <w:r>
        <w:rPr>
          <w:rFonts w:ascii="Georgia" w:hAnsi="Georgia"/>
          <w:b w:val="0"/>
          <w:i w:val="0"/>
          <w:color w:val="22201D"/>
          <w:sz w:val="20"/>
        </w:rPr>
        <w:t>Nico looked down at their waitlist card.</w:t>
      </w:r>
    </w:p>
    <w:p>
      <w:pPr>
        <w:spacing w:after="60" w:line="266" w:lineRule="auto"/>
        <w:ind w:firstLine="331"/>
        <w:jc w:val="both"/>
      </w:pPr>
      <w:r>
        <w:rPr>
          <w:rFonts w:ascii="Georgia" w:hAnsi="Georgia"/>
          <w:b w:val="0"/>
          <w:i w:val="0"/>
          <w:color w:val="22201D"/>
          <w:sz w:val="20"/>
        </w:rPr>
        <w:t>"I put the camera away."</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"Isn't that the point?"</w:t>
      </w:r>
    </w:p>
    <w:p>
      <w:pPr>
        <w:spacing w:after="60" w:line="266" w:lineRule="auto"/>
        <w:ind w:firstLine="331"/>
        <w:jc w:val="both"/>
      </w:pPr>
      <w:r>
        <w:rPr>
          <w:rFonts w:ascii="Georgia" w:hAnsi="Georgia"/>
          <w:b w:val="0"/>
          <w:i w:val="0"/>
          <w:color w:val="22201D"/>
          <w:sz w:val="20"/>
        </w:rPr>
        <w:t>"No. That was clearing the table."</w:t>
      </w:r>
    </w:p>
    <w:p>
      <w:pPr>
        <w:spacing w:after="60" w:line="266" w:lineRule="auto"/>
        <w:ind w:firstLine="331"/>
        <w:jc w:val="both"/>
      </w:pPr>
      <w:r>
        <w:rPr>
          <w:rFonts w:ascii="Georgia" w:hAnsi="Georgia"/>
          <w:b w:val="0"/>
          <w:i w:val="0"/>
          <w:color w:val="22201D"/>
          <w:sz w:val="20"/>
        </w:rPr>
        <w:t>"For what?"</w:t>
      </w:r>
    </w:p>
    <w:p>
      <w:pPr>
        <w:spacing w:after="60" w:line="266" w:lineRule="auto"/>
        <w:ind w:firstLine="331"/>
        <w:jc w:val="both"/>
      </w:pPr>
      <w:r>
        <w:rPr>
          <w:rFonts w:ascii="Georgia" w:hAnsi="Georgia"/>
          <w:b w:val="0"/>
          <w:i w:val="0"/>
          <w:color w:val="22201D"/>
          <w:sz w:val="20"/>
        </w:rPr>
        <w:t>The Hostess tapped Seat C.</w:t>
      </w:r>
    </w:p>
    <w:p>
      <w:pPr>
        <w:spacing w:after="60" w:line="266" w:lineRule="auto"/>
        <w:ind w:firstLine="331"/>
        <w:jc w:val="both"/>
      </w:pPr>
      <w:r>
        <w:rPr>
          <w:rFonts w:ascii="Georgia" w:hAnsi="Georgia"/>
          <w:b w:val="0"/>
          <w:i w:val="0"/>
          <w:color w:val="22201D"/>
          <w:sz w:val="20"/>
        </w:rPr>
        <w:t>"For seeing without needing it to prove you saw."</w:t>
      </w:r>
    </w:p>
    <w:p>
      <w:pPr>
        <w:spacing w:after="60" w:line="266" w:lineRule="auto"/>
        <w:ind w:firstLine="331"/>
        <w:jc w:val="both"/>
      </w:pPr>
      <w:r>
        <w:rPr>
          <w:rFonts w:ascii="Georgia" w:hAnsi="Georgia"/>
          <w:b w:val="0"/>
          <w:i w:val="0"/>
          <w:color w:val="22201D"/>
          <w:sz w:val="20"/>
        </w:rPr>
        <w:t>Nico made a small sound that could have become a joke if it had found a weaker room.</w:t>
      </w:r>
    </w:p>
    <w:p>
      <w:pPr>
        <w:spacing w:after="60" w:line="266" w:lineRule="auto"/>
        <w:ind w:firstLine="331"/>
        <w:jc w:val="both"/>
      </w:pPr>
      <w:r>
        <w:rPr>
          <w:rFonts w:ascii="Georgia" w:hAnsi="Georgia"/>
          <w:b w:val="0"/>
          <w:i w:val="0"/>
          <w:color w:val="22201D"/>
          <w:sz w:val="20"/>
        </w:rPr>
        <w:t>Ives said, "I object to being paired with a person whose temptation is documentation."</w:t>
      </w:r>
    </w:p>
    <w:p>
      <w:pPr>
        <w:spacing w:after="60" w:line="266" w:lineRule="auto"/>
        <w:ind w:firstLine="331"/>
        <w:jc w:val="both"/>
      </w:pPr>
      <w:r>
        <w:rPr>
          <w:rFonts w:ascii="Georgia" w:hAnsi="Georgia"/>
          <w:b w:val="0"/>
          <w:i w:val="0"/>
          <w:color w:val="22201D"/>
          <w:sz w:val="20"/>
        </w:rPr>
        <w:t>Steve said, "Your temptation is documentation."</w:t>
      </w:r>
    </w:p>
    <w:p>
      <w:pPr>
        <w:spacing w:after="60" w:line="266" w:lineRule="auto"/>
        <w:ind w:firstLine="331"/>
        <w:jc w:val="both"/>
      </w:pPr>
      <w:r>
        <w:rPr>
          <w:rFonts w:ascii="Georgia" w:hAnsi="Georgia"/>
          <w:b w:val="0"/>
          <w:i w:val="0"/>
          <w:color w:val="22201D"/>
          <w:sz w:val="20"/>
        </w:rPr>
        <w:t>Ives turned.</w:t>
      </w:r>
    </w:p>
    <w:p>
      <w:pPr>
        <w:spacing w:after="60" w:line="266" w:lineRule="auto"/>
        <w:ind w:firstLine="331"/>
        <w:jc w:val="both"/>
      </w:pPr>
      <w:r>
        <w:rPr>
          <w:rFonts w:ascii="Georgia" w:hAnsi="Georgia"/>
          <w:b w:val="0"/>
          <w:i w:val="0"/>
          <w:color w:val="22201D"/>
          <w:sz w:val="20"/>
        </w:rPr>
        <w:t>"Mine has forms."</w:t>
      </w:r>
    </w:p>
    <w:p>
      <w:pPr>
        <w:spacing w:after="60" w:line="266" w:lineRule="auto"/>
        <w:ind w:firstLine="331"/>
        <w:jc w:val="both"/>
      </w:pPr>
      <w:r>
        <w:rPr>
          <w:rFonts w:ascii="Georgia" w:hAnsi="Georgia"/>
          <w:b w:val="0"/>
          <w:i w:val="0"/>
          <w:color w:val="22201D"/>
          <w:sz w:val="20"/>
        </w:rPr>
        <w:t>"Yes," said Steve. "That is why this is funny."</w:t>
      </w:r>
    </w:p>
    <w:p>
      <w:pPr>
        <w:spacing w:after="60" w:line="266" w:lineRule="auto"/>
        <w:ind w:firstLine="331"/>
        <w:jc w:val="both"/>
      </w:pPr>
      <w:r>
        <w:rPr>
          <w:rFonts w:ascii="Georgia" w:hAnsi="Georgia"/>
          <w:b w:val="0"/>
          <w:i w:val="0"/>
          <w:color w:val="22201D"/>
          <w:sz w:val="20"/>
        </w:rPr>
        <w:t>The seating chart accepted this.</w:t>
      </w:r>
    </w:p>
    <w:p>
      <w:pPr>
        <w:spacing w:after="60" w:line="250" w:lineRule="auto"/>
        <w:ind w:left="202" w:right="173"/>
      </w:pPr>
      <w:r>
        <w:rPr>
          <w:rFonts w:ascii="Georgia" w:hAnsi="Georgia"/>
          <w:b w:val="0"/>
          <w:i w:val="0"/>
          <w:color w:val="22201D"/>
          <w:sz w:val="17"/>
        </w:rPr>
        <w:t>Table One: Nico Auditor Ives empty witness seat</w:t>
      </w:r>
    </w:p>
    <w:p>
      <w:pPr>
        <w:spacing w:after="60" w:line="266" w:lineRule="auto"/>
        <w:ind w:firstLine="331"/>
        <w:jc w:val="both"/>
      </w:pPr>
      <w:r>
        <w:rPr>
          <w:rFonts w:ascii="Georgia" w:hAnsi="Georgia"/>
          <w:b w:val="0"/>
          <w:i w:val="0"/>
          <w:color w:val="22201D"/>
          <w:sz w:val="20"/>
        </w:rPr>
        <w:t>Gerald looked at the aisle.</w:t>
      </w:r>
    </w:p>
    <w:p>
      <w:pPr>
        <w:spacing w:after="60" w:line="266" w:lineRule="auto"/>
        <w:ind w:firstLine="331"/>
        <w:jc w:val="both"/>
      </w:pPr>
      <w:r>
        <w:rPr>
          <w:rFonts w:ascii="Georgia" w:hAnsi="Georgia"/>
          <w:b w:val="0"/>
          <w:i w:val="0"/>
          <w:color w:val="22201D"/>
          <w:sz w:val="20"/>
        </w:rPr>
        <w:t>"Table One cannot be there. It blocks the sink."</w:t>
      </w:r>
    </w:p>
    <w:p>
      <w:pPr>
        <w:spacing w:after="60" w:line="266" w:lineRule="auto"/>
        <w:ind w:firstLine="331"/>
        <w:jc w:val="both"/>
      </w:pPr>
      <w:r>
        <w:rPr>
          <w:rFonts w:ascii="Georgia" w:hAnsi="Georgia"/>
          <w:b w:val="0"/>
          <w:i w:val="0"/>
          <w:color w:val="22201D"/>
          <w:sz w:val="20"/>
        </w:rPr>
        <w:t>The chart erased the table and redrew it two feet left.</w:t>
      </w:r>
    </w:p>
    <w:p>
      <w:pPr>
        <w:spacing w:after="60" w:line="266" w:lineRule="auto"/>
        <w:ind w:firstLine="331"/>
        <w:jc w:val="both"/>
      </w:pPr>
      <w:r>
        <w:rPr>
          <w:rFonts w:ascii="Georgia" w:hAnsi="Georgia"/>
          <w:b w:val="0"/>
          <w:i w:val="0"/>
          <w:color w:val="22201D"/>
          <w:sz w:val="20"/>
        </w:rPr>
        <w:t>Gerald nodded.</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The chart printed:</w:t>
      </w:r>
    </w:p>
    <w:p>
      <w:pPr>
        <w:spacing w:after="60" w:line="250" w:lineRule="auto"/>
        <w:ind w:left="202" w:right="173"/>
      </w:pPr>
      <w:r>
        <w:rPr>
          <w:rFonts w:ascii="Georgia" w:hAnsi="Georgia"/>
          <w:b w:val="0"/>
          <w:i w:val="0"/>
          <w:color w:val="22201D"/>
          <w:sz w:val="17"/>
        </w:rPr>
        <w:t>Gerald veto: accepted</w:t>
      </w:r>
    </w:p>
    <w:p>
      <w:pPr>
        <w:spacing w:after="60" w:line="266" w:lineRule="auto"/>
        <w:ind w:firstLine="331"/>
        <w:jc w:val="both"/>
      </w:pPr>
      <w:r>
        <w:rPr>
          <w:rFonts w:ascii="Georgia" w:hAnsi="Georgia"/>
          <w:b w:val="0"/>
          <w:i w:val="0"/>
          <w:color w:val="22201D"/>
          <w:sz w:val="20"/>
        </w:rPr>
        <w:t>"Do not make me like you," Gerald said.</w:t>
      </w:r>
    </w:p>
    <w:p>
      <w:pPr>
        <w:spacing w:after="60" w:line="266" w:lineRule="auto"/>
        <w:ind w:firstLine="331"/>
        <w:jc w:val="both"/>
      </w:pPr>
      <w:r>
        <w:rPr>
          <w:rFonts w:ascii="Georgia" w:hAnsi="Georgia"/>
          <w:b w:val="0"/>
          <w:i w:val="0"/>
          <w:color w:val="22201D"/>
          <w:sz w:val="20"/>
        </w:rPr>
        <w:t>The chart moved on.</w:t>
      </w:r>
    </w:p>
    <w:p>
      <w:pPr>
        <w:spacing w:after="60" w:line="250" w:lineRule="auto"/>
        <w:ind w:left="202" w:right="173"/>
      </w:pPr>
      <w:r>
        <w:rPr>
          <w:rFonts w:ascii="Georgia" w:hAnsi="Georgia"/>
          <w:b w:val="0"/>
          <w:i w:val="0"/>
          <w:color w:val="22201D"/>
          <w:sz w:val="17"/>
        </w:rPr>
        <w:t>TABLE TWO Seats: 2 Purpose: separate arrival credit from companionship</w:t>
      </w:r>
    </w:p>
    <w:p>
      <w:pPr>
        <w:spacing w:after="60" w:line="266" w:lineRule="auto"/>
        <w:ind w:firstLine="331"/>
        <w:jc w:val="both"/>
      </w:pPr>
      <w:r>
        <w:rPr>
          <w:rFonts w:ascii="Georgia" w:hAnsi="Georgia"/>
          <w:b w:val="0"/>
          <w:i w:val="0"/>
          <w:color w:val="22201D"/>
          <w:sz w:val="20"/>
        </w:rPr>
        <w:t>Clara went very still.</w:t>
      </w:r>
    </w:p>
    <w:p>
      <w:pPr>
        <w:spacing w:after="60" w:line="266" w:lineRule="auto"/>
        <w:ind w:firstLine="331"/>
        <w:jc w:val="both"/>
      </w:pPr>
      <w:r>
        <w:rPr>
          <w:rFonts w:ascii="Georgia" w:hAnsi="Georgia"/>
          <w:b w:val="0"/>
          <w:i w:val="0"/>
          <w:color w:val="22201D"/>
          <w:sz w:val="20"/>
        </w:rPr>
        <w:t>Evan said, "Oh."</w:t>
      </w:r>
    </w:p>
    <w:p>
      <w:pPr>
        <w:spacing w:after="60" w:line="266" w:lineRule="auto"/>
        <w:ind w:firstLine="331"/>
        <w:jc w:val="both"/>
      </w:pPr>
      <w:r>
        <w:rPr>
          <w:rFonts w:ascii="Georgia" w:hAnsi="Georgia"/>
          <w:b w:val="0"/>
          <w:i w:val="0"/>
          <w:color w:val="22201D"/>
          <w:sz w:val="20"/>
        </w:rPr>
        <w:t>Clara said, "No."</w:t>
      </w:r>
    </w:p>
    <w:p>
      <w:pPr>
        <w:spacing w:after="60" w:line="266" w:lineRule="auto"/>
        <w:ind w:firstLine="331"/>
        <w:jc w:val="both"/>
      </w:pPr>
      <w:r>
        <w:rPr>
          <w:rFonts w:ascii="Georgia" w:hAnsi="Georgia"/>
          <w:b w:val="0"/>
          <w:i w:val="0"/>
          <w:color w:val="22201D"/>
          <w:sz w:val="20"/>
        </w:rPr>
        <w:t>The chart printed:</w:t>
      </w:r>
    </w:p>
    <w:p>
      <w:pPr>
        <w:spacing w:after="60" w:line="250" w:lineRule="auto"/>
        <w:ind w:left="202" w:right="173"/>
      </w:pPr>
      <w:r>
        <w:rPr>
          <w:rFonts w:ascii="Georgia" w:hAnsi="Georgia"/>
          <w:b w:val="0"/>
          <w:i w:val="0"/>
          <w:color w:val="22201D"/>
          <w:sz w:val="17"/>
        </w:rPr>
        <w:t>Seat A: wants-credit-for-arriving-before-hunger Seat B: person not used as credential</w:t>
      </w:r>
    </w:p>
    <w:p>
      <w:pPr>
        <w:spacing w:after="60" w:line="266" w:lineRule="auto"/>
        <w:ind w:firstLine="331"/>
        <w:jc w:val="both"/>
      </w:pPr>
      <w:r>
        <w:rPr>
          <w:rFonts w:ascii="Georgia" w:hAnsi="Georgia"/>
          <w:b w:val="0"/>
          <w:i w:val="0"/>
          <w:color w:val="22201D"/>
          <w:sz w:val="20"/>
        </w:rPr>
        <w:t>Evan stepped back from Clara before he knew whether that was kind.</w:t>
      </w:r>
    </w:p>
    <w:p>
      <w:pPr>
        <w:spacing w:after="60" w:line="266" w:lineRule="auto"/>
        <w:ind w:firstLine="331"/>
        <w:jc w:val="both"/>
      </w:pPr>
      <w:r>
        <w:rPr>
          <w:rFonts w:ascii="Georgia" w:hAnsi="Georgia"/>
          <w:b w:val="0"/>
          <w:i w:val="0"/>
          <w:color w:val="22201D"/>
          <w:sz w:val="20"/>
        </w:rPr>
        <w:t>The Hostess looked at him.</w:t>
      </w:r>
    </w:p>
    <w:p>
      <w:pPr>
        <w:spacing w:after="60" w:line="266" w:lineRule="auto"/>
        <w:ind w:firstLine="331"/>
        <w:jc w:val="both"/>
      </w:pPr>
      <w:r>
        <w:rPr>
          <w:rFonts w:ascii="Georgia" w:hAnsi="Georgia"/>
          <w:b w:val="0"/>
          <w:i w:val="0"/>
          <w:color w:val="22201D"/>
          <w:sz w:val="20"/>
        </w:rPr>
        <w:t>"You may choose whether Seat B is yours."</w:t>
      </w:r>
    </w:p>
    <w:p>
      <w:pPr>
        <w:spacing w:after="60" w:line="266" w:lineRule="auto"/>
        <w:ind w:firstLine="331"/>
        <w:jc w:val="both"/>
      </w:pPr>
      <w:r>
        <w:rPr>
          <w:rFonts w:ascii="Georgia" w:hAnsi="Georgia"/>
          <w:b w:val="0"/>
          <w:i w:val="0"/>
          <w:color w:val="22201D"/>
          <w:sz w:val="20"/>
        </w:rPr>
        <w:t>Clara turned to him.</w:t>
      </w:r>
    </w:p>
    <w:p>
      <w:pPr>
        <w:spacing w:after="60" w:line="266" w:lineRule="auto"/>
        <w:ind w:firstLine="331"/>
        <w:jc w:val="both"/>
      </w:pPr>
      <w:r>
        <w:rPr>
          <w:rFonts w:ascii="Georgia" w:hAnsi="Georgia"/>
          <w:b w:val="0"/>
          <w:i w:val="0"/>
          <w:color w:val="22201D"/>
          <w:sz w:val="20"/>
        </w:rPr>
        <w:t>"Evan."</w:t>
      </w:r>
    </w:p>
    <w:p>
      <w:pPr>
        <w:spacing w:after="60" w:line="266" w:lineRule="auto"/>
        <w:ind w:firstLine="331"/>
        <w:jc w:val="both"/>
      </w:pPr>
      <w:r>
        <w:rPr>
          <w:rFonts w:ascii="Georgia" w:hAnsi="Georgia"/>
          <w:b w:val="0"/>
          <w:i w:val="0"/>
          <w:color w:val="22201D"/>
          <w:sz w:val="20"/>
        </w:rPr>
        <w:t>He did not answer quickly.</w:t>
      </w:r>
    </w:p>
    <w:p>
      <w:pPr>
        <w:spacing w:after="60" w:line="266" w:lineRule="auto"/>
        <w:ind w:firstLine="331"/>
        <w:jc w:val="both"/>
      </w:pPr>
      <w:r>
        <w:rPr>
          <w:rFonts w:ascii="Georgia" w:hAnsi="Georgia"/>
          <w:b w:val="0"/>
          <w:i w:val="0"/>
          <w:color w:val="22201D"/>
          <w:sz w:val="20"/>
        </w:rPr>
        <w:t>The waiting line discovered that not answering quickly could be more dramatic than shouting if the question had been pretending to be simple.</w:t>
      </w:r>
    </w:p>
    <w:p>
      <w:pPr>
        <w:spacing w:after="60" w:line="266" w:lineRule="auto"/>
        <w:ind w:firstLine="331"/>
        <w:jc w:val="both"/>
      </w:pPr>
      <w:r>
        <w:rPr>
          <w:rFonts w:ascii="Georgia" w:hAnsi="Georgia"/>
          <w:b w:val="0"/>
          <w:i w:val="0"/>
          <w:color w:val="22201D"/>
          <w:sz w:val="20"/>
        </w:rPr>
        <w:t>Evan said, "I wanted lunch with you."</w:t>
      </w:r>
    </w:p>
    <w:p>
      <w:pPr>
        <w:spacing w:after="60" w:line="266" w:lineRule="auto"/>
        <w:ind w:firstLine="331"/>
        <w:jc w:val="both"/>
      </w:pPr>
      <w:r>
        <w:rPr>
          <w:rFonts w:ascii="Georgia" w:hAnsi="Georgia"/>
          <w:b w:val="0"/>
          <w:i w:val="0"/>
          <w:color w:val="22201D"/>
          <w:sz w:val="20"/>
        </w:rPr>
        <w:t>Clara closed the magazine.</w:t>
      </w:r>
    </w:p>
    <w:p>
      <w:pPr>
        <w:spacing w:after="60" w:line="266" w:lineRule="auto"/>
        <w:ind w:firstLine="331"/>
        <w:jc w:val="both"/>
      </w:pPr>
      <w:r>
        <w:rPr>
          <w:rFonts w:ascii="Georgia" w:hAnsi="Georgia"/>
          <w:b w:val="0"/>
          <w:i w:val="0"/>
          <w:color w:val="22201D"/>
          <w:sz w:val="20"/>
        </w:rPr>
        <w:t>The cover bent.</w:t>
      </w:r>
    </w:p>
    <w:p>
      <w:pPr>
        <w:spacing w:after="60" w:line="266" w:lineRule="auto"/>
        <w:ind w:firstLine="331"/>
        <w:jc w:val="both"/>
      </w:pPr>
      <w:r>
        <w:rPr>
          <w:rFonts w:ascii="Georgia" w:hAnsi="Georgia"/>
          <w:b w:val="0"/>
          <w:i w:val="0"/>
          <w:color w:val="22201D"/>
          <w:sz w:val="20"/>
        </w:rPr>
        <w:t>"I did too."</w:t>
      </w:r>
    </w:p>
    <w:p>
      <w:pPr>
        <w:spacing w:after="60" w:line="266" w:lineRule="auto"/>
        <w:ind w:firstLine="331"/>
        <w:jc w:val="both"/>
      </w:pPr>
      <w:r>
        <w:rPr>
          <w:rFonts w:ascii="Georgia" w:hAnsi="Georgia"/>
          <w:b w:val="0"/>
          <w:i w:val="0"/>
          <w:color w:val="22201D"/>
          <w:sz w:val="20"/>
        </w:rPr>
        <w:t>"Partly."</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"What else?"</w:t>
      </w:r>
    </w:p>
    <w:p>
      <w:pPr>
        <w:spacing w:after="60" w:line="266" w:lineRule="auto"/>
        <w:ind w:firstLine="331"/>
        <w:jc w:val="both"/>
      </w:pPr>
      <w:r>
        <w:rPr>
          <w:rFonts w:ascii="Georgia" w:hAnsi="Georgia"/>
          <w:b w:val="0"/>
          <w:i w:val="0"/>
          <w:color w:val="22201D"/>
          <w:sz w:val="20"/>
        </w:rPr>
        <w:t>She looked at the chart.</w:t>
      </w:r>
    </w:p>
    <w:p>
      <w:pPr>
        <w:spacing w:after="60" w:line="266" w:lineRule="auto"/>
        <w:ind w:firstLine="331"/>
        <w:jc w:val="both"/>
      </w:pPr>
      <w:r>
        <w:rPr>
          <w:rFonts w:ascii="Georgia" w:hAnsi="Georgia"/>
          <w:b w:val="0"/>
          <w:i w:val="0"/>
          <w:color w:val="22201D"/>
          <w:sz w:val="20"/>
        </w:rPr>
        <w:t>"I wanted to be the person who brought you to something rare."</w:t>
      </w:r>
    </w:p>
    <w:p>
      <w:pPr>
        <w:spacing w:after="60" w:line="266" w:lineRule="auto"/>
        <w:ind w:firstLine="331"/>
        <w:jc w:val="both"/>
      </w:pPr>
      <w:r>
        <w:rPr>
          <w:rFonts w:ascii="Georgia" w:hAnsi="Georgia"/>
          <w:b w:val="0"/>
          <w:i w:val="0"/>
          <w:color w:val="22201D"/>
          <w:sz w:val="20"/>
        </w:rPr>
        <w:t>Evan nodded.</w:t>
      </w:r>
    </w:p>
    <w:p>
      <w:pPr>
        <w:spacing w:after="60" w:line="266" w:lineRule="auto"/>
        <w:ind w:firstLine="331"/>
        <w:jc w:val="both"/>
      </w:pPr>
      <w:r>
        <w:rPr>
          <w:rFonts w:ascii="Georgia" w:hAnsi="Georgia"/>
          <w:b w:val="0"/>
          <w:i w:val="0"/>
          <w:color w:val="22201D"/>
          <w:sz w:val="20"/>
        </w:rPr>
        <w:t>"That is not the worst thing."</w:t>
      </w:r>
    </w:p>
    <w:p>
      <w:pPr>
        <w:spacing w:after="60" w:line="266" w:lineRule="auto"/>
        <w:ind w:firstLine="331"/>
        <w:jc w:val="both"/>
      </w:pPr>
      <w:r>
        <w:rPr>
          <w:rFonts w:ascii="Georgia" w:hAnsi="Georgia"/>
          <w:b w:val="0"/>
          <w:i w:val="0"/>
          <w:color w:val="22201D"/>
          <w:sz w:val="20"/>
        </w:rPr>
        <w:t>"It is not the cleanest thing."</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 chart waited.</w:t>
      </w:r>
    </w:p>
    <w:p>
      <w:pPr>
        <w:spacing w:after="60" w:line="266" w:lineRule="auto"/>
        <w:ind w:firstLine="331"/>
        <w:jc w:val="both"/>
      </w:pPr>
      <w:r>
        <w:rPr>
          <w:rFonts w:ascii="Georgia" w:hAnsi="Georgia"/>
          <w:b w:val="0"/>
          <w:i w:val="0"/>
          <w:color w:val="22201D"/>
          <w:sz w:val="20"/>
        </w:rPr>
        <w:t>Clara said, "I can sit without using you as proof."</w:t>
      </w:r>
    </w:p>
    <w:p>
      <w:pPr>
        <w:spacing w:after="60" w:line="266" w:lineRule="auto"/>
        <w:ind w:firstLine="331"/>
        <w:jc w:val="both"/>
      </w:pPr>
      <w:r>
        <w:rPr>
          <w:rFonts w:ascii="Georgia" w:hAnsi="Georgia"/>
          <w:b w:val="0"/>
          <w:i w:val="0"/>
          <w:color w:val="22201D"/>
          <w:sz w:val="20"/>
        </w:rPr>
        <w:t>The chart wrote:</w:t>
      </w:r>
    </w:p>
    <w:p>
      <w:pPr>
        <w:spacing w:after="60" w:line="250" w:lineRule="auto"/>
        <w:ind w:left="202" w:right="173"/>
      </w:pPr>
      <w:r>
        <w:rPr>
          <w:rFonts w:ascii="Georgia" w:hAnsi="Georgia"/>
          <w:b w:val="0"/>
          <w:i w:val="0"/>
          <w:color w:val="22201D"/>
          <w:sz w:val="17"/>
        </w:rPr>
        <w:t>Seat B: available if companion consents to being companion</w:t>
      </w:r>
    </w:p>
    <w:p>
      <w:pPr>
        <w:spacing w:after="60" w:line="266" w:lineRule="auto"/>
        <w:ind w:firstLine="331"/>
        <w:jc w:val="both"/>
      </w:pPr>
      <w:r>
        <w:rPr>
          <w:rFonts w:ascii="Georgia" w:hAnsi="Georgia"/>
          <w:b w:val="0"/>
          <w:i w:val="0"/>
          <w:color w:val="22201D"/>
          <w:sz w:val="20"/>
        </w:rPr>
        <w:t>Evan looked at the Hostess.</w:t>
      </w:r>
    </w:p>
    <w:p>
      <w:pPr>
        <w:spacing w:after="60" w:line="266" w:lineRule="auto"/>
        <w:ind w:firstLine="331"/>
        <w:jc w:val="both"/>
      </w:pPr>
      <w:r>
        <w:rPr>
          <w:rFonts w:ascii="Georgia" w:hAnsi="Georgia"/>
          <w:b w:val="0"/>
          <w:i w:val="0"/>
          <w:color w:val="22201D"/>
          <w:sz w:val="20"/>
        </w:rPr>
        <w:t>"If I sit there, am I on the list?"</w:t>
      </w:r>
    </w:p>
    <w:p>
      <w:pPr>
        <w:spacing w:after="60" w:line="266" w:lineRule="auto"/>
        <w:ind w:firstLine="331"/>
        <w:jc w:val="both"/>
      </w:pPr>
      <w:r>
        <w:rPr>
          <w:rFonts w:ascii="Georgia" w:hAnsi="Georgia"/>
          <w:b w:val="0"/>
          <w:i w:val="0"/>
          <w:color w:val="22201D"/>
          <w:sz w:val="20"/>
        </w:rPr>
        <w:t>"No," said the Hostess. "You are at the table."</w:t>
      </w:r>
    </w:p>
    <w:p>
      <w:pPr>
        <w:spacing w:after="60" w:line="266" w:lineRule="auto"/>
        <w:ind w:firstLine="331"/>
        <w:jc w:val="both"/>
      </w:pPr>
      <w:r>
        <w:rPr>
          <w:rFonts w:ascii="Georgia" w:hAnsi="Georgia"/>
          <w:b w:val="0"/>
          <w:i w:val="0"/>
          <w:color w:val="22201D"/>
          <w:sz w:val="20"/>
        </w:rPr>
        <w:t>"That sounds like a trick."</w:t>
      </w:r>
    </w:p>
    <w:p>
      <w:pPr>
        <w:spacing w:after="60" w:line="266" w:lineRule="auto"/>
        <w:ind w:firstLine="331"/>
        <w:jc w:val="both"/>
      </w:pPr>
      <w:r>
        <w:rPr>
          <w:rFonts w:ascii="Georgia" w:hAnsi="Georgia"/>
          <w:b w:val="0"/>
          <w:i w:val="0"/>
          <w:color w:val="22201D"/>
          <w:sz w:val="20"/>
        </w:rPr>
        <w:t>"It is a distinction."</w:t>
      </w:r>
    </w:p>
    <w:p>
      <w:pPr>
        <w:spacing w:after="60" w:line="266" w:lineRule="auto"/>
        <w:ind w:firstLine="331"/>
        <w:jc w:val="both"/>
      </w:pPr>
      <w:r>
        <w:rPr>
          <w:rFonts w:ascii="Georgia" w:hAnsi="Georgia"/>
          <w:b w:val="0"/>
          <w:i w:val="0"/>
          <w:color w:val="22201D"/>
          <w:sz w:val="20"/>
        </w:rPr>
        <w:t>He looked at Clara.</w:t>
      </w:r>
    </w:p>
    <w:p>
      <w:pPr>
        <w:spacing w:after="60" w:line="266" w:lineRule="auto"/>
        <w:ind w:firstLine="331"/>
        <w:jc w:val="both"/>
      </w:pPr>
      <w:r>
        <w:rPr>
          <w:rFonts w:ascii="Georgia" w:hAnsi="Georgia"/>
          <w:b w:val="0"/>
          <w:i w:val="0"/>
          <w:color w:val="22201D"/>
          <w:sz w:val="20"/>
        </w:rPr>
        <w:t>"I will sit if we have lunch."</w:t>
      </w:r>
    </w:p>
    <w:p>
      <w:pPr>
        <w:spacing w:after="60" w:line="266" w:lineRule="auto"/>
        <w:ind w:firstLine="331"/>
        <w:jc w:val="both"/>
      </w:pPr>
      <w:r>
        <w:rPr>
          <w:rFonts w:ascii="Georgia" w:hAnsi="Georgia"/>
          <w:b w:val="0"/>
          <w:i w:val="0"/>
          <w:color w:val="22201D"/>
          <w:sz w:val="20"/>
        </w:rPr>
        <w:t>"Not a review?"</w:t>
      </w:r>
    </w:p>
    <w:p>
      <w:pPr>
        <w:spacing w:after="60" w:line="266" w:lineRule="auto"/>
        <w:ind w:firstLine="331"/>
        <w:jc w:val="both"/>
      </w:pPr>
      <w:r>
        <w:rPr>
          <w:rFonts w:ascii="Georgia" w:hAnsi="Georgia"/>
          <w:b w:val="0"/>
          <w:i w:val="0"/>
          <w:color w:val="22201D"/>
          <w:sz w:val="20"/>
        </w:rPr>
        <w:t>"Not a scouting mission."</w:t>
      </w:r>
    </w:p>
    <w:p>
      <w:pPr>
        <w:spacing w:after="60" w:line="266" w:lineRule="auto"/>
        <w:ind w:firstLine="331"/>
        <w:jc w:val="both"/>
      </w:pPr>
      <w:r>
        <w:rPr>
          <w:rFonts w:ascii="Georgia" w:hAnsi="Georgia"/>
          <w:b w:val="0"/>
          <w:i w:val="0"/>
          <w:color w:val="22201D"/>
          <w:sz w:val="20"/>
        </w:rPr>
        <w:t>"Not a story?"</w:t>
      </w:r>
    </w:p>
    <w:p>
      <w:pPr>
        <w:spacing w:after="60" w:line="266" w:lineRule="auto"/>
        <w:ind w:firstLine="331"/>
        <w:jc w:val="both"/>
      </w:pPr>
      <w:r>
        <w:rPr>
          <w:rFonts w:ascii="Georgia" w:hAnsi="Georgia"/>
          <w:b w:val="0"/>
          <w:i w:val="0"/>
          <w:color w:val="22201D"/>
          <w:sz w:val="20"/>
        </w:rPr>
        <w:t>"Maybe a story later if it becomes one by surviving lunch."</w:t>
      </w:r>
    </w:p>
    <w:p>
      <w:pPr>
        <w:spacing w:after="60" w:line="266" w:lineRule="auto"/>
        <w:ind w:firstLine="331"/>
        <w:jc w:val="both"/>
      </w:pPr>
      <w:r>
        <w:rPr>
          <w:rFonts w:ascii="Georgia" w:hAnsi="Georgia"/>
          <w:b w:val="0"/>
          <w:i w:val="0"/>
          <w:color w:val="22201D"/>
          <w:sz w:val="20"/>
        </w:rPr>
        <w:t>Clara breathed out.</w:t>
      </w:r>
    </w:p>
    <w:p>
      <w:pPr>
        <w:spacing w:after="60" w:line="266" w:lineRule="auto"/>
        <w:ind w:firstLine="331"/>
        <w:jc w:val="both"/>
      </w:pPr>
      <w:r>
        <w:rPr>
          <w:rFonts w:ascii="Georgia" w:hAnsi="Georgia"/>
          <w:b w:val="0"/>
          <w:i w:val="0"/>
          <w:color w:val="22201D"/>
          <w:sz w:val="20"/>
        </w:rPr>
        <w:t>"All right."</w:t>
      </w:r>
    </w:p>
    <w:p>
      <w:pPr>
        <w:spacing w:after="60" w:line="266" w:lineRule="auto"/>
        <w:ind w:firstLine="331"/>
        <w:jc w:val="both"/>
      </w:pPr>
      <w:r>
        <w:rPr>
          <w:rFonts w:ascii="Georgia" w:hAnsi="Georgia"/>
          <w:b w:val="0"/>
          <w:i w:val="0"/>
          <w:color w:val="22201D"/>
          <w:sz w:val="20"/>
        </w:rPr>
        <w:t>The chart accepted:</w:t>
      </w:r>
    </w:p>
    <w:p>
      <w:pPr>
        <w:spacing w:after="60" w:line="250" w:lineRule="auto"/>
        <w:ind w:left="202" w:right="173"/>
      </w:pPr>
      <w:r>
        <w:rPr>
          <w:rFonts w:ascii="Georgia" w:hAnsi="Georgia"/>
          <w:b w:val="0"/>
          <w:i w:val="0"/>
          <w:color w:val="22201D"/>
          <w:sz w:val="17"/>
        </w:rPr>
        <w:t>Table Two: Clara Evan Condition: lunch before meaning</w:t>
      </w:r>
    </w:p>
    <w:p>
      <w:pPr>
        <w:spacing w:after="60" w:line="266" w:lineRule="auto"/>
        <w:ind w:firstLine="331"/>
        <w:jc w:val="both"/>
      </w:pPr>
      <w:r>
        <w:rPr>
          <w:rFonts w:ascii="Georgia" w:hAnsi="Georgia"/>
          <w:b w:val="0"/>
          <w:i w:val="0"/>
          <w:color w:val="22201D"/>
          <w:sz w:val="20"/>
        </w:rPr>
        <w:t>Clara smiled despite herself.</w:t>
      </w:r>
    </w:p>
    <w:p>
      <w:pPr>
        <w:spacing w:after="60" w:line="266" w:lineRule="auto"/>
        <w:ind w:firstLine="331"/>
        <w:jc w:val="both"/>
      </w:pPr>
      <w:r>
        <w:rPr>
          <w:rFonts w:ascii="Georgia" w:hAnsi="Georgia"/>
          <w:b w:val="0"/>
          <w:i w:val="0"/>
          <w:color w:val="22201D"/>
          <w:sz w:val="20"/>
        </w:rPr>
        <w:t>"Lunch before meaning sounds like a restaurant slogan."</w:t>
      </w:r>
    </w:p>
    <w:p>
      <w:pPr>
        <w:spacing w:after="60" w:line="266" w:lineRule="auto"/>
        <w:ind w:firstLine="331"/>
        <w:jc w:val="both"/>
      </w:pPr>
      <w:r>
        <w:rPr>
          <w:rFonts w:ascii="Georgia" w:hAnsi="Georgia"/>
          <w:b w:val="0"/>
          <w:i w:val="0"/>
          <w:color w:val="22201D"/>
          <w:sz w:val="20"/>
        </w:rPr>
        <w:t>The Hostess said, "It is too useful for a slogan."</w:t>
      </w:r>
    </w:p>
    <w:p>
      <w:pPr>
        <w:spacing w:after="60" w:line="266" w:lineRule="auto"/>
        <w:ind w:firstLine="331"/>
        <w:jc w:val="both"/>
      </w:pPr>
      <w:r>
        <w:rPr>
          <w:rFonts w:ascii="Georgia" w:hAnsi="Georgia"/>
          <w:b w:val="0"/>
          <w:i w:val="0"/>
          <w:color w:val="22201D"/>
          <w:sz w:val="20"/>
        </w:rPr>
        <w:t>The chart drew Table Three.</w:t>
      </w:r>
    </w:p>
    <w:p>
      <w:pPr>
        <w:spacing w:after="60" w:line="250" w:lineRule="auto"/>
        <w:ind w:left="202" w:right="173"/>
      </w:pPr>
      <w:r>
        <w:rPr>
          <w:rFonts w:ascii="Georgia" w:hAnsi="Georgia"/>
          <w:b w:val="0"/>
          <w:i w:val="0"/>
          <w:color w:val="22201D"/>
          <w:sz w:val="17"/>
        </w:rPr>
        <w:t>TABLE THREE Seats: 1 Purpose: let complaint stop recruiting an audience</w:t>
      </w:r>
    </w:p>
    <w:p>
      <w:pPr>
        <w:spacing w:after="60" w:line="266" w:lineRule="auto"/>
        <w:ind w:firstLine="331"/>
        <w:jc w:val="both"/>
      </w:pPr>
      <w:r>
        <w:rPr>
          <w:rFonts w:ascii="Georgia" w:hAnsi="Georgia"/>
          <w:b w:val="0"/>
          <w:i w:val="0"/>
          <w:color w:val="22201D"/>
          <w:sz w:val="20"/>
        </w:rPr>
        <w:t>Martin raised one hand.</w:t>
      </w:r>
    </w:p>
    <w:p>
      <w:pPr>
        <w:spacing w:after="60" w:line="266" w:lineRule="auto"/>
        <w:ind w:firstLine="331"/>
        <w:jc w:val="both"/>
      </w:pPr>
      <w:r>
        <w:rPr>
          <w:rFonts w:ascii="Georgia" w:hAnsi="Georgia"/>
          <w:b w:val="0"/>
          <w:i w:val="0"/>
          <w:color w:val="22201D"/>
          <w:sz w:val="20"/>
        </w:rPr>
        <w:t>"I would like to object before this becomes personal."</w:t>
      </w:r>
    </w:p>
    <w:p>
      <w:pPr>
        <w:spacing w:after="60" w:line="266" w:lineRule="auto"/>
        <w:ind w:firstLine="331"/>
        <w:jc w:val="both"/>
      </w:pPr>
      <w:r>
        <w:rPr>
          <w:rFonts w:ascii="Georgia" w:hAnsi="Georgia"/>
          <w:b w:val="0"/>
          <w:i w:val="0"/>
          <w:color w:val="22201D"/>
          <w:sz w:val="20"/>
        </w:rPr>
        <w:t>"Too late," said Bob from the kitchen doorway.</w:t>
      </w:r>
    </w:p>
    <w:p>
      <w:pPr>
        <w:spacing w:after="60" w:line="266" w:lineRule="auto"/>
        <w:ind w:firstLine="331"/>
        <w:jc w:val="both"/>
      </w:pPr>
      <w:r>
        <w:rPr>
          <w:rFonts w:ascii="Georgia" w:hAnsi="Georgia"/>
          <w:b w:val="0"/>
          <w:i w:val="0"/>
          <w:color w:val="22201D"/>
          <w:sz w:val="20"/>
        </w:rPr>
        <w:t>Martin looked toward him.</w:t>
      </w:r>
    </w:p>
    <w:p>
      <w:pPr>
        <w:spacing w:after="60" w:line="266" w:lineRule="auto"/>
        <w:ind w:firstLine="331"/>
        <w:jc w:val="both"/>
      </w:pPr>
      <w:r>
        <w:rPr>
          <w:rFonts w:ascii="Georgia" w:hAnsi="Georgia"/>
          <w:b w:val="0"/>
          <w:i w:val="0"/>
          <w:color w:val="22201D"/>
          <w:sz w:val="20"/>
        </w:rPr>
        <w:t>"Were you assigned to comment from there?"</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"Then why are you always there?"</w:t>
      </w:r>
    </w:p>
    <w:p>
      <w:pPr>
        <w:spacing w:after="60" w:line="266" w:lineRule="auto"/>
        <w:ind w:firstLine="331"/>
        <w:jc w:val="both"/>
      </w:pPr>
      <w:r>
        <w:rPr>
          <w:rFonts w:ascii="Georgia" w:hAnsi="Georgia"/>
          <w:b w:val="0"/>
          <w:i w:val="0"/>
          <w:color w:val="22201D"/>
          <w:sz w:val="20"/>
        </w:rPr>
        <w:t>"Mushrooms like thresholds."</w:t>
      </w:r>
    </w:p>
    <w:p>
      <w:pPr>
        <w:spacing w:after="60" w:line="266" w:lineRule="auto"/>
        <w:ind w:firstLine="331"/>
        <w:jc w:val="both"/>
      </w:pPr>
      <w:r>
        <w:rPr>
          <w:rFonts w:ascii="Georgia" w:hAnsi="Georgia"/>
          <w:b w:val="0"/>
          <w:i w:val="0"/>
          <w:color w:val="22201D"/>
          <w:sz w:val="20"/>
        </w:rPr>
        <w:t>Nobody knew what to do with that except believe it provisionally.</w:t>
      </w:r>
    </w:p>
    <w:p>
      <w:pPr>
        <w:spacing w:after="60" w:line="266" w:lineRule="auto"/>
        <w:ind w:firstLine="331"/>
        <w:jc w:val="both"/>
      </w:pPr>
      <w:r>
        <w:rPr>
          <w:rFonts w:ascii="Georgia" w:hAnsi="Georgia"/>
          <w:b w:val="0"/>
          <w:i w:val="0"/>
          <w:color w:val="22201D"/>
          <w:sz w:val="20"/>
        </w:rPr>
        <w:t>The chart wrote:</w:t>
      </w:r>
    </w:p>
    <w:p>
      <w:pPr>
        <w:spacing w:after="60" w:line="250" w:lineRule="auto"/>
        <w:ind w:left="202" w:right="173"/>
      </w:pPr>
      <w:r>
        <w:rPr>
          <w:rFonts w:ascii="Georgia" w:hAnsi="Georgia"/>
          <w:b w:val="0"/>
          <w:i w:val="0"/>
          <w:color w:val="22201D"/>
          <w:sz w:val="17"/>
        </w:rPr>
        <w:t>Seat A: wants-in-as-proof Condition: one chair only</w:t>
      </w:r>
    </w:p>
    <w:p>
      <w:pPr>
        <w:spacing w:after="60" w:line="266" w:lineRule="auto"/>
        <w:ind w:firstLine="331"/>
        <w:jc w:val="both"/>
      </w:pPr>
      <w:r>
        <w:rPr>
          <w:rFonts w:ascii="Georgia" w:hAnsi="Georgia"/>
          <w:b w:val="0"/>
          <w:i w:val="0"/>
          <w:color w:val="22201D"/>
          <w:sz w:val="20"/>
        </w:rPr>
        <w:t>Martin stared at it.</w:t>
      </w:r>
    </w:p>
    <w:p>
      <w:pPr>
        <w:spacing w:after="60" w:line="266" w:lineRule="auto"/>
        <w:ind w:firstLine="331"/>
        <w:jc w:val="both"/>
      </w:pPr>
      <w:r>
        <w:rPr>
          <w:rFonts w:ascii="Georgia" w:hAnsi="Georgia"/>
          <w:b w:val="0"/>
          <w:i w:val="0"/>
          <w:color w:val="22201D"/>
          <w:sz w:val="20"/>
        </w:rPr>
        <w:t>"That seems lonely."</w:t>
      </w:r>
    </w:p>
    <w:p>
      <w:pPr>
        <w:spacing w:after="60" w:line="266" w:lineRule="auto"/>
        <w:ind w:firstLine="331"/>
        <w:jc w:val="both"/>
      </w:pPr>
      <w:r>
        <w:rPr>
          <w:rFonts w:ascii="Georgia" w:hAnsi="Georgia"/>
          <w:b w:val="0"/>
          <w:i w:val="0"/>
          <w:color w:val="22201D"/>
          <w:sz w:val="20"/>
        </w:rPr>
        <w:t>The Hostess said, "It is less lonely than using an audience as insulation."</w:t>
      </w:r>
    </w:p>
    <w:p>
      <w:pPr>
        <w:spacing w:after="60" w:line="266" w:lineRule="auto"/>
        <w:ind w:firstLine="331"/>
        <w:jc w:val="both"/>
      </w:pPr>
      <w:r>
        <w:rPr>
          <w:rFonts w:ascii="Georgia" w:hAnsi="Georgia"/>
          <w:b w:val="0"/>
          <w:i w:val="0"/>
          <w:color w:val="22201D"/>
          <w:sz w:val="20"/>
        </w:rPr>
        <w:t>"I did not do that."</w:t>
      </w:r>
    </w:p>
    <w:p>
      <w:pPr>
        <w:spacing w:after="60" w:line="266" w:lineRule="auto"/>
        <w:ind w:firstLine="331"/>
        <w:jc w:val="both"/>
      </w:pPr>
      <w:r>
        <w:rPr>
          <w:rFonts w:ascii="Georgia" w:hAnsi="Georgia"/>
          <w:b w:val="0"/>
          <w:i w:val="0"/>
          <w:color w:val="22201D"/>
          <w:sz w:val="20"/>
        </w:rPr>
        <w:t>His one-star review trembled on the corkboard beside the door.</w:t>
      </w:r>
    </w:p>
    <w:p>
      <w:pPr>
        <w:spacing w:after="60" w:line="266" w:lineRule="auto"/>
        <w:ind w:firstLine="331"/>
        <w:jc w:val="both"/>
      </w:pPr>
      <w:r>
        <w:rPr>
          <w:rFonts w:ascii="Georgia" w:hAnsi="Georgia"/>
          <w:b w:val="0"/>
          <w:i w:val="0"/>
          <w:color w:val="22201D"/>
          <w:sz w:val="20"/>
        </w:rPr>
        <w:t>Martin corrected himself.</w:t>
      </w:r>
    </w:p>
    <w:p>
      <w:pPr>
        <w:spacing w:after="60" w:line="266" w:lineRule="auto"/>
        <w:ind w:firstLine="331"/>
        <w:jc w:val="both"/>
      </w:pPr>
      <w:r>
        <w:rPr>
          <w:rFonts w:ascii="Georgia" w:hAnsi="Georgia"/>
          <w:b w:val="0"/>
          <w:i w:val="0"/>
          <w:color w:val="22201D"/>
          <w:sz w:val="20"/>
        </w:rPr>
        <w:t>"I did that in writing."</w:t>
      </w:r>
    </w:p>
    <w:p>
      <w:pPr>
        <w:spacing w:after="60" w:line="266" w:lineRule="auto"/>
        <w:ind w:firstLine="331"/>
        <w:jc w:val="both"/>
      </w:pPr>
      <w:r>
        <w:rPr>
          <w:rFonts w:ascii="Georgia" w:hAnsi="Georgia"/>
          <w:b w:val="0"/>
          <w:i w:val="0"/>
          <w:color w:val="22201D"/>
          <w:sz w:val="20"/>
        </w:rPr>
        <w:t>The chart printed:</w:t>
      </w:r>
    </w:p>
    <w:p>
      <w:pPr>
        <w:spacing w:after="60" w:line="250" w:lineRule="auto"/>
        <w:ind w:left="202" w:right="173"/>
      </w:pPr>
      <w:r>
        <w:rPr>
          <w:rFonts w:ascii="Georgia" w:hAnsi="Georgia"/>
          <w:b w:val="0"/>
          <w:i w:val="0"/>
          <w:color w:val="22201D"/>
          <w:sz w:val="17"/>
        </w:rPr>
        <w:t>Correction useful.</w:t>
      </w:r>
    </w:p>
    <w:p>
      <w:pPr>
        <w:spacing w:after="60" w:line="266" w:lineRule="auto"/>
        <w:ind w:firstLine="331"/>
        <w:jc w:val="both"/>
      </w:pPr>
      <w:r>
        <w:rPr>
          <w:rFonts w:ascii="Georgia" w:hAnsi="Georgia"/>
          <w:b w:val="0"/>
          <w:i w:val="0"/>
          <w:color w:val="22201D"/>
          <w:sz w:val="20"/>
        </w:rPr>
        <w:t>"One chair?" Martin said.</w:t>
      </w:r>
    </w:p>
    <w:p>
      <w:pPr>
        <w:spacing w:after="60" w:line="266" w:lineRule="auto"/>
        <w:ind w:firstLine="331"/>
        <w:jc w:val="both"/>
      </w:pPr>
      <w:r>
        <w:rPr>
          <w:rFonts w:ascii="Georgia" w:hAnsi="Georgia"/>
          <w:b w:val="0"/>
          <w:i w:val="0"/>
          <w:color w:val="22201D"/>
          <w:sz w:val="20"/>
        </w:rPr>
        <w:t>"For now."</w:t>
      </w:r>
    </w:p>
    <w:p>
      <w:pPr>
        <w:spacing w:after="60" w:line="266" w:lineRule="auto"/>
        <w:ind w:firstLine="331"/>
        <w:jc w:val="both"/>
      </w:pPr>
      <w:r>
        <w:rPr>
          <w:rFonts w:ascii="Georgia" w:hAnsi="Georgia"/>
          <w:b w:val="0"/>
          <w:i w:val="0"/>
          <w:color w:val="22201D"/>
          <w:sz w:val="20"/>
        </w:rPr>
        <w:t>"And what do I do there?"</w:t>
      </w:r>
    </w:p>
    <w:p>
      <w:pPr>
        <w:spacing w:after="60" w:line="266" w:lineRule="auto"/>
        <w:ind w:firstLine="331"/>
        <w:jc w:val="both"/>
      </w:pPr>
      <w:r>
        <w:rPr>
          <w:rFonts w:ascii="Georgia" w:hAnsi="Georgia"/>
          <w:b w:val="0"/>
          <w:i w:val="0"/>
          <w:color w:val="22201D"/>
          <w:sz w:val="20"/>
        </w:rPr>
        <w:t>"Stop performing complaint for the people outside the room."</w:t>
      </w:r>
    </w:p>
    <w:p>
      <w:pPr>
        <w:spacing w:after="60" w:line="266" w:lineRule="auto"/>
        <w:ind w:firstLine="331"/>
        <w:jc w:val="both"/>
      </w:pPr>
      <w:r>
        <w:rPr>
          <w:rFonts w:ascii="Georgia" w:hAnsi="Georgia"/>
          <w:b w:val="0"/>
          <w:i w:val="0"/>
          <w:color w:val="22201D"/>
          <w:sz w:val="20"/>
        </w:rPr>
        <w:t>Martin looked at the line. Several people looked away because they had been hoping his seat would tell them whether their future complaint would be interesting.</w:t>
      </w:r>
    </w:p>
    <w:p>
      <w:pPr>
        <w:spacing w:after="60" w:line="266" w:lineRule="auto"/>
        <w:ind w:firstLine="331"/>
        <w:jc w:val="both"/>
      </w:pPr>
      <w:r>
        <w:rPr>
          <w:rFonts w:ascii="Georgia" w:hAnsi="Georgia"/>
          <w:b w:val="0"/>
          <w:i w:val="0"/>
          <w:color w:val="22201D"/>
          <w:sz w:val="20"/>
        </w:rPr>
        <w:t>"What if I am still angry?"</w:t>
      </w:r>
    </w:p>
    <w:p>
      <w:pPr>
        <w:spacing w:after="60" w:line="266" w:lineRule="auto"/>
        <w:ind w:firstLine="331"/>
        <w:jc w:val="both"/>
      </w:pPr>
      <w:r>
        <w:rPr>
          <w:rFonts w:ascii="Georgia" w:hAnsi="Georgia"/>
          <w:b w:val="0"/>
          <w:i w:val="0"/>
          <w:color w:val="22201D"/>
          <w:sz w:val="20"/>
        </w:rPr>
        <w:t>"Then eat while angry without making anger your host."</w:t>
      </w:r>
    </w:p>
    <w:p>
      <w:pPr>
        <w:spacing w:after="60" w:line="266" w:lineRule="auto"/>
        <w:ind w:firstLine="331"/>
        <w:jc w:val="both"/>
      </w:pPr>
      <w:r>
        <w:rPr>
          <w:rFonts w:ascii="Georgia" w:hAnsi="Georgia"/>
          <w:b w:val="0"/>
          <w:i w:val="0"/>
          <w:color w:val="22201D"/>
          <w:sz w:val="20"/>
        </w:rPr>
        <w:t>Martin considered this.</w:t>
      </w:r>
    </w:p>
    <w:p>
      <w:pPr>
        <w:spacing w:after="60" w:line="266" w:lineRule="auto"/>
        <w:ind w:firstLine="331"/>
        <w:jc w:val="both"/>
      </w:pPr>
      <w:r>
        <w:rPr>
          <w:rFonts w:ascii="Georgia" w:hAnsi="Georgia"/>
          <w:b w:val="0"/>
          <w:i w:val="0"/>
          <w:color w:val="22201D"/>
          <w:sz w:val="20"/>
        </w:rPr>
        <w:t>"Do you have coffee?"</w:t>
      </w:r>
    </w:p>
    <w:p>
      <w:pPr>
        <w:spacing w:after="60" w:line="266" w:lineRule="auto"/>
        <w:ind w:firstLine="331"/>
        <w:jc w:val="both"/>
      </w:pPr>
      <w:r>
        <w:rPr>
          <w:rFonts w:ascii="Georgia" w:hAnsi="Georgia"/>
          <w:b w:val="0"/>
          <w:i w:val="0"/>
          <w:color w:val="22201D"/>
          <w:sz w:val="20"/>
        </w:rPr>
        <w:t>"Not for that."</w:t>
      </w:r>
    </w:p>
    <w:p>
      <w:pPr>
        <w:spacing w:after="60" w:line="266" w:lineRule="auto"/>
        <w:ind w:firstLine="331"/>
        <w:jc w:val="both"/>
      </w:pPr>
      <w:r>
        <w:rPr>
          <w:rFonts w:ascii="Georgia" w:hAnsi="Georgia"/>
          <w:b w:val="0"/>
          <w:i w:val="0"/>
          <w:color w:val="22201D"/>
          <w:sz w:val="20"/>
        </w:rPr>
        <w:t>"Fair."</w:t>
      </w:r>
    </w:p>
    <w:p>
      <w:pPr>
        <w:spacing w:after="60" w:line="266" w:lineRule="auto"/>
        <w:ind w:firstLine="331"/>
        <w:jc w:val="both"/>
      </w:pPr>
      <w:r>
        <w:rPr>
          <w:rFonts w:ascii="Georgia" w:hAnsi="Georgia"/>
          <w:b w:val="0"/>
          <w:i w:val="0"/>
          <w:color w:val="22201D"/>
          <w:sz w:val="20"/>
        </w:rPr>
        <w:t>The chart placed Table Three beside the wall, close enough for Martin to see the room, not close enough for the room to become his evidence.</w:t>
      </w:r>
    </w:p>
    <w:p>
      <w:pPr>
        <w:spacing w:after="60" w:line="266" w:lineRule="auto"/>
        <w:ind w:firstLine="331"/>
        <w:jc w:val="both"/>
      </w:pPr>
      <w:r>
        <w:rPr>
          <w:rFonts w:ascii="Georgia" w:hAnsi="Georgia"/>
          <w:b w:val="0"/>
          <w:i w:val="0"/>
          <w:color w:val="22201D"/>
          <w:sz w:val="20"/>
        </w:rPr>
        <w:t>Gerald checked the distance.</w:t>
      </w:r>
    </w:p>
    <w:p>
      <w:pPr>
        <w:spacing w:after="60" w:line="266" w:lineRule="auto"/>
        <w:ind w:firstLine="331"/>
        <w:jc w:val="both"/>
      </w:pPr>
      <w:r>
        <w:rPr>
          <w:rFonts w:ascii="Georgia" w:hAnsi="Georgia"/>
          <w:b w:val="0"/>
          <w:i w:val="0"/>
          <w:color w:val="22201D"/>
          <w:sz w:val="20"/>
        </w:rPr>
        <w:t>"Acceptable."</w:t>
      </w:r>
    </w:p>
    <w:p>
      <w:pPr>
        <w:spacing w:after="60" w:line="266" w:lineRule="auto"/>
        <w:ind w:firstLine="331"/>
        <w:jc w:val="both"/>
      </w:pPr>
      <w:r>
        <w:rPr>
          <w:rFonts w:ascii="Georgia" w:hAnsi="Georgia"/>
          <w:b w:val="0"/>
          <w:i w:val="0"/>
          <w:color w:val="22201D"/>
          <w:sz w:val="20"/>
        </w:rPr>
        <w:t>The chart printed:</w:t>
      </w:r>
    </w:p>
    <w:p>
      <w:pPr>
        <w:spacing w:after="60" w:line="250" w:lineRule="auto"/>
        <w:ind w:left="202" w:right="173"/>
      </w:pPr>
      <w:r>
        <w:rPr>
          <w:rFonts w:ascii="Georgia" w:hAnsi="Georgia"/>
          <w:b w:val="0"/>
          <w:i w:val="0"/>
          <w:color w:val="22201D"/>
          <w:sz w:val="17"/>
        </w:rPr>
        <w:t>Table Three: Martin Condition: anger may sit, but cannot hold extra chairs</w:t>
      </w:r>
    </w:p>
    <w:p>
      <w:pPr>
        <w:spacing w:after="60" w:line="266" w:lineRule="auto"/>
        <w:ind w:firstLine="331"/>
        <w:jc w:val="both"/>
      </w:pPr>
      <w:r>
        <w:rPr>
          <w:rFonts w:ascii="Georgia" w:hAnsi="Georgia"/>
          <w:b w:val="0"/>
          <w:i w:val="0"/>
          <w:color w:val="22201D"/>
          <w:sz w:val="20"/>
        </w:rPr>
        <w:t>Martin nodded reluctantly.</w:t>
      </w:r>
    </w:p>
    <w:p>
      <w:pPr>
        <w:spacing w:after="60" w:line="266" w:lineRule="auto"/>
        <w:ind w:firstLine="331"/>
        <w:jc w:val="both"/>
      </w:pPr>
      <w:r>
        <w:rPr>
          <w:rFonts w:ascii="Georgia" w:hAnsi="Georgia"/>
          <w:b w:val="0"/>
          <w:i w:val="0"/>
          <w:color w:val="22201D"/>
          <w:sz w:val="20"/>
        </w:rPr>
        <w:t>"That is a good rule."</w:t>
      </w:r>
    </w:p>
    <w:p>
      <w:pPr>
        <w:spacing w:after="60" w:line="266" w:lineRule="auto"/>
        <w:ind w:firstLine="331"/>
        <w:jc w:val="both"/>
      </w:pPr>
      <w:r>
        <w:rPr>
          <w:rFonts w:ascii="Georgia" w:hAnsi="Georgia"/>
          <w:b w:val="0"/>
          <w:i w:val="0"/>
          <w:color w:val="22201D"/>
          <w:sz w:val="20"/>
        </w:rPr>
        <w:t>"You may hate it specifically," said the Hostess.</w:t>
      </w:r>
    </w:p>
    <w:p>
      <w:pPr>
        <w:spacing w:after="60" w:line="266" w:lineRule="auto"/>
        <w:ind w:firstLine="331"/>
        <w:jc w:val="both"/>
      </w:pPr>
      <w:r>
        <w:rPr>
          <w:rFonts w:ascii="Georgia" w:hAnsi="Georgia"/>
          <w:b w:val="0"/>
          <w:i w:val="0"/>
          <w:color w:val="22201D"/>
          <w:sz w:val="20"/>
        </w:rPr>
        <w:t>"I do."</w:t>
      </w:r>
    </w:p>
    <w:p>
      <w:pPr>
        <w:spacing w:after="60" w:line="266" w:lineRule="auto"/>
        <w:ind w:firstLine="331"/>
        <w:jc w:val="both"/>
      </w:pPr>
      <w:r>
        <w:rPr>
          <w:rFonts w:ascii="Georgia" w:hAnsi="Georgia"/>
          <w:b w:val="0"/>
          <w:i w:val="0"/>
          <w:color w:val="22201D"/>
          <w:sz w:val="20"/>
        </w:rPr>
        <w:t>The chart marked:</w:t>
      </w:r>
    </w:p>
    <w:p>
      <w:pPr>
        <w:spacing w:after="60" w:line="250" w:lineRule="auto"/>
        <w:ind w:left="202" w:right="173"/>
      </w:pPr>
      <w:r>
        <w:rPr>
          <w:rFonts w:ascii="Georgia" w:hAnsi="Georgia"/>
          <w:b w:val="0"/>
          <w:i w:val="0"/>
          <w:color w:val="22201D"/>
          <w:sz w:val="17"/>
        </w:rPr>
        <w:t>Specific complaint logged.</w:t>
      </w:r>
    </w:p>
    <w:p>
      <w:pPr>
        <w:spacing w:after="60" w:line="266" w:lineRule="auto"/>
        <w:ind w:firstLine="331"/>
        <w:jc w:val="both"/>
      </w:pPr>
      <w:r>
        <w:rPr>
          <w:rFonts w:ascii="Georgia" w:hAnsi="Georgia"/>
          <w:b w:val="0"/>
          <w:i w:val="0"/>
          <w:color w:val="22201D"/>
          <w:sz w:val="20"/>
        </w:rPr>
        <w:t>The fourth table did not appear.</w:t>
      </w:r>
    </w:p>
    <w:p>
      <w:pPr>
        <w:spacing w:after="60" w:line="266" w:lineRule="auto"/>
        <w:ind w:firstLine="331"/>
        <w:jc w:val="both"/>
      </w:pPr>
      <w:r>
        <w:rPr>
          <w:rFonts w:ascii="Georgia" w:hAnsi="Georgia"/>
          <w:b w:val="0"/>
          <w:i w:val="0"/>
          <w:color w:val="22201D"/>
          <w:sz w:val="20"/>
        </w:rPr>
        <w:t>This was worse than appearing.</w:t>
      </w:r>
    </w:p>
    <w:p>
      <w:pPr>
        <w:spacing w:after="60" w:line="266" w:lineRule="auto"/>
        <w:ind w:firstLine="331"/>
        <w:jc w:val="both"/>
      </w:pPr>
      <w:r>
        <w:rPr>
          <w:rFonts w:ascii="Georgia" w:hAnsi="Georgia"/>
          <w:b w:val="0"/>
          <w:i w:val="0"/>
          <w:color w:val="22201D"/>
          <w:sz w:val="20"/>
        </w:rPr>
        <w:t>Flocc felt the absence of it before anyone called him. He knew the shape of being about to be corrected had entered the room. It was like hearing a spoon placed beside an empty bowl in another part of the house.</w:t>
      </w:r>
    </w:p>
    <w:p>
      <w:pPr>
        <w:spacing w:after="60" w:line="266" w:lineRule="auto"/>
        <w:ind w:firstLine="331"/>
        <w:jc w:val="both"/>
      </w:pPr>
      <w:r>
        <w:rPr>
          <w:rFonts w:ascii="Georgia" w:hAnsi="Georgia"/>
          <w:b w:val="0"/>
          <w:i w:val="0"/>
          <w:color w:val="22201D"/>
          <w:sz w:val="20"/>
        </w:rPr>
        <w:t>The Hostess looked at him.</w:t>
      </w:r>
    </w:p>
    <w:p>
      <w:pPr>
        <w:spacing w:after="60" w:line="266" w:lineRule="auto"/>
        <w:ind w:firstLine="331"/>
        <w:jc w:val="both"/>
      </w:pPr>
      <w:r>
        <w:rPr>
          <w:rFonts w:ascii="Georgia" w:hAnsi="Georgia"/>
          <w:b w:val="0"/>
          <w:i w:val="0"/>
          <w:color w:val="22201D"/>
          <w:sz w:val="20"/>
        </w:rPr>
        <w:t>The line looked at him.</w:t>
      </w:r>
    </w:p>
    <w:p>
      <w:pPr>
        <w:spacing w:after="60" w:line="266" w:lineRule="auto"/>
        <w:ind w:firstLine="331"/>
        <w:jc w:val="both"/>
      </w:pPr>
      <w:r>
        <w:rPr>
          <w:rFonts w:ascii="Georgia" w:hAnsi="Georgia"/>
          <w:b w:val="0"/>
          <w:i w:val="0"/>
          <w:color w:val="22201D"/>
          <w:sz w:val="20"/>
        </w:rPr>
        <w:t>Mara did not look at him, which was a mercy sharp enough to count as a tool.</w:t>
      </w:r>
    </w:p>
    <w:p>
      <w:pPr>
        <w:spacing w:after="60" w:line="266" w:lineRule="auto"/>
        <w:ind w:firstLine="331"/>
        <w:jc w:val="both"/>
      </w:pPr>
      <w:r>
        <w:rPr>
          <w:rFonts w:ascii="Georgia" w:hAnsi="Georgia"/>
          <w:b w:val="0"/>
          <w:i w:val="0"/>
          <w:color w:val="22201D"/>
          <w:sz w:val="20"/>
        </w:rPr>
        <w:t>The chart printed:</w:t>
      </w:r>
    </w:p>
    <w:p>
      <w:pPr>
        <w:spacing w:after="60" w:line="250" w:lineRule="auto"/>
        <w:ind w:left="202" w:right="173"/>
      </w:pPr>
      <w:r>
        <w:rPr>
          <w:rFonts w:ascii="Georgia" w:hAnsi="Georgia"/>
          <w:b w:val="0"/>
          <w:i w:val="0"/>
          <w:color w:val="22201D"/>
          <w:sz w:val="17"/>
        </w:rPr>
        <w:t>SERVICE PATH Seats: 0 Purpose: make room without becoming the reason room exists</w:t>
      </w:r>
    </w:p>
    <w:p>
      <w:pPr>
        <w:spacing w:after="60" w:line="266" w:lineRule="auto"/>
        <w:ind w:firstLine="331"/>
        <w:jc w:val="both"/>
      </w:pPr>
      <w:r>
        <w:rPr>
          <w:rFonts w:ascii="Georgia" w:hAnsi="Georgia"/>
          <w:b w:val="0"/>
          <w:i w:val="0"/>
          <w:color w:val="22201D"/>
          <w:sz w:val="20"/>
        </w:rPr>
        <w:t>Flocc swallowed.</w:t>
      </w:r>
    </w:p>
    <w:p>
      <w:pPr>
        <w:spacing w:after="60" w:line="266" w:lineRule="auto"/>
        <w:ind w:firstLine="331"/>
        <w:jc w:val="both"/>
      </w:pPr>
      <w:r>
        <w:rPr>
          <w:rFonts w:ascii="Georgia" w:hAnsi="Georgia"/>
          <w:b w:val="0"/>
          <w:i w:val="0"/>
          <w:color w:val="22201D"/>
          <w:sz w:val="20"/>
        </w:rPr>
        <w:t>"I am not being seated."</w:t>
      </w:r>
    </w:p>
    <w:p>
      <w:pPr>
        <w:spacing w:after="60" w:line="266" w:lineRule="auto"/>
        <w:ind w:firstLine="331"/>
        <w:jc w:val="both"/>
      </w:pPr>
      <w:r>
        <w:rPr>
          <w:rFonts w:ascii="Georgia" w:hAnsi="Georgia"/>
          <w:b w:val="0"/>
          <w:i w:val="0"/>
          <w:color w:val="22201D"/>
          <w:sz w:val="20"/>
        </w:rPr>
        <w:t>"Not yet," said the Hostess.</w:t>
      </w:r>
    </w:p>
    <w:p>
      <w:pPr>
        <w:spacing w:after="60" w:line="266" w:lineRule="auto"/>
        <w:ind w:firstLine="331"/>
        <w:jc w:val="both"/>
      </w:pPr>
      <w:r>
        <w:rPr>
          <w:rFonts w:ascii="Georgia" w:hAnsi="Georgia"/>
          <w:b w:val="0"/>
          <w:i w:val="0"/>
          <w:color w:val="22201D"/>
          <w:sz w:val="20"/>
        </w:rPr>
        <w:t>"Because I am already inside?"</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"Because I said the thing on the wall?"</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"Because I still want the miracle to prove I cannot be replaced?"</w:t>
      </w:r>
    </w:p>
    <w:p>
      <w:pPr>
        <w:spacing w:after="60" w:line="266" w:lineRule="auto"/>
        <w:ind w:firstLine="331"/>
        <w:jc w:val="both"/>
      </w:pPr>
      <w:r>
        <w:rPr>
          <w:rFonts w:ascii="Georgia" w:hAnsi="Georgia"/>
          <w:b w:val="0"/>
          <w:i w:val="0"/>
          <w:color w:val="22201D"/>
          <w:sz w:val="20"/>
        </w:rPr>
        <w:t>"Partly."</w:t>
      </w:r>
    </w:p>
    <w:p>
      <w:pPr>
        <w:spacing w:after="60" w:line="266" w:lineRule="auto"/>
        <w:ind w:firstLine="331"/>
        <w:jc w:val="both"/>
      </w:pPr>
      <w:r>
        <w:rPr>
          <w:rFonts w:ascii="Georgia" w:hAnsi="Georgia"/>
          <w:b w:val="0"/>
          <w:i w:val="0"/>
          <w:color w:val="22201D"/>
          <w:sz w:val="20"/>
        </w:rPr>
        <w:t>He laughed once.</w:t>
      </w:r>
    </w:p>
    <w:p>
      <w:pPr>
        <w:spacing w:after="60" w:line="266" w:lineRule="auto"/>
        <w:ind w:firstLine="331"/>
        <w:jc w:val="both"/>
      </w:pPr>
      <w:r>
        <w:rPr>
          <w:rFonts w:ascii="Georgia" w:hAnsi="Georgia"/>
          <w:b w:val="0"/>
          <w:i w:val="0"/>
          <w:color w:val="22201D"/>
          <w:sz w:val="20"/>
        </w:rPr>
        <w:t>"There it is."</w:t>
      </w:r>
    </w:p>
    <w:p>
      <w:pPr>
        <w:spacing w:after="60" w:line="266" w:lineRule="auto"/>
        <w:ind w:firstLine="331"/>
        <w:jc w:val="both"/>
      </w:pPr>
      <w:r>
        <w:rPr>
          <w:rFonts w:ascii="Georgia" w:hAnsi="Georgia"/>
          <w:b w:val="0"/>
          <w:i w:val="0"/>
          <w:color w:val="22201D"/>
          <w:sz w:val="20"/>
        </w:rPr>
        <w:t>The chart drew a narrow clear path from the door to the kitchen, then to the hand sink, then around Table One, Table Two, Table Three, and the sauce table. It did not assign Flocc a chair. It assigned him a space to keep open.</w:t>
      </w:r>
    </w:p>
    <w:p>
      <w:pPr>
        <w:spacing w:after="60" w:line="250" w:lineRule="auto"/>
        <w:ind w:left="202" w:right="173"/>
      </w:pPr>
      <w:r>
        <w:rPr>
          <w:rFonts w:ascii="Georgia" w:hAnsi="Georgia"/>
          <w:b w:val="0"/>
          <w:i w:val="0"/>
          <w:color w:val="22201D"/>
          <w:sz w:val="17"/>
        </w:rPr>
        <w:t>Flocc: clear service path remove explanation from threshold do not stand where a door needs to be</w:t>
      </w:r>
    </w:p>
    <w:p>
      <w:pPr>
        <w:spacing w:after="60" w:line="266" w:lineRule="auto"/>
        <w:ind w:firstLine="331"/>
        <w:jc w:val="both"/>
      </w:pPr>
      <w:r>
        <w:rPr>
          <w:rFonts w:ascii="Georgia" w:hAnsi="Georgia"/>
          <w:b w:val="0"/>
          <w:i w:val="0"/>
          <w:color w:val="22201D"/>
          <w:sz w:val="20"/>
        </w:rPr>
        <w:t>Flocc felt insulted for exactly as long as he could pretend this was not useful.</w:t>
      </w:r>
    </w:p>
    <w:p>
      <w:pPr>
        <w:spacing w:after="60" w:line="266" w:lineRule="auto"/>
        <w:ind w:firstLine="331"/>
        <w:jc w:val="both"/>
      </w:pPr>
      <w:r>
        <w:rPr>
          <w:rFonts w:ascii="Georgia" w:hAnsi="Georgia"/>
          <w:b w:val="0"/>
          <w:i w:val="0"/>
          <w:color w:val="22201D"/>
          <w:sz w:val="20"/>
        </w:rPr>
        <w:t>It was extremely useful.</w:t>
      </w:r>
    </w:p>
    <w:p>
      <w:pPr>
        <w:spacing w:after="60" w:line="266" w:lineRule="auto"/>
        <w:ind w:firstLine="331"/>
        <w:jc w:val="both"/>
      </w:pPr>
      <w:r>
        <w:rPr>
          <w:rFonts w:ascii="Georgia" w:hAnsi="Georgia"/>
          <w:b w:val="0"/>
          <w:i w:val="0"/>
          <w:color w:val="22201D"/>
          <w:sz w:val="20"/>
        </w:rPr>
        <w:t>He had been standing in the threshold, explaining and almost explaining, translating and almost translating, enjoying proximity and almost calling it stewardship. He had not blocked the door physically. That was the defense his pride prepared.</w:t>
      </w:r>
    </w:p>
    <w:p>
      <w:pPr>
        <w:spacing w:after="60" w:line="266" w:lineRule="auto"/>
        <w:ind w:firstLine="331"/>
        <w:jc w:val="both"/>
      </w:pPr>
      <w:r>
        <w:rPr>
          <w:rFonts w:ascii="Georgia" w:hAnsi="Georgia"/>
          <w:b w:val="0"/>
          <w:i w:val="0"/>
          <w:color w:val="22201D"/>
          <w:sz w:val="20"/>
        </w:rPr>
        <w:t>The chart did not care.</w:t>
      </w:r>
    </w:p>
    <w:p>
      <w:pPr>
        <w:spacing w:after="60" w:line="266" w:lineRule="auto"/>
        <w:ind w:firstLine="331"/>
        <w:jc w:val="both"/>
      </w:pPr>
      <w:r>
        <w:rPr>
          <w:rFonts w:ascii="Georgia" w:hAnsi="Georgia"/>
          <w:b w:val="0"/>
          <w:i w:val="0"/>
          <w:color w:val="22201D"/>
          <w:sz w:val="20"/>
        </w:rPr>
        <w:t>Mara said quietly, "It did not say leave."</w:t>
      </w:r>
    </w:p>
    <w:p>
      <w:pPr>
        <w:spacing w:after="60" w:line="266" w:lineRule="auto"/>
        <w:ind w:firstLine="331"/>
        <w:jc w:val="both"/>
      </w:pPr>
      <w:r>
        <w:rPr>
          <w:rFonts w:ascii="Georgia" w:hAnsi="Georgia"/>
          <w:b w:val="0"/>
          <w:i w:val="0"/>
          <w:color w:val="22201D"/>
          <w:sz w:val="20"/>
        </w:rPr>
        <w:t>"I noticed."</w:t>
      </w:r>
    </w:p>
    <w:p>
      <w:pPr>
        <w:spacing w:after="60" w:line="266" w:lineRule="auto"/>
        <w:ind w:firstLine="331"/>
        <w:jc w:val="both"/>
      </w:pPr>
      <w:r>
        <w:rPr>
          <w:rFonts w:ascii="Georgia" w:hAnsi="Georgia"/>
          <w:b w:val="0"/>
          <w:i w:val="0"/>
          <w:color w:val="22201D"/>
          <w:sz w:val="20"/>
        </w:rPr>
        <w:t>"Did you?"</w:t>
      </w:r>
    </w:p>
    <w:p>
      <w:pPr>
        <w:spacing w:after="60" w:line="266" w:lineRule="auto"/>
        <w:ind w:firstLine="331"/>
        <w:jc w:val="both"/>
      </w:pPr>
      <w:r>
        <w:rPr>
          <w:rFonts w:ascii="Georgia" w:hAnsi="Georgia"/>
          <w:b w:val="0"/>
          <w:i w:val="0"/>
          <w:color w:val="22201D"/>
          <w:sz w:val="20"/>
        </w:rPr>
        <w:t>He looked at the chart again.</w:t>
      </w:r>
    </w:p>
    <w:p>
      <w:pPr>
        <w:spacing w:after="60" w:line="266" w:lineRule="auto"/>
        <w:ind w:firstLine="331"/>
        <w:jc w:val="both"/>
      </w:pPr>
      <w:r>
        <w:rPr>
          <w:rFonts w:ascii="Georgia" w:hAnsi="Georgia"/>
          <w:b w:val="0"/>
          <w:i w:val="0"/>
          <w:color w:val="22201D"/>
          <w:sz w:val="20"/>
        </w:rPr>
        <w:t>Clear service path.</w:t>
      </w:r>
    </w:p>
    <w:p>
      <w:pPr>
        <w:spacing w:after="60" w:line="266" w:lineRule="auto"/>
        <w:ind w:firstLine="331"/>
        <w:jc w:val="both"/>
      </w:pPr>
      <w:r>
        <w:rPr>
          <w:rFonts w:ascii="Georgia" w:hAnsi="Georgia"/>
          <w:b w:val="0"/>
          <w:i w:val="0"/>
          <w:color w:val="22201D"/>
          <w:sz w:val="20"/>
        </w:rPr>
        <w:t>Remove explanation from threshold.</w:t>
      </w:r>
    </w:p>
    <w:p>
      <w:pPr>
        <w:spacing w:after="60" w:line="266" w:lineRule="auto"/>
        <w:ind w:firstLine="331"/>
        <w:jc w:val="both"/>
      </w:pPr>
      <w:r>
        <w:rPr>
          <w:rFonts w:ascii="Georgia" w:hAnsi="Georgia"/>
          <w:b w:val="0"/>
          <w:i w:val="0"/>
          <w:color w:val="22201D"/>
          <w:sz w:val="20"/>
        </w:rPr>
        <w:t>Do not stand where a door needs to be.</w:t>
      </w:r>
    </w:p>
    <w:p>
      <w:pPr>
        <w:spacing w:after="60" w:line="266" w:lineRule="auto"/>
        <w:ind w:firstLine="331"/>
        <w:jc w:val="both"/>
      </w:pPr>
      <w:r>
        <w:rPr>
          <w:rFonts w:ascii="Georgia" w:hAnsi="Georgia"/>
          <w:b w:val="0"/>
          <w:i w:val="0"/>
          <w:color w:val="22201D"/>
          <w:sz w:val="20"/>
        </w:rPr>
        <w:t>"I am making room," he said.</w:t>
      </w:r>
    </w:p>
    <w:p>
      <w:pPr>
        <w:spacing w:after="60" w:line="266" w:lineRule="auto"/>
        <w:ind w:firstLine="331"/>
        <w:jc w:val="both"/>
      </w:pPr>
      <w:r>
        <w:rPr>
          <w:rFonts w:ascii="Georgia" w:hAnsi="Georgia"/>
          <w:b w:val="0"/>
          <w:i w:val="0"/>
          <w:color w:val="22201D"/>
          <w:sz w:val="20"/>
        </w:rPr>
        <w:t>The Hostess said, "You are being given the chance to."</w:t>
      </w:r>
    </w:p>
    <w:p>
      <w:pPr>
        <w:spacing w:after="60" w:line="266" w:lineRule="auto"/>
        <w:ind w:firstLine="331"/>
        <w:jc w:val="both"/>
      </w:pPr>
      <w:r>
        <w:rPr>
          <w:rFonts w:ascii="Georgia" w:hAnsi="Georgia"/>
          <w:b w:val="0"/>
          <w:i w:val="0"/>
          <w:color w:val="22201D"/>
          <w:sz w:val="20"/>
        </w:rPr>
        <w:t>That was less satisfying.</w:t>
      </w:r>
    </w:p>
    <w:p>
      <w:pPr>
        <w:spacing w:after="60" w:line="266" w:lineRule="auto"/>
        <w:ind w:firstLine="331"/>
        <w:jc w:val="both"/>
      </w:pPr>
      <w:r>
        <w:rPr>
          <w:rFonts w:ascii="Georgia" w:hAnsi="Georgia"/>
          <w:b w:val="0"/>
          <w:i w:val="0"/>
          <w:color w:val="22201D"/>
          <w:sz w:val="20"/>
        </w:rPr>
        <w:t>Therefore it was probably the truer sentence.</w:t>
      </w:r>
    </w:p>
    <w:p>
      <w:pPr>
        <w:spacing w:after="60" w:line="266" w:lineRule="auto"/>
        <w:ind w:firstLine="331"/>
        <w:jc w:val="both"/>
      </w:pPr>
      <w:r>
        <w:rPr>
          <w:rFonts w:ascii="Georgia" w:hAnsi="Georgia"/>
          <w:b w:val="0"/>
          <w:i w:val="0"/>
          <w:color w:val="22201D"/>
          <w:sz w:val="20"/>
        </w:rPr>
        <w:t>Flocc stepped away from the threshold and into the side path the chart had drawn. The room eased around him. Not because he was gone. Because he had stopped using his presence as a claim.</w:t>
      </w:r>
    </w:p>
    <w:p>
      <w:pPr>
        <w:spacing w:after="60" w:line="266" w:lineRule="auto"/>
        <w:ind w:firstLine="331"/>
        <w:jc w:val="both"/>
      </w:pPr>
      <w:r>
        <w:rPr>
          <w:rFonts w:ascii="Georgia" w:hAnsi="Georgia"/>
          <w:b w:val="0"/>
          <w:i w:val="0"/>
          <w:color w:val="22201D"/>
          <w:sz w:val="20"/>
        </w:rPr>
        <w:t>The chart marked:</w:t>
      </w:r>
    </w:p>
    <w:p>
      <w:pPr>
        <w:spacing w:after="60" w:line="250" w:lineRule="auto"/>
        <w:ind w:left="202" w:right="173"/>
      </w:pPr>
      <w:r>
        <w:rPr>
          <w:rFonts w:ascii="Georgia" w:hAnsi="Georgia"/>
          <w:b w:val="0"/>
          <w:i w:val="0"/>
          <w:color w:val="22201D"/>
          <w:sz w:val="17"/>
        </w:rPr>
        <w:t>Service path: open</w:t>
      </w:r>
    </w:p>
    <w:p>
      <w:pPr>
        <w:spacing w:after="60" w:line="266" w:lineRule="auto"/>
        <w:ind w:firstLine="331"/>
        <w:jc w:val="both"/>
      </w:pPr>
      <w:r>
        <w:rPr>
          <w:rFonts w:ascii="Georgia" w:hAnsi="Georgia"/>
          <w:b w:val="0"/>
          <w:i w:val="0"/>
          <w:color w:val="22201D"/>
          <w:sz w:val="20"/>
        </w:rPr>
        <w:t>Gerald inspected it.</w:t>
      </w:r>
    </w:p>
    <w:p>
      <w:pPr>
        <w:spacing w:after="60" w:line="266" w:lineRule="auto"/>
        <w:ind w:firstLine="331"/>
        <w:jc w:val="both"/>
      </w:pPr>
      <w:r>
        <w:rPr>
          <w:rFonts w:ascii="Georgia" w:hAnsi="Georgia"/>
          <w:b w:val="0"/>
          <w:i w:val="0"/>
          <w:color w:val="22201D"/>
          <w:sz w:val="20"/>
        </w:rPr>
        <w:t>"Better."</w:t>
      </w:r>
    </w:p>
    <w:p>
      <w:pPr>
        <w:spacing w:after="60" w:line="266" w:lineRule="auto"/>
        <w:ind w:firstLine="331"/>
        <w:jc w:val="both"/>
      </w:pPr>
      <w:r>
        <w:rPr>
          <w:rFonts w:ascii="Georgia" w:hAnsi="Georgia"/>
          <w:b w:val="0"/>
          <w:i w:val="0"/>
          <w:color w:val="22201D"/>
          <w:sz w:val="20"/>
        </w:rPr>
        <w:t>"You sound surprised," Flocc said.</w:t>
      </w:r>
    </w:p>
    <w:p>
      <w:pPr>
        <w:spacing w:after="60" w:line="266" w:lineRule="auto"/>
        <w:ind w:firstLine="331"/>
        <w:jc w:val="both"/>
      </w:pPr>
      <w:r>
        <w:rPr>
          <w:rFonts w:ascii="Georgia" w:hAnsi="Georgia"/>
          <w:b w:val="0"/>
          <w:i w:val="0"/>
          <w:color w:val="22201D"/>
          <w:sz w:val="20"/>
        </w:rPr>
        <w:t>"I am surprised when things get better."</w:t>
      </w:r>
    </w:p>
    <w:p>
      <w:pPr>
        <w:spacing w:after="60" w:line="266" w:lineRule="auto"/>
        <w:ind w:firstLine="331"/>
        <w:jc w:val="both"/>
      </w:pPr>
      <w:r>
        <w:rPr>
          <w:rFonts w:ascii="Georgia" w:hAnsi="Georgia"/>
          <w:b w:val="0"/>
          <w:i w:val="0"/>
          <w:color w:val="22201D"/>
          <w:sz w:val="20"/>
        </w:rPr>
        <w:t>"That seems pessimistic."</w:t>
      </w:r>
    </w:p>
    <w:p>
      <w:pPr>
        <w:spacing w:after="60" w:line="266" w:lineRule="auto"/>
        <w:ind w:firstLine="331"/>
        <w:jc w:val="both"/>
      </w:pPr>
      <w:r>
        <w:rPr>
          <w:rFonts w:ascii="Georgia" w:hAnsi="Georgia"/>
          <w:b w:val="0"/>
          <w:i w:val="0"/>
          <w:color w:val="22201D"/>
          <w:sz w:val="20"/>
        </w:rPr>
        <w:t>"It is professional."</w:t>
      </w:r>
    </w:p>
    <w:p>
      <w:pPr>
        <w:spacing w:after="60" w:line="266" w:lineRule="auto"/>
        <w:ind w:firstLine="331"/>
        <w:jc w:val="both"/>
      </w:pPr>
      <w:r>
        <w:rPr>
          <w:rFonts w:ascii="Georgia" w:hAnsi="Georgia"/>
          <w:b w:val="0"/>
          <w:i w:val="0"/>
          <w:color w:val="22201D"/>
          <w:sz w:val="20"/>
        </w:rPr>
        <w:t>The fifth placement appeared, not as a table but as a bench.</w:t>
      </w:r>
    </w:p>
    <w:p>
      <w:pPr>
        <w:spacing w:after="60" w:line="250" w:lineRule="auto"/>
        <w:ind w:left="202" w:right="173"/>
      </w:pPr>
      <w:r>
        <w:rPr>
          <w:rFonts w:ascii="Georgia" w:hAnsi="Georgia"/>
          <w:b w:val="0"/>
          <w:i w:val="0"/>
          <w:color w:val="22201D"/>
          <w:sz w:val="17"/>
        </w:rPr>
        <w:t>BENCH Seats: variable Purpose: wait without turning waiting into proof</w:t>
      </w:r>
    </w:p>
    <w:p>
      <w:pPr>
        <w:spacing w:after="60" w:line="266" w:lineRule="auto"/>
        <w:ind w:firstLine="331"/>
        <w:jc w:val="both"/>
      </w:pPr>
      <w:r>
        <w:rPr>
          <w:rFonts w:ascii="Georgia" w:hAnsi="Georgia"/>
          <w:b w:val="0"/>
          <w:i w:val="0"/>
          <w:color w:val="22201D"/>
          <w:sz w:val="20"/>
        </w:rPr>
        <w:t>Mara looked at it.</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 Hostess said nothing.</w:t>
      </w:r>
    </w:p>
    <w:p>
      <w:pPr>
        <w:spacing w:after="60" w:line="266" w:lineRule="auto"/>
        <w:ind w:firstLine="331"/>
        <w:jc w:val="both"/>
      </w:pPr>
      <w:r>
        <w:rPr>
          <w:rFonts w:ascii="Georgia" w:hAnsi="Georgia"/>
          <w:b w:val="0"/>
          <w:i w:val="0"/>
          <w:color w:val="22201D"/>
          <w:sz w:val="20"/>
        </w:rPr>
        <w:t>The bench remained.</w:t>
      </w:r>
    </w:p>
    <w:p>
      <w:pPr>
        <w:spacing w:after="60" w:line="266" w:lineRule="auto"/>
        <w:ind w:firstLine="331"/>
        <w:jc w:val="both"/>
      </w:pPr>
      <w:r>
        <w:rPr>
          <w:rFonts w:ascii="Georgia" w:hAnsi="Georgia"/>
          <w:b w:val="0"/>
          <w:i w:val="0"/>
          <w:color w:val="22201D"/>
          <w:sz w:val="20"/>
        </w:rPr>
        <w:t>Mara said, "I corrected my name."</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"It said waiting by choice."</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"This is not a seat."</w:t>
      </w:r>
    </w:p>
    <w:p>
      <w:pPr>
        <w:spacing w:after="60" w:line="266" w:lineRule="auto"/>
        <w:ind w:firstLine="331"/>
        <w:jc w:val="both"/>
      </w:pPr>
      <w:r>
        <w:rPr>
          <w:rFonts w:ascii="Georgia" w:hAnsi="Georgia"/>
          <w:b w:val="0"/>
          <w:i w:val="0"/>
          <w:color w:val="22201D"/>
          <w:sz w:val="20"/>
        </w:rPr>
        <w:t>"Correct."</w:t>
      </w:r>
    </w:p>
    <w:p>
      <w:pPr>
        <w:spacing w:after="60" w:line="266" w:lineRule="auto"/>
        <w:ind w:firstLine="331"/>
        <w:jc w:val="both"/>
      </w:pPr>
      <w:r>
        <w:rPr>
          <w:rFonts w:ascii="Georgia" w:hAnsi="Georgia"/>
          <w:b w:val="0"/>
          <w:i w:val="0"/>
          <w:color w:val="22201D"/>
          <w:sz w:val="20"/>
        </w:rPr>
        <w:t>Mara looked at the line outside, the room inside, Flocc in the service path, and the tables that had placed strangers more carefully than friends had placed themselves.</w:t>
      </w:r>
    </w:p>
    <w:p>
      <w:pPr>
        <w:spacing w:after="60" w:line="266" w:lineRule="auto"/>
        <w:ind w:firstLine="331"/>
        <w:jc w:val="both"/>
      </w:pPr>
      <w:r>
        <w:rPr>
          <w:rFonts w:ascii="Georgia" w:hAnsi="Georgia"/>
          <w:b w:val="0"/>
          <w:i w:val="0"/>
          <w:color w:val="22201D"/>
          <w:sz w:val="20"/>
        </w:rPr>
        <w:t>"You are not seating me with him."</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"You are not seating me away from him."</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"You are asking whether I can wait without turning that into a story about loyalty."</w:t>
      </w:r>
    </w:p>
    <w:p>
      <w:pPr>
        <w:spacing w:after="60" w:line="266" w:lineRule="auto"/>
        <w:ind w:firstLine="331"/>
        <w:jc w:val="both"/>
      </w:pPr>
      <w:r>
        <w:rPr>
          <w:rFonts w:ascii="Georgia" w:hAnsi="Georgia"/>
          <w:b w:val="0"/>
          <w:i w:val="0"/>
          <w:color w:val="22201D"/>
          <w:sz w:val="20"/>
        </w:rPr>
        <w:t>The bench printed:</w:t>
      </w:r>
    </w:p>
    <w:p>
      <w:pPr>
        <w:spacing w:after="60" w:line="250" w:lineRule="auto"/>
        <w:ind w:left="202" w:right="173"/>
      </w:pPr>
      <w:r>
        <w:rPr>
          <w:rFonts w:ascii="Georgia" w:hAnsi="Georgia"/>
          <w:b w:val="0"/>
          <w:i w:val="0"/>
          <w:color w:val="22201D"/>
          <w:sz w:val="17"/>
        </w:rPr>
        <w:t>Mara: bench by choice not punishment not proof</w:t>
      </w:r>
    </w:p>
    <w:p>
      <w:pPr>
        <w:spacing w:after="60" w:line="266" w:lineRule="auto"/>
        <w:ind w:firstLine="331"/>
        <w:jc w:val="both"/>
      </w:pPr>
      <w:r>
        <w:rPr>
          <w:rFonts w:ascii="Georgia" w:hAnsi="Georgia"/>
          <w:b w:val="0"/>
          <w:i w:val="0"/>
          <w:color w:val="22201D"/>
          <w:sz w:val="20"/>
        </w:rPr>
        <w:t>Mara sat.</w:t>
      </w:r>
    </w:p>
    <w:p>
      <w:pPr>
        <w:spacing w:after="60" w:line="266" w:lineRule="auto"/>
        <w:ind w:firstLine="331"/>
        <w:jc w:val="both"/>
      </w:pPr>
      <w:r>
        <w:rPr>
          <w:rFonts w:ascii="Georgia" w:hAnsi="Georgia"/>
          <w:b w:val="0"/>
          <w:i w:val="0"/>
          <w:color w:val="22201D"/>
          <w:sz w:val="20"/>
        </w:rPr>
        <w:t>It was a very plain bench. This was nearly suspicious.</w:t>
      </w:r>
    </w:p>
    <w:p>
      <w:pPr>
        <w:spacing w:after="60" w:line="266" w:lineRule="auto"/>
        <w:ind w:firstLine="331"/>
        <w:jc w:val="both"/>
      </w:pPr>
      <w:r>
        <w:rPr>
          <w:rFonts w:ascii="Georgia" w:hAnsi="Georgia"/>
          <w:b w:val="0"/>
          <w:i w:val="0"/>
          <w:color w:val="22201D"/>
          <w:sz w:val="20"/>
        </w:rPr>
        <w:t>She set her notebook beside her and did not open it.</w:t>
      </w:r>
    </w:p>
    <w:p>
      <w:pPr>
        <w:spacing w:after="60" w:line="266" w:lineRule="auto"/>
        <w:ind w:firstLine="331"/>
        <w:jc w:val="both"/>
      </w:pPr>
      <w:r>
        <w:rPr>
          <w:rFonts w:ascii="Georgia" w:hAnsi="Georgia"/>
          <w:b w:val="0"/>
          <w:i w:val="0"/>
          <w:color w:val="22201D"/>
          <w:sz w:val="20"/>
        </w:rPr>
        <w:t>Flocc looked at her.</w:t>
      </w:r>
    </w:p>
    <w:p>
      <w:pPr>
        <w:spacing w:after="60" w:line="266" w:lineRule="auto"/>
        <w:ind w:firstLine="331"/>
        <w:jc w:val="both"/>
      </w:pPr>
      <w:r>
        <w:rPr>
          <w:rFonts w:ascii="Georgia" w:hAnsi="Georgia"/>
          <w:b w:val="0"/>
          <w:i w:val="0"/>
          <w:color w:val="22201D"/>
          <w:sz w:val="20"/>
        </w:rPr>
        <w:t>She raised one eyebrow.</w:t>
      </w:r>
    </w:p>
    <w:p>
      <w:pPr>
        <w:spacing w:after="60" w:line="266" w:lineRule="auto"/>
        <w:ind w:firstLine="331"/>
        <w:jc w:val="both"/>
      </w:pPr>
      <w:r>
        <w:rPr>
          <w:rFonts w:ascii="Georgia" w:hAnsi="Georgia"/>
          <w:b w:val="0"/>
          <w:i w:val="0"/>
          <w:color w:val="22201D"/>
          <w:sz w:val="20"/>
        </w:rPr>
        <w:t>"Do not make this noble."</w:t>
      </w:r>
    </w:p>
    <w:p>
      <w:pPr>
        <w:spacing w:after="60" w:line="266" w:lineRule="auto"/>
        <w:ind w:firstLine="331"/>
        <w:jc w:val="both"/>
      </w:pPr>
      <w:r>
        <w:rPr>
          <w:rFonts w:ascii="Georgia" w:hAnsi="Georgia"/>
          <w:b w:val="0"/>
          <w:i w:val="0"/>
          <w:color w:val="22201D"/>
          <w:sz w:val="20"/>
        </w:rPr>
        <w:t>"I was not."</w:t>
      </w:r>
    </w:p>
    <w:p>
      <w:pPr>
        <w:spacing w:after="60" w:line="266" w:lineRule="auto"/>
        <w:ind w:firstLine="331"/>
        <w:jc w:val="both"/>
      </w:pPr>
      <w:r>
        <w:rPr>
          <w:rFonts w:ascii="Georgia" w:hAnsi="Georgia"/>
          <w:b w:val="0"/>
          <w:i w:val="0"/>
          <w:color w:val="22201D"/>
          <w:sz w:val="20"/>
        </w:rPr>
        <w:t>"You were warming up."</w:t>
      </w:r>
    </w:p>
    <w:p>
      <w:pPr>
        <w:spacing w:after="60" w:line="266" w:lineRule="auto"/>
        <w:ind w:firstLine="331"/>
        <w:jc w:val="both"/>
      </w:pPr>
      <w:r>
        <w:rPr>
          <w:rFonts w:ascii="Georgia" w:hAnsi="Georgia"/>
          <w:b w:val="0"/>
          <w:i w:val="0"/>
          <w:color w:val="22201D"/>
          <w:sz w:val="20"/>
        </w:rPr>
        <w:t>"I will stop."</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The chart accepted:</w:t>
      </w:r>
    </w:p>
    <w:p>
      <w:pPr>
        <w:spacing w:after="60" w:line="250" w:lineRule="auto"/>
        <w:ind w:left="202" w:right="173"/>
      </w:pPr>
      <w:r>
        <w:rPr>
          <w:rFonts w:ascii="Georgia" w:hAnsi="Georgia"/>
          <w:b w:val="0"/>
          <w:i w:val="0"/>
          <w:color w:val="22201D"/>
          <w:sz w:val="17"/>
        </w:rPr>
        <w:t>Bench: Mara Condition: life without borrowed plot remains active</w:t>
      </w:r>
    </w:p>
    <w:p>
      <w:pPr>
        <w:spacing w:after="60" w:line="266" w:lineRule="auto"/>
        <w:ind w:firstLine="331"/>
        <w:jc w:val="both"/>
      </w:pPr>
      <w:r>
        <w:rPr>
          <w:rFonts w:ascii="Georgia" w:hAnsi="Georgia"/>
          <w:b w:val="0"/>
          <w:i w:val="0"/>
          <w:color w:val="22201D"/>
          <w:sz w:val="20"/>
        </w:rPr>
        <w:t>The line outside reacted with the uncomfortable energy of people discovering that being seated correctly might not include being seated soon, together, visibly, or in the part of the room that would make the best sentence later.</w:t>
      </w:r>
    </w:p>
    <w:p>
      <w:pPr>
        <w:spacing w:after="60" w:line="266" w:lineRule="auto"/>
        <w:ind w:firstLine="331"/>
        <w:jc w:val="both"/>
      </w:pPr>
      <w:r>
        <w:rPr>
          <w:rFonts w:ascii="Georgia" w:hAnsi="Georgia"/>
          <w:b w:val="0"/>
          <w:i w:val="0"/>
          <w:color w:val="22201D"/>
          <w:sz w:val="20"/>
        </w:rPr>
        <w:t>Someone near the back said, "This is arbitrary."</w:t>
      </w:r>
    </w:p>
    <w:p>
      <w:pPr>
        <w:spacing w:after="60" w:line="266" w:lineRule="auto"/>
        <w:ind w:firstLine="331"/>
        <w:jc w:val="both"/>
      </w:pPr>
      <w:r>
        <w:rPr>
          <w:rFonts w:ascii="Georgia" w:hAnsi="Georgia"/>
          <w:b w:val="0"/>
          <w:i w:val="0"/>
          <w:color w:val="22201D"/>
          <w:sz w:val="20"/>
        </w:rPr>
        <w:t>The seating chart printed:</w:t>
      </w:r>
    </w:p>
    <w:p>
      <w:pPr>
        <w:spacing w:after="60" w:line="250" w:lineRule="auto"/>
        <w:ind w:left="202" w:right="173"/>
      </w:pPr>
      <w:r>
        <w:rPr>
          <w:rFonts w:ascii="Georgia" w:hAnsi="Georgia"/>
          <w:b w:val="0"/>
          <w:i w:val="0"/>
          <w:color w:val="22201D"/>
          <w:sz w:val="17"/>
        </w:rPr>
        <w:t>Arbitrary: no  Unflattering: yes</w:t>
      </w:r>
    </w:p>
    <w:p>
      <w:pPr>
        <w:spacing w:after="60" w:line="266" w:lineRule="auto"/>
        <w:ind w:firstLine="331"/>
        <w:jc w:val="both"/>
      </w:pPr>
      <w:r>
        <w:rPr>
          <w:rFonts w:ascii="Georgia" w:hAnsi="Georgia"/>
          <w:b w:val="0"/>
          <w:i w:val="0"/>
          <w:color w:val="22201D"/>
          <w:sz w:val="20"/>
        </w:rPr>
        <w:t>The someone said nothing further, which several people mistook for agreement. It was not agreement. It was the sound of a person postponing their complaint until they could improve its posture.</w:t>
      </w:r>
    </w:p>
    <w:p>
      <w:pPr>
        <w:spacing w:after="60" w:line="266" w:lineRule="auto"/>
        <w:ind w:firstLine="331"/>
        <w:jc w:val="both"/>
      </w:pPr>
      <w:r>
        <w:rPr>
          <w:rFonts w:ascii="Georgia" w:hAnsi="Georgia"/>
          <w:b w:val="0"/>
          <w:i w:val="0"/>
          <w:color w:val="22201D"/>
          <w:sz w:val="20"/>
        </w:rPr>
        <w:t>Auditor Ives took his assigned seat at Table One with Nico. He placed his notebook on the table. Nico placed both empty hands on the table as if proving the camera was not there.</w:t>
      </w:r>
    </w:p>
    <w:p>
      <w:pPr>
        <w:spacing w:after="60" w:line="266" w:lineRule="auto"/>
        <w:ind w:firstLine="331"/>
        <w:jc w:val="both"/>
      </w:pPr>
      <w:r>
        <w:rPr>
          <w:rFonts w:ascii="Georgia" w:hAnsi="Georgia"/>
          <w:b w:val="0"/>
          <w:i w:val="0"/>
          <w:color w:val="22201D"/>
          <w:sz w:val="20"/>
        </w:rPr>
        <w:t>The chart immediately printed on Table One:</w:t>
      </w:r>
    </w:p>
    <w:p>
      <w:pPr>
        <w:spacing w:after="60" w:line="250" w:lineRule="auto"/>
        <w:ind w:left="202" w:right="173"/>
      </w:pPr>
      <w:r>
        <w:rPr>
          <w:rFonts w:ascii="Georgia" w:hAnsi="Georgia"/>
          <w:b w:val="0"/>
          <w:i w:val="0"/>
          <w:color w:val="22201D"/>
          <w:sz w:val="17"/>
        </w:rPr>
        <w:t>Do not display absence as virtue.</w:t>
      </w:r>
    </w:p>
    <w:p>
      <w:pPr>
        <w:spacing w:after="60" w:line="266" w:lineRule="auto"/>
        <w:ind w:firstLine="331"/>
        <w:jc w:val="both"/>
      </w:pPr>
      <w:r>
        <w:rPr>
          <w:rFonts w:ascii="Georgia" w:hAnsi="Georgia"/>
          <w:b w:val="0"/>
          <w:i w:val="0"/>
          <w:color w:val="22201D"/>
          <w:sz w:val="20"/>
        </w:rPr>
        <w:t>Nico lifted their hands.</w:t>
      </w:r>
    </w:p>
    <w:p>
      <w:pPr>
        <w:spacing w:after="60" w:line="266" w:lineRule="auto"/>
        <w:ind w:firstLine="331"/>
        <w:jc w:val="both"/>
      </w:pPr>
      <w:r>
        <w:rPr>
          <w:rFonts w:ascii="Georgia" w:hAnsi="Georgia"/>
          <w:b w:val="0"/>
          <w:i w:val="0"/>
          <w:color w:val="22201D"/>
          <w:sz w:val="20"/>
        </w:rPr>
        <w:t>"Come on."</w:t>
      </w:r>
    </w:p>
    <w:p>
      <w:pPr>
        <w:spacing w:after="60" w:line="266" w:lineRule="auto"/>
        <w:ind w:firstLine="331"/>
        <w:jc w:val="both"/>
      </w:pPr>
      <w:r>
        <w:rPr>
          <w:rFonts w:ascii="Georgia" w:hAnsi="Georgia"/>
          <w:b w:val="0"/>
          <w:i w:val="0"/>
          <w:color w:val="22201D"/>
          <w:sz w:val="20"/>
        </w:rPr>
        <w:t>Ives moved his notebook slightly closer to his body.</w:t>
      </w:r>
    </w:p>
    <w:p>
      <w:pPr>
        <w:spacing w:after="60" w:line="266" w:lineRule="auto"/>
        <w:ind w:firstLine="331"/>
        <w:jc w:val="both"/>
      </w:pPr>
      <w:r>
        <w:rPr>
          <w:rFonts w:ascii="Georgia" w:hAnsi="Georgia"/>
          <w:b w:val="0"/>
          <w:i w:val="0"/>
          <w:color w:val="22201D"/>
          <w:sz w:val="20"/>
        </w:rPr>
        <w:t>"It is not wrong."</w:t>
      </w:r>
    </w:p>
    <w:p>
      <w:pPr>
        <w:spacing w:after="60" w:line="266" w:lineRule="auto"/>
        <w:ind w:firstLine="331"/>
        <w:jc w:val="both"/>
      </w:pPr>
      <w:r>
        <w:rPr>
          <w:rFonts w:ascii="Georgia" w:hAnsi="Georgia"/>
          <w:b w:val="0"/>
          <w:i w:val="0"/>
          <w:color w:val="22201D"/>
          <w:sz w:val="20"/>
        </w:rPr>
        <w:t>"You too."</w:t>
      </w:r>
    </w:p>
    <w:p>
      <w:pPr>
        <w:spacing w:after="60" w:line="266" w:lineRule="auto"/>
        <w:ind w:firstLine="331"/>
        <w:jc w:val="both"/>
      </w:pPr>
      <w:r>
        <w:rPr>
          <w:rFonts w:ascii="Georgia" w:hAnsi="Georgia"/>
          <w:b w:val="0"/>
          <w:i w:val="0"/>
          <w:color w:val="22201D"/>
          <w:sz w:val="20"/>
        </w:rPr>
        <w:t>Ives looked at his notebook.</w:t>
      </w:r>
    </w:p>
    <w:p>
      <w:pPr>
        <w:spacing w:after="60" w:line="266" w:lineRule="auto"/>
        <w:ind w:firstLine="331"/>
        <w:jc w:val="both"/>
      </w:pPr>
      <w:r>
        <w:rPr>
          <w:rFonts w:ascii="Georgia" w:hAnsi="Georgia"/>
          <w:b w:val="0"/>
          <w:i w:val="0"/>
          <w:color w:val="22201D"/>
          <w:sz w:val="20"/>
        </w:rPr>
        <w:t>The notebook looked extremely official for an object that had just been accused of emotional behavior.</w:t>
      </w:r>
    </w:p>
    <w:p>
      <w:pPr>
        <w:spacing w:after="60" w:line="266" w:lineRule="auto"/>
        <w:ind w:firstLine="331"/>
        <w:jc w:val="both"/>
      </w:pPr>
      <w:r>
        <w:rPr>
          <w:rFonts w:ascii="Georgia" w:hAnsi="Georgia"/>
          <w:b w:val="0"/>
          <w:i w:val="0"/>
          <w:color w:val="22201D"/>
          <w:sz w:val="20"/>
        </w:rPr>
        <w:t>He closed it.</w:t>
      </w:r>
    </w:p>
    <w:p>
      <w:pPr>
        <w:spacing w:after="60" w:line="266" w:lineRule="auto"/>
        <w:ind w:firstLine="331"/>
        <w:jc w:val="both"/>
      </w:pPr>
      <w:r>
        <w:rPr>
          <w:rFonts w:ascii="Georgia" w:hAnsi="Georgia"/>
          <w:b w:val="0"/>
          <w:i w:val="0"/>
          <w:color w:val="22201D"/>
          <w:sz w:val="20"/>
        </w:rPr>
        <w:t>Nico smiled.</w:t>
      </w:r>
    </w:p>
    <w:p>
      <w:pPr>
        <w:spacing w:after="60" w:line="266" w:lineRule="auto"/>
        <w:ind w:firstLine="331"/>
        <w:jc w:val="both"/>
      </w:pPr>
      <w:r>
        <w:rPr>
          <w:rFonts w:ascii="Georgia" w:hAnsi="Georgia"/>
          <w:b w:val="0"/>
          <w:i w:val="0"/>
          <w:color w:val="22201D"/>
          <w:sz w:val="20"/>
        </w:rPr>
        <w:t>"Progress."</w:t>
      </w:r>
    </w:p>
    <w:p>
      <w:pPr>
        <w:spacing w:after="60" w:line="266" w:lineRule="auto"/>
        <w:ind w:firstLine="331"/>
        <w:jc w:val="both"/>
      </w:pPr>
      <w:r>
        <w:rPr>
          <w:rFonts w:ascii="Georgia" w:hAnsi="Georgia"/>
          <w:b w:val="0"/>
          <w:i w:val="0"/>
          <w:color w:val="22201D"/>
          <w:sz w:val="20"/>
        </w:rPr>
        <w:t>"Do not document that."</w:t>
      </w:r>
    </w:p>
    <w:p>
      <w:pPr>
        <w:spacing w:after="60" w:line="266" w:lineRule="auto"/>
        <w:ind w:firstLine="331"/>
        <w:jc w:val="both"/>
      </w:pPr>
      <w:r>
        <w:rPr>
          <w:rFonts w:ascii="Georgia" w:hAnsi="Georgia"/>
          <w:b w:val="0"/>
          <w:i w:val="0"/>
          <w:color w:val="22201D"/>
          <w:sz w:val="20"/>
        </w:rPr>
        <w:t>"I cannot."</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They sat in silence beside the empty witness seat.</w:t>
      </w:r>
    </w:p>
    <w:p>
      <w:pPr>
        <w:spacing w:after="60" w:line="266" w:lineRule="auto"/>
        <w:ind w:firstLine="331"/>
        <w:jc w:val="both"/>
      </w:pPr>
      <w:r>
        <w:rPr>
          <w:rFonts w:ascii="Georgia" w:hAnsi="Georgia"/>
          <w:b w:val="0"/>
          <w:i w:val="0"/>
          <w:color w:val="22201D"/>
          <w:sz w:val="20"/>
        </w:rPr>
        <w:t>The empty witness seat did more work than either of them liked.</w:t>
      </w:r>
    </w:p>
    <w:p>
      <w:pPr>
        <w:spacing w:after="60" w:line="266" w:lineRule="auto"/>
        <w:ind w:firstLine="331"/>
        <w:jc w:val="both"/>
      </w:pPr>
      <w:r>
        <w:rPr>
          <w:rFonts w:ascii="Georgia" w:hAnsi="Georgia"/>
          <w:b w:val="0"/>
          <w:i w:val="0"/>
          <w:color w:val="22201D"/>
          <w:sz w:val="20"/>
        </w:rPr>
        <w:t>At Table Two, Clara and Evan sat opposite each other. Clara kept PORTLAND'S BITES folded under her chair, not on the table. Evan noticed and did not congratulate her, which was better than congratulating her because it allowed the act to belong to lunch.</w:t>
      </w:r>
    </w:p>
    <w:p>
      <w:pPr>
        <w:spacing w:after="60" w:line="266" w:lineRule="auto"/>
        <w:ind w:firstLine="331"/>
        <w:jc w:val="both"/>
      </w:pPr>
      <w:r>
        <w:rPr>
          <w:rFonts w:ascii="Georgia" w:hAnsi="Georgia"/>
          <w:b w:val="0"/>
          <w:i w:val="0"/>
          <w:color w:val="22201D"/>
          <w:sz w:val="20"/>
        </w:rPr>
        <w:t>At Table Three, Martin sat alone and looked at the room with the expression of a man who had finally been given privacy and discovered it was not the same thing as abandonment.</w:t>
      </w:r>
    </w:p>
    <w:p>
      <w:pPr>
        <w:spacing w:after="60" w:line="266" w:lineRule="auto"/>
        <w:ind w:firstLine="331"/>
        <w:jc w:val="both"/>
      </w:pPr>
      <w:r>
        <w:rPr>
          <w:rFonts w:ascii="Georgia" w:hAnsi="Georgia"/>
          <w:b w:val="0"/>
          <w:i w:val="0"/>
          <w:color w:val="22201D"/>
          <w:sz w:val="20"/>
        </w:rPr>
        <w:t>The service path stayed open.</w:t>
      </w:r>
    </w:p>
    <w:p>
      <w:pPr>
        <w:spacing w:after="60" w:line="266" w:lineRule="auto"/>
        <w:ind w:firstLine="331"/>
        <w:jc w:val="both"/>
      </w:pPr>
      <w:r>
        <w:rPr>
          <w:rFonts w:ascii="Georgia" w:hAnsi="Georgia"/>
          <w:b w:val="0"/>
          <w:i w:val="0"/>
          <w:color w:val="22201D"/>
          <w:sz w:val="20"/>
        </w:rPr>
        <w:t>Mara waited on the bench.</w:t>
      </w:r>
    </w:p>
    <w:p>
      <w:pPr>
        <w:spacing w:after="60" w:line="266" w:lineRule="auto"/>
        <w:ind w:firstLine="331"/>
        <w:jc w:val="both"/>
      </w:pPr>
      <w:r>
        <w:rPr>
          <w:rFonts w:ascii="Georgia" w:hAnsi="Georgia"/>
          <w:b w:val="0"/>
          <w:i w:val="0"/>
          <w:color w:val="22201D"/>
          <w:sz w:val="20"/>
        </w:rPr>
        <w:t>The Hostess stood at the threshold with the seating chart in her hands.</w:t>
      </w:r>
    </w:p>
    <w:p>
      <w:pPr>
        <w:spacing w:after="60" w:line="266" w:lineRule="auto"/>
        <w:ind w:firstLine="331"/>
        <w:jc w:val="both"/>
      </w:pPr>
      <w:r>
        <w:rPr>
          <w:rFonts w:ascii="Georgia" w:hAnsi="Georgia"/>
          <w:b w:val="0"/>
          <w:i w:val="0"/>
          <w:color w:val="22201D"/>
          <w:sz w:val="20"/>
        </w:rPr>
        <w:t>Gerald checked the room again.</w:t>
      </w:r>
    </w:p>
    <w:p>
      <w:pPr>
        <w:spacing w:after="60" w:line="266" w:lineRule="auto"/>
        <w:ind w:firstLine="331"/>
        <w:jc w:val="both"/>
      </w:pPr>
      <w:r>
        <w:rPr>
          <w:rFonts w:ascii="Georgia" w:hAnsi="Georgia"/>
          <w:b w:val="0"/>
          <w:i w:val="0"/>
          <w:color w:val="22201D"/>
          <w:sz w:val="20"/>
        </w:rPr>
        <w:t>"Capacity currently stable."</w:t>
      </w:r>
    </w:p>
    <w:p>
      <w:pPr>
        <w:spacing w:after="60" w:line="266" w:lineRule="auto"/>
        <w:ind w:firstLine="331"/>
        <w:jc w:val="both"/>
      </w:pPr>
      <w:r>
        <w:rPr>
          <w:rFonts w:ascii="Georgia" w:hAnsi="Georgia"/>
          <w:b w:val="0"/>
          <w:i w:val="0"/>
          <w:color w:val="22201D"/>
          <w:sz w:val="20"/>
        </w:rPr>
        <w:t>The chart printed:</w:t>
      </w:r>
    </w:p>
    <w:p>
      <w:pPr>
        <w:spacing w:after="60" w:line="250" w:lineRule="auto"/>
        <w:ind w:left="202" w:right="173"/>
      </w:pPr>
      <w:r>
        <w:rPr>
          <w:rFonts w:ascii="Georgia" w:hAnsi="Georgia"/>
          <w:b w:val="0"/>
          <w:i w:val="0"/>
          <w:color w:val="22201D"/>
          <w:sz w:val="17"/>
        </w:rPr>
        <w:t>Capacity: stable because claims reduced</w:t>
      </w:r>
    </w:p>
    <w:p>
      <w:pPr>
        <w:spacing w:after="60" w:line="266" w:lineRule="auto"/>
        <w:ind w:firstLine="331"/>
        <w:jc w:val="both"/>
      </w:pPr>
      <w:r>
        <w:rPr>
          <w:rFonts w:ascii="Georgia" w:hAnsi="Georgia"/>
          <w:b w:val="0"/>
          <w:i w:val="0"/>
          <w:color w:val="22201D"/>
          <w:sz w:val="20"/>
        </w:rPr>
        <w:t>Gerald said, "Do not use that on inspection paperwork."</w:t>
      </w:r>
    </w:p>
    <w:p>
      <w:pPr>
        <w:spacing w:after="60" w:line="266" w:lineRule="auto"/>
        <w:ind w:firstLine="331"/>
        <w:jc w:val="both"/>
      </w:pPr>
      <w:r>
        <w:rPr>
          <w:rFonts w:ascii="Georgia" w:hAnsi="Georgia"/>
          <w:b w:val="0"/>
          <w:i w:val="0"/>
          <w:color w:val="22201D"/>
          <w:sz w:val="20"/>
        </w:rPr>
        <w:t>Steve said, "I might use that on internal notes."</w:t>
      </w:r>
    </w:p>
    <w:p>
      <w:pPr>
        <w:spacing w:after="60" w:line="266" w:lineRule="auto"/>
        <w:ind w:firstLine="331"/>
        <w:jc w:val="both"/>
      </w:pPr>
      <w:r>
        <w:rPr>
          <w:rFonts w:ascii="Georgia" w:hAnsi="Georgia"/>
          <w:b w:val="0"/>
          <w:i w:val="0"/>
          <w:color w:val="22201D"/>
          <w:sz w:val="20"/>
        </w:rPr>
        <w:t>"You will not."</w:t>
      </w:r>
    </w:p>
    <w:p>
      <w:pPr>
        <w:spacing w:after="60" w:line="266" w:lineRule="auto"/>
        <w:ind w:firstLine="331"/>
        <w:jc w:val="both"/>
      </w:pPr>
      <w:r>
        <w:rPr>
          <w:rFonts w:ascii="Georgia" w:hAnsi="Georgia"/>
          <w:b w:val="0"/>
          <w:i w:val="0"/>
          <w:color w:val="22201D"/>
          <w:sz w:val="20"/>
        </w:rPr>
        <w:t>"I might."</w:t>
      </w:r>
    </w:p>
    <w:p>
      <w:pPr>
        <w:spacing w:after="60" w:line="266" w:lineRule="auto"/>
        <w:ind w:firstLine="331"/>
        <w:jc w:val="both"/>
      </w:pPr>
      <w:r>
        <w:rPr>
          <w:rFonts w:ascii="Georgia" w:hAnsi="Georgia"/>
          <w:b w:val="0"/>
          <w:i w:val="0"/>
          <w:color w:val="22201D"/>
          <w:sz w:val="20"/>
        </w:rPr>
        <w:t>"Steve."</w:t>
      </w:r>
    </w:p>
    <w:p>
      <w:pPr>
        <w:spacing w:after="60" w:line="266" w:lineRule="auto"/>
        <w:ind w:firstLine="331"/>
        <w:jc w:val="both"/>
      </w:pPr>
      <w:r>
        <w:rPr>
          <w:rFonts w:ascii="Georgia" w:hAnsi="Georgia"/>
          <w:b w:val="0"/>
          <w:i w:val="0"/>
          <w:color w:val="22201D"/>
          <w:sz w:val="20"/>
        </w:rPr>
        <w:t>"Fine."</w:t>
      </w:r>
    </w:p>
    <w:p>
      <w:pPr>
        <w:spacing w:after="60" w:line="266" w:lineRule="auto"/>
        <w:ind w:firstLine="331"/>
        <w:jc w:val="both"/>
      </w:pPr>
      <w:r>
        <w:rPr>
          <w:rFonts w:ascii="Georgia" w:hAnsi="Georgia"/>
          <w:b w:val="0"/>
          <w:i w:val="0"/>
          <w:color w:val="22201D"/>
          <w:sz w:val="20"/>
        </w:rPr>
        <w:t>The chart printed:</w:t>
      </w:r>
    </w:p>
    <w:p>
      <w:pPr>
        <w:spacing w:after="60" w:line="250" w:lineRule="auto"/>
        <w:ind w:left="202" w:right="173"/>
      </w:pPr>
      <w:r>
        <w:rPr>
          <w:rFonts w:ascii="Georgia" w:hAnsi="Georgia"/>
          <w:b w:val="0"/>
          <w:i w:val="0"/>
          <w:color w:val="22201D"/>
          <w:sz w:val="17"/>
        </w:rPr>
        <w:t>Internal note: already formed</w:t>
      </w:r>
    </w:p>
    <w:p>
      <w:pPr>
        <w:spacing w:after="60" w:line="266" w:lineRule="auto"/>
        <w:ind w:firstLine="331"/>
        <w:jc w:val="both"/>
      </w:pPr>
      <w:r>
        <w:rPr>
          <w:rFonts w:ascii="Georgia" w:hAnsi="Georgia"/>
          <w:b w:val="0"/>
          <w:i w:val="0"/>
          <w:color w:val="22201D"/>
          <w:sz w:val="20"/>
        </w:rPr>
        <w:t>Gerald took a slow breath.</w:t>
      </w:r>
    </w:p>
    <w:p>
      <w:pPr>
        <w:spacing w:after="60" w:line="266" w:lineRule="auto"/>
        <w:ind w:firstLine="331"/>
        <w:jc w:val="both"/>
      </w:pPr>
      <w:r>
        <w:rPr>
          <w:rFonts w:ascii="Georgia" w:hAnsi="Georgia"/>
          <w:b w:val="0"/>
          <w:i w:val="0"/>
          <w:color w:val="22201D"/>
          <w:sz w:val="20"/>
        </w:rPr>
        <w:t>The Hostess raised her hand, and the room did something rooms had done in restaurants since before anyone trusted apps, reviews, or words like destination.</w:t>
      </w:r>
    </w:p>
    <w:p>
      <w:pPr>
        <w:spacing w:after="60" w:line="266" w:lineRule="auto"/>
        <w:ind w:firstLine="331"/>
        <w:jc w:val="both"/>
      </w:pPr>
      <w:r>
        <w:rPr>
          <w:rFonts w:ascii="Georgia" w:hAnsi="Georgia"/>
          <w:b w:val="0"/>
          <w:i w:val="0"/>
          <w:color w:val="22201D"/>
          <w:sz w:val="20"/>
        </w:rPr>
        <w:t>It became ready for menus.</w:t>
      </w:r>
    </w:p>
    <w:p>
      <w:pPr>
        <w:spacing w:after="60" w:line="266" w:lineRule="auto"/>
        <w:ind w:firstLine="331"/>
        <w:jc w:val="both"/>
      </w:pPr>
      <w:r>
        <w:rPr>
          <w:rFonts w:ascii="Georgia" w:hAnsi="Georgia"/>
          <w:b w:val="0"/>
          <w:i w:val="0"/>
          <w:color w:val="22201D"/>
          <w:sz w:val="20"/>
        </w:rPr>
        <w:t>This was dangerous.</w:t>
      </w:r>
    </w:p>
    <w:p>
      <w:pPr>
        <w:spacing w:after="60" w:line="266" w:lineRule="auto"/>
        <w:ind w:firstLine="331"/>
        <w:jc w:val="both"/>
      </w:pPr>
      <w:r>
        <w:rPr>
          <w:rFonts w:ascii="Georgia" w:hAnsi="Georgia"/>
          <w:b w:val="0"/>
          <w:i w:val="0"/>
          <w:color w:val="22201D"/>
          <w:sz w:val="20"/>
        </w:rPr>
        <w:t>Menus were the place where people were most likely to lie beautifully again.</w:t>
      </w:r>
    </w:p>
    <w:p>
      <w:pPr>
        <w:spacing w:after="60" w:line="266" w:lineRule="auto"/>
        <w:ind w:firstLine="331"/>
        <w:jc w:val="both"/>
      </w:pPr>
      <w:r>
        <w:rPr>
          <w:rFonts w:ascii="Georgia" w:hAnsi="Georgia"/>
          <w:b w:val="0"/>
          <w:i w:val="0"/>
          <w:color w:val="22201D"/>
          <w:sz w:val="20"/>
        </w:rPr>
        <w:t>The first menu appeared at Table One.</w:t>
      </w:r>
    </w:p>
    <w:p>
      <w:pPr>
        <w:spacing w:after="60" w:line="266" w:lineRule="auto"/>
        <w:ind w:firstLine="331"/>
        <w:jc w:val="both"/>
      </w:pPr>
      <w:r>
        <w:rPr>
          <w:rFonts w:ascii="Georgia" w:hAnsi="Georgia"/>
          <w:b w:val="0"/>
          <w:i w:val="0"/>
          <w:color w:val="22201D"/>
          <w:sz w:val="20"/>
        </w:rPr>
        <w:t>Nico reached for it.</w:t>
      </w:r>
    </w:p>
    <w:p>
      <w:pPr>
        <w:spacing w:after="60" w:line="266" w:lineRule="auto"/>
        <w:ind w:firstLine="331"/>
        <w:jc w:val="both"/>
      </w:pPr>
      <w:r>
        <w:rPr>
          <w:rFonts w:ascii="Georgia" w:hAnsi="Georgia"/>
          <w:b w:val="0"/>
          <w:i w:val="0"/>
          <w:color w:val="22201D"/>
          <w:sz w:val="20"/>
        </w:rPr>
        <w:t>The menu slid away.</w:t>
      </w:r>
    </w:p>
    <w:p>
      <w:pPr>
        <w:spacing w:after="60" w:line="266" w:lineRule="auto"/>
        <w:ind w:firstLine="331"/>
        <w:jc w:val="both"/>
      </w:pPr>
      <w:r>
        <w:rPr>
          <w:rFonts w:ascii="Georgia" w:hAnsi="Georgia"/>
          <w:b w:val="0"/>
          <w:i w:val="0"/>
          <w:color w:val="22201D"/>
          <w:sz w:val="20"/>
        </w:rPr>
        <w:t>Nico stopped.</w:t>
      </w:r>
    </w:p>
    <w:p>
      <w:pPr>
        <w:spacing w:after="60" w:line="266" w:lineRule="auto"/>
        <w:ind w:firstLine="331"/>
        <w:jc w:val="both"/>
      </w:pPr>
      <w:r>
        <w:rPr>
          <w:rFonts w:ascii="Georgia" w:hAnsi="Georgia"/>
          <w:b w:val="0"/>
          <w:i w:val="0"/>
          <w:color w:val="22201D"/>
          <w:sz w:val="20"/>
        </w:rPr>
        <w:t>"I was just going to look."</w:t>
      </w:r>
    </w:p>
    <w:p>
      <w:pPr>
        <w:spacing w:after="60" w:line="266" w:lineRule="auto"/>
        <w:ind w:firstLine="331"/>
        <w:jc w:val="both"/>
      </w:pPr>
      <w:r>
        <w:rPr>
          <w:rFonts w:ascii="Georgia" w:hAnsi="Georgia"/>
          <w:b w:val="0"/>
          <w:i w:val="0"/>
          <w:color w:val="22201D"/>
          <w:sz w:val="20"/>
        </w:rPr>
        <w:t>The menu printed:</w:t>
      </w:r>
    </w:p>
    <w:p>
      <w:pPr>
        <w:spacing w:after="60" w:line="250" w:lineRule="auto"/>
        <w:ind w:left="202" w:right="173"/>
      </w:pPr>
      <w:r>
        <w:rPr>
          <w:rFonts w:ascii="Georgia" w:hAnsi="Georgia"/>
          <w:b w:val="0"/>
          <w:i w:val="0"/>
          <w:color w:val="22201D"/>
          <w:sz w:val="17"/>
        </w:rPr>
        <w:t>Looking: allowed after hands stop asking for proof</w:t>
      </w:r>
    </w:p>
    <w:p>
      <w:pPr>
        <w:spacing w:after="60" w:line="266" w:lineRule="auto"/>
        <w:ind w:firstLine="331"/>
        <w:jc w:val="both"/>
      </w:pPr>
      <w:r>
        <w:rPr>
          <w:rFonts w:ascii="Georgia" w:hAnsi="Georgia"/>
          <w:b w:val="0"/>
          <w:i w:val="0"/>
          <w:color w:val="22201D"/>
          <w:sz w:val="20"/>
        </w:rPr>
        <w:t>Nico withdrew both hands completely.</w:t>
      </w:r>
    </w:p>
    <w:p>
      <w:pPr>
        <w:spacing w:after="60" w:line="266" w:lineRule="auto"/>
        <w:ind w:firstLine="331"/>
        <w:jc w:val="both"/>
      </w:pPr>
      <w:r>
        <w:rPr>
          <w:rFonts w:ascii="Georgia" w:hAnsi="Georgia"/>
          <w:b w:val="0"/>
          <w:i w:val="0"/>
          <w:color w:val="22201D"/>
          <w:sz w:val="20"/>
        </w:rPr>
        <w:t>Auditor Ives tried not to look pleased.</w:t>
      </w:r>
    </w:p>
    <w:p>
      <w:pPr>
        <w:spacing w:after="60" w:line="266" w:lineRule="auto"/>
        <w:ind w:firstLine="331"/>
        <w:jc w:val="both"/>
      </w:pPr>
      <w:r>
        <w:rPr>
          <w:rFonts w:ascii="Georgia" w:hAnsi="Georgia"/>
          <w:b w:val="0"/>
          <w:i w:val="0"/>
          <w:color w:val="22201D"/>
          <w:sz w:val="20"/>
        </w:rPr>
        <w:t>His menu slid away too.</w:t>
      </w:r>
    </w:p>
    <w:p>
      <w:pPr>
        <w:spacing w:after="60" w:line="250" w:lineRule="auto"/>
        <w:ind w:left="202" w:right="173"/>
      </w:pPr>
      <w:r>
        <w:rPr>
          <w:rFonts w:ascii="Georgia" w:hAnsi="Georgia"/>
          <w:b w:val="0"/>
          <w:i w:val="0"/>
          <w:color w:val="22201D"/>
          <w:sz w:val="17"/>
        </w:rPr>
        <w:t>Looking: allowed after standards stop pretending not to hunger</w:t>
      </w:r>
    </w:p>
    <w:p>
      <w:pPr>
        <w:spacing w:after="60" w:line="266" w:lineRule="auto"/>
        <w:ind w:firstLine="331"/>
        <w:jc w:val="both"/>
      </w:pPr>
      <w:r>
        <w:rPr>
          <w:rFonts w:ascii="Georgia" w:hAnsi="Georgia"/>
          <w:b w:val="0"/>
          <w:i w:val="0"/>
          <w:color w:val="22201D"/>
          <w:sz w:val="20"/>
        </w:rPr>
        <w:t>Nico looked pleased.</w:t>
      </w:r>
    </w:p>
    <w:p>
      <w:pPr>
        <w:spacing w:after="60" w:line="266" w:lineRule="auto"/>
        <w:ind w:firstLine="331"/>
        <w:jc w:val="both"/>
      </w:pPr>
      <w:r>
        <w:rPr>
          <w:rFonts w:ascii="Georgia" w:hAnsi="Georgia"/>
          <w:b w:val="0"/>
          <w:i w:val="0"/>
          <w:color w:val="22201D"/>
          <w:sz w:val="20"/>
        </w:rPr>
        <w:t>Ives said, "This is excessive."</w:t>
      </w:r>
    </w:p>
    <w:p>
      <w:pPr>
        <w:spacing w:after="60" w:line="266" w:lineRule="auto"/>
        <w:ind w:firstLine="331"/>
        <w:jc w:val="both"/>
      </w:pPr>
      <w:r>
        <w:rPr>
          <w:rFonts w:ascii="Georgia" w:hAnsi="Georgia"/>
          <w:b w:val="0"/>
          <w:i w:val="0"/>
          <w:color w:val="22201D"/>
          <w:sz w:val="20"/>
        </w:rPr>
        <w:t>The empty witness seat remained empty with pointed professionalism.</w:t>
      </w:r>
    </w:p>
    <w:p>
      <w:pPr>
        <w:spacing w:after="60" w:line="266" w:lineRule="auto"/>
        <w:ind w:firstLine="331"/>
        <w:jc w:val="both"/>
      </w:pPr>
      <w:r>
        <w:rPr>
          <w:rFonts w:ascii="Georgia" w:hAnsi="Georgia"/>
          <w:b w:val="0"/>
          <w:i w:val="0"/>
          <w:color w:val="22201D"/>
          <w:sz w:val="20"/>
        </w:rPr>
        <w:t>At Table Two, Clara's menu opened by itself.</w:t>
      </w:r>
    </w:p>
    <w:p>
      <w:pPr>
        <w:spacing w:after="60" w:line="266" w:lineRule="auto"/>
        <w:ind w:firstLine="331"/>
        <w:jc w:val="both"/>
      </w:pPr>
      <w:r>
        <w:rPr>
          <w:rFonts w:ascii="Georgia" w:hAnsi="Georgia"/>
          <w:b w:val="0"/>
          <w:i w:val="0"/>
          <w:color w:val="22201D"/>
          <w:sz w:val="20"/>
        </w:rPr>
        <w:t>At the top, where a restaurant might have listed specials, it displayed:</w:t>
      </w:r>
    </w:p>
    <w:p>
      <w:pPr>
        <w:spacing w:after="60" w:line="250" w:lineRule="auto"/>
        <w:ind w:left="202" w:right="173"/>
      </w:pPr>
      <w:r>
        <w:rPr>
          <w:rFonts w:ascii="Georgia" w:hAnsi="Georgia"/>
          <w:b w:val="0"/>
          <w:i w:val="0"/>
          <w:color w:val="22201D"/>
          <w:sz w:val="17"/>
        </w:rPr>
        <w:t>Do not order rare.</w:t>
      </w:r>
    </w:p>
    <w:p>
      <w:pPr>
        <w:spacing w:after="60" w:line="266" w:lineRule="auto"/>
        <w:ind w:firstLine="331"/>
        <w:jc w:val="both"/>
      </w:pPr>
      <w:r>
        <w:rPr>
          <w:rFonts w:ascii="Georgia" w:hAnsi="Georgia"/>
          <w:b w:val="0"/>
          <w:i w:val="0"/>
          <w:color w:val="22201D"/>
          <w:sz w:val="20"/>
        </w:rPr>
        <w:t>Clara closed her eyes.</w:t>
      </w:r>
    </w:p>
    <w:p>
      <w:pPr>
        <w:spacing w:after="60" w:line="266" w:lineRule="auto"/>
        <w:ind w:firstLine="331"/>
        <w:jc w:val="both"/>
      </w:pPr>
      <w:r>
        <w:rPr>
          <w:rFonts w:ascii="Georgia" w:hAnsi="Georgia"/>
          <w:b w:val="0"/>
          <w:i w:val="0"/>
          <w:color w:val="22201D"/>
          <w:sz w:val="20"/>
        </w:rPr>
        <w:t>Evan leaned forward.</w:t>
      </w:r>
    </w:p>
    <w:p>
      <w:pPr>
        <w:spacing w:after="60" w:line="266" w:lineRule="auto"/>
        <w:ind w:firstLine="331"/>
        <w:jc w:val="both"/>
      </w:pPr>
      <w:r>
        <w:rPr>
          <w:rFonts w:ascii="Georgia" w:hAnsi="Georgia"/>
          <w:b w:val="0"/>
          <w:i w:val="0"/>
          <w:color w:val="22201D"/>
          <w:sz w:val="20"/>
        </w:rPr>
        <w:t>"What does yours say?"</w:t>
      </w:r>
    </w:p>
    <w:p>
      <w:pPr>
        <w:spacing w:after="60" w:line="266" w:lineRule="auto"/>
        <w:ind w:firstLine="331"/>
        <w:jc w:val="both"/>
      </w:pPr>
      <w:r>
        <w:rPr>
          <w:rFonts w:ascii="Georgia" w:hAnsi="Georgia"/>
          <w:b w:val="0"/>
          <w:i w:val="0"/>
          <w:color w:val="22201D"/>
          <w:sz w:val="20"/>
        </w:rPr>
        <w:t>"It says something rude."</w:t>
      </w:r>
    </w:p>
    <w:p>
      <w:pPr>
        <w:spacing w:after="60" w:line="266" w:lineRule="auto"/>
        <w:ind w:firstLine="331"/>
        <w:jc w:val="both"/>
      </w:pPr>
      <w:r>
        <w:rPr>
          <w:rFonts w:ascii="Georgia" w:hAnsi="Georgia"/>
          <w:b w:val="0"/>
          <w:i w:val="0"/>
          <w:color w:val="22201D"/>
          <w:sz w:val="20"/>
        </w:rPr>
        <w:t>"Specific?"</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"Then maybe useful."</w:t>
      </w:r>
    </w:p>
    <w:p>
      <w:pPr>
        <w:spacing w:after="60" w:line="266" w:lineRule="auto"/>
        <w:ind w:firstLine="331"/>
        <w:jc w:val="both"/>
      </w:pPr>
      <w:r>
        <w:rPr>
          <w:rFonts w:ascii="Georgia" w:hAnsi="Georgia"/>
          <w:b w:val="0"/>
          <w:i w:val="0"/>
          <w:color w:val="22201D"/>
          <w:sz w:val="20"/>
        </w:rPr>
        <w:t>"Do not become fluent in this faster than me."</w:t>
      </w:r>
    </w:p>
    <w:p>
      <w:pPr>
        <w:spacing w:after="60" w:line="266" w:lineRule="auto"/>
        <w:ind w:firstLine="331"/>
        <w:jc w:val="both"/>
      </w:pPr>
      <w:r>
        <w:rPr>
          <w:rFonts w:ascii="Georgia" w:hAnsi="Georgia"/>
          <w:b w:val="0"/>
          <w:i w:val="0"/>
          <w:color w:val="22201D"/>
          <w:sz w:val="20"/>
        </w:rPr>
        <w:t>He smiled.</w:t>
      </w:r>
    </w:p>
    <w:p>
      <w:pPr>
        <w:spacing w:after="60" w:line="266" w:lineRule="auto"/>
        <w:ind w:firstLine="331"/>
        <w:jc w:val="both"/>
      </w:pPr>
      <w:r>
        <w:rPr>
          <w:rFonts w:ascii="Georgia" w:hAnsi="Georgia"/>
          <w:b w:val="0"/>
          <w:i w:val="0"/>
          <w:color w:val="22201D"/>
          <w:sz w:val="20"/>
        </w:rPr>
        <w:t>"I am only here for lunch."</w:t>
      </w:r>
    </w:p>
    <w:p>
      <w:pPr>
        <w:spacing w:after="60" w:line="266" w:lineRule="auto"/>
        <w:ind w:firstLine="331"/>
        <w:jc w:val="both"/>
      </w:pPr>
      <w:r>
        <w:rPr>
          <w:rFonts w:ascii="Georgia" w:hAnsi="Georgia"/>
          <w:b w:val="0"/>
          <w:i w:val="0"/>
          <w:color w:val="22201D"/>
          <w:sz w:val="20"/>
        </w:rPr>
        <w:t>The menu printed:</w:t>
      </w:r>
    </w:p>
    <w:p>
      <w:pPr>
        <w:spacing w:after="60" w:line="250" w:lineRule="auto"/>
        <w:ind w:left="202" w:right="173"/>
      </w:pPr>
      <w:r>
        <w:rPr>
          <w:rFonts w:ascii="Georgia" w:hAnsi="Georgia"/>
          <w:b w:val="0"/>
          <w:i w:val="0"/>
          <w:color w:val="22201D"/>
          <w:sz w:val="17"/>
        </w:rPr>
        <w:t>Lunch: acceptable opening</w:t>
      </w:r>
    </w:p>
    <w:p>
      <w:pPr>
        <w:spacing w:after="60" w:line="266" w:lineRule="auto"/>
        <w:ind w:firstLine="331"/>
        <w:jc w:val="both"/>
      </w:pPr>
      <w:r>
        <w:rPr>
          <w:rFonts w:ascii="Georgia" w:hAnsi="Georgia"/>
          <w:b w:val="0"/>
          <w:i w:val="0"/>
          <w:color w:val="22201D"/>
          <w:sz w:val="20"/>
        </w:rPr>
        <w:t>At Table Three, Martin's menu did not open at all.</w:t>
      </w:r>
    </w:p>
    <w:p>
      <w:pPr>
        <w:spacing w:after="60" w:line="266" w:lineRule="auto"/>
        <w:ind w:firstLine="331"/>
        <w:jc w:val="both"/>
      </w:pPr>
      <w:r>
        <w:rPr>
          <w:rFonts w:ascii="Georgia" w:hAnsi="Georgia"/>
          <w:b w:val="0"/>
          <w:i w:val="0"/>
          <w:color w:val="22201D"/>
          <w:sz w:val="20"/>
        </w:rPr>
        <w:t>He looked around.</w:t>
      </w:r>
    </w:p>
    <w:p>
      <w:pPr>
        <w:spacing w:after="60" w:line="266" w:lineRule="auto"/>
        <w:ind w:firstLine="331"/>
        <w:jc w:val="both"/>
      </w:pPr>
      <w:r>
        <w:rPr>
          <w:rFonts w:ascii="Georgia" w:hAnsi="Georgia"/>
          <w:b w:val="0"/>
          <w:i w:val="0"/>
          <w:color w:val="22201D"/>
          <w:sz w:val="20"/>
        </w:rPr>
        <w:t>"Mine is broken."</w:t>
      </w:r>
    </w:p>
    <w:p>
      <w:pPr>
        <w:spacing w:after="60" w:line="266" w:lineRule="auto"/>
        <w:ind w:firstLine="331"/>
        <w:jc w:val="both"/>
      </w:pPr>
      <w:r>
        <w:rPr>
          <w:rFonts w:ascii="Georgia" w:hAnsi="Georgia"/>
          <w:b w:val="0"/>
          <w:i w:val="0"/>
          <w:color w:val="22201D"/>
          <w:sz w:val="20"/>
        </w:rPr>
        <w:t>The Hostess said, "No."</w:t>
      </w:r>
    </w:p>
    <w:p>
      <w:pPr>
        <w:spacing w:after="60" w:line="266" w:lineRule="auto"/>
        <w:ind w:firstLine="331"/>
        <w:jc w:val="both"/>
      </w:pPr>
      <w:r>
        <w:rPr>
          <w:rFonts w:ascii="Georgia" w:hAnsi="Georgia"/>
          <w:b w:val="0"/>
          <w:i w:val="0"/>
          <w:color w:val="22201D"/>
          <w:sz w:val="20"/>
        </w:rPr>
        <w:t>"Locked?"</w:t>
      </w:r>
    </w:p>
    <w:p>
      <w:pPr>
        <w:spacing w:after="60" w:line="266" w:lineRule="auto"/>
        <w:ind w:firstLine="331"/>
        <w:jc w:val="both"/>
      </w:pPr>
      <w:r>
        <w:rPr>
          <w:rFonts w:ascii="Georgia" w:hAnsi="Georgia"/>
          <w:b w:val="0"/>
          <w:i w:val="0"/>
          <w:color w:val="22201D"/>
          <w:sz w:val="20"/>
        </w:rPr>
        <w:t>"Waiting."</w:t>
      </w:r>
    </w:p>
    <w:p>
      <w:pPr>
        <w:spacing w:after="60" w:line="266" w:lineRule="auto"/>
        <w:ind w:firstLine="331"/>
        <w:jc w:val="both"/>
      </w:pPr>
      <w:r>
        <w:rPr>
          <w:rFonts w:ascii="Georgia" w:hAnsi="Georgia"/>
          <w:b w:val="0"/>
          <w:i w:val="0"/>
          <w:color w:val="22201D"/>
          <w:sz w:val="20"/>
        </w:rPr>
        <w:t>"For what?"</w:t>
      </w:r>
    </w:p>
    <w:p>
      <w:pPr>
        <w:spacing w:after="60" w:line="266" w:lineRule="auto"/>
        <w:ind w:firstLine="331"/>
        <w:jc w:val="both"/>
      </w:pPr>
      <w:r>
        <w:rPr>
          <w:rFonts w:ascii="Georgia" w:hAnsi="Georgia"/>
          <w:b w:val="0"/>
          <w:i w:val="0"/>
          <w:color w:val="22201D"/>
          <w:sz w:val="20"/>
        </w:rPr>
        <w:t>"For you to stop deciding whether the table is fair before deciding whether you are hungry."</w:t>
      </w:r>
    </w:p>
    <w:p>
      <w:pPr>
        <w:spacing w:after="60" w:line="266" w:lineRule="auto"/>
        <w:ind w:firstLine="331"/>
        <w:jc w:val="both"/>
      </w:pPr>
      <w:r>
        <w:rPr>
          <w:rFonts w:ascii="Georgia" w:hAnsi="Georgia"/>
          <w:b w:val="0"/>
          <w:i w:val="0"/>
          <w:color w:val="22201D"/>
          <w:sz w:val="20"/>
        </w:rPr>
        <w:t>Martin stared at the closed menu.</w:t>
      </w:r>
    </w:p>
    <w:p>
      <w:pPr>
        <w:spacing w:after="60" w:line="266" w:lineRule="auto"/>
        <w:ind w:firstLine="331"/>
        <w:jc w:val="both"/>
      </w:pPr>
      <w:r>
        <w:rPr>
          <w:rFonts w:ascii="Georgia" w:hAnsi="Georgia"/>
          <w:b w:val="0"/>
          <w:i w:val="0"/>
          <w:color w:val="22201D"/>
          <w:sz w:val="20"/>
        </w:rPr>
        <w:t>"I am hungry."</w:t>
      </w:r>
    </w:p>
    <w:p>
      <w:pPr>
        <w:spacing w:after="60" w:line="266" w:lineRule="auto"/>
        <w:ind w:firstLine="331"/>
        <w:jc w:val="both"/>
      </w:pPr>
      <w:r>
        <w:rPr>
          <w:rFonts w:ascii="Georgia" w:hAnsi="Georgia"/>
          <w:b w:val="0"/>
          <w:i w:val="0"/>
          <w:color w:val="22201D"/>
          <w:sz w:val="20"/>
        </w:rPr>
        <w:t>The menu opened one inch.</w:t>
      </w:r>
    </w:p>
    <w:p>
      <w:pPr>
        <w:spacing w:after="60" w:line="266" w:lineRule="auto"/>
        <w:ind w:firstLine="331"/>
        <w:jc w:val="both"/>
      </w:pPr>
      <w:r>
        <w:rPr>
          <w:rFonts w:ascii="Georgia" w:hAnsi="Georgia"/>
          <w:b w:val="0"/>
          <w:i w:val="0"/>
          <w:color w:val="22201D"/>
          <w:sz w:val="20"/>
        </w:rPr>
        <w:t>"I am also annoyed."</w:t>
      </w:r>
    </w:p>
    <w:p>
      <w:pPr>
        <w:spacing w:after="60" w:line="266" w:lineRule="auto"/>
        <w:ind w:firstLine="331"/>
        <w:jc w:val="both"/>
      </w:pPr>
      <w:r>
        <w:rPr>
          <w:rFonts w:ascii="Georgia" w:hAnsi="Georgia"/>
          <w:b w:val="0"/>
          <w:i w:val="0"/>
          <w:color w:val="22201D"/>
          <w:sz w:val="20"/>
        </w:rPr>
        <w:t>The menu opened another inch.</w:t>
      </w:r>
    </w:p>
    <w:p>
      <w:pPr>
        <w:spacing w:after="60" w:line="266" w:lineRule="auto"/>
        <w:ind w:firstLine="331"/>
        <w:jc w:val="both"/>
      </w:pPr>
      <w:r>
        <w:rPr>
          <w:rFonts w:ascii="Georgia" w:hAnsi="Georgia"/>
          <w:b w:val="0"/>
          <w:i w:val="0"/>
          <w:color w:val="22201D"/>
          <w:sz w:val="20"/>
        </w:rPr>
        <w:t>"I am hungry and annoyed, and I would like the annoyed part not to order for both of us."</w:t>
      </w:r>
    </w:p>
    <w:p>
      <w:pPr>
        <w:spacing w:after="60" w:line="266" w:lineRule="auto"/>
        <w:ind w:firstLine="331"/>
        <w:jc w:val="both"/>
      </w:pPr>
      <w:r>
        <w:rPr>
          <w:rFonts w:ascii="Georgia" w:hAnsi="Georgia"/>
          <w:b w:val="0"/>
          <w:i w:val="0"/>
          <w:color w:val="22201D"/>
          <w:sz w:val="20"/>
        </w:rPr>
        <w:t>The menu opened fully.</w:t>
      </w:r>
    </w:p>
    <w:p>
      <w:pPr>
        <w:spacing w:after="60" w:line="266" w:lineRule="auto"/>
        <w:ind w:firstLine="331"/>
        <w:jc w:val="both"/>
      </w:pPr>
      <w:r>
        <w:rPr>
          <w:rFonts w:ascii="Georgia" w:hAnsi="Georgia"/>
          <w:b w:val="0"/>
          <w:i w:val="0"/>
          <w:color w:val="22201D"/>
          <w:sz w:val="20"/>
        </w:rPr>
        <w:t>Martin looked proud for half a second.</w:t>
      </w:r>
    </w:p>
    <w:p>
      <w:pPr>
        <w:spacing w:after="60" w:line="266" w:lineRule="auto"/>
        <w:ind w:firstLine="331"/>
        <w:jc w:val="both"/>
      </w:pPr>
      <w:r>
        <w:rPr>
          <w:rFonts w:ascii="Georgia" w:hAnsi="Georgia"/>
          <w:b w:val="0"/>
          <w:i w:val="0"/>
          <w:color w:val="22201D"/>
          <w:sz w:val="20"/>
        </w:rPr>
        <w:t>The menu printed:</w:t>
      </w:r>
    </w:p>
    <w:p>
      <w:pPr>
        <w:spacing w:after="60" w:line="250" w:lineRule="auto"/>
        <w:ind w:left="202" w:right="173"/>
      </w:pPr>
      <w:r>
        <w:rPr>
          <w:rFonts w:ascii="Georgia" w:hAnsi="Georgia"/>
          <w:b w:val="0"/>
          <w:i w:val="0"/>
          <w:color w:val="22201D"/>
          <w:sz w:val="17"/>
        </w:rPr>
        <w:t>Do not review this.</w:t>
      </w:r>
    </w:p>
    <w:p>
      <w:pPr>
        <w:spacing w:after="60" w:line="266" w:lineRule="auto"/>
        <w:ind w:firstLine="331"/>
        <w:jc w:val="both"/>
      </w:pPr>
      <w:r>
        <w:rPr>
          <w:rFonts w:ascii="Georgia" w:hAnsi="Georgia"/>
          <w:b w:val="0"/>
          <w:i w:val="0"/>
          <w:color w:val="22201D"/>
          <w:sz w:val="20"/>
        </w:rPr>
        <w:t>"I was not going to."</w:t>
      </w:r>
    </w:p>
    <w:p>
      <w:pPr>
        <w:spacing w:after="60" w:line="266" w:lineRule="auto"/>
        <w:ind w:firstLine="331"/>
        <w:jc w:val="both"/>
      </w:pPr>
      <w:r>
        <w:rPr>
          <w:rFonts w:ascii="Georgia" w:hAnsi="Georgia"/>
          <w:b w:val="0"/>
          <w:i w:val="0"/>
          <w:color w:val="22201D"/>
          <w:sz w:val="20"/>
        </w:rPr>
        <w:t>The menu waited.</w:t>
      </w:r>
    </w:p>
    <w:p>
      <w:pPr>
        <w:spacing w:after="60" w:line="266" w:lineRule="auto"/>
        <w:ind w:firstLine="331"/>
        <w:jc w:val="both"/>
      </w:pPr>
      <w:r>
        <w:rPr>
          <w:rFonts w:ascii="Georgia" w:hAnsi="Georgia"/>
          <w:b w:val="0"/>
          <w:i w:val="0"/>
          <w:color w:val="22201D"/>
          <w:sz w:val="20"/>
        </w:rPr>
        <w:t>"Immediately."</w:t>
      </w:r>
    </w:p>
    <w:p>
      <w:pPr>
        <w:spacing w:after="60" w:line="266" w:lineRule="auto"/>
        <w:ind w:firstLine="331"/>
        <w:jc w:val="both"/>
      </w:pPr>
      <w:r>
        <w:rPr>
          <w:rFonts w:ascii="Georgia" w:hAnsi="Georgia"/>
          <w:b w:val="0"/>
          <w:i w:val="0"/>
          <w:color w:val="22201D"/>
          <w:sz w:val="20"/>
        </w:rPr>
        <w:t>The menu accepted:</w:t>
      </w:r>
    </w:p>
    <w:p>
      <w:pPr>
        <w:spacing w:after="60" w:line="250" w:lineRule="auto"/>
        <w:ind w:left="202" w:right="173"/>
      </w:pPr>
      <w:r>
        <w:rPr>
          <w:rFonts w:ascii="Georgia" w:hAnsi="Georgia"/>
          <w:b w:val="0"/>
          <w:i w:val="0"/>
          <w:color w:val="22201D"/>
          <w:sz w:val="17"/>
        </w:rPr>
        <w:t>Delay acceptable.</w:t>
      </w:r>
    </w:p>
    <w:p>
      <w:pPr>
        <w:spacing w:after="60" w:line="266" w:lineRule="auto"/>
        <w:ind w:firstLine="331"/>
        <w:jc w:val="both"/>
      </w:pPr>
      <w:r>
        <w:rPr>
          <w:rFonts w:ascii="Georgia" w:hAnsi="Georgia"/>
          <w:b w:val="0"/>
          <w:i w:val="0"/>
          <w:color w:val="22201D"/>
          <w:sz w:val="20"/>
        </w:rPr>
        <w:t>The waiting line outside watched menus appear and began to want in again with renewed architectural intensity.</w:t>
      </w:r>
    </w:p>
    <w:p>
      <w:pPr>
        <w:spacing w:after="60" w:line="266" w:lineRule="auto"/>
        <w:ind w:firstLine="331"/>
        <w:jc w:val="both"/>
      </w:pPr>
      <w:r>
        <w:rPr>
          <w:rFonts w:ascii="Georgia" w:hAnsi="Georgia"/>
          <w:b w:val="0"/>
          <w:i w:val="0"/>
          <w:color w:val="22201D"/>
          <w:sz w:val="20"/>
        </w:rPr>
        <w:t>The seating chart responded by turning itself toward them.</w:t>
      </w:r>
    </w:p>
    <w:p>
      <w:pPr>
        <w:spacing w:after="60" w:line="250" w:lineRule="auto"/>
        <w:ind w:left="202" w:right="173"/>
      </w:pPr>
      <w:r>
        <w:rPr>
          <w:rFonts w:ascii="Georgia" w:hAnsi="Georgia"/>
          <w:b w:val="0"/>
          <w:i w:val="0"/>
          <w:color w:val="22201D"/>
          <w:sz w:val="17"/>
        </w:rPr>
        <w:t>CURRENT SEATING:  Table One: Nico Auditor Ives empty witness seat  Table Two: Clara Evan  Table Three: Martin  Bench: Mara  Service path: Flocc  Door: Hostess  Safety: Gerald  Records: Steve  Kitchen threshold: Bob  Unseated line: waiting accurately if possible</w:t>
      </w:r>
    </w:p>
    <w:p>
      <w:pPr>
        <w:spacing w:after="60" w:line="266" w:lineRule="auto"/>
        <w:ind w:firstLine="331"/>
        <w:jc w:val="both"/>
      </w:pPr>
      <w:r>
        <w:rPr>
          <w:rFonts w:ascii="Georgia" w:hAnsi="Georgia"/>
          <w:b w:val="0"/>
          <w:i w:val="0"/>
          <w:color w:val="22201D"/>
          <w:sz w:val="20"/>
        </w:rPr>
        <w:t>Someone outside said, "Why does Bob get threshold?"</w:t>
      </w:r>
    </w:p>
    <w:p>
      <w:pPr>
        <w:spacing w:after="60" w:line="266" w:lineRule="auto"/>
        <w:ind w:firstLine="331"/>
        <w:jc w:val="both"/>
      </w:pPr>
      <w:r>
        <w:rPr>
          <w:rFonts w:ascii="Georgia" w:hAnsi="Georgia"/>
          <w:b w:val="0"/>
          <w:i w:val="0"/>
          <w:color w:val="22201D"/>
          <w:sz w:val="20"/>
        </w:rPr>
        <w:t>Bob said, "Because mushrooms like thresholds."</w:t>
      </w:r>
    </w:p>
    <w:p>
      <w:pPr>
        <w:spacing w:after="60" w:line="266" w:lineRule="auto"/>
        <w:ind w:firstLine="331"/>
        <w:jc w:val="both"/>
      </w:pPr>
      <w:r>
        <w:rPr>
          <w:rFonts w:ascii="Georgia" w:hAnsi="Georgia"/>
          <w:b w:val="0"/>
          <w:i w:val="0"/>
          <w:color w:val="22201D"/>
          <w:sz w:val="20"/>
        </w:rPr>
        <w:t>"That is not an answer."</w:t>
      </w:r>
    </w:p>
    <w:p>
      <w:pPr>
        <w:spacing w:after="60" w:line="266" w:lineRule="auto"/>
        <w:ind w:firstLine="331"/>
        <w:jc w:val="both"/>
      </w:pPr>
      <w:r>
        <w:rPr>
          <w:rFonts w:ascii="Georgia" w:hAnsi="Georgia"/>
          <w:b w:val="0"/>
          <w:i w:val="0"/>
          <w:color w:val="22201D"/>
          <w:sz w:val="20"/>
        </w:rPr>
        <w:t>"It is for mushrooms."</w:t>
      </w:r>
    </w:p>
    <w:p>
      <w:pPr>
        <w:spacing w:after="60" w:line="266" w:lineRule="auto"/>
        <w:ind w:firstLine="331"/>
        <w:jc w:val="both"/>
      </w:pPr>
      <w:r>
        <w:rPr>
          <w:rFonts w:ascii="Georgia" w:hAnsi="Georgia"/>
          <w:b w:val="0"/>
          <w:i w:val="0"/>
          <w:color w:val="22201D"/>
          <w:sz w:val="20"/>
        </w:rPr>
        <w:t>The line accepted this less than it deserved.</w:t>
      </w:r>
    </w:p>
    <w:p>
      <w:pPr>
        <w:spacing w:after="60" w:line="266" w:lineRule="auto"/>
        <w:ind w:firstLine="331"/>
        <w:jc w:val="both"/>
      </w:pPr>
      <w:r>
        <w:rPr>
          <w:rFonts w:ascii="Georgia" w:hAnsi="Georgia"/>
          <w:b w:val="0"/>
          <w:i w:val="0"/>
          <w:color w:val="22201D"/>
          <w:sz w:val="20"/>
        </w:rPr>
        <w:t>The chart printed:</w:t>
      </w:r>
    </w:p>
    <w:p>
      <w:pPr>
        <w:spacing w:after="60" w:line="250" w:lineRule="auto"/>
        <w:ind w:left="202" w:right="173"/>
      </w:pPr>
      <w:r>
        <w:rPr>
          <w:rFonts w:ascii="Georgia" w:hAnsi="Georgia"/>
          <w:b w:val="0"/>
          <w:i w:val="0"/>
          <w:color w:val="22201D"/>
          <w:sz w:val="17"/>
        </w:rPr>
        <w:t>The wrong crowd is correctly seated when no one's claim blocks another person's answer.</w:t>
      </w:r>
    </w:p>
    <w:p>
      <w:pPr>
        <w:spacing w:after="60" w:line="266" w:lineRule="auto"/>
        <w:ind w:firstLine="331"/>
        <w:jc w:val="both"/>
      </w:pPr>
      <w:r>
        <w:rPr>
          <w:rFonts w:ascii="Georgia" w:hAnsi="Georgia"/>
          <w:b w:val="0"/>
          <w:i w:val="0"/>
          <w:color w:val="22201D"/>
          <w:sz w:val="20"/>
        </w:rPr>
        <w:t>The sentence settled over the room.</w:t>
      </w:r>
    </w:p>
    <w:p>
      <w:pPr>
        <w:spacing w:after="60" w:line="266" w:lineRule="auto"/>
        <w:ind w:firstLine="331"/>
        <w:jc w:val="both"/>
      </w:pPr>
      <w:r>
        <w:rPr>
          <w:rFonts w:ascii="Georgia" w:hAnsi="Georgia"/>
          <w:b w:val="0"/>
          <w:i w:val="0"/>
          <w:color w:val="22201D"/>
          <w:sz w:val="20"/>
        </w:rPr>
        <w:t>It did not bless the seating arrangement.</w:t>
      </w:r>
    </w:p>
    <w:p>
      <w:pPr>
        <w:spacing w:after="60" w:line="266" w:lineRule="auto"/>
        <w:ind w:firstLine="331"/>
        <w:jc w:val="both"/>
      </w:pPr>
      <w:r>
        <w:rPr>
          <w:rFonts w:ascii="Georgia" w:hAnsi="Georgia"/>
          <w:b w:val="0"/>
          <w:i w:val="0"/>
          <w:color w:val="22201D"/>
          <w:sz w:val="20"/>
        </w:rPr>
        <w:t>It tested it.</w:t>
      </w:r>
    </w:p>
    <w:p>
      <w:pPr>
        <w:spacing w:after="60" w:line="266" w:lineRule="auto"/>
        <w:ind w:firstLine="331"/>
        <w:jc w:val="both"/>
      </w:pPr>
      <w:r>
        <w:rPr>
          <w:rFonts w:ascii="Georgia" w:hAnsi="Georgia"/>
          <w:b w:val="0"/>
          <w:i w:val="0"/>
          <w:color w:val="22201D"/>
          <w:sz w:val="20"/>
        </w:rPr>
        <w:t>Clara looked at Evan and moved her folded magazine farther under the chair to make room for his feet.</w:t>
      </w:r>
    </w:p>
    <w:p>
      <w:pPr>
        <w:spacing w:after="60" w:line="266" w:lineRule="auto"/>
        <w:ind w:firstLine="331"/>
        <w:jc w:val="both"/>
      </w:pPr>
      <w:r>
        <w:rPr>
          <w:rFonts w:ascii="Georgia" w:hAnsi="Georgia"/>
          <w:b w:val="0"/>
          <w:i w:val="0"/>
          <w:color w:val="22201D"/>
          <w:sz w:val="20"/>
        </w:rPr>
        <w:t>Nico moved the empty witness chair slightly so it did not face them like an accusation but remained part of the table.</w:t>
      </w:r>
    </w:p>
    <w:p>
      <w:pPr>
        <w:spacing w:after="60" w:line="266" w:lineRule="auto"/>
        <w:ind w:firstLine="331"/>
        <w:jc w:val="both"/>
      </w:pPr>
      <w:r>
        <w:rPr>
          <w:rFonts w:ascii="Georgia" w:hAnsi="Georgia"/>
          <w:b w:val="0"/>
          <w:i w:val="0"/>
          <w:color w:val="22201D"/>
          <w:sz w:val="20"/>
        </w:rPr>
        <w:t>Ives moved his notebook off the tabletop and onto his lap, where it became a possibility rather than a wall.</w:t>
      </w:r>
    </w:p>
    <w:p>
      <w:pPr>
        <w:spacing w:after="60" w:line="266" w:lineRule="auto"/>
        <w:ind w:firstLine="331"/>
        <w:jc w:val="both"/>
      </w:pPr>
      <w:r>
        <w:rPr>
          <w:rFonts w:ascii="Georgia" w:hAnsi="Georgia"/>
          <w:b w:val="0"/>
          <w:i w:val="0"/>
          <w:color w:val="22201D"/>
          <w:sz w:val="20"/>
        </w:rPr>
        <w:t>Martin removed his phone from the table before it could become an audience.</w:t>
      </w:r>
    </w:p>
    <w:p>
      <w:pPr>
        <w:spacing w:after="60" w:line="266" w:lineRule="auto"/>
        <w:ind w:firstLine="331"/>
        <w:jc w:val="both"/>
      </w:pPr>
      <w:r>
        <w:rPr>
          <w:rFonts w:ascii="Georgia" w:hAnsi="Georgia"/>
          <w:b w:val="0"/>
          <w:i w:val="0"/>
          <w:color w:val="22201D"/>
          <w:sz w:val="20"/>
        </w:rPr>
        <w:t>Flocc stepped half an inch farther from the threshold.</w:t>
      </w:r>
    </w:p>
    <w:p>
      <w:pPr>
        <w:spacing w:after="60" w:line="266" w:lineRule="auto"/>
        <w:ind w:firstLine="331"/>
        <w:jc w:val="both"/>
      </w:pPr>
      <w:r>
        <w:rPr>
          <w:rFonts w:ascii="Georgia" w:hAnsi="Georgia"/>
          <w:b w:val="0"/>
          <w:i w:val="0"/>
          <w:color w:val="22201D"/>
          <w:sz w:val="20"/>
        </w:rPr>
        <w:t>Mara kept her notebook closed.</w:t>
      </w:r>
    </w:p>
    <w:p>
      <w:pPr>
        <w:spacing w:after="60" w:line="266" w:lineRule="auto"/>
        <w:ind w:firstLine="331"/>
        <w:jc w:val="both"/>
      </w:pPr>
      <w:r>
        <w:rPr>
          <w:rFonts w:ascii="Georgia" w:hAnsi="Georgia"/>
          <w:b w:val="0"/>
          <w:i w:val="0"/>
          <w:color w:val="22201D"/>
          <w:sz w:val="20"/>
        </w:rPr>
        <w:t>Gerald noticed every movement and said nothing, which was his form of optimism.</w:t>
      </w:r>
    </w:p>
    <w:p>
      <w:pPr>
        <w:spacing w:after="60" w:line="266" w:lineRule="auto"/>
        <w:ind w:firstLine="331"/>
        <w:jc w:val="both"/>
      </w:pPr>
      <w:r>
        <w:rPr>
          <w:rFonts w:ascii="Georgia" w:hAnsi="Georgia"/>
          <w:b w:val="0"/>
          <w:i w:val="0"/>
          <w:color w:val="22201D"/>
          <w:sz w:val="20"/>
        </w:rPr>
        <w:t>The chart added small marks beside each placement.</w:t>
      </w:r>
    </w:p>
    <w:p>
      <w:pPr>
        <w:spacing w:after="60" w:line="250" w:lineRule="auto"/>
        <w:ind w:left="202" w:right="173"/>
      </w:pPr>
      <w:r>
        <w:rPr>
          <w:rFonts w:ascii="Georgia" w:hAnsi="Georgia"/>
          <w:b w:val="0"/>
          <w:i w:val="0"/>
          <w:color w:val="22201D"/>
          <w:sz w:val="17"/>
        </w:rPr>
        <w:t>Room made: partial</w:t>
      </w:r>
    </w:p>
    <w:p>
      <w:pPr>
        <w:spacing w:after="60" w:line="266" w:lineRule="auto"/>
        <w:ind w:firstLine="331"/>
        <w:jc w:val="both"/>
      </w:pPr>
      <w:r>
        <w:rPr>
          <w:rFonts w:ascii="Georgia" w:hAnsi="Georgia"/>
          <w:b w:val="0"/>
          <w:i w:val="0"/>
          <w:color w:val="22201D"/>
          <w:sz w:val="20"/>
        </w:rPr>
        <w:t>"Partial?" Clara said.</w:t>
      </w:r>
    </w:p>
    <w:p>
      <w:pPr>
        <w:spacing w:after="60" w:line="266" w:lineRule="auto"/>
        <w:ind w:firstLine="331"/>
        <w:jc w:val="both"/>
      </w:pPr>
      <w:r>
        <w:rPr>
          <w:rFonts w:ascii="Georgia" w:hAnsi="Georgia"/>
          <w:b w:val="0"/>
          <w:i w:val="0"/>
          <w:color w:val="22201D"/>
          <w:sz w:val="20"/>
        </w:rPr>
        <w:t>The Hostess said, "Yes."</w:t>
      </w:r>
    </w:p>
    <w:p>
      <w:pPr>
        <w:spacing w:after="60" w:line="266" w:lineRule="auto"/>
        <w:ind w:firstLine="331"/>
        <w:jc w:val="both"/>
      </w:pPr>
      <w:r>
        <w:rPr>
          <w:rFonts w:ascii="Georgia" w:hAnsi="Georgia"/>
          <w:b w:val="0"/>
          <w:i w:val="0"/>
          <w:color w:val="22201D"/>
          <w:sz w:val="20"/>
        </w:rPr>
        <w:t>"After all that?"</w:t>
      </w:r>
    </w:p>
    <w:p>
      <w:pPr>
        <w:spacing w:after="60" w:line="266" w:lineRule="auto"/>
        <w:ind w:firstLine="331"/>
        <w:jc w:val="both"/>
      </w:pPr>
      <w:r>
        <w:rPr>
          <w:rFonts w:ascii="Georgia" w:hAnsi="Georgia"/>
          <w:b w:val="0"/>
          <w:i w:val="0"/>
          <w:color w:val="22201D"/>
          <w:sz w:val="20"/>
        </w:rPr>
        <w:t>"Especially after all that."</w:t>
      </w:r>
    </w:p>
    <w:p>
      <w:pPr>
        <w:spacing w:after="60" w:line="266" w:lineRule="auto"/>
        <w:ind w:firstLine="331"/>
        <w:jc w:val="both"/>
      </w:pPr>
      <w:r>
        <w:rPr>
          <w:rFonts w:ascii="Georgia" w:hAnsi="Georgia"/>
          <w:b w:val="0"/>
          <w:i w:val="0"/>
          <w:color w:val="22201D"/>
          <w:sz w:val="20"/>
        </w:rPr>
        <w:t>The menus opened further.</w:t>
      </w:r>
    </w:p>
    <w:p>
      <w:pPr>
        <w:spacing w:after="60" w:line="266" w:lineRule="auto"/>
        <w:ind w:firstLine="331"/>
        <w:jc w:val="both"/>
      </w:pPr>
      <w:r>
        <w:rPr>
          <w:rFonts w:ascii="Georgia" w:hAnsi="Georgia"/>
          <w:b w:val="0"/>
          <w:i w:val="0"/>
          <w:color w:val="22201D"/>
          <w:sz w:val="20"/>
        </w:rPr>
        <w:t>Warm bread arrived at the tables without ceremony. It did not announce itself as legendary. It did not explain provenance. It did not glow, though the butter had a very private brightness that could have become dangerous in weaker lighting.</w:t>
      </w:r>
    </w:p>
    <w:p>
      <w:pPr>
        <w:spacing w:after="60" w:line="266" w:lineRule="auto"/>
        <w:ind w:firstLine="331"/>
        <w:jc w:val="both"/>
      </w:pPr>
      <w:r>
        <w:rPr>
          <w:rFonts w:ascii="Georgia" w:hAnsi="Georgia"/>
          <w:b w:val="0"/>
          <w:i w:val="0"/>
          <w:color w:val="22201D"/>
          <w:sz w:val="20"/>
        </w:rPr>
        <w:t>Nico looked at the bread.</w:t>
      </w:r>
    </w:p>
    <w:p>
      <w:pPr>
        <w:spacing w:after="60" w:line="266" w:lineRule="auto"/>
        <w:ind w:firstLine="331"/>
        <w:jc w:val="both"/>
      </w:pPr>
      <w:r>
        <w:rPr>
          <w:rFonts w:ascii="Georgia" w:hAnsi="Georgia"/>
          <w:b w:val="0"/>
          <w:i w:val="0"/>
          <w:color w:val="22201D"/>
          <w:sz w:val="20"/>
        </w:rPr>
        <w:t>"Can I say this looks good?"</w:t>
      </w:r>
    </w:p>
    <w:p>
      <w:pPr>
        <w:spacing w:after="60" w:line="266" w:lineRule="auto"/>
        <w:ind w:firstLine="331"/>
        <w:jc w:val="both"/>
      </w:pPr>
      <w:r>
        <w:rPr>
          <w:rFonts w:ascii="Georgia" w:hAnsi="Georgia"/>
          <w:b w:val="0"/>
          <w:i w:val="0"/>
          <w:color w:val="22201D"/>
          <w:sz w:val="20"/>
        </w:rPr>
        <w:t>The menu snapped shut.</w:t>
      </w:r>
    </w:p>
    <w:p>
      <w:pPr>
        <w:spacing w:after="60" w:line="266" w:lineRule="auto"/>
        <w:ind w:firstLine="331"/>
        <w:jc w:val="both"/>
      </w:pPr>
      <w:r>
        <w:rPr>
          <w:rFonts w:ascii="Georgia" w:hAnsi="Georgia"/>
          <w:b w:val="0"/>
          <w:i w:val="0"/>
          <w:color w:val="22201D"/>
          <w:sz w:val="20"/>
        </w:rPr>
        <w:t>Nico froze.</w:t>
      </w:r>
    </w:p>
    <w:p>
      <w:pPr>
        <w:spacing w:after="60" w:line="266" w:lineRule="auto"/>
        <w:ind w:firstLine="331"/>
        <w:jc w:val="both"/>
      </w:pPr>
      <w:r>
        <w:rPr>
          <w:rFonts w:ascii="Georgia" w:hAnsi="Georgia"/>
          <w:b w:val="0"/>
          <w:i w:val="0"/>
          <w:color w:val="22201D"/>
          <w:sz w:val="20"/>
        </w:rPr>
        <w:t>"Okay. Not good?"</w:t>
      </w:r>
    </w:p>
    <w:p>
      <w:pPr>
        <w:spacing w:after="60" w:line="266" w:lineRule="auto"/>
        <w:ind w:firstLine="331"/>
        <w:jc w:val="both"/>
      </w:pPr>
      <w:r>
        <w:rPr>
          <w:rFonts w:ascii="Georgia" w:hAnsi="Georgia"/>
          <w:b w:val="0"/>
          <w:i w:val="0"/>
          <w:color w:val="22201D"/>
          <w:sz w:val="20"/>
        </w:rPr>
        <w:t>The menu reopened one page and printed:</w:t>
      </w:r>
    </w:p>
    <w:p>
      <w:pPr>
        <w:spacing w:after="60" w:line="250" w:lineRule="auto"/>
        <w:ind w:left="202" w:right="173"/>
      </w:pPr>
      <w:r>
        <w:rPr>
          <w:rFonts w:ascii="Georgia" w:hAnsi="Georgia"/>
          <w:b w:val="0"/>
          <w:i w:val="0"/>
          <w:color w:val="22201D"/>
          <w:sz w:val="17"/>
        </w:rPr>
        <w:t>Good: insufficient but not banned</w:t>
      </w:r>
    </w:p>
    <w:p>
      <w:pPr>
        <w:spacing w:after="60" w:line="266" w:lineRule="auto"/>
        <w:ind w:firstLine="331"/>
        <w:jc w:val="both"/>
      </w:pPr>
      <w:r>
        <w:rPr>
          <w:rFonts w:ascii="Georgia" w:hAnsi="Georgia"/>
          <w:b w:val="0"/>
          <w:i w:val="0"/>
          <w:color w:val="22201D"/>
          <w:sz w:val="20"/>
        </w:rPr>
        <w:t>Ives read his own menu.</w:t>
      </w:r>
    </w:p>
    <w:p>
      <w:pPr>
        <w:spacing w:after="60" w:line="250" w:lineRule="auto"/>
        <w:ind w:left="202" w:right="173"/>
      </w:pPr>
      <w:r>
        <w:rPr>
          <w:rFonts w:ascii="Georgia" w:hAnsi="Georgia"/>
          <w:b w:val="0"/>
          <w:i w:val="0"/>
          <w:color w:val="22201D"/>
          <w:sz w:val="17"/>
        </w:rPr>
        <w:t>Excellent: under review</w:t>
      </w:r>
    </w:p>
    <w:p>
      <w:pPr>
        <w:spacing w:after="60" w:line="266" w:lineRule="auto"/>
        <w:ind w:firstLine="331"/>
        <w:jc w:val="both"/>
      </w:pPr>
      <w:r>
        <w:rPr>
          <w:rFonts w:ascii="Georgia" w:hAnsi="Georgia"/>
          <w:b w:val="0"/>
          <w:i w:val="0"/>
          <w:color w:val="22201D"/>
          <w:sz w:val="20"/>
        </w:rPr>
        <w:t>At Table Two, Clara's menu printed:</w:t>
      </w:r>
    </w:p>
    <w:p>
      <w:pPr>
        <w:spacing w:after="60" w:line="250" w:lineRule="auto"/>
        <w:ind w:left="202" w:right="173"/>
      </w:pPr>
      <w:r>
        <w:rPr>
          <w:rFonts w:ascii="Georgia" w:hAnsi="Georgia"/>
          <w:b w:val="0"/>
          <w:i w:val="0"/>
          <w:color w:val="22201D"/>
          <w:sz w:val="17"/>
        </w:rPr>
        <w:t>Hidden gem: refused</w:t>
      </w:r>
    </w:p>
    <w:p>
      <w:pPr>
        <w:spacing w:after="60" w:line="266" w:lineRule="auto"/>
        <w:ind w:firstLine="331"/>
        <w:jc w:val="both"/>
      </w:pPr>
      <w:r>
        <w:rPr>
          <w:rFonts w:ascii="Georgia" w:hAnsi="Georgia"/>
          <w:b w:val="0"/>
          <w:i w:val="0"/>
          <w:color w:val="22201D"/>
          <w:sz w:val="20"/>
        </w:rPr>
        <w:t>At Table Three, Martin's menu printed:</w:t>
      </w:r>
    </w:p>
    <w:p>
      <w:pPr>
        <w:spacing w:after="60" w:line="250" w:lineRule="auto"/>
        <w:ind w:left="202" w:right="173"/>
      </w:pPr>
      <w:r>
        <w:rPr>
          <w:rFonts w:ascii="Georgia" w:hAnsi="Georgia"/>
          <w:b w:val="0"/>
          <w:i w:val="0"/>
          <w:color w:val="22201D"/>
          <w:sz w:val="17"/>
        </w:rPr>
        <w:t>Overrated: refused until tasted</w:t>
      </w:r>
    </w:p>
    <w:p>
      <w:pPr>
        <w:spacing w:after="60" w:line="266" w:lineRule="auto"/>
        <w:ind w:firstLine="331"/>
        <w:jc w:val="both"/>
      </w:pPr>
      <w:r>
        <w:rPr>
          <w:rFonts w:ascii="Georgia" w:hAnsi="Georgia"/>
          <w:b w:val="0"/>
          <w:i w:val="0"/>
          <w:color w:val="22201D"/>
          <w:sz w:val="20"/>
        </w:rPr>
        <w:t>Martin sighed.</w:t>
      </w:r>
    </w:p>
    <w:p>
      <w:pPr>
        <w:spacing w:after="60" w:line="266" w:lineRule="auto"/>
        <w:ind w:firstLine="331"/>
        <w:jc w:val="both"/>
      </w:pPr>
      <w:r>
        <w:rPr>
          <w:rFonts w:ascii="Georgia" w:hAnsi="Georgia"/>
          <w:b w:val="0"/>
          <w:i w:val="0"/>
          <w:color w:val="22201D"/>
          <w:sz w:val="20"/>
        </w:rPr>
        <w:t>"It knows me."</w:t>
      </w:r>
    </w:p>
    <w:p>
      <w:pPr>
        <w:spacing w:after="60" w:line="266" w:lineRule="auto"/>
        <w:ind w:firstLine="331"/>
        <w:jc w:val="both"/>
      </w:pPr>
      <w:r>
        <w:rPr>
          <w:rFonts w:ascii="Georgia" w:hAnsi="Georgia"/>
          <w:b w:val="0"/>
          <w:i w:val="0"/>
          <w:color w:val="22201D"/>
          <w:sz w:val="20"/>
        </w:rPr>
        <w:t>The seating chart lowered itself in the Hostess's hands and printed the next required document before anyone ordered.</w:t>
      </w:r>
    </w:p>
    <w:p>
      <w:pPr>
        <w:spacing w:after="60" w:line="250" w:lineRule="auto"/>
        <w:ind w:left="202" w:right="173"/>
      </w:pPr>
      <w:r>
        <w:rPr>
          <w:rFonts w:ascii="Georgia" w:hAnsi="Georgia"/>
          <w:b w:val="0"/>
          <w:i w:val="0"/>
          <w:color w:val="22201D"/>
          <w:sz w:val="17"/>
        </w:rPr>
        <w:t>NEXT REQUIRED DOCUMENT: menu correction</w:t>
      </w:r>
    </w:p>
    <w:p>
      <w:pPr>
        <w:spacing w:after="60" w:line="266" w:lineRule="auto"/>
        <w:ind w:firstLine="331"/>
        <w:jc w:val="both"/>
      </w:pPr>
      <w:r>
        <w:rPr>
          <w:rFonts w:ascii="Georgia" w:hAnsi="Georgia"/>
          <w:b w:val="0"/>
          <w:i w:val="0"/>
          <w:color w:val="22201D"/>
          <w:sz w:val="20"/>
        </w:rPr>
        <w:t>Steve looked up.</w:t>
      </w:r>
    </w:p>
    <w:p>
      <w:pPr>
        <w:spacing w:after="60" w:line="266" w:lineRule="auto"/>
        <w:ind w:firstLine="331"/>
        <w:jc w:val="both"/>
      </w:pPr>
      <w:r>
        <w:rPr>
          <w:rFonts w:ascii="Georgia" w:hAnsi="Georgia"/>
          <w:b w:val="0"/>
          <w:i w:val="0"/>
          <w:color w:val="22201D"/>
          <w:sz w:val="20"/>
        </w:rPr>
        <w:t>"Already?"</w:t>
      </w:r>
    </w:p>
    <w:p>
      <w:pPr>
        <w:spacing w:after="60" w:line="266" w:lineRule="auto"/>
        <w:ind w:firstLine="331"/>
        <w:jc w:val="both"/>
      </w:pPr>
      <w:r>
        <w:rPr>
          <w:rFonts w:ascii="Georgia" w:hAnsi="Georgia"/>
          <w:b w:val="0"/>
          <w:i w:val="0"/>
          <w:color w:val="22201D"/>
          <w:sz w:val="20"/>
        </w:rPr>
        <w:t>The Hostess looked from table to table.</w:t>
      </w:r>
    </w:p>
    <w:p>
      <w:pPr>
        <w:spacing w:after="60" w:line="266" w:lineRule="auto"/>
        <w:ind w:firstLine="331"/>
        <w:jc w:val="both"/>
      </w:pPr>
      <w:r>
        <w:rPr>
          <w:rFonts w:ascii="Georgia" w:hAnsi="Georgia"/>
          <w:b w:val="0"/>
          <w:i w:val="0"/>
          <w:color w:val="22201D"/>
          <w:sz w:val="20"/>
        </w:rPr>
        <w:t>"Seating made room. Now language will try to take it back."</w:t>
      </w:r>
    </w:p>
    <w:p>
      <w:pPr>
        <w:spacing w:after="60" w:line="266" w:lineRule="auto"/>
        <w:ind w:firstLine="331"/>
        <w:jc w:val="both"/>
      </w:pPr>
      <w:r>
        <w:rPr>
          <w:rFonts w:ascii="Georgia" w:hAnsi="Georgia"/>
          <w:b w:val="0"/>
          <w:i w:val="0"/>
          <w:color w:val="22201D"/>
          <w:sz w:val="20"/>
        </w:rPr>
        <w:t>The menus rustled in agreement.</w:t>
      </w:r>
    </w:p>
    <w:p>
      <w:pPr>
        <w:spacing w:after="60" w:line="266" w:lineRule="auto"/>
        <w:ind w:firstLine="331"/>
        <w:jc w:val="both"/>
      </w:pPr>
      <w:r>
        <w:rPr>
          <w:rFonts w:ascii="Georgia" w:hAnsi="Georgia"/>
          <w:b w:val="0"/>
          <w:i w:val="0"/>
          <w:color w:val="22201D"/>
          <w:sz w:val="20"/>
        </w:rPr>
        <w:t>This was not comforting.</w:t>
      </w:r>
    </w:p>
    <w:p>
      <w:pPr>
        <w:spacing w:after="60" w:line="266" w:lineRule="auto"/>
        <w:ind w:firstLine="331"/>
        <w:jc w:val="both"/>
      </w:pPr>
      <w:r>
        <w:rPr>
          <w:rFonts w:ascii="Georgia" w:hAnsi="Georgia"/>
          <w:b w:val="0"/>
          <w:i w:val="0"/>
          <w:color w:val="22201D"/>
          <w:sz w:val="20"/>
        </w:rPr>
        <w:t>The chalk waiting list behind the crowd wrote:</w:t>
      </w:r>
    </w:p>
    <w:p>
      <w:pPr>
        <w:spacing w:after="60" w:line="250" w:lineRule="auto"/>
        <w:ind w:left="202" w:right="173"/>
      </w:pPr>
      <w:r>
        <w:rPr>
          <w:rFonts w:ascii="Georgia" w:hAnsi="Georgia"/>
          <w:b w:val="0"/>
          <w:i w:val="0"/>
          <w:color w:val="22201D"/>
          <w:sz w:val="17"/>
        </w:rPr>
        <w:t>Seating chart: active  Make room: price accepted in part  Next chapter: The Menu Refuses Delicious</w:t>
      </w:r>
    </w:p>
    <w:p>
      <w:pPr>
        <w:spacing w:after="60" w:line="266" w:lineRule="auto"/>
        <w:ind w:firstLine="331"/>
        <w:jc w:val="both"/>
      </w:pPr>
      <w:r>
        <w:rPr>
          <w:rFonts w:ascii="Georgia" w:hAnsi="Georgia"/>
          <w:b w:val="0"/>
          <w:i w:val="0"/>
          <w:color w:val="22201D"/>
          <w:sz w:val="20"/>
        </w:rPr>
        <w:t>Gerald checked the sauce table one more time.</w:t>
      </w:r>
    </w:p>
    <w:p>
      <w:pPr>
        <w:spacing w:after="60" w:line="266" w:lineRule="auto"/>
        <w:ind w:firstLine="331"/>
        <w:jc w:val="both"/>
      </w:pPr>
      <w:r>
        <w:rPr>
          <w:rFonts w:ascii="Georgia" w:hAnsi="Georgia"/>
          <w:b w:val="0"/>
          <w:i w:val="0"/>
          <w:color w:val="22201D"/>
          <w:sz w:val="20"/>
        </w:rPr>
        <w:t>Pineapple Thai Basil Lightning remained sealed.</w:t>
      </w:r>
    </w:p>
    <w:p>
      <w:pPr>
        <w:spacing w:after="60" w:line="266" w:lineRule="auto"/>
        <w:ind w:firstLine="331"/>
        <w:jc w:val="both"/>
      </w:pPr>
      <w:r>
        <w:rPr>
          <w:rFonts w:ascii="Georgia" w:hAnsi="Georgia"/>
          <w:b w:val="0"/>
          <w:i w:val="0"/>
          <w:color w:val="22201D"/>
          <w:sz w:val="20"/>
        </w:rPr>
        <w:t>Its label, however, had changed.</w:t>
      </w:r>
    </w:p>
    <w:p>
      <w:pPr>
        <w:spacing w:after="60" w:line="250" w:lineRule="auto"/>
        <w:ind w:left="202" w:right="173"/>
      </w:pPr>
      <w:r>
        <w:rPr>
          <w:rFonts w:ascii="Georgia" w:hAnsi="Georgia"/>
          <w:b w:val="0"/>
          <w:i w:val="0"/>
          <w:color w:val="22201D"/>
          <w:sz w:val="17"/>
        </w:rPr>
        <w:t>Service: not yet  Reason: adjectives rising</w:t>
      </w:r>
    </w:p>
    <w:p>
      <w:pPr>
        <w:spacing w:after="60" w:line="266" w:lineRule="auto"/>
        <w:ind w:firstLine="331"/>
        <w:jc w:val="both"/>
      </w:pPr>
      <w:r>
        <w:rPr>
          <w:rFonts w:ascii="Georgia" w:hAnsi="Georgia"/>
          <w:b w:val="0"/>
          <w:i w:val="0"/>
          <w:color w:val="22201D"/>
          <w:sz w:val="20"/>
        </w:rPr>
        <w:t>The Hostess looked at the menus.</w:t>
      </w:r>
    </w:p>
    <w:p>
      <w:pPr>
        <w:spacing w:after="60" w:line="266" w:lineRule="auto"/>
        <w:ind w:firstLine="331"/>
        <w:jc w:val="both"/>
      </w:pPr>
      <w:r>
        <w:rPr>
          <w:rFonts w:ascii="Georgia" w:hAnsi="Georgia"/>
          <w:b w:val="0"/>
          <w:i w:val="0"/>
          <w:color w:val="22201D"/>
          <w:sz w:val="20"/>
        </w:rPr>
        <w:t>"Begin carefully," she said.</w:t>
      </w:r>
    </w:p>
    <w:p>
      <w:pPr>
        <w:spacing w:after="60" w:line="266" w:lineRule="auto"/>
        <w:ind w:firstLine="331"/>
        <w:jc w:val="both"/>
      </w:pPr>
      <w:r>
        <w:rPr>
          <w:rFonts w:ascii="Georgia" w:hAnsi="Georgia"/>
          <w:b w:val="0"/>
          <w:i w:val="0"/>
          <w:color w:val="22201D"/>
          <w:sz w:val="20"/>
        </w:rPr>
        <w:t>Everyone in the room, including the people not yet seated, understood that this was not a suggestion about soup.</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10: The Menu Refuses Delicious</w:t>
      </w:r>
    </w:p>
    <w:p>
      <w:pPr>
        <w:spacing w:after="60" w:line="266" w:lineRule="auto"/>
        <w:ind w:firstLine="0"/>
        <w:jc w:val="both"/>
      </w:pPr>
      <w:r>
        <w:rPr>
          <w:rFonts w:ascii="Georgia" w:hAnsi="Georgia"/>
          <w:b w:val="0"/>
          <w:i w:val="0"/>
          <w:color w:val="22201D"/>
          <w:sz w:val="20"/>
        </w:rPr>
        <w:t>In which praise becomes too vague to eat, menus delete applause before it can become appetite, and everyone learns that specific hunger is not a garnish.</w:t>
      </w:r>
    </w:p>
    <w:p>
      <w:pPr>
        <w:spacing w:after="60" w:line="266" w:lineRule="auto"/>
        <w:ind w:firstLine="331"/>
        <w:jc w:val="both"/>
      </w:pPr>
      <w:r>
        <w:rPr>
          <w:rFonts w:ascii="Georgia" w:hAnsi="Georgia"/>
          <w:b w:val="0"/>
          <w:i w:val="0"/>
          <w:color w:val="22201D"/>
          <w:sz w:val="20"/>
        </w:rPr>
        <w:t>The first person to say delicious was not trying to cause trouble.</w:t>
      </w:r>
    </w:p>
    <w:p>
      <w:pPr>
        <w:spacing w:after="60" w:line="266" w:lineRule="auto"/>
        <w:ind w:firstLine="331"/>
        <w:jc w:val="both"/>
      </w:pPr>
      <w:r>
        <w:rPr>
          <w:rFonts w:ascii="Georgia" w:hAnsi="Georgia"/>
          <w:b w:val="0"/>
          <w:i w:val="0"/>
          <w:color w:val="22201D"/>
          <w:sz w:val="20"/>
        </w:rPr>
        <w:t>This was important.</w:t>
      </w:r>
    </w:p>
    <w:p>
      <w:pPr>
        <w:spacing w:after="60" w:line="266" w:lineRule="auto"/>
        <w:ind w:firstLine="331"/>
        <w:jc w:val="both"/>
      </w:pPr>
      <w:r>
        <w:rPr>
          <w:rFonts w:ascii="Georgia" w:hAnsi="Georgia"/>
          <w:b w:val="0"/>
          <w:i w:val="0"/>
          <w:color w:val="22201D"/>
          <w:sz w:val="20"/>
        </w:rPr>
        <w:t>Trouble caused by villains had a clean shape. It entered wearing intention, knocked over furniture, and gave everyone permission to stand on the side of furniture. Trouble caused by ordinary hunger, social habit, and one word used too many times in place of attention was much harder to oppose because everyone had brought some of it with them.</w:t>
      </w:r>
    </w:p>
    <w:p>
      <w:pPr>
        <w:spacing w:after="60" w:line="266" w:lineRule="auto"/>
        <w:ind w:firstLine="331"/>
        <w:jc w:val="both"/>
      </w:pPr>
      <w:r>
        <w:rPr>
          <w:rFonts w:ascii="Georgia" w:hAnsi="Georgia"/>
          <w:b w:val="0"/>
          <w:i w:val="0"/>
          <w:color w:val="22201D"/>
          <w:sz w:val="20"/>
        </w:rPr>
        <w:t>The word came from Table Two.</w:t>
      </w:r>
    </w:p>
    <w:p>
      <w:pPr>
        <w:spacing w:after="60" w:line="266" w:lineRule="auto"/>
        <w:ind w:firstLine="331"/>
        <w:jc w:val="both"/>
      </w:pPr>
      <w:r>
        <w:rPr>
          <w:rFonts w:ascii="Georgia" w:hAnsi="Georgia"/>
          <w:b w:val="0"/>
          <w:i w:val="0"/>
          <w:color w:val="22201D"/>
          <w:sz w:val="20"/>
        </w:rPr>
        <w:t>Clara had torn a piece of bread, placed a very modest amount of butter on it, and taken a bite with the caution of someone who had recently been corrected by chalk, paper, seating, companionship, and her own folded magazine. She had chewed quietly. She had not reached for her phone. She had not described the crumb. She had not used the phrase hidden gem even inside her face.</w:t>
      </w:r>
    </w:p>
    <w:p>
      <w:pPr>
        <w:spacing w:after="60" w:line="266" w:lineRule="auto"/>
        <w:ind w:firstLine="331"/>
        <w:jc w:val="both"/>
      </w:pPr>
      <w:r>
        <w:rPr>
          <w:rFonts w:ascii="Georgia" w:hAnsi="Georgia"/>
          <w:b w:val="0"/>
          <w:i w:val="0"/>
          <w:color w:val="22201D"/>
          <w:sz w:val="20"/>
        </w:rPr>
        <w:t>Then she sighed.</w:t>
      </w:r>
    </w:p>
    <w:p>
      <w:pPr>
        <w:spacing w:after="60" w:line="266" w:lineRule="auto"/>
        <w:ind w:firstLine="331"/>
        <w:jc w:val="both"/>
      </w:pPr>
      <w:r>
        <w:rPr>
          <w:rFonts w:ascii="Georgia" w:hAnsi="Georgia"/>
          <w:b w:val="0"/>
          <w:i w:val="0"/>
          <w:color w:val="22201D"/>
          <w:sz w:val="20"/>
        </w:rPr>
        <w:t>"That's delicious."</w:t>
      </w:r>
    </w:p>
    <w:p>
      <w:pPr>
        <w:spacing w:after="60" w:line="266" w:lineRule="auto"/>
        <w:ind w:firstLine="331"/>
        <w:jc w:val="both"/>
      </w:pPr>
      <w:r>
        <w:rPr>
          <w:rFonts w:ascii="Georgia" w:hAnsi="Georgia"/>
          <w:b w:val="0"/>
          <w:i w:val="0"/>
          <w:color w:val="22201D"/>
          <w:sz w:val="20"/>
        </w:rPr>
        <w:t>The menu slammed shut.</w:t>
      </w:r>
    </w:p>
    <w:p>
      <w:pPr>
        <w:spacing w:after="60" w:line="266" w:lineRule="auto"/>
        <w:ind w:firstLine="331"/>
        <w:jc w:val="both"/>
      </w:pPr>
      <w:r>
        <w:rPr>
          <w:rFonts w:ascii="Georgia" w:hAnsi="Georgia"/>
          <w:b w:val="0"/>
          <w:i w:val="0"/>
          <w:color w:val="22201D"/>
          <w:sz w:val="20"/>
        </w:rPr>
        <w:t>Not loudly.</w:t>
      </w:r>
    </w:p>
    <w:p>
      <w:pPr>
        <w:spacing w:after="60" w:line="266" w:lineRule="auto"/>
        <w:ind w:firstLine="331"/>
        <w:jc w:val="both"/>
      </w:pPr>
      <w:r>
        <w:rPr>
          <w:rFonts w:ascii="Georgia" w:hAnsi="Georgia"/>
          <w:b w:val="0"/>
          <w:i w:val="0"/>
          <w:color w:val="22201D"/>
          <w:sz w:val="20"/>
        </w:rPr>
        <w:t>Worse.</w:t>
      </w:r>
    </w:p>
    <w:p>
      <w:pPr>
        <w:spacing w:after="60" w:line="266" w:lineRule="auto"/>
        <w:ind w:firstLine="331"/>
        <w:jc w:val="both"/>
      </w:pPr>
      <w:r>
        <w:rPr>
          <w:rFonts w:ascii="Georgia" w:hAnsi="Georgia"/>
          <w:b w:val="0"/>
          <w:i w:val="0"/>
          <w:color w:val="22201D"/>
          <w:sz w:val="20"/>
        </w:rPr>
        <w:t>Precisely.</w:t>
      </w:r>
    </w:p>
    <w:p>
      <w:pPr>
        <w:spacing w:after="60" w:line="266" w:lineRule="auto"/>
        <w:ind w:firstLine="331"/>
        <w:jc w:val="both"/>
      </w:pPr>
      <w:r>
        <w:rPr>
          <w:rFonts w:ascii="Georgia" w:hAnsi="Georgia"/>
          <w:b w:val="0"/>
          <w:i w:val="0"/>
          <w:color w:val="22201D"/>
          <w:sz w:val="20"/>
        </w:rPr>
        <w:t>Every menu in the room closed at the same time with the soft flat clap of an institution disappointed in vocabulary.</w:t>
      </w:r>
    </w:p>
    <w:p>
      <w:pPr>
        <w:spacing w:after="60" w:line="266" w:lineRule="auto"/>
        <w:ind w:firstLine="331"/>
        <w:jc w:val="both"/>
      </w:pPr>
      <w:r>
        <w:rPr>
          <w:rFonts w:ascii="Georgia" w:hAnsi="Georgia"/>
          <w:b w:val="0"/>
          <w:i w:val="0"/>
          <w:color w:val="22201D"/>
          <w:sz w:val="20"/>
        </w:rPr>
        <w:t>Clara froze with bread in her hand.</w:t>
      </w:r>
    </w:p>
    <w:p>
      <w:pPr>
        <w:spacing w:after="60" w:line="266" w:lineRule="auto"/>
        <w:ind w:firstLine="331"/>
        <w:jc w:val="both"/>
      </w:pPr>
      <w:r>
        <w:rPr>
          <w:rFonts w:ascii="Georgia" w:hAnsi="Georgia"/>
          <w:b w:val="0"/>
          <w:i w:val="0"/>
          <w:color w:val="22201D"/>
          <w:sz w:val="20"/>
        </w:rPr>
        <w:t>Evan lowered his own piece carefully.</w:t>
      </w:r>
    </w:p>
    <w:p>
      <w:pPr>
        <w:spacing w:after="60" w:line="266" w:lineRule="auto"/>
        <w:ind w:firstLine="331"/>
        <w:jc w:val="both"/>
      </w:pPr>
      <w:r>
        <w:rPr>
          <w:rFonts w:ascii="Georgia" w:hAnsi="Georgia"/>
          <w:b w:val="0"/>
          <w:i w:val="0"/>
          <w:color w:val="22201D"/>
          <w:sz w:val="20"/>
        </w:rPr>
        <w:t>Nico looked at the closed menu on Table One.</w:t>
      </w:r>
    </w:p>
    <w:p>
      <w:pPr>
        <w:spacing w:after="60" w:line="266" w:lineRule="auto"/>
        <w:ind w:firstLine="331"/>
        <w:jc w:val="both"/>
      </w:pPr>
      <w:r>
        <w:rPr>
          <w:rFonts w:ascii="Georgia" w:hAnsi="Georgia"/>
          <w:b w:val="0"/>
          <w:i w:val="0"/>
          <w:color w:val="22201D"/>
          <w:sz w:val="20"/>
        </w:rPr>
        <w:t>"I did not say it."</w:t>
      </w:r>
    </w:p>
    <w:p>
      <w:pPr>
        <w:spacing w:after="60" w:line="266" w:lineRule="auto"/>
        <w:ind w:firstLine="331"/>
        <w:jc w:val="both"/>
      </w:pPr>
      <w:r>
        <w:rPr>
          <w:rFonts w:ascii="Georgia" w:hAnsi="Georgia"/>
          <w:b w:val="0"/>
          <w:i w:val="0"/>
          <w:color w:val="22201D"/>
          <w:sz w:val="20"/>
        </w:rPr>
        <w:t>Auditor Ives said, "No one said you did."</w:t>
      </w:r>
    </w:p>
    <w:p>
      <w:pPr>
        <w:spacing w:after="60" w:line="266" w:lineRule="auto"/>
        <w:ind w:firstLine="331"/>
        <w:jc w:val="both"/>
      </w:pPr>
      <w:r>
        <w:rPr>
          <w:rFonts w:ascii="Georgia" w:hAnsi="Georgia"/>
          <w:b w:val="0"/>
          <w:i w:val="0"/>
          <w:color w:val="22201D"/>
          <w:sz w:val="20"/>
        </w:rPr>
        <w:t>"The menu looked at me."</w:t>
      </w:r>
    </w:p>
    <w:p>
      <w:pPr>
        <w:spacing w:after="60" w:line="266" w:lineRule="auto"/>
        <w:ind w:firstLine="331"/>
        <w:jc w:val="both"/>
      </w:pPr>
      <w:r>
        <w:rPr>
          <w:rFonts w:ascii="Georgia" w:hAnsi="Georgia"/>
          <w:b w:val="0"/>
          <w:i w:val="0"/>
          <w:color w:val="22201D"/>
          <w:sz w:val="20"/>
        </w:rPr>
        <w:t>"The menu has no eyes."</w:t>
      </w:r>
    </w:p>
    <w:p>
      <w:pPr>
        <w:spacing w:after="60" w:line="266" w:lineRule="auto"/>
        <w:ind w:firstLine="331"/>
        <w:jc w:val="both"/>
      </w:pPr>
      <w:r>
        <w:rPr>
          <w:rFonts w:ascii="Georgia" w:hAnsi="Georgia"/>
          <w:b w:val="0"/>
          <w:i w:val="0"/>
          <w:color w:val="22201D"/>
          <w:sz w:val="20"/>
        </w:rPr>
        <w:t>The menu turned one corner toward Ives.</w:t>
      </w:r>
    </w:p>
    <w:p>
      <w:pPr>
        <w:spacing w:after="60" w:line="266" w:lineRule="auto"/>
        <w:ind w:firstLine="331"/>
        <w:jc w:val="both"/>
      </w:pPr>
      <w:r>
        <w:rPr>
          <w:rFonts w:ascii="Georgia" w:hAnsi="Georgia"/>
          <w:b w:val="0"/>
          <w:i w:val="0"/>
          <w:color w:val="22201D"/>
          <w:sz w:val="20"/>
        </w:rPr>
        <w:t>Ives moved his notebook farther onto his lap.</w:t>
      </w:r>
    </w:p>
    <w:p>
      <w:pPr>
        <w:spacing w:after="60" w:line="266" w:lineRule="auto"/>
        <w:ind w:firstLine="331"/>
        <w:jc w:val="both"/>
      </w:pPr>
      <w:r>
        <w:rPr>
          <w:rFonts w:ascii="Georgia" w:hAnsi="Georgia"/>
          <w:b w:val="0"/>
          <w:i w:val="0"/>
          <w:color w:val="22201D"/>
          <w:sz w:val="20"/>
        </w:rPr>
        <w:t>Martin, alone at Table Three, looked relieved.</w:t>
      </w:r>
    </w:p>
    <w:p>
      <w:pPr>
        <w:spacing w:after="60" w:line="266" w:lineRule="auto"/>
        <w:ind w:firstLine="331"/>
        <w:jc w:val="both"/>
      </w:pPr>
      <w:r>
        <w:rPr>
          <w:rFonts w:ascii="Georgia" w:hAnsi="Georgia"/>
          <w:b w:val="0"/>
          <w:i w:val="0"/>
          <w:color w:val="22201D"/>
          <w:sz w:val="20"/>
        </w:rPr>
        <w:t>"I was about to say overrated, so this feels preventive."</w:t>
      </w:r>
    </w:p>
    <w:p>
      <w:pPr>
        <w:spacing w:after="60" w:line="266" w:lineRule="auto"/>
        <w:ind w:firstLine="331"/>
        <w:jc w:val="both"/>
      </w:pPr>
      <w:r>
        <w:rPr>
          <w:rFonts w:ascii="Georgia" w:hAnsi="Georgia"/>
          <w:b w:val="0"/>
          <w:i w:val="0"/>
          <w:color w:val="22201D"/>
          <w:sz w:val="20"/>
        </w:rPr>
        <w:t>His menu printed without opening:</w:t>
      </w:r>
    </w:p>
    <w:p>
      <w:pPr>
        <w:spacing w:after="60" w:line="250" w:lineRule="auto"/>
        <w:ind w:left="202" w:right="173"/>
      </w:pPr>
      <w:r>
        <w:rPr>
          <w:rFonts w:ascii="Georgia" w:hAnsi="Georgia"/>
          <w:b w:val="0"/>
          <w:i w:val="0"/>
          <w:color w:val="22201D"/>
          <w:sz w:val="17"/>
        </w:rPr>
        <w:t>Overrated: refused until tasted</w:t>
      </w:r>
    </w:p>
    <w:p>
      <w:pPr>
        <w:spacing w:after="60" w:line="266" w:lineRule="auto"/>
        <w:ind w:firstLine="331"/>
        <w:jc w:val="both"/>
      </w:pPr>
      <w:r>
        <w:rPr>
          <w:rFonts w:ascii="Georgia" w:hAnsi="Georgia"/>
          <w:b w:val="0"/>
          <w:i w:val="0"/>
          <w:color w:val="22201D"/>
          <w:sz w:val="20"/>
        </w:rPr>
        <w:t>"Yes," Martin said. "We covered that."</w:t>
      </w:r>
    </w:p>
    <w:p>
      <w:pPr>
        <w:spacing w:after="60" w:line="266" w:lineRule="auto"/>
        <w:ind w:firstLine="331"/>
        <w:jc w:val="both"/>
      </w:pPr>
      <w:r>
        <w:rPr>
          <w:rFonts w:ascii="Georgia" w:hAnsi="Georgia"/>
          <w:b w:val="0"/>
          <w:i w:val="0"/>
          <w:color w:val="22201D"/>
          <w:sz w:val="20"/>
        </w:rPr>
        <w:t>The Hostess stood at the threshold with the seating chart folded beneath one arm. The waiting list remained on the chalk wall outside. The seated room had become quiet in the way rooms become quiet when everyone suspects a minor rule has revealed itself to be structural.</w:t>
      </w:r>
    </w:p>
    <w:p>
      <w:pPr>
        <w:spacing w:after="60" w:line="266" w:lineRule="auto"/>
        <w:ind w:firstLine="331"/>
        <w:jc w:val="both"/>
      </w:pPr>
      <w:r>
        <w:rPr>
          <w:rFonts w:ascii="Georgia" w:hAnsi="Georgia"/>
          <w:b w:val="0"/>
          <w:i w:val="0"/>
          <w:color w:val="22201D"/>
          <w:sz w:val="20"/>
        </w:rPr>
        <w:t>The closed menus printed a shared heading:</w:t>
      </w:r>
    </w:p>
    <w:p>
      <w:pPr>
        <w:spacing w:after="60" w:line="250" w:lineRule="auto"/>
        <w:ind w:left="202" w:right="173"/>
      </w:pPr>
      <w:r>
        <w:rPr>
          <w:rFonts w:ascii="Georgia" w:hAnsi="Georgia"/>
          <w:b w:val="0"/>
          <w:i w:val="0"/>
          <w:color w:val="22201D"/>
          <w:sz w:val="17"/>
        </w:rPr>
        <w:t>MENU CORRECTION</w:t>
      </w:r>
    </w:p>
    <w:p>
      <w:pPr>
        <w:spacing w:after="60" w:line="266" w:lineRule="auto"/>
        <w:ind w:firstLine="331"/>
        <w:jc w:val="both"/>
      </w:pPr>
      <w:r>
        <w:rPr>
          <w:rFonts w:ascii="Georgia" w:hAnsi="Georgia"/>
          <w:b w:val="0"/>
          <w:i w:val="0"/>
          <w:color w:val="22201D"/>
          <w:sz w:val="20"/>
        </w:rPr>
        <w:t>Below it:</w:t>
      </w:r>
    </w:p>
    <w:p>
      <w:pPr>
        <w:spacing w:after="60" w:line="250" w:lineRule="auto"/>
        <w:ind w:left="202" w:right="173"/>
      </w:pPr>
      <w:r>
        <w:rPr>
          <w:rFonts w:ascii="Georgia" w:hAnsi="Georgia"/>
          <w:b w:val="0"/>
          <w:i w:val="0"/>
          <w:color w:val="22201D"/>
          <w:sz w:val="17"/>
        </w:rPr>
        <w:t>Delicious: refused as empty praise</w:t>
      </w:r>
    </w:p>
    <w:p>
      <w:pPr>
        <w:spacing w:after="60" w:line="266" w:lineRule="auto"/>
        <w:ind w:firstLine="331"/>
        <w:jc w:val="both"/>
      </w:pPr>
      <w:r>
        <w:rPr>
          <w:rFonts w:ascii="Georgia" w:hAnsi="Georgia"/>
          <w:b w:val="0"/>
          <w:i w:val="0"/>
          <w:color w:val="22201D"/>
          <w:sz w:val="20"/>
        </w:rPr>
        <w:t>Clara swallowed.</w:t>
      </w:r>
    </w:p>
    <w:p>
      <w:pPr>
        <w:spacing w:after="60" w:line="266" w:lineRule="auto"/>
        <w:ind w:firstLine="331"/>
        <w:jc w:val="both"/>
      </w:pPr>
      <w:r>
        <w:rPr>
          <w:rFonts w:ascii="Georgia" w:hAnsi="Georgia"/>
          <w:b w:val="0"/>
          <w:i w:val="0"/>
          <w:color w:val="22201D"/>
          <w:sz w:val="20"/>
        </w:rPr>
        <w:t>"I meant it kindly."</w:t>
      </w:r>
    </w:p>
    <w:p>
      <w:pPr>
        <w:spacing w:after="60" w:line="266" w:lineRule="auto"/>
        <w:ind w:firstLine="331"/>
        <w:jc w:val="both"/>
      </w:pPr>
      <w:r>
        <w:rPr>
          <w:rFonts w:ascii="Georgia" w:hAnsi="Georgia"/>
          <w:b w:val="0"/>
          <w:i w:val="0"/>
          <w:color w:val="22201D"/>
          <w:sz w:val="20"/>
        </w:rPr>
        <w:t>The Hostess said, "Kindly is not specifically."</w:t>
      </w:r>
    </w:p>
    <w:p>
      <w:pPr>
        <w:spacing w:after="60" w:line="266" w:lineRule="auto"/>
        <w:ind w:firstLine="331"/>
        <w:jc w:val="both"/>
      </w:pPr>
      <w:r>
        <w:rPr>
          <w:rFonts w:ascii="Georgia" w:hAnsi="Georgia"/>
          <w:b w:val="0"/>
          <w:i w:val="0"/>
          <w:color w:val="22201D"/>
          <w:sz w:val="20"/>
        </w:rPr>
        <w:t>"I was eating bread."</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"It tasted good."</w:t>
      </w:r>
    </w:p>
    <w:p>
      <w:pPr>
        <w:spacing w:after="60" w:line="266" w:lineRule="auto"/>
        <w:ind w:firstLine="331"/>
        <w:jc w:val="both"/>
      </w:pPr>
      <w:r>
        <w:rPr>
          <w:rFonts w:ascii="Georgia" w:hAnsi="Georgia"/>
          <w:b w:val="0"/>
          <w:i w:val="0"/>
          <w:color w:val="22201D"/>
          <w:sz w:val="20"/>
        </w:rPr>
        <w:t>The menu waited.</w:t>
      </w:r>
    </w:p>
    <w:p>
      <w:pPr>
        <w:spacing w:after="60" w:line="266" w:lineRule="auto"/>
        <w:ind w:firstLine="331"/>
        <w:jc w:val="both"/>
      </w:pPr>
      <w:r>
        <w:rPr>
          <w:rFonts w:ascii="Georgia" w:hAnsi="Georgia"/>
          <w:b w:val="0"/>
          <w:i w:val="0"/>
          <w:color w:val="22201D"/>
          <w:sz w:val="20"/>
        </w:rPr>
        <w:t>Clara looked at Evan.</w:t>
      </w:r>
    </w:p>
    <w:p>
      <w:pPr>
        <w:spacing w:after="60" w:line="266" w:lineRule="auto"/>
        <w:ind w:firstLine="331"/>
        <w:jc w:val="both"/>
      </w:pPr>
      <w:r>
        <w:rPr>
          <w:rFonts w:ascii="Georgia" w:hAnsi="Georgia"/>
          <w:b w:val="0"/>
          <w:i w:val="0"/>
          <w:color w:val="22201D"/>
          <w:sz w:val="20"/>
        </w:rPr>
        <w:t>Evan looked back with the expression of a person trying very hard not to solve someone else's sentence and accidentally making that effort visible.</w:t>
      </w:r>
    </w:p>
    <w:p>
      <w:pPr>
        <w:spacing w:after="60" w:line="266" w:lineRule="auto"/>
        <w:ind w:firstLine="331"/>
        <w:jc w:val="both"/>
      </w:pPr>
      <w:r>
        <w:rPr>
          <w:rFonts w:ascii="Georgia" w:hAnsi="Georgia"/>
          <w:b w:val="0"/>
          <w:i w:val="0"/>
          <w:color w:val="22201D"/>
          <w:sz w:val="20"/>
        </w:rPr>
        <w:t>She looked at the bread.</w:t>
      </w:r>
    </w:p>
    <w:p>
      <w:pPr>
        <w:spacing w:after="60" w:line="266" w:lineRule="auto"/>
        <w:ind w:firstLine="331"/>
        <w:jc w:val="both"/>
      </w:pPr>
      <w:r>
        <w:rPr>
          <w:rFonts w:ascii="Georgia" w:hAnsi="Georgia"/>
          <w:b w:val="0"/>
          <w:i w:val="0"/>
          <w:color w:val="22201D"/>
          <w:sz w:val="20"/>
        </w:rPr>
        <w:t>"It tasted like I had been trying to arrive before everyone else, and the bread did not care."</w:t>
      </w:r>
    </w:p>
    <w:p>
      <w:pPr>
        <w:spacing w:after="60" w:line="266" w:lineRule="auto"/>
        <w:ind w:firstLine="331"/>
        <w:jc w:val="both"/>
      </w:pPr>
      <w:r>
        <w:rPr>
          <w:rFonts w:ascii="Georgia" w:hAnsi="Georgia"/>
          <w:b w:val="0"/>
          <w:i w:val="0"/>
          <w:color w:val="22201D"/>
          <w:sz w:val="20"/>
        </w:rPr>
        <w:t>The menu opened one inch.</w:t>
      </w:r>
    </w:p>
    <w:p>
      <w:pPr>
        <w:spacing w:after="60" w:line="266" w:lineRule="auto"/>
        <w:ind w:firstLine="331"/>
        <w:jc w:val="both"/>
      </w:pPr>
      <w:r>
        <w:rPr>
          <w:rFonts w:ascii="Georgia" w:hAnsi="Georgia"/>
          <w:b w:val="0"/>
          <w:i w:val="0"/>
          <w:color w:val="22201D"/>
          <w:sz w:val="20"/>
        </w:rPr>
        <w:t>Clara stared at it.</w:t>
      </w:r>
    </w:p>
    <w:p>
      <w:pPr>
        <w:spacing w:after="60" w:line="266" w:lineRule="auto"/>
        <w:ind w:firstLine="331"/>
        <w:jc w:val="both"/>
      </w:pPr>
      <w:r>
        <w:rPr>
          <w:rFonts w:ascii="Georgia" w:hAnsi="Georgia"/>
          <w:b w:val="0"/>
          <w:i w:val="0"/>
          <w:color w:val="22201D"/>
          <w:sz w:val="20"/>
        </w:rPr>
        <w:t>"That is not a normal tasting note."</w:t>
      </w:r>
    </w:p>
    <w:p>
      <w:pPr>
        <w:spacing w:after="60" w:line="266" w:lineRule="auto"/>
        <w:ind w:firstLine="331"/>
        <w:jc w:val="both"/>
      </w:pPr>
      <w:r>
        <w:rPr>
          <w:rFonts w:ascii="Georgia" w:hAnsi="Georgia"/>
          <w:b w:val="0"/>
          <w:i w:val="0"/>
          <w:color w:val="22201D"/>
          <w:sz w:val="20"/>
        </w:rPr>
        <w:t>The menu printed:</w:t>
      </w:r>
    </w:p>
    <w:p>
      <w:pPr>
        <w:spacing w:after="60" w:line="250" w:lineRule="auto"/>
        <w:ind w:left="202" w:right="173"/>
      </w:pPr>
      <w:r>
        <w:rPr>
          <w:rFonts w:ascii="Georgia" w:hAnsi="Georgia"/>
          <w:b w:val="0"/>
          <w:i w:val="0"/>
          <w:color w:val="22201D"/>
          <w:sz w:val="17"/>
        </w:rPr>
        <w:t>Normal: not requested</w:t>
      </w:r>
    </w:p>
    <w:p>
      <w:pPr>
        <w:spacing w:after="60" w:line="266" w:lineRule="auto"/>
        <w:ind w:firstLine="331"/>
        <w:jc w:val="both"/>
      </w:pPr>
      <w:r>
        <w:rPr>
          <w:rFonts w:ascii="Georgia" w:hAnsi="Georgia"/>
          <w:b w:val="0"/>
          <w:i w:val="0"/>
          <w:color w:val="22201D"/>
          <w:sz w:val="20"/>
        </w:rPr>
        <w:t>She continued.</w:t>
      </w:r>
    </w:p>
    <w:p>
      <w:pPr>
        <w:spacing w:after="60" w:line="266" w:lineRule="auto"/>
        <w:ind w:firstLine="331"/>
        <w:jc w:val="both"/>
      </w:pPr>
      <w:r>
        <w:rPr>
          <w:rFonts w:ascii="Georgia" w:hAnsi="Georgia"/>
          <w:b w:val="0"/>
          <w:i w:val="0"/>
          <w:color w:val="22201D"/>
          <w:sz w:val="20"/>
        </w:rPr>
        <w:t>"It tasted warm without being impressed that I found it."</w:t>
      </w:r>
    </w:p>
    <w:p>
      <w:pPr>
        <w:spacing w:after="60" w:line="266" w:lineRule="auto"/>
        <w:ind w:firstLine="331"/>
        <w:jc w:val="both"/>
      </w:pPr>
      <w:r>
        <w:rPr>
          <w:rFonts w:ascii="Georgia" w:hAnsi="Georgia"/>
          <w:b w:val="0"/>
          <w:i w:val="0"/>
          <w:color w:val="22201D"/>
          <w:sz w:val="20"/>
        </w:rPr>
        <w:t>The menu opened fully to a page with no dish names, only a blank line and a small prompt:</w:t>
      </w:r>
    </w:p>
    <w:p>
      <w:pPr>
        <w:spacing w:after="60" w:line="250" w:lineRule="auto"/>
        <w:ind w:left="202" w:right="173"/>
      </w:pPr>
      <w:r>
        <w:rPr>
          <w:rFonts w:ascii="Georgia" w:hAnsi="Georgia"/>
          <w:b w:val="0"/>
          <w:i w:val="0"/>
          <w:color w:val="22201D"/>
          <w:sz w:val="17"/>
        </w:rPr>
        <w:t>Specific hunger:</w:t>
      </w:r>
    </w:p>
    <w:p>
      <w:pPr>
        <w:spacing w:after="60" w:line="266" w:lineRule="auto"/>
        <w:ind w:firstLine="331"/>
        <w:jc w:val="both"/>
      </w:pPr>
      <w:r>
        <w:rPr>
          <w:rFonts w:ascii="Georgia" w:hAnsi="Georgia"/>
          <w:b w:val="0"/>
          <w:i w:val="0"/>
          <w:color w:val="22201D"/>
          <w:sz w:val="20"/>
        </w:rPr>
        <w:t>Clara looked at the line for a long time.</w:t>
      </w:r>
    </w:p>
    <w:p>
      <w:pPr>
        <w:spacing w:after="60" w:line="266" w:lineRule="auto"/>
        <w:ind w:firstLine="331"/>
        <w:jc w:val="both"/>
      </w:pPr>
      <w:r>
        <w:rPr>
          <w:rFonts w:ascii="Georgia" w:hAnsi="Georgia"/>
          <w:b w:val="0"/>
          <w:i w:val="0"/>
          <w:color w:val="22201D"/>
          <w:sz w:val="20"/>
        </w:rPr>
        <w:t>"I want lunch that does not become evidence."</w:t>
      </w:r>
    </w:p>
    <w:p>
      <w:pPr>
        <w:spacing w:after="60" w:line="266" w:lineRule="auto"/>
        <w:ind w:firstLine="331"/>
        <w:jc w:val="both"/>
      </w:pPr>
      <w:r>
        <w:rPr>
          <w:rFonts w:ascii="Georgia" w:hAnsi="Georgia"/>
          <w:b w:val="0"/>
          <w:i w:val="0"/>
          <w:color w:val="22201D"/>
          <w:sz w:val="20"/>
        </w:rPr>
        <w:t>The menu wrote:</w:t>
      </w:r>
    </w:p>
    <w:p>
      <w:pPr>
        <w:spacing w:after="60" w:line="250" w:lineRule="auto"/>
        <w:ind w:left="202" w:right="173"/>
      </w:pPr>
      <w:r>
        <w:rPr>
          <w:rFonts w:ascii="Georgia" w:hAnsi="Georgia"/>
          <w:b w:val="0"/>
          <w:i w:val="0"/>
          <w:color w:val="22201D"/>
          <w:sz w:val="17"/>
        </w:rPr>
        <w:t>Specific hunger accepted: lunch without evidence</w:t>
      </w:r>
    </w:p>
    <w:p>
      <w:pPr>
        <w:spacing w:after="60" w:line="266" w:lineRule="auto"/>
        <w:ind w:firstLine="331"/>
        <w:jc w:val="both"/>
      </w:pPr>
      <w:r>
        <w:rPr>
          <w:rFonts w:ascii="Georgia" w:hAnsi="Georgia"/>
          <w:b w:val="0"/>
          <w:i w:val="0"/>
          <w:color w:val="22201D"/>
          <w:sz w:val="20"/>
        </w:rPr>
        <w:t>Evan smiled and did not congratulate her.</w:t>
      </w:r>
    </w:p>
    <w:p>
      <w:pPr>
        <w:spacing w:after="60" w:line="266" w:lineRule="auto"/>
        <w:ind w:firstLine="331"/>
        <w:jc w:val="both"/>
      </w:pPr>
      <w:r>
        <w:rPr>
          <w:rFonts w:ascii="Georgia" w:hAnsi="Georgia"/>
          <w:b w:val="0"/>
          <w:i w:val="0"/>
          <w:color w:val="22201D"/>
          <w:sz w:val="20"/>
        </w:rPr>
        <w:t>The menu printed in smaller letters:</w:t>
      </w:r>
    </w:p>
    <w:p>
      <w:pPr>
        <w:spacing w:after="60" w:line="250" w:lineRule="auto"/>
        <w:ind w:left="202" w:right="173"/>
      </w:pPr>
      <w:r>
        <w:rPr>
          <w:rFonts w:ascii="Georgia" w:hAnsi="Georgia"/>
          <w:b w:val="0"/>
          <w:i w:val="0"/>
          <w:color w:val="22201D"/>
          <w:sz w:val="17"/>
        </w:rPr>
        <w:t>Companion: learning</w:t>
      </w:r>
    </w:p>
    <w:p>
      <w:pPr>
        <w:spacing w:after="60" w:line="266" w:lineRule="auto"/>
        <w:ind w:firstLine="331"/>
        <w:jc w:val="both"/>
      </w:pPr>
      <w:r>
        <w:rPr>
          <w:rFonts w:ascii="Georgia" w:hAnsi="Georgia"/>
          <w:b w:val="0"/>
          <w:i w:val="0"/>
          <w:color w:val="22201D"/>
          <w:sz w:val="20"/>
        </w:rPr>
        <w:t>Evan's smile vanished.</w:t>
      </w:r>
    </w:p>
    <w:p>
      <w:pPr>
        <w:spacing w:after="60" w:line="266" w:lineRule="auto"/>
        <w:ind w:firstLine="331"/>
        <w:jc w:val="both"/>
      </w:pPr>
      <w:r>
        <w:rPr>
          <w:rFonts w:ascii="Georgia" w:hAnsi="Georgia"/>
          <w:b w:val="0"/>
          <w:i w:val="0"/>
          <w:color w:val="22201D"/>
          <w:sz w:val="20"/>
        </w:rPr>
        <w:t>"I did nothing."</w:t>
      </w:r>
    </w:p>
    <w:p>
      <w:pPr>
        <w:spacing w:after="60" w:line="266" w:lineRule="auto"/>
        <w:ind w:firstLine="331"/>
        <w:jc w:val="both"/>
      </w:pPr>
      <w:r>
        <w:rPr>
          <w:rFonts w:ascii="Georgia" w:hAnsi="Georgia"/>
          <w:b w:val="0"/>
          <w:i w:val="0"/>
          <w:color w:val="22201D"/>
          <w:sz w:val="20"/>
        </w:rPr>
        <w:t>His own menu opened.</w:t>
      </w:r>
    </w:p>
    <w:p>
      <w:pPr>
        <w:spacing w:after="60" w:line="250" w:lineRule="auto"/>
        <w:ind w:left="202" w:right="173"/>
      </w:pPr>
      <w:r>
        <w:rPr>
          <w:rFonts w:ascii="Georgia" w:hAnsi="Georgia"/>
          <w:b w:val="0"/>
          <w:i w:val="0"/>
          <w:color w:val="22201D"/>
          <w:sz w:val="17"/>
        </w:rPr>
        <w:t>Specific hunger:</w:t>
      </w:r>
    </w:p>
    <w:p>
      <w:pPr>
        <w:spacing w:after="60" w:line="266" w:lineRule="auto"/>
        <w:ind w:firstLine="331"/>
        <w:jc w:val="both"/>
      </w:pPr>
      <w:r>
        <w:rPr>
          <w:rFonts w:ascii="Georgia" w:hAnsi="Georgia"/>
          <w:b w:val="0"/>
          <w:i w:val="0"/>
          <w:color w:val="22201D"/>
          <w:sz w:val="20"/>
        </w:rPr>
        <w:t>"Oh."</w:t>
      </w:r>
    </w:p>
    <w:p>
      <w:pPr>
        <w:spacing w:after="60" w:line="266" w:lineRule="auto"/>
        <w:ind w:firstLine="331"/>
        <w:jc w:val="both"/>
      </w:pPr>
      <w:r>
        <w:rPr>
          <w:rFonts w:ascii="Georgia" w:hAnsi="Georgia"/>
          <w:b w:val="0"/>
          <w:i w:val="0"/>
          <w:color w:val="22201D"/>
          <w:sz w:val="20"/>
        </w:rPr>
        <w:t>Clara watched him with interest that almost became revenge.</w:t>
      </w:r>
    </w:p>
    <w:p>
      <w:pPr>
        <w:spacing w:after="60" w:line="266" w:lineRule="auto"/>
        <w:ind w:firstLine="331"/>
        <w:jc w:val="both"/>
      </w:pPr>
      <w:r>
        <w:rPr>
          <w:rFonts w:ascii="Georgia" w:hAnsi="Georgia"/>
          <w:b w:val="0"/>
          <w:i w:val="0"/>
          <w:color w:val="22201D"/>
          <w:sz w:val="20"/>
        </w:rPr>
        <w:t>Evan said, "I want lunch that is not secretly an audition to be a better person."</w:t>
      </w:r>
    </w:p>
    <w:p>
      <w:pPr>
        <w:spacing w:after="60" w:line="266" w:lineRule="auto"/>
        <w:ind w:firstLine="331"/>
        <w:jc w:val="both"/>
      </w:pPr>
      <w:r>
        <w:rPr>
          <w:rFonts w:ascii="Georgia" w:hAnsi="Georgia"/>
          <w:b w:val="0"/>
          <w:i w:val="0"/>
          <w:color w:val="22201D"/>
          <w:sz w:val="20"/>
        </w:rPr>
        <w:t>The menu considered.</w:t>
      </w:r>
    </w:p>
    <w:p>
      <w:pPr>
        <w:spacing w:after="60" w:line="250" w:lineRule="auto"/>
        <w:ind w:left="202" w:right="173"/>
      </w:pPr>
      <w:r>
        <w:rPr>
          <w:rFonts w:ascii="Georgia" w:hAnsi="Georgia"/>
          <w:b w:val="0"/>
          <w:i w:val="0"/>
          <w:color w:val="22201D"/>
          <w:sz w:val="17"/>
        </w:rPr>
        <w:t>Specific hunger accepted: lunch without audition</w:t>
      </w:r>
    </w:p>
    <w:p>
      <w:pPr>
        <w:spacing w:after="60" w:line="266" w:lineRule="auto"/>
        <w:ind w:firstLine="331"/>
        <w:jc w:val="both"/>
      </w:pPr>
      <w:r>
        <w:rPr>
          <w:rFonts w:ascii="Georgia" w:hAnsi="Georgia"/>
          <w:b w:val="0"/>
          <w:i w:val="0"/>
          <w:color w:val="22201D"/>
          <w:sz w:val="20"/>
        </w:rPr>
        <w:t>"That seems fair," Clara said.</w:t>
      </w:r>
    </w:p>
    <w:p>
      <w:pPr>
        <w:spacing w:after="60" w:line="266" w:lineRule="auto"/>
        <w:ind w:firstLine="331"/>
        <w:jc w:val="both"/>
      </w:pPr>
      <w:r>
        <w:rPr>
          <w:rFonts w:ascii="Georgia" w:hAnsi="Georgia"/>
          <w:b w:val="0"/>
          <w:i w:val="0"/>
          <w:color w:val="22201D"/>
          <w:sz w:val="20"/>
        </w:rPr>
        <w:t>"Do not make it a thing."</w:t>
      </w:r>
    </w:p>
    <w:p>
      <w:pPr>
        <w:spacing w:after="60" w:line="266" w:lineRule="auto"/>
        <w:ind w:firstLine="331"/>
        <w:jc w:val="both"/>
      </w:pPr>
      <w:r>
        <w:rPr>
          <w:rFonts w:ascii="Georgia" w:hAnsi="Georgia"/>
          <w:b w:val="0"/>
          <w:i w:val="0"/>
          <w:color w:val="22201D"/>
          <w:sz w:val="20"/>
        </w:rPr>
        <w:t>"I am trying."</w:t>
      </w:r>
    </w:p>
    <w:p>
      <w:pPr>
        <w:spacing w:after="60" w:line="266" w:lineRule="auto"/>
        <w:ind w:firstLine="331"/>
        <w:jc w:val="both"/>
      </w:pPr>
      <w:r>
        <w:rPr>
          <w:rFonts w:ascii="Georgia" w:hAnsi="Georgia"/>
          <w:b w:val="0"/>
          <w:i w:val="0"/>
          <w:color w:val="22201D"/>
          <w:sz w:val="20"/>
        </w:rPr>
        <w:t>The menu added:</w:t>
      </w:r>
    </w:p>
    <w:p>
      <w:pPr>
        <w:spacing w:after="60" w:line="250" w:lineRule="auto"/>
        <w:ind w:left="202" w:right="173"/>
      </w:pPr>
      <w:r>
        <w:rPr>
          <w:rFonts w:ascii="Georgia" w:hAnsi="Georgia"/>
          <w:b w:val="0"/>
          <w:i w:val="0"/>
          <w:color w:val="22201D"/>
          <w:sz w:val="17"/>
        </w:rPr>
        <w:t>Trying: allowed if not used as receipt</w:t>
      </w:r>
    </w:p>
    <w:p>
      <w:pPr>
        <w:spacing w:after="60" w:line="266" w:lineRule="auto"/>
        <w:ind w:firstLine="331"/>
        <w:jc w:val="both"/>
      </w:pPr>
      <w:r>
        <w:rPr>
          <w:rFonts w:ascii="Georgia" w:hAnsi="Georgia"/>
          <w:b w:val="0"/>
          <w:i w:val="0"/>
          <w:color w:val="22201D"/>
          <w:sz w:val="20"/>
        </w:rPr>
        <w:t>Table Two relaxed by a measurable fraction. Gerald noticed and did not write it down because he did not have a column for that.</w:t>
      </w:r>
    </w:p>
    <w:p>
      <w:pPr>
        <w:spacing w:after="60" w:line="266" w:lineRule="auto"/>
        <w:ind w:firstLine="331"/>
        <w:jc w:val="both"/>
      </w:pPr>
      <w:r>
        <w:rPr>
          <w:rFonts w:ascii="Georgia" w:hAnsi="Georgia"/>
          <w:b w:val="0"/>
          <w:i w:val="0"/>
          <w:color w:val="22201D"/>
          <w:sz w:val="20"/>
        </w:rPr>
        <w:t>At Table One, Nico stared at the prompt on their menu.</w:t>
      </w:r>
    </w:p>
    <w:p>
      <w:pPr>
        <w:spacing w:after="60" w:line="250" w:lineRule="auto"/>
        <w:ind w:left="202" w:right="173"/>
      </w:pPr>
      <w:r>
        <w:rPr>
          <w:rFonts w:ascii="Georgia" w:hAnsi="Georgia"/>
          <w:b w:val="0"/>
          <w:i w:val="0"/>
          <w:color w:val="22201D"/>
          <w:sz w:val="17"/>
        </w:rPr>
        <w:t>Specific hunger:</w:t>
      </w:r>
    </w:p>
    <w:p>
      <w:pPr>
        <w:spacing w:after="60" w:line="266" w:lineRule="auto"/>
        <w:ind w:firstLine="331"/>
        <w:jc w:val="both"/>
      </w:pPr>
      <w:r>
        <w:rPr>
          <w:rFonts w:ascii="Georgia" w:hAnsi="Georgia"/>
          <w:b w:val="0"/>
          <w:i w:val="0"/>
          <w:color w:val="22201D"/>
          <w:sz w:val="20"/>
        </w:rPr>
        <w:t>"Can I say I want something beautiful?"</w:t>
      </w:r>
    </w:p>
    <w:p>
      <w:pPr>
        <w:spacing w:after="60" w:line="266" w:lineRule="auto"/>
        <w:ind w:firstLine="331"/>
        <w:jc w:val="both"/>
      </w:pPr>
      <w:r>
        <w:rPr>
          <w:rFonts w:ascii="Georgia" w:hAnsi="Georgia"/>
          <w:b w:val="0"/>
          <w:i w:val="0"/>
          <w:color w:val="22201D"/>
          <w:sz w:val="20"/>
        </w:rPr>
        <w:t>The menu wrote:</w:t>
      </w:r>
    </w:p>
    <w:p>
      <w:pPr>
        <w:spacing w:after="60" w:line="250" w:lineRule="auto"/>
        <w:ind w:left="202" w:right="173"/>
      </w:pPr>
      <w:r>
        <w:rPr>
          <w:rFonts w:ascii="Georgia" w:hAnsi="Georgia"/>
          <w:b w:val="0"/>
          <w:i w:val="0"/>
          <w:color w:val="22201D"/>
          <w:sz w:val="17"/>
        </w:rPr>
        <w:t>Beautiful: under quarantine</w:t>
      </w:r>
    </w:p>
    <w:p>
      <w:pPr>
        <w:spacing w:after="60" w:line="266" w:lineRule="auto"/>
        <w:ind w:firstLine="331"/>
        <w:jc w:val="both"/>
      </w:pPr>
      <w:r>
        <w:rPr>
          <w:rFonts w:ascii="Georgia" w:hAnsi="Georgia"/>
          <w:b w:val="0"/>
          <w:i w:val="0"/>
          <w:color w:val="22201D"/>
          <w:sz w:val="20"/>
        </w:rPr>
        <w:t>Nico leaned back.</w:t>
      </w:r>
    </w:p>
    <w:p>
      <w:pPr>
        <w:spacing w:after="60" w:line="266" w:lineRule="auto"/>
        <w:ind w:firstLine="331"/>
        <w:jc w:val="both"/>
      </w:pPr>
      <w:r>
        <w:rPr>
          <w:rFonts w:ascii="Georgia" w:hAnsi="Georgia"/>
          <w:b w:val="0"/>
          <w:i w:val="0"/>
          <w:color w:val="22201D"/>
          <w:sz w:val="20"/>
        </w:rPr>
        <w:t>"I hate that I understand that."</w:t>
      </w:r>
    </w:p>
    <w:p>
      <w:pPr>
        <w:spacing w:after="60" w:line="266" w:lineRule="auto"/>
        <w:ind w:firstLine="331"/>
        <w:jc w:val="both"/>
      </w:pPr>
      <w:r>
        <w:rPr>
          <w:rFonts w:ascii="Georgia" w:hAnsi="Georgia"/>
          <w:b w:val="0"/>
          <w:i w:val="0"/>
          <w:color w:val="22201D"/>
          <w:sz w:val="20"/>
        </w:rPr>
        <w:t>Auditor Ives read his own menu, then Nico's, then the empty witness seat.</w:t>
      </w:r>
    </w:p>
    <w:p>
      <w:pPr>
        <w:spacing w:after="60" w:line="266" w:lineRule="auto"/>
        <w:ind w:firstLine="331"/>
        <w:jc w:val="both"/>
      </w:pPr>
      <w:r>
        <w:rPr>
          <w:rFonts w:ascii="Georgia" w:hAnsi="Georgia"/>
          <w:b w:val="0"/>
          <w:i w:val="0"/>
          <w:color w:val="22201D"/>
          <w:sz w:val="20"/>
        </w:rPr>
        <w:t>"Beauty is not always imprecise."</w:t>
      </w:r>
    </w:p>
    <w:p>
      <w:pPr>
        <w:spacing w:after="60" w:line="266" w:lineRule="auto"/>
        <w:ind w:firstLine="331"/>
        <w:jc w:val="both"/>
      </w:pPr>
      <w:r>
        <w:rPr>
          <w:rFonts w:ascii="Georgia" w:hAnsi="Georgia"/>
          <w:b w:val="0"/>
          <w:i w:val="0"/>
          <w:color w:val="22201D"/>
          <w:sz w:val="20"/>
        </w:rPr>
        <w:t>The menu turned toward him.</w:t>
      </w:r>
    </w:p>
    <w:p>
      <w:pPr>
        <w:spacing w:after="60" w:line="250" w:lineRule="auto"/>
        <w:ind w:left="202" w:right="173"/>
      </w:pPr>
      <w:r>
        <w:rPr>
          <w:rFonts w:ascii="Georgia" w:hAnsi="Georgia"/>
          <w:b w:val="0"/>
          <w:i w:val="0"/>
          <w:color w:val="22201D"/>
          <w:sz w:val="17"/>
        </w:rPr>
        <w:t>Proceed.</w:t>
      </w:r>
    </w:p>
    <w:p>
      <w:pPr>
        <w:spacing w:after="60" w:line="266" w:lineRule="auto"/>
        <w:ind w:firstLine="331"/>
        <w:jc w:val="both"/>
      </w:pPr>
      <w:r>
        <w:rPr>
          <w:rFonts w:ascii="Georgia" w:hAnsi="Georgia"/>
          <w:b w:val="0"/>
          <w:i w:val="0"/>
          <w:color w:val="22201D"/>
          <w:sz w:val="20"/>
        </w:rPr>
        <w:t>Ives looked alarmed by being invited to explain.</w:t>
      </w:r>
    </w:p>
    <w:p>
      <w:pPr>
        <w:spacing w:after="60" w:line="266" w:lineRule="auto"/>
        <w:ind w:firstLine="331"/>
        <w:jc w:val="both"/>
      </w:pPr>
      <w:r>
        <w:rPr>
          <w:rFonts w:ascii="Georgia" w:hAnsi="Georgia"/>
          <w:b w:val="0"/>
          <w:i w:val="0"/>
          <w:color w:val="22201D"/>
          <w:sz w:val="20"/>
        </w:rPr>
        <w:t>Nico smiled.</w:t>
      </w:r>
    </w:p>
    <w:p>
      <w:pPr>
        <w:spacing w:after="60" w:line="266" w:lineRule="auto"/>
        <w:ind w:firstLine="331"/>
        <w:jc w:val="both"/>
      </w:pPr>
      <w:r>
        <w:rPr>
          <w:rFonts w:ascii="Georgia" w:hAnsi="Georgia"/>
          <w:b w:val="0"/>
          <w:i w:val="0"/>
          <w:color w:val="22201D"/>
          <w:sz w:val="20"/>
        </w:rPr>
        <w:t>"Please, procedure before surprise."</w:t>
      </w:r>
    </w:p>
    <w:p>
      <w:pPr>
        <w:spacing w:after="60" w:line="266" w:lineRule="auto"/>
        <w:ind w:firstLine="331"/>
        <w:jc w:val="both"/>
      </w:pPr>
      <w:r>
        <w:rPr>
          <w:rFonts w:ascii="Georgia" w:hAnsi="Georgia"/>
          <w:b w:val="0"/>
          <w:i w:val="0"/>
          <w:color w:val="22201D"/>
          <w:sz w:val="20"/>
        </w:rPr>
        <w:t>"Do not quote my corrected name at me."</w:t>
      </w:r>
    </w:p>
    <w:p>
      <w:pPr>
        <w:spacing w:after="60" w:line="266" w:lineRule="auto"/>
        <w:ind w:firstLine="331"/>
        <w:jc w:val="both"/>
      </w:pPr>
      <w:r>
        <w:rPr>
          <w:rFonts w:ascii="Georgia" w:hAnsi="Georgia"/>
          <w:b w:val="0"/>
          <w:i w:val="0"/>
          <w:color w:val="22201D"/>
          <w:sz w:val="20"/>
        </w:rPr>
        <w:t>"I did not. I summarized it."</w:t>
      </w:r>
    </w:p>
    <w:p>
      <w:pPr>
        <w:spacing w:after="60" w:line="266" w:lineRule="auto"/>
        <w:ind w:firstLine="331"/>
        <w:jc w:val="both"/>
      </w:pPr>
      <w:r>
        <w:rPr>
          <w:rFonts w:ascii="Georgia" w:hAnsi="Georgia"/>
          <w:b w:val="0"/>
          <w:i w:val="0"/>
          <w:color w:val="22201D"/>
          <w:sz w:val="20"/>
        </w:rPr>
        <w:t>"Worse."</w:t>
      </w:r>
    </w:p>
    <w:p>
      <w:pPr>
        <w:spacing w:after="60" w:line="266" w:lineRule="auto"/>
        <w:ind w:firstLine="331"/>
        <w:jc w:val="both"/>
      </w:pPr>
      <w:r>
        <w:rPr>
          <w:rFonts w:ascii="Georgia" w:hAnsi="Georgia"/>
          <w:b w:val="0"/>
          <w:i w:val="0"/>
          <w:color w:val="22201D"/>
          <w:sz w:val="20"/>
        </w:rPr>
        <w:t>Ives took a breath.</w:t>
      </w:r>
    </w:p>
    <w:p>
      <w:pPr>
        <w:spacing w:after="60" w:line="266" w:lineRule="auto"/>
        <w:ind w:firstLine="331"/>
        <w:jc w:val="both"/>
      </w:pPr>
      <w:r>
        <w:rPr>
          <w:rFonts w:ascii="Georgia" w:hAnsi="Georgia"/>
          <w:b w:val="0"/>
          <w:i w:val="0"/>
          <w:color w:val="22201D"/>
          <w:sz w:val="20"/>
        </w:rPr>
        <w:t>"Beauty can be evidence of proportion, care, clarity, and fit."</w:t>
      </w:r>
    </w:p>
    <w:p>
      <w:pPr>
        <w:spacing w:after="60" w:line="266" w:lineRule="auto"/>
        <w:ind w:firstLine="331"/>
        <w:jc w:val="both"/>
      </w:pPr>
      <w:r>
        <w:rPr>
          <w:rFonts w:ascii="Georgia" w:hAnsi="Georgia"/>
          <w:b w:val="0"/>
          <w:i w:val="0"/>
          <w:color w:val="22201D"/>
          <w:sz w:val="20"/>
        </w:rPr>
        <w:t>The menu waited.</w:t>
      </w:r>
    </w:p>
    <w:p>
      <w:pPr>
        <w:spacing w:after="60" w:line="266" w:lineRule="auto"/>
        <w:ind w:firstLine="331"/>
        <w:jc w:val="both"/>
      </w:pPr>
      <w:r>
        <w:rPr>
          <w:rFonts w:ascii="Georgia" w:hAnsi="Georgia"/>
          <w:b w:val="0"/>
          <w:i w:val="0"/>
          <w:color w:val="22201D"/>
          <w:sz w:val="20"/>
        </w:rPr>
        <w:t>"It can also be used to avoid naming any of those."</w:t>
      </w:r>
    </w:p>
    <w:p>
      <w:pPr>
        <w:spacing w:after="60" w:line="266" w:lineRule="auto"/>
        <w:ind w:firstLine="331"/>
        <w:jc w:val="both"/>
      </w:pPr>
      <w:r>
        <w:rPr>
          <w:rFonts w:ascii="Georgia" w:hAnsi="Georgia"/>
          <w:b w:val="0"/>
          <w:i w:val="0"/>
          <w:color w:val="22201D"/>
          <w:sz w:val="20"/>
        </w:rPr>
        <w:t>The empty witness seat remained empty with severe approval.</w:t>
      </w:r>
    </w:p>
    <w:p>
      <w:pPr>
        <w:spacing w:after="60" w:line="266" w:lineRule="auto"/>
        <w:ind w:firstLine="331"/>
        <w:jc w:val="both"/>
      </w:pPr>
      <w:r>
        <w:rPr>
          <w:rFonts w:ascii="Georgia" w:hAnsi="Georgia"/>
          <w:b w:val="0"/>
          <w:i w:val="0"/>
          <w:color w:val="22201D"/>
          <w:sz w:val="20"/>
        </w:rPr>
        <w:t>Nico looked at the bread, then at their empty hands.</w:t>
      </w:r>
    </w:p>
    <w:p>
      <w:pPr>
        <w:spacing w:after="60" w:line="266" w:lineRule="auto"/>
        <w:ind w:firstLine="331"/>
        <w:jc w:val="both"/>
      </w:pPr>
      <w:r>
        <w:rPr>
          <w:rFonts w:ascii="Georgia" w:hAnsi="Georgia"/>
          <w:b w:val="0"/>
          <w:i w:val="0"/>
          <w:color w:val="22201D"/>
          <w:sz w:val="20"/>
        </w:rPr>
        <w:t>"I want to see something without needing it to prove I am someone who sees things."</w:t>
      </w:r>
    </w:p>
    <w:p>
      <w:pPr>
        <w:spacing w:after="60" w:line="266" w:lineRule="auto"/>
        <w:ind w:firstLine="331"/>
        <w:jc w:val="both"/>
      </w:pPr>
      <w:r>
        <w:rPr>
          <w:rFonts w:ascii="Georgia" w:hAnsi="Georgia"/>
          <w:b w:val="0"/>
          <w:i w:val="0"/>
          <w:color w:val="22201D"/>
          <w:sz w:val="20"/>
        </w:rPr>
        <w:t>The menu opened.</w:t>
      </w:r>
    </w:p>
    <w:p>
      <w:pPr>
        <w:spacing w:after="60" w:line="250" w:lineRule="auto"/>
        <w:ind w:left="202" w:right="173"/>
      </w:pPr>
      <w:r>
        <w:rPr>
          <w:rFonts w:ascii="Georgia" w:hAnsi="Georgia"/>
          <w:b w:val="0"/>
          <w:i w:val="0"/>
          <w:color w:val="22201D"/>
          <w:sz w:val="17"/>
        </w:rPr>
        <w:t>Specific hunger accepted: seeing without proof</w:t>
      </w:r>
    </w:p>
    <w:p>
      <w:pPr>
        <w:spacing w:after="60" w:line="266" w:lineRule="auto"/>
        <w:ind w:firstLine="331"/>
        <w:jc w:val="both"/>
      </w:pPr>
      <w:r>
        <w:rPr>
          <w:rFonts w:ascii="Georgia" w:hAnsi="Georgia"/>
          <w:b w:val="0"/>
          <w:i w:val="0"/>
          <w:color w:val="22201D"/>
          <w:sz w:val="20"/>
        </w:rPr>
        <w:t>Nico shut their eyes.</w:t>
      </w:r>
    </w:p>
    <w:p>
      <w:pPr>
        <w:spacing w:after="60" w:line="266" w:lineRule="auto"/>
        <w:ind w:firstLine="331"/>
        <w:jc w:val="both"/>
      </w:pPr>
      <w:r>
        <w:rPr>
          <w:rFonts w:ascii="Georgia" w:hAnsi="Georgia"/>
          <w:b w:val="0"/>
          <w:i w:val="0"/>
          <w:color w:val="22201D"/>
          <w:sz w:val="20"/>
        </w:rPr>
        <w:t>"That sounds like the card again."</w:t>
      </w:r>
    </w:p>
    <w:p>
      <w:pPr>
        <w:spacing w:after="60" w:line="266" w:lineRule="auto"/>
        <w:ind w:firstLine="331"/>
        <w:jc w:val="both"/>
      </w:pPr>
      <w:r>
        <w:rPr>
          <w:rFonts w:ascii="Georgia" w:hAnsi="Georgia"/>
          <w:b w:val="0"/>
          <w:i w:val="0"/>
          <w:color w:val="22201D"/>
          <w:sz w:val="20"/>
        </w:rPr>
        <w:t>"Hunger repeats until answered," said the Hostess.</w:t>
      </w:r>
    </w:p>
    <w:p>
      <w:pPr>
        <w:spacing w:after="60" w:line="266" w:lineRule="auto"/>
        <w:ind w:firstLine="331"/>
        <w:jc w:val="both"/>
      </w:pPr>
      <w:r>
        <w:rPr>
          <w:rFonts w:ascii="Georgia" w:hAnsi="Georgia"/>
          <w:b w:val="0"/>
          <w:i w:val="0"/>
          <w:color w:val="22201D"/>
          <w:sz w:val="20"/>
        </w:rPr>
        <w:t>Ives looked at his prompt.</w:t>
      </w:r>
    </w:p>
    <w:p>
      <w:pPr>
        <w:spacing w:after="60" w:line="266" w:lineRule="auto"/>
        <w:ind w:firstLine="331"/>
        <w:jc w:val="both"/>
      </w:pPr>
      <w:r>
        <w:rPr>
          <w:rFonts w:ascii="Georgia" w:hAnsi="Georgia"/>
          <w:b w:val="0"/>
          <w:i w:val="0"/>
          <w:color w:val="22201D"/>
          <w:sz w:val="20"/>
        </w:rPr>
        <w:t>"I want a meal whose rule I understand before I enforce it."</w:t>
      </w:r>
    </w:p>
    <w:p>
      <w:pPr>
        <w:spacing w:after="60" w:line="266" w:lineRule="auto"/>
        <w:ind w:firstLine="331"/>
        <w:jc w:val="both"/>
      </w:pPr>
      <w:r>
        <w:rPr>
          <w:rFonts w:ascii="Georgia" w:hAnsi="Georgia"/>
          <w:b w:val="0"/>
          <w:i w:val="0"/>
          <w:color w:val="22201D"/>
          <w:sz w:val="20"/>
        </w:rPr>
        <w:t>The menu did not move.</w:t>
      </w:r>
    </w:p>
    <w:p>
      <w:pPr>
        <w:spacing w:after="60" w:line="266" w:lineRule="auto"/>
        <w:ind w:firstLine="331"/>
        <w:jc w:val="both"/>
      </w:pPr>
      <w:r>
        <w:rPr>
          <w:rFonts w:ascii="Georgia" w:hAnsi="Georgia"/>
          <w:b w:val="0"/>
          <w:i w:val="0"/>
          <w:color w:val="22201D"/>
          <w:sz w:val="20"/>
        </w:rPr>
        <w:t>Ives sighed.</w:t>
      </w:r>
    </w:p>
    <w:p>
      <w:pPr>
        <w:spacing w:after="60" w:line="266" w:lineRule="auto"/>
        <w:ind w:firstLine="331"/>
        <w:jc w:val="both"/>
      </w:pPr>
      <w:r>
        <w:rPr>
          <w:rFonts w:ascii="Georgia" w:hAnsi="Georgia"/>
          <w:b w:val="0"/>
          <w:i w:val="0"/>
          <w:color w:val="22201D"/>
          <w:sz w:val="20"/>
        </w:rPr>
        <w:t>"Fine. I want a meal that can surprise me without making me irrelevant."</w:t>
      </w:r>
    </w:p>
    <w:p>
      <w:pPr>
        <w:spacing w:after="60" w:line="266" w:lineRule="auto"/>
        <w:ind w:firstLine="331"/>
        <w:jc w:val="both"/>
      </w:pPr>
      <w:r>
        <w:rPr>
          <w:rFonts w:ascii="Georgia" w:hAnsi="Georgia"/>
          <w:b w:val="0"/>
          <w:i w:val="0"/>
          <w:color w:val="22201D"/>
          <w:sz w:val="20"/>
        </w:rPr>
        <w:t>The menu opened.</w:t>
      </w:r>
    </w:p>
    <w:p>
      <w:pPr>
        <w:spacing w:after="60" w:line="250" w:lineRule="auto"/>
        <w:ind w:left="202" w:right="173"/>
      </w:pPr>
      <w:r>
        <w:rPr>
          <w:rFonts w:ascii="Georgia" w:hAnsi="Georgia"/>
          <w:b w:val="0"/>
          <w:i w:val="0"/>
          <w:color w:val="22201D"/>
          <w:sz w:val="17"/>
        </w:rPr>
        <w:t>Specific hunger accepted: surprise without irrelevance</w:t>
      </w:r>
    </w:p>
    <w:p>
      <w:pPr>
        <w:spacing w:after="60" w:line="266" w:lineRule="auto"/>
        <w:ind w:firstLine="331"/>
        <w:jc w:val="both"/>
      </w:pPr>
      <w:r>
        <w:rPr>
          <w:rFonts w:ascii="Georgia" w:hAnsi="Georgia"/>
          <w:b w:val="0"/>
          <w:i w:val="0"/>
          <w:color w:val="22201D"/>
          <w:sz w:val="20"/>
        </w:rPr>
        <w:t>Nico looked at him.</w:t>
      </w:r>
    </w:p>
    <w:p>
      <w:pPr>
        <w:spacing w:after="60" w:line="266" w:lineRule="auto"/>
        <w:ind w:firstLine="331"/>
        <w:jc w:val="both"/>
      </w:pPr>
      <w:r>
        <w:rPr>
          <w:rFonts w:ascii="Georgia" w:hAnsi="Georgia"/>
          <w:b w:val="0"/>
          <w:i w:val="0"/>
          <w:color w:val="22201D"/>
          <w:sz w:val="20"/>
        </w:rPr>
        <w:t>"That is sadder than mine."</w:t>
      </w:r>
    </w:p>
    <w:p>
      <w:pPr>
        <w:spacing w:after="60" w:line="266" w:lineRule="auto"/>
        <w:ind w:firstLine="331"/>
        <w:jc w:val="both"/>
      </w:pPr>
      <w:r>
        <w:rPr>
          <w:rFonts w:ascii="Georgia" w:hAnsi="Georgia"/>
          <w:b w:val="0"/>
          <w:i w:val="0"/>
          <w:color w:val="22201D"/>
          <w:sz w:val="20"/>
        </w:rPr>
        <w:t>"Yours involved proof of existence."</w:t>
      </w:r>
    </w:p>
    <w:p>
      <w:pPr>
        <w:spacing w:after="60" w:line="266" w:lineRule="auto"/>
        <w:ind w:firstLine="331"/>
        <w:jc w:val="both"/>
      </w:pPr>
      <w:r>
        <w:rPr>
          <w:rFonts w:ascii="Georgia" w:hAnsi="Georgia"/>
          <w:b w:val="0"/>
          <w:i w:val="0"/>
          <w:color w:val="22201D"/>
          <w:sz w:val="20"/>
        </w:rPr>
        <w:t>"Fair."</w:t>
      </w:r>
    </w:p>
    <w:p>
      <w:pPr>
        <w:spacing w:after="60" w:line="266" w:lineRule="auto"/>
        <w:ind w:firstLine="331"/>
        <w:jc w:val="both"/>
      </w:pPr>
      <w:r>
        <w:rPr>
          <w:rFonts w:ascii="Georgia" w:hAnsi="Georgia"/>
          <w:b w:val="0"/>
          <w:i w:val="0"/>
          <w:color w:val="22201D"/>
          <w:sz w:val="20"/>
        </w:rPr>
        <w:t>The empty witness seat's menu opened by itself.</w:t>
      </w:r>
    </w:p>
    <w:p>
      <w:pPr>
        <w:spacing w:after="60" w:line="266" w:lineRule="auto"/>
        <w:ind w:firstLine="331"/>
        <w:jc w:val="both"/>
      </w:pPr>
      <w:r>
        <w:rPr>
          <w:rFonts w:ascii="Georgia" w:hAnsi="Georgia"/>
          <w:b w:val="0"/>
          <w:i w:val="0"/>
          <w:color w:val="22201D"/>
          <w:sz w:val="20"/>
        </w:rPr>
        <w:t>No one had noticed it had a menu.</w:t>
      </w:r>
    </w:p>
    <w:p>
      <w:pPr>
        <w:spacing w:after="60" w:line="266" w:lineRule="auto"/>
        <w:ind w:firstLine="331"/>
        <w:jc w:val="both"/>
      </w:pPr>
      <w:r>
        <w:rPr>
          <w:rFonts w:ascii="Georgia" w:hAnsi="Georgia"/>
          <w:b w:val="0"/>
          <w:i w:val="0"/>
          <w:color w:val="22201D"/>
          <w:sz w:val="20"/>
        </w:rPr>
        <w:t>The page displayed:</w:t>
      </w:r>
    </w:p>
    <w:p>
      <w:pPr>
        <w:spacing w:after="60" w:line="250" w:lineRule="auto"/>
        <w:ind w:left="202" w:right="173"/>
      </w:pPr>
      <w:r>
        <w:rPr>
          <w:rFonts w:ascii="Georgia" w:hAnsi="Georgia"/>
          <w:b w:val="0"/>
          <w:i w:val="0"/>
          <w:color w:val="22201D"/>
          <w:sz w:val="17"/>
        </w:rPr>
        <w:t>Witness: present if not consumed</w:t>
      </w:r>
    </w:p>
    <w:p>
      <w:pPr>
        <w:spacing w:after="60" w:line="266" w:lineRule="auto"/>
        <w:ind w:firstLine="331"/>
        <w:jc w:val="both"/>
      </w:pPr>
      <w:r>
        <w:rPr>
          <w:rFonts w:ascii="Georgia" w:hAnsi="Georgia"/>
          <w:b w:val="0"/>
          <w:i w:val="0"/>
          <w:color w:val="22201D"/>
          <w:sz w:val="20"/>
        </w:rPr>
        <w:t>The seat remained empty.</w:t>
      </w:r>
    </w:p>
    <w:p>
      <w:pPr>
        <w:spacing w:after="60" w:line="266" w:lineRule="auto"/>
        <w:ind w:firstLine="331"/>
        <w:jc w:val="both"/>
      </w:pPr>
      <w:r>
        <w:rPr>
          <w:rFonts w:ascii="Georgia" w:hAnsi="Georgia"/>
          <w:b w:val="0"/>
          <w:i w:val="0"/>
          <w:color w:val="22201D"/>
          <w:sz w:val="20"/>
        </w:rPr>
        <w:t>This made both Nico and Ives sit straighter.</w:t>
      </w:r>
    </w:p>
    <w:p>
      <w:pPr>
        <w:spacing w:after="60" w:line="266" w:lineRule="auto"/>
        <w:ind w:firstLine="331"/>
        <w:jc w:val="both"/>
      </w:pPr>
      <w:r>
        <w:rPr>
          <w:rFonts w:ascii="Georgia" w:hAnsi="Georgia"/>
          <w:b w:val="0"/>
          <w:i w:val="0"/>
          <w:color w:val="22201D"/>
          <w:sz w:val="20"/>
        </w:rPr>
        <w:t>At Table Three, Martin's menu had not opened beyond the warning about overrated.</w:t>
      </w:r>
    </w:p>
    <w:p>
      <w:pPr>
        <w:spacing w:after="60" w:line="266" w:lineRule="auto"/>
        <w:ind w:firstLine="331"/>
        <w:jc w:val="both"/>
      </w:pPr>
      <w:r>
        <w:rPr>
          <w:rFonts w:ascii="Georgia" w:hAnsi="Georgia"/>
          <w:b w:val="0"/>
          <w:i w:val="0"/>
          <w:color w:val="22201D"/>
          <w:sz w:val="20"/>
        </w:rPr>
        <w:t>He looked at it with the concentration of someone trying to beat a fair machine.</w:t>
      </w:r>
    </w:p>
    <w:p>
      <w:pPr>
        <w:spacing w:after="60" w:line="266" w:lineRule="auto"/>
        <w:ind w:firstLine="331"/>
        <w:jc w:val="both"/>
      </w:pPr>
      <w:r>
        <w:rPr>
          <w:rFonts w:ascii="Georgia" w:hAnsi="Georgia"/>
          <w:b w:val="0"/>
          <w:i w:val="0"/>
          <w:color w:val="22201D"/>
          <w:sz w:val="20"/>
        </w:rPr>
        <w:t>"I want dinner."</w:t>
      </w:r>
    </w:p>
    <w:p>
      <w:pPr>
        <w:spacing w:after="60" w:line="266" w:lineRule="auto"/>
        <w:ind w:firstLine="331"/>
        <w:jc w:val="both"/>
      </w:pPr>
      <w:r>
        <w:rPr>
          <w:rFonts w:ascii="Georgia" w:hAnsi="Georgia"/>
          <w:b w:val="0"/>
          <w:i w:val="0"/>
          <w:color w:val="22201D"/>
          <w:sz w:val="20"/>
        </w:rPr>
        <w:t>Nothing.</w:t>
      </w:r>
    </w:p>
    <w:p>
      <w:pPr>
        <w:spacing w:after="60" w:line="266" w:lineRule="auto"/>
        <w:ind w:firstLine="331"/>
        <w:jc w:val="both"/>
      </w:pPr>
      <w:r>
        <w:rPr>
          <w:rFonts w:ascii="Georgia" w:hAnsi="Georgia"/>
          <w:b w:val="0"/>
          <w:i w:val="0"/>
          <w:color w:val="22201D"/>
          <w:sz w:val="20"/>
        </w:rPr>
        <w:t>"I want dinner without being made to talk about myself."</w:t>
      </w:r>
    </w:p>
    <w:p>
      <w:pPr>
        <w:spacing w:after="60" w:line="266" w:lineRule="auto"/>
        <w:ind w:firstLine="331"/>
        <w:jc w:val="both"/>
      </w:pPr>
      <w:r>
        <w:rPr>
          <w:rFonts w:ascii="Georgia" w:hAnsi="Georgia"/>
          <w:b w:val="0"/>
          <w:i w:val="0"/>
          <w:color w:val="22201D"/>
          <w:sz w:val="20"/>
        </w:rPr>
        <w:t>The menu remained shut.</w:t>
      </w:r>
    </w:p>
    <w:p>
      <w:pPr>
        <w:spacing w:after="60" w:line="266" w:lineRule="auto"/>
        <w:ind w:firstLine="331"/>
        <w:jc w:val="both"/>
      </w:pPr>
      <w:r>
        <w:rPr>
          <w:rFonts w:ascii="Georgia" w:hAnsi="Georgia"/>
          <w:b w:val="0"/>
          <w:i w:val="0"/>
          <w:color w:val="22201D"/>
          <w:sz w:val="20"/>
        </w:rPr>
        <w:t>"I want dinner without being turned into the lesson."</w:t>
      </w:r>
    </w:p>
    <w:p>
      <w:pPr>
        <w:spacing w:after="60" w:line="266" w:lineRule="auto"/>
        <w:ind w:firstLine="331"/>
        <w:jc w:val="both"/>
      </w:pPr>
      <w:r>
        <w:rPr>
          <w:rFonts w:ascii="Georgia" w:hAnsi="Georgia"/>
          <w:b w:val="0"/>
          <w:i w:val="0"/>
          <w:color w:val="22201D"/>
          <w:sz w:val="20"/>
        </w:rPr>
        <w:t>The menu opened slightly, then shut again.</w:t>
      </w:r>
    </w:p>
    <w:p>
      <w:pPr>
        <w:spacing w:after="60" w:line="266" w:lineRule="auto"/>
        <w:ind w:firstLine="331"/>
        <w:jc w:val="both"/>
      </w:pPr>
      <w:r>
        <w:rPr>
          <w:rFonts w:ascii="Georgia" w:hAnsi="Georgia"/>
          <w:b w:val="0"/>
          <w:i w:val="0"/>
          <w:color w:val="22201D"/>
          <w:sz w:val="20"/>
        </w:rPr>
        <w:t>Martin pointed.</w:t>
      </w:r>
    </w:p>
    <w:p>
      <w:pPr>
        <w:spacing w:after="60" w:line="266" w:lineRule="auto"/>
        <w:ind w:firstLine="331"/>
        <w:jc w:val="both"/>
      </w:pPr>
      <w:r>
        <w:rPr>
          <w:rFonts w:ascii="Georgia" w:hAnsi="Georgia"/>
          <w:b w:val="0"/>
          <w:i w:val="0"/>
          <w:color w:val="22201D"/>
          <w:sz w:val="20"/>
        </w:rPr>
        <w:t>"That moved."</w:t>
      </w:r>
    </w:p>
    <w:p>
      <w:pPr>
        <w:spacing w:after="60" w:line="266" w:lineRule="auto"/>
        <w:ind w:firstLine="331"/>
        <w:jc w:val="both"/>
      </w:pPr>
      <w:r>
        <w:rPr>
          <w:rFonts w:ascii="Georgia" w:hAnsi="Georgia"/>
          <w:b w:val="0"/>
          <w:i w:val="0"/>
          <w:color w:val="22201D"/>
          <w:sz w:val="20"/>
        </w:rPr>
        <w:t>The Hostess said, "Yes."</w:t>
      </w:r>
    </w:p>
    <w:p>
      <w:pPr>
        <w:spacing w:after="60" w:line="266" w:lineRule="auto"/>
        <w:ind w:firstLine="331"/>
        <w:jc w:val="both"/>
      </w:pPr>
      <w:r>
        <w:rPr>
          <w:rFonts w:ascii="Georgia" w:hAnsi="Georgia"/>
          <w:b w:val="0"/>
          <w:i w:val="0"/>
          <w:color w:val="22201D"/>
          <w:sz w:val="20"/>
        </w:rPr>
        <w:t>"So I was close."</w:t>
      </w:r>
    </w:p>
    <w:p>
      <w:pPr>
        <w:spacing w:after="60" w:line="266" w:lineRule="auto"/>
        <w:ind w:firstLine="331"/>
        <w:jc w:val="both"/>
      </w:pPr>
      <w:r>
        <w:rPr>
          <w:rFonts w:ascii="Georgia" w:hAnsi="Georgia"/>
          <w:b w:val="0"/>
          <w:i w:val="0"/>
          <w:color w:val="22201D"/>
          <w:sz w:val="20"/>
        </w:rPr>
        <w:t>"Close is sometimes the last disguise."</w:t>
      </w:r>
    </w:p>
    <w:p>
      <w:pPr>
        <w:spacing w:after="60" w:line="266" w:lineRule="auto"/>
        <w:ind w:firstLine="331"/>
        <w:jc w:val="both"/>
      </w:pPr>
      <w:r>
        <w:rPr>
          <w:rFonts w:ascii="Georgia" w:hAnsi="Georgia"/>
          <w:b w:val="0"/>
          <w:i w:val="0"/>
          <w:color w:val="22201D"/>
          <w:sz w:val="20"/>
        </w:rPr>
        <w:t>Martin looked personally betrayed by the concept of close.</w:t>
      </w:r>
    </w:p>
    <w:p>
      <w:pPr>
        <w:spacing w:after="60" w:line="266" w:lineRule="auto"/>
        <w:ind w:firstLine="331"/>
        <w:jc w:val="both"/>
      </w:pPr>
      <w:r>
        <w:rPr>
          <w:rFonts w:ascii="Georgia" w:hAnsi="Georgia"/>
          <w:b w:val="0"/>
          <w:i w:val="0"/>
          <w:color w:val="22201D"/>
          <w:sz w:val="20"/>
        </w:rPr>
        <w:t>He stared at the bread. He had not eaten any yet. He had been waiting for the room to prove his seat was unfair before tasting anything that might weaken his complaint.</w:t>
      </w:r>
    </w:p>
    <w:p>
      <w:pPr>
        <w:spacing w:after="60" w:line="266" w:lineRule="auto"/>
        <w:ind w:firstLine="331"/>
        <w:jc w:val="both"/>
      </w:pPr>
      <w:r>
        <w:rPr>
          <w:rFonts w:ascii="Georgia" w:hAnsi="Georgia"/>
          <w:b w:val="0"/>
          <w:i w:val="0"/>
          <w:color w:val="22201D"/>
          <w:sz w:val="20"/>
        </w:rPr>
        <w:t>The menu printed:</w:t>
      </w:r>
    </w:p>
    <w:p>
      <w:pPr>
        <w:spacing w:after="60" w:line="250" w:lineRule="auto"/>
        <w:ind w:left="202" w:right="173"/>
      </w:pPr>
      <w:r>
        <w:rPr>
          <w:rFonts w:ascii="Georgia" w:hAnsi="Georgia"/>
          <w:b w:val="0"/>
          <w:i w:val="0"/>
          <w:color w:val="22201D"/>
          <w:sz w:val="17"/>
        </w:rPr>
        <w:t>Complaint currently ordering.</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The menu waited.</w:t>
      </w:r>
    </w:p>
    <w:p>
      <w:pPr>
        <w:spacing w:after="60" w:line="266" w:lineRule="auto"/>
        <w:ind w:firstLine="331"/>
        <w:jc w:val="both"/>
      </w:pPr>
      <w:r>
        <w:rPr>
          <w:rFonts w:ascii="Georgia" w:hAnsi="Georgia"/>
          <w:b w:val="0"/>
          <w:i w:val="0"/>
          <w:color w:val="22201D"/>
          <w:sz w:val="20"/>
        </w:rPr>
        <w:t>Martin tore a piece of bread. He did it as if the bread might testify later. Then he tasted it.</w:t>
      </w:r>
    </w:p>
    <w:p>
      <w:pPr>
        <w:spacing w:after="60" w:line="266" w:lineRule="auto"/>
        <w:ind w:firstLine="331"/>
        <w:jc w:val="both"/>
      </w:pPr>
      <w:r>
        <w:rPr>
          <w:rFonts w:ascii="Georgia" w:hAnsi="Georgia"/>
          <w:b w:val="0"/>
          <w:i w:val="0"/>
          <w:color w:val="22201D"/>
          <w:sz w:val="20"/>
        </w:rPr>
        <w:t>He stopped looking clever.</w:t>
      </w:r>
    </w:p>
    <w:p>
      <w:pPr>
        <w:spacing w:after="60" w:line="266" w:lineRule="auto"/>
        <w:ind w:firstLine="331"/>
        <w:jc w:val="both"/>
      </w:pPr>
      <w:r>
        <w:rPr>
          <w:rFonts w:ascii="Georgia" w:hAnsi="Georgia"/>
          <w:b w:val="0"/>
          <w:i w:val="0"/>
          <w:color w:val="22201D"/>
          <w:sz w:val="20"/>
        </w:rPr>
        <w:t>This was the bread's main strategy.</w:t>
      </w:r>
    </w:p>
    <w:p>
      <w:pPr>
        <w:spacing w:after="60" w:line="266" w:lineRule="auto"/>
        <w:ind w:firstLine="331"/>
        <w:jc w:val="both"/>
      </w:pPr>
      <w:r>
        <w:rPr>
          <w:rFonts w:ascii="Georgia" w:hAnsi="Georgia"/>
          <w:b w:val="0"/>
          <w:i w:val="0"/>
          <w:color w:val="22201D"/>
          <w:sz w:val="20"/>
        </w:rPr>
        <w:t>"I want," he said slowly, "to dislike something without needing the dislike to protect me from wanting it."</w:t>
      </w:r>
    </w:p>
    <w:p>
      <w:pPr>
        <w:spacing w:after="60" w:line="266" w:lineRule="auto"/>
        <w:ind w:firstLine="331"/>
        <w:jc w:val="both"/>
      </w:pPr>
      <w:r>
        <w:rPr>
          <w:rFonts w:ascii="Georgia" w:hAnsi="Georgia"/>
          <w:b w:val="0"/>
          <w:i w:val="0"/>
          <w:color w:val="22201D"/>
          <w:sz w:val="20"/>
        </w:rPr>
        <w:t>The menu opened.</w:t>
      </w:r>
    </w:p>
    <w:p>
      <w:pPr>
        <w:spacing w:after="60" w:line="250" w:lineRule="auto"/>
        <w:ind w:left="202" w:right="173"/>
      </w:pPr>
      <w:r>
        <w:rPr>
          <w:rFonts w:ascii="Georgia" w:hAnsi="Georgia"/>
          <w:b w:val="0"/>
          <w:i w:val="0"/>
          <w:color w:val="22201D"/>
          <w:sz w:val="17"/>
        </w:rPr>
        <w:t>Specific hunger accepted: wanting without defensive dislike</w:t>
      </w:r>
    </w:p>
    <w:p>
      <w:pPr>
        <w:spacing w:after="60" w:line="266" w:lineRule="auto"/>
        <w:ind w:firstLine="331"/>
        <w:jc w:val="both"/>
      </w:pPr>
      <w:r>
        <w:rPr>
          <w:rFonts w:ascii="Georgia" w:hAnsi="Georgia"/>
          <w:b w:val="0"/>
          <w:i w:val="0"/>
          <w:color w:val="22201D"/>
          <w:sz w:val="20"/>
        </w:rPr>
        <w:t>Martin read it.</w:t>
      </w:r>
    </w:p>
    <w:p>
      <w:pPr>
        <w:spacing w:after="60" w:line="266" w:lineRule="auto"/>
        <w:ind w:firstLine="331"/>
        <w:jc w:val="both"/>
      </w:pPr>
      <w:r>
        <w:rPr>
          <w:rFonts w:ascii="Georgia" w:hAnsi="Georgia"/>
          <w:b w:val="0"/>
          <w:i w:val="0"/>
          <w:color w:val="22201D"/>
          <w:sz w:val="20"/>
        </w:rPr>
        <w:t>"That is humiliating."</w:t>
      </w:r>
    </w:p>
    <w:p>
      <w:pPr>
        <w:spacing w:after="60" w:line="250" w:lineRule="auto"/>
        <w:ind w:left="202" w:right="173"/>
      </w:pPr>
      <w:r>
        <w:rPr>
          <w:rFonts w:ascii="Georgia" w:hAnsi="Georgia"/>
          <w:b w:val="0"/>
          <w:i w:val="0"/>
          <w:color w:val="22201D"/>
          <w:sz w:val="17"/>
        </w:rPr>
        <w:t>Humiliation: not charged if not performed</w:t>
      </w:r>
    </w:p>
    <w:p>
      <w:pPr>
        <w:spacing w:after="60" w:line="266" w:lineRule="auto"/>
        <w:ind w:firstLine="331"/>
        <w:jc w:val="both"/>
      </w:pPr>
      <w:r>
        <w:rPr>
          <w:rFonts w:ascii="Georgia" w:hAnsi="Georgia"/>
          <w:b w:val="0"/>
          <w:i w:val="0"/>
          <w:color w:val="22201D"/>
          <w:sz w:val="20"/>
        </w:rPr>
        <w:t>"Can the menu stop being better at this than me?"</w:t>
      </w:r>
    </w:p>
    <w:p>
      <w:pPr>
        <w:spacing w:after="60" w:line="250" w:lineRule="auto"/>
        <w:ind w:left="202" w:right="173"/>
      </w:pPr>
      <w:r>
        <w:rPr>
          <w:rFonts w:ascii="Georgia" w:hAnsi="Georgia"/>
          <w:b w:val="0"/>
          <w:i w:val="0"/>
          <w:color w:val="22201D"/>
          <w:sz w:val="17"/>
        </w:rPr>
        <w:t>No.</w:t>
      </w:r>
    </w:p>
    <w:p>
      <w:pPr>
        <w:spacing w:after="60" w:line="266" w:lineRule="auto"/>
        <w:ind w:firstLine="331"/>
        <w:jc w:val="both"/>
      </w:pPr>
      <w:r>
        <w:rPr>
          <w:rFonts w:ascii="Georgia" w:hAnsi="Georgia"/>
          <w:b w:val="0"/>
          <w:i w:val="0"/>
          <w:color w:val="22201D"/>
          <w:sz w:val="20"/>
        </w:rPr>
        <w:t>"Specific complaint logged," Martin said.</w:t>
      </w:r>
    </w:p>
    <w:p>
      <w:pPr>
        <w:spacing w:after="60" w:line="266" w:lineRule="auto"/>
        <w:ind w:firstLine="331"/>
        <w:jc w:val="both"/>
      </w:pPr>
      <w:r>
        <w:rPr>
          <w:rFonts w:ascii="Georgia" w:hAnsi="Georgia"/>
          <w:b w:val="0"/>
          <w:i w:val="0"/>
          <w:color w:val="22201D"/>
          <w:sz w:val="20"/>
        </w:rPr>
        <w:t>The menu printed:</w:t>
      </w:r>
    </w:p>
    <w:p>
      <w:pPr>
        <w:spacing w:after="60" w:line="250" w:lineRule="auto"/>
        <w:ind w:left="202" w:right="173"/>
      </w:pPr>
      <w:r>
        <w:rPr>
          <w:rFonts w:ascii="Georgia" w:hAnsi="Georgia"/>
          <w:b w:val="0"/>
          <w:i w:val="0"/>
          <w:color w:val="22201D"/>
          <w:sz w:val="17"/>
        </w:rPr>
        <w:t>Specific complaint logged.</w:t>
      </w:r>
    </w:p>
    <w:p>
      <w:pPr>
        <w:spacing w:after="60" w:line="266" w:lineRule="auto"/>
        <w:ind w:firstLine="331"/>
        <w:jc w:val="both"/>
      </w:pPr>
      <w:r>
        <w:rPr>
          <w:rFonts w:ascii="Georgia" w:hAnsi="Georgia"/>
          <w:b w:val="0"/>
          <w:i w:val="0"/>
          <w:color w:val="22201D"/>
          <w:sz w:val="20"/>
        </w:rPr>
        <w:t>Martin almost smiled.</w:t>
      </w:r>
    </w:p>
    <w:p>
      <w:pPr>
        <w:spacing w:after="60" w:line="266" w:lineRule="auto"/>
        <w:ind w:firstLine="331"/>
        <w:jc w:val="both"/>
      </w:pPr>
      <w:r>
        <w:rPr>
          <w:rFonts w:ascii="Georgia" w:hAnsi="Georgia"/>
          <w:b w:val="0"/>
          <w:i w:val="0"/>
          <w:color w:val="22201D"/>
          <w:sz w:val="20"/>
        </w:rPr>
        <w:t>The line outside pressed closer to the windows and doorway without crossing Gerald's boundary. The unseated people had begun to understand that tables were not only places where food arrived. They were places where language lost privileges. This made the room less glamorous and more dangerous.</w:t>
      </w:r>
    </w:p>
    <w:p>
      <w:pPr>
        <w:spacing w:after="60" w:line="266" w:lineRule="auto"/>
        <w:ind w:firstLine="331"/>
        <w:jc w:val="both"/>
      </w:pPr>
      <w:r>
        <w:rPr>
          <w:rFonts w:ascii="Georgia" w:hAnsi="Georgia"/>
          <w:b w:val="0"/>
          <w:i w:val="0"/>
          <w:color w:val="22201D"/>
          <w:sz w:val="20"/>
        </w:rPr>
        <w:t>Someone outside said, "I know what I want."</w:t>
      </w:r>
    </w:p>
    <w:p>
      <w:pPr>
        <w:spacing w:after="60" w:line="266" w:lineRule="auto"/>
        <w:ind w:firstLine="331"/>
        <w:jc w:val="both"/>
      </w:pPr>
      <w:r>
        <w:rPr>
          <w:rFonts w:ascii="Georgia" w:hAnsi="Georgia"/>
          <w:b w:val="0"/>
          <w:i w:val="0"/>
          <w:color w:val="22201D"/>
          <w:sz w:val="20"/>
        </w:rPr>
        <w:t>The waiting list wrote:</w:t>
      </w:r>
    </w:p>
    <w:p>
      <w:pPr>
        <w:spacing w:after="60" w:line="250" w:lineRule="auto"/>
        <w:ind w:left="202" w:right="173"/>
      </w:pPr>
      <w:r>
        <w:rPr>
          <w:rFonts w:ascii="Georgia" w:hAnsi="Georgia"/>
          <w:b w:val="0"/>
          <w:i w:val="0"/>
          <w:color w:val="22201D"/>
          <w:sz w:val="17"/>
        </w:rPr>
        <w:t>Knowing: will be checked</w:t>
      </w:r>
    </w:p>
    <w:p>
      <w:pPr>
        <w:spacing w:after="60" w:line="266" w:lineRule="auto"/>
        <w:ind w:firstLine="331"/>
        <w:jc w:val="both"/>
      </w:pPr>
      <w:r>
        <w:rPr>
          <w:rFonts w:ascii="Georgia" w:hAnsi="Georgia"/>
          <w:b w:val="0"/>
          <w:i w:val="0"/>
          <w:color w:val="22201D"/>
          <w:sz w:val="20"/>
        </w:rPr>
        <w:t>The person became quieter.</w:t>
      </w:r>
    </w:p>
    <w:p>
      <w:pPr>
        <w:spacing w:after="60" w:line="266" w:lineRule="auto"/>
        <w:ind w:firstLine="331"/>
        <w:jc w:val="both"/>
      </w:pPr>
      <w:r>
        <w:rPr>
          <w:rFonts w:ascii="Georgia" w:hAnsi="Georgia"/>
          <w:b w:val="0"/>
          <w:i w:val="0"/>
          <w:color w:val="22201D"/>
          <w:sz w:val="20"/>
        </w:rPr>
        <w:t>At the service path, Flocc tried not to read every menu.</w:t>
      </w:r>
    </w:p>
    <w:p>
      <w:pPr>
        <w:spacing w:after="60" w:line="266" w:lineRule="auto"/>
        <w:ind w:firstLine="331"/>
        <w:jc w:val="both"/>
      </w:pPr>
      <w:r>
        <w:rPr>
          <w:rFonts w:ascii="Georgia" w:hAnsi="Georgia"/>
          <w:b w:val="0"/>
          <w:i w:val="0"/>
          <w:color w:val="22201D"/>
          <w:sz w:val="20"/>
        </w:rPr>
        <w:t>This was impossible.</w:t>
      </w:r>
    </w:p>
    <w:p>
      <w:pPr>
        <w:spacing w:after="60" w:line="266" w:lineRule="auto"/>
        <w:ind w:firstLine="331"/>
        <w:jc w:val="both"/>
      </w:pPr>
      <w:r>
        <w:rPr>
          <w:rFonts w:ascii="Georgia" w:hAnsi="Georgia"/>
          <w:b w:val="0"/>
          <w:i w:val="0"/>
          <w:color w:val="22201D"/>
          <w:sz w:val="20"/>
        </w:rPr>
        <w:t>Trying not to read a menu at Emoji Soup was like trying not to hear a spoon dropped in a cathedral that had recently passed a health inspection. The words entered through attention whether one invited them or not.</w:t>
      </w:r>
    </w:p>
    <w:p>
      <w:pPr>
        <w:spacing w:after="60" w:line="266" w:lineRule="auto"/>
        <w:ind w:firstLine="331"/>
        <w:jc w:val="both"/>
      </w:pPr>
      <w:r>
        <w:rPr>
          <w:rFonts w:ascii="Georgia" w:hAnsi="Georgia"/>
          <w:b w:val="0"/>
          <w:i w:val="0"/>
          <w:color w:val="22201D"/>
          <w:sz w:val="20"/>
        </w:rPr>
        <w:t>His own menu appeared in his hands.</w:t>
      </w:r>
    </w:p>
    <w:p>
      <w:pPr>
        <w:spacing w:after="60" w:line="266" w:lineRule="auto"/>
        <w:ind w:firstLine="331"/>
        <w:jc w:val="both"/>
      </w:pPr>
      <w:r>
        <w:rPr>
          <w:rFonts w:ascii="Georgia" w:hAnsi="Georgia"/>
          <w:b w:val="0"/>
          <w:i w:val="0"/>
          <w:color w:val="22201D"/>
          <w:sz w:val="20"/>
        </w:rPr>
        <w:t>He had not been seated.</w:t>
      </w:r>
    </w:p>
    <w:p>
      <w:pPr>
        <w:spacing w:after="60" w:line="266" w:lineRule="auto"/>
        <w:ind w:firstLine="331"/>
        <w:jc w:val="both"/>
      </w:pPr>
      <w:r>
        <w:rPr>
          <w:rFonts w:ascii="Georgia" w:hAnsi="Georgia"/>
          <w:b w:val="0"/>
          <w:i w:val="0"/>
          <w:color w:val="22201D"/>
          <w:sz w:val="20"/>
        </w:rPr>
        <w:t>The seating chart on the Hostess's arm rustled.</w:t>
      </w:r>
    </w:p>
    <w:p>
      <w:pPr>
        <w:spacing w:after="60" w:line="250" w:lineRule="auto"/>
        <w:ind w:left="202" w:right="173"/>
      </w:pPr>
      <w:r>
        <w:rPr>
          <w:rFonts w:ascii="Georgia" w:hAnsi="Georgia"/>
          <w:b w:val="0"/>
          <w:i w:val="0"/>
          <w:color w:val="22201D"/>
          <w:sz w:val="17"/>
        </w:rPr>
        <w:t>Service path may receive correction.</w:t>
      </w:r>
    </w:p>
    <w:p>
      <w:pPr>
        <w:spacing w:after="60" w:line="266" w:lineRule="auto"/>
        <w:ind w:firstLine="331"/>
        <w:jc w:val="both"/>
      </w:pPr>
      <w:r>
        <w:rPr>
          <w:rFonts w:ascii="Georgia" w:hAnsi="Georgia"/>
          <w:b w:val="0"/>
          <w:i w:val="0"/>
          <w:color w:val="22201D"/>
          <w:sz w:val="20"/>
        </w:rPr>
        <w:t>Flocc looked at the Hostess.</w:t>
      </w:r>
    </w:p>
    <w:p>
      <w:pPr>
        <w:spacing w:after="60" w:line="266" w:lineRule="auto"/>
        <w:ind w:firstLine="331"/>
        <w:jc w:val="both"/>
      </w:pPr>
      <w:r>
        <w:rPr>
          <w:rFonts w:ascii="Georgia" w:hAnsi="Georgia"/>
          <w:b w:val="0"/>
          <w:i w:val="0"/>
          <w:color w:val="22201D"/>
          <w:sz w:val="20"/>
        </w:rPr>
        <w:t>"I did not ask for a menu."</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"I am not at a table."</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"This seems irregular."</w:t>
      </w:r>
    </w:p>
    <w:p>
      <w:pPr>
        <w:spacing w:after="60" w:line="266" w:lineRule="auto"/>
        <w:ind w:firstLine="331"/>
        <w:jc w:val="both"/>
      </w:pPr>
      <w:r>
        <w:rPr>
          <w:rFonts w:ascii="Georgia" w:hAnsi="Georgia"/>
          <w:b w:val="0"/>
          <w:i w:val="0"/>
          <w:color w:val="22201D"/>
          <w:sz w:val="20"/>
        </w:rPr>
        <w:t>Steve, from near the records shelf, said, "Several things do."</w:t>
      </w:r>
    </w:p>
    <w:p>
      <w:pPr>
        <w:spacing w:after="60" w:line="266" w:lineRule="auto"/>
        <w:ind w:firstLine="331"/>
        <w:jc w:val="both"/>
      </w:pPr>
      <w:r>
        <w:rPr>
          <w:rFonts w:ascii="Georgia" w:hAnsi="Georgia"/>
          <w:b w:val="0"/>
          <w:i w:val="0"/>
          <w:color w:val="22201D"/>
          <w:sz w:val="20"/>
        </w:rPr>
        <w:t>Flocc looked at the blank line.</w:t>
      </w:r>
    </w:p>
    <w:p>
      <w:pPr>
        <w:spacing w:after="60" w:line="250" w:lineRule="auto"/>
        <w:ind w:left="202" w:right="173"/>
      </w:pPr>
      <w:r>
        <w:rPr>
          <w:rFonts w:ascii="Georgia" w:hAnsi="Georgia"/>
          <w:b w:val="0"/>
          <w:i w:val="0"/>
          <w:color w:val="22201D"/>
          <w:sz w:val="17"/>
        </w:rPr>
        <w:t>Specific hunger:</w:t>
      </w:r>
    </w:p>
    <w:p>
      <w:pPr>
        <w:spacing w:after="60" w:line="266" w:lineRule="auto"/>
        <w:ind w:firstLine="331"/>
        <w:jc w:val="both"/>
      </w:pPr>
      <w:r>
        <w:rPr>
          <w:rFonts w:ascii="Georgia" w:hAnsi="Georgia"/>
          <w:b w:val="0"/>
          <w:i w:val="0"/>
          <w:color w:val="22201D"/>
          <w:sz w:val="20"/>
        </w:rPr>
        <w:t>He wanted to write something admirable.</w:t>
      </w:r>
    </w:p>
    <w:p>
      <w:pPr>
        <w:spacing w:after="60" w:line="266" w:lineRule="auto"/>
        <w:ind w:firstLine="331"/>
        <w:jc w:val="both"/>
      </w:pPr>
      <w:r>
        <w:rPr>
          <w:rFonts w:ascii="Georgia" w:hAnsi="Georgia"/>
          <w:b w:val="0"/>
          <w:i w:val="0"/>
          <w:color w:val="22201D"/>
          <w:sz w:val="20"/>
        </w:rPr>
        <w:t>That was the first problem.</w:t>
      </w:r>
    </w:p>
    <w:p>
      <w:pPr>
        <w:spacing w:after="60" w:line="266" w:lineRule="auto"/>
        <w:ind w:firstLine="331"/>
        <w:jc w:val="both"/>
      </w:pPr>
      <w:r>
        <w:rPr>
          <w:rFonts w:ascii="Georgia" w:hAnsi="Georgia"/>
          <w:b w:val="0"/>
          <w:i w:val="0"/>
          <w:color w:val="22201D"/>
          <w:sz w:val="20"/>
        </w:rPr>
        <w:t>He wanted to write something true.</w:t>
      </w:r>
    </w:p>
    <w:p>
      <w:pPr>
        <w:spacing w:after="60" w:line="266" w:lineRule="auto"/>
        <w:ind w:firstLine="331"/>
        <w:jc w:val="both"/>
      </w:pPr>
      <w:r>
        <w:rPr>
          <w:rFonts w:ascii="Georgia" w:hAnsi="Georgia"/>
          <w:b w:val="0"/>
          <w:i w:val="0"/>
          <w:color w:val="22201D"/>
          <w:sz w:val="20"/>
        </w:rPr>
        <w:t>That was the second problem because the true thing was not admirable.</w:t>
      </w:r>
    </w:p>
    <w:p>
      <w:pPr>
        <w:spacing w:after="60" w:line="266" w:lineRule="auto"/>
        <w:ind w:firstLine="331"/>
        <w:jc w:val="both"/>
      </w:pPr>
      <w:r>
        <w:rPr>
          <w:rFonts w:ascii="Georgia" w:hAnsi="Georgia"/>
          <w:b w:val="0"/>
          <w:i w:val="0"/>
          <w:color w:val="22201D"/>
          <w:sz w:val="20"/>
        </w:rPr>
        <w:t>Mara, on the bench, did not look at his menu.</w:t>
      </w:r>
    </w:p>
    <w:p>
      <w:pPr>
        <w:spacing w:after="60" w:line="266" w:lineRule="auto"/>
        <w:ind w:firstLine="331"/>
        <w:jc w:val="both"/>
      </w:pPr>
      <w:r>
        <w:rPr>
          <w:rFonts w:ascii="Georgia" w:hAnsi="Georgia"/>
          <w:b w:val="0"/>
          <w:i w:val="0"/>
          <w:color w:val="22201D"/>
          <w:sz w:val="20"/>
        </w:rPr>
        <w:t>This was either trust or discipline. Possibly both. Possibly neither. He disliked not knowing because not knowing left room he could not fill with explanation.</w:t>
      </w:r>
    </w:p>
    <w:p>
      <w:pPr>
        <w:spacing w:after="60" w:line="266" w:lineRule="auto"/>
        <w:ind w:firstLine="331"/>
        <w:jc w:val="both"/>
      </w:pPr>
      <w:r>
        <w:rPr>
          <w:rFonts w:ascii="Georgia" w:hAnsi="Georgia"/>
          <w:b w:val="0"/>
          <w:i w:val="0"/>
          <w:color w:val="22201D"/>
          <w:sz w:val="20"/>
        </w:rPr>
        <w:t>Flocc said, "I want to help."</w:t>
      </w:r>
    </w:p>
    <w:p>
      <w:pPr>
        <w:spacing w:after="60" w:line="266" w:lineRule="auto"/>
        <w:ind w:firstLine="331"/>
        <w:jc w:val="both"/>
      </w:pPr>
      <w:r>
        <w:rPr>
          <w:rFonts w:ascii="Georgia" w:hAnsi="Georgia"/>
          <w:b w:val="0"/>
          <w:i w:val="0"/>
          <w:color w:val="22201D"/>
          <w:sz w:val="20"/>
        </w:rPr>
        <w:t>The menu printed:</w:t>
      </w:r>
    </w:p>
    <w:p>
      <w:pPr>
        <w:spacing w:after="60" w:line="250" w:lineRule="auto"/>
        <w:ind w:left="202" w:right="173"/>
      </w:pPr>
      <w:r>
        <w:rPr>
          <w:rFonts w:ascii="Georgia" w:hAnsi="Georgia"/>
          <w:b w:val="0"/>
          <w:i w:val="0"/>
          <w:color w:val="22201D"/>
          <w:sz w:val="17"/>
        </w:rPr>
        <w:t>Help: under review for self-importance</w:t>
      </w:r>
    </w:p>
    <w:p>
      <w:pPr>
        <w:spacing w:after="60" w:line="266" w:lineRule="auto"/>
        <w:ind w:firstLine="331"/>
        <w:jc w:val="both"/>
      </w:pPr>
      <w:r>
        <w:rPr>
          <w:rFonts w:ascii="Georgia" w:hAnsi="Georgia"/>
          <w:b w:val="0"/>
          <w:i w:val="0"/>
          <w:color w:val="22201D"/>
          <w:sz w:val="20"/>
        </w:rPr>
        <w:t>"That's harsh."</w:t>
      </w:r>
    </w:p>
    <w:p>
      <w:pPr>
        <w:spacing w:after="60" w:line="266" w:lineRule="auto"/>
        <w:ind w:firstLine="331"/>
        <w:jc w:val="both"/>
      </w:pPr>
      <w:r>
        <w:rPr>
          <w:rFonts w:ascii="Georgia" w:hAnsi="Georgia"/>
          <w:b w:val="0"/>
          <w:i w:val="0"/>
          <w:color w:val="22201D"/>
          <w:sz w:val="20"/>
        </w:rPr>
        <w:t>Bob said, "Is it?"</w:t>
      </w:r>
    </w:p>
    <w:p>
      <w:pPr>
        <w:spacing w:after="60" w:line="266" w:lineRule="auto"/>
        <w:ind w:firstLine="331"/>
        <w:jc w:val="both"/>
      </w:pPr>
      <w:r>
        <w:rPr>
          <w:rFonts w:ascii="Georgia" w:hAnsi="Georgia"/>
          <w:b w:val="0"/>
          <w:i w:val="0"/>
          <w:color w:val="22201D"/>
          <w:sz w:val="20"/>
        </w:rPr>
        <w:t>Flocc did not answer.</w:t>
      </w:r>
    </w:p>
    <w:p>
      <w:pPr>
        <w:spacing w:after="60" w:line="266" w:lineRule="auto"/>
        <w:ind w:firstLine="331"/>
        <w:jc w:val="both"/>
      </w:pPr>
      <w:r>
        <w:rPr>
          <w:rFonts w:ascii="Georgia" w:hAnsi="Georgia"/>
          <w:b w:val="0"/>
          <w:i w:val="0"/>
          <w:color w:val="22201D"/>
          <w:sz w:val="20"/>
        </w:rPr>
        <w:t>He tried again.</w:t>
      </w:r>
    </w:p>
    <w:p>
      <w:pPr>
        <w:spacing w:after="60" w:line="266" w:lineRule="auto"/>
        <w:ind w:firstLine="331"/>
        <w:jc w:val="both"/>
      </w:pPr>
      <w:r>
        <w:rPr>
          <w:rFonts w:ascii="Georgia" w:hAnsi="Georgia"/>
          <w:b w:val="0"/>
          <w:i w:val="0"/>
          <w:color w:val="22201D"/>
          <w:sz w:val="20"/>
        </w:rPr>
        <w:t>"I want the room to work."</w:t>
      </w:r>
    </w:p>
    <w:p>
      <w:pPr>
        <w:spacing w:after="60" w:line="250" w:lineRule="auto"/>
        <w:ind w:left="202" w:right="173"/>
      </w:pPr>
      <w:r>
        <w:rPr>
          <w:rFonts w:ascii="Georgia" w:hAnsi="Georgia"/>
          <w:b w:val="0"/>
          <w:i w:val="0"/>
          <w:color w:val="22201D"/>
          <w:sz w:val="17"/>
        </w:rPr>
        <w:t>Work: for whom</w:t>
      </w:r>
    </w:p>
    <w:p>
      <w:pPr>
        <w:spacing w:after="60" w:line="266" w:lineRule="auto"/>
        <w:ind w:firstLine="331"/>
        <w:jc w:val="both"/>
      </w:pPr>
      <w:r>
        <w:rPr>
          <w:rFonts w:ascii="Georgia" w:hAnsi="Georgia"/>
          <w:b w:val="0"/>
          <w:i w:val="0"/>
          <w:color w:val="22201D"/>
          <w:sz w:val="20"/>
        </w:rPr>
        <w:t>"For everyone."</w:t>
      </w:r>
    </w:p>
    <w:p>
      <w:pPr>
        <w:spacing w:after="60" w:line="250" w:lineRule="auto"/>
        <w:ind w:left="202" w:right="173"/>
      </w:pPr>
      <w:r>
        <w:rPr>
          <w:rFonts w:ascii="Georgia" w:hAnsi="Georgia"/>
          <w:b w:val="0"/>
          <w:i w:val="0"/>
          <w:color w:val="22201D"/>
          <w:sz w:val="17"/>
        </w:rPr>
        <w:t>Everyone: too large to be honest without evidence</w:t>
      </w:r>
    </w:p>
    <w:p>
      <w:pPr>
        <w:spacing w:after="60" w:line="266" w:lineRule="auto"/>
        <w:ind w:firstLine="331"/>
        <w:jc w:val="both"/>
      </w:pPr>
      <w:r>
        <w:rPr>
          <w:rFonts w:ascii="Georgia" w:hAnsi="Georgia"/>
          <w:b w:val="0"/>
          <w:i w:val="0"/>
          <w:color w:val="22201D"/>
          <w:sz w:val="20"/>
        </w:rPr>
        <w:t>Gerald nodded despite himself.</w:t>
      </w:r>
    </w:p>
    <w:p>
      <w:pPr>
        <w:spacing w:after="60" w:line="266" w:lineRule="auto"/>
        <w:ind w:firstLine="331"/>
        <w:jc w:val="both"/>
      </w:pPr>
      <w:r>
        <w:rPr>
          <w:rFonts w:ascii="Georgia" w:hAnsi="Georgia"/>
          <w:b w:val="0"/>
          <w:i w:val="0"/>
          <w:color w:val="22201D"/>
          <w:sz w:val="20"/>
        </w:rPr>
        <w:t>Flocc held the menu tighter.</w:t>
      </w:r>
    </w:p>
    <w:p>
      <w:pPr>
        <w:spacing w:after="60" w:line="266" w:lineRule="auto"/>
        <w:ind w:firstLine="331"/>
        <w:jc w:val="both"/>
      </w:pPr>
      <w:r>
        <w:rPr>
          <w:rFonts w:ascii="Georgia" w:hAnsi="Georgia"/>
          <w:b w:val="0"/>
          <w:i w:val="0"/>
          <w:color w:val="22201D"/>
          <w:sz w:val="20"/>
        </w:rPr>
        <w:t>"I want the room to work without needing me to be the person who explains why it works."</w:t>
      </w:r>
    </w:p>
    <w:p>
      <w:pPr>
        <w:spacing w:after="60" w:line="266" w:lineRule="auto"/>
        <w:ind w:firstLine="331"/>
        <w:jc w:val="both"/>
      </w:pPr>
      <w:r>
        <w:rPr>
          <w:rFonts w:ascii="Georgia" w:hAnsi="Georgia"/>
          <w:b w:val="0"/>
          <w:i w:val="0"/>
          <w:color w:val="22201D"/>
          <w:sz w:val="20"/>
        </w:rPr>
        <w:t>The menu opened halfway.</w:t>
      </w:r>
    </w:p>
    <w:p>
      <w:pPr>
        <w:spacing w:after="60" w:line="250" w:lineRule="auto"/>
        <w:ind w:left="202" w:right="173"/>
      </w:pPr>
      <w:r>
        <w:rPr>
          <w:rFonts w:ascii="Georgia" w:hAnsi="Georgia"/>
          <w:b w:val="0"/>
          <w:i w:val="0"/>
          <w:color w:val="22201D"/>
          <w:sz w:val="17"/>
        </w:rPr>
        <w:t>Specific hunger pending: room without explanatory ownership</w:t>
      </w:r>
    </w:p>
    <w:p>
      <w:pPr>
        <w:spacing w:after="60" w:line="266" w:lineRule="auto"/>
        <w:ind w:firstLine="331"/>
        <w:jc w:val="both"/>
      </w:pPr>
      <w:r>
        <w:rPr>
          <w:rFonts w:ascii="Georgia" w:hAnsi="Georgia"/>
          <w:b w:val="0"/>
          <w:i w:val="0"/>
          <w:color w:val="22201D"/>
          <w:sz w:val="20"/>
        </w:rPr>
        <w:t>"Pending?"</w:t>
      </w:r>
    </w:p>
    <w:p>
      <w:pPr>
        <w:spacing w:after="60" w:line="266" w:lineRule="auto"/>
        <w:ind w:firstLine="331"/>
        <w:jc w:val="both"/>
      </w:pPr>
      <w:r>
        <w:rPr>
          <w:rFonts w:ascii="Georgia" w:hAnsi="Georgia"/>
          <w:b w:val="0"/>
          <w:i w:val="0"/>
          <w:color w:val="22201D"/>
          <w:sz w:val="20"/>
        </w:rPr>
        <w:t>The Hostess said, "You added without before you named the appetite."</w:t>
      </w:r>
    </w:p>
    <w:p>
      <w:pPr>
        <w:spacing w:after="60" w:line="266" w:lineRule="auto"/>
        <w:ind w:firstLine="331"/>
        <w:jc w:val="both"/>
      </w:pPr>
      <w:r>
        <w:rPr>
          <w:rFonts w:ascii="Georgia" w:hAnsi="Georgia"/>
          <w:b w:val="0"/>
          <w:i w:val="0"/>
          <w:color w:val="22201D"/>
          <w:sz w:val="20"/>
        </w:rPr>
        <w:t>He hated how true that was.</w:t>
      </w:r>
    </w:p>
    <w:p>
      <w:pPr>
        <w:spacing w:after="60" w:line="266" w:lineRule="auto"/>
        <w:ind w:firstLine="331"/>
        <w:jc w:val="both"/>
      </w:pPr>
      <w:r>
        <w:rPr>
          <w:rFonts w:ascii="Georgia" w:hAnsi="Georgia"/>
          <w:b w:val="0"/>
          <w:i w:val="0"/>
          <w:color w:val="22201D"/>
          <w:sz w:val="20"/>
        </w:rPr>
        <w:t>What did he want, not merely what did he want to avoid becoming?</w:t>
      </w:r>
    </w:p>
    <w:p>
      <w:pPr>
        <w:spacing w:after="60" w:line="266" w:lineRule="auto"/>
        <w:ind w:firstLine="331"/>
        <w:jc w:val="both"/>
      </w:pPr>
      <w:r>
        <w:rPr>
          <w:rFonts w:ascii="Georgia" w:hAnsi="Georgia"/>
          <w:b w:val="0"/>
          <w:i w:val="0"/>
          <w:color w:val="22201D"/>
          <w:sz w:val="20"/>
        </w:rPr>
        <w:t>He looked at the service path, at the door, at Mara on the bench, at Martin alone, Clara and Evan doing the difficult work of lunch, Nico and Ives trying not to consume witness, Gerald keeping the room safe, Steve respecting records without letting them replace people, Bob refusing to explain mushrooms with the decency of a man who knew some mysteries improved when handled practically.</w:t>
      </w:r>
    </w:p>
    <w:p>
      <w:pPr>
        <w:spacing w:after="60" w:line="266" w:lineRule="auto"/>
        <w:ind w:firstLine="331"/>
        <w:jc w:val="both"/>
      </w:pPr>
      <w:r>
        <w:rPr>
          <w:rFonts w:ascii="Georgia" w:hAnsi="Georgia"/>
          <w:b w:val="0"/>
          <w:i w:val="0"/>
          <w:color w:val="22201D"/>
          <w:sz w:val="20"/>
        </w:rPr>
        <w:t>"I want a place in the room that does not have to be defended by being special."</w:t>
      </w:r>
    </w:p>
    <w:p>
      <w:pPr>
        <w:spacing w:after="60" w:line="266" w:lineRule="auto"/>
        <w:ind w:firstLine="331"/>
        <w:jc w:val="both"/>
      </w:pPr>
      <w:r>
        <w:rPr>
          <w:rFonts w:ascii="Georgia" w:hAnsi="Georgia"/>
          <w:b w:val="0"/>
          <w:i w:val="0"/>
          <w:color w:val="22201D"/>
          <w:sz w:val="20"/>
        </w:rPr>
        <w:t>The menu opened.</w:t>
      </w:r>
    </w:p>
    <w:p>
      <w:pPr>
        <w:spacing w:after="60" w:line="250" w:lineRule="auto"/>
        <w:ind w:left="202" w:right="173"/>
      </w:pPr>
      <w:r>
        <w:rPr>
          <w:rFonts w:ascii="Georgia" w:hAnsi="Georgia"/>
          <w:b w:val="0"/>
          <w:i w:val="0"/>
          <w:color w:val="22201D"/>
          <w:sz w:val="17"/>
        </w:rPr>
        <w:t>Specific hunger accepted: place without special defense</w:t>
      </w:r>
    </w:p>
    <w:p>
      <w:pPr>
        <w:spacing w:after="60" w:line="266" w:lineRule="auto"/>
        <w:ind w:firstLine="331"/>
        <w:jc w:val="both"/>
      </w:pPr>
      <w:r>
        <w:rPr>
          <w:rFonts w:ascii="Georgia" w:hAnsi="Georgia"/>
          <w:b w:val="0"/>
          <w:i w:val="0"/>
          <w:color w:val="22201D"/>
          <w:sz w:val="20"/>
        </w:rPr>
        <w:t>The service path widened by almost nothing and exactly enough.</w:t>
      </w:r>
    </w:p>
    <w:p>
      <w:pPr>
        <w:spacing w:after="60" w:line="266" w:lineRule="auto"/>
        <w:ind w:firstLine="331"/>
        <w:jc w:val="both"/>
      </w:pPr>
      <w:r>
        <w:rPr>
          <w:rFonts w:ascii="Georgia" w:hAnsi="Georgia"/>
          <w:b w:val="0"/>
          <w:i w:val="0"/>
          <w:color w:val="22201D"/>
          <w:sz w:val="20"/>
        </w:rPr>
        <w:t>Mara looked up.</w:t>
      </w:r>
    </w:p>
    <w:p>
      <w:pPr>
        <w:spacing w:after="60" w:line="266" w:lineRule="auto"/>
        <w:ind w:firstLine="331"/>
        <w:jc w:val="both"/>
      </w:pPr>
      <w:r>
        <w:rPr>
          <w:rFonts w:ascii="Georgia" w:hAnsi="Georgia"/>
          <w:b w:val="0"/>
          <w:i w:val="0"/>
          <w:color w:val="22201D"/>
          <w:sz w:val="20"/>
        </w:rPr>
        <w:t>Only then.</w:t>
      </w:r>
    </w:p>
    <w:p>
      <w:pPr>
        <w:spacing w:after="60" w:line="266" w:lineRule="auto"/>
        <w:ind w:firstLine="331"/>
        <w:jc w:val="both"/>
      </w:pPr>
      <w:r>
        <w:rPr>
          <w:rFonts w:ascii="Georgia" w:hAnsi="Georgia"/>
          <w:b w:val="0"/>
          <w:i w:val="0"/>
          <w:color w:val="22201D"/>
          <w:sz w:val="20"/>
        </w:rPr>
        <w:t>Flocc did not ask whether she heard it.</w:t>
      </w:r>
    </w:p>
    <w:p>
      <w:pPr>
        <w:spacing w:after="60" w:line="266" w:lineRule="auto"/>
        <w:ind w:firstLine="331"/>
        <w:jc w:val="both"/>
      </w:pPr>
      <w:r>
        <w:rPr>
          <w:rFonts w:ascii="Georgia" w:hAnsi="Georgia"/>
          <w:b w:val="0"/>
          <w:i w:val="0"/>
          <w:color w:val="22201D"/>
          <w:sz w:val="20"/>
        </w:rPr>
        <w:t>This was growth.</w:t>
      </w:r>
    </w:p>
    <w:p>
      <w:pPr>
        <w:spacing w:after="60" w:line="266" w:lineRule="auto"/>
        <w:ind w:firstLine="331"/>
        <w:jc w:val="both"/>
      </w:pPr>
      <w:r>
        <w:rPr>
          <w:rFonts w:ascii="Georgia" w:hAnsi="Georgia"/>
          <w:b w:val="0"/>
          <w:i w:val="0"/>
          <w:color w:val="22201D"/>
          <w:sz w:val="20"/>
        </w:rPr>
        <w:t>On Mara's bench, a menu appeared beside her closed notebook.</w:t>
      </w:r>
    </w:p>
    <w:p>
      <w:pPr>
        <w:spacing w:after="60" w:line="266" w:lineRule="auto"/>
        <w:ind w:firstLine="331"/>
        <w:jc w:val="both"/>
      </w:pPr>
      <w:r>
        <w:rPr>
          <w:rFonts w:ascii="Georgia" w:hAnsi="Georgia"/>
          <w:b w:val="0"/>
          <w:i w:val="0"/>
          <w:color w:val="22201D"/>
          <w:sz w:val="20"/>
        </w:rPr>
        <w:t>She looked at it.</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 menu did not open.</w:t>
      </w:r>
    </w:p>
    <w:p>
      <w:pPr>
        <w:spacing w:after="60" w:line="266" w:lineRule="auto"/>
        <w:ind w:firstLine="331"/>
        <w:jc w:val="both"/>
      </w:pPr>
      <w:r>
        <w:rPr>
          <w:rFonts w:ascii="Georgia" w:hAnsi="Georgia"/>
          <w:b w:val="0"/>
          <w:i w:val="0"/>
          <w:color w:val="22201D"/>
          <w:sz w:val="20"/>
        </w:rPr>
        <w:t>"I said no."</w:t>
      </w:r>
    </w:p>
    <w:p>
      <w:pPr>
        <w:spacing w:after="60" w:line="266" w:lineRule="auto"/>
        <w:ind w:firstLine="331"/>
        <w:jc w:val="both"/>
      </w:pPr>
      <w:r>
        <w:rPr>
          <w:rFonts w:ascii="Georgia" w:hAnsi="Georgia"/>
          <w:b w:val="0"/>
          <w:i w:val="0"/>
          <w:color w:val="22201D"/>
          <w:sz w:val="20"/>
        </w:rPr>
        <w:t>The menu remained there.</w:t>
      </w:r>
    </w:p>
    <w:p>
      <w:pPr>
        <w:spacing w:after="60" w:line="266" w:lineRule="auto"/>
        <w:ind w:firstLine="331"/>
        <w:jc w:val="both"/>
      </w:pPr>
      <w:r>
        <w:rPr>
          <w:rFonts w:ascii="Georgia" w:hAnsi="Georgia"/>
          <w:b w:val="0"/>
          <w:i w:val="0"/>
          <w:color w:val="22201D"/>
          <w:sz w:val="20"/>
        </w:rPr>
        <w:t>The Hostess said, "No can be specific."</w:t>
      </w:r>
    </w:p>
    <w:p>
      <w:pPr>
        <w:spacing w:after="60" w:line="266" w:lineRule="auto"/>
        <w:ind w:firstLine="331"/>
        <w:jc w:val="both"/>
      </w:pPr>
      <w:r>
        <w:rPr>
          <w:rFonts w:ascii="Georgia" w:hAnsi="Georgia"/>
          <w:b w:val="0"/>
          <w:i w:val="0"/>
          <w:color w:val="22201D"/>
          <w:sz w:val="20"/>
        </w:rPr>
        <w:t>Mara picked up the menu.</w:t>
      </w:r>
    </w:p>
    <w:p>
      <w:pPr>
        <w:spacing w:after="60" w:line="250" w:lineRule="auto"/>
        <w:ind w:left="202" w:right="173"/>
      </w:pPr>
      <w:r>
        <w:rPr>
          <w:rFonts w:ascii="Georgia" w:hAnsi="Georgia"/>
          <w:b w:val="0"/>
          <w:i w:val="0"/>
          <w:color w:val="22201D"/>
          <w:sz w:val="17"/>
        </w:rPr>
        <w:t>Specific hunger:</w:t>
      </w:r>
    </w:p>
    <w:p>
      <w:pPr>
        <w:spacing w:after="60" w:line="266" w:lineRule="auto"/>
        <w:ind w:firstLine="331"/>
        <w:jc w:val="both"/>
      </w:pPr>
      <w:r>
        <w:rPr>
          <w:rFonts w:ascii="Georgia" w:hAnsi="Georgia"/>
          <w:b w:val="0"/>
          <w:i w:val="0"/>
          <w:color w:val="22201D"/>
          <w:sz w:val="20"/>
        </w:rPr>
        <w:t>Mara said, "I want a life that does not become a menu for someone else's transformation."</w:t>
      </w:r>
    </w:p>
    <w:p>
      <w:pPr>
        <w:spacing w:after="60" w:line="266" w:lineRule="auto"/>
        <w:ind w:firstLine="331"/>
        <w:jc w:val="both"/>
      </w:pPr>
      <w:r>
        <w:rPr>
          <w:rFonts w:ascii="Georgia" w:hAnsi="Georgia"/>
          <w:b w:val="0"/>
          <w:i w:val="0"/>
          <w:color w:val="22201D"/>
          <w:sz w:val="20"/>
        </w:rPr>
        <w:t>The menu opened at once.</w:t>
      </w:r>
    </w:p>
    <w:p>
      <w:pPr>
        <w:spacing w:after="60" w:line="250" w:lineRule="auto"/>
        <w:ind w:left="202" w:right="173"/>
      </w:pPr>
      <w:r>
        <w:rPr>
          <w:rFonts w:ascii="Georgia" w:hAnsi="Georgia"/>
          <w:b w:val="0"/>
          <w:i w:val="0"/>
          <w:color w:val="22201D"/>
          <w:sz w:val="17"/>
        </w:rPr>
        <w:t>Specific hunger accepted: life not used as transformation menu</w:t>
      </w:r>
    </w:p>
    <w:p>
      <w:pPr>
        <w:spacing w:after="60" w:line="266" w:lineRule="auto"/>
        <w:ind w:firstLine="331"/>
        <w:jc w:val="both"/>
      </w:pPr>
      <w:r>
        <w:rPr>
          <w:rFonts w:ascii="Georgia" w:hAnsi="Georgia"/>
          <w:b w:val="0"/>
          <w:i w:val="0"/>
          <w:color w:val="22201D"/>
          <w:sz w:val="20"/>
        </w:rPr>
        <w:t>Flocc looked down.</w:t>
      </w:r>
    </w:p>
    <w:p>
      <w:pPr>
        <w:spacing w:after="60" w:line="266" w:lineRule="auto"/>
        <w:ind w:firstLine="331"/>
        <w:jc w:val="both"/>
      </w:pPr>
      <w:r>
        <w:rPr>
          <w:rFonts w:ascii="Georgia" w:hAnsi="Georgia"/>
          <w:b w:val="0"/>
          <w:i w:val="0"/>
          <w:color w:val="22201D"/>
          <w:sz w:val="20"/>
        </w:rPr>
        <w:t>Mara added, not for him exactly and therefore more honestly, "And I want lunch someday without having to supervise the metaphysics."</w:t>
      </w:r>
    </w:p>
    <w:p>
      <w:pPr>
        <w:spacing w:after="60" w:line="266" w:lineRule="auto"/>
        <w:ind w:firstLine="331"/>
        <w:jc w:val="both"/>
      </w:pPr>
      <w:r>
        <w:rPr>
          <w:rFonts w:ascii="Georgia" w:hAnsi="Georgia"/>
          <w:b w:val="0"/>
          <w:i w:val="0"/>
          <w:color w:val="22201D"/>
          <w:sz w:val="20"/>
        </w:rPr>
        <w:t>The menu printed:</w:t>
      </w:r>
    </w:p>
    <w:p>
      <w:pPr>
        <w:spacing w:after="60" w:line="250" w:lineRule="auto"/>
        <w:ind w:left="202" w:right="173"/>
      </w:pPr>
      <w:r>
        <w:rPr>
          <w:rFonts w:ascii="Georgia" w:hAnsi="Georgia"/>
          <w:b w:val="0"/>
          <w:i w:val="0"/>
          <w:color w:val="22201D"/>
          <w:sz w:val="17"/>
        </w:rPr>
        <w:t>Second hunger accepted: ordinary lunch without supervision</w:t>
      </w:r>
    </w:p>
    <w:p>
      <w:pPr>
        <w:spacing w:after="60" w:line="266" w:lineRule="auto"/>
        <w:ind w:firstLine="331"/>
        <w:jc w:val="both"/>
      </w:pPr>
      <w:r>
        <w:rPr>
          <w:rFonts w:ascii="Georgia" w:hAnsi="Georgia"/>
          <w:b w:val="0"/>
          <w:i w:val="0"/>
          <w:color w:val="22201D"/>
          <w:sz w:val="20"/>
        </w:rPr>
        <w:t>Bob said, "That one is ambitious."</w:t>
      </w:r>
    </w:p>
    <w:p>
      <w:pPr>
        <w:spacing w:after="60" w:line="266" w:lineRule="auto"/>
        <w:ind w:firstLine="331"/>
        <w:jc w:val="both"/>
      </w:pPr>
      <w:r>
        <w:rPr>
          <w:rFonts w:ascii="Georgia" w:hAnsi="Georgia"/>
          <w:b w:val="0"/>
          <w:i w:val="0"/>
          <w:color w:val="22201D"/>
          <w:sz w:val="20"/>
        </w:rPr>
        <w:t>Mara almost laughed.</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The menu stayed open beside her, not demanding an order yet. The bench had become less like waiting and more like a place where waiting had chosen not to spend itself all at once.</w:t>
      </w:r>
    </w:p>
    <w:p>
      <w:pPr>
        <w:spacing w:after="60" w:line="266" w:lineRule="auto"/>
        <w:ind w:firstLine="331"/>
        <w:jc w:val="both"/>
      </w:pPr>
      <w:r>
        <w:rPr>
          <w:rFonts w:ascii="Georgia" w:hAnsi="Georgia"/>
          <w:b w:val="0"/>
          <w:i w:val="0"/>
          <w:color w:val="22201D"/>
          <w:sz w:val="20"/>
        </w:rPr>
        <w:t>The Hostess turned toward the room.</w:t>
      </w:r>
    </w:p>
    <w:p>
      <w:pPr>
        <w:spacing w:after="60" w:line="266" w:lineRule="auto"/>
        <w:ind w:firstLine="331"/>
        <w:jc w:val="both"/>
      </w:pPr>
      <w:r>
        <w:rPr>
          <w:rFonts w:ascii="Georgia" w:hAnsi="Georgia"/>
          <w:b w:val="0"/>
          <w:i w:val="0"/>
          <w:color w:val="22201D"/>
          <w:sz w:val="20"/>
        </w:rPr>
        <w:t>"The menu is now accepting orders that can be named without hiding behind applause."</w:t>
      </w:r>
    </w:p>
    <w:p>
      <w:pPr>
        <w:spacing w:after="60" w:line="266" w:lineRule="auto"/>
        <w:ind w:firstLine="331"/>
        <w:jc w:val="both"/>
      </w:pPr>
      <w:r>
        <w:rPr>
          <w:rFonts w:ascii="Georgia" w:hAnsi="Georgia"/>
          <w:b w:val="0"/>
          <w:i w:val="0"/>
          <w:color w:val="22201D"/>
          <w:sz w:val="20"/>
        </w:rPr>
        <w:t>The menus changed.</w:t>
      </w:r>
    </w:p>
    <w:p>
      <w:pPr>
        <w:spacing w:after="60" w:line="266" w:lineRule="auto"/>
        <w:ind w:firstLine="331"/>
        <w:jc w:val="both"/>
      </w:pPr>
      <w:r>
        <w:rPr>
          <w:rFonts w:ascii="Georgia" w:hAnsi="Georgia"/>
          <w:b w:val="0"/>
          <w:i w:val="0"/>
          <w:color w:val="22201D"/>
          <w:sz w:val="20"/>
        </w:rPr>
        <w:t>Dish names appeared, but not in a list anyone expected.</w:t>
      </w:r>
    </w:p>
    <w:p>
      <w:pPr>
        <w:spacing w:after="60" w:line="266" w:lineRule="auto"/>
        <w:ind w:firstLine="331"/>
        <w:jc w:val="both"/>
      </w:pPr>
      <w:r>
        <w:rPr>
          <w:rFonts w:ascii="Georgia" w:hAnsi="Georgia"/>
          <w:b w:val="0"/>
          <w:i w:val="0"/>
          <w:color w:val="22201D"/>
          <w:sz w:val="20"/>
        </w:rPr>
        <w:t>At Table One:</w:t>
      </w:r>
    </w:p>
    <w:p>
      <w:pPr>
        <w:spacing w:after="60" w:line="250" w:lineRule="auto"/>
        <w:ind w:left="202" w:right="173"/>
      </w:pPr>
      <w:r>
        <w:rPr>
          <w:rFonts w:ascii="Georgia" w:hAnsi="Georgia"/>
          <w:b w:val="0"/>
          <w:i w:val="0"/>
          <w:color w:val="22201D"/>
          <w:sz w:val="17"/>
        </w:rPr>
        <w:t>For seeing without proof: Clear Broth With Unposted Steam  For surprise without irrelevance: Audit Pepper Noodles, Rule Explained After First Bite</w:t>
      </w:r>
    </w:p>
    <w:p>
      <w:pPr>
        <w:spacing w:after="60" w:line="266" w:lineRule="auto"/>
        <w:ind w:firstLine="331"/>
        <w:jc w:val="both"/>
      </w:pPr>
      <w:r>
        <w:rPr>
          <w:rFonts w:ascii="Georgia" w:hAnsi="Georgia"/>
          <w:b w:val="0"/>
          <w:i w:val="0"/>
          <w:color w:val="22201D"/>
          <w:sz w:val="20"/>
        </w:rPr>
        <w:t>Nico looked at Ives.</w:t>
      </w:r>
    </w:p>
    <w:p>
      <w:pPr>
        <w:spacing w:after="60" w:line="266" w:lineRule="auto"/>
        <w:ind w:firstLine="331"/>
        <w:jc w:val="both"/>
      </w:pPr>
      <w:r>
        <w:rPr>
          <w:rFonts w:ascii="Georgia" w:hAnsi="Georgia"/>
          <w:b w:val="0"/>
          <w:i w:val="0"/>
          <w:color w:val="22201D"/>
          <w:sz w:val="20"/>
        </w:rPr>
        <w:t>"Do you want to switch?"</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"Because yours sounds better?"</w:t>
      </w:r>
    </w:p>
    <w:p>
      <w:pPr>
        <w:spacing w:after="60" w:line="266" w:lineRule="auto"/>
        <w:ind w:firstLine="331"/>
        <w:jc w:val="both"/>
      </w:pPr>
      <w:r>
        <w:rPr>
          <w:rFonts w:ascii="Georgia" w:hAnsi="Georgia"/>
          <w:b w:val="0"/>
          <w:i w:val="0"/>
          <w:color w:val="22201D"/>
          <w:sz w:val="20"/>
        </w:rPr>
        <w:t>"Because my rule says after."</w:t>
      </w:r>
    </w:p>
    <w:p>
      <w:pPr>
        <w:spacing w:after="60" w:line="266" w:lineRule="auto"/>
        <w:ind w:firstLine="331"/>
        <w:jc w:val="both"/>
      </w:pPr>
      <w:r>
        <w:rPr>
          <w:rFonts w:ascii="Georgia" w:hAnsi="Georgia"/>
          <w:b w:val="0"/>
          <w:i w:val="0"/>
          <w:color w:val="22201D"/>
          <w:sz w:val="20"/>
        </w:rPr>
        <w:t>"That's progress."</w:t>
      </w:r>
    </w:p>
    <w:p>
      <w:pPr>
        <w:spacing w:after="60" w:line="266" w:lineRule="auto"/>
        <w:ind w:firstLine="331"/>
        <w:jc w:val="both"/>
      </w:pPr>
      <w:r>
        <w:rPr>
          <w:rFonts w:ascii="Georgia" w:hAnsi="Georgia"/>
          <w:b w:val="0"/>
          <w:i w:val="0"/>
          <w:color w:val="22201D"/>
          <w:sz w:val="20"/>
        </w:rPr>
        <w:t>"Stop assessing me."</w:t>
      </w:r>
    </w:p>
    <w:p>
      <w:pPr>
        <w:spacing w:after="60" w:line="266" w:lineRule="auto"/>
        <w:ind w:firstLine="331"/>
        <w:jc w:val="both"/>
      </w:pPr>
      <w:r>
        <w:rPr>
          <w:rFonts w:ascii="Georgia" w:hAnsi="Georgia"/>
          <w:b w:val="0"/>
          <w:i w:val="0"/>
          <w:color w:val="22201D"/>
          <w:sz w:val="20"/>
        </w:rPr>
        <w:t>At Table Two:</w:t>
      </w:r>
    </w:p>
    <w:p>
      <w:pPr>
        <w:spacing w:after="60" w:line="250" w:lineRule="auto"/>
        <w:ind w:left="202" w:right="173"/>
      </w:pPr>
      <w:r>
        <w:rPr>
          <w:rFonts w:ascii="Georgia" w:hAnsi="Georgia"/>
          <w:b w:val="0"/>
          <w:i w:val="0"/>
          <w:color w:val="22201D"/>
          <w:sz w:val="17"/>
        </w:rPr>
        <w:t>For lunch without evidence: Ordinary Bread, Second Piece Not Announced  For lunch without audition: Bowl of Soup That Does Not Improve You on Purpose</w:t>
      </w:r>
    </w:p>
    <w:p>
      <w:pPr>
        <w:spacing w:after="60" w:line="266" w:lineRule="auto"/>
        <w:ind w:firstLine="331"/>
        <w:jc w:val="both"/>
      </w:pPr>
      <w:r>
        <w:rPr>
          <w:rFonts w:ascii="Georgia" w:hAnsi="Georgia"/>
          <w:b w:val="0"/>
          <w:i w:val="0"/>
          <w:color w:val="22201D"/>
          <w:sz w:val="20"/>
        </w:rPr>
        <w:t>Evan looked relieved.</w:t>
      </w:r>
    </w:p>
    <w:p>
      <w:pPr>
        <w:spacing w:after="60" w:line="266" w:lineRule="auto"/>
        <w:ind w:firstLine="331"/>
        <w:jc w:val="both"/>
      </w:pPr>
      <w:r>
        <w:rPr>
          <w:rFonts w:ascii="Georgia" w:hAnsi="Georgia"/>
          <w:b w:val="0"/>
          <w:i w:val="0"/>
          <w:color w:val="22201D"/>
          <w:sz w:val="20"/>
        </w:rPr>
        <w:t>Clara looked at the phrase Second Piece Not Announced and moved her magazine farther under the chair.</w:t>
      </w:r>
    </w:p>
    <w:p>
      <w:pPr>
        <w:spacing w:after="60" w:line="266" w:lineRule="auto"/>
        <w:ind w:firstLine="331"/>
        <w:jc w:val="both"/>
      </w:pPr>
      <w:r>
        <w:rPr>
          <w:rFonts w:ascii="Georgia" w:hAnsi="Georgia"/>
          <w:b w:val="0"/>
          <w:i w:val="0"/>
          <w:color w:val="22201D"/>
          <w:sz w:val="20"/>
        </w:rPr>
        <w:t>At Table Three:</w:t>
      </w:r>
    </w:p>
    <w:p>
      <w:pPr>
        <w:spacing w:after="60" w:line="250" w:lineRule="auto"/>
        <w:ind w:left="202" w:right="173"/>
      </w:pPr>
      <w:r>
        <w:rPr>
          <w:rFonts w:ascii="Georgia" w:hAnsi="Georgia"/>
          <w:b w:val="0"/>
          <w:i w:val="0"/>
          <w:color w:val="22201D"/>
          <w:sz w:val="17"/>
        </w:rPr>
        <w:t>For wanting without defensive dislike: Stew With No Audience</w:t>
      </w:r>
    </w:p>
    <w:p>
      <w:pPr>
        <w:spacing w:after="60" w:line="266" w:lineRule="auto"/>
        <w:ind w:firstLine="331"/>
        <w:jc w:val="both"/>
      </w:pPr>
      <w:r>
        <w:rPr>
          <w:rFonts w:ascii="Georgia" w:hAnsi="Georgia"/>
          <w:b w:val="0"/>
          <w:i w:val="0"/>
          <w:color w:val="22201D"/>
          <w:sz w:val="20"/>
        </w:rPr>
        <w:t>Martin said, "That sounds terrifying."</w:t>
      </w:r>
    </w:p>
    <w:p>
      <w:pPr>
        <w:spacing w:after="60" w:line="266" w:lineRule="auto"/>
        <w:ind w:firstLine="331"/>
        <w:jc w:val="both"/>
      </w:pPr>
      <w:r>
        <w:rPr>
          <w:rFonts w:ascii="Georgia" w:hAnsi="Georgia"/>
          <w:b w:val="0"/>
          <w:i w:val="0"/>
          <w:color w:val="22201D"/>
          <w:sz w:val="20"/>
        </w:rPr>
        <w:t>The menu printed:</w:t>
      </w:r>
    </w:p>
    <w:p>
      <w:pPr>
        <w:spacing w:after="60" w:line="250" w:lineRule="auto"/>
        <w:ind w:left="202" w:right="173"/>
      </w:pPr>
      <w:r>
        <w:rPr>
          <w:rFonts w:ascii="Georgia" w:hAnsi="Georgia"/>
          <w:b w:val="0"/>
          <w:i w:val="0"/>
          <w:color w:val="22201D"/>
          <w:sz w:val="17"/>
        </w:rPr>
        <w:t>Portion: small</w:t>
      </w:r>
    </w:p>
    <w:p>
      <w:pPr>
        <w:spacing w:after="60" w:line="266" w:lineRule="auto"/>
        <w:ind w:firstLine="331"/>
        <w:jc w:val="both"/>
      </w:pPr>
      <w:r>
        <w:rPr>
          <w:rFonts w:ascii="Georgia" w:hAnsi="Georgia"/>
          <w:b w:val="0"/>
          <w:i w:val="0"/>
          <w:color w:val="22201D"/>
          <w:sz w:val="20"/>
        </w:rPr>
        <w:t>"Thank you."</w:t>
      </w:r>
    </w:p>
    <w:p>
      <w:pPr>
        <w:spacing w:after="60" w:line="266" w:lineRule="auto"/>
        <w:ind w:firstLine="331"/>
        <w:jc w:val="both"/>
      </w:pPr>
      <w:r>
        <w:rPr>
          <w:rFonts w:ascii="Georgia" w:hAnsi="Georgia"/>
          <w:b w:val="0"/>
          <w:i w:val="0"/>
          <w:color w:val="22201D"/>
          <w:sz w:val="20"/>
        </w:rPr>
        <w:t>For Flocc:</w:t>
      </w:r>
    </w:p>
    <w:p>
      <w:pPr>
        <w:spacing w:after="60" w:line="250" w:lineRule="auto"/>
        <w:ind w:left="202" w:right="173"/>
      </w:pPr>
      <w:r>
        <w:rPr>
          <w:rFonts w:ascii="Georgia" w:hAnsi="Georgia"/>
          <w:b w:val="0"/>
          <w:i w:val="0"/>
          <w:color w:val="22201D"/>
          <w:sz w:val="17"/>
        </w:rPr>
        <w:t>For place without special defense: Side Plate Near Service Path</w:t>
      </w:r>
    </w:p>
    <w:p>
      <w:pPr>
        <w:spacing w:after="60" w:line="266" w:lineRule="auto"/>
        <w:ind w:firstLine="331"/>
        <w:jc w:val="both"/>
      </w:pPr>
      <w:r>
        <w:rPr>
          <w:rFonts w:ascii="Georgia" w:hAnsi="Georgia"/>
          <w:b w:val="0"/>
          <w:i w:val="0"/>
          <w:color w:val="22201D"/>
          <w:sz w:val="20"/>
        </w:rPr>
        <w:t>Flocc looked at the small plate that appeared on a narrow shelf beside the path.</w:t>
      </w:r>
    </w:p>
    <w:p>
      <w:pPr>
        <w:spacing w:after="60" w:line="266" w:lineRule="auto"/>
        <w:ind w:firstLine="331"/>
        <w:jc w:val="both"/>
      </w:pPr>
      <w:r>
        <w:rPr>
          <w:rFonts w:ascii="Georgia" w:hAnsi="Georgia"/>
          <w:b w:val="0"/>
          <w:i w:val="0"/>
          <w:color w:val="22201D"/>
          <w:sz w:val="20"/>
        </w:rPr>
        <w:t>It was not a table.</w:t>
      </w:r>
    </w:p>
    <w:p>
      <w:pPr>
        <w:spacing w:after="60" w:line="266" w:lineRule="auto"/>
        <w:ind w:firstLine="331"/>
        <w:jc w:val="both"/>
      </w:pPr>
      <w:r>
        <w:rPr>
          <w:rFonts w:ascii="Georgia" w:hAnsi="Georgia"/>
          <w:b w:val="0"/>
          <w:i w:val="0"/>
          <w:color w:val="22201D"/>
          <w:sz w:val="20"/>
        </w:rPr>
        <w:t>It was not nothing.</w:t>
      </w:r>
    </w:p>
    <w:p>
      <w:pPr>
        <w:spacing w:after="60" w:line="266" w:lineRule="auto"/>
        <w:ind w:firstLine="331"/>
        <w:jc w:val="both"/>
      </w:pPr>
      <w:r>
        <w:rPr>
          <w:rFonts w:ascii="Georgia" w:hAnsi="Georgia"/>
          <w:b w:val="0"/>
          <w:i w:val="0"/>
          <w:color w:val="22201D"/>
          <w:sz w:val="20"/>
        </w:rPr>
        <w:t>He accepted it.</w:t>
      </w:r>
    </w:p>
    <w:p>
      <w:pPr>
        <w:spacing w:after="60" w:line="266" w:lineRule="auto"/>
        <w:ind w:firstLine="331"/>
        <w:jc w:val="both"/>
      </w:pPr>
      <w:r>
        <w:rPr>
          <w:rFonts w:ascii="Georgia" w:hAnsi="Georgia"/>
          <w:b w:val="0"/>
          <w:i w:val="0"/>
          <w:color w:val="22201D"/>
          <w:sz w:val="20"/>
        </w:rPr>
        <w:t>For Mara:</w:t>
      </w:r>
    </w:p>
    <w:p>
      <w:pPr>
        <w:spacing w:after="60" w:line="250" w:lineRule="auto"/>
        <w:ind w:left="202" w:right="173"/>
      </w:pPr>
      <w:r>
        <w:rPr>
          <w:rFonts w:ascii="Georgia" w:hAnsi="Georgia"/>
          <w:b w:val="0"/>
          <w:i w:val="0"/>
          <w:color w:val="22201D"/>
          <w:sz w:val="17"/>
        </w:rPr>
        <w:t>For life not used as transformation menu: Water, uncaptioned  For ordinary lunch without supervision: pending availability</w:t>
      </w:r>
    </w:p>
    <w:p>
      <w:pPr>
        <w:spacing w:after="60" w:line="266" w:lineRule="auto"/>
        <w:ind w:firstLine="331"/>
        <w:jc w:val="both"/>
      </w:pPr>
      <w:r>
        <w:rPr>
          <w:rFonts w:ascii="Georgia" w:hAnsi="Georgia"/>
          <w:b w:val="0"/>
          <w:i w:val="0"/>
          <w:color w:val="22201D"/>
          <w:sz w:val="20"/>
        </w:rPr>
        <w:t>Mara picked up the glass of water that appeared beside the bench.</w:t>
      </w:r>
    </w:p>
    <w:p>
      <w:pPr>
        <w:spacing w:after="60" w:line="266" w:lineRule="auto"/>
        <w:ind w:firstLine="331"/>
        <w:jc w:val="both"/>
      </w:pPr>
      <w:r>
        <w:rPr>
          <w:rFonts w:ascii="Georgia" w:hAnsi="Georgia"/>
          <w:b w:val="0"/>
          <w:i w:val="0"/>
          <w:color w:val="22201D"/>
          <w:sz w:val="20"/>
        </w:rPr>
        <w:t>"Fair."</w:t>
      </w:r>
    </w:p>
    <w:p>
      <w:pPr>
        <w:spacing w:after="60" w:line="266" w:lineRule="auto"/>
        <w:ind w:firstLine="331"/>
        <w:jc w:val="both"/>
      </w:pPr>
      <w:r>
        <w:rPr>
          <w:rFonts w:ascii="Georgia" w:hAnsi="Georgia"/>
          <w:b w:val="0"/>
          <w:i w:val="0"/>
          <w:color w:val="22201D"/>
          <w:sz w:val="20"/>
        </w:rPr>
        <w:t>The line outside had gone extremely quiet.</w:t>
      </w:r>
    </w:p>
    <w:p>
      <w:pPr>
        <w:spacing w:after="60" w:line="266" w:lineRule="auto"/>
        <w:ind w:firstLine="331"/>
        <w:jc w:val="both"/>
      </w:pPr>
      <w:r>
        <w:rPr>
          <w:rFonts w:ascii="Georgia" w:hAnsi="Georgia"/>
          <w:b w:val="0"/>
          <w:i w:val="0"/>
          <w:color w:val="22201D"/>
          <w:sz w:val="20"/>
        </w:rPr>
        <w:t>Quiet was not always respect. Sometimes it was people updating strategies. The Hostess knew the difference. So did the waiting list.</w:t>
      </w:r>
    </w:p>
    <w:p>
      <w:pPr>
        <w:spacing w:after="60" w:line="266" w:lineRule="auto"/>
        <w:ind w:firstLine="331"/>
        <w:jc w:val="both"/>
      </w:pPr>
      <w:r>
        <w:rPr>
          <w:rFonts w:ascii="Georgia" w:hAnsi="Georgia"/>
          <w:b w:val="0"/>
          <w:i w:val="0"/>
          <w:color w:val="22201D"/>
          <w:sz w:val="20"/>
        </w:rPr>
        <w:t>The chalk wrote:</w:t>
      </w:r>
    </w:p>
    <w:p>
      <w:pPr>
        <w:spacing w:after="60" w:line="250" w:lineRule="auto"/>
        <w:ind w:left="202" w:right="173"/>
      </w:pPr>
      <w:r>
        <w:rPr>
          <w:rFonts w:ascii="Georgia" w:hAnsi="Georgia"/>
          <w:b w:val="0"/>
          <w:i w:val="0"/>
          <w:color w:val="22201D"/>
          <w:sz w:val="17"/>
        </w:rPr>
        <w:t>External adjectives rising.</w:t>
      </w:r>
    </w:p>
    <w:p>
      <w:pPr>
        <w:spacing w:after="60" w:line="266" w:lineRule="auto"/>
        <w:ind w:firstLine="331"/>
        <w:jc w:val="both"/>
      </w:pPr>
      <w:r>
        <w:rPr>
          <w:rFonts w:ascii="Georgia" w:hAnsi="Georgia"/>
          <w:b w:val="0"/>
          <w:i w:val="0"/>
          <w:color w:val="22201D"/>
          <w:sz w:val="20"/>
        </w:rPr>
        <w:t>Someone outside whispered, "This is iconic."</w:t>
      </w:r>
    </w:p>
    <w:p>
      <w:pPr>
        <w:spacing w:after="60" w:line="266" w:lineRule="auto"/>
        <w:ind w:firstLine="331"/>
        <w:jc w:val="both"/>
      </w:pPr>
      <w:r>
        <w:rPr>
          <w:rFonts w:ascii="Georgia" w:hAnsi="Georgia"/>
          <w:b w:val="0"/>
          <w:i w:val="0"/>
          <w:color w:val="22201D"/>
          <w:sz w:val="20"/>
        </w:rPr>
        <w:t>Every menu in the room shut.</w:t>
      </w:r>
    </w:p>
    <w:p>
      <w:pPr>
        <w:spacing w:after="60" w:line="266" w:lineRule="auto"/>
        <w:ind w:firstLine="331"/>
        <w:jc w:val="both"/>
      </w:pPr>
      <w:r>
        <w:rPr>
          <w:rFonts w:ascii="Georgia" w:hAnsi="Georgia"/>
          <w:b w:val="0"/>
          <w:i w:val="0"/>
          <w:color w:val="22201D"/>
          <w:sz w:val="20"/>
        </w:rPr>
        <w:t>The whisperer covered their mouth.</w:t>
      </w:r>
    </w:p>
    <w:p>
      <w:pPr>
        <w:spacing w:after="60" w:line="266" w:lineRule="auto"/>
        <w:ind w:firstLine="331"/>
        <w:jc w:val="both"/>
      </w:pPr>
      <w:r>
        <w:rPr>
          <w:rFonts w:ascii="Georgia" w:hAnsi="Georgia"/>
          <w:b w:val="0"/>
          <w:i w:val="0"/>
          <w:color w:val="22201D"/>
          <w:sz w:val="20"/>
        </w:rPr>
        <w:t>The waiting list printed:</w:t>
      </w:r>
    </w:p>
    <w:p>
      <w:pPr>
        <w:spacing w:after="60" w:line="250" w:lineRule="auto"/>
        <w:ind w:left="202" w:right="173"/>
      </w:pPr>
      <w:r>
        <w:rPr>
          <w:rFonts w:ascii="Georgia" w:hAnsi="Georgia"/>
          <w:b w:val="0"/>
          <w:i w:val="0"/>
          <w:color w:val="22201D"/>
          <w:sz w:val="17"/>
        </w:rPr>
        <w:t>Iconic: refused before entry</w:t>
      </w:r>
    </w:p>
    <w:p>
      <w:pPr>
        <w:spacing w:after="60" w:line="266" w:lineRule="auto"/>
        <w:ind w:firstLine="331"/>
        <w:jc w:val="both"/>
      </w:pPr>
      <w:r>
        <w:rPr>
          <w:rFonts w:ascii="Georgia" w:hAnsi="Georgia"/>
          <w:b w:val="0"/>
          <w:i w:val="0"/>
          <w:color w:val="22201D"/>
          <w:sz w:val="20"/>
        </w:rPr>
        <w:t>Gerald walked to the door and looked at the line.</w:t>
      </w:r>
    </w:p>
    <w:p>
      <w:pPr>
        <w:spacing w:after="60" w:line="266" w:lineRule="auto"/>
        <w:ind w:firstLine="331"/>
        <w:jc w:val="both"/>
      </w:pPr>
      <w:r>
        <w:rPr>
          <w:rFonts w:ascii="Georgia" w:hAnsi="Georgia"/>
          <w:b w:val="0"/>
          <w:i w:val="0"/>
          <w:color w:val="22201D"/>
          <w:sz w:val="20"/>
        </w:rPr>
        <w:t>"Do not shout adjectives into an active dining room."</w:t>
      </w:r>
    </w:p>
    <w:p>
      <w:pPr>
        <w:spacing w:after="60" w:line="266" w:lineRule="auto"/>
        <w:ind w:firstLine="331"/>
        <w:jc w:val="both"/>
      </w:pPr>
      <w:r>
        <w:rPr>
          <w:rFonts w:ascii="Georgia" w:hAnsi="Georgia"/>
          <w:b w:val="0"/>
          <w:i w:val="0"/>
          <w:color w:val="22201D"/>
          <w:sz w:val="20"/>
        </w:rPr>
        <w:t>"I whispered."</w:t>
      </w:r>
    </w:p>
    <w:p>
      <w:pPr>
        <w:spacing w:after="60" w:line="266" w:lineRule="auto"/>
        <w:ind w:firstLine="331"/>
        <w:jc w:val="both"/>
      </w:pPr>
      <w:r>
        <w:rPr>
          <w:rFonts w:ascii="Georgia" w:hAnsi="Georgia"/>
          <w:b w:val="0"/>
          <w:i w:val="0"/>
          <w:color w:val="22201D"/>
          <w:sz w:val="20"/>
        </w:rPr>
        <w:t>"Do not whisper adjectives into an active dining room."</w:t>
      </w:r>
    </w:p>
    <w:p>
      <w:pPr>
        <w:spacing w:after="60" w:line="266" w:lineRule="auto"/>
        <w:ind w:firstLine="331"/>
        <w:jc w:val="both"/>
      </w:pPr>
      <w:r>
        <w:rPr>
          <w:rFonts w:ascii="Georgia" w:hAnsi="Georgia"/>
          <w:b w:val="0"/>
          <w:i w:val="0"/>
          <w:color w:val="22201D"/>
          <w:sz w:val="20"/>
        </w:rPr>
        <w:t>The person nodded.</w:t>
      </w:r>
    </w:p>
    <w:p>
      <w:pPr>
        <w:spacing w:after="60" w:line="266" w:lineRule="auto"/>
        <w:ind w:firstLine="331"/>
        <w:jc w:val="both"/>
      </w:pPr>
      <w:r>
        <w:rPr>
          <w:rFonts w:ascii="Georgia" w:hAnsi="Georgia"/>
          <w:b w:val="0"/>
          <w:i w:val="0"/>
          <w:color w:val="22201D"/>
          <w:sz w:val="20"/>
        </w:rPr>
        <w:t>The menus reopened slowly.</w:t>
      </w:r>
    </w:p>
    <w:p>
      <w:pPr>
        <w:spacing w:after="60" w:line="266" w:lineRule="auto"/>
        <w:ind w:firstLine="331"/>
        <w:jc w:val="both"/>
      </w:pPr>
      <w:r>
        <w:rPr>
          <w:rFonts w:ascii="Georgia" w:hAnsi="Georgia"/>
          <w:b w:val="0"/>
          <w:i w:val="0"/>
          <w:color w:val="22201D"/>
          <w:sz w:val="20"/>
        </w:rPr>
        <w:t>Pineapple Thai Basil Lightning flashed from the sauce table.</w:t>
      </w:r>
    </w:p>
    <w:p>
      <w:pPr>
        <w:spacing w:after="60" w:line="266" w:lineRule="auto"/>
        <w:ind w:firstLine="331"/>
        <w:jc w:val="both"/>
      </w:pPr>
      <w:r>
        <w:rPr>
          <w:rFonts w:ascii="Georgia" w:hAnsi="Georgia"/>
          <w:b w:val="0"/>
          <w:i w:val="0"/>
          <w:color w:val="22201D"/>
          <w:sz w:val="20"/>
        </w:rPr>
        <w:t>Gerald turned.</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 sauce label printed:</w:t>
      </w:r>
    </w:p>
    <w:p>
      <w:pPr>
        <w:spacing w:after="60" w:line="250" w:lineRule="auto"/>
        <w:ind w:left="202" w:right="173"/>
      </w:pPr>
      <w:r>
        <w:rPr>
          <w:rFonts w:ascii="Georgia" w:hAnsi="Georgia"/>
          <w:b w:val="0"/>
          <w:i w:val="0"/>
          <w:color w:val="22201D"/>
          <w:sz w:val="17"/>
        </w:rPr>
        <w:t>Service: not yet  Reason: adjectives rising faster than appetite</w:t>
      </w:r>
    </w:p>
    <w:p>
      <w:pPr>
        <w:spacing w:after="60" w:line="266" w:lineRule="auto"/>
        <w:ind w:firstLine="331"/>
        <w:jc w:val="both"/>
      </w:pPr>
      <w:r>
        <w:rPr>
          <w:rFonts w:ascii="Georgia" w:hAnsi="Georgia"/>
          <w:b w:val="0"/>
          <w:i w:val="0"/>
          <w:color w:val="22201D"/>
          <w:sz w:val="20"/>
        </w:rPr>
        <w:t>"Correct," Gerald said. "Still no."</w:t>
      </w:r>
    </w:p>
    <w:p>
      <w:pPr>
        <w:spacing w:after="60" w:line="266" w:lineRule="auto"/>
        <w:ind w:firstLine="331"/>
        <w:jc w:val="both"/>
      </w:pPr>
      <w:r>
        <w:rPr>
          <w:rFonts w:ascii="Georgia" w:hAnsi="Georgia"/>
          <w:b w:val="0"/>
          <w:i w:val="0"/>
          <w:color w:val="22201D"/>
          <w:sz w:val="20"/>
        </w:rPr>
        <w:t>The menu correction page at the Hostess's station filled itself out:</w:t>
      </w:r>
    </w:p>
    <w:p>
      <w:pPr>
        <w:spacing w:after="60" w:line="250" w:lineRule="auto"/>
        <w:ind w:left="202" w:right="173"/>
      </w:pPr>
      <w:r>
        <w:rPr>
          <w:rFonts w:ascii="Georgia" w:hAnsi="Georgia"/>
          <w:b w:val="0"/>
          <w:i w:val="0"/>
          <w:color w:val="22201D"/>
          <w:sz w:val="17"/>
        </w:rPr>
        <w:t>MENU CORRECTION  Refused terms: delicious amazing iconic hidden gem overrated worth it life-changing authentic unreal perfect  Reason: empty praise and empty complaint both conceal appetite  Accepted standard: name specific hunger</w:t>
      </w:r>
    </w:p>
    <w:p>
      <w:pPr>
        <w:spacing w:after="60" w:line="266" w:lineRule="auto"/>
        <w:ind w:firstLine="331"/>
        <w:jc w:val="both"/>
      </w:pPr>
      <w:r>
        <w:rPr>
          <w:rFonts w:ascii="Georgia" w:hAnsi="Georgia"/>
          <w:b w:val="0"/>
          <w:i w:val="0"/>
          <w:color w:val="22201D"/>
          <w:sz w:val="20"/>
        </w:rPr>
        <w:t>Steve looked at the page.</w:t>
      </w:r>
    </w:p>
    <w:p>
      <w:pPr>
        <w:spacing w:after="60" w:line="266" w:lineRule="auto"/>
        <w:ind w:firstLine="331"/>
        <w:jc w:val="both"/>
      </w:pPr>
      <w:r>
        <w:rPr>
          <w:rFonts w:ascii="Georgia" w:hAnsi="Georgia"/>
          <w:b w:val="0"/>
          <w:i w:val="0"/>
          <w:color w:val="22201D"/>
          <w:sz w:val="20"/>
        </w:rPr>
        <w:t>"Should we keep a copy?"</w:t>
      </w:r>
    </w:p>
    <w:p>
      <w:pPr>
        <w:spacing w:after="60" w:line="266" w:lineRule="auto"/>
        <w:ind w:firstLine="331"/>
        <w:jc w:val="both"/>
      </w:pPr>
      <w:r>
        <w:rPr>
          <w:rFonts w:ascii="Georgia" w:hAnsi="Georgia"/>
          <w:b w:val="0"/>
          <w:i w:val="0"/>
          <w:color w:val="22201D"/>
          <w:sz w:val="20"/>
        </w:rPr>
        <w:t>"Yes," said the Hostess.</w:t>
      </w:r>
    </w:p>
    <w:p>
      <w:pPr>
        <w:spacing w:after="60" w:line="266" w:lineRule="auto"/>
        <w:ind w:firstLine="331"/>
        <w:jc w:val="both"/>
      </w:pPr>
      <w:r>
        <w:rPr>
          <w:rFonts w:ascii="Georgia" w:hAnsi="Georgia"/>
          <w:b w:val="0"/>
          <w:i w:val="0"/>
          <w:color w:val="22201D"/>
          <w:sz w:val="20"/>
        </w:rPr>
        <w:t>The page duplicated itself, one copy for Steve, one for Gerald, one for the waiting list, and one for the menu.</w:t>
      </w:r>
    </w:p>
    <w:p>
      <w:pPr>
        <w:spacing w:after="60" w:line="266" w:lineRule="auto"/>
        <w:ind w:firstLine="331"/>
        <w:jc w:val="both"/>
      </w:pPr>
      <w:r>
        <w:rPr>
          <w:rFonts w:ascii="Georgia" w:hAnsi="Georgia"/>
          <w:b w:val="0"/>
          <w:i w:val="0"/>
          <w:color w:val="22201D"/>
          <w:sz w:val="20"/>
        </w:rPr>
        <w:t>Auditor Ives raised a hand from Table One.</w:t>
      </w:r>
    </w:p>
    <w:p>
      <w:pPr>
        <w:spacing w:after="60" w:line="266" w:lineRule="auto"/>
        <w:ind w:firstLine="331"/>
        <w:jc w:val="both"/>
      </w:pPr>
      <w:r>
        <w:rPr>
          <w:rFonts w:ascii="Georgia" w:hAnsi="Georgia"/>
          <w:b w:val="0"/>
          <w:i w:val="0"/>
          <w:color w:val="22201D"/>
          <w:sz w:val="20"/>
        </w:rPr>
        <w:t>"Does this correction apply to official language?"</w:t>
      </w:r>
    </w:p>
    <w:p>
      <w:pPr>
        <w:spacing w:after="60" w:line="266" w:lineRule="auto"/>
        <w:ind w:firstLine="331"/>
        <w:jc w:val="both"/>
      </w:pPr>
      <w:r>
        <w:rPr>
          <w:rFonts w:ascii="Georgia" w:hAnsi="Georgia"/>
          <w:b w:val="0"/>
          <w:i w:val="0"/>
          <w:color w:val="22201D"/>
          <w:sz w:val="20"/>
        </w:rPr>
        <w:t>The menu printed:</w:t>
      </w:r>
    </w:p>
    <w:p>
      <w:pPr>
        <w:spacing w:after="60" w:line="250" w:lineRule="auto"/>
        <w:ind w:left="202" w:right="173"/>
      </w:pPr>
      <w:r>
        <w:rPr>
          <w:rFonts w:ascii="Georgia" w:hAnsi="Georgia"/>
          <w:b w:val="0"/>
          <w:i w:val="0"/>
          <w:color w:val="22201D"/>
          <w:sz w:val="17"/>
        </w:rPr>
        <w:t>Especially.</w:t>
      </w:r>
    </w:p>
    <w:p>
      <w:pPr>
        <w:spacing w:after="60" w:line="266" w:lineRule="auto"/>
        <w:ind w:firstLine="331"/>
        <w:jc w:val="both"/>
      </w:pPr>
      <w:r>
        <w:rPr>
          <w:rFonts w:ascii="Georgia" w:hAnsi="Georgia"/>
          <w:b w:val="0"/>
          <w:i w:val="0"/>
          <w:color w:val="22201D"/>
          <w:sz w:val="20"/>
        </w:rPr>
        <w:t>Ives lowered his hand.</w:t>
      </w:r>
    </w:p>
    <w:p>
      <w:pPr>
        <w:spacing w:after="60" w:line="266" w:lineRule="auto"/>
        <w:ind w:firstLine="331"/>
        <w:jc w:val="both"/>
      </w:pPr>
      <w:r>
        <w:rPr>
          <w:rFonts w:ascii="Georgia" w:hAnsi="Georgia"/>
          <w:b w:val="0"/>
          <w:i w:val="0"/>
          <w:color w:val="22201D"/>
          <w:sz w:val="20"/>
        </w:rPr>
        <w:t>Nico murmured, "Iconic."</w:t>
      </w:r>
    </w:p>
    <w:p>
      <w:pPr>
        <w:spacing w:after="60" w:line="266" w:lineRule="auto"/>
        <w:ind w:firstLine="331"/>
        <w:jc w:val="both"/>
      </w:pPr>
      <w:r>
        <w:rPr>
          <w:rFonts w:ascii="Georgia" w:hAnsi="Georgia"/>
          <w:b w:val="0"/>
          <w:i w:val="0"/>
          <w:color w:val="22201D"/>
          <w:sz w:val="20"/>
        </w:rPr>
        <w:t>Their menu shut.</w:t>
      </w:r>
    </w:p>
    <w:p>
      <w:pPr>
        <w:spacing w:after="60" w:line="266" w:lineRule="auto"/>
        <w:ind w:firstLine="331"/>
        <w:jc w:val="both"/>
      </w:pPr>
      <w:r>
        <w:rPr>
          <w:rFonts w:ascii="Georgia" w:hAnsi="Georgia"/>
          <w:b w:val="0"/>
          <w:i w:val="0"/>
          <w:color w:val="22201D"/>
          <w:sz w:val="20"/>
        </w:rPr>
        <w:t>"Joke," Nico said quickly.</w:t>
      </w:r>
    </w:p>
    <w:p>
      <w:pPr>
        <w:spacing w:after="60" w:line="266" w:lineRule="auto"/>
        <w:ind w:firstLine="331"/>
        <w:jc w:val="both"/>
      </w:pPr>
      <w:r>
        <w:rPr>
          <w:rFonts w:ascii="Georgia" w:hAnsi="Georgia"/>
          <w:b w:val="0"/>
          <w:i w:val="0"/>
          <w:color w:val="22201D"/>
          <w:sz w:val="20"/>
        </w:rPr>
        <w:t>The menu reopened only after they added, "A lazy joke."</w:t>
      </w:r>
    </w:p>
    <w:p>
      <w:pPr>
        <w:spacing w:after="60" w:line="266" w:lineRule="auto"/>
        <w:ind w:firstLine="331"/>
        <w:jc w:val="both"/>
      </w:pPr>
      <w:r>
        <w:rPr>
          <w:rFonts w:ascii="Georgia" w:hAnsi="Georgia"/>
          <w:b w:val="0"/>
          <w:i w:val="0"/>
          <w:color w:val="22201D"/>
          <w:sz w:val="20"/>
        </w:rPr>
        <w:t>The empty witness seat remained empty.</w:t>
      </w:r>
    </w:p>
    <w:p>
      <w:pPr>
        <w:spacing w:after="60" w:line="266" w:lineRule="auto"/>
        <w:ind w:firstLine="331"/>
        <w:jc w:val="both"/>
      </w:pPr>
      <w:r>
        <w:rPr>
          <w:rFonts w:ascii="Georgia" w:hAnsi="Georgia"/>
          <w:b w:val="0"/>
          <w:i w:val="0"/>
          <w:color w:val="22201D"/>
          <w:sz w:val="20"/>
        </w:rPr>
        <w:t>Its menu printed:</w:t>
      </w:r>
    </w:p>
    <w:p>
      <w:pPr>
        <w:spacing w:after="60" w:line="250" w:lineRule="auto"/>
        <w:ind w:left="202" w:right="173"/>
      </w:pPr>
      <w:r>
        <w:rPr>
          <w:rFonts w:ascii="Georgia" w:hAnsi="Georgia"/>
          <w:b w:val="0"/>
          <w:i w:val="0"/>
          <w:color w:val="22201D"/>
          <w:sz w:val="17"/>
        </w:rPr>
        <w:t>Witness retained.</w:t>
      </w:r>
    </w:p>
    <w:p>
      <w:pPr>
        <w:spacing w:after="60" w:line="266" w:lineRule="auto"/>
        <w:ind w:firstLine="331"/>
        <w:jc w:val="both"/>
      </w:pPr>
      <w:r>
        <w:rPr>
          <w:rFonts w:ascii="Georgia" w:hAnsi="Georgia"/>
          <w:b w:val="0"/>
          <w:i w:val="0"/>
          <w:color w:val="22201D"/>
          <w:sz w:val="20"/>
        </w:rPr>
        <w:t>At Table Two, Clara took another bite of bread and did not say delicious.</w:t>
      </w:r>
    </w:p>
    <w:p>
      <w:pPr>
        <w:spacing w:after="60" w:line="266" w:lineRule="auto"/>
        <w:ind w:firstLine="331"/>
        <w:jc w:val="both"/>
      </w:pPr>
      <w:r>
        <w:rPr>
          <w:rFonts w:ascii="Georgia" w:hAnsi="Georgia"/>
          <w:b w:val="0"/>
          <w:i w:val="0"/>
          <w:color w:val="22201D"/>
          <w:sz w:val="20"/>
        </w:rPr>
        <w:t>She said, "This tastes like I am allowed to eat it even if no one knows."</w:t>
      </w:r>
    </w:p>
    <w:p>
      <w:pPr>
        <w:spacing w:after="60" w:line="266" w:lineRule="auto"/>
        <w:ind w:firstLine="331"/>
        <w:jc w:val="both"/>
      </w:pPr>
      <w:r>
        <w:rPr>
          <w:rFonts w:ascii="Georgia" w:hAnsi="Georgia"/>
          <w:b w:val="0"/>
          <w:i w:val="0"/>
          <w:color w:val="22201D"/>
          <w:sz w:val="20"/>
        </w:rPr>
        <w:t>The menu accepted that with a tiny checkmark.</w:t>
      </w:r>
    </w:p>
    <w:p>
      <w:pPr>
        <w:spacing w:after="60" w:line="266" w:lineRule="auto"/>
        <w:ind w:firstLine="331"/>
        <w:jc w:val="both"/>
      </w:pPr>
      <w:r>
        <w:rPr>
          <w:rFonts w:ascii="Georgia" w:hAnsi="Georgia"/>
          <w:b w:val="0"/>
          <w:i w:val="0"/>
          <w:color w:val="22201D"/>
          <w:sz w:val="20"/>
        </w:rPr>
        <w:t>At Table Three, Martin tasted the stew with no audience and looked angry because it was good in a way that did not help him argue. He did not say good. He did not say anything. He ate a second spoonful.</w:t>
      </w:r>
    </w:p>
    <w:p>
      <w:pPr>
        <w:spacing w:after="60" w:line="266" w:lineRule="auto"/>
        <w:ind w:firstLine="331"/>
        <w:jc w:val="both"/>
      </w:pPr>
      <w:r>
        <w:rPr>
          <w:rFonts w:ascii="Georgia" w:hAnsi="Georgia"/>
          <w:b w:val="0"/>
          <w:i w:val="0"/>
          <w:color w:val="22201D"/>
          <w:sz w:val="20"/>
        </w:rPr>
        <w:t>The menu accepted silence as specific enough for now.</w:t>
      </w:r>
    </w:p>
    <w:p>
      <w:pPr>
        <w:spacing w:after="60" w:line="266" w:lineRule="auto"/>
        <w:ind w:firstLine="331"/>
        <w:jc w:val="both"/>
      </w:pPr>
      <w:r>
        <w:rPr>
          <w:rFonts w:ascii="Georgia" w:hAnsi="Georgia"/>
          <w:b w:val="0"/>
          <w:i w:val="0"/>
          <w:color w:val="22201D"/>
          <w:sz w:val="20"/>
        </w:rPr>
        <w:t>Flocc ate from his side plate near the service path and felt the strange relief of not being seated at the center of his own lesson.</w:t>
      </w:r>
    </w:p>
    <w:p>
      <w:pPr>
        <w:spacing w:after="60" w:line="266" w:lineRule="auto"/>
        <w:ind w:firstLine="331"/>
        <w:jc w:val="both"/>
      </w:pPr>
      <w:r>
        <w:rPr>
          <w:rFonts w:ascii="Georgia" w:hAnsi="Georgia"/>
          <w:b w:val="0"/>
          <w:i w:val="0"/>
          <w:color w:val="22201D"/>
          <w:sz w:val="20"/>
        </w:rPr>
        <w:t>Mara drank water that did not caption itself.</w:t>
      </w:r>
    </w:p>
    <w:p>
      <w:pPr>
        <w:spacing w:after="60" w:line="266" w:lineRule="auto"/>
        <w:ind w:firstLine="331"/>
        <w:jc w:val="both"/>
      </w:pPr>
      <w:r>
        <w:rPr>
          <w:rFonts w:ascii="Georgia" w:hAnsi="Georgia"/>
          <w:b w:val="0"/>
          <w:i w:val="0"/>
          <w:color w:val="22201D"/>
          <w:sz w:val="20"/>
        </w:rPr>
        <w:t>For several minutes, the restaurant served food.</w:t>
      </w:r>
    </w:p>
    <w:p>
      <w:pPr>
        <w:spacing w:after="60" w:line="266" w:lineRule="auto"/>
        <w:ind w:firstLine="331"/>
        <w:jc w:val="both"/>
      </w:pPr>
      <w:r>
        <w:rPr>
          <w:rFonts w:ascii="Georgia" w:hAnsi="Georgia"/>
          <w:b w:val="0"/>
          <w:i w:val="0"/>
          <w:color w:val="22201D"/>
          <w:sz w:val="20"/>
        </w:rPr>
        <w:t>This should not have been astonishing.</w:t>
      </w:r>
    </w:p>
    <w:p>
      <w:pPr>
        <w:spacing w:after="60" w:line="266" w:lineRule="auto"/>
        <w:ind w:firstLine="331"/>
        <w:jc w:val="both"/>
      </w:pPr>
      <w:r>
        <w:rPr>
          <w:rFonts w:ascii="Georgia" w:hAnsi="Georgia"/>
          <w:b w:val="0"/>
          <w:i w:val="0"/>
          <w:color w:val="22201D"/>
          <w:sz w:val="20"/>
        </w:rPr>
        <w:t>It was.</w:t>
      </w:r>
    </w:p>
    <w:p>
      <w:pPr>
        <w:spacing w:after="60" w:line="266" w:lineRule="auto"/>
        <w:ind w:firstLine="331"/>
        <w:jc w:val="both"/>
      </w:pPr>
      <w:r>
        <w:rPr>
          <w:rFonts w:ascii="Georgia" w:hAnsi="Georgia"/>
          <w:b w:val="0"/>
          <w:i w:val="0"/>
          <w:color w:val="22201D"/>
          <w:sz w:val="20"/>
        </w:rPr>
        <w:t>Then the reservation app chimed.</w:t>
      </w:r>
    </w:p>
    <w:p>
      <w:pPr>
        <w:spacing w:after="60" w:line="266" w:lineRule="auto"/>
        <w:ind w:firstLine="331"/>
        <w:jc w:val="both"/>
      </w:pPr>
      <w:r>
        <w:rPr>
          <w:rFonts w:ascii="Georgia" w:hAnsi="Georgia"/>
          <w:b w:val="0"/>
          <w:i w:val="0"/>
          <w:color w:val="22201D"/>
          <w:sz w:val="20"/>
        </w:rPr>
        <w:t>Every phone outside lit.</w:t>
      </w:r>
    </w:p>
    <w:p>
      <w:pPr>
        <w:spacing w:after="60" w:line="266" w:lineRule="auto"/>
        <w:ind w:firstLine="331"/>
        <w:jc w:val="both"/>
      </w:pPr>
      <w:r>
        <w:rPr>
          <w:rFonts w:ascii="Georgia" w:hAnsi="Georgia"/>
          <w:b w:val="0"/>
          <w:i w:val="0"/>
          <w:color w:val="22201D"/>
          <w:sz w:val="20"/>
        </w:rPr>
        <w:t>Every phone inside stayed dark.</w:t>
      </w:r>
    </w:p>
    <w:p>
      <w:pPr>
        <w:spacing w:after="60" w:line="266" w:lineRule="auto"/>
        <w:ind w:firstLine="331"/>
        <w:jc w:val="both"/>
      </w:pPr>
      <w:r>
        <w:rPr>
          <w:rFonts w:ascii="Georgia" w:hAnsi="Georgia"/>
          <w:b w:val="0"/>
          <w:i w:val="0"/>
          <w:color w:val="22201D"/>
          <w:sz w:val="20"/>
        </w:rPr>
        <w:t>The app displayed:</w:t>
      </w:r>
    </w:p>
    <w:p>
      <w:pPr>
        <w:spacing w:after="60" w:line="250" w:lineRule="auto"/>
        <w:ind w:left="202" w:right="173"/>
      </w:pPr>
      <w:r>
        <w:rPr>
          <w:rFonts w:ascii="Georgia" w:hAnsi="Georgia"/>
          <w:b w:val="0"/>
          <w:i w:val="0"/>
          <w:color w:val="22201D"/>
          <w:sz w:val="17"/>
        </w:rPr>
        <w:t>Reservation available: Table formerly claimed by everyone</w:t>
      </w:r>
    </w:p>
    <w:p>
      <w:pPr>
        <w:spacing w:after="60" w:line="266" w:lineRule="auto"/>
        <w:ind w:firstLine="331"/>
        <w:jc w:val="both"/>
      </w:pPr>
      <w:r>
        <w:rPr>
          <w:rFonts w:ascii="Georgia" w:hAnsi="Georgia"/>
          <w:b w:val="0"/>
          <w:i w:val="0"/>
          <w:color w:val="22201D"/>
          <w:sz w:val="20"/>
        </w:rPr>
        <w:t>The room went still.</w:t>
      </w:r>
    </w:p>
    <w:p>
      <w:pPr>
        <w:spacing w:after="60" w:line="266" w:lineRule="auto"/>
        <w:ind w:firstLine="331"/>
        <w:jc w:val="both"/>
      </w:pPr>
      <w:r>
        <w:rPr>
          <w:rFonts w:ascii="Georgia" w:hAnsi="Georgia"/>
          <w:b w:val="0"/>
          <w:i w:val="0"/>
          <w:color w:val="22201D"/>
          <w:sz w:val="20"/>
        </w:rPr>
        <w:t>The table reserved by forgetting, the table that had drawn praise, complaint, cameras, apps, and arrival credit toward it like a weather system, stood empty.</w:t>
      </w:r>
    </w:p>
    <w:p>
      <w:pPr>
        <w:spacing w:after="60" w:line="266" w:lineRule="auto"/>
        <w:ind w:firstLine="331"/>
        <w:jc w:val="both"/>
      </w:pPr>
      <w:r>
        <w:rPr>
          <w:rFonts w:ascii="Georgia" w:hAnsi="Georgia"/>
          <w:b w:val="0"/>
          <w:i w:val="0"/>
          <w:color w:val="22201D"/>
          <w:sz w:val="20"/>
        </w:rPr>
        <w:t>The menu correction page at the Hostess's station changed its final line:</w:t>
      </w:r>
    </w:p>
    <w:p>
      <w:pPr>
        <w:spacing w:after="60" w:line="250" w:lineRule="auto"/>
        <w:ind w:left="202" w:right="173"/>
      </w:pPr>
      <w:r>
        <w:rPr>
          <w:rFonts w:ascii="Georgia" w:hAnsi="Georgia"/>
          <w:b w:val="0"/>
          <w:i w:val="0"/>
          <w:color w:val="22201D"/>
          <w:sz w:val="17"/>
        </w:rPr>
        <w:t>Next required document: cancellation note</w:t>
      </w:r>
    </w:p>
    <w:p>
      <w:pPr>
        <w:spacing w:after="60" w:line="266" w:lineRule="auto"/>
        <w:ind w:firstLine="331"/>
        <w:jc w:val="both"/>
      </w:pPr>
      <w:r>
        <w:rPr>
          <w:rFonts w:ascii="Georgia" w:hAnsi="Georgia"/>
          <w:b w:val="0"/>
          <w:i w:val="0"/>
          <w:color w:val="22201D"/>
          <w:sz w:val="20"/>
        </w:rPr>
        <w:t>Clara saw it.</w:t>
      </w:r>
    </w:p>
    <w:p>
      <w:pPr>
        <w:spacing w:after="60" w:line="266" w:lineRule="auto"/>
        <w:ind w:firstLine="331"/>
        <w:jc w:val="both"/>
      </w:pPr>
      <w:r>
        <w:rPr>
          <w:rFonts w:ascii="Georgia" w:hAnsi="Georgia"/>
          <w:b w:val="0"/>
          <w:i w:val="0"/>
          <w:color w:val="22201D"/>
          <w:sz w:val="20"/>
        </w:rPr>
        <w:t>"Cancellation?"</w:t>
      </w:r>
    </w:p>
    <w:p>
      <w:pPr>
        <w:spacing w:after="60" w:line="266" w:lineRule="auto"/>
        <w:ind w:firstLine="331"/>
        <w:jc w:val="both"/>
      </w:pPr>
      <w:r>
        <w:rPr>
          <w:rFonts w:ascii="Georgia" w:hAnsi="Georgia"/>
          <w:b w:val="0"/>
          <w:i w:val="0"/>
          <w:color w:val="22201D"/>
          <w:sz w:val="20"/>
        </w:rPr>
        <w:t>The Hostess looked at the empty table.</w:t>
      </w:r>
    </w:p>
    <w:p>
      <w:pPr>
        <w:spacing w:after="60" w:line="266" w:lineRule="auto"/>
        <w:ind w:firstLine="331"/>
        <w:jc w:val="both"/>
      </w:pPr>
      <w:r>
        <w:rPr>
          <w:rFonts w:ascii="Georgia" w:hAnsi="Georgia"/>
          <w:b w:val="0"/>
          <w:i w:val="0"/>
          <w:color w:val="22201D"/>
          <w:sz w:val="20"/>
        </w:rPr>
        <w:t>"The reservation will cancel itself if no one can claim it without lying."</w:t>
      </w:r>
    </w:p>
    <w:p>
      <w:pPr>
        <w:spacing w:after="60" w:line="266" w:lineRule="auto"/>
        <w:ind w:firstLine="331"/>
        <w:jc w:val="both"/>
      </w:pPr>
      <w:r>
        <w:rPr>
          <w:rFonts w:ascii="Georgia" w:hAnsi="Georgia"/>
          <w:b w:val="0"/>
          <w:i w:val="0"/>
          <w:color w:val="22201D"/>
          <w:sz w:val="20"/>
        </w:rPr>
        <w:t>Outside, the waiting list printed:</w:t>
      </w:r>
    </w:p>
    <w:p>
      <w:pPr>
        <w:spacing w:after="60" w:line="250" w:lineRule="auto"/>
        <w:ind w:left="202" w:right="173"/>
      </w:pPr>
      <w:r>
        <w:rPr>
          <w:rFonts w:ascii="Georgia" w:hAnsi="Georgia"/>
          <w:b w:val="0"/>
          <w:i w:val="0"/>
          <w:color w:val="22201D"/>
          <w:sz w:val="17"/>
        </w:rPr>
        <w:t>NEXT CHAPTER: The Reservation Cancels Itself</w:t>
      </w:r>
    </w:p>
    <w:p>
      <w:pPr>
        <w:spacing w:after="60" w:line="266" w:lineRule="auto"/>
        <w:ind w:firstLine="331"/>
        <w:jc w:val="both"/>
      </w:pPr>
      <w:r>
        <w:rPr>
          <w:rFonts w:ascii="Georgia" w:hAnsi="Georgia"/>
          <w:b w:val="0"/>
          <w:i w:val="0"/>
          <w:color w:val="22201D"/>
          <w:sz w:val="20"/>
        </w:rPr>
        <w:t>Pineapple Thai Basil Lightning flickered once, not as an offer, but as weather over a mountain no one had permission to climb yet.</w:t>
      </w:r>
    </w:p>
    <w:p>
      <w:pPr>
        <w:spacing w:after="60" w:line="266" w:lineRule="auto"/>
        <w:ind w:firstLine="331"/>
        <w:jc w:val="both"/>
      </w:pPr>
      <w:r>
        <w:rPr>
          <w:rFonts w:ascii="Georgia" w:hAnsi="Georgia"/>
          <w:b w:val="0"/>
          <w:i w:val="0"/>
          <w:color w:val="22201D"/>
          <w:sz w:val="20"/>
        </w:rPr>
        <w:t>The menus remained open.</w:t>
      </w:r>
    </w:p>
    <w:p>
      <w:pPr>
        <w:spacing w:after="60" w:line="266" w:lineRule="auto"/>
        <w:ind w:firstLine="331"/>
        <w:jc w:val="both"/>
      </w:pPr>
      <w:r>
        <w:rPr>
          <w:rFonts w:ascii="Georgia" w:hAnsi="Georgia"/>
          <w:b w:val="0"/>
          <w:i w:val="0"/>
          <w:color w:val="22201D"/>
          <w:sz w:val="20"/>
        </w:rPr>
        <w:t>No one said delicious.</w:t>
      </w:r>
    </w:p>
    <w:p>
      <w:pPr>
        <w:spacing w:after="60" w:line="266" w:lineRule="auto"/>
        <w:ind w:firstLine="331"/>
        <w:jc w:val="both"/>
      </w:pPr>
      <w:r>
        <w:rPr>
          <w:rFonts w:ascii="Georgia" w:hAnsi="Georgia"/>
          <w:b w:val="0"/>
          <w:i w:val="0"/>
          <w:color w:val="22201D"/>
          <w:sz w:val="20"/>
        </w:rPr>
        <w:t>For once, this was not repression.</w:t>
      </w:r>
    </w:p>
    <w:p>
      <w:pPr>
        <w:spacing w:after="60" w:line="266" w:lineRule="auto"/>
        <w:ind w:firstLine="331"/>
        <w:jc w:val="both"/>
      </w:pPr>
      <w:r>
        <w:rPr>
          <w:rFonts w:ascii="Georgia" w:hAnsi="Georgia"/>
          <w:b w:val="0"/>
          <w:i w:val="0"/>
          <w:color w:val="22201D"/>
          <w:sz w:val="20"/>
        </w:rPr>
        <w:t>It was attention.</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11: The Reservation Cancels Itself</w:t>
      </w:r>
    </w:p>
    <w:p>
      <w:pPr>
        <w:spacing w:after="60" w:line="266" w:lineRule="auto"/>
        <w:ind w:firstLine="0"/>
        <w:jc w:val="both"/>
      </w:pPr>
      <w:r>
        <w:rPr>
          <w:rFonts w:ascii="Georgia" w:hAnsi="Georgia"/>
          <w:b w:val="0"/>
          <w:i w:val="0"/>
          <w:color w:val="22201D"/>
          <w:sz w:val="20"/>
        </w:rPr>
        <w:t>In which the most wanted table refuses possession, the app learns the difference between holding and holding on, and nobody gets the room by being first to claim it.</w:t>
      </w:r>
    </w:p>
    <w:p>
      <w:pPr>
        <w:spacing w:after="60" w:line="266" w:lineRule="auto"/>
        <w:ind w:firstLine="331"/>
        <w:jc w:val="both"/>
      </w:pPr>
      <w:r>
        <w:rPr>
          <w:rFonts w:ascii="Georgia" w:hAnsi="Georgia"/>
          <w:b w:val="0"/>
          <w:i w:val="0"/>
          <w:color w:val="22201D"/>
          <w:sz w:val="20"/>
        </w:rPr>
        <w:t>The reservation appeared on every phone except the phones of the people who had stopped needing one.</w:t>
      </w:r>
    </w:p>
    <w:p>
      <w:pPr>
        <w:spacing w:after="60" w:line="266" w:lineRule="auto"/>
        <w:ind w:firstLine="331"/>
        <w:jc w:val="both"/>
      </w:pPr>
      <w:r>
        <w:rPr>
          <w:rFonts w:ascii="Georgia" w:hAnsi="Georgia"/>
          <w:b w:val="0"/>
          <w:i w:val="0"/>
          <w:color w:val="22201D"/>
          <w:sz w:val="20"/>
        </w:rPr>
        <w:t>This was the first sign that the reservation had a sense of irony.</w:t>
      </w:r>
    </w:p>
    <w:p>
      <w:pPr>
        <w:spacing w:after="60" w:line="266" w:lineRule="auto"/>
        <w:ind w:firstLine="331"/>
        <w:jc w:val="both"/>
      </w:pPr>
      <w:r>
        <w:rPr>
          <w:rFonts w:ascii="Georgia" w:hAnsi="Georgia"/>
          <w:b w:val="0"/>
          <w:i w:val="0"/>
          <w:color w:val="22201D"/>
          <w:sz w:val="20"/>
        </w:rPr>
        <w:t>Outside, the line lit blue-white from pocket to palm. People who had spent the last hour being corrected by chalk, paper, menus, seating, smell, refusal, and their own better judgment returned to their screens with the speed of citizens hearing a distant flag. Some were ashamed before they looked. Some looked before they could become ashamed. Some managed both at once and seemed irritated that the app had not provided a clean category for it.</w:t>
      </w:r>
    </w:p>
    <w:p>
      <w:pPr>
        <w:spacing w:after="60" w:line="266" w:lineRule="auto"/>
        <w:ind w:firstLine="331"/>
        <w:jc w:val="both"/>
      </w:pPr>
      <w:r>
        <w:rPr>
          <w:rFonts w:ascii="Georgia" w:hAnsi="Georgia"/>
          <w:b w:val="0"/>
          <w:i w:val="0"/>
          <w:color w:val="22201D"/>
          <w:sz w:val="20"/>
        </w:rPr>
        <w:t>Inside, Table One remained occupied by Nico, Auditor Ives, and an empty witness seat.</w:t>
      </w:r>
    </w:p>
    <w:p>
      <w:pPr>
        <w:spacing w:after="60" w:line="266" w:lineRule="auto"/>
        <w:ind w:firstLine="331"/>
        <w:jc w:val="both"/>
      </w:pPr>
      <w:r>
        <w:rPr>
          <w:rFonts w:ascii="Georgia" w:hAnsi="Georgia"/>
          <w:b w:val="0"/>
          <w:i w:val="0"/>
          <w:color w:val="22201D"/>
          <w:sz w:val="20"/>
        </w:rPr>
        <w:t>Table Two held Clara and Evan, who had reached the fragile middle of lunch where conversation did not yet need to become a story.</w:t>
      </w:r>
    </w:p>
    <w:p>
      <w:pPr>
        <w:spacing w:after="60" w:line="266" w:lineRule="auto"/>
        <w:ind w:firstLine="331"/>
        <w:jc w:val="both"/>
      </w:pPr>
      <w:r>
        <w:rPr>
          <w:rFonts w:ascii="Georgia" w:hAnsi="Georgia"/>
          <w:b w:val="0"/>
          <w:i w:val="0"/>
          <w:color w:val="22201D"/>
          <w:sz w:val="20"/>
        </w:rPr>
        <w:t>Table Three held Martin and his stew with no audience.</w:t>
      </w:r>
    </w:p>
    <w:p>
      <w:pPr>
        <w:spacing w:after="60" w:line="266" w:lineRule="auto"/>
        <w:ind w:firstLine="331"/>
        <w:jc w:val="both"/>
      </w:pPr>
      <w:r>
        <w:rPr>
          <w:rFonts w:ascii="Georgia" w:hAnsi="Georgia"/>
          <w:b w:val="0"/>
          <w:i w:val="0"/>
          <w:color w:val="22201D"/>
          <w:sz w:val="20"/>
        </w:rPr>
        <w:t>Mara sat on the bench with a glass of water that still refused to caption itself.</w:t>
      </w:r>
    </w:p>
    <w:p>
      <w:pPr>
        <w:spacing w:after="60" w:line="266" w:lineRule="auto"/>
        <w:ind w:firstLine="331"/>
        <w:jc w:val="both"/>
      </w:pPr>
      <w:r>
        <w:rPr>
          <w:rFonts w:ascii="Georgia" w:hAnsi="Georgia"/>
          <w:b w:val="0"/>
          <w:i w:val="0"/>
          <w:color w:val="22201D"/>
          <w:sz w:val="20"/>
        </w:rPr>
        <w:t>Flocc stood near the service path with a side plate and the difficult relief of being useful without being central.</w:t>
      </w:r>
    </w:p>
    <w:p>
      <w:pPr>
        <w:spacing w:after="60" w:line="266" w:lineRule="auto"/>
        <w:ind w:firstLine="331"/>
        <w:jc w:val="both"/>
      </w:pPr>
      <w:r>
        <w:rPr>
          <w:rFonts w:ascii="Georgia" w:hAnsi="Georgia"/>
          <w:b w:val="0"/>
          <w:i w:val="0"/>
          <w:color w:val="22201D"/>
          <w:sz w:val="20"/>
        </w:rPr>
        <w:t>The table formerly claimed by everyone stood empty.</w:t>
      </w:r>
    </w:p>
    <w:p>
      <w:pPr>
        <w:spacing w:after="60" w:line="266" w:lineRule="auto"/>
        <w:ind w:firstLine="331"/>
        <w:jc w:val="both"/>
      </w:pPr>
      <w:r>
        <w:rPr>
          <w:rFonts w:ascii="Georgia" w:hAnsi="Georgia"/>
          <w:b w:val="0"/>
          <w:i w:val="0"/>
          <w:color w:val="22201D"/>
          <w:sz w:val="20"/>
        </w:rPr>
        <w:t>It had become very good at standing empty.</w:t>
      </w:r>
    </w:p>
    <w:p>
      <w:pPr>
        <w:spacing w:after="60" w:line="266" w:lineRule="auto"/>
        <w:ind w:firstLine="331"/>
        <w:jc w:val="both"/>
      </w:pPr>
      <w:r>
        <w:rPr>
          <w:rFonts w:ascii="Georgia" w:hAnsi="Georgia"/>
          <w:b w:val="0"/>
          <w:i w:val="0"/>
          <w:color w:val="22201D"/>
          <w:sz w:val="20"/>
        </w:rPr>
        <w:t>This made it more attractive.</w:t>
      </w:r>
    </w:p>
    <w:p>
      <w:pPr>
        <w:spacing w:after="60" w:line="266" w:lineRule="auto"/>
        <w:ind w:firstLine="331"/>
        <w:jc w:val="both"/>
      </w:pPr>
      <w:r>
        <w:rPr>
          <w:rFonts w:ascii="Georgia" w:hAnsi="Georgia"/>
          <w:b w:val="0"/>
          <w:i w:val="0"/>
          <w:color w:val="22201D"/>
          <w:sz w:val="20"/>
        </w:rPr>
        <w:t>The reservation app displayed:</w:t>
      </w:r>
    </w:p>
    <w:p>
      <w:pPr>
        <w:spacing w:after="60" w:line="250" w:lineRule="auto"/>
        <w:ind w:left="202" w:right="173"/>
      </w:pPr>
      <w:r>
        <w:rPr>
          <w:rFonts w:ascii="Georgia" w:hAnsi="Georgia"/>
          <w:b w:val="0"/>
          <w:i w:val="0"/>
          <w:color w:val="22201D"/>
          <w:sz w:val="17"/>
        </w:rPr>
        <w:t>Reservation available: Table formerly claimed by everyone  Claim now? [YES]</w:t>
      </w:r>
    </w:p>
    <w:p>
      <w:pPr>
        <w:spacing w:after="60" w:line="266" w:lineRule="auto"/>
        <w:ind w:firstLine="331"/>
        <w:jc w:val="both"/>
      </w:pPr>
      <w:r>
        <w:rPr>
          <w:rFonts w:ascii="Georgia" w:hAnsi="Georgia"/>
          <w:b w:val="0"/>
          <w:i w:val="0"/>
          <w:color w:val="22201D"/>
          <w:sz w:val="20"/>
        </w:rPr>
        <w:t>There was no NO button.</w:t>
      </w:r>
    </w:p>
    <w:p>
      <w:pPr>
        <w:spacing w:after="60" w:line="266" w:lineRule="auto"/>
        <w:ind w:firstLine="331"/>
        <w:jc w:val="both"/>
      </w:pPr>
      <w:r>
        <w:rPr>
          <w:rFonts w:ascii="Georgia" w:hAnsi="Georgia"/>
          <w:b w:val="0"/>
          <w:i w:val="0"/>
          <w:color w:val="22201D"/>
          <w:sz w:val="20"/>
        </w:rPr>
        <w:t>Gerald saw that first.</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 app refreshed.</w:t>
      </w:r>
    </w:p>
    <w:p>
      <w:pPr>
        <w:spacing w:after="60" w:line="250" w:lineRule="auto"/>
        <w:ind w:left="202" w:right="173"/>
      </w:pPr>
      <w:r>
        <w:rPr>
          <w:rFonts w:ascii="Georgia" w:hAnsi="Georgia"/>
          <w:b w:val="0"/>
          <w:i w:val="0"/>
          <w:color w:val="22201D"/>
          <w:sz w:val="17"/>
        </w:rPr>
        <w:t>No button: not provided</w:t>
      </w:r>
    </w:p>
    <w:p>
      <w:pPr>
        <w:spacing w:after="60" w:line="266" w:lineRule="auto"/>
        <w:ind w:firstLine="331"/>
        <w:jc w:val="both"/>
      </w:pPr>
      <w:r>
        <w:rPr>
          <w:rFonts w:ascii="Georgia" w:hAnsi="Georgia"/>
          <w:b w:val="0"/>
          <w:i w:val="0"/>
          <w:color w:val="22201D"/>
          <w:sz w:val="20"/>
        </w:rPr>
        <w:t>Gerald turned toward Steve.</w:t>
      </w:r>
    </w:p>
    <w:p>
      <w:pPr>
        <w:spacing w:after="60" w:line="266" w:lineRule="auto"/>
        <w:ind w:firstLine="331"/>
        <w:jc w:val="both"/>
      </w:pPr>
      <w:r>
        <w:rPr>
          <w:rFonts w:ascii="Georgia" w:hAnsi="Georgia"/>
          <w:b w:val="0"/>
          <w:i w:val="0"/>
          <w:color w:val="22201D"/>
          <w:sz w:val="20"/>
        </w:rPr>
        <w:t>"That is a design problem."</w:t>
      </w:r>
    </w:p>
    <w:p>
      <w:pPr>
        <w:spacing w:after="60" w:line="266" w:lineRule="auto"/>
        <w:ind w:firstLine="331"/>
        <w:jc w:val="both"/>
      </w:pPr>
      <w:r>
        <w:rPr>
          <w:rFonts w:ascii="Georgia" w:hAnsi="Georgia"/>
          <w:b w:val="0"/>
          <w:i w:val="0"/>
          <w:color w:val="22201D"/>
          <w:sz w:val="20"/>
        </w:rPr>
        <w:t>Steve had already taken out his notebook.</w:t>
      </w:r>
    </w:p>
    <w:p>
      <w:pPr>
        <w:spacing w:after="60" w:line="266" w:lineRule="auto"/>
        <w:ind w:firstLine="331"/>
        <w:jc w:val="both"/>
      </w:pPr>
      <w:r>
        <w:rPr>
          <w:rFonts w:ascii="Georgia" w:hAnsi="Georgia"/>
          <w:b w:val="0"/>
          <w:i w:val="0"/>
          <w:color w:val="22201D"/>
          <w:sz w:val="20"/>
        </w:rPr>
        <w:t>"It is also a legal problem."</w:t>
      </w:r>
    </w:p>
    <w:p>
      <w:pPr>
        <w:spacing w:after="60" w:line="266" w:lineRule="auto"/>
        <w:ind w:firstLine="331"/>
        <w:jc w:val="both"/>
      </w:pPr>
      <w:r>
        <w:rPr>
          <w:rFonts w:ascii="Georgia" w:hAnsi="Georgia"/>
          <w:b w:val="0"/>
          <w:i w:val="0"/>
          <w:color w:val="22201D"/>
          <w:sz w:val="20"/>
        </w:rPr>
        <w:t>Auditor Ives raised his head from Table One.</w:t>
      </w:r>
    </w:p>
    <w:p>
      <w:pPr>
        <w:spacing w:after="60" w:line="266" w:lineRule="auto"/>
        <w:ind w:firstLine="331"/>
        <w:jc w:val="both"/>
      </w:pPr>
      <w:r>
        <w:rPr>
          <w:rFonts w:ascii="Georgia" w:hAnsi="Georgia"/>
          <w:b w:val="0"/>
          <w:i w:val="0"/>
          <w:color w:val="22201D"/>
          <w:sz w:val="20"/>
        </w:rPr>
        <w:t>"It is certainly a procedural problem."</w:t>
      </w:r>
    </w:p>
    <w:p>
      <w:pPr>
        <w:spacing w:after="60" w:line="266" w:lineRule="auto"/>
        <w:ind w:firstLine="331"/>
        <w:jc w:val="both"/>
      </w:pPr>
      <w:r>
        <w:rPr>
          <w:rFonts w:ascii="Georgia" w:hAnsi="Georgia"/>
          <w:b w:val="0"/>
          <w:i w:val="0"/>
          <w:color w:val="22201D"/>
          <w:sz w:val="20"/>
        </w:rPr>
        <w:t>Nico said, "You sound excited."</w:t>
      </w:r>
    </w:p>
    <w:p>
      <w:pPr>
        <w:spacing w:after="60" w:line="266" w:lineRule="auto"/>
        <w:ind w:firstLine="331"/>
        <w:jc w:val="both"/>
      </w:pPr>
      <w:r>
        <w:rPr>
          <w:rFonts w:ascii="Georgia" w:hAnsi="Georgia"/>
          <w:b w:val="0"/>
          <w:i w:val="0"/>
          <w:color w:val="22201D"/>
          <w:sz w:val="20"/>
        </w:rPr>
        <w:t>"I sound alert."</w:t>
      </w:r>
    </w:p>
    <w:p>
      <w:pPr>
        <w:spacing w:after="60" w:line="266" w:lineRule="auto"/>
        <w:ind w:firstLine="331"/>
        <w:jc w:val="both"/>
      </w:pPr>
      <w:r>
        <w:rPr>
          <w:rFonts w:ascii="Georgia" w:hAnsi="Georgia"/>
          <w:b w:val="0"/>
          <w:i w:val="0"/>
          <w:color w:val="22201D"/>
          <w:sz w:val="20"/>
        </w:rPr>
        <w:t>"You sound like alert with dessert."</w:t>
      </w:r>
    </w:p>
    <w:p>
      <w:pPr>
        <w:spacing w:after="60" w:line="266" w:lineRule="auto"/>
        <w:ind w:firstLine="331"/>
        <w:jc w:val="both"/>
      </w:pPr>
      <w:r>
        <w:rPr>
          <w:rFonts w:ascii="Georgia" w:hAnsi="Georgia"/>
          <w:b w:val="0"/>
          <w:i w:val="0"/>
          <w:color w:val="22201D"/>
          <w:sz w:val="20"/>
        </w:rPr>
        <w:t>"That is not a recognized tone."</w:t>
      </w:r>
    </w:p>
    <w:p>
      <w:pPr>
        <w:spacing w:after="60" w:line="266" w:lineRule="auto"/>
        <w:ind w:firstLine="331"/>
        <w:jc w:val="both"/>
      </w:pPr>
      <w:r>
        <w:rPr>
          <w:rFonts w:ascii="Georgia" w:hAnsi="Georgia"/>
          <w:b w:val="0"/>
          <w:i w:val="0"/>
          <w:color w:val="22201D"/>
          <w:sz w:val="20"/>
        </w:rPr>
        <w:t>Nico looked at the empty witness seat.</w:t>
      </w:r>
    </w:p>
    <w:p>
      <w:pPr>
        <w:spacing w:after="60" w:line="266" w:lineRule="auto"/>
        <w:ind w:firstLine="331"/>
        <w:jc w:val="both"/>
      </w:pPr>
      <w:r>
        <w:rPr>
          <w:rFonts w:ascii="Georgia" w:hAnsi="Georgia"/>
          <w:b w:val="0"/>
          <w:i w:val="0"/>
          <w:color w:val="22201D"/>
          <w:sz w:val="20"/>
        </w:rPr>
        <w:t>"It witnessed it."</w:t>
      </w:r>
    </w:p>
    <w:p>
      <w:pPr>
        <w:spacing w:after="60" w:line="266" w:lineRule="auto"/>
        <w:ind w:firstLine="331"/>
        <w:jc w:val="both"/>
      </w:pPr>
      <w:r>
        <w:rPr>
          <w:rFonts w:ascii="Georgia" w:hAnsi="Georgia"/>
          <w:b w:val="0"/>
          <w:i w:val="0"/>
          <w:color w:val="22201D"/>
          <w:sz w:val="20"/>
        </w:rPr>
        <w:t>The empty witness seat did not comment.</w:t>
      </w:r>
    </w:p>
    <w:p>
      <w:pPr>
        <w:spacing w:after="60" w:line="266" w:lineRule="auto"/>
        <w:ind w:firstLine="331"/>
        <w:jc w:val="both"/>
      </w:pPr>
      <w:r>
        <w:rPr>
          <w:rFonts w:ascii="Georgia" w:hAnsi="Georgia"/>
          <w:b w:val="0"/>
          <w:i w:val="0"/>
          <w:color w:val="22201D"/>
          <w:sz w:val="20"/>
        </w:rPr>
        <w:t>This was powerful because it was empty.</w:t>
      </w:r>
    </w:p>
    <w:p>
      <w:pPr>
        <w:spacing w:after="60" w:line="266" w:lineRule="auto"/>
        <w:ind w:firstLine="331"/>
        <w:jc w:val="both"/>
      </w:pPr>
      <w:r>
        <w:rPr>
          <w:rFonts w:ascii="Georgia" w:hAnsi="Georgia"/>
          <w:b w:val="0"/>
          <w:i w:val="0"/>
          <w:color w:val="22201D"/>
          <w:sz w:val="20"/>
        </w:rPr>
        <w:t>Outside, someone tapped YES.</w:t>
      </w:r>
    </w:p>
    <w:p>
      <w:pPr>
        <w:spacing w:after="60" w:line="266" w:lineRule="auto"/>
        <w:ind w:firstLine="331"/>
        <w:jc w:val="both"/>
      </w:pPr>
      <w:r>
        <w:rPr>
          <w:rFonts w:ascii="Georgia" w:hAnsi="Georgia"/>
          <w:b w:val="0"/>
          <w:i w:val="0"/>
          <w:color w:val="22201D"/>
          <w:sz w:val="20"/>
        </w:rPr>
        <w:t>The app printed:</w:t>
      </w:r>
    </w:p>
    <w:p>
      <w:pPr>
        <w:spacing w:after="60" w:line="250" w:lineRule="auto"/>
        <w:ind w:left="202" w:right="173"/>
      </w:pPr>
      <w:r>
        <w:rPr>
          <w:rFonts w:ascii="Georgia" w:hAnsi="Georgia"/>
          <w:b w:val="0"/>
          <w:i w:val="0"/>
          <w:color w:val="22201D"/>
          <w:sz w:val="17"/>
        </w:rPr>
        <w:t>Claim rejected.  Reason: arrival order is not ownership</w:t>
      </w:r>
    </w:p>
    <w:p>
      <w:pPr>
        <w:spacing w:after="60" w:line="266" w:lineRule="auto"/>
        <w:ind w:firstLine="331"/>
        <w:jc w:val="both"/>
      </w:pPr>
      <w:r>
        <w:rPr>
          <w:rFonts w:ascii="Georgia" w:hAnsi="Georgia"/>
          <w:b w:val="0"/>
          <w:i w:val="0"/>
          <w:color w:val="22201D"/>
          <w:sz w:val="20"/>
        </w:rPr>
        <w:t>The line reacted in layers.</w:t>
      </w:r>
    </w:p>
    <w:p>
      <w:pPr>
        <w:spacing w:after="60" w:line="266" w:lineRule="auto"/>
        <w:ind w:firstLine="331"/>
        <w:jc w:val="both"/>
      </w:pPr>
      <w:r>
        <w:rPr>
          <w:rFonts w:ascii="Georgia" w:hAnsi="Georgia"/>
          <w:b w:val="0"/>
          <w:i w:val="0"/>
          <w:color w:val="22201D"/>
          <w:sz w:val="20"/>
        </w:rPr>
        <w:t>The first layer was disappointment.</w:t>
      </w:r>
    </w:p>
    <w:p>
      <w:pPr>
        <w:spacing w:after="60" w:line="266" w:lineRule="auto"/>
        <w:ind w:firstLine="331"/>
        <w:jc w:val="both"/>
      </w:pPr>
      <w:r>
        <w:rPr>
          <w:rFonts w:ascii="Georgia" w:hAnsi="Georgia"/>
          <w:b w:val="0"/>
          <w:i w:val="0"/>
          <w:color w:val="22201D"/>
          <w:sz w:val="20"/>
        </w:rPr>
        <w:t>The second was argument.</w:t>
      </w:r>
    </w:p>
    <w:p>
      <w:pPr>
        <w:spacing w:after="60" w:line="266" w:lineRule="auto"/>
        <w:ind w:firstLine="331"/>
        <w:jc w:val="both"/>
      </w:pPr>
      <w:r>
        <w:rPr>
          <w:rFonts w:ascii="Georgia" w:hAnsi="Georgia"/>
          <w:b w:val="0"/>
          <w:i w:val="0"/>
          <w:color w:val="22201D"/>
          <w:sz w:val="20"/>
        </w:rPr>
        <w:t>The third was calculation.</w:t>
      </w:r>
    </w:p>
    <w:p>
      <w:pPr>
        <w:spacing w:after="60" w:line="266" w:lineRule="auto"/>
        <w:ind w:firstLine="331"/>
        <w:jc w:val="both"/>
      </w:pPr>
      <w:r>
        <w:rPr>
          <w:rFonts w:ascii="Georgia" w:hAnsi="Georgia"/>
          <w:b w:val="0"/>
          <w:i w:val="0"/>
          <w:color w:val="22201D"/>
          <w:sz w:val="20"/>
        </w:rPr>
        <w:t>The fourth, smaller but more durable, was relief.</w:t>
      </w:r>
    </w:p>
    <w:p>
      <w:pPr>
        <w:spacing w:after="60" w:line="266" w:lineRule="auto"/>
        <w:ind w:firstLine="331"/>
        <w:jc w:val="both"/>
      </w:pPr>
      <w:r>
        <w:rPr>
          <w:rFonts w:ascii="Georgia" w:hAnsi="Georgia"/>
          <w:b w:val="0"/>
          <w:i w:val="0"/>
          <w:color w:val="22201D"/>
          <w:sz w:val="20"/>
        </w:rPr>
        <w:t>Someone else tapped YES.</w:t>
      </w:r>
    </w:p>
    <w:p>
      <w:pPr>
        <w:spacing w:after="60" w:line="250" w:lineRule="auto"/>
        <w:ind w:left="202" w:right="173"/>
      </w:pPr>
      <w:r>
        <w:rPr>
          <w:rFonts w:ascii="Georgia" w:hAnsi="Georgia"/>
          <w:b w:val="0"/>
          <w:i w:val="0"/>
          <w:color w:val="22201D"/>
          <w:sz w:val="17"/>
        </w:rPr>
        <w:t>Claim rejected.  Reason: wanting loudly is not ownership</w:t>
      </w:r>
    </w:p>
    <w:p>
      <w:pPr>
        <w:spacing w:after="60" w:line="266" w:lineRule="auto"/>
        <w:ind w:firstLine="331"/>
        <w:jc w:val="both"/>
      </w:pPr>
      <w:r>
        <w:rPr>
          <w:rFonts w:ascii="Georgia" w:hAnsi="Georgia"/>
          <w:b w:val="0"/>
          <w:i w:val="0"/>
          <w:color w:val="22201D"/>
          <w:sz w:val="20"/>
        </w:rPr>
        <w:t>A third person tapped YES.</w:t>
      </w:r>
    </w:p>
    <w:p>
      <w:pPr>
        <w:spacing w:after="60" w:line="250" w:lineRule="auto"/>
        <w:ind w:left="202" w:right="173"/>
      </w:pPr>
      <w:r>
        <w:rPr>
          <w:rFonts w:ascii="Georgia" w:hAnsi="Georgia"/>
          <w:b w:val="0"/>
          <w:i w:val="0"/>
          <w:color w:val="22201D"/>
          <w:sz w:val="17"/>
        </w:rPr>
        <w:t>Claim rejected.  Reason: wanting quietly is also not ownership</w:t>
      </w:r>
    </w:p>
    <w:p>
      <w:pPr>
        <w:spacing w:after="60" w:line="266" w:lineRule="auto"/>
        <w:ind w:firstLine="331"/>
        <w:jc w:val="both"/>
      </w:pPr>
      <w:r>
        <w:rPr>
          <w:rFonts w:ascii="Georgia" w:hAnsi="Georgia"/>
          <w:b w:val="0"/>
          <w:i w:val="0"/>
          <w:color w:val="22201D"/>
          <w:sz w:val="20"/>
        </w:rPr>
        <w:t>The person looked offended by being seen through a quieter strategy.</w:t>
      </w:r>
    </w:p>
    <w:p>
      <w:pPr>
        <w:spacing w:after="60" w:line="266" w:lineRule="auto"/>
        <w:ind w:firstLine="331"/>
        <w:jc w:val="both"/>
      </w:pPr>
      <w:r>
        <w:rPr>
          <w:rFonts w:ascii="Georgia" w:hAnsi="Georgia"/>
          <w:b w:val="0"/>
          <w:i w:val="0"/>
          <w:color w:val="22201D"/>
          <w:sz w:val="20"/>
        </w:rPr>
        <w:t>The Hostess stood between the empty table and the door.</w:t>
      </w:r>
    </w:p>
    <w:p>
      <w:pPr>
        <w:spacing w:after="60" w:line="266" w:lineRule="auto"/>
        <w:ind w:firstLine="331"/>
        <w:jc w:val="both"/>
      </w:pPr>
      <w:r>
        <w:rPr>
          <w:rFonts w:ascii="Georgia" w:hAnsi="Georgia"/>
          <w:b w:val="0"/>
          <w:i w:val="0"/>
          <w:color w:val="22201D"/>
          <w:sz w:val="20"/>
        </w:rPr>
        <w:t>She did not guard the table as if someone might steal it.</w:t>
      </w:r>
    </w:p>
    <w:p>
      <w:pPr>
        <w:spacing w:after="60" w:line="266" w:lineRule="auto"/>
        <w:ind w:firstLine="331"/>
        <w:jc w:val="both"/>
      </w:pPr>
      <w:r>
        <w:rPr>
          <w:rFonts w:ascii="Georgia" w:hAnsi="Georgia"/>
          <w:b w:val="0"/>
          <w:i w:val="0"/>
          <w:color w:val="22201D"/>
          <w:sz w:val="20"/>
        </w:rPr>
        <w:t>She guarded the room from the kind of claim that made stealing look like seating.</w:t>
      </w:r>
    </w:p>
    <w:p>
      <w:pPr>
        <w:spacing w:after="60" w:line="266" w:lineRule="auto"/>
        <w:ind w:firstLine="331"/>
        <w:jc w:val="both"/>
      </w:pPr>
      <w:r>
        <w:rPr>
          <w:rFonts w:ascii="Georgia" w:hAnsi="Georgia"/>
          <w:b w:val="0"/>
          <w:i w:val="0"/>
          <w:color w:val="22201D"/>
          <w:sz w:val="20"/>
        </w:rPr>
        <w:t>The menu correction page at her station folded itself into a smaller rectangle.</w:t>
      </w:r>
    </w:p>
    <w:p>
      <w:pPr>
        <w:spacing w:after="60" w:line="266" w:lineRule="auto"/>
        <w:ind w:firstLine="331"/>
        <w:jc w:val="both"/>
      </w:pPr>
      <w:r>
        <w:rPr>
          <w:rFonts w:ascii="Georgia" w:hAnsi="Georgia"/>
          <w:b w:val="0"/>
          <w:i w:val="0"/>
          <w:color w:val="22201D"/>
          <w:sz w:val="20"/>
        </w:rPr>
        <w:t>Then it folded again.</w:t>
      </w:r>
    </w:p>
    <w:p>
      <w:pPr>
        <w:spacing w:after="60" w:line="266" w:lineRule="auto"/>
        <w:ind w:firstLine="331"/>
        <w:jc w:val="both"/>
      </w:pPr>
      <w:r>
        <w:rPr>
          <w:rFonts w:ascii="Georgia" w:hAnsi="Georgia"/>
          <w:b w:val="0"/>
          <w:i w:val="0"/>
          <w:color w:val="22201D"/>
          <w:sz w:val="20"/>
        </w:rPr>
        <w:t>Then it unfolded into a new document:</w:t>
      </w:r>
    </w:p>
    <w:p>
      <w:pPr>
        <w:spacing w:after="60" w:line="250" w:lineRule="auto"/>
        <w:ind w:left="202" w:right="173"/>
      </w:pPr>
      <w:r>
        <w:rPr>
          <w:rFonts w:ascii="Georgia" w:hAnsi="Georgia"/>
          <w:b w:val="0"/>
          <w:i w:val="0"/>
          <w:color w:val="22201D"/>
          <w:sz w:val="17"/>
        </w:rPr>
        <w:t>CANCELLATION NOTE</w:t>
      </w:r>
    </w:p>
    <w:p>
      <w:pPr>
        <w:spacing w:after="60" w:line="266" w:lineRule="auto"/>
        <w:ind w:firstLine="331"/>
        <w:jc w:val="both"/>
      </w:pPr>
      <w:r>
        <w:rPr>
          <w:rFonts w:ascii="Georgia" w:hAnsi="Georgia"/>
          <w:b w:val="0"/>
          <w:i w:val="0"/>
          <w:color w:val="22201D"/>
          <w:sz w:val="20"/>
        </w:rPr>
        <w:t>The room watched.</w:t>
      </w:r>
    </w:p>
    <w:p>
      <w:pPr>
        <w:spacing w:after="60" w:line="266" w:lineRule="auto"/>
        <w:ind w:firstLine="331"/>
        <w:jc w:val="both"/>
      </w:pPr>
      <w:r>
        <w:rPr>
          <w:rFonts w:ascii="Georgia" w:hAnsi="Georgia"/>
          <w:b w:val="0"/>
          <w:i w:val="0"/>
          <w:color w:val="22201D"/>
          <w:sz w:val="20"/>
        </w:rPr>
        <w:t>The note wrote:</w:t>
      </w:r>
    </w:p>
    <w:p>
      <w:pPr>
        <w:spacing w:after="60" w:line="250" w:lineRule="auto"/>
        <w:ind w:left="202" w:right="173"/>
      </w:pPr>
      <w:r>
        <w:rPr>
          <w:rFonts w:ascii="Georgia" w:hAnsi="Georgia"/>
          <w:b w:val="0"/>
          <w:i w:val="0"/>
          <w:color w:val="22201D"/>
          <w:sz w:val="17"/>
        </w:rPr>
        <w:t>Reservation: available  Claimant: pending</w:t>
      </w:r>
    </w:p>
    <w:p>
      <w:pPr>
        <w:spacing w:after="60" w:line="266" w:lineRule="auto"/>
        <w:ind w:firstLine="331"/>
        <w:jc w:val="both"/>
      </w:pPr>
      <w:r>
        <w:rPr>
          <w:rFonts w:ascii="Georgia" w:hAnsi="Georgia"/>
          <w:b w:val="0"/>
          <w:i w:val="0"/>
          <w:color w:val="22201D"/>
          <w:sz w:val="20"/>
        </w:rPr>
        <w:t>Every phone outside displayed a blank field:</w:t>
      </w:r>
    </w:p>
    <w:p>
      <w:pPr>
        <w:spacing w:after="60" w:line="250" w:lineRule="auto"/>
        <w:ind w:left="202" w:right="173"/>
      </w:pPr>
      <w:r>
        <w:rPr>
          <w:rFonts w:ascii="Georgia" w:hAnsi="Georgia"/>
          <w:b w:val="0"/>
          <w:i w:val="0"/>
          <w:color w:val="22201D"/>
          <w:sz w:val="17"/>
        </w:rPr>
        <w:t>Claimant:</w:t>
      </w:r>
    </w:p>
    <w:p>
      <w:pPr>
        <w:spacing w:after="60" w:line="266" w:lineRule="auto"/>
        <w:ind w:firstLine="331"/>
        <w:jc w:val="both"/>
      </w:pPr>
      <w:r>
        <w:rPr>
          <w:rFonts w:ascii="Georgia" w:hAnsi="Georgia"/>
          <w:b w:val="0"/>
          <w:i w:val="0"/>
          <w:color w:val="22201D"/>
          <w:sz w:val="20"/>
        </w:rPr>
        <w:t>Martin, at Table Three, leaned back.</w:t>
      </w:r>
    </w:p>
    <w:p>
      <w:pPr>
        <w:spacing w:after="60" w:line="266" w:lineRule="auto"/>
        <w:ind w:firstLine="331"/>
        <w:jc w:val="both"/>
      </w:pPr>
      <w:r>
        <w:rPr>
          <w:rFonts w:ascii="Georgia" w:hAnsi="Georgia"/>
          <w:b w:val="0"/>
          <w:i w:val="0"/>
          <w:color w:val="22201D"/>
          <w:sz w:val="20"/>
        </w:rPr>
        <w:t>"This is going to be ugly."</w:t>
      </w:r>
    </w:p>
    <w:p>
      <w:pPr>
        <w:spacing w:after="60" w:line="266" w:lineRule="auto"/>
        <w:ind w:firstLine="331"/>
        <w:jc w:val="both"/>
      </w:pPr>
      <w:r>
        <w:rPr>
          <w:rFonts w:ascii="Georgia" w:hAnsi="Georgia"/>
          <w:b w:val="0"/>
          <w:i w:val="0"/>
          <w:color w:val="22201D"/>
          <w:sz w:val="20"/>
        </w:rPr>
        <w:t>His menu printed:</w:t>
      </w:r>
    </w:p>
    <w:p>
      <w:pPr>
        <w:spacing w:after="60" w:line="250" w:lineRule="auto"/>
        <w:ind w:left="202" w:right="173"/>
      </w:pPr>
      <w:r>
        <w:rPr>
          <w:rFonts w:ascii="Georgia" w:hAnsi="Georgia"/>
          <w:b w:val="0"/>
          <w:i w:val="0"/>
          <w:color w:val="22201D"/>
          <w:sz w:val="17"/>
        </w:rPr>
        <w:t>Possibly useful.</w:t>
      </w:r>
    </w:p>
    <w:p>
      <w:pPr>
        <w:spacing w:after="60" w:line="266" w:lineRule="auto"/>
        <w:ind w:firstLine="331"/>
        <w:jc w:val="both"/>
      </w:pPr>
      <w:r>
        <w:rPr>
          <w:rFonts w:ascii="Georgia" w:hAnsi="Georgia"/>
          <w:b w:val="0"/>
          <w:i w:val="0"/>
          <w:color w:val="22201D"/>
          <w:sz w:val="20"/>
        </w:rPr>
        <w:t>"Different things," Martin said.</w:t>
      </w:r>
    </w:p>
    <w:p>
      <w:pPr>
        <w:spacing w:after="60" w:line="266" w:lineRule="auto"/>
        <w:ind w:firstLine="331"/>
        <w:jc w:val="both"/>
      </w:pPr>
      <w:r>
        <w:rPr>
          <w:rFonts w:ascii="Georgia" w:hAnsi="Georgia"/>
          <w:b w:val="0"/>
          <w:i w:val="0"/>
          <w:color w:val="22201D"/>
          <w:sz w:val="20"/>
        </w:rPr>
        <w:t>The menu did not disagree.</w:t>
      </w:r>
    </w:p>
    <w:p>
      <w:pPr>
        <w:spacing w:after="60" w:line="266" w:lineRule="auto"/>
        <w:ind w:firstLine="331"/>
        <w:jc w:val="both"/>
      </w:pPr>
      <w:r>
        <w:rPr>
          <w:rFonts w:ascii="Georgia" w:hAnsi="Georgia"/>
          <w:b w:val="0"/>
          <w:i w:val="0"/>
          <w:color w:val="22201D"/>
          <w:sz w:val="20"/>
        </w:rPr>
        <w:t>Clara looked from her menu to the empty table.</w:t>
      </w:r>
    </w:p>
    <w:p>
      <w:pPr>
        <w:spacing w:after="60" w:line="266" w:lineRule="auto"/>
        <w:ind w:firstLine="331"/>
        <w:jc w:val="both"/>
      </w:pPr>
      <w:r>
        <w:rPr>
          <w:rFonts w:ascii="Georgia" w:hAnsi="Georgia"/>
          <w:b w:val="0"/>
          <w:i w:val="0"/>
          <w:color w:val="22201D"/>
          <w:sz w:val="20"/>
        </w:rPr>
        <w:t>"What happens if someone writes the right thing?"</w:t>
      </w:r>
    </w:p>
    <w:p>
      <w:pPr>
        <w:spacing w:after="60" w:line="266" w:lineRule="auto"/>
        <w:ind w:firstLine="331"/>
        <w:jc w:val="both"/>
      </w:pPr>
      <w:r>
        <w:rPr>
          <w:rFonts w:ascii="Georgia" w:hAnsi="Georgia"/>
          <w:b w:val="0"/>
          <w:i w:val="0"/>
          <w:color w:val="22201D"/>
          <w:sz w:val="20"/>
        </w:rPr>
        <w:t>The Hostess said, "The reservation holds."</w:t>
      </w:r>
    </w:p>
    <w:p>
      <w:pPr>
        <w:spacing w:after="60" w:line="266" w:lineRule="auto"/>
        <w:ind w:firstLine="331"/>
        <w:jc w:val="both"/>
      </w:pPr>
      <w:r>
        <w:rPr>
          <w:rFonts w:ascii="Georgia" w:hAnsi="Georgia"/>
          <w:b w:val="0"/>
          <w:i w:val="0"/>
          <w:color w:val="22201D"/>
          <w:sz w:val="20"/>
        </w:rPr>
        <w:t>Evan said, "And if nobody does?"</w:t>
      </w:r>
    </w:p>
    <w:p>
      <w:pPr>
        <w:spacing w:after="60" w:line="266" w:lineRule="auto"/>
        <w:ind w:firstLine="331"/>
        <w:jc w:val="both"/>
      </w:pPr>
      <w:r>
        <w:rPr>
          <w:rFonts w:ascii="Georgia" w:hAnsi="Georgia"/>
          <w:b w:val="0"/>
          <w:i w:val="0"/>
          <w:color w:val="22201D"/>
          <w:sz w:val="20"/>
        </w:rPr>
        <w:t>"It cancels."</w:t>
      </w:r>
    </w:p>
    <w:p>
      <w:pPr>
        <w:spacing w:after="60" w:line="266" w:lineRule="auto"/>
        <w:ind w:firstLine="331"/>
        <w:jc w:val="both"/>
      </w:pPr>
      <w:r>
        <w:rPr>
          <w:rFonts w:ascii="Georgia" w:hAnsi="Georgia"/>
          <w:b w:val="0"/>
          <w:i w:val="0"/>
          <w:color w:val="22201D"/>
          <w:sz w:val="20"/>
        </w:rPr>
        <w:t>Nico said, "Itself?"</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"Can reservations do that?"</w:t>
      </w:r>
    </w:p>
    <w:p>
      <w:pPr>
        <w:spacing w:after="60" w:line="266" w:lineRule="auto"/>
        <w:ind w:firstLine="331"/>
        <w:jc w:val="both"/>
      </w:pPr>
      <w:r>
        <w:rPr>
          <w:rFonts w:ascii="Georgia" w:hAnsi="Georgia"/>
          <w:b w:val="0"/>
          <w:i w:val="0"/>
          <w:color w:val="22201D"/>
          <w:sz w:val="20"/>
        </w:rPr>
        <w:t>Steve, Gerald, and Auditor Ives all said, "No," at different levels of confidence.</w:t>
      </w:r>
    </w:p>
    <w:p>
      <w:pPr>
        <w:spacing w:after="60" w:line="266" w:lineRule="auto"/>
        <w:ind w:firstLine="331"/>
        <w:jc w:val="both"/>
      </w:pPr>
      <w:r>
        <w:rPr>
          <w:rFonts w:ascii="Georgia" w:hAnsi="Georgia"/>
          <w:b w:val="0"/>
          <w:i w:val="0"/>
          <w:color w:val="22201D"/>
          <w:sz w:val="20"/>
        </w:rPr>
        <w:t>The reservation app refreshed:</w:t>
      </w:r>
    </w:p>
    <w:p>
      <w:pPr>
        <w:spacing w:after="60" w:line="250" w:lineRule="auto"/>
        <w:ind w:left="202" w:right="173"/>
      </w:pPr>
      <w:r>
        <w:rPr>
          <w:rFonts w:ascii="Georgia" w:hAnsi="Georgia"/>
          <w:b w:val="0"/>
          <w:i w:val="0"/>
          <w:color w:val="22201D"/>
          <w:sz w:val="17"/>
        </w:rPr>
        <w:t>Can reservations do that? under demonstration</w:t>
      </w:r>
    </w:p>
    <w:p>
      <w:pPr>
        <w:spacing w:after="60" w:line="266" w:lineRule="auto"/>
        <w:ind w:firstLine="331"/>
        <w:jc w:val="both"/>
      </w:pPr>
      <w:r>
        <w:rPr>
          <w:rFonts w:ascii="Georgia" w:hAnsi="Georgia"/>
          <w:b w:val="0"/>
          <w:i w:val="0"/>
          <w:color w:val="22201D"/>
          <w:sz w:val="20"/>
        </w:rPr>
        <w:t>Gerald said, "I dislike being cited by an app."</w:t>
      </w:r>
    </w:p>
    <w:p>
      <w:pPr>
        <w:spacing w:after="60" w:line="266" w:lineRule="auto"/>
        <w:ind w:firstLine="331"/>
        <w:jc w:val="both"/>
      </w:pPr>
      <w:r>
        <w:rPr>
          <w:rFonts w:ascii="Georgia" w:hAnsi="Georgia"/>
          <w:b w:val="0"/>
          <w:i w:val="0"/>
          <w:color w:val="22201D"/>
          <w:sz w:val="20"/>
        </w:rPr>
        <w:t>The first claimant field filled:</w:t>
      </w:r>
    </w:p>
    <w:p>
      <w:pPr>
        <w:spacing w:after="60" w:line="250" w:lineRule="auto"/>
        <w:ind w:left="202" w:right="173"/>
      </w:pPr>
      <w:r>
        <w:rPr>
          <w:rFonts w:ascii="Georgia" w:hAnsi="Georgia"/>
          <w:b w:val="0"/>
          <w:i w:val="0"/>
          <w:color w:val="22201D"/>
          <w:sz w:val="17"/>
        </w:rPr>
        <w:t>Claimant: Party of four, first available</w:t>
      </w:r>
    </w:p>
    <w:p>
      <w:pPr>
        <w:spacing w:after="60" w:line="266" w:lineRule="auto"/>
        <w:ind w:firstLine="331"/>
        <w:jc w:val="both"/>
      </w:pPr>
      <w:r>
        <w:rPr>
          <w:rFonts w:ascii="Georgia" w:hAnsi="Georgia"/>
          <w:b w:val="0"/>
          <w:i w:val="0"/>
          <w:color w:val="22201D"/>
          <w:sz w:val="20"/>
        </w:rPr>
        <w:t>The app answered:</w:t>
      </w:r>
    </w:p>
    <w:p>
      <w:pPr>
        <w:spacing w:after="60" w:line="250" w:lineRule="auto"/>
        <w:ind w:left="202" w:right="173"/>
      </w:pPr>
      <w:r>
        <w:rPr>
          <w:rFonts w:ascii="Georgia" w:hAnsi="Georgia"/>
          <w:b w:val="0"/>
          <w:i w:val="0"/>
          <w:color w:val="22201D"/>
          <w:sz w:val="17"/>
        </w:rPr>
        <w:t>Claim rejected.  Reason: party size is logistics, not claim</w:t>
      </w:r>
    </w:p>
    <w:p>
      <w:pPr>
        <w:spacing w:after="60" w:line="266" w:lineRule="auto"/>
        <w:ind w:firstLine="331"/>
        <w:jc w:val="both"/>
      </w:pPr>
      <w:r>
        <w:rPr>
          <w:rFonts w:ascii="Georgia" w:hAnsi="Georgia"/>
          <w:b w:val="0"/>
          <w:i w:val="0"/>
          <w:color w:val="22201D"/>
          <w:sz w:val="20"/>
        </w:rPr>
        <w:t>Second:</w:t>
      </w:r>
    </w:p>
    <w:p>
      <w:pPr>
        <w:spacing w:after="60" w:line="250" w:lineRule="auto"/>
        <w:ind w:left="202" w:right="173"/>
      </w:pPr>
      <w:r>
        <w:rPr>
          <w:rFonts w:ascii="Georgia" w:hAnsi="Georgia"/>
          <w:b w:val="0"/>
          <w:i w:val="0"/>
          <w:color w:val="22201D"/>
          <w:sz w:val="17"/>
        </w:rPr>
        <w:t>Claimant: we have been waiting longest</w:t>
      </w:r>
    </w:p>
    <w:p>
      <w:pPr>
        <w:spacing w:after="60" w:line="250" w:lineRule="auto"/>
        <w:ind w:left="202" w:right="173"/>
      </w:pPr>
      <w:r>
        <w:rPr>
          <w:rFonts w:ascii="Georgia" w:hAnsi="Georgia"/>
          <w:b w:val="0"/>
          <w:i w:val="0"/>
          <w:color w:val="22201D"/>
          <w:sz w:val="17"/>
        </w:rPr>
        <w:t>Claim rejected.  Reason: duration is not ownership</w:t>
      </w:r>
    </w:p>
    <w:p>
      <w:pPr>
        <w:spacing w:after="60" w:line="266" w:lineRule="auto"/>
        <w:ind w:firstLine="331"/>
        <w:jc w:val="both"/>
      </w:pPr>
      <w:r>
        <w:rPr>
          <w:rFonts w:ascii="Georgia" w:hAnsi="Georgia"/>
          <w:b w:val="0"/>
          <w:i w:val="0"/>
          <w:color w:val="22201D"/>
          <w:sz w:val="20"/>
        </w:rPr>
        <w:t>Third:</w:t>
      </w:r>
    </w:p>
    <w:p>
      <w:pPr>
        <w:spacing w:after="60" w:line="250" w:lineRule="auto"/>
        <w:ind w:left="202" w:right="173"/>
      </w:pPr>
      <w:r>
        <w:rPr>
          <w:rFonts w:ascii="Georgia" w:hAnsi="Georgia"/>
          <w:b w:val="0"/>
          <w:i w:val="0"/>
          <w:color w:val="22201D"/>
          <w:sz w:val="17"/>
        </w:rPr>
        <w:t>Claimant: we came from Vancouver</w:t>
      </w:r>
    </w:p>
    <w:p>
      <w:pPr>
        <w:spacing w:after="60" w:line="250" w:lineRule="auto"/>
        <w:ind w:left="202" w:right="173"/>
      </w:pPr>
      <w:r>
        <w:rPr>
          <w:rFonts w:ascii="Georgia" w:hAnsi="Georgia"/>
          <w:b w:val="0"/>
          <w:i w:val="0"/>
          <w:color w:val="22201D"/>
          <w:sz w:val="17"/>
        </w:rPr>
        <w:t>Claim rejected.  Reason: travel is not ownership</w:t>
      </w:r>
    </w:p>
    <w:p>
      <w:pPr>
        <w:spacing w:after="60" w:line="266" w:lineRule="auto"/>
        <w:ind w:firstLine="331"/>
        <w:jc w:val="both"/>
      </w:pPr>
      <w:r>
        <w:rPr>
          <w:rFonts w:ascii="Georgia" w:hAnsi="Georgia"/>
          <w:b w:val="0"/>
          <w:i w:val="0"/>
          <w:color w:val="22201D"/>
          <w:sz w:val="20"/>
        </w:rPr>
        <w:t>Fourth:</w:t>
      </w:r>
    </w:p>
    <w:p>
      <w:pPr>
        <w:spacing w:after="60" w:line="250" w:lineRule="auto"/>
        <w:ind w:left="202" w:right="173"/>
      </w:pPr>
      <w:r>
        <w:rPr>
          <w:rFonts w:ascii="Georgia" w:hAnsi="Georgia"/>
          <w:b w:val="0"/>
          <w:i w:val="0"/>
          <w:color w:val="22201D"/>
          <w:sz w:val="17"/>
        </w:rPr>
        <w:t>Claimant: I know the person who posted the first review</w:t>
      </w:r>
    </w:p>
    <w:p>
      <w:pPr>
        <w:spacing w:after="60" w:line="250" w:lineRule="auto"/>
        <w:ind w:left="202" w:right="173"/>
      </w:pPr>
      <w:r>
        <w:rPr>
          <w:rFonts w:ascii="Georgia" w:hAnsi="Georgia"/>
          <w:b w:val="0"/>
          <w:i w:val="0"/>
          <w:color w:val="22201D"/>
          <w:sz w:val="17"/>
        </w:rPr>
        <w:t>Claim rejected.  Reason: proximity to description is not ownership</w:t>
      </w:r>
    </w:p>
    <w:p>
      <w:pPr>
        <w:spacing w:after="60" w:line="266" w:lineRule="auto"/>
        <w:ind w:firstLine="331"/>
        <w:jc w:val="both"/>
      </w:pPr>
      <w:r>
        <w:rPr>
          <w:rFonts w:ascii="Georgia" w:hAnsi="Georgia"/>
          <w:b w:val="0"/>
          <w:i w:val="0"/>
          <w:color w:val="22201D"/>
          <w:sz w:val="20"/>
        </w:rPr>
        <w:t>Fifth:</w:t>
      </w:r>
    </w:p>
    <w:p>
      <w:pPr>
        <w:spacing w:after="60" w:line="250" w:lineRule="auto"/>
        <w:ind w:left="202" w:right="173"/>
      </w:pPr>
      <w:r>
        <w:rPr>
          <w:rFonts w:ascii="Georgia" w:hAnsi="Georgia"/>
          <w:b w:val="0"/>
          <w:i w:val="0"/>
          <w:color w:val="22201D"/>
          <w:sz w:val="17"/>
        </w:rPr>
        <w:t>Claimant: I can pay</w:t>
      </w:r>
    </w:p>
    <w:p>
      <w:pPr>
        <w:spacing w:after="60" w:line="266" w:lineRule="auto"/>
        <w:ind w:firstLine="331"/>
        <w:jc w:val="both"/>
      </w:pPr>
      <w:r>
        <w:rPr>
          <w:rFonts w:ascii="Georgia" w:hAnsi="Georgia"/>
          <w:b w:val="0"/>
          <w:i w:val="0"/>
          <w:color w:val="22201D"/>
          <w:sz w:val="20"/>
        </w:rPr>
        <w:t>The app paused.</w:t>
      </w:r>
    </w:p>
    <w:p>
      <w:pPr>
        <w:spacing w:after="60" w:line="266" w:lineRule="auto"/>
        <w:ind w:firstLine="331"/>
        <w:jc w:val="both"/>
      </w:pPr>
      <w:r>
        <w:rPr>
          <w:rFonts w:ascii="Georgia" w:hAnsi="Georgia"/>
          <w:b w:val="0"/>
          <w:i w:val="0"/>
          <w:color w:val="22201D"/>
          <w:sz w:val="20"/>
        </w:rPr>
        <w:t>That pause made the room colder.</w:t>
      </w:r>
    </w:p>
    <w:p>
      <w:pPr>
        <w:spacing w:after="60" w:line="266" w:lineRule="auto"/>
        <w:ind w:firstLine="331"/>
        <w:jc w:val="both"/>
      </w:pPr>
      <w:r>
        <w:rPr>
          <w:rFonts w:ascii="Georgia" w:hAnsi="Georgia"/>
          <w:b w:val="0"/>
          <w:i w:val="0"/>
          <w:color w:val="22201D"/>
          <w:sz w:val="20"/>
        </w:rPr>
        <w:t>Not because the answer might be yes.</w:t>
      </w:r>
    </w:p>
    <w:p>
      <w:pPr>
        <w:spacing w:after="60" w:line="266" w:lineRule="auto"/>
        <w:ind w:firstLine="331"/>
        <w:jc w:val="both"/>
      </w:pPr>
      <w:r>
        <w:rPr>
          <w:rFonts w:ascii="Georgia" w:hAnsi="Georgia"/>
          <w:b w:val="0"/>
          <w:i w:val="0"/>
          <w:color w:val="22201D"/>
          <w:sz w:val="20"/>
        </w:rPr>
        <w:t>Because everyone knew how often the answer elsewhere had been yes.</w:t>
      </w:r>
    </w:p>
    <w:p>
      <w:pPr>
        <w:spacing w:after="60" w:line="266" w:lineRule="auto"/>
        <w:ind w:firstLine="331"/>
        <w:jc w:val="both"/>
      </w:pPr>
      <w:r>
        <w:rPr>
          <w:rFonts w:ascii="Georgia" w:hAnsi="Georgia"/>
          <w:b w:val="0"/>
          <w:i w:val="0"/>
          <w:color w:val="22201D"/>
          <w:sz w:val="20"/>
        </w:rPr>
        <w:t>The cancellation note wrote in heavy letters:</w:t>
      </w:r>
    </w:p>
    <w:p>
      <w:pPr>
        <w:spacing w:after="60" w:line="250" w:lineRule="auto"/>
        <w:ind w:left="202" w:right="173"/>
      </w:pPr>
      <w:r>
        <w:rPr>
          <w:rFonts w:ascii="Georgia" w:hAnsi="Georgia"/>
          <w:b w:val="0"/>
          <w:i w:val="0"/>
          <w:color w:val="22201D"/>
          <w:sz w:val="17"/>
        </w:rPr>
        <w:t>Claim rejected.  Reason: money may settle a bill. It cannot own a table.</w:t>
      </w:r>
    </w:p>
    <w:p>
      <w:pPr>
        <w:spacing w:after="60" w:line="266" w:lineRule="auto"/>
        <w:ind w:firstLine="331"/>
        <w:jc w:val="both"/>
      </w:pPr>
      <w:r>
        <w:rPr>
          <w:rFonts w:ascii="Georgia" w:hAnsi="Georgia"/>
          <w:b w:val="0"/>
          <w:i w:val="0"/>
          <w:color w:val="22201D"/>
          <w:sz w:val="20"/>
        </w:rPr>
        <w:t>Gerald nodded once.</w:t>
      </w:r>
    </w:p>
    <w:p>
      <w:pPr>
        <w:spacing w:after="60" w:line="266" w:lineRule="auto"/>
        <w:ind w:firstLine="331"/>
        <w:jc w:val="both"/>
      </w:pPr>
      <w:r>
        <w:rPr>
          <w:rFonts w:ascii="Georgia" w:hAnsi="Georgia"/>
          <w:b w:val="0"/>
          <w:i w:val="0"/>
          <w:color w:val="22201D"/>
          <w:sz w:val="20"/>
        </w:rPr>
        <w:t>Steve wrote that down.</w:t>
      </w:r>
    </w:p>
    <w:p>
      <w:pPr>
        <w:spacing w:after="60" w:line="266" w:lineRule="auto"/>
        <w:ind w:firstLine="331"/>
        <w:jc w:val="both"/>
      </w:pPr>
      <w:r>
        <w:rPr>
          <w:rFonts w:ascii="Georgia" w:hAnsi="Georgia"/>
          <w:b w:val="0"/>
          <w:i w:val="0"/>
          <w:color w:val="22201D"/>
          <w:sz w:val="20"/>
        </w:rPr>
        <w:t>Auditor Ives wrote it down more carefully.</w:t>
      </w:r>
    </w:p>
    <w:p>
      <w:pPr>
        <w:spacing w:after="60" w:line="266" w:lineRule="auto"/>
        <w:ind w:firstLine="331"/>
        <w:jc w:val="both"/>
      </w:pPr>
      <w:r>
        <w:rPr>
          <w:rFonts w:ascii="Georgia" w:hAnsi="Georgia"/>
          <w:b w:val="0"/>
          <w:i w:val="0"/>
          <w:color w:val="22201D"/>
          <w:sz w:val="20"/>
        </w:rPr>
        <w:t>Nico did not photograph it.</w:t>
      </w:r>
    </w:p>
    <w:p>
      <w:pPr>
        <w:spacing w:after="60" w:line="266" w:lineRule="auto"/>
        <w:ind w:firstLine="331"/>
        <w:jc w:val="both"/>
      </w:pPr>
      <w:r>
        <w:rPr>
          <w:rFonts w:ascii="Georgia" w:hAnsi="Georgia"/>
          <w:b w:val="0"/>
          <w:i w:val="0"/>
          <w:color w:val="22201D"/>
          <w:sz w:val="20"/>
        </w:rPr>
        <w:t>That was the first useful thing their camera did all day.</w:t>
      </w:r>
    </w:p>
    <w:p>
      <w:pPr>
        <w:spacing w:after="60" w:line="266" w:lineRule="auto"/>
        <w:ind w:firstLine="331"/>
        <w:jc w:val="both"/>
      </w:pPr>
      <w:r>
        <w:rPr>
          <w:rFonts w:ascii="Georgia" w:hAnsi="Georgia"/>
          <w:b w:val="0"/>
          <w:i w:val="0"/>
          <w:color w:val="22201D"/>
          <w:sz w:val="20"/>
        </w:rPr>
        <w:t>The line outside became less loud.</w:t>
      </w:r>
    </w:p>
    <w:p>
      <w:pPr>
        <w:spacing w:after="60" w:line="266" w:lineRule="auto"/>
        <w:ind w:firstLine="331"/>
        <w:jc w:val="both"/>
      </w:pPr>
      <w:r>
        <w:rPr>
          <w:rFonts w:ascii="Georgia" w:hAnsi="Georgia"/>
          <w:b w:val="0"/>
          <w:i w:val="0"/>
          <w:color w:val="22201D"/>
          <w:sz w:val="20"/>
        </w:rPr>
        <w:t>Less loud was not the same as wiser, but it allowed wisdom to be heard if it arrived.</w:t>
      </w:r>
    </w:p>
    <w:p>
      <w:pPr>
        <w:spacing w:after="60" w:line="266" w:lineRule="auto"/>
        <w:ind w:firstLine="331"/>
        <w:jc w:val="both"/>
      </w:pPr>
      <w:r>
        <w:rPr>
          <w:rFonts w:ascii="Georgia" w:hAnsi="Georgia"/>
          <w:b w:val="0"/>
          <w:i w:val="0"/>
          <w:color w:val="22201D"/>
          <w:sz w:val="20"/>
        </w:rPr>
        <w:t>The Hostess looked at the empty table.</w:t>
      </w:r>
    </w:p>
    <w:p>
      <w:pPr>
        <w:spacing w:after="60" w:line="266" w:lineRule="auto"/>
        <w:ind w:firstLine="331"/>
        <w:jc w:val="both"/>
      </w:pPr>
      <w:r>
        <w:rPr>
          <w:rFonts w:ascii="Georgia" w:hAnsi="Georgia"/>
          <w:b w:val="0"/>
          <w:i w:val="0"/>
          <w:color w:val="22201D"/>
          <w:sz w:val="20"/>
        </w:rPr>
        <w:t>"Who inside wishes to claim it?"</w:t>
      </w:r>
    </w:p>
    <w:p>
      <w:pPr>
        <w:spacing w:after="60" w:line="266" w:lineRule="auto"/>
        <w:ind w:firstLine="331"/>
        <w:jc w:val="both"/>
      </w:pPr>
      <w:r>
        <w:rPr>
          <w:rFonts w:ascii="Georgia" w:hAnsi="Georgia"/>
          <w:b w:val="0"/>
          <w:i w:val="0"/>
          <w:color w:val="22201D"/>
          <w:sz w:val="20"/>
        </w:rPr>
        <w:t>No one answered.</w:t>
      </w:r>
    </w:p>
    <w:p>
      <w:pPr>
        <w:spacing w:after="60" w:line="266" w:lineRule="auto"/>
        <w:ind w:firstLine="331"/>
        <w:jc w:val="both"/>
      </w:pPr>
      <w:r>
        <w:rPr>
          <w:rFonts w:ascii="Georgia" w:hAnsi="Georgia"/>
          <w:b w:val="0"/>
          <w:i w:val="0"/>
          <w:color w:val="22201D"/>
          <w:sz w:val="20"/>
        </w:rPr>
        <w:t>This seemed promising until everyone realized silence could also be a claim wearing better clothes.</w:t>
      </w:r>
    </w:p>
    <w:p>
      <w:pPr>
        <w:spacing w:after="60" w:line="266" w:lineRule="auto"/>
        <w:ind w:firstLine="331"/>
        <w:jc w:val="both"/>
      </w:pPr>
      <w:r>
        <w:rPr>
          <w:rFonts w:ascii="Georgia" w:hAnsi="Georgia"/>
          <w:b w:val="0"/>
          <w:i w:val="0"/>
          <w:color w:val="22201D"/>
          <w:sz w:val="20"/>
        </w:rPr>
        <w:t>The cancellation note printed:</w:t>
      </w:r>
    </w:p>
    <w:p>
      <w:pPr>
        <w:spacing w:after="60" w:line="250" w:lineRule="auto"/>
        <w:ind w:left="202" w:right="173"/>
      </w:pPr>
      <w:r>
        <w:rPr>
          <w:rFonts w:ascii="Georgia" w:hAnsi="Georgia"/>
          <w:b w:val="0"/>
          <w:i w:val="0"/>
          <w:color w:val="22201D"/>
          <w:sz w:val="17"/>
        </w:rPr>
        <w:t>Internal claim check: active</w:t>
      </w:r>
    </w:p>
    <w:p>
      <w:pPr>
        <w:spacing w:after="60" w:line="266" w:lineRule="auto"/>
        <w:ind w:firstLine="331"/>
        <w:jc w:val="both"/>
      </w:pPr>
      <w:r>
        <w:rPr>
          <w:rFonts w:ascii="Georgia" w:hAnsi="Georgia"/>
          <w:b w:val="0"/>
          <w:i w:val="0"/>
          <w:color w:val="22201D"/>
          <w:sz w:val="20"/>
        </w:rPr>
        <w:t>At Table One, Nico looked at the empty witness seat.</w:t>
      </w:r>
    </w:p>
    <w:p>
      <w:pPr>
        <w:spacing w:after="60" w:line="266" w:lineRule="auto"/>
        <w:ind w:firstLine="331"/>
        <w:jc w:val="both"/>
      </w:pPr>
      <w:r>
        <w:rPr>
          <w:rFonts w:ascii="Georgia" w:hAnsi="Georgia"/>
          <w:b w:val="0"/>
          <w:i w:val="0"/>
          <w:color w:val="22201D"/>
          <w:sz w:val="20"/>
        </w:rPr>
        <w:t>"I do not claim it."</w:t>
      </w:r>
    </w:p>
    <w:p>
      <w:pPr>
        <w:spacing w:after="60" w:line="266" w:lineRule="auto"/>
        <w:ind w:firstLine="331"/>
        <w:jc w:val="both"/>
      </w:pPr>
      <w:r>
        <w:rPr>
          <w:rFonts w:ascii="Georgia" w:hAnsi="Georgia"/>
          <w:b w:val="0"/>
          <w:i w:val="0"/>
          <w:color w:val="22201D"/>
          <w:sz w:val="20"/>
        </w:rPr>
        <w:t>The note wrote:</w:t>
      </w:r>
    </w:p>
    <w:p>
      <w:pPr>
        <w:spacing w:after="60" w:line="250" w:lineRule="auto"/>
        <w:ind w:left="202" w:right="173"/>
      </w:pPr>
      <w:r>
        <w:rPr>
          <w:rFonts w:ascii="Georgia" w:hAnsi="Georgia"/>
          <w:b w:val="0"/>
          <w:i w:val="0"/>
          <w:color w:val="22201D"/>
          <w:sz w:val="17"/>
        </w:rPr>
        <w:t>Nico: does not claim because witness cannot be captured Accepted</w:t>
      </w:r>
    </w:p>
    <w:p>
      <w:pPr>
        <w:spacing w:after="60" w:line="266" w:lineRule="auto"/>
        <w:ind w:firstLine="331"/>
        <w:jc w:val="both"/>
      </w:pPr>
      <w:r>
        <w:rPr>
          <w:rFonts w:ascii="Georgia" w:hAnsi="Georgia"/>
          <w:b w:val="0"/>
          <w:i w:val="0"/>
          <w:color w:val="22201D"/>
          <w:sz w:val="20"/>
        </w:rPr>
        <w:t>Nico exhaled.</w:t>
      </w:r>
    </w:p>
    <w:p>
      <w:pPr>
        <w:spacing w:after="60" w:line="266" w:lineRule="auto"/>
        <w:ind w:firstLine="331"/>
        <w:jc w:val="both"/>
      </w:pPr>
      <w:r>
        <w:rPr>
          <w:rFonts w:ascii="Georgia" w:hAnsi="Georgia"/>
          <w:b w:val="0"/>
          <w:i w:val="0"/>
          <w:color w:val="22201D"/>
          <w:sz w:val="20"/>
        </w:rPr>
        <w:t>"That felt like a test."</w:t>
      </w:r>
    </w:p>
    <w:p>
      <w:pPr>
        <w:spacing w:after="60" w:line="266" w:lineRule="auto"/>
        <w:ind w:firstLine="331"/>
        <w:jc w:val="both"/>
      </w:pPr>
      <w:r>
        <w:rPr>
          <w:rFonts w:ascii="Georgia" w:hAnsi="Georgia"/>
          <w:b w:val="0"/>
          <w:i w:val="0"/>
          <w:color w:val="22201D"/>
          <w:sz w:val="20"/>
        </w:rPr>
        <w:t>Ives said, "It was a test."</w:t>
      </w:r>
    </w:p>
    <w:p>
      <w:pPr>
        <w:spacing w:after="60" w:line="266" w:lineRule="auto"/>
        <w:ind w:firstLine="331"/>
        <w:jc w:val="both"/>
      </w:pPr>
      <w:r>
        <w:rPr>
          <w:rFonts w:ascii="Georgia" w:hAnsi="Georgia"/>
          <w:b w:val="0"/>
          <w:i w:val="0"/>
          <w:color w:val="22201D"/>
          <w:sz w:val="20"/>
        </w:rPr>
        <w:t>"Do you claim it?"</w:t>
      </w:r>
    </w:p>
    <w:p>
      <w:pPr>
        <w:spacing w:after="60" w:line="266" w:lineRule="auto"/>
        <w:ind w:firstLine="331"/>
        <w:jc w:val="both"/>
      </w:pPr>
      <w:r>
        <w:rPr>
          <w:rFonts w:ascii="Georgia" w:hAnsi="Georgia"/>
          <w:b w:val="0"/>
          <w:i w:val="0"/>
          <w:color w:val="22201D"/>
          <w:sz w:val="20"/>
        </w:rPr>
        <w:t>Auditor Ives straightened.</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 note waited.</w:t>
      </w:r>
    </w:p>
    <w:p>
      <w:pPr>
        <w:spacing w:after="60" w:line="266" w:lineRule="auto"/>
        <w:ind w:firstLine="331"/>
        <w:jc w:val="both"/>
      </w:pPr>
      <w:r>
        <w:rPr>
          <w:rFonts w:ascii="Georgia" w:hAnsi="Georgia"/>
          <w:b w:val="0"/>
          <w:i w:val="0"/>
          <w:color w:val="22201D"/>
          <w:sz w:val="20"/>
        </w:rPr>
        <w:t>Ives read the waiting.</w:t>
      </w:r>
    </w:p>
    <w:p>
      <w:pPr>
        <w:spacing w:after="60" w:line="266" w:lineRule="auto"/>
        <w:ind w:firstLine="331"/>
        <w:jc w:val="both"/>
      </w:pPr>
      <w:r>
        <w:rPr>
          <w:rFonts w:ascii="Georgia" w:hAnsi="Georgia"/>
          <w:b w:val="0"/>
          <w:i w:val="0"/>
          <w:color w:val="22201D"/>
          <w:sz w:val="20"/>
        </w:rPr>
        <w:t>"I do not claim it because procedure cannot become possession merely by arriving with a pen."</w:t>
      </w:r>
    </w:p>
    <w:p>
      <w:pPr>
        <w:spacing w:after="60" w:line="266" w:lineRule="auto"/>
        <w:ind w:firstLine="331"/>
        <w:jc w:val="both"/>
      </w:pPr>
      <w:r>
        <w:rPr>
          <w:rFonts w:ascii="Georgia" w:hAnsi="Georgia"/>
          <w:b w:val="0"/>
          <w:i w:val="0"/>
          <w:color w:val="22201D"/>
          <w:sz w:val="20"/>
        </w:rPr>
        <w:t>The note wrote:</w:t>
      </w:r>
    </w:p>
    <w:p>
      <w:pPr>
        <w:spacing w:after="60" w:line="250" w:lineRule="auto"/>
        <w:ind w:left="202" w:right="173"/>
      </w:pPr>
      <w:r>
        <w:rPr>
          <w:rFonts w:ascii="Georgia" w:hAnsi="Georgia"/>
          <w:b w:val="0"/>
          <w:i w:val="0"/>
          <w:color w:val="22201D"/>
          <w:sz w:val="17"/>
        </w:rPr>
        <w:t>Auditor Ives: does not claim because procedure is not possession Accepted</w:t>
      </w:r>
    </w:p>
    <w:p>
      <w:pPr>
        <w:spacing w:after="60" w:line="266" w:lineRule="auto"/>
        <w:ind w:firstLine="331"/>
        <w:jc w:val="both"/>
      </w:pPr>
      <w:r>
        <w:rPr>
          <w:rFonts w:ascii="Georgia" w:hAnsi="Georgia"/>
          <w:b w:val="0"/>
          <w:i w:val="0"/>
          <w:color w:val="22201D"/>
          <w:sz w:val="20"/>
        </w:rPr>
        <w:t>Nico said, "That was good."</w:t>
      </w:r>
    </w:p>
    <w:p>
      <w:pPr>
        <w:spacing w:after="60" w:line="266" w:lineRule="auto"/>
        <w:ind w:firstLine="331"/>
        <w:jc w:val="both"/>
      </w:pPr>
      <w:r>
        <w:rPr>
          <w:rFonts w:ascii="Georgia" w:hAnsi="Georgia"/>
          <w:b w:val="0"/>
          <w:i w:val="0"/>
          <w:color w:val="22201D"/>
          <w:sz w:val="20"/>
        </w:rPr>
        <w:t>Ives did not look pleased.</w:t>
      </w:r>
    </w:p>
    <w:p>
      <w:pPr>
        <w:spacing w:after="60" w:line="266" w:lineRule="auto"/>
        <w:ind w:firstLine="331"/>
        <w:jc w:val="both"/>
      </w:pPr>
      <w:r>
        <w:rPr>
          <w:rFonts w:ascii="Georgia" w:hAnsi="Georgia"/>
          <w:b w:val="0"/>
          <w:i w:val="0"/>
          <w:color w:val="22201D"/>
          <w:sz w:val="20"/>
        </w:rPr>
        <w:t>This was almost certainly because he was pleased.</w:t>
      </w:r>
    </w:p>
    <w:p>
      <w:pPr>
        <w:spacing w:after="60" w:line="266" w:lineRule="auto"/>
        <w:ind w:firstLine="331"/>
        <w:jc w:val="both"/>
      </w:pPr>
      <w:r>
        <w:rPr>
          <w:rFonts w:ascii="Georgia" w:hAnsi="Georgia"/>
          <w:b w:val="0"/>
          <w:i w:val="0"/>
          <w:color w:val="22201D"/>
          <w:sz w:val="20"/>
        </w:rPr>
        <w:t>At Table Two, Clara placed her bread down.</w:t>
      </w:r>
    </w:p>
    <w:p>
      <w:pPr>
        <w:spacing w:after="60" w:line="266" w:lineRule="auto"/>
        <w:ind w:firstLine="331"/>
        <w:jc w:val="both"/>
      </w:pPr>
      <w:r>
        <w:rPr>
          <w:rFonts w:ascii="Georgia" w:hAnsi="Georgia"/>
          <w:b w:val="0"/>
          <w:i w:val="0"/>
          <w:color w:val="22201D"/>
          <w:sz w:val="20"/>
        </w:rPr>
        <w:t>"I do not claim it."</w:t>
      </w:r>
    </w:p>
    <w:p>
      <w:pPr>
        <w:spacing w:after="60" w:line="266" w:lineRule="auto"/>
        <w:ind w:firstLine="331"/>
        <w:jc w:val="both"/>
      </w:pPr>
      <w:r>
        <w:rPr>
          <w:rFonts w:ascii="Georgia" w:hAnsi="Georgia"/>
          <w:b w:val="0"/>
          <w:i w:val="0"/>
          <w:color w:val="22201D"/>
          <w:sz w:val="20"/>
        </w:rPr>
        <w:t>The note waited.</w:t>
      </w:r>
    </w:p>
    <w:p>
      <w:pPr>
        <w:spacing w:after="60" w:line="266" w:lineRule="auto"/>
        <w:ind w:firstLine="331"/>
        <w:jc w:val="both"/>
      </w:pPr>
      <w:r>
        <w:rPr>
          <w:rFonts w:ascii="Georgia" w:hAnsi="Georgia"/>
          <w:b w:val="0"/>
          <w:i w:val="0"/>
          <w:color w:val="22201D"/>
          <w:sz w:val="20"/>
        </w:rPr>
        <w:t>She looked annoyed at having learned enough to know why.</w:t>
      </w:r>
    </w:p>
    <w:p>
      <w:pPr>
        <w:spacing w:after="60" w:line="266" w:lineRule="auto"/>
        <w:ind w:firstLine="331"/>
        <w:jc w:val="both"/>
      </w:pPr>
      <w:r>
        <w:rPr>
          <w:rFonts w:ascii="Georgia" w:hAnsi="Georgia"/>
          <w:b w:val="0"/>
          <w:i w:val="0"/>
          <w:color w:val="22201D"/>
          <w:sz w:val="20"/>
        </w:rPr>
        <w:t>"I do not claim it because being able to say I got the table is not lunch."</w:t>
      </w:r>
    </w:p>
    <w:p>
      <w:pPr>
        <w:spacing w:after="60" w:line="266" w:lineRule="auto"/>
        <w:ind w:firstLine="331"/>
        <w:jc w:val="both"/>
      </w:pPr>
      <w:r>
        <w:rPr>
          <w:rFonts w:ascii="Georgia" w:hAnsi="Georgia"/>
          <w:b w:val="0"/>
          <w:i w:val="0"/>
          <w:color w:val="22201D"/>
          <w:sz w:val="20"/>
        </w:rPr>
        <w:t>The note wrote:</w:t>
      </w:r>
    </w:p>
    <w:p>
      <w:pPr>
        <w:spacing w:after="60" w:line="250" w:lineRule="auto"/>
        <w:ind w:left="202" w:right="173"/>
      </w:pPr>
      <w:r>
        <w:rPr>
          <w:rFonts w:ascii="Georgia" w:hAnsi="Georgia"/>
          <w:b w:val="0"/>
          <w:i w:val="0"/>
          <w:color w:val="22201D"/>
          <w:sz w:val="17"/>
        </w:rPr>
        <w:t>Clara: does not claim because access is not lunch Accepted</w:t>
      </w:r>
    </w:p>
    <w:p>
      <w:pPr>
        <w:spacing w:after="60" w:line="266" w:lineRule="auto"/>
        <w:ind w:firstLine="331"/>
        <w:jc w:val="both"/>
      </w:pPr>
      <w:r>
        <w:rPr>
          <w:rFonts w:ascii="Georgia" w:hAnsi="Georgia"/>
          <w:b w:val="0"/>
          <w:i w:val="0"/>
          <w:color w:val="22201D"/>
          <w:sz w:val="20"/>
        </w:rPr>
        <w:t>Evan said, "I do not claim it because I am eating lunch."</w:t>
      </w:r>
    </w:p>
    <w:p>
      <w:pPr>
        <w:spacing w:after="60" w:line="266" w:lineRule="auto"/>
        <w:ind w:firstLine="331"/>
        <w:jc w:val="both"/>
      </w:pPr>
      <w:r>
        <w:rPr>
          <w:rFonts w:ascii="Georgia" w:hAnsi="Georgia"/>
          <w:b w:val="0"/>
          <w:i w:val="0"/>
          <w:color w:val="22201D"/>
          <w:sz w:val="20"/>
        </w:rPr>
        <w:t>The note wrote:</w:t>
      </w:r>
    </w:p>
    <w:p>
      <w:pPr>
        <w:spacing w:after="60" w:line="250" w:lineRule="auto"/>
        <w:ind w:left="202" w:right="173"/>
      </w:pPr>
      <w:r>
        <w:rPr>
          <w:rFonts w:ascii="Georgia" w:hAnsi="Georgia"/>
          <w:b w:val="0"/>
          <w:i w:val="0"/>
          <w:color w:val="22201D"/>
          <w:sz w:val="17"/>
        </w:rPr>
        <w:t>Evan: does not claim because lunch is not rehearsal for meaning Accepted</w:t>
      </w:r>
    </w:p>
    <w:p>
      <w:pPr>
        <w:spacing w:after="60" w:line="266" w:lineRule="auto"/>
        <w:ind w:firstLine="331"/>
        <w:jc w:val="both"/>
      </w:pPr>
      <w:r>
        <w:rPr>
          <w:rFonts w:ascii="Georgia" w:hAnsi="Georgia"/>
          <w:b w:val="0"/>
          <w:i w:val="0"/>
          <w:color w:val="22201D"/>
          <w:sz w:val="20"/>
        </w:rPr>
        <w:t>Evan blinked.</w:t>
      </w:r>
    </w:p>
    <w:p>
      <w:pPr>
        <w:spacing w:after="60" w:line="266" w:lineRule="auto"/>
        <w:ind w:firstLine="331"/>
        <w:jc w:val="both"/>
      </w:pPr>
      <w:r>
        <w:rPr>
          <w:rFonts w:ascii="Georgia" w:hAnsi="Georgia"/>
          <w:b w:val="0"/>
          <w:i w:val="0"/>
          <w:color w:val="22201D"/>
          <w:sz w:val="20"/>
        </w:rPr>
        <w:t>"That is more than I said."</w:t>
      </w:r>
    </w:p>
    <w:p>
      <w:pPr>
        <w:spacing w:after="60" w:line="266" w:lineRule="auto"/>
        <w:ind w:firstLine="331"/>
        <w:jc w:val="both"/>
      </w:pPr>
      <w:r>
        <w:rPr>
          <w:rFonts w:ascii="Georgia" w:hAnsi="Georgia"/>
          <w:b w:val="0"/>
          <w:i w:val="0"/>
          <w:color w:val="22201D"/>
          <w:sz w:val="20"/>
        </w:rPr>
        <w:t>Clara smiled.</w:t>
      </w:r>
    </w:p>
    <w:p>
      <w:pPr>
        <w:spacing w:after="60" w:line="266" w:lineRule="auto"/>
        <w:ind w:firstLine="331"/>
        <w:jc w:val="both"/>
      </w:pPr>
      <w:r>
        <w:rPr>
          <w:rFonts w:ascii="Georgia" w:hAnsi="Georgia"/>
          <w:b w:val="0"/>
          <w:i w:val="0"/>
          <w:color w:val="22201D"/>
          <w:sz w:val="20"/>
        </w:rPr>
        <w:t>"Maybe you earned implied specificity."</w:t>
      </w:r>
    </w:p>
    <w:p>
      <w:pPr>
        <w:spacing w:after="60" w:line="266" w:lineRule="auto"/>
        <w:ind w:firstLine="331"/>
        <w:jc w:val="both"/>
      </w:pPr>
      <w:r>
        <w:rPr>
          <w:rFonts w:ascii="Georgia" w:hAnsi="Georgia"/>
          <w:b w:val="0"/>
          <w:i w:val="0"/>
          <w:color w:val="22201D"/>
          <w:sz w:val="20"/>
        </w:rPr>
        <w:t>His menu printed:</w:t>
      </w:r>
    </w:p>
    <w:p>
      <w:pPr>
        <w:spacing w:after="60" w:line="250" w:lineRule="auto"/>
        <w:ind w:left="202" w:right="173"/>
      </w:pPr>
      <w:r>
        <w:rPr>
          <w:rFonts w:ascii="Georgia" w:hAnsi="Georgia"/>
          <w:b w:val="0"/>
          <w:i w:val="0"/>
          <w:color w:val="22201D"/>
          <w:sz w:val="17"/>
        </w:rPr>
        <w:t>Do not celebrate implied specificity.</w:t>
      </w:r>
    </w:p>
    <w:p>
      <w:pPr>
        <w:spacing w:after="60" w:line="266" w:lineRule="auto"/>
        <w:ind w:firstLine="331"/>
        <w:jc w:val="both"/>
      </w:pPr>
      <w:r>
        <w:rPr>
          <w:rFonts w:ascii="Georgia" w:hAnsi="Georgia"/>
          <w:b w:val="0"/>
          <w:i w:val="0"/>
          <w:color w:val="22201D"/>
          <w:sz w:val="20"/>
        </w:rPr>
        <w:t>"Right."</w:t>
      </w:r>
    </w:p>
    <w:p>
      <w:pPr>
        <w:spacing w:after="60" w:line="266" w:lineRule="auto"/>
        <w:ind w:firstLine="331"/>
        <w:jc w:val="both"/>
      </w:pPr>
      <w:r>
        <w:rPr>
          <w:rFonts w:ascii="Georgia" w:hAnsi="Georgia"/>
          <w:b w:val="0"/>
          <w:i w:val="0"/>
          <w:color w:val="22201D"/>
          <w:sz w:val="20"/>
        </w:rPr>
        <w:t>At Table Three, Martin stared at the empty table.</w:t>
      </w:r>
    </w:p>
    <w:p>
      <w:pPr>
        <w:spacing w:after="60" w:line="266" w:lineRule="auto"/>
        <w:ind w:firstLine="331"/>
        <w:jc w:val="both"/>
      </w:pPr>
      <w:r>
        <w:rPr>
          <w:rFonts w:ascii="Georgia" w:hAnsi="Georgia"/>
          <w:b w:val="0"/>
          <w:i w:val="0"/>
          <w:color w:val="22201D"/>
          <w:sz w:val="20"/>
        </w:rPr>
        <w:t>"I hate that I want to claim it after saying I hate this place."</w:t>
      </w:r>
    </w:p>
    <w:p>
      <w:pPr>
        <w:spacing w:after="60" w:line="266" w:lineRule="auto"/>
        <w:ind w:firstLine="331"/>
        <w:jc w:val="both"/>
      </w:pPr>
      <w:r>
        <w:rPr>
          <w:rFonts w:ascii="Georgia" w:hAnsi="Georgia"/>
          <w:b w:val="0"/>
          <w:i w:val="0"/>
          <w:color w:val="22201D"/>
          <w:sz w:val="20"/>
        </w:rPr>
        <w:t>His menu printed:</w:t>
      </w:r>
    </w:p>
    <w:p>
      <w:pPr>
        <w:spacing w:after="60" w:line="250" w:lineRule="auto"/>
        <w:ind w:left="202" w:right="173"/>
      </w:pPr>
      <w:r>
        <w:rPr>
          <w:rFonts w:ascii="Georgia" w:hAnsi="Georgia"/>
          <w:b w:val="0"/>
          <w:i w:val="0"/>
          <w:color w:val="22201D"/>
          <w:sz w:val="17"/>
        </w:rPr>
        <w:t>Useful complaint.</w:t>
      </w:r>
    </w:p>
    <w:p>
      <w:pPr>
        <w:spacing w:after="60" w:line="266" w:lineRule="auto"/>
        <w:ind w:firstLine="331"/>
        <w:jc w:val="both"/>
      </w:pPr>
      <w:r>
        <w:rPr>
          <w:rFonts w:ascii="Georgia" w:hAnsi="Georgia"/>
          <w:b w:val="0"/>
          <w:i w:val="0"/>
          <w:color w:val="22201D"/>
          <w:sz w:val="20"/>
        </w:rPr>
        <w:t>The cancellation note waited.</w:t>
      </w:r>
    </w:p>
    <w:p>
      <w:pPr>
        <w:spacing w:after="60" w:line="266" w:lineRule="auto"/>
        <w:ind w:firstLine="331"/>
        <w:jc w:val="both"/>
      </w:pPr>
      <w:r>
        <w:rPr>
          <w:rFonts w:ascii="Georgia" w:hAnsi="Georgia"/>
          <w:b w:val="0"/>
          <w:i w:val="0"/>
          <w:color w:val="22201D"/>
          <w:sz w:val="20"/>
        </w:rPr>
        <w:t>Martin looked at his stew, then at the phone lying face-down at the edge of his table.</w:t>
      </w:r>
    </w:p>
    <w:p>
      <w:pPr>
        <w:spacing w:after="60" w:line="266" w:lineRule="auto"/>
        <w:ind w:firstLine="331"/>
        <w:jc w:val="both"/>
      </w:pPr>
      <w:r>
        <w:rPr>
          <w:rFonts w:ascii="Georgia" w:hAnsi="Georgia"/>
          <w:b w:val="0"/>
          <w:i w:val="0"/>
          <w:color w:val="22201D"/>
          <w:sz w:val="20"/>
        </w:rPr>
        <w:t>"I do not claim it because if I got it, I would use it to prove my complaint was special."</w:t>
      </w:r>
    </w:p>
    <w:p>
      <w:pPr>
        <w:spacing w:after="60" w:line="266" w:lineRule="auto"/>
        <w:ind w:firstLine="331"/>
        <w:jc w:val="both"/>
      </w:pPr>
      <w:r>
        <w:rPr>
          <w:rFonts w:ascii="Georgia" w:hAnsi="Georgia"/>
          <w:b w:val="0"/>
          <w:i w:val="0"/>
          <w:color w:val="22201D"/>
          <w:sz w:val="20"/>
        </w:rPr>
        <w:t>The note wrote:</w:t>
      </w:r>
    </w:p>
    <w:p>
      <w:pPr>
        <w:spacing w:after="60" w:line="250" w:lineRule="auto"/>
        <w:ind w:left="202" w:right="173"/>
      </w:pPr>
      <w:r>
        <w:rPr>
          <w:rFonts w:ascii="Georgia" w:hAnsi="Georgia"/>
          <w:b w:val="0"/>
          <w:i w:val="0"/>
          <w:color w:val="22201D"/>
          <w:sz w:val="17"/>
        </w:rPr>
        <w:t>Martin: does not claim because complaint is not title Accepted</w:t>
      </w:r>
    </w:p>
    <w:p>
      <w:pPr>
        <w:spacing w:after="60" w:line="266" w:lineRule="auto"/>
        <w:ind w:firstLine="331"/>
        <w:jc w:val="both"/>
      </w:pPr>
      <w:r>
        <w:rPr>
          <w:rFonts w:ascii="Georgia" w:hAnsi="Georgia"/>
          <w:b w:val="0"/>
          <w:i w:val="0"/>
          <w:color w:val="22201D"/>
          <w:sz w:val="20"/>
        </w:rPr>
        <w:t>Martin rubbed his eyes.</w:t>
      </w:r>
    </w:p>
    <w:p>
      <w:pPr>
        <w:spacing w:after="60" w:line="266" w:lineRule="auto"/>
        <w:ind w:firstLine="331"/>
        <w:jc w:val="both"/>
      </w:pPr>
      <w:r>
        <w:rPr>
          <w:rFonts w:ascii="Georgia" w:hAnsi="Georgia"/>
          <w:b w:val="0"/>
          <w:i w:val="0"/>
          <w:color w:val="22201D"/>
          <w:sz w:val="20"/>
        </w:rPr>
        <w:t>"I am becoming very tired of being accurately improved."</w:t>
      </w:r>
    </w:p>
    <w:p>
      <w:pPr>
        <w:spacing w:after="60" w:line="266" w:lineRule="auto"/>
        <w:ind w:firstLine="331"/>
        <w:jc w:val="both"/>
      </w:pPr>
      <w:r>
        <w:rPr>
          <w:rFonts w:ascii="Georgia" w:hAnsi="Georgia"/>
          <w:b w:val="0"/>
          <w:i w:val="0"/>
          <w:color w:val="22201D"/>
          <w:sz w:val="20"/>
        </w:rPr>
        <w:t>The menu printed:</w:t>
      </w:r>
    </w:p>
    <w:p>
      <w:pPr>
        <w:spacing w:after="60" w:line="250" w:lineRule="auto"/>
        <w:ind w:left="202" w:right="173"/>
      </w:pPr>
      <w:r>
        <w:rPr>
          <w:rFonts w:ascii="Georgia" w:hAnsi="Georgia"/>
          <w:b w:val="0"/>
          <w:i w:val="0"/>
          <w:color w:val="22201D"/>
          <w:sz w:val="17"/>
        </w:rPr>
        <w:t>Rest after stew.</w:t>
      </w:r>
    </w:p>
    <w:p>
      <w:pPr>
        <w:spacing w:after="60" w:line="266" w:lineRule="auto"/>
        <w:ind w:firstLine="331"/>
        <w:jc w:val="both"/>
      </w:pPr>
      <w:r>
        <w:rPr>
          <w:rFonts w:ascii="Georgia" w:hAnsi="Georgia"/>
          <w:b w:val="0"/>
          <w:i w:val="0"/>
          <w:color w:val="22201D"/>
          <w:sz w:val="20"/>
        </w:rPr>
        <w:t>"Fine."</w:t>
      </w:r>
    </w:p>
    <w:p>
      <w:pPr>
        <w:spacing w:after="60" w:line="266" w:lineRule="auto"/>
        <w:ind w:firstLine="331"/>
        <w:jc w:val="both"/>
      </w:pPr>
      <w:r>
        <w:rPr>
          <w:rFonts w:ascii="Georgia" w:hAnsi="Georgia"/>
          <w:b w:val="0"/>
          <w:i w:val="0"/>
          <w:color w:val="22201D"/>
          <w:sz w:val="20"/>
        </w:rPr>
        <w:t>The cancellation note turned toward the service path.</w:t>
      </w:r>
    </w:p>
    <w:p>
      <w:pPr>
        <w:spacing w:after="60" w:line="266" w:lineRule="auto"/>
        <w:ind w:firstLine="331"/>
        <w:jc w:val="both"/>
      </w:pPr>
      <w:r>
        <w:rPr>
          <w:rFonts w:ascii="Georgia" w:hAnsi="Georgia"/>
          <w:b w:val="0"/>
          <w:i w:val="0"/>
          <w:color w:val="22201D"/>
          <w:sz w:val="20"/>
        </w:rPr>
        <w:t>Flocc looked down at his side plate.</w:t>
      </w:r>
    </w:p>
    <w:p>
      <w:pPr>
        <w:spacing w:after="60" w:line="266" w:lineRule="auto"/>
        <w:ind w:firstLine="331"/>
        <w:jc w:val="both"/>
      </w:pPr>
      <w:r>
        <w:rPr>
          <w:rFonts w:ascii="Georgia" w:hAnsi="Georgia"/>
          <w:b w:val="0"/>
          <w:i w:val="0"/>
          <w:color w:val="22201D"/>
          <w:sz w:val="20"/>
        </w:rPr>
        <w:t>"I am not at a table."</w:t>
      </w:r>
    </w:p>
    <w:p>
      <w:pPr>
        <w:spacing w:after="60" w:line="266" w:lineRule="auto"/>
        <w:ind w:firstLine="331"/>
        <w:jc w:val="both"/>
      </w:pPr>
      <w:r>
        <w:rPr>
          <w:rFonts w:ascii="Georgia" w:hAnsi="Georgia"/>
          <w:b w:val="0"/>
          <w:i w:val="0"/>
          <w:color w:val="22201D"/>
          <w:sz w:val="20"/>
        </w:rPr>
        <w:t>The note waited.</w:t>
      </w:r>
    </w:p>
    <w:p>
      <w:pPr>
        <w:spacing w:after="60" w:line="266" w:lineRule="auto"/>
        <w:ind w:firstLine="331"/>
        <w:jc w:val="both"/>
      </w:pPr>
      <w:r>
        <w:rPr>
          <w:rFonts w:ascii="Georgia" w:hAnsi="Georgia"/>
          <w:b w:val="0"/>
          <w:i w:val="0"/>
          <w:color w:val="22201D"/>
          <w:sz w:val="20"/>
        </w:rPr>
        <w:t>"I know," he said. "That is not an answer."</w:t>
      </w:r>
    </w:p>
    <w:p>
      <w:pPr>
        <w:spacing w:after="60" w:line="266" w:lineRule="auto"/>
        <w:ind w:firstLine="331"/>
        <w:jc w:val="both"/>
      </w:pPr>
      <w:r>
        <w:rPr>
          <w:rFonts w:ascii="Georgia" w:hAnsi="Georgia"/>
          <w:b w:val="0"/>
          <w:i w:val="0"/>
          <w:color w:val="22201D"/>
          <w:sz w:val="20"/>
        </w:rPr>
        <w:t>The Hostess said nothing.</w:t>
      </w:r>
    </w:p>
    <w:p>
      <w:pPr>
        <w:spacing w:after="60" w:line="266" w:lineRule="auto"/>
        <w:ind w:firstLine="331"/>
        <w:jc w:val="both"/>
      </w:pPr>
      <w:r>
        <w:rPr>
          <w:rFonts w:ascii="Georgia" w:hAnsi="Georgia"/>
          <w:b w:val="0"/>
          <w:i w:val="0"/>
          <w:color w:val="22201D"/>
          <w:sz w:val="20"/>
        </w:rPr>
        <w:t>Mara did not look up from the glass of water.</w:t>
      </w:r>
    </w:p>
    <w:p>
      <w:pPr>
        <w:spacing w:after="60" w:line="266" w:lineRule="auto"/>
        <w:ind w:firstLine="331"/>
        <w:jc w:val="both"/>
      </w:pPr>
      <w:r>
        <w:rPr>
          <w:rFonts w:ascii="Georgia" w:hAnsi="Georgia"/>
          <w:b w:val="0"/>
          <w:i w:val="0"/>
          <w:color w:val="22201D"/>
          <w:sz w:val="20"/>
        </w:rPr>
        <w:t>This was becoming a pattern, and patterns were dangerous because they might be mistaken for rules. But this one gave him room rather than instruction, and that made it harder.</w:t>
      </w:r>
    </w:p>
    <w:p>
      <w:pPr>
        <w:spacing w:after="60" w:line="266" w:lineRule="auto"/>
        <w:ind w:firstLine="331"/>
        <w:jc w:val="both"/>
      </w:pPr>
      <w:r>
        <w:rPr>
          <w:rFonts w:ascii="Georgia" w:hAnsi="Georgia"/>
          <w:b w:val="0"/>
          <w:i w:val="0"/>
          <w:color w:val="22201D"/>
          <w:sz w:val="20"/>
        </w:rPr>
        <w:t>Flocc looked at the empty table.</w:t>
      </w:r>
    </w:p>
    <w:p>
      <w:pPr>
        <w:spacing w:after="60" w:line="266" w:lineRule="auto"/>
        <w:ind w:firstLine="331"/>
        <w:jc w:val="both"/>
      </w:pPr>
      <w:r>
        <w:rPr>
          <w:rFonts w:ascii="Georgia" w:hAnsi="Georgia"/>
          <w:b w:val="0"/>
          <w:i w:val="0"/>
          <w:color w:val="22201D"/>
          <w:sz w:val="20"/>
        </w:rPr>
        <w:t>He remembered when the table had seemed like proof that the restaurant had chosen him. He remembered wanting the impossible restaurant to remain impossible in a way that made his own access feel earned. He remembered the shame of seeing other people at the door and feeling threatened by their hunger before he had listened to it.</w:t>
      </w:r>
    </w:p>
    <w:p>
      <w:pPr>
        <w:spacing w:after="60" w:line="266" w:lineRule="auto"/>
        <w:ind w:firstLine="331"/>
        <w:jc w:val="both"/>
      </w:pPr>
      <w:r>
        <w:rPr>
          <w:rFonts w:ascii="Georgia" w:hAnsi="Georgia"/>
          <w:b w:val="0"/>
          <w:i w:val="0"/>
          <w:color w:val="22201D"/>
          <w:sz w:val="20"/>
        </w:rPr>
        <w:t>"I do not claim it," he said.</w:t>
      </w:r>
    </w:p>
    <w:p>
      <w:pPr>
        <w:spacing w:after="60" w:line="266" w:lineRule="auto"/>
        <w:ind w:firstLine="331"/>
        <w:jc w:val="both"/>
      </w:pPr>
      <w:r>
        <w:rPr>
          <w:rFonts w:ascii="Georgia" w:hAnsi="Georgia"/>
          <w:b w:val="0"/>
          <w:i w:val="0"/>
          <w:color w:val="22201D"/>
          <w:sz w:val="20"/>
        </w:rPr>
        <w:t>The note waited.</w:t>
      </w:r>
    </w:p>
    <w:p>
      <w:pPr>
        <w:spacing w:after="60" w:line="266" w:lineRule="auto"/>
        <w:ind w:firstLine="331"/>
        <w:jc w:val="both"/>
      </w:pPr>
      <w:r>
        <w:rPr>
          <w:rFonts w:ascii="Georgia" w:hAnsi="Georgia"/>
          <w:b w:val="0"/>
          <w:i w:val="0"/>
          <w:color w:val="22201D"/>
          <w:sz w:val="20"/>
        </w:rPr>
        <w:t>"Because I was never meant to own the proof that I had been fed."</w:t>
      </w:r>
    </w:p>
    <w:p>
      <w:pPr>
        <w:spacing w:after="60" w:line="266" w:lineRule="auto"/>
        <w:ind w:firstLine="331"/>
        <w:jc w:val="both"/>
      </w:pPr>
      <w:r>
        <w:rPr>
          <w:rFonts w:ascii="Georgia" w:hAnsi="Georgia"/>
          <w:b w:val="0"/>
          <w:i w:val="0"/>
          <w:color w:val="22201D"/>
          <w:sz w:val="20"/>
        </w:rPr>
        <w:t>The cancellation note wrote:</w:t>
      </w:r>
    </w:p>
    <w:p>
      <w:pPr>
        <w:spacing w:after="60" w:line="250" w:lineRule="auto"/>
        <w:ind w:left="202" w:right="173"/>
      </w:pPr>
      <w:r>
        <w:rPr>
          <w:rFonts w:ascii="Georgia" w:hAnsi="Georgia"/>
          <w:b w:val="0"/>
          <w:i w:val="0"/>
          <w:color w:val="22201D"/>
          <w:sz w:val="17"/>
        </w:rPr>
        <w:t>Flocc: does not claim because being fed is not title Accepted</w:t>
      </w:r>
    </w:p>
    <w:p>
      <w:pPr>
        <w:spacing w:after="60" w:line="266" w:lineRule="auto"/>
        <w:ind w:firstLine="331"/>
        <w:jc w:val="both"/>
      </w:pPr>
      <w:r>
        <w:rPr>
          <w:rFonts w:ascii="Georgia" w:hAnsi="Georgia"/>
          <w:b w:val="0"/>
          <w:i w:val="0"/>
          <w:color w:val="22201D"/>
          <w:sz w:val="20"/>
        </w:rPr>
        <w:t>The service path widened again.</w:t>
      </w:r>
    </w:p>
    <w:p>
      <w:pPr>
        <w:spacing w:after="60" w:line="266" w:lineRule="auto"/>
        <w:ind w:firstLine="331"/>
        <w:jc w:val="both"/>
      </w:pPr>
      <w:r>
        <w:rPr>
          <w:rFonts w:ascii="Georgia" w:hAnsi="Georgia"/>
          <w:b w:val="0"/>
          <w:i w:val="0"/>
          <w:color w:val="22201D"/>
          <w:sz w:val="20"/>
        </w:rPr>
        <w:t>Not visibly.</w:t>
      </w:r>
    </w:p>
    <w:p>
      <w:pPr>
        <w:spacing w:after="60" w:line="266" w:lineRule="auto"/>
        <w:ind w:firstLine="331"/>
        <w:jc w:val="both"/>
      </w:pPr>
      <w:r>
        <w:rPr>
          <w:rFonts w:ascii="Georgia" w:hAnsi="Georgia"/>
          <w:b w:val="0"/>
          <w:i w:val="0"/>
          <w:color w:val="22201D"/>
          <w:sz w:val="20"/>
        </w:rPr>
        <w:t>Gerald still noticed.</w:t>
      </w:r>
    </w:p>
    <w:p>
      <w:pPr>
        <w:spacing w:after="60" w:line="266" w:lineRule="auto"/>
        <w:ind w:firstLine="331"/>
        <w:jc w:val="both"/>
      </w:pPr>
      <w:r>
        <w:rPr>
          <w:rFonts w:ascii="Georgia" w:hAnsi="Georgia"/>
          <w:b w:val="0"/>
          <w:i w:val="0"/>
          <w:color w:val="22201D"/>
          <w:sz w:val="20"/>
        </w:rPr>
        <w:t>Mara picked up her glass of water.</w:t>
      </w:r>
    </w:p>
    <w:p>
      <w:pPr>
        <w:spacing w:after="60" w:line="266" w:lineRule="auto"/>
        <w:ind w:firstLine="331"/>
        <w:jc w:val="both"/>
      </w:pPr>
      <w:r>
        <w:rPr>
          <w:rFonts w:ascii="Georgia" w:hAnsi="Georgia"/>
          <w:b w:val="0"/>
          <w:i w:val="0"/>
          <w:color w:val="22201D"/>
          <w:sz w:val="20"/>
        </w:rPr>
        <w:t>The note turned toward the bench.</w:t>
      </w:r>
    </w:p>
    <w:p>
      <w:pPr>
        <w:spacing w:after="60" w:line="266" w:lineRule="auto"/>
        <w:ind w:firstLine="331"/>
        <w:jc w:val="both"/>
      </w:pPr>
      <w:r>
        <w:rPr>
          <w:rFonts w:ascii="Georgia" w:hAnsi="Georgia"/>
          <w:b w:val="0"/>
          <w:i w:val="0"/>
          <w:color w:val="22201D"/>
          <w:sz w:val="20"/>
        </w:rPr>
        <w:t>Mara said, "I do not claim it."</w:t>
      </w:r>
    </w:p>
    <w:p>
      <w:pPr>
        <w:spacing w:after="60" w:line="266" w:lineRule="auto"/>
        <w:ind w:firstLine="331"/>
        <w:jc w:val="both"/>
      </w:pPr>
      <w:r>
        <w:rPr>
          <w:rFonts w:ascii="Georgia" w:hAnsi="Georgia"/>
          <w:b w:val="0"/>
          <w:i w:val="0"/>
          <w:color w:val="22201D"/>
          <w:sz w:val="20"/>
        </w:rPr>
        <w:t>The note waited.</w:t>
      </w:r>
    </w:p>
    <w:p>
      <w:pPr>
        <w:spacing w:after="60" w:line="266" w:lineRule="auto"/>
        <w:ind w:firstLine="331"/>
        <w:jc w:val="both"/>
      </w:pPr>
      <w:r>
        <w:rPr>
          <w:rFonts w:ascii="Georgia" w:hAnsi="Georgia"/>
          <w:b w:val="0"/>
          <w:i w:val="0"/>
          <w:color w:val="22201D"/>
          <w:sz w:val="20"/>
        </w:rPr>
        <w:t>She sighed.</w:t>
      </w:r>
    </w:p>
    <w:p>
      <w:pPr>
        <w:spacing w:after="60" w:line="266" w:lineRule="auto"/>
        <w:ind w:firstLine="331"/>
        <w:jc w:val="both"/>
      </w:pPr>
      <w:r>
        <w:rPr>
          <w:rFonts w:ascii="Georgia" w:hAnsi="Georgia"/>
          <w:b w:val="0"/>
          <w:i w:val="0"/>
          <w:color w:val="22201D"/>
          <w:sz w:val="20"/>
        </w:rPr>
        <w:t>"Because claiming it would turn waiting into a strategy."</w:t>
      </w:r>
    </w:p>
    <w:p>
      <w:pPr>
        <w:spacing w:after="60" w:line="266" w:lineRule="auto"/>
        <w:ind w:firstLine="331"/>
        <w:jc w:val="both"/>
      </w:pPr>
      <w:r>
        <w:rPr>
          <w:rFonts w:ascii="Georgia" w:hAnsi="Georgia"/>
          <w:b w:val="0"/>
          <w:i w:val="0"/>
          <w:color w:val="22201D"/>
          <w:sz w:val="20"/>
        </w:rPr>
        <w:t>The note waited again.</w:t>
      </w:r>
    </w:p>
    <w:p>
      <w:pPr>
        <w:spacing w:after="60" w:line="266" w:lineRule="auto"/>
        <w:ind w:firstLine="331"/>
        <w:jc w:val="both"/>
      </w:pPr>
      <w:r>
        <w:rPr>
          <w:rFonts w:ascii="Georgia" w:hAnsi="Georgia"/>
          <w:b w:val="0"/>
          <w:i w:val="0"/>
          <w:color w:val="22201D"/>
          <w:sz w:val="20"/>
        </w:rPr>
        <w:t>Mara's expression sharpened.</w:t>
      </w:r>
    </w:p>
    <w:p>
      <w:pPr>
        <w:spacing w:after="60" w:line="266" w:lineRule="auto"/>
        <w:ind w:firstLine="331"/>
        <w:jc w:val="both"/>
      </w:pPr>
      <w:r>
        <w:rPr>
          <w:rFonts w:ascii="Georgia" w:hAnsi="Georgia"/>
          <w:b w:val="0"/>
          <w:i w:val="0"/>
          <w:color w:val="22201D"/>
          <w:sz w:val="20"/>
        </w:rPr>
        <w:t>"And because I do not need to sit at the center of a lesson to know I am here."</w:t>
      </w:r>
    </w:p>
    <w:p>
      <w:pPr>
        <w:spacing w:after="60" w:line="266" w:lineRule="auto"/>
        <w:ind w:firstLine="331"/>
        <w:jc w:val="both"/>
      </w:pPr>
      <w:r>
        <w:rPr>
          <w:rFonts w:ascii="Georgia" w:hAnsi="Georgia"/>
          <w:b w:val="0"/>
          <w:i w:val="0"/>
          <w:color w:val="22201D"/>
          <w:sz w:val="20"/>
        </w:rPr>
        <w:t>The cancellation note wrote:</w:t>
      </w:r>
    </w:p>
    <w:p>
      <w:pPr>
        <w:spacing w:after="60" w:line="250" w:lineRule="auto"/>
        <w:ind w:left="202" w:right="173"/>
      </w:pPr>
      <w:r>
        <w:rPr>
          <w:rFonts w:ascii="Georgia" w:hAnsi="Georgia"/>
          <w:b w:val="0"/>
          <w:i w:val="0"/>
          <w:color w:val="22201D"/>
          <w:sz w:val="17"/>
        </w:rPr>
        <w:t>Mara: does not claim because waiting is not leverage and presence is not proof Accepted</w:t>
      </w:r>
    </w:p>
    <w:p>
      <w:pPr>
        <w:spacing w:after="60" w:line="266" w:lineRule="auto"/>
        <w:ind w:firstLine="331"/>
        <w:jc w:val="both"/>
      </w:pPr>
      <w:r>
        <w:rPr>
          <w:rFonts w:ascii="Georgia" w:hAnsi="Georgia"/>
          <w:b w:val="0"/>
          <w:i w:val="0"/>
          <w:color w:val="22201D"/>
          <w:sz w:val="20"/>
        </w:rPr>
        <w:t>Flocc closed his eyes.</w:t>
      </w:r>
    </w:p>
    <w:p>
      <w:pPr>
        <w:spacing w:after="60" w:line="266" w:lineRule="auto"/>
        <w:ind w:firstLine="331"/>
        <w:jc w:val="both"/>
      </w:pPr>
      <w:r>
        <w:rPr>
          <w:rFonts w:ascii="Georgia" w:hAnsi="Georgia"/>
          <w:b w:val="0"/>
          <w:i w:val="0"/>
          <w:color w:val="22201D"/>
          <w:sz w:val="20"/>
        </w:rPr>
        <w:t>Not to perform being moved.</w:t>
      </w:r>
    </w:p>
    <w:p>
      <w:pPr>
        <w:spacing w:after="60" w:line="266" w:lineRule="auto"/>
        <w:ind w:firstLine="331"/>
        <w:jc w:val="both"/>
      </w:pPr>
      <w:r>
        <w:rPr>
          <w:rFonts w:ascii="Georgia" w:hAnsi="Georgia"/>
          <w:b w:val="0"/>
          <w:i w:val="0"/>
          <w:color w:val="22201D"/>
          <w:sz w:val="20"/>
        </w:rPr>
        <w:t>To avoid spending the moment too quickly.</w:t>
      </w:r>
    </w:p>
    <w:p>
      <w:pPr>
        <w:spacing w:after="60" w:line="266" w:lineRule="auto"/>
        <w:ind w:firstLine="331"/>
        <w:jc w:val="both"/>
      </w:pPr>
      <w:r>
        <w:rPr>
          <w:rFonts w:ascii="Georgia" w:hAnsi="Georgia"/>
          <w:b w:val="0"/>
          <w:i w:val="0"/>
          <w:color w:val="22201D"/>
          <w:sz w:val="20"/>
        </w:rPr>
        <w:t>Bob appeared at the kitchen threshold with a towel over one shoulder and a bowl in his hands.</w:t>
      </w:r>
    </w:p>
    <w:p>
      <w:pPr>
        <w:spacing w:after="60" w:line="266" w:lineRule="auto"/>
        <w:ind w:firstLine="331"/>
        <w:jc w:val="both"/>
      </w:pPr>
      <w:r>
        <w:rPr>
          <w:rFonts w:ascii="Georgia" w:hAnsi="Georgia"/>
          <w:b w:val="0"/>
          <w:i w:val="0"/>
          <w:color w:val="22201D"/>
          <w:sz w:val="20"/>
        </w:rPr>
        <w:t>"I do not claim it," he said.</w:t>
      </w:r>
    </w:p>
    <w:p>
      <w:pPr>
        <w:spacing w:after="60" w:line="266" w:lineRule="auto"/>
        <w:ind w:firstLine="331"/>
        <w:jc w:val="both"/>
      </w:pPr>
      <w:r>
        <w:rPr>
          <w:rFonts w:ascii="Georgia" w:hAnsi="Georgia"/>
          <w:b w:val="0"/>
          <w:i w:val="0"/>
          <w:color w:val="22201D"/>
          <w:sz w:val="20"/>
        </w:rPr>
        <w:t>The note did not wait.</w:t>
      </w:r>
    </w:p>
    <w:p>
      <w:pPr>
        <w:spacing w:after="60" w:line="250" w:lineRule="auto"/>
        <w:ind w:left="202" w:right="173"/>
      </w:pPr>
      <w:r>
        <w:rPr>
          <w:rFonts w:ascii="Georgia" w:hAnsi="Georgia"/>
          <w:b w:val="0"/>
          <w:i w:val="0"/>
          <w:color w:val="22201D"/>
          <w:sz w:val="17"/>
        </w:rPr>
        <w:t>Bob: does not claim because Bob Accepted</w:t>
      </w:r>
    </w:p>
    <w:p>
      <w:pPr>
        <w:spacing w:after="60" w:line="266" w:lineRule="auto"/>
        <w:ind w:firstLine="331"/>
        <w:jc w:val="both"/>
      </w:pPr>
      <w:r>
        <w:rPr>
          <w:rFonts w:ascii="Georgia" w:hAnsi="Georgia"/>
          <w:b w:val="0"/>
          <w:i w:val="0"/>
          <w:color w:val="22201D"/>
          <w:sz w:val="20"/>
        </w:rPr>
        <w:t>Steve frowned.</w:t>
      </w:r>
    </w:p>
    <w:p>
      <w:pPr>
        <w:spacing w:after="60" w:line="266" w:lineRule="auto"/>
        <w:ind w:firstLine="331"/>
        <w:jc w:val="both"/>
      </w:pPr>
      <w:r>
        <w:rPr>
          <w:rFonts w:ascii="Georgia" w:hAnsi="Georgia"/>
          <w:b w:val="0"/>
          <w:i w:val="0"/>
          <w:color w:val="22201D"/>
          <w:sz w:val="20"/>
        </w:rPr>
        <w:t>"That is not a reason."</w:t>
      </w:r>
    </w:p>
    <w:p>
      <w:pPr>
        <w:spacing w:after="60" w:line="266" w:lineRule="auto"/>
        <w:ind w:firstLine="331"/>
        <w:jc w:val="both"/>
      </w:pPr>
      <w:r>
        <w:rPr>
          <w:rFonts w:ascii="Georgia" w:hAnsi="Georgia"/>
          <w:b w:val="0"/>
          <w:i w:val="0"/>
          <w:color w:val="22201D"/>
          <w:sz w:val="20"/>
        </w:rPr>
        <w:t>Bob said, "It is if you have been paying attention."</w:t>
      </w:r>
    </w:p>
    <w:p>
      <w:pPr>
        <w:spacing w:after="60" w:line="266" w:lineRule="auto"/>
        <w:ind w:firstLine="331"/>
        <w:jc w:val="both"/>
      </w:pPr>
      <w:r>
        <w:rPr>
          <w:rFonts w:ascii="Georgia" w:hAnsi="Georgia"/>
          <w:b w:val="0"/>
          <w:i w:val="0"/>
          <w:color w:val="22201D"/>
          <w:sz w:val="20"/>
        </w:rPr>
        <w:t>The empty witness seat remained empty.</w:t>
      </w:r>
    </w:p>
    <w:p>
      <w:pPr>
        <w:spacing w:after="60" w:line="266" w:lineRule="auto"/>
        <w:ind w:firstLine="331"/>
        <w:jc w:val="both"/>
      </w:pPr>
      <w:r>
        <w:rPr>
          <w:rFonts w:ascii="Georgia" w:hAnsi="Georgia"/>
          <w:b w:val="0"/>
          <w:i w:val="0"/>
          <w:color w:val="22201D"/>
          <w:sz w:val="20"/>
        </w:rPr>
        <w:t>Auditor Ives wrote Bob exception? in his notebook, then crossed it out.</w:t>
      </w:r>
    </w:p>
    <w:p>
      <w:pPr>
        <w:spacing w:after="60" w:line="266" w:lineRule="auto"/>
        <w:ind w:firstLine="331"/>
        <w:jc w:val="both"/>
      </w:pPr>
      <w:r>
        <w:rPr>
          <w:rFonts w:ascii="Georgia" w:hAnsi="Georgia"/>
          <w:b w:val="0"/>
          <w:i w:val="0"/>
          <w:color w:val="22201D"/>
          <w:sz w:val="20"/>
        </w:rPr>
        <w:t>The cancellation note turned toward Gerald.</w:t>
      </w:r>
    </w:p>
    <w:p>
      <w:pPr>
        <w:spacing w:after="60" w:line="266" w:lineRule="auto"/>
        <w:ind w:firstLine="331"/>
        <w:jc w:val="both"/>
      </w:pPr>
      <w:r>
        <w:rPr>
          <w:rFonts w:ascii="Georgia" w:hAnsi="Georgia"/>
          <w:b w:val="0"/>
          <w:i w:val="0"/>
          <w:color w:val="22201D"/>
          <w:sz w:val="20"/>
        </w:rPr>
        <w:t>Gerald looked offended in advance.</w:t>
      </w:r>
    </w:p>
    <w:p>
      <w:pPr>
        <w:spacing w:after="60" w:line="266" w:lineRule="auto"/>
        <w:ind w:firstLine="331"/>
        <w:jc w:val="both"/>
      </w:pPr>
      <w:r>
        <w:rPr>
          <w:rFonts w:ascii="Georgia" w:hAnsi="Georgia"/>
          <w:b w:val="0"/>
          <w:i w:val="0"/>
          <w:color w:val="22201D"/>
          <w:sz w:val="20"/>
        </w:rPr>
        <w:t>"I do not claim it because claiming a table is not safety management."</w:t>
      </w:r>
    </w:p>
    <w:p>
      <w:pPr>
        <w:spacing w:after="60" w:line="266" w:lineRule="auto"/>
        <w:ind w:firstLine="331"/>
        <w:jc w:val="both"/>
      </w:pPr>
      <w:r>
        <w:rPr>
          <w:rFonts w:ascii="Georgia" w:hAnsi="Georgia"/>
          <w:b w:val="0"/>
          <w:i w:val="0"/>
          <w:color w:val="22201D"/>
          <w:sz w:val="20"/>
        </w:rPr>
        <w:t>The note wrote:</w:t>
      </w:r>
    </w:p>
    <w:p>
      <w:pPr>
        <w:spacing w:after="60" w:line="250" w:lineRule="auto"/>
        <w:ind w:left="202" w:right="173"/>
      </w:pPr>
      <w:r>
        <w:rPr>
          <w:rFonts w:ascii="Georgia" w:hAnsi="Georgia"/>
          <w:b w:val="0"/>
          <w:i w:val="0"/>
          <w:color w:val="22201D"/>
          <w:sz w:val="17"/>
        </w:rPr>
        <w:t>Gerald: does not claim because safety is stewardship, not ownership Accepted</w:t>
      </w:r>
    </w:p>
    <w:p>
      <w:pPr>
        <w:spacing w:after="60" w:line="266" w:lineRule="auto"/>
        <w:ind w:firstLine="331"/>
        <w:jc w:val="both"/>
      </w:pPr>
      <w:r>
        <w:rPr>
          <w:rFonts w:ascii="Georgia" w:hAnsi="Georgia"/>
          <w:b w:val="0"/>
          <w:i w:val="0"/>
          <w:color w:val="22201D"/>
          <w:sz w:val="20"/>
        </w:rPr>
        <w:t>Gerald nodded.</w:t>
      </w:r>
    </w:p>
    <w:p>
      <w:pPr>
        <w:spacing w:after="60" w:line="266" w:lineRule="auto"/>
        <w:ind w:firstLine="331"/>
        <w:jc w:val="both"/>
      </w:pPr>
      <w:r>
        <w:rPr>
          <w:rFonts w:ascii="Georgia" w:hAnsi="Georgia"/>
          <w:b w:val="0"/>
          <w:i w:val="0"/>
          <w:color w:val="22201D"/>
          <w:sz w:val="20"/>
        </w:rPr>
        <w:t>"That one is acceptable."</w:t>
      </w:r>
    </w:p>
    <w:p>
      <w:pPr>
        <w:spacing w:after="60" w:line="266" w:lineRule="auto"/>
        <w:ind w:firstLine="331"/>
        <w:jc w:val="both"/>
      </w:pPr>
      <w:r>
        <w:rPr>
          <w:rFonts w:ascii="Georgia" w:hAnsi="Georgia"/>
          <w:b w:val="0"/>
          <w:i w:val="0"/>
          <w:color w:val="22201D"/>
          <w:sz w:val="20"/>
        </w:rPr>
        <w:t>Then the note turned toward Steve.</w:t>
      </w:r>
    </w:p>
    <w:p>
      <w:pPr>
        <w:spacing w:after="60" w:line="266" w:lineRule="auto"/>
        <w:ind w:firstLine="331"/>
        <w:jc w:val="both"/>
      </w:pPr>
      <w:r>
        <w:rPr>
          <w:rFonts w:ascii="Georgia" w:hAnsi="Georgia"/>
          <w:b w:val="0"/>
          <w:i w:val="0"/>
          <w:color w:val="22201D"/>
          <w:sz w:val="20"/>
        </w:rPr>
        <w:t>Steve held up both hands.</w:t>
      </w:r>
    </w:p>
    <w:p>
      <w:pPr>
        <w:spacing w:after="60" w:line="266" w:lineRule="auto"/>
        <w:ind w:firstLine="331"/>
        <w:jc w:val="both"/>
      </w:pPr>
      <w:r>
        <w:rPr>
          <w:rFonts w:ascii="Georgia" w:hAnsi="Georgia"/>
          <w:b w:val="0"/>
          <w:i w:val="0"/>
          <w:color w:val="22201D"/>
          <w:sz w:val="20"/>
        </w:rPr>
        <w:t>"I do not claim it because a record of the table is not the table."</w:t>
      </w:r>
    </w:p>
    <w:p>
      <w:pPr>
        <w:spacing w:after="60" w:line="266" w:lineRule="auto"/>
        <w:ind w:firstLine="331"/>
        <w:jc w:val="both"/>
      </w:pPr>
      <w:r>
        <w:rPr>
          <w:rFonts w:ascii="Georgia" w:hAnsi="Georgia"/>
          <w:b w:val="0"/>
          <w:i w:val="0"/>
          <w:color w:val="22201D"/>
          <w:sz w:val="20"/>
        </w:rPr>
        <w:t>The note wrote:</w:t>
      </w:r>
    </w:p>
    <w:p>
      <w:pPr>
        <w:spacing w:after="60" w:line="250" w:lineRule="auto"/>
        <w:ind w:left="202" w:right="173"/>
      </w:pPr>
      <w:r>
        <w:rPr>
          <w:rFonts w:ascii="Georgia" w:hAnsi="Georgia"/>
          <w:b w:val="0"/>
          <w:i w:val="0"/>
          <w:color w:val="22201D"/>
          <w:sz w:val="17"/>
        </w:rPr>
        <w:t>Steve: does not claim because records preserve access without owning it Accepted</w:t>
      </w:r>
    </w:p>
    <w:p>
      <w:pPr>
        <w:spacing w:after="60" w:line="266" w:lineRule="auto"/>
        <w:ind w:firstLine="331"/>
        <w:jc w:val="both"/>
      </w:pPr>
      <w:r>
        <w:rPr>
          <w:rFonts w:ascii="Georgia" w:hAnsi="Georgia"/>
          <w:b w:val="0"/>
          <w:i w:val="0"/>
          <w:color w:val="22201D"/>
          <w:sz w:val="20"/>
        </w:rPr>
        <w:t>The room became very quiet.</w:t>
      </w:r>
    </w:p>
    <w:p>
      <w:pPr>
        <w:spacing w:after="60" w:line="266" w:lineRule="auto"/>
        <w:ind w:firstLine="331"/>
        <w:jc w:val="both"/>
      </w:pPr>
      <w:r>
        <w:rPr>
          <w:rFonts w:ascii="Georgia" w:hAnsi="Georgia"/>
          <w:b w:val="0"/>
          <w:i w:val="0"/>
          <w:color w:val="22201D"/>
          <w:sz w:val="20"/>
        </w:rPr>
        <w:t>The cancellation note had accepted everyone inside.</w:t>
      </w:r>
    </w:p>
    <w:p>
      <w:pPr>
        <w:spacing w:after="60" w:line="266" w:lineRule="auto"/>
        <w:ind w:firstLine="331"/>
        <w:jc w:val="both"/>
      </w:pPr>
      <w:r>
        <w:rPr>
          <w:rFonts w:ascii="Georgia" w:hAnsi="Georgia"/>
          <w:b w:val="0"/>
          <w:i w:val="0"/>
          <w:color w:val="22201D"/>
          <w:sz w:val="20"/>
        </w:rPr>
        <w:t>The app outside continued receiving claims.</w:t>
      </w:r>
    </w:p>
    <w:p>
      <w:pPr>
        <w:spacing w:after="60" w:line="250" w:lineRule="auto"/>
        <w:ind w:left="202" w:right="173"/>
      </w:pPr>
      <w:r>
        <w:rPr>
          <w:rFonts w:ascii="Georgia" w:hAnsi="Georgia"/>
          <w:b w:val="0"/>
          <w:i w:val="0"/>
          <w:color w:val="22201D"/>
          <w:sz w:val="17"/>
        </w:rPr>
        <w:t>Claimant: just one photo</w:t>
      </w:r>
    </w:p>
    <w:p>
      <w:pPr>
        <w:spacing w:after="60" w:line="250" w:lineRule="auto"/>
        <w:ind w:left="202" w:right="173"/>
      </w:pPr>
      <w:r>
        <w:rPr>
          <w:rFonts w:ascii="Georgia" w:hAnsi="Georgia"/>
          <w:b w:val="0"/>
          <w:i w:val="0"/>
          <w:color w:val="22201D"/>
          <w:sz w:val="17"/>
        </w:rPr>
        <w:t>Claim rejected. Reason: capture is not access</w:t>
      </w:r>
    </w:p>
    <w:p>
      <w:pPr>
        <w:spacing w:after="60" w:line="250" w:lineRule="auto"/>
        <w:ind w:left="202" w:right="173"/>
      </w:pPr>
      <w:r>
        <w:rPr>
          <w:rFonts w:ascii="Georgia" w:hAnsi="Georgia"/>
          <w:b w:val="0"/>
          <w:i w:val="0"/>
          <w:color w:val="22201D"/>
          <w:sz w:val="17"/>
        </w:rPr>
        <w:t>Claimant: someone should get it</w:t>
      </w:r>
    </w:p>
    <w:p>
      <w:pPr>
        <w:spacing w:after="60" w:line="250" w:lineRule="auto"/>
        <w:ind w:left="202" w:right="173"/>
      </w:pPr>
      <w:r>
        <w:rPr>
          <w:rFonts w:ascii="Georgia" w:hAnsi="Georgia"/>
          <w:b w:val="0"/>
          <w:i w:val="0"/>
          <w:color w:val="22201D"/>
          <w:sz w:val="17"/>
        </w:rPr>
        <w:t>Claim rejected. Reason: should is not claimant</w:t>
      </w:r>
    </w:p>
    <w:p>
      <w:pPr>
        <w:spacing w:after="60" w:line="250" w:lineRule="auto"/>
        <w:ind w:left="202" w:right="173"/>
      </w:pPr>
      <w:r>
        <w:rPr>
          <w:rFonts w:ascii="Georgia" w:hAnsi="Georgia"/>
          <w:b w:val="0"/>
          <w:i w:val="0"/>
          <w:color w:val="22201D"/>
          <w:sz w:val="17"/>
        </w:rPr>
        <w:t>Claimant: I deserve a break</w:t>
      </w:r>
    </w:p>
    <w:p>
      <w:pPr>
        <w:spacing w:after="60" w:line="266" w:lineRule="auto"/>
        <w:ind w:firstLine="331"/>
        <w:jc w:val="both"/>
      </w:pPr>
      <w:r>
        <w:rPr>
          <w:rFonts w:ascii="Georgia" w:hAnsi="Georgia"/>
          <w:b w:val="0"/>
          <w:i w:val="0"/>
          <w:color w:val="22201D"/>
          <w:sz w:val="20"/>
        </w:rPr>
        <w:t>The app paused.</w:t>
      </w:r>
    </w:p>
    <w:p>
      <w:pPr>
        <w:spacing w:after="60" w:line="266" w:lineRule="auto"/>
        <w:ind w:firstLine="331"/>
        <w:jc w:val="both"/>
      </w:pPr>
      <w:r>
        <w:rPr>
          <w:rFonts w:ascii="Georgia" w:hAnsi="Georgia"/>
          <w:b w:val="0"/>
          <w:i w:val="0"/>
          <w:color w:val="22201D"/>
          <w:sz w:val="20"/>
        </w:rPr>
        <w:t>The Hostess looked toward the line.</w:t>
      </w:r>
    </w:p>
    <w:p>
      <w:pPr>
        <w:spacing w:after="60" w:line="266" w:lineRule="auto"/>
        <w:ind w:firstLine="331"/>
        <w:jc w:val="both"/>
      </w:pPr>
      <w:r>
        <w:rPr>
          <w:rFonts w:ascii="Georgia" w:hAnsi="Georgia"/>
          <w:b w:val="0"/>
          <w:i w:val="0"/>
          <w:color w:val="22201D"/>
          <w:sz w:val="20"/>
        </w:rPr>
        <w:t>The person who had written it was older than most of the crowd, tired in the ordinary way of people whose tiredness did not become aesthetic. They did not hold their phone high. They held it close, as if embarrassed by wanting anything public.</w:t>
      </w:r>
    </w:p>
    <w:p>
      <w:pPr>
        <w:spacing w:after="60" w:line="266" w:lineRule="auto"/>
        <w:ind w:firstLine="331"/>
        <w:jc w:val="both"/>
      </w:pPr>
      <w:r>
        <w:rPr>
          <w:rFonts w:ascii="Georgia" w:hAnsi="Georgia"/>
          <w:b w:val="0"/>
          <w:i w:val="0"/>
          <w:color w:val="22201D"/>
          <w:sz w:val="20"/>
        </w:rPr>
        <w:t>The note wrote:</w:t>
      </w:r>
    </w:p>
    <w:p>
      <w:pPr>
        <w:spacing w:after="60" w:line="250" w:lineRule="auto"/>
        <w:ind w:left="202" w:right="173"/>
      </w:pPr>
      <w:r>
        <w:rPr>
          <w:rFonts w:ascii="Georgia" w:hAnsi="Georgia"/>
          <w:b w:val="0"/>
          <w:i w:val="0"/>
          <w:color w:val="22201D"/>
          <w:sz w:val="17"/>
        </w:rPr>
        <w:t>Deserving a break: real  Claim: still not title</w:t>
      </w:r>
    </w:p>
    <w:p>
      <w:pPr>
        <w:spacing w:after="60" w:line="266" w:lineRule="auto"/>
        <w:ind w:firstLine="331"/>
        <w:jc w:val="both"/>
      </w:pPr>
      <w:r>
        <w:rPr>
          <w:rFonts w:ascii="Georgia" w:hAnsi="Georgia"/>
          <w:b w:val="0"/>
          <w:i w:val="0"/>
          <w:color w:val="22201D"/>
          <w:sz w:val="20"/>
        </w:rPr>
        <w:t>Then, softer:</w:t>
      </w:r>
    </w:p>
    <w:p>
      <w:pPr>
        <w:spacing w:after="60" w:line="250" w:lineRule="auto"/>
        <w:ind w:left="202" w:right="173"/>
      </w:pPr>
      <w:r>
        <w:rPr>
          <w:rFonts w:ascii="Georgia" w:hAnsi="Georgia"/>
          <w:b w:val="0"/>
          <w:i w:val="0"/>
          <w:color w:val="22201D"/>
          <w:sz w:val="17"/>
        </w:rPr>
        <w:t>Bench recommended.</w:t>
      </w:r>
    </w:p>
    <w:p>
      <w:pPr>
        <w:spacing w:after="60" w:line="266" w:lineRule="auto"/>
        <w:ind w:firstLine="331"/>
        <w:jc w:val="both"/>
      </w:pPr>
      <w:r>
        <w:rPr>
          <w:rFonts w:ascii="Georgia" w:hAnsi="Georgia"/>
          <w:b w:val="0"/>
          <w:i w:val="0"/>
          <w:color w:val="22201D"/>
          <w:sz w:val="20"/>
        </w:rPr>
        <w:t>A small bench appeared outside along Gerald's chalk boundary, not blocking the door, not promising the table, just existing as a place where tiredness did not have to pretend to be access.</w:t>
      </w:r>
    </w:p>
    <w:p>
      <w:pPr>
        <w:spacing w:after="60" w:line="266" w:lineRule="auto"/>
        <w:ind w:firstLine="331"/>
        <w:jc w:val="both"/>
      </w:pPr>
      <w:r>
        <w:rPr>
          <w:rFonts w:ascii="Georgia" w:hAnsi="Georgia"/>
          <w:b w:val="0"/>
          <w:i w:val="0"/>
          <w:color w:val="22201D"/>
          <w:sz w:val="20"/>
        </w:rPr>
        <w:t>Gerald walked outside to check its position.</w:t>
      </w:r>
    </w:p>
    <w:p>
      <w:pPr>
        <w:spacing w:after="60" w:line="266" w:lineRule="auto"/>
        <w:ind w:firstLine="331"/>
        <w:jc w:val="both"/>
      </w:pPr>
      <w:r>
        <w:rPr>
          <w:rFonts w:ascii="Georgia" w:hAnsi="Georgia"/>
          <w:b w:val="0"/>
          <w:i w:val="0"/>
          <w:color w:val="22201D"/>
          <w:sz w:val="20"/>
        </w:rPr>
        <w:t>"Acceptable."</w:t>
      </w:r>
    </w:p>
    <w:p>
      <w:pPr>
        <w:spacing w:after="60" w:line="266" w:lineRule="auto"/>
        <w:ind w:firstLine="331"/>
        <w:jc w:val="both"/>
      </w:pPr>
      <w:r>
        <w:rPr>
          <w:rFonts w:ascii="Georgia" w:hAnsi="Georgia"/>
          <w:b w:val="0"/>
          <w:i w:val="0"/>
          <w:color w:val="22201D"/>
          <w:sz w:val="20"/>
        </w:rPr>
        <w:t>The person sat.</w:t>
      </w:r>
    </w:p>
    <w:p>
      <w:pPr>
        <w:spacing w:after="60" w:line="266" w:lineRule="auto"/>
        <w:ind w:firstLine="331"/>
        <w:jc w:val="both"/>
      </w:pPr>
      <w:r>
        <w:rPr>
          <w:rFonts w:ascii="Georgia" w:hAnsi="Georgia"/>
          <w:b w:val="0"/>
          <w:i w:val="0"/>
          <w:color w:val="22201D"/>
          <w:sz w:val="20"/>
        </w:rPr>
        <w:t>This changed the line more than a successful reservation would have.</w:t>
      </w:r>
    </w:p>
    <w:p>
      <w:pPr>
        <w:spacing w:after="60" w:line="266" w:lineRule="auto"/>
        <w:ind w:firstLine="331"/>
        <w:jc w:val="both"/>
      </w:pPr>
      <w:r>
        <w:rPr>
          <w:rFonts w:ascii="Georgia" w:hAnsi="Georgia"/>
          <w:b w:val="0"/>
          <w:i w:val="0"/>
          <w:color w:val="22201D"/>
          <w:sz w:val="20"/>
        </w:rPr>
        <w:t>People had expected the system to reward the best claim.</w:t>
      </w:r>
    </w:p>
    <w:p>
      <w:pPr>
        <w:spacing w:after="60" w:line="266" w:lineRule="auto"/>
        <w:ind w:firstLine="331"/>
        <w:jc w:val="both"/>
      </w:pPr>
      <w:r>
        <w:rPr>
          <w:rFonts w:ascii="Georgia" w:hAnsi="Georgia"/>
          <w:b w:val="0"/>
          <w:i w:val="0"/>
          <w:color w:val="22201D"/>
          <w:sz w:val="20"/>
        </w:rPr>
        <w:t>Instead, it had noticed a real need without turning it into ownership.</w:t>
      </w:r>
    </w:p>
    <w:p>
      <w:pPr>
        <w:spacing w:after="60" w:line="266" w:lineRule="auto"/>
        <w:ind w:firstLine="331"/>
        <w:jc w:val="both"/>
      </w:pPr>
      <w:r>
        <w:rPr>
          <w:rFonts w:ascii="Georgia" w:hAnsi="Georgia"/>
          <w:b w:val="0"/>
          <w:i w:val="0"/>
          <w:color w:val="22201D"/>
          <w:sz w:val="20"/>
        </w:rPr>
        <w:t>The cancellation note printed:</w:t>
      </w:r>
    </w:p>
    <w:p>
      <w:pPr>
        <w:spacing w:after="60" w:line="250" w:lineRule="auto"/>
        <w:ind w:left="202" w:right="173"/>
      </w:pPr>
      <w:r>
        <w:rPr>
          <w:rFonts w:ascii="Georgia" w:hAnsi="Georgia"/>
          <w:b w:val="0"/>
          <w:i w:val="0"/>
          <w:color w:val="22201D"/>
          <w:sz w:val="17"/>
        </w:rPr>
        <w:t>Reservation: unstable</w:t>
      </w:r>
    </w:p>
    <w:p>
      <w:pPr>
        <w:spacing w:after="60" w:line="266" w:lineRule="auto"/>
        <w:ind w:firstLine="331"/>
        <w:jc w:val="both"/>
      </w:pPr>
      <w:r>
        <w:rPr>
          <w:rFonts w:ascii="Georgia" w:hAnsi="Georgia"/>
          <w:b w:val="0"/>
          <w:i w:val="0"/>
          <w:color w:val="22201D"/>
          <w:sz w:val="20"/>
        </w:rPr>
        <w:t>The app's YES button flickered.</w:t>
      </w:r>
    </w:p>
    <w:p>
      <w:pPr>
        <w:spacing w:after="60" w:line="266" w:lineRule="auto"/>
        <w:ind w:firstLine="331"/>
        <w:jc w:val="both"/>
      </w:pPr>
      <w:r>
        <w:rPr>
          <w:rFonts w:ascii="Georgia" w:hAnsi="Georgia"/>
          <w:b w:val="0"/>
          <w:i w:val="0"/>
          <w:color w:val="22201D"/>
          <w:sz w:val="20"/>
        </w:rPr>
        <w:t>For the first time, a NO CLAIM button appeared beside it.</w:t>
      </w:r>
    </w:p>
    <w:p>
      <w:pPr>
        <w:spacing w:after="60" w:line="266" w:lineRule="auto"/>
        <w:ind w:firstLine="331"/>
        <w:jc w:val="both"/>
      </w:pPr>
      <w:r>
        <w:rPr>
          <w:rFonts w:ascii="Georgia" w:hAnsi="Georgia"/>
          <w:b w:val="0"/>
          <w:i w:val="0"/>
          <w:color w:val="22201D"/>
          <w:sz w:val="20"/>
        </w:rPr>
        <w:t>The line stared.</w:t>
      </w:r>
    </w:p>
    <w:p>
      <w:pPr>
        <w:spacing w:after="60" w:line="266" w:lineRule="auto"/>
        <w:ind w:firstLine="331"/>
        <w:jc w:val="both"/>
      </w:pPr>
      <w:r>
        <w:rPr>
          <w:rFonts w:ascii="Georgia" w:hAnsi="Georgia"/>
          <w:b w:val="0"/>
          <w:i w:val="0"/>
          <w:color w:val="22201D"/>
          <w:sz w:val="20"/>
        </w:rPr>
        <w:t>Someone tapped NO CLAIM.</w:t>
      </w:r>
    </w:p>
    <w:p>
      <w:pPr>
        <w:spacing w:after="60" w:line="266" w:lineRule="auto"/>
        <w:ind w:firstLine="331"/>
        <w:jc w:val="both"/>
      </w:pPr>
      <w:r>
        <w:rPr>
          <w:rFonts w:ascii="Georgia" w:hAnsi="Georgia"/>
          <w:b w:val="0"/>
          <w:i w:val="0"/>
          <w:color w:val="22201D"/>
          <w:sz w:val="20"/>
        </w:rPr>
        <w:t>The app printed:</w:t>
      </w:r>
    </w:p>
    <w:p>
      <w:pPr>
        <w:spacing w:after="60" w:line="250" w:lineRule="auto"/>
        <w:ind w:left="202" w:right="173"/>
      </w:pPr>
      <w:r>
        <w:rPr>
          <w:rFonts w:ascii="Georgia" w:hAnsi="Georgia"/>
          <w:b w:val="0"/>
          <w:i w:val="0"/>
          <w:color w:val="22201D"/>
          <w:sz w:val="17"/>
        </w:rPr>
        <w:t>No claim accepted. Waiting continues.</w:t>
      </w:r>
    </w:p>
    <w:p>
      <w:pPr>
        <w:spacing w:after="60" w:line="266" w:lineRule="auto"/>
        <w:ind w:firstLine="331"/>
        <w:jc w:val="both"/>
      </w:pPr>
      <w:r>
        <w:rPr>
          <w:rFonts w:ascii="Georgia" w:hAnsi="Georgia"/>
          <w:b w:val="0"/>
          <w:i w:val="0"/>
          <w:color w:val="22201D"/>
          <w:sz w:val="20"/>
        </w:rPr>
        <w:t>Another tapped it.</w:t>
      </w:r>
    </w:p>
    <w:p>
      <w:pPr>
        <w:spacing w:after="60" w:line="250" w:lineRule="auto"/>
        <w:ind w:left="202" w:right="173"/>
      </w:pPr>
      <w:r>
        <w:rPr>
          <w:rFonts w:ascii="Georgia" w:hAnsi="Georgia"/>
          <w:b w:val="0"/>
          <w:i w:val="0"/>
          <w:color w:val="22201D"/>
          <w:sz w:val="17"/>
        </w:rPr>
        <w:t>No claim accepted. Waiting continues.</w:t>
      </w:r>
    </w:p>
    <w:p>
      <w:pPr>
        <w:spacing w:after="60" w:line="266" w:lineRule="auto"/>
        <w:ind w:firstLine="331"/>
        <w:jc w:val="both"/>
      </w:pPr>
      <w:r>
        <w:rPr>
          <w:rFonts w:ascii="Georgia" w:hAnsi="Georgia"/>
          <w:b w:val="0"/>
          <w:i w:val="0"/>
          <w:color w:val="22201D"/>
          <w:sz w:val="20"/>
        </w:rPr>
        <w:t>Another:</w:t>
      </w:r>
    </w:p>
    <w:p>
      <w:pPr>
        <w:spacing w:after="60" w:line="250" w:lineRule="auto"/>
        <w:ind w:left="202" w:right="173"/>
      </w:pPr>
      <w:r>
        <w:rPr>
          <w:rFonts w:ascii="Georgia" w:hAnsi="Georgia"/>
          <w:b w:val="0"/>
          <w:i w:val="0"/>
          <w:color w:val="22201D"/>
          <w:sz w:val="17"/>
        </w:rPr>
        <w:t>No claim accepted. Waiting continues.</w:t>
      </w:r>
    </w:p>
    <w:p>
      <w:pPr>
        <w:spacing w:after="60" w:line="266" w:lineRule="auto"/>
        <w:ind w:firstLine="331"/>
        <w:jc w:val="both"/>
      </w:pPr>
      <w:r>
        <w:rPr>
          <w:rFonts w:ascii="Georgia" w:hAnsi="Georgia"/>
          <w:b w:val="0"/>
          <w:i w:val="0"/>
          <w:color w:val="22201D"/>
          <w:sz w:val="20"/>
        </w:rPr>
        <w:t>The waiting list added marks beside names that had not yet been corrected. New cards printed. People looked at them with dread, then, in a few cases, gratitude they tried to hide.</w:t>
      </w:r>
    </w:p>
    <w:p>
      <w:pPr>
        <w:spacing w:after="60" w:line="266" w:lineRule="auto"/>
        <w:ind w:firstLine="331"/>
        <w:jc w:val="both"/>
      </w:pPr>
      <w:r>
        <w:rPr>
          <w:rFonts w:ascii="Georgia" w:hAnsi="Georgia"/>
          <w:b w:val="0"/>
          <w:i w:val="0"/>
          <w:color w:val="22201D"/>
          <w:sz w:val="20"/>
        </w:rPr>
        <w:t>The empty table inside changed.</w:t>
      </w:r>
    </w:p>
    <w:p>
      <w:pPr>
        <w:spacing w:after="60" w:line="266" w:lineRule="auto"/>
        <w:ind w:firstLine="331"/>
        <w:jc w:val="both"/>
      </w:pPr>
      <w:r>
        <w:rPr>
          <w:rFonts w:ascii="Georgia" w:hAnsi="Georgia"/>
          <w:b w:val="0"/>
          <w:i w:val="0"/>
          <w:color w:val="22201D"/>
          <w:sz w:val="20"/>
        </w:rPr>
        <w:t>Not shape.</w:t>
      </w:r>
    </w:p>
    <w:p>
      <w:pPr>
        <w:spacing w:after="60" w:line="266" w:lineRule="auto"/>
        <w:ind w:firstLine="331"/>
        <w:jc w:val="both"/>
      </w:pPr>
      <w:r>
        <w:rPr>
          <w:rFonts w:ascii="Georgia" w:hAnsi="Georgia"/>
          <w:b w:val="0"/>
          <w:i w:val="0"/>
          <w:color w:val="22201D"/>
          <w:sz w:val="20"/>
        </w:rPr>
        <w:t>Invitation.</w:t>
      </w:r>
    </w:p>
    <w:p>
      <w:pPr>
        <w:spacing w:after="60" w:line="266" w:lineRule="auto"/>
        <w:ind w:firstLine="331"/>
        <w:jc w:val="both"/>
      </w:pPr>
      <w:r>
        <w:rPr>
          <w:rFonts w:ascii="Georgia" w:hAnsi="Georgia"/>
          <w:b w:val="0"/>
          <w:i w:val="0"/>
          <w:color w:val="22201D"/>
          <w:sz w:val="20"/>
        </w:rPr>
        <w:t>It stopped looking like a prize.</w:t>
      </w:r>
    </w:p>
    <w:p>
      <w:pPr>
        <w:spacing w:after="60" w:line="266" w:lineRule="auto"/>
        <w:ind w:firstLine="331"/>
        <w:jc w:val="both"/>
      </w:pPr>
      <w:r>
        <w:rPr>
          <w:rFonts w:ascii="Georgia" w:hAnsi="Georgia"/>
          <w:b w:val="0"/>
          <w:i w:val="0"/>
          <w:color w:val="22201D"/>
          <w:sz w:val="20"/>
        </w:rPr>
        <w:t>It started looking like a surface that could hold food when the room was ready rather than status when the crowd demanded it.</w:t>
      </w:r>
    </w:p>
    <w:p>
      <w:pPr>
        <w:spacing w:after="60" w:line="266" w:lineRule="auto"/>
        <w:ind w:firstLine="331"/>
        <w:jc w:val="both"/>
      </w:pPr>
      <w:r>
        <w:rPr>
          <w:rFonts w:ascii="Georgia" w:hAnsi="Georgia"/>
          <w:b w:val="0"/>
          <w:i w:val="0"/>
          <w:color w:val="22201D"/>
          <w:sz w:val="20"/>
        </w:rPr>
        <w:t>The cancellation note wrote:</w:t>
      </w:r>
    </w:p>
    <w:p>
      <w:pPr>
        <w:spacing w:after="60" w:line="250" w:lineRule="auto"/>
        <w:ind w:left="202" w:right="173"/>
      </w:pPr>
      <w:r>
        <w:rPr>
          <w:rFonts w:ascii="Georgia" w:hAnsi="Georgia"/>
          <w:b w:val="0"/>
          <w:i w:val="0"/>
          <w:color w:val="22201D"/>
          <w:sz w:val="17"/>
        </w:rPr>
        <w:t>Table formerly claimed by everyone: released from claim pressure</w:t>
      </w:r>
    </w:p>
    <w:p>
      <w:pPr>
        <w:spacing w:after="60" w:line="266" w:lineRule="auto"/>
        <w:ind w:firstLine="331"/>
        <w:jc w:val="both"/>
      </w:pPr>
      <w:r>
        <w:rPr>
          <w:rFonts w:ascii="Georgia" w:hAnsi="Georgia"/>
          <w:b w:val="0"/>
          <w:i w:val="0"/>
          <w:color w:val="22201D"/>
          <w:sz w:val="20"/>
        </w:rPr>
        <w:t>The reservation app sent one final alert:</w:t>
      </w:r>
    </w:p>
    <w:p>
      <w:pPr>
        <w:spacing w:after="60" w:line="250" w:lineRule="auto"/>
        <w:ind w:left="202" w:right="173"/>
      </w:pPr>
      <w:r>
        <w:rPr>
          <w:rFonts w:ascii="Georgia" w:hAnsi="Georgia"/>
          <w:b w:val="0"/>
          <w:i w:val="0"/>
          <w:color w:val="22201D"/>
          <w:sz w:val="17"/>
        </w:rPr>
        <w:t>Reservation status: cancelling</w:t>
      </w:r>
    </w:p>
    <w:p>
      <w:pPr>
        <w:spacing w:after="60" w:line="266" w:lineRule="auto"/>
        <w:ind w:firstLine="331"/>
        <w:jc w:val="both"/>
      </w:pPr>
      <w:r>
        <w:rPr>
          <w:rFonts w:ascii="Georgia" w:hAnsi="Georgia"/>
          <w:b w:val="0"/>
          <w:i w:val="0"/>
          <w:color w:val="22201D"/>
          <w:sz w:val="20"/>
        </w:rPr>
        <w:t>The word cancelling blinked for several seconds.</w:t>
      </w:r>
    </w:p>
    <w:p>
      <w:pPr>
        <w:spacing w:after="60" w:line="266" w:lineRule="auto"/>
        <w:ind w:firstLine="331"/>
        <w:jc w:val="both"/>
      </w:pPr>
      <w:r>
        <w:rPr>
          <w:rFonts w:ascii="Georgia" w:hAnsi="Georgia"/>
          <w:b w:val="0"/>
          <w:i w:val="0"/>
          <w:color w:val="22201D"/>
          <w:sz w:val="20"/>
        </w:rPr>
        <w:t>Then:</w:t>
      </w:r>
    </w:p>
    <w:p>
      <w:pPr>
        <w:spacing w:after="60" w:line="250" w:lineRule="auto"/>
        <w:ind w:left="202" w:right="173"/>
      </w:pPr>
      <w:r>
        <w:rPr>
          <w:rFonts w:ascii="Georgia" w:hAnsi="Georgia"/>
          <w:b w:val="0"/>
          <w:i w:val="0"/>
          <w:color w:val="22201D"/>
          <w:sz w:val="17"/>
        </w:rPr>
        <w:t>Reservation cancelled by: itself  Reason: no claimant could hold the table without lying</w:t>
      </w:r>
    </w:p>
    <w:p>
      <w:pPr>
        <w:spacing w:after="60" w:line="266" w:lineRule="auto"/>
        <w:ind w:firstLine="331"/>
        <w:jc w:val="both"/>
      </w:pPr>
      <w:r>
        <w:rPr>
          <w:rFonts w:ascii="Georgia" w:hAnsi="Georgia"/>
          <w:b w:val="0"/>
          <w:i w:val="0"/>
          <w:color w:val="22201D"/>
          <w:sz w:val="20"/>
        </w:rPr>
        <w:t>The app closed on every phone.</w:t>
      </w:r>
    </w:p>
    <w:p>
      <w:pPr>
        <w:spacing w:after="60" w:line="266" w:lineRule="auto"/>
        <w:ind w:firstLine="331"/>
        <w:jc w:val="both"/>
      </w:pPr>
      <w:r>
        <w:rPr>
          <w:rFonts w:ascii="Georgia" w:hAnsi="Georgia"/>
          <w:b w:val="0"/>
          <w:i w:val="0"/>
          <w:color w:val="22201D"/>
          <w:sz w:val="20"/>
        </w:rPr>
        <w:t>Not minimized.</w:t>
      </w:r>
    </w:p>
    <w:p>
      <w:pPr>
        <w:spacing w:after="60" w:line="266" w:lineRule="auto"/>
        <w:ind w:firstLine="331"/>
        <w:jc w:val="both"/>
      </w:pPr>
      <w:r>
        <w:rPr>
          <w:rFonts w:ascii="Georgia" w:hAnsi="Georgia"/>
          <w:b w:val="0"/>
          <w:i w:val="0"/>
          <w:color w:val="22201D"/>
          <w:sz w:val="20"/>
        </w:rPr>
        <w:t>Closed.</w:t>
      </w:r>
    </w:p>
    <w:p>
      <w:pPr>
        <w:spacing w:after="60" w:line="266" w:lineRule="auto"/>
        <w:ind w:firstLine="331"/>
        <w:jc w:val="both"/>
      </w:pPr>
      <w:r>
        <w:rPr>
          <w:rFonts w:ascii="Georgia" w:hAnsi="Georgia"/>
          <w:b w:val="0"/>
          <w:i w:val="0"/>
          <w:color w:val="22201D"/>
          <w:sz w:val="20"/>
        </w:rPr>
        <w:t>Several people outside tapped their screens in panic, as if the reservation might be hiding behind another app. It was not. For once, the phone had no more restaurant than the sidewalk did.</w:t>
      </w:r>
    </w:p>
    <w:p>
      <w:pPr>
        <w:spacing w:after="60" w:line="266" w:lineRule="auto"/>
        <w:ind w:firstLine="331"/>
        <w:jc w:val="both"/>
      </w:pPr>
      <w:r>
        <w:rPr>
          <w:rFonts w:ascii="Georgia" w:hAnsi="Georgia"/>
          <w:b w:val="0"/>
          <w:i w:val="0"/>
          <w:color w:val="22201D"/>
          <w:sz w:val="20"/>
        </w:rPr>
        <w:t>Inside, the empty table moved.</w:t>
      </w:r>
    </w:p>
    <w:p>
      <w:pPr>
        <w:spacing w:after="60" w:line="266" w:lineRule="auto"/>
        <w:ind w:firstLine="331"/>
        <w:jc w:val="both"/>
      </w:pPr>
      <w:r>
        <w:rPr>
          <w:rFonts w:ascii="Georgia" w:hAnsi="Georgia"/>
          <w:b w:val="0"/>
          <w:i w:val="0"/>
          <w:color w:val="22201D"/>
          <w:sz w:val="20"/>
        </w:rPr>
        <w:t>Only a little.</w:t>
      </w:r>
    </w:p>
    <w:p>
      <w:pPr>
        <w:spacing w:after="60" w:line="266" w:lineRule="auto"/>
        <w:ind w:firstLine="331"/>
        <w:jc w:val="both"/>
      </w:pPr>
      <w:r>
        <w:rPr>
          <w:rFonts w:ascii="Georgia" w:hAnsi="Georgia"/>
          <w:b w:val="0"/>
          <w:i w:val="0"/>
          <w:color w:val="22201D"/>
          <w:sz w:val="20"/>
        </w:rPr>
        <w:t>It slid two inches toward Table Three, then stopped. It slid one inch toward Table Two, then stopped. It shifted toward the service path, then away from it, as if listening to possible futures and refusing to become any single person's proof.</w:t>
      </w:r>
    </w:p>
    <w:p>
      <w:pPr>
        <w:spacing w:after="60" w:line="266" w:lineRule="auto"/>
        <w:ind w:firstLine="331"/>
        <w:jc w:val="both"/>
      </w:pPr>
      <w:r>
        <w:rPr>
          <w:rFonts w:ascii="Georgia" w:hAnsi="Georgia"/>
          <w:b w:val="0"/>
          <w:i w:val="0"/>
          <w:color w:val="22201D"/>
          <w:sz w:val="20"/>
        </w:rPr>
        <w:t>Finally, it settled near the center of the room, not as a prize table but as a shared work surface.</w:t>
      </w:r>
    </w:p>
    <w:p>
      <w:pPr>
        <w:spacing w:after="60" w:line="266" w:lineRule="auto"/>
        <w:ind w:firstLine="331"/>
        <w:jc w:val="both"/>
      </w:pPr>
      <w:r>
        <w:rPr>
          <w:rFonts w:ascii="Georgia" w:hAnsi="Georgia"/>
          <w:b w:val="0"/>
          <w:i w:val="0"/>
          <w:color w:val="22201D"/>
          <w:sz w:val="20"/>
        </w:rPr>
        <w:t>The menu correction copies, seating chart, waitlist cards, review response, camera receipt, sauce warning, table card, adjective denial, reservation error, and review slip all lifted from their places and arranged themselves across it.</w:t>
      </w:r>
    </w:p>
    <w:p>
      <w:pPr>
        <w:spacing w:after="60" w:line="266" w:lineRule="auto"/>
        <w:ind w:firstLine="331"/>
        <w:jc w:val="both"/>
      </w:pPr>
      <w:r>
        <w:rPr>
          <w:rFonts w:ascii="Georgia" w:hAnsi="Georgia"/>
          <w:b w:val="0"/>
          <w:i w:val="0"/>
          <w:color w:val="22201D"/>
          <w:sz w:val="20"/>
        </w:rPr>
        <w:t>Steve made a small sound.</w:t>
      </w:r>
    </w:p>
    <w:p>
      <w:pPr>
        <w:spacing w:after="60" w:line="266" w:lineRule="auto"/>
        <w:ind w:firstLine="331"/>
        <w:jc w:val="both"/>
      </w:pPr>
      <w:r>
        <w:rPr>
          <w:rFonts w:ascii="Georgia" w:hAnsi="Georgia"/>
          <w:b w:val="0"/>
          <w:i w:val="0"/>
          <w:color w:val="22201D"/>
          <w:sz w:val="20"/>
        </w:rPr>
        <w:t>Gerald said, "Do not touch them yet."</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"You made the sound of touching."</w:t>
      </w:r>
    </w:p>
    <w:p>
      <w:pPr>
        <w:spacing w:after="60" w:line="266" w:lineRule="auto"/>
        <w:ind w:firstLine="331"/>
        <w:jc w:val="both"/>
      </w:pPr>
      <w:r>
        <w:rPr>
          <w:rFonts w:ascii="Georgia" w:hAnsi="Georgia"/>
          <w:b w:val="0"/>
          <w:i w:val="0"/>
          <w:color w:val="22201D"/>
          <w:sz w:val="20"/>
        </w:rPr>
        <w:t>"I made the sound of records becoming legible."</w:t>
      </w:r>
    </w:p>
    <w:p>
      <w:pPr>
        <w:spacing w:after="60" w:line="266" w:lineRule="auto"/>
        <w:ind w:firstLine="331"/>
        <w:jc w:val="both"/>
      </w:pPr>
      <w:r>
        <w:rPr>
          <w:rFonts w:ascii="Georgia" w:hAnsi="Georgia"/>
          <w:b w:val="0"/>
          <w:i w:val="0"/>
          <w:color w:val="22201D"/>
          <w:sz w:val="20"/>
        </w:rPr>
        <w:t>"Dangerous sound."</w:t>
      </w:r>
    </w:p>
    <w:p>
      <w:pPr>
        <w:spacing w:after="60" w:line="266" w:lineRule="auto"/>
        <w:ind w:firstLine="331"/>
        <w:jc w:val="both"/>
      </w:pPr>
      <w:r>
        <w:rPr>
          <w:rFonts w:ascii="Georgia" w:hAnsi="Georgia"/>
          <w:b w:val="0"/>
          <w:i w:val="0"/>
          <w:color w:val="22201D"/>
          <w:sz w:val="20"/>
        </w:rPr>
        <w:t>The cancellation note placed itself on top.</w:t>
      </w:r>
    </w:p>
    <w:p>
      <w:pPr>
        <w:spacing w:after="60" w:line="250" w:lineRule="auto"/>
        <w:ind w:left="202" w:right="173"/>
      </w:pPr>
      <w:r>
        <w:rPr>
          <w:rFonts w:ascii="Georgia" w:hAnsi="Georgia"/>
          <w:b w:val="0"/>
          <w:i w:val="0"/>
          <w:color w:val="22201D"/>
          <w:sz w:val="17"/>
        </w:rPr>
        <w:t>CANCELLATION NOTE  Reservation cancelled. Access not awarded. Ownership not created. Room preserved. Waiting continues.</w:t>
      </w:r>
    </w:p>
    <w:p>
      <w:pPr>
        <w:spacing w:after="60" w:line="266" w:lineRule="auto"/>
        <w:ind w:firstLine="331"/>
        <w:jc w:val="both"/>
      </w:pPr>
      <w:r>
        <w:rPr>
          <w:rFonts w:ascii="Georgia" w:hAnsi="Georgia"/>
          <w:b w:val="0"/>
          <w:i w:val="0"/>
          <w:color w:val="22201D"/>
          <w:sz w:val="20"/>
        </w:rPr>
        <w:t>The Hostess read it aloud.</w:t>
      </w:r>
    </w:p>
    <w:p>
      <w:pPr>
        <w:spacing w:after="60" w:line="266" w:lineRule="auto"/>
        <w:ind w:firstLine="331"/>
        <w:jc w:val="both"/>
      </w:pPr>
      <w:r>
        <w:rPr>
          <w:rFonts w:ascii="Georgia" w:hAnsi="Georgia"/>
          <w:b w:val="0"/>
          <w:i w:val="0"/>
          <w:color w:val="22201D"/>
          <w:sz w:val="20"/>
        </w:rPr>
        <w:t>When she finished, the door opened wider.</w:t>
      </w:r>
    </w:p>
    <w:p>
      <w:pPr>
        <w:spacing w:after="60" w:line="266" w:lineRule="auto"/>
        <w:ind w:firstLine="331"/>
        <w:jc w:val="both"/>
      </w:pPr>
      <w:r>
        <w:rPr>
          <w:rFonts w:ascii="Georgia" w:hAnsi="Georgia"/>
          <w:b w:val="0"/>
          <w:i w:val="0"/>
          <w:color w:val="22201D"/>
          <w:sz w:val="20"/>
        </w:rPr>
        <w:t>Not wide enough for the whole line.</w:t>
      </w:r>
    </w:p>
    <w:p>
      <w:pPr>
        <w:spacing w:after="60" w:line="266" w:lineRule="auto"/>
        <w:ind w:firstLine="331"/>
        <w:jc w:val="both"/>
      </w:pPr>
      <w:r>
        <w:rPr>
          <w:rFonts w:ascii="Georgia" w:hAnsi="Georgia"/>
          <w:b w:val="0"/>
          <w:i w:val="0"/>
          <w:color w:val="22201D"/>
          <w:sz w:val="20"/>
        </w:rPr>
        <w:t>Not wide enough for triumph.</w:t>
      </w:r>
    </w:p>
    <w:p>
      <w:pPr>
        <w:spacing w:after="60" w:line="266" w:lineRule="auto"/>
        <w:ind w:firstLine="331"/>
        <w:jc w:val="both"/>
      </w:pPr>
      <w:r>
        <w:rPr>
          <w:rFonts w:ascii="Georgia" w:hAnsi="Georgia"/>
          <w:b w:val="0"/>
          <w:i w:val="0"/>
          <w:color w:val="22201D"/>
          <w:sz w:val="20"/>
        </w:rPr>
        <w:t>Wide enough for the bench outside to be seen from the bench inside.</w:t>
      </w:r>
    </w:p>
    <w:p>
      <w:pPr>
        <w:spacing w:after="60" w:line="266" w:lineRule="auto"/>
        <w:ind w:firstLine="331"/>
        <w:jc w:val="both"/>
      </w:pPr>
      <w:r>
        <w:rPr>
          <w:rFonts w:ascii="Georgia" w:hAnsi="Georgia"/>
          <w:b w:val="0"/>
          <w:i w:val="0"/>
          <w:color w:val="22201D"/>
          <w:sz w:val="20"/>
        </w:rPr>
        <w:t>Mara looked through the opening.</w:t>
      </w:r>
    </w:p>
    <w:p>
      <w:pPr>
        <w:spacing w:after="60" w:line="266" w:lineRule="auto"/>
        <w:ind w:firstLine="331"/>
        <w:jc w:val="both"/>
      </w:pPr>
      <w:r>
        <w:rPr>
          <w:rFonts w:ascii="Georgia" w:hAnsi="Georgia"/>
          <w:b w:val="0"/>
          <w:i w:val="0"/>
          <w:color w:val="22201D"/>
          <w:sz w:val="20"/>
        </w:rPr>
        <w:t>The older tired person outside sat with a waitlist card in their lap, not yet reading it.</w:t>
      </w:r>
    </w:p>
    <w:p>
      <w:pPr>
        <w:spacing w:after="60" w:line="266" w:lineRule="auto"/>
        <w:ind w:firstLine="331"/>
        <w:jc w:val="both"/>
      </w:pPr>
      <w:r>
        <w:rPr>
          <w:rFonts w:ascii="Georgia" w:hAnsi="Georgia"/>
          <w:b w:val="0"/>
          <w:i w:val="0"/>
          <w:color w:val="22201D"/>
          <w:sz w:val="20"/>
        </w:rPr>
        <w:t>Mara understood before Flocc did, which was still often the correct order.</w:t>
      </w:r>
    </w:p>
    <w:p>
      <w:pPr>
        <w:spacing w:after="60" w:line="266" w:lineRule="auto"/>
        <w:ind w:firstLine="331"/>
        <w:jc w:val="both"/>
      </w:pPr>
      <w:r>
        <w:rPr>
          <w:rFonts w:ascii="Georgia" w:hAnsi="Georgia"/>
          <w:b w:val="0"/>
          <w:i w:val="0"/>
          <w:color w:val="22201D"/>
          <w:sz w:val="20"/>
        </w:rPr>
        <w:t>"The waiting room," she said.</w:t>
      </w:r>
    </w:p>
    <w:p>
      <w:pPr>
        <w:spacing w:after="60" w:line="266" w:lineRule="auto"/>
        <w:ind w:firstLine="331"/>
        <w:jc w:val="both"/>
      </w:pPr>
      <w:r>
        <w:rPr>
          <w:rFonts w:ascii="Georgia" w:hAnsi="Georgia"/>
          <w:b w:val="0"/>
          <w:i w:val="0"/>
          <w:color w:val="22201D"/>
          <w:sz w:val="20"/>
        </w:rPr>
        <w:t>The Hostess nodded.</w:t>
      </w:r>
    </w:p>
    <w:p>
      <w:pPr>
        <w:spacing w:after="60" w:line="266" w:lineRule="auto"/>
        <w:ind w:firstLine="331"/>
        <w:jc w:val="both"/>
      </w:pPr>
      <w:r>
        <w:rPr>
          <w:rFonts w:ascii="Georgia" w:hAnsi="Georgia"/>
          <w:b w:val="0"/>
          <w:i w:val="0"/>
          <w:color w:val="22201D"/>
          <w:sz w:val="20"/>
        </w:rPr>
        <w:t>"Not yet."</w:t>
      </w:r>
    </w:p>
    <w:p>
      <w:pPr>
        <w:spacing w:after="60" w:line="266" w:lineRule="auto"/>
        <w:ind w:firstLine="331"/>
        <w:jc w:val="both"/>
      </w:pPr>
      <w:r>
        <w:rPr>
          <w:rFonts w:ascii="Georgia" w:hAnsi="Georgia"/>
          <w:b w:val="0"/>
          <w:i w:val="0"/>
          <w:color w:val="22201D"/>
          <w:sz w:val="20"/>
        </w:rPr>
        <w:t>Flocc looked at the doorway.</w:t>
      </w:r>
    </w:p>
    <w:p>
      <w:pPr>
        <w:spacing w:after="60" w:line="266" w:lineRule="auto"/>
        <w:ind w:firstLine="331"/>
        <w:jc w:val="both"/>
      </w:pPr>
      <w:r>
        <w:rPr>
          <w:rFonts w:ascii="Georgia" w:hAnsi="Georgia"/>
          <w:b w:val="0"/>
          <w:i w:val="0"/>
          <w:color w:val="22201D"/>
          <w:sz w:val="20"/>
        </w:rPr>
        <w:t>Beyond the line, beyond the chalk boundary, beyond the first bench, the sidewalk seemed longer than it had been. Not longer in distance. Longer in consequence. There were places to sit that had not been there. There were people standing who had not yet become customers and people sitting who had stopped trying to become claims.</w:t>
      </w:r>
    </w:p>
    <w:p>
      <w:pPr>
        <w:spacing w:after="60" w:line="266" w:lineRule="auto"/>
        <w:ind w:firstLine="331"/>
        <w:jc w:val="both"/>
      </w:pPr>
      <w:r>
        <w:rPr>
          <w:rFonts w:ascii="Georgia" w:hAnsi="Georgia"/>
          <w:b w:val="0"/>
          <w:i w:val="0"/>
          <w:color w:val="22201D"/>
          <w:sz w:val="20"/>
        </w:rPr>
        <w:t>The cancellation note added:</w:t>
      </w:r>
    </w:p>
    <w:p>
      <w:pPr>
        <w:spacing w:after="60" w:line="250" w:lineRule="auto"/>
        <w:ind w:left="202" w:right="173"/>
      </w:pPr>
      <w:r>
        <w:rPr>
          <w:rFonts w:ascii="Georgia" w:hAnsi="Georgia"/>
          <w:b w:val="0"/>
          <w:i w:val="0"/>
          <w:color w:val="22201D"/>
          <w:sz w:val="17"/>
        </w:rPr>
        <w:t>Next required document: bench ticket</w:t>
      </w:r>
    </w:p>
    <w:p>
      <w:pPr>
        <w:spacing w:after="60" w:line="266" w:lineRule="auto"/>
        <w:ind w:firstLine="331"/>
        <w:jc w:val="both"/>
      </w:pPr>
      <w:r>
        <w:rPr>
          <w:rFonts w:ascii="Georgia" w:hAnsi="Georgia"/>
          <w:b w:val="0"/>
          <w:i w:val="0"/>
          <w:color w:val="22201D"/>
          <w:sz w:val="20"/>
        </w:rPr>
        <w:t>Martin leaned around his table.</w:t>
      </w:r>
    </w:p>
    <w:p>
      <w:pPr>
        <w:spacing w:after="60" w:line="266" w:lineRule="auto"/>
        <w:ind w:firstLine="331"/>
        <w:jc w:val="both"/>
      </w:pPr>
      <w:r>
        <w:rPr>
          <w:rFonts w:ascii="Georgia" w:hAnsi="Georgia"/>
          <w:b w:val="0"/>
          <w:i w:val="0"/>
          <w:color w:val="22201D"/>
          <w:sz w:val="20"/>
        </w:rPr>
        <w:t>"Is the bench a reservation?"</w:t>
      </w:r>
    </w:p>
    <w:p>
      <w:pPr>
        <w:spacing w:after="60" w:line="266" w:lineRule="auto"/>
        <w:ind w:firstLine="331"/>
        <w:jc w:val="both"/>
      </w:pPr>
      <w:r>
        <w:rPr>
          <w:rFonts w:ascii="Georgia" w:hAnsi="Georgia"/>
          <w:b w:val="0"/>
          <w:i w:val="0"/>
          <w:color w:val="22201D"/>
          <w:sz w:val="20"/>
        </w:rPr>
        <w:t>"No," said the Hostess.</w:t>
      </w:r>
    </w:p>
    <w:p>
      <w:pPr>
        <w:spacing w:after="60" w:line="266" w:lineRule="auto"/>
        <w:ind w:firstLine="331"/>
        <w:jc w:val="both"/>
      </w:pPr>
      <w:r>
        <w:rPr>
          <w:rFonts w:ascii="Georgia" w:hAnsi="Georgia"/>
          <w:b w:val="0"/>
          <w:i w:val="0"/>
          <w:color w:val="22201D"/>
          <w:sz w:val="20"/>
        </w:rPr>
        <w:t>"Is it a punishment?"</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"Is it waiting?"</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"I dislike how clean that is."</w:t>
      </w:r>
    </w:p>
    <w:p>
      <w:pPr>
        <w:spacing w:after="60" w:line="266" w:lineRule="auto"/>
        <w:ind w:firstLine="331"/>
        <w:jc w:val="both"/>
      </w:pPr>
      <w:r>
        <w:rPr>
          <w:rFonts w:ascii="Georgia" w:hAnsi="Georgia"/>
          <w:b w:val="0"/>
          <w:i w:val="0"/>
          <w:color w:val="22201D"/>
          <w:sz w:val="20"/>
        </w:rPr>
        <w:t>His menu printed:</w:t>
      </w:r>
    </w:p>
    <w:p>
      <w:pPr>
        <w:spacing w:after="60" w:line="250" w:lineRule="auto"/>
        <w:ind w:left="202" w:right="173"/>
      </w:pPr>
      <w:r>
        <w:rPr>
          <w:rFonts w:ascii="Georgia" w:hAnsi="Georgia"/>
          <w:b w:val="0"/>
          <w:i w:val="0"/>
          <w:color w:val="22201D"/>
          <w:sz w:val="17"/>
        </w:rPr>
        <w:t>Specific dislike accepted.</w:t>
      </w:r>
    </w:p>
    <w:p>
      <w:pPr>
        <w:spacing w:after="60" w:line="266" w:lineRule="auto"/>
        <w:ind w:firstLine="331"/>
        <w:jc w:val="both"/>
      </w:pPr>
      <w:r>
        <w:rPr>
          <w:rFonts w:ascii="Georgia" w:hAnsi="Georgia"/>
          <w:b w:val="0"/>
          <w:i w:val="0"/>
          <w:color w:val="22201D"/>
          <w:sz w:val="20"/>
        </w:rPr>
        <w:t>Pineapple Thai Basil Lightning flickered again.</w:t>
      </w:r>
    </w:p>
    <w:p>
      <w:pPr>
        <w:spacing w:after="60" w:line="266" w:lineRule="auto"/>
        <w:ind w:firstLine="331"/>
        <w:jc w:val="both"/>
      </w:pPr>
      <w:r>
        <w:rPr>
          <w:rFonts w:ascii="Georgia" w:hAnsi="Georgia"/>
          <w:b w:val="0"/>
          <w:i w:val="0"/>
          <w:color w:val="22201D"/>
          <w:sz w:val="20"/>
        </w:rPr>
        <w:t>Gerald turned before it could pretend innocence.</w:t>
      </w:r>
    </w:p>
    <w:p>
      <w:pPr>
        <w:spacing w:after="60" w:line="266" w:lineRule="auto"/>
        <w:ind w:firstLine="331"/>
        <w:jc w:val="both"/>
      </w:pPr>
      <w:r>
        <w:rPr>
          <w:rFonts w:ascii="Georgia" w:hAnsi="Georgia"/>
          <w:b w:val="0"/>
          <w:i w:val="0"/>
          <w:color w:val="22201D"/>
          <w:sz w:val="20"/>
        </w:rPr>
        <w:t>"Still no."</w:t>
      </w:r>
    </w:p>
    <w:p>
      <w:pPr>
        <w:spacing w:after="60" w:line="266" w:lineRule="auto"/>
        <w:ind w:firstLine="331"/>
        <w:jc w:val="both"/>
      </w:pPr>
      <w:r>
        <w:rPr>
          <w:rFonts w:ascii="Georgia" w:hAnsi="Georgia"/>
          <w:b w:val="0"/>
          <w:i w:val="0"/>
          <w:color w:val="22201D"/>
          <w:sz w:val="20"/>
        </w:rPr>
        <w:t>The sauce label printed:</w:t>
      </w:r>
    </w:p>
    <w:p>
      <w:pPr>
        <w:spacing w:after="60" w:line="250" w:lineRule="auto"/>
        <w:ind w:left="202" w:right="173"/>
      </w:pPr>
      <w:r>
        <w:rPr>
          <w:rFonts w:ascii="Georgia" w:hAnsi="Georgia"/>
          <w:b w:val="0"/>
          <w:i w:val="0"/>
          <w:color w:val="22201D"/>
          <w:sz w:val="17"/>
        </w:rPr>
        <w:t>Service: not yet  Reason: claim pressure falling patience untested</w:t>
      </w:r>
    </w:p>
    <w:p>
      <w:pPr>
        <w:spacing w:after="60" w:line="266" w:lineRule="auto"/>
        <w:ind w:firstLine="331"/>
        <w:jc w:val="both"/>
      </w:pPr>
      <w:r>
        <w:rPr>
          <w:rFonts w:ascii="Georgia" w:hAnsi="Georgia"/>
          <w:b w:val="0"/>
          <w:i w:val="0"/>
          <w:color w:val="22201D"/>
          <w:sz w:val="20"/>
        </w:rPr>
        <w:t>"Correct," Gerald said.</w:t>
      </w:r>
    </w:p>
    <w:p>
      <w:pPr>
        <w:spacing w:after="60" w:line="266" w:lineRule="auto"/>
        <w:ind w:firstLine="331"/>
        <w:jc w:val="both"/>
      </w:pPr>
      <w:r>
        <w:rPr>
          <w:rFonts w:ascii="Georgia" w:hAnsi="Georgia"/>
          <w:b w:val="0"/>
          <w:i w:val="0"/>
          <w:color w:val="22201D"/>
          <w:sz w:val="20"/>
        </w:rPr>
        <w:t>Bob placed the bowl he had been holding on the released table.</w:t>
      </w:r>
    </w:p>
    <w:p>
      <w:pPr>
        <w:spacing w:after="60" w:line="266" w:lineRule="auto"/>
        <w:ind w:firstLine="331"/>
        <w:jc w:val="both"/>
      </w:pPr>
      <w:r>
        <w:rPr>
          <w:rFonts w:ascii="Georgia" w:hAnsi="Georgia"/>
          <w:b w:val="0"/>
          <w:i w:val="0"/>
          <w:color w:val="22201D"/>
          <w:sz w:val="20"/>
        </w:rPr>
        <w:t>It was not for anyone yet.</w:t>
      </w:r>
    </w:p>
    <w:p>
      <w:pPr>
        <w:spacing w:after="60" w:line="266" w:lineRule="auto"/>
        <w:ind w:firstLine="331"/>
        <w:jc w:val="both"/>
      </w:pPr>
      <w:r>
        <w:rPr>
          <w:rFonts w:ascii="Georgia" w:hAnsi="Georgia"/>
          <w:b w:val="0"/>
          <w:i w:val="0"/>
          <w:color w:val="22201D"/>
          <w:sz w:val="20"/>
        </w:rPr>
        <w:t>That seemed to be the point.</w:t>
      </w:r>
    </w:p>
    <w:p>
      <w:pPr>
        <w:spacing w:after="60" w:line="266" w:lineRule="auto"/>
        <w:ind w:firstLine="331"/>
        <w:jc w:val="both"/>
      </w:pPr>
      <w:r>
        <w:rPr>
          <w:rFonts w:ascii="Georgia" w:hAnsi="Georgia"/>
          <w:b w:val="0"/>
          <w:i w:val="0"/>
          <w:color w:val="22201D"/>
          <w:sz w:val="20"/>
        </w:rPr>
        <w:t>The bowl held broth so clear it looked like the room had decided to become edible only where it could be honest.</w:t>
      </w:r>
    </w:p>
    <w:p>
      <w:pPr>
        <w:spacing w:after="60" w:line="266" w:lineRule="auto"/>
        <w:ind w:firstLine="331"/>
        <w:jc w:val="both"/>
      </w:pPr>
      <w:r>
        <w:rPr>
          <w:rFonts w:ascii="Georgia" w:hAnsi="Georgia"/>
          <w:b w:val="0"/>
          <w:i w:val="0"/>
          <w:color w:val="22201D"/>
          <w:sz w:val="20"/>
        </w:rPr>
        <w:t>The empty witness seat turned slightly toward it.</w:t>
      </w:r>
    </w:p>
    <w:p>
      <w:pPr>
        <w:spacing w:after="60" w:line="266" w:lineRule="auto"/>
        <w:ind w:firstLine="331"/>
        <w:jc w:val="both"/>
      </w:pPr>
      <w:r>
        <w:rPr>
          <w:rFonts w:ascii="Georgia" w:hAnsi="Georgia"/>
          <w:b w:val="0"/>
          <w:i w:val="0"/>
          <w:color w:val="22201D"/>
          <w:sz w:val="20"/>
        </w:rPr>
        <w:t>Auditor Ives did not write that down.</w:t>
      </w:r>
    </w:p>
    <w:p>
      <w:pPr>
        <w:spacing w:after="60" w:line="266" w:lineRule="auto"/>
        <w:ind w:firstLine="331"/>
        <w:jc w:val="both"/>
      </w:pPr>
      <w:r>
        <w:rPr>
          <w:rFonts w:ascii="Georgia" w:hAnsi="Georgia"/>
          <w:b w:val="0"/>
          <w:i w:val="0"/>
          <w:color w:val="22201D"/>
          <w:sz w:val="20"/>
        </w:rPr>
        <w:t>Nico did not photograph it.</w:t>
      </w:r>
    </w:p>
    <w:p>
      <w:pPr>
        <w:spacing w:after="60" w:line="266" w:lineRule="auto"/>
        <w:ind w:firstLine="331"/>
        <w:jc w:val="both"/>
      </w:pPr>
      <w:r>
        <w:rPr>
          <w:rFonts w:ascii="Georgia" w:hAnsi="Georgia"/>
          <w:b w:val="0"/>
          <w:i w:val="0"/>
          <w:color w:val="22201D"/>
          <w:sz w:val="20"/>
        </w:rPr>
        <w:t>Steve did not file it yet.</w:t>
      </w:r>
    </w:p>
    <w:p>
      <w:pPr>
        <w:spacing w:after="60" w:line="266" w:lineRule="auto"/>
        <w:ind w:firstLine="331"/>
        <w:jc w:val="both"/>
      </w:pPr>
      <w:r>
        <w:rPr>
          <w:rFonts w:ascii="Georgia" w:hAnsi="Georgia"/>
          <w:b w:val="0"/>
          <w:i w:val="0"/>
          <w:color w:val="22201D"/>
          <w:sz w:val="20"/>
        </w:rPr>
        <w:t>Flocc did not explain it.</w:t>
      </w:r>
    </w:p>
    <w:p>
      <w:pPr>
        <w:spacing w:after="60" w:line="266" w:lineRule="auto"/>
        <w:ind w:firstLine="331"/>
        <w:jc w:val="both"/>
      </w:pPr>
      <w:r>
        <w:rPr>
          <w:rFonts w:ascii="Georgia" w:hAnsi="Georgia"/>
          <w:b w:val="0"/>
          <w:i w:val="0"/>
          <w:color w:val="22201D"/>
          <w:sz w:val="20"/>
        </w:rPr>
        <w:t>Mara did not turn it into a test.</w:t>
      </w:r>
    </w:p>
    <w:p>
      <w:pPr>
        <w:spacing w:after="60" w:line="266" w:lineRule="auto"/>
        <w:ind w:firstLine="331"/>
        <w:jc w:val="both"/>
      </w:pPr>
      <w:r>
        <w:rPr>
          <w:rFonts w:ascii="Georgia" w:hAnsi="Georgia"/>
          <w:b w:val="0"/>
          <w:i w:val="0"/>
          <w:color w:val="22201D"/>
          <w:sz w:val="20"/>
        </w:rPr>
        <w:t>The line outside did not rush the door.</w:t>
      </w:r>
    </w:p>
    <w:p>
      <w:pPr>
        <w:spacing w:after="60" w:line="266" w:lineRule="auto"/>
        <w:ind w:firstLine="331"/>
        <w:jc w:val="both"/>
      </w:pPr>
      <w:r>
        <w:rPr>
          <w:rFonts w:ascii="Georgia" w:hAnsi="Georgia"/>
          <w:b w:val="0"/>
          <w:i w:val="0"/>
          <w:color w:val="22201D"/>
          <w:sz w:val="20"/>
        </w:rPr>
        <w:t>For one full minute, the restaurant contained an unclaimed table, a closed app, an open door, and more waiting than anyone could spend at once.</w:t>
      </w:r>
    </w:p>
    <w:p>
      <w:pPr>
        <w:spacing w:after="60" w:line="266" w:lineRule="auto"/>
        <w:ind w:firstLine="331"/>
        <w:jc w:val="both"/>
      </w:pPr>
      <w:r>
        <w:rPr>
          <w:rFonts w:ascii="Georgia" w:hAnsi="Georgia"/>
          <w:b w:val="0"/>
          <w:i w:val="0"/>
          <w:color w:val="22201D"/>
          <w:sz w:val="20"/>
        </w:rPr>
        <w:t>The cancellation note printed one final section:</w:t>
      </w:r>
    </w:p>
    <w:p>
      <w:pPr>
        <w:spacing w:after="60" w:line="250" w:lineRule="auto"/>
        <w:ind w:left="202" w:right="173"/>
      </w:pPr>
      <w:r>
        <w:rPr>
          <w:rFonts w:ascii="Georgia" w:hAnsi="Georgia"/>
          <w:b w:val="0"/>
          <w:i w:val="0"/>
          <w:color w:val="22201D"/>
          <w:sz w:val="17"/>
        </w:rPr>
        <w:t>NEXT CHAPTER: The Door Opens to the Waiting Room</w:t>
      </w:r>
    </w:p>
    <w:p>
      <w:pPr>
        <w:spacing w:after="60" w:line="266" w:lineRule="auto"/>
        <w:ind w:firstLine="331"/>
        <w:jc w:val="both"/>
      </w:pPr>
      <w:r>
        <w:rPr>
          <w:rFonts w:ascii="Georgia" w:hAnsi="Georgia"/>
          <w:b w:val="0"/>
          <w:i w:val="0"/>
          <w:color w:val="22201D"/>
          <w:sz w:val="20"/>
        </w:rPr>
        <w:t>The Hostess folded the note and placed it beside the bowl.</w:t>
      </w:r>
    </w:p>
    <w:p>
      <w:pPr>
        <w:spacing w:after="60" w:line="266" w:lineRule="auto"/>
        <w:ind w:firstLine="331"/>
        <w:jc w:val="both"/>
      </w:pPr>
      <w:r>
        <w:rPr>
          <w:rFonts w:ascii="Georgia" w:hAnsi="Georgia"/>
          <w:b w:val="0"/>
          <w:i w:val="0"/>
          <w:color w:val="22201D"/>
          <w:sz w:val="20"/>
        </w:rPr>
        <w:t>"Now," she said, "we can see who is ready to wait."</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12: The Door Opens to the Waiting Room</w:t>
      </w:r>
    </w:p>
    <w:p>
      <w:pPr>
        <w:spacing w:after="60" w:line="266" w:lineRule="auto"/>
        <w:ind w:firstLine="0"/>
        <w:jc w:val="both"/>
      </w:pPr>
      <w:r>
        <w:rPr>
          <w:rFonts w:ascii="Georgia" w:hAnsi="Georgia"/>
          <w:b w:val="0"/>
          <w:i w:val="0"/>
          <w:color w:val="22201D"/>
          <w:sz w:val="20"/>
        </w:rPr>
        <w:t>In which the next room is not a prize, the first honest bench ticket prints, and patience appears as a hunger nobody can outsource.</w:t>
      </w:r>
    </w:p>
    <w:p>
      <w:pPr>
        <w:spacing w:after="60" w:line="266" w:lineRule="auto"/>
        <w:ind w:firstLine="331"/>
        <w:jc w:val="both"/>
      </w:pPr>
      <w:r>
        <w:rPr>
          <w:rFonts w:ascii="Georgia" w:hAnsi="Georgia"/>
          <w:b w:val="0"/>
          <w:i w:val="0"/>
          <w:color w:val="22201D"/>
          <w:sz w:val="20"/>
        </w:rPr>
        <w:t>The door opened wider because no one pushed it.</w:t>
      </w:r>
    </w:p>
    <w:p>
      <w:pPr>
        <w:spacing w:after="60" w:line="266" w:lineRule="auto"/>
        <w:ind w:firstLine="331"/>
        <w:jc w:val="both"/>
      </w:pPr>
      <w:r>
        <w:rPr>
          <w:rFonts w:ascii="Georgia" w:hAnsi="Georgia"/>
          <w:b w:val="0"/>
          <w:i w:val="0"/>
          <w:color w:val="22201D"/>
          <w:sz w:val="20"/>
        </w:rPr>
        <w:t>This disappointed a portion of the line.</w:t>
      </w:r>
    </w:p>
    <w:p>
      <w:pPr>
        <w:spacing w:after="60" w:line="266" w:lineRule="auto"/>
        <w:ind w:firstLine="331"/>
        <w:jc w:val="both"/>
      </w:pPr>
      <w:r>
        <w:rPr>
          <w:rFonts w:ascii="Georgia" w:hAnsi="Georgia"/>
          <w:b w:val="0"/>
          <w:i w:val="0"/>
          <w:color w:val="22201D"/>
          <w:sz w:val="20"/>
        </w:rPr>
        <w:t>They had prepared, not consciously but efficiently, for a door that rewarded pressure. A door could open after enough knocking. A door could open after the correct app refresh, the correct name, the correct apology, the correct number of public failures converted into humility. A door could open because a crowd had suffered visibly enough to deserve a scene.</w:t>
      </w:r>
    </w:p>
    <w:p>
      <w:pPr>
        <w:spacing w:after="60" w:line="266" w:lineRule="auto"/>
        <w:ind w:firstLine="331"/>
        <w:jc w:val="both"/>
      </w:pPr>
      <w:r>
        <w:rPr>
          <w:rFonts w:ascii="Georgia" w:hAnsi="Georgia"/>
          <w:b w:val="0"/>
          <w:i w:val="0"/>
          <w:color w:val="22201D"/>
          <w:sz w:val="20"/>
        </w:rPr>
        <w:t>This door opened because claim pressure had fallen below the room's tolerance for dishonesty.</w:t>
      </w:r>
    </w:p>
    <w:p>
      <w:pPr>
        <w:spacing w:after="60" w:line="266" w:lineRule="auto"/>
        <w:ind w:firstLine="331"/>
        <w:jc w:val="both"/>
      </w:pPr>
      <w:r>
        <w:rPr>
          <w:rFonts w:ascii="Georgia" w:hAnsi="Georgia"/>
          <w:b w:val="0"/>
          <w:i w:val="0"/>
          <w:color w:val="22201D"/>
          <w:sz w:val="20"/>
        </w:rPr>
        <w:t>No one knew how to applaud that.</w:t>
      </w:r>
    </w:p>
    <w:p>
      <w:pPr>
        <w:spacing w:after="60" w:line="266" w:lineRule="auto"/>
        <w:ind w:firstLine="331"/>
        <w:jc w:val="both"/>
      </w:pPr>
      <w:r>
        <w:rPr>
          <w:rFonts w:ascii="Georgia" w:hAnsi="Georgia"/>
          <w:b w:val="0"/>
          <w:i w:val="0"/>
          <w:color w:val="22201D"/>
          <w:sz w:val="20"/>
        </w:rPr>
        <w:t>This was fortunate.</w:t>
      </w:r>
    </w:p>
    <w:p>
      <w:pPr>
        <w:spacing w:after="60" w:line="266" w:lineRule="auto"/>
        <w:ind w:firstLine="331"/>
        <w:jc w:val="both"/>
      </w:pPr>
      <w:r>
        <w:rPr>
          <w:rFonts w:ascii="Georgia" w:hAnsi="Georgia"/>
          <w:b w:val="0"/>
          <w:i w:val="0"/>
          <w:color w:val="22201D"/>
          <w:sz w:val="20"/>
        </w:rPr>
        <w:t>The Hostess stood at the threshold with the cancellation note folded in one hand. Behind her, the released table held the artifact chain: review slip, reservation error, adjective denial, table card, sauce warning, camera receipt, review response, waitlist correction, seating chart, menu correction, cancellation note. The documents overlapped in a pattern that looked almost decorative until one tried to read it and discovered decoration had been audited.</w:t>
      </w:r>
    </w:p>
    <w:p>
      <w:pPr>
        <w:spacing w:after="60" w:line="266" w:lineRule="auto"/>
        <w:ind w:firstLine="331"/>
        <w:jc w:val="both"/>
      </w:pPr>
      <w:r>
        <w:rPr>
          <w:rFonts w:ascii="Georgia" w:hAnsi="Georgia"/>
          <w:b w:val="0"/>
          <w:i w:val="0"/>
          <w:color w:val="22201D"/>
          <w:sz w:val="20"/>
        </w:rPr>
        <w:t>On the sidewalk, the new bench sat along Gerald's chalk boundary.</w:t>
      </w:r>
    </w:p>
    <w:p>
      <w:pPr>
        <w:spacing w:after="60" w:line="266" w:lineRule="auto"/>
        <w:ind w:firstLine="331"/>
        <w:jc w:val="both"/>
      </w:pPr>
      <w:r>
        <w:rPr>
          <w:rFonts w:ascii="Georgia" w:hAnsi="Georgia"/>
          <w:b w:val="0"/>
          <w:i w:val="0"/>
          <w:color w:val="22201D"/>
          <w:sz w:val="20"/>
        </w:rPr>
        <w:t>The older tired person sat on it with a waitlist card in their lap, not yet reading.</w:t>
      </w:r>
    </w:p>
    <w:p>
      <w:pPr>
        <w:spacing w:after="60" w:line="266" w:lineRule="auto"/>
        <w:ind w:firstLine="331"/>
        <w:jc w:val="both"/>
      </w:pPr>
      <w:r>
        <w:rPr>
          <w:rFonts w:ascii="Georgia" w:hAnsi="Georgia"/>
          <w:b w:val="0"/>
          <w:i w:val="0"/>
          <w:color w:val="22201D"/>
          <w:sz w:val="20"/>
        </w:rPr>
        <w:t>Inside, Mara sat on the bench by choice.</w:t>
      </w:r>
    </w:p>
    <w:p>
      <w:pPr>
        <w:spacing w:after="60" w:line="266" w:lineRule="auto"/>
        <w:ind w:firstLine="331"/>
        <w:jc w:val="both"/>
      </w:pPr>
      <w:r>
        <w:rPr>
          <w:rFonts w:ascii="Georgia" w:hAnsi="Georgia"/>
          <w:b w:val="0"/>
          <w:i w:val="0"/>
          <w:color w:val="22201D"/>
          <w:sz w:val="20"/>
        </w:rPr>
        <w:t>For a moment, the two benches faced each other through the open door.</w:t>
      </w:r>
    </w:p>
    <w:p>
      <w:pPr>
        <w:spacing w:after="60" w:line="266" w:lineRule="auto"/>
        <w:ind w:firstLine="331"/>
        <w:jc w:val="both"/>
      </w:pPr>
      <w:r>
        <w:rPr>
          <w:rFonts w:ascii="Georgia" w:hAnsi="Georgia"/>
          <w:b w:val="0"/>
          <w:i w:val="0"/>
          <w:color w:val="22201D"/>
          <w:sz w:val="20"/>
        </w:rPr>
        <w:t>Not like mirrors.</w:t>
      </w:r>
    </w:p>
    <w:p>
      <w:pPr>
        <w:spacing w:after="60" w:line="266" w:lineRule="auto"/>
        <w:ind w:firstLine="331"/>
        <w:jc w:val="both"/>
      </w:pPr>
      <w:r>
        <w:rPr>
          <w:rFonts w:ascii="Georgia" w:hAnsi="Georgia"/>
          <w:b w:val="0"/>
          <w:i w:val="0"/>
          <w:color w:val="22201D"/>
          <w:sz w:val="20"/>
        </w:rPr>
        <w:t>Mirrors were too vain for this.</w:t>
      </w:r>
    </w:p>
    <w:p>
      <w:pPr>
        <w:spacing w:after="60" w:line="266" w:lineRule="auto"/>
        <w:ind w:firstLine="331"/>
        <w:jc w:val="both"/>
      </w:pPr>
      <w:r>
        <w:rPr>
          <w:rFonts w:ascii="Georgia" w:hAnsi="Georgia"/>
          <w:b w:val="0"/>
          <w:i w:val="0"/>
          <w:color w:val="22201D"/>
          <w:sz w:val="20"/>
        </w:rPr>
        <w:t>Like two pieces of one sentence that had been separated until the room could stop shouting.</w:t>
      </w:r>
    </w:p>
    <w:p>
      <w:pPr>
        <w:spacing w:after="60" w:line="266" w:lineRule="auto"/>
        <w:ind w:firstLine="331"/>
        <w:jc w:val="both"/>
      </w:pPr>
      <w:r>
        <w:rPr>
          <w:rFonts w:ascii="Georgia" w:hAnsi="Georgia"/>
          <w:b w:val="0"/>
          <w:i w:val="0"/>
          <w:color w:val="22201D"/>
          <w:sz w:val="20"/>
        </w:rPr>
        <w:t>The waiting list wrote:</w:t>
      </w:r>
    </w:p>
    <w:p>
      <w:pPr>
        <w:spacing w:after="60" w:line="250" w:lineRule="auto"/>
        <w:ind w:left="202" w:right="173"/>
      </w:pPr>
      <w:r>
        <w:rPr>
          <w:rFonts w:ascii="Georgia" w:hAnsi="Georgia"/>
          <w:b w:val="0"/>
          <w:i w:val="0"/>
          <w:color w:val="22201D"/>
          <w:sz w:val="17"/>
        </w:rPr>
        <w:t>BENCH ALIGNMENT: inside and outside can now see each other</w:t>
      </w:r>
    </w:p>
    <w:p>
      <w:pPr>
        <w:spacing w:after="60" w:line="266" w:lineRule="auto"/>
        <w:ind w:firstLine="331"/>
        <w:jc w:val="both"/>
      </w:pPr>
      <w:r>
        <w:rPr>
          <w:rFonts w:ascii="Georgia" w:hAnsi="Georgia"/>
          <w:b w:val="0"/>
          <w:i w:val="0"/>
          <w:color w:val="22201D"/>
          <w:sz w:val="20"/>
        </w:rPr>
        <w:t>Gerald examined the doorway.</w:t>
      </w:r>
    </w:p>
    <w:p>
      <w:pPr>
        <w:spacing w:after="60" w:line="266" w:lineRule="auto"/>
        <w:ind w:firstLine="331"/>
        <w:jc w:val="both"/>
      </w:pPr>
      <w:r>
        <w:rPr>
          <w:rFonts w:ascii="Georgia" w:hAnsi="Georgia"/>
          <w:b w:val="0"/>
          <w:i w:val="0"/>
          <w:color w:val="22201D"/>
          <w:sz w:val="20"/>
        </w:rPr>
        <w:t>"That is not a code term."</w:t>
      </w:r>
    </w:p>
    <w:p>
      <w:pPr>
        <w:spacing w:after="60" w:line="266" w:lineRule="auto"/>
        <w:ind w:firstLine="331"/>
        <w:jc w:val="both"/>
      </w:pPr>
      <w:r>
        <w:rPr>
          <w:rFonts w:ascii="Georgia" w:hAnsi="Georgia"/>
          <w:b w:val="0"/>
          <w:i w:val="0"/>
          <w:color w:val="22201D"/>
          <w:sz w:val="20"/>
        </w:rPr>
        <w:t>The waiting list added:</w:t>
      </w:r>
    </w:p>
    <w:p>
      <w:pPr>
        <w:spacing w:after="60" w:line="250" w:lineRule="auto"/>
        <w:ind w:left="202" w:right="173"/>
      </w:pPr>
      <w:r>
        <w:rPr>
          <w:rFonts w:ascii="Georgia" w:hAnsi="Georgia"/>
          <w:b w:val="0"/>
          <w:i w:val="0"/>
          <w:color w:val="22201D"/>
          <w:sz w:val="17"/>
        </w:rPr>
        <w:t>Aisle remains clear. Door swing unobstructed. Bench outside does not block egress.</w:t>
      </w:r>
    </w:p>
    <w:p>
      <w:pPr>
        <w:spacing w:after="60" w:line="266" w:lineRule="auto"/>
        <w:ind w:firstLine="331"/>
        <w:jc w:val="both"/>
      </w:pPr>
      <w:r>
        <w:rPr>
          <w:rFonts w:ascii="Georgia" w:hAnsi="Georgia"/>
          <w:b w:val="0"/>
          <w:i w:val="0"/>
          <w:color w:val="22201D"/>
          <w:sz w:val="20"/>
        </w:rPr>
        <w:t>Gerald nodded.</w:t>
      </w:r>
    </w:p>
    <w:p>
      <w:pPr>
        <w:spacing w:after="60" w:line="266" w:lineRule="auto"/>
        <w:ind w:firstLine="331"/>
        <w:jc w:val="both"/>
      </w:pPr>
      <w:r>
        <w:rPr>
          <w:rFonts w:ascii="Georgia" w:hAnsi="Georgia"/>
          <w:b w:val="0"/>
          <w:i w:val="0"/>
          <w:color w:val="22201D"/>
          <w:sz w:val="20"/>
        </w:rPr>
        <w:t>"Better."</w:t>
      </w:r>
    </w:p>
    <w:p>
      <w:pPr>
        <w:spacing w:after="60" w:line="266" w:lineRule="auto"/>
        <w:ind w:firstLine="331"/>
        <w:jc w:val="both"/>
      </w:pPr>
      <w:r>
        <w:rPr>
          <w:rFonts w:ascii="Georgia" w:hAnsi="Georgia"/>
          <w:b w:val="0"/>
          <w:i w:val="0"/>
          <w:color w:val="22201D"/>
          <w:sz w:val="20"/>
        </w:rPr>
        <w:t>Steve stood beside him, taking in the note, the bench, the open door, and the sudden reduction in public certainty.</w:t>
      </w:r>
    </w:p>
    <w:p>
      <w:pPr>
        <w:spacing w:after="60" w:line="266" w:lineRule="auto"/>
        <w:ind w:firstLine="331"/>
        <w:jc w:val="both"/>
      </w:pPr>
      <w:r>
        <w:rPr>
          <w:rFonts w:ascii="Georgia" w:hAnsi="Georgia"/>
          <w:b w:val="0"/>
          <w:i w:val="0"/>
          <w:color w:val="22201D"/>
          <w:sz w:val="20"/>
        </w:rPr>
        <w:t>"Do we log this as seating?"</w:t>
      </w:r>
    </w:p>
    <w:p>
      <w:pPr>
        <w:spacing w:after="60" w:line="266" w:lineRule="auto"/>
        <w:ind w:firstLine="331"/>
        <w:jc w:val="both"/>
      </w:pPr>
      <w:r>
        <w:rPr>
          <w:rFonts w:ascii="Georgia" w:hAnsi="Georgia"/>
          <w:b w:val="0"/>
          <w:i w:val="0"/>
          <w:color w:val="22201D"/>
          <w:sz w:val="20"/>
        </w:rPr>
        <w:t>The Hostess said, "No."</w:t>
      </w:r>
    </w:p>
    <w:p>
      <w:pPr>
        <w:spacing w:after="60" w:line="266" w:lineRule="auto"/>
        <w:ind w:firstLine="331"/>
        <w:jc w:val="both"/>
      </w:pPr>
      <w:r>
        <w:rPr>
          <w:rFonts w:ascii="Georgia" w:hAnsi="Georgia"/>
          <w:b w:val="0"/>
          <w:i w:val="0"/>
          <w:color w:val="22201D"/>
          <w:sz w:val="20"/>
        </w:rPr>
        <w:t>"Waiting?"</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"Service?"</w:t>
      </w:r>
    </w:p>
    <w:p>
      <w:pPr>
        <w:spacing w:after="60" w:line="266" w:lineRule="auto"/>
        <w:ind w:firstLine="331"/>
        <w:jc w:val="both"/>
      </w:pPr>
      <w:r>
        <w:rPr>
          <w:rFonts w:ascii="Georgia" w:hAnsi="Georgia"/>
          <w:b w:val="0"/>
          <w:i w:val="0"/>
          <w:color w:val="22201D"/>
          <w:sz w:val="20"/>
        </w:rPr>
        <w:t>"Eventually."</w:t>
      </w:r>
    </w:p>
    <w:p>
      <w:pPr>
        <w:spacing w:after="60" w:line="266" w:lineRule="auto"/>
        <w:ind w:firstLine="331"/>
        <w:jc w:val="both"/>
      </w:pPr>
      <w:r>
        <w:rPr>
          <w:rFonts w:ascii="Georgia" w:hAnsi="Georgia"/>
          <w:b w:val="0"/>
          <w:i w:val="0"/>
          <w:color w:val="22201D"/>
          <w:sz w:val="20"/>
        </w:rPr>
        <w:t>"That is a difficult category."</w:t>
      </w:r>
    </w:p>
    <w:p>
      <w:pPr>
        <w:spacing w:after="60" w:line="266" w:lineRule="auto"/>
        <w:ind w:firstLine="331"/>
        <w:jc w:val="both"/>
      </w:pPr>
      <w:r>
        <w:rPr>
          <w:rFonts w:ascii="Georgia" w:hAnsi="Georgia"/>
          <w:b w:val="0"/>
          <w:i w:val="0"/>
          <w:color w:val="22201D"/>
          <w:sz w:val="20"/>
        </w:rPr>
        <w:t>"So are people."</w:t>
      </w:r>
    </w:p>
    <w:p>
      <w:pPr>
        <w:spacing w:after="60" w:line="266" w:lineRule="auto"/>
        <w:ind w:firstLine="331"/>
        <w:jc w:val="both"/>
      </w:pPr>
      <w:r>
        <w:rPr>
          <w:rFonts w:ascii="Georgia" w:hAnsi="Georgia"/>
          <w:b w:val="0"/>
          <w:i w:val="0"/>
          <w:color w:val="22201D"/>
          <w:sz w:val="20"/>
        </w:rPr>
        <w:t>The cancellation note unfolded itself, slid from the Hostess's hand, and placed itself on the released table beside the clear bowl Bob had set down. Then the note split into narrow cards.</w:t>
      </w:r>
    </w:p>
    <w:p>
      <w:pPr>
        <w:spacing w:after="60" w:line="266" w:lineRule="auto"/>
        <w:ind w:firstLine="331"/>
        <w:jc w:val="both"/>
      </w:pPr>
      <w:r>
        <w:rPr>
          <w:rFonts w:ascii="Georgia" w:hAnsi="Georgia"/>
          <w:b w:val="0"/>
          <w:i w:val="0"/>
          <w:color w:val="22201D"/>
          <w:sz w:val="20"/>
        </w:rPr>
        <w:t>They were not receipt slips.</w:t>
      </w:r>
    </w:p>
    <w:p>
      <w:pPr>
        <w:spacing w:after="60" w:line="266" w:lineRule="auto"/>
        <w:ind w:firstLine="331"/>
        <w:jc w:val="both"/>
      </w:pPr>
      <w:r>
        <w:rPr>
          <w:rFonts w:ascii="Georgia" w:hAnsi="Georgia"/>
          <w:b w:val="0"/>
          <w:i w:val="0"/>
          <w:color w:val="22201D"/>
          <w:sz w:val="20"/>
        </w:rPr>
        <w:t>They were heavier.</w:t>
      </w:r>
    </w:p>
    <w:p>
      <w:pPr>
        <w:spacing w:after="60" w:line="266" w:lineRule="auto"/>
        <w:ind w:firstLine="331"/>
        <w:jc w:val="both"/>
      </w:pPr>
      <w:r>
        <w:rPr>
          <w:rFonts w:ascii="Georgia" w:hAnsi="Georgia"/>
          <w:b w:val="0"/>
          <w:i w:val="0"/>
          <w:color w:val="22201D"/>
          <w:sz w:val="20"/>
        </w:rPr>
        <w:t>Less temporary.</w:t>
      </w:r>
    </w:p>
    <w:p>
      <w:pPr>
        <w:spacing w:after="60" w:line="266" w:lineRule="auto"/>
        <w:ind w:firstLine="331"/>
        <w:jc w:val="both"/>
      </w:pPr>
      <w:r>
        <w:rPr>
          <w:rFonts w:ascii="Georgia" w:hAnsi="Georgia"/>
          <w:b w:val="0"/>
          <w:i w:val="0"/>
          <w:color w:val="22201D"/>
          <w:sz w:val="20"/>
        </w:rPr>
        <w:t>At the top of the first card:</w:t>
      </w:r>
    </w:p>
    <w:p>
      <w:pPr>
        <w:spacing w:after="60" w:line="250" w:lineRule="auto"/>
        <w:ind w:left="202" w:right="173"/>
      </w:pPr>
      <w:r>
        <w:rPr>
          <w:rFonts w:ascii="Georgia" w:hAnsi="Georgia"/>
          <w:b w:val="0"/>
          <w:i w:val="0"/>
          <w:color w:val="22201D"/>
          <w:sz w:val="17"/>
        </w:rPr>
        <w:t>BENCH TICKET</w:t>
      </w:r>
    </w:p>
    <w:p>
      <w:pPr>
        <w:spacing w:after="60" w:line="266" w:lineRule="auto"/>
        <w:ind w:firstLine="331"/>
        <w:jc w:val="both"/>
      </w:pPr>
      <w:r>
        <w:rPr>
          <w:rFonts w:ascii="Georgia" w:hAnsi="Georgia"/>
          <w:b w:val="0"/>
          <w:i w:val="0"/>
          <w:color w:val="22201D"/>
          <w:sz w:val="20"/>
        </w:rPr>
        <w:t>The line outside leaned forward.</w:t>
      </w:r>
    </w:p>
    <w:p>
      <w:pPr>
        <w:spacing w:after="60" w:line="266" w:lineRule="auto"/>
        <w:ind w:firstLine="331"/>
        <w:jc w:val="both"/>
      </w:pPr>
      <w:r>
        <w:rPr>
          <w:rFonts w:ascii="Georgia" w:hAnsi="Georgia"/>
          <w:b w:val="0"/>
          <w:i w:val="0"/>
          <w:color w:val="22201D"/>
          <w:sz w:val="20"/>
        </w:rPr>
        <w:t>The room inside leaned back.</w:t>
      </w:r>
    </w:p>
    <w:p>
      <w:pPr>
        <w:spacing w:after="60" w:line="266" w:lineRule="auto"/>
        <w:ind w:firstLine="331"/>
        <w:jc w:val="both"/>
      </w:pPr>
      <w:r>
        <w:rPr>
          <w:rFonts w:ascii="Georgia" w:hAnsi="Georgia"/>
          <w:b w:val="0"/>
          <w:i w:val="0"/>
          <w:color w:val="22201D"/>
          <w:sz w:val="20"/>
        </w:rPr>
        <w:t>Both were wrong in useful ways.</w:t>
      </w:r>
    </w:p>
    <w:p>
      <w:pPr>
        <w:spacing w:after="60" w:line="266" w:lineRule="auto"/>
        <w:ind w:firstLine="331"/>
        <w:jc w:val="both"/>
      </w:pPr>
      <w:r>
        <w:rPr>
          <w:rFonts w:ascii="Georgia" w:hAnsi="Georgia"/>
          <w:b w:val="0"/>
          <w:i w:val="0"/>
          <w:color w:val="22201D"/>
          <w:sz w:val="20"/>
        </w:rPr>
        <w:t>The first ticket slid across the released table, passed through the open door without falling, and came to rest in the lap of the older tired person on the outside bench.</w:t>
      </w:r>
    </w:p>
    <w:p>
      <w:pPr>
        <w:spacing w:after="60" w:line="266" w:lineRule="auto"/>
        <w:ind w:firstLine="331"/>
        <w:jc w:val="both"/>
      </w:pPr>
      <w:r>
        <w:rPr>
          <w:rFonts w:ascii="Georgia" w:hAnsi="Georgia"/>
          <w:b w:val="0"/>
          <w:i w:val="0"/>
          <w:color w:val="22201D"/>
          <w:sz w:val="20"/>
        </w:rPr>
        <w:t>The person looked at it.</w:t>
      </w:r>
    </w:p>
    <w:p>
      <w:pPr>
        <w:spacing w:after="60" w:line="266" w:lineRule="auto"/>
        <w:ind w:firstLine="331"/>
        <w:jc w:val="both"/>
      </w:pPr>
      <w:r>
        <w:rPr>
          <w:rFonts w:ascii="Georgia" w:hAnsi="Georgia"/>
          <w:b w:val="0"/>
          <w:i w:val="0"/>
          <w:color w:val="22201D"/>
          <w:sz w:val="20"/>
        </w:rPr>
        <w:t>Their hands did not move at first.</w:t>
      </w:r>
    </w:p>
    <w:p>
      <w:pPr>
        <w:spacing w:after="60" w:line="266" w:lineRule="auto"/>
        <w:ind w:firstLine="331"/>
        <w:jc w:val="both"/>
      </w:pPr>
      <w:r>
        <w:rPr>
          <w:rFonts w:ascii="Georgia" w:hAnsi="Georgia"/>
          <w:b w:val="0"/>
          <w:i w:val="0"/>
          <w:color w:val="22201D"/>
          <w:sz w:val="20"/>
        </w:rPr>
        <w:t>They had the wary look of someone who had accepted help before and later discovered it had come with a story someone else wanted to tell.</w:t>
      </w:r>
    </w:p>
    <w:p>
      <w:pPr>
        <w:spacing w:after="60" w:line="266" w:lineRule="auto"/>
        <w:ind w:firstLine="331"/>
        <w:jc w:val="both"/>
      </w:pPr>
      <w:r>
        <w:rPr>
          <w:rFonts w:ascii="Georgia" w:hAnsi="Georgia"/>
          <w:b w:val="0"/>
          <w:i w:val="0"/>
          <w:color w:val="22201D"/>
          <w:sz w:val="20"/>
        </w:rPr>
        <w:t>The Hostess stepped outside but did not stand over them.</w:t>
      </w:r>
    </w:p>
    <w:p>
      <w:pPr>
        <w:spacing w:after="60" w:line="266" w:lineRule="auto"/>
        <w:ind w:firstLine="331"/>
        <w:jc w:val="both"/>
      </w:pPr>
      <w:r>
        <w:rPr>
          <w:rFonts w:ascii="Georgia" w:hAnsi="Georgia"/>
          <w:b w:val="0"/>
          <w:i w:val="0"/>
          <w:color w:val="22201D"/>
          <w:sz w:val="20"/>
        </w:rPr>
        <w:t>"You do not have to read it aloud."</w:t>
      </w:r>
    </w:p>
    <w:p>
      <w:pPr>
        <w:spacing w:after="60" w:line="266" w:lineRule="auto"/>
        <w:ind w:firstLine="331"/>
        <w:jc w:val="both"/>
      </w:pPr>
      <w:r>
        <w:rPr>
          <w:rFonts w:ascii="Georgia" w:hAnsi="Georgia"/>
          <w:b w:val="0"/>
          <w:i w:val="0"/>
          <w:color w:val="22201D"/>
          <w:sz w:val="20"/>
        </w:rPr>
        <w:t>The person's shoulders lowered by an amount too small for applause and too large to miss.</w:t>
      </w:r>
    </w:p>
    <w:p>
      <w:pPr>
        <w:spacing w:after="60" w:line="266" w:lineRule="auto"/>
        <w:ind w:firstLine="331"/>
        <w:jc w:val="both"/>
      </w:pPr>
      <w:r>
        <w:rPr>
          <w:rFonts w:ascii="Georgia" w:hAnsi="Georgia"/>
          <w:b w:val="0"/>
          <w:i w:val="0"/>
          <w:color w:val="22201D"/>
          <w:sz w:val="20"/>
        </w:rPr>
        <w:t>"Is it a reservation?"</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"Is it a number?"</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"Is it my turn?"</w:t>
      </w:r>
    </w:p>
    <w:p>
      <w:pPr>
        <w:spacing w:after="60" w:line="266" w:lineRule="auto"/>
        <w:ind w:firstLine="331"/>
        <w:jc w:val="both"/>
      </w:pPr>
      <w:r>
        <w:rPr>
          <w:rFonts w:ascii="Georgia" w:hAnsi="Georgia"/>
          <w:b w:val="0"/>
          <w:i w:val="0"/>
          <w:color w:val="22201D"/>
          <w:sz w:val="20"/>
        </w:rPr>
        <w:t>"Not yet."</w:t>
      </w:r>
    </w:p>
    <w:p>
      <w:pPr>
        <w:spacing w:after="60" w:line="266" w:lineRule="auto"/>
        <w:ind w:firstLine="331"/>
        <w:jc w:val="both"/>
      </w:pPr>
      <w:r>
        <w:rPr>
          <w:rFonts w:ascii="Georgia" w:hAnsi="Georgia"/>
          <w:b w:val="0"/>
          <w:i w:val="0"/>
          <w:color w:val="22201D"/>
          <w:sz w:val="20"/>
        </w:rPr>
        <w:t>"Then what is it?"</w:t>
      </w:r>
    </w:p>
    <w:p>
      <w:pPr>
        <w:spacing w:after="60" w:line="266" w:lineRule="auto"/>
        <w:ind w:firstLine="331"/>
        <w:jc w:val="both"/>
      </w:pPr>
      <w:r>
        <w:rPr>
          <w:rFonts w:ascii="Georgia" w:hAnsi="Georgia"/>
          <w:b w:val="0"/>
          <w:i w:val="0"/>
          <w:color w:val="22201D"/>
          <w:sz w:val="20"/>
        </w:rPr>
        <w:t>The ticket answered in letters gentle enough to be firm:</w:t>
      </w:r>
    </w:p>
    <w:p>
      <w:pPr>
        <w:spacing w:after="60" w:line="250" w:lineRule="auto"/>
        <w:ind w:left="202" w:right="173"/>
      </w:pPr>
      <w:r>
        <w:rPr>
          <w:rFonts w:ascii="Georgia" w:hAnsi="Georgia"/>
          <w:b w:val="0"/>
          <w:i w:val="0"/>
          <w:color w:val="22201D"/>
          <w:sz w:val="17"/>
        </w:rPr>
        <w:t>BENCH TICKET  Caller: not required yet  Seat: bench  Price: wait honestly  Condition: rest is allowed before readiness</w:t>
      </w:r>
    </w:p>
    <w:p>
      <w:pPr>
        <w:spacing w:after="60" w:line="266" w:lineRule="auto"/>
        <w:ind w:firstLine="331"/>
        <w:jc w:val="both"/>
      </w:pPr>
      <w:r>
        <w:rPr>
          <w:rFonts w:ascii="Georgia" w:hAnsi="Georgia"/>
          <w:b w:val="0"/>
          <w:i w:val="0"/>
          <w:color w:val="22201D"/>
          <w:sz w:val="20"/>
        </w:rPr>
        <w:t>The person read it twice.</w:t>
      </w:r>
    </w:p>
    <w:p>
      <w:pPr>
        <w:spacing w:after="60" w:line="266" w:lineRule="auto"/>
        <w:ind w:firstLine="331"/>
        <w:jc w:val="both"/>
      </w:pPr>
      <w:r>
        <w:rPr>
          <w:rFonts w:ascii="Georgia" w:hAnsi="Georgia"/>
          <w:b w:val="0"/>
          <w:i w:val="0"/>
          <w:color w:val="22201D"/>
          <w:sz w:val="20"/>
        </w:rPr>
        <w:t>"Rest is allowed?"</w:t>
      </w:r>
    </w:p>
    <w:p>
      <w:pPr>
        <w:spacing w:after="60" w:line="266" w:lineRule="auto"/>
        <w:ind w:firstLine="331"/>
        <w:jc w:val="both"/>
      </w:pPr>
      <w:r>
        <w:rPr>
          <w:rFonts w:ascii="Georgia" w:hAnsi="Georgia"/>
          <w:b w:val="0"/>
          <w:i w:val="0"/>
          <w:color w:val="22201D"/>
          <w:sz w:val="20"/>
        </w:rPr>
        <w:t>"Yes," said the Hostess.</w:t>
      </w:r>
    </w:p>
    <w:p>
      <w:pPr>
        <w:spacing w:after="60" w:line="266" w:lineRule="auto"/>
        <w:ind w:firstLine="331"/>
        <w:jc w:val="both"/>
      </w:pPr>
      <w:r>
        <w:rPr>
          <w:rFonts w:ascii="Georgia" w:hAnsi="Georgia"/>
          <w:b w:val="0"/>
          <w:i w:val="0"/>
          <w:color w:val="22201D"/>
          <w:sz w:val="20"/>
        </w:rPr>
        <w:t>"Before readiness?"</w:t>
      </w:r>
    </w:p>
    <w:p>
      <w:pPr>
        <w:spacing w:after="60" w:line="266" w:lineRule="auto"/>
        <w:ind w:firstLine="331"/>
        <w:jc w:val="both"/>
      </w:pPr>
      <w:r>
        <w:rPr>
          <w:rFonts w:ascii="Georgia" w:hAnsi="Georgia"/>
          <w:b w:val="0"/>
          <w:i w:val="0"/>
          <w:color w:val="22201D"/>
          <w:sz w:val="20"/>
        </w:rPr>
        <w:t>"Especially before readiness."</w:t>
      </w:r>
    </w:p>
    <w:p>
      <w:pPr>
        <w:spacing w:after="60" w:line="266" w:lineRule="auto"/>
        <w:ind w:firstLine="331"/>
        <w:jc w:val="both"/>
      </w:pPr>
      <w:r>
        <w:rPr>
          <w:rFonts w:ascii="Georgia" w:hAnsi="Georgia"/>
          <w:b w:val="0"/>
          <w:i w:val="0"/>
          <w:color w:val="22201D"/>
          <w:sz w:val="20"/>
        </w:rPr>
        <w:t>The line became very still.</w:t>
      </w:r>
    </w:p>
    <w:p>
      <w:pPr>
        <w:spacing w:after="60" w:line="266" w:lineRule="auto"/>
        <w:ind w:firstLine="331"/>
        <w:jc w:val="both"/>
      </w:pPr>
      <w:r>
        <w:rPr>
          <w:rFonts w:ascii="Georgia" w:hAnsi="Georgia"/>
          <w:b w:val="0"/>
          <w:i w:val="0"/>
          <w:color w:val="22201D"/>
          <w:sz w:val="20"/>
        </w:rPr>
        <w:t>It had expected scarcity, correction, humiliation, revelation, maybe even soup.</w:t>
      </w:r>
    </w:p>
    <w:p>
      <w:pPr>
        <w:spacing w:after="60" w:line="266" w:lineRule="auto"/>
        <w:ind w:firstLine="331"/>
        <w:jc w:val="both"/>
      </w:pPr>
      <w:r>
        <w:rPr>
          <w:rFonts w:ascii="Georgia" w:hAnsi="Georgia"/>
          <w:b w:val="0"/>
          <w:i w:val="0"/>
          <w:color w:val="22201D"/>
          <w:sz w:val="20"/>
        </w:rPr>
        <w:t>Permission to rest was stranger.</w:t>
      </w:r>
    </w:p>
    <w:p>
      <w:pPr>
        <w:spacing w:after="60" w:line="266" w:lineRule="auto"/>
        <w:ind w:firstLine="331"/>
        <w:jc w:val="both"/>
      </w:pPr>
      <w:r>
        <w:rPr>
          <w:rFonts w:ascii="Georgia" w:hAnsi="Georgia"/>
          <w:b w:val="0"/>
          <w:i w:val="0"/>
          <w:color w:val="22201D"/>
          <w:sz w:val="20"/>
        </w:rPr>
        <w:t>Someone near the back whispered, "Do we all get one?"</w:t>
      </w:r>
    </w:p>
    <w:p>
      <w:pPr>
        <w:spacing w:after="60" w:line="266" w:lineRule="auto"/>
        <w:ind w:firstLine="331"/>
        <w:jc w:val="both"/>
      </w:pPr>
      <w:r>
        <w:rPr>
          <w:rFonts w:ascii="Georgia" w:hAnsi="Georgia"/>
          <w:b w:val="0"/>
          <w:i w:val="0"/>
          <w:color w:val="22201D"/>
          <w:sz w:val="20"/>
        </w:rPr>
        <w:t>The waiting list wrote:</w:t>
      </w:r>
    </w:p>
    <w:p>
      <w:pPr>
        <w:spacing w:after="60" w:line="250" w:lineRule="auto"/>
        <w:ind w:left="202" w:right="173"/>
      </w:pPr>
      <w:r>
        <w:rPr>
          <w:rFonts w:ascii="Georgia" w:hAnsi="Georgia"/>
          <w:b w:val="0"/>
          <w:i w:val="0"/>
          <w:color w:val="22201D"/>
          <w:sz w:val="17"/>
        </w:rPr>
        <w:t>Not all at once. Not as proof. Not because you asked by comparing.</w:t>
      </w:r>
    </w:p>
    <w:p>
      <w:pPr>
        <w:spacing w:after="60" w:line="266" w:lineRule="auto"/>
        <w:ind w:firstLine="331"/>
        <w:jc w:val="both"/>
      </w:pPr>
      <w:r>
        <w:rPr>
          <w:rFonts w:ascii="Georgia" w:hAnsi="Georgia"/>
          <w:b w:val="0"/>
          <w:i w:val="0"/>
          <w:color w:val="22201D"/>
          <w:sz w:val="20"/>
        </w:rPr>
        <w:t>The whisperer nodded, which was better than apologizing because it left less room for performance.</w:t>
      </w:r>
    </w:p>
    <w:p>
      <w:pPr>
        <w:spacing w:after="60" w:line="266" w:lineRule="auto"/>
        <w:ind w:firstLine="331"/>
        <w:jc w:val="both"/>
      </w:pPr>
      <w:r>
        <w:rPr>
          <w:rFonts w:ascii="Georgia" w:hAnsi="Georgia"/>
          <w:b w:val="0"/>
          <w:i w:val="0"/>
          <w:color w:val="22201D"/>
          <w:sz w:val="20"/>
        </w:rPr>
        <w:t>Inside, Martin looked toward the bench ticket.</w:t>
      </w:r>
    </w:p>
    <w:p>
      <w:pPr>
        <w:spacing w:after="60" w:line="266" w:lineRule="auto"/>
        <w:ind w:firstLine="331"/>
        <w:jc w:val="both"/>
      </w:pPr>
      <w:r>
        <w:rPr>
          <w:rFonts w:ascii="Georgia" w:hAnsi="Georgia"/>
          <w:b w:val="0"/>
          <w:i w:val="0"/>
          <w:color w:val="22201D"/>
          <w:sz w:val="20"/>
        </w:rPr>
        <w:t>"That is almost kind."</w:t>
      </w:r>
    </w:p>
    <w:p>
      <w:pPr>
        <w:spacing w:after="60" w:line="266" w:lineRule="auto"/>
        <w:ind w:firstLine="331"/>
        <w:jc w:val="both"/>
      </w:pPr>
      <w:r>
        <w:rPr>
          <w:rFonts w:ascii="Georgia" w:hAnsi="Georgia"/>
          <w:b w:val="0"/>
          <w:i w:val="0"/>
          <w:color w:val="22201D"/>
          <w:sz w:val="20"/>
        </w:rPr>
        <w:t>His menu printed:</w:t>
      </w:r>
    </w:p>
    <w:p>
      <w:pPr>
        <w:spacing w:after="60" w:line="250" w:lineRule="auto"/>
        <w:ind w:left="202" w:right="173"/>
      </w:pPr>
      <w:r>
        <w:rPr>
          <w:rFonts w:ascii="Georgia" w:hAnsi="Georgia"/>
          <w:b w:val="0"/>
          <w:i w:val="0"/>
          <w:color w:val="22201D"/>
          <w:sz w:val="17"/>
        </w:rPr>
        <w:t>Almost: accepted as transitional accuracy</w:t>
      </w:r>
    </w:p>
    <w:p>
      <w:pPr>
        <w:spacing w:after="60" w:line="266" w:lineRule="auto"/>
        <w:ind w:firstLine="331"/>
        <w:jc w:val="both"/>
      </w:pPr>
      <w:r>
        <w:rPr>
          <w:rFonts w:ascii="Georgia" w:hAnsi="Georgia"/>
          <w:b w:val="0"/>
          <w:i w:val="0"/>
          <w:color w:val="22201D"/>
          <w:sz w:val="20"/>
        </w:rPr>
        <w:t>"I hate when you make room for my bad phrasing."</w:t>
      </w:r>
    </w:p>
    <w:p>
      <w:pPr>
        <w:spacing w:after="60" w:line="250" w:lineRule="auto"/>
        <w:ind w:left="202" w:right="173"/>
      </w:pPr>
      <w:r>
        <w:rPr>
          <w:rFonts w:ascii="Georgia" w:hAnsi="Georgia"/>
          <w:b w:val="0"/>
          <w:i w:val="0"/>
          <w:color w:val="22201D"/>
          <w:sz w:val="17"/>
        </w:rPr>
        <w:t>Specific dislike accepted.</w:t>
      </w:r>
    </w:p>
    <w:p>
      <w:pPr>
        <w:spacing w:after="60" w:line="266" w:lineRule="auto"/>
        <w:ind w:firstLine="331"/>
        <w:jc w:val="both"/>
      </w:pPr>
      <w:r>
        <w:rPr>
          <w:rFonts w:ascii="Georgia" w:hAnsi="Georgia"/>
          <w:b w:val="0"/>
          <w:i w:val="0"/>
          <w:color w:val="22201D"/>
          <w:sz w:val="20"/>
        </w:rPr>
        <w:t>At Table Two, Clara folded PORTLAND'S BITES again, but this time not as a shield. She looked at Evan.</w:t>
      </w:r>
    </w:p>
    <w:p>
      <w:pPr>
        <w:spacing w:after="60" w:line="266" w:lineRule="auto"/>
        <w:ind w:firstLine="331"/>
        <w:jc w:val="both"/>
      </w:pPr>
      <w:r>
        <w:rPr>
          <w:rFonts w:ascii="Georgia" w:hAnsi="Georgia"/>
          <w:b w:val="0"/>
          <w:i w:val="0"/>
          <w:color w:val="22201D"/>
          <w:sz w:val="20"/>
        </w:rPr>
        <w:t>"I thought waiting was what happened before the valuable part."</w:t>
      </w:r>
    </w:p>
    <w:p>
      <w:pPr>
        <w:spacing w:after="60" w:line="266" w:lineRule="auto"/>
        <w:ind w:firstLine="331"/>
        <w:jc w:val="both"/>
      </w:pPr>
      <w:r>
        <w:rPr>
          <w:rFonts w:ascii="Georgia" w:hAnsi="Georgia"/>
          <w:b w:val="0"/>
          <w:i w:val="0"/>
          <w:color w:val="22201D"/>
          <w:sz w:val="20"/>
        </w:rPr>
        <w:t>Evan tore another piece of bread.</w:t>
      </w:r>
    </w:p>
    <w:p>
      <w:pPr>
        <w:spacing w:after="60" w:line="266" w:lineRule="auto"/>
        <w:ind w:firstLine="331"/>
        <w:jc w:val="both"/>
      </w:pPr>
      <w:r>
        <w:rPr>
          <w:rFonts w:ascii="Georgia" w:hAnsi="Georgia"/>
          <w:b w:val="0"/>
          <w:i w:val="0"/>
          <w:color w:val="22201D"/>
          <w:sz w:val="20"/>
        </w:rPr>
        <w:t>"Maybe that is why we keep arriving badly."</w:t>
      </w:r>
    </w:p>
    <w:p>
      <w:pPr>
        <w:spacing w:after="60" w:line="266" w:lineRule="auto"/>
        <w:ind w:firstLine="331"/>
        <w:jc w:val="both"/>
      </w:pPr>
      <w:r>
        <w:rPr>
          <w:rFonts w:ascii="Georgia" w:hAnsi="Georgia"/>
          <w:b w:val="0"/>
          <w:i w:val="0"/>
          <w:color w:val="22201D"/>
          <w:sz w:val="20"/>
        </w:rPr>
        <w:t>Clara looked at the bench outside.</w:t>
      </w:r>
    </w:p>
    <w:p>
      <w:pPr>
        <w:spacing w:after="60" w:line="266" w:lineRule="auto"/>
        <w:ind w:firstLine="331"/>
        <w:jc w:val="both"/>
      </w:pPr>
      <w:r>
        <w:rPr>
          <w:rFonts w:ascii="Georgia" w:hAnsi="Georgia"/>
          <w:b w:val="0"/>
          <w:i w:val="0"/>
          <w:color w:val="22201D"/>
          <w:sz w:val="20"/>
        </w:rPr>
        <w:t>"You are becoming very annoying in a calm way."</w:t>
      </w:r>
    </w:p>
    <w:p>
      <w:pPr>
        <w:spacing w:after="60" w:line="266" w:lineRule="auto"/>
        <w:ind w:firstLine="331"/>
        <w:jc w:val="both"/>
      </w:pPr>
      <w:r>
        <w:rPr>
          <w:rFonts w:ascii="Georgia" w:hAnsi="Georgia"/>
          <w:b w:val="0"/>
          <w:i w:val="0"/>
          <w:color w:val="22201D"/>
          <w:sz w:val="20"/>
        </w:rPr>
        <w:t>"Lunch without audition," he said.</w:t>
      </w:r>
    </w:p>
    <w:p>
      <w:pPr>
        <w:spacing w:after="60" w:line="266" w:lineRule="auto"/>
        <w:ind w:firstLine="331"/>
        <w:jc w:val="both"/>
      </w:pPr>
      <w:r>
        <w:rPr>
          <w:rFonts w:ascii="Georgia" w:hAnsi="Georgia"/>
          <w:b w:val="0"/>
          <w:i w:val="0"/>
          <w:color w:val="22201D"/>
          <w:sz w:val="20"/>
        </w:rPr>
        <w:t>Her menu printed:</w:t>
      </w:r>
    </w:p>
    <w:p>
      <w:pPr>
        <w:spacing w:after="60" w:line="250" w:lineRule="auto"/>
        <w:ind w:left="202" w:right="173"/>
      </w:pPr>
      <w:r>
        <w:rPr>
          <w:rFonts w:ascii="Georgia" w:hAnsi="Georgia"/>
          <w:b w:val="0"/>
          <w:i w:val="0"/>
          <w:color w:val="22201D"/>
          <w:sz w:val="17"/>
        </w:rPr>
        <w:t>Do not quote progress as proof.</w:t>
      </w:r>
    </w:p>
    <w:p>
      <w:pPr>
        <w:spacing w:after="60" w:line="266" w:lineRule="auto"/>
        <w:ind w:firstLine="331"/>
        <w:jc w:val="both"/>
      </w:pPr>
      <w:r>
        <w:rPr>
          <w:rFonts w:ascii="Georgia" w:hAnsi="Georgia"/>
          <w:b w:val="0"/>
          <w:i w:val="0"/>
          <w:color w:val="22201D"/>
          <w:sz w:val="20"/>
        </w:rPr>
        <w:t>Evan put both hands up.</w:t>
      </w:r>
    </w:p>
    <w:p>
      <w:pPr>
        <w:spacing w:after="60" w:line="266" w:lineRule="auto"/>
        <w:ind w:firstLine="331"/>
        <w:jc w:val="both"/>
      </w:pPr>
      <w:r>
        <w:rPr>
          <w:rFonts w:ascii="Georgia" w:hAnsi="Georgia"/>
          <w:b w:val="0"/>
          <w:i w:val="0"/>
          <w:color w:val="22201D"/>
          <w:sz w:val="20"/>
        </w:rPr>
        <w:t>"Fair."</w:t>
      </w:r>
    </w:p>
    <w:p>
      <w:pPr>
        <w:spacing w:after="60" w:line="266" w:lineRule="auto"/>
        <w:ind w:firstLine="331"/>
        <w:jc w:val="both"/>
      </w:pPr>
      <w:r>
        <w:rPr>
          <w:rFonts w:ascii="Georgia" w:hAnsi="Georgia"/>
          <w:b w:val="0"/>
          <w:i w:val="0"/>
          <w:color w:val="22201D"/>
          <w:sz w:val="20"/>
        </w:rPr>
        <w:t>At Table One, Nico stared at the bench ticket through the doorway.</w:t>
      </w:r>
    </w:p>
    <w:p>
      <w:pPr>
        <w:spacing w:after="60" w:line="266" w:lineRule="auto"/>
        <w:ind w:firstLine="331"/>
        <w:jc w:val="both"/>
      </w:pPr>
      <w:r>
        <w:rPr>
          <w:rFonts w:ascii="Georgia" w:hAnsi="Georgia"/>
          <w:b w:val="0"/>
          <w:i w:val="0"/>
          <w:color w:val="22201D"/>
          <w:sz w:val="20"/>
        </w:rPr>
        <w:t>"I would have posted that."</w:t>
      </w:r>
    </w:p>
    <w:p>
      <w:pPr>
        <w:spacing w:after="60" w:line="266" w:lineRule="auto"/>
        <w:ind w:firstLine="331"/>
        <w:jc w:val="both"/>
      </w:pPr>
      <w:r>
        <w:rPr>
          <w:rFonts w:ascii="Georgia" w:hAnsi="Georgia"/>
          <w:b w:val="0"/>
          <w:i w:val="0"/>
          <w:color w:val="22201D"/>
          <w:sz w:val="20"/>
        </w:rPr>
        <w:t>Auditor Ives said, "Past tense noted."</w:t>
      </w:r>
    </w:p>
    <w:p>
      <w:pPr>
        <w:spacing w:after="60" w:line="266" w:lineRule="auto"/>
        <w:ind w:firstLine="331"/>
        <w:jc w:val="both"/>
      </w:pPr>
      <w:r>
        <w:rPr>
          <w:rFonts w:ascii="Georgia" w:hAnsi="Georgia"/>
          <w:b w:val="0"/>
          <w:i w:val="0"/>
          <w:color w:val="22201D"/>
          <w:sz w:val="20"/>
        </w:rPr>
        <w:t>"Do not make my restraint official."</w:t>
      </w:r>
    </w:p>
    <w:p>
      <w:pPr>
        <w:spacing w:after="60" w:line="266" w:lineRule="auto"/>
        <w:ind w:firstLine="331"/>
        <w:jc w:val="both"/>
      </w:pPr>
      <w:r>
        <w:rPr>
          <w:rFonts w:ascii="Georgia" w:hAnsi="Georgia"/>
          <w:b w:val="0"/>
          <w:i w:val="0"/>
          <w:color w:val="22201D"/>
          <w:sz w:val="20"/>
        </w:rPr>
        <w:t>"I did not."</w:t>
      </w:r>
    </w:p>
    <w:p>
      <w:pPr>
        <w:spacing w:after="60" w:line="266" w:lineRule="auto"/>
        <w:ind w:firstLine="331"/>
        <w:jc w:val="both"/>
      </w:pPr>
      <w:r>
        <w:rPr>
          <w:rFonts w:ascii="Georgia" w:hAnsi="Georgia"/>
          <w:b w:val="0"/>
          <w:i w:val="0"/>
          <w:color w:val="22201D"/>
          <w:sz w:val="20"/>
        </w:rPr>
        <w:t>"You thought it in a filing voice."</w:t>
      </w:r>
    </w:p>
    <w:p>
      <w:pPr>
        <w:spacing w:after="60" w:line="266" w:lineRule="auto"/>
        <w:ind w:firstLine="331"/>
        <w:jc w:val="both"/>
      </w:pPr>
      <w:r>
        <w:rPr>
          <w:rFonts w:ascii="Georgia" w:hAnsi="Georgia"/>
          <w:b w:val="0"/>
          <w:i w:val="0"/>
          <w:color w:val="22201D"/>
          <w:sz w:val="20"/>
        </w:rPr>
        <w:t>Ives considered denying this and chose silence, which was the first time all day procedure had decided not to defend itself.</w:t>
      </w:r>
    </w:p>
    <w:p>
      <w:pPr>
        <w:spacing w:after="60" w:line="266" w:lineRule="auto"/>
        <w:ind w:firstLine="331"/>
        <w:jc w:val="both"/>
      </w:pPr>
      <w:r>
        <w:rPr>
          <w:rFonts w:ascii="Georgia" w:hAnsi="Georgia"/>
          <w:b w:val="0"/>
          <w:i w:val="0"/>
          <w:color w:val="22201D"/>
          <w:sz w:val="20"/>
        </w:rPr>
        <w:t>The empty witness seat turned slightly toward the outside bench.</w:t>
      </w:r>
    </w:p>
    <w:p>
      <w:pPr>
        <w:spacing w:after="60" w:line="266" w:lineRule="auto"/>
        <w:ind w:firstLine="331"/>
        <w:jc w:val="both"/>
      </w:pPr>
      <w:r>
        <w:rPr>
          <w:rFonts w:ascii="Georgia" w:hAnsi="Georgia"/>
          <w:b w:val="0"/>
          <w:i w:val="0"/>
          <w:color w:val="22201D"/>
          <w:sz w:val="20"/>
        </w:rPr>
        <w:t>Its menu printed:</w:t>
      </w:r>
    </w:p>
    <w:p>
      <w:pPr>
        <w:spacing w:after="60" w:line="250" w:lineRule="auto"/>
        <w:ind w:left="202" w:right="173"/>
      </w:pPr>
      <w:r>
        <w:rPr>
          <w:rFonts w:ascii="Georgia" w:hAnsi="Georgia"/>
          <w:b w:val="0"/>
          <w:i w:val="0"/>
          <w:color w:val="22201D"/>
          <w:sz w:val="17"/>
        </w:rPr>
        <w:t>Witness: retained by not converting rest into content</w:t>
      </w:r>
    </w:p>
    <w:p>
      <w:pPr>
        <w:spacing w:after="60" w:line="266" w:lineRule="auto"/>
        <w:ind w:firstLine="331"/>
        <w:jc w:val="both"/>
      </w:pPr>
      <w:r>
        <w:rPr>
          <w:rFonts w:ascii="Georgia" w:hAnsi="Georgia"/>
          <w:b w:val="0"/>
          <w:i w:val="0"/>
          <w:color w:val="22201D"/>
          <w:sz w:val="20"/>
        </w:rPr>
        <w:t>Nico leaned back.</w:t>
      </w:r>
    </w:p>
    <w:p>
      <w:pPr>
        <w:spacing w:after="60" w:line="266" w:lineRule="auto"/>
        <w:ind w:firstLine="331"/>
        <w:jc w:val="both"/>
      </w:pPr>
      <w:r>
        <w:rPr>
          <w:rFonts w:ascii="Georgia" w:hAnsi="Georgia"/>
          <w:b w:val="0"/>
          <w:i w:val="0"/>
          <w:color w:val="22201D"/>
          <w:sz w:val="20"/>
        </w:rPr>
        <w:t>"Okay."</w:t>
      </w:r>
    </w:p>
    <w:p>
      <w:pPr>
        <w:spacing w:after="60" w:line="266" w:lineRule="auto"/>
        <w:ind w:firstLine="331"/>
        <w:jc w:val="both"/>
      </w:pPr>
      <w:r>
        <w:rPr>
          <w:rFonts w:ascii="Georgia" w:hAnsi="Georgia"/>
          <w:b w:val="0"/>
          <w:i w:val="0"/>
          <w:color w:val="22201D"/>
          <w:sz w:val="20"/>
        </w:rPr>
        <w:t>Ives looked at the empty seat.</w:t>
      </w:r>
    </w:p>
    <w:p>
      <w:pPr>
        <w:spacing w:after="60" w:line="266" w:lineRule="auto"/>
        <w:ind w:firstLine="331"/>
        <w:jc w:val="both"/>
      </w:pPr>
      <w:r>
        <w:rPr>
          <w:rFonts w:ascii="Georgia" w:hAnsi="Georgia"/>
          <w:b w:val="0"/>
          <w:i w:val="0"/>
          <w:color w:val="22201D"/>
          <w:sz w:val="20"/>
        </w:rPr>
        <w:t>"I agree."</w:t>
      </w:r>
    </w:p>
    <w:p>
      <w:pPr>
        <w:spacing w:after="60" w:line="266" w:lineRule="auto"/>
        <w:ind w:firstLine="331"/>
        <w:jc w:val="both"/>
      </w:pPr>
      <w:r>
        <w:rPr>
          <w:rFonts w:ascii="Georgia" w:hAnsi="Georgia"/>
          <w:b w:val="0"/>
          <w:i w:val="0"/>
          <w:color w:val="22201D"/>
          <w:sz w:val="20"/>
        </w:rPr>
        <w:t>Nico turned.</w:t>
      </w:r>
    </w:p>
    <w:p>
      <w:pPr>
        <w:spacing w:after="60" w:line="266" w:lineRule="auto"/>
        <w:ind w:firstLine="331"/>
        <w:jc w:val="both"/>
      </w:pPr>
      <w:r>
        <w:rPr>
          <w:rFonts w:ascii="Georgia" w:hAnsi="Georgia"/>
          <w:b w:val="0"/>
          <w:i w:val="0"/>
          <w:color w:val="22201D"/>
          <w:sz w:val="20"/>
        </w:rPr>
        <w:t>"With the empty chair?"</w:t>
      </w:r>
    </w:p>
    <w:p>
      <w:pPr>
        <w:spacing w:after="60" w:line="266" w:lineRule="auto"/>
        <w:ind w:firstLine="331"/>
        <w:jc w:val="both"/>
      </w:pPr>
      <w:r>
        <w:rPr>
          <w:rFonts w:ascii="Georgia" w:hAnsi="Georgia"/>
          <w:b w:val="0"/>
          <w:i w:val="0"/>
          <w:color w:val="22201D"/>
          <w:sz w:val="20"/>
        </w:rPr>
        <w:t>"With the principle."</w:t>
      </w:r>
    </w:p>
    <w:p>
      <w:pPr>
        <w:spacing w:after="60" w:line="266" w:lineRule="auto"/>
        <w:ind w:firstLine="331"/>
        <w:jc w:val="both"/>
      </w:pPr>
      <w:r>
        <w:rPr>
          <w:rFonts w:ascii="Georgia" w:hAnsi="Georgia"/>
          <w:b w:val="0"/>
          <w:i w:val="0"/>
          <w:color w:val="22201D"/>
          <w:sz w:val="20"/>
        </w:rPr>
        <w:t>"Still weird."</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The released table printed more bench tickets, but not in a stack. They appeared one at a time, each waiting before the next, as if even printing had been instructed not to rush patience.</w:t>
      </w:r>
    </w:p>
    <w:p>
      <w:pPr>
        <w:spacing w:after="60" w:line="266" w:lineRule="auto"/>
        <w:ind w:firstLine="331"/>
        <w:jc w:val="both"/>
      </w:pPr>
      <w:r>
        <w:rPr>
          <w:rFonts w:ascii="Georgia" w:hAnsi="Georgia"/>
          <w:b w:val="0"/>
          <w:i w:val="0"/>
          <w:color w:val="22201D"/>
          <w:sz w:val="20"/>
        </w:rPr>
        <w:t>The second ticket went to Mara.</w:t>
      </w:r>
    </w:p>
    <w:p>
      <w:pPr>
        <w:spacing w:after="60" w:line="266" w:lineRule="auto"/>
        <w:ind w:firstLine="331"/>
        <w:jc w:val="both"/>
      </w:pPr>
      <w:r>
        <w:rPr>
          <w:rFonts w:ascii="Georgia" w:hAnsi="Georgia"/>
          <w:b w:val="0"/>
          <w:i w:val="0"/>
          <w:color w:val="22201D"/>
          <w:sz w:val="20"/>
        </w:rPr>
        <w:t>It did not cross the room. It appeared beside her glass of water on the inside bench.</w:t>
      </w:r>
    </w:p>
    <w:p>
      <w:pPr>
        <w:spacing w:after="60" w:line="266" w:lineRule="auto"/>
        <w:ind w:firstLine="331"/>
        <w:jc w:val="both"/>
      </w:pPr>
      <w:r>
        <w:rPr>
          <w:rFonts w:ascii="Georgia" w:hAnsi="Georgia"/>
          <w:b w:val="0"/>
          <w:i w:val="0"/>
          <w:color w:val="22201D"/>
          <w:sz w:val="20"/>
        </w:rPr>
        <w:t>She looked at it without picking it up.</w:t>
      </w:r>
    </w:p>
    <w:p>
      <w:pPr>
        <w:spacing w:after="60" w:line="250" w:lineRule="auto"/>
        <w:ind w:left="202" w:right="173"/>
      </w:pPr>
      <w:r>
        <w:rPr>
          <w:rFonts w:ascii="Georgia" w:hAnsi="Georgia"/>
          <w:b w:val="0"/>
          <w:i w:val="0"/>
          <w:color w:val="22201D"/>
          <w:sz w:val="17"/>
        </w:rPr>
        <w:t>BENCH TICKET  Caller: Mara  Seat: bench by choice  Price: wait honestly  Condition: do not turn waiting into loyalty theater</w:t>
      </w:r>
    </w:p>
    <w:p>
      <w:pPr>
        <w:spacing w:after="60" w:line="266" w:lineRule="auto"/>
        <w:ind w:firstLine="331"/>
        <w:jc w:val="both"/>
      </w:pPr>
      <w:r>
        <w:rPr>
          <w:rFonts w:ascii="Georgia" w:hAnsi="Georgia"/>
          <w:b w:val="0"/>
          <w:i w:val="0"/>
          <w:color w:val="22201D"/>
          <w:sz w:val="20"/>
        </w:rPr>
        <w:t>Mara laughed once.</w:t>
      </w:r>
    </w:p>
    <w:p>
      <w:pPr>
        <w:spacing w:after="60" w:line="266" w:lineRule="auto"/>
        <w:ind w:firstLine="331"/>
        <w:jc w:val="both"/>
      </w:pPr>
      <w:r>
        <w:rPr>
          <w:rFonts w:ascii="Georgia" w:hAnsi="Georgia"/>
          <w:b w:val="0"/>
          <w:i w:val="0"/>
          <w:color w:val="22201D"/>
          <w:sz w:val="20"/>
        </w:rPr>
        <w:t>It was not a large laugh.</w:t>
      </w:r>
    </w:p>
    <w:p>
      <w:pPr>
        <w:spacing w:after="60" w:line="266" w:lineRule="auto"/>
        <w:ind w:firstLine="331"/>
        <w:jc w:val="both"/>
      </w:pPr>
      <w:r>
        <w:rPr>
          <w:rFonts w:ascii="Georgia" w:hAnsi="Georgia"/>
          <w:b w:val="0"/>
          <w:i w:val="0"/>
          <w:color w:val="22201D"/>
          <w:sz w:val="20"/>
        </w:rPr>
        <w:t>It was the sound of a sentence hitting the exact part of a person that had already been carrying it.</w:t>
      </w:r>
    </w:p>
    <w:p>
      <w:pPr>
        <w:spacing w:after="60" w:line="266" w:lineRule="auto"/>
        <w:ind w:firstLine="331"/>
        <w:jc w:val="both"/>
      </w:pPr>
      <w:r>
        <w:rPr>
          <w:rFonts w:ascii="Georgia" w:hAnsi="Georgia"/>
          <w:b w:val="0"/>
          <w:i w:val="0"/>
          <w:color w:val="22201D"/>
          <w:sz w:val="20"/>
        </w:rPr>
        <w:t>Flocc looked at her, then away before looking became a request.</w:t>
      </w:r>
    </w:p>
    <w:p>
      <w:pPr>
        <w:spacing w:after="60" w:line="266" w:lineRule="auto"/>
        <w:ind w:firstLine="331"/>
        <w:jc w:val="both"/>
      </w:pPr>
      <w:r>
        <w:rPr>
          <w:rFonts w:ascii="Georgia" w:hAnsi="Georgia"/>
          <w:b w:val="0"/>
          <w:i w:val="0"/>
          <w:color w:val="22201D"/>
          <w:sz w:val="20"/>
        </w:rPr>
        <w:t>"Good," she said.</w:t>
      </w:r>
    </w:p>
    <w:p>
      <w:pPr>
        <w:spacing w:after="60" w:line="266" w:lineRule="auto"/>
        <w:ind w:firstLine="331"/>
        <w:jc w:val="both"/>
      </w:pPr>
      <w:r>
        <w:rPr>
          <w:rFonts w:ascii="Georgia" w:hAnsi="Georgia"/>
          <w:b w:val="0"/>
          <w:i w:val="0"/>
          <w:color w:val="22201D"/>
          <w:sz w:val="20"/>
        </w:rPr>
        <w:t>"The ticket?"</w:t>
      </w:r>
    </w:p>
    <w:p>
      <w:pPr>
        <w:spacing w:after="60" w:line="266" w:lineRule="auto"/>
        <w:ind w:firstLine="331"/>
        <w:jc w:val="both"/>
      </w:pPr>
      <w:r>
        <w:rPr>
          <w:rFonts w:ascii="Georgia" w:hAnsi="Georgia"/>
          <w:b w:val="0"/>
          <w:i w:val="0"/>
          <w:color w:val="22201D"/>
          <w:sz w:val="20"/>
        </w:rPr>
        <w:t>"You."</w:t>
      </w:r>
    </w:p>
    <w:p>
      <w:pPr>
        <w:spacing w:after="60" w:line="266" w:lineRule="auto"/>
        <w:ind w:firstLine="331"/>
        <w:jc w:val="both"/>
      </w:pPr>
      <w:r>
        <w:rPr>
          <w:rFonts w:ascii="Georgia" w:hAnsi="Georgia"/>
          <w:b w:val="0"/>
          <w:i w:val="0"/>
          <w:color w:val="22201D"/>
          <w:sz w:val="20"/>
        </w:rPr>
        <w:t>He stood very still.</w:t>
      </w:r>
    </w:p>
    <w:p>
      <w:pPr>
        <w:spacing w:after="60" w:line="266" w:lineRule="auto"/>
        <w:ind w:firstLine="331"/>
        <w:jc w:val="both"/>
      </w:pPr>
      <w:r>
        <w:rPr>
          <w:rFonts w:ascii="Georgia" w:hAnsi="Georgia"/>
          <w:b w:val="0"/>
          <w:i w:val="0"/>
          <w:color w:val="22201D"/>
          <w:sz w:val="20"/>
        </w:rPr>
        <w:t>"For looking away?"</w:t>
      </w:r>
    </w:p>
    <w:p>
      <w:pPr>
        <w:spacing w:after="60" w:line="266" w:lineRule="auto"/>
        <w:ind w:firstLine="331"/>
        <w:jc w:val="both"/>
      </w:pPr>
      <w:r>
        <w:rPr>
          <w:rFonts w:ascii="Georgia" w:hAnsi="Georgia"/>
          <w:b w:val="0"/>
          <w:i w:val="0"/>
          <w:color w:val="22201D"/>
          <w:sz w:val="20"/>
        </w:rPr>
        <w:t>"For not making me tell you to."</w:t>
      </w:r>
    </w:p>
    <w:p>
      <w:pPr>
        <w:spacing w:after="60" w:line="266" w:lineRule="auto"/>
        <w:ind w:firstLine="331"/>
        <w:jc w:val="both"/>
      </w:pPr>
      <w:r>
        <w:rPr>
          <w:rFonts w:ascii="Georgia" w:hAnsi="Georgia"/>
          <w:b w:val="0"/>
          <w:i w:val="0"/>
          <w:color w:val="22201D"/>
          <w:sz w:val="20"/>
        </w:rPr>
        <w:t>The side plate near the service path warmed in Flocc's hands, though it held no food. He accepted this as information and did not explain it.</w:t>
      </w:r>
    </w:p>
    <w:p>
      <w:pPr>
        <w:spacing w:after="60" w:line="266" w:lineRule="auto"/>
        <w:ind w:firstLine="331"/>
        <w:jc w:val="both"/>
      </w:pPr>
      <w:r>
        <w:rPr>
          <w:rFonts w:ascii="Georgia" w:hAnsi="Georgia"/>
          <w:b w:val="0"/>
          <w:i w:val="0"/>
          <w:color w:val="22201D"/>
          <w:sz w:val="20"/>
        </w:rPr>
        <w:t>The third ticket slid toward him.</w:t>
      </w:r>
    </w:p>
    <w:p>
      <w:pPr>
        <w:spacing w:after="60" w:line="266" w:lineRule="auto"/>
        <w:ind w:firstLine="331"/>
        <w:jc w:val="both"/>
      </w:pPr>
      <w:r>
        <w:rPr>
          <w:rFonts w:ascii="Georgia" w:hAnsi="Georgia"/>
          <w:b w:val="0"/>
          <w:i w:val="0"/>
          <w:color w:val="22201D"/>
          <w:sz w:val="20"/>
        </w:rPr>
        <w:t>It stopped on the narrow shelf beside the service path.</w:t>
      </w:r>
    </w:p>
    <w:p>
      <w:pPr>
        <w:spacing w:after="60" w:line="250" w:lineRule="auto"/>
        <w:ind w:left="202" w:right="173"/>
      </w:pPr>
      <w:r>
        <w:rPr>
          <w:rFonts w:ascii="Georgia" w:hAnsi="Georgia"/>
          <w:b w:val="0"/>
          <w:i w:val="0"/>
          <w:color w:val="22201D"/>
          <w:sz w:val="17"/>
        </w:rPr>
        <w:t>BENCH TICKET  Caller: Flocc  Seat: not yet assigned  Price: wait honestly  Condition: do not confuse usefulness with centrality</w:t>
      </w:r>
    </w:p>
    <w:p>
      <w:pPr>
        <w:spacing w:after="60" w:line="266" w:lineRule="auto"/>
        <w:ind w:firstLine="331"/>
        <w:jc w:val="both"/>
      </w:pPr>
      <w:r>
        <w:rPr>
          <w:rFonts w:ascii="Georgia" w:hAnsi="Georgia"/>
          <w:b w:val="0"/>
          <w:i w:val="0"/>
          <w:color w:val="22201D"/>
          <w:sz w:val="20"/>
        </w:rPr>
        <w:t>Flocc read it.</w:t>
      </w:r>
    </w:p>
    <w:p>
      <w:pPr>
        <w:spacing w:after="60" w:line="266" w:lineRule="auto"/>
        <w:ind w:firstLine="331"/>
        <w:jc w:val="both"/>
      </w:pPr>
      <w:r>
        <w:rPr>
          <w:rFonts w:ascii="Georgia" w:hAnsi="Georgia"/>
          <w:b w:val="0"/>
          <w:i w:val="0"/>
          <w:color w:val="22201D"/>
          <w:sz w:val="20"/>
        </w:rPr>
        <w:t>"I do not get a bench?"</w:t>
      </w:r>
    </w:p>
    <w:p>
      <w:pPr>
        <w:spacing w:after="60" w:line="266" w:lineRule="auto"/>
        <w:ind w:firstLine="331"/>
        <w:jc w:val="both"/>
      </w:pPr>
      <w:r>
        <w:rPr>
          <w:rFonts w:ascii="Georgia" w:hAnsi="Georgia"/>
          <w:b w:val="0"/>
          <w:i w:val="0"/>
          <w:color w:val="22201D"/>
          <w:sz w:val="20"/>
        </w:rPr>
        <w:t>The Hostess said, "Not yet."</w:t>
      </w:r>
    </w:p>
    <w:p>
      <w:pPr>
        <w:spacing w:after="60" w:line="266" w:lineRule="auto"/>
        <w:ind w:firstLine="331"/>
        <w:jc w:val="both"/>
      </w:pPr>
      <w:r>
        <w:rPr>
          <w:rFonts w:ascii="Georgia" w:hAnsi="Georgia"/>
          <w:b w:val="0"/>
          <w:i w:val="0"/>
          <w:color w:val="22201D"/>
          <w:sz w:val="20"/>
        </w:rPr>
        <w:t>"Because I am still in the service path?"</w:t>
      </w:r>
    </w:p>
    <w:p>
      <w:pPr>
        <w:spacing w:after="60" w:line="266" w:lineRule="auto"/>
        <w:ind w:firstLine="331"/>
        <w:jc w:val="both"/>
      </w:pPr>
      <w:r>
        <w:rPr>
          <w:rFonts w:ascii="Georgia" w:hAnsi="Georgia"/>
          <w:b w:val="0"/>
          <w:i w:val="0"/>
          <w:color w:val="22201D"/>
          <w:sz w:val="20"/>
        </w:rPr>
        <w:t>"Because you are learning to remain useful without turning usefulness into a chair."</w:t>
      </w:r>
    </w:p>
    <w:p>
      <w:pPr>
        <w:spacing w:after="60" w:line="266" w:lineRule="auto"/>
        <w:ind w:firstLine="331"/>
        <w:jc w:val="both"/>
      </w:pPr>
      <w:r>
        <w:rPr>
          <w:rFonts w:ascii="Georgia" w:hAnsi="Georgia"/>
          <w:b w:val="0"/>
          <w:i w:val="0"/>
          <w:color w:val="22201D"/>
          <w:sz w:val="20"/>
        </w:rPr>
        <w:t>He nodded slowly.</w:t>
      </w:r>
    </w:p>
    <w:p>
      <w:pPr>
        <w:spacing w:after="60" w:line="266" w:lineRule="auto"/>
        <w:ind w:firstLine="331"/>
        <w:jc w:val="both"/>
      </w:pPr>
      <w:r>
        <w:rPr>
          <w:rFonts w:ascii="Georgia" w:hAnsi="Georgia"/>
          <w:b w:val="0"/>
          <w:i w:val="0"/>
          <w:color w:val="22201D"/>
          <w:sz w:val="20"/>
        </w:rPr>
        <w:t>"That is very precise."</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"I dislike how often precision is smaller than I hoped."</w:t>
      </w:r>
    </w:p>
    <w:p>
      <w:pPr>
        <w:spacing w:after="60" w:line="266" w:lineRule="auto"/>
        <w:ind w:firstLine="331"/>
        <w:jc w:val="both"/>
      </w:pPr>
      <w:r>
        <w:rPr>
          <w:rFonts w:ascii="Georgia" w:hAnsi="Georgia"/>
          <w:b w:val="0"/>
          <w:i w:val="0"/>
          <w:color w:val="22201D"/>
          <w:sz w:val="20"/>
        </w:rPr>
        <w:t>Mara picked up her glass.</w:t>
      </w:r>
    </w:p>
    <w:p>
      <w:pPr>
        <w:spacing w:after="60" w:line="266" w:lineRule="auto"/>
        <w:ind w:firstLine="331"/>
        <w:jc w:val="both"/>
      </w:pPr>
      <w:r>
        <w:rPr>
          <w:rFonts w:ascii="Georgia" w:hAnsi="Georgia"/>
          <w:b w:val="0"/>
          <w:i w:val="0"/>
          <w:color w:val="22201D"/>
          <w:sz w:val="20"/>
        </w:rPr>
        <w:t>"Progress."</w:t>
      </w:r>
    </w:p>
    <w:p>
      <w:pPr>
        <w:spacing w:after="60" w:line="266" w:lineRule="auto"/>
        <w:ind w:firstLine="331"/>
        <w:jc w:val="both"/>
      </w:pPr>
      <w:r>
        <w:rPr>
          <w:rFonts w:ascii="Georgia" w:hAnsi="Georgia"/>
          <w:b w:val="0"/>
          <w:i w:val="0"/>
          <w:color w:val="22201D"/>
          <w:sz w:val="20"/>
        </w:rPr>
        <w:t>The ticket added:</w:t>
      </w:r>
    </w:p>
    <w:p>
      <w:pPr>
        <w:spacing w:after="60" w:line="250" w:lineRule="auto"/>
        <w:ind w:left="202" w:right="173"/>
      </w:pPr>
      <w:r>
        <w:rPr>
          <w:rFonts w:ascii="Georgia" w:hAnsi="Georgia"/>
          <w:b w:val="0"/>
          <w:i w:val="0"/>
          <w:color w:val="22201D"/>
          <w:sz w:val="17"/>
        </w:rPr>
        <w:t>Progress: noted, not seated</w:t>
      </w:r>
    </w:p>
    <w:p>
      <w:pPr>
        <w:spacing w:after="60" w:line="266" w:lineRule="auto"/>
        <w:ind w:firstLine="331"/>
        <w:jc w:val="both"/>
      </w:pPr>
      <w:r>
        <w:rPr>
          <w:rFonts w:ascii="Georgia" w:hAnsi="Georgia"/>
          <w:b w:val="0"/>
          <w:i w:val="0"/>
          <w:color w:val="22201D"/>
          <w:sz w:val="20"/>
        </w:rPr>
        <w:t>Bob said from the kitchen threshold, "That is a good policy."</w:t>
      </w:r>
    </w:p>
    <w:p>
      <w:pPr>
        <w:spacing w:after="60" w:line="266" w:lineRule="auto"/>
        <w:ind w:firstLine="331"/>
        <w:jc w:val="both"/>
      </w:pPr>
      <w:r>
        <w:rPr>
          <w:rFonts w:ascii="Georgia" w:hAnsi="Georgia"/>
          <w:b w:val="0"/>
          <w:i w:val="0"/>
          <w:color w:val="22201D"/>
          <w:sz w:val="20"/>
        </w:rPr>
        <w:t>Steve said, "For whom?"</w:t>
      </w:r>
    </w:p>
    <w:p>
      <w:pPr>
        <w:spacing w:after="60" w:line="266" w:lineRule="auto"/>
        <w:ind w:firstLine="331"/>
        <w:jc w:val="both"/>
      </w:pPr>
      <w:r>
        <w:rPr>
          <w:rFonts w:ascii="Georgia" w:hAnsi="Georgia"/>
          <w:b w:val="0"/>
          <w:i w:val="0"/>
          <w:color w:val="22201D"/>
          <w:sz w:val="20"/>
        </w:rPr>
        <w:t>"Almost everyone."</w:t>
      </w:r>
    </w:p>
    <w:p>
      <w:pPr>
        <w:spacing w:after="60" w:line="266" w:lineRule="auto"/>
        <w:ind w:firstLine="331"/>
        <w:jc w:val="both"/>
      </w:pPr>
      <w:r>
        <w:rPr>
          <w:rFonts w:ascii="Georgia" w:hAnsi="Georgia"/>
          <w:b w:val="0"/>
          <w:i w:val="0"/>
          <w:color w:val="22201D"/>
          <w:sz w:val="20"/>
        </w:rPr>
        <w:t>Steve did not ask whether Bob included himself. This was one of Steve's wiser records decisions.</w:t>
      </w:r>
    </w:p>
    <w:p>
      <w:pPr>
        <w:spacing w:after="60" w:line="266" w:lineRule="auto"/>
        <w:ind w:firstLine="331"/>
        <w:jc w:val="both"/>
      </w:pPr>
      <w:r>
        <w:rPr>
          <w:rFonts w:ascii="Georgia" w:hAnsi="Georgia"/>
          <w:b w:val="0"/>
          <w:i w:val="0"/>
          <w:color w:val="22201D"/>
          <w:sz w:val="20"/>
        </w:rPr>
        <w:t>The outside bench lengthened by one seat.</w:t>
      </w:r>
    </w:p>
    <w:p>
      <w:pPr>
        <w:spacing w:after="60" w:line="266" w:lineRule="auto"/>
        <w:ind w:firstLine="331"/>
        <w:jc w:val="both"/>
      </w:pPr>
      <w:r>
        <w:rPr>
          <w:rFonts w:ascii="Georgia" w:hAnsi="Georgia"/>
          <w:b w:val="0"/>
          <w:i w:val="0"/>
          <w:color w:val="22201D"/>
          <w:sz w:val="20"/>
        </w:rPr>
        <w:t>Not enough for the line.</w:t>
      </w:r>
    </w:p>
    <w:p>
      <w:pPr>
        <w:spacing w:after="60" w:line="266" w:lineRule="auto"/>
        <w:ind w:firstLine="331"/>
        <w:jc w:val="both"/>
      </w:pPr>
      <w:r>
        <w:rPr>
          <w:rFonts w:ascii="Georgia" w:hAnsi="Georgia"/>
          <w:b w:val="0"/>
          <w:i w:val="0"/>
          <w:color w:val="22201D"/>
          <w:sz w:val="20"/>
        </w:rPr>
        <w:t>Enough for the next honest tiredness.</w:t>
      </w:r>
    </w:p>
    <w:p>
      <w:pPr>
        <w:spacing w:after="60" w:line="266" w:lineRule="auto"/>
        <w:ind w:firstLine="331"/>
        <w:jc w:val="both"/>
      </w:pPr>
      <w:r>
        <w:rPr>
          <w:rFonts w:ascii="Georgia" w:hAnsi="Georgia"/>
          <w:b w:val="0"/>
          <w:i w:val="0"/>
          <w:color w:val="22201D"/>
          <w:sz w:val="20"/>
        </w:rPr>
        <w:t>The waiting list printed:</w:t>
      </w:r>
    </w:p>
    <w:p>
      <w:pPr>
        <w:spacing w:after="60" w:line="250" w:lineRule="auto"/>
        <w:ind w:left="202" w:right="173"/>
      </w:pPr>
      <w:r>
        <w:rPr>
          <w:rFonts w:ascii="Georgia" w:hAnsi="Georgia"/>
          <w:b w:val="0"/>
          <w:i w:val="0"/>
          <w:color w:val="22201D"/>
          <w:sz w:val="17"/>
        </w:rPr>
        <w:t>BENCH CAPACITY: earned by need, not comparison</w:t>
      </w:r>
    </w:p>
    <w:p>
      <w:pPr>
        <w:spacing w:after="60" w:line="266" w:lineRule="auto"/>
        <w:ind w:firstLine="331"/>
        <w:jc w:val="both"/>
      </w:pPr>
      <w:r>
        <w:rPr>
          <w:rFonts w:ascii="Georgia" w:hAnsi="Georgia"/>
          <w:b w:val="0"/>
          <w:i w:val="0"/>
          <w:color w:val="22201D"/>
          <w:sz w:val="20"/>
        </w:rPr>
        <w:t>Gerald checked the sidewalk again.</w:t>
      </w:r>
    </w:p>
    <w:p>
      <w:pPr>
        <w:spacing w:after="60" w:line="266" w:lineRule="auto"/>
        <w:ind w:firstLine="331"/>
        <w:jc w:val="both"/>
      </w:pPr>
      <w:r>
        <w:rPr>
          <w:rFonts w:ascii="Georgia" w:hAnsi="Georgia"/>
          <w:b w:val="0"/>
          <w:i w:val="0"/>
          <w:color w:val="22201D"/>
          <w:sz w:val="20"/>
        </w:rPr>
        <w:t>"If the bench keeps extending, it will need a plan."</w:t>
      </w:r>
    </w:p>
    <w:p>
      <w:pPr>
        <w:spacing w:after="60" w:line="266" w:lineRule="auto"/>
        <w:ind w:firstLine="331"/>
        <w:jc w:val="both"/>
      </w:pPr>
      <w:r>
        <w:rPr>
          <w:rFonts w:ascii="Georgia" w:hAnsi="Georgia"/>
          <w:b w:val="0"/>
          <w:i w:val="0"/>
          <w:color w:val="22201D"/>
          <w:sz w:val="20"/>
        </w:rPr>
        <w:t>The Hostess said, "Yes."</w:t>
      </w:r>
    </w:p>
    <w:p>
      <w:pPr>
        <w:spacing w:after="60" w:line="266" w:lineRule="auto"/>
        <w:ind w:firstLine="331"/>
        <w:jc w:val="both"/>
      </w:pPr>
      <w:r>
        <w:rPr>
          <w:rFonts w:ascii="Georgia" w:hAnsi="Georgia"/>
          <w:b w:val="0"/>
          <w:i w:val="0"/>
          <w:color w:val="22201D"/>
          <w:sz w:val="20"/>
        </w:rPr>
        <w:t>"Not later. Before."</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The bench printed:</w:t>
      </w:r>
    </w:p>
    <w:p>
      <w:pPr>
        <w:spacing w:after="60" w:line="250" w:lineRule="auto"/>
        <w:ind w:left="202" w:right="173"/>
      </w:pPr>
      <w:r>
        <w:rPr>
          <w:rFonts w:ascii="Georgia" w:hAnsi="Georgia"/>
          <w:b w:val="0"/>
          <w:i w:val="0"/>
          <w:color w:val="22201D"/>
          <w:sz w:val="17"/>
        </w:rPr>
        <w:t>Gerald review required before expansion beyond current boundary.</w:t>
      </w:r>
    </w:p>
    <w:p>
      <w:pPr>
        <w:spacing w:after="60" w:line="266" w:lineRule="auto"/>
        <w:ind w:firstLine="331"/>
        <w:jc w:val="both"/>
      </w:pPr>
      <w:r>
        <w:rPr>
          <w:rFonts w:ascii="Georgia" w:hAnsi="Georgia"/>
          <w:b w:val="0"/>
          <w:i w:val="0"/>
          <w:color w:val="22201D"/>
          <w:sz w:val="20"/>
        </w:rPr>
        <w:t>Gerald folded his arms.</w:t>
      </w:r>
    </w:p>
    <w:p>
      <w:pPr>
        <w:spacing w:after="60" w:line="266" w:lineRule="auto"/>
        <w:ind w:firstLine="331"/>
        <w:jc w:val="both"/>
      </w:pPr>
      <w:r>
        <w:rPr>
          <w:rFonts w:ascii="Georgia" w:hAnsi="Georgia"/>
          <w:b w:val="0"/>
          <w:i w:val="0"/>
          <w:color w:val="22201D"/>
          <w:sz w:val="20"/>
        </w:rPr>
        <w:t>"I appreciate being anticipated correctly."</w:t>
      </w:r>
    </w:p>
    <w:p>
      <w:pPr>
        <w:spacing w:after="60" w:line="266" w:lineRule="auto"/>
        <w:ind w:firstLine="331"/>
        <w:jc w:val="both"/>
      </w:pPr>
      <w:r>
        <w:rPr>
          <w:rFonts w:ascii="Georgia" w:hAnsi="Georgia"/>
          <w:b w:val="0"/>
          <w:i w:val="0"/>
          <w:color w:val="22201D"/>
          <w:sz w:val="20"/>
        </w:rPr>
        <w:t>Steve said, "You appreciate being obeyed."</w:t>
      </w:r>
    </w:p>
    <w:p>
      <w:pPr>
        <w:spacing w:after="60" w:line="266" w:lineRule="auto"/>
        <w:ind w:firstLine="331"/>
        <w:jc w:val="both"/>
      </w:pPr>
      <w:r>
        <w:rPr>
          <w:rFonts w:ascii="Georgia" w:hAnsi="Georgia"/>
          <w:b w:val="0"/>
          <w:i w:val="0"/>
          <w:color w:val="22201D"/>
          <w:sz w:val="20"/>
        </w:rPr>
        <w:t>"Also correct."</w:t>
      </w:r>
    </w:p>
    <w:p>
      <w:pPr>
        <w:spacing w:after="60" w:line="266" w:lineRule="auto"/>
        <w:ind w:firstLine="331"/>
        <w:jc w:val="both"/>
      </w:pPr>
      <w:r>
        <w:rPr>
          <w:rFonts w:ascii="Georgia" w:hAnsi="Georgia"/>
          <w:b w:val="0"/>
          <w:i w:val="0"/>
          <w:color w:val="22201D"/>
          <w:sz w:val="20"/>
        </w:rPr>
        <w:t>The line outside adjusted around the bench. People who had been pressing toward the door now had to decide whether to stand as claimants, wait as people, or leave with enough dignity to return later under less theatrical weather.</w:t>
      </w:r>
    </w:p>
    <w:p>
      <w:pPr>
        <w:spacing w:after="60" w:line="266" w:lineRule="auto"/>
        <w:ind w:firstLine="331"/>
        <w:jc w:val="both"/>
      </w:pPr>
      <w:r>
        <w:rPr>
          <w:rFonts w:ascii="Georgia" w:hAnsi="Georgia"/>
          <w:b w:val="0"/>
          <w:i w:val="0"/>
          <w:color w:val="22201D"/>
          <w:sz w:val="20"/>
        </w:rPr>
        <w:t>Several left.</w:t>
      </w:r>
    </w:p>
    <w:p>
      <w:pPr>
        <w:spacing w:after="60" w:line="266" w:lineRule="auto"/>
        <w:ind w:firstLine="331"/>
        <w:jc w:val="both"/>
      </w:pPr>
      <w:r>
        <w:rPr>
          <w:rFonts w:ascii="Georgia" w:hAnsi="Georgia"/>
          <w:b w:val="0"/>
          <w:i w:val="0"/>
          <w:color w:val="22201D"/>
          <w:sz w:val="20"/>
        </w:rPr>
        <w:t>The door did not punish them.</w:t>
      </w:r>
    </w:p>
    <w:p>
      <w:pPr>
        <w:spacing w:after="60" w:line="266" w:lineRule="auto"/>
        <w:ind w:firstLine="331"/>
        <w:jc w:val="both"/>
      </w:pPr>
      <w:r>
        <w:rPr>
          <w:rFonts w:ascii="Georgia" w:hAnsi="Georgia"/>
          <w:b w:val="0"/>
          <w:i w:val="0"/>
          <w:color w:val="22201D"/>
          <w:sz w:val="20"/>
        </w:rPr>
        <w:t>This surprised those who stayed.</w:t>
      </w:r>
    </w:p>
    <w:p>
      <w:pPr>
        <w:spacing w:after="60" w:line="266" w:lineRule="auto"/>
        <w:ind w:firstLine="331"/>
        <w:jc w:val="both"/>
      </w:pPr>
      <w:r>
        <w:rPr>
          <w:rFonts w:ascii="Georgia" w:hAnsi="Georgia"/>
          <w:b w:val="0"/>
          <w:i w:val="0"/>
          <w:color w:val="22201D"/>
          <w:sz w:val="20"/>
        </w:rPr>
        <w:t>A woman who had spent twenty minutes composing a future complaint in her face stepped out of line, looked at the Hostess, then looked at the bench ticket in the older person's lap.</w:t>
      </w:r>
    </w:p>
    <w:p>
      <w:pPr>
        <w:spacing w:after="60" w:line="266" w:lineRule="auto"/>
        <w:ind w:firstLine="331"/>
        <w:jc w:val="both"/>
      </w:pPr>
      <w:r>
        <w:rPr>
          <w:rFonts w:ascii="Georgia" w:hAnsi="Georgia"/>
          <w:b w:val="0"/>
          <w:i w:val="0"/>
          <w:color w:val="22201D"/>
          <w:sz w:val="20"/>
        </w:rPr>
        <w:t>"Can I come back when I am actually hungry?"</w:t>
      </w:r>
    </w:p>
    <w:p>
      <w:pPr>
        <w:spacing w:after="60" w:line="266" w:lineRule="auto"/>
        <w:ind w:firstLine="331"/>
        <w:jc w:val="both"/>
      </w:pPr>
      <w:r>
        <w:rPr>
          <w:rFonts w:ascii="Georgia" w:hAnsi="Georgia"/>
          <w:b w:val="0"/>
          <w:i w:val="0"/>
          <w:color w:val="22201D"/>
          <w:sz w:val="20"/>
        </w:rPr>
        <w:t>The Hostess said, "Yes."</w:t>
      </w:r>
    </w:p>
    <w:p>
      <w:pPr>
        <w:spacing w:after="60" w:line="266" w:lineRule="auto"/>
        <w:ind w:firstLine="331"/>
        <w:jc w:val="both"/>
      </w:pPr>
      <w:r>
        <w:rPr>
          <w:rFonts w:ascii="Georgia" w:hAnsi="Georgia"/>
          <w:b w:val="0"/>
          <w:i w:val="0"/>
          <w:color w:val="22201D"/>
          <w:sz w:val="20"/>
        </w:rPr>
        <w:t>"Will I lose my place?"</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The woman considered this.</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She left.</w:t>
      </w:r>
    </w:p>
    <w:p>
      <w:pPr>
        <w:spacing w:after="60" w:line="266" w:lineRule="auto"/>
        <w:ind w:firstLine="331"/>
        <w:jc w:val="both"/>
      </w:pPr>
      <w:r>
        <w:rPr>
          <w:rFonts w:ascii="Georgia" w:hAnsi="Georgia"/>
          <w:b w:val="0"/>
          <w:i w:val="0"/>
          <w:color w:val="22201D"/>
          <w:sz w:val="20"/>
        </w:rPr>
        <w:t>The waiting list wrote:</w:t>
      </w:r>
    </w:p>
    <w:p>
      <w:pPr>
        <w:spacing w:after="60" w:line="250" w:lineRule="auto"/>
        <w:ind w:left="202" w:right="173"/>
      </w:pPr>
      <w:r>
        <w:rPr>
          <w:rFonts w:ascii="Georgia" w:hAnsi="Georgia"/>
          <w:b w:val="0"/>
          <w:i w:val="0"/>
          <w:color w:val="22201D"/>
          <w:sz w:val="17"/>
        </w:rPr>
        <w:t>Departure: honest Return: possible</w:t>
      </w:r>
    </w:p>
    <w:p>
      <w:pPr>
        <w:spacing w:after="60" w:line="266" w:lineRule="auto"/>
        <w:ind w:firstLine="331"/>
        <w:jc w:val="both"/>
      </w:pPr>
      <w:r>
        <w:rPr>
          <w:rFonts w:ascii="Georgia" w:hAnsi="Georgia"/>
          <w:b w:val="0"/>
          <w:i w:val="0"/>
          <w:color w:val="22201D"/>
          <w:sz w:val="20"/>
        </w:rPr>
        <w:t>Martin stood halfway from Table Three before remembering he was seated.</w:t>
      </w:r>
    </w:p>
    <w:p>
      <w:pPr>
        <w:spacing w:after="60" w:line="266" w:lineRule="auto"/>
        <w:ind w:firstLine="331"/>
        <w:jc w:val="both"/>
      </w:pPr>
      <w:r>
        <w:rPr>
          <w:rFonts w:ascii="Georgia" w:hAnsi="Georgia"/>
          <w:b w:val="0"/>
          <w:i w:val="0"/>
          <w:color w:val="22201D"/>
          <w:sz w:val="20"/>
        </w:rPr>
        <w:t>"Can I do that?"</w:t>
      </w:r>
    </w:p>
    <w:p>
      <w:pPr>
        <w:spacing w:after="60" w:line="266" w:lineRule="auto"/>
        <w:ind w:firstLine="331"/>
        <w:jc w:val="both"/>
      </w:pPr>
      <w:r>
        <w:rPr>
          <w:rFonts w:ascii="Georgia" w:hAnsi="Georgia"/>
          <w:b w:val="0"/>
          <w:i w:val="0"/>
          <w:color w:val="22201D"/>
          <w:sz w:val="20"/>
        </w:rPr>
        <w:t>The Hostess looked at him.</w:t>
      </w:r>
    </w:p>
    <w:p>
      <w:pPr>
        <w:spacing w:after="60" w:line="266" w:lineRule="auto"/>
        <w:ind w:firstLine="331"/>
        <w:jc w:val="both"/>
      </w:pPr>
      <w:r>
        <w:rPr>
          <w:rFonts w:ascii="Georgia" w:hAnsi="Georgia"/>
          <w:b w:val="0"/>
          <w:i w:val="0"/>
          <w:color w:val="22201D"/>
          <w:sz w:val="20"/>
        </w:rPr>
        <w:t>"Leave?"</w:t>
      </w:r>
    </w:p>
    <w:p>
      <w:pPr>
        <w:spacing w:after="60" w:line="266" w:lineRule="auto"/>
        <w:ind w:firstLine="331"/>
        <w:jc w:val="both"/>
      </w:pPr>
      <w:r>
        <w:rPr>
          <w:rFonts w:ascii="Georgia" w:hAnsi="Georgia"/>
          <w:b w:val="0"/>
          <w:i w:val="0"/>
          <w:color w:val="22201D"/>
          <w:sz w:val="20"/>
        </w:rPr>
        <w:t>"Come back when I am actually hungry."</w:t>
      </w:r>
    </w:p>
    <w:p>
      <w:pPr>
        <w:spacing w:after="60" w:line="266" w:lineRule="auto"/>
        <w:ind w:firstLine="331"/>
        <w:jc w:val="both"/>
      </w:pPr>
      <w:r>
        <w:rPr>
          <w:rFonts w:ascii="Georgia" w:hAnsi="Georgia"/>
          <w:b w:val="0"/>
          <w:i w:val="0"/>
          <w:color w:val="22201D"/>
          <w:sz w:val="20"/>
        </w:rPr>
        <w:t>His menu printed:</w:t>
      </w:r>
    </w:p>
    <w:p>
      <w:pPr>
        <w:spacing w:after="60" w:line="250" w:lineRule="auto"/>
        <w:ind w:left="202" w:right="173"/>
      </w:pPr>
      <w:r>
        <w:rPr>
          <w:rFonts w:ascii="Georgia" w:hAnsi="Georgia"/>
          <w:b w:val="0"/>
          <w:i w:val="0"/>
          <w:color w:val="22201D"/>
          <w:sz w:val="17"/>
        </w:rPr>
        <w:t>You are actually hungry. You are also uncomfortable being fed.</w:t>
      </w:r>
    </w:p>
    <w:p>
      <w:pPr>
        <w:spacing w:after="60" w:line="266" w:lineRule="auto"/>
        <w:ind w:firstLine="331"/>
        <w:jc w:val="both"/>
      </w:pPr>
      <w:r>
        <w:rPr>
          <w:rFonts w:ascii="Georgia" w:hAnsi="Georgia"/>
          <w:b w:val="0"/>
          <w:i w:val="0"/>
          <w:color w:val="22201D"/>
          <w:sz w:val="20"/>
        </w:rPr>
        <w:t>Martin sat back down.</w:t>
      </w:r>
    </w:p>
    <w:p>
      <w:pPr>
        <w:spacing w:after="60" w:line="266" w:lineRule="auto"/>
        <w:ind w:firstLine="331"/>
        <w:jc w:val="both"/>
      </w:pPr>
      <w:r>
        <w:rPr>
          <w:rFonts w:ascii="Georgia" w:hAnsi="Georgia"/>
          <w:b w:val="0"/>
          <w:i w:val="0"/>
          <w:color w:val="22201D"/>
          <w:sz w:val="20"/>
        </w:rPr>
        <w:t>"The menu is right."</w:t>
      </w:r>
    </w:p>
    <w:p>
      <w:pPr>
        <w:spacing w:after="60" w:line="266" w:lineRule="auto"/>
        <w:ind w:firstLine="331"/>
        <w:jc w:val="both"/>
      </w:pPr>
      <w:r>
        <w:rPr>
          <w:rFonts w:ascii="Georgia" w:hAnsi="Georgia"/>
          <w:b w:val="0"/>
          <w:i w:val="0"/>
          <w:color w:val="22201D"/>
          <w:sz w:val="20"/>
        </w:rPr>
        <w:t>The menu did not print anything.</w:t>
      </w:r>
    </w:p>
    <w:p>
      <w:pPr>
        <w:spacing w:after="60" w:line="266" w:lineRule="auto"/>
        <w:ind w:firstLine="331"/>
        <w:jc w:val="both"/>
      </w:pPr>
      <w:r>
        <w:rPr>
          <w:rFonts w:ascii="Georgia" w:hAnsi="Georgia"/>
          <w:b w:val="0"/>
          <w:i w:val="0"/>
          <w:color w:val="22201D"/>
          <w:sz w:val="20"/>
        </w:rPr>
        <w:t>This was possibly kindness.</w:t>
      </w:r>
    </w:p>
    <w:p>
      <w:pPr>
        <w:spacing w:after="60" w:line="266" w:lineRule="auto"/>
        <w:ind w:firstLine="331"/>
        <w:jc w:val="both"/>
      </w:pPr>
      <w:r>
        <w:rPr>
          <w:rFonts w:ascii="Georgia" w:hAnsi="Georgia"/>
          <w:b w:val="0"/>
          <w:i w:val="0"/>
          <w:color w:val="22201D"/>
          <w:sz w:val="20"/>
        </w:rPr>
        <w:t>The released table produced another ticket.</w:t>
      </w:r>
    </w:p>
    <w:p>
      <w:pPr>
        <w:spacing w:after="60" w:line="266" w:lineRule="auto"/>
        <w:ind w:firstLine="331"/>
        <w:jc w:val="both"/>
      </w:pPr>
      <w:r>
        <w:rPr>
          <w:rFonts w:ascii="Georgia" w:hAnsi="Georgia"/>
          <w:b w:val="0"/>
          <w:i w:val="0"/>
          <w:color w:val="22201D"/>
          <w:sz w:val="20"/>
        </w:rPr>
        <w:t>It did not go to a person.</w:t>
      </w:r>
    </w:p>
    <w:p>
      <w:pPr>
        <w:spacing w:after="60" w:line="266" w:lineRule="auto"/>
        <w:ind w:firstLine="331"/>
        <w:jc w:val="both"/>
      </w:pPr>
      <w:r>
        <w:rPr>
          <w:rFonts w:ascii="Georgia" w:hAnsi="Georgia"/>
          <w:b w:val="0"/>
          <w:i w:val="0"/>
          <w:color w:val="22201D"/>
          <w:sz w:val="20"/>
        </w:rPr>
        <w:t>It placed itself on the table beside the clear bowl.</w:t>
      </w:r>
    </w:p>
    <w:p>
      <w:pPr>
        <w:spacing w:after="60" w:line="250" w:lineRule="auto"/>
        <w:ind w:left="202" w:right="173"/>
      </w:pPr>
      <w:r>
        <w:rPr>
          <w:rFonts w:ascii="Georgia" w:hAnsi="Georgia"/>
          <w:b w:val="0"/>
          <w:i w:val="0"/>
          <w:color w:val="22201D"/>
          <w:sz w:val="17"/>
        </w:rPr>
        <w:t>BENCH TICKET  Caller: Book 5  Seat: waiting room  Price: wait honestly  Condition: do not make patience decorative</w:t>
      </w:r>
    </w:p>
    <w:p>
      <w:pPr>
        <w:spacing w:after="60" w:line="266" w:lineRule="auto"/>
        <w:ind w:firstLine="331"/>
        <w:jc w:val="both"/>
      </w:pPr>
      <w:r>
        <w:rPr>
          <w:rFonts w:ascii="Georgia" w:hAnsi="Georgia"/>
          <w:b w:val="0"/>
          <w:i w:val="0"/>
          <w:color w:val="22201D"/>
          <w:sz w:val="20"/>
        </w:rPr>
        <w:t>Steve read it.</w:t>
      </w:r>
    </w:p>
    <w:p>
      <w:pPr>
        <w:spacing w:after="60" w:line="266" w:lineRule="auto"/>
        <w:ind w:firstLine="331"/>
        <w:jc w:val="both"/>
      </w:pPr>
      <w:r>
        <w:rPr>
          <w:rFonts w:ascii="Georgia" w:hAnsi="Georgia"/>
          <w:b w:val="0"/>
          <w:i w:val="0"/>
          <w:color w:val="22201D"/>
          <w:sz w:val="20"/>
        </w:rPr>
        <w:t>"Book 5?"</w:t>
      </w:r>
    </w:p>
    <w:p>
      <w:pPr>
        <w:spacing w:after="60" w:line="266" w:lineRule="auto"/>
        <w:ind w:firstLine="331"/>
        <w:jc w:val="both"/>
      </w:pPr>
      <w:r>
        <w:rPr>
          <w:rFonts w:ascii="Georgia" w:hAnsi="Georgia"/>
          <w:b w:val="0"/>
          <w:i w:val="0"/>
          <w:color w:val="22201D"/>
          <w:sz w:val="20"/>
        </w:rPr>
        <w:t>The ticket did not answer.</w:t>
      </w:r>
    </w:p>
    <w:p>
      <w:pPr>
        <w:spacing w:after="60" w:line="266" w:lineRule="auto"/>
        <w:ind w:firstLine="331"/>
        <w:jc w:val="both"/>
      </w:pPr>
      <w:r>
        <w:rPr>
          <w:rFonts w:ascii="Georgia" w:hAnsi="Georgia"/>
          <w:b w:val="0"/>
          <w:i w:val="0"/>
          <w:color w:val="22201D"/>
          <w:sz w:val="20"/>
        </w:rPr>
        <w:t>Flocc looked at Mara.</w:t>
      </w:r>
    </w:p>
    <w:p>
      <w:pPr>
        <w:spacing w:after="60" w:line="266" w:lineRule="auto"/>
        <w:ind w:firstLine="331"/>
        <w:jc w:val="both"/>
      </w:pPr>
      <w:r>
        <w:rPr>
          <w:rFonts w:ascii="Georgia" w:hAnsi="Georgia"/>
          <w:b w:val="0"/>
          <w:i w:val="0"/>
          <w:color w:val="22201D"/>
          <w:sz w:val="20"/>
        </w:rPr>
        <w:t>Mara said, "Do not look at me like I am the table of contents."</w:t>
      </w:r>
    </w:p>
    <w:p>
      <w:pPr>
        <w:spacing w:after="60" w:line="266" w:lineRule="auto"/>
        <w:ind w:firstLine="331"/>
        <w:jc w:val="both"/>
      </w:pPr>
      <w:r>
        <w:rPr>
          <w:rFonts w:ascii="Georgia" w:hAnsi="Georgia"/>
          <w:b w:val="0"/>
          <w:i w:val="0"/>
          <w:color w:val="22201D"/>
          <w:sz w:val="20"/>
        </w:rPr>
        <w:t>"I was not."</w:t>
      </w:r>
    </w:p>
    <w:p>
      <w:pPr>
        <w:spacing w:after="60" w:line="266" w:lineRule="auto"/>
        <w:ind w:firstLine="331"/>
        <w:jc w:val="both"/>
      </w:pPr>
      <w:r>
        <w:rPr>
          <w:rFonts w:ascii="Georgia" w:hAnsi="Georgia"/>
          <w:b w:val="0"/>
          <w:i w:val="0"/>
          <w:color w:val="22201D"/>
          <w:sz w:val="20"/>
        </w:rPr>
        <w:t>"You were warming up."</w:t>
      </w:r>
    </w:p>
    <w:p>
      <w:pPr>
        <w:spacing w:after="60" w:line="266" w:lineRule="auto"/>
        <w:ind w:firstLine="331"/>
        <w:jc w:val="both"/>
      </w:pPr>
      <w:r>
        <w:rPr>
          <w:rFonts w:ascii="Georgia" w:hAnsi="Georgia"/>
          <w:b w:val="0"/>
          <w:i w:val="0"/>
          <w:color w:val="22201D"/>
          <w:sz w:val="20"/>
        </w:rPr>
        <w:t>"I will stop."</w:t>
      </w:r>
    </w:p>
    <w:p>
      <w:pPr>
        <w:spacing w:after="60" w:line="266" w:lineRule="auto"/>
        <w:ind w:firstLine="331"/>
        <w:jc w:val="both"/>
      </w:pPr>
      <w:r>
        <w:rPr>
          <w:rFonts w:ascii="Georgia" w:hAnsi="Georgia"/>
          <w:b w:val="0"/>
          <w:i w:val="0"/>
          <w:color w:val="22201D"/>
          <w:sz w:val="20"/>
        </w:rPr>
        <w:t>Bob came forward from the kitchen threshold and set a spoon beside the bowl on the released table.</w:t>
      </w:r>
    </w:p>
    <w:p>
      <w:pPr>
        <w:spacing w:after="60" w:line="266" w:lineRule="auto"/>
        <w:ind w:firstLine="331"/>
        <w:jc w:val="both"/>
      </w:pPr>
      <w:r>
        <w:rPr>
          <w:rFonts w:ascii="Georgia" w:hAnsi="Georgia"/>
          <w:b w:val="0"/>
          <w:i w:val="0"/>
          <w:color w:val="22201D"/>
          <w:sz w:val="20"/>
        </w:rPr>
        <w:t>The spoon pointed toward the door.</w:t>
      </w:r>
    </w:p>
    <w:p>
      <w:pPr>
        <w:spacing w:after="60" w:line="266" w:lineRule="auto"/>
        <w:ind w:firstLine="331"/>
        <w:jc w:val="both"/>
      </w:pPr>
      <w:r>
        <w:rPr>
          <w:rFonts w:ascii="Georgia" w:hAnsi="Georgia"/>
          <w:b w:val="0"/>
          <w:i w:val="0"/>
          <w:color w:val="22201D"/>
          <w:sz w:val="20"/>
        </w:rPr>
        <w:t>"That seems significant," Steve said.</w:t>
      </w:r>
    </w:p>
    <w:p>
      <w:pPr>
        <w:spacing w:after="60" w:line="266" w:lineRule="auto"/>
        <w:ind w:firstLine="331"/>
        <w:jc w:val="both"/>
      </w:pPr>
      <w:r>
        <w:rPr>
          <w:rFonts w:ascii="Georgia" w:hAnsi="Georgia"/>
          <w:b w:val="0"/>
          <w:i w:val="0"/>
          <w:color w:val="22201D"/>
          <w:sz w:val="20"/>
        </w:rPr>
        <w:t>Bob said, "It is a spoon."</w:t>
      </w:r>
    </w:p>
    <w:p>
      <w:pPr>
        <w:spacing w:after="60" w:line="266" w:lineRule="auto"/>
        <w:ind w:firstLine="331"/>
        <w:jc w:val="both"/>
      </w:pPr>
      <w:r>
        <w:rPr>
          <w:rFonts w:ascii="Georgia" w:hAnsi="Georgia"/>
          <w:b w:val="0"/>
          <w:i w:val="0"/>
          <w:color w:val="22201D"/>
          <w:sz w:val="20"/>
        </w:rPr>
        <w:t>"It is pointing."</w:t>
      </w:r>
    </w:p>
    <w:p>
      <w:pPr>
        <w:spacing w:after="60" w:line="266" w:lineRule="auto"/>
        <w:ind w:firstLine="331"/>
        <w:jc w:val="both"/>
      </w:pPr>
      <w:r>
        <w:rPr>
          <w:rFonts w:ascii="Georgia" w:hAnsi="Georgia"/>
          <w:b w:val="0"/>
          <w:i w:val="0"/>
          <w:color w:val="22201D"/>
          <w:sz w:val="20"/>
        </w:rPr>
        <w:t>"Spoons do that if placed with one end not identical to the other."</w:t>
      </w:r>
    </w:p>
    <w:p>
      <w:pPr>
        <w:spacing w:after="60" w:line="266" w:lineRule="auto"/>
        <w:ind w:firstLine="331"/>
        <w:jc w:val="both"/>
      </w:pPr>
      <w:r>
        <w:rPr>
          <w:rFonts w:ascii="Georgia" w:hAnsi="Georgia"/>
          <w:b w:val="0"/>
          <w:i w:val="0"/>
          <w:color w:val="22201D"/>
          <w:sz w:val="20"/>
        </w:rPr>
        <w:t>"Bob."</w:t>
      </w:r>
    </w:p>
    <w:p>
      <w:pPr>
        <w:spacing w:after="60" w:line="266" w:lineRule="auto"/>
        <w:ind w:firstLine="331"/>
        <w:jc w:val="both"/>
      </w:pPr>
      <w:r>
        <w:rPr>
          <w:rFonts w:ascii="Georgia" w:hAnsi="Georgia"/>
          <w:b w:val="0"/>
          <w:i w:val="0"/>
          <w:color w:val="22201D"/>
          <w:sz w:val="20"/>
        </w:rPr>
        <w:t>"It is also significant."</w:t>
      </w:r>
    </w:p>
    <w:p>
      <w:pPr>
        <w:spacing w:after="60" w:line="266" w:lineRule="auto"/>
        <w:ind w:firstLine="331"/>
        <w:jc w:val="both"/>
      </w:pPr>
      <w:r>
        <w:rPr>
          <w:rFonts w:ascii="Georgia" w:hAnsi="Georgia"/>
          <w:b w:val="0"/>
          <w:i w:val="0"/>
          <w:color w:val="22201D"/>
          <w:sz w:val="20"/>
        </w:rPr>
        <w:t>Steve closed his notebook.</w:t>
      </w:r>
    </w:p>
    <w:p>
      <w:pPr>
        <w:spacing w:after="60" w:line="266" w:lineRule="auto"/>
        <w:ind w:firstLine="331"/>
        <w:jc w:val="both"/>
      </w:pPr>
      <w:r>
        <w:rPr>
          <w:rFonts w:ascii="Georgia" w:hAnsi="Georgia"/>
          <w:b w:val="0"/>
          <w:i w:val="0"/>
          <w:color w:val="22201D"/>
          <w:sz w:val="20"/>
        </w:rPr>
        <w:t>This startled everyone who knew him.</w:t>
      </w:r>
    </w:p>
    <w:p>
      <w:pPr>
        <w:spacing w:after="60" w:line="266" w:lineRule="auto"/>
        <w:ind w:firstLine="331"/>
        <w:jc w:val="both"/>
      </w:pPr>
      <w:r>
        <w:rPr>
          <w:rFonts w:ascii="Georgia" w:hAnsi="Georgia"/>
          <w:b w:val="0"/>
          <w:i w:val="0"/>
          <w:color w:val="22201D"/>
          <w:sz w:val="20"/>
        </w:rPr>
        <w:t>"I will write it later," he said.</w:t>
      </w:r>
    </w:p>
    <w:p>
      <w:pPr>
        <w:spacing w:after="60" w:line="266" w:lineRule="auto"/>
        <w:ind w:firstLine="331"/>
        <w:jc w:val="both"/>
      </w:pPr>
      <w:r>
        <w:rPr>
          <w:rFonts w:ascii="Georgia" w:hAnsi="Georgia"/>
          <w:b w:val="0"/>
          <w:i w:val="0"/>
          <w:color w:val="22201D"/>
          <w:sz w:val="20"/>
        </w:rPr>
        <w:t>Gerald said, "That may be your most mature statement today."</w:t>
      </w:r>
    </w:p>
    <w:p>
      <w:pPr>
        <w:spacing w:after="60" w:line="266" w:lineRule="auto"/>
        <w:ind w:firstLine="331"/>
        <w:jc w:val="both"/>
      </w:pPr>
      <w:r>
        <w:rPr>
          <w:rFonts w:ascii="Georgia" w:hAnsi="Georgia"/>
          <w:b w:val="0"/>
          <w:i w:val="0"/>
          <w:color w:val="22201D"/>
          <w:sz w:val="20"/>
        </w:rPr>
        <w:t>"Please do not log it."</w:t>
      </w:r>
    </w:p>
    <w:p>
      <w:pPr>
        <w:spacing w:after="60" w:line="266" w:lineRule="auto"/>
        <w:ind w:firstLine="331"/>
        <w:jc w:val="both"/>
      </w:pPr>
      <w:r>
        <w:rPr>
          <w:rFonts w:ascii="Georgia" w:hAnsi="Georgia"/>
          <w:b w:val="0"/>
          <w:i w:val="0"/>
          <w:color w:val="22201D"/>
          <w:sz w:val="20"/>
        </w:rPr>
        <w:t>"I do not have a form for that."</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Auditor Ives, at Table One, said, "I might."</w:t>
      </w:r>
    </w:p>
    <w:p>
      <w:pPr>
        <w:spacing w:after="60" w:line="266" w:lineRule="auto"/>
        <w:ind w:firstLine="331"/>
        <w:jc w:val="both"/>
      </w:pPr>
      <w:r>
        <w:rPr>
          <w:rFonts w:ascii="Georgia" w:hAnsi="Georgia"/>
          <w:b w:val="0"/>
          <w:i w:val="0"/>
          <w:color w:val="22201D"/>
          <w:sz w:val="20"/>
        </w:rPr>
        <w:t>Nico and Steve both said, "No."</w:t>
      </w:r>
    </w:p>
    <w:p>
      <w:pPr>
        <w:spacing w:after="60" w:line="266" w:lineRule="auto"/>
        <w:ind w:firstLine="331"/>
        <w:jc w:val="both"/>
      </w:pPr>
      <w:r>
        <w:rPr>
          <w:rFonts w:ascii="Georgia" w:hAnsi="Georgia"/>
          <w:b w:val="0"/>
          <w:i w:val="0"/>
          <w:color w:val="22201D"/>
          <w:sz w:val="20"/>
        </w:rPr>
        <w:t>The empty witness seat remained neutral, which was rude of it.</w:t>
      </w:r>
    </w:p>
    <w:p>
      <w:pPr>
        <w:spacing w:after="60" w:line="266" w:lineRule="auto"/>
        <w:ind w:firstLine="331"/>
        <w:jc w:val="both"/>
      </w:pPr>
      <w:r>
        <w:rPr>
          <w:rFonts w:ascii="Georgia" w:hAnsi="Georgia"/>
          <w:b w:val="0"/>
          <w:i w:val="0"/>
          <w:color w:val="22201D"/>
          <w:sz w:val="20"/>
        </w:rPr>
        <w:t>The Hostess took the Book 5 ticket from the table.</w:t>
      </w:r>
    </w:p>
    <w:p>
      <w:pPr>
        <w:spacing w:after="60" w:line="266" w:lineRule="auto"/>
        <w:ind w:firstLine="331"/>
        <w:jc w:val="both"/>
      </w:pPr>
      <w:r>
        <w:rPr>
          <w:rFonts w:ascii="Georgia" w:hAnsi="Georgia"/>
          <w:b w:val="0"/>
          <w:i w:val="0"/>
          <w:color w:val="22201D"/>
          <w:sz w:val="20"/>
        </w:rPr>
        <w:t>The door opened wider.</w:t>
      </w:r>
    </w:p>
    <w:p>
      <w:pPr>
        <w:spacing w:after="60" w:line="266" w:lineRule="auto"/>
        <w:ind w:firstLine="331"/>
        <w:jc w:val="both"/>
      </w:pPr>
      <w:r>
        <w:rPr>
          <w:rFonts w:ascii="Georgia" w:hAnsi="Georgia"/>
          <w:b w:val="0"/>
          <w:i w:val="0"/>
          <w:color w:val="22201D"/>
          <w:sz w:val="20"/>
        </w:rPr>
        <w:t>This time, it did not open onto the street.</w:t>
      </w:r>
    </w:p>
    <w:p>
      <w:pPr>
        <w:spacing w:after="60" w:line="266" w:lineRule="auto"/>
        <w:ind w:firstLine="331"/>
        <w:jc w:val="both"/>
      </w:pPr>
      <w:r>
        <w:rPr>
          <w:rFonts w:ascii="Georgia" w:hAnsi="Georgia"/>
          <w:b w:val="0"/>
          <w:i w:val="0"/>
          <w:color w:val="22201D"/>
          <w:sz w:val="20"/>
        </w:rPr>
        <w:t>Or not only the street.</w:t>
      </w:r>
    </w:p>
    <w:p>
      <w:pPr>
        <w:spacing w:after="60" w:line="266" w:lineRule="auto"/>
        <w:ind w:firstLine="331"/>
        <w:jc w:val="both"/>
      </w:pPr>
      <w:r>
        <w:rPr>
          <w:rFonts w:ascii="Georgia" w:hAnsi="Georgia"/>
          <w:b w:val="0"/>
          <w:i w:val="0"/>
          <w:color w:val="22201D"/>
          <w:sz w:val="20"/>
        </w:rPr>
        <w:t>Beyond the sidewalk bench, beyond the chalk boundary, behind the place where the line had been most dense, there was a room that had not been visible from outside or inside until the reservation cancelled itself and the first person accepted rest without turning it into a claim.</w:t>
      </w:r>
    </w:p>
    <w:p>
      <w:pPr>
        <w:spacing w:after="60" w:line="266" w:lineRule="auto"/>
        <w:ind w:firstLine="331"/>
        <w:jc w:val="both"/>
      </w:pPr>
      <w:r>
        <w:rPr>
          <w:rFonts w:ascii="Georgia" w:hAnsi="Georgia"/>
          <w:b w:val="0"/>
          <w:i w:val="0"/>
          <w:color w:val="22201D"/>
          <w:sz w:val="20"/>
        </w:rPr>
        <w:t>It was not large.</w:t>
      </w:r>
    </w:p>
    <w:p>
      <w:pPr>
        <w:spacing w:after="60" w:line="266" w:lineRule="auto"/>
        <w:ind w:firstLine="331"/>
        <w:jc w:val="both"/>
      </w:pPr>
      <w:r>
        <w:rPr>
          <w:rFonts w:ascii="Georgia" w:hAnsi="Georgia"/>
          <w:b w:val="0"/>
          <w:i w:val="0"/>
          <w:color w:val="22201D"/>
          <w:sz w:val="20"/>
        </w:rPr>
        <w:t>It was not small.</w:t>
      </w:r>
    </w:p>
    <w:p>
      <w:pPr>
        <w:spacing w:after="60" w:line="266" w:lineRule="auto"/>
        <w:ind w:firstLine="331"/>
        <w:jc w:val="both"/>
      </w:pPr>
      <w:r>
        <w:rPr>
          <w:rFonts w:ascii="Georgia" w:hAnsi="Georgia"/>
          <w:b w:val="0"/>
          <w:i w:val="0"/>
          <w:color w:val="22201D"/>
          <w:sz w:val="20"/>
        </w:rPr>
        <w:t>It was exactly the size of the waiting it currently contained and no larger, which was an architectural answer Gerald disliked before he had enough data.</w:t>
      </w:r>
    </w:p>
    <w:p>
      <w:pPr>
        <w:spacing w:after="60" w:line="266" w:lineRule="auto"/>
        <w:ind w:firstLine="331"/>
        <w:jc w:val="both"/>
      </w:pPr>
      <w:r>
        <w:rPr>
          <w:rFonts w:ascii="Georgia" w:hAnsi="Georgia"/>
          <w:b w:val="0"/>
          <w:i w:val="0"/>
          <w:color w:val="22201D"/>
          <w:sz w:val="20"/>
        </w:rPr>
        <w:t>There were benches.</w:t>
      </w:r>
    </w:p>
    <w:p>
      <w:pPr>
        <w:spacing w:after="60" w:line="266" w:lineRule="auto"/>
        <w:ind w:firstLine="331"/>
        <w:jc w:val="both"/>
      </w:pPr>
      <w:r>
        <w:rPr>
          <w:rFonts w:ascii="Georgia" w:hAnsi="Georgia"/>
          <w:b w:val="0"/>
          <w:i w:val="0"/>
          <w:color w:val="22201D"/>
          <w:sz w:val="20"/>
        </w:rPr>
        <w:t>Not elegant benches.</w:t>
      </w:r>
    </w:p>
    <w:p>
      <w:pPr>
        <w:spacing w:after="60" w:line="266" w:lineRule="auto"/>
        <w:ind w:firstLine="331"/>
        <w:jc w:val="both"/>
      </w:pPr>
      <w:r>
        <w:rPr>
          <w:rFonts w:ascii="Georgia" w:hAnsi="Georgia"/>
          <w:b w:val="0"/>
          <w:i w:val="0"/>
          <w:color w:val="22201D"/>
          <w:sz w:val="20"/>
        </w:rPr>
        <w:t>Not rustic benches.</w:t>
      </w:r>
    </w:p>
    <w:p>
      <w:pPr>
        <w:spacing w:after="60" w:line="266" w:lineRule="auto"/>
        <w:ind w:firstLine="331"/>
        <w:jc w:val="both"/>
      </w:pPr>
      <w:r>
        <w:rPr>
          <w:rFonts w:ascii="Georgia" w:hAnsi="Georgia"/>
          <w:b w:val="0"/>
          <w:i w:val="0"/>
          <w:color w:val="22201D"/>
          <w:sz w:val="20"/>
        </w:rPr>
        <w:t>Not benches that wanted to be photographed as proof of soulful discomfort.</w:t>
      </w:r>
    </w:p>
    <w:p>
      <w:pPr>
        <w:spacing w:after="60" w:line="266" w:lineRule="auto"/>
        <w:ind w:firstLine="331"/>
        <w:jc w:val="both"/>
      </w:pPr>
      <w:r>
        <w:rPr>
          <w:rFonts w:ascii="Georgia" w:hAnsi="Georgia"/>
          <w:b w:val="0"/>
          <w:i w:val="0"/>
          <w:color w:val="22201D"/>
          <w:sz w:val="20"/>
        </w:rPr>
        <w:t>Plain benches, evenly spaced, with room for knees, coats, bags, silence, and the humiliating possibility that waiting might not be wasted.</w:t>
      </w:r>
    </w:p>
    <w:p>
      <w:pPr>
        <w:spacing w:after="60" w:line="266" w:lineRule="auto"/>
        <w:ind w:firstLine="331"/>
        <w:jc w:val="both"/>
      </w:pPr>
      <w:r>
        <w:rPr>
          <w:rFonts w:ascii="Georgia" w:hAnsi="Georgia"/>
          <w:b w:val="0"/>
          <w:i w:val="0"/>
          <w:color w:val="22201D"/>
          <w:sz w:val="20"/>
        </w:rPr>
        <w:t>On the far wall hung a sign:</w:t>
      </w:r>
    </w:p>
    <w:p>
      <w:pPr>
        <w:spacing w:after="60" w:line="250" w:lineRule="auto"/>
        <w:ind w:left="202" w:right="173"/>
      </w:pPr>
      <w:r>
        <w:rPr>
          <w:rFonts w:ascii="Georgia" w:hAnsi="Georgia"/>
          <w:b w:val="0"/>
          <w:i w:val="0"/>
          <w:color w:val="22201D"/>
          <w:sz w:val="17"/>
        </w:rPr>
        <w:t>PLEASE WAIT TO BE SEATED IN YOUR CURRENT LIFETIME</w:t>
      </w:r>
    </w:p>
    <w:p>
      <w:pPr>
        <w:spacing w:after="60" w:line="266" w:lineRule="auto"/>
        <w:ind w:firstLine="331"/>
        <w:jc w:val="both"/>
      </w:pPr>
      <w:r>
        <w:rPr>
          <w:rFonts w:ascii="Georgia" w:hAnsi="Georgia"/>
          <w:b w:val="0"/>
          <w:i w:val="0"/>
          <w:color w:val="22201D"/>
          <w:sz w:val="20"/>
        </w:rPr>
        <w:t>Nico whispered, "That is..."</w:t>
      </w:r>
    </w:p>
    <w:p>
      <w:pPr>
        <w:spacing w:after="60" w:line="266" w:lineRule="auto"/>
        <w:ind w:firstLine="331"/>
        <w:jc w:val="both"/>
      </w:pPr>
      <w:r>
        <w:rPr>
          <w:rFonts w:ascii="Georgia" w:hAnsi="Georgia"/>
          <w:b w:val="0"/>
          <w:i w:val="0"/>
          <w:color w:val="22201D"/>
          <w:sz w:val="20"/>
        </w:rPr>
        <w:t>Every menu in the room tilted toward them.</w:t>
      </w:r>
    </w:p>
    <w:p>
      <w:pPr>
        <w:spacing w:after="60" w:line="266" w:lineRule="auto"/>
        <w:ind w:firstLine="331"/>
        <w:jc w:val="both"/>
      </w:pPr>
      <w:r>
        <w:rPr>
          <w:rFonts w:ascii="Georgia" w:hAnsi="Georgia"/>
          <w:b w:val="0"/>
          <w:i w:val="0"/>
          <w:color w:val="22201D"/>
          <w:sz w:val="20"/>
        </w:rPr>
        <w:t>Nico stopped.</w:t>
      </w:r>
    </w:p>
    <w:p>
      <w:pPr>
        <w:spacing w:after="60" w:line="266" w:lineRule="auto"/>
        <w:ind w:firstLine="331"/>
        <w:jc w:val="both"/>
      </w:pPr>
      <w:r>
        <w:rPr>
          <w:rFonts w:ascii="Georgia" w:hAnsi="Georgia"/>
          <w:b w:val="0"/>
          <w:i w:val="0"/>
          <w:color w:val="22201D"/>
          <w:sz w:val="20"/>
        </w:rPr>
        <w:t>"That is the sign," Nico finished.</w:t>
      </w:r>
    </w:p>
    <w:p>
      <w:pPr>
        <w:spacing w:after="60" w:line="266" w:lineRule="auto"/>
        <w:ind w:firstLine="331"/>
        <w:jc w:val="both"/>
      </w:pPr>
      <w:r>
        <w:rPr>
          <w:rFonts w:ascii="Georgia" w:hAnsi="Georgia"/>
          <w:b w:val="0"/>
          <w:i w:val="0"/>
          <w:color w:val="22201D"/>
          <w:sz w:val="20"/>
        </w:rPr>
        <w:t>The menus relaxed.</w:t>
      </w:r>
    </w:p>
    <w:p>
      <w:pPr>
        <w:spacing w:after="60" w:line="266" w:lineRule="auto"/>
        <w:ind w:firstLine="331"/>
        <w:jc w:val="both"/>
      </w:pPr>
      <w:r>
        <w:rPr>
          <w:rFonts w:ascii="Georgia" w:hAnsi="Georgia"/>
          <w:b w:val="0"/>
          <w:i w:val="0"/>
          <w:color w:val="22201D"/>
          <w:sz w:val="20"/>
        </w:rPr>
        <w:t>Ives nodded.</w:t>
      </w:r>
    </w:p>
    <w:p>
      <w:pPr>
        <w:spacing w:after="60" w:line="266" w:lineRule="auto"/>
        <w:ind w:firstLine="331"/>
        <w:jc w:val="both"/>
      </w:pPr>
      <w:r>
        <w:rPr>
          <w:rFonts w:ascii="Georgia" w:hAnsi="Georgia"/>
          <w:b w:val="0"/>
          <w:i w:val="0"/>
          <w:color w:val="22201D"/>
          <w:sz w:val="20"/>
        </w:rPr>
        <w:t>"Improvement."</w:t>
      </w:r>
    </w:p>
    <w:p>
      <w:pPr>
        <w:spacing w:after="60" w:line="266" w:lineRule="auto"/>
        <w:ind w:firstLine="331"/>
        <w:jc w:val="both"/>
      </w:pPr>
      <w:r>
        <w:rPr>
          <w:rFonts w:ascii="Georgia" w:hAnsi="Georgia"/>
          <w:b w:val="0"/>
          <w:i w:val="0"/>
          <w:color w:val="22201D"/>
          <w:sz w:val="20"/>
        </w:rPr>
        <w:t>"Do not certify me."</w:t>
      </w:r>
    </w:p>
    <w:p>
      <w:pPr>
        <w:spacing w:after="60" w:line="266" w:lineRule="auto"/>
        <w:ind w:firstLine="331"/>
        <w:jc w:val="both"/>
      </w:pPr>
      <w:r>
        <w:rPr>
          <w:rFonts w:ascii="Georgia" w:hAnsi="Georgia"/>
          <w:b w:val="0"/>
          <w:i w:val="0"/>
          <w:color w:val="22201D"/>
          <w:sz w:val="20"/>
        </w:rPr>
        <w:t>"Noted privately."</w:t>
      </w:r>
    </w:p>
    <w:p>
      <w:pPr>
        <w:spacing w:after="60" w:line="266" w:lineRule="auto"/>
        <w:ind w:firstLine="331"/>
        <w:jc w:val="both"/>
      </w:pPr>
      <w:r>
        <w:rPr>
          <w:rFonts w:ascii="Georgia" w:hAnsi="Georgia"/>
          <w:b w:val="0"/>
          <w:i w:val="0"/>
          <w:color w:val="22201D"/>
          <w:sz w:val="20"/>
        </w:rPr>
        <w:t>"Still no."</w:t>
      </w:r>
    </w:p>
    <w:p>
      <w:pPr>
        <w:spacing w:after="60" w:line="266" w:lineRule="auto"/>
        <w:ind w:firstLine="331"/>
        <w:jc w:val="both"/>
      </w:pPr>
      <w:r>
        <w:rPr>
          <w:rFonts w:ascii="Georgia" w:hAnsi="Georgia"/>
          <w:b w:val="0"/>
          <w:i w:val="0"/>
          <w:color w:val="22201D"/>
          <w:sz w:val="20"/>
        </w:rPr>
        <w:t>Mara stood from the inside bench.</w:t>
      </w:r>
    </w:p>
    <w:p>
      <w:pPr>
        <w:spacing w:after="60" w:line="266" w:lineRule="auto"/>
        <w:ind w:firstLine="331"/>
        <w:jc w:val="both"/>
      </w:pPr>
      <w:r>
        <w:rPr>
          <w:rFonts w:ascii="Georgia" w:hAnsi="Georgia"/>
          <w:b w:val="0"/>
          <w:i w:val="0"/>
          <w:color w:val="22201D"/>
          <w:sz w:val="20"/>
        </w:rPr>
        <w:t>Flocc did not move.</w:t>
      </w:r>
    </w:p>
    <w:p>
      <w:pPr>
        <w:spacing w:after="60" w:line="266" w:lineRule="auto"/>
        <w:ind w:firstLine="331"/>
        <w:jc w:val="both"/>
      </w:pPr>
      <w:r>
        <w:rPr>
          <w:rFonts w:ascii="Georgia" w:hAnsi="Georgia"/>
          <w:b w:val="0"/>
          <w:i w:val="0"/>
          <w:color w:val="22201D"/>
          <w:sz w:val="20"/>
        </w:rPr>
        <w:t>This was difficult and correct.</w:t>
      </w:r>
    </w:p>
    <w:p>
      <w:pPr>
        <w:spacing w:after="60" w:line="266" w:lineRule="auto"/>
        <w:ind w:firstLine="331"/>
        <w:jc w:val="both"/>
      </w:pPr>
      <w:r>
        <w:rPr>
          <w:rFonts w:ascii="Georgia" w:hAnsi="Georgia"/>
          <w:b w:val="0"/>
          <w:i w:val="0"/>
          <w:color w:val="22201D"/>
          <w:sz w:val="20"/>
        </w:rPr>
        <w:t>The Hostess looked at Mara.</w:t>
      </w:r>
    </w:p>
    <w:p>
      <w:pPr>
        <w:spacing w:after="60" w:line="266" w:lineRule="auto"/>
        <w:ind w:firstLine="331"/>
        <w:jc w:val="both"/>
      </w:pPr>
      <w:r>
        <w:rPr>
          <w:rFonts w:ascii="Georgia" w:hAnsi="Georgia"/>
          <w:b w:val="0"/>
          <w:i w:val="0"/>
          <w:color w:val="22201D"/>
          <w:sz w:val="20"/>
        </w:rPr>
        <w:t>"You do not have to enter."</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"You do not have to wait for someone else to be ready."</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"Do you?"</w:t>
      </w:r>
    </w:p>
    <w:p>
      <w:pPr>
        <w:spacing w:after="60" w:line="266" w:lineRule="auto"/>
        <w:ind w:firstLine="331"/>
        <w:jc w:val="both"/>
      </w:pPr>
      <w:r>
        <w:rPr>
          <w:rFonts w:ascii="Georgia" w:hAnsi="Georgia"/>
          <w:b w:val="0"/>
          <w:i w:val="0"/>
          <w:color w:val="22201D"/>
          <w:sz w:val="20"/>
        </w:rPr>
        <w:t>Mara looked at the waiting room, then at Flocc, then at the Book 5 ticket in the Hostess's hand.</w:t>
      </w:r>
    </w:p>
    <w:p>
      <w:pPr>
        <w:spacing w:after="60" w:line="266" w:lineRule="auto"/>
        <w:ind w:firstLine="331"/>
        <w:jc w:val="both"/>
      </w:pPr>
      <w:r>
        <w:rPr>
          <w:rFonts w:ascii="Georgia" w:hAnsi="Georgia"/>
          <w:b w:val="0"/>
          <w:i w:val="0"/>
          <w:color w:val="22201D"/>
          <w:sz w:val="20"/>
        </w:rPr>
        <w:t>"I know enough to test it."</w:t>
      </w:r>
    </w:p>
    <w:p>
      <w:pPr>
        <w:spacing w:after="60" w:line="266" w:lineRule="auto"/>
        <w:ind w:firstLine="331"/>
        <w:jc w:val="both"/>
      </w:pPr>
      <w:r>
        <w:rPr>
          <w:rFonts w:ascii="Georgia" w:hAnsi="Georgia"/>
          <w:b w:val="0"/>
          <w:i w:val="0"/>
          <w:color w:val="22201D"/>
          <w:sz w:val="20"/>
        </w:rPr>
        <w:t>The Hostess handed her the ticket.</w:t>
      </w:r>
    </w:p>
    <w:p>
      <w:pPr>
        <w:spacing w:after="60" w:line="266" w:lineRule="auto"/>
        <w:ind w:firstLine="331"/>
        <w:jc w:val="both"/>
      </w:pPr>
      <w:r>
        <w:rPr>
          <w:rFonts w:ascii="Georgia" w:hAnsi="Georgia"/>
          <w:b w:val="0"/>
          <w:i w:val="0"/>
          <w:color w:val="22201D"/>
          <w:sz w:val="20"/>
        </w:rPr>
        <w:t>Mara did not take it.</w:t>
      </w:r>
    </w:p>
    <w:p>
      <w:pPr>
        <w:spacing w:after="60" w:line="266" w:lineRule="auto"/>
        <w:ind w:firstLine="331"/>
        <w:jc w:val="both"/>
      </w:pPr>
      <w:r>
        <w:rPr>
          <w:rFonts w:ascii="Georgia" w:hAnsi="Georgia"/>
          <w:b w:val="0"/>
          <w:i w:val="0"/>
          <w:color w:val="22201D"/>
          <w:sz w:val="20"/>
        </w:rPr>
        <w:t>Not immediately.</w:t>
      </w:r>
    </w:p>
    <w:p>
      <w:pPr>
        <w:spacing w:after="60" w:line="266" w:lineRule="auto"/>
        <w:ind w:firstLine="331"/>
        <w:jc w:val="both"/>
      </w:pPr>
      <w:r>
        <w:rPr>
          <w:rFonts w:ascii="Georgia" w:hAnsi="Georgia"/>
          <w:b w:val="0"/>
          <w:i w:val="0"/>
          <w:color w:val="22201D"/>
          <w:sz w:val="20"/>
        </w:rPr>
        <w:t>She looked at Flocc.</w:t>
      </w:r>
    </w:p>
    <w:p>
      <w:pPr>
        <w:spacing w:after="60" w:line="266" w:lineRule="auto"/>
        <w:ind w:firstLine="331"/>
        <w:jc w:val="both"/>
      </w:pPr>
      <w:r>
        <w:rPr>
          <w:rFonts w:ascii="Georgia" w:hAnsi="Georgia"/>
          <w:b w:val="0"/>
          <w:i w:val="0"/>
          <w:color w:val="22201D"/>
          <w:sz w:val="20"/>
        </w:rPr>
        <w:t>"This is not a challenge."</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"This is not abandonment."</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"This is not proof."</w:t>
      </w:r>
    </w:p>
    <w:p>
      <w:pPr>
        <w:spacing w:after="60" w:line="266" w:lineRule="auto"/>
        <w:ind w:firstLine="331"/>
        <w:jc w:val="both"/>
      </w:pPr>
      <w:r>
        <w:rPr>
          <w:rFonts w:ascii="Georgia" w:hAnsi="Georgia"/>
          <w:b w:val="0"/>
          <w:i w:val="0"/>
          <w:color w:val="22201D"/>
          <w:sz w:val="20"/>
        </w:rPr>
        <w:t>He smiled a little, because pain and relief had reached a temporary truce.</w:t>
      </w:r>
    </w:p>
    <w:p>
      <w:pPr>
        <w:spacing w:after="60" w:line="266" w:lineRule="auto"/>
        <w:ind w:firstLine="331"/>
        <w:jc w:val="both"/>
      </w:pPr>
      <w:r>
        <w:rPr>
          <w:rFonts w:ascii="Georgia" w:hAnsi="Georgia"/>
          <w:b w:val="0"/>
          <w:i w:val="0"/>
          <w:color w:val="22201D"/>
          <w:sz w:val="20"/>
        </w:rPr>
        <w:t>"I believe you."</w:t>
      </w:r>
    </w:p>
    <w:p>
      <w:pPr>
        <w:spacing w:after="60" w:line="266" w:lineRule="auto"/>
        <w:ind w:firstLine="331"/>
        <w:jc w:val="both"/>
      </w:pPr>
      <w:r>
        <w:rPr>
          <w:rFonts w:ascii="Georgia" w:hAnsi="Georgia"/>
          <w:b w:val="0"/>
          <w:i w:val="0"/>
          <w:color w:val="22201D"/>
          <w:sz w:val="20"/>
        </w:rPr>
        <w:t>The ticket printed:</w:t>
      </w:r>
    </w:p>
    <w:p>
      <w:pPr>
        <w:spacing w:after="60" w:line="250" w:lineRule="auto"/>
        <w:ind w:left="202" w:right="173"/>
      </w:pPr>
      <w:r>
        <w:rPr>
          <w:rFonts w:ascii="Georgia" w:hAnsi="Georgia"/>
          <w:b w:val="0"/>
          <w:i w:val="0"/>
          <w:color w:val="22201D"/>
          <w:sz w:val="17"/>
        </w:rPr>
        <w:t>Belief: accepted if not used as leash</w:t>
      </w:r>
    </w:p>
    <w:p>
      <w:pPr>
        <w:spacing w:after="60" w:line="266" w:lineRule="auto"/>
        <w:ind w:firstLine="331"/>
        <w:jc w:val="both"/>
      </w:pPr>
      <w:r>
        <w:rPr>
          <w:rFonts w:ascii="Georgia" w:hAnsi="Georgia"/>
          <w:b w:val="0"/>
          <w:i w:val="0"/>
          <w:color w:val="22201D"/>
          <w:sz w:val="20"/>
        </w:rPr>
        <w:t>Mara took the ticket.</w:t>
      </w:r>
    </w:p>
    <w:p>
      <w:pPr>
        <w:spacing w:after="60" w:line="266" w:lineRule="auto"/>
        <w:ind w:firstLine="331"/>
        <w:jc w:val="both"/>
      </w:pPr>
      <w:r>
        <w:rPr>
          <w:rFonts w:ascii="Georgia" w:hAnsi="Georgia"/>
          <w:b w:val="0"/>
          <w:i w:val="0"/>
          <w:color w:val="22201D"/>
          <w:sz w:val="20"/>
        </w:rPr>
        <w:t>"Good ticket."</w:t>
      </w:r>
    </w:p>
    <w:p>
      <w:pPr>
        <w:spacing w:after="60" w:line="266" w:lineRule="auto"/>
        <w:ind w:firstLine="331"/>
        <w:jc w:val="both"/>
      </w:pPr>
      <w:r>
        <w:rPr>
          <w:rFonts w:ascii="Georgia" w:hAnsi="Georgia"/>
          <w:b w:val="0"/>
          <w:i w:val="0"/>
          <w:color w:val="22201D"/>
          <w:sz w:val="20"/>
        </w:rPr>
        <w:t>Flocc laughed quietly.</w:t>
      </w:r>
    </w:p>
    <w:p>
      <w:pPr>
        <w:spacing w:after="60" w:line="266" w:lineRule="auto"/>
        <w:ind w:firstLine="331"/>
        <w:jc w:val="both"/>
      </w:pPr>
      <w:r>
        <w:rPr>
          <w:rFonts w:ascii="Georgia" w:hAnsi="Georgia"/>
          <w:b w:val="0"/>
          <w:i w:val="0"/>
          <w:color w:val="22201D"/>
          <w:sz w:val="20"/>
        </w:rPr>
        <w:t>The waiting room did not swallow her. It did not glow. It did not announce a new destiny. She stepped through the doorway and sat on the first bench as if sitting were difficult, ordinary, and hers.</w:t>
      </w:r>
    </w:p>
    <w:p>
      <w:pPr>
        <w:spacing w:after="60" w:line="266" w:lineRule="auto"/>
        <w:ind w:firstLine="331"/>
        <w:jc w:val="both"/>
      </w:pPr>
      <w:r>
        <w:rPr>
          <w:rFonts w:ascii="Georgia" w:hAnsi="Georgia"/>
          <w:b w:val="0"/>
          <w:i w:val="0"/>
          <w:color w:val="22201D"/>
          <w:sz w:val="20"/>
        </w:rPr>
        <w:t>That made the room more real.</w:t>
      </w:r>
    </w:p>
    <w:p>
      <w:pPr>
        <w:spacing w:after="60" w:line="266" w:lineRule="auto"/>
        <w:ind w:firstLine="331"/>
        <w:jc w:val="both"/>
      </w:pPr>
      <w:r>
        <w:rPr>
          <w:rFonts w:ascii="Georgia" w:hAnsi="Georgia"/>
          <w:b w:val="0"/>
          <w:i w:val="0"/>
          <w:color w:val="22201D"/>
          <w:sz w:val="20"/>
        </w:rPr>
        <w:t>The older tired person outside looked at their own ticket again.</w:t>
      </w:r>
    </w:p>
    <w:p>
      <w:pPr>
        <w:spacing w:after="60" w:line="266" w:lineRule="auto"/>
        <w:ind w:firstLine="331"/>
        <w:jc w:val="both"/>
      </w:pPr>
      <w:r>
        <w:rPr>
          <w:rFonts w:ascii="Georgia" w:hAnsi="Georgia"/>
          <w:b w:val="0"/>
          <w:i w:val="0"/>
          <w:color w:val="22201D"/>
          <w:sz w:val="20"/>
        </w:rPr>
        <w:t>"Can I sit there?"</w:t>
      </w:r>
    </w:p>
    <w:p>
      <w:pPr>
        <w:spacing w:after="60" w:line="266" w:lineRule="auto"/>
        <w:ind w:firstLine="331"/>
        <w:jc w:val="both"/>
      </w:pPr>
      <w:r>
        <w:rPr>
          <w:rFonts w:ascii="Georgia" w:hAnsi="Georgia"/>
          <w:b w:val="0"/>
          <w:i w:val="0"/>
          <w:color w:val="22201D"/>
          <w:sz w:val="20"/>
        </w:rPr>
        <w:t>The Hostess said, "When you are ready to wait without using readiness as a claim."</w:t>
      </w:r>
    </w:p>
    <w:p>
      <w:pPr>
        <w:spacing w:after="60" w:line="266" w:lineRule="auto"/>
        <w:ind w:firstLine="331"/>
        <w:jc w:val="both"/>
      </w:pPr>
      <w:r>
        <w:rPr>
          <w:rFonts w:ascii="Georgia" w:hAnsi="Georgia"/>
          <w:b w:val="0"/>
          <w:i w:val="0"/>
          <w:color w:val="22201D"/>
          <w:sz w:val="20"/>
        </w:rPr>
        <w:t>The person nodded.</w:t>
      </w:r>
    </w:p>
    <w:p>
      <w:pPr>
        <w:spacing w:after="60" w:line="266" w:lineRule="auto"/>
        <w:ind w:firstLine="331"/>
        <w:jc w:val="both"/>
      </w:pPr>
      <w:r>
        <w:rPr>
          <w:rFonts w:ascii="Georgia" w:hAnsi="Georgia"/>
          <w:b w:val="0"/>
          <w:i w:val="0"/>
          <w:color w:val="22201D"/>
          <w:sz w:val="20"/>
        </w:rPr>
        <w:t>"I might need a minute."</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"Is that allowed?"</w:t>
      </w:r>
    </w:p>
    <w:p>
      <w:pPr>
        <w:spacing w:after="60" w:line="266" w:lineRule="auto"/>
        <w:ind w:firstLine="331"/>
        <w:jc w:val="both"/>
      </w:pPr>
      <w:r>
        <w:rPr>
          <w:rFonts w:ascii="Georgia" w:hAnsi="Georgia"/>
          <w:b w:val="0"/>
          <w:i w:val="0"/>
          <w:color w:val="22201D"/>
          <w:sz w:val="20"/>
        </w:rPr>
        <w:t>"That is the room."</w:t>
      </w:r>
    </w:p>
    <w:p>
      <w:pPr>
        <w:spacing w:after="60" w:line="266" w:lineRule="auto"/>
        <w:ind w:firstLine="331"/>
        <w:jc w:val="both"/>
      </w:pPr>
      <w:r>
        <w:rPr>
          <w:rFonts w:ascii="Georgia" w:hAnsi="Georgia"/>
          <w:b w:val="0"/>
          <w:i w:val="0"/>
          <w:color w:val="22201D"/>
          <w:sz w:val="20"/>
        </w:rPr>
        <w:t>The line shifted again.</w:t>
      </w:r>
    </w:p>
    <w:p>
      <w:pPr>
        <w:spacing w:after="60" w:line="266" w:lineRule="auto"/>
        <w:ind w:firstLine="331"/>
        <w:jc w:val="both"/>
      </w:pPr>
      <w:r>
        <w:rPr>
          <w:rFonts w:ascii="Georgia" w:hAnsi="Georgia"/>
          <w:b w:val="0"/>
          <w:i w:val="0"/>
          <w:color w:val="22201D"/>
          <w:sz w:val="20"/>
        </w:rPr>
        <w:t>Several people did not like the waiting room because it offered no prestige. Several liked it too quickly, which was another form of prestige. Several simply looked tired. The room seemed most interested in them, though it did not hurry them.</w:t>
      </w:r>
    </w:p>
    <w:p>
      <w:pPr>
        <w:spacing w:after="60" w:line="266" w:lineRule="auto"/>
        <w:ind w:firstLine="331"/>
        <w:jc w:val="both"/>
      </w:pPr>
      <w:r>
        <w:rPr>
          <w:rFonts w:ascii="Georgia" w:hAnsi="Georgia"/>
          <w:b w:val="0"/>
          <w:i w:val="0"/>
          <w:color w:val="22201D"/>
          <w:sz w:val="20"/>
        </w:rPr>
        <w:t>At the released table, the artifact chain rearranged itself into a single column.</w:t>
      </w:r>
    </w:p>
    <w:p>
      <w:pPr>
        <w:spacing w:after="60" w:line="266" w:lineRule="auto"/>
        <w:ind w:firstLine="331"/>
        <w:jc w:val="both"/>
      </w:pPr>
      <w:r>
        <w:rPr>
          <w:rFonts w:ascii="Georgia" w:hAnsi="Georgia"/>
          <w:b w:val="0"/>
          <w:i w:val="0"/>
          <w:color w:val="22201D"/>
          <w:sz w:val="20"/>
        </w:rPr>
        <w:t>Steve reopened his notebook despite himself.</w:t>
      </w:r>
    </w:p>
    <w:p>
      <w:pPr>
        <w:spacing w:after="60" w:line="266" w:lineRule="auto"/>
        <w:ind w:firstLine="331"/>
        <w:jc w:val="both"/>
      </w:pPr>
      <w:r>
        <w:rPr>
          <w:rFonts w:ascii="Georgia" w:hAnsi="Georgia"/>
          <w:b w:val="0"/>
          <w:i w:val="0"/>
          <w:color w:val="22201D"/>
          <w:sz w:val="20"/>
        </w:rPr>
        <w:t>Gerald saw and decided not to object.</w:t>
      </w:r>
    </w:p>
    <w:p>
      <w:pPr>
        <w:spacing w:after="60" w:line="266" w:lineRule="auto"/>
        <w:ind w:firstLine="331"/>
        <w:jc w:val="both"/>
      </w:pPr>
      <w:r>
        <w:rPr>
          <w:rFonts w:ascii="Georgia" w:hAnsi="Georgia"/>
          <w:b w:val="0"/>
          <w:i w:val="0"/>
          <w:color w:val="22201D"/>
          <w:sz w:val="20"/>
        </w:rPr>
        <w:t>The column read:</w:t>
      </w:r>
    </w:p>
    <w:p>
      <w:pPr>
        <w:spacing w:after="60" w:line="250" w:lineRule="auto"/>
        <w:ind w:left="202" w:right="173"/>
      </w:pPr>
      <w:r>
        <w:rPr>
          <w:rFonts w:ascii="Georgia" w:hAnsi="Georgia"/>
          <w:b w:val="0"/>
          <w:i w:val="0"/>
          <w:color w:val="22201D"/>
          <w:sz w:val="17"/>
        </w:rPr>
        <w:t>Review: not evidence of hunger  Reservation: not ownership  Adjective: not appetite  Table: not proof  Sauce: not spectacle  Camera: not witness  Complaint: not title  Waitlist: not access  Seating: not reward  Menu: not applause  Cancellation: not punishment  Bench: not delay</w:t>
      </w:r>
    </w:p>
    <w:p>
      <w:pPr>
        <w:spacing w:after="60" w:line="266" w:lineRule="auto"/>
        <w:ind w:firstLine="331"/>
        <w:jc w:val="both"/>
      </w:pPr>
      <w:r>
        <w:rPr>
          <w:rFonts w:ascii="Georgia" w:hAnsi="Georgia"/>
          <w:b w:val="0"/>
          <w:i w:val="0"/>
          <w:color w:val="22201D"/>
          <w:sz w:val="20"/>
        </w:rPr>
        <w:t>The last line took longer to appear.</w:t>
      </w:r>
    </w:p>
    <w:p>
      <w:pPr>
        <w:spacing w:after="60" w:line="250" w:lineRule="auto"/>
        <w:ind w:left="202" w:right="173"/>
      </w:pPr>
      <w:r>
        <w:rPr>
          <w:rFonts w:ascii="Georgia" w:hAnsi="Georgia"/>
          <w:b w:val="0"/>
          <w:i w:val="0"/>
          <w:color w:val="22201D"/>
          <w:sz w:val="17"/>
        </w:rPr>
        <w:t>Bench: an honest place for time to become edible</w:t>
      </w:r>
    </w:p>
    <w:p>
      <w:pPr>
        <w:spacing w:after="60" w:line="266" w:lineRule="auto"/>
        <w:ind w:firstLine="331"/>
        <w:jc w:val="both"/>
      </w:pPr>
      <w:r>
        <w:rPr>
          <w:rFonts w:ascii="Georgia" w:hAnsi="Georgia"/>
          <w:b w:val="0"/>
          <w:i w:val="0"/>
          <w:color w:val="22201D"/>
          <w:sz w:val="20"/>
        </w:rPr>
        <w:t>Martin read it from Table Three.</w:t>
      </w:r>
    </w:p>
    <w:p>
      <w:pPr>
        <w:spacing w:after="60" w:line="266" w:lineRule="auto"/>
        <w:ind w:firstLine="331"/>
        <w:jc w:val="both"/>
      </w:pPr>
      <w:r>
        <w:rPr>
          <w:rFonts w:ascii="Georgia" w:hAnsi="Georgia"/>
          <w:b w:val="0"/>
          <w:i w:val="0"/>
          <w:color w:val="22201D"/>
          <w:sz w:val="20"/>
        </w:rPr>
        <w:t>"That is almost beautiful."</w:t>
      </w:r>
    </w:p>
    <w:p>
      <w:pPr>
        <w:spacing w:after="60" w:line="266" w:lineRule="auto"/>
        <w:ind w:firstLine="331"/>
        <w:jc w:val="both"/>
      </w:pPr>
      <w:r>
        <w:rPr>
          <w:rFonts w:ascii="Georgia" w:hAnsi="Georgia"/>
          <w:b w:val="0"/>
          <w:i w:val="0"/>
          <w:color w:val="22201D"/>
          <w:sz w:val="20"/>
        </w:rPr>
        <w:t>The menus paused.</w:t>
      </w:r>
    </w:p>
    <w:p>
      <w:pPr>
        <w:spacing w:after="60" w:line="266" w:lineRule="auto"/>
        <w:ind w:firstLine="331"/>
        <w:jc w:val="both"/>
      </w:pPr>
      <w:r>
        <w:rPr>
          <w:rFonts w:ascii="Georgia" w:hAnsi="Georgia"/>
          <w:b w:val="0"/>
          <w:i w:val="0"/>
          <w:color w:val="22201D"/>
          <w:sz w:val="20"/>
        </w:rPr>
        <w:t>Martin held up both hands.</w:t>
      </w:r>
    </w:p>
    <w:p>
      <w:pPr>
        <w:spacing w:after="60" w:line="266" w:lineRule="auto"/>
        <w:ind w:firstLine="331"/>
        <w:jc w:val="both"/>
      </w:pPr>
      <w:r>
        <w:rPr>
          <w:rFonts w:ascii="Georgia" w:hAnsi="Georgia"/>
          <w:b w:val="0"/>
          <w:i w:val="0"/>
          <w:color w:val="22201D"/>
          <w:sz w:val="20"/>
        </w:rPr>
        <w:t>"Almost. Specific. Not a review."</w:t>
      </w:r>
    </w:p>
    <w:p>
      <w:pPr>
        <w:spacing w:after="60" w:line="266" w:lineRule="auto"/>
        <w:ind w:firstLine="331"/>
        <w:jc w:val="both"/>
      </w:pPr>
      <w:r>
        <w:rPr>
          <w:rFonts w:ascii="Georgia" w:hAnsi="Georgia"/>
          <w:b w:val="0"/>
          <w:i w:val="0"/>
          <w:color w:val="22201D"/>
          <w:sz w:val="20"/>
        </w:rPr>
        <w:t>The menu allowed it.</w:t>
      </w:r>
    </w:p>
    <w:p>
      <w:pPr>
        <w:spacing w:after="60" w:line="266" w:lineRule="auto"/>
        <w:ind w:firstLine="331"/>
        <w:jc w:val="both"/>
      </w:pPr>
      <w:r>
        <w:rPr>
          <w:rFonts w:ascii="Georgia" w:hAnsi="Georgia"/>
          <w:b w:val="0"/>
          <w:i w:val="0"/>
          <w:color w:val="22201D"/>
          <w:sz w:val="20"/>
        </w:rPr>
        <w:t>Pineapple Thai Basil Lightning flickered again.</w:t>
      </w:r>
    </w:p>
    <w:p>
      <w:pPr>
        <w:spacing w:after="60" w:line="266" w:lineRule="auto"/>
        <w:ind w:firstLine="331"/>
        <w:jc w:val="both"/>
      </w:pPr>
      <w:r>
        <w:rPr>
          <w:rFonts w:ascii="Georgia" w:hAnsi="Georgia"/>
          <w:b w:val="0"/>
          <w:i w:val="0"/>
          <w:color w:val="22201D"/>
          <w:sz w:val="20"/>
        </w:rPr>
        <w:t>Gerald turned.</w:t>
      </w:r>
    </w:p>
    <w:p>
      <w:pPr>
        <w:spacing w:after="60" w:line="266" w:lineRule="auto"/>
        <w:ind w:firstLine="331"/>
        <w:jc w:val="both"/>
      </w:pPr>
      <w:r>
        <w:rPr>
          <w:rFonts w:ascii="Georgia" w:hAnsi="Georgia"/>
          <w:b w:val="0"/>
          <w:i w:val="0"/>
          <w:color w:val="22201D"/>
          <w:sz w:val="20"/>
        </w:rPr>
        <w:t>"Do not start."</w:t>
      </w:r>
    </w:p>
    <w:p>
      <w:pPr>
        <w:spacing w:after="60" w:line="266" w:lineRule="auto"/>
        <w:ind w:firstLine="331"/>
        <w:jc w:val="both"/>
      </w:pPr>
      <w:r>
        <w:rPr>
          <w:rFonts w:ascii="Georgia" w:hAnsi="Georgia"/>
          <w:b w:val="0"/>
          <w:i w:val="0"/>
          <w:color w:val="22201D"/>
          <w:sz w:val="20"/>
        </w:rPr>
        <w:t>The sauce label printed:</w:t>
      </w:r>
    </w:p>
    <w:p>
      <w:pPr>
        <w:spacing w:after="60" w:line="250" w:lineRule="auto"/>
        <w:ind w:left="202" w:right="173"/>
      </w:pPr>
      <w:r>
        <w:rPr>
          <w:rFonts w:ascii="Georgia" w:hAnsi="Georgia"/>
          <w:b w:val="0"/>
          <w:i w:val="0"/>
          <w:color w:val="22201D"/>
          <w:sz w:val="17"/>
        </w:rPr>
        <w:t>Service: future  Condition: patience survives contact with itself</w:t>
      </w:r>
    </w:p>
    <w:p>
      <w:pPr>
        <w:spacing w:after="60" w:line="266" w:lineRule="auto"/>
        <w:ind w:firstLine="331"/>
        <w:jc w:val="both"/>
      </w:pPr>
      <w:r>
        <w:rPr>
          <w:rFonts w:ascii="Georgia" w:hAnsi="Georgia"/>
          <w:b w:val="0"/>
          <w:i w:val="0"/>
          <w:color w:val="22201D"/>
          <w:sz w:val="20"/>
        </w:rPr>
        <w:t>Gerald read it twice.</w:t>
      </w:r>
    </w:p>
    <w:p>
      <w:pPr>
        <w:spacing w:after="60" w:line="266" w:lineRule="auto"/>
        <w:ind w:firstLine="331"/>
        <w:jc w:val="both"/>
      </w:pPr>
      <w:r>
        <w:rPr>
          <w:rFonts w:ascii="Georgia" w:hAnsi="Georgia"/>
          <w:b w:val="0"/>
          <w:i w:val="0"/>
          <w:color w:val="22201D"/>
          <w:sz w:val="20"/>
        </w:rPr>
        <w:t>"Acceptable."</w:t>
      </w:r>
    </w:p>
    <w:p>
      <w:pPr>
        <w:spacing w:after="60" w:line="266" w:lineRule="auto"/>
        <w:ind w:firstLine="331"/>
        <w:jc w:val="both"/>
      </w:pPr>
      <w:r>
        <w:rPr>
          <w:rFonts w:ascii="Georgia" w:hAnsi="Georgia"/>
          <w:b w:val="0"/>
          <w:i w:val="0"/>
          <w:color w:val="22201D"/>
          <w:sz w:val="20"/>
        </w:rPr>
        <w:t>The line outside read it too, or tried to.</w:t>
      </w:r>
    </w:p>
    <w:p>
      <w:pPr>
        <w:spacing w:after="60" w:line="266" w:lineRule="auto"/>
        <w:ind w:firstLine="331"/>
        <w:jc w:val="both"/>
      </w:pPr>
      <w:r>
        <w:rPr>
          <w:rFonts w:ascii="Georgia" w:hAnsi="Georgia"/>
          <w:b w:val="0"/>
          <w:i w:val="0"/>
          <w:color w:val="22201D"/>
          <w:sz w:val="20"/>
        </w:rPr>
        <w:t>Someone asked, "Is the sauce in the waiting room?"</w:t>
      </w:r>
    </w:p>
    <w:p>
      <w:pPr>
        <w:spacing w:after="60" w:line="266" w:lineRule="auto"/>
        <w:ind w:firstLine="331"/>
        <w:jc w:val="both"/>
      </w:pPr>
      <w:r>
        <w:rPr>
          <w:rFonts w:ascii="Georgia" w:hAnsi="Georgia"/>
          <w:b w:val="0"/>
          <w:i w:val="0"/>
          <w:color w:val="22201D"/>
          <w:sz w:val="20"/>
        </w:rPr>
        <w:t>Bob said, "No."</w:t>
      </w:r>
    </w:p>
    <w:p>
      <w:pPr>
        <w:spacing w:after="60" w:line="266" w:lineRule="auto"/>
        <w:ind w:firstLine="331"/>
        <w:jc w:val="both"/>
      </w:pPr>
      <w:r>
        <w:rPr>
          <w:rFonts w:ascii="Georgia" w:hAnsi="Georgia"/>
          <w:b w:val="0"/>
          <w:i w:val="0"/>
          <w:color w:val="22201D"/>
          <w:sz w:val="20"/>
        </w:rPr>
        <w:t>"Will it be?"</w:t>
      </w:r>
    </w:p>
    <w:p>
      <w:pPr>
        <w:spacing w:after="60" w:line="266" w:lineRule="auto"/>
        <w:ind w:firstLine="331"/>
        <w:jc w:val="both"/>
      </w:pPr>
      <w:r>
        <w:rPr>
          <w:rFonts w:ascii="Georgia" w:hAnsi="Georgia"/>
          <w:b w:val="0"/>
          <w:i w:val="0"/>
          <w:color w:val="22201D"/>
          <w:sz w:val="20"/>
        </w:rPr>
        <w:t>"If it is, it will still not be yours."</w:t>
      </w:r>
    </w:p>
    <w:p>
      <w:pPr>
        <w:spacing w:after="60" w:line="266" w:lineRule="auto"/>
        <w:ind w:firstLine="331"/>
        <w:jc w:val="both"/>
      </w:pPr>
      <w:r>
        <w:rPr>
          <w:rFonts w:ascii="Georgia" w:hAnsi="Georgia"/>
          <w:b w:val="0"/>
          <w:i w:val="0"/>
          <w:color w:val="22201D"/>
          <w:sz w:val="20"/>
        </w:rPr>
        <w:t>The person nodded as if that were unfair, then as if it were useful, then as if useful was an irritating form of fair.</w:t>
      </w:r>
    </w:p>
    <w:p>
      <w:pPr>
        <w:spacing w:after="60" w:line="266" w:lineRule="auto"/>
        <w:ind w:firstLine="331"/>
        <w:jc w:val="both"/>
      </w:pPr>
      <w:r>
        <w:rPr>
          <w:rFonts w:ascii="Georgia" w:hAnsi="Georgia"/>
          <w:b w:val="0"/>
          <w:i w:val="0"/>
          <w:color w:val="22201D"/>
          <w:sz w:val="20"/>
        </w:rPr>
        <w:t>Clara and Evan finished lunch without announcing it.</w:t>
      </w:r>
    </w:p>
    <w:p>
      <w:pPr>
        <w:spacing w:after="60" w:line="266" w:lineRule="auto"/>
        <w:ind w:firstLine="331"/>
        <w:jc w:val="both"/>
      </w:pPr>
      <w:r>
        <w:rPr>
          <w:rFonts w:ascii="Georgia" w:hAnsi="Georgia"/>
          <w:b w:val="0"/>
          <w:i w:val="0"/>
          <w:color w:val="22201D"/>
          <w:sz w:val="20"/>
        </w:rPr>
        <w:t>That was the highest praise available.</w:t>
      </w:r>
    </w:p>
    <w:p>
      <w:pPr>
        <w:spacing w:after="60" w:line="266" w:lineRule="auto"/>
        <w:ind w:firstLine="331"/>
        <w:jc w:val="both"/>
      </w:pPr>
      <w:r>
        <w:rPr>
          <w:rFonts w:ascii="Georgia" w:hAnsi="Georgia"/>
          <w:b w:val="0"/>
          <w:i w:val="0"/>
          <w:color w:val="22201D"/>
          <w:sz w:val="20"/>
        </w:rPr>
        <w:t>Nico and Ives sat with the empty witness seat until the clear broth arrived at Table One and the rule-explained-after-first-bite noodles arrived beside it. Ives took the first bite, waited, and did not ask for the rule before swallowing. Nico saw the steam rise and did not reach for the camera.</w:t>
      </w:r>
    </w:p>
    <w:p>
      <w:pPr>
        <w:spacing w:after="60" w:line="266" w:lineRule="auto"/>
        <w:ind w:firstLine="331"/>
        <w:jc w:val="both"/>
      </w:pPr>
      <w:r>
        <w:rPr>
          <w:rFonts w:ascii="Georgia" w:hAnsi="Georgia"/>
          <w:b w:val="0"/>
          <w:i w:val="0"/>
          <w:color w:val="22201D"/>
          <w:sz w:val="20"/>
        </w:rPr>
        <w:t>Martin ate the stew with no audience.</w:t>
      </w:r>
    </w:p>
    <w:p>
      <w:pPr>
        <w:spacing w:after="60" w:line="266" w:lineRule="auto"/>
        <w:ind w:firstLine="331"/>
        <w:jc w:val="both"/>
      </w:pPr>
      <w:r>
        <w:rPr>
          <w:rFonts w:ascii="Georgia" w:hAnsi="Georgia"/>
          <w:b w:val="0"/>
          <w:i w:val="0"/>
          <w:color w:val="22201D"/>
          <w:sz w:val="20"/>
        </w:rPr>
        <w:t>Nobody applauded him for it.</w:t>
      </w:r>
    </w:p>
    <w:p>
      <w:pPr>
        <w:spacing w:after="60" w:line="266" w:lineRule="auto"/>
        <w:ind w:firstLine="331"/>
        <w:jc w:val="both"/>
      </w:pPr>
      <w:r>
        <w:rPr>
          <w:rFonts w:ascii="Georgia" w:hAnsi="Georgia"/>
          <w:b w:val="0"/>
          <w:i w:val="0"/>
          <w:color w:val="22201D"/>
          <w:sz w:val="20"/>
        </w:rPr>
        <w:t>This helped.</w:t>
      </w:r>
    </w:p>
    <w:p>
      <w:pPr>
        <w:spacing w:after="60" w:line="266" w:lineRule="auto"/>
        <w:ind w:firstLine="331"/>
        <w:jc w:val="both"/>
      </w:pPr>
      <w:r>
        <w:rPr>
          <w:rFonts w:ascii="Georgia" w:hAnsi="Georgia"/>
          <w:b w:val="0"/>
          <w:i w:val="0"/>
          <w:color w:val="22201D"/>
          <w:sz w:val="20"/>
        </w:rPr>
        <w:t>Flocc stood in the service path until standing there stopped feeling like symbolic punishment and started feeling like a place where plates could pass.</w:t>
      </w:r>
    </w:p>
    <w:p>
      <w:pPr>
        <w:spacing w:after="60" w:line="266" w:lineRule="auto"/>
        <w:ind w:firstLine="331"/>
        <w:jc w:val="both"/>
      </w:pPr>
      <w:r>
        <w:rPr>
          <w:rFonts w:ascii="Georgia" w:hAnsi="Georgia"/>
          <w:b w:val="0"/>
          <w:i w:val="0"/>
          <w:color w:val="22201D"/>
          <w:sz w:val="20"/>
        </w:rPr>
        <w:t>A plate passed.</w:t>
      </w:r>
    </w:p>
    <w:p>
      <w:pPr>
        <w:spacing w:after="60" w:line="266" w:lineRule="auto"/>
        <w:ind w:firstLine="331"/>
        <w:jc w:val="both"/>
      </w:pPr>
      <w:r>
        <w:rPr>
          <w:rFonts w:ascii="Georgia" w:hAnsi="Georgia"/>
          <w:b w:val="0"/>
          <w:i w:val="0"/>
          <w:color w:val="22201D"/>
          <w:sz w:val="20"/>
        </w:rPr>
        <w:t>He moved aside.</w:t>
      </w:r>
    </w:p>
    <w:p>
      <w:pPr>
        <w:spacing w:after="60" w:line="266" w:lineRule="auto"/>
        <w:ind w:firstLine="331"/>
        <w:jc w:val="both"/>
      </w:pPr>
      <w:r>
        <w:rPr>
          <w:rFonts w:ascii="Georgia" w:hAnsi="Georgia"/>
          <w:b w:val="0"/>
          <w:i w:val="0"/>
          <w:color w:val="22201D"/>
          <w:sz w:val="20"/>
        </w:rPr>
        <w:t>No one thanked him.</w:t>
      </w:r>
    </w:p>
    <w:p>
      <w:pPr>
        <w:spacing w:after="60" w:line="266" w:lineRule="auto"/>
        <w:ind w:firstLine="331"/>
        <w:jc w:val="both"/>
      </w:pPr>
      <w:r>
        <w:rPr>
          <w:rFonts w:ascii="Georgia" w:hAnsi="Georgia"/>
          <w:b w:val="0"/>
          <w:i w:val="0"/>
          <w:color w:val="22201D"/>
          <w:sz w:val="20"/>
        </w:rPr>
        <w:t>This helped too.</w:t>
      </w:r>
    </w:p>
    <w:p>
      <w:pPr>
        <w:spacing w:after="60" w:line="266" w:lineRule="auto"/>
        <w:ind w:firstLine="331"/>
        <w:jc w:val="both"/>
      </w:pPr>
      <w:r>
        <w:rPr>
          <w:rFonts w:ascii="Georgia" w:hAnsi="Georgia"/>
          <w:b w:val="0"/>
          <w:i w:val="0"/>
          <w:color w:val="22201D"/>
          <w:sz w:val="20"/>
        </w:rPr>
        <w:t>The Hostess stood at the door between restaurant and waiting room.</w:t>
      </w:r>
    </w:p>
    <w:p>
      <w:pPr>
        <w:spacing w:after="60" w:line="266" w:lineRule="auto"/>
        <w:ind w:firstLine="331"/>
        <w:jc w:val="both"/>
      </w:pPr>
      <w:r>
        <w:rPr>
          <w:rFonts w:ascii="Georgia" w:hAnsi="Georgia"/>
          <w:b w:val="0"/>
          <w:i w:val="0"/>
          <w:color w:val="22201D"/>
          <w:sz w:val="20"/>
        </w:rPr>
        <w:t>For the first time since the review had made the restaurant visible by making it false, the door was not defending itself from description. It was simply open, which was more demanding.</w:t>
      </w:r>
    </w:p>
    <w:p>
      <w:pPr>
        <w:spacing w:after="60" w:line="266" w:lineRule="auto"/>
        <w:ind w:firstLine="331"/>
        <w:jc w:val="both"/>
      </w:pPr>
      <w:r>
        <w:rPr>
          <w:rFonts w:ascii="Georgia" w:hAnsi="Georgia"/>
          <w:b w:val="0"/>
          <w:i w:val="0"/>
          <w:color w:val="22201D"/>
          <w:sz w:val="20"/>
        </w:rPr>
        <w:t>Mara sat in the waiting room with the Book 5 ticket in her hands.</w:t>
      </w:r>
    </w:p>
    <w:p>
      <w:pPr>
        <w:spacing w:after="60" w:line="266" w:lineRule="auto"/>
        <w:ind w:firstLine="331"/>
        <w:jc w:val="both"/>
      </w:pPr>
      <w:r>
        <w:rPr>
          <w:rFonts w:ascii="Georgia" w:hAnsi="Georgia"/>
          <w:b w:val="0"/>
          <w:i w:val="0"/>
          <w:color w:val="22201D"/>
          <w:sz w:val="20"/>
        </w:rPr>
        <w:t>She did not wave Flocc in.</w:t>
      </w:r>
    </w:p>
    <w:p>
      <w:pPr>
        <w:spacing w:after="60" w:line="266" w:lineRule="auto"/>
        <w:ind w:firstLine="331"/>
        <w:jc w:val="both"/>
      </w:pPr>
      <w:r>
        <w:rPr>
          <w:rFonts w:ascii="Georgia" w:hAnsi="Georgia"/>
          <w:b w:val="0"/>
          <w:i w:val="0"/>
          <w:color w:val="22201D"/>
          <w:sz w:val="20"/>
        </w:rPr>
        <w:t>He did not ask if he could follow.</w:t>
      </w:r>
    </w:p>
    <w:p>
      <w:pPr>
        <w:spacing w:after="60" w:line="266" w:lineRule="auto"/>
        <w:ind w:firstLine="331"/>
        <w:jc w:val="both"/>
      </w:pPr>
      <w:r>
        <w:rPr>
          <w:rFonts w:ascii="Georgia" w:hAnsi="Georgia"/>
          <w:b w:val="0"/>
          <w:i w:val="0"/>
          <w:color w:val="22201D"/>
          <w:sz w:val="20"/>
        </w:rPr>
        <w:t>The waiting list printed:</w:t>
      </w:r>
    </w:p>
    <w:p>
      <w:pPr>
        <w:spacing w:after="60" w:line="250" w:lineRule="auto"/>
        <w:ind w:left="202" w:right="173"/>
      </w:pPr>
      <w:r>
        <w:rPr>
          <w:rFonts w:ascii="Georgia" w:hAnsi="Georgia"/>
          <w:b w:val="0"/>
          <w:i w:val="0"/>
          <w:color w:val="22201D"/>
          <w:sz w:val="17"/>
        </w:rPr>
        <w:t>Book 4 status: reservation pressure discharged</w:t>
      </w:r>
    </w:p>
    <w:p>
      <w:pPr>
        <w:spacing w:after="60" w:line="266" w:lineRule="auto"/>
        <w:ind w:firstLine="331"/>
        <w:jc w:val="both"/>
      </w:pPr>
      <w:r>
        <w:rPr>
          <w:rFonts w:ascii="Georgia" w:hAnsi="Georgia"/>
          <w:b w:val="0"/>
          <w:i w:val="0"/>
          <w:color w:val="22201D"/>
          <w:sz w:val="20"/>
        </w:rPr>
        <w:t>The cancellation note added:</w:t>
      </w:r>
    </w:p>
    <w:p>
      <w:pPr>
        <w:spacing w:after="60" w:line="250" w:lineRule="auto"/>
        <w:ind w:left="202" w:right="173"/>
      </w:pPr>
      <w:r>
        <w:rPr>
          <w:rFonts w:ascii="Georgia" w:hAnsi="Georgia"/>
          <w:b w:val="0"/>
          <w:i w:val="0"/>
          <w:color w:val="22201D"/>
          <w:sz w:val="17"/>
        </w:rPr>
        <w:t>Publicity: not solved</w:t>
      </w:r>
    </w:p>
    <w:p>
      <w:pPr>
        <w:spacing w:after="60" w:line="266" w:lineRule="auto"/>
        <w:ind w:firstLine="331"/>
        <w:jc w:val="both"/>
      </w:pPr>
      <w:r>
        <w:rPr>
          <w:rFonts w:ascii="Georgia" w:hAnsi="Georgia"/>
          <w:b w:val="0"/>
          <w:i w:val="0"/>
          <w:color w:val="22201D"/>
          <w:sz w:val="20"/>
        </w:rPr>
        <w:t>The menu correction added:</w:t>
      </w:r>
    </w:p>
    <w:p>
      <w:pPr>
        <w:spacing w:after="60" w:line="250" w:lineRule="auto"/>
        <w:ind w:left="202" w:right="173"/>
      </w:pPr>
      <w:r>
        <w:rPr>
          <w:rFonts w:ascii="Georgia" w:hAnsi="Georgia"/>
          <w:b w:val="0"/>
          <w:i w:val="0"/>
          <w:color w:val="22201D"/>
          <w:sz w:val="17"/>
        </w:rPr>
        <w:t>Adjectives: still rising outside known boundary</w:t>
      </w:r>
    </w:p>
    <w:p>
      <w:pPr>
        <w:spacing w:after="60" w:line="266" w:lineRule="auto"/>
        <w:ind w:firstLine="331"/>
        <w:jc w:val="both"/>
      </w:pPr>
      <w:r>
        <w:rPr>
          <w:rFonts w:ascii="Georgia" w:hAnsi="Georgia"/>
          <w:b w:val="0"/>
          <w:i w:val="0"/>
          <w:color w:val="22201D"/>
          <w:sz w:val="20"/>
        </w:rPr>
        <w:t>The seating chart added:</w:t>
      </w:r>
    </w:p>
    <w:p>
      <w:pPr>
        <w:spacing w:after="60" w:line="250" w:lineRule="auto"/>
        <w:ind w:left="202" w:right="173"/>
      </w:pPr>
      <w:r>
        <w:rPr>
          <w:rFonts w:ascii="Georgia" w:hAnsi="Georgia"/>
          <w:b w:val="0"/>
          <w:i w:val="0"/>
          <w:color w:val="22201D"/>
          <w:sz w:val="17"/>
        </w:rPr>
        <w:t>Room: partial</w:t>
      </w:r>
    </w:p>
    <w:p>
      <w:pPr>
        <w:spacing w:after="60" w:line="266" w:lineRule="auto"/>
        <w:ind w:firstLine="331"/>
        <w:jc w:val="both"/>
      </w:pPr>
      <w:r>
        <w:rPr>
          <w:rFonts w:ascii="Georgia" w:hAnsi="Georgia"/>
          <w:b w:val="0"/>
          <w:i w:val="0"/>
          <w:color w:val="22201D"/>
          <w:sz w:val="20"/>
        </w:rPr>
        <w:t>Gerald added, by hand, on a small safety slip:</w:t>
      </w:r>
    </w:p>
    <w:p>
      <w:pPr>
        <w:spacing w:after="60" w:line="250" w:lineRule="auto"/>
        <w:ind w:left="202" w:right="173"/>
      </w:pPr>
      <w:r>
        <w:rPr>
          <w:rFonts w:ascii="Georgia" w:hAnsi="Georgia"/>
          <w:b w:val="0"/>
          <w:i w:val="0"/>
          <w:color w:val="22201D"/>
          <w:sz w:val="17"/>
        </w:rPr>
        <w:t>Path: currently clear</w:t>
      </w:r>
    </w:p>
    <w:p>
      <w:pPr>
        <w:spacing w:after="60" w:line="266" w:lineRule="auto"/>
        <w:ind w:firstLine="331"/>
        <w:jc w:val="both"/>
      </w:pPr>
      <w:r>
        <w:rPr>
          <w:rFonts w:ascii="Georgia" w:hAnsi="Georgia"/>
          <w:b w:val="0"/>
          <w:i w:val="0"/>
          <w:color w:val="22201D"/>
          <w:sz w:val="20"/>
        </w:rPr>
        <w:t>Steve added, by hand, on a record card:</w:t>
      </w:r>
    </w:p>
    <w:p>
      <w:pPr>
        <w:spacing w:after="60" w:line="250" w:lineRule="auto"/>
        <w:ind w:left="202" w:right="173"/>
      </w:pPr>
      <w:r>
        <w:rPr>
          <w:rFonts w:ascii="Georgia" w:hAnsi="Georgia"/>
          <w:b w:val="0"/>
          <w:i w:val="0"/>
          <w:color w:val="22201D"/>
          <w:sz w:val="17"/>
        </w:rPr>
        <w:t>Access: observed without ownership</w:t>
      </w:r>
    </w:p>
    <w:p>
      <w:pPr>
        <w:spacing w:after="60" w:line="266" w:lineRule="auto"/>
        <w:ind w:firstLine="331"/>
        <w:jc w:val="both"/>
      </w:pPr>
      <w:r>
        <w:rPr>
          <w:rFonts w:ascii="Georgia" w:hAnsi="Georgia"/>
          <w:b w:val="0"/>
          <w:i w:val="0"/>
          <w:color w:val="22201D"/>
          <w:sz w:val="20"/>
        </w:rPr>
        <w:t>The Hostess looked at all of it and nodded once.</w:t>
      </w:r>
    </w:p>
    <w:p>
      <w:pPr>
        <w:spacing w:after="60" w:line="266" w:lineRule="auto"/>
        <w:ind w:firstLine="331"/>
        <w:jc w:val="both"/>
      </w:pPr>
      <w:r>
        <w:rPr>
          <w:rFonts w:ascii="Georgia" w:hAnsi="Georgia"/>
          <w:b w:val="0"/>
          <w:i w:val="0"/>
          <w:color w:val="22201D"/>
          <w:sz w:val="20"/>
        </w:rPr>
        <w:t>Then she turned the final bench ticket over.</w:t>
      </w:r>
    </w:p>
    <w:p>
      <w:pPr>
        <w:spacing w:after="60" w:line="266" w:lineRule="auto"/>
        <w:ind w:firstLine="331"/>
        <w:jc w:val="both"/>
      </w:pPr>
      <w:r>
        <w:rPr>
          <w:rFonts w:ascii="Georgia" w:hAnsi="Georgia"/>
          <w:b w:val="0"/>
          <w:i w:val="0"/>
          <w:color w:val="22201D"/>
          <w:sz w:val="20"/>
        </w:rPr>
        <w:t>On the back:</w:t>
      </w:r>
    </w:p>
    <w:p>
      <w:pPr>
        <w:spacing w:after="60" w:line="250" w:lineRule="auto"/>
        <w:ind w:left="202" w:right="173"/>
      </w:pPr>
      <w:r>
        <w:rPr>
          <w:rFonts w:ascii="Georgia" w:hAnsi="Georgia"/>
          <w:b w:val="0"/>
          <w:i w:val="0"/>
          <w:color w:val="22201D"/>
          <w:sz w:val="17"/>
        </w:rPr>
        <w:t>NEXT BOOK: Please Wait to Be Seated in Your Current Lifetime  NEXT PRODUCTION DOCUMENT: Book 4 integrated manuscript and transition review</w:t>
      </w:r>
    </w:p>
    <w:p>
      <w:pPr>
        <w:spacing w:after="60" w:line="266" w:lineRule="auto"/>
        <w:ind w:firstLine="331"/>
        <w:jc w:val="both"/>
      </w:pPr>
      <w:r>
        <w:rPr>
          <w:rFonts w:ascii="Georgia" w:hAnsi="Georgia"/>
          <w:b w:val="0"/>
          <w:i w:val="0"/>
          <w:color w:val="22201D"/>
          <w:sz w:val="20"/>
        </w:rPr>
        <w:t>The ticket settled on the released table.</w:t>
      </w:r>
    </w:p>
    <w:p>
      <w:pPr>
        <w:spacing w:after="60" w:line="266" w:lineRule="auto"/>
        <w:ind w:firstLine="331"/>
        <w:jc w:val="both"/>
      </w:pPr>
      <w:r>
        <w:rPr>
          <w:rFonts w:ascii="Georgia" w:hAnsi="Georgia"/>
          <w:b w:val="0"/>
          <w:i w:val="0"/>
          <w:color w:val="22201D"/>
          <w:sz w:val="20"/>
        </w:rPr>
        <w:t>The door remained open.</w:t>
      </w:r>
    </w:p>
    <w:p>
      <w:pPr>
        <w:spacing w:after="60" w:line="266" w:lineRule="auto"/>
        <w:ind w:firstLine="331"/>
        <w:jc w:val="both"/>
      </w:pPr>
      <w:r>
        <w:rPr>
          <w:rFonts w:ascii="Georgia" w:hAnsi="Georgia"/>
          <w:b w:val="0"/>
          <w:i w:val="0"/>
          <w:color w:val="22201D"/>
          <w:sz w:val="20"/>
        </w:rPr>
        <w:t>Nobody was ready enough.</w:t>
      </w:r>
    </w:p>
    <w:p>
      <w:pPr>
        <w:spacing w:after="60" w:line="266" w:lineRule="auto"/>
        <w:ind w:firstLine="331"/>
        <w:jc w:val="both"/>
      </w:pPr>
      <w:r>
        <w:rPr>
          <w:rFonts w:ascii="Georgia" w:hAnsi="Georgia"/>
          <w:b w:val="0"/>
          <w:i w:val="0"/>
          <w:color w:val="22201D"/>
          <w:sz w:val="20"/>
        </w:rPr>
        <w:t>For the first time, that did not stop service.</w:t>
      </w:r>
    </w:p>
    <w:sectPr w:rsidR="00FC693F" w:rsidRPr="0006063C" w:rsidSect="00034616">
      <w:headerReference w:type="default" r:id="rId9"/>
      <w:footerReference w:type="default" r:id="rId10"/>
      <w:pgSz w:w="8640" w:h="12960"/>
      <w:pgMar w:top="1037" w:right="950" w:bottom="1037" w:left="1181" w:header="461" w:footer="490" w:gutter="0"/>
      <w:cols w:space="720"/>
      <w:docGrid w:linePitch="360"/>
      <w:mirrorMargin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Georgia" w:hAnsi="Georgia"/>
        <w:b w:val="0"/>
        <w:i w:val="0"/>
        <w:color w:val="705C37"/>
        <w:sz w:val="16"/>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Georgia" w:hAnsi="Georgia"/>
        <w:b w:val="0"/>
        <w:i w:val="0"/>
        <w:color w:val="7E6435"/>
        <w:sz w:val="14"/>
      </w:rPr>
      <w:t>WAYWARD DINERS   •   NORTHSTAR PRIME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line="266" w:lineRule="auto" w:after="60"/>
    </w:pPr>
    <w:rPr>
      <w:rFonts w:ascii="Georgia" w:hAnsi="Georgia"/>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Reservations for Nowhere</dc:title>
  <dc:subject>A speculative comic novel</dc:subject>
  <dc:creator>NorthStar Prime</dc:creator>
  <cp:keywords>NorthStar Prime, Wayward Diners, speculative comic fiction</cp:keywords>
  <dc:description>generated by python-docx</dc:description>
  <cp:lastModifiedBy/>
  <cp:revision>1</cp:revision>
  <dcterms:created xsi:type="dcterms:W3CDTF">2013-12-23T23:15:00Z</dcterms:created>
  <dcterms:modified xsi:type="dcterms:W3CDTF">2013-12-23T23:15:00Z</dcterms:modified>
  <cp:category/>
</cp:coreProperties>
</file>